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10 Yunus (Jonah) - Maulana Wahiduddin Khan</w:t>
      </w:r>
    </w:p>
    <w:p>
      <w:r>
        <w:t>https://www.youtube.com/watch?v=YOgAx1MrqnY</w:t>
      </w:r>
    </w:p>
    <w:p>
      <w:r>
        <w:rPr>
          <w:b/>
        </w:rPr>
        <w:t xml:space="preserve">[00:01] </w:t>
      </w:r>
      <w:r>
        <w:t>bismillah al-rahman al-rahim. alif lam ra.</w:t>
      </w:r>
    </w:p>
    <w:p>
      <w:pPr>
        <w:jc w:val="right"/>
      </w:pPr>
      <w:r>
        <w:t>بسم الله الرحمن الرحيم. ألف لام راء.</w:t>
      </w:r>
    </w:p>
    <w:p>
      <w:r>
        <w:rPr>
          <w:b/>
        </w:rPr>
        <w:t xml:space="preserve">[00:13] </w:t>
      </w:r>
      <w:r>
        <w:t>tilka ayat al-kitab al-hakim.</w:t>
      </w:r>
    </w:p>
    <w:p>
      <w:pPr>
        <w:jc w:val="right"/>
      </w:pPr>
      <w:r>
        <w:t>تلك آيات الكتاب الحكيم.</w:t>
      </w:r>
    </w:p>
    <w:p>
      <w:r>
        <w:rPr>
          <w:b/>
        </w:rPr>
        <w:t xml:space="preserve">[00:19] </w:t>
      </w:r>
      <w:r>
        <w:t>akan lil-nasi ajaban an awhayna ila rajulin minhum an anzhir al-nasa wa bashshir alladhina amanu?</w:t>
      </w:r>
    </w:p>
    <w:p>
      <w:pPr>
        <w:jc w:val="right"/>
      </w:pPr>
      <w:r>
        <w:t>أكان للناس عجبًا أن أوحينا إلى رجل منهم أن أنذر الناس وبشر الذين آمنوا؟</w:t>
      </w:r>
    </w:p>
    <w:p>
      <w:r>
        <w:rPr>
          <w:b/>
        </w:rPr>
        <w:t xml:space="preserve">[00:35] </w:t>
      </w:r>
      <w:r>
        <w:t>wa bashshir alladhina amanu</w:t>
      </w:r>
    </w:p>
    <w:p>
      <w:pPr>
        <w:jc w:val="right"/>
      </w:pPr>
      <w:r>
        <w:t>وبشر الذين آمنوا</w:t>
      </w:r>
    </w:p>
    <w:p>
      <w:r>
        <w:rPr>
          <w:b/>
        </w:rPr>
        <w:t xml:space="preserve">[00:40] </w:t>
      </w:r>
      <w:r>
        <w:t>anna lahum qadama sidqin 'inda rabbihim. qala al-kafiruna: in hadha la-sahirun mubin.</w:t>
      </w:r>
    </w:p>
    <w:p>
      <w:pPr>
        <w:jc w:val="right"/>
      </w:pPr>
      <w:r>
        <w:t>أن لهم قدم صدق عند ربهم. قال الكافرون: إن هذا لساحر مبين.</w:t>
      </w:r>
    </w:p>
    <w:p>
      <w:r>
        <w:rPr>
          <w:b/>
        </w:rPr>
        <w:t xml:space="preserve">[00:54] </w:t>
      </w:r>
      <w:r>
        <w:t>shuru Allah ke naam se jo bara meharban, nihayat reham wala hai.</w:t>
      </w:r>
    </w:p>
    <w:p>
      <w:pPr>
        <w:jc w:val="right"/>
      </w:pPr>
      <w:r>
        <w:t>شروع اللہ کے نام سے جو بڑا مہربان، نہایت رحم والا ہے۔</w:t>
      </w:r>
    </w:p>
    <w:p>
      <w:r>
        <w:rPr>
          <w:b/>
        </w:rPr>
        <w:t xml:space="preserve">[01:01] </w:t>
      </w:r>
      <w:r>
        <w:t>alif lam ra. yeh pur-hikmat kitab ki ayaten hain, kya logon ko is par hairat hai ke hum ne inhi mein se ek shakhs par wahi ki ke logon ko darao aur jo iman layen un ko khushkhabri suna do</w:t>
      </w:r>
    </w:p>
    <w:p>
      <w:pPr>
        <w:jc w:val="right"/>
      </w:pPr>
      <w:r>
        <w:t>الف لام راء۔ یہ پرحکمت کتاب کی آیتیں ہیں، کیا لوگوں کو اس پر حیرت ہے کہ ہم نے انہی میں سے ایک شخص پر وحی کی کہ لوگوں کو ڈراؤ اور جو ایمان لائیں ان کو خوشخبری سنا دو</w:t>
      </w:r>
    </w:p>
    <w:p>
      <w:r>
        <w:rPr>
          <w:b/>
        </w:rPr>
        <w:t xml:space="preserve">[01:23] </w:t>
      </w:r>
      <w:r>
        <w:t>, ke un ke liye un ke rab ke pas sachcha martaba hai? munkiron ne kaha: yeh shakhs to khula jadu-gar hai.</w:t>
      </w:r>
    </w:p>
    <w:p>
      <w:pPr>
        <w:jc w:val="right"/>
      </w:pPr>
      <w:r>
        <w:t>، کہ ان کے لیے ان کے رب کے پاس سچا مرتبہ ہے؟ منکروں نے کہا: یہ شخص تو کھلا جادوگر ہے۔</w:t>
      </w:r>
    </w:p>
    <w:p>
      <w:r>
        <w:rPr>
          <w:b/>
        </w:rPr>
        <w:t xml:space="preserve">[01:33] </w:t>
      </w:r>
      <w:r>
        <w:t>tashreeh: peghambar ka kalam intehai muahkam dalail par mabni hota hai. woh apne ghair-mamooli andaaz ki bina par khud is baat ka saboot hota hai ke woh Khuda ki taraf se bol raha hai.</w:t>
      </w:r>
    </w:p>
    <w:p>
      <w:pPr>
        <w:jc w:val="right"/>
      </w:pPr>
      <w:r>
        <w:t>تشریح: پیغمبر کا کلام انتہائی محکم دلائل پر مبنی ہوتا ہے۔ وہ اپنے غیر معمولی انداز کی بنا پر خود اس بات کا ثبوت ہوتا ہے کہ وہ خدا کی طرف سے بول رہا ہے۔</w:t>
      </w:r>
    </w:p>
    <w:p>
      <w:r>
        <w:rPr>
          <w:b/>
        </w:rPr>
        <w:t xml:space="preserve">[01:53] </w:t>
      </w:r>
      <w:r>
        <w:t>is ke bawajood har zamane mein logon ne peghambar ka inkar kiya. is ki wajah insan ki zahir-parasti hai.</w:t>
      </w:r>
    </w:p>
    <w:p>
      <w:pPr>
        <w:jc w:val="right"/>
      </w:pPr>
      <w:r>
        <w:t>اس کے باوجود ہر زمانے میں لوگوں نے پیغمبر کا انکار کیا۔ اس کی وجہ انسان کی ظاہر پرستی ہے۔</w:t>
      </w:r>
    </w:p>
    <w:p>
      <w:r>
        <w:rPr>
          <w:b/>
        </w:rPr>
        <w:t xml:space="preserve">[02:04] </w:t>
      </w:r>
      <w:r>
        <w:t>peghambar apne muasireen ki nazar mein aam insan ki tarah bas ek insan hota hai. is ke gird abhi azmat ki woh tareekh jama nahi hoti jo baad ke zamane mein is ke naam ke sath wabasta ho jati hai.</w:t>
      </w:r>
    </w:p>
    <w:p>
      <w:pPr>
        <w:jc w:val="right"/>
      </w:pPr>
      <w:r>
        <w:t>پیغمبر اپنے معاصرین کی نظر میں عام انسان کی طرح بس ایک انسان ہوتا ہے۔ اس کے گرد ابھی عظمت کی وہ تاریخ جمع نہیں ہوتی جو بعد کے زمانے میں اس کے نام کے ساتھ وابستہ ہو جاتی ہے۔</w:t>
      </w:r>
    </w:p>
    <w:p>
      <w:r>
        <w:rPr>
          <w:b/>
        </w:rPr>
        <w:t xml:space="preserve">[02:22] </w:t>
      </w:r>
      <w:r>
        <w:t>is</w:t>
      </w:r>
    </w:p>
    <w:p>
      <w:pPr>
        <w:jc w:val="right"/>
      </w:pPr>
      <w:r>
        <w:t>اس</w:t>
      </w:r>
    </w:p>
    <w:p>
      <w:r>
        <w:rPr>
          <w:b/>
        </w:rPr>
        <w:t xml:space="preserve">[02:23] </w:t>
      </w:r>
      <w:r>
        <w:t>liye peghambar ke zamane ke log peghambar ko mahaz ek insan samajh kar nazar andaaz kar dete hain. woh peghambar ko na Khuda ke bheje hue ki hesiyat mein dekh paate hain aur na mustaqbil mein banne wali tareekh ke aitbar se is ka andaza kar paate, jabke har aadmi is ki peghambarana azmat ko manane par majaboor hoga.</w:t>
      </w:r>
    </w:p>
    <w:p>
      <w:pPr>
        <w:jc w:val="right"/>
      </w:pPr>
      <w:r>
        <w:t>لیے پیغمبر کے زمانے کے لوگ پیغمبر کو محض ایک انسان سمجھ کر نظر انداز کر دیتے ہیں۔ وہ پیغمبر کو نہ خدا کے بھیجے ہوئے کی حیثیت میں دیکھ پاتے ہیں اور نہ مستقبل میں بننے والی تاریخ کے اعتبار سے اس کا اندازہ کر پاتے، جبکہ ہر آدمی اس کی پیغمبرانہ عظمت کو ماننے پر مجبور ہوگا۔</w:t>
      </w:r>
    </w:p>
    <w:p>
      <w:r>
        <w:rPr>
          <w:b/>
        </w:rPr>
        <w:t xml:space="preserve">[02:52] </w:t>
      </w:r>
      <w:r>
        <w:t>peghambar ka kalam sarapa aijaz hota hai, jo sunne walon ko be-daleel kar deta hai. magar munkireen is ki ahmiyat ko ghatane ke liye yeh keh dete hain ke yeh adabi sahiri hai, yani literary magic.</w:t>
      </w:r>
    </w:p>
    <w:p>
      <w:pPr>
        <w:jc w:val="right"/>
      </w:pPr>
      <w:r>
        <w:t>پیغمبر کا کلام سراپا اعجاز ہوتا ہے، جو سننے والوں کو بے دلیل کر دیتا ہے۔ مگر منکرین اس کی اہمیت کو گھٹانے کے لیے یہ کہہ دیتے ہیں کہ یہ ادبی ساحری ہے، یعنی لٹریری میجک۔</w:t>
      </w:r>
    </w:p>
    <w:p>
      <w:r>
        <w:rPr>
          <w:b/>
        </w:rPr>
        <w:t xml:space="preserve">[03:11] </w:t>
      </w:r>
      <w:r>
        <w:t>woh daleel ke maidan mein apne aap ko ajiz pa kar is ke upar aib lagane lagte hain.</w:t>
      </w:r>
    </w:p>
    <w:p>
      <w:pPr>
        <w:jc w:val="right"/>
      </w:pPr>
      <w:r>
        <w:t>وہ دلیل کے میدان میں اپنے آپ کو عاجز پا کر اس کے اوپر عیب لگانے لگتے ہیں۔</w:t>
      </w:r>
    </w:p>
    <w:p>
      <w:r>
        <w:rPr>
          <w:b/>
        </w:rPr>
        <w:t xml:space="preserve">[03:20] </w:t>
      </w:r>
      <w:r>
        <w:t>is tarah woh peghambar ke kalam ki sadaqat ko mushtabah, doubt-ful karte hain. peghambar ka kalam jin logon ko maftuh kar raha tha, un ke bare mein yeh taassur dete hain ke woh mahaz sadgi mein pade hue hain, warna yeh sara mamla alfaaz ke fareb ke siwa aur kuch nahi.</w:t>
      </w:r>
    </w:p>
    <w:p>
      <w:pPr>
        <w:jc w:val="right"/>
      </w:pPr>
      <w:r>
        <w:t>اس طرح وہ پیغمبر کے کلام کی صداقت کو مشتبہ، ڈاؤٹ فل کرتے ہیں۔ پیغمبر کا کلام جن لوگوں کو مفتوح کر رہا تھا، ان کے بارے میں یہ تاثر دیتے ہیں کہ وہ محض سادگی میں پڑے ہوئے ہیں، ورنہ یہ سارا معاملہ الفاظ کے فریب کے سوا اور کچھ نہیں۔</w:t>
      </w:r>
    </w:p>
    <w:p>
      <w:r>
        <w:rPr>
          <w:b/>
        </w:rPr>
        <w:t xml:space="preserve">[03:45] </w:t>
      </w:r>
      <w:r>
        <w:t>yeh zaban ki jadu-gari hai, na ke koi waqai ahmiyat ki cheez.</w:t>
      </w:r>
    </w:p>
    <w:p>
      <w:pPr>
        <w:jc w:val="right"/>
      </w:pPr>
      <w:r>
        <w:t>یہ زبان کی جادوگری ہے، نہ کہ کوئی واقعی اہمیت کی چیز۔</w:t>
      </w:r>
    </w:p>
    <w:p>
      <w:r>
        <w:rPr>
          <w:b/>
        </w:rPr>
        <w:t xml:space="preserve">[03:51] </w:t>
      </w:r>
      <w:r>
        <w:t>peghambar ka asal mission inzar o tabshir hai, yani Khuda ki pakad se darana, aur jo log Khuda se dar kar dunya mein rehne ke liye tayyar hon, un ko jannat ki khushkhabri dena.</w:t>
      </w:r>
    </w:p>
    <w:p>
      <w:pPr>
        <w:jc w:val="right"/>
      </w:pPr>
      <w:r>
        <w:t>پیغمبر کا اصل مشن انظار و تبشیر ہے، یعنی خدا کی پکڑ سے ڈرانا، اور جو لوگ خدا سے ڈر کر دنیا میں رہنے کے لیے تیار ہوں، ان کو جنت کی خوشخبری دینا۔</w:t>
      </w:r>
    </w:p>
    <w:p>
      <w:r>
        <w:rPr>
          <w:b/>
        </w:rPr>
        <w:t xml:space="preserve">[04:07] </w:t>
      </w:r>
      <w:r>
        <w:t>peghambar is liye aata hai ke logon ko is haqeeqat-e-waqa se agah kar de ke aadmi is dunya mein azad aur khud-mukhtar nahi hai, aur na zindagi ka qissa aadmi ki maut ke sath khatam ho jane wala hai, balke maut ke baad abadi zindagi, eternal life hai, aur aadmi ko sab se zyada isi ki fikr karna chahiye.</w:t>
      </w:r>
    </w:p>
    <w:p>
      <w:pPr>
        <w:jc w:val="right"/>
      </w:pPr>
      <w:r>
        <w:t>پیغمبر اس لیے آتا ہے کہ لوگوں کو اس حقیقت واقعہ سے آگاہ کر دے کہ آدمی اس دنیا میں آزاد اور خود مختار نہیں ہے، اور نہ زندگی کا قصہ آدمی کی موت کے ساتھ ختم ہو جانے والا ہے، بلکہ موت کے بعد ابدی زندگی، ایٹرنل لائف ہے، اور آدمی کو سب سے زیادہ اسی کی فکر کرنا چاہیے۔</w:t>
      </w:r>
    </w:p>
    <w:p>
      <w:r>
        <w:rPr>
          <w:b/>
        </w:rPr>
        <w:t xml:space="preserve">[04:35] </w:t>
      </w:r>
      <w:r>
        <w:t>jo</w:t>
      </w:r>
    </w:p>
    <w:p>
      <w:pPr>
        <w:jc w:val="right"/>
      </w:pPr>
      <w:r>
        <w:t>جو</w:t>
      </w:r>
    </w:p>
    <w:p>
      <w:r>
        <w:rPr>
          <w:b/>
        </w:rPr>
        <w:t xml:space="preserve">[04:36] </w:t>
      </w:r>
      <w:r>
        <w:t>shakhs ghaflat bartaiga ya sarkashi karega, woh maut ke baad ki zindagi mein is hal mein pahunchega ke wahan is ke liye dukh ke siwa aur kuch na hoga.</w:t>
      </w:r>
    </w:p>
    <w:p>
      <w:pPr>
        <w:jc w:val="right"/>
      </w:pPr>
      <w:r>
        <w:t>شخص غفلت برتے گا یا سرکشی کرے گا، وہ موت کے بعد کی زندگی میں اس حال میں پہنچے گا کہ وہاں اس کے لیے دکھ کے سوا اور کچھ نہ ہوگا۔</w:t>
      </w:r>
    </w:p>
    <w:p>
      <w:r>
        <w:rPr>
          <w:b/>
        </w:rPr>
        <w:t xml:space="preserve">[04:49] </w:t>
      </w:r>
      <w:r>
        <w:t>zahir-parast insan hamesha yeh samajhta raha hai ke izzat aur taraqqi is shakhs ke liye hai jis ke pas dunya ka iqtadar hai, jo dunya ki daulat ka malik hai.</w:t>
      </w:r>
    </w:p>
    <w:p>
      <w:pPr>
        <w:jc w:val="right"/>
      </w:pPr>
      <w:r>
        <w:t>ظاہر پرست انسان ہمیشہ یہ سمجھتا رہا ہے کہ عزت اور ترقی اس شخص کے لیے ہے جس کے پاس دنیا کا اقتدار ہے، جو دنیا کی دولت کا مالک ہے۔</w:t>
      </w:r>
    </w:p>
    <w:p>
      <w:r>
        <w:rPr>
          <w:b/>
        </w:rPr>
        <w:t xml:space="preserve">[05:02] </w:t>
      </w:r>
      <w:r>
        <w:t>peghambar batata hai ke yeh sarasar dhoka hai.</w:t>
      </w:r>
    </w:p>
    <w:p>
      <w:pPr>
        <w:jc w:val="right"/>
      </w:pPr>
      <w:r>
        <w:t>پیغمبر بتاتا ہے کہ یہ سراسر دھوکا ہے۔</w:t>
      </w:r>
    </w:p>
    <w:p>
      <w:r>
        <w:rPr>
          <w:b/>
        </w:rPr>
        <w:t xml:space="preserve">[05:06] </w:t>
      </w:r>
      <w:r>
        <w:t>yeh izzat o taraqqi to woh hai jo maujooda aarzai zindagi mein insanon ke darmiyan milti hai, magar izzat aur taraqqi darasal woh hai jo mustaqil zindagi mein Khuda ke yahan hasil ho.</w:t>
      </w:r>
    </w:p>
    <w:p>
      <w:pPr>
        <w:jc w:val="right"/>
      </w:pPr>
      <w:r>
        <w:t>یہ عزت و ترقی تو وہ ہے جو موجودہ عارضی زندگی میں انسانوں کے درمیان ملتی ہے، مگر عزت اور ترقی دراصل وہ ہے جو مستقل زندگی میں خدا کے یہاں حاصل ہو۔</w:t>
      </w:r>
    </w:p>
    <w:p>
      <w:r>
        <w:rPr>
          <w:b/>
        </w:rPr>
        <w:t xml:space="preserve">[05:22] </w:t>
      </w:r>
      <w:r>
        <w:t>wahi izzat o taraqqi</w:t>
      </w:r>
    </w:p>
    <w:p>
      <w:pPr>
        <w:jc w:val="right"/>
      </w:pPr>
      <w:r>
        <w:t>وہی عزت و ترقی</w:t>
      </w:r>
    </w:p>
    <w:p>
      <w:r>
        <w:rPr>
          <w:b/>
        </w:rPr>
        <w:t xml:space="preserve">[05:24] </w:t>
      </w:r>
      <w:r>
        <w:t>haqeeqi hai, aur isi ke sath daaimi bhi, eternal bhi. in rabbukum allahu allathi khalaqa alssamawati waalarda fi sittati ayyamin thumma</w:t>
      </w:r>
    </w:p>
    <w:p>
      <w:pPr>
        <w:jc w:val="right"/>
      </w:pPr>
      <w:r>
        <w:t>حقیقی ہے، اور اسی کے ساتھ دائمی بھی، ایٹرنل بھی۔ إن ربكم الله الذي خلق السماوات والأرض في ستة أيام ثم</w:t>
      </w:r>
    </w:p>
    <w:p>
      <w:r>
        <w:rPr>
          <w:b/>
        </w:rPr>
        <w:t xml:space="preserve">[05:41] </w:t>
      </w:r>
      <w:r>
        <w:t>istawa 'ala al'arshi. thumma istawa 'ala al'arshi yudabbiru al'amra ma min shafee'in illa min ba'di idhnihi.</w:t>
      </w:r>
    </w:p>
    <w:p>
      <w:pPr>
        <w:jc w:val="right"/>
      </w:pPr>
      <w:r>
        <w:t>استوى على العرش. ثم استوى على العرش يدبر الأمر ما من شفيع إلا من بعد إذنه.</w:t>
      </w:r>
    </w:p>
    <w:p>
      <w:r>
        <w:rPr>
          <w:b/>
        </w:rPr>
        <w:t xml:space="preserve">[05:55] </w:t>
      </w:r>
      <w:r>
        <w:t>thalikum allahu rabbukum fai'buduhu.</w:t>
      </w:r>
    </w:p>
    <w:p>
      <w:pPr>
        <w:jc w:val="right"/>
      </w:pPr>
      <w:r>
        <w:t>ذلكم الله ربكم فاعبدوه.</w:t>
      </w:r>
    </w:p>
    <w:p>
      <w:r>
        <w:rPr>
          <w:b/>
        </w:rPr>
        <w:t xml:space="preserve">[06:00] </w:t>
      </w:r>
      <w:r>
        <w:t>afala tathakkaruna</w:t>
      </w:r>
    </w:p>
    <w:p>
      <w:pPr>
        <w:jc w:val="right"/>
      </w:pPr>
      <w:r>
        <w:t>أفلا تذكرون</w:t>
      </w:r>
    </w:p>
    <w:p>
      <w:r>
        <w:rPr>
          <w:b/>
        </w:rPr>
        <w:t xml:space="preserve">[06:06] </w:t>
      </w:r>
      <w:r>
        <w:t>ilayhi marji'ukum jamee'an wa'adu allahi haqqan? innahu yabda'u alkhalqa thumma yu'eeduhu liyajziya allatheena amanoo wa'amiloo alssalihati bialqisti,</w:t>
      </w:r>
    </w:p>
    <w:p>
      <w:pPr>
        <w:jc w:val="right"/>
      </w:pPr>
      <w:r>
        <w:t>إليه مرجعكم جميعًا وعد الله حقًا؟ إنه يبدأ الخلق ثم يعيده ليجزي الذين آمنوا وعملوا الصالحات بالقسط،</w:t>
      </w:r>
    </w:p>
    <w:p>
      <w:r>
        <w:rPr>
          <w:b/>
        </w:rPr>
        <w:t xml:space="preserve">[06:24] </w:t>
      </w:r>
      <w:r>
        <w:t>waallatheena kafaroo lahum sharabun min hameemin wa'adhabun aleemun bima kanoo yakfuroona.</w:t>
      </w:r>
    </w:p>
    <w:p>
      <w:pPr>
        <w:jc w:val="right"/>
      </w:pPr>
      <w:r>
        <w:t>والذين كفروا لهم شراب من حميم وعذاب أليم بما كانوا يكفرون.</w:t>
      </w:r>
    </w:p>
    <w:p>
      <w:r>
        <w:rPr>
          <w:b/>
        </w:rPr>
        <w:t xml:space="preserve">[06:38] </w:t>
      </w:r>
      <w:r>
        <w:t>beshak tumhara rab Allah hai jis ne aasmanon aur zameen ko chhe dinon adwaar mein paida kiya, phir woh arsh par qaim hua.</w:t>
      </w:r>
    </w:p>
    <w:p>
      <w:pPr>
        <w:jc w:val="right"/>
      </w:pPr>
      <w:r>
        <w:t>بے شک تمہارا رب اللہ ہے جس نے آسمانوں اور زمین کو چھ دنوں ادوار میں پیدا کیا، پھر وہ عرش پر قائم ہوا۔</w:t>
      </w:r>
    </w:p>
    <w:p>
      <w:r>
        <w:rPr>
          <w:b/>
        </w:rPr>
        <w:t xml:space="preserve">[06:48] </w:t>
      </w:r>
      <w:r>
        <w:t>wohi mu'amlaat ka intezaam karta hai. iski ijazat ke baghair koi sifarish karne wala nahin.</w:t>
      </w:r>
    </w:p>
    <w:p>
      <w:pPr>
        <w:jc w:val="right"/>
      </w:pPr>
      <w:r>
        <w:t>وہی معاملات کا انتظام کرتا ہے۔ اس کی اجازت کے بغیر کوئی سفارش کرنے والا نہیں۔</w:t>
      </w:r>
    </w:p>
    <w:p>
      <w:r>
        <w:rPr>
          <w:b/>
        </w:rPr>
        <w:t xml:space="preserve">[06:58] </w:t>
      </w:r>
      <w:r>
        <w:t>yahi Allah tumhara rab hai, pas tum usi ki ibadat karo.</w:t>
      </w:r>
    </w:p>
    <w:p>
      <w:pPr>
        <w:jc w:val="right"/>
      </w:pPr>
      <w:r>
        <w:t>یہی اللہ تمہارا رب ہے، پس تم اسی کی عبادت کرو۔</w:t>
      </w:r>
    </w:p>
    <w:p>
      <w:r>
        <w:rPr>
          <w:b/>
        </w:rPr>
        <w:t xml:space="preserve">[07:04] </w:t>
      </w:r>
      <w:r>
        <w:t>kya tum sochte nahin? usi ki taraf tum sab ko laut kar jaana hai. yeh Allah ka pakka wada hai.</w:t>
      </w:r>
    </w:p>
    <w:p>
      <w:pPr>
        <w:jc w:val="right"/>
      </w:pPr>
      <w:r>
        <w:t>کیا تم سوچتے نہیں؟ اسی کی طرف تم سب کو لوٹ کر جانا ہے۔ یہ اللہ کا پکا وعدہ ہے۔</w:t>
      </w:r>
    </w:p>
    <w:p>
      <w:r>
        <w:rPr>
          <w:b/>
        </w:rPr>
        <w:t xml:space="preserve">[07:13] </w:t>
      </w:r>
      <w:r>
        <w:t>beshak woh paidaish ki ibtida karta hai, phir woh dobara paida karega taake jo log iman laaye aur unhon ne naik kaam kiye, un ko insaaf ke sath badla de, aur jinhon ne inkar kiya, un ke inkar ke badle un ke liye kholta pani aur dardnak azab hai.</w:t>
      </w:r>
    </w:p>
    <w:p>
      <w:pPr>
        <w:jc w:val="right"/>
      </w:pPr>
      <w:r>
        <w:t>بے شک وہ پیدائش کی ابتدا کرتا ہے، پھر وہ دوبارہ پیدا کرے گا تاکہ جو لوگ ایمان لائے اور انہوں نے نیک کام کیے، ان کو انصاف کے ساتھ بدلہ دے، اور جنہوں نے انکار کیا، ان کے انکار کے بدلے ان کے لیے کھولتا پانی اور دردناک عذاب ہے۔</w:t>
      </w:r>
    </w:p>
    <w:p>
      <w:r>
        <w:rPr>
          <w:b/>
        </w:rPr>
        <w:t xml:space="preserve">[07:36] </w:t>
      </w:r>
      <w:r>
        <w:t>tashreeh: kainat mein mukhtalif qism ki cheezein hain.</w:t>
      </w:r>
    </w:p>
    <w:p>
      <w:pPr>
        <w:jc w:val="right"/>
      </w:pPr>
      <w:r>
        <w:t>تشریح: کائنات میں مختلف قسم کی چیزیں ہیں۔</w:t>
      </w:r>
    </w:p>
    <w:p>
      <w:r>
        <w:rPr>
          <w:b/>
        </w:rPr>
        <w:t xml:space="preserve">[07:42] </w:t>
      </w:r>
      <w:r>
        <w:t>amli mutala'a batata hai ke in cheezon ka zahoor ba'ik waqt nahin hua, balkeh tadreej ke sath aik ke baad aik hua hai.</w:t>
      </w:r>
    </w:p>
    <w:p>
      <w:pPr>
        <w:jc w:val="right"/>
      </w:pPr>
      <w:r>
        <w:t>عملی مطالعہ بتاتا ہے کہ ان چیزوں کا ظہور بیک وقت نہیں ہوا، بلکہ تدریج کے ساتھ ایک کے بعد ایک ہوا ہے۔</w:t>
      </w:r>
    </w:p>
    <w:p>
      <w:r>
        <w:rPr>
          <w:b/>
        </w:rPr>
        <w:t xml:space="preserve">[07:54] </w:t>
      </w:r>
      <w:r>
        <w:t>quran is tadreeji takhleeq ko chhe adwaar, periods mein taqseem karta hai. yeh</w:t>
      </w:r>
    </w:p>
    <w:p>
      <w:pPr>
        <w:jc w:val="right"/>
      </w:pPr>
      <w:r>
        <w:t>قرآن اس تدریجی تخلیق کو چھ ادوار، پیریڈز میں تقسیم کرتا ہے۔ یہ</w:t>
      </w:r>
    </w:p>
    <w:p>
      <w:r>
        <w:rPr>
          <w:b/>
        </w:rPr>
        <w:t xml:space="preserve">[08:04] </w:t>
      </w:r>
      <w:r>
        <w:t>dori takhleeq sabit karti hai ke kainat ki paidaish shaoori mansoobe ke tehat hui hai.</w:t>
      </w:r>
    </w:p>
    <w:p>
      <w:pPr>
        <w:jc w:val="right"/>
      </w:pPr>
      <w:r>
        <w:t>دوری تخلیق ثابت کرتی ہے کہ کائنات کی پیدائش شعوری منصوبے کے تحت ہوئی ہے۔</w:t>
      </w:r>
    </w:p>
    <w:p>
      <w:r>
        <w:rPr>
          <w:b/>
        </w:rPr>
        <w:t xml:space="preserve">[08:14] </w:t>
      </w:r>
      <w:r>
        <w:t>phir kainat ka mutala'a yeh bhi batata hai ke iska nizaam had darja muhkam qawaneen ke tehat chal raha hai.</w:t>
      </w:r>
    </w:p>
    <w:p>
      <w:pPr>
        <w:jc w:val="right"/>
      </w:pPr>
      <w:r>
        <w:t>پھر کائنات کا مطالعہ یہ بھی بتاتا ہے کہ اس کا نظام حد درجہ محکم قوانین کے تحت چل رہا ہے۔</w:t>
      </w:r>
    </w:p>
    <w:p>
      <w:r>
        <w:rPr>
          <w:b/>
        </w:rPr>
        <w:t xml:space="preserve">[08:25] </w:t>
      </w:r>
      <w:r>
        <w:t>har cheez theek usi tarah amal karti hai jis tarah majmooi taqaze ke tehat use amal karna chahiye. yeh waqea is baat ka wazeh saboot hai ke is karkhana kainat ka aik zinda mudabbir hai jo har lamha iska intezaam kar raha hai.</w:t>
      </w:r>
    </w:p>
    <w:p>
      <w:pPr>
        <w:jc w:val="right"/>
      </w:pPr>
      <w:r>
        <w:t>ہر چیز ٹھیک اسی طرح عمل کرتی ہے جس طرح مجموعی تقاضے کے تحت اسے عمل کرنا چاہیے۔ یہ واقعہ اس بات کا واضح ثبوت ہے کہ اس کارخانہ کائنات کا ایک زندہ مدبر ہے جو ہر لمحہ اس کا انتظام کر رہا ہے۔</w:t>
      </w:r>
    </w:p>
    <w:p>
      <w:r>
        <w:rPr>
          <w:b/>
        </w:rPr>
        <w:t xml:space="preserve">[08:48] </w:t>
      </w:r>
      <w:r>
        <w:t>kainat ka yeh hairaan kun nizaam khud hi pukaar raha hai ke iska malik itna kamil aur itna azeem hai jis ke yahan kisi safarshi ki sifarish chalne ka koi sawal nahin.</w:t>
      </w:r>
    </w:p>
    <w:p>
      <w:pPr>
        <w:jc w:val="right"/>
      </w:pPr>
      <w:r>
        <w:t>کائنات کا یہ حیران کن نظام خود ہی پکار رہا ہے کہ اس کا مالک اتنا کامل اور اتنا عظیم ہے جس کے یہاں کسی سفارشی کی سفارش چلنے کا کوئی سوال نہیں۔</w:t>
      </w:r>
    </w:p>
    <w:p>
      <w:r>
        <w:rPr>
          <w:b/>
        </w:rPr>
        <w:t xml:space="preserve">[09:04] </w:t>
      </w:r>
      <w:r>
        <w:t>kainat apni khusoosiyat ke aaine mein apne khalq ki khusoosiyat ko bata rahi hai. sari kainat mein qist ka nizaam qaim hai.</w:t>
      </w:r>
    </w:p>
    <w:p>
      <w:pPr>
        <w:jc w:val="right"/>
      </w:pPr>
      <w:r>
        <w:t>کائنات اپنی خصوصیات کے آئینے میں اپنے خالق کی خصوصیات کو بتا رہی ہے۔ ساری کائنات میں قسط کا نظام قائم ہے۔</w:t>
      </w:r>
    </w:p>
    <w:p>
      <w:r>
        <w:rPr>
          <w:b/>
        </w:rPr>
        <w:t xml:space="preserve">[09:16] </w:t>
      </w:r>
      <w:r>
        <w:t>yahan har aik ke sath yeh ho raha hai ke jo kuch woh karta hai, usi ke mutabiq nateeja us ke samne aata hai.</w:t>
      </w:r>
    </w:p>
    <w:p>
      <w:pPr>
        <w:jc w:val="right"/>
      </w:pPr>
      <w:r>
        <w:t>یہاں ہر ایک کے ساتھ یہ ہو رہا ہے کہ جو کچھ وہ کرتا ہے، اسی کے مطابق نتیجہ اس کے سامنے آتا ہے۔</w:t>
      </w:r>
    </w:p>
    <w:p>
      <w:r>
        <w:rPr>
          <w:b/>
        </w:rPr>
        <w:t xml:space="preserve">[09:26] </w:t>
      </w:r>
      <w:r>
        <w:t>har aik ko wohi milta hai jo us ne kiya tha, aur har aik se woh chhin jata hai jis ke liye us ne nahin kiya tha.</w:t>
      </w:r>
    </w:p>
    <w:p>
      <w:pPr>
        <w:jc w:val="right"/>
      </w:pPr>
      <w:r>
        <w:t>ہر ایک کو وہی ملتا ہے جو اس نے کیا تھا، اور ہر ایک سے وہ چھن جاتا ہے جس کے لیے اس نے نہیں کیا تھا۔</w:t>
      </w:r>
    </w:p>
    <w:p>
      <w:r>
        <w:rPr>
          <w:b/>
        </w:rPr>
        <w:t xml:space="preserve">[09:37] </w:t>
      </w:r>
      <w:r>
        <w:t>zameen ka jo hissa raat ke asbaab jama kare, wahan tareeki phail kar rehti hai, aur zameen ka jo hissa roshni ke asbaab paida kare, us ke oopar roshan suraj chamak kar rehta hai.</w:t>
      </w:r>
    </w:p>
    <w:p>
      <w:pPr>
        <w:jc w:val="right"/>
      </w:pPr>
      <w:r>
        <w:t>زمین کا جو حصہ رات کے اسباب جمع کرے، وہاں تاریکی پھیل کر رہتی ہے، اور زمین کا جو حصہ روشنی کے اسباب پیدا کرے، اس کے اوپر روشن سورج چمک کر رہتا ہے۔</w:t>
      </w:r>
    </w:p>
    <w:p>
      <w:r>
        <w:rPr>
          <w:b/>
        </w:rPr>
        <w:t xml:space="preserve">[09:55] </w:t>
      </w:r>
      <w:r>
        <w:t>yeh maadi nataij ka haal hai, magar akhlaqi nataij ke muamle mein dunya ki tasweer bilkul mukhtalif nazar aati hai.</w:t>
      </w:r>
    </w:p>
    <w:p>
      <w:pPr>
        <w:jc w:val="right"/>
      </w:pPr>
      <w:r>
        <w:t>یہ مادی نتائج کا حال ہے، مگر اخلاقی نتائج کے معاملے میں دنیا کی تصویر بالکل مختلف نظر آتی ہے۔</w:t>
      </w:r>
    </w:p>
    <w:p>
      <w:r>
        <w:rPr>
          <w:b/>
        </w:rPr>
        <w:t xml:space="preserve">[10:05] </w:t>
      </w:r>
      <w:r>
        <w:t>insan neki karta hai aur us ko neki ka phal nahin milta. insan sarkashi karta hai, magar us ki sarkashi apna nateeja dikhaye baghair jaari rehti hai.</w:t>
      </w:r>
    </w:p>
    <w:p>
      <w:pPr>
        <w:jc w:val="right"/>
      </w:pPr>
      <w:r>
        <w:t>انسان نیکی کرتا ہے اور اس کو نیکی کا پھل نہیں ملتا۔ انسان سرکشی کرتا ہے، مگر اس کی سرکشی اپنا نتیجہ دکھائے بغیر جاری رہتی ہے۔</w:t>
      </w:r>
    </w:p>
    <w:p>
      <w:r>
        <w:rPr>
          <w:b/>
        </w:rPr>
        <w:t xml:space="preserve">[10:18] </w:t>
      </w:r>
      <w:r>
        <w:t>khaliq ki jo marzi us ki doosri makhlooqat mein chal rahi hai, us ki wohi marzi insan ke muamlaat mein kyun zahir nahin hoti?</w:t>
      </w:r>
    </w:p>
    <w:p>
      <w:pPr>
        <w:jc w:val="right"/>
      </w:pPr>
      <w:r>
        <w:t>خالق کی جو مرضی اس کی دوسری مخلوقات میں چل رہی ہے، اس کی وہی مرضی انسان کے معاملات میں کیوں ظاہر نہیں ہوتی؟</w:t>
      </w:r>
    </w:p>
    <w:p>
      <w:r>
        <w:rPr>
          <w:b/>
        </w:rPr>
        <w:t xml:space="preserve">[10:30] </w:t>
      </w:r>
      <w:r>
        <w:t>is ka jawab yeh hai ke insaan ki zindagi mein khodai insaaf ke zahoor ka khuda ne baad ko aanay wali dunya ke liye moakhir kar diya hai.</w:t>
      </w:r>
    </w:p>
    <w:p>
      <w:pPr>
        <w:jc w:val="right"/>
      </w:pPr>
      <w:r>
        <w:t>اس کا جواب یہ ہے کہ انسان کی زندگی میں خدائی انصاف کے ظہور کا خدا نے بعد کو آنے والی دنیا کے لیے موخر کر دیا ہے۔</w:t>
      </w:r>
    </w:p>
    <w:p>
      <w:r>
        <w:rPr>
          <w:b/>
        </w:rPr>
        <w:t xml:space="preserve">[10:42] </w:t>
      </w:r>
      <w:r>
        <w:t>pehli zindagi insaan ko amal ke liye di gayi hai, aur doosri zindagi us ko apne amal ka nateeja paanay ke liye di jayegi, aur doosri zindagi ka zahoor yaqeenan itna hi mukammal hai jitna pehli zindagi ka zahoor.</w:t>
      </w:r>
    </w:p>
    <w:p>
      <w:pPr>
        <w:jc w:val="right"/>
      </w:pPr>
      <w:r>
        <w:t>پہلی زندگی انسان کو عمل کے لیے دی گئی ہے، اور دوسری زندگی اس کو اپنے عمل کا نتیجہ پانے کے لیے دی جائے گی، اور دوسری زندگی کا ظہور یقینا اتنا ہی مکمل ہے جتنا پہلی زندگی کا ظہور۔</w:t>
      </w:r>
    </w:p>
    <w:p>
      <w:r>
        <w:rPr>
          <w:b/>
        </w:rPr>
        <w:t xml:space="preserve">[11:03] </w:t>
      </w:r>
      <w:r>
        <w:t>huwallazi ja'alash shamsa ziya'an wal qamara nooran wa qaddarahu manazila lita'lamu adad as-sineena wal hisab.</w:t>
      </w:r>
    </w:p>
    <w:p>
      <w:pPr>
        <w:jc w:val="right"/>
      </w:pPr>
      <w:r>
        <w:t>هو الذي جعل الشمس ضياء والقمر نورا وقدره منازل لتعلموا عدد السنين والحساب.</w:t>
      </w:r>
    </w:p>
    <w:p>
      <w:r>
        <w:rPr>
          <w:b/>
        </w:rPr>
        <w:t xml:space="preserve">[11:18] </w:t>
      </w:r>
      <w:r>
        <w:t>ma khalaqallahu zalika illa bil haqq.</w:t>
      </w:r>
    </w:p>
    <w:p>
      <w:pPr>
        <w:jc w:val="right"/>
      </w:pPr>
      <w:r>
        <w:t>ما خلق الله ذلك إلا بالحق.</w:t>
      </w:r>
    </w:p>
    <w:p>
      <w:r>
        <w:rPr>
          <w:b/>
        </w:rPr>
        <w:t xml:space="preserve">[11:24] </w:t>
      </w:r>
      <w:r>
        <w:t>yufassilul ayati li qawmin ya'lamun. inna fi ikhtilafil laili wan nahari wa ma khalaqallahu fis samawati wal ardi la ayatin li qawmin</w:t>
      </w:r>
    </w:p>
    <w:p>
      <w:pPr>
        <w:jc w:val="right"/>
      </w:pPr>
      <w:r>
        <w:t>يفصل الآيات لقوم يعلمون. إن في اختلاف الليل والنهار وما خلق الله في السماوات والأرض لآيات لقوم</w:t>
      </w:r>
    </w:p>
    <w:p>
      <w:r>
        <w:rPr>
          <w:b/>
        </w:rPr>
        <w:t xml:space="preserve">[11:43] </w:t>
      </w:r>
      <w:r>
        <w:t>yattaqun.</w:t>
      </w:r>
    </w:p>
    <w:p>
      <w:pPr>
        <w:jc w:val="right"/>
      </w:pPr>
      <w:r>
        <w:t>يتقون.</w:t>
      </w:r>
    </w:p>
    <w:p>
      <w:r>
        <w:rPr>
          <w:b/>
        </w:rPr>
        <w:t xml:space="preserve">[11:46] </w:t>
      </w:r>
      <w:r>
        <w:t>allah hi hai jis ne suraj ko chamakta banaya aur chand ko roshni di aur is ki manzilein muqarrar kar dein ta ke tum barson ka shumar aur hisab maloom karo.</w:t>
      </w:r>
    </w:p>
    <w:p>
      <w:pPr>
        <w:jc w:val="right"/>
      </w:pPr>
      <w:r>
        <w:t>اللہ ہی ہے جس نے سورج کو چمکتا بنایا اور چاند کو روشنی دی اور اس کی منزلیں مقرر کر دیں تاکہ تم برسوں کا شمار اور حساب معلوم کرو۔</w:t>
      </w:r>
    </w:p>
    <w:p>
      <w:r>
        <w:rPr>
          <w:b/>
        </w:rPr>
        <w:t xml:space="preserve">[12:00] </w:t>
      </w:r>
      <w:r>
        <w:t>allah ne yeh sab kuch be maqsad nahi banaya. woh nishaniyan khol kar bayan karta hai</w:t>
      </w:r>
    </w:p>
    <w:p>
      <w:pPr>
        <w:jc w:val="right"/>
      </w:pPr>
      <w:r>
        <w:t>اللہ نے یہ سب کچھ بے مقصد نہیں بنایا۔ وہ نشانیاں کھول کر بیان کرتا ہے</w:t>
      </w:r>
    </w:p>
    <w:p>
      <w:r>
        <w:rPr>
          <w:b/>
        </w:rPr>
        <w:t xml:space="preserve">[12:06] </w:t>
      </w:r>
      <w:r>
        <w:t>un ke liye jo samajh rakhte hain. yaqeenan raat aur din ke ult pher mein, aur allah ne jo kuch aasmanon aur zameen mein paida kiya hai, un mein un logon ke liye nishaniyan hain jo darte hain.</w:t>
      </w:r>
    </w:p>
    <w:p>
      <w:pPr>
        <w:jc w:val="right"/>
      </w:pPr>
      <w:r>
        <w:t>ان کے لیے جو سمجھ رکھتے ہیں۔ یقینا رات اور دن کے الٹ پھیر میں، اور اللہ نے جو کچھ آسمانوں اور زمین میں پیدا کیا ہے، ان میں ان لوگوں کے لیے نشانیاں ہیں جو ڈرتے ہیں۔</w:t>
      </w:r>
    </w:p>
    <w:p>
      <w:r>
        <w:rPr>
          <w:b/>
        </w:rPr>
        <w:t xml:space="preserve">[12:24] </w:t>
      </w:r>
      <w:r>
        <w:t>tashreeh: suraj hamari zameen se nihayat durust faasle par qaim hai.</w:t>
      </w:r>
    </w:p>
    <w:p>
      <w:pPr>
        <w:jc w:val="right"/>
      </w:pPr>
      <w:r>
        <w:t>تشریح: سورج ہماری زمین سے نہایت درست فاصلے پر قائم ہے۔</w:t>
      </w:r>
    </w:p>
    <w:p>
      <w:r>
        <w:rPr>
          <w:b/>
        </w:rPr>
        <w:t xml:space="preserve">[12:30] </w:t>
      </w:r>
      <w:r>
        <w:t>yehi wajah hai ke woh hamare liye roshni aur hararat jaisi nematon ka khazana bana hua hai. agar is andaze mein farq ho jaye to suraj hamare liye suraj na rahe balke aag ka jahannum ban jaye.</w:t>
      </w:r>
    </w:p>
    <w:p>
      <w:pPr>
        <w:jc w:val="right"/>
      </w:pPr>
      <w:r>
        <w:t>یہی وجہ ہے کہ وہ ہمارے لیے روشنی اور حرارت جیسی نعمتوں کا خزانہ بنا ہوا ہے۔ اگر اس اندازے میں فرق ہو جائے تو سورج ہمارے لیے سورج نہ رہے بلکہ آگ کا جہنم بن جائے۔</w:t>
      </w:r>
    </w:p>
    <w:p>
      <w:r>
        <w:rPr>
          <w:b/>
        </w:rPr>
        <w:t xml:space="preserve">[12:48] </w:t>
      </w:r>
      <w:r>
        <w:t>woh zindagi ke bajaye maut ka paigham sabit ho.</w:t>
      </w:r>
    </w:p>
    <w:p>
      <w:pPr>
        <w:jc w:val="right"/>
      </w:pPr>
      <w:r>
        <w:t>وہ زندگی کے بجائے موت کا پیغام ثابت ہو۔</w:t>
      </w:r>
    </w:p>
    <w:p>
      <w:r>
        <w:rPr>
          <w:b/>
        </w:rPr>
        <w:t xml:space="preserve">[12:52] </w:t>
      </w:r>
      <w:r>
        <w:t>chand ek had darja riyaziati hisab ke mutabiq apne madar par theek theek gardish karta hai. isi bana par yeh mumkin hota hai ke chand bazat khud be noor hone ke bawajood hamare liye na sirf thandi roshni de balkeh mahina aur saal ki qudrati taqweem bhi faraham kare.</w:t>
      </w:r>
    </w:p>
    <w:p>
      <w:pPr>
        <w:jc w:val="right"/>
      </w:pPr>
      <w:r>
        <w:t>چاند ایک حد درجہ ریاضیاتی حساب کے مطابق اپنے مدار پر ٹھیک ٹھیک گردش کرتا ہے۔ اسی بنا پر یہ ممکن ہوتا ہے کہ چاند بذات خود بے نور ہونے کے باوجود ہمارے لیے نہ صرف ٹھنڈی روشنی دے بلکہ مہینہ اور سال کی قدرتی تقویم بھی فراہم کرے۔</w:t>
      </w:r>
    </w:p>
    <w:p>
      <w:r>
        <w:rPr>
          <w:b/>
        </w:rPr>
        <w:t xml:space="preserve">[13:18] </w:t>
      </w:r>
      <w:r>
        <w:t>yeh falakyati nishaniyan sabit karti hain ke is kainat mein gehri maqsadit hai, aur maqsadit wali kainat ka aakhri anjam be maqsad nahi ho sakta.</w:t>
      </w:r>
    </w:p>
    <w:p>
      <w:pPr>
        <w:jc w:val="right"/>
      </w:pPr>
      <w:r>
        <w:t>یہ فلکیاتی نشانیاں ثابت کرتی ہیں کہ اس کائنات میں گہری مقصدیت ہے، اور مقصدیت والی کائنات کا آخری انجام بے مقصد نہیں ہو سکتا۔</w:t>
      </w:r>
    </w:p>
    <w:p>
      <w:r>
        <w:rPr>
          <w:b/>
        </w:rPr>
        <w:t xml:space="preserve">[13:32] </w:t>
      </w:r>
      <w:r>
        <w:t>phir hamari dunya mein raat ke baad din ka aana madi tamseel ki zuban mein is akhlaqi haqeeqat ko bata raha hai ke maujooda dunya mein yeh qanoon nafiz hai ke tareeki ke baad roshni phailay, andhere ke baad ujale ka zahoor ho.</w:t>
      </w:r>
    </w:p>
    <w:p>
      <w:pPr>
        <w:jc w:val="right"/>
      </w:pPr>
      <w:r>
        <w:t>پھر ہماری دنیا میں رات کے بعد دن کا آنا مادی تمثیل کی زبان میں اس اخلاقی حقیقت کو بتا رہا ہے کہ موجودہ دنیا میں یہ قانون نافذ ہے کہ تاریکی کے بعد روشنی پھیلے، اندھیرے کے بعد اجالے کا ظہور ہو۔</w:t>
      </w:r>
    </w:p>
    <w:p>
      <w:r>
        <w:rPr>
          <w:b/>
        </w:rPr>
        <w:t xml:space="preserve">[13:52] </w:t>
      </w:r>
      <w:r>
        <w:t>yahan huqooq ki pamaali ke baad huqooq ki adaiygi ka nizam aanay wala hai.</w:t>
      </w:r>
    </w:p>
    <w:p>
      <w:pPr>
        <w:jc w:val="right"/>
      </w:pPr>
      <w:r>
        <w:t>یہاں حقوق کی پامالی کے بعد حقوق کی ادائیگی کا نظام آنے والا ہے۔</w:t>
      </w:r>
    </w:p>
    <w:p>
      <w:r>
        <w:rPr>
          <w:b/>
        </w:rPr>
        <w:t xml:space="preserve">[13:59] </w:t>
      </w:r>
      <w:r>
        <w:t>insaan ki sarkashi ki jagah khodai insaaf ko ghalba milnay wala hai. yahan us waqt ka aana muqaddar hai jab ke dhandli khatam ho aur haq ke itraaf ka mahol charon taraf qaim ho jaye.</w:t>
      </w:r>
    </w:p>
    <w:p>
      <w:pPr>
        <w:jc w:val="right"/>
      </w:pPr>
      <w:r>
        <w:t>انسان کی سرکشی کی جگہ خدائی انصاف کو غلبہ ملنے والا ہے۔ یہاں اس وقت کا آنا مقدر ہے جب کہ دھاندلی ختم ہو اور حق کے اعتراف کا ماحول چاروں طرف قائم ہو جائے۔</w:t>
      </w:r>
    </w:p>
    <w:p>
      <w:r>
        <w:rPr>
          <w:b/>
        </w:rPr>
        <w:t xml:space="preserve">[14:17] </w:t>
      </w:r>
      <w:r>
        <w:t>aakhirat ki haqeeqaton ko khuda ne nishaniyon ke andaz mein zahir kiya hai.</w:t>
      </w:r>
    </w:p>
    <w:p>
      <w:pPr>
        <w:jc w:val="right"/>
      </w:pPr>
      <w:r>
        <w:t>آخرت کی حقیقتوں کو خدا نے نشانیوں کے انداز میں ظاہر کیا ہے۔</w:t>
      </w:r>
    </w:p>
    <w:p>
      <w:r>
        <w:rPr>
          <w:b/>
        </w:rPr>
        <w:t xml:space="preserve">[14:25] </w:t>
      </w:r>
      <w:r>
        <w:t>baalfaz-e-digar, khuda maujooda dunya mein daleel ke roop mein zahir hota hai, na ke mehsoos mushahiday ke roop mein.</w:t>
      </w:r>
    </w:p>
    <w:p>
      <w:pPr>
        <w:jc w:val="right"/>
      </w:pPr>
      <w:r>
        <w:t>بالفاظ دیگر، خدا موجودہ دنیا میں دلیل کے روپ میں ظاہر ہوتا ہے، نہ کہ محسوس مشاہدے کے روپ میں۔</w:t>
      </w:r>
    </w:p>
    <w:p>
      <w:r>
        <w:rPr>
          <w:b/>
        </w:rPr>
        <w:t xml:space="preserve">[14:35] </w:t>
      </w:r>
      <w:r>
        <w:t>phir khuda jis roop mein apna jalwa dikhata hai, usi roop mein hum us ko pa sakte hain, na ke kisi aur roop mein.</w:t>
      </w:r>
    </w:p>
    <w:p>
      <w:pPr>
        <w:jc w:val="right"/>
      </w:pPr>
      <w:r>
        <w:t>پھر خدا جس روپ میں اپنا جلوہ دکھاتا ہے، اسی روپ میں ہم اس کو پا سکتے ہیں، نہ کہ کسی اور روپ میں۔</w:t>
      </w:r>
    </w:p>
    <w:p>
      <w:r>
        <w:rPr>
          <w:b/>
        </w:rPr>
        <w:t xml:space="preserve">[14:45] </w:t>
      </w:r>
      <w:r>
        <w:t>khuda ne is dunya mein hidayat ke rastay khol rakhe hain, magar yeh hidayat unhi ka muqaddar hai jo khodai naqshay ke mutabiq is ki pairwi karne ke liye tayyar hon.</w:t>
      </w:r>
    </w:p>
    <w:p>
      <w:pPr>
        <w:jc w:val="right"/>
      </w:pPr>
      <w:r>
        <w:t>خدا نے اس دنیا میں ہدایت کے راستے کھول رکھے ہیں، مگر یہ ہدایت انہی کا مقدر ہے جو خدائی نقشے کے مطابق اس کی پیروی کرنے کے لیے تیار ہوں۔</w:t>
      </w:r>
    </w:p>
    <w:p>
      <w:r>
        <w:rPr>
          <w:b/>
        </w:rPr>
        <w:t xml:space="preserve">[14:58] </w:t>
      </w:r>
      <w:r>
        <w:t>yahan wahi log sahi rastay par chalne ki tofeeq payein ge jo daleel ki zuban mein baat ko samajhne aur mannay ke liye tayyar hon.</w:t>
      </w:r>
    </w:p>
    <w:p>
      <w:pPr>
        <w:jc w:val="right"/>
      </w:pPr>
      <w:r>
        <w:t>یہاں وہی لوگ صحیح راستے پر چلنے کی توفیق پائیں گے جو دلیل کی زبان میں بات کو سمجھنے اور ماننے کے لیے تیار ہوں۔</w:t>
      </w:r>
    </w:p>
    <w:p>
      <w:r>
        <w:rPr>
          <w:b/>
        </w:rPr>
        <w:t xml:space="preserve">[15:08] </w:t>
      </w:r>
      <w:r>
        <w:t>jo log sachi daleel ke aage na jhukein, woh goya khuda ke aage nahi jhuke. unhon ne khuda ko nahi mana.</w:t>
      </w:r>
    </w:p>
    <w:p>
      <w:pPr>
        <w:jc w:val="right"/>
      </w:pPr>
      <w:r>
        <w:t>جو لوگ سچی دلیل کے آگے نہ جھکیں، وہ گویا خدا کے آگے نہیں جھکے۔ انہوں نے خدا کو نہیں مانا۔</w:t>
      </w:r>
    </w:p>
    <w:p>
      <w:r>
        <w:rPr>
          <w:b/>
        </w:rPr>
        <w:t xml:space="preserve">[15:19] </w:t>
      </w:r>
      <w:r>
        <w:t>aise logon ko apne liye jahannum ke siwa kisi aur cheez ka intezar na karna chahiye. zameen o aasman mein agarchay beshumar nishaniyan phaili hui hain, magar woh unhi logon ke liye sabaq banti hain jo dar rakhne walay hain.</w:t>
      </w:r>
    </w:p>
    <w:p>
      <w:pPr>
        <w:jc w:val="right"/>
      </w:pPr>
      <w:r>
        <w:t>ایسے لوگوں کو اپنے لیے جہنم کے سوا کسی اور چیز کا انتظار نہ کرنا چاہیے۔ زمین و آسمان میں اگرچہ بے شمار نشانیاں پھیلی ہوئی ہیں، مگر وہ انہی لوگوں کے لیے سبق بنتی ہیں جو ڈر رکھنے والے ہیں۔</w:t>
      </w:r>
    </w:p>
    <w:p>
      <w:r>
        <w:rPr>
          <w:b/>
        </w:rPr>
        <w:t xml:space="preserve">[15:37] </w:t>
      </w:r>
      <w:r>
        <w:t>dar ya andesha woh cheez hai jo aadmi ko sanjeeda banata hai. jab tak aadmi kisi mamle mein sanjeeda na ho, woh is mamle mein poora dhiyan nahi dega aur na is ke pehluon ko samjhega.</w:t>
      </w:r>
    </w:p>
    <w:p>
      <w:pPr>
        <w:jc w:val="right"/>
      </w:pPr>
      <w:r>
        <w:t>ڈر یا اندیشہ وہ چیز ہے جو آدمی کو سنجیدہ بناتا ہے۔ جب تک آدمی کسی معاملے میں سنجیدہ نہ ہو، وہ اس معاملے میں پورا دھیان نہیں دے گا اور نہ اس کے پہلوؤں کو سمجھے گا۔</w:t>
      </w:r>
    </w:p>
    <w:p>
      <w:r>
        <w:rPr>
          <w:b/>
        </w:rPr>
        <w:t xml:space="preserve">[15:51] </w:t>
      </w:r>
      <w:r>
        <w:t>poori kainaat ek zabardast takhleeqi tawazun mein jkari hui hai. yeh is baat ka khula hua ishara hai ke kainaat ka malik aisa malik hai jo insaan ko pakarne ki taqat rakhta hai.</w:t>
      </w:r>
    </w:p>
    <w:p>
      <w:pPr>
        <w:jc w:val="right"/>
      </w:pPr>
      <w:r>
        <w:t>پوری کائنات ایک زبردست تخلیقی توازن میں جکڑی ہوئی ہے۔ یہ اس بات کا کھلا ہوا اشارہ ہے کہ کائنات کا مالک ایسا مالک ہے جو انسان کو پکڑنے کی طاقت رکھتا ہے۔</w:t>
      </w:r>
    </w:p>
    <w:p>
      <w:r>
        <w:rPr>
          <w:b/>
        </w:rPr>
        <w:t xml:space="preserve">[16:07] </w:t>
      </w:r>
      <w:r>
        <w:t>isi tarah pehli zindagi jis ka hum tajurba kar rahe hain, woh is ka yaqini saboot hai ke doosri zindagi bhi mumkin hai.</w:t>
      </w:r>
    </w:p>
    <w:p>
      <w:pPr>
        <w:jc w:val="right"/>
      </w:pPr>
      <w:r>
        <w:t>اسی طرح پہلی زندگی جس کا ہم تجربہ کر رہے ہیں، وہ اس کا یقینی ثبوت ہے کہ دوسری زندگی بھی ممکن ہے۔</w:t>
      </w:r>
    </w:p>
    <w:p>
      <w:r>
        <w:rPr>
          <w:b/>
        </w:rPr>
        <w:t xml:space="preserve">[16:18] </w:t>
      </w:r>
      <w:r>
        <w:t>maujooda duniya mein maadi nataij ka nikalna, magar akhlaqi nataij ka na nikalna, taqaza karta hai ke ek aur duniya bane jahan akhlaqi nataij apni poori soorat mein zahir hon.</w:t>
      </w:r>
    </w:p>
    <w:p>
      <w:pPr>
        <w:jc w:val="right"/>
      </w:pPr>
      <w:r>
        <w:t>موجودہ دنیا میں مادی نتائج کا نکلنا، مگر اخلاقی نتائج کا نہ نکلنا، تقاضا کرتا ہے کہ ایک اور دنیا بنے جہاں اخلاقی نتائج اپنی پوری صورت میں ظاہر ہوں۔</w:t>
      </w:r>
    </w:p>
    <w:p>
      <w:r>
        <w:rPr>
          <w:b/>
        </w:rPr>
        <w:t xml:space="preserve">[16:35] </w:t>
      </w:r>
      <w:r>
        <w:t>yeh sab intehai muahkam baatein hain, magar in ka muahkam hona wahī shakhs jaane ga jo andeshe ki nafsiyat ke tehat zindagi ke mamle ko dekhta ho.</w:t>
      </w:r>
    </w:p>
    <w:p>
      <w:pPr>
        <w:jc w:val="right"/>
      </w:pPr>
      <w:r>
        <w:t>یہ سب انتہائی محکم باتیں ہیں، مگر ان کا محکم ہونا وہی شخص جانے گا جو اندیشے کی نفسیات کے تحت زندگی کے معاملے کو دیکھتا ہو۔</w:t>
      </w:r>
    </w:p>
    <w:p>
      <w:r>
        <w:rPr>
          <w:b/>
        </w:rPr>
        <w:t xml:space="preserve">[16:53] </w:t>
      </w:r>
      <w:r>
        <w:t>innalazina la yarjoona liqaa'ana waradubil hayati dunya wa atma'anubiha wallazina hum an ayatina ghafiloon, ula'ika ma'wahum</w:t>
      </w:r>
    </w:p>
    <w:p>
      <w:pPr>
        <w:jc w:val="right"/>
      </w:pPr>
      <w:r>
        <w:t>إن الذين لا يرجون لقاءنا ورضوا بالحياة الدنيا وطمأنوا بها والذين هم عن آياتنا غافلون أولئك مأواهم</w:t>
      </w:r>
    </w:p>
    <w:p>
      <w:r>
        <w:rPr>
          <w:b/>
        </w:rPr>
        <w:t xml:space="preserve">[17:14] </w:t>
      </w:r>
      <w:r>
        <w:t>annaru bima kanoo yaksiboon. innalazina amanu wa amilus salihat, yahdihim rabbuhum biimanihim.</w:t>
      </w:r>
    </w:p>
    <w:p>
      <w:pPr>
        <w:jc w:val="right"/>
      </w:pPr>
      <w:r>
        <w:t>النار بما كانوا يكسبون. إن الذين آمنوا وعملوا الصالحات يهديهم ربهم بإيمانهم.</w:t>
      </w:r>
    </w:p>
    <w:p>
      <w:r>
        <w:rPr>
          <w:b/>
        </w:rPr>
        <w:t xml:space="preserve">[17:29] </w:t>
      </w:r>
      <w:r>
        <w:t>yahdihim rabbuhum</w:t>
      </w:r>
    </w:p>
    <w:p>
      <w:pPr>
        <w:jc w:val="right"/>
      </w:pPr>
      <w:r>
        <w:t>يهديهم ربهم</w:t>
      </w:r>
    </w:p>
    <w:p>
      <w:r>
        <w:rPr>
          <w:b/>
        </w:rPr>
        <w:t xml:space="preserve">[17:32] </w:t>
      </w:r>
      <w:r>
        <w:t>biimanihim tajri min tahtihimul anharu fi jannatin na'eem.</w:t>
      </w:r>
    </w:p>
    <w:p>
      <w:pPr>
        <w:jc w:val="right"/>
      </w:pPr>
      <w:r>
        <w:t>بإيمانهم تجري من تحتهم الأنهار في جنات النعيم.</w:t>
      </w:r>
    </w:p>
    <w:p>
      <w:r>
        <w:rPr>
          <w:b/>
        </w:rPr>
        <w:t xml:space="preserve">[17:43] </w:t>
      </w:r>
      <w:r>
        <w:t>da'wahum fiha subhanakallahumma wa tahiyyatuhum fiha salaam.</w:t>
      </w:r>
    </w:p>
    <w:p>
      <w:pPr>
        <w:jc w:val="right"/>
      </w:pPr>
      <w:r>
        <w:t>دعواهم فيها سبحانك اللهم وتحيتهم فيها سلام.</w:t>
      </w:r>
    </w:p>
    <w:p>
      <w:r>
        <w:rPr>
          <w:b/>
        </w:rPr>
        <w:t xml:space="preserve">[17:53] </w:t>
      </w:r>
      <w:r>
        <w:t>wa aakhiru da'wahum anil hamdu lillahi rabbil aalameen.</w:t>
      </w:r>
    </w:p>
    <w:p>
      <w:pPr>
        <w:jc w:val="right"/>
      </w:pPr>
      <w:r>
        <w:t>وآخر دعواهم أن الحمد لله رب العالمين.</w:t>
      </w:r>
    </w:p>
    <w:p>
      <w:r>
        <w:rPr>
          <w:b/>
        </w:rPr>
        <w:t xml:space="preserve">[18:00] </w:t>
      </w:r>
      <w:r>
        <w:t>beshak jo log hamari mulaqat ki umeed nahi rakhte aur dunya ki zindagi par razi aur mutma'in hain, aur jo hamari nishaniyon se be parwah hain, un ka thikana jahannam hoga,</w:t>
      </w:r>
    </w:p>
    <w:p>
      <w:pPr>
        <w:jc w:val="right"/>
      </w:pPr>
      <w:r>
        <w:t>بے شک جو لوگ ہماری ملاقات کی امید نہیں رکھتے اور دنیا کی زندگی پر راضی اور مطمئن ہیں، اور جو ہماری نشانیوں سے بے پرواہ ہیں، ان کا ٹھکانہ جہنم ہوگا،</w:t>
      </w:r>
    </w:p>
    <w:p>
      <w:r>
        <w:rPr>
          <w:b/>
        </w:rPr>
        <w:t xml:space="preserve">[18:13] </w:t>
      </w:r>
      <w:r>
        <w:t>baisab is ke jo woh karte thay. beshak jo log imaan laye aur naik kaam kiye, Allah un ke imaan ki badolat un ko pohncha de ga.</w:t>
      </w:r>
    </w:p>
    <w:p>
      <w:pPr>
        <w:jc w:val="right"/>
      </w:pPr>
      <w:r>
        <w:t>بسبب اس کے جو وہ کرتے تھے۔ بے شک جو لوگ ایمان لائے اور نیک کام کیے، اللہ ان کے ایمان کی بدولت ان کو پہنچا دے گا۔</w:t>
      </w:r>
    </w:p>
    <w:p>
      <w:r>
        <w:rPr>
          <w:b/>
        </w:rPr>
        <w:t xml:space="preserve">[18:28] </w:t>
      </w:r>
      <w:r>
        <w:t>un ke neeche nahrein behti hongi nemat ke baghon mein, is mein un ka qaul hoga ke aye Allah tu pak hai, aur mulaqat un ki salaam hogi.</w:t>
      </w:r>
    </w:p>
    <w:p>
      <w:pPr>
        <w:jc w:val="right"/>
      </w:pPr>
      <w:r>
        <w:t>ان کے نیچے نہریں بہتی ہوں گی نعمت کے باغوں میں، اس میں ان کا قول ہوگا کہ اے اللہ تو پاک ہے، اور ملاقات ان کی سلام ہوگی۔</w:t>
      </w:r>
    </w:p>
    <w:p>
      <w:r>
        <w:rPr>
          <w:b/>
        </w:rPr>
        <w:t xml:space="preserve">[18:41] </w:t>
      </w:r>
      <w:r>
        <w:t>aur un ki aakhri baat yeh hogi ke sari tareef Allah ke liye hai jo rabb hai sare jahan ka. tashreeh: jahannam kis ke liye hai?</w:t>
      </w:r>
    </w:p>
    <w:p>
      <w:pPr>
        <w:jc w:val="right"/>
      </w:pPr>
      <w:r>
        <w:t>اور ان کی آخری بات یہ ہوگی کہ ساری تعریف اللہ کے لیے ہے جو رب ہے سارے جہان کا۔ تشریح: جہنم کس کے لیے ہے؟</w:t>
      </w:r>
    </w:p>
    <w:p>
      <w:r>
        <w:rPr>
          <w:b/>
        </w:rPr>
        <w:t xml:space="preserve">[18:54] </w:t>
      </w:r>
      <w:r>
        <w:t>un logon ke liye jo is din ko bhule hue hon jabke Khuda se un ka samna hoga.</w:t>
      </w:r>
    </w:p>
    <w:p>
      <w:pPr>
        <w:jc w:val="right"/>
      </w:pPr>
      <w:r>
        <w:t>ان لوگوں کے لیے جو اس دن کو بھولے ہوئے ہوں جبکہ خدا سے ان کا سامنا ہوگا۔</w:t>
      </w:r>
    </w:p>
    <w:p>
      <w:r>
        <w:rPr>
          <w:b/>
        </w:rPr>
        <w:t xml:space="preserve">[19:03] </w:t>
      </w:r>
      <w:r>
        <w:t>jo akhirat ki abadi nematon ke muqable mein dunya ki arzi cheezon par razi ho gaye hon. jinka yeh haal ho ke dunya mein unhein jo bhi kuch imtehan ke taur par mila hai, usi par woh mutma'in ho jayen.</w:t>
      </w:r>
    </w:p>
    <w:p>
      <w:pPr>
        <w:jc w:val="right"/>
      </w:pPr>
      <w:r>
        <w:t>جو آخرت کی ابدی نعمتوں کے مقابلے میں دنیا کی عارضی چیزوں پر راضی ہو گئے ہوں۔ جن کا یہ حال ہو کہ دنیا میں انہیں جو بھی کچھ امتحان کے طور پر ملا ہے، اسی پر وہ مطمئن ہو جائیں۔</w:t>
      </w:r>
    </w:p>
    <w:p>
      <w:r>
        <w:rPr>
          <w:b/>
        </w:rPr>
        <w:t xml:space="preserve">[19:20] </w:t>
      </w:r>
      <w:r>
        <w:t>jo ghair Khuda'i cheezon mein itna dil lagayen ke Khuda ki taraf se zahir ki jane wali haqiqaton se ghafil ho jayen.</w:t>
      </w:r>
    </w:p>
    <w:p>
      <w:pPr>
        <w:jc w:val="right"/>
      </w:pPr>
      <w:r>
        <w:t>جو غیر خدائی چیزوں میں اتنا دل لگائیں کہ خدا کی طرف سے ظاہر کی جانے والی حقیقتوں سے غافل ہو جائیں۔</w:t>
      </w:r>
    </w:p>
    <w:p>
      <w:r>
        <w:rPr>
          <w:b/>
        </w:rPr>
        <w:t xml:space="preserve">[19:31] </w:t>
      </w:r>
      <w:r>
        <w:t>yeh sab Khuda ke nazdeek jahannami raston par chalna hai, aur jo log jahannami raston mein chal rahe hon, woh aakhir kar jahannam ke siwa aur kahan pohnchen ge?</w:t>
      </w:r>
    </w:p>
    <w:p>
      <w:pPr>
        <w:jc w:val="right"/>
      </w:pPr>
      <w:r>
        <w:t>یہ سب خدا کے نزدیک جہنمی راستوں پر چلنا ہے، اور جو لوگ جہنمی راستوں میں چل رہے ہوں، وہ آخر کار جہنم کے سوا اور کہاں پہنچیں گے؟</w:t>
      </w:r>
    </w:p>
    <w:p>
      <w:r>
        <w:rPr>
          <w:b/>
        </w:rPr>
        <w:t xml:space="preserve">[19:46] </w:t>
      </w:r>
      <w:r>
        <w:t>Allah unhein un ke imaan ki wajah se jannat ki manzil tak pohncha de ga. is se maloom hua ke imaan aadmi ke liye rehnumai hai.</w:t>
      </w:r>
    </w:p>
    <w:p>
      <w:pPr>
        <w:jc w:val="right"/>
      </w:pPr>
      <w:r>
        <w:t>اللہ انہیں ان کے ایمان کی وجہ سے جنت کی منزل تک پہنچائے گا۔ اس سے معلوم ہوا کہ ایمان آدمی کے لیے رہنمائی ہے۔</w:t>
      </w:r>
    </w:p>
    <w:p>
      <w:r>
        <w:rPr>
          <w:b/>
        </w:rPr>
        <w:t xml:space="preserve">[19:58] </w:t>
      </w:r>
      <w:r>
        <w:t>woh aadmi ko ghalat rahon se bacha kar sahi raste par chalata rehta hai, yahan tak ke us ko haqeeqi manzil tak pohncha deta hai.</w:t>
      </w:r>
    </w:p>
    <w:p>
      <w:pPr>
        <w:jc w:val="right"/>
      </w:pPr>
      <w:r>
        <w:t>وہ آدمی کو غلط راہوں سے بچا کر صحیح راستے پر چلاتا رہتا ہے، یہاں تک کہ اس کو حقیقی منزل تک پہنچا دیتا ہے۔</w:t>
      </w:r>
    </w:p>
    <w:p>
      <w:r>
        <w:rPr>
          <w:b/>
        </w:rPr>
        <w:t xml:space="preserve">[20:09] </w:t>
      </w:r>
      <w:r>
        <w:t>imaan Khuda ki daryaft hai.</w:t>
      </w:r>
    </w:p>
    <w:p>
      <w:pPr>
        <w:jc w:val="right"/>
      </w:pPr>
      <w:r>
        <w:t>ایمان خدا کی دریافت ہے۔</w:t>
      </w:r>
    </w:p>
    <w:p>
      <w:r>
        <w:rPr>
          <w:b/>
        </w:rPr>
        <w:t xml:space="preserve">[20:12] </w:t>
      </w:r>
      <w:r>
        <w:t>jis aadmi ko imaan hasil ho jaye, us ko ilm ka sarahat aa jata hai. woh is qabil ho jata hai ke har mamle mein sahi maqam se apni soch ka aghaz kar sake.</w:t>
      </w:r>
    </w:p>
    <w:p>
      <w:pPr>
        <w:jc w:val="right"/>
      </w:pPr>
      <w:r>
        <w:t>جس آدمی کو ایمان حاصل ہو جائے، اس کو علم کا سراہات آ جاتا ہے۔ وہ اس قابل ہو جاتا ہے کہ ہر معاملے میں صحیح مقام سے اپنی سوچ کا آغاز کر سکے۔</w:t>
      </w:r>
    </w:p>
    <w:p>
      <w:r>
        <w:rPr>
          <w:b/>
        </w:rPr>
        <w:t xml:space="preserve">[20:28] </w:t>
      </w:r>
      <w:r>
        <w:t>woh fikri bahra ravi se bach kar fikri sehat ka malik ban jaye. mazeed yeh ke Khuda ko manna kisi kitabi falsafe ko manna nahi hai.</w:t>
      </w:r>
    </w:p>
    <w:p>
      <w:pPr>
        <w:jc w:val="right"/>
      </w:pPr>
      <w:r>
        <w:t>وہ فکری بہرا روی سے بچ کر فکری صحت کا مالک بن جائے۔ مزید یہ کہ خدا کو ماننا کسی کتابی فلسفے کو ماننا نہیں ہے۔</w:t>
      </w:r>
    </w:p>
    <w:p>
      <w:r>
        <w:rPr>
          <w:b/>
        </w:rPr>
        <w:t xml:space="preserve">[20:41] </w:t>
      </w:r>
      <w:r>
        <w:t>yeh ek zinda Khuda ko manna hai jo bil aakhir tamam insanon ko apne yahan jama kar ke un ka hisab lene wala hai.</w:t>
      </w:r>
    </w:p>
    <w:p>
      <w:pPr>
        <w:jc w:val="right"/>
      </w:pPr>
      <w:r>
        <w:t>یہ ایک زندہ خدا کو ماننا ہے جو بالآخر تمام انسانوں کو اپنے یہاں جمع کر کے ان کا حساب لینے والا ہے۔</w:t>
      </w:r>
    </w:p>
    <w:p>
      <w:r>
        <w:rPr>
          <w:b/>
        </w:rPr>
        <w:t xml:space="preserve">[20:52] </w:t>
      </w:r>
      <w:r>
        <w:t>is tarah imaan aadmi ke andar apne anjam ke bare mein andeshe ki kaifiyat paida kar ke us ko intehai sanjeeda insaan bana deta hai.</w:t>
      </w:r>
    </w:p>
    <w:p>
      <w:pPr>
        <w:jc w:val="right"/>
      </w:pPr>
      <w:r>
        <w:t>اس طرح ایمان آدمی کے اندر اپنے انجام کے بارے میں اندیشے کی کیفیت پیدا کر کے اس کو انتہائی سنجیدہ انسان بنا دیتا ہے۔</w:t>
      </w:r>
    </w:p>
    <w:p>
      <w:r>
        <w:rPr>
          <w:b/>
        </w:rPr>
        <w:t xml:space="preserve">[21:04] </w:t>
      </w:r>
      <w:r>
        <w:t>woh apne ko majboor paata hai ke apni tamam karrawaiyon ko sahih aur ghalat ki roshni mein dekhe, aur sirf sahih rukh par chale, aur ghalat rukh par chalne se hamesha parhez kare.</w:t>
      </w:r>
    </w:p>
    <w:p>
      <w:pPr>
        <w:jc w:val="right"/>
      </w:pPr>
      <w:r>
        <w:t>وہ اپنے کو مجبور پاتا ہے کہ اپنی تمام کارروائیوں کو صحیح اور غلط کی روشنی میں دیکھے، اور صرف صحیح رخ پر چلے، اور غلط رخ پر چلنے سے ہمیشہ پرہیز کرے۔</w:t>
      </w:r>
    </w:p>
    <w:p>
      <w:r>
        <w:rPr>
          <w:b/>
        </w:rPr>
        <w:t xml:space="preserve">[21:20] </w:t>
      </w:r>
      <w:r>
        <w:t>is tarah imaan aadmi ko sahih fikr bhi deta hai, aur isi ke saath woh quwwat tameez bhi jo is ke liye mustaqil amli rehnuma ban jaye.</w:t>
      </w:r>
    </w:p>
    <w:p>
      <w:pPr>
        <w:jc w:val="right"/>
      </w:pPr>
      <w:r>
        <w:t>اس طرح ایمان آدمی کو صحیح فکر بھی دیتا ہے، اور اسی کے ساتھ وہ قوت تمیز بھی جو اس کے لیے مستقل عملی رہنما بن جائے۔</w:t>
      </w:r>
    </w:p>
    <w:p>
      <w:r>
        <w:rPr>
          <w:b/>
        </w:rPr>
        <w:t xml:space="preserve">[21:33] </w:t>
      </w:r>
      <w:r>
        <w:t>aakhirat ki jannat un logon ke liye hai jinhone duniya mein apne aap ko is ka mustahiq saabit kiya ho. aakhirat Khuda ke barah-e-raast jalwon mein sarshaar hone ka maqam hai.</w:t>
      </w:r>
    </w:p>
    <w:p>
      <w:pPr>
        <w:jc w:val="right"/>
      </w:pPr>
      <w:r>
        <w:t>آخرت کی جنت ان لوگوں کے لیے ہے جنہوں نے دنیا میں اپنے آپ کو اس کا مستحق ثابت کیا ہو۔ آخرت خدا کے براہ راست جلووں میں سرشار ہونے کا مقام ہے۔</w:t>
      </w:r>
    </w:p>
    <w:p>
      <w:r>
        <w:rPr>
          <w:b/>
        </w:rPr>
        <w:t xml:space="preserve">[21:48] </w:t>
      </w:r>
      <w:r>
        <w:t>wahan basne ka mauqa sirf un logon ko milega jo duniya mein Khuda ke bil-wasta jalwon se sarshaar hue honge.</w:t>
      </w:r>
    </w:p>
    <w:p>
      <w:pPr>
        <w:jc w:val="right"/>
      </w:pPr>
      <w:r>
        <w:t>وہاں بسنے کا موقع صرف ان لوگوں کو ملے گا جو دنیا میں خدا کے بالواسطہ جلووں سے سرشار ہوئے تھے۔</w:t>
      </w:r>
    </w:p>
    <w:p>
      <w:r>
        <w:rPr>
          <w:b/>
        </w:rPr>
        <w:t xml:space="preserve">[22:00] </w:t>
      </w:r>
      <w:r>
        <w:t>aakhirat mein logon ke dil ek doosre ke liye salamatī aur khair khwahi ke jazbat se bhare hue honge. is liye wahan ki abadi mein wohi log jagah payenge jinhone duniya mein is baat ka saboot diya tha ke doosron ke liye un ke dil mein salamatī aur khair khwahi ke siwa koi aur doosra jazba nahin.</w:t>
      </w:r>
    </w:p>
    <w:p>
      <w:pPr>
        <w:jc w:val="right"/>
      </w:pPr>
      <w:r>
        <w:t>آخرت میں لوگوں کے دل ایک دوسرے کے لیے سلامتی اور خیر خواہی کے جذبات سے بھرے ہوئے ہوں گے۔ اس لیے وہاں کی آبادی میں وہی لوگ جگہ پائیں گے جنہوں نے دنیا میں اس بات کا ثبوت دیا تھا کہ دوسروں کے لیے ان کے دل میں سلامتی اور خیر خواہی کے سوا کوئی اور دوسرا جذبہ نہیں۔</w:t>
      </w:r>
    </w:p>
    <w:p>
      <w:r>
        <w:rPr>
          <w:b/>
        </w:rPr>
        <w:t xml:space="preserve">[22:29] </w:t>
      </w:r>
      <w:r>
        <w:t>wa law yu'ajjilullahu linnaasi shar-rast'ijalahum bir-khairi laqudiya ilaihim ajaluhum.</w:t>
      </w:r>
    </w:p>
    <w:p>
      <w:pPr>
        <w:jc w:val="right"/>
      </w:pPr>
      <w:r>
        <w:t>ولو يعجل الله للناس الشر استعجالهم بالخير لقضي إليهم أجلهم.</w:t>
      </w:r>
    </w:p>
    <w:p>
      <w:r>
        <w:rPr>
          <w:b/>
        </w:rPr>
        <w:t xml:space="preserve">[22:40] </w:t>
      </w:r>
      <w:r>
        <w:t>laqudiya ilaihim ajaluhum fana'dhurallazeena la yarjoona liqa'ana fi tughyanihim ya'mahoon.</w:t>
      </w:r>
    </w:p>
    <w:p>
      <w:pPr>
        <w:jc w:val="right"/>
      </w:pPr>
      <w:r>
        <w:t>لقضي إليهم أجلهم فندروا الذين لا يرجون لقاءنا في طغيانهم يعمهون.</w:t>
      </w:r>
    </w:p>
    <w:p>
      <w:r>
        <w:rPr>
          <w:b/>
        </w:rPr>
        <w:t xml:space="preserve">[22:53] </w:t>
      </w:r>
      <w:r>
        <w:t>wa izaa massal insaanu-d-durru da'ana lijanbihi aw qa'idan aw qa'iman falamma kashafna 'anhu durrahu.</w:t>
      </w:r>
    </w:p>
    <w:p>
      <w:pPr>
        <w:jc w:val="right"/>
      </w:pPr>
      <w:r>
        <w:t>وإذا مس الإنسان الضر دعانا لجنبه أو قاعداً أو قائماً فلما كشفنا عنه ضره.</w:t>
      </w:r>
    </w:p>
    <w:p>
      <w:r>
        <w:rPr>
          <w:b/>
        </w:rPr>
        <w:t xml:space="preserve">[23:12] </w:t>
      </w:r>
      <w:r>
        <w:t>falamma kashafna 'anhu durrahu marra allam yad'una ila durrin massahu.</w:t>
      </w:r>
    </w:p>
    <w:p>
      <w:pPr>
        <w:jc w:val="right"/>
      </w:pPr>
      <w:r>
        <w:t>فلما كشفنا عنه ضره مرك أن لم يدعنا إلى ضر مسه.</w:t>
      </w:r>
    </w:p>
    <w:p>
      <w:r>
        <w:rPr>
          <w:b/>
        </w:rPr>
        <w:t xml:space="preserve">[23:24] </w:t>
      </w:r>
      <w:r>
        <w:t>kazaalika zayyana lilmusrifeena ma kaanoo ya'maloona.</w:t>
      </w:r>
    </w:p>
    <w:p>
      <w:pPr>
        <w:jc w:val="right"/>
      </w:pPr>
      <w:r>
        <w:t>كذلك زين للمسرفين ما كانوا يعملون.</w:t>
      </w:r>
    </w:p>
    <w:p>
      <w:r>
        <w:rPr>
          <w:b/>
        </w:rPr>
        <w:t xml:space="preserve">[23:31] </w:t>
      </w:r>
      <w:r>
        <w:t>agar Allah logon ke liye azab isi tarah jald pahuncha de jis tarah woh un ke sath rehmat mein jaldi karta hai to un ki muddat khatm kar di gayi hoti.</w:t>
      </w:r>
    </w:p>
    <w:p>
      <w:pPr>
        <w:jc w:val="right"/>
      </w:pPr>
      <w:r>
        <w:t>اگر اللہ لوگوں کے لیے عذاب اسی طرح جلد پہنچا دے جس طرح وہ ان کے ساتھ رحمت میں جلدی کرتا ہے تو ان کی مدت ختم کر دی گئی ہوتی۔</w:t>
      </w:r>
    </w:p>
    <w:p>
      <w:r>
        <w:rPr>
          <w:b/>
        </w:rPr>
        <w:t xml:space="preserve">[23:45] </w:t>
      </w:r>
      <w:r>
        <w:t>lekin hum un logon ko jo hamari mulaqat ki umeed nahin rakhte, un ki sarkashi mein bhatakne ke liye chhod dete hain.</w:t>
      </w:r>
    </w:p>
    <w:p>
      <w:pPr>
        <w:jc w:val="right"/>
      </w:pPr>
      <w:r>
        <w:t>لیکن ہم ان لوگوں کو جو ہماری ملاقات کی امید نہیں رکھتے، ان کی سرکشی میں بھٹکنے کے لیے چھوڑ دیتے ہیں۔</w:t>
      </w:r>
    </w:p>
    <w:p>
      <w:r>
        <w:rPr>
          <w:b/>
        </w:rPr>
        <w:t xml:space="preserve">[23:54] </w:t>
      </w:r>
      <w:r>
        <w:t>aur insaan ko jab koi takleef pahunchti hai to woh khade aur baithe aur lete hum ko pukarta hai.</w:t>
      </w:r>
    </w:p>
    <w:p>
      <w:pPr>
        <w:jc w:val="right"/>
      </w:pPr>
      <w:r>
        <w:t>اور انسان کو جب کوئی تکلیف پہنچتی ہے تو وہ کھڑے اور بیٹھے اور لیٹے ہم کو پکارتا ہے۔</w:t>
      </w:r>
    </w:p>
    <w:p>
      <w:r>
        <w:rPr>
          <w:b/>
        </w:rPr>
        <w:t xml:space="preserve">[24:04] </w:t>
      </w:r>
      <w:r>
        <w:t>phir jab hum us se us ki takleef ko door kar dete hain to woh aisa ho jata hai goya us ne kabhi apne kisi bure waqt par hum ko pukara hi na tha.</w:t>
      </w:r>
    </w:p>
    <w:p>
      <w:pPr>
        <w:jc w:val="right"/>
      </w:pPr>
      <w:r>
        <w:t>پھر جب ہم اس سے اس کی تکلیف کو دور کر دیتے ہیں تو وہ ایسا ہو جاتا ہے گویا اس نے کبھی اپنے کسی برے وقت پر ہم کو پکارا ہی نہ تھا۔</w:t>
      </w:r>
    </w:p>
    <w:p>
      <w:r>
        <w:rPr>
          <w:b/>
        </w:rPr>
        <w:t xml:space="preserve">[24:18] </w:t>
      </w:r>
      <w:r>
        <w:t>is tarah had se guzar jaane walon ke liye un ke a'maal khushnuma bana diye gaye hain.</w:t>
      </w:r>
    </w:p>
    <w:p>
      <w:pPr>
        <w:jc w:val="right"/>
      </w:pPr>
      <w:r>
        <w:t>اس طرح حد سے گزر جانے والوں کے لیے ان کے اعمال خوشنما بنا دیے گئے ہیں۔</w:t>
      </w:r>
    </w:p>
    <w:p>
      <w:r>
        <w:rPr>
          <w:b/>
        </w:rPr>
        <w:t xml:space="preserve">[24:26] </w:t>
      </w:r>
      <w:r>
        <w:t>tashreeh: Khuda ka qanoon yeh hai ke koi shakhs qabil-e-inaam amal kare to uska amal foran us ke a'maal naame mein shamil kar diya jata hai.</w:t>
      </w:r>
    </w:p>
    <w:p>
      <w:pPr>
        <w:jc w:val="right"/>
      </w:pPr>
      <w:r>
        <w:t>تشریح: خدا کا قانون یہ ہے کہ کوئی شخص قابل انعام عمل کرے تو اس کا عمل فوراً اس کے اعمال نامے میں شامل کر دیا جاتا ہے۔</w:t>
      </w:r>
    </w:p>
    <w:p>
      <w:r>
        <w:rPr>
          <w:b/>
        </w:rPr>
        <w:t xml:space="preserve">[24:41] </w:t>
      </w:r>
      <w:r>
        <w:t>lekin agar koi shakhs qabil-e-saza fe'l ka irtikab karta hai to Khuda us ko dheel deta hai taake woh kisi na kisi mor par mutanabbih ho kar apni islaah kar le.</w:t>
      </w:r>
    </w:p>
    <w:p>
      <w:pPr>
        <w:jc w:val="right"/>
      </w:pPr>
      <w:r>
        <w:t>لیکن اگر کوئی شخص قابل سزا فعل کا ارتکاب کرتا ہے تو خدا اس کو ڈھیل دیتا ہے تاکہ وہ کسی نہ کسی موڑ پر متنبہ ہو کر اپنی اصلاح کر لے۔</w:t>
      </w:r>
    </w:p>
    <w:p>
      <w:r>
        <w:rPr>
          <w:b/>
        </w:rPr>
        <w:t xml:space="preserve">[24:58] </w:t>
      </w:r>
      <w:r>
        <w:t>Khuda ka yeh qanoon insaan ke liye bohat bari rehmat hai. warna insaan itna zalim hai ke woh har waqt burai karne par aamada rehta hai.</w:t>
      </w:r>
    </w:p>
    <w:p>
      <w:pPr>
        <w:jc w:val="right"/>
      </w:pPr>
      <w:r>
        <w:t>خدا کا یہ قانون انسان کے لیے بہت بڑی رحمت ہے۔ ورنہ انسان اتنا ظالم ہے کہ وہ ہر وقت برائی کرنے پر آمادہ رہتا ہے۔</w:t>
      </w:r>
    </w:p>
    <w:p>
      <w:r>
        <w:rPr>
          <w:b/>
        </w:rPr>
        <w:t xml:space="preserve">[25:10] </w:t>
      </w:r>
      <w:r>
        <w:t>aur agar logon ko un ki buraiyon par foran pakda jaane lage to un ki mahlat-e-umar bohat jaldi khatm ho jaye aur zameen ki pusht chalne walon se khali ho jaye.</w:t>
      </w:r>
    </w:p>
    <w:p>
      <w:pPr>
        <w:jc w:val="right"/>
      </w:pPr>
      <w:r>
        <w:t>اور اگر لوگوں کو ان کی برائیوں پر فوراً پکڑا جانے لگے تو ان کی مہلت عمر بہت جلدی ختم ہو جائے اور زمین کی پشت چلنے والے انسانوں سے خالی ہو جائے۔</w:t>
      </w:r>
    </w:p>
    <w:p>
      <w:r>
        <w:rPr>
          <w:b/>
        </w:rPr>
        <w:t xml:space="preserve">[25:28] </w:t>
      </w:r>
      <w:r>
        <w:t>duniya ki zindagi mein sarkash woh log bante hain jo duniya mein yeh samajh kar rahen ke marne ke baad unhein Khuda ka samna nahin karna hoga.</w:t>
      </w:r>
    </w:p>
    <w:p>
      <w:pPr>
        <w:jc w:val="right"/>
      </w:pPr>
      <w:r>
        <w:t>دنیا کی زندگی میں سرکش وہ لوگ بنتے ہیں جو دنیا میں یہ سمجھ کر رہیں کہ مرنے کے بعد انہیں خدا کا سامنا نہیں کرنا ہوگا۔</w:t>
      </w:r>
    </w:p>
    <w:p>
      <w:r>
        <w:rPr>
          <w:b/>
        </w:rPr>
        <w:t xml:space="preserve">[25:40] </w:t>
      </w:r>
      <w:r>
        <w:t>jo pakad ke andeshe se khali ho kar zindagi guzarte hain. jo samajhte hain ke woh azaad hain ke jo dhāndhlī chāhen woh karen aur jo fasād chāhen phailāen.</w:t>
      </w:r>
    </w:p>
    <w:p>
      <w:pPr>
        <w:jc w:val="right"/>
      </w:pPr>
      <w:r>
        <w:t>جو پکڑ کے اندیشے سے خالی ہو کر زندگی گزارتے ہیں۔ جو سمجھتے ہیں کہ وہ آزاد ہیں کہ جو دھاندلی چاہیں وہ کریں اور جو فساد چاہیں پھیلائیں۔</w:t>
      </w:r>
    </w:p>
    <w:p>
      <w:r>
        <w:rPr>
          <w:b/>
        </w:rPr>
        <w:t xml:space="preserve">[25:55] </w:t>
      </w:r>
      <w:r>
        <w:t>haqeeqat yeh hai ke logon ke darmiyan sachai aur insaaf ke sath mu'amla karne ka ek hi haqeeqi muharrik hai.</w:t>
      </w:r>
    </w:p>
    <w:p>
      <w:pPr>
        <w:jc w:val="right"/>
      </w:pPr>
      <w:r>
        <w:t>حقیقت یہ ہے کہ لوگوں کے درمیان سچائی اور انصاف کے ساتھ معاملہ کرنے کا ایک ہی حقیقی محرک ہے۔</w:t>
      </w:r>
    </w:p>
    <w:p>
      <w:r>
        <w:rPr>
          <w:b/>
        </w:rPr>
        <w:t xml:space="preserve">[26:06] </w:t>
      </w:r>
      <w:r>
        <w:t>aur woh yeh hai ke aadmi yeh samjhe ke sab taqatwaron ke upar ek taqatwar hai. har aadmi us ke aage bebas hai.</w:t>
      </w:r>
    </w:p>
    <w:p>
      <w:pPr>
        <w:jc w:val="right"/>
      </w:pPr>
      <w:r>
        <w:t>اور وہ یہ ہے کہ آدمی یہ سمجھے کہ سب طاقتوروں کے اوپر ایک طاقتور ہے۔ ہر آدمی اس کے آگے بے بس ہے۔</w:t>
      </w:r>
    </w:p>
    <w:p>
      <w:r>
        <w:rPr>
          <w:b/>
        </w:rPr>
        <w:t xml:space="preserve">[26:18] </w:t>
      </w:r>
      <w:r>
        <w:t>woh ek din tamam insanon ko pakdega aur har ek majboor hoga ke apne bare mein us ke faisle ko tasleem kare.</w:t>
      </w:r>
    </w:p>
    <w:p>
      <w:pPr>
        <w:jc w:val="right"/>
      </w:pPr>
      <w:r>
        <w:t>وہ ایک دن تمام انسانوں کو پکڑے گا اور ہر ایک مجبور ہوگا کہ اپنے بارے میں اس کے فیصلے کو تسلیم کرے۔</w:t>
      </w:r>
    </w:p>
    <w:p>
      <w:r>
        <w:rPr>
          <w:b/>
        </w:rPr>
        <w:t xml:space="preserve">[26:30] </w:t>
      </w:r>
      <w:r>
        <w:t>duniya ka nizam is tarah bana hai ke aadmi bar bar kisi na kisi takleef ya hadse ki zad mein aa jata hai.</w:t>
      </w:r>
    </w:p>
    <w:p>
      <w:pPr>
        <w:jc w:val="right"/>
      </w:pPr>
      <w:r>
        <w:t>دنیا کا نظام اس طرح بنا ہے کہ آدمی بار بار کسی نہ کسی تکلیف یا حادثے کی زد میں آ جاتا ہے۔</w:t>
      </w:r>
    </w:p>
    <w:p>
      <w:r>
        <w:rPr>
          <w:b/>
        </w:rPr>
        <w:t xml:space="preserve">[26:39] </w:t>
      </w:r>
      <w:r>
        <w:t>aadmi mahsus karne lagta hai ke kharji taqaton ke muqable mein woh bilkul be bas hai.</w:t>
      </w:r>
    </w:p>
    <w:p>
      <w:pPr>
        <w:jc w:val="right"/>
      </w:pPr>
      <w:r>
        <w:t>آدمی محسوس کرنے لگتا ہے کہ خارجی طاقتوں کے مقابلے میں وہ بالکل بے بس ہے۔</w:t>
      </w:r>
    </w:p>
    <w:p>
      <w:r>
        <w:rPr>
          <w:b/>
        </w:rPr>
        <w:t xml:space="preserve">[26:48] </w:t>
      </w:r>
      <w:r>
        <w:t>is waqt aadmi be ikhtiyar ho kar Khuda ko pukarne lagta hai. woh Khuda ki qudrat ke muqable mein apne ajz ka etiraf kar leta hai.</w:t>
      </w:r>
    </w:p>
    <w:p>
      <w:pPr>
        <w:jc w:val="right"/>
      </w:pPr>
      <w:r>
        <w:t>اس وقت آدمی بے اختیار ہو کر خدا کو پکارنے لگتا ہے۔ وہ خدا کی قدرت کے مقابلے میں اپنے عجز کا اعتراف کر لیتا ہے۔</w:t>
      </w:r>
    </w:p>
    <w:p>
      <w:r>
        <w:rPr>
          <w:b/>
        </w:rPr>
        <w:t xml:space="preserve">[26:59] </w:t>
      </w:r>
      <w:r>
        <w:t>magar yeh halat sirf is waqt tak rehti hai jab tak woh musibaton ki giraft mein ho. musibat se nijat pate hi woh dobara waisa hi ghafil aur sarkash ban jata hai jaisa woh pehle tha.</w:t>
      </w:r>
    </w:p>
    <w:p>
      <w:pPr>
        <w:jc w:val="right"/>
      </w:pPr>
      <w:r>
        <w:t>مگر یہ حالت صرف اس وقت تک رہتی ہے جب تک وہ مصیبتوں کی گرفت میں ہو۔ مصیبت سے نجات پاتے ہی وہ دوبارہ ویسا ہی غافل اور سرکش بن جاتا ہے جیسا وہ پہلے تھا۔</w:t>
      </w:r>
    </w:p>
    <w:p>
      <w:r>
        <w:rPr>
          <w:b/>
        </w:rPr>
        <w:t xml:space="preserve">[27:16] </w:t>
      </w:r>
      <w:r>
        <w:t>ai</w:t>
      </w:r>
    </w:p>
    <w:p>
      <w:pPr>
        <w:jc w:val="right"/>
      </w:pPr>
      <w:r>
        <w:t>ای</w:t>
      </w:r>
    </w:p>
    <w:p>
      <w:r>
        <w:rPr>
          <w:b/>
        </w:rPr>
        <w:t xml:space="preserve">[27:17] </w:t>
      </w:r>
      <w:r>
        <w:t>se logon ke izhar bandagi ko Khuda tasleem nahi karta. kyunke izhar bandagi woh matloob hai jo azadana halat mein ki jaye.</w:t>
      </w:r>
    </w:p>
    <w:p>
      <w:pPr>
        <w:jc w:val="right"/>
      </w:pPr>
      <w:r>
        <w:t>سے لوگوں کے اظہار بندگی کو خدا تسلیم نہیں کرتا۔ کیونکہ اظہار بندگی وہ مطلوب ہے جو آزادانہ حالات میں کی جائے۔</w:t>
      </w:r>
    </w:p>
    <w:p>
      <w:r>
        <w:rPr>
          <w:b/>
        </w:rPr>
        <w:t xml:space="preserve">[27:28] </w:t>
      </w:r>
      <w:r>
        <w:t>majburana halat mein zahir ki hui bandagi ki Khuda ke nazdeek koi qeemat nahi. aadmi ek tawil pasand makhlooq hai.</w:t>
      </w:r>
    </w:p>
    <w:p>
      <w:pPr>
        <w:jc w:val="right"/>
      </w:pPr>
      <w:r>
        <w:t>مجبورانہ حالات میں ظاہر کی ہوئی بندگی کی خدا کے نزدیک کوئی قیمت نہیں۔ آدمی ایک توجیح پسند مخلوق ہے۔</w:t>
      </w:r>
    </w:p>
    <w:p>
      <w:r>
        <w:rPr>
          <w:b/>
        </w:rPr>
        <w:t xml:space="preserve">[27:38] </w:t>
      </w:r>
      <w:r>
        <w:t>woh har amal ka ek jawaz talash karta hai.</w:t>
      </w:r>
    </w:p>
    <w:p>
      <w:pPr>
        <w:jc w:val="right"/>
      </w:pPr>
      <w:r>
        <w:t>وہ ہر عمل کا ایک جواز تلاش کرتا ہے۔</w:t>
      </w:r>
    </w:p>
    <w:p>
      <w:r>
        <w:rPr>
          <w:b/>
        </w:rPr>
        <w:t xml:space="preserve">[27:42] </w:t>
      </w:r>
      <w:r>
        <w:t>agar aadmi sarkashi ko apne liye pasand kar le to uska zehn bhi isi taraf marr jayega. woh amalan sarkashi karega aur uska zehn uski sarkashi ko durust sabit karne ke liye usko khoobsurat alfaaz faraham karta rahega.</w:t>
      </w:r>
    </w:p>
    <w:p>
      <w:pPr>
        <w:jc w:val="right"/>
      </w:pPr>
      <w:r>
        <w:t>اگر آدمی سرکشی کو اپنے لیے پسند کر لے تو اس کا ذہن بھی اسی طرف مڑ جائے گا۔ وہ عملاً سرکشی کرے گا اور اس کا ذہن اس کی سرکشی کو درست ثابت کرنے کے لیے اس کو خوبصورت الفاظ فراہم کرتا رہے گا۔</w:t>
      </w:r>
    </w:p>
    <w:p>
      <w:r>
        <w:rPr>
          <w:b/>
        </w:rPr>
        <w:t xml:space="preserve">[28:03] </w:t>
      </w:r>
      <w:r>
        <w:t>isi ka naam tazeen amal hai.</w:t>
      </w:r>
    </w:p>
    <w:p>
      <w:pPr>
        <w:jc w:val="right"/>
      </w:pPr>
      <w:r>
        <w:t>اسی کا نام تزین عمل ہے۔</w:t>
      </w:r>
    </w:p>
    <w:p>
      <w:r>
        <w:rPr>
          <w:b/>
        </w:rPr>
        <w:t xml:space="preserve">[28:06] </w:t>
      </w:r>
      <w:r>
        <w:t>aadmi apni ghaltiyon ko khushnuma alfaaz mein bayan kar ke apne ko mutmain kar leta hai ke woh haq par hai. magar yeh aisa hi hai jaise koi shakhs aag ka angara apne hath mein le le aur samjhe ke woh usko nahi jalayega kyunke uska naam usne surkh phool rakh diya hai.</w:t>
      </w:r>
    </w:p>
    <w:p>
      <w:pPr>
        <w:jc w:val="right"/>
      </w:pPr>
      <w:r>
        <w:t>آدمی اپنی غلطیوں کو خوشنما الفاظ میں بیان کر کے اپنے کو مطمئن کر لیتا ہے کہ وہ حق پر ہے۔ مگر یہ ایسا ہی ہے جیسے کوئی شخص آگ کا انگارہ اپنے ہاتھ میں لے لے اور سمجھے کہ وہ اس کو نہیں جلائے گا کیونکہ اس کا نام اس نے سرخ پھول رکھ دیا ہے۔</w:t>
      </w:r>
    </w:p>
    <w:p>
      <w:r>
        <w:rPr>
          <w:b/>
        </w:rPr>
        <w:t xml:space="preserve">[28:31] </w:t>
      </w:r>
      <w:r>
        <w:t>walqad ahlakna alquruna min qablikum lamma zalamoo waja'athum rusuluhum bilbayyinati wama kanoo liyuminu.</w:t>
      </w:r>
    </w:p>
    <w:p>
      <w:pPr>
        <w:jc w:val="right"/>
      </w:pPr>
      <w:r>
        <w:t>ولقد أهلكنا القرون من قبلكم لما ظلموا وجاءتهم رسلهم بالبينات وما كانوا ليؤمنوا.</w:t>
      </w:r>
    </w:p>
    <w:p>
      <w:r>
        <w:rPr>
          <w:b/>
        </w:rPr>
        <w:t xml:space="preserve">[28:47] </w:t>
      </w:r>
      <w:r>
        <w:t>kadhālika najzi alqawm almujrimīn. thumma ja'alnakum khal</w:t>
      </w:r>
    </w:p>
    <w:p>
      <w:pPr>
        <w:jc w:val="right"/>
      </w:pPr>
      <w:r>
        <w:t>كذلك نجزي القوم المجرمين. ثم جعلناكم خل</w:t>
      </w:r>
    </w:p>
    <w:p>
      <w:r>
        <w:rPr>
          <w:b/>
        </w:rPr>
        <w:t xml:space="preserve">[28:56] </w:t>
      </w:r>
      <w:r>
        <w:t>a'ifa fi al'ardi min ba'dihim linzura kayfa ta'maloon. aur hum ne tum se pehle qaumon ko halak kiya jab ke unhon ne zulm kiya.</w:t>
      </w:r>
    </w:p>
    <w:p>
      <w:pPr>
        <w:jc w:val="right"/>
      </w:pPr>
      <w:r>
        <w:t>ائف في الأرض من بعدهم لننظر كيف تعملون. اور ہم نے تم سے پہلے قوموں کو ہلاک کیا جب کہ انہوں نے ظلم کیا۔</w:t>
      </w:r>
    </w:p>
    <w:p>
      <w:r>
        <w:rPr>
          <w:b/>
        </w:rPr>
        <w:t xml:space="preserve">[29:12] </w:t>
      </w:r>
      <w:r>
        <w:t>aur un ke paighambar un ke paas khuli daleelon ke sath aye aur woh iman lane wale na bane. hum aisa hi badla dete hain mujrim logon ko.</w:t>
      </w:r>
    </w:p>
    <w:p>
      <w:pPr>
        <w:jc w:val="right"/>
      </w:pPr>
      <w:r>
        <w:t>اور ان کے پیغمبر ان کے پاس کھلی دلیلوں کے ساتھ آئے اور وہ ایمان لانے والے نہ بنے۔ ہم ایسا ہی بدلہ دیتے ہیں مجرم لوگوں کو۔</w:t>
      </w:r>
    </w:p>
    <w:p>
      <w:r>
        <w:rPr>
          <w:b/>
        </w:rPr>
        <w:t xml:space="preserve">[29:24] </w:t>
      </w:r>
      <w:r>
        <w:t>phir hum ne un ke baad tum ko mulk mein jansheen banaya ta ke hum dekhen ke tum kaisa amal karte ho.</w:t>
      </w:r>
    </w:p>
    <w:p>
      <w:pPr>
        <w:jc w:val="right"/>
      </w:pPr>
      <w:r>
        <w:t>پھر ہم نے ان کے بعد تم کو ملک میں جانشین بنایا تاکہ ہم دیکھیں کہ تم کیسا عمل کرتے ہو۔</w:t>
      </w:r>
    </w:p>
    <w:p>
      <w:r>
        <w:rPr>
          <w:b/>
        </w:rPr>
        <w:t xml:space="preserve">[29:35] </w:t>
      </w:r>
      <w:r>
        <w:t>tashreeh: paighambar apni qaumon ke paas bayyināt ke sath aye magar unhon ne na mana. bayyinah jam' bayyināt ke mani daleel ke hain.</w:t>
      </w:r>
    </w:p>
    <w:p>
      <w:pPr>
        <w:jc w:val="right"/>
      </w:pPr>
      <w:r>
        <w:t>تشریح: پیغمبر اپنی قوموں کے پاس بینات کے ساتھ آئے مگر انہوں نے نہ مانا۔ بینہ جمع بینات کے معنی دلیل کے ہیں۔</w:t>
      </w:r>
    </w:p>
    <w:p>
      <w:r>
        <w:rPr>
          <w:b/>
        </w:rPr>
        <w:t xml:space="preserve">[29:50] </w:t>
      </w:r>
      <w:r>
        <w:t>is se maloom hota hai ke Khuda ka da'i hamesha bayyināt ki buniyad par uthta hai. logon ko aise dalail ki satah par pahunchana padta hai jo log zahiri azmaton aur awami istiqbaliyon mein Khuda ke da'i ko pana chahen woh kabhi us ko nahi paayenge.</w:t>
      </w:r>
    </w:p>
    <w:p>
      <w:pPr>
        <w:jc w:val="right"/>
      </w:pPr>
      <w:r>
        <w:t>اس سے معلوم ہوتا ہے کہ خدا کا داعی ہمیشہ بینات کی بنیاد پر اٹھتا ہے۔ لوگوں کو ایسے دلائل کی سطح پر پہنچانا پڑتا ہے جو لوگ ظاہری عظمتوں اور عوامی استقبالیوں میں خدا کے داعی کو پانا چاہیں وہ کبھی اس کو نہیں پائیں گے۔</w:t>
      </w:r>
    </w:p>
    <w:p>
      <w:r>
        <w:rPr>
          <w:b/>
        </w:rPr>
        <w:t xml:space="preserve">[30:10] </w:t>
      </w:r>
      <w:r>
        <w:t>kyunke Khuda ka da'i wahan maujood hi nahi hota.</w:t>
      </w:r>
    </w:p>
    <w:p>
      <w:pPr>
        <w:jc w:val="right"/>
      </w:pPr>
      <w:r>
        <w:t>کیونکہ خدا کا داعی وہاں موجود ہی نہیں ہوتا۔</w:t>
      </w:r>
    </w:p>
    <w:p>
      <w:r>
        <w:rPr>
          <w:b/>
        </w:rPr>
        <w:t xml:space="preserve">[30:15] </w:t>
      </w:r>
      <w:r>
        <w:t>nabi mo'ajza dikhata hai magar mo'ajza aakhri marhale mein itmam e hujjat ke liye aata hai. da'wati marhale mein sara kaam dalail ki buniyad par hota hai.</w:t>
      </w:r>
    </w:p>
    <w:p>
      <w:pPr>
        <w:jc w:val="right"/>
      </w:pPr>
      <w:r>
        <w:t>نبی معجزہ دکھاتا ہے مگر معجزہ آخری مرحلے میں اتمام حجت کے لیے آتا ہے۔ دعوتی مرحلے میں سارا کام دلائل کی بنیاد پر ہوتا ہے۔</w:t>
      </w:r>
    </w:p>
    <w:p>
      <w:r>
        <w:rPr>
          <w:b/>
        </w:rPr>
        <w:t xml:space="preserve">[30:28] </w:t>
      </w:r>
      <w:r>
        <w:t>kisi shakhs ya giroh ka zalim hona yeh hai ke woh daleel ke roop mein zahir hone wali dawat e Khuda wandi ko na pehchane aur apne khud sakhta mi'yar par na pane ki wajah se uska inkar kar de.</w:t>
      </w:r>
    </w:p>
    <w:p>
      <w:pPr>
        <w:jc w:val="right"/>
      </w:pPr>
      <w:r>
        <w:t>کسی شخص یا گروہ کا ظالم ہونا یہ ہے کہ وہ دلیل کے روپ میں ظاہر ہونے والی دعوت خداوندی کو نہ پہچانے اور اپنے خود ساختہ معیار پر نہ پانے کی وجہ سے اس کا انکار کر دے۔</w:t>
      </w:r>
    </w:p>
    <w:p>
      <w:r>
        <w:rPr>
          <w:b/>
        </w:rPr>
        <w:t xml:space="preserve">[30:47] </w:t>
      </w:r>
      <w:r>
        <w:t>aise log apni is ravesh ki wajah se Khuda'i qanoon ki zad mein aa jate hain.</w:t>
      </w:r>
    </w:p>
    <w:p>
      <w:pPr>
        <w:jc w:val="right"/>
      </w:pPr>
      <w:r>
        <w:t>ایسے لوگ اپنی اس روش کی وجہ سے خدائی قانون کی زد میں آ جاتے ہیں۔</w:t>
      </w:r>
    </w:p>
    <w:p>
      <w:r>
        <w:rPr>
          <w:b/>
        </w:rPr>
        <w:t xml:space="preserve">[30:58] </w:t>
      </w:r>
      <w:r>
        <w:t>maazi ki jin qaumon par inkar e nubūwat ke jurm mein Khuda ka azab nazil hua woh sarr e se nubūwat ki munkir na theen.</w:t>
      </w:r>
    </w:p>
    <w:p>
      <w:pPr>
        <w:jc w:val="right"/>
      </w:pPr>
      <w:r>
        <w:t>ماضی کی جن قوموں پر انکار نبوت کے جرم میں خدا کا عذاب نازل ہوا وہ سرے سے نبوت کی منکر نہ تھیں۔</w:t>
      </w:r>
    </w:p>
    <w:p>
      <w:r>
        <w:rPr>
          <w:b/>
        </w:rPr>
        <w:t xml:space="preserve">[31:10] </w:t>
      </w:r>
      <w:r>
        <w:t>yeh tamam qaumein kisi na kisi sabiq paighambar ko manti theen. albatta unhon ne waqt ke paighambar ko manne se inkar kar diya tha.</w:t>
      </w:r>
    </w:p>
    <w:p>
      <w:pPr>
        <w:jc w:val="right"/>
      </w:pPr>
      <w:r>
        <w:t>یہ تمام قومیں کسی نہ کسی سابق پیغمبر کو مانتی تھیں۔ البتہ انہوں نے وقت کے پیغمبر کو ماننے سے انکار کر دیا تھا۔</w:t>
      </w:r>
    </w:p>
    <w:p>
      <w:r>
        <w:rPr>
          <w:b/>
        </w:rPr>
        <w:t xml:space="preserve">[31:22] </w:t>
      </w:r>
      <w:r>
        <w:t>pichle paighambar ka mu'amla yeh tha ke us ki pusht par tareekh ki tasdiqat qaim ho gayi theen.</w:t>
      </w:r>
    </w:p>
    <w:p>
      <w:pPr>
        <w:jc w:val="right"/>
      </w:pPr>
      <w:r>
        <w:t>پچھلے پیغمبر کا معاملہ یہ تھا کہ اس کی پشت پر تاریخ کی تصدیقات قائم ہو گئی تھیں۔</w:t>
      </w:r>
    </w:p>
    <w:p>
      <w:r>
        <w:rPr>
          <w:b/>
        </w:rPr>
        <w:t xml:space="preserve">[31:31] </w:t>
      </w:r>
      <w:r>
        <w:t>aur qaumi asbiyatein us ke sath wabasta ho chuki theen. jab ke mo'asir paighambar abhi is qism ki izafi khasusiyat se khali tha.</w:t>
      </w:r>
    </w:p>
    <w:p>
      <w:pPr>
        <w:jc w:val="right"/>
      </w:pPr>
      <w:r>
        <w:t>اور قومی عصبیتیں اس کے ساتھ وابستہ ہو چکی تھیں۔ جبکہ معاصر پیغمبر ابھی اس قسم کی اضافی خصوصیات سے خالی تھا۔</w:t>
      </w:r>
    </w:p>
    <w:p>
      <w:r>
        <w:rPr>
          <w:b/>
        </w:rPr>
        <w:t xml:space="preserve">[31:47] </w:t>
      </w:r>
      <w:r>
        <w:t>unhon ne is guzre hue peghambar ka iqrar kiya jo naslon ki riwayat ke nateejay mein un ka qaumi peghambar ban chuka tha.</w:t>
      </w:r>
    </w:p>
    <w:p>
      <w:pPr>
        <w:jc w:val="right"/>
      </w:pPr>
      <w:r>
        <w:t>انہوں نے اس گزرے ہوئے پیغمبر کا اقرار کیا جو نسلوں کی روایات کے نتیجے میں ان کا قومی پیغمبر بن چکا تھا۔</w:t>
      </w:r>
    </w:p>
    <w:p>
      <w:r>
        <w:rPr>
          <w:b/>
        </w:rPr>
        <w:t xml:space="preserve">[32:00] </w:t>
      </w:r>
      <w:r>
        <w:t>jis ke sath apne ko mansoob karna tareekhi azmat ke minar se apne aap ko mansoob karne ke hum ma'ni tha.</w:t>
      </w:r>
    </w:p>
    <w:p>
      <w:pPr>
        <w:jc w:val="right"/>
      </w:pPr>
      <w:r>
        <w:t>جس کے ساتھ اپنے کو منسوب کرنا تاریخی عظمت کے مینار سے اپنے آپ کو منسوب کرنے کے ہم معنی تھا۔</w:t>
      </w:r>
    </w:p>
    <w:p>
      <w:r>
        <w:rPr>
          <w:b/>
        </w:rPr>
        <w:t xml:space="preserve">[32:12] </w:t>
      </w:r>
      <w:r>
        <w:t>unhon ne apne qaumi peghambar ko peghambar mana magar us peghambar ka inkar kar diya jis ko sirf daleel aur burhan ke zareeye jana ja sakta tha.</w:t>
      </w:r>
    </w:p>
    <w:p>
      <w:pPr>
        <w:jc w:val="right"/>
      </w:pPr>
      <w:r>
        <w:t>انہوں نے اپنے قومی پیغمبر کو پیغمبر مانا مگر اس پیغمبر کا انکار کر دیا جس کو صرف دلیل اور برہان کے ذریعے جانا جا سکتا تھا۔</w:t>
      </w:r>
    </w:p>
    <w:p>
      <w:r>
        <w:rPr>
          <w:b/>
        </w:rPr>
        <w:t xml:space="preserve">[32:23] </w:t>
      </w:r>
      <w:r>
        <w:t>yeh jurm khuda ki nazar mein itna shadeed tha ke woh log nabi ke munkir qarar de kar halak kar diye gaye.</w:t>
      </w:r>
    </w:p>
    <w:p>
      <w:pPr>
        <w:jc w:val="right"/>
      </w:pPr>
      <w:r>
        <w:t>یہ جرم خدا کی نظر میں اتنا شدید تھا کہ وہ لوگ نبی کے منکر قرار دے کر ہلاک کر دیے گئے۔</w:t>
      </w:r>
    </w:p>
    <w:p>
      <w:r>
        <w:rPr>
          <w:b/>
        </w:rPr>
        <w:t xml:space="preserve">[32:33] </w:t>
      </w:r>
      <w:r>
        <w:t>phir hum ne is ke baad tum ko mulk ka khaleefa banaya.</w:t>
      </w:r>
    </w:p>
    <w:p>
      <w:pPr>
        <w:jc w:val="right"/>
      </w:pPr>
      <w:r>
        <w:t>پھر ہم نے اس کے بعد تم کو ملک کا خلیفہ بنایا۔</w:t>
      </w:r>
    </w:p>
    <w:p>
      <w:r>
        <w:rPr>
          <w:b/>
        </w:rPr>
        <w:t xml:space="preserve">[32:38] </w:t>
      </w:r>
      <w:r>
        <w:t>khaleefa ke asal ma'ni hain baad ko aanay wala. yeh lafz janasheen, khaas tor par iqtadar mein janasheen ke liye bola jata hai.</w:t>
      </w:r>
    </w:p>
    <w:p>
      <w:pPr>
        <w:jc w:val="right"/>
      </w:pPr>
      <w:r>
        <w:t>خلیفہ کے اصل معنی ہیں بعد کو آنے والا۔ یہ لفظ جانشین خاص طور پر اقتدار میں جانشین کے لیے بولا جاتا ہے۔</w:t>
      </w:r>
    </w:p>
    <w:p>
      <w:r>
        <w:rPr>
          <w:b/>
        </w:rPr>
        <w:t xml:space="preserve">[32:52] </w:t>
      </w:r>
      <w:r>
        <w:t>yeh janasheeni insaan ki hoti hai na ke khuda ki. koi insaan iqtadar mein khuda ka janasheen nahi ho sakta.</w:t>
      </w:r>
    </w:p>
    <w:p>
      <w:pPr>
        <w:jc w:val="right"/>
      </w:pPr>
      <w:r>
        <w:t>یہ جانشینی انسان کی ہوتی ہے نہ کہ خدا کی۔ کوئی انسان اقتدار میں خدا کا جانشین نہیں ہو سکتا۔</w:t>
      </w:r>
    </w:p>
    <w:p>
      <w:r>
        <w:rPr>
          <w:b/>
        </w:rPr>
        <w:t xml:space="preserve">[33:01] </w:t>
      </w:r>
      <w:r>
        <w:t>insaan hamesha kisi makhlooq ka janasheen hota hai.</w:t>
      </w:r>
    </w:p>
    <w:p>
      <w:pPr>
        <w:jc w:val="right"/>
      </w:pPr>
      <w:r>
        <w:t>انسان ہمیشہ کسی مخلوق کا جانشین ہوتا ہے۔</w:t>
      </w:r>
    </w:p>
    <w:p>
      <w:r>
        <w:rPr>
          <w:b/>
        </w:rPr>
        <w:t xml:space="preserve">[33:06] </w:t>
      </w:r>
      <w:r>
        <w:t>quran mein jahan bhi khilafat ka lafz aaya hai woh makhlooq ki janasheeni ke liye hai na ke khuda ki janasheeni ke liye.</w:t>
      </w:r>
    </w:p>
    <w:p>
      <w:pPr>
        <w:jc w:val="right"/>
      </w:pPr>
      <w:r>
        <w:t>قرآن میں جہاں بھی خلافت کا لفظ آیا ہے وہ مخلوق کی جانشینی کے لیے ہے نہ کہ خدا کی جانشینی کے لیے۔</w:t>
      </w:r>
    </w:p>
    <w:p>
      <w:r>
        <w:rPr>
          <w:b/>
        </w:rPr>
        <w:t xml:space="preserve">[33:16] </w:t>
      </w:r>
      <w:r>
        <w:t>kisi ko khaleefa janasheen banana izaz ke liye nahi balkay sirf imtehan ke liye hota hai. janasheen bananay ka matlab aik ke baad dosray ko kaam ka moqa dena hai.</w:t>
      </w:r>
    </w:p>
    <w:p>
      <w:pPr>
        <w:jc w:val="right"/>
      </w:pPr>
      <w:r>
        <w:t>کسی کو خلیفہ جانشین بنانا اعزاز کے لیے نہیں بلکہ صرف امتحان کے لیے ہوتا ہے۔ جانشین بنانے کا مطلب ایک کے بعد دوسرے کو کام کا موقع دینا ہے۔</w:t>
      </w:r>
    </w:p>
    <w:p>
      <w:r>
        <w:rPr>
          <w:b/>
        </w:rPr>
        <w:t xml:space="preserve">[33:31] </w:t>
      </w:r>
      <w:r>
        <w:t>aik qaum ke baad dosri qaum ko imtehan ke maidan mein khara karna hai. jaisay hindustan mein deesi rajaon ki jagah mughlon ko ikhtiyar diya gaya.</w:t>
      </w:r>
    </w:p>
    <w:p>
      <w:pPr>
        <w:jc w:val="right"/>
      </w:pPr>
      <w:r>
        <w:t>ایک قوم کے بعد دوسری قوم کو امتحان کے میدان میں کھڑا کرنا ہے۔ جیسے ہندوستان میں دیسی راجاؤں کی جگہ مغلوں کو اختیار دیا گیا۔</w:t>
      </w:r>
    </w:p>
    <w:p>
      <w:r>
        <w:rPr>
          <w:b/>
        </w:rPr>
        <w:t xml:space="preserve">[33:42] </w:t>
      </w:r>
      <w:r>
        <w:t>phir un ko hata kar angrez un ke janasheen banaye gaye. is ke baad unhein mulk se nikal kar aksariyati firqay ke liye jagah khali ki gayi.</w:t>
      </w:r>
    </w:p>
    <w:p>
      <w:pPr>
        <w:jc w:val="right"/>
      </w:pPr>
      <w:r>
        <w:t>پھر ان کو ہٹا کر انگریز ان کے جانشین بنائے گئے۔ اس کے بعد انہیں ملک سے نکال کر اکثریتی فرقے کے لیے جگہ خالی کی گئی۔</w:t>
      </w:r>
    </w:p>
    <w:p>
      <w:r>
        <w:rPr>
          <w:b/>
        </w:rPr>
        <w:t xml:space="preserve">[33:54] </w:t>
      </w:r>
      <w:r>
        <w:t>un mein se har baat ko aanay wala apne pehlay ka khaleefa tha.</w:t>
      </w:r>
    </w:p>
    <w:p>
      <w:pPr>
        <w:jc w:val="right"/>
      </w:pPr>
      <w:r>
        <w:t>ان میں سے ہر بات کو آنے والا اپنے پہلے کا خلیفہ تھا۔</w:t>
      </w:r>
    </w:p>
    <w:p>
      <w:r>
        <w:rPr>
          <w:b/>
        </w:rPr>
        <w:t xml:space="preserve">[34:03] </w:t>
      </w:r>
      <w:r>
        <w:t>waiza tutla alayhim ayatul bayyinah qala allatheena la yarjoona liqaa'na biqu'ran ghayri hadha</w:t>
      </w:r>
    </w:p>
    <w:p>
      <w:pPr>
        <w:jc w:val="right"/>
      </w:pPr>
      <w:r>
        <w:t>واذا تتلى عليهم آياتنا بينات قال الذين لا يرجون لقاء نأت بقرآن غير هذا</w:t>
      </w:r>
    </w:p>
    <w:p>
      <w:r>
        <w:rPr>
          <w:b/>
        </w:rPr>
        <w:t xml:space="preserve">[34:19] </w:t>
      </w:r>
      <w:r>
        <w:t>aw baddilhu qul ma yakoonu li an ubaddilahu min tilqai nafsi in attabi'u illa ma yooha</w:t>
      </w:r>
    </w:p>
    <w:p>
      <w:pPr>
        <w:jc w:val="right"/>
      </w:pPr>
      <w:r>
        <w:t>أو بدله قل ما يكون لي أن أبدله من تلقاء نفسي إن أتبع إلا ما يوحى</w:t>
      </w:r>
    </w:p>
    <w:p>
      <w:r>
        <w:rPr>
          <w:b/>
        </w:rPr>
        <w:t xml:space="preserve">[34:38] </w:t>
      </w:r>
      <w:r>
        <w:t>ilayya inni akhafu in 'asaytu rabbi 'adhab yawmin 'atheem qul law sha'a allahu ma talawtuhu 'alaykum wala</w:t>
      </w:r>
    </w:p>
    <w:p>
      <w:pPr>
        <w:jc w:val="right"/>
      </w:pPr>
      <w:r>
        <w:t>إلي إني أخاف إن عصيت ربي عذاب يوم عظيم قل لو شاء الله ما تلوته عليكم ولا</w:t>
      </w:r>
    </w:p>
    <w:p>
      <w:r>
        <w:rPr>
          <w:b/>
        </w:rPr>
        <w:t xml:space="preserve">[34:58] </w:t>
      </w:r>
      <w:r>
        <w:t>adrakum bihi wala adrakum bihi faqad labithtu feekum 'umran min qabli afala ta'qiloon</w:t>
      </w:r>
    </w:p>
    <w:p>
      <w:pPr>
        <w:jc w:val="right"/>
      </w:pPr>
      <w:r>
        <w:t>أدراكم به ولا أدراكم به فقد لبثت فيكم عمرا من قبله أفلا تعقلون</w:t>
      </w:r>
    </w:p>
    <w:p>
      <w:r>
        <w:rPr>
          <w:b/>
        </w:rPr>
        <w:t xml:space="preserve">[35:18] </w:t>
      </w:r>
      <w:r>
        <w:t>faman azlamu mimman iftara 'ala allahi kadhiban aw kadhdhaba bi ayatih innahu la yuflihu al-mujrimoon</w:t>
      </w:r>
    </w:p>
    <w:p>
      <w:pPr>
        <w:jc w:val="right"/>
      </w:pPr>
      <w:r>
        <w:t>فمن أظلم ممن افترى على الله كذبا أو كذب بآياته إنه لا يفلح المجرمون</w:t>
      </w:r>
    </w:p>
    <w:p>
      <w:r>
        <w:rPr>
          <w:b/>
        </w:rPr>
        <w:t xml:space="preserve">[35:34] </w:t>
      </w:r>
      <w:r>
        <w:t>aur jab un ko hamari khuli hui ayaten parh kar sunai jati hain to jin logon ko hamare pas aanay ka khatka nahi hai woh kehte hain ke is ke siwa koi aur quran lao ya is ko badal lo. kaho ke mera yeh kaam nahi ke mein apne jee se is ko badal doon.</w:t>
      </w:r>
    </w:p>
    <w:p>
      <w:pPr>
        <w:jc w:val="right"/>
      </w:pPr>
      <w:r>
        <w:t>اور جب ان کو ہماری کھلی ہوئی آیتیں پڑھ کر سنائی جاتی ہیں تو جن لوگوں کو ہمارے پاس آنے کا کھٹکا نہیں ہے وہ کہتے ہیں کہ اس کے سوا کوئی اور قرآن لاؤ یا اس کو بدل لو کہو کہ میرا یہ کام نہیں کہ میں اپنے جی سے اس کو بدل دوں</w:t>
      </w:r>
    </w:p>
    <w:p>
      <w:r>
        <w:rPr>
          <w:b/>
        </w:rPr>
        <w:t xml:space="preserve">[36:00] </w:t>
      </w:r>
      <w:r>
        <w:t>mein to sirf is wahi ki pehrawi karta hoon jo mere pas ati hai. agar mein apne rab ki nafarmani karoon to mein aik baray din ke azab se darta hoon. kaho ke agar allah chahta to mein is ko tumhein na sunata aur na allah is se tumhein ba-khabar karta.</w:t>
      </w:r>
    </w:p>
    <w:p>
      <w:pPr>
        <w:jc w:val="right"/>
      </w:pPr>
      <w:r>
        <w:t>میں تو صرف اس وحی کی پیروی کرتا ہوں جو میرے پاس آتی ہے اگر میں اپنے رب کی نافرمانی کروں تو میں ایک بڑے دن کے عذاب سے ڈرتا ہوں کہو کہ اگر اللہ چاہتا تو میں اس کو تمہیں نہ سناتا اور نہ اللہ اس سے تمہیں باخبر کرتا</w:t>
      </w:r>
    </w:p>
    <w:p>
      <w:r>
        <w:rPr>
          <w:b/>
        </w:rPr>
        <w:t xml:space="preserve">[36:26] </w:t>
      </w:r>
      <w:r>
        <w:t>mein is se pehlay tumhare darmiyan aik umr basar kar chuka hoon. phir kya tum aql se kaam nahi lete. is se barh kar zalim aur kon hoga jo allah par jhoot buhtan bandhe ya us ki nishaniyon ko jhutlaye. yaqeenan mujrimon ko falah hasil nahi hoti.</w:t>
      </w:r>
    </w:p>
    <w:p>
      <w:pPr>
        <w:jc w:val="right"/>
      </w:pPr>
      <w:r>
        <w:t>میں اس سے پہلے تمہارے درمیان ایک عمر بسر کر چکا ہوں پھر کیا تم عقل سے کام نہیں لیتے اس سے بڑھ کر ظالم اور کون ہوگا جو اللہ پر جھوٹ بہتان باندھے یا اس کی نشانیوں کو جھٹلائے یقینا مجرموں کو فلاح حاصل نہیں ہوتی</w:t>
      </w:r>
    </w:p>
    <w:p>
      <w:r>
        <w:rPr>
          <w:b/>
        </w:rPr>
        <w:t xml:space="preserve">[36:54] </w:t>
      </w:r>
      <w:r>
        <w:t>tashreeh makka ke quraish khuda aur rasool ko mante thay. woh apne ko millat-e-ibrahimi ka pehro kehtay thay. hatta ke islam ki bohat si deeni istilahaat maslan salat, saum, zakat, hajj waghera wohi hain jo pehlay se un ke han raaij theen.</w:t>
      </w:r>
    </w:p>
    <w:p>
      <w:pPr>
        <w:jc w:val="right"/>
      </w:pPr>
      <w:r>
        <w:t>تشریح مکہ کے قریش خدا اور رسول کو مانتے تھے وہ اپنے کو ملت ابراہیمی کا پیرو کہتے تھے حتی کہ اسلام کی بہت سی دینی اصطلاحیں مثلاً صلاۃ، صوم، زکوۃ، حج وغیرہ وہی ہیں جو پہلے سے ان کے ہاں رائج تھیں</w:t>
      </w:r>
    </w:p>
    <w:p>
      <w:r>
        <w:rPr>
          <w:b/>
        </w:rPr>
        <w:t xml:space="preserve">[37:19] </w:t>
      </w:r>
      <w:r>
        <w:t>is ke bawajood kyon unhon ne kaha ke doosra quran lao ya is quran mein kuch tarmeem kar</w:t>
      </w:r>
    </w:p>
    <w:p>
      <w:pPr>
        <w:jc w:val="right"/>
      </w:pPr>
      <w:r>
        <w:t>اس کے باوجود کیوں انہوں نے کہا کہ دوسرا قرآن لاؤ یا اس قرآن میں کچھ ترمیم کر</w:t>
      </w:r>
    </w:p>
    <w:p>
      <w:r>
        <w:rPr>
          <w:b/>
        </w:rPr>
        <w:t xml:space="preserve">[37:27] </w:t>
      </w:r>
      <w:r>
        <w:t>do tab tab hum is ko manenge</w:t>
      </w:r>
    </w:p>
    <w:p>
      <w:pPr>
        <w:jc w:val="right"/>
      </w:pPr>
      <w:r>
        <w:t>دو تب تب ہم اس کو مانیں گے</w:t>
      </w:r>
    </w:p>
    <w:p>
      <w:r>
        <w:rPr>
          <w:b/>
        </w:rPr>
        <w:t xml:space="preserve">[37:33] </w:t>
      </w:r>
      <w:r>
        <w:t>is ki wajah yeh thi ke quran mein khuda ke khalis deen ka elaan tha jabke quraish khuda</w:t>
      </w:r>
    </w:p>
    <w:p>
      <w:pPr>
        <w:jc w:val="right"/>
      </w:pPr>
      <w:r>
        <w:t>اس کی وجہ یہ تھی کہ قرآن میں خدا کے خالص دین کا اعلان تھا جبکہ قریش خدا</w:t>
      </w:r>
    </w:p>
    <w:p>
      <w:r>
        <w:rPr>
          <w:b/>
        </w:rPr>
        <w:t xml:space="preserve">[37:41] </w:t>
      </w:r>
      <w:r>
        <w:t>ke deen ke naam par ek milawati deen ko ikhtiyar kiye hue the</w:t>
      </w:r>
    </w:p>
    <w:p>
      <w:pPr>
        <w:jc w:val="right"/>
      </w:pPr>
      <w:r>
        <w:t>کے دین کے نام پر ایک ملاوٹی دین کو اختیار کیے ہوئے تھے</w:t>
      </w:r>
    </w:p>
    <w:p>
      <w:r>
        <w:rPr>
          <w:b/>
        </w:rPr>
        <w:t xml:space="preserve">[37:49] </w:t>
      </w:r>
      <w:r>
        <w:t>quran ki tauheed se un ke mushrikana aqeeday khuda par zad parti thi. quran ke tasawwur-e-ibadat ki roshni mein un ki ibadaten mahaz khel tamasha maloom hoti theen.</w:t>
      </w:r>
    </w:p>
    <w:p>
      <w:pPr>
        <w:jc w:val="right"/>
      </w:pPr>
      <w:r>
        <w:t>قرآن کی توحید سے ان کے مشرکانہ عقیدہ خدا پر زد پڑتی تھی قرآن کے تصور عبادت کی روشنی میں ان کی عبادتیں محض کھیل تماشہ معلوم ہوتی تھیں</w:t>
      </w:r>
    </w:p>
    <w:p>
      <w:r>
        <w:rPr>
          <w:b/>
        </w:rPr>
        <w:t xml:space="preserve">[38:04] </w:t>
      </w:r>
      <w:r>
        <w:t>woh peghambar ko apne qaumi fakhr ka nishan banaye hue thay aur quran un se aik aisay peghambar ko mannay ka mutaliba kar raha tha jo un ki amli zindagi mein rehnuma ka darja hasil kar le. unhon ne ka'ba ki khidmat ko apni deendari ka sab se bara saboot samajh rakha tha.</w:t>
      </w:r>
    </w:p>
    <w:p>
      <w:pPr>
        <w:jc w:val="right"/>
      </w:pPr>
      <w:r>
        <w:t>وہ پیغمبر کو اپنے قومی فخر کا نشان بنائے ہوئے تھے اور قرآن ان سے ایک ایسے پیغمبر کو ماننے کا مطالبہ کر رہا تھا جو ان کی عملی زندگی میں رہنما کا درجہ حاصل کر لے انہوں نے کعبہ کی خدمت کو اپنی دینداری کا سب سے بڑا ثبوت سمجھ رکھا تھا</w:t>
      </w:r>
    </w:p>
    <w:p>
      <w:r>
        <w:rPr>
          <w:b/>
        </w:rPr>
        <w:t xml:space="preserve">[38:29] </w:t>
      </w:r>
      <w:r>
        <w:t>jabke quran ne bataya ke dindari yeh hai ke aadmi khuda se dare aur jo kuch kare akhirat ko samne rakh kar kare</w:t>
      </w:r>
    </w:p>
    <w:p>
      <w:pPr>
        <w:jc w:val="right"/>
      </w:pPr>
      <w:r>
        <w:t>جبکہ قرآن نے بتایا کہ دینداری یہ ہے کہ آدمی خدا سے ڈرے اور جو کچھ کرے آخرت کو سامنے رکھ کر کرے</w:t>
      </w:r>
    </w:p>
    <w:p>
      <w:r>
        <w:rPr>
          <w:b/>
        </w:rPr>
        <w:t xml:space="preserve">[38:44] </w:t>
      </w:r>
      <w:r>
        <w:t>aadmi chand alfaaz bol kar haq ko nazar andaaz kar deta hai iski wajah yeh hai ke uske dil mein khatka nahi hota</w:t>
      </w:r>
    </w:p>
    <w:p>
      <w:pPr>
        <w:jc w:val="right"/>
      </w:pPr>
      <w:r>
        <w:t>آدمی چند الفاظ بول کر حق کو نظر انداز کر دیتا ہے اس کی وجہ یہ ہے کہ اس کے دل میں کھٹکا نہیں ہوتا</w:t>
      </w:r>
    </w:p>
    <w:p>
      <w:r>
        <w:rPr>
          <w:b/>
        </w:rPr>
        <w:t xml:space="preserve">[38:54] </w:t>
      </w:r>
      <w:r>
        <w:t>agar aadmi ke dil mein yeh khatka laga hua ho ke woh apne qaul o fe'l ke liye khuda ke yahan jawab de hai to woh foran sanjeeda ho jayega aur jo shakhs sanjeeda ho woh mamle ko haqeeqat pasandi ki nazar se dekhega</w:t>
      </w:r>
    </w:p>
    <w:p>
      <w:pPr>
        <w:jc w:val="right"/>
      </w:pPr>
      <w:r>
        <w:t>اگر آدمی کے دل میں یہ کھٹکا لگا ہوا ہو کہ وہ اپنے قول و فعل کے لیے خدا کے یہاں جواب دہ ہے تو وہ فورا سنجیدہ ہو جائے گا اور جو شخص سنجیدہ ہو وہ معاملے کو حقیقت پسندی کی نظر سے دیکھے گا</w:t>
      </w:r>
    </w:p>
    <w:p>
      <w:r>
        <w:rPr>
          <w:b/>
        </w:rPr>
        <w:t xml:space="preserve">[39:12] </w:t>
      </w:r>
      <w:r>
        <w:t>woh sarsari tor par isko nazar andaaz nahi kar sakta wa ya'buduna min dunillahi ma la yadhurruhum wa la yanfa'uhum wa yaquluna</w:t>
      </w:r>
    </w:p>
    <w:p>
      <w:pPr>
        <w:jc w:val="right"/>
      </w:pPr>
      <w:r>
        <w:t>وہ سرسری طور پر اس کو نظر انداز نہیں کر سکتا ويعبدون من دون الله ما لا يضرهم ولا ينفعهم ويقولون</w:t>
      </w:r>
    </w:p>
    <w:p>
      <w:r>
        <w:rPr>
          <w:b/>
        </w:rPr>
        <w:t xml:space="preserve">[39:31] </w:t>
      </w:r>
      <w:r>
        <w:t>wa yaquluna ha'ula'i shufa'una 'indallah qul atunabbi'unallaha</w:t>
      </w:r>
    </w:p>
    <w:p>
      <w:pPr>
        <w:jc w:val="right"/>
      </w:pPr>
      <w:r>
        <w:t>ويقولون هؤلاء شفعاؤنا عند الله قل اتنبئون الله</w:t>
      </w:r>
    </w:p>
    <w:p>
      <w:r>
        <w:rPr>
          <w:b/>
        </w:rPr>
        <w:t xml:space="preserve">[39:47] </w:t>
      </w:r>
      <w:r>
        <w:t>bima la ya'lamu fis samawati wa la fil ardi subhanahu wa ta'ala 'amma yushrikun</w:t>
      </w:r>
    </w:p>
    <w:p>
      <w:pPr>
        <w:jc w:val="right"/>
      </w:pPr>
      <w:r>
        <w:t>بما لا يعلم في السماوات ولا في الأرض سبحانه وتعالى عما يشركون</w:t>
      </w:r>
    </w:p>
    <w:p>
      <w:r>
        <w:rPr>
          <w:b/>
        </w:rPr>
        <w:t xml:space="preserve">[40:00] </w:t>
      </w:r>
      <w:r>
        <w:t>wa ma kana annasu illa ummatan wahidatan fa'khtalafu</w:t>
      </w:r>
    </w:p>
    <w:p>
      <w:pPr>
        <w:jc w:val="right"/>
      </w:pPr>
      <w:r>
        <w:t>وما كان الناس إلا أمة واحدة فاختلفوا</w:t>
      </w:r>
    </w:p>
    <w:p>
      <w:r>
        <w:rPr>
          <w:b/>
        </w:rPr>
        <w:t xml:space="preserve">[40:11] </w:t>
      </w:r>
      <w:r>
        <w:t>wa laula kalimatun sabaqat min rabbika laqudiya baynahum fima fihim ya'khtalifun</w:t>
      </w:r>
    </w:p>
    <w:p>
      <w:pPr>
        <w:jc w:val="right"/>
      </w:pPr>
      <w:r>
        <w:t>ولولا كلمة سبقت من ربك لقضي بينهم فيما فيه يختلفون</w:t>
      </w:r>
    </w:p>
    <w:p>
      <w:r>
        <w:rPr>
          <w:b/>
        </w:rPr>
        <w:t xml:space="preserve">[40:23] </w:t>
      </w:r>
      <w:r>
        <w:t>aur woh Allah ke siwa aisi cheezon ki ibadat karte hain jo unko na nuqsan pahuncha saken aur na nafa pahuncha saken aur woh kehte hain ke yeh Allah ke yahan hamare safarshi hain</w:t>
      </w:r>
    </w:p>
    <w:p>
      <w:pPr>
        <w:jc w:val="right"/>
      </w:pPr>
      <w:r>
        <w:t>اور وہ اللہ کے سوا ایسی چیزوں کی عبادت کرتے ہیں جو ان کو نہ نقصان پہنچا سکیں اور نہ نفع پہنچا سکیں اور وہ کہتے ہیں کہ یہ اللہ کے یہاں ہمارے سفارشی ہیں</w:t>
      </w:r>
    </w:p>
    <w:p>
      <w:r>
        <w:rPr>
          <w:b/>
        </w:rPr>
        <w:t xml:space="preserve">[40:40] </w:t>
      </w:r>
      <w:r>
        <w:t>kaho kya tum Allah ko aisi cheez ki khabar dete ho jo us ko aasmanon aur zameen mein</w:t>
      </w:r>
    </w:p>
    <w:p>
      <w:pPr>
        <w:jc w:val="right"/>
      </w:pPr>
      <w:r>
        <w:t>کہو کیا تم اللہ کو ایسی چیز کی خبر دیتے ہو جو اس کو آسمانوں اور زمین میں</w:t>
      </w:r>
    </w:p>
    <w:p>
      <w:r>
        <w:rPr>
          <w:b/>
        </w:rPr>
        <w:t xml:space="preserve">[40:49] </w:t>
      </w:r>
      <w:r>
        <w:t>maloom nahin woh pak aur bartar hai is se jis ko woh shareek karte hain aur log ek</w:t>
      </w:r>
    </w:p>
    <w:p>
      <w:pPr>
        <w:jc w:val="right"/>
      </w:pPr>
      <w:r>
        <w:t>معلوم نہیں وہ پاک اور برتر ہے اس سے جس کو وہ شریک کرتے ہیں اور لوگ ایک</w:t>
      </w:r>
    </w:p>
    <w:p>
      <w:r>
        <w:rPr>
          <w:b/>
        </w:rPr>
        <w:t xml:space="preserve">[40:58] </w:t>
      </w:r>
      <w:r>
        <w:t>hi ummat the phir unhon ne ikhtilaf kiya aur agar tumhare rab ki taraf se ek baat pehle</w:t>
      </w:r>
    </w:p>
    <w:p>
      <w:pPr>
        <w:jc w:val="right"/>
      </w:pPr>
      <w:r>
        <w:t>ہی امت تھے پھر انہوں نے اختلاف کیا اور اگر تمہارے رب کی طرف سے ایک بات پہلے</w:t>
      </w:r>
    </w:p>
    <w:p>
      <w:r>
        <w:rPr>
          <w:b/>
        </w:rPr>
        <w:t xml:space="preserve">[41:06] </w:t>
      </w:r>
      <w:r>
        <w:t>se na thehr chuki hoti to un ke darmiyan</w:t>
      </w:r>
    </w:p>
    <w:p>
      <w:pPr>
        <w:jc w:val="right"/>
      </w:pPr>
      <w:r>
        <w:t>سے نہ ٹھہر چکی ہوتی تو ان کے درمیان</w:t>
      </w:r>
    </w:p>
    <w:p>
      <w:r>
        <w:rPr>
          <w:b/>
        </w:rPr>
        <w:t xml:space="preserve">[41:11] </w:t>
      </w:r>
      <w:r>
        <w:t>is amr ka faisla kar diya jata jis mein woh ikhtilaf kar rahe hain</w:t>
      </w:r>
    </w:p>
    <w:p>
      <w:pPr>
        <w:jc w:val="right"/>
      </w:pPr>
      <w:r>
        <w:t>اس امر کا فیصلہ کر دیا جاتا جس میں وہ اختلاف کر رہے ہیں</w:t>
      </w:r>
    </w:p>
    <w:p>
      <w:r>
        <w:rPr>
          <w:b/>
        </w:rPr>
        <w:t xml:space="preserve">[41:19] </w:t>
      </w:r>
      <w:r>
        <w:t>tashreeh hamari dunya mein jo waqeat ho rahe hain woh bazahir madi asbab ke tehat ho rahe hain magar haqeeqat yeh hai ke tamam waqeat ke peeche Khuda ka tasarrf kaam kar raha hai is dunya mein kisi ko koi zaati ikhtiyar hasil nahi</w:t>
      </w:r>
    </w:p>
    <w:p>
      <w:pPr>
        <w:jc w:val="right"/>
      </w:pPr>
      <w:r>
        <w:t>تشریح ہماری دنیا میں جو واقعات ہو رہے ہیں وہ بظاہر مادی اسباب کے تحت ہو رہے ہیں مگر حقیقت یہ ہے کہ تمام واقعات کے پیچھے خدا کا تصرف کام کر رہا ہے اس دنیا میں کسی کو کوئی ذاتی اختیار حاصل نہیں</w:t>
      </w:r>
    </w:p>
    <w:p>
      <w:r>
        <w:rPr>
          <w:b/>
        </w:rPr>
        <w:t xml:space="preserve">[41:43] </w:t>
      </w:r>
      <w:r>
        <w:t>tauheed yeh hai ke aadmi zahiri cheezon se guzar kar ghaib mein chhupe hue Khuda ko pa le iske muqable mein shirk yeh hai ke aadmi zahiri cheezon mein atka kar reh jaye woh cheezon hi ko cheezon ke khaliq ka maqam de de</w:t>
      </w:r>
    </w:p>
    <w:p>
      <w:pPr>
        <w:jc w:val="right"/>
      </w:pPr>
      <w:r>
        <w:t>توحید یہ ہے کہ آدمی ظاہری چیزوں سے گزر کر غیب میں چھپے ہوئے خدا کو پا لے اس کے مقابلے میں شرک یہ ہے کہ آدمی ظاہری چیزوں میں اٹک کر رہ جائے وہ چیزوں ہی کو چیزوں کے خالق کا مقام دے دے</w:t>
      </w:r>
    </w:p>
    <w:p>
      <w:r>
        <w:rPr>
          <w:b/>
        </w:rPr>
        <w:t xml:space="preserve">[42:07] </w:t>
      </w:r>
      <w:r>
        <w:t>is dunya mein Khuda ke siwa kisi ke paas nafa dene ya nuqsan pahunchane ki taqat nahi jo aadmi is haqeeqat ko pa leta hai uski tamam tawajjuh Khuda ki taraf lag jati hai woh Khuda hi ki parastish karta hai woh usi se darta hai aur usi se ummeeden qaim karta hai</w:t>
      </w:r>
    </w:p>
    <w:p>
      <w:pPr>
        <w:jc w:val="right"/>
      </w:pPr>
      <w:r>
        <w:t>اس دنیا میں خدا کے سوا کسی کے پاس نفع دینے یا نقصان پہنچانے کی طاقت نہیں جو آدمی اس حقیقت کو پا لیتا ہے اس کی تمام توجہ خدا کی طرف لگ جاتی ہے وہ خدا ہی کی پرستش کرتا ہے وہ اسی سے ڈرتا ہے اور اسی سے امیدیں قائم کرتا ہے</w:t>
      </w:r>
    </w:p>
    <w:p>
      <w:r>
        <w:rPr>
          <w:b/>
        </w:rPr>
        <w:t xml:space="preserve">[42:33] </w:t>
      </w:r>
      <w:r>
        <w:t>woh apna sab kuch ek Khuda ko bana leta hai iske bar aks jo log cheezon mein atke hue hon woh apne apne zaouq ke lihaz se kisi ghair Khuda ko apna Khuda bana lete hain aur un ghair Khudaon se wahi ummeeden aur andeshe wabasta kar lete hain jo darhaqeeqat Khuda e wahid ke sath wabasta karna chahiye</w:t>
      </w:r>
    </w:p>
    <w:p>
      <w:pPr>
        <w:jc w:val="right"/>
      </w:pPr>
      <w:r>
        <w:t>وہ اپنا سب کچھ ایک خدا کو بنا لیتا ہے اس کے برعکس جو لوگ چیزوں میں اٹکے ہوئے ہوں وہ اپنے اپنے ذوق کے لحاظ سے کسی غیر خدا کو اپنا خدا بنا لیتے ہیں اور ان غیر خداؤں سے وہی امیدیں اور اندیشے وابستہ کر لیتے ہیں جو درحقیقت خدائے واحد کے ساتھ وابستہ کرنا چاہیے</w:t>
      </w:r>
    </w:p>
    <w:p>
      <w:r>
        <w:rPr>
          <w:b/>
        </w:rPr>
        <w:t xml:space="preserve">[43:02] </w:t>
      </w:r>
      <w:r>
        <w:t>isi ki ek soorat shafa'at ka aqeedah hai log yeh farz kar lete hain ke insanon ya ghair insanon mein kuch aisi bartar hastiyan hain jo Khuda ki nazar mein muqaddas hain Khuda unki sunta hai aur unki sifarish par dunyaawi rizq ya akhrawi nijat ke faisle karta hai</w:t>
      </w:r>
    </w:p>
    <w:p>
      <w:pPr>
        <w:jc w:val="right"/>
      </w:pPr>
      <w:r>
        <w:t>اسی کی ایک صورت شفاعت کا عقیدہ ہے لوگ یہ فرض کر لیتے ہیں کہ انسانوں یا غیر انسانوں میں کچھ ایسی برتر ہستیاں ہیں جو خدا کی نظر میں مقدس ہیں خدا ان کی سنتا ہے اور ان کی سفارش پر دنیاوی رزق یا اخروی نجات کے فیصلے کرتا ہے</w:t>
      </w:r>
    </w:p>
    <w:p>
      <w:r>
        <w:rPr>
          <w:b/>
        </w:rPr>
        <w:t xml:space="preserve">[43:29] </w:t>
      </w:r>
      <w:r>
        <w:t>magar is qism ka aqeedah batil hai woh Khuda ki khudai ka kamtar andaza hai Khuda is qism ke har shirk se pak hai Khuda apni sifaton ka jo ta'aruf apni azeem kainat mein kara raha hai uske lihaz se is qism ke tamam aqaaid bilkul be jor hain</w:t>
      </w:r>
    </w:p>
    <w:p>
      <w:pPr>
        <w:jc w:val="right"/>
      </w:pPr>
      <w:r>
        <w:t>مگر اس قسم کا عقیدہ باطل ہے وہ خدا کی خدائی کا کمتر اندازہ ہے خدا اس قسم کے ہر شرک سے پاک ہے خدا اپنی صفات کا جو تعارف اپنی عظیم کائنات میں کرا رہا ہے اس کے لحاظ سے اس قسم کے تمام عقائد بالکل بے جوڑ ہیں</w:t>
      </w:r>
    </w:p>
    <w:p>
      <w:r>
        <w:rPr>
          <w:b/>
        </w:rPr>
        <w:t xml:space="preserve">[43:54] </w:t>
      </w:r>
      <w:r>
        <w:t>aise kisi aqeeday ka matlab yeh hai ke Khuda woh nahi hai jo bazahir apni takhliqi sifaton ke aaine mein nazar aa raha hai ya phir Khuda ki sifaton mein tazad hai zahir hai ke in dono mein se koi cheez mumkin nahi</w:t>
      </w:r>
    </w:p>
    <w:p>
      <w:pPr>
        <w:jc w:val="right"/>
      </w:pPr>
      <w:r>
        <w:t>ایسے کسی عقیدے کا مطلب یہ ہے کہ خدا وہ نہیں ہے جو بظاہر اپنی تخلیقی صفات کے ائینے میں نظر ارہا ہے یا پھر خدا کی صفتوں میں تضاد ہے ظاہر ہے کہ ان دونوں میں سے کوئی چیز ممکن نہیں</w:t>
      </w:r>
    </w:p>
    <w:p>
      <w:r>
        <w:rPr>
          <w:b/>
        </w:rPr>
        <w:t xml:space="preserve">[44:18] </w:t>
      </w:r>
      <w:r>
        <w:t>ne insaniyat ka aaghaz deeni fitrat se kiya</w:t>
      </w:r>
    </w:p>
    <w:p>
      <w:pPr>
        <w:jc w:val="right"/>
      </w:pPr>
      <w:r>
        <w:t>نے انسانیت کا اغاز دینی فطرت سے کیا</w:t>
      </w:r>
    </w:p>
    <w:p>
      <w:r>
        <w:rPr>
          <w:b/>
        </w:rPr>
        <w:t xml:space="preserve">[44:22] </w:t>
      </w:r>
      <w:r>
        <w:t>is waqt tamam insanon ka ek hi deen tha is ke baad logon ne farq kar ke deen</w:t>
      </w:r>
    </w:p>
    <w:p>
      <w:pPr>
        <w:jc w:val="right"/>
      </w:pPr>
      <w:r>
        <w:t>اس وقت تمام انسانوں کا ایک ہی دین تھا اس کے بعد لوگوں نے فرق کر کے دین</w:t>
      </w:r>
    </w:p>
    <w:p>
      <w:r>
        <w:rPr>
          <w:b/>
        </w:rPr>
        <w:t xml:space="preserve">[44:29] </w:t>
      </w:r>
      <w:r>
        <w:t>ke mukhtalif roop bana liye is ki wajah is azadi ka galat istemal hai jo logon ko imtehan</w:t>
      </w:r>
    </w:p>
    <w:p>
      <w:pPr>
        <w:jc w:val="right"/>
      </w:pPr>
      <w:r>
        <w:t>کے مختلف روپ بنا لیے اس کی وجہ اس ازادی کا غلط استعمال ہے جو لوگوں کو امتحان</w:t>
      </w:r>
    </w:p>
    <w:p>
      <w:r>
        <w:rPr>
          <w:b/>
        </w:rPr>
        <w:t xml:space="preserve">[44:37] </w:t>
      </w:r>
      <w:r>
        <w:t>ki gharz se di gayi hai agar khuda zahir ho jaye to us ki taqaton ko dekh kar</w:t>
      </w:r>
    </w:p>
    <w:p>
      <w:pPr>
        <w:jc w:val="right"/>
      </w:pPr>
      <w:r>
        <w:t>کی غرض سے دی گئی ہے اگر خدا ظاہر ہو جائے تو اس کی طاقتوں کو دیکھ کر</w:t>
      </w:r>
    </w:p>
    <w:p>
      <w:r>
        <w:rPr>
          <w:b/>
        </w:rPr>
        <w:t xml:space="preserve">[44:44] </w:t>
      </w:r>
      <w:r>
        <w:t>logon ki sarkashi khatm ho jaye aur achaanak ikhtilaf ki jagah ittehad paida ho jaye</w:t>
      </w:r>
    </w:p>
    <w:p>
      <w:pPr>
        <w:jc w:val="right"/>
      </w:pPr>
      <w:r>
        <w:t>لوگوں کی سرکشی ختم ہو جائے اور اچانک اختلاف کی جگہ اتحاد پیدا ہو جائے</w:t>
      </w:r>
    </w:p>
    <w:p>
      <w:r>
        <w:rPr>
          <w:b/>
        </w:rPr>
        <w:t xml:space="preserve">[44:53] </w:t>
      </w:r>
      <w:r>
        <w:t>kyunke shiddat e khauf rayiyon ke ta'addud ko khatm kar deta hai magar Khuda qayamat se pehle is soorat e haal mein mudakhlat nahi karega</w:t>
      </w:r>
    </w:p>
    <w:p>
      <w:pPr>
        <w:jc w:val="right"/>
      </w:pPr>
      <w:r>
        <w:t>کیونکہ شدت خوف رائیوں کے تعدد کو ختم کر دیتا ہے مگر خدا قیامت سے پہلے اس صورتحال میں مداخلت نہیں کرے گا</w:t>
      </w:r>
    </w:p>
    <w:p>
      <w:r>
        <w:rPr>
          <w:b/>
        </w:rPr>
        <w:t xml:space="preserve">[45:07] </w:t>
      </w:r>
      <w:r>
        <w:t>maujudah dunya ko Khuda ne imtehan ke liye banaya hai aur imtehan ki faza baqi rakhne ke liye zaroori hai ke haqeeqat chhipi rahe aur logon ko mauqa ho ke woh apni aqal ko sahi rukh par bhi istemal kar saken aur</w:t>
      </w:r>
    </w:p>
    <w:p>
      <w:pPr>
        <w:jc w:val="right"/>
      </w:pPr>
      <w:r>
        <w:t>موجودہ دنیا کو خدا نے امتحان کے لیے بنایا ہے اور امتحان کی فضا باقی رکھنے کے لیے ضروری ہے کہ حقیقت چھپی رہے اور لوگوں کو موقع ہو کہ وہ اپنی عقل کو صحیح رخ پر بھی استعمال کر سکیں اور</w:t>
      </w:r>
    </w:p>
    <w:p>
      <w:r>
        <w:rPr>
          <w:b/>
        </w:rPr>
        <w:t xml:space="preserve">[45:27] </w:t>
      </w:r>
      <w:r>
        <w:t>ghalat rukh par bhi</w:t>
      </w:r>
    </w:p>
    <w:p>
      <w:pPr>
        <w:jc w:val="right"/>
      </w:pPr>
      <w:r>
        <w:t>غلط رخ پر بھی</w:t>
      </w:r>
    </w:p>
    <w:p>
      <w:r>
        <w:rPr>
          <w:b/>
        </w:rPr>
        <w:t xml:space="preserve">[45:31] </w:t>
      </w:r>
      <w:r>
        <w:t>wa yaquluna laula unzila 'alayhi ayatun min rabbihi fa qul innama al ghaibu lillahi fantadhiru inni ma'akum min</w:t>
      </w:r>
    </w:p>
    <w:p>
      <w:pPr>
        <w:jc w:val="right"/>
      </w:pPr>
      <w:r>
        <w:t>ويقولون لولا انزل علیہ ایت من ربه فقل انما الغیب لله فانتظروا انی معکم من</w:t>
      </w:r>
    </w:p>
    <w:p>
      <w:r>
        <w:rPr>
          <w:b/>
        </w:rPr>
        <w:t xml:space="preserve">[45:52] </w:t>
      </w:r>
      <w:r>
        <w:t>al muntadhirin wa idha azaqna annasa rahmata min ba'di darra'in massathum idha lahum</w:t>
      </w:r>
    </w:p>
    <w:p>
      <w:pPr>
        <w:jc w:val="right"/>
      </w:pPr>
      <w:r>
        <w:t>المنتظرین واذا اذقن الناس رحمۃ من بعد ضراء مستهم اذا لهم</w:t>
      </w:r>
    </w:p>
    <w:p>
      <w:r>
        <w:rPr>
          <w:b/>
        </w:rPr>
        <w:t xml:space="preserve">[46:09] </w:t>
      </w:r>
      <w:r>
        <w:t>makrun fi ayatina qulillahu asra'u makran inna rusulana yaktubuna ma tamkurun</w:t>
      </w:r>
    </w:p>
    <w:p>
      <w:pPr>
        <w:jc w:val="right"/>
      </w:pPr>
      <w:r>
        <w:t>مکر في ایاتنا قل اللہ اسرع مكرا ان رسلنا يكتبون ما تمکرون</w:t>
      </w:r>
    </w:p>
    <w:p>
      <w:r>
        <w:rPr>
          <w:b/>
        </w:rPr>
        <w:t xml:space="preserve">[46:26] </w:t>
      </w:r>
      <w:r>
        <w:t>aur woh kehte hain ke nabi par is ke rab ki taraf se koi nishani kyun nahi utari gayi kaho ke ghayb ki khabar to Allah ko hai</w:t>
      </w:r>
    </w:p>
    <w:p>
      <w:pPr>
        <w:jc w:val="right"/>
      </w:pPr>
      <w:r>
        <w:t>اور وہ کہتے ہیں کہ نبی پر اس کے رب کی طرف سے کوئی نشانی کیوں نہیں اتاری گئی کہو کہ غیب کی خبر تو اللہ کو ہے</w:t>
      </w:r>
    </w:p>
    <w:p>
      <w:r>
        <w:rPr>
          <w:b/>
        </w:rPr>
        <w:t xml:space="preserve">[46:37] </w:t>
      </w:r>
      <w:r>
        <w:t>tum log intezar karo mein bhi tumhare sath intezar karne walon mein se hoon aur jab koi takleef padne ke baad hum logon ko apni rehmat ka mazah chakhate hain to woh foran hamari nishaniyon ke muamle mein hele bahane karne lagte hain kaho ke khuda apne heelon mein un se bhi zyada tez hai y</w:t>
      </w:r>
    </w:p>
    <w:p>
      <w:pPr>
        <w:jc w:val="right"/>
      </w:pPr>
      <w:r>
        <w:t>تم لوگ انتظار کرو میں بھی تمہارے ساتھ انتظار کرنے والوں میں سے ہوں اور جب کوئی تکلیف پڑنے کے بعد ہم لوگوں کو اپنی رحمت کا مزہ چکھاتے ہیں تو وہ فورا ہماری نشانیوں کے معاملے میں ہیلے بہانے کرنے لگتے ہیں کہو کہ خدا اپنے ہیلوں میں ان سے بھی زیادہ تیز ہے ی</w:t>
      </w:r>
    </w:p>
    <w:p>
      <w:r>
        <w:rPr>
          <w:b/>
        </w:rPr>
        <w:t xml:space="preserve">[47:05] </w:t>
      </w:r>
      <w:r>
        <w:t>aqeenan hamare farishtay tumhari helah baziyon ko likh rahe hain tashreeh makkah ke log jab musalsal inkar ki rawish par qaim rahe to khuda ne un par qahd bheja jo saat saal musalsal raha aur bil akhir rasool Allah sal Allah alayhi wasallam ki dua ke baad khatam hua</w:t>
      </w:r>
    </w:p>
    <w:p>
      <w:pPr>
        <w:jc w:val="right"/>
      </w:pPr>
      <w:r>
        <w:t>قینا ہمارے فرشتے تمہاری ہیلا بازیوں کو لکھ رہے ہیں تشریح مکہ کے لوگ جب مسلسل انکار کی روش پر قائم رہے تو خدا نے ان پر عہد بھیجا جو سات سال مسلسل رہا اور بالاخر رسول اللہ صلی اللہ علیہ وسلم کی دعا کے بعد ختم ہوا</w:t>
      </w:r>
    </w:p>
    <w:p>
      <w:r>
        <w:rPr>
          <w:b/>
        </w:rPr>
        <w:t xml:space="preserve">[47:33] </w:t>
      </w:r>
      <w:r>
        <w:t>yeh ek nishani thi jis se unhein yeh sabak lena chahiye tha ke rasool ka inkar karne ke</w:t>
      </w:r>
    </w:p>
    <w:p>
      <w:pPr>
        <w:jc w:val="right"/>
      </w:pPr>
      <w:r>
        <w:t>یہ ایک نشانی تھی جس سے انہیں یہ سبق لینا چاہیے تھا کہ رسول کا انکار کرنے کے</w:t>
      </w:r>
    </w:p>
    <w:p>
      <w:r>
        <w:rPr>
          <w:b/>
        </w:rPr>
        <w:t xml:space="preserve">[47:40] </w:t>
      </w:r>
      <w:r>
        <w:t>baad woh khudai pakad ki zad mein aajayenge magar un ka haal yeh hua ke jab tak</w:t>
      </w:r>
    </w:p>
    <w:p>
      <w:pPr>
        <w:jc w:val="right"/>
      </w:pPr>
      <w:r>
        <w:t>بعد وہ خدائی پکڑ کی زد میں اجائیں گے مگر ان کا حال یہ ہوا کہ جب تک</w:t>
      </w:r>
    </w:p>
    <w:p>
      <w:r>
        <w:rPr>
          <w:b/>
        </w:rPr>
        <w:t xml:space="preserve">[47:48] </w:t>
      </w:r>
      <w:r>
        <w:t>qahd raha elha guzaari karte rahe aur jab qahd rokhsat hua to kehne lage ke yeh to zamane</w:t>
      </w:r>
    </w:p>
    <w:p>
      <w:pPr>
        <w:jc w:val="right"/>
      </w:pPr>
      <w:r>
        <w:t>قہد رہا الہا گزاری کرتے رہے اور جب قہد رخصت ہوا تو کہنے لگے کہ یہ تو زمانے</w:t>
      </w:r>
    </w:p>
    <w:p>
      <w:r>
        <w:rPr>
          <w:b/>
        </w:rPr>
        <w:t xml:space="preserve">[47:57] </w:t>
      </w:r>
      <w:r>
        <w:t>ki gardishein hain jo har ek ke sath pesh aati hain</w:t>
      </w:r>
    </w:p>
    <w:p>
      <w:pPr>
        <w:jc w:val="right"/>
      </w:pPr>
      <w:r>
        <w:t>کی گردشیں ہیں جو ہر ایک کے ساتھ پیش اتی ہیں</w:t>
      </w:r>
    </w:p>
    <w:p>
      <w:r>
        <w:rPr>
          <w:b/>
        </w:rPr>
        <w:t xml:space="preserve">[48:04] </w:t>
      </w:r>
      <w:r>
        <w:t>iska rasool ko mannay ya na mannay se koi talluq nahi</w:t>
      </w:r>
    </w:p>
    <w:p>
      <w:pPr>
        <w:jc w:val="right"/>
      </w:pPr>
      <w:r>
        <w:t>اس کا رسول کو ماننے یا نہ ماننے سے کوئی تعلق نہیں</w:t>
      </w:r>
    </w:p>
    <w:p>
      <w:r>
        <w:rPr>
          <w:b/>
        </w:rPr>
        <w:t xml:space="preserve">[48:13] </w:t>
      </w:r>
      <w:r>
        <w:t>paighambar se log nishani mangte hain magar asal sawal nishani ke zahoor ka nahi balkay is se sabak lene ka hai kyunke nishani sirf dekhne ke liye hoti hai woh majboor karne ke liye nahi hoti</w:t>
      </w:r>
    </w:p>
    <w:p>
      <w:pPr>
        <w:jc w:val="right"/>
      </w:pPr>
      <w:r>
        <w:t>پیغمبر سے لوگ نشانی مانگتے ہیں مگر اصل سوال نشانی کے ظہور کا نہیں بلکہ اس سے سبق لینے کا ہے کیونکہ نشانی صرف دیکھنے کے لیے ہوتی ہے وہ مجبور کرنے کے لیے نہیں ہوتی</w:t>
      </w:r>
    </w:p>
    <w:p>
      <w:r>
        <w:rPr>
          <w:b/>
        </w:rPr>
        <w:t xml:space="preserve">[48:33] </w:t>
      </w:r>
      <w:r>
        <w:t>nishani zahir hone ke baad bhi yeh aadmi ke apne ikhtiyar mein hota hai ke woh us ko manay ya koi jhooti tawjeeh nikal kar use radd kar de</w:t>
      </w:r>
    </w:p>
    <w:p>
      <w:pPr>
        <w:jc w:val="right"/>
      </w:pPr>
      <w:r>
        <w:t>نشانی ظاہر ہونے کے بعد بھی یہ ادمی کے اپنے اختیار میں ہوتا ہے کہ وہ اس کو مانے یا کوئی جھوٹی توجیہ نکال کر اسے رد کر دے</w:t>
      </w:r>
    </w:p>
    <w:p>
      <w:r>
        <w:rPr>
          <w:b/>
        </w:rPr>
        <w:t xml:space="preserve">[48:50] </w:t>
      </w:r>
      <w:r>
        <w:t>tahum jab khuda ki akhri nishani zahir hoti hai to us ke muqable mein insaan ko koi ikhtiyar nahi hota</w:t>
      </w:r>
    </w:p>
    <w:p>
      <w:pPr>
        <w:jc w:val="right"/>
      </w:pPr>
      <w:r>
        <w:t>تاہم جب خدا کی اخری نشانی ظاہر ہوتی ہے تو اس کے مقابلے میں انسان کو کوئی اختیار نہیں ہوتا</w:t>
      </w:r>
    </w:p>
    <w:p>
      <w:r>
        <w:rPr>
          <w:b/>
        </w:rPr>
        <w:t xml:space="preserve">[49:00] </w:t>
      </w:r>
      <w:r>
        <w:t>yeh akhri nishani itmam e hujjatt ke baad khuda ki adalat ban kar aati hai aur woh mukhtalif paighambaron ke liye mukhtalif sooraton mein aati hai paighambar akhir uz zaman ke liye mukhtalif maslehaton ki bina par yeh nishani is soorat mein zahir hui ke munkireen ko maghloob kar ke momineen ko un ke oopar ghaleb kar diya gaya</w:t>
      </w:r>
    </w:p>
    <w:p>
      <w:pPr>
        <w:jc w:val="right"/>
      </w:pPr>
      <w:r>
        <w:t>یہ اخری نشانی اتمام حجت کے بعد خدا کی عدالت بن کر اتی ہے اور وہ مختلف پیغمبروں کے لیے مختلف صورتوں میں اتی ہے پیغمبر اخر الزماں کے لیے مختلف مصلحتوں کی بنا پر یہ نشانی اس صورت میں ظاہر ہوئی کہ منکرین کو مغلوب کر کے مومنین کو ان کے اوپر غالب کر دیا گیا</w:t>
      </w:r>
    </w:p>
    <w:p>
      <w:r>
        <w:rPr>
          <w:b/>
        </w:rPr>
        <w:t xml:space="preserve">[49:30] </w:t>
      </w:r>
      <w:r>
        <w:t>aadmi jab sarkashi karta hai aur us ki wajah se uska kuch bigadta hua nazar nahi aata to woh aur bhi zyada dheeth ho jata hai woh samajhta hai ke woh khuda ki pakad se bahar hai halankay yeh ayn khuda ki tadbeer hoti hai</w:t>
      </w:r>
    </w:p>
    <w:p>
      <w:pPr>
        <w:jc w:val="right"/>
      </w:pPr>
      <w:r>
        <w:t>ادمی جب سرکشی کرتا ہے اور اس کی وجہ سے اس کا کچھ بگڑتا ہوا نظر نہیں اتا تو وہ اور بھی زیادہ ڈھیٹ ہو جاتا ہے وہ سمجھتا ہے کہ وہ خدا کی پکڑ سے باہر ہے حالانکہ یہ عین خدا کی تدبیر ہوتی ہے</w:t>
      </w:r>
    </w:p>
    <w:p>
      <w:r>
        <w:rPr>
          <w:b/>
        </w:rPr>
        <w:t xml:space="preserve">[49:51] </w:t>
      </w:r>
      <w:r>
        <w:t>khuda sarkash aadmi ko dheel deta hai ta ke woh befikar ho kar khoob sarkashi kare aur is sarkashi ke douran khuda ke karniday parde mein reh kar khamoshi ke sath us ke tamam aqwal o afaal ko likhte rehte hain</w:t>
      </w:r>
    </w:p>
    <w:p>
      <w:pPr>
        <w:jc w:val="right"/>
      </w:pPr>
      <w:r>
        <w:t>خدا سرکش ادمی کو ڈھیل دیتا ہے تاکہ وہ بے فکر ہو کر خوب سرکشی کرے اور اس سرکشی کے دوران خدا کے کارندے پردے میں رہ کر خاموشی کے ساتھ اس کے تمام اقوال و افعال کو لکھتے رہتے ہیں</w:t>
      </w:r>
    </w:p>
    <w:p>
      <w:r>
        <w:rPr>
          <w:b/>
        </w:rPr>
        <w:t xml:space="preserve">[50:12] </w:t>
      </w:r>
      <w:r>
        <w:t>yahan tak ke jab uska waqt poora ho jata hai to achank maut ka farishta zahir ho kar us ko pakad leta hai ta ke us ko us ke aamal ka hisab dene ke liye khuda ke samne hazir kar dehu allazi yusirukum fi al-barri wa al-bahri hatta</w:t>
      </w:r>
    </w:p>
    <w:p>
      <w:pPr>
        <w:jc w:val="right"/>
      </w:pPr>
      <w:r>
        <w:t>یہاں تک کہ جب اس کا وقت پورا ہو جاتا ہے تو اچانک موت کا فرشتہ ظاہر ہو کر اس کو پکڑ لیتا ہے تاکہ اس کو اس کے اعمال کا حساب دینے کے لیے خدا کے سامنے حاضر کر دےھو الذی یسیرکم فی البر والبحر حتى</w:t>
      </w:r>
    </w:p>
    <w:p>
      <w:r>
        <w:rPr>
          <w:b/>
        </w:rPr>
        <w:t xml:space="preserve">[50:35] </w:t>
      </w:r>
      <w:r>
        <w:t>idha kuntum fi al-fulki wa jarayna bihim wa jarayna bihim bireehin tayyibatin wa farihu biha ja'at ha reehun 'asifun</w:t>
      </w:r>
    </w:p>
    <w:p>
      <w:pPr>
        <w:jc w:val="right"/>
      </w:pPr>
      <w:r>
        <w:t>اذا کنتم فی الفلک وجرین بہم وجرین بہم بریح طیبۃ وفرحوا بها جاءتها ريح عاصف</w:t>
      </w:r>
    </w:p>
    <w:p>
      <w:r>
        <w:rPr>
          <w:b/>
        </w:rPr>
        <w:t xml:space="preserve">[50:54] </w:t>
      </w:r>
      <w:r>
        <w:t>ja'at ha reehun 'asifun wa ja'ahum al-mawju min kulli makanin wa zannu wa zannu</w:t>
      </w:r>
    </w:p>
    <w:p>
      <w:pPr>
        <w:jc w:val="right"/>
      </w:pPr>
      <w:r>
        <w:t>جاءتها ريح عاصف وجاءهم الموج من كل مكان وظنوا وظنوا</w:t>
      </w:r>
    </w:p>
    <w:p>
      <w:r>
        <w:rPr>
          <w:b/>
        </w:rPr>
        <w:t xml:space="preserve">[51:13] </w:t>
      </w:r>
      <w:r>
        <w:t>annahum uhitu bihim da'aw allaha mukhliseena lahud-deena la'in anjaytana la'in anjaytana min hadhihi lanakoonanna min ash-shakireen</w:t>
      </w:r>
    </w:p>
    <w:p>
      <w:pPr>
        <w:jc w:val="right"/>
      </w:pPr>
      <w:r>
        <w:t>انهم احيط بهم دعوا الله مخلصين له الدين لئن انجيتنا لئن انجيتنا من هذه لنكونن من الشاكرين</w:t>
      </w:r>
    </w:p>
    <w:p>
      <w:r>
        <w:rPr>
          <w:b/>
        </w:rPr>
        <w:t xml:space="preserve">[51:33] </w:t>
      </w:r>
      <w:r>
        <w:t>falamma anjahaum idha hum yabghoona fi al-ardi bighayri al-haqqi ya ayyuha an-naasu innama baghyukum 'ala</w:t>
      </w:r>
    </w:p>
    <w:p>
      <w:pPr>
        <w:jc w:val="right"/>
      </w:pPr>
      <w:r>
        <w:t>فلما انجاهم اذا هم يبغون فی الارض بغير الحق يا ایہا الناس انما بغيكم علی</w:t>
      </w:r>
    </w:p>
    <w:p>
      <w:r>
        <w:rPr>
          <w:b/>
        </w:rPr>
        <w:t xml:space="preserve">[51:53] </w:t>
      </w:r>
      <w:r>
        <w:t>anfusikum mata'ul-hayati ad-dunya thumma ilayna marji'ukum</w:t>
      </w:r>
    </w:p>
    <w:p>
      <w:pPr>
        <w:jc w:val="right"/>
      </w:pPr>
      <w:r>
        <w:t>انفسکم متاع الحیات الدنیا ثم الینا مرجعکم</w:t>
      </w:r>
    </w:p>
    <w:p>
      <w:r>
        <w:rPr>
          <w:b/>
        </w:rPr>
        <w:t xml:space="preserve">[52:01] </w:t>
      </w:r>
      <w:r>
        <w:t>fanunabbi'ukum bima kuntum ta'maloon</w:t>
      </w:r>
    </w:p>
    <w:p>
      <w:pPr>
        <w:jc w:val="right"/>
      </w:pPr>
      <w:r>
        <w:t>فننبئکم بما کنتم تعملون</w:t>
      </w:r>
    </w:p>
    <w:p>
      <w:r>
        <w:rPr>
          <w:b/>
        </w:rPr>
        <w:t xml:space="preserve">[52:09] </w:t>
      </w:r>
      <w:r>
        <w:t>woh Allah hai jo tum ko khushki aur tari mein chalata hai chunanchay jab tum kashti mein hotay ho aur kashtiyan logon ko le kar muwafiq hawa se chal rahi hoti hain aur log is se khush hotay hain ke yakayak tund hawa aati hai aur un par har janib se mojen uthne lagti hain aur woh guman kar letay hain ke hum ghar gaye</w:t>
      </w:r>
    </w:p>
    <w:p>
      <w:pPr>
        <w:jc w:val="right"/>
      </w:pPr>
      <w:r>
        <w:t>وہ اللہ ہے جو تم کو خشکی اور تری میں چلاتا ہے چنانچہ جب تم کشتی میں ہوتے ہو اور کشتیاں لوگوں کو لے کر موافق ہوا سے چل رہی ہوتی ہیں اور لوگ اس سے خوش ہوتے ہیں کہ یکایک تند ہوا اتی ہے اور ان پر ہر جانب سے موجیں اٹھنے لگتی ہیں اور وہ گمان کر لیتے ہیں کہ ہم گھر گئے</w:t>
      </w:r>
    </w:p>
    <w:p>
      <w:r>
        <w:rPr>
          <w:b/>
        </w:rPr>
        <w:t xml:space="preserve">[52:39] </w:t>
      </w:r>
      <w:r>
        <w:t>is waqt woh apne deen ko Allah hi ke liye khalis kar ke us ko pukarne lagte hain</w:t>
      </w:r>
    </w:p>
    <w:p>
      <w:pPr>
        <w:jc w:val="right"/>
      </w:pPr>
      <w:r>
        <w:t>اس وقت وہ اپنے دین کو اللہ ہی کے لیے خالص کر کے اس کو پکارنے لگتے ہیں</w:t>
      </w:r>
    </w:p>
    <w:p>
      <w:r>
        <w:rPr>
          <w:b/>
        </w:rPr>
        <w:t xml:space="preserve">[52:46] </w:t>
      </w:r>
      <w:r>
        <w:t>ke agar tu ne humein is se nijat de di to yaqeenan hum shukr guzar bande banenge</w:t>
      </w:r>
    </w:p>
    <w:p>
      <w:pPr>
        <w:jc w:val="right"/>
      </w:pPr>
      <w:r>
        <w:t>کہ اگر تو نے ہمیں اس سے نجات دے دی تو یقینا ہم شکر گزار بندے بنیں گے</w:t>
      </w:r>
    </w:p>
    <w:p>
      <w:r>
        <w:rPr>
          <w:b/>
        </w:rPr>
        <w:t xml:space="preserve">[52:55] </w:t>
      </w:r>
      <w:r>
        <w:t>phir jab woh un ko nijaat de deta hai to foran hi zameen mein na-haq ki sarkashi karne</w:t>
      </w:r>
    </w:p>
    <w:p>
      <w:pPr>
        <w:jc w:val="right"/>
      </w:pPr>
      <w:r>
        <w:t>پھر جب وہ ان کو نجات دے دیتا ہے تو فورا ہی زمین میں ناحق کی سرکشی کرنے</w:t>
      </w:r>
    </w:p>
    <w:p>
      <w:r>
        <w:rPr>
          <w:b/>
        </w:rPr>
        <w:t xml:space="preserve">[53:02] </w:t>
      </w:r>
      <w:r>
        <w:t>lagte hain aye logon tumhari sarkashi tumhare apne hi khilaf hai</w:t>
      </w:r>
    </w:p>
    <w:p>
      <w:pPr>
        <w:jc w:val="right"/>
      </w:pPr>
      <w:r>
        <w:t>لگتے ہیں اے لوگوں تمہاری سرکشی تمہارے اپنے ہی خلاف ہے</w:t>
      </w:r>
    </w:p>
    <w:p>
      <w:r>
        <w:rPr>
          <w:b/>
        </w:rPr>
        <w:t xml:space="preserve">[53:10] </w:t>
      </w:r>
      <w:r>
        <w:t>dunya ki zindagi ka nafa utha lo phir tum ko hamari taraf lot kar aana hai phir hum bata denge jo kuch tum kar rahe thay tashreeh insaan ek be had hassas wajood hai woh takleef ko bardasht nahi kar sakta</w:t>
      </w:r>
    </w:p>
    <w:p>
      <w:pPr>
        <w:jc w:val="right"/>
      </w:pPr>
      <w:r>
        <w:t>دنیا کی زندگی کا نفع اٹھا لو پھر تم کو ہماری طرف لوٹ کر انا ہے پھر ہم بتا دیں گے جو کچھ تم کر رہے تھے تشریح انسان ایک بے حد حساس وجود ہے وہ تکلیف کو برداشت نہیں کر سکتا</w:t>
      </w:r>
    </w:p>
    <w:p>
      <w:r>
        <w:rPr>
          <w:b/>
        </w:rPr>
        <w:t xml:space="preserve">[53:33] </w:t>
      </w:r>
      <w:r>
        <w:t>yehi wajah hai ke insaan par jab takleef ka koi lamha aata hai to woh foran sanjeeda ho</w:t>
      </w:r>
    </w:p>
    <w:p>
      <w:pPr>
        <w:jc w:val="right"/>
      </w:pPr>
      <w:r>
        <w:t>یہی وجہ ہے کہ انسان پر جب تکلیف کا کوئی لمحہ اتا ہے تو وہ فورا سنجیدہ ہو</w:t>
      </w:r>
    </w:p>
    <w:p>
      <w:r>
        <w:rPr>
          <w:b/>
        </w:rPr>
        <w:t xml:space="preserve">[53:40] </w:t>
      </w:r>
      <w:r>
        <w:t>jata hai us waqt us ke zehan se tamam masnooi parde phat jaate hain fikr ke lamhaat mein</w:t>
      </w:r>
    </w:p>
    <w:p>
      <w:pPr>
        <w:jc w:val="right"/>
      </w:pPr>
      <w:r>
        <w:t>جاتا ہے اس وقت اس کے ذہن سے تمام مصنوعی پردے پھٹ جاتے ہیں فکر کے لمحات میں</w:t>
      </w:r>
    </w:p>
    <w:p>
      <w:r>
        <w:rPr>
          <w:b/>
        </w:rPr>
        <w:t xml:space="preserve">[53:50] </w:t>
      </w:r>
      <w:r>
        <w:t>aadmi is haqeeqat ka eteraaf kar leta hai jis ka eteraaf karne ke liye woh be-fikri ke</w:t>
      </w:r>
    </w:p>
    <w:p>
      <w:pPr>
        <w:jc w:val="right"/>
      </w:pPr>
      <w:r>
        <w:t>ادمی اس حقیقت کا اعتراف کر لیتا ہے جس کا اعتراف کرنے کے لیے وہ بے فکری کے</w:t>
      </w:r>
    </w:p>
    <w:p>
      <w:r>
        <w:rPr>
          <w:b/>
        </w:rPr>
        <w:t xml:space="preserve">[53:57] </w:t>
      </w:r>
      <w:r>
        <w:t>lamhaat mein tayyar na hota tha</w:t>
      </w:r>
    </w:p>
    <w:p>
      <w:pPr>
        <w:jc w:val="right"/>
      </w:pPr>
      <w:r>
        <w:t>لمحات میں تیار نہ ہوتا تھا</w:t>
      </w:r>
    </w:p>
    <w:p>
      <w:r>
        <w:rPr>
          <w:b/>
        </w:rPr>
        <w:t xml:space="preserve">[54:03] </w:t>
      </w:r>
      <w:r>
        <w:t>us ki ek misal samandar ka safar hai samandar mein sukoon ho aur kashti manzil ki taraf rawan ho to us ke musafiron ke liye yeh bara khushgawar lamha hota hai us waqt un ke andar ek jhoota aitmad paida ho jata hai woh samajh letay hain ke un ka muamla durust hai ab us ko koi bigarne wala nahi</w:t>
      </w:r>
    </w:p>
    <w:p>
      <w:pPr>
        <w:jc w:val="right"/>
      </w:pPr>
      <w:r>
        <w:t>اس کی ایک مثال سمندر کا سفر ہے سمندر میں سکون ہو اور کشتی منزل کی طرف رواں ہو تو اس کے مسافروں کے لیے یہ بڑا خوشگوار لمحہ ہوتا ہے اس وقت ان کے اندر ایک جھوٹا اعتماد پیدا ہو جاتا ہے وہ سمجھ لیتے ہیں کہ ان کا معاملہ درست ہے اب اس کو کوئی بگاڑنے والا نہیں</w:t>
      </w:r>
    </w:p>
    <w:p>
      <w:r>
        <w:rPr>
          <w:b/>
        </w:rPr>
        <w:t xml:space="preserve">[54:33] </w:t>
      </w:r>
      <w:r>
        <w:t>us ke baad samandari hawayen uthti hain pahad jaisi mojen musafiron ko charon taraf se gher leti hain un ke darmiyan bare se bara jahaz bhi mamooli tankay ki tarah hichkolay khane lagta hai bazahir aisa mehsoos hota hai ke ab halakat ke siwa doosra koi anjam nahi</w:t>
      </w:r>
    </w:p>
    <w:p>
      <w:pPr>
        <w:jc w:val="right"/>
      </w:pPr>
      <w:r>
        <w:t>اس کے بعد سمندری ہوائیں اٹھتی ہیں پہاڑ جیسی موجیں مسافروں کو چاروں طرف سے گھیر لیتی ہیں ان کے درمیان بڑے سے بڑا جہاز بھی معمولی تنکے کی طرح ہچکولے کھانے لگتا ہے بظاہر ایسا محسوس ہوتا ہے کہ اب ہلاکت کے سوا دوسرا کوئی انجام نہیں</w:t>
      </w:r>
    </w:p>
    <w:p>
      <w:r>
        <w:rPr>
          <w:b/>
        </w:rPr>
        <w:t xml:space="preserve">[55:00] </w:t>
      </w:r>
      <w:r>
        <w:t>us waqt khuda ke munkir khuda ka iqrar kar letay hain devtaon ko poojne walay log khudaye wahid ko pukarna shuru kar dete hain apni qowat aur apni tadbeer par bharosa karne walay har doosri cheez ko chhod kar sirf khuda ko yaad karne lagte hain yeh ek tajribati saboot hai ke tauheed ek fitri haqeeqat</w:t>
      </w:r>
    </w:p>
    <w:p>
      <w:pPr>
        <w:jc w:val="right"/>
      </w:pPr>
      <w:r>
        <w:t>اس وقت خدا کے منکر خدا کا اقرار کر لیتے ہیں دیوتاؤں کو پوجنے والے لوگ خدائے واحد کو پکارنا شروع کر دیتے ہیں اپنی قوت اور اپنی تدبیر پر بھروسہ کرنے والے ہر دوسری چیز کو چھوڑ کر صرف خدا کو یاد کرنے لگتے ہیں یہ ایک تجرباتی ثبوت ہے کہ توحید ایک فطری حقیقت</w:t>
      </w:r>
    </w:p>
    <w:p>
      <w:r>
        <w:rPr>
          <w:b/>
        </w:rPr>
        <w:t xml:space="preserve">[55:28] </w:t>
      </w:r>
      <w:r>
        <w:t>hai toheed ke siwa doosre tamam aqaaid bilkul be buniyad hain yeh tajruba batata hai ke khuda ko na manane ke liye aadmi khwah kitna hi falsafa pesh kare haqeeqatan is qism ki tamam baatein be fikri ki nazariya saazi hain</w:t>
      </w:r>
    </w:p>
    <w:p>
      <w:pPr>
        <w:jc w:val="right"/>
      </w:pPr>
      <w:r>
        <w:t>ہے توحید کے سوا دوسرے تمام عقیدے بالکل بے بنیاد ہیں یہ تجربہ بتاتا ہے کہ خدا کو نہ ماننے کے لیے ادمی خواہ کتنا ہی فلسفہ پیش کرے حقیقتا اس قسم کی تمام باتیں بے فکری کی نظریہ سازی ہیں</w:t>
      </w:r>
    </w:p>
    <w:p>
      <w:r>
        <w:rPr>
          <w:b/>
        </w:rPr>
        <w:t xml:space="preserve">[55:52] </w:t>
      </w:r>
      <w:r>
        <w:t>insan agar jaane ke dunya ke mawaqe mahaz waqti tor par us ko imtehan ke liye diye gaye hain to woh foran sanjeeda ho jaye is ke zehn se tamam masnooi deewarein gir jayein aur ek khuda ko manane ke siwa is ke liye koi chara na rahe</w:t>
      </w:r>
    </w:p>
    <w:p>
      <w:pPr>
        <w:jc w:val="right"/>
      </w:pPr>
      <w:r>
        <w:t>انسان اگر جانے کہ دنیا کے مواقع محض وقتی طور پر اس کو امتحان کے لیے دیے گئے ہیں تو وہ فورا سنجیدہ ہو جائے اس کے ذہن سے تمام مصنوعی دیواریں گر جائیں اور ایک خدا کو ماننے کے سوا اس کے لیے کوئی چارہ نہ رہے</w:t>
      </w:r>
    </w:p>
    <w:p>
      <w:r>
        <w:rPr>
          <w:b/>
        </w:rPr>
        <w:t xml:space="preserve">[56:16] </w:t>
      </w:r>
      <w:r>
        <w:t>woh waqt aanay wala hai jab insan khuda ke jalal ko dekh kar kaanp uthe aur tamam khudai baaton ka iqrar karne par majboor ho jaye</w:t>
      </w:r>
    </w:p>
    <w:p>
      <w:pPr>
        <w:jc w:val="right"/>
      </w:pPr>
      <w:r>
        <w:t>وہ وقت انے والا ہے جب انسان خدا کے جلال کو دیکھ کر کانپ اٹھے اور تمام خدائی باتوں کا اقرار کرنے پر مجبور ہو جائے</w:t>
      </w:r>
    </w:p>
    <w:p>
      <w:r>
        <w:rPr>
          <w:b/>
        </w:rPr>
        <w:t xml:space="preserve">[56:33] </w:t>
      </w:r>
      <w:r>
        <w:t>magar aqalmand woh hai jo maujooda zindagi ke tajrubaat mein aanay wali zindagi ki haqeeqaton ko dekh le aur aaj hi is baat ko maan le jis ko woh</w:t>
      </w:r>
    </w:p>
    <w:p>
      <w:pPr>
        <w:jc w:val="right"/>
      </w:pPr>
      <w:r>
        <w:t>مگر عقلمند وہ ہے جو موجودہ زندگی کے تجربات میں انے والی زندگی کی حقیقتوں کو دیکھ لے اور اج ہی اس بات کو مان لے جس کو وہ</w:t>
      </w:r>
    </w:p>
    <w:p>
      <w:r>
        <w:rPr>
          <w:b/>
        </w:rPr>
        <w:t xml:space="preserve">[56:50] </w:t>
      </w:r>
      <w:r>
        <w:t>kal manane par majboor hoga magar kal ka manna is ke kuch kaam na aaye ga</w:t>
      </w:r>
    </w:p>
    <w:p>
      <w:pPr>
        <w:jc w:val="right"/>
      </w:pPr>
      <w:r>
        <w:t>کل ماننے پر مجبور ہوگا مگر کل کا ماننا اس کے کچھ کام نہ ائے گا</w:t>
      </w:r>
    </w:p>
    <w:p>
      <w:r>
        <w:rPr>
          <w:b/>
        </w:rPr>
        <w:t xml:space="preserve">[57:03] </w:t>
      </w:r>
      <w:r>
        <w:t>innama masal al hayati ad dunya kama anzalnahu min as samaa faakhtalata bihi nabat al ardi faakhtalata bihi nabat al ardi mimma yaakul</w:t>
      </w:r>
    </w:p>
    <w:p>
      <w:pPr>
        <w:jc w:val="right"/>
      </w:pPr>
      <w:r>
        <w:t>انما مثل الحیات الدنیا کما انزلناه من السماء فاختلط به نبات الارض فاختلط به نبات الارض مما ياكل</w:t>
      </w:r>
    </w:p>
    <w:p>
      <w:r>
        <w:rPr>
          <w:b/>
        </w:rPr>
        <w:t xml:space="preserve">[57:25] </w:t>
      </w:r>
      <w:r>
        <w:t>an nas wa al an aam hatta izaa akhadhati al ardu zukhrufaha hatta</w:t>
      </w:r>
    </w:p>
    <w:p>
      <w:pPr>
        <w:jc w:val="right"/>
      </w:pPr>
      <w:r>
        <w:t>الناس والانعام حتى اذا اخذت الارض زخرفها حتى</w:t>
      </w:r>
    </w:p>
    <w:p>
      <w:r>
        <w:rPr>
          <w:b/>
        </w:rPr>
        <w:t xml:space="preserve">[57:39] </w:t>
      </w:r>
      <w:r>
        <w:t>izaa akhadhati al ardu zukhrufaha wa zuyyinatu wa zanna ahluha annahum qadiruna alaiha wa zanna ahluha</w:t>
      </w:r>
    </w:p>
    <w:p>
      <w:pPr>
        <w:jc w:val="right"/>
      </w:pPr>
      <w:r>
        <w:t>اذا اخذت الارض زخرفها وزينت وظن اهلها انهم قادرون عليها وظن اهلها</w:t>
      </w:r>
    </w:p>
    <w:p>
      <w:r>
        <w:rPr>
          <w:b/>
        </w:rPr>
        <w:t xml:space="preserve">[57:59] </w:t>
      </w:r>
      <w:r>
        <w:t>annahum qadiruna alaiha ataha amruna laylan aw naharan faja alnaha faja alnaha hasida</w:t>
      </w:r>
    </w:p>
    <w:p>
      <w:pPr>
        <w:jc w:val="right"/>
      </w:pPr>
      <w:r>
        <w:t>انهم قادرون عليها اتاها امرنا ليلا او نهارا فجعلناها فجعلناها حصيدا</w:t>
      </w:r>
    </w:p>
    <w:p>
      <w:r>
        <w:rPr>
          <w:b/>
        </w:rPr>
        <w:t xml:space="preserve">[58:15] </w:t>
      </w:r>
      <w:r>
        <w:t>kan lam taghna bil amsi kazalika nufassil al ayati li qawmin yatafakkaroon</w:t>
      </w:r>
    </w:p>
    <w:p>
      <w:pPr>
        <w:jc w:val="right"/>
      </w:pPr>
      <w:r>
        <w:t>كان لم تغن بالامس كذلك نفصل الايات لقوم يتفكرون</w:t>
      </w:r>
    </w:p>
    <w:p>
      <w:r>
        <w:rPr>
          <w:b/>
        </w:rPr>
        <w:t xml:space="preserve">[58:28] </w:t>
      </w:r>
      <w:r>
        <w:t>dunya ki zindagi ki misaal aisi hai jaise pani ke hum ne is ko aasman se barsaya to zameen ka sabza khoob nikla jis ko aadmi khate hain aur jis ko janwar khate hain</w:t>
      </w:r>
    </w:p>
    <w:p>
      <w:pPr>
        <w:jc w:val="right"/>
      </w:pPr>
      <w:r>
        <w:t>دنیا کی زندگی کی مثال ایسی ہے جیسے پانی کہ ہم نے اس کو اسمان سے برسایا تو زمین کا سبزہ خوب نکلا جس کو ادمی کھاتے ہیں اور جس کو جانور کھاتے ہیں</w:t>
      </w:r>
    </w:p>
    <w:p>
      <w:r>
        <w:rPr>
          <w:b/>
        </w:rPr>
        <w:t xml:space="preserve">[58:47] </w:t>
      </w:r>
      <w:r>
        <w:t>yahan tak ke jab zameen poori ronak par aa gayi aur sanwar uthi aur zameen walon ne guman kar liya ke ab yeh hamare qabu mein hai to achaanak is par hamara hukum raat ko ya din ko aa gaya phir hum ne is ko kaat kar dher kar diya goya kal yahan kuch tha hi nahin</w:t>
      </w:r>
    </w:p>
    <w:p>
      <w:pPr>
        <w:jc w:val="right"/>
      </w:pPr>
      <w:r>
        <w:t>یہاں تک کہ جب زمین پوری رونق پر اگئی اور سنور اٹھی اور زمین والوں نے گمان کر لیا کہ اب یہ ہمارے قابو میں ہے تو اچانک اس پر ہمارا حکم رات کو یا دن کو اگیا پھر ہم نے اس کو کاٹ کر ڈھیر کر دیا گویا کل یہاں کچھ تھا ہی نہیں</w:t>
      </w:r>
    </w:p>
    <w:p>
      <w:r>
        <w:rPr>
          <w:b/>
        </w:rPr>
        <w:t xml:space="preserve">[59:16] </w:t>
      </w:r>
      <w:r>
        <w:t>is tarah hum nishaniyan khol kar bayan karte hain un logon ke liye jo gaur karte hain</w:t>
      </w:r>
    </w:p>
    <w:p>
      <w:pPr>
        <w:jc w:val="right"/>
      </w:pPr>
      <w:r>
        <w:t>اس طرح ہم نشانیاں کھول کر بیان کرتے ہیں ان لوگوں کے لیے جو غور کرتے ہیں</w:t>
      </w:r>
    </w:p>
    <w:p>
      <w:r>
        <w:rPr>
          <w:b/>
        </w:rPr>
        <w:t xml:space="preserve">[59:26] </w:t>
      </w:r>
      <w:r>
        <w:t>tashreeh dunya ki zindagi imtehan ke liye hai is liye insan ko yahan mukammal aazadi aur har qism ke khule mawaqe diye gaye hain</w:t>
      </w:r>
    </w:p>
    <w:p>
      <w:pPr>
        <w:jc w:val="right"/>
      </w:pPr>
      <w:r>
        <w:t>تشریح دنیا کی زندگی امتحان کے لیے ہے اس لیے انسان کو یہاں مکمل ازادی اور ہر قسم کے کھلے مواقع دیے گئے ہیں</w:t>
      </w:r>
    </w:p>
    <w:p>
      <w:r>
        <w:rPr>
          <w:b/>
        </w:rPr>
        <w:t xml:space="preserve">[59:45] </w:t>
      </w:r>
      <w:r>
        <w:t>bazoahir aisa maloom hota hai ke insan aazad hai ke jo chahe kare aur jis qism ka mustaqbil chahe apne liye banaye magar inhi halaat ke darmiyan aise waqiaat bhi rakh diye gaye hain jo sochne walon ke liye naseehat ka kaam karte hain</w:t>
      </w:r>
    </w:p>
    <w:p>
      <w:pPr>
        <w:jc w:val="right"/>
      </w:pPr>
      <w:r>
        <w:t>بظاہر ایسا معلوم ہوتا ہے کہ انسان ازاد ہے کہ جو چاہے کرے اور جس قسم کا مستقبل چاہے اپنے لیے بنائے مگر انہی حالات کے درمیان ایسے واقعات بھی رکھ دیے گئے ہیں جو سوچنے والوں کے لیے نصیحت کا کام کرتے ہیں</w:t>
      </w:r>
    </w:p>
    <w:p>
      <w:r>
        <w:rPr>
          <w:b/>
        </w:rPr>
        <w:t xml:space="preserve">[1:00:11] </w:t>
      </w:r>
      <w:r>
        <w:t>jo is haqeeqat ki nishandahi kar rahe hain ke yeh sab kuch mahaz waqti hai aur bohat jald is se chhin jaane wala hai</w:t>
      </w:r>
    </w:p>
    <w:p>
      <w:pPr>
        <w:jc w:val="right"/>
      </w:pPr>
      <w:r>
        <w:t>جو اس حقیقت کی نشادہی کر رہے ہیں کہ یہ سب کچھ محض وقتی ہے اور بہت جلد اس سے چھن جانے والا ہے</w:t>
      </w:r>
    </w:p>
    <w:p>
      <w:r>
        <w:rPr>
          <w:b/>
        </w:rPr>
        <w:t xml:space="preserve">[1:00:26] </w:t>
      </w:r>
      <w:r>
        <w:t>inhi mein se ek zameen ki sar sabzi ka waqia hai jab barish hoti hai to zameen har qism ki nabatat se laalha uthti hai</w:t>
      </w:r>
    </w:p>
    <w:p>
      <w:pPr>
        <w:jc w:val="right"/>
      </w:pPr>
      <w:r>
        <w:t>انہی میں سے ایک زمین کی سرسبزی کا واقعہ ہے جب بارش ہوتی ہے تو زمین ہر قسم کی نباتات سے لالہا اٹھتی ہے</w:t>
      </w:r>
    </w:p>
    <w:p>
      <w:r>
        <w:rPr>
          <w:b/>
        </w:rPr>
        <w:t xml:space="preserve">[1:00:40] </w:t>
      </w:r>
      <w:r>
        <w:t>aadmi in ko dekh kar khush hota hai woh samajhne lagta hai ke maamla poori tarah is ke qabu mein hai aur bohat jald woh tayyar fasal ka malik banne wala hai ain us waqt achaanak koi aafat aa jati hai</w:t>
      </w:r>
    </w:p>
    <w:p>
      <w:pPr>
        <w:jc w:val="right"/>
      </w:pPr>
      <w:r>
        <w:t>ادمی ان کو دیکھ کر خوش ہوتا ہے وہ سمجھنے لگتا ہے کہ معاملہ پوری طرح اس کے قابو میں ہے اور بہت جلد وہ تیار فصل کا مالک بننے والا ہے عین اس وقت اچانک کوئی افت ا جاتی ہے</w:t>
      </w:r>
    </w:p>
    <w:p>
      <w:r>
        <w:rPr>
          <w:b/>
        </w:rPr>
        <w:t xml:space="preserve">[1:01:01] </w:t>
      </w:r>
      <w:r>
        <w:t>misalan bagola aa gaya oley pad gaye tudi dil pahunch gaya aur ek lamhe mein sari fasal ka khatma kar diya</w:t>
      </w:r>
    </w:p>
    <w:p>
      <w:pPr>
        <w:jc w:val="right"/>
      </w:pPr>
      <w:r>
        <w:t>مثلاً بگولہ اگیا اولے پڑ گئے ٹڈی دل پہنچ گیا اور ایک لمحے میں ساری فصل کا خاتمہ کر دیا</w:t>
      </w:r>
    </w:p>
    <w:p>
      <w:r>
        <w:rPr>
          <w:b/>
        </w:rPr>
        <w:t xml:space="preserve">[1:01:17] </w:t>
      </w:r>
      <w:r>
        <w:t>yahi haal insani zindagi ka hai aadmi ek umda jism le kar paida hota hai</w:t>
      </w:r>
    </w:p>
    <w:p>
      <w:pPr>
        <w:jc w:val="right"/>
      </w:pPr>
      <w:r>
        <w:t>یہی حال انسانی زندگی کا ہے ادمی ایک عمدہ جسم لے کر پیدا ہوتا ہے</w:t>
      </w:r>
    </w:p>
    <w:p>
      <w:r>
        <w:rPr>
          <w:b/>
        </w:rPr>
        <w:t xml:space="preserve">[1:01:25] </w:t>
      </w:r>
      <w:r>
        <w:t>dunya ke asbab is ka saath dete hain aur woh apne liye ek kamyab aur shandar zindagi bana leta hai ab is ke andar ek aitmad paida ho jata hai woh samajhta hai ke is ka maamla is ke apne ikhtiyar mein hai is</w:t>
      </w:r>
    </w:p>
    <w:p>
      <w:pPr>
        <w:jc w:val="right"/>
      </w:pPr>
      <w:r>
        <w:t>دنیا کے اسباب اس کا ساتھ دیتے ہیں اور وہ اپنے لیے ایک کامیاب اور شاندار زندگی بنا لیتا ہے اب اس کے اندر ایک اعتماد پیدا ہو جاتا ہے وہ سمجھتا ہے کہ اس کا معاملہ اس کے اپنے اختیار میں ہے اس</w:t>
      </w:r>
    </w:p>
    <w:p>
      <w:r>
        <w:rPr>
          <w:b/>
        </w:rPr>
        <w:t xml:space="preserve">[1:01:49] </w:t>
      </w:r>
      <w:r>
        <w:t>ke baad kisi din ya kisi raat mein achaanak is ki maut aa jati hai apne aap ko ba ikhtiyar samajhne wala yakaiq apne ko is haal mein pata hai ke majboori aur be ikhtiyari ke siwa is ke paas aur koi سرمایہ nahin</w:t>
      </w:r>
    </w:p>
    <w:p>
      <w:pPr>
        <w:jc w:val="right"/>
      </w:pPr>
      <w:r>
        <w:t>کے بعد کسی دن یا کسی رات میں اچانک اس کی موت ا جاتی ہے اپنے اپ کو با اختیار سمجھنے والا یکائق اپنے کو اس حال میں پاتا ہے کہ مجبوری اور بے اختیاری کے سوا اس کے پاس اور کوئی سرمایہ نہیں</w:t>
      </w:r>
    </w:p>
    <w:p>
      <w:r>
        <w:rPr>
          <w:b/>
        </w:rPr>
        <w:t xml:space="preserve">[1:02:14] </w:t>
      </w:r>
      <w:r>
        <w:t>aadmi agar is haqeeqat ko samne rakhe to woh dunya mein kabhi sarkash na bane woh kabhi kisi ke sath zulm aur be insafi ka tareeqa ikhtiyar na kare</w:t>
      </w:r>
    </w:p>
    <w:p>
      <w:pPr>
        <w:jc w:val="right"/>
      </w:pPr>
      <w:r>
        <w:t>ادمی اگر اس حقیقت کو سامنے رکھے تو وہ دنیا میں کبھی سرکش نہ بنے وہ کبھی کسی کے ساتھ ظلم اور بے انصافی کا طریقہ اختیار نہ کرے</w:t>
      </w:r>
    </w:p>
    <w:p>
      <w:r>
        <w:rPr>
          <w:b/>
        </w:rPr>
        <w:t xml:space="preserve">[1:02:34] </w:t>
      </w:r>
      <w:r>
        <w:t>wallahu yad u ila dar as salaam wa yahdi man yashaa ila siratin mustaqeem lil ladheena ahsanul husna wa ziyadah</w:t>
      </w:r>
    </w:p>
    <w:p>
      <w:pPr>
        <w:jc w:val="right"/>
      </w:pPr>
      <w:r>
        <w:t>واللہیدعو الی دار السلام ویہدی من یشاء الی صراط مستقیم للذین احسنوا الحسنی وزیادہ</w:t>
      </w:r>
    </w:p>
    <w:p>
      <w:r>
        <w:rPr>
          <w:b/>
        </w:rPr>
        <w:t xml:space="preserve">[1:02:54] </w:t>
      </w:r>
      <w:r>
        <w:t>wa la yarhaqu wujuhuhum qatrun wa la zillatun ulai ka ashabul jannati hum fiha khalidoon wal ladheena kasabu as sayyi aati jazaa</w:t>
      </w:r>
    </w:p>
    <w:p>
      <w:pPr>
        <w:jc w:val="right"/>
      </w:pPr>
      <w:r>
        <w:t>ولایرہقوا وجوہهم قطرون ولا ذلہ اولئک اصحاب الجنتھم فیہا خالدون والذین کسبوا السیئات جزاء</w:t>
      </w:r>
    </w:p>
    <w:p>
      <w:r>
        <w:rPr>
          <w:b/>
        </w:rPr>
        <w:t xml:space="preserve">[1:03:16] </w:t>
      </w:r>
      <w:r>
        <w:t>sayyi'ah bimithliha wa turhqahum dhillah malahum min Allahi min 'asim kan'ama aghshiyat wujuhuhum qita'an</w:t>
      </w:r>
    </w:p>
    <w:p>
      <w:pPr>
        <w:jc w:val="right"/>
      </w:pPr>
      <w:r>
        <w:t>سیئۃ بمثلها وترهقهم ذلہ ما لهم من اللہ من عاصم كانما اغشیت وجوههم قطعا</w:t>
      </w:r>
    </w:p>
    <w:p>
      <w:r>
        <w:rPr>
          <w:b/>
        </w:rPr>
        <w:t xml:space="preserve">[1:03:33] </w:t>
      </w:r>
      <w:r>
        <w:t>min al-layl muzliman ul'a'ika ashabu al-nari hum fiha khalidoon</w:t>
      </w:r>
    </w:p>
    <w:p>
      <w:pPr>
        <w:jc w:val="right"/>
      </w:pPr>
      <w:r>
        <w:t>من الیل مظلما اولئک اصحاب النار هم فیہا خالدون</w:t>
      </w:r>
    </w:p>
    <w:p>
      <w:r>
        <w:rPr>
          <w:b/>
        </w:rPr>
        <w:t xml:space="preserve">[1:03:47] </w:t>
      </w:r>
      <w:r>
        <w:t>aur Allah salamati ke ghar ki taraf bulata hai aur woh jis ko chahta hai seedha rasta dikha deta hai</w:t>
      </w:r>
    </w:p>
    <w:p>
      <w:pPr>
        <w:jc w:val="right"/>
      </w:pPr>
      <w:r>
        <w:t>اور اللہ سلامتی کے گھر کی طرف بلاتا ہے اور وہ جس کو چاہتا ہے سیدھا راستہ دکھا دیتا ہے</w:t>
      </w:r>
    </w:p>
    <w:p>
      <w:r>
        <w:rPr>
          <w:b/>
        </w:rPr>
        <w:t xml:space="preserve">[1:03:59] </w:t>
      </w:r>
      <w:r>
        <w:t>jin logon ne bhalaai ki un ke liye bhalaai hai aur is par mazeed bhi aur un ke chehron par na siyahii chha'egi aur na zillat yahi jannat wale log hain</w:t>
      </w:r>
    </w:p>
    <w:p>
      <w:pPr>
        <w:jc w:val="right"/>
      </w:pPr>
      <w:r>
        <w:t>جن لوگوں نے بھلائی کی ان کے لیے بھلائی ہے اور اس پر مزید بھی اور ان کے چہروں پر نہ سیاہی چھائے گی اور نہ ذلت یہی جنت والے لوگ ہیں</w:t>
      </w:r>
    </w:p>
    <w:p>
      <w:r>
        <w:rPr>
          <w:b/>
        </w:rPr>
        <w:t xml:space="preserve">[1:04:18] </w:t>
      </w:r>
      <w:r>
        <w:t>woh is mein hamesha rahen ge aur jinho ne buraaiyaan kamaain to burai ka badla is ke barabar hai aur un par ruswaai chhaai hui hogi koi un ko Allah se bachane wala na hoga goya ke un ke chehre andheri raat ke tukron se thaanak diye gaye hain</w:t>
      </w:r>
    </w:p>
    <w:p>
      <w:pPr>
        <w:jc w:val="right"/>
      </w:pPr>
      <w:r>
        <w:t>وہ اس میں ہمیشہ رہیں گے اور جنہوں نے برائیاں کمائیں تو برائی کا بدلہ اس کے برابر ہے اور ان پر رسوائی چھائی ہوئی ہوگی کوئی ان کو اللہ سے بچانے والا نہ ہوگا گویا کہ ان کے چہرے اندھیری رات کے ٹکڑوں سے ٹھانک دیے گئے ہیں</w:t>
      </w:r>
    </w:p>
    <w:p>
      <w:r>
        <w:rPr>
          <w:b/>
        </w:rPr>
        <w:t xml:space="preserve">[1:04:47] </w:t>
      </w:r>
      <w:r>
        <w:t>yahi log dozakh wale hain woh is mein hamesha rahen ge tashrih duniya ke zahiri halaat se aadmi dhoka kha jata hai woh waqti cheez ko mustaqil cheez samajh leta hai</w:t>
      </w:r>
    </w:p>
    <w:p>
      <w:pPr>
        <w:jc w:val="right"/>
      </w:pPr>
      <w:r>
        <w:t>یہی لوگ دوزخ والے ہیں وہ اس میں ہمیشہ رہیں گے تشریح دنیا کے ظاہری حالات سے ادمی دھوکہ کھا جاتا ہے وہ وقتی چیز کو مستقل چیز سمجھ لیتا ہے</w:t>
      </w:r>
    </w:p>
    <w:p>
      <w:r>
        <w:rPr>
          <w:b/>
        </w:rPr>
        <w:t xml:space="preserve">[1:05:08] </w:t>
      </w:r>
      <w:r>
        <w:t>is ka khayal yeh ho jata hai ke khushiyon aur rahaton ki zindagi jo woh chahta hai woh is ko isi maujudah duniya mein hasil ho sakti hai</w:t>
      </w:r>
    </w:p>
    <w:p>
      <w:pPr>
        <w:jc w:val="right"/>
      </w:pPr>
      <w:r>
        <w:t>اس کا خیال یہ ہو جاتا ہے کہ خوشیوں اور راحتوں کی زندگی جو وہ چاہتا ہے وہ اس کو اسی موجودہ دنیا میں حاصل ہو سکتی ہے</w:t>
      </w:r>
    </w:p>
    <w:p>
      <w:r>
        <w:rPr>
          <w:b/>
        </w:rPr>
        <w:t xml:space="preserve">[1:05:21] </w:t>
      </w:r>
      <w:r>
        <w:t>magar insani aarzuon ki duniya darasal akhirat mein banne wali hai aur is ko wahi shakhs pa'ega jo Khuda ke bata'e hue tareeqe ke mutabiq is ko hasil karne ki koshish kare</w:t>
      </w:r>
    </w:p>
    <w:p>
      <w:pPr>
        <w:jc w:val="right"/>
      </w:pPr>
      <w:r>
        <w:t>مگر انسانی ارزوؤں کی دنیا دراصل اخرت میں بننے والی ہے اور اس کو وہی شخص پائے گا جو خدا کے بتائے ہوئے طریقے کے مطابق اس کو حاصل کرنے کی کوشش کرے</w:t>
      </w:r>
    </w:p>
    <w:p>
      <w:r>
        <w:rPr>
          <w:b/>
        </w:rPr>
        <w:t xml:space="preserve">[1:05:41] </w:t>
      </w:r>
      <w:r>
        <w:t>duniya mein aadmi baal-farz sab kuch hasil kar le tab bhi woh is par qadir nahin ke apni zindagi ko dukh aur gham se pak kar sake yahan har khushi ke sath koi andesha laga hua hai yahan ki har kamyabi bohat jald kisi dukh ki nazar ho jati hai</w:t>
      </w:r>
    </w:p>
    <w:p>
      <w:pPr>
        <w:jc w:val="right"/>
      </w:pPr>
      <w:r>
        <w:t>دنیا میں ادمی بالفرض سب کچھ حاصل کر لے تب بھی وہ اس پر قادر نہیں کہ اپنی زندگی کو دکھ اور غم سے پاک کر سکے یہاں ہر خوشی کے ساتھ کوئی اندیشہ لگا ہوا ہے یہاں کی ہر کامیابی بہت جلد کسی دکھ کی نظر ہو جاتی ہے</w:t>
      </w:r>
    </w:p>
    <w:p>
      <w:r>
        <w:rPr>
          <w:b/>
        </w:rPr>
        <w:t xml:space="preserve">[1:06:06] </w:t>
      </w:r>
      <w:r>
        <w:t>dukh aur ranj se khali zindagi ek aisi anokhi zindagi hai jo sirf jannat ke mahol mein aadmi ko milegi jo log is raaz ko pa len wahi woh log hain jo jannat ka rasta ikhtiyar karen ge aur aakhir kar Khuda ki abadi jannaton mein pahunchen ge</w:t>
      </w:r>
    </w:p>
    <w:p>
      <w:pPr>
        <w:jc w:val="right"/>
      </w:pPr>
      <w:r>
        <w:t>دکھ اور رنج سے خالی زندگی ایک ایسی انوکھی زندگی ہے جو صرف جنت کے ماحول میں ادمی کو ملے گی جو لوگ اس راز کو پا لیں وہی وہ لوگ ہیں جو جنت کا راستہ اختیار کریں گے اور اخر کار خدا کی ابدی جنتوں میں پہنچیں گے</w:t>
      </w:r>
    </w:p>
    <w:p>
      <w:r>
        <w:rPr>
          <w:b/>
        </w:rPr>
        <w:t xml:space="preserve">[1:06:33] </w:t>
      </w:r>
      <w:r>
        <w:t>raahat aur khushi ki zindagi jo insaan ko be had marghoob hai woh Khuda ke wafadar bando ko</w:t>
      </w:r>
    </w:p>
    <w:p>
      <w:pPr>
        <w:jc w:val="right"/>
      </w:pPr>
      <w:r>
        <w:t>راحت اور خوشی کی زندگی جو انسان کو بے حد مرغوب ہے وہ خدا کے وفادار بندوں کو</w:t>
      </w:r>
    </w:p>
    <w:p>
      <w:r>
        <w:rPr>
          <w:b/>
        </w:rPr>
        <w:t xml:space="preserve">[1:06:43] </w:t>
      </w:r>
      <w:r>
        <w:t>kamil taur par mile gi magar raahat aur khushi ka ek aur darja hai jo maroof raahaton aur</w:t>
      </w:r>
    </w:p>
    <w:p>
      <w:pPr>
        <w:jc w:val="right"/>
      </w:pPr>
      <w:r>
        <w:t>کامل طور پر ملے گی مگر راحت اور خوشی کا ایک اور درجہ ہے جو معروف راحتوں اور</w:t>
      </w:r>
    </w:p>
    <w:p>
      <w:r>
        <w:rPr>
          <w:b/>
        </w:rPr>
        <w:t xml:space="preserve">[1:06:52] </w:t>
      </w:r>
      <w:r>
        <w:t>khushiyon se bohat buland hai</w:t>
      </w:r>
    </w:p>
    <w:p>
      <w:pPr>
        <w:jc w:val="right"/>
      </w:pPr>
      <w:r>
        <w:t>خوشیوں سے بہت بلند ہے</w:t>
      </w:r>
    </w:p>
    <w:p>
      <w:r>
        <w:rPr>
          <w:b/>
        </w:rPr>
        <w:t xml:space="preserve">[1:06:56] </w:t>
      </w:r>
      <w:r>
        <w:t>yeh Maalik-e-Kainat ka deedar hai jo ahle jannat ko khusoosi taur par hasil hai</w:t>
      </w:r>
    </w:p>
    <w:p>
      <w:pPr>
        <w:jc w:val="right"/>
      </w:pPr>
      <w:r>
        <w:t>یہ مالک کائنات کا دیدار ہے جو اہل جنت کو خصوصی طور پر حاصل ہے</w:t>
      </w:r>
    </w:p>
    <w:p>
      <w:r>
        <w:rPr>
          <w:b/>
        </w:rPr>
        <w:t xml:space="preserve">[1:07:04] </w:t>
      </w:r>
      <w:r>
        <w:t>jo Khuda rahaton aur lazzaton ka khaliq hai woh yaqini taur par tamam rahaton aur lazzaton ka sab se bara khazana hai hadith mein aya hai ke jab jannat wale jannat mein aur dozakh wale dozakh mein ja chuke hon ge to ek pukarne wala pukarega</w:t>
      </w:r>
    </w:p>
    <w:p>
      <w:pPr>
        <w:jc w:val="right"/>
      </w:pPr>
      <w:r>
        <w:t>جو خدا راحتوں اور لذتوں کا خالق ہے وہ یقینی طور پر تمام راحتوں اور لذتوں کا سب سے بڑا خزانہ ہے حدیث میں ایا ہے کہ جب جنت والے جنت میں اور دوزخ والے دوزخ میں جا چکے ہوں گے تو ایک پکارنے والا پکارے گا</w:t>
      </w:r>
    </w:p>
    <w:p>
      <w:r>
        <w:rPr>
          <w:b/>
        </w:rPr>
        <w:t xml:space="preserve">[1:07:29] </w:t>
      </w:r>
      <w:r>
        <w:t>ae jannat walo tumhare liye Khuda ka ek wada baqi hai jis ko ab woh pura karna chahta hai jannat wale yeh sun kar kahen ge woh kya hai kya hamare parde bhari nahin kar diye gaye kya hamare chehron ko roshan nahin kiya gaya kya Khuda ne hamein jannat mein dakhil nahin kar diya</w:t>
      </w:r>
    </w:p>
    <w:p>
      <w:pPr>
        <w:jc w:val="right"/>
      </w:pPr>
      <w:r>
        <w:t>اے جنت والو تمہارے لیے خدا کا ایک وعدہ باقی ہے جس کو اب وہ پورا کرنا چاہتا ہے جنت والے یہ سن کر کہیں گے وہ کیا ہے کیا ہمارے پردے بھاری نہیں کر دیے گئے کیا ہمارے چہروں کو روشن نہیں کیا گیا کیا خدا نے ہمیں جنت میں داخل نہیں کر دیا</w:t>
      </w:r>
    </w:p>
    <w:p>
      <w:r>
        <w:rPr>
          <w:b/>
        </w:rPr>
        <w:t xml:space="preserve">[1:07:57] </w:t>
      </w:r>
      <w:r>
        <w:t>aur hum ko aag se nahin bacha liya is ke baad un ke upar se hijab utha liya ja'ega aur woh apne Rab ko dekhne lagen ge</w:t>
      </w:r>
    </w:p>
    <w:p>
      <w:pPr>
        <w:jc w:val="right"/>
      </w:pPr>
      <w:r>
        <w:t>اور ہم کو اگ سے نہیں بچا لیا اس کے بعد ان کے اوپر سے حجاب اٹھا لیا جائے گا اور وہ اپنے رب کو دیکھنے لگیں گے</w:t>
      </w:r>
    </w:p>
    <w:p>
      <w:r>
        <w:rPr>
          <w:b/>
        </w:rPr>
        <w:t xml:space="preserve">[1:08:12] </w:t>
      </w:r>
      <w:r>
        <w:t>pas Khuda ki qasam koi nem'at jo Khuda ne unhein di hai woh un ke liye Khuda ko dekhne se zyada mahboob na hogi aur na is se zyada un ki aankhon ko thandi karne wali hogi</w:t>
      </w:r>
    </w:p>
    <w:p>
      <w:pPr>
        <w:jc w:val="right"/>
      </w:pPr>
      <w:r>
        <w:t>پس خدا کی قسم کوئی نعمت جو خدا نے انہیں دی ہے وہ ان کے لیے خدا کو دیکھنے سے زیادہ محبوب نہ ہوگی اور نہ اس سے زیادہ ان کی انکھوں کو ٹھنڈی کرنے والی ہوگی</w:t>
      </w:r>
    </w:p>
    <w:p>
      <w:r>
        <w:rPr>
          <w:b/>
        </w:rPr>
        <w:t xml:space="preserve">[1:08:35] </w:t>
      </w:r>
      <w:r>
        <w:t>aadmi ke liye is se zyada sakht haalat aur koi nahi ke woh ek aisi be-basi se</w:t>
      </w:r>
    </w:p>
    <w:p>
      <w:pPr>
        <w:jc w:val="right"/>
      </w:pPr>
      <w:r>
        <w:t>ادمی کے لیے اس سے زیادہ سخت حالت اور کوئی نہیں کہ وہ ایک ایسی بے بسی سے</w:t>
      </w:r>
    </w:p>
    <w:p>
      <w:r>
        <w:rPr>
          <w:b/>
        </w:rPr>
        <w:t xml:space="preserve">[1:08:42] </w:t>
      </w:r>
      <w:r>
        <w:t>dochar ho jo abadi hai woh apne aap ko ek aisi nakaami mein pada hua paaye jo dobara</w:t>
      </w:r>
    </w:p>
    <w:p>
      <w:pPr>
        <w:jc w:val="right"/>
      </w:pPr>
      <w:r>
        <w:t>دوچار ہو جو ابدی ہے وہ اپنے اپ کو ایک ایسی ناکامی میں پڑا ہوا پائے جو دوبارہ</w:t>
      </w:r>
    </w:p>
    <w:p>
      <w:r>
        <w:rPr>
          <w:b/>
        </w:rPr>
        <w:t xml:space="preserve">[1:08:52] </w:t>
      </w:r>
      <w:r>
        <w:t>kaamyabi mein tabdeel nahi ho sakti</w:t>
      </w:r>
    </w:p>
    <w:p>
      <w:pPr>
        <w:jc w:val="right"/>
      </w:pPr>
      <w:r>
        <w:t>کامیابی میں تبدیل نہیں ہو سکتی</w:t>
      </w:r>
    </w:p>
    <w:p>
      <w:r>
        <w:rPr>
          <w:b/>
        </w:rPr>
        <w:t xml:space="preserve">[1:08:56] </w:t>
      </w:r>
      <w:r>
        <w:t>jo log aakhirat mein jahannum ke bashindey qarar diye jayen ge woh isi haalat se dochar hon ge</w:t>
      </w:r>
    </w:p>
    <w:p>
      <w:pPr>
        <w:jc w:val="right"/>
      </w:pPr>
      <w:r>
        <w:t>جو لوگ اخرت میں جہنم کے باشندے قرار دیے جائیں گے وہ اسی حالت سے دوچار ہوں گے</w:t>
      </w:r>
    </w:p>
    <w:p>
      <w:r>
        <w:rPr>
          <w:b/>
        </w:rPr>
        <w:t xml:space="preserve">[1:09:05] </w:t>
      </w:r>
      <w:r>
        <w:t>un ke chehre shadeed mayoosi ki wajah se aise kale ho ja'en ge goya ke woh teh ba teh andheron mein doob gaye hain aadmi ko agarche is ki burai ka badla itna hi diya ja'ega</w:t>
      </w:r>
    </w:p>
    <w:p>
      <w:pPr>
        <w:jc w:val="right"/>
      </w:pPr>
      <w:r>
        <w:t>ان کے چہرے شدید مایوسی کی وجہ سے ایسے کالے ہو جائیں گے گویا کہ وہ تہ بتہ اندھیروں میں ڈوب گئے ہیں ادمی کو اگرچہ اس کی برائی کا بدلہ اتنا ہی دیا جائے گا</w:t>
      </w:r>
    </w:p>
    <w:p>
      <w:r>
        <w:rPr>
          <w:b/>
        </w:rPr>
        <w:t xml:space="preserve">[1:09:22] </w:t>
      </w:r>
      <w:r>
        <w:t>jitna us ne burai ki hai magar abadi mahroomi ka ehsas is ke liye itna sakht hoga ke is ka chehra tak is ki wajah se siyah par ja'ega wa yawma nahshuruhum jamee'an</w:t>
      </w:r>
    </w:p>
    <w:p>
      <w:pPr>
        <w:jc w:val="right"/>
      </w:pPr>
      <w:r>
        <w:t>جتنا اس نے برائی کی ہے مگر ابدی محرومی کا احساس اس کے لیے اتنا سخت ہوگا کہ اس کا چہرہ تک اس کی وجہ سے سیاہ پڑ جائے گا ويوم نحشرهم جميعا</w:t>
      </w:r>
    </w:p>
    <w:p>
      <w:r>
        <w:rPr>
          <w:b/>
        </w:rPr>
        <w:t xml:space="preserve">[1:09:40] </w:t>
      </w:r>
      <w:r>
        <w:t>thumma naqulu lil-ladheena ashraku makana kum antum wa shuraka'u kum fa-fashsharna baynahum wa qala shuraka'u kum</w:t>
      </w:r>
    </w:p>
    <w:p>
      <w:pPr>
        <w:jc w:val="right"/>
      </w:pPr>
      <w:r>
        <w:t>ثم نقول للذین اشرکوا مکانکم انتم وشرکائکم فزینا بینہم وقال شرکاؤہم</w:t>
      </w:r>
    </w:p>
    <w:p>
      <w:r>
        <w:rPr>
          <w:b/>
        </w:rPr>
        <w:t xml:space="preserve">[1:09:59] </w:t>
      </w:r>
      <w:r>
        <w:t>ma kuntum iyyana ta'buduna fa-kafa billahi shaheedan baynana wa baynakum in kunna 'an 'ibadatikum laghafileen</w:t>
      </w:r>
    </w:p>
    <w:p>
      <w:pPr>
        <w:jc w:val="right"/>
      </w:pPr>
      <w:r>
        <w:t>ما کنتم ایانا تعبدون فکفى باللہ شہیدا بیننا وبینکم ان کنا عن عبادتکم لغافلین</w:t>
      </w:r>
    </w:p>
    <w:p>
      <w:r>
        <w:rPr>
          <w:b/>
        </w:rPr>
        <w:t xml:space="preserve">[1:10:18] </w:t>
      </w:r>
      <w:r>
        <w:t>hunalika tablu kullu nafsin ma aslafat</w:t>
      </w:r>
    </w:p>
    <w:p>
      <w:pPr>
        <w:jc w:val="right"/>
      </w:pPr>
      <w:r>
        <w:t>هنالک تبلو کل نفس ما اسلفت</w:t>
      </w:r>
    </w:p>
    <w:p>
      <w:r>
        <w:rPr>
          <w:b/>
        </w:rPr>
        <w:t xml:space="preserve">[1:10:27] </w:t>
      </w:r>
      <w:r>
        <w:t>wa ruddu ila Allahi mawlahum al-haqqu wa dalla 'anhum ma kanu yaftaroona</w:t>
      </w:r>
    </w:p>
    <w:p>
      <w:pPr>
        <w:jc w:val="right"/>
      </w:pPr>
      <w:r>
        <w:t>وردوا الی اللہ مولاهم الحق وضل عنہم ما کانو یفترون</w:t>
      </w:r>
    </w:p>
    <w:p>
      <w:r>
        <w:rPr>
          <w:b/>
        </w:rPr>
        <w:t xml:space="preserve">[1:10:41] </w:t>
      </w:r>
      <w:r>
        <w:t>aur jis din hum un sab ko jama' karein ge phir hum shirk karne walon se kahen ge ke thehro tum bhi aur tumhare banaye hue shirak bhi</w:t>
      </w:r>
    </w:p>
    <w:p>
      <w:pPr>
        <w:jc w:val="right"/>
      </w:pPr>
      <w:r>
        <w:t>اور جس دن ہم ان سب کو جمع کریں گے پھر ہم شرک کرنے والوں سے کہیں گے کہ ٹھہرو تم بھی اور تمہارے بنائے ہوئے شریک بھی</w:t>
      </w:r>
    </w:p>
    <w:p>
      <w:r>
        <w:rPr>
          <w:b/>
        </w:rPr>
        <w:t xml:space="preserve">[1:10:55] </w:t>
      </w:r>
      <w:r>
        <w:t>phir hum un ke darmiyan tafriq kar dein ge aur un ke shirak kahen ge ke tum hamari ibadat to nahin karte the Allah hamare darmiyan gawahi ke liye kafi hai hum tumhari ibadat se bilkul bekhabar the</w:t>
      </w:r>
    </w:p>
    <w:p>
      <w:pPr>
        <w:jc w:val="right"/>
      </w:pPr>
      <w:r>
        <w:t>پھر ہم ان کے درمیان تفریق کر دیں گے اور ان کے شریک کہیں گے کہ تم ہماری عبادت تو نہیں کرتے تھے اللہ ہمارے درمیان گواہی کے لیے کافی ہے ہم تمہاری عبادت سے بالکل بے خبر تھے</w:t>
      </w:r>
    </w:p>
    <w:p>
      <w:r>
        <w:rPr>
          <w:b/>
        </w:rPr>
        <w:t xml:space="preserve">[1:11:14] </w:t>
      </w:r>
      <w:r>
        <w:t>is waqt har shakhs apne is amal se dochar hoga jo us ne kiya tha aur log Allah apne Malik haqiqi ki taraf lota'e ja'en ge aur jo jhoot unhone ghade the woh sab un se jate rahen ge</w:t>
      </w:r>
    </w:p>
    <w:p>
      <w:pPr>
        <w:jc w:val="right"/>
      </w:pPr>
      <w:r>
        <w:t>اس وقت ہر شخص اپنے اس عمل سے دوچار ہوگا جو اس نے کیا تھا اور لوگ اللہ اپنے مالک حقیقی کی طرف لوٹائے جائیں گے اور جو جھوٹ انہوں نے گھڑے تھے وہ سب ان سے جاتے رہیں گے</w:t>
      </w:r>
    </w:p>
    <w:p>
      <w:r>
        <w:rPr>
          <w:b/>
        </w:rPr>
        <w:t xml:space="preserve">[1:11:36] </w:t>
      </w:r>
      <w:r>
        <w:t>tashreeh shirk ka poora karobar jhooti ummeedon par qaim hota hai</w:t>
      </w:r>
    </w:p>
    <w:p>
      <w:pPr>
        <w:jc w:val="right"/>
      </w:pPr>
      <w:r>
        <w:t>تشریح شرک کا پورا کاروبار جھوٹی امیدوں پر قائم ہوتا ہے</w:t>
      </w:r>
    </w:p>
    <w:p>
      <w:r>
        <w:rPr>
          <w:b/>
        </w:rPr>
        <w:t xml:space="preserve">[1:11:44] </w:t>
      </w:r>
      <w:r>
        <w:t>woh waqeat jo khuda ke kiye se ho rahe hain un ko aadam jhoote maaboodon ki taraf mansoob kar deta hai aur is tarah khud sakhta tasawwur ke tehat un ko apni aqeedat o parastish ka markaz bana leta hai apne in maaboodon par uska aitmad itna barhta hai</w:t>
      </w:r>
    </w:p>
    <w:p>
      <w:pPr>
        <w:jc w:val="right"/>
      </w:pPr>
      <w:r>
        <w:t>وہ واقعات جو خدا کے کیے سے ہو رہے ہیں ان کو ادمی جھوٹے معبودوں کی طرف منسوب کر دیتا ہے اور اس طرح خود ساختہ تصور کے تحت ان کو اپنی عقیدت و پرستش کا مرکز بنا لیتا ہے اپنے ان معبودوں پر اس کا اعتماد اتنا بڑھتا ہے</w:t>
      </w:r>
    </w:p>
    <w:p>
      <w:r>
        <w:rPr>
          <w:b/>
        </w:rPr>
        <w:t xml:space="preserve">[1:12:11] </w:t>
      </w:r>
      <w:r>
        <w:t>ke woh samajh leta hai ke aakhirat mein bhi woh zaroor khuda ke muqable mein is ke madadgar ban jayenge aur us ko khuda ki pakar se bacha lenge</w:t>
      </w:r>
    </w:p>
    <w:p>
      <w:pPr>
        <w:jc w:val="right"/>
      </w:pPr>
      <w:r>
        <w:t>کہ وہ سمجھ لیتا ہے کہ اخرت میں بھی وہ ضرور خدا کے مقابلے میں اس کے مددگار بن جائیں گے اور اس کو خدا کی پکڑ سے بچا لیں گے</w:t>
      </w:r>
    </w:p>
    <w:p>
      <w:r>
        <w:rPr>
          <w:b/>
        </w:rPr>
        <w:t xml:space="preserve">[1:12:26] </w:t>
      </w:r>
      <w:r>
        <w:t>yeh sarasar jhooti ummeeden hain magar dunya ki zindagi mein in ka jhoot hona zahir nahi hota kyunke</w:t>
      </w:r>
    </w:p>
    <w:p>
      <w:pPr>
        <w:jc w:val="right"/>
      </w:pPr>
      <w:r>
        <w:t>یہ سراسر جھوٹی امیدیں ہیں مگر دنیا کی زندگی میں ان کا جھوٹ ہونا ظاہر نہیں ہوتا کیونکہ</w:t>
      </w:r>
    </w:p>
    <w:p>
      <w:r>
        <w:rPr>
          <w:b/>
        </w:rPr>
        <w:t xml:space="preserve">[1:12:36] </w:t>
      </w:r>
      <w:r>
        <w:t>yahan imtehan ki wajah se har cheez par ghaib ka parda pada hua hai</w:t>
      </w:r>
    </w:p>
    <w:p>
      <w:pPr>
        <w:jc w:val="right"/>
      </w:pPr>
      <w:r>
        <w:t>یہاں امتحان کی وجہ سے ہر چیز پر غیب کا پردہ پڑا ہوا ہے</w:t>
      </w:r>
    </w:p>
    <w:p>
      <w:r>
        <w:rPr>
          <w:b/>
        </w:rPr>
        <w:t xml:space="preserve">[1:12:43] </w:t>
      </w:r>
      <w:r>
        <w:t>yahan aadmi ko mauqa hai ke woh waqeaat ko apne farzi maaboodon ki taraf mansoob kare aur is</w:t>
      </w:r>
    </w:p>
    <w:p>
      <w:pPr>
        <w:jc w:val="right"/>
      </w:pPr>
      <w:r>
        <w:t>یہاں ادمی کو موقع ہے کہ وہ واقعات کو اپنے فرضی معبودوں کی طرف منسوب کرے اور اس</w:t>
      </w:r>
    </w:p>
    <w:p>
      <w:r>
        <w:rPr>
          <w:b/>
        </w:rPr>
        <w:t xml:space="preserve">[1:12:52] </w:t>
      </w:r>
      <w:r>
        <w:t>tarah us ki maaboodiyat par mutma'in ho jaye</w:t>
      </w:r>
    </w:p>
    <w:p>
      <w:pPr>
        <w:jc w:val="right"/>
      </w:pPr>
      <w:r>
        <w:t>طرح اس کی معبودیت پر مطمئن ہو جائے</w:t>
      </w:r>
    </w:p>
    <w:p>
      <w:r>
        <w:rPr>
          <w:b/>
        </w:rPr>
        <w:t xml:space="preserve">[1:12:57] </w:t>
      </w:r>
      <w:r>
        <w:t>magar aakhirat mein saari haqiqatein khul jayengi wahan maloom hoga ke is kainat mein ek khuda ke siwa kisi ko koi zor hasil na tha</w:t>
      </w:r>
    </w:p>
    <w:p>
      <w:pPr>
        <w:jc w:val="right"/>
      </w:pPr>
      <w:r>
        <w:t>مگر اخرت میں ساری حقیقتیں کھل جائیں گی وہاں معلوم ہوگا کہ اس کائنات میں ایک خدا کے سوا کسی کو کوئی زور حاصل نہ تھا</w:t>
      </w:r>
    </w:p>
    <w:p>
      <w:r>
        <w:rPr>
          <w:b/>
        </w:rPr>
        <w:t xml:space="preserve">[1:13:14] </w:t>
      </w:r>
      <w:r>
        <w:t>maujooda dunya mein aadam is khush fehmi mein jee raha hai ke woh apne badon ya apne maaboodon ki madad se aakhirat ke marhale mein kamyab ho jayega magar aakhirat mein achaanak is par khulega ke uska aitmad sarasar jhoota tha yahan kisi ko sirf wohi milega jo us ne khud kiya tha</w:t>
      </w:r>
    </w:p>
    <w:p>
      <w:pPr>
        <w:jc w:val="right"/>
      </w:pPr>
      <w:r>
        <w:t>موجودہ دنیا میں ادمی اس خوش فہمی میں جی رہا ہے کہ وہ اپنے بڑوں یا اپنے معبودوں کی مدد سے اخرت کے مرحلے میں کامیاب ہو جائے گا مگر اخرت میں اچانک اس پر کھلے گا کہ اس کا اعتماد سراسر جھوٹا تھا یہاں کسی کو صرف وہی ملے گا جو اس نے خود کیا تھا</w:t>
      </w:r>
    </w:p>
    <w:p>
      <w:r>
        <w:rPr>
          <w:b/>
        </w:rPr>
        <w:t xml:space="preserve">[1:13:40] </w:t>
      </w:r>
      <w:r>
        <w:t>farzi sahare wahan is tarah ghayab ho jayenge jaise ke un ka koi wajood na tha</w:t>
      </w:r>
    </w:p>
    <w:p>
      <w:pPr>
        <w:jc w:val="right"/>
      </w:pPr>
      <w:r>
        <w:t>فرضی سہارے وہاں اس طرح غائب ہو جائیں گے جیسے کہ ان کا کوئی وجود نہ تھا</w:t>
      </w:r>
    </w:p>
    <w:p>
      <w:r>
        <w:rPr>
          <w:b/>
        </w:rPr>
        <w:t xml:space="preserve">[1:13:50] </w:t>
      </w:r>
      <w:r>
        <w:t>qul man yarzuqukum min as-samaa'i waz-ardi wa ammalik as-sam'a wal-absar wa man yukhrijul hayya minal mayyit</w:t>
      </w:r>
    </w:p>
    <w:p>
      <w:pPr>
        <w:jc w:val="right"/>
      </w:pPr>
      <w:r>
        <w:t>قل من یرزقکم من السماء والارض امنیملک السمع والابصار ومن یخرج الحی من المیت</w:t>
      </w:r>
    </w:p>
    <w:p>
      <w:r>
        <w:rPr>
          <w:b/>
        </w:rPr>
        <w:t xml:space="preserve">[1:14:07] </w:t>
      </w:r>
      <w:r>
        <w:t>wa man yukhrijul hayya minal mayyiti wa yukhrijul mayyita minal hayyi wa man yudabbirul amra fa-sayaqooloonallahu fa-qul afalaa tattaqoon</w:t>
      </w:r>
    </w:p>
    <w:p>
      <w:pPr>
        <w:jc w:val="right"/>
      </w:pPr>
      <w:r>
        <w:t>ومن یخرج الحی من المیت ويخرج المیت من الحی ومنیدبر الامر فسيقولون اللہ فقل افلا تتقون</w:t>
      </w:r>
    </w:p>
    <w:p>
      <w:r>
        <w:rPr>
          <w:b/>
        </w:rPr>
        <w:t xml:space="preserve">[1:14:27] </w:t>
      </w:r>
      <w:r>
        <w:t>fa-zalikumullahu rabbukumul haqq fa-maza ba'dal haqqi illad dalalah fa-anna tusrafoon kadhalika haqqat kalimatu rabbika alal lazeena fasaqoo</w:t>
      </w:r>
    </w:p>
    <w:p>
      <w:pPr>
        <w:jc w:val="right"/>
      </w:pPr>
      <w:r>
        <w:t>فذلكم الله ربکم الحق فماذا بعد الحق الا الضلال فانا تصرفون كذلك حقت كلمه ربك على الذين فسقوا</w:t>
      </w:r>
    </w:p>
    <w:p>
      <w:r>
        <w:rPr>
          <w:b/>
        </w:rPr>
        <w:t xml:space="preserve">[1:14:50] </w:t>
      </w:r>
      <w:r>
        <w:t>annahum la yu'minoon</w:t>
      </w:r>
    </w:p>
    <w:p>
      <w:pPr>
        <w:jc w:val="right"/>
      </w:pPr>
      <w:r>
        <w:t>انهم لا يؤمنون</w:t>
      </w:r>
    </w:p>
    <w:p>
      <w:r>
        <w:rPr>
          <w:b/>
        </w:rPr>
        <w:t xml:space="preserve">[1:14:55] </w:t>
      </w:r>
      <w:r>
        <w:t>kaho ke kaun tum ko asman aur zameen se rozi deta hai ya kaun hai jo kaan par aur aankhon par ikhtiyar rakhta hai aur kaun bejan mein se jandar ko</w:t>
      </w:r>
    </w:p>
    <w:p>
      <w:pPr>
        <w:jc w:val="right"/>
      </w:pPr>
      <w:r>
        <w:t>کہو کہ کون تم کو اسمان اور زمین سے روزی دیتا ہے یا کون ہے جو کان پر اور انکھوں پر اختیار رکھتا ہے اور کون بے جان میں سے جاندار کو</w:t>
      </w:r>
    </w:p>
    <w:p>
      <w:r>
        <w:rPr>
          <w:b/>
        </w:rPr>
        <w:t xml:space="preserve">[1:15:11] </w:t>
      </w:r>
      <w:r>
        <w:t>aur jandar mein se bejan ko nikalta hai aur kaun mamlaat ka intezam kar raha hai</w:t>
      </w:r>
    </w:p>
    <w:p>
      <w:pPr>
        <w:jc w:val="right"/>
      </w:pPr>
      <w:r>
        <w:t>اور جاندار میں سے بے جان کو نکالتا ہے اور کون معاملات کا انتظام کر رہا ہے</w:t>
      </w:r>
    </w:p>
    <w:p>
      <w:r>
        <w:rPr>
          <w:b/>
        </w:rPr>
        <w:t xml:space="preserve">[1:15:21] </w:t>
      </w:r>
      <w:r>
        <w:t>woh kahenge ke Allah kaho ke phir kya tum darte nahi pas wohi Allah tumhara parwardigar haqeeqi hai tofeeq ke baad bhatakne ke siwa aur kya hai tum kidhar phire jate ho</w:t>
      </w:r>
    </w:p>
    <w:p>
      <w:pPr>
        <w:jc w:val="right"/>
      </w:pPr>
      <w:r>
        <w:t>وہ کہیں گے کہ اللہ کہو کہ پھر کیا تم ڈرتے نہیں پس وہی اللہ تمہارا پروردگار حقیقی ہے توفیق کے بعد بھٹکنے کے سوا اور کیا ہے تم کدھر پھرے جاتے ہو</w:t>
      </w:r>
    </w:p>
    <w:p>
      <w:r>
        <w:rPr>
          <w:b/>
        </w:rPr>
        <w:t xml:space="preserve">[1:15:41] </w:t>
      </w:r>
      <w:r>
        <w:t>isi tarah tere rab ki baat sarkashi karne walon ke haq mein poori ho chuki hai ke woh iman na layenge tashreeh insan ko rizq ki zaroorat hai yeh rizq insan ko kaise milta hai</w:t>
      </w:r>
    </w:p>
    <w:p>
      <w:pPr>
        <w:jc w:val="right"/>
      </w:pPr>
      <w:r>
        <w:t>اسی طرح تیرے رب کی بات سرکشی کرنے والوں کے حق میں پوری ہو چکی ہے کہ وہ ایمان نہ لائیں گے تشریح انسان کو رزق کی ضرورت ہے یہ رزق انسان کو کیسے ملتا ہے</w:t>
      </w:r>
    </w:p>
    <w:p>
      <w:r>
        <w:rPr>
          <w:b/>
        </w:rPr>
        <w:t xml:space="preserve">[1:16:04] </w:t>
      </w:r>
      <w:r>
        <w:t>kainat ke majmooi amal se sari kainat had darja hamahangi ke sath ek khaas rukh par amal karti hai tab yeh mumkin hota hai ke insan ke liye woh rizq faraham ho jis ke baghair uska wajood us sarzamin par mumkin nahi</w:t>
      </w:r>
    </w:p>
    <w:p>
      <w:pPr>
        <w:jc w:val="right"/>
      </w:pPr>
      <w:r>
        <w:t>کائنات کے مجموعی عمل سے ساری کائنات حد درجہ ہمہنگی کے ساتھ ایک خاص رخ پر عمل کرتی ہے تب یہ ممکن ہوتا ہے کہ انسان کے لیے وہ رزق فراہم ہو جس کے بغیر اس کا وجود اس سرزمین پر ممکن نہیں</w:t>
      </w:r>
    </w:p>
    <w:p>
      <w:r>
        <w:rPr>
          <w:b/>
        </w:rPr>
        <w:t xml:space="preserve">[1:16:27] </w:t>
      </w:r>
      <w:r>
        <w:t>Khudaai ke mafroodha shurka</w:t>
      </w:r>
    </w:p>
    <w:p>
      <w:pPr>
        <w:jc w:val="right"/>
      </w:pPr>
      <w:r>
        <w:t>خدائی کے مفروضہ شرکاء</w:t>
      </w:r>
    </w:p>
    <w:p>
      <w:r>
        <w:rPr>
          <w:b/>
        </w:rPr>
        <w:t xml:space="preserve">[1:16:30] </w:t>
      </w:r>
      <w:r>
        <w:t>khud ahle shirk ke aqeeday ke mutabiq insaan ke liye rizq faraham nahi kar sakte kyunke har mafroodha</w:t>
      </w:r>
    </w:p>
    <w:p>
      <w:pPr>
        <w:jc w:val="right"/>
      </w:pPr>
      <w:r>
        <w:t>خود اہل شرک کے عقیدے کے مطابق انسان کے لیے رزق فراہم نہیں کر سکتے کیونکہ ہر مفروضہ</w:t>
      </w:r>
    </w:p>
    <w:p>
      <w:r>
        <w:rPr>
          <w:b/>
        </w:rPr>
        <w:t xml:space="preserve">[1:16:40] </w:t>
      </w:r>
      <w:r>
        <w:t>sharik kisi juz ka maabood hai aur juz ka maabood kabhi aise waqey ko zahoor mein nahi la</w:t>
      </w:r>
    </w:p>
    <w:p>
      <w:pPr>
        <w:jc w:val="right"/>
      </w:pPr>
      <w:r>
        <w:t>شریک کسی جز کا معبود ہے اور جز کا معبود کبھی ایسے واقعے کو ظہور میں نہیں لا</w:t>
      </w:r>
    </w:p>
    <w:p>
      <w:r>
        <w:rPr>
          <w:b/>
        </w:rPr>
        <w:t xml:space="preserve">[1:16:48] </w:t>
      </w:r>
      <w:r>
        <w:t>sakta jo kul ajza ki mawafqat se zahoor mein aata ho</w:t>
      </w:r>
    </w:p>
    <w:p>
      <w:pPr>
        <w:jc w:val="right"/>
      </w:pPr>
      <w:r>
        <w:t>سکتا جو کل اجزاء کی موافقت سے ظہور میں اتا ہو</w:t>
      </w:r>
    </w:p>
    <w:p>
      <w:r>
        <w:rPr>
          <w:b/>
        </w:rPr>
        <w:t xml:space="preserve">[1:16:57] </w:t>
      </w:r>
      <w:r>
        <w:t>isi tarah misaal ke taur par insan ke andar kaan aur aankh jaisi hairat angez salahiyatein hain woh bhi kisi devta ki di hui nahi ho sakti devta ya to khud in salahiyaton se mahroom hain ya agar kisi mafroodha maabood ke andar yeh salahiyatein hon to woh un ka khaliq nahi</w:t>
      </w:r>
    </w:p>
    <w:p>
      <w:pPr>
        <w:jc w:val="right"/>
      </w:pPr>
      <w:r>
        <w:t>اسی طرح مثلا انسان کے اندر کان اور انکھ جیسی حیرت انگیز صلاحیتیں ہیں وہ بھی کسی دیوتا کی دی ہوئی نہیں ہو سکتی دیوتا یا تو خود ان صلاحیتوں سے محروم ہیں یا اگر کسی مفروضہ معبود کے اندر یہ صلاحیتیں ہوں تو وہ ان کا خالق نہیں</w:t>
      </w:r>
    </w:p>
    <w:p>
      <w:r>
        <w:rPr>
          <w:b/>
        </w:rPr>
        <w:t xml:space="preserve">[1:17:25] </w:t>
      </w:r>
      <w:r>
        <w:t>hata ke khud us se yeh salahiyatein waise hi chhin jati hain jaise aam insanon se chhin jati hain isi tarah bejan cheezon mein jaan dalna aur jandar ko bejan kar dena bhi mafroodha maaboodon ke liye mumkin nahi na uska koi saboot hai aur na koi parastish karne wala un ke bare mein is qism ka aqeeda rakhta hai</w:t>
      </w:r>
    </w:p>
    <w:p>
      <w:pPr>
        <w:jc w:val="right"/>
      </w:pPr>
      <w:r>
        <w:t>حتی کہ خود اس سے یہ صلاحیتیں ویسے ہی چھن جاتی ہیں جیسے عام انسانوں سے چھن جاتی ہیں اسی طرح بے جان چیزوں میں جان ڈالنا اور جاندار کو بے جان کر دینا بھی مفروضہ معبودوں کے لیے ممکن نہیں نہ اس کا کوئی ثبوت ہے اور نہ کوئی پرستش کرنے والا ان کے بارے میں اس قسم کا عقیدہ رکھتا ہے</w:t>
      </w:r>
    </w:p>
    <w:p>
      <w:r>
        <w:rPr>
          <w:b/>
        </w:rPr>
        <w:t xml:space="preserve">[1:17:54] </w:t>
      </w:r>
      <w:r>
        <w:t>phir kaise mumkin hai ke yeh cheezein un maaboodon se insan ko milein kaisi ajib baat hai ke insan ek bare khuda ko manta hai is ke bawajood woh khuda ki taraf aisi baatein mansoob karta hai jo us ki tamam aala sifaton ki nafi kar dein is ki wajah yeh hai ke us ko khuda ka dar nahi</w:t>
      </w:r>
    </w:p>
    <w:p>
      <w:pPr>
        <w:jc w:val="right"/>
      </w:pPr>
      <w:r>
        <w:t>پھر کیسے ممکن ہے کہ یہ چیزیں ان معبودوں سے انسان کو ملیں کیسی عجیب بات ہے کہ انسان ایک بڑے خدا کو مانتا ہے اس کے باوجود وہ خدا کی طرف ایسی باتیں منسوب کرتا ہے جو اس کی تمام اعلی صفات کی نفی کر دیں اس کی وجہ یہ ہے کہ اس کو خدا کا ڈر نہیں</w:t>
      </w:r>
    </w:p>
    <w:p>
      <w:r>
        <w:rPr>
          <w:b/>
        </w:rPr>
        <w:t xml:space="preserve">[1:18:23] </w:t>
      </w:r>
      <w:r>
        <w:t>jhoote khayalon ke zariye us ne apne aap ko yeh tasalli de li hai ke khuda us se baz purs karne wala nahi aur agar baz purs ki nabat aayi to us ki madad par aisi hastiyan hain jo khuda ke yahan sifarish kar ke us ko bacha lengi</w:t>
      </w:r>
    </w:p>
    <w:p>
      <w:pPr>
        <w:jc w:val="right"/>
      </w:pPr>
      <w:r>
        <w:t>جھوٹے خیالات کے ذریعے اس نے اپنے اپ کو یہ تسلی دے لی ہے کہ خدا اس سے باز پرس کرنے والا نہیں اور اگر باز پرس کی نوبت ائی تو اس کی مدد پر ایسی ہستیاں ہیں جو خدا کے یہاں سفارش کر کے اس کو بچا لیں</w:t>
      </w:r>
    </w:p>
    <w:p>
      <w:r>
        <w:rPr>
          <w:b/>
        </w:rPr>
        <w:t xml:space="preserve">[1:18:47] </w:t>
      </w:r>
      <w:r>
        <w:t>dar aadam ko sanjeeda banata hai jab kisi ke dil se dar nikal jaye to us ko ghair munafiqana rawaiyya ikhtiyar karne se koi cheez rok nahi sakti aisa aadam sarkash ho jata hai</w:t>
      </w:r>
    </w:p>
    <w:p>
      <w:pPr>
        <w:jc w:val="right"/>
      </w:pPr>
      <w:r>
        <w:t>ڈر ادمی کو سنجیدہ بناتا ہے جب کسی کے دل سے ڈر نکل جائے تو اس کو غیر منصفانہ رویہ اختیار کرنے سے کوئی چیز روک نہیں سکتی ایسا ادمی سرکش ہو جاتا ہے</w:t>
      </w:r>
    </w:p>
    <w:p>
      <w:r>
        <w:rPr>
          <w:b/>
        </w:rPr>
        <w:t xml:space="preserve">[1:19:04] </w:t>
      </w:r>
      <w:r>
        <w:t>aur sarkash aadam kabhi sachai ka etaraf nahi karta qul min shurakaikum man yubdi'ul khalqa thumma yueeduh</w:t>
      </w:r>
    </w:p>
    <w:p>
      <w:pPr>
        <w:jc w:val="right"/>
      </w:pPr>
      <w:r>
        <w:t>اور سرکش ادمی کبھی سچائی کا اعتراف نہیں کرتا قل من شرکائکم منیدبا الخلق ثم یعیدہ</w:t>
      </w:r>
    </w:p>
    <w:p>
      <w:r>
        <w:rPr>
          <w:b/>
        </w:rPr>
        <w:t xml:space="preserve">[1:19:21] </w:t>
      </w:r>
      <w:r>
        <w:t>qul allahu yubdi'ul khalqa thumma yueeduh fa anna tusrafoon qul hal min shurakaikum man yudee</w:t>
      </w:r>
    </w:p>
    <w:p>
      <w:pPr>
        <w:jc w:val="right"/>
      </w:pPr>
      <w:r>
        <w:t>قل اللہیدبا الخلق ثم یعیدہ فانا تؤفکون قلھل من شرکائکم منیدی</w:t>
      </w:r>
    </w:p>
    <w:p>
      <w:r>
        <w:rPr>
          <w:b/>
        </w:rPr>
        <w:t xml:space="preserve">[1:19:40] </w:t>
      </w:r>
      <w:r>
        <w:t>al haqq qul allahu yudee al haqq afaman yudee al haqq ahqqu an yuttaba'a amman la yudee</w:t>
      </w:r>
    </w:p>
    <w:p>
      <w:pPr>
        <w:jc w:val="right"/>
      </w:pPr>
      <w:r>
        <w:t>الحق قل اللہیدی الحق افمنیدی الحق احق انیتبع امن لایدی</w:t>
      </w:r>
    </w:p>
    <w:p>
      <w:r>
        <w:rPr>
          <w:b/>
        </w:rPr>
        <w:t xml:space="preserve">[1:19:59] </w:t>
      </w:r>
      <w:r>
        <w:t>ala anidi famalakum kaifa tahkumoon</w:t>
      </w:r>
    </w:p>
    <w:p>
      <w:pPr>
        <w:jc w:val="right"/>
      </w:pPr>
      <w:r>
        <w:t>الا انیدی فما لكم کیف تحکمون</w:t>
      </w:r>
    </w:p>
    <w:p>
      <w:r>
        <w:rPr>
          <w:b/>
        </w:rPr>
        <w:t xml:space="preserve">[1:20:09] </w:t>
      </w:r>
      <w:r>
        <w:t>wama yatba'u aktharuhum illa zannan in</w:t>
      </w:r>
    </w:p>
    <w:p>
      <w:pPr>
        <w:jc w:val="right"/>
      </w:pPr>
      <w:r>
        <w:t>ومایتبع اکثرهم الا ظنا ان</w:t>
      </w:r>
    </w:p>
    <w:p>
      <w:r>
        <w:rPr>
          <w:b/>
        </w:rPr>
        <w:t xml:space="preserve">[1:20:16] </w:t>
      </w:r>
      <w:r>
        <w:t>al-zannu la yughni min al-haqqi shai'an innallaha aleemun bima yaf'aloon</w:t>
      </w:r>
    </w:p>
    <w:p>
      <w:pPr>
        <w:jc w:val="right"/>
      </w:pPr>
      <w:r>
        <w:t>الظن لا یغنی من الحق شیئا ان اللہ علیم بما یفعلون</w:t>
      </w:r>
    </w:p>
    <w:p>
      <w:r>
        <w:rPr>
          <w:b/>
        </w:rPr>
        <w:t xml:space="preserve">[1:20:31] </w:t>
      </w:r>
      <w:r>
        <w:t>kaho kiya tumhare thehraaye hue shareekon mein koi hai jo pehli baar paida karta ho phir woh dobara bhi paida kare kaho Allah hi pehli baar paida karta hai phir wahi dobara bhi paida karega phir tum kahan bhatke jaate ho kaho kiya tumhare shareekaa mein koi hai jo haq ki taraf rehnumai karta ho</w:t>
      </w:r>
    </w:p>
    <w:p>
      <w:pPr>
        <w:jc w:val="right"/>
      </w:pPr>
      <w:r>
        <w:t>کہو کیا تمہارے ٹھہرائے ہوئے شریکوں میں کوئی ہے جو پہلی بار پیدا کرتا ہو پھر وہ دوبارہ بھی پیدا کرے کہو اللہ ہی پہلی بار پیدا کرتا ہے پھر وہی دوبارہ بھی پیدا کرے گا پھر تم کہاں بھٹکے جاتے ہو کہو کیا تمہارے شرکاء میں کوئی ہے جو حق کی طرف رہنمائی کرتا ہو</w:t>
      </w:r>
    </w:p>
    <w:p>
      <w:r>
        <w:rPr>
          <w:b/>
        </w:rPr>
        <w:t xml:space="preserve">[1:21:00] </w:t>
      </w:r>
      <w:r>
        <w:t>keh do ke Allah hi haq ki taraf rehnumai karta hai phir jo haq ki taraf rehnumai karta hai woh pairwi kiye jaane ka mustahiq hai ya woh jis ko khud hi rasta na milta ho balkeh use rasta bataya jaye tum ko kiya ho gaya hai tum kaisa faisla karte ho</w:t>
      </w:r>
    </w:p>
    <w:p>
      <w:pPr>
        <w:jc w:val="right"/>
      </w:pPr>
      <w:r>
        <w:t>کہہ دو کہ اللہ ہی حق کی طرف رہنمائی کرتا ہے پھر جو حق کی طرف رہنمائی کرتا ہے وہ پیروی کیے جانے کا مستحق ہے یا وہ جس کو خود ہی راستہ نہ ملتا ہو بلکہ اسے راستہ بتایا جائے تم کو کیا ہو گیا ہے تم کیسا فیصلہ کرتے ہو</w:t>
      </w:r>
    </w:p>
    <w:p>
      <w:r>
        <w:rPr>
          <w:b/>
        </w:rPr>
        <w:t xml:space="preserve">[1:21:23] </w:t>
      </w:r>
      <w:r>
        <w:t>in mein se aksar sirf gumaan ki pairwi kar rahe hain aur gumaan haq baat mein kuch bhi kaam nahi deta Allah ko khoob maloom hai jo kuch woh karte hain</w:t>
      </w:r>
    </w:p>
    <w:p>
      <w:pPr>
        <w:jc w:val="right"/>
      </w:pPr>
      <w:r>
        <w:t>ان میں سے اکثر صرف گمان کی پیروی کر رہے ہیں اور گمان حق بات میں کچھ بھی کام نہیں دیتا اللہ کو خوب معلوم ہے جو کچھ وہ کرتے ہیں</w:t>
      </w:r>
    </w:p>
    <w:p>
      <w:r>
        <w:rPr>
          <w:b/>
        </w:rPr>
        <w:t xml:space="preserve">[1:21:41] </w:t>
      </w:r>
      <w:r>
        <w:t>tashreeh Allah ke siwa jin ko khudaai ka maqam diya jata hai khwah woh insan hon ya ghair insan koi bhi yeh taqat nahi rakhta ke woh kisi ghair maujood ko maujood kar de</w:t>
      </w:r>
    </w:p>
    <w:p>
      <w:pPr>
        <w:jc w:val="right"/>
      </w:pPr>
      <w:r>
        <w:t>تشریح اللہ کے سوا جن کو خدائی کا مقام دیا جاتا ہے خواہ وہ انسان ہوں یا غیر انسان کوئی بھی یہ طاقت نہیں رکھتا کہ وہ کسی غیر موجود کو موجود کر دے</w:t>
      </w:r>
    </w:p>
    <w:p>
      <w:r>
        <w:rPr>
          <w:b/>
        </w:rPr>
        <w:t xml:space="preserve">[1:21:59] </w:t>
      </w:r>
      <w:r>
        <w:t>yeh sirf Allah hai jis ke liye takhleeq ka amal sabit hai aur jab takhleeq ka amal ek baar Allah ke liye sabit hai to usi se yeh bhi sabit ho jata hai ke woh is ka irada kar sakta hai aur karega</w:t>
      </w:r>
    </w:p>
    <w:p>
      <w:pPr>
        <w:jc w:val="right"/>
      </w:pPr>
      <w:r>
        <w:t>یہ صرف اللہ ہے جس کے لیے تخلیق کا عمل ثابت ہے اور جب تخلیق کا عمل ایک بار اللہ کے لیے ثابت ہے تو اسی سے یہ بھی ثابت ہو جاتا ہے کہ وہ اس کا ارادہ کر سکتا ہے اور کرے گا</w:t>
      </w:r>
    </w:p>
    <w:p>
      <w:r>
        <w:rPr>
          <w:b/>
        </w:rPr>
        <w:t xml:space="preserve">[1:22:21] </w:t>
      </w:r>
      <w:r>
        <w:t>phir jab wajood awwal aur wajood sani dono ka ikhtiyar sirf ek Allah ko hai to doosre shareekon ki taraf tawajjuh lagana bilkul abas hai un se aadi na apni pehli zindagi mein kuch paane wala hai aur na doosri zindagi mein</w:t>
      </w:r>
    </w:p>
    <w:p>
      <w:pPr>
        <w:jc w:val="right"/>
      </w:pPr>
      <w:r>
        <w:t>پھر جب وجود اول اور وجود ثانی دونوں کا اختیار صرف ایک اللہ کو ہے تو دوسرے شریکوں کی طرف توجہ لگانا بالکل عبث ہے ان سے ادمی نہ اپنی پہلی زندگی میں کچھ پانے والا ہے اور نہ دوسری زندگی میں</w:t>
      </w:r>
    </w:p>
    <w:p>
      <w:r>
        <w:rPr>
          <w:b/>
        </w:rPr>
        <w:t xml:space="preserve">[1:22:46] </w:t>
      </w:r>
      <w:r>
        <w:t>yehi muamla rehnumai ka hai</w:t>
      </w:r>
    </w:p>
    <w:p>
      <w:pPr>
        <w:jc w:val="right"/>
      </w:pPr>
      <w:r>
        <w:t>یہی معاملہ رہنمائی کا ہے</w:t>
      </w:r>
    </w:p>
    <w:p>
      <w:r>
        <w:rPr>
          <w:b/>
        </w:rPr>
        <w:t xml:space="preserve">[1:22:49] </w:t>
      </w:r>
      <w:r>
        <w:t>Allah rehnumai karta hai yeh cheez peghambaron ki hidayat se sabit hai peghambaron ne jis hidayat ko khuda-e-hidayat keh kar insan ke samne pesh kiya woh muslim taur par ek hidayat</w:t>
      </w:r>
    </w:p>
    <w:p>
      <w:pPr>
        <w:jc w:val="right"/>
      </w:pPr>
      <w:r>
        <w:t>اللہ رہنمائی کرتا ہے یہ چیز پیغمبروں کی ہدایت سے ثابت ہے پیغمبروں نے جس ہدایت کو خدائے ہدایت کہہ کر انسان کے سامنے پیش کیا وہ مسلم طور پر ایک ہدایت</w:t>
      </w:r>
    </w:p>
    <w:p>
      <w:r>
        <w:rPr>
          <w:b/>
        </w:rPr>
        <w:t xml:space="preserve">[1:23:06] </w:t>
      </w:r>
      <w:r>
        <w:t>hai is ke bar-aks shurika ka haal yeh hai ke woh ya to siray se is qabil nahi</w:t>
      </w:r>
    </w:p>
    <w:p>
      <w:pPr>
        <w:jc w:val="right"/>
      </w:pPr>
      <w:r>
        <w:t>ہے اس کے برعکس شریکوں کا حال یہ ہے کہ وہ یا تو سرے سے اس قابل نہیں</w:t>
      </w:r>
    </w:p>
    <w:p>
      <w:r>
        <w:rPr>
          <w:b/>
        </w:rPr>
        <w:t xml:space="preserve">[1:23:14] </w:t>
      </w:r>
      <w:r>
        <w:t>ke woh insaan ko haq aur na-haq ke baray mein koi ilm dein</w:t>
      </w:r>
    </w:p>
    <w:p>
      <w:pPr>
        <w:jc w:val="right"/>
      </w:pPr>
      <w:r>
        <w:t>کہ وہ انسان کو حق اور ناحق کے بارے میں کوئی علم دیں</w:t>
      </w:r>
    </w:p>
    <w:p>
      <w:r>
        <w:rPr>
          <w:b/>
        </w:rPr>
        <w:t xml:space="preserve">[1:23:21] </w:t>
      </w:r>
      <w:r>
        <w:t>woh apni kamiyon aur mahdoodiyat ki wajah se khud rehnumai ke mohtaj hain kija ke woh doosron ko</w:t>
      </w:r>
    </w:p>
    <w:p>
      <w:pPr>
        <w:jc w:val="right"/>
      </w:pPr>
      <w:r>
        <w:t>وہ اپنی کمیوں اور محدودیت کی وجہ سے خود رہنمائی کے محتاج ہیں کجا کہ وہ دوسروں کو</w:t>
      </w:r>
    </w:p>
    <w:p>
      <w:r>
        <w:rPr>
          <w:b/>
        </w:rPr>
        <w:t xml:space="preserve">[1:23:32] </w:t>
      </w:r>
      <w:r>
        <w:t>koi waqai rehnumai faraham karen</w:t>
      </w:r>
    </w:p>
    <w:p>
      <w:pPr>
        <w:jc w:val="right"/>
      </w:pPr>
      <w:r>
        <w:t>کوئی واقعی رہنمائی فراہم کریں</w:t>
      </w:r>
    </w:p>
    <w:p>
      <w:r>
        <w:rPr>
          <w:b/>
        </w:rPr>
        <w:t xml:space="preserve">[1:23:37] </w:t>
      </w:r>
      <w:r>
        <w:t>jab soorat-e-hal yeh hai to insan ko sirf ek Khuda ki taraf rujoo karna chahiye na ke farzi shareekon ki taraf shirk ka karobar kisi waqai ilm par qaim nahi hai balkeh woh mafroozat aur qayas par qaim hai</w:t>
      </w:r>
    </w:p>
    <w:p>
      <w:pPr>
        <w:jc w:val="right"/>
      </w:pPr>
      <w:r>
        <w:t>جب صورتحال یہ ہے تو انسان کو صرف ایک خدا کی طرف رجوع کرنا چاہیے نہ کہ فرضی شریکوں کی طرف شرک کا کاروبار کسی واقعی علم پر قائم نہیں ہے بلکہ وہ مفروضات اور قیاسات پر قائم ہے</w:t>
      </w:r>
    </w:p>
    <w:p>
      <w:r>
        <w:rPr>
          <w:b/>
        </w:rPr>
        <w:t xml:space="preserve">[1:23:58] </w:t>
      </w:r>
      <w:r>
        <w:t>kuch hastiyon ke bare mein be buniyad taur par yeh rai qaim kar li gayi hai ke woh khudaai sifaat ke hamel hain halankeh itni bari rai kisi haqeeqi ilm ki buniyad par qaim kiya ja sakta hai</w:t>
      </w:r>
    </w:p>
    <w:p>
      <w:pPr>
        <w:jc w:val="right"/>
      </w:pPr>
      <w:r>
        <w:t>کچھ ہستیوں کے بارے میں بے بنیاد طور پر یہ رائے قائم کر لی گئی ہے کہ وہ خدائی صفات کے حامل ہیں حالانکہ اتنی بڑی رائے کسی حقیقی علم کی بنیاد پر قائم کیا جا سکتی ہے</w:t>
      </w:r>
    </w:p>
    <w:p>
      <w:r>
        <w:rPr>
          <w:b/>
        </w:rPr>
        <w:t xml:space="preserve">[1:24:15] </w:t>
      </w:r>
      <w:r>
        <w:t>na ke mahaz atkal aur qayas ki buniyad par</w:t>
      </w:r>
    </w:p>
    <w:p>
      <w:pPr>
        <w:jc w:val="right"/>
      </w:pPr>
      <w:r>
        <w:t>نہ کہ محض اٹکل اور قیاس کی بنیاد پر</w:t>
      </w:r>
    </w:p>
    <w:p>
      <w:r>
        <w:rPr>
          <w:b/>
        </w:rPr>
        <w:t xml:space="preserve">[1:24:22] </w:t>
      </w:r>
      <w:r>
        <w:t>wama kana al quran</w:t>
      </w:r>
    </w:p>
    <w:p>
      <w:pPr>
        <w:jc w:val="right"/>
      </w:pPr>
      <w:r>
        <w:t>وما کان القران</w:t>
      </w:r>
    </w:p>
    <w:p>
      <w:r>
        <w:rPr>
          <w:b/>
        </w:rPr>
        <w:t xml:space="preserve">[1:24:25] </w:t>
      </w:r>
      <w:r>
        <w:t>an yaftari min dun illahi walakin</w:t>
      </w:r>
    </w:p>
    <w:p>
      <w:pPr>
        <w:jc w:val="right"/>
      </w:pPr>
      <w:r>
        <w:t>ان یفتری من دون اللہ ولكن</w:t>
      </w:r>
    </w:p>
    <w:p>
      <w:r>
        <w:rPr>
          <w:b/>
        </w:rPr>
        <w:t xml:space="preserve">[1:24:31] </w:t>
      </w:r>
      <w:r>
        <w:t>tasdeeq alladhi baynaydayh</w:t>
      </w:r>
    </w:p>
    <w:p>
      <w:pPr>
        <w:jc w:val="right"/>
      </w:pPr>
      <w:r>
        <w:t>تصدیق الذی بینیدیہ</w:t>
      </w:r>
    </w:p>
    <w:p>
      <w:r>
        <w:rPr>
          <w:b/>
        </w:rPr>
        <w:t xml:space="preserve">[1:24:36] </w:t>
      </w:r>
      <w:r>
        <w:t>walakin tasdeeq alladhi baynaydayh wa tafseel al kitab la rabb feehi min rabb al alameenim</w:t>
      </w:r>
    </w:p>
    <w:p>
      <w:pPr>
        <w:jc w:val="right"/>
      </w:pPr>
      <w:r>
        <w:t>ولكن تصدیق الذی بینیدیہ وتفصیل الکتاب لا رب فیہ من رب العالمینیم</w:t>
      </w:r>
    </w:p>
    <w:p>
      <w:r>
        <w:rPr>
          <w:b/>
        </w:rPr>
        <w:t xml:space="preserve">[1:24:48] </w:t>
      </w:r>
      <w:r>
        <w:t>yaquloon iftarah qul fatoo bisoorah</w:t>
      </w:r>
    </w:p>
    <w:p>
      <w:pPr>
        <w:jc w:val="right"/>
      </w:pPr>
      <w:r>
        <w:t>یقولون افتراه قل فاتوا بسورۃ</w:t>
      </w:r>
    </w:p>
    <w:p>
      <w:r>
        <w:rPr>
          <w:b/>
        </w:rPr>
        <w:t xml:space="preserve">[1:24:53] </w:t>
      </w:r>
      <w:r>
        <w:t>mithlihi wad'u man istata'tum min dunillahi in kuntum sadiqeen bal kadhabu bima lam yuhitu bi'ilmihi walam yatuhum ta'weeluhu</w:t>
      </w:r>
    </w:p>
    <w:p>
      <w:pPr>
        <w:jc w:val="right"/>
      </w:pPr>
      <w:r>
        <w:t>مثله ودعوا من استطعتم من دون اللہ ان کنتم صادقین بل کذبوا بما لم یحیطوا بعلمه ولمایتھم تاویله</w:t>
      </w:r>
    </w:p>
    <w:p>
      <w:r>
        <w:rPr>
          <w:b/>
        </w:rPr>
        <w:t xml:space="preserve">[1:25:13] </w:t>
      </w:r>
      <w:r>
        <w:t>kadhalika kadhab alladheena min qablihim fanzur kaifa kana 'aqibat al-zhalimeen</w:t>
      </w:r>
    </w:p>
    <w:p>
      <w:pPr>
        <w:jc w:val="right"/>
      </w:pPr>
      <w:r>
        <w:t>كذلك كذب الذین من قبلهم فانظر كيف کان عاقبۃ الظالمین</w:t>
      </w:r>
    </w:p>
    <w:p>
      <w:r>
        <w:rPr>
          <w:b/>
        </w:rPr>
        <w:t xml:space="preserve">[1:25:26] </w:t>
      </w:r>
      <w:r>
        <w:t>aur yeh Quran aisa nahi ke Allah ke siwa koi is ko bana le balkeh yeh tasdeeq hai un peshangoiyon ki jo is ke pehle se maujood hain aur kitab ki tafseel hai is mein koi shakk nahi ke woh Rabbul Aalameen ki taraf se hai kiya log kehte hain ke is shakhs ne is ko ghadh liya hai</w:t>
      </w:r>
    </w:p>
    <w:p>
      <w:pPr>
        <w:jc w:val="right"/>
      </w:pPr>
      <w:r>
        <w:t>اور یہ قرآن ایسا نہیں کہ اللہ کے سوا کوئی اس کو بنا لے بلکہ یہ تصدیق ہے ان پیشنگوئیوں کی جو اس کے پہلے سے موجود ہیں اور کتاب کی تفصیل ہے اس میں کوئی شک نہیں کہ وہ خداوند عالم کی طرف سے ہے کیا لوگ کہتے ہیں کہ اس شخص نے اس کو گھڑ لیا ہے</w:t>
      </w:r>
    </w:p>
    <w:p>
      <w:r>
        <w:rPr>
          <w:b/>
        </w:rPr>
        <w:t xml:space="preserve">[1:25:54] </w:t>
      </w:r>
      <w:r>
        <w:t>kaho ke tum is ki misl koi surah le aao aur Allah ke siwa tum jis ko bula</w:t>
      </w:r>
    </w:p>
    <w:p>
      <w:pPr>
        <w:jc w:val="right"/>
      </w:pPr>
      <w:r>
        <w:t>کہو کہ تم اس کی مانند کوئی سورہ لے آؤ اور اللہ کے سوا تم جس کو بلا</w:t>
      </w:r>
    </w:p>
    <w:p>
      <w:r>
        <w:rPr>
          <w:b/>
        </w:rPr>
        <w:t xml:space="preserve">[1:26:01] </w:t>
      </w:r>
      <w:r>
        <w:t>sako bula lo agar tum sachay ho balkeh yeh log is cheez ko jhutla rahay hain jo un</w:t>
      </w:r>
    </w:p>
    <w:p>
      <w:pPr>
        <w:jc w:val="right"/>
      </w:pPr>
      <w:r>
        <w:t>سکو بلا لو اگر تم سچے ہو بلکہ یہ لوگ اس چیز کو جھٹلا رہے ہیں جو ان</w:t>
      </w:r>
    </w:p>
    <w:p>
      <w:r>
        <w:rPr>
          <w:b/>
        </w:rPr>
        <w:t xml:space="preserve">[1:26:09] </w:t>
      </w:r>
      <w:r>
        <w:t>ke ilm ke ahate mein nahi aai aur jis ki haqeeqat abhi un par nahi khuli isi tarah</w:t>
      </w:r>
    </w:p>
    <w:p>
      <w:pPr>
        <w:jc w:val="right"/>
      </w:pPr>
      <w:r>
        <w:t>کے علم کے احاطے میں نہیں آئی اور جس کی حقیقت ابھی ان پر نہیں کھلی اسی طرح</w:t>
      </w:r>
    </w:p>
    <w:p>
      <w:r>
        <w:rPr>
          <w:b/>
        </w:rPr>
        <w:t xml:space="preserve">[1:26:19] </w:t>
      </w:r>
      <w:r>
        <w:t>un logon ne bhi jhutlaya jo un se pehle guzre hain</w:t>
      </w:r>
    </w:p>
    <w:p>
      <w:pPr>
        <w:jc w:val="right"/>
      </w:pPr>
      <w:r>
        <w:t>ان لوگوں نے بھی جھٹلایا جو ان سے پہلے گزرے ہیں</w:t>
      </w:r>
    </w:p>
    <w:p>
      <w:r>
        <w:rPr>
          <w:b/>
        </w:rPr>
        <w:t xml:space="preserve">[1:26:24] </w:t>
      </w:r>
      <w:r>
        <w:t>pas dekho ke zalimon ka anjam kiya hua</w:t>
      </w:r>
    </w:p>
    <w:p>
      <w:pPr>
        <w:jc w:val="right"/>
      </w:pPr>
      <w:r>
        <w:t>پس دیکھو کہ ظالموں کا انجام کیا ہوا</w:t>
      </w:r>
    </w:p>
    <w:p>
      <w:r>
        <w:rPr>
          <w:b/>
        </w:rPr>
        <w:t xml:space="preserve">[1:26:31] </w:t>
      </w:r>
      <w:r>
        <w:t>tashreeh Quran apni dalil aap hai Quran ka mafuqe-ala andaaz-e-kalam intehai taur par na qabil-e-taqleed hai aur yahi waqia yeh sabit karne ke liye kafi hai ke Quran ek ghair insani kalam hai</w:t>
      </w:r>
    </w:p>
    <w:p>
      <w:pPr>
        <w:jc w:val="right"/>
      </w:pPr>
      <w:r>
        <w:t>تشریح قرآن اپنی دلیل آپ ہے قرآن کا مافوق انداز کلام انتہائی طور پر ناقابل تقلید ہے اور یہی واقعہ یہ ثابت کرنے کے لیے کافی ہے کہ قرآن ایک غیر انسانی کلام ہے</w:t>
      </w:r>
    </w:p>
    <w:p>
      <w:r>
        <w:rPr>
          <w:b/>
        </w:rPr>
        <w:t xml:space="preserve">[1:26:52] </w:t>
      </w:r>
      <w:r>
        <w:t>agar woh kisi insan ka kalam hota to yaqeenan doosre insanon ke liye yeh bhi mumkin hota ke</w:t>
      </w:r>
    </w:p>
    <w:p>
      <w:pPr>
        <w:jc w:val="right"/>
      </w:pPr>
      <w:r>
        <w:t>اگر وہ کسی انسان کا کلام ہوتا تو یقینا دوسرے انسانوں کے لیے یہ بھی ممکن ہوتا کہ</w:t>
      </w:r>
    </w:p>
    <w:p>
      <w:r>
        <w:rPr>
          <w:b/>
        </w:rPr>
        <w:t xml:space="preserve">[1:27:00] </w:t>
      </w:r>
      <w:r>
        <w:t>woh apni koshish se waisa hi ek kalam bana len</w:t>
      </w:r>
    </w:p>
    <w:p>
      <w:pPr>
        <w:jc w:val="right"/>
      </w:pPr>
      <w:r>
        <w:t>وہ اپنی کوشش سے ویسا ہی ایک کلام بنا لیں</w:t>
      </w:r>
    </w:p>
    <w:p>
      <w:r>
        <w:rPr>
          <w:b/>
        </w:rPr>
        <w:t xml:space="preserve">[1:27:07] </w:t>
      </w:r>
      <w:r>
        <w:t>quran ke kalam ilahi hone ka doosra saboot yeh hai ke woh un peshangoi ki tasdeeq hai jo</w:t>
      </w:r>
    </w:p>
    <w:p>
      <w:pPr>
        <w:jc w:val="right"/>
      </w:pPr>
      <w:r>
        <w:t>قرآن کے کلام الہی ہونے کا دوسرا ثبوت یہ ہے کہ وہ ان پیشنگوئیوں کی تصدیق ہے جو</w:t>
      </w:r>
    </w:p>
    <w:p>
      <w:r>
        <w:rPr>
          <w:b/>
        </w:rPr>
        <w:t xml:space="preserve">[1:27:15] </w:t>
      </w:r>
      <w:r>
        <w:t>is ke baray mein pehle se aasmani seefon mein maujood hain</w:t>
      </w:r>
    </w:p>
    <w:p>
      <w:pPr>
        <w:jc w:val="right"/>
      </w:pPr>
      <w:r>
        <w:t>اس کے بارے میں پہلے سے اسمانی صحیفوں میں موجود ہیں</w:t>
      </w:r>
    </w:p>
    <w:p>
      <w:r>
        <w:rPr>
          <w:b/>
        </w:rPr>
        <w:t xml:space="preserve">[1:27:22] </w:t>
      </w:r>
      <w:r>
        <w:t>aasmani taleemat ki hamel qaumein pehle se ek aakhri hidayat nama ki muntazir theen Quran isi intezar ka jawab ban kar aaya hai phir is mein shakk karne ki kiya zaroorat</w:t>
      </w:r>
    </w:p>
    <w:p>
      <w:pPr>
        <w:jc w:val="right"/>
      </w:pPr>
      <w:r>
        <w:t>اسمانی تعلیمات کی حامل قومیں پہلے سے ایک آخری ہدایت نامے کی منتظر تھیں قرآن اسی انتظار کا جواب بن کر آیا ہے پھر اس میں شک کرنے کی کیا ضرورت</w:t>
      </w:r>
    </w:p>
    <w:p>
      <w:r>
        <w:rPr>
          <w:b/>
        </w:rPr>
        <w:t xml:space="preserve">[1:27:37] </w:t>
      </w:r>
      <w:r>
        <w:t>mazeed yeh ke woh kitab ki tafseel hai yani woh ilahi taleemat jo tamam aasmani kitabon ka khulasa hain inhi ko woh sahih aur be aamez roop mein pesh karta hai yeh ek wazeh qareena hai jis se zahir hota hai ke Quran isi Khuda ki taraf se aaya hai jis ki taraf se pichli aasmani kitabein aayi theen</w:t>
      </w:r>
    </w:p>
    <w:p>
      <w:pPr>
        <w:jc w:val="right"/>
      </w:pPr>
      <w:r>
        <w:t>مزید یہ کہ وہ کتاب کی تفصیل ہے یعنی وہ الہی تعلیمات جو تمام اسمانی کتابوں کا خلاصہ ہیں انہی کو وہ صحیح اور بے آمیز روپ میں پیش کرتا ہے یہ ایک واضح قرینہ ہے جس سے ظاہر ہوتا ہے کہ قرآن اسی خدا کی طرف سے آیا ہے جس کی طرف سے پچھلی اسمانی کتابیں آئی تھیں</w:t>
      </w:r>
    </w:p>
    <w:p>
      <w:r>
        <w:rPr>
          <w:b/>
        </w:rPr>
        <w:t xml:space="preserve">[1:28:07] </w:t>
      </w:r>
      <w:r>
        <w:t>jab koi shakhs kehta hai ke quran ek insani tasneef hai to woh apne daway ko ek aese maidan mein lata hai jahan us ko janchana aasan ho</w:t>
      </w:r>
    </w:p>
    <w:p>
      <w:pPr>
        <w:jc w:val="right"/>
      </w:pPr>
      <w:r>
        <w:t>جب کوئی شخص کہتا ہے کہ قرآن ایک انسانی تصنیف ہے تو وہ اپنے دعوے کو ایک ایسے میدان میں لاتا ہے جہاں اس کو جانچنا آسان ہو</w:t>
      </w:r>
    </w:p>
    <w:p>
      <w:r>
        <w:rPr>
          <w:b/>
        </w:rPr>
        <w:t xml:space="preserve">[1:28:22] </w:t>
      </w:r>
      <w:r>
        <w:t>kyunke woh apni ya doosron ki insani salahiyaton ko kaam mein la kar quran jaisi ek kitab ya</w:t>
      </w:r>
    </w:p>
    <w:p>
      <w:pPr>
        <w:jc w:val="right"/>
      </w:pPr>
      <w:r>
        <w:t>کیونکہ وہ اپنی یا دوسروں کی انسانی صلاحیتوں کو کام میں لا کر قرآن جیسی ایک کتاب یا</w:t>
      </w:r>
    </w:p>
    <w:p>
      <w:r>
        <w:rPr>
          <w:b/>
        </w:rPr>
        <w:t xml:space="preserve">[1:28:31] </w:t>
      </w:r>
      <w:r>
        <w:t>is ke jaisi ek surah tayyar kar sakta hai</w:t>
      </w:r>
    </w:p>
    <w:p>
      <w:pPr>
        <w:jc w:val="right"/>
      </w:pPr>
      <w:r>
        <w:t>اس کے جیسی ایک سورۃ تیار کر سکتا ہے</w:t>
      </w:r>
    </w:p>
    <w:p>
      <w:r>
        <w:rPr>
          <w:b/>
        </w:rPr>
        <w:t xml:space="preserve">[1:28:36] </w:t>
      </w:r>
      <w:r>
        <w:t>aur is tarah amli taur par is dawe ko radd kar sakta hai ke quran khudaai zehan se</w:t>
      </w:r>
    </w:p>
    <w:p>
      <w:pPr>
        <w:jc w:val="right"/>
      </w:pPr>
      <w:r>
        <w:t>اور اس طرح عملی طور پر اس دعوے کو رد کر سکتا ہے کہ قرآن خدائی ذہن سے</w:t>
      </w:r>
    </w:p>
    <w:p>
      <w:r>
        <w:rPr>
          <w:b/>
        </w:rPr>
        <w:t xml:space="preserve">[1:28:43] </w:t>
      </w:r>
      <w:r>
        <w:t>nikli hui kitab hai magar quraani challenge ke bawajood kisi ka aisa na kar sakna aakhri taur par</w:t>
      </w:r>
    </w:p>
    <w:p>
      <w:pPr>
        <w:jc w:val="right"/>
      </w:pPr>
      <w:r>
        <w:t>نکلی ہوئی کتاب ہے مگر قرآنی چیلنج کے باوجود کسی کا ایسا نہ کر سکنا آخری طور پر</w:t>
      </w:r>
    </w:p>
    <w:p>
      <w:r>
        <w:rPr>
          <w:b/>
        </w:rPr>
        <w:t xml:space="preserve">[1:28:52] </w:t>
      </w:r>
      <w:r>
        <w:t>sabit kar raha hai ke quran ko insani kitab kehne walon ka daawa durust nahi</w:t>
      </w:r>
    </w:p>
    <w:p>
      <w:pPr>
        <w:jc w:val="right"/>
      </w:pPr>
      <w:r>
        <w:t>ثابت کر رہا ہے کہ قرآن کو انسانی کتاب کہنے والوں کا دعویٰ درست نہیں</w:t>
      </w:r>
    </w:p>
    <w:p>
      <w:r>
        <w:rPr>
          <w:b/>
        </w:rPr>
        <w:t xml:space="preserve">[1:29:02] </w:t>
      </w:r>
      <w:r>
        <w:t>quran ki sadaqat ki yeh dalail aese nahi hain ke aadmi in ko samajh na sake asal yeh hai ke quran ko jhutlane ke nataij se woh bekhauf hain in ko yeh dar nahi ke quran ka inkar kar ke woh kisi azaab ki pakad mein aa jayen ge</w:t>
      </w:r>
    </w:p>
    <w:p>
      <w:pPr>
        <w:jc w:val="right"/>
      </w:pPr>
      <w:r>
        <w:t>قرآن کی صداقت کی یہ دلائل ایسے نہیں ہیں کہ ادمی ان کو سمجھ نہ سکے اصل یہ ہے کہ قرآن کو جھٹلانے کے نتائج سے وہ بے خوف ہیں ان کو یہ ڈر نہیں کہ قرآن کا انکار کر کے وہ کسی عذاب کی پکڑ میں آ جائیں گے</w:t>
      </w:r>
    </w:p>
    <w:p>
      <w:r>
        <w:rPr>
          <w:b/>
        </w:rPr>
        <w:t xml:space="preserve">[1:29:23] </w:t>
      </w:r>
      <w:r>
        <w:t>unki mukhalifana rawish ki wajah woh ghair sanjeedgi hai jo unki bekhaufi ki wajah se paida hui hai na ke kisi aur istidlali itminan</w:t>
      </w:r>
    </w:p>
    <w:p>
      <w:pPr>
        <w:jc w:val="right"/>
      </w:pPr>
      <w:r>
        <w:t>ان کی مخالفانہ روش کی وجہ وہ غیر سنجیدگی ہے جو ان کی بے خوفی کی وجہ سے پیدا ہوئی ہے نہ کہ کسی اور استدلالی اطمینان</w:t>
      </w:r>
    </w:p>
    <w:p>
      <w:r>
        <w:rPr>
          <w:b/>
        </w:rPr>
        <w:t xml:space="preserve">[1:29:39] </w:t>
      </w:r>
      <w:r>
        <w:t>wa منهم من یؤمن به ومنهم من لا یؤمن به وربک اعلم بالمفسدین</w:t>
      </w:r>
    </w:p>
    <w:p>
      <w:pPr>
        <w:jc w:val="right"/>
      </w:pPr>
      <w:r>
        <w:t>ومنہم من یومن به ومنہم من لا یومن به وربک اعلم بالمفسدین</w:t>
      </w:r>
    </w:p>
    <w:p>
      <w:r>
        <w:rPr>
          <w:b/>
        </w:rPr>
        <w:t xml:space="preserve">[1:29:53] </w:t>
      </w:r>
      <w:r>
        <w:t>wa in kazibuka faqul li a'mali walakum a'malukum antum bari'una mimma a'malu antum</w:t>
      </w:r>
    </w:p>
    <w:p>
      <w:pPr>
        <w:jc w:val="right"/>
      </w:pPr>
      <w:r>
        <w:t>وان کذبوک فقل لی عملی ولكم عملکم انتم بریئون مما اعمل انتم</w:t>
      </w:r>
    </w:p>
    <w:p>
      <w:r>
        <w:rPr>
          <w:b/>
        </w:rPr>
        <w:t xml:space="preserve">[1:30:10] </w:t>
      </w:r>
      <w:r>
        <w:t>bari'una mimma a'malu wa ana bari'un</w:t>
      </w:r>
    </w:p>
    <w:p>
      <w:pPr>
        <w:jc w:val="right"/>
      </w:pPr>
      <w:r>
        <w:t>بریئون مما اعمل وانا بریء</w:t>
      </w:r>
    </w:p>
    <w:p>
      <w:r>
        <w:rPr>
          <w:b/>
        </w:rPr>
        <w:t xml:space="preserve">[1:30:22] </w:t>
      </w:r>
      <w:r>
        <w:t>mimma ta'maluna wa minhum man yastami'una ilayka afa anta tusmi'u as-summa wa law kanu la ya'qilun</w:t>
      </w:r>
    </w:p>
    <w:p>
      <w:pPr>
        <w:jc w:val="right"/>
      </w:pPr>
      <w:r>
        <w:t>مما تعملون ومنہم من یستمعون الیک افانت تسمع الصم ولو كانوا لا يعقلون</w:t>
      </w:r>
    </w:p>
    <w:p>
      <w:r>
        <w:rPr>
          <w:b/>
        </w:rPr>
        <w:t xml:space="preserve">[1:30:42] </w:t>
      </w:r>
      <w:r>
        <w:t>wa minhum man yanzur ilayka afa anta tahdi al-'umya wa law kanu la yubsirun in</w:t>
      </w:r>
    </w:p>
    <w:p>
      <w:pPr>
        <w:jc w:val="right"/>
      </w:pPr>
      <w:r>
        <w:t>ومنہم من ينظر الیک افانت تهدی العمي ولو كانوا لا يبصرون ان</w:t>
      </w:r>
    </w:p>
    <w:p>
      <w:r>
        <w:rPr>
          <w:b/>
        </w:rPr>
        <w:t xml:space="preserve">[1:30:58] </w:t>
      </w:r>
      <w:r>
        <w:t>allahu la yazlimu an-nasa shay'an wa lakin an-nasa anfusahum yazlimun</w:t>
      </w:r>
    </w:p>
    <w:p>
      <w:pPr>
        <w:jc w:val="right"/>
      </w:pPr>
      <w:r>
        <w:t>الله لا يظلم الناس شیئا ولكن الناس انفسهم یظلمون</w:t>
      </w:r>
    </w:p>
    <w:p>
      <w:r>
        <w:rPr>
          <w:b/>
        </w:rPr>
        <w:t xml:space="preserve">[1:31:12] </w:t>
      </w:r>
      <w:r>
        <w:t>aur un mein se woh bhi hain jo quran par iman le ayen ge aur woh bhi hain jo is par iman nahi layen ge aur tera rab mufsido ko khoob janta hai aur agar woh tum ko jhutlate hain to keh do ke mera amal mere liye hai aur tumhara amal tumhare liye</w:t>
      </w:r>
    </w:p>
    <w:p>
      <w:pPr>
        <w:jc w:val="right"/>
      </w:pPr>
      <w:r>
        <w:t>اور ان میں سے وہ بھی ہیں جو قرآن پر ایمان لے آئیں گے اور وہ بھی ہیں جو اس پر ایمان نہیں لائیں گے اور تیرا رب مفسدوں کو خوب جانتا ہے اور اگر وہ تم کو جھٹلاتے ہیں تو کہہ دو کہ میرا عمل میرے لیے ہے اور تمہارا عمل تمہارے لیے</w:t>
      </w:r>
    </w:p>
    <w:p>
      <w:r>
        <w:rPr>
          <w:b/>
        </w:rPr>
        <w:t xml:space="preserve">[1:31:36] </w:t>
      </w:r>
      <w:r>
        <w:t>tum is se bari ho jo mein karta hoon aur mein is se bari hoon jo tum kar</w:t>
      </w:r>
    </w:p>
    <w:p>
      <w:pPr>
        <w:jc w:val="right"/>
      </w:pPr>
      <w:r>
        <w:t>تم اس سے بری ہو جو میں کرتا ہوں اور میں اس سے بری ہوں جو تم کر</w:t>
      </w:r>
    </w:p>
    <w:p>
      <w:r>
        <w:rPr>
          <w:b/>
        </w:rPr>
        <w:t xml:space="preserve">[1:31:41] </w:t>
      </w:r>
      <w:r>
        <w:t>rahay ho aur un mein baaz aisay bhi hain jo tumhari taraf kaan lagatay hain to kya tum</w:t>
      </w:r>
    </w:p>
    <w:p>
      <w:pPr>
        <w:jc w:val="right"/>
      </w:pPr>
      <w:r>
        <w:t>رہے ہو اور ان میں بعض ایسے بھی ہیں جو تمہاری طرف کان لگاتے ہیں تو کیا تم</w:t>
      </w:r>
    </w:p>
    <w:p>
      <w:r>
        <w:rPr>
          <w:b/>
        </w:rPr>
        <w:t xml:space="preserve">[1:31:50] </w:t>
      </w:r>
      <w:r>
        <w:t>behron ko sunao ge jab ke woh samajh se kaam na le rahay hon aur un mein se</w:t>
      </w:r>
    </w:p>
    <w:p>
      <w:pPr>
        <w:jc w:val="right"/>
      </w:pPr>
      <w:r>
        <w:t>بہروں کو سناؤ گے جب کہ وہ سمجھ سے کام نہ لے رہے ہوں اور ان میں سے</w:t>
      </w:r>
    </w:p>
    <w:p>
      <w:r>
        <w:rPr>
          <w:b/>
        </w:rPr>
        <w:t xml:space="preserve">[1:31:57] </w:t>
      </w:r>
      <w:r>
        <w:t>kuch aisay hain jo tumhari taraf dekhte hain to kya tum andhon ko rasta dikhao ge agarche woh</w:t>
      </w:r>
    </w:p>
    <w:p>
      <w:pPr>
        <w:jc w:val="right"/>
      </w:pPr>
      <w:r>
        <w:t>کچھ ایسے ہیں جو تمہاری طرف دیکھتے ہیں تو کیا تم اندھوں کو راستہ دکھاؤ گے اگرچہ وہ</w:t>
      </w:r>
    </w:p>
    <w:p>
      <w:r>
        <w:rPr>
          <w:b/>
        </w:rPr>
        <w:t xml:space="preserve">[1:32:06] </w:t>
      </w:r>
      <w:r>
        <w:t>dekh na rahay hon</w:t>
      </w:r>
    </w:p>
    <w:p>
      <w:pPr>
        <w:jc w:val="right"/>
      </w:pPr>
      <w:r>
        <w:t>دیکھ نہ رہے ہوں</w:t>
      </w:r>
    </w:p>
    <w:p>
      <w:r>
        <w:rPr>
          <w:b/>
        </w:rPr>
        <w:t xml:space="preserve">[1:32:08] </w:t>
      </w:r>
      <w:r>
        <w:t>allah logon par kuch bhi zulm nahi karta magar log khud hi apni janon par zulm karte hain tashreeh iman na lanay walay khuda ki nazar mein mufsidd hain kyunke apni fitrat ko bigar kar hi kisi ke liye yeh mumkin hota hai ke woh haq ko qabool karne se baz rahe</w:t>
      </w:r>
    </w:p>
    <w:p>
      <w:pPr>
        <w:jc w:val="right"/>
      </w:pPr>
      <w:r>
        <w:t>اللہ لوگوں پر کچھ بھی ظلم نہیں کرتا مگر لوگ خود ہی اپنی جانوں پر ظلم کرتے ہیں تشریح ایمان نہ لانے والے خدا کی نظر میں مفسد ہیں کیونکہ اپنی فطرت کو بگاڑ کر ہی کسی کے لیے یہ ممکن ہوتا ہے کہ وہ حق کو قبول کرنے سے باز رہے</w:t>
      </w:r>
    </w:p>
    <w:p>
      <w:r>
        <w:rPr>
          <w:b/>
        </w:rPr>
        <w:t xml:space="preserve">[1:32:36] </w:t>
      </w:r>
      <w:r>
        <w:t>aisa aadmi apne zamir ki awaz ko dabata hai woh apne sochne ki salahiyat ko istemal nahi karta</w:t>
      </w:r>
    </w:p>
    <w:p>
      <w:pPr>
        <w:jc w:val="right"/>
      </w:pPr>
      <w:r>
        <w:t>ایسا ادمی اپنے ضمیر کی آواز کو دباتا ہے وہ اپنے سوچنے کی صلاحیت کو استعمال نہیں کرتا</w:t>
      </w:r>
    </w:p>
    <w:p>
      <w:r>
        <w:rPr>
          <w:b/>
        </w:rPr>
        <w:t xml:space="preserve">[1:32:44] </w:t>
      </w:r>
      <w:r>
        <w:t>woh khule khule dalail ko jhoote alfaaz bol kar nazar andaaz kar deta hai woh sun kar nahi</w:t>
      </w:r>
    </w:p>
    <w:p>
      <w:pPr>
        <w:jc w:val="right"/>
      </w:pPr>
      <w:r>
        <w:t>وہ کھلے کھلے دلائل کو جھوٹے الفاظ بول کر نظر انداز کر دیتا ہے وہ سن کر نہیں</w:t>
      </w:r>
    </w:p>
    <w:p>
      <w:r>
        <w:rPr>
          <w:b/>
        </w:rPr>
        <w:t xml:space="preserve">[1:32:52] </w:t>
      </w:r>
      <w:r>
        <w:t>sunta aur samajhne ke bawajood samajhne ki koshish nahi karta woh haq ke muqable mein apne ta'assubaat aur</w:t>
      </w:r>
    </w:p>
    <w:p>
      <w:pPr>
        <w:jc w:val="right"/>
      </w:pPr>
      <w:r>
        <w:t>سنتا اور سمجھنے کے باوجود سمجھنے کی کوشش نہیں کرتا وہ حق کے مقابلے میں اپنے تعصبات اور</w:t>
      </w:r>
    </w:p>
    <w:p>
      <w:r>
        <w:rPr>
          <w:b/>
        </w:rPr>
        <w:t xml:space="preserve">[1:33:02] </w:t>
      </w:r>
      <w:r>
        <w:t>apne mafadaat ko tarjeeh deta hai</w:t>
      </w:r>
    </w:p>
    <w:p>
      <w:pPr>
        <w:jc w:val="right"/>
      </w:pPr>
      <w:r>
        <w:t>اپنے مفادات کو ترجیح دیتا ہے</w:t>
      </w:r>
    </w:p>
    <w:p>
      <w:r>
        <w:rPr>
          <w:b/>
        </w:rPr>
        <w:t xml:space="preserve">[1:33:07] </w:t>
      </w:r>
      <w:r>
        <w:t>behas o munazra karne walay log aakhir waqt tak apni behas jari rakhte hain mera mamla mere sath hai aur tumhara mamla tumhare sath is qism ka jumla kehna un ko apni shikast nazar aata hai magar da'i fateh o shikast ki nafsiyat se buland ho kar kaam</w:t>
      </w:r>
    </w:p>
    <w:p>
      <w:pPr>
        <w:jc w:val="right"/>
      </w:pPr>
      <w:r>
        <w:t>بحث و مناظرہ کرنے والے لوگ آخر وقت تک اپنی بحث جاری رکھتے ہیں میرا معاملہ میرے ساتھ ہے اور تمہارا معاملہ تمہارے ساتھ اس قسم کا جملہ کہنا ان کو اپنی شکست نظر آتا ہے مگر داعی فتح و شکست کی نفسیات سے بلند ہو کر کام کر</w:t>
      </w:r>
    </w:p>
    <w:p>
      <w:r>
        <w:rPr>
          <w:b/>
        </w:rPr>
        <w:t xml:space="preserve">[1:33:28] </w:t>
      </w:r>
      <w:r>
        <w:t>karta hai is liye jab woh dekhta hai ke mukhateb zid aur hat dharmi par utar aaya hai aur mazeed baat karne ka koi faida nahi to woh yeh keh kar alag ho jata hai ke asal faisla allah ke haan hona hai khuda ke mizaan mein jo shakhs jesa nikle ga wesa hi uska anjam hoga</w:t>
      </w:r>
    </w:p>
    <w:p>
      <w:pPr>
        <w:jc w:val="right"/>
      </w:pPr>
      <w:r>
        <w:t>تا ہے اس لیے جب وہ دیکھتا ہے کہ مخاطب ضد اور ہٹ دھرمی پر اتر آیا ہے اور مزید بات کرنے کا کوئی فائدہ نہیں تو وہ یہ کہہ کر الگ ہو جاتا ہے کہ اصل فیصلہ اللہ کے ہاں ہونا ہے خدا کے میزان میں جو شخص جیسا نکلے گا ویسا ہی اس کا انجام ہوگا</w:t>
      </w:r>
    </w:p>
    <w:p>
      <w:r>
        <w:rPr>
          <w:b/>
        </w:rPr>
        <w:t xml:space="preserve">[1:33:56] </w:t>
      </w:r>
      <w:r>
        <w:t>haq ko na mannay walon mein ek tabqa woh hai jo shuru se apna munkir hona zaher kar deta hai magar ziyada hoshiyar qism ke log yeh karte hain ke bazahir woh baton ko is tarah sunte hain goya ke woh sach much samajhna chahte hain halanke un ke dil mein yeh hota hai ke is ko samajhna nahi hai</w:t>
      </w:r>
    </w:p>
    <w:p>
      <w:pPr>
        <w:jc w:val="right"/>
      </w:pPr>
      <w:r>
        <w:t>حق کو نہ ماننے والوں میں ایک طبقہ وہ ہے جو شروع سے اپنا منکر ہونا ظاہر کر دیتا ہے مگر زیادہ ہوشیار قسم کے لوگ یہ کرتے ہیں کہ بظاہر وہ باتوں کو اس طرح سنتے ہیں گویا کہ وہ سچ مچ سمجھنا چاہتے ہیں حالانکہ ان کے دل میں یہ ہوتا ہے کہ اس کو سمجھنا نہیں ہے</w:t>
      </w:r>
    </w:p>
    <w:p>
      <w:r>
        <w:rPr>
          <w:b/>
        </w:rPr>
        <w:t xml:space="preserve">[1:34:19] </w:t>
      </w:r>
      <w:r>
        <w:t>woh da'i ki sadaqat ki nishani ko is tarah dekhte hain jaise woh khule dil se uska mushahida karna chahte hain halanke unka zehan pehle se yeh tay kiye hue hota hai ke is ko dekhna aur manna nahi hai aese logon ki zahiri sadgi se da'i is khushgumaani mein par jata hai ke woh qabooliyat haq ke qareeb hain</w:t>
      </w:r>
    </w:p>
    <w:p>
      <w:pPr>
        <w:jc w:val="right"/>
      </w:pPr>
      <w:r>
        <w:t>وہ داعی کی صداقت کی نشانی کو اس طرح دیکھتے ہیں جیسے وہ کھلے دل سے اس کا مشاہدہ کرنا چاہتے ہیں حالانکہ ان کا ذہن پہلے سے یہ طے کیے ہوئے ہوتا ہے کہ اس کو دیکھنا اور ماننا نہیں ہے ایسے لوگوں کی ظاہری سادگی سے داعی اس خوشگمانی میں پڑ جاتا ہے کہ وہ قبولیت حق کے قریب ہیں</w:t>
      </w:r>
    </w:p>
    <w:p>
      <w:r>
        <w:rPr>
          <w:b/>
        </w:rPr>
        <w:t xml:space="preserve">[1:34:46] </w:t>
      </w:r>
      <w:r>
        <w:t>magar khuda ki nazar mein woh aese log hain jo kaan rakhte hue bahre aur aankh rakhte hue andhe ban jayen aese logon ko kabhi khuda ki taraf se qabool haq ki tawfeeq nahi milti khuda ne insan ko behtareen salahiyaten di hain agar</w:t>
      </w:r>
    </w:p>
    <w:p>
      <w:pPr>
        <w:jc w:val="right"/>
      </w:pPr>
      <w:r>
        <w:t>مگر خدا کی نظر میں وہ ایسے لوگ ہیں جو کان رکھتے ہوئے بہرے اور آنکھ رکھتے ہوئے اندھے بن جائیں ایسے لوگوں کو کبھی خدا کی طرف سے قبول حق کی توفیق نہیں ملتی خدا نے انسان کو بہترین صلاحیتیں دی ہیں اگر</w:t>
      </w:r>
    </w:p>
    <w:p>
      <w:r>
        <w:rPr>
          <w:b/>
        </w:rPr>
        <w:t xml:space="preserve">[1:35:10] </w:t>
      </w:r>
      <w:r>
        <w:t>woh in salahiyaton ko istemal kare to woh kabhi gumrah na ho magar insan apne ko azaad pa kar ghalt fehmi mein par jata hai woh beja sarkashi karne lagta hai aesa is liye hota hai ke us ne khuda ki scheme ko nahi samjha</w:t>
      </w:r>
    </w:p>
    <w:p>
      <w:pPr>
        <w:jc w:val="right"/>
      </w:pPr>
      <w:r>
        <w:t>وہ ان صلاحیتوں کو استعمال کرے تو وہ کبھی گمراہ نہ ہو مگر انسان اپنے کو آزاد پا کر غلط فہمی میں پڑ جاتا ہے وہ بے جا سرکشی کرنے لگتا ہے ایسا اس لیے ہوتا ہے کہ اس نے خدا کی اسکیم کو نہیں سمجھا</w:t>
      </w:r>
    </w:p>
    <w:p>
      <w:r>
        <w:rPr>
          <w:b/>
        </w:rPr>
        <w:t xml:space="preserve">[1:35:32] </w:t>
      </w:r>
      <w:r>
        <w:t>jo cheez us ko azmaish ke taur par di gayi thi us ko us ne apna haq samajh liya</w:t>
      </w:r>
    </w:p>
    <w:p>
      <w:pPr>
        <w:jc w:val="right"/>
      </w:pPr>
      <w:r>
        <w:t>جو چیز اس کو آزمائش کے طور پر دی گئی تھی اس کو اس نے اپنا حق سمجھ لیا</w:t>
      </w:r>
    </w:p>
    <w:p>
      <w:r>
        <w:rPr>
          <w:b/>
        </w:rPr>
        <w:t xml:space="preserve">[1:35:43] </w:t>
      </w:r>
      <w:r>
        <w:t>wa yawma yahshuruhum ka'an lam yalbathu illa sa'atan min an-nahari yata'arafoona baynahum qad khasira alladhina kazabu biliqa'</w:t>
      </w:r>
    </w:p>
    <w:p>
      <w:pPr>
        <w:jc w:val="right"/>
      </w:pPr>
      <w:r>
        <w:t>ويوم يحشرهم كان لم يلبثوا الا ساعه من النهار يتعارفون بينهم قد خسر الذین کذبوا بلقاء</w:t>
      </w:r>
    </w:p>
    <w:p>
      <w:r>
        <w:rPr>
          <w:b/>
        </w:rPr>
        <w:t xml:space="preserve">[1:36:01] </w:t>
      </w:r>
      <w:r>
        <w:t>allahi wa ma kanu muhtadeen wa amma nurika ba'da alladhina a'adnahum aw natawaffaynak falayna marji'uhum thumma</w:t>
      </w:r>
    </w:p>
    <w:p>
      <w:pPr>
        <w:jc w:val="right"/>
      </w:pPr>
      <w:r>
        <w:t>اللہ وما كانوا مهتدین واما نرینک بعض الذین عدهم او نتوفینک فالینا مرجعهم ثم</w:t>
      </w:r>
    </w:p>
    <w:p>
      <w:r>
        <w:rPr>
          <w:b/>
        </w:rPr>
        <w:t xml:space="preserve">[1:36:19] </w:t>
      </w:r>
      <w:r>
        <w:t>allahu shaheedun 'ala ma yaf'aluna wa likulli ummatin rasulun faitha ja'a rasuluhum qudiya baynahum faitha ja'a</w:t>
      </w:r>
    </w:p>
    <w:p>
      <w:pPr>
        <w:jc w:val="right"/>
      </w:pPr>
      <w:r>
        <w:t>الله شهید على ما یفعلون ولكل امه رسول فاذا جاء رسولهم قضی بینہم فاذا جاء</w:t>
      </w:r>
    </w:p>
    <w:p>
      <w:r>
        <w:rPr>
          <w:b/>
        </w:rPr>
        <w:t xml:space="preserve">[1:36:39] </w:t>
      </w:r>
      <w:r>
        <w:t>rasuluhum qudiya baynahum bilqisti wa hum la yuzlamun</w:t>
      </w:r>
    </w:p>
    <w:p>
      <w:pPr>
        <w:jc w:val="right"/>
      </w:pPr>
      <w:r>
        <w:t>رسولهم قضی بینہم بالقسط وهم لا یظلمون</w:t>
      </w:r>
    </w:p>
    <w:p>
      <w:r>
        <w:rPr>
          <w:b/>
        </w:rPr>
        <w:t xml:space="preserve">[1:36:50] </w:t>
      </w:r>
      <w:r>
        <w:t>aur jis din Allah in ko jama karega goya ke woh bas din ki ek ghari dunya mein thay woh ek doosre ko pehchanen ge beshak sakht ghaate mein rahay woh log</w:t>
      </w:r>
    </w:p>
    <w:p>
      <w:pPr>
        <w:jc w:val="right"/>
      </w:pPr>
      <w:r>
        <w:t>اور جس دن اللہ ان کو جمع کرے گا گویا کہ وہ بس دن کی ایک گھڑی دنیا میں تھے وہ ایک دوسرے کو پہچانیں گے بے شک سخت گھاٹے میں رہے وہ لوگ</w:t>
      </w:r>
    </w:p>
    <w:p>
      <w:r>
        <w:rPr>
          <w:b/>
        </w:rPr>
        <w:t xml:space="preserve">[1:37:07] </w:t>
      </w:r>
      <w:r>
        <w:t>jinhon ne Allah se milne ko jhutlaya aur woh raah-e-raast par na aaye</w:t>
      </w:r>
    </w:p>
    <w:p>
      <w:pPr>
        <w:jc w:val="right"/>
      </w:pPr>
      <w:r>
        <w:t>جنہوں نے اللہ سے ملنے کو جھٹلایا اور وہ راہ راست پر نہ آئے</w:t>
      </w:r>
    </w:p>
    <w:p>
      <w:r>
        <w:rPr>
          <w:b/>
        </w:rPr>
        <w:t xml:space="preserve">[1:37:16] </w:t>
      </w:r>
      <w:r>
        <w:t>hum tum ko is ka koi hissa dikha dein jis ka hum in se wada kar rahay hain ya tum ko wafaat dein beharhaal in ko hamari hi taraf lotna hai phir Allah gawah hai is par jo kuch woh kar rahay hain aur har ummat ke liye ek rasool hai</w:t>
      </w:r>
    </w:p>
    <w:p>
      <w:pPr>
        <w:jc w:val="right"/>
      </w:pPr>
      <w:r>
        <w:t>ہم تم کو اس کا کوئی حصہ دکھا دیں جس کا ہم ان سے وعدہ کر رہے ہیں یا تمہیں وفات دے دیں بہرحال ان کو ہماری ہی طرف لوٹنا ہے پھر اللہ گواہ ہے اس پر جو کچھ وہ کر رہے ہیں اور ہر امت کے لیے ایک رسول ہے</w:t>
      </w:r>
    </w:p>
    <w:p>
      <w:r>
        <w:rPr>
          <w:b/>
        </w:rPr>
        <w:t xml:space="preserve">[1:37:38] </w:t>
      </w:r>
      <w:r>
        <w:t>phir jab un ka rasool aa jata hai to un ke darmiyan insaaf ke sath faisla kar diya jata hai aur un par koi zulm nahi hota</w:t>
      </w:r>
    </w:p>
    <w:p>
      <w:pPr>
        <w:jc w:val="right"/>
      </w:pPr>
      <w:r>
        <w:t>پھر جب ان کا رسول آ جاتا ہے تو ان کے درمیان انصاف کے ساتھ فیصلہ کر دیا جاتا ہے اور ان پر کوئی ظلم نہیں ہوتا</w:t>
      </w:r>
    </w:p>
    <w:p>
      <w:r>
        <w:rPr>
          <w:b/>
        </w:rPr>
        <w:t xml:space="preserve">[1:37:57] </w:t>
      </w:r>
      <w:r>
        <w:t>tashreeh aaj aakhirat insaan ke samne nahi hai</w:t>
      </w:r>
    </w:p>
    <w:p>
      <w:pPr>
        <w:jc w:val="right"/>
      </w:pPr>
      <w:r>
        <w:t>تشریح آج آخرت انسان کے سامنے نہیں ہے</w:t>
      </w:r>
    </w:p>
    <w:p>
      <w:r>
        <w:rPr>
          <w:b/>
        </w:rPr>
        <w:t xml:space="preserve">[1:38:03] </w:t>
      </w:r>
      <w:r>
        <w:t>aaj ek dekhne wale ko use tasawwur ki nigaah se dekhna padta hai is liye jo shakhs aakhirat ke maamle mein sanjeeda na ho us ko aakhirat bohat door ki cheez maloom hogi</w:t>
      </w:r>
    </w:p>
    <w:p>
      <w:pPr>
        <w:jc w:val="right"/>
      </w:pPr>
      <w:r>
        <w:t>آج ایک دیکھنے والے کو اسے تصور کی نگاہ سے دیکھنا پڑتا ہے اس لیے جو شخص آخرت کے معاملے میں سنجیدہ نہ ہو اس کو آخرت بہت دور کی چیز معلوم ہوگی</w:t>
      </w:r>
    </w:p>
    <w:p>
      <w:r>
        <w:rPr>
          <w:b/>
        </w:rPr>
        <w:t xml:space="preserve">[1:38:22] </w:t>
      </w:r>
      <w:r>
        <w:t>magar jab aakhirat sab se bari haqeeqat ki hesiyat se insaan ke upar toot padegi aur woh us ko us ki tamam sanginiyon ke sath apni aankh se dekhne lagega us waqt woh apni maujooda sarkashi ko bhool jayega</w:t>
      </w:r>
    </w:p>
    <w:p>
      <w:pPr>
        <w:jc w:val="right"/>
      </w:pPr>
      <w:r>
        <w:t>مگر جب آخرت سب سے بڑی حقیقت کی حیثیت سے انسان کے اوپر ٹوٹ پڑے گی اور وہ اس کو اس کی تمام سنگینیوں کے ساتھ اپنی آنکھ سے دیکھنے لگے گا اس وقت وہ اپنی موجودہ سرکشی کو بھول جائے گا</w:t>
      </w:r>
    </w:p>
    <w:p>
      <w:r>
        <w:rPr>
          <w:b/>
        </w:rPr>
        <w:t xml:space="preserve">[1:38:44] </w:t>
      </w:r>
      <w:r>
        <w:t>us waqt us ko dunya ke woh lamhaat bohat haqeer maloom honge jin ki wajah se woh ghaflat mein pad gaya tha aur aakhirat ke baray mein sochne par tayyar na hota tha</w:t>
      </w:r>
    </w:p>
    <w:p>
      <w:pPr>
        <w:jc w:val="right"/>
      </w:pPr>
      <w:r>
        <w:t>اس وقت اس کو دنیا کے وہ لمحات بہت حقیر معلوم ہوں گے جن کی وجہ سے وہ غفلت میں پڑ گیا تھا اور آخرت کے بارے میں سوچنے پر تیار نہ ہوتا تھا</w:t>
      </w:r>
    </w:p>
    <w:p>
      <w:r>
        <w:rPr>
          <w:b/>
        </w:rPr>
        <w:t xml:space="preserve">[1:39:03] </w:t>
      </w:r>
      <w:r>
        <w:t>aakhirat kisi ajnabi dunya mein waqe nahi hogi balke hamari jaani pehchani dunya mein waqe hogi</w:t>
      </w:r>
    </w:p>
    <w:p>
      <w:pPr>
        <w:jc w:val="right"/>
      </w:pPr>
      <w:r>
        <w:t>آخرت کسی اجنبی دنیا میں واقع نہیں ہوگی بلکہ ہماری جانی پہچانی دنیا میں واقع ہوگی</w:t>
      </w:r>
    </w:p>
    <w:p>
      <w:r>
        <w:rPr>
          <w:b/>
        </w:rPr>
        <w:t xml:space="preserve">[1:39:13] </w:t>
      </w:r>
      <w:r>
        <w:t>wahan aadmi apne aap ko usi mahaul mein payega jis mahaul mein us ne is se pehle haq ka inkaar kiya tha woh apne aap ko unhi logon ke darmiyan dekhega jin ke bal par woh sarkashi karta tha magar us din woh log us ke kuch kaam na aayenge us waqt har baat us ke zehn mein is tarah taza hogi</w:t>
      </w:r>
    </w:p>
    <w:p>
      <w:pPr>
        <w:jc w:val="right"/>
      </w:pPr>
      <w:r>
        <w:t>وہاں آدمی اپنے آپ کو اسی ماحول میں پائے گا جس ماحول میں اس نے اس سے پہلے حق کا انکار کیا تھا وہ اپنے آپ کو انہی لوگوں کے درمیان دیکھے گا جن کے بل پر وہ سرکشی کرتا تھا مگر اس دن وہ لوگ اس کے کچھ کام نہ آئیں گے اس وقت ہر بات اس کے ذہن میں اس طرح تازہ ہوگی</w:t>
      </w:r>
    </w:p>
    <w:p>
      <w:r>
        <w:rPr>
          <w:b/>
        </w:rPr>
        <w:t xml:space="preserve">[1:39:42] </w:t>
      </w:r>
      <w:r>
        <w:t>goya us par koi muddat guzri hi nahi</w:t>
      </w:r>
    </w:p>
    <w:p>
      <w:pPr>
        <w:jc w:val="right"/>
      </w:pPr>
      <w:r>
        <w:t>گویا اس پر کوئی مدت گزری ہی نہیں</w:t>
      </w:r>
    </w:p>
    <w:p>
      <w:r>
        <w:rPr>
          <w:b/>
        </w:rPr>
        <w:t xml:space="preserve">[1:39:51] </w:t>
      </w:r>
      <w:r>
        <w:t>daai aur madu ka maamla aasman ke neeche pesh aanay wale tamam maamlaat mein sab se zyada nazuk maamla hai daai agar fi waqe haq ko le kar utha hai to woh is dunya mein Khuda ka numainda hai</w:t>
      </w:r>
    </w:p>
    <w:p>
      <w:pPr>
        <w:jc w:val="right"/>
      </w:pPr>
      <w:r>
        <w:t>داعی اور مدعو کا معاملہ آسمان کے نیچے پیش آنے والے تمام معاملات میں سب سے زیادہ نازک معاملہ ہے داعی اگر فی الواقع حق کو لے کر اٹھا ہے تو وہ اس دنیا میں خدا کا نمائندہ ہے</w:t>
      </w:r>
    </w:p>
    <w:p>
      <w:r>
        <w:rPr>
          <w:b/>
        </w:rPr>
        <w:t xml:space="preserve">[1:40:11] </w:t>
      </w:r>
      <w:r>
        <w:t>iska iqraar Khuda ka iqraar hai aur is ka inkaar Khuda ka inkaar aisa ek waqe anjaam se khali nahi ho sakta daai haq ke zahoor ke baad lazman aisa hota hai ke us ki zabaan se jaari hone wale rabbani kalam ke samne tamam log be daleel ho kar reh jate hain</w:t>
      </w:r>
    </w:p>
    <w:p>
      <w:pPr>
        <w:jc w:val="right"/>
      </w:pPr>
      <w:r>
        <w:t>اس کا اقرار خدا کا اقرار ہے اور اس کا انکار خدا کا انکار ایسا ایک واقعہ انجام سے خالی نہیں ہو سکتا داعی حق کے ظہور کے بعد لازماً ایسا ہوتا ہے کہ اس کی زبان سے جاری ہونے والے ربانی کلام کے سامنے تمام لوگ بے دلیل ہو کر رہ جاتے ہیں</w:t>
      </w:r>
    </w:p>
    <w:p>
      <w:r>
        <w:rPr>
          <w:b/>
        </w:rPr>
        <w:t xml:space="preserve">[1:40:39] </w:t>
      </w:r>
      <w:r>
        <w:t>yeh baatil ke upar haq ki pehli fatah hai doosri fatah aakhirat mein hogi jab ke is ke mukhalifeen Khuda ke izn se is ke muqable mein be zor ho kar reh jayenge pehla waqe lazman isi dunya mein pesh aata hai aur doosra waqe bhi juzwi taur par maujooda dunya mein zahir hota hai</w:t>
      </w:r>
    </w:p>
    <w:p>
      <w:pPr>
        <w:jc w:val="right"/>
      </w:pPr>
      <w:r>
        <w:t>یہ باطل کے اوپر حق کی پہلی فتح ہے دوسری فتح آخرت میں ہوگی جب کہ اس کے مخالفین خدا کے اذن سے اس کے مقابلے میں بے زور ہو کر رہ جائیں گے پہلا واقعہ لازمی طور پر اسی دنیا میں پیش آتا ہے اور دوسرا واقعہ بھی جزئی طور پر موجودہ دنیا میں ظاہر ہوتا ہے</w:t>
      </w:r>
    </w:p>
    <w:p>
      <w:r>
        <w:rPr>
          <w:b/>
        </w:rPr>
        <w:t xml:space="preserve">[1:41:06] </w:t>
      </w:r>
      <w:r>
        <w:t>agar Khuda is ko maujooda dunya mein zahir karna chahe</w:t>
      </w:r>
    </w:p>
    <w:p>
      <w:pPr>
        <w:jc w:val="right"/>
      </w:pPr>
      <w:r>
        <w:t>اگر خدا اس کو موجودہ دنیا میں ظاہر کرنا چاہے</w:t>
      </w:r>
    </w:p>
    <w:p>
      <w:r>
        <w:rPr>
          <w:b/>
        </w:rPr>
        <w:t xml:space="preserve">[1:41:14] </w:t>
      </w:r>
      <w:r>
        <w:t>logon ke sath pesh aana lazmi hai jab ke woh barah-e-raast Khuda ke samne khara hone se pehle maujooda dunya mein bil-wasta taur par numainda Khuda ke samne khara kiya jaye</w:t>
      </w:r>
    </w:p>
    <w:p>
      <w:pPr>
        <w:jc w:val="right"/>
      </w:pPr>
      <w:r>
        <w:t>لوگوں کے ساتھ پیش آنا لازمی ہے جبکہ وہ براہ راست خدا کے سامنے کھڑا ہونے سے پہلے موجودہ دنیا میں بالواسطہ طور پر نمائندہ خدا کے سامنے کھڑا کیا جائے</w:t>
      </w:r>
    </w:p>
    <w:p>
      <w:r>
        <w:rPr>
          <w:b/>
        </w:rPr>
        <w:t xml:space="preserve">[1:41:30] </w:t>
      </w:r>
      <w:r>
        <w:t>is tarah Khuda dekhta hai ke kaun hai jo us waqt apne aap ko Khuda ke hawale kar deta hai jab ke Khuda abhi ghayeb mein hai aur kaun hai jo aisa nahi karta pehli qism ke logon ke liye jannat hai aur</w:t>
      </w:r>
    </w:p>
    <w:p>
      <w:pPr>
        <w:jc w:val="right"/>
      </w:pPr>
      <w:r>
        <w:t>اس طرح خدا دیکھتا ہے کہ کون ہے جو اس وقت اپنے آپ کو خدا کے حوالے کر دیتا ہے جبکہ خدا ابھی غیب میں ہے اور کون ہے جو ایسا نہیں کرتا پہلی قسم کے لوگوں کے لیے جنت ہے اور</w:t>
      </w:r>
    </w:p>
    <w:p>
      <w:r>
        <w:rPr>
          <w:b/>
        </w:rPr>
        <w:t xml:space="preserve">[1:41:50] </w:t>
      </w:r>
      <w:r>
        <w:t>doosri qism ke logon ke liye dozakh</w:t>
      </w:r>
    </w:p>
    <w:p>
      <w:pPr>
        <w:jc w:val="right"/>
      </w:pPr>
      <w:r>
        <w:t>دوسری قسم کے لوگوں کے لیے دوزخ</w:t>
      </w:r>
    </w:p>
    <w:p>
      <w:r>
        <w:rPr>
          <w:b/>
        </w:rPr>
        <w:t xml:space="preserve">[1:41:57] </w:t>
      </w:r>
      <w:r>
        <w:t>wa yquluna mata hadha al-wa'du in kuntum sadiqeen qul la amliku linafsi darra wa la naf'an illa ma sha'a</w:t>
      </w:r>
    </w:p>
    <w:p>
      <w:pPr>
        <w:jc w:val="right"/>
      </w:pPr>
      <w:r>
        <w:t>ويقولون متى هذا الوعد إن كنتم صادقين قل لا أملك لنفسي ضرا ولا نفعا إلا ما شاء</w:t>
      </w:r>
    </w:p>
    <w:p>
      <w:r>
        <w:rPr>
          <w:b/>
        </w:rPr>
        <w:t xml:space="preserve">[1:42:16] </w:t>
      </w:r>
      <w:r>
        <w:t>allahu likulli ummatin ajalun idha ja'a ajalu hum fala yasta'khiruna sa'atan wa la yastaqdimun qul ara'aytum in atakum azabuhu bayatan aw naharan madha yasta'jilu minhu al-mujrimun</w:t>
      </w:r>
    </w:p>
    <w:p>
      <w:pPr>
        <w:jc w:val="right"/>
      </w:pPr>
      <w:r>
        <w:t>الله لكل أمه أجل إذا جاء أجلهم فلا يستأخرون ساعة ولا يستقدمون قل أرأيتم إن أتاكم عذابه بياتا أو نهارا ماذا يستعجل منه المجرمون</w:t>
      </w:r>
    </w:p>
    <w:p>
      <w:r>
        <w:rPr>
          <w:b/>
        </w:rPr>
        <w:t xml:space="preserve">[1:42:45] </w:t>
      </w:r>
      <w:r>
        <w:t>athumma idha ma waqa'a amantum bihi</w:t>
      </w:r>
    </w:p>
    <w:p>
      <w:pPr>
        <w:jc w:val="right"/>
      </w:pPr>
      <w:r>
        <w:t>أثم إذا ما وقع آمنتم به</w:t>
      </w:r>
    </w:p>
    <w:p>
      <w:r>
        <w:rPr>
          <w:b/>
        </w:rPr>
        <w:t xml:space="preserve">[1:42:56] </w:t>
      </w:r>
      <w:r>
        <w:t>al'ana wa qad kuntum bihi tastajilun thumma qila lil-ladhina zalamudhuqu azab al-khuldi hal tujzawna illa bima kuntum taksibun</w:t>
      </w:r>
    </w:p>
    <w:p>
      <w:pPr>
        <w:jc w:val="right"/>
      </w:pPr>
      <w:r>
        <w:t>الآن وقد كنتم به تستعجلون ثم قيل للذين ظلموا ذوقوا عذاب الخلد هل تجزون إلا بما كنتم تكسبون</w:t>
      </w:r>
    </w:p>
    <w:p>
      <w:r>
        <w:rPr>
          <w:b/>
        </w:rPr>
        <w:t xml:space="preserve">[1:43:18] </w:t>
      </w:r>
      <w:r>
        <w:t>aur woh kehte hain ke yeh wada kab poora hoga agar tum sachay ho kaho mein apne waste bhi boray aur bhale ka malik nahi magar jo Allah chahe har ummat ke liye ek waqt hai jab un ka waqt aa jata hai to phir na woh ek ghari peechay hotay aur na aagay</w:t>
      </w:r>
    </w:p>
    <w:p>
      <w:pPr>
        <w:jc w:val="right"/>
      </w:pPr>
      <w:r>
        <w:t>اور وہ کہتے ہیں کہ یہ وعدہ کب پورا ہوگا اگر تم سچے ہو کہو میں اپنے واسطے بھی برے اور بھلے کا مالک نہیں مگر جو اللہ چاہے ہر امت کے لیے ایک وقت ہے جب ان کا وقت آ جاتا ہے تو پھر نہ وہ ایک گھڑی پیچھے ہوتے اور نہ آگے</w:t>
      </w:r>
    </w:p>
    <w:p>
      <w:r>
        <w:rPr>
          <w:b/>
        </w:rPr>
        <w:t xml:space="preserve">[1:43:45] </w:t>
      </w:r>
      <w:r>
        <w:t>kaho ke batao agar Allah ka azab tum par raat ko aa paray ya din ko aa jaye to mujrim log is se pehle kiya kar lenge phir kiya jab azab waqe ho chukay ga tab is par yaqeen karoge ab qail hue aur tum usi ka taqaza karte thay phir zalimon se kaha jayega ke ab hamesha ka azab chako</w:t>
      </w:r>
    </w:p>
    <w:p>
      <w:pPr>
        <w:jc w:val="right"/>
      </w:pPr>
      <w:r>
        <w:t>کہو کہ بتاؤ اگر اللہ کا عذاب تم پر رات کو آ پڑے یا دن کو آ جائے تو مجرم لوگ اس سے پہلے کیا کر لیں گے پھر کیا جب عذاب واقع ہو چکے گا تب اس پر یقین کرو گے اب قائل ہوئے اور تم اسی کا تقاضا کرتے تھے پھر ظالموں سے کہا جائے گا کہ اب ہمیشہ کا عذاب چکھو</w:t>
      </w:r>
    </w:p>
    <w:p>
      <w:r>
        <w:rPr>
          <w:b/>
        </w:rPr>
        <w:t xml:space="preserve">[1:44:15] </w:t>
      </w:r>
      <w:r>
        <w:t>yeh usi ka badla mil raha hai jo kuch tum kamatay thay</w:t>
      </w:r>
    </w:p>
    <w:p>
      <w:pPr>
        <w:jc w:val="right"/>
      </w:pPr>
      <w:r>
        <w:t>یہ اسی کا بدلہ مل رہا ہے جو کچھ تم کماتے تھے</w:t>
      </w:r>
    </w:p>
    <w:p>
      <w:r>
        <w:rPr>
          <w:b/>
        </w:rPr>
        <w:t xml:space="preserve">[1:44:23] </w:t>
      </w:r>
      <w:r>
        <w:t>tashreeh insan maujoodah dunya mein apne ko azaad paata hai woh bazahir dekhta hai ke woh jo chahe kare koi us ko pakarne wala nahi koi us ko saza dene wala nahi</w:t>
      </w:r>
    </w:p>
    <w:p>
      <w:pPr>
        <w:jc w:val="right"/>
      </w:pPr>
      <w:r>
        <w:t>تشریح انسان موجودہ دنیا میں اپنے کو آزاد پاتا ہے وہ بظاہر دیکھتا ہے کہ وہ جو چاہے کرے کوئی اس کو پکڑنے والا نہیں کوئی اس کو سزا دینے والا نہیں</w:t>
      </w:r>
    </w:p>
    <w:p>
      <w:r>
        <w:rPr>
          <w:b/>
        </w:rPr>
        <w:t xml:space="preserve">[1:44:43] </w:t>
      </w:r>
      <w:r>
        <w:t>yeh soorat e haal is ko bhlaway mein daal deti hai hatta ke khuda ka daai jab is ko is ke amal ke anjaam se drata hai to woh khuda ke daai ka mazaaq urane lagta hai woh kehta hai hamari sarkashi par tum jis azaab ki dhamki de rahe ho woh kab poori hogi</w:t>
      </w:r>
    </w:p>
    <w:p>
      <w:pPr>
        <w:jc w:val="right"/>
      </w:pPr>
      <w:r>
        <w:t>یہ صورتحال اس کو بھلاوے میں ڈال دیتی ہے حتی کہ خدا کا داعی جب اس کو اس کے عمل کے انجام سے ڈراتا ہے تو وہ خدا کے داعی کا مذاق اڑانے لگتا ہے وہ کہتا ہے ہماری سرکشی پر تم جس عذاب کی دھمکی دے رہے ہو وہ کب پوری ہوگی</w:t>
      </w:r>
    </w:p>
    <w:p>
      <w:r>
        <w:rPr>
          <w:b/>
        </w:rPr>
        <w:t xml:space="preserve">[1:45:12] </w:t>
      </w:r>
      <w:r>
        <w:t>is qism ki baaton ka sabab nadani ke siwa aur kuch nahi kyunke yeh pakar khud daai e haq ki taraf se nahi aanay wali hai balke khuda ki taraf se aanay wali hai aur khuda har aan apni dunya mein bata raha hai ke is ka tareeqa jaldi ka tareeqa nahi</w:t>
      </w:r>
    </w:p>
    <w:p>
      <w:pPr>
        <w:jc w:val="right"/>
      </w:pPr>
      <w:r>
        <w:t>اس قسم کی باتوں کا سبب نادانی کے سوا اور کچھ نہیں کیونکہ یہ پکڑ خود داعی حق کی طرف سے نہیں آنے والی ہے بلکہ خدا کی طرف سے آنے والی ہے اور خدا ہر آن اپنی دنیا میں بتا رہا ہے کہ اس کا طریقہ جلدی کا طریقہ نہیں</w:t>
      </w:r>
    </w:p>
    <w:p>
      <w:r>
        <w:rPr>
          <w:b/>
        </w:rPr>
        <w:t xml:space="preserve">[1:45:37] </w:t>
      </w:r>
      <w:r>
        <w:t>kashti mein suraakh ho aur koi mallah is ki parwah na karte hue apni kashti ko darya mein daal de to khuda ka lazmi qanoon hai ke aisi kashti pani mein doob jaye magar aisi kashti foran pani mein nahi doobti balke khuda ki sunnat ke mutabiq apne muqarrar waqt par doobti hai is qism ki misalein dunya mein phaili hui hain</w:t>
      </w:r>
    </w:p>
    <w:p>
      <w:pPr>
        <w:jc w:val="right"/>
      </w:pPr>
      <w:r>
        <w:t>کشتی میں سوراخ ہو اور کوئی ملاح اس کی پرواہ نہ کرتے ہوئے اپنی کشتی کو دریا میں ڈال دے تو خدا کا لازمی قانون ہے کہ ایسی کشتی پانی میں ڈوب جائے مگر ایسی کشتی فوراً پانی میں نہیں ڈوبتی بلکہ خدا کی سنت کے مطابق اپنے مقرر وقت پر ڈوبتی ہے اس قسم کی مثالیں دنیا میں پھیلی ہوئی ہیں</w:t>
      </w:r>
    </w:p>
    <w:p>
      <w:r>
        <w:rPr>
          <w:b/>
        </w:rPr>
        <w:t xml:space="preserve">[1:46:05] </w:t>
      </w:r>
      <w:r>
        <w:t>jo insan ko khudai sunnat ka taaruf kara rahi hain magar un ko dekhne ke bawajood woh kehta hai ke agar in aamaal par khuda ka azaab hai to woh azaab jald kyun nahi aa jata is ki wajah yeh hai ke insan khuda ki pakar ke bare mein sanjeeda nahi</w:t>
      </w:r>
    </w:p>
    <w:p>
      <w:pPr>
        <w:jc w:val="right"/>
      </w:pPr>
      <w:r>
        <w:t>جو انسان کو خدائی سنت کا تعارف کرا رہی ہیں مگر ان کو دیکھنے کے باوجود وہ کہتا ہے کہ اگر ان اعمال پر خدا کا عذاب ہے تو وہ عذاب جلد کیوں نہیں آ جاتا اس کی وجہ یہ ہے کہ انسان خدا کی پکڑ کے بارے میں سنجیدہ نہیں</w:t>
      </w:r>
    </w:p>
    <w:p>
      <w:r>
        <w:rPr>
          <w:b/>
        </w:rPr>
        <w:t xml:space="preserve">[1:46:31] </w:t>
      </w:r>
      <w:r>
        <w:t>zalzala aur toofan khudai waqeaat hain yeh waqeaat batate hain ke jab maamla khuda aur insan ke darmiyan ho to faislay ka ikhtiyar tamam tar sirf fareeq awal ko hota hai magar insan is pehlu par ghore nahi karta</w:t>
      </w:r>
    </w:p>
    <w:p>
      <w:pPr>
        <w:jc w:val="right"/>
      </w:pPr>
      <w:r>
        <w:t>زلزلہ اور طوفان خدائی واقعات ہیں یہ واقعات بتاتے ہیں کہ جب معاملہ خدا اور انسان کے درمیان ہو تو فیصلے کا اختیار تمام تر صرف فریق اول کو ہوتا ہے مگر انسان اس پہلو پر غور نہیں کرتا</w:t>
      </w:r>
    </w:p>
    <w:p>
      <w:r>
        <w:rPr>
          <w:b/>
        </w:rPr>
        <w:t xml:space="preserve">[1:46:52] </w:t>
      </w:r>
      <w:r>
        <w:t>woh sirf yeh dekhta hai ke khuda ka qanoon foran harkat mein nahi aa raha hai aur chunke woh foran harkat mein nahi aata is liye woh ghaflat mein pada rehta hai magar jab khuda ka faisla aaye ga to us waqt insan apne ko bebas pa kar sab kuch maan le ga halanke us waqt ka maanna kuch kaam na aaye ga kyun</w:t>
      </w:r>
    </w:p>
    <w:p>
      <w:pPr>
        <w:jc w:val="right"/>
      </w:pPr>
      <w:r>
        <w:t>وہ صرف یہ دیکھتا ہے کہ خدا کا قانون فوراً حرکت میں نہیں آ رہا ہے اور چونکہ وہ فوراً حرکت میں نہیں آتا اس لیے وہ غفلت میں پڑا رہتا ہے مگر جب خدا کا فیصلہ آئے گا تو اس وقت انسان اپنے کو بے بس پا کر سب کچھ مان لے گا حالانکہ اس وقت کا ماننا کچھ کام نہ آئے گا کیون</w:t>
      </w:r>
    </w:p>
    <w:p>
      <w:r>
        <w:rPr>
          <w:b/>
        </w:rPr>
        <w:t xml:space="preserve">[1:47:19] </w:t>
      </w:r>
      <w:r>
        <w:t>ke woh amal ka anjaam paane ka waqt hoga na ke amal karne ka yastabnionka ahqa huwa qul e wa rabbina innahu lahaq</w:t>
      </w:r>
    </w:p>
    <w:p>
      <w:pPr>
        <w:jc w:val="right"/>
      </w:pPr>
      <w:r>
        <w:t>کہ وہ عمل کا انجام پانے کا وقت ہوگا نہ کہ عمل کرنے کا ويستنبئونك أحق هو قل إي وربي إنه لحق</w:t>
      </w:r>
    </w:p>
    <w:p>
      <w:r>
        <w:rPr>
          <w:b/>
        </w:rPr>
        <w:t xml:space="preserve">[1:47:37] </w:t>
      </w:r>
      <w:r>
        <w:t>wama antum bimuajizeen walaw anna likulli nafsin zalamat ma fil ardi laftadat bih wa asra</w:t>
      </w:r>
    </w:p>
    <w:p>
      <w:pPr>
        <w:jc w:val="right"/>
      </w:pPr>
      <w:r>
        <w:t>وما أنتم بمعجزين ولو أن لكل نفس ظلمت ما في الأرض لافتدت به وأسر</w:t>
      </w:r>
    </w:p>
    <w:p>
      <w:r>
        <w:rPr>
          <w:b/>
        </w:rPr>
        <w:t xml:space="preserve">[1:47:56] </w:t>
      </w:r>
      <w:r>
        <w:t>alnadama lamma raawul azaaba wa qudiya baynahum bilqisti wahum la yuzlamoon ala inna lillahi ma fis samawati</w:t>
      </w:r>
    </w:p>
    <w:p>
      <w:pPr>
        <w:jc w:val="right"/>
      </w:pPr>
      <w:r>
        <w:t>الندامة لما رأوا العذاب وقضی بینهم بالقسط وهم لا يظلمون ألا إن لله ما في السماوات</w:t>
      </w:r>
    </w:p>
    <w:p>
      <w:r>
        <w:rPr>
          <w:b/>
        </w:rPr>
        <w:t xml:space="preserve">[1:48:13] </w:t>
      </w:r>
      <w:r>
        <w:t>wal ardi ala inna waadal laahi haqqu walakin aktharahum la yaalamoon huwa yuhyee wayumeetu wa ilayhi turja'oon</w:t>
      </w:r>
    </w:p>
    <w:p>
      <w:pPr>
        <w:jc w:val="right"/>
      </w:pPr>
      <w:r>
        <w:t>والأرض ألا إن وعد الله حق ولكن أكثرهم لا يعلمون هو يحيی ویمیت وإلیہ ترجعون</w:t>
      </w:r>
    </w:p>
    <w:p>
      <w:r>
        <w:rPr>
          <w:b/>
        </w:rPr>
        <w:t xml:space="preserve">[1:48:34] </w:t>
      </w:r>
      <w:r>
        <w:t>aur woh tum se poochte hain ke kya yeh baat sach hai kaho ke haan mere rab ki</w:t>
      </w:r>
    </w:p>
    <w:p>
      <w:pPr>
        <w:jc w:val="right"/>
      </w:pPr>
      <w:r>
        <w:t>اور وہ تم سے پوچھتے ہیں کہ کیا یہ بات سچ ہے کہو کہ ہاں میرے رب کی</w:t>
      </w:r>
    </w:p>
    <w:p>
      <w:r>
        <w:rPr>
          <w:b/>
        </w:rPr>
        <w:t xml:space="preserve">[1:48:41] </w:t>
      </w:r>
      <w:r>
        <w:t>qasam yeh sach hai aur tum us ko thaka na sako ge aur agar har zalim ke paas</w:t>
      </w:r>
    </w:p>
    <w:p>
      <w:pPr>
        <w:jc w:val="right"/>
      </w:pPr>
      <w:r>
        <w:t>قسم یہ سچ ہے اور تم اس کو تھکا نہ سکو گے اور اگر ہر ظالم کے پاس</w:t>
      </w:r>
    </w:p>
    <w:p>
      <w:r>
        <w:rPr>
          <w:b/>
        </w:rPr>
        <w:t xml:space="preserve">[1:48:49] </w:t>
      </w:r>
      <w:r>
        <w:t>woh sab kuch ho jo zameen mein hai to woh us ko fidya mein de dena chahe ga</w:t>
      </w:r>
    </w:p>
    <w:p>
      <w:pPr>
        <w:jc w:val="right"/>
      </w:pPr>
      <w:r>
        <w:t>وہ سب کچھ ہو جو زمین میں ہے تو وہ اس کو فدیہ میں دے دینا چاہے گا</w:t>
      </w:r>
    </w:p>
    <w:p>
      <w:r>
        <w:rPr>
          <w:b/>
        </w:rPr>
        <w:t xml:space="preserve">[1:48:56] </w:t>
      </w:r>
      <w:r>
        <w:t>aur jab woh azab ko dekhen ge to apne dil mein pachtayen ge aur un ke darmiyan insaaf</w:t>
      </w:r>
    </w:p>
    <w:p>
      <w:pPr>
        <w:jc w:val="right"/>
      </w:pPr>
      <w:r>
        <w:t>اور جب وہ عذاب کو دیکھیں گے تو اپنے دل میں پچھتائیں گے اور ان کے درمیان انصاف</w:t>
      </w:r>
    </w:p>
    <w:p>
      <w:r>
        <w:rPr>
          <w:b/>
        </w:rPr>
        <w:t xml:space="preserve">[1:49:04] </w:t>
      </w:r>
      <w:r>
        <w:t>se faisla kar diya jaye ga aur un par zulm na hoga</w:t>
      </w:r>
    </w:p>
    <w:p>
      <w:pPr>
        <w:jc w:val="right"/>
      </w:pPr>
      <w:r>
        <w:t>سے فیصلہ کر دیا جائے گا اور ان پر ظلم نہ ہوگا</w:t>
      </w:r>
    </w:p>
    <w:p>
      <w:r>
        <w:rPr>
          <w:b/>
        </w:rPr>
        <w:t xml:space="preserve">[1:49:10] </w:t>
      </w:r>
      <w:r>
        <w:t>yaad rakho jo kuch aasmanon aur zameen mein hai sab Allah ka hai yaad rakho Allah ka wada sach hai magar aksar log nahi jante wohi zinda karta hai aur wohi marta hai aur usi ki taraf tum lotaye jaoge</w:t>
      </w:r>
    </w:p>
    <w:p>
      <w:pPr>
        <w:jc w:val="right"/>
      </w:pPr>
      <w:r>
        <w:t>یاد رکھو جو کچھ آسمانوں اور زمین میں ہے سب اللہ کا ہے یاد رکھو اللہ کا وعدہ سچا ہے مگر اکثر لوگ نہیں جانتے وہی زندہ کرتا ہے اور وہی مارتا ہے اور اسی کی طرف تم لوٹائے جاؤ گے</w:t>
      </w:r>
    </w:p>
    <w:p>
      <w:r>
        <w:rPr>
          <w:b/>
        </w:rPr>
        <w:t xml:space="preserve">[1:49:35] </w:t>
      </w:r>
      <w:r>
        <w:t>tashreeh arab ke logon se rasool Allah sal Allah alaihi wasallam ne kaha ke agar tum ne apni islaah na ki to tum ko akhirat ka azaab pakar le ga is ke jawab mein woh aap ki baat ka mazaaq urane lage is ka matlab yeh nahi hai ke woh log akhirat ke munkir the</w:t>
      </w:r>
    </w:p>
    <w:p>
      <w:pPr>
        <w:jc w:val="right"/>
      </w:pPr>
      <w:r>
        <w:t>تشریح عرب کے لوگوں سے رسول اللہ صلی اللہ علیہ وسلم نے کہا کہ اگر تم نے اپنی اصلاح نہ کی تو تم کو آخرت کا عذاب پکڑ لے گا اس کے جواب میں وہ آپ کی بات کا مذاق اڑانے لگے اس کا مطلب یہ نہیں ہے کہ وہ لوگ آخرت کے منکر تھے</w:t>
      </w:r>
    </w:p>
    <w:p>
      <w:r>
        <w:rPr>
          <w:b/>
        </w:rPr>
        <w:t xml:space="preserve">[1:50:01] </w:t>
      </w:r>
      <w:r>
        <w:t>woh darasal paighambar e islam ki tanbeeh ko be wazan samajh rahe the na ke khud akhirat ko paighambar e islam ki azmat us waqt musallam na hui thi us waqt aap ke mukhatibeen aap ko ek mamooli insan ke roop mein dekhte the</w:t>
      </w:r>
    </w:p>
    <w:p>
      <w:pPr>
        <w:jc w:val="right"/>
      </w:pPr>
      <w:r>
        <w:t>وہ دراصل پیغمبر اسلام کی تنبیہ کو بے وزن سمجھ رہے تھے نہ کہ خود آخرت کو پیغمبر اسلام کی عظمت اس وقت مسلم نہ ہوئی تھی اس وقت آپ کے مخاطبین آپ کو ایک معمولی انسان کے روپ میں دیکھتے تھے</w:t>
      </w:r>
    </w:p>
    <w:p>
      <w:r>
        <w:rPr>
          <w:b/>
        </w:rPr>
        <w:t xml:space="preserve">[1:50:23] </w:t>
      </w:r>
      <w:r>
        <w:t>un ki samajh mein na aata tha ke aise mamooli insan ki baat na manne se un ke upar Allah ka azaab kaise aa jaye ga unhe aap ke numainda e khuda hone par shakk tha na ke khud khuda aur akhirat par</w:t>
      </w:r>
    </w:p>
    <w:p>
      <w:pPr>
        <w:jc w:val="right"/>
      </w:pPr>
      <w:r>
        <w:t>ان کی سمجھ میں نہ آتا تھا کہ ایسے معمولی انسان کی بات نہ ماننے سے ان کے اوپر خدا کا عذاب کیسے آ جائے گا انہیں آپ کے نمائندہ خدا ہونے پر شک تھا نہ کہ خود خدا اور آخرت پر</w:t>
      </w:r>
    </w:p>
    <w:p>
      <w:r>
        <w:rPr>
          <w:b/>
        </w:rPr>
        <w:t xml:space="preserve">[1:50:44] </w:t>
      </w:r>
      <w:r>
        <w:t>yeh taqabul haqeeqatan takrar e akhirat aur inkar e akhirat ke darmiyan na tha balke badi shakhsiyat ke deen aur choti shakhsiyat ke deen ke darmiyan tha woh mazi ke mashhoor buzurgon ke sath apne ko mansoob karte the woh apne aap ko musallamah shakhsiyaton ke deen par samajhte the</w:t>
      </w:r>
    </w:p>
    <w:p>
      <w:pPr>
        <w:jc w:val="right"/>
      </w:pPr>
      <w:r>
        <w:t>یہ تقابل حقیقتاً تکرار آخرت اور انکار آخرت کے درمیان نہ تھا بلکہ بڑی شخصیت کے دین اور چھوٹی شخصیت کے دین کے درمیان تھا وہ ماضی کے مشہور بزرگوں کے ساتھ اپنے کو منسوب کرتے تھے وہ اپنے آپ کو مسلمہ شخصیتوں کے دین پر سمجھتے تھے</w:t>
      </w:r>
    </w:p>
    <w:p>
      <w:r>
        <w:rPr>
          <w:b/>
        </w:rPr>
        <w:t xml:space="preserve">[1:51:10] </w:t>
      </w:r>
      <w:r>
        <w:t>is ke muqable mein jab woh samne ke paighambar ko dekhte to woh un ko ek mamooli insan ke roop mein nazar aata</w:t>
      </w:r>
    </w:p>
    <w:p>
      <w:pPr>
        <w:jc w:val="right"/>
      </w:pPr>
      <w:r>
        <w:t>اس کے مقابلے میں جب وہ سامنے کے پیغمبر کو دیکھتے تو وہ ان کو ایک معمولی انسان کے روپ میں نظر آتا</w:t>
      </w:r>
    </w:p>
    <w:p>
      <w:r>
        <w:rPr>
          <w:b/>
        </w:rPr>
        <w:t xml:space="preserve">[1:51:20] </w:t>
      </w:r>
      <w:r>
        <w:t>un ki samajh mein na aata tha ke tareekh ki jin badi badi shakhsiyaton ke sath woh apne ko wabasta kiye hue hain un se wabastagi un ke liye baais e nijaat na ho balke nijaat ke liye yeh zaroori ho ke woh apne aap ko us shakhs ke sath wabasta karen jis ko bazahir koi taqaddus aur azmat hasil nahi</w:t>
      </w:r>
    </w:p>
    <w:p>
      <w:pPr>
        <w:jc w:val="right"/>
      </w:pPr>
      <w:r>
        <w:t>ان کی سمجھ میں نہ آتا تھا کہ تاریخ کی جن بڑی بڑی شخصیتوں کے ساتھ وہ اپنے کو وابستہ کیے ہوئے ہیں ان سے وابستگی ان کے لیے باعث نجات نہ ہو بلکہ نجات کے لیے یہ ضروری ہو کہ وہ اپنے آپ کو اس شخص کے ساتھ وابستہ کریں جس کو بظاہر کوئی تقدس اور عظمت حاصل نہیں</w:t>
      </w:r>
    </w:p>
    <w:p>
      <w:r>
        <w:rPr>
          <w:b/>
        </w:rPr>
        <w:t xml:space="preserve">[1:51:47] </w:t>
      </w:r>
      <w:r>
        <w:t>yehi woh nafsiyat thi jis ki wajah se un ko yeh jurrat hui ke woh aap ka mazaaq urayen</w:t>
      </w:r>
    </w:p>
    <w:p>
      <w:pPr>
        <w:jc w:val="right"/>
      </w:pPr>
      <w:r>
        <w:t>یہی وہ نفسیات تھی جس کی وجہ سے ان کو یہ جرات ہوئی کہ وہ آپ کا مذاق اڑائیں</w:t>
      </w:r>
    </w:p>
    <w:p>
      <w:r>
        <w:rPr>
          <w:b/>
        </w:rPr>
        <w:t xml:space="preserve">[1:51:57] </w:t>
      </w:r>
      <w:r>
        <w:t>aadmi ek hassas makhlooq hai woh takleef ko bardasht nahi kar sakta dunya mein jab tak us ko azaab ka samna nahi hai woh haq ka mazaaq urata hai woh us ko be niyazi ke sath thukra deta hai</w:t>
      </w:r>
    </w:p>
    <w:p>
      <w:pPr>
        <w:jc w:val="right"/>
      </w:pPr>
      <w:r>
        <w:t>آدمی ایک حساس مخلوق ہے وہ تکلیف کو برداشت نہیں کر سکتا دنیا میں جب تک اس کو عذاب کا سامنا نہیں ہے وہ حق کا مذاق اڑاتا ہے وہ اس کو بے نیازی کے ساتھ ٹھکرا دیتا ہے</w:t>
      </w:r>
    </w:p>
    <w:p>
      <w:r>
        <w:rPr>
          <w:b/>
        </w:rPr>
        <w:t xml:space="preserve">[1:52:13] </w:t>
      </w:r>
      <w:r>
        <w:t>magar jab akhirat ka azaab samne hoga to us par itni ghabrahat taari hogi ke sab kuch us ko haqeer maloom hone lage ga</w:t>
      </w:r>
    </w:p>
    <w:p>
      <w:pPr>
        <w:jc w:val="right"/>
      </w:pPr>
      <w:r>
        <w:t>مگر جب آخرت کا عذاب سامنے ہوگا تو اس پر اتنی گھبراہٹ طاری ہوگی کہ سب کچھ اس کو حقیر معلوم ہونے لگے گا</w:t>
      </w:r>
    </w:p>
    <w:p>
      <w:r>
        <w:rPr>
          <w:b/>
        </w:rPr>
        <w:t xml:space="preserve">[1:52:26] </w:t>
      </w:r>
      <w:r>
        <w:t>sari dunya ki daulat aur tamam dunya ki nemat bhi agar us ke paas ho to azaab ke muqable mein woh itni be qeemat nazar aaye gi ke woh chahe ga ke sab kuch de kar sirf itna ho jaye ke woh us takleef se nijaat pa jaye</w:t>
      </w:r>
    </w:p>
    <w:p>
      <w:pPr>
        <w:jc w:val="right"/>
      </w:pPr>
      <w:r>
        <w:t>ساری دنیا کی دولت اور تمام دنیا کی نعمت بھی اگر اس کے پاس ہو تو عذاب کے مقابلے میں وہ اتنی بے قیمت نظر آئے گی کہ وہ چاہے گا کہ سب کچھ دے کر صرف اتنا ہو جائے کہ وہ اس تکلیف سے نجات پا جائے</w:t>
      </w:r>
    </w:p>
    <w:p>
      <w:r>
        <w:rPr>
          <w:b/>
        </w:rPr>
        <w:t xml:space="preserve">[1:52:46] </w:t>
      </w:r>
      <w:r>
        <w:t>magar akhirat ka masla koi sauday bazi ka masla nahi woh to apne kiye ke anjaam bhugatne ka</w:t>
      </w:r>
    </w:p>
    <w:p>
      <w:pPr>
        <w:jc w:val="right"/>
      </w:pPr>
      <w:r>
        <w:t>مگر آخرت کا مسئلہ کوئی سودے بازی کا مسئلہ نہیں وہ تو اپنے کیے کے انجام بھگتنے کا</w:t>
      </w:r>
    </w:p>
    <w:p>
      <w:r>
        <w:rPr>
          <w:b/>
        </w:rPr>
        <w:t xml:space="preserve">[1:52:55] </w:t>
      </w:r>
      <w:r>
        <w:t>masla hai zindagi aur maut ke bare mein Khuda ka jo mansooba hai us ka yeh lazmi juz</w:t>
      </w:r>
    </w:p>
    <w:p>
      <w:pPr>
        <w:jc w:val="right"/>
      </w:pPr>
      <w:r>
        <w:t>مسئلہ ہے زندگی اور موت کے بارے میں خدا کا جو منصوبہ ہے اس کا یہ لازمی جز</w:t>
      </w:r>
    </w:p>
    <w:p>
      <w:r>
        <w:rPr>
          <w:b/>
        </w:rPr>
        <w:t xml:space="preserve">[1:53:03] </w:t>
      </w:r>
      <w:r>
        <w:t>hai Khudaai insaaf ka taqaza hai ke woh ho aur Khudaai qudrat is baat ki zamanat hai ke</w:t>
      </w:r>
    </w:p>
    <w:p>
      <w:pPr>
        <w:jc w:val="right"/>
      </w:pPr>
      <w:r>
        <w:t>ہے خدائی انصاف کا تقاضا ہے کہ وہ ہو اور خدائی قدرت اس بات کی ضمانت ہے کہ</w:t>
      </w:r>
    </w:p>
    <w:p>
      <w:r>
        <w:rPr>
          <w:b/>
        </w:rPr>
        <w:t xml:space="preserve">[1:53:12] </w:t>
      </w:r>
      <w:r>
        <w:t>woh baharhal ho kar rahe ga</w:t>
      </w:r>
    </w:p>
    <w:p>
      <w:pPr>
        <w:jc w:val="right"/>
      </w:pPr>
      <w:r>
        <w:t>وہ بہرحال ہو کر رہے گا</w:t>
      </w:r>
    </w:p>
    <w:p>
      <w:r>
        <w:rPr>
          <w:b/>
        </w:rPr>
        <w:t xml:space="preserve">[1:53:16] </w:t>
      </w:r>
      <w:r>
        <w:t>is ke paish aane mein jo kuch der hai woh sirf us muqarrar waqt ke aanay ki hai jab ke maujooda imtehan ki muddat khatm ho aur sare insan khuda ke yahan apne aakhri anjaam ka faisla sunne ke liye hazir kar diye jayen</w:t>
      </w:r>
    </w:p>
    <w:p>
      <w:pPr>
        <w:jc w:val="right"/>
      </w:pPr>
      <w:r>
        <w:t>اس کے پیش آنے میں جو کچھ دیر ہے وہ صرف اس مقرر وقت کے آنے کی ہے جب کہ موجودہ امتحان کی مدت ختم ہو اور سارے انسان خدا کے یہاں اپنے آخری انجام کا فیصلہ سننے کے لیے حاضر کر دیے جائیں</w:t>
      </w:r>
    </w:p>
    <w:p>
      <w:r>
        <w:rPr>
          <w:b/>
        </w:rPr>
        <w:t xml:space="preserve">[1:53:42] </w:t>
      </w:r>
      <w:r>
        <w:t>ya ayyuha annasu qad ja'atkum maw'izhatun min rabbikum washifaa'un lima fis-sudoori washifaa'un</w:t>
      </w:r>
    </w:p>
    <w:p>
      <w:pPr>
        <w:jc w:val="right"/>
      </w:pPr>
      <w:r>
        <w:t>يا أيها الناس قد جاءتكم موعظة من ربكم وشفاء لما في الصدور وشفاء</w:t>
      </w:r>
    </w:p>
    <w:p>
      <w:r>
        <w:rPr>
          <w:b/>
        </w:rPr>
        <w:t xml:space="preserve">[1:54:02] </w:t>
      </w:r>
      <w:r>
        <w:t>lima fis-sudoori wahudan warahmatun lilmu'mineena qul bifadhlillahi warahmatuhi fabidhalika falfrahoo wa khayrun mimma yajma'oona</w:t>
      </w:r>
    </w:p>
    <w:p>
      <w:pPr>
        <w:jc w:val="right"/>
      </w:pPr>
      <w:r>
        <w:t>لما في الصدور وهدى ورحمة للمؤمنين قل بفضل الله وبرحمته فبذلك فليفرحوه وخير مما يجمعون</w:t>
      </w:r>
    </w:p>
    <w:p>
      <w:r>
        <w:rPr>
          <w:b/>
        </w:rPr>
        <w:t xml:space="preserve">[1:54:21] </w:t>
      </w:r>
      <w:r>
        <w:t>qul ara'aytum ma anzala Allahu lakum min rizqin faj'altum minhu haraaman wa halaalan qul</w:t>
      </w:r>
    </w:p>
    <w:p>
      <w:pPr>
        <w:jc w:val="right"/>
      </w:pPr>
      <w:r>
        <w:t>قل أرأيتم ما أنزل الله لكم من رزق فجعلتم منه حراما وحلالا قل</w:t>
      </w:r>
    </w:p>
    <w:p>
      <w:r>
        <w:rPr>
          <w:b/>
        </w:rPr>
        <w:t xml:space="preserve">[1:54:38] </w:t>
      </w:r>
      <w:r>
        <w:t>a a a a a a a a a a Allahu adhina lakum am 'alallahi taftaroona wa ma zannu alladheena yaftaroona 'alallahi al-kadhiba yawmal qiyamati</w:t>
      </w:r>
    </w:p>
    <w:p>
      <w:pPr>
        <w:jc w:val="right"/>
      </w:pPr>
      <w:r>
        <w:t>آآآآآآآآآآآ الله أذن لكم أم على الله تفترون وما ظن الذين يفترون على الله الكذب يوم القيامة</w:t>
      </w:r>
    </w:p>
    <w:p>
      <w:r>
        <w:rPr>
          <w:b/>
        </w:rPr>
        <w:t xml:space="preserve">[1:54:57] </w:t>
      </w:r>
      <w:r>
        <w:t>innallaha ladhu fadlin 'alan naasi walakinna aktharahum la yashkuroona</w:t>
      </w:r>
    </w:p>
    <w:p>
      <w:pPr>
        <w:jc w:val="right"/>
      </w:pPr>
      <w:r>
        <w:t>إن الله لذو فضل على الناس ولكن أكثرهم لا يشكرون</w:t>
      </w:r>
    </w:p>
    <w:p>
      <w:r>
        <w:rPr>
          <w:b/>
        </w:rPr>
        <w:t xml:space="preserve">[1:55:10] </w:t>
      </w:r>
      <w:r>
        <w:t>ae logon! tumhare paas tumhare rab ki janib se naseehat aa gayi aur is ke liye shifa jo seenon mein hoti hai aur ahl-e-iman ke liye hidayat aur rehmat kaho ke yeh Allah ke fazl aur us ki rehmat se hai ab chahiye ke log khush hon yeh us se behtar hai jis ko woh jama kar rahe hain</w:t>
      </w:r>
    </w:p>
    <w:p>
      <w:pPr>
        <w:jc w:val="right"/>
      </w:pPr>
      <w:r>
        <w:t>اے لوگوں! تمہارے پاس تمہارے رب کی جانب سے نصیحت آ گئی اور اس کے لیے شفا جو سینوں میں ہوتی ہے اور اہل ایمان کے لیے ہدایت اور رحمت کہو کہ یہ اللہ کے فضل اور اس کی رحمت سے ہے اب چاہیے کہ لوگ خوش ہوں یہ اس سے بہتر ہے جس کو وہ جمع کر رہے ہیں</w:t>
      </w:r>
    </w:p>
    <w:p>
      <w:r>
        <w:rPr>
          <w:b/>
        </w:rPr>
        <w:t xml:space="preserve">[1:55:38] </w:t>
      </w:r>
      <w:r>
        <w:t>kaho yeh batao ke Allah ne tumhare liye jo rizq utara tha phir tum ne is mein se kuch ko haram thehraya aur kuch ko halaal kaho kya Allah ne tum ko is ka hukum diya hai ya tum Allah par jhoot laga rahe ho aur qyamat ke din ke bare mein un logon ka kya khayal hai jo Allah par jhoot laga rahe hain</w:t>
      </w:r>
    </w:p>
    <w:p>
      <w:pPr>
        <w:jc w:val="right"/>
      </w:pPr>
      <w:r>
        <w:t>کہو یہ بتاؤ کہ اللہ نے تمہارے لیے جو رزق اتارا تھا پھر تم نے اس میں سے کچھ کو حرام ٹھہرایا اور کچھ کو حلال کہو کیا اللہ نے تم کو اس کا حکم دیا ہے یا تم اللہ پر جھوٹ لگا رہے ہو اور قیامت کے دن کے بارے میں ان لوگوں کا کیا خیال ہے جو اللہ پر جھوٹ لگا رہے ہیں</w:t>
      </w:r>
    </w:p>
    <w:p>
      <w:r>
        <w:rPr>
          <w:b/>
        </w:rPr>
        <w:t xml:space="preserve">[1:56:05] </w:t>
      </w:r>
      <w:r>
        <w:t>beshak Allah logon par bara fazl farmane wala hai magar aksar log shukr ada nahi karte</w:t>
      </w:r>
    </w:p>
    <w:p>
      <w:pPr>
        <w:jc w:val="right"/>
      </w:pPr>
      <w:r>
        <w:t>بے شک اللہ لوگوں پر بڑا فضل فرمانے والا ہے مگر اکثر لوگ شکر ادا نہیں کرتے</w:t>
      </w:r>
    </w:p>
    <w:p>
      <w:r>
        <w:rPr>
          <w:b/>
        </w:rPr>
        <w:t xml:space="preserve">[1:56:16] </w:t>
      </w:r>
      <w:r>
        <w:t>tashreeh insan ek nafsiyyati makhlooq hai nafsiyat ke banne se woh banta hai aur nafsiyat ke bigadne se woh bigad jata hai</w:t>
      </w:r>
    </w:p>
    <w:p>
      <w:pPr>
        <w:jc w:val="right"/>
      </w:pPr>
      <w:r>
        <w:t>تشریح انسان ایک نفسیاتی مخلوق ہے نفسیات کے بننے سے وہ بنتا ہے اور نفسیات کے بگڑنے سے وہ بگڑ جاتا ہے</w:t>
      </w:r>
    </w:p>
    <w:p>
      <w:r>
        <w:rPr>
          <w:b/>
        </w:rPr>
        <w:t xml:space="preserve">[1:56:30] </w:t>
      </w:r>
      <w:r>
        <w:t>khuda ki kitab ki soorat mein jo hidayat utri hai woh insan ke liye sarasar rehmat hai is mein insan ke liye behtareen naseehat maujood hai magar is naseehat ko paane ke liye zaroori hai ke aadmi ne apni raast fikri na khoi ho</w:t>
      </w:r>
    </w:p>
    <w:p>
      <w:pPr>
        <w:jc w:val="right"/>
      </w:pPr>
      <w:r>
        <w:t>خدا کی کتاب کی صورت میں جو ہدایت اتری ہے وہ انسان کے لیے سراسر رحمت ہے اس میں انسان کے لیے بہترین نصیحت موجود ہے مگر اس نصیحت کو پانے کے لیے ضروری ہے کہ آدمی نے اپنی راست فکری نہ کھوئی ہو</w:t>
      </w:r>
    </w:p>
    <w:p>
      <w:r>
        <w:rPr>
          <w:b/>
        </w:rPr>
        <w:t xml:space="preserve">[1:56:52] </w:t>
      </w:r>
      <w:r>
        <w:t>jo shakhs apni raast fikri ki salahiyat ko bigaad le us ke liye khuda ka naseehat nama be-asar rahega</w:t>
      </w:r>
    </w:p>
    <w:p>
      <w:pPr>
        <w:jc w:val="right"/>
      </w:pPr>
      <w:r>
        <w:t>جو شخص اپنی راست فکری کی صلاحیت کو بگاڑ لے اس کے لیے خدا کا نصیحت نامہ بے اثر رہے گا</w:t>
      </w:r>
    </w:p>
    <w:p>
      <w:r>
        <w:rPr>
          <w:b/>
        </w:rPr>
        <w:t xml:space="preserve">[1:57:04] </w:t>
      </w:r>
      <w:r>
        <w:t>duniya ki cheezein aur us ki raunaqe'n aadmi ke samne naqd hoti hain aadmi hairaan un ki lazzat aur khoobi ka tajruba karta hai is ke muqable mein akhirat ki nematein sirf wada ki hesiyat rakhti hain</w:t>
      </w:r>
    </w:p>
    <w:p>
      <w:pPr>
        <w:jc w:val="right"/>
      </w:pPr>
      <w:r>
        <w:t>دنیا کی چیزیں اور اس کی رونقیں آدمی کے سامنے نقد ہوتی ہیں آدمی حیران ان کی لذت اور خوبی کا تجربہ کرتا ہے اس کے مقابلے میں آخرت کی نعمتیں صرف وعدہ کی حیثیت رکھتی ہیں</w:t>
      </w:r>
    </w:p>
    <w:p>
      <w:r>
        <w:rPr>
          <w:b/>
        </w:rPr>
        <w:t xml:space="preserve">[1:57:22] </w:t>
      </w:r>
      <w:r>
        <w:t>aadmi sirf un ke bare mein sunta hai woh un ka tajruba nahi karta is bina par aksar log duniya ki naqd cheezon par toot padte hain magar jo shakhs gehrai ke sath sochega woh is baat par khush hoga ke khuda ne apni hidayat utar kar us ke liye abadi nematon ke husool ka darwaza khol diya hai</w:t>
      </w:r>
    </w:p>
    <w:p>
      <w:pPr>
        <w:jc w:val="right"/>
      </w:pPr>
      <w:r>
        <w:t>آدمی صرف ان کے بارے میں سنتا ہے وہ ان کا تجربہ نہیں کرتا اس بنا پر اکثر لوگ دنیا کی نقد چیزوں پر ٹوٹ پڑتے ہیں مگر جو شخص گہرائی کے ساتھ سوچے گا وہ اس بات پر خوش ہوگا کہ خدا نے اپنی ہدایت اتار کر اس کے لیے ابدی نعمتوں کے حصول کا دروازہ کھول دیا ہے</w:t>
      </w:r>
    </w:p>
    <w:p>
      <w:r>
        <w:rPr>
          <w:b/>
        </w:rPr>
        <w:t xml:space="preserve">[1:57:52] </w:t>
      </w:r>
      <w:r>
        <w:t>Allah ne jo kuch insan ko diya hai khwah woh zira'i pedawar ki soorat mein ho ya doosri soorat mein sab ka sab rizq hai aadmi agar in cheezon ko khuda ka diya hua samjhe aur khuda ke bataye hue tareeqe ke mutabiq in mein tasarrruf kare to us ke andar khuda ke shukr ka jazba ubhar</w:t>
      </w:r>
    </w:p>
    <w:p>
      <w:pPr>
        <w:jc w:val="right"/>
      </w:pPr>
      <w:r>
        <w:t>اللہ نے جو کچھ انسان کو دیا ہے خواہ وہ زرعی پیداوار کی صورت میں ہو یا دوسری صورت میں سب کا سب رزق ہے آدمی اگر ان چیزوں کو خدا کا دیا ہوا سمجھے اور خدا کے بتائے ہوئے طریقے کے مطابق ان میں تصرف کرے تو اس کے اندر خدا کے شکر کا جذبہ ابھر</w:t>
      </w:r>
    </w:p>
    <w:p>
      <w:r>
        <w:rPr>
          <w:b/>
        </w:rPr>
        <w:t xml:space="preserve">[1:58:13] </w:t>
      </w:r>
      <w:r>
        <w:t>ega magar shaitan hamesha is koshish mein rehta hai ke woh is nisbat ko badal de taake us rizq ke istemal ke waqt aadmi ko khuda ki yaad na aaye balkeh doosri doosri cheezon ki yaad aaye</w:t>
      </w:r>
    </w:p>
    <w:p>
      <w:pPr>
        <w:jc w:val="right"/>
      </w:pPr>
      <w:r>
        <w:t>ے گا مگر شیطان ہمیشہ اس کوشش میں رہتا ہے کہ وہ اس نسبت کو بدل دے تاکہ اس رزق کے استعمال کے وقت آدمی کو خدا کی یاد نہ آئے بلکہ دوسری دوسری چیزوں کی یاد آئے</w:t>
      </w:r>
    </w:p>
    <w:p>
      <w:r>
        <w:rPr>
          <w:b/>
        </w:rPr>
        <w:t xml:space="preserve">[1:58:33] </w:t>
      </w:r>
      <w:r>
        <w:t>qadeem zamane mein shaitan ne pedawar mein mahfoza ma'boodon ke rasoom muqarrar kiye taake aadmi un ko lete hue khuda ko yaad na kare balkeh mahfoza ma'boodon ko yaad kare maujooda zamane mein yahi maqsad shaitan madi tawjihaat ke zariye hasil kar raha hai</w:t>
      </w:r>
    </w:p>
    <w:p>
      <w:pPr>
        <w:jc w:val="right"/>
      </w:pPr>
      <w:r>
        <w:t>قدیم زمانے میں شیطان نے پیداوار میں محفوظہ معبودوں کے مراسم مقرر کیے تاکہ آدمی ان کو لیتے ہوئے خدا کو یاد نہ کرے بلکہ محفوظہ معبودوں کو یاد کرے موجودہ زمانے میں یہی مقصد شیطان مادی توجیحات کے ذریعے حاصل کر رہا ہے</w:t>
      </w:r>
    </w:p>
    <w:p>
      <w:r>
        <w:rPr>
          <w:b/>
        </w:rPr>
        <w:t xml:space="preserve">[1:58:58] </w:t>
      </w:r>
      <w:r>
        <w:t>wo khata ki taraf se milne wali cheez ko madi awamil ke tehat milne wali cheez bana kar logon ko dikha raha hai taake log jab in nematon ko paayein to woh us ko khuda ka rizq na samjhein balkeh sirf</w:t>
      </w:r>
    </w:p>
    <w:p>
      <w:pPr>
        <w:jc w:val="right"/>
      </w:pPr>
      <w:r>
        <w:t>وہ خطا کی طرف سے ملنے والی چیز کو مادی عوامل کے تحت ملنے والی چیز بنا کر لوگوں کو دکھا رہا ہے تاکہ لوگ جب ان نعمتوں کو پائیں تو وہ اس کو خدا کا رزق نہ سمجھیں بلکہ صرف</w:t>
      </w:r>
    </w:p>
    <w:p>
      <w:r>
        <w:rPr>
          <w:b/>
        </w:rPr>
        <w:t xml:space="preserve">[1:59:16] </w:t>
      </w:r>
      <w:r>
        <w:t>madde ka karishma samjhein wa ma takoonu fi shaan wa ma tatlu minhu min quran wa la ta'maloona min 'amalin illa kunna 'alaykum shuhudhan idh tufeedhoona feehi</w:t>
      </w:r>
    </w:p>
    <w:p>
      <w:pPr>
        <w:jc w:val="right"/>
      </w:pPr>
      <w:r>
        <w:t>مادے کا کرشمہ سمجھیں وما تكون في شان وما تتلو منه من قرآن ولا تعملون من عمل إلا كنا عليكم شهودا إذ تفيضون فيه</w:t>
      </w:r>
    </w:p>
    <w:p>
      <w:r>
        <w:rPr>
          <w:b/>
        </w:rPr>
        <w:t xml:space="preserve">[1:59:38] </w:t>
      </w:r>
      <w:r>
        <w:t>wa ma ya'zubu 'an rabbika min mithqali dharratin fil ardi wa la fis-samaa'i wa la asghara min dhalika wa la</w:t>
      </w:r>
    </w:p>
    <w:p>
      <w:pPr>
        <w:jc w:val="right"/>
      </w:pPr>
      <w:r>
        <w:t>وما يعزب عن ربك من مثقال ذرة في الأرض ولا في السماء ولا أصغر من ذلك ولا</w:t>
      </w:r>
    </w:p>
    <w:p>
      <w:r>
        <w:rPr>
          <w:b/>
        </w:rPr>
        <w:t xml:space="preserve">[1:59:55] </w:t>
      </w:r>
      <w:r>
        <w:t>asghara min dhalika wa la akbaru illa fi kitabin mubeen ala inna awliyaa'</w:t>
      </w:r>
    </w:p>
    <w:p>
      <w:pPr>
        <w:jc w:val="right"/>
      </w:pPr>
      <w:r>
        <w:t>أصغر من ذلك ولا أكبر إلا في كتاب مبين ألا إن أولياء</w:t>
      </w:r>
    </w:p>
    <w:p>
      <w:r>
        <w:rPr>
          <w:b/>
        </w:rPr>
        <w:t xml:space="preserve">[2:00:13] </w:t>
      </w:r>
      <w:r>
        <w:t>Allahi la khawfun 'alayhim wa la hum yahzanoon alladheena amanoo wa kanoo yattaqoon lahumul bushra fil hayatid dunya wa fil akhirati</w:t>
      </w:r>
    </w:p>
    <w:p>
      <w:pPr>
        <w:jc w:val="right"/>
      </w:pPr>
      <w:r>
        <w:t>الله لا خوف عليهم ولا هم يحزنون الذين آمنوا وكانوا يتقون لهم البشرى في الحياة الدنيا وفي الآخرة</w:t>
      </w:r>
    </w:p>
    <w:p>
      <w:r>
        <w:rPr>
          <w:b/>
        </w:rPr>
        <w:t xml:space="preserve">[2:00:32] </w:t>
      </w:r>
      <w:r>
        <w:t>la tabdeela likalimati Allahi dhalika huwal fawzul 'adheem</w:t>
      </w:r>
    </w:p>
    <w:p>
      <w:pPr>
        <w:jc w:val="right"/>
      </w:pPr>
      <w:r>
        <w:t>لا تبديل لكلمات الله ذلك هو الفوز العظيم</w:t>
      </w:r>
    </w:p>
    <w:p>
      <w:r>
        <w:rPr>
          <w:b/>
        </w:rPr>
        <w:t xml:space="preserve">[2:00:42] </w:t>
      </w:r>
      <w:r>
        <w:t>wa la yahzunnaka qawluhum innal 'izzata lillahi jamee'an huwas samee'ul aleem</w:t>
      </w:r>
    </w:p>
    <w:p>
      <w:pPr>
        <w:jc w:val="right"/>
      </w:pPr>
      <w:r>
        <w:t>ولا يحزنك قولهم إن العزة لله جميعا هو السميع العليم</w:t>
      </w:r>
    </w:p>
    <w:p>
      <w:r>
        <w:rPr>
          <w:b/>
        </w:rPr>
        <w:t xml:space="preserve">[2:00:56] </w:t>
      </w:r>
      <w:r>
        <w:t>aur tum jis haal mein bhi ho aur quran mein se jo hissa bhi suna rahe ho aur tum log jo kaam bhi karte ho hum tumhare upar gawah rehte hain jis waqt tum us mein mashgool hote ho aur tere rab se zara barabar bhi koi cheez ghayib nahi na zameen mein aur na aasman mein aur na us se choti aur na badi magar woh ek wazeh kitab</w:t>
      </w:r>
    </w:p>
    <w:p>
      <w:pPr>
        <w:jc w:val="right"/>
      </w:pPr>
      <w:r>
        <w:t>اور تم جس حال میں بھی ہو اور قرآن میں سے جو حصہ بھی سنا رہے ہو اور تم لوگ جو کام بھی کرتے ہو ہم تمہارے اوپر گواہ رہتے ہیں جس وقت تم اس میں مشغول ہوتے ہو اور تیرے رب سے ذرہ برابر بھی کوئی چیز غائب نہیں نہ زمین میں اور نہ آسمان میں اور نہ اس سے چھوٹی اور نہ بڑی مگر وہ ایک واضح کتاب</w:t>
      </w:r>
    </w:p>
    <w:p>
      <w:r>
        <w:rPr>
          <w:b/>
        </w:rPr>
        <w:t xml:space="preserve">[2:01:25] </w:t>
      </w:r>
      <w:r>
        <w:t>mein hai sun lo Allah ke doston ke liye na koi khauf hoga na woh ghamgeen honge yeh woh log hain jo iman laye aur darte rahe un ke liye khushkhabri hai duniya ki zindagi mein bhi aur akhirat mein Allah ki baaton mein koi tabdeeli nahi yahi badi kamyabi hai aur tum ko un ki baat gham mein na dale</w:t>
      </w:r>
    </w:p>
    <w:p>
      <w:pPr>
        <w:jc w:val="right"/>
      </w:pPr>
      <w:r>
        <w:t>میں ہے سن لو اللہ کے دوستوں کے لیے نہ کوئی خوف ہوگا نہ وہ غمگین ہوں گے یہ وہ لوگ ہیں جو ایمان لائے اور ڈرتے رہے ان کے لیے خوشخبری ہے دنیا کی زندگی میں بھی اور آخرت میں اللہ کی باتوں میں کوئی تبدیلی نہیں یہی بڑی کامیابی ہے اور تم کو ان کی بات غم میں نہ ڈالے</w:t>
      </w:r>
    </w:p>
    <w:p>
      <w:r>
        <w:rPr>
          <w:b/>
        </w:rPr>
        <w:t xml:space="preserve">[2:01:54] </w:t>
      </w:r>
      <w:r>
        <w:t>zor sab allah hi ke liye hai woh sunne wala janne wala hai tashreeh dawat is dunya ke tamam kamon mein mushkil tareen kaam hai daai apne pure wajood ko dawati amal mein shamil karta hai is ke baad yahi mumkin hota hai ke woh kisi paigham ka daai ban sake</w:t>
      </w:r>
    </w:p>
    <w:p>
      <w:pPr>
        <w:jc w:val="right"/>
      </w:pPr>
      <w:r>
        <w:t>زور سب اللہ ہی کے لیے ہے وہ سننے والا جاننے والا ہے تشریح دعوت اس دنیا کے تمام کاموں میں مشکل ترین کام ہے داعی اپنے پورے وجود کو دعوتی عمل میں شامل کرتا ہے اس کے بعد یہی ممکن ہوتا ہے کہ وہ کسی پیغام کا داعی بن سکے</w:t>
      </w:r>
    </w:p>
    <w:p>
      <w:r>
        <w:rPr>
          <w:b/>
        </w:rPr>
        <w:t xml:space="preserve">[2:02:21] </w:t>
      </w:r>
      <w:r>
        <w:t>is se bhi ziyada sakht marhala woh hai jo mukhatibeen ki taraf se paish aata hai daai jab</w:t>
      </w:r>
    </w:p>
    <w:p>
      <w:pPr>
        <w:jc w:val="right"/>
      </w:pPr>
      <w:r>
        <w:t>اس سے بھی زیادہ سخت مرحلہ وہ ہے جو مخاطبین کی طرف سے پیش آتا ہے داعی جب</w:t>
      </w:r>
    </w:p>
    <w:p>
      <w:r>
        <w:rPr>
          <w:b/>
        </w:rPr>
        <w:t xml:space="preserve">[2:02:28] </w:t>
      </w:r>
      <w:r>
        <w:t>Khuda ke deen ko be aamez soorat mein paish karta hai aur us ko khule dalail ki zabaan</w:t>
      </w:r>
    </w:p>
    <w:p>
      <w:pPr>
        <w:jc w:val="right"/>
      </w:pPr>
      <w:r>
        <w:t>خدا کے دین کو بے آمیز صورت میں پیش کرتا ہے اور اس کو کھلے دلائل کی زبان</w:t>
      </w:r>
    </w:p>
    <w:p>
      <w:r>
        <w:rPr>
          <w:b/>
        </w:rPr>
        <w:t xml:space="preserve">[2:02:34] </w:t>
      </w:r>
      <w:r>
        <w:t>mein mubarrhan kar deta hai to woh tamam log biphar uthte hain jo khud sakhta deen ko Khuda</w:t>
      </w:r>
    </w:p>
    <w:p>
      <w:pPr>
        <w:jc w:val="right"/>
      </w:pPr>
      <w:r>
        <w:t>میں مبرہن کر دیتا ہے تو وہ تمام لوگ بپھر اٹھتے ہیں جو خود ساختہ دین کو خدا</w:t>
      </w:r>
    </w:p>
    <w:p>
      <w:r>
        <w:rPr>
          <w:b/>
        </w:rPr>
        <w:t xml:space="preserve">[2:02:43] </w:t>
      </w:r>
      <w:r>
        <w:t>ka deen bata kar deen daar bane hue hon</w:t>
      </w:r>
    </w:p>
    <w:p>
      <w:pPr>
        <w:jc w:val="right"/>
      </w:pPr>
      <w:r>
        <w:t>کا دین بتا کر دین دار بنے ہوئے ہوں</w:t>
      </w:r>
    </w:p>
    <w:p>
      <w:r>
        <w:rPr>
          <w:b/>
        </w:rPr>
        <w:t xml:space="preserve">[2:02:48] </w:t>
      </w:r>
      <w:r>
        <w:t>ya deeni peshwai ka maqam hasil kiye hue hon</w:t>
      </w:r>
    </w:p>
    <w:p>
      <w:pPr>
        <w:jc w:val="right"/>
      </w:pPr>
      <w:r>
        <w:t>یا دینی پیشوائی کا مقام حاصل کیے ہوئے ہوں</w:t>
      </w:r>
    </w:p>
    <w:p>
      <w:r>
        <w:rPr>
          <w:b/>
        </w:rPr>
        <w:t xml:space="preserve">[2:02:54] </w:t>
      </w:r>
      <w:r>
        <w:t>woh daai ko zair karne ki koshish karte hain be buniyad propaganda sazish hatta ke jarhana karwaiyan har cheez ko woh apne liye jaiz kar lete hain maujooda dunya mein mili hui azadi unhein moqa deti hai aur woh daai ke khilaf jo kuch karna chahte hain karte chale jate hain</w:t>
      </w:r>
    </w:p>
    <w:p>
      <w:pPr>
        <w:jc w:val="right"/>
      </w:pPr>
      <w:r>
        <w:t>وہ داعی کو زیر کرنے کی کوشش کرتے ہیں بے بنیاد پروپیگنڈا سازش حتی کہ جارحانہ کاروائیاں ہر چیز کو وہ اپنے لیے جائز کر لیتے ہیں موجودہ دنیا میں ملی ہوئی آزادی انہیں موقع دیتی ہے اور وہ داعی کے خلاف جو کچھ کرنا چاہتے ہیں کرتے چلے جاتے ہیں</w:t>
      </w:r>
    </w:p>
    <w:p>
      <w:r>
        <w:rPr>
          <w:b/>
        </w:rPr>
        <w:t xml:space="preserve">[2:03:18] </w:t>
      </w:r>
      <w:r>
        <w:t>yeh soorat haal yahan tak pohnchti hai ke daleel ki taqat tamam tar ek taraf ho jati hai aur madiyat ki taqat tamam tar doosri taraf yeh soorat haal bilashuba be hadd sakht hai is ke baad ek taraf yeh hota hai ke mukhalifeen haq ke hausle barhte chale jate hain woh apne ko kamyab samajhne lagte hain</w:t>
      </w:r>
    </w:p>
    <w:p>
      <w:pPr>
        <w:jc w:val="right"/>
      </w:pPr>
      <w:r>
        <w:t>یہ صورتحال یہاں تک پہنچتی ہے کہ دلیل کی طاقت تمام تر ایک طرف ہو جاتی ہے اور مادیت کی طاقت تمام تر دوسری طرف یہ صورتحال بلاشبہ بے حد سخت ہے اس کے بعد ایک طرف یہ ہوتا ہے کہ مخالفین حق کے حوصلے بڑھتے چلے جاتے ہیں وہ اپنے کو کامیاب سمجھنے لگتے ہیں</w:t>
      </w:r>
    </w:p>
    <w:p>
      <w:r>
        <w:rPr>
          <w:b/>
        </w:rPr>
        <w:t xml:space="preserve">[2:03:47] </w:t>
      </w:r>
      <w:r>
        <w:t>doosri taraf daai par bhi yeh khayal guzarta hai ke kya allah is mamle mein ghair janabdar hai kya woh mujhe haq o batil ke is muarrake mein daal kar khud alag ho gaya magar aisa nahi hai yeh mumkin nahi hai ke allah haq ka saath na de mukhalifeen ka be daleel ho jana aur daleel ki quwwat ka tamam tar daai ki taraf hona</w:t>
      </w:r>
    </w:p>
    <w:p>
      <w:pPr>
        <w:jc w:val="right"/>
      </w:pPr>
      <w:r>
        <w:t>دوسری طرف داعی پر بھی یہ خیال گزرتا ہے کہ کیا خدا اس معاملے میں غیر جانبدار ہے کیا وہ مجھے حق و باطل کے اس معرکے میں ڈال کر خود علیحدہ ہو گیا مگر ایسا نہیں ہے یہ ممکن نہیں ہے کہ خدا حق کا ساتھ نہ دے مخالفین کا بے دلیل ہو جانا اور دلیل کی قوت کا تمام تر داعی کی طرف ہونا</w:t>
      </w:r>
    </w:p>
    <w:p>
      <w:r>
        <w:rPr>
          <w:b/>
        </w:rPr>
        <w:t xml:space="preserve">[2:04:14] </w:t>
      </w:r>
      <w:r>
        <w:t>yahi is baat ka suboot hai ke allah daai ke saath hai na ke doosre giroh ke saath kyun ke daleel maujooda dunya mein allah ki numainda hai jis ke saath daleel hai us ke saath goya allah hai mukhalifeen haq ko jarhiyat ka moqa sirf is azadi ki wajah se mil raha hai jo imtehan ki khatir unhein di gayi hai</w:t>
      </w:r>
    </w:p>
    <w:p>
      <w:pPr>
        <w:jc w:val="right"/>
      </w:pPr>
      <w:r>
        <w:t>یہی اس بات کا ثبوت ہے کہ خدا داعی کے ساتھ ہے نہ کہ دوسرے گروہ کے ساتھ کیونکہ دلیل موجودہ دنیا میں خدا کی نمائندہ ہے جس کے ساتھ دلیل ہے اس کے ساتھ گویا خدا ہے مخالفین حق کو جارحیت کا موقع صرف اس آزادی کی وجہ سے مل رہا ہے جو امتحان کی خاطر انہیں دی گئی ہے</w:t>
      </w:r>
    </w:p>
    <w:p>
      <w:r>
        <w:rPr>
          <w:b/>
        </w:rPr>
        <w:t xml:space="preserve">[2:04:43] </w:t>
      </w:r>
      <w:r>
        <w:t>imtehani dunya ke khatam hote hi yeh soorat haal badal jayegi is waqt izzat aur bartari is ke liye hogi jo daleel ki buniyad par khara hua tha jo log daleel se khali the woh wahan ki dunya mein ruswa aur nakaam ho kar reh jayenge allah ke sachche daaiyon ka giroh allah ke doston ka giroh hai</w:t>
      </w:r>
    </w:p>
    <w:p>
      <w:pPr>
        <w:jc w:val="right"/>
      </w:pPr>
      <w:r>
        <w:t>امتحانی دنیا کے ختم ہوتے ہی یہ صورتحال بدل جائے گی اس وقت عزت اور برتری اس کے لیے ہوگی جو دلیل کی بنیاد پر کھڑا ہوا تھا جو لوگ دلیل سے خالی تھے وہ وہاں کی دنیا میں رسوا اور ناکام ہو کر رہ جائیں گے اللہ کے سچے داعیوں کا گروہ خدا کے دوستوں کا گروہ ہے</w:t>
      </w:r>
    </w:p>
    <w:p>
      <w:r>
        <w:rPr>
          <w:b/>
        </w:rPr>
        <w:t xml:space="preserve">[2:05:09] </w:t>
      </w:r>
      <w:r>
        <w:t>allah in ko akhirat mein ek aisi aala zindagi ki khushkhabri deta hai jahan na unhein pichli zindagi ke liye koi pachtawa hoga aur na agli zindagi ke liye koi andesha</w:t>
      </w:r>
    </w:p>
    <w:p>
      <w:pPr>
        <w:jc w:val="right"/>
      </w:pPr>
      <w:r>
        <w:t>اللہ ان کو آخرت میں ایک ایسی اعلیٰ زندگی کی خوشخبری دیتا ہے جہاں نہ انہیں پچھلی زندگی کے لیے کوئی پچھتاوا ہوگا اور نہ اگلی زندگی کے لیے کوئی اندیشہ</w:t>
      </w:r>
    </w:p>
    <w:p>
      <w:r>
        <w:rPr>
          <w:b/>
        </w:rPr>
        <w:t xml:space="preserve">[2:05:27] </w:t>
      </w:r>
      <w:r>
        <w:t>ala in lillahi ma fis samawati wa ma fil ard</w:t>
      </w:r>
    </w:p>
    <w:p>
      <w:pPr>
        <w:jc w:val="right"/>
      </w:pPr>
      <w:r>
        <w:t>ألا إن لله من في السماوات ومن في الأرض</w:t>
      </w:r>
    </w:p>
    <w:p>
      <w:r>
        <w:rPr>
          <w:b/>
        </w:rPr>
        <w:t xml:space="preserve">[2:05:37] </w:t>
      </w:r>
      <w:r>
        <w:t>wa ma yattabi ullazina yaduna min dunillahi shuraka</w:t>
      </w:r>
    </w:p>
    <w:p>
      <w:pPr>
        <w:jc w:val="right"/>
      </w:pPr>
      <w:r>
        <w:t>وما يتبع الذين يدعون من دون الله شركاء</w:t>
      </w:r>
    </w:p>
    <w:p>
      <w:r>
        <w:rPr>
          <w:b/>
        </w:rPr>
        <w:t xml:space="preserve">[2:05:47] </w:t>
      </w:r>
      <w:r>
        <w:t>in yattabi'oona illa al-dhanna</w:t>
      </w:r>
    </w:p>
    <w:p>
      <w:pPr>
        <w:jc w:val="right"/>
      </w:pPr>
      <w:r>
        <w:t>إن يتبعون إلا الظن</w:t>
      </w:r>
    </w:p>
    <w:p>
      <w:r>
        <w:rPr>
          <w:b/>
        </w:rPr>
        <w:t xml:space="preserve">[2:05:51] </w:t>
      </w:r>
      <w:r>
        <w:t>wa in hum illa yakhrusoon</w:t>
      </w:r>
    </w:p>
    <w:p>
      <w:pPr>
        <w:jc w:val="right"/>
      </w:pPr>
      <w:r>
        <w:t>وإن هم إلا يخرصون</w:t>
      </w:r>
    </w:p>
    <w:p>
      <w:r>
        <w:rPr>
          <w:b/>
        </w:rPr>
        <w:t xml:space="preserve">[2:05:55] </w:t>
      </w:r>
      <w:r>
        <w:t>huwa alladhi ja'ala lakum al-layla litaskunoo feehi wa al-nahara mubṣiran</w:t>
      </w:r>
    </w:p>
    <w:p>
      <w:pPr>
        <w:jc w:val="right"/>
      </w:pPr>
      <w:r>
        <w:t>هو الذي جعل لكم الليل لتسكنوا فيه والنهار مبصرا</w:t>
      </w:r>
    </w:p>
    <w:p>
      <w:r>
        <w:rPr>
          <w:b/>
        </w:rPr>
        <w:t xml:space="preserve">[2:06:04] </w:t>
      </w:r>
      <w:r>
        <w:t>inna fee dhalika la'ayatin liqawmin yasma'oon</w:t>
      </w:r>
    </w:p>
    <w:p>
      <w:pPr>
        <w:jc w:val="right"/>
      </w:pPr>
      <w:r>
        <w:t>إن في ذلك لآيات لقوم يسمعون</w:t>
      </w:r>
    </w:p>
    <w:p>
      <w:r>
        <w:rPr>
          <w:b/>
        </w:rPr>
        <w:t xml:space="preserve">[2:06:12] </w:t>
      </w:r>
      <w:r>
        <w:t>suno jo aasmanon mein hain aur jo zameen mein hain sab Allah ke hain aur jo log Allah</w:t>
      </w:r>
    </w:p>
    <w:p>
      <w:pPr>
        <w:jc w:val="right"/>
      </w:pPr>
      <w:r>
        <w:t>سنو جو آسمانوں میں ہیں اور جو زمین میں ہیں سب اللہ کے ہیں اور جو لوگ اللہ</w:t>
      </w:r>
    </w:p>
    <w:p>
      <w:r>
        <w:rPr>
          <w:b/>
        </w:rPr>
        <w:t xml:space="preserve">[2:06:21] </w:t>
      </w:r>
      <w:r>
        <w:t>ke siwa shareekon ko pukarte hain woh kis cheez ki pairvi kar rahe hain woh sirf gumaan ki</w:t>
      </w:r>
    </w:p>
    <w:p>
      <w:pPr>
        <w:jc w:val="right"/>
      </w:pPr>
      <w:r>
        <w:t>کے سوا شریکوں کو پکارتے ہیں وہ کس چیز کی پیروی کر رہے ہیں وہ صرف گمان کی</w:t>
      </w:r>
    </w:p>
    <w:p>
      <w:r>
        <w:rPr>
          <w:b/>
        </w:rPr>
        <w:t xml:space="preserve">[2:06:29] </w:t>
      </w:r>
      <w:r>
        <w:t>pairvi kar rahe hain aur woh mahaz</w:t>
      </w:r>
    </w:p>
    <w:p>
      <w:pPr>
        <w:jc w:val="right"/>
      </w:pPr>
      <w:r>
        <w:t>پیروی کر رہے ہیں اور وہ محض</w:t>
      </w:r>
    </w:p>
    <w:p>
      <w:r>
        <w:rPr>
          <w:b/>
        </w:rPr>
        <w:t xml:space="preserve">[2:06:33] </w:t>
      </w:r>
      <w:r>
        <w:t>atkal dora rahe hain</w:t>
      </w:r>
    </w:p>
    <w:p>
      <w:pPr>
        <w:jc w:val="right"/>
      </w:pPr>
      <w:r>
        <w:t>اٹکل دوڑا رہے ہیں</w:t>
      </w:r>
    </w:p>
    <w:p>
      <w:r>
        <w:rPr>
          <w:b/>
        </w:rPr>
        <w:t xml:space="preserve">[2:06:35] </w:t>
      </w:r>
      <w:r>
        <w:t>woh allah hai jis ne tumhare liye raat banai ta ke tum sukoon hasil karo aur din ko roshan banaya beshak is mein nishaniyan hain un logon ke liye jo sunte hain</w:t>
      </w:r>
    </w:p>
    <w:p>
      <w:pPr>
        <w:jc w:val="right"/>
      </w:pPr>
      <w:r>
        <w:t>وہ اللہ ہے جس نے تمہارے لیے رات بنائی تاکہ تم سکون حاصل کرو اور دن کو روشن بنایا بے شک اس میں نشانیاں ہیں ان لوگوں کے لیے جو سنتے ہیں</w:t>
      </w:r>
    </w:p>
    <w:p>
      <w:r>
        <w:rPr>
          <w:b/>
        </w:rPr>
        <w:t xml:space="preserve">[2:06:54] </w:t>
      </w:r>
      <w:r>
        <w:t>tashreeh zameen o aasman ke peeche kaun hai jo is ko sambhale hue hai aur is ko chala raha hai</w:t>
      </w:r>
    </w:p>
    <w:p>
      <w:pPr>
        <w:jc w:val="right"/>
      </w:pPr>
      <w:r>
        <w:t>تشریح زمین و آسمان کے پیچھے کون ہے جو اس کو سنبھالے ہوئے ہے اور اس کو چلا رہا ہے</w:t>
      </w:r>
    </w:p>
    <w:p>
      <w:r>
        <w:rPr>
          <w:b/>
        </w:rPr>
        <w:t xml:space="preserve">[2:07:03] </w:t>
      </w:r>
      <w:r>
        <w:t>yeh sawal har zamane mein insaan ki talash ka markazi nuqta raha hai magar is sawal ka sahi jawab pana isi waqt mumkin hai jab ke aadmi mawra'e tabiyat dunya tak dekh sake aur mawra'e tabiyat tak dekhne wali aankh kisi ko hasil nahi</w:t>
      </w:r>
    </w:p>
    <w:p>
      <w:pPr>
        <w:jc w:val="right"/>
      </w:pPr>
      <w:r>
        <w:t>یہ سوال ہر زمانے میں انسان کی تلاش کا مرکزی نقطہ رہا ہے مگر اس سوال کا صحیح جواب پانا اسی وقت ممکن ہے جب کہ آدمی ماورائے طبیعیات دنیا تک دیکھ سکے اور ماورائے طبیعیات تک دیکھنے والی آنکھ کسی کو حاصل نہیں</w:t>
      </w:r>
    </w:p>
    <w:p>
      <w:r>
        <w:rPr>
          <w:b/>
        </w:rPr>
        <w:t xml:space="preserve">[2:07:28] </w:t>
      </w:r>
      <w:r>
        <w:t>yahi wajah hai ke har woh jawab jo woh ba'tor khud qaim karta hai woh mahaz qyas o guman ki buniyad par hota hai na ke haqeeqi ilm ki buniyad par is dunya mein haqeeqi ilm ki buniyad par bolne wale sirf woh log hain jin ko paighambar kaha jata hai</w:t>
      </w:r>
    </w:p>
    <w:p>
      <w:pPr>
        <w:jc w:val="right"/>
      </w:pPr>
      <w:r>
        <w:t>یہی وجہ ہے کہ ہر وہ جواب جو وہ بطور خود قائم کرتا ہے وہ محض قیاس و گمان کی بنیاد پر ہوتا ہے نہ کہ حقیقی علم کی بنیاد پر اس دنیا میں حقیقی علم کی بنیاد پر بولنے والے صرف وہ لوگ ہیں جن کو پیغمبر کہا جاتا ہے</w:t>
      </w:r>
    </w:p>
    <w:p>
      <w:r>
        <w:rPr>
          <w:b/>
        </w:rPr>
        <w:t xml:space="preserve">[2:07:51] </w:t>
      </w:r>
      <w:r>
        <w:t>yeh woh makhsoos log hain jin ka rabt alam e bala se barah e rast qaim hota hai allah khud unhein apni taraf se haqeeqat ki khabar deta hai is liye is dunya mein paighambar ka ilm hi wahid ilm hai jis par yaqeeni tor par bharosa kiya ja sake</w:t>
      </w:r>
    </w:p>
    <w:p>
      <w:pPr>
        <w:jc w:val="right"/>
      </w:pPr>
      <w:r>
        <w:t>یہ وہ مخصوص لوگ ہیں جن کا ربط عالم بالا سے براہ راست قائم ہوتا ہے خدا خود انہیں اپنی طرف سے حقیقت کی خبر دیتا ہے اس لیے اس دنیا میں پیغمبر کا علم ہی واحد علم ہے جس پر یقینی طور پر بھروسہ کیا جا سکے</w:t>
      </w:r>
    </w:p>
    <w:p>
      <w:r>
        <w:rPr>
          <w:b/>
        </w:rPr>
        <w:t xml:space="preserve">[2:08:15] </w:t>
      </w:r>
      <w:r>
        <w:t>paighambaron ke dawe ki sadaqat ko janchne ke liye agarchay hamare paas koi barah e rast zariya nahi hai taham ek balawasta zariya yaqeeni tor par maujood hai aur woh kainat ki nishaniyan hain yeh nishaniyan paighambaron ke bayan kardah ma'anvi haqaiq ki amli tasdeeq kar rahi hain</w:t>
      </w:r>
    </w:p>
    <w:p>
      <w:pPr>
        <w:jc w:val="right"/>
      </w:pPr>
      <w:r>
        <w:t>پیغمبروں کے دعوے کی صداقت کو جانچنے کے لیے اگرچہ ہمارے پاس کوئی براہ راست ذریعہ نہیں ہے تاہم ایک بالواسطہ ذریعہ یقینی طور پر موجود ہے اور وہ کائنات کی نشانیاں ہیں یہ نشانیاں پیغمبروں کے بیان کردہ معنوی حقائق کی عملی تصدیق کر رہی ہیں</w:t>
      </w:r>
    </w:p>
    <w:p>
      <w:r>
        <w:rPr>
          <w:b/>
        </w:rPr>
        <w:t xml:space="preserve">[2:08:44] </w:t>
      </w:r>
      <w:r>
        <w:t>misal ke taur par hum dekhte hain ke hamari zameen par raat ke baad din aata hai aur din ke baad raat aati hai yeh gardish ek intehai muhkam nizam ki wajah se wajood mein aati hai jo riyaziati sehat ki had tak munazzam hai mazeed yeh ke yeh gardish hairat nak had tak hamari zindagi ke muwafiq hai</w:t>
      </w:r>
    </w:p>
    <w:p>
      <w:pPr>
        <w:jc w:val="right"/>
      </w:pPr>
      <w:r>
        <w:t>مثال کے طور پر ہم دیکھتے ہیں کہ ہماری زمین پر رات کے بعد دن آتا ہے اور دن کے بعد رات آتی ہے یہ گردش ایک انتہائی محکم نظام کی وجہ سے وجود میں آتی ہے جو ریاضیاتی صحت کی حد تک منظم ہے مزید یہ کہ یہ گردش حیرت ناک حد تک ہماری زندگی کے موافق ہے</w:t>
      </w:r>
    </w:p>
    <w:p>
      <w:r>
        <w:rPr>
          <w:b/>
        </w:rPr>
        <w:t xml:space="preserve">[2:09:12] </w:t>
      </w:r>
      <w:r>
        <w:t>is ke peeche wazeh taur par ek ba maqsad mansooba kaam karta hua nazar aata hai yeh soorat haal yaqeeni taur par ek aise qadir e mutlaq aur rehman o raheem ke wajood ka suboot hai jis ki khabar paighambar dete hain</w:t>
      </w:r>
    </w:p>
    <w:p>
      <w:pPr>
        <w:jc w:val="right"/>
      </w:pPr>
      <w:r>
        <w:t>اس کے پیچھے واضح طور پر ایک بامقصد منصوبہ کام کرتا ہوا نظر آتا ہے یہ صورتحال یقینی طور پر ایک ایسے قادر مطلق اور رحمن و رحیم کے وجود کا ثبوت ہے جس کی خبر پیغمبر دیتے ہیں</w:t>
      </w:r>
    </w:p>
    <w:p>
      <w:r>
        <w:rPr>
          <w:b/>
        </w:rPr>
        <w:t xml:space="preserve">[2:09:35] </w:t>
      </w:r>
      <w:r>
        <w:t>jo log apne khayal ke mutabiq shareekon ki pairwi kar rahe hain woh shareekah khwah qadeem ilahiyati shareekah hon ya jadeed madi shareekah woh kisi waqi'i haqeeqat ki pairwi nahi kar rahe hain balke sirf apne qyas o guman ki pairwi kar rahe hain</w:t>
      </w:r>
    </w:p>
    <w:p>
      <w:pPr>
        <w:jc w:val="right"/>
      </w:pPr>
      <w:r>
        <w:t>جو لوگ اپنے خیال کے مطابق شریکوں کی پیروی کر رہے ہیں وہ شرکاء خواہ قدیم الہیاتی شرکاء ہوں یا جدید مادی شرکاء وہ کسی واقعی حقیقت کی پیروی نہیں کر رہے ہیں بلکہ صرف اپنے قیاس و گمان کی پیروی کر رہے ہیں</w:t>
      </w:r>
    </w:p>
    <w:p>
      <w:r>
        <w:rPr>
          <w:b/>
        </w:rPr>
        <w:t xml:space="preserve">[2:10:01] </w:t>
      </w:r>
      <w:r>
        <w:t>paighambaron ke zariye zahir hone wali haqeeqat ki tasdeeq sari kainat kar rahi hai magar mushrikeen jis cheez ke mudda'i hain us ki tasdeeq karne wala koi nahi subhanahu huwal ghani</w:t>
      </w:r>
    </w:p>
    <w:p>
      <w:pPr>
        <w:jc w:val="right"/>
      </w:pPr>
      <w:r>
        <w:t>پیغمبروں کے ذریعے ظاہر ہونے والی حقیقت کی تصدیق ساری کائنات کر رہی ہے مگر مشرکین جس چیز کے مدعی ہیں اس کی تصدیق کرنے والا کوئی نہیں سبحانه هو الغنی</w:t>
      </w:r>
    </w:p>
    <w:p>
      <w:r>
        <w:rPr>
          <w:b/>
        </w:rPr>
        <w:t xml:space="preserve">[2:10:24] </w:t>
      </w:r>
      <w:r>
        <w:t>lahu ma fis samawati wa ma fil ard in 'indakum min sultanin bi hada ataquluna 'alallahi ma la ta'lamun</w:t>
      </w:r>
    </w:p>
    <w:p>
      <w:pPr>
        <w:jc w:val="right"/>
      </w:pPr>
      <w:r>
        <w:t>له ما في السماوات وما في الأرض إن عندكم من سلطان بهذا أتقولون على الله ما لا تعلمون</w:t>
      </w:r>
    </w:p>
    <w:p>
      <w:r>
        <w:rPr>
          <w:b/>
        </w:rPr>
        <w:t xml:space="preserve">[2:10:43] </w:t>
      </w:r>
      <w:r>
        <w:t>qul in nallazina yaftaruna 'alallahi al kaziba la yuflihun mata'un fid dunya thumma ilayna marji'uhum thumma</w:t>
      </w:r>
    </w:p>
    <w:p>
      <w:pPr>
        <w:jc w:val="right"/>
      </w:pPr>
      <w:r>
        <w:t>قل إن الذين يفترون على الله الكذب لا يفلحون متاع في الدنيا ثم إلينا مرجعهم ثم</w:t>
      </w:r>
    </w:p>
    <w:p>
      <w:r>
        <w:rPr>
          <w:b/>
        </w:rPr>
        <w:t xml:space="preserve">[2:10:59] </w:t>
      </w:r>
      <w:r>
        <w:t>nudhiquhumul 'azabash shadeeda bima kanu yakfurun</w:t>
      </w:r>
    </w:p>
    <w:p>
      <w:pPr>
        <w:jc w:val="right"/>
      </w:pPr>
      <w:r>
        <w:t>نذيقهم العذاب الشديد بما كانوا يكفرون</w:t>
      </w:r>
    </w:p>
    <w:p>
      <w:r>
        <w:rPr>
          <w:b/>
        </w:rPr>
        <w:t xml:space="preserve">[2:11:08] </w:t>
      </w:r>
      <w:r>
        <w:t>kehte hain ke Allah ne beta banaya hai woh pak hai be niaz hai isi ka hai jo kuch aasmanon mein hai aur jo kuch zameen mein hai tumhare paas us ki koi daleel nahi kya tum Allah par aisi baat ghadte ho jis ka tum ilm nahi rakhte</w:t>
      </w:r>
    </w:p>
    <w:p>
      <w:pPr>
        <w:jc w:val="right"/>
      </w:pPr>
      <w:r>
        <w:t>کہتے ہیں کہ اللہ نے بیٹا بنایا ہے وہ پاک ہے بے نیاز ہے اسی کا ہے جو کچھ آسمانوں میں ہے اور جو کچھ زمین میں ہے تمہارے پاس اس کی کوئی دلیل نہیں کیا تم اللہ پر ایسی بات گھڑتے ہو جس کا تم علم نہیں رکھتے</w:t>
      </w:r>
    </w:p>
    <w:p>
      <w:r>
        <w:rPr>
          <w:b/>
        </w:rPr>
        <w:t xml:space="preserve">[2:11:34] </w:t>
      </w:r>
      <w:r>
        <w:t>kaho jo log Allah par jhoot bandhte hain woh falah nahi payenge un ke liye bas dunya mein thoda faida utha lena hai phir hamari hi taraf un ka lotna hai phir un ko hum is inkar ke badle sakht azab ka maza chakhayenge</w:t>
      </w:r>
    </w:p>
    <w:p>
      <w:pPr>
        <w:jc w:val="right"/>
      </w:pPr>
      <w:r>
        <w:t>کہو جو لوگ اللہ پر جھوٹ باندھتے ہیں وہ فلاح نہیں پائیں گے ان کے لیے بس دنیا میں تھوڑا فائدہ اٹھا لینا ہے پھر ہماری ہی طرف ان کا لوٹنا ہے پھر ان کو ہم اس انکار کے بدلے سخت عذاب کا مزہ چکھائیں گے</w:t>
      </w:r>
    </w:p>
    <w:p>
      <w:r>
        <w:rPr>
          <w:b/>
        </w:rPr>
        <w:t xml:space="preserve">[2:12:01] </w:t>
      </w:r>
      <w:r>
        <w:t>tashreeh Khuda ke liye bete betiyan manna Khuda ko insan ke upar qayas karna hai insan kamiyon aur mahdudiyaton ka shikar hai is liye us ko aulad ki zaroorat hai ta ke un ke zariye woh apni kami aur apni mahdudiyat ki talafi kare</w:t>
      </w:r>
    </w:p>
    <w:p>
      <w:pPr>
        <w:jc w:val="right"/>
      </w:pPr>
      <w:r>
        <w:t>تشریح خدا کے لیے بیٹے بیٹیاں ماننا خدا کو انسان کے اوپر قیاس کرنا ہے انسان کمیوں اور محدودیتوں کا شکار ہے اس لیے اس کو اولاد کی ضرورت ہے تاکہ ان کے ذریعے وہ اپنی کمی اور اپنی محدودیت کی تلافی کرے</w:t>
      </w:r>
    </w:p>
    <w:p>
      <w:r>
        <w:rPr>
          <w:b/>
        </w:rPr>
        <w:t xml:space="preserve">[2:12:31] </w:t>
      </w:r>
      <w:r>
        <w:t>magar Khuda ke mamle mein yeh qayas bilkul be buniyad hai</w:t>
      </w:r>
    </w:p>
    <w:p>
      <w:pPr>
        <w:jc w:val="right"/>
      </w:pPr>
      <w:r>
        <w:t>مگر خدا کے معاملے میں یہ قیاس بالکل بے بنیاد ہے</w:t>
      </w:r>
    </w:p>
    <w:p>
      <w:r>
        <w:rPr>
          <w:b/>
        </w:rPr>
        <w:t xml:space="preserve">[2:12:40] </w:t>
      </w:r>
      <w:r>
        <w:t>makhlouqat ka nizam khud hi is qism ke khaliq ki tardeed hai makhlouqat ka almi nizam jis Khuda ki shahadat de raha hai woh yaqeeni taur par ek aisa Khuda hai jo apni zaat mein aakhri had tak kamil hai</w:t>
      </w:r>
    </w:p>
    <w:p>
      <w:pPr>
        <w:jc w:val="right"/>
      </w:pPr>
      <w:r>
        <w:t>مخلوقات کا نظام خود ہی اس قسم کے خالق کی تردید ہے مخلوقات کا عالمی نظام جس خدا کی شہادت دے رہا ہے وہ یقینی طور پر ایک ایسا خدا ہے جو اپنی ذات میں آخری حد تک کامل ہے</w:t>
      </w:r>
    </w:p>
    <w:p>
      <w:r>
        <w:rPr>
          <w:b/>
        </w:rPr>
        <w:t xml:space="preserve">[2:12:59] </w:t>
      </w:r>
      <w:r>
        <w:t>woh har qism ke aibon aur kamiyon se pak hai Khuda agar apni zaat mein kamil na hota</w:t>
      </w:r>
    </w:p>
    <w:p>
      <w:pPr>
        <w:jc w:val="right"/>
      </w:pPr>
      <w:r>
        <w:t>وہ ہر قسم کے عیبوں اور کمیوں سے پاک ہے خدا اگر اپنی ذات میں کامل نہ ہوتا</w:t>
      </w:r>
    </w:p>
    <w:p>
      <w:r>
        <w:rPr>
          <w:b/>
        </w:rPr>
        <w:t xml:space="preserve">[2:13:10] </w:t>
      </w:r>
      <w:r>
        <w:t>agar woh aibon aur kamiyon wala khuda hota to kabhi woh maujooda kainaat jaisi kainaat ko nahi bana</w:t>
      </w:r>
    </w:p>
    <w:p>
      <w:pPr>
        <w:jc w:val="right"/>
      </w:pPr>
      <w:r>
        <w:t>اگر وہ عیبوں اور کمیوں والا خدا ہوتا تو کبھی وہ موجودہ کائنات جیسی کائنات کو نہیں بنا</w:t>
      </w:r>
    </w:p>
    <w:p>
      <w:r>
        <w:rPr>
          <w:b/>
        </w:rPr>
        <w:t xml:space="preserve">[2:13:19] </w:t>
      </w:r>
      <w:r>
        <w:t>sakta tha aur na us ko is tarah chala sakta tha jis tarah woh intehai mayari surat mein</w:t>
      </w:r>
    </w:p>
    <w:p>
      <w:pPr>
        <w:jc w:val="right"/>
      </w:pPr>
      <w:r>
        <w:t>سکتا تھا اور نہ اس کو اس طرح چلا سکتا تھا جس طرح وہ انتہائی معیاری صورت میں</w:t>
      </w:r>
    </w:p>
    <w:p>
      <w:r>
        <w:rPr>
          <w:b/>
        </w:rPr>
        <w:t xml:space="preserve">[2:13:28] </w:t>
      </w:r>
      <w:r>
        <w:t>chal rahi hai</w:t>
      </w:r>
    </w:p>
    <w:p>
      <w:pPr>
        <w:jc w:val="right"/>
      </w:pPr>
      <w:r>
        <w:t>چل رہی ہے</w:t>
      </w:r>
    </w:p>
    <w:p>
      <w:r>
        <w:rPr>
          <w:b/>
        </w:rPr>
        <w:t xml:space="preserve">[2:13:31] </w:t>
      </w:r>
      <w:r>
        <w:t>is ka matlab yeh hai ke paighambar jis Khuda e wahid ka tasawwur pesh kar raha hai us ka wajood to zameen o aasman ki tamam nishaniyon se sabit hai magar shareek thahranne walon ne Khuda ka jo tasawwur bana rakha hai us ka koi saboot maujooda kainat mein maujood nahi</w:t>
      </w:r>
    </w:p>
    <w:p>
      <w:pPr>
        <w:jc w:val="right"/>
      </w:pPr>
      <w:r>
        <w:t>اس کا مطلب یہ ہے کہ پیغمبر جس خدائے واحد کا تصور پیش کر رہا ہے اس کا وجود تو زمین و آسمان کی تمام نشانیوں سے ثابت ہے مگر شریک ٹھہرانے والوں نے خدا کا جو تصور بنا رکھا ہے اس کا کوئی ثبوت موجودہ کائنات میں موجود نہیں</w:t>
      </w:r>
    </w:p>
    <w:p>
      <w:r>
        <w:rPr>
          <w:b/>
        </w:rPr>
        <w:t xml:space="preserve">[2:13:59] </w:t>
      </w:r>
      <w:r>
        <w:t>ab zahir hai ke be saboot Khuda ko manna khud hi is baat ka saboot hai ke aise log kabhi kamyab nahi ho sakte kyun ke jo Khuda sarr e aam maujood na ho woh kaise kisi ki madad par aayega aur kaise kisi ko bamarad karega</w:t>
      </w:r>
    </w:p>
    <w:p>
      <w:pPr>
        <w:jc w:val="right"/>
      </w:pPr>
      <w:r>
        <w:t>اب ظاہر ہے کہ بے ثبوت خدا کو ماننا خود ہی اس بات کا ثبوت ہے کہ ایسے لوگ کبھی کامیاب نہیں ہو سکتے کیونکہ جو خدا سرے سے موجود نہ ہو وہ کیسے کسی کی مدد پر آئے گا اور کیسے کسی کو بامراد کرے گا</w:t>
      </w:r>
    </w:p>
    <w:p>
      <w:r>
        <w:rPr>
          <w:b/>
        </w:rPr>
        <w:t xml:space="preserve">[2:14:21] </w:t>
      </w:r>
      <w:r>
        <w:t>jo Khuda haqeeqi taur par maujood hai mushrikeen us ko mante nahi aur jis Khuda ko mante hain us ka kahin wajood nahi aisi halat mein mushrikeen maujooda kainat mein kyun kar kamyab ho sakte hain</w:t>
      </w:r>
    </w:p>
    <w:p>
      <w:pPr>
        <w:jc w:val="right"/>
      </w:pPr>
      <w:r>
        <w:t>جو خدا حقیقی طور پر موجود ہے مشرکین اس کو مانتے نہیں اور جس خدا کو مانتے ہیں اس کا کہیں وجود نہیں ایسی حالت میں مشرکین موجودہ کائنات میں کیوں کر کامیاب ہو سکتے ہیں</w:t>
      </w:r>
    </w:p>
    <w:p>
      <w:r>
        <w:rPr>
          <w:b/>
        </w:rPr>
        <w:t xml:space="preserve">[2:14:41] </w:t>
      </w:r>
      <w:r>
        <w:t>un ke liye jo wahid anjam muqaddar hai woh sirf yeh ke bilakhir woh be bas aur be sahara ho kar reh jayenge aur hamesha ke liye zillat aur nakami mein pade rahenge</w:t>
      </w:r>
    </w:p>
    <w:p>
      <w:pPr>
        <w:jc w:val="right"/>
      </w:pPr>
      <w:r>
        <w:t>ان کے لیے جو واحد انجام مقدر ہے وہ صرف یہ کہ بالاخر وہ بے بس اور بے سہارا ہو کر رہ جائیں اور ہمیشہ کے لیے ذلت اور ناکامی میں پڑے رہیں</w:t>
      </w:r>
    </w:p>
    <w:p>
      <w:r>
        <w:rPr>
          <w:b/>
        </w:rPr>
        <w:t xml:space="preserve">[2:14:59] </w:t>
      </w:r>
      <w:r>
        <w:t>maujooda dunya mein inkar ya shirk ka ravaiyya ikhtiyar karne se kisi ka kuch bigadta nahi is se aadmi galat fehmi mein pad jata hai</w:t>
      </w:r>
    </w:p>
    <w:p>
      <w:pPr>
        <w:jc w:val="right"/>
      </w:pPr>
      <w:r>
        <w:t>موجودہ دنیا میں انکار یا شرک کا رویہ اختیار کرنے سے کسی کا کچھ بگڑتا نہیں اس سے آدمی غلط فہمی میں پڑ جاتا ہے</w:t>
      </w:r>
    </w:p>
    <w:p>
      <w:r>
        <w:rPr>
          <w:b/>
        </w:rPr>
        <w:t xml:space="preserve">[2:15:12] </w:t>
      </w:r>
      <w:r>
        <w:t>magar yeh surat e haal sirf imtehan ki mahlat ki bina par hai dunya mein insan ko imtehan ki wajah se amal ki azadi di gayi hai jaise hi imtehan ki muddat khatm hogi maujooda surat e haal bhi khatm ho jayegi</w:t>
      </w:r>
    </w:p>
    <w:p>
      <w:pPr>
        <w:jc w:val="right"/>
      </w:pPr>
      <w:r>
        <w:t>مگر یہ صورتحال صرف امتحان کی مہلت کی بنا پر ہے دنیا میں انسان کو امتحان کی وجہ سے عمل کی آزادی دی گئی ہے جیسے ہی امتحان کی مدت ختم ہوگی موجودہ صورتحال بھی ختم ہو جائے گی</w:t>
      </w:r>
    </w:p>
    <w:p>
      <w:r>
        <w:rPr>
          <w:b/>
        </w:rPr>
        <w:t xml:space="preserve">[2:15:34] </w:t>
      </w:r>
      <w:r>
        <w:t>is waqt aadmi dekhega ke us ke paas in cheezon mein se koi cheez nahi hai jis ka woh apne aap ko malik samajh kar sarkash bana hua tha</w:t>
      </w:r>
    </w:p>
    <w:p>
      <w:pPr>
        <w:jc w:val="right"/>
      </w:pPr>
      <w:r>
        <w:t>اس وقت آدمی دیکھے گا کہ اس کے پاس ان چیزوں میں سے کوئی چیز نہیں ہے جس کا وہ اپنے آپ کو مالک سمجھ کر سرکش بنا ہوا تھا</w:t>
      </w:r>
    </w:p>
    <w:p>
      <w:r>
        <w:rPr>
          <w:b/>
        </w:rPr>
        <w:t xml:space="preserve">[2:15:49] </w:t>
      </w:r>
      <w:r>
        <w:t>hadees mein aaya hai ke Allah ne aql se kaha aey aql is kainat mein maine tujh se afzal tujh se haseen aur tujh se behtar makhlouq paida nahi ki insan ko aisi azeem nemmat dene ka yeh taqaza hai ke us ki zimmedari bhi azeem ho</w:t>
      </w:r>
    </w:p>
    <w:p>
      <w:pPr>
        <w:jc w:val="right"/>
      </w:pPr>
      <w:r>
        <w:t>حدیث میں آیا ہے کہ اللہ نے عقل سے کہا اے عقل اس کائنات میں میں نے تجھ سے افضل تجھ سے حسین اور تجھ سے بہتر مخلوق پیدا نہیں کی انسان کو ایسی عظیم نعمت دینے کا یہ تقاضا ہے کہ اس کی ذمہ داری بھی عظیم ہو</w:t>
      </w:r>
    </w:p>
    <w:p>
      <w:r>
        <w:rPr>
          <w:b/>
        </w:rPr>
        <w:t xml:space="preserve">[2:16:13] </w:t>
      </w:r>
      <w:r>
        <w:t>yahi wajah hai ke Khuda ke nazdeek sachai ka inkar sab se bada jurm hai sachai ko jab daleel se sabit kar diya jaye to aadmi ke upar lazim ho jata hai ke woh us ko maney</w:t>
      </w:r>
    </w:p>
    <w:p>
      <w:pPr>
        <w:jc w:val="right"/>
      </w:pPr>
      <w:r>
        <w:t>یہی وجہ ہے کہ خدا کے نزدیک سچائی کا انکار سب سے بڑا جرم ہے سچائی کو جب دلیل سے ثابت کر دیا جائے تو آدمی کے اوپر لازم ہو جاتا ہے کہ وہ اس کو مانے</w:t>
      </w:r>
    </w:p>
    <w:p>
      <w:r>
        <w:rPr>
          <w:b/>
        </w:rPr>
        <w:t xml:space="preserve">[2:16:33] </w:t>
      </w:r>
      <w:r>
        <w:t>aqli taur par sabit shuda ho jane ke baad agar woh sachai ka inkar karta hai to woh na qabil e maafi jurm ka irtikab kar raha hai</w:t>
      </w:r>
    </w:p>
    <w:p>
      <w:pPr>
        <w:jc w:val="right"/>
      </w:pPr>
      <w:r>
        <w:t>عقلی طور پر ثابت شدہ ہو جانے کے بعد اگر وہ سچائی کا انکار کرتا ہے تو وہ ناقابل معافی جرم کا ارتکاب کر رہا ہے</w:t>
      </w:r>
    </w:p>
    <w:p>
      <w:r>
        <w:rPr>
          <w:b/>
        </w:rPr>
        <w:t xml:space="preserve">[2:16:47] </w:t>
      </w:r>
      <w:r>
        <w:t>Khuda ne jab insan ko aisi aql di jis se woh haq ka haq hona aur batil ka batil hona jaan sake to us ke baad kya cheez hogi jo Khuda ke yahan</w:t>
      </w:r>
    </w:p>
    <w:p>
      <w:pPr>
        <w:jc w:val="right"/>
      </w:pPr>
      <w:r>
        <w:t>خدا نے جب انسان کو ایسی عقل دی جس سے وہ حق کا حق ہونا اور باطل کا باطل ہونا جان سکے تو اس کے بعد کیا چیز ہوگی جو خدا کے یہاں</w:t>
      </w:r>
    </w:p>
    <w:p>
      <w:r>
        <w:rPr>
          <w:b/>
        </w:rPr>
        <w:t xml:space="preserve">[2:17:06] </w:t>
      </w:r>
      <w:r>
        <w:t>us ke liye uzr ban sake</w:t>
      </w:r>
    </w:p>
    <w:p>
      <w:pPr>
        <w:jc w:val="right"/>
      </w:pPr>
      <w:r>
        <w:t>اس کے لیے عذر بن سکے</w:t>
      </w:r>
    </w:p>
    <w:p>
      <w:r>
        <w:rPr>
          <w:b/>
        </w:rPr>
        <w:t xml:space="preserve">[2:17:11] </w:t>
      </w:r>
      <w:r>
        <w:t>wa tuloo alayhim naba nooh iz qala li qawmihi ya qawmi in kana kabura alaykum maqami wa tazkeeri bi ayatil lahi fa alal lahi tawakkaltu</w:t>
      </w:r>
    </w:p>
    <w:p>
      <w:pPr>
        <w:jc w:val="right"/>
      </w:pPr>
      <w:r>
        <w:t>وَاتْلُوا عَلَيْهِمْ نَبَأَ نُوحٍ إِذْ قَالَ لِقَوْمِهِ يَا قَوْمِ إِنْ كَانَ كَبُرَ عَلَيْكُمْ مَقَامِي وَتَذْكِيرِي بِآيَاتِ اللَّهِ فَعَلَى اللَّهِ تَوَكَّلْتُ</w:t>
      </w:r>
    </w:p>
    <w:p>
      <w:r>
        <w:rPr>
          <w:b/>
        </w:rPr>
        <w:t xml:space="preserve">[2:17:28] </w:t>
      </w:r>
      <w:r>
        <w:t>fa alal lahi tawakkaltu fa ajmi'oo amrakum wa shurakaakum thumma la yakun amrukum alaykum ghummatun</w:t>
      </w:r>
    </w:p>
    <w:p>
      <w:pPr>
        <w:jc w:val="right"/>
      </w:pPr>
      <w:r>
        <w:t>فَعَلَى اللَّهِ تَوَكَّلْتُ فَأَجْمِعُوا أَمْرَكُمْ وَشُرَكَاءَكُمْ ثُمَّ لَا يَكُنْ أَمْرُكُمْ عَلَيْكُمْ غُمَّةٌ</w:t>
      </w:r>
    </w:p>
    <w:p>
      <w:r>
        <w:rPr>
          <w:b/>
        </w:rPr>
        <w:t xml:space="preserve">[2:17:44] </w:t>
      </w:r>
      <w:r>
        <w:t>thumma la yakun amrukum alaikum ghummah</w:t>
      </w:r>
    </w:p>
    <w:p>
      <w:pPr>
        <w:jc w:val="right"/>
      </w:pPr>
      <w:r>
        <w:t>ثُمَّ لَا يَكُنْ أَمْرُكُمْ عَلَيْكُمْ غُمَّةٌ</w:t>
      </w:r>
    </w:p>
    <w:p>
      <w:r>
        <w:rPr>
          <w:b/>
        </w:rPr>
        <w:t xml:space="preserve">[2:17:51] </w:t>
      </w:r>
      <w:r>
        <w:t>thumma qatoo'oo ilayya wala tunzuroon</w:t>
      </w:r>
    </w:p>
    <w:p>
      <w:pPr>
        <w:jc w:val="right"/>
      </w:pPr>
      <w:r>
        <w:t>ثُمَّ قَطُوعُوا إِلَيَّ وَلَا تُنْظِرُونَ</w:t>
      </w:r>
    </w:p>
    <w:p>
      <w:r>
        <w:rPr>
          <w:b/>
        </w:rPr>
        <w:t xml:space="preserve">[2:18:01] </w:t>
      </w:r>
      <w:r>
        <w:t>fain tawallaytum fa ma saaltukum min ajrin in ajriya illa alal laahi wa umirtu an akoona minal muslimeen</w:t>
      </w:r>
    </w:p>
    <w:p>
      <w:pPr>
        <w:jc w:val="right"/>
      </w:pPr>
      <w:r>
        <w:t>فَإِنْ تَوَلَّيْتُمْ فَمَا سَأَلْتُكُمْ مِنْ أَجْرٍ إِنْ أَجْرِيَ إِلَّا عَلَى اللَّهِ وَأُمِرْتُ أَنْ أَكُونَ مِنَ الْمُسْلِمِينَ</w:t>
      </w:r>
    </w:p>
    <w:p>
      <w:r>
        <w:rPr>
          <w:b/>
        </w:rPr>
        <w:t xml:space="preserve">[2:18:15] </w:t>
      </w:r>
      <w:r>
        <w:t>fa kazzaboohu fa najjaynahu wa man ma'ahu fil fulki wa ja alnahum khala ifa wa aghraqnal latheena kazzaboo bi ayatina fanzur kaifa kana aqibatu al munzareen</w:t>
      </w:r>
    </w:p>
    <w:p>
      <w:pPr>
        <w:jc w:val="right"/>
      </w:pPr>
      <w:r>
        <w:t>فَكَذَّبُوهُ فَنَجَّيْنَاهُ وَمَنْ مَعَهُ فِي الْفُلْكِ وَجَعَلْنَاهُمْ خَلَائِفَ وَأَغْرَقَنَا الَّذِينَ كَذَّبُوا بِآيَاتِنَا فَانْظُرْ كَيْفَ كَانَ عَاقِبَةُ الْمُنْذَرِينَ</w:t>
      </w:r>
    </w:p>
    <w:p>
      <w:r>
        <w:rPr>
          <w:b/>
        </w:rPr>
        <w:t xml:space="preserve">[2:18:39] </w:t>
      </w:r>
      <w:r>
        <w:t>aur un ko Nuh ka hal sunao jab ke us ne apni qom se kaha</w:t>
      </w:r>
    </w:p>
    <w:p>
      <w:pPr>
        <w:jc w:val="right"/>
      </w:pPr>
      <w:r>
        <w:t>اور ان کو نوح کا حال سناؤ جب کہ اس نے اپنی قوم سے کہا.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