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Sahaba and Muhaddithin 24th June 2012 - Maulana Wahiduddin Khan</w:t>
      </w:r>
    </w:p>
    <w:p>
      <w:r>
        <w:t>https://www.youtube.com/watch?v=tUPo7MI0Bdo</w:t>
      </w:r>
    </w:p>
    <w:p>
      <w:r>
        <w:rPr>
          <w:b/>
        </w:rPr>
        <w:t xml:space="preserve">[00:14] </w:t>
      </w:r>
      <w:r>
        <w:t>bismillah rahman rahim, wa salla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[00:36] </w:t>
      </w:r>
      <w:r>
        <w:t>aaj ka topic hai sahaba aur muhaddiseen.</w:t>
      </w:r>
    </w:p>
    <w:p>
      <w:pPr>
        <w:jc w:val="right"/>
      </w:pPr>
      <w:r>
        <w:t>آج کا ٹاپک ہے صحابہ اور محدثین۔</w:t>
      </w:r>
    </w:p>
    <w:p>
      <w:r>
        <w:rPr>
          <w:b/>
        </w:rPr>
        <w:t xml:space="preserve">[00:47] </w:t>
      </w:r>
      <w:r>
        <w:t>sahaba in ko kaha jata hai jo rasool Allah ke contemporary momineen thay.</w:t>
      </w:r>
    </w:p>
    <w:p>
      <w:pPr>
        <w:jc w:val="right"/>
      </w:pPr>
      <w:r>
        <w:t>صحابہ ان کو کہا جاتا ہے جو رسول اللہ کے کنٹمپریری مومنین تھے۔</w:t>
      </w:r>
    </w:p>
    <w:p>
      <w:r>
        <w:rPr>
          <w:b/>
        </w:rPr>
        <w:t xml:space="preserve">[00:59] </w:t>
      </w:r>
      <w:r>
        <w:t>aur muhaddiseen woh hain jinho ne baat ko, hadeeson ko jama kiya. sahaba ka zamana seven century ka hai,</w:t>
      </w:r>
    </w:p>
    <w:p>
      <w:pPr>
        <w:jc w:val="right"/>
      </w:pPr>
      <w:r>
        <w:t>اور محدثین وہ ہیں جنہوں نے بات کو، حدیثوں کو جمع کیا۔ صحابہ کا زمانہ سیون سینچری کا ہے،</w:t>
      </w:r>
    </w:p>
    <w:p>
      <w:r>
        <w:rPr>
          <w:b/>
        </w:rPr>
        <w:t xml:space="preserve">[01:14] </w:t>
      </w:r>
      <w:r>
        <w:t>aur muhaddiseen ka zamana</w:t>
      </w:r>
    </w:p>
    <w:p>
      <w:pPr>
        <w:jc w:val="right"/>
      </w:pPr>
      <w:r>
        <w:t>اور محدثین کا زمانہ</w:t>
      </w:r>
    </w:p>
    <w:p>
      <w:r>
        <w:rPr>
          <w:b/>
        </w:rPr>
        <w:t xml:space="preserve">[01:17] </w:t>
      </w:r>
      <w:r>
        <w:t>aathveen century ka. yeh dono groh Islam mein bohat zyada ahmiyat rakhte hain.</w:t>
      </w:r>
    </w:p>
    <w:p>
      <w:pPr>
        <w:jc w:val="right"/>
      </w:pPr>
      <w:r>
        <w:t>آٹھویں سینچری کا۔ یہ دونوں گروہ اسلام میں بہت زیادہ اہمیت رکھتے ہیں۔</w:t>
      </w:r>
    </w:p>
    <w:p>
      <w:r>
        <w:rPr>
          <w:b/>
        </w:rPr>
        <w:t xml:space="preserve">[01:30] </w:t>
      </w:r>
      <w:r>
        <w:t>surah taubah mein ayat number 100 mein yeh kaha gaya hai ke:</w:t>
      </w:r>
    </w:p>
    <w:p>
      <w:pPr>
        <w:jc w:val="right"/>
      </w:pPr>
      <w:r>
        <w:t>سورہ توبہ میں آیت نمبر 100 میں یہ کہا گیا ہے کہ:</w:t>
      </w:r>
    </w:p>
    <w:p>
      <w:r>
        <w:rPr>
          <w:b/>
        </w:rPr>
        <w:t xml:space="preserve">[01:43] </w:t>
      </w:r>
      <w:r>
        <w:t>"min al muhajireen wal ansar wallazeena attaba'o bi ihsan".</w:t>
      </w:r>
    </w:p>
    <w:p>
      <w:pPr>
        <w:jc w:val="right"/>
      </w:pPr>
      <w:r>
        <w:t>"من المہاجرین والانصار والذین اتبعو بیسان"۔</w:t>
      </w:r>
    </w:p>
    <w:p>
      <w:r>
        <w:rPr>
          <w:b/>
        </w:rPr>
        <w:t xml:space="preserve">[01:51] </w:t>
      </w:r>
      <w:r>
        <w:t>mein samajhta hoon ke yeh jo ayat hai, is mein inhi dono grohon ka zikr hai. muhajireen aur ansar se murad hain sahaba,</w:t>
      </w:r>
    </w:p>
    <w:p>
      <w:pPr>
        <w:jc w:val="right"/>
      </w:pPr>
      <w:r>
        <w:t>میں سمجھتا ہوں کہ یہ جو آیت ہے، اس میں انہی دونوں گروہوں کا ذکر ہے۔ مہاجرین اور انصار سے مراد ہیں صحابہ،</w:t>
      </w:r>
    </w:p>
    <w:p>
      <w:r>
        <w:rPr>
          <w:b/>
        </w:rPr>
        <w:t xml:space="preserve">[02:06] </w:t>
      </w:r>
      <w:r>
        <w:t>aur</w:t>
      </w:r>
    </w:p>
    <w:p>
      <w:pPr>
        <w:jc w:val="right"/>
      </w:pPr>
      <w:r>
        <w:t>اور</w:t>
      </w:r>
    </w:p>
    <w:p>
      <w:r>
        <w:rPr>
          <w:b/>
        </w:rPr>
        <w:t xml:space="preserve">[02:08] </w:t>
      </w:r>
      <w:r>
        <w:t>wallazeena attaba'o bi ihsan se murad hain muhaddiseen.</w:t>
      </w:r>
    </w:p>
    <w:p>
      <w:pPr>
        <w:jc w:val="right"/>
      </w:pPr>
      <w:r>
        <w:t>والذین اتبعو بیسان سے مراد ہیں محدثین۔</w:t>
      </w:r>
    </w:p>
    <w:p>
      <w:r>
        <w:rPr>
          <w:b/>
        </w:rPr>
        <w:t xml:space="preserve">[02:18] </w:t>
      </w:r>
      <w:r>
        <w:t>dekhiye, Islam mein rasool Allah sallay Allah alayh wasallam ka maqam authentic</w:t>
      </w:r>
    </w:p>
    <w:p>
      <w:pPr>
        <w:jc w:val="right"/>
      </w:pPr>
      <w:r>
        <w:t>دیکھیے، اسلام میں رسول اللہ صلی اللہ علیہ وسلم کا مقام اتھینٹک</w:t>
      </w:r>
    </w:p>
    <w:p>
      <w:r>
        <w:rPr>
          <w:b/>
        </w:rPr>
        <w:t xml:space="preserve">[02:30] </w:t>
      </w:r>
      <w:r>
        <w:t>reference ka hai.</w:t>
      </w:r>
    </w:p>
    <w:p>
      <w:pPr>
        <w:jc w:val="right"/>
      </w:pPr>
      <w:r>
        <w:t>ریفرنس کا ہے۔</w:t>
      </w:r>
    </w:p>
    <w:p>
      <w:r>
        <w:rPr>
          <w:b/>
        </w:rPr>
        <w:t xml:space="preserve">[02:35] </w:t>
      </w:r>
      <w:r>
        <w:t>kisi baat ko jab rasool Allah ki nisbat se kaha jaye to nisbat sabit hone ke baad apne aap mein woh mustanad, yaani authentic ho jati hai.</w:t>
      </w:r>
    </w:p>
    <w:p>
      <w:pPr>
        <w:jc w:val="right"/>
      </w:pPr>
      <w:r>
        <w:t>کسی بات کو جب رسول اللہ کی نسبت سے کہا جائے تو نسبت ثابت ہونے کے بعد اپنے آپ میں وہ مستند، یعنی اتھینٹک ہو جاتی ہے۔</w:t>
      </w:r>
    </w:p>
    <w:p>
      <w:r>
        <w:rPr>
          <w:b/>
        </w:rPr>
        <w:t xml:space="preserve">[02:49] </w:t>
      </w:r>
      <w:r>
        <w:t>phir kisi aur daleel ki zaroorat nahi.</w:t>
      </w:r>
    </w:p>
    <w:p>
      <w:pPr>
        <w:jc w:val="right"/>
      </w:pPr>
      <w:r>
        <w:t>پھر کسی اور دلیل کی ضرورت نہیں۔</w:t>
      </w:r>
    </w:p>
    <w:p>
      <w:r>
        <w:rPr>
          <w:b/>
        </w:rPr>
        <w:t xml:space="preserve">[02:54] </w:t>
      </w:r>
      <w:r>
        <w:t>to rasool Allah ki hesiyat deen mein authentic reference ki hai. is ke baad deen mein do group hain mere mutalliq bata do,</w:t>
      </w:r>
    </w:p>
    <w:p>
      <w:pPr>
        <w:jc w:val="right"/>
      </w:pPr>
      <w:r>
        <w:t>تو رسول اللہ کی حیثیت دین میں اتھینٹک ریفرنس کی ہے۔ اس کے بعد دین میں دو گروپ ہیں میرے متعلق بتا دو،</w:t>
      </w:r>
    </w:p>
    <w:p>
      <w:r>
        <w:rPr>
          <w:b/>
        </w:rPr>
        <w:t xml:space="preserve">[03:09] </w:t>
      </w:r>
      <w:r>
        <w:t>jo</w:t>
      </w:r>
    </w:p>
    <w:p>
      <w:pPr>
        <w:jc w:val="right"/>
      </w:pPr>
      <w:r>
        <w:t>جو</w:t>
      </w:r>
    </w:p>
    <w:p>
      <w:r>
        <w:rPr>
          <w:b/>
        </w:rPr>
        <w:t xml:space="preserve">[03:12] </w:t>
      </w:r>
      <w:r>
        <w:t>role model ki hesiyat rakhte hain group ke aitbar se, fard ke aitbar se nahi. fard ke aitbar se to hamesha rahenge, poore qayamat tak fard paida hote rahenge.</w:t>
      </w:r>
    </w:p>
    <w:p>
      <w:pPr>
        <w:jc w:val="right"/>
      </w:pPr>
      <w:r>
        <w:t>رول ماڈل کی حیثیت رکھتے ہیں گروپ کے اعتبار سے، فرد کے اعتبار سے نہیں۔ فرد کے اعتبار سے تو ہمیشہ رہیں گے، پورے قیامت تک فرد پیدا ہوتے رہیں گے۔</w:t>
      </w:r>
    </w:p>
    <w:p>
      <w:r>
        <w:rPr>
          <w:b/>
        </w:rPr>
        <w:t xml:space="preserve">[03:30] </w:t>
      </w:r>
      <w:r>
        <w:t>lekin group ke aitbar se, majmoo'ay ke aitbar se, mein samajhta hoon ke yeh do group ki hesiyat role model ki hai: sahaba aur tabayeen.</w:t>
      </w:r>
    </w:p>
    <w:p>
      <w:pPr>
        <w:jc w:val="right"/>
      </w:pPr>
      <w:r>
        <w:t>لیکن گروپ کے اعتبار سے، مجموعے کے اعتبار سے، میں سمجھتا ہوں کہ یہ دو گروپ کی حیثیت رول ماڈل کی ہے: صحابہ اور تابعین۔</w:t>
      </w:r>
    </w:p>
    <w:p>
      <w:r>
        <w:rPr>
          <w:b/>
        </w:rPr>
        <w:t xml:space="preserve">[03:48] </w:t>
      </w:r>
      <w:r>
        <w:t>jahan tak mein samajhta hoon ke sahaba ki hesiyat qari group ki hai, aur muhaddiseen ki hesiyat</w:t>
      </w:r>
    </w:p>
    <w:p>
      <w:pPr>
        <w:jc w:val="right"/>
      </w:pPr>
      <w:r>
        <w:t>جہاں تک میں سمجھتا ہوں کہ صحابہ کی حیثیت مقری گروپ کی ہے، اور محدثین کی حیثیت</w:t>
      </w:r>
    </w:p>
    <w:p>
      <w:r>
        <w:rPr>
          <w:b/>
        </w:rPr>
        <w:t xml:space="preserve">[04:02] </w:t>
      </w:r>
      <w:r>
        <w:t>muhaddis group ki hai. yaani sahaba ne seven century mein Quran ko phailaya.</w:t>
      </w:r>
    </w:p>
    <w:p>
      <w:pPr>
        <w:jc w:val="right"/>
      </w:pPr>
      <w:r>
        <w:t>محدث گروپ کی ہے۔ یعنی صحابہ نے سیون سینچری میں قرآن کو پھیلایا۔</w:t>
      </w:r>
    </w:p>
    <w:p>
      <w:r>
        <w:rPr>
          <w:b/>
        </w:rPr>
        <w:t xml:space="preserve">[04:15] </w:t>
      </w:r>
      <w:r>
        <w:t>woh zamana tha jab ke printing press abhi nahi aaya tha.</w:t>
      </w:r>
    </w:p>
    <w:p>
      <w:pPr>
        <w:jc w:val="right"/>
      </w:pPr>
      <w:r>
        <w:t>وہ زمانہ تھا جب کہ پرنٹنگ پریس ابھی نہیں آیا تھا۔</w:t>
      </w:r>
    </w:p>
    <w:p>
      <w:r>
        <w:rPr>
          <w:b/>
        </w:rPr>
        <w:t xml:space="preserve">[04:24] </w:t>
      </w:r>
      <w:r>
        <w:t>to is zamane mein kya hota tha? Quran ko yaad karna aur parh kar sunana. isi liye woh qari kahay gaye, parh kar sunanay walay.</w:t>
      </w:r>
    </w:p>
    <w:p>
      <w:pPr>
        <w:jc w:val="right"/>
      </w:pPr>
      <w:r>
        <w:t>تو اس زمانے میں کیا ہوتا تھا؟ قرآن کو یاد کرنا اور پڑھ کر سنانا۔ اسی لیے وہ بکری کہے گئے، پڑھ کر سنانے والے۔</w:t>
      </w:r>
    </w:p>
    <w:p>
      <w:r>
        <w:rPr>
          <w:b/>
        </w:rPr>
        <w:t xml:space="preserve">[04:38] </w:t>
      </w:r>
      <w:r>
        <w:t>to press, printing press se pehle ke zamane mein jo role ada kiya Quran ke silsilay mein</w:t>
      </w:r>
    </w:p>
    <w:p>
      <w:pPr>
        <w:jc w:val="right"/>
      </w:pPr>
      <w:r>
        <w:t>تو پریس، پرنٹنگ پریس سے پہلے کے زمانے میں جو رول ادا کیا قرآن کے سلسلے میں</w:t>
      </w:r>
    </w:p>
    <w:p>
      <w:r>
        <w:rPr>
          <w:b/>
        </w:rPr>
        <w:t xml:space="preserve">[04:46] </w:t>
      </w:r>
      <w:r>
        <w:t>sahaba ne, is liye mein un ko kehta hoon ke woh qari group thay. yaani woh group jis ne Quran ko parh kar sunaya.</w:t>
      </w:r>
    </w:p>
    <w:p>
      <w:pPr>
        <w:jc w:val="right"/>
      </w:pPr>
      <w:r>
        <w:t>صحابہ نے، اس لیے میں ان کو کہتا ہوں کہ وہ مقری گروپ تھے۔ یعنی وہ گروپ جس نے قرآن کو پڑھ کر سنایا۔</w:t>
      </w:r>
    </w:p>
    <w:p>
      <w:r>
        <w:rPr>
          <w:b/>
        </w:rPr>
        <w:t xml:space="preserve">[04:57] </w:t>
      </w:r>
      <w:r>
        <w:t>is ke baad reh jata tha hadees ka mamla. aap jante hain ke hadees, Quran to rasool Allah ki zaban hi mein tadween ho gaya tha.</w:t>
      </w:r>
    </w:p>
    <w:p>
      <w:pPr>
        <w:jc w:val="right"/>
      </w:pPr>
      <w:r>
        <w:t>اس کے بعد رہ جاتا تھا حدیث کا معاملہ۔ آپ جانتے ہیں کہ حدیث، قرآن تو رسول اللہ کی زبان ہی میں مدون ہو گیا تھا۔</w:t>
      </w:r>
    </w:p>
    <w:p>
      <w:r>
        <w:rPr>
          <w:b/>
        </w:rPr>
        <w:t xml:space="preserve">[05:09] </w:t>
      </w:r>
      <w:r>
        <w:t>sahaba ko kaha, yeh sirf yeh karna tha ke jo quran madon ho chuka hai rasool allah ki zuban hi mein, us ko logon ko parh kar sunayen aur batayen.</w:t>
      </w:r>
    </w:p>
    <w:p>
      <w:pPr>
        <w:jc w:val="right"/>
      </w:pPr>
      <w:r>
        <w:t>صحابہ کو کہا، یہ صرف یہ کرنا تھا کہ جو قرآن مدون ہو چکا ہے رسول اللہ کی زبان ہی میں، اس کو لوگوں کو پڑھ کر سنائیں اور بتائیں۔</w:t>
      </w:r>
    </w:p>
    <w:p>
      <w:r>
        <w:rPr>
          <w:b/>
        </w:rPr>
        <w:t xml:space="preserve">[05:22] </w:t>
      </w:r>
      <w:r>
        <w:t>lekin hadithain madon nahi hui theen</w:t>
      </w:r>
    </w:p>
    <w:p>
      <w:pPr>
        <w:jc w:val="right"/>
      </w:pPr>
      <w:r>
        <w:t>لیکن حدیثیں مدون نہیں ہوئی تھیں</w:t>
      </w:r>
    </w:p>
    <w:p>
      <w:r>
        <w:rPr>
          <w:b/>
        </w:rPr>
        <w:t xml:space="preserve">[05:26] </w:t>
      </w:r>
      <w:r>
        <w:t>rasool allah ki zuban mein. hadithain baad ko madon huin, aur jin logon ne is ko madon kiya, madon ka matlab hota hai un ko jama karna, compile karna, book form mein ikatha karna.</w:t>
      </w:r>
    </w:p>
    <w:p>
      <w:pPr>
        <w:jc w:val="right"/>
      </w:pPr>
      <w:r>
        <w:t>رسول اللہ کی زبان میں۔ حدیثیں بعد کو مدون ہوئیں، اور جن لوگوں نے اس کو مدون کیا، مدون کا مطلب ہوتا ہے ان کو جمع کرنا، کمپائل کرنا، بک فارم میں اکٹھا کرنا۔</w:t>
      </w:r>
    </w:p>
    <w:p>
      <w:r>
        <w:rPr>
          <w:b/>
        </w:rPr>
        <w:t xml:space="preserve">[05:48] </w:t>
      </w:r>
      <w:r>
        <w:t>yeh kaam kiya hai? jis giroh ne, un ko hum muhaddis kehte hain. muhaddis. to woh muqri group tha ya muhaddis group thay?</w:t>
      </w:r>
    </w:p>
    <w:p>
      <w:pPr>
        <w:jc w:val="right"/>
      </w:pPr>
      <w:r>
        <w:t>یہ کام کیا ہے؟ جس گروہ نے، ان کو ہم محدث کہتے ہیں۔ محدث۔ تو وہ مقری گروپ تھا یا محدث گروپ تھے؟</w:t>
      </w:r>
    </w:p>
    <w:p>
      <w:r>
        <w:rPr>
          <w:b/>
        </w:rPr>
        <w:t xml:space="preserve">[06:03] </w:t>
      </w:r>
      <w:r>
        <w:t>yeh baat mein</w:t>
      </w:r>
    </w:p>
    <w:p>
      <w:pPr>
        <w:jc w:val="right"/>
      </w:pPr>
      <w:r>
        <w:t>یہ بات میں</w:t>
      </w:r>
    </w:p>
    <w:p>
      <w:r>
        <w:rPr>
          <w:b/>
        </w:rPr>
        <w:t xml:space="preserve">[06:05] </w:t>
      </w:r>
      <w:r>
        <w:t>sirf aik tareekhi tor par nahi arz kar raha hoon, balkeh is se zyada bari baat is mein hai.</w:t>
      </w:r>
    </w:p>
    <w:p>
      <w:pPr>
        <w:jc w:val="right"/>
      </w:pPr>
      <w:r>
        <w:t>صرف ایک تاریخی طور پر نہیں عرض کر رہا ہوں، بلکہ اس سے زیادہ بڑی بات اس میں ہے۔</w:t>
      </w:r>
    </w:p>
    <w:p>
      <w:r>
        <w:rPr>
          <w:b/>
        </w:rPr>
        <w:t xml:space="preserve">[06:14] </w:t>
      </w:r>
      <w:r>
        <w:t>woh yeh hai ke sahaba ko mila jo zamana, woh doosra zamana tha,</w:t>
      </w:r>
    </w:p>
    <w:p>
      <w:pPr>
        <w:jc w:val="right"/>
      </w:pPr>
      <w:r>
        <w:t>وہ یہ ہے کہ صحابہ کو ملا جو زمانہ، وہ دوسرا زمانہ تھا،</w:t>
      </w:r>
    </w:p>
    <w:p>
      <w:r>
        <w:rPr>
          <w:b/>
        </w:rPr>
        <w:t xml:space="preserve">[06:21] </w:t>
      </w:r>
      <w:r>
        <w:t>aur muhaddiseen ko jo zamana mila, woh doosra zamana tha. yani mein yun kahoon ga ke sahaba ka zamana tha daur ibadat, daur dawat,</w:t>
      </w:r>
    </w:p>
    <w:p>
      <w:pPr>
        <w:jc w:val="right"/>
      </w:pPr>
      <w:r>
        <w:t>اور محدثین کو جو زمانہ ملا، وہ دوسرا زمانہ تھا۔ یعنی میں یوں کہوں گا کہ صحابہ کا زمانہ تھا دور عبادت، دور دعوت،</w:t>
      </w:r>
    </w:p>
    <w:p>
      <w:r>
        <w:rPr>
          <w:b/>
        </w:rPr>
        <w:t xml:space="preserve">[06:36] </w:t>
      </w:r>
      <w:r>
        <w:t>aur muhaddiseen ka zamana tha daur hukoomat.</w:t>
      </w:r>
    </w:p>
    <w:p>
      <w:pPr>
        <w:jc w:val="right"/>
      </w:pPr>
      <w:r>
        <w:t>اور محدثین کا زمانہ تھا دور حکومت۔</w:t>
      </w:r>
    </w:p>
    <w:p>
      <w:r>
        <w:rPr>
          <w:b/>
        </w:rPr>
        <w:t xml:space="preserve">[06:42] </w:t>
      </w:r>
      <w:r>
        <w:t>to daur dawat mein kis tarah kaam kiya jata hai, is ka namuna milta hai sahaba ke haan, aur daur muhaddiseen ne, mein zamane ne jis tarah kaam kiya, is ka namuna milta hai hamein ke daur hukoomat mein kis tarah</w:t>
      </w:r>
    </w:p>
    <w:p>
      <w:pPr>
        <w:jc w:val="right"/>
      </w:pPr>
      <w:r>
        <w:t>تو دور دعوت میں کس طرح کام کیا جاتا ہے، اس کا نمونہ ملتا ہے صحابہ کے ہاں، اور دور محدثین نے، میں زمانے نے جس طرح کام کیا، اس کا نمونہ ملتا ہے ہمیں کہ دور حکومت میں کس طرح</w:t>
      </w:r>
    </w:p>
    <w:p>
      <w:r>
        <w:rPr>
          <w:b/>
        </w:rPr>
        <w:t xml:space="preserve">[06:59] </w:t>
      </w:r>
      <w:r>
        <w:t>kaam kiya jaye. yeh hai dono group ka maamla. ab mein aap ko aik ayat yaad dilata hoon quran majeed ki.</w:t>
      </w:r>
    </w:p>
    <w:p>
      <w:pPr>
        <w:jc w:val="right"/>
      </w:pPr>
      <w:r>
        <w:t>کام کیا جائے۔ یہ ہے دونوں گروپ کا معاملہ۔ اب میں آپ کو ایک آیت یاد دلاتا ہوں قرآن مجید کی۔</w:t>
      </w:r>
    </w:p>
    <w:p>
      <w:r>
        <w:rPr>
          <w:b/>
        </w:rPr>
        <w:t xml:space="preserve">[07:14] </w:t>
      </w:r>
      <w:r>
        <w:t>surah al baqarah ke aakhir mein aik dua hai jis ko kaha sahaba ne dohrhaya.</w:t>
      </w:r>
    </w:p>
    <w:p>
      <w:pPr>
        <w:jc w:val="right"/>
      </w:pPr>
      <w:r>
        <w:t>سورہ البقرہ کے آخر میں ایک دعا ہے جس کو کہا صحابہ نے دہرایا۔</w:t>
      </w:r>
    </w:p>
    <w:p>
      <w:r>
        <w:rPr>
          <w:b/>
        </w:rPr>
        <w:t xml:space="preserve">[07:25] </w:t>
      </w:r>
      <w:r>
        <w:t>is dua mein aik baat yeh hai</w:t>
      </w:r>
    </w:p>
    <w:p>
      <w:pPr>
        <w:jc w:val="right"/>
      </w:pPr>
      <w:r>
        <w:t>اس دعا میں ایک بات یہ ہے</w:t>
      </w:r>
    </w:p>
    <w:p>
      <w:r>
        <w:rPr>
          <w:b/>
        </w:rPr>
        <w:t xml:space="preserve">[07:31] </w:t>
      </w:r>
      <w:r>
        <w:t>ke: "rabana wala tahmil alaina isran kama hamaltahu ala allazina min qablana".</w:t>
      </w:r>
    </w:p>
    <w:p>
      <w:pPr>
        <w:jc w:val="right"/>
      </w:pPr>
      <w:r>
        <w:t>کہ: "ربنا ولا تحمل علینا عسرا کما حملتہ علی الذین من قبلنا"۔</w:t>
      </w:r>
    </w:p>
    <w:p>
      <w:r>
        <w:rPr>
          <w:b/>
        </w:rPr>
        <w:t xml:space="preserve">[07:42] </w:t>
      </w:r>
      <w:r>
        <w:t>ae hamare rab! hum par woh bojh na dal. bojh ka matlab hai burden.</w:t>
      </w:r>
    </w:p>
    <w:p>
      <w:pPr>
        <w:jc w:val="right"/>
      </w:pPr>
      <w:r>
        <w:t>اے ہمارے رب! ہم پر وہ بوجھ نہ ڈال۔ بوجھ کا مطلب ہے برڈن۔</w:t>
      </w:r>
    </w:p>
    <w:p>
      <w:r>
        <w:rPr>
          <w:b/>
        </w:rPr>
        <w:t xml:space="preserve">[07:50] </w:t>
      </w:r>
      <w:r>
        <w:t>hum par woh burden na dal jo tu ne isi logon par dala tha, isi ummaton par dala tha.</w:t>
      </w:r>
    </w:p>
    <w:p>
      <w:pPr>
        <w:jc w:val="right"/>
      </w:pPr>
      <w:r>
        <w:t>ہم پر وہ برڈن نہ ڈال جو تو نے اسی لوگوں پر ڈالا تھا، اسی امتوں پر ڈالا تھا۔</w:t>
      </w:r>
    </w:p>
    <w:p>
      <w:r>
        <w:rPr>
          <w:b/>
        </w:rPr>
        <w:t xml:space="preserve">[08:02] </w:t>
      </w:r>
      <w:r>
        <w:t>dekhiye, is ayat mein, is ayat ko logon ne bohat hi mehdood mani mein liya hai. mislan yeh kaha jata hai ke jo pichli ummaton par, yani woh aik aur ayat jo hai:</w:t>
      </w:r>
    </w:p>
    <w:p>
      <w:pPr>
        <w:jc w:val="right"/>
      </w:pPr>
      <w:r>
        <w:t>دیکھیے، اس آیت میں، اس آیت کو لوگوں نے بہت ہی محدود معنی میں لیا ہے۔ مثلاً یہ کہا جاتا ہے کہ جو پچھلی امتوں پر، یعنی وہ ایک اور آیت جو ہے:</w:t>
      </w:r>
    </w:p>
    <w:p>
      <w:r>
        <w:rPr>
          <w:b/>
        </w:rPr>
        <w:t xml:space="preserve">[08:20] </w:t>
      </w:r>
      <w:r>
        <w:t>"wa yazo wa anhum isra'u wal aghlala allati kanat alaihim". is ko le kar is ki tashreeh ki jati hai. mein samajhta hoon ke dono ayatein aik doosre se alag hain.</w:t>
      </w:r>
    </w:p>
    <w:p>
      <w:pPr>
        <w:jc w:val="right"/>
      </w:pPr>
      <w:r>
        <w:t>"وَيَزَوْا وَانْهُمْ اِسْرَعُوا وَالْاَغْلَالَ الَّتِي كَانَتْ عَلَيْهِمْ"۔ اس کو لے کر اس کی تشریح کی جاتی ہے۔ میں سمجھتا ہوں کہ دونوں آیتیں ایک دوسرے سے الگ ہیں۔</w:t>
      </w:r>
    </w:p>
    <w:p>
      <w:r>
        <w:rPr>
          <w:b/>
        </w:rPr>
        <w:t xml:space="preserve">[08:34] </w:t>
      </w:r>
      <w:r>
        <w:t>woh jo ayat hai: "wa yazo wa anhum isra'u wal aghlala allati kanat alaihim", woh yahood ke</w:t>
      </w:r>
    </w:p>
    <w:p>
      <w:pPr>
        <w:jc w:val="right"/>
      </w:pPr>
      <w:r>
        <w:t>وہ جو آیت ہے: "وَيَزَوْا وَانْهُمْ اِسْرَعُوا وَالْاَغْلَالَ الَّتِي كَانَتْ عَلَيْهِمْ"، وہ یہود کے</w:t>
      </w:r>
    </w:p>
    <w:p>
      <w:r>
        <w:rPr>
          <w:b/>
        </w:rPr>
        <w:t xml:space="preserve">[08:43] </w:t>
      </w:r>
      <w:r>
        <w:t>mutashaddid ulama, yani extremist ulama ne jo sakht qism ke masail bana rakhe thay, us ki taraf ishara hai ke rasool allah ne woh deen diya jo fitrat ka deen tha, jo tamam anbiya par aya tha.</w:t>
      </w:r>
    </w:p>
    <w:p>
      <w:pPr>
        <w:jc w:val="right"/>
      </w:pPr>
      <w:r>
        <w:t>متشدد علماء، یعنی ایکسٹریمسٹ علماء نے جو سخت قسم کے مسئلے بنا رکھے تھے، اس کی طرف اشارہ ہے کہ رسول اللہ نے وہ دین دیا جو فطرت کا دین تھا، جو تمام انبیاء پر آیا تھا۔</w:t>
      </w:r>
    </w:p>
    <w:p>
      <w:r>
        <w:rPr>
          <w:b/>
        </w:rPr>
        <w:t xml:space="preserve">[09:04] </w:t>
      </w:r>
      <w:r>
        <w:t>aur jo yahoodi ulama ne, jo is mein apni taraf se izafa kar ke jo sakhtiyan paida kar rakhi theen, yani apne conservative approach ki wajah se,</w:t>
      </w:r>
    </w:p>
    <w:p>
      <w:pPr>
        <w:jc w:val="right"/>
      </w:pPr>
      <w:r>
        <w:t>اور جو یہودی علماء نے، جو اس میں اپنی طرف سے اضافہ کر کے جو سختیاں پیدا کر رکھی تھیں، یعنی اپنے کنزرویٹیو اپروچ کی وجہ سے،</w:t>
      </w:r>
    </w:p>
    <w:p>
      <w:r>
        <w:rPr>
          <w:b/>
        </w:rPr>
        <w:t xml:space="preserve">[09:17] </w:t>
      </w:r>
      <w:r>
        <w:t>us se pak kar diya. misal ke tor par dekhiye,</w:t>
      </w:r>
    </w:p>
    <w:p>
      <w:pPr>
        <w:jc w:val="right"/>
      </w:pPr>
      <w:r>
        <w:t>اس سے پاک کر دیا۔ مثال کے طور پر دیکھیے،</w:t>
      </w:r>
    </w:p>
    <w:p>
      <w:r>
        <w:rPr>
          <w:b/>
        </w:rPr>
        <w:t xml:space="preserve">[09:21] </w:t>
      </w:r>
      <w:r>
        <w:t>yahoodi logon ka yeh masla tha ke kapre mein agar bawl lag jaye, bawl ka matlab hota hai urine, urine lag jaye to woh dhokar saaf nahi hota tha.</w:t>
      </w:r>
    </w:p>
    <w:p>
      <w:pPr>
        <w:jc w:val="right"/>
      </w:pPr>
      <w:r>
        <w:t>یہودی لوگوں کا یہ مسئلہ تھا کہ کپڑے میں اگر باول لگ جائے، باول کا مطلب ہوتا ہے یورین، یورین لگ جائے تو وہ دھو کر صاف نہیں ہوتا تھا۔</w:t>
      </w:r>
    </w:p>
    <w:p>
      <w:r>
        <w:rPr>
          <w:b/>
        </w:rPr>
        <w:t xml:space="preserve">[09:38] </w:t>
      </w:r>
      <w:r>
        <w:t>un ka masla banate, yani yeh islami jo shariat misri, misri nahi thi. yeh aisa nahi ke sab shariat misri bohat sakht thi aur shariat mohammadi naram kar di gayi.</w:t>
      </w:r>
    </w:p>
    <w:p>
      <w:pPr>
        <w:jc w:val="right"/>
      </w:pPr>
      <w:r>
        <w:t>ان کا مسئلہ بناتے، یعنی یہ اسلامی جو شریعت مصری، مصری نہیں تھی۔ یہ ایسا نہیں کہ سب شریعت مصری بہت سخت تھی اور شریعت محمدی نرم کر دی گئی۔</w:t>
      </w:r>
    </w:p>
    <w:p>
      <w:r>
        <w:rPr>
          <w:b/>
        </w:rPr>
        <w:t xml:space="preserve">[09:50] </w:t>
      </w:r>
      <w:r>
        <w:t>yeh matlab nahi hai is ka. balkeh yahoodiyon ke ulama ne apne</w:t>
      </w:r>
    </w:p>
    <w:p>
      <w:pPr>
        <w:jc w:val="right"/>
      </w:pPr>
      <w:r>
        <w:t>یہ مطلب نہیں ہے اس کا۔ بلکہ یہودیوں کے علماء نے اپنے</w:t>
      </w:r>
    </w:p>
    <w:p>
      <w:r>
        <w:rPr>
          <w:b/>
        </w:rPr>
        <w:t xml:space="preserve">[09:57] </w:t>
      </w:r>
      <w:r>
        <w:t>taqashshuf ki wajah se, apne conservators ki wajah se, apne extremism ki wajah se aise masle bana rakhe the ke agar yahan par lag gaya gandagi to us ko baghair kaate woh safai nahi hogi.</w:t>
      </w:r>
    </w:p>
    <w:p>
      <w:pPr>
        <w:jc w:val="right"/>
      </w:pPr>
      <w:r>
        <w:t>تقشف کی وجہ سے، اپنے کنزرویٹوز کی وجہ سے، اپنے ایکسٹریمزم کی وجہ سے ایسے مسئلے بنا رکھے تھے کہ اگر یہاں پر لگ گیا گندگی تو اس کو بغیر کاٹے وہ صفائی نہیں ہوگی۔</w:t>
      </w:r>
    </w:p>
    <w:p>
      <w:r>
        <w:rPr>
          <w:b/>
        </w:rPr>
        <w:t xml:space="preserve">[10:14] </w:t>
      </w:r>
      <w:r>
        <w:t>itna hissa kaat kar phenk dena parega aap ko. yeh tha shariat-e-musa ka masla nahi tha yeh, balke yahudi ulama ka apna ghulu tha,</w:t>
      </w:r>
    </w:p>
    <w:p>
      <w:pPr>
        <w:jc w:val="right"/>
      </w:pPr>
      <w:r>
        <w:t>اتنا حصہ کاٹ کر پھینک دینا پڑے گا آپ کو۔ یہ تھا شریعت موسیٰ کا مسئلہ نہیں تھا یہ، بلکہ یہودی علماء کا اپنا غلو تھا،</w:t>
      </w:r>
    </w:p>
    <w:p>
      <w:r>
        <w:rPr>
          <w:b/>
        </w:rPr>
        <w:t xml:space="preserve">[10:28] </w:t>
      </w:r>
      <w:r>
        <w:t>un ka extremism tha jis ki wajah se yeh masle bane. to woh ek alag cheez hai.</w:t>
      </w:r>
    </w:p>
    <w:p>
      <w:pPr>
        <w:jc w:val="right"/>
      </w:pPr>
      <w:r>
        <w:t>ان کا ایکسٹریمزم تھا جس کی وجہ سے یہ مسئلے بنے۔ تو وہ ایک الگ چیز ہے۔</w:t>
      </w:r>
    </w:p>
    <w:p>
      <w:r>
        <w:rPr>
          <w:b/>
        </w:rPr>
        <w:t xml:space="preserve">[10:36] </w:t>
      </w:r>
      <w:r>
        <w:t>surah al-baqarah ki ayat ka talluq is se nahi hai. dekhiye, surah al-baqarah mein jo ayat hai: "rabbana wala tahmil alaina isran kama hamaltahu alladhina min qablina", is se murad murad hai age related problem.</w:t>
      </w:r>
    </w:p>
    <w:p>
      <w:pPr>
        <w:jc w:val="right"/>
      </w:pPr>
      <w:r>
        <w:t>سورہ البقرہ کی آیت کا تعلق اس سے نہیں ہے۔ دیکھیے، سورہ البقرہ میں جو آیت ہے: "ربنا ولا تحمل علینا عسرا کما حملتہ الذین من قبلنا"، اس سے مراد مراد ہے ایج ریلیٹڈ پرابلم۔</w:t>
      </w:r>
    </w:p>
    <w:p>
      <w:r>
        <w:rPr>
          <w:b/>
        </w:rPr>
        <w:t xml:space="preserve">[10:54] </w:t>
      </w:r>
      <w:r>
        <w:t>age related problem yani pichhle logon par jo pichhle logon ko jis age mein kaam karna pada, pichhli ummaton ko jis age mein kaam karna pada dawat ka,</w:t>
      </w:r>
    </w:p>
    <w:p>
      <w:pPr>
        <w:jc w:val="right"/>
      </w:pPr>
      <w:r>
        <w:t>ایج ریلیٹڈ پرابلم یعنی پچھلے لوگوں پر جو پچھلے لوگوں کو جس ایج میں کام کرنا پڑا، پچھلی امتوں کو جس ایج میں کام کرنا پڑا دعوت کا،</w:t>
      </w:r>
    </w:p>
    <w:p>
      <w:r>
        <w:rPr>
          <w:b/>
        </w:rPr>
        <w:t xml:space="preserve">[11:10] </w:t>
      </w:r>
      <w:r>
        <w:t>woh kya tha? woh tha</w:t>
      </w:r>
    </w:p>
    <w:p>
      <w:pPr>
        <w:jc w:val="right"/>
      </w:pPr>
      <w:r>
        <w:t>وہ کیا تھا؟ وہ تھا</w:t>
      </w:r>
    </w:p>
    <w:p>
      <w:r>
        <w:rPr>
          <w:b/>
        </w:rPr>
        <w:t xml:space="preserve">[11:13] </w:t>
      </w:r>
      <w:r>
        <w:t>religious persecution ka age, mazhabi jabr ka age. is ki misaal quran mein hai, surah al-buruj mein: "wama naqamu minhum illa an yu'minu billahil azizil hamid".</w:t>
      </w:r>
    </w:p>
    <w:p>
      <w:pPr>
        <w:jc w:val="right"/>
      </w:pPr>
      <w:r>
        <w:t>ریلیجس پرسیکوشن کا ایج، مذہبی جبر کا ایج۔ اس کی مثال قرآن میں ہے، سورہ البروج میں: "وما نقب منہم الا ان یومنوا باللہ العزیز الحمید"۔</w:t>
      </w:r>
    </w:p>
    <w:p>
      <w:r>
        <w:rPr>
          <w:b/>
        </w:rPr>
        <w:t xml:space="preserve">[11:31] </w:t>
      </w:r>
      <w:r>
        <w:t>yani sirf yeh kehna ke Allah ek hai, is par bhi un ko mara jata tha. kyun? us zamane mein yeh maan liya gaya tha ke</w:t>
      </w:r>
    </w:p>
    <w:p>
      <w:pPr>
        <w:jc w:val="right"/>
      </w:pPr>
      <w:r>
        <w:t>یعنی صرف یہ کہنا کہ اللہ ایک ہے، اس پر بھی ان کو مارا جاتا تھا۔ کیوں؟ اس زمانے میں یہ مان لیا گیا تھا کہ</w:t>
      </w:r>
    </w:p>
    <w:p>
      <w:r>
        <w:rPr>
          <w:b/>
        </w:rPr>
        <w:t xml:space="preserve">[11:47] </w:t>
      </w:r>
      <w:r>
        <w:t>religion wohi hai jo state ka ho. yeh maan liya gaya tha. state jo thi, jaise us zamane mein state aur mazhab alag alag ho gaye hain,</w:t>
      </w:r>
    </w:p>
    <w:p>
      <w:pPr>
        <w:jc w:val="right"/>
      </w:pPr>
      <w:r>
        <w:t>ریلیجن وہی ہے جو اسٹیٹ کا ہو۔ یہ مان لیا گیا تھا۔ اسٹیٹ جو تھی، جیسے اس زمانے میں اسٹیٹ اور مذہب الگ الگ ہو گئے ہیں،</w:t>
      </w:r>
    </w:p>
    <w:p>
      <w:r>
        <w:rPr>
          <w:b/>
        </w:rPr>
        <w:t xml:space="preserve">[12:02] </w:t>
      </w:r>
      <w:r>
        <w:t>us zamane mein state ka koi mazhab nahi hota.</w:t>
      </w:r>
    </w:p>
    <w:p>
      <w:pPr>
        <w:jc w:val="right"/>
      </w:pPr>
      <w:r>
        <w:t>اس زمانے میں اسٹیٹ کا کوئی مذہب نہیں ہوتا۔</w:t>
      </w:r>
    </w:p>
    <w:p>
      <w:r>
        <w:rPr>
          <w:b/>
        </w:rPr>
        <w:t xml:space="preserve">[12:05] </w:t>
      </w:r>
      <w:r>
        <w:t>us zamane mein state ka jo mazhab hota tha, wohi saare logon ko manna parta tha. jis ko kehte hain: "inna salihina ghuluuk".</w:t>
      </w:r>
    </w:p>
    <w:p>
      <w:pPr>
        <w:jc w:val="right"/>
      </w:pPr>
      <w:r>
        <w:t>اس زمانے میں اسٹیٹ کا جو مذہب ہوتا تھا، وہی سارے لوگوں کو ماننا پڑتا تھا۔ جس کو کہتے ہیں: "انا صالحین غلوک"۔</w:t>
      </w:r>
    </w:p>
    <w:p>
      <w:r>
        <w:rPr>
          <w:b/>
        </w:rPr>
        <w:t xml:space="preserve">[12:18] </w:t>
      </w:r>
      <w:r>
        <w:t>to jo aadmi</w:t>
      </w:r>
    </w:p>
    <w:p>
      <w:pPr>
        <w:jc w:val="right"/>
      </w:pPr>
      <w:r>
        <w:t>تو جو آدمی</w:t>
      </w:r>
    </w:p>
    <w:p>
      <w:r>
        <w:rPr>
          <w:b/>
        </w:rPr>
        <w:t xml:space="preserve">[12:23] </w:t>
      </w:r>
      <w:r>
        <w:t>state religion ke siwa koi aur religion apnaye, koi aur aqeedah apnaye, to us ko mara jata tha, us ko peeta jata tha, us ko us ko majboor kiya jata tha ke woh state religion ko apnaye.</w:t>
      </w:r>
    </w:p>
    <w:p>
      <w:pPr>
        <w:jc w:val="right"/>
      </w:pPr>
      <w:r>
        <w:t>اسٹیٹ ریلیجن کے سوا کوئی اور ریلیجن اپنائے، کوئی اور عقیدہ اپنائے، تو اس کو مارا جاتا تھا، اس کو پیٹا جاتا تھا، اس کو اس کو مجبور کیا جاتا تھا کہ وہ اسٹیٹ ریلیجن کو اپنائے۔</w:t>
      </w:r>
    </w:p>
    <w:p>
      <w:r>
        <w:rPr>
          <w:b/>
        </w:rPr>
        <w:t xml:space="preserve">[12:37] </w:t>
      </w:r>
      <w:r>
        <w:t>us ko kaha jata hai religious persecution.</w:t>
      </w:r>
    </w:p>
    <w:p>
      <w:pPr>
        <w:jc w:val="right"/>
      </w:pPr>
      <w:r>
        <w:t>اس کو کہا جاتا ہے ریلیجس پرسیکیوشن۔</w:t>
      </w:r>
    </w:p>
    <w:p>
      <w:r>
        <w:rPr>
          <w:b/>
        </w:rPr>
        <w:t xml:space="preserve">[12:42] </w:t>
      </w:r>
      <w:r>
        <w:t>to is ki wajah se dawat ka kaam bohat mushkil tha, bohat hi mushkil ho gaya tha dawat ka kaam.</w:t>
      </w:r>
    </w:p>
    <w:p>
      <w:pPr>
        <w:jc w:val="right"/>
      </w:pPr>
      <w:r>
        <w:t>تو اس کی وجہ سے دعوت کا کام بہت مشکل تھا، بہت ہی مشکل ہو گیا تھا دعوت کا کام۔</w:t>
      </w:r>
    </w:p>
    <w:p>
      <w:r>
        <w:rPr>
          <w:b/>
        </w:rPr>
        <w:t xml:space="preserve">[12:52] </w:t>
      </w:r>
      <w:r>
        <w:t>logon ko shadeed,</w:t>
      </w:r>
    </w:p>
    <w:p>
      <w:pPr>
        <w:jc w:val="right"/>
      </w:pPr>
      <w:r>
        <w:t>لوگوں کو شدید،</w:t>
      </w:r>
    </w:p>
    <w:p>
      <w:r>
        <w:rPr>
          <w:b/>
        </w:rPr>
        <w:t xml:space="preserve">[13:00] </w:t>
      </w:r>
      <w:r>
        <w:t>bohat zyada hukumat ki taraf se, bohat zyada sakht sazaon ka saamna kar ke dawat ka kaam karna parta tha.</w:t>
      </w:r>
    </w:p>
    <w:p>
      <w:pPr>
        <w:jc w:val="right"/>
      </w:pPr>
      <w:r>
        <w:t>بہت زیادہ حکومت کی طرف سے، بہت زیادہ سخت سزاؤں کا سامنا کر کے دعوت کا کام کرنا پڑتا تھا۔</w:t>
      </w:r>
    </w:p>
    <w:p>
      <w:r>
        <w:rPr>
          <w:b/>
        </w:rPr>
        <w:t xml:space="preserve">[13:14] </w:t>
      </w:r>
      <w:r>
        <w:t>to sahaba ki zuban se yeh yeh dua jo karwai gayi, is ka matlab tha</w:t>
      </w:r>
    </w:p>
    <w:p>
      <w:pPr>
        <w:jc w:val="right"/>
      </w:pPr>
      <w:r>
        <w:t>تو صحابہ کی زبان سے یہ یہ دعا جو کروائی گئی، اس کا مطلب تھا</w:t>
      </w:r>
    </w:p>
    <w:p>
      <w:r>
        <w:rPr>
          <w:b/>
        </w:rPr>
        <w:t xml:space="preserve">[13:19] </w:t>
      </w:r>
      <w:r>
        <w:t>kya? ke woh, yani yun keh lijiye ke ke woh tha anti deen age.</w:t>
      </w:r>
    </w:p>
    <w:p>
      <w:pPr>
        <w:jc w:val="right"/>
      </w:pPr>
      <w:r>
        <w:t>کیا؟ کہ وہ، یعنی یوں کہہ لیجئے کہ کہ وہ تھا اینٹی دین ایج۔</w:t>
      </w:r>
    </w:p>
    <w:p>
      <w:r>
        <w:rPr>
          <w:b/>
        </w:rPr>
        <w:t xml:space="preserve">[13:32] </w:t>
      </w:r>
      <w:r>
        <w:t>ab ab dua ka matlab tha ke anti deen age khatm ho jaye aur pro deen age aa jaye.</w:t>
      </w:r>
    </w:p>
    <w:p>
      <w:pPr>
        <w:jc w:val="right"/>
      </w:pPr>
      <w:r>
        <w:t>اب اب دعا کا مطلب تھا کہ اینٹی دین ایج ختم ہو جائے اور پرو دین ایج آ جائے۔</w:t>
      </w:r>
    </w:p>
    <w:p>
      <w:r>
        <w:rPr>
          <w:b/>
        </w:rPr>
        <w:t xml:space="preserve">[13:40] </w:t>
      </w:r>
      <w:r>
        <w:t>yeh matlab tha is ka. to is ayat ka talluq kuch bhi is ayat se nahi hai jahan: "wayazaw waanhum isra'u wal aghlalallati kanat alayhim".</w:t>
      </w:r>
    </w:p>
    <w:p>
      <w:pPr>
        <w:jc w:val="right"/>
      </w:pPr>
      <w:r>
        <w:t>یہ مطلب تھا اس کا۔ تو اس آیت کا تعلق کچھ بھی اس آیت سے نہیں ہے جہاں: "وَيَزَوْا وَانْهُمْ اِسْرَعُوا وَالْاَغْلَالَ الَّتِي كَانَتْ عَلَيْهِمْ"۔</w:t>
      </w:r>
    </w:p>
    <w:p>
      <w:r>
        <w:rPr>
          <w:b/>
        </w:rPr>
        <w:t xml:space="preserve">[13:51] </w:t>
      </w:r>
      <w:r>
        <w:t>yeh age se related jo masle the, jis ki wajah se</w:t>
      </w:r>
    </w:p>
    <w:p>
      <w:pPr>
        <w:jc w:val="right"/>
      </w:pPr>
      <w:r>
        <w:t>یہ ایج سے ریلیٹڈ جو مسائل تھے، جس کی وجہ سے</w:t>
      </w:r>
    </w:p>
    <w:p>
      <w:r>
        <w:rPr>
          <w:b/>
        </w:rPr>
        <w:t xml:space="preserve">[13:58] </w:t>
      </w:r>
      <w:r>
        <w:t>namaz parhna bhi mushkil tha. ara'aitalladhi 'anha 'abdan idha salla, tauheed ka aqeedah rakhna bhi mushkil tha.</w:t>
      </w:r>
    </w:p>
    <w:p>
      <w:pPr>
        <w:jc w:val="right"/>
      </w:pPr>
      <w:r>
        <w:t>نماز پڑھنا بھی مشکل تھا۔ ارائیت الذی عنہا عبدا اذا صلی، توحید کا عقیدہ رکھنا بھی مشکل تھا۔</w:t>
      </w:r>
    </w:p>
    <w:p>
      <w:r>
        <w:rPr>
          <w:b/>
        </w:rPr>
        <w:t xml:space="preserve">[14:09] </w:t>
      </w:r>
      <w:r>
        <w:t>kyun ke mazhab ne state ko</w:t>
      </w:r>
    </w:p>
    <w:p>
      <w:pPr>
        <w:jc w:val="right"/>
      </w:pPr>
      <w:r>
        <w:t>کیونکہ مذہب نے اسٹیٹ کو</w:t>
      </w:r>
    </w:p>
    <w:p>
      <w:r>
        <w:rPr>
          <w:b/>
        </w:rPr>
        <w:t xml:space="preserve">[14:15] </w:t>
      </w:r>
      <w:r>
        <w:t>apna rakha tha. is is zamane mein awam ke mandate se log hukumat karte hain. is zamane mein aisa nahi tha.</w:t>
      </w:r>
    </w:p>
    <w:p>
      <w:pPr>
        <w:jc w:val="right"/>
      </w:pPr>
      <w:r>
        <w:t>اپنا رکھا تھا۔ اس اس زمانے میں عوام کے مینڈیٹ سے لوگ حکومت کرتے ہیں۔ اس زمانے میں ایسا نہیں تھا۔</w:t>
      </w:r>
    </w:p>
    <w:p>
      <w:r>
        <w:rPr>
          <w:b/>
        </w:rPr>
        <w:t xml:space="preserve">[14:27] </w:t>
      </w:r>
      <w:r>
        <w:t>is zamane mein mazhab ka patent ban kar hukumat ki jati thi.</w:t>
      </w:r>
    </w:p>
    <w:p>
      <w:pPr>
        <w:jc w:val="right"/>
      </w:pPr>
      <w:r>
        <w:t>اس زمانے میں مذہب کا پیٹنٹ بن کر حکومت کی جاتی تھی۔</w:t>
      </w:r>
    </w:p>
    <w:p>
      <w:r>
        <w:rPr>
          <w:b/>
        </w:rPr>
        <w:t xml:space="preserve">[14:32] </w:t>
      </w:r>
      <w:r>
        <w:t>to mazhab agar koi doosra ikhtiyar kare to is ka matlab tha treason, hukumat se, state se ghaddari.</w:t>
      </w:r>
    </w:p>
    <w:p>
      <w:pPr>
        <w:jc w:val="right"/>
      </w:pPr>
      <w:r>
        <w:t>تو مذہب اگر کوئی دوسرا اختیار کرے تو اس کا مطلب تھا ٹریژن، حکومت سے، اسٹیٹ سے غداری۔</w:t>
      </w:r>
    </w:p>
    <w:p>
      <w:r>
        <w:rPr>
          <w:b/>
        </w:rPr>
        <w:t xml:space="preserve">[14:44] </w:t>
      </w:r>
      <w:r>
        <w:t>yeh surat-e-haal khatm ho. yani sahaba ki dua ka matlab yeh tha</w:t>
      </w:r>
    </w:p>
    <w:p>
      <w:pPr>
        <w:jc w:val="right"/>
      </w:pPr>
      <w:r>
        <w:t>یہ صورتحال ختم ہو۔ یعنی صحابہ کی دعا کا مطلب یہ تھا</w:t>
      </w:r>
    </w:p>
    <w:p>
      <w:r>
        <w:rPr>
          <w:b/>
        </w:rPr>
        <w:t xml:space="preserve">[14:50] </w:t>
      </w:r>
      <w:r>
        <w:t>keh anti deen jo daur hai, woh khatm ho aur pro deen daur aa jaye.</w:t>
      </w:r>
    </w:p>
    <w:p>
      <w:pPr>
        <w:jc w:val="right"/>
      </w:pPr>
      <w:r>
        <w:t>کہ اینٹی دین جو دور ہے، وہ ختم ہو اور پرو دین دور آ جائے۔</w:t>
      </w:r>
    </w:p>
    <w:p>
      <w:r>
        <w:rPr>
          <w:b/>
        </w:rPr>
        <w:t xml:space="preserve">[15:04] </w:t>
      </w:r>
      <w:r>
        <w:t>yeh bohat hi ahem baat hai.</w:t>
      </w:r>
    </w:p>
    <w:p>
      <w:pPr>
        <w:jc w:val="right"/>
      </w:pPr>
      <w:r>
        <w:t>یہ بہت ہی اہم بات ہے۔</w:t>
      </w:r>
    </w:p>
    <w:p>
      <w:r>
        <w:rPr>
          <w:b/>
        </w:rPr>
        <w:t xml:space="preserve">[15:06] </w:t>
      </w:r>
      <w:r>
        <w:t>to Allah taala ne yeh dua qabool ki aur phir ek history mein ek naya process jari hua. dekhiye, maine kai baar yeh baat kahi hai keh history mein koi tabdeeli, koi change achaanak kabhi aata nahi,</w:t>
      </w:r>
    </w:p>
    <w:p>
      <w:pPr>
        <w:jc w:val="right"/>
      </w:pPr>
      <w:r>
        <w:t>تو اللہ تعالی نے یہ دعا قبول کی اور پھر ایک ہسٹری میں ایک نیا پراسیس جاری ہوا۔ دیکھیے، میں نے کئی بار یہ بات کہی ہے کہ ہسٹری میں کوئی تبدیلی، کوئی چینج اچانک کبھی آتا نہیں،</w:t>
      </w:r>
    </w:p>
    <w:p>
      <w:r>
        <w:rPr>
          <w:b/>
        </w:rPr>
        <w:t xml:space="preserve">[15:24] </w:t>
      </w:r>
      <w:r>
        <w:t>kabhi bhi aata nahi. ek lambi muddat ke baad aata hai. jaise is zamane mein dekhiye, democracy hai to kaha: "democracy achaanak aa gayi".</w:t>
      </w:r>
    </w:p>
    <w:p>
      <w:pPr>
        <w:jc w:val="right"/>
      </w:pPr>
      <w:r>
        <w:t>کبھی بھی نہیں آتا۔ ایک لمبی مدت کے بعد آتا ہے۔ جیسے اس زمانے میں دیکھیے، ڈیموکریسی ہے تو کہا: "ڈیموکریسی اچانک آ گئی"۔</w:t>
      </w:r>
    </w:p>
    <w:p>
      <w:r>
        <w:rPr>
          <w:b/>
        </w:rPr>
        <w:t xml:space="preserve">[15:34] </w:t>
      </w:r>
      <w:r>
        <w:t>is ke peeche bohat lambi muddat hai, sankaron saal ke darmiyan ek process chala, tab ja kar ke democracy aayi hai.</w:t>
      </w:r>
    </w:p>
    <w:p>
      <w:pPr>
        <w:jc w:val="right"/>
      </w:pPr>
      <w:r>
        <w:t>اس کے پیچھے بہت لمبی مدت ہے، سینکڑوں سال کے درمیان ایک پراسیس چلا، تب جا کر کے ڈیموکریسی آئی ہے۔</w:t>
      </w:r>
    </w:p>
    <w:p>
      <w:r>
        <w:rPr>
          <w:b/>
        </w:rPr>
        <w:t xml:space="preserve">[15:44] </w:t>
      </w:r>
      <w:r>
        <w:t>to Allah taala ka mamla bhi yahi hai. asbab-o-ilal ke parde mein madad aati hai. madad jo hai, aisa nahi aati keh asbab-o-ilal ke parde ko phaad kar aaye.</w:t>
      </w:r>
    </w:p>
    <w:p>
      <w:pPr>
        <w:jc w:val="right"/>
      </w:pPr>
      <w:r>
        <w:t>تو اللہ تعالی کا معاملہ بھی یہی ہے۔ اسباب و علل کے پردے میں مدد آتی ہے۔ مدد جو ہے، ایسا نہیں آتی کہ اسباب و علل کے پردے کو پھاڑ کر آئے۔</w:t>
      </w:r>
    </w:p>
    <w:p>
      <w:r>
        <w:rPr>
          <w:b/>
        </w:rPr>
        <w:t xml:space="preserve">[15:57] </w:t>
      </w:r>
      <w:r>
        <w:t>to Allah taala ne yeh dua qabool farmayi aur jo</w:t>
      </w:r>
    </w:p>
    <w:p>
      <w:pPr>
        <w:jc w:val="right"/>
      </w:pPr>
      <w:r>
        <w:t>تو اللہ تعالی نے یہ دعا قبول فرمائی اور جو</w:t>
      </w:r>
    </w:p>
    <w:p>
      <w:r>
        <w:rPr>
          <w:b/>
        </w:rPr>
        <w:t xml:space="preserve">[16:03] </w:t>
      </w:r>
      <w:r>
        <w:t>asbab the, un mein aise tabdiliyan paida ki gayi hain, un mein aisa process jari kiya gaya jo dheere dheere yahan pahuncha keh duniya mein mukammal</w:t>
      </w:r>
    </w:p>
    <w:p>
      <w:pPr>
        <w:jc w:val="right"/>
      </w:pPr>
      <w:r>
        <w:t>اسباب تھے، ان میں ایسے تبدیلیاں پیدا کی گئی ہیں، ان میں ایسا پراسیس جاری کیا گیا جو دھیرے دھیرے یہاں پہنچا کہ دنیا میں مکمل</w:t>
      </w:r>
    </w:p>
    <w:p>
      <w:r>
        <w:rPr>
          <w:b/>
        </w:rPr>
        <w:t xml:space="preserve">[16:19] </w:t>
      </w:r>
      <w:r>
        <w:t>mazhabi aazadi ka daur aa gaya. yani age of religious persecution khatm ho gaya aur age of religious freedom aa gaya.</w:t>
      </w:r>
    </w:p>
    <w:p>
      <w:pPr>
        <w:jc w:val="right"/>
      </w:pPr>
      <w:r>
        <w:t>مذہبی آزادی کا دور آ گیا۔ یعنی ایج آف ریلیجس پرسیکیوشن ختم ہو گیا اور ایج آف ریلیجس فریڈم آ گیا۔</w:t>
      </w:r>
    </w:p>
    <w:p>
      <w:r>
        <w:rPr>
          <w:b/>
        </w:rPr>
        <w:t xml:space="preserve">[16:30] </w:t>
      </w:r>
      <w:r>
        <w:t>yeh hai matlab is ka. ab dekhiye, jab aisa ho jaye</w:t>
      </w:r>
    </w:p>
    <w:p>
      <w:pPr>
        <w:jc w:val="right"/>
      </w:pPr>
      <w:r>
        <w:t>یہ ہے مطلب اس کا۔ اب دیکھیے، جب ایسا ہو جائے</w:t>
      </w:r>
    </w:p>
    <w:p>
      <w:r>
        <w:rPr>
          <w:b/>
        </w:rPr>
        <w:t xml:space="preserve">[16:38] </w:t>
      </w:r>
      <w:r>
        <w:t>to daaiyon ko kya karna hai? jab aisa ho jaye keh religious persecution, religious persecution ka daur khatm ho jaye aur just religious freedom ka daur aa jaye to daaiyon ko kya karna hai?</w:t>
      </w:r>
    </w:p>
    <w:p>
      <w:pPr>
        <w:jc w:val="right"/>
      </w:pPr>
      <w:r>
        <w:t>تو داعیوں کو کیا کرنا ہے؟ جب ایسا ہو جائے کہ ریلیجس پرسیکشن، ریلیجس پرسیکیوشن کا دور ختم ہو جائے اور جسٹ ریلیجس فریڈم کا دور آ جائے تو داعیوں کو کیا کرنا ہے؟</w:t>
      </w:r>
    </w:p>
    <w:p>
      <w:r>
        <w:rPr>
          <w:b/>
        </w:rPr>
        <w:t xml:space="preserve">[16:54] </w:t>
      </w:r>
      <w:r>
        <w:t>ab wahi nahi karna hai jo</w:t>
      </w:r>
    </w:p>
    <w:p>
      <w:pPr>
        <w:jc w:val="right"/>
      </w:pPr>
      <w:r>
        <w:t>اب وہی نہیں کرنا ہے جو</w:t>
      </w:r>
    </w:p>
    <w:p>
      <w:r>
        <w:rPr>
          <w:b/>
        </w:rPr>
        <w:t xml:space="preserve">[16:56] </w:t>
      </w:r>
      <w:r>
        <w:t>pehlay zamane ke log karte thay. pehlay zamane ke logon ko is zamane ke age factor ki wajah se, zamani asbab se, state se takrao ho jata tha, foran takrao ho jata tha.</w:t>
      </w:r>
    </w:p>
    <w:p>
      <w:pPr>
        <w:jc w:val="right"/>
      </w:pPr>
      <w:r>
        <w:t>پہلے زمانے کے لوگ کرتے تھے۔ پہلے زمانے کے لوگوں کو اس زمانے کے ایج فیکٹر کی وجہ سے، زمانی اسباب سے، اسٹیٹ سے ٹکراؤ ہو جاتا تھا، فوراً ٹکراؤ ہو جاتا تھا۔</w:t>
      </w:r>
    </w:p>
    <w:p>
      <w:r>
        <w:rPr>
          <w:b/>
        </w:rPr>
        <w:t xml:space="preserve">[17:11] </w:t>
      </w:r>
      <w:r>
        <w:t>lekin jab</w:t>
      </w:r>
    </w:p>
    <w:p>
      <w:pPr>
        <w:jc w:val="right"/>
      </w:pPr>
      <w:r>
        <w:t>لیکن جب</w:t>
      </w:r>
    </w:p>
    <w:p>
      <w:r>
        <w:rPr>
          <w:b/>
        </w:rPr>
        <w:t xml:space="preserve">[17:13] </w:t>
      </w:r>
      <w:r>
        <w:t>state ko religion alag kar diya gaya, religion ko poori poori aazadi mil gayi to woh to daur hi khatm ho gaya. woh daur khatm hoga jab keh aap state se ladein.</w:t>
      </w:r>
    </w:p>
    <w:p>
      <w:pPr>
        <w:jc w:val="right"/>
      </w:pPr>
      <w:r>
        <w:t>اسٹیٹ کو ریلیجنز الگ کر دیا گیا، ریلیجن کو پوری پوری آزادی مل گئی تو وہ تو دور ہی ختم ہو گیا۔ وہ دور ختم ہوگا جب کہ آپ اسٹیٹ سے لڑیں۔</w:t>
      </w:r>
    </w:p>
    <w:p>
      <w:r>
        <w:rPr>
          <w:b/>
        </w:rPr>
        <w:t xml:space="preserve">[17:27] </w:t>
      </w:r>
      <w:r>
        <w:t>ab state se ladne ka koi matlab nahi hai.</w:t>
      </w:r>
    </w:p>
    <w:p>
      <w:pPr>
        <w:jc w:val="right"/>
      </w:pPr>
      <w:r>
        <w:t>اب اسٹیٹ سے لڑنے کا کوئی مطلب نہیں ہے۔</w:t>
      </w:r>
    </w:p>
    <w:p>
      <w:r>
        <w:rPr>
          <w:b/>
        </w:rPr>
        <w:t xml:space="preserve">[17:31] </w:t>
      </w:r>
      <w:r>
        <w:t>to yeh jo sahaba aur muhaddiseen ka do group maine arz kiya keh yeh dono dauron ke liye role model ki hesiyat rakhi hai keh daur-e-da'wat mein kis tarah kaam kiya jaye,</w:t>
      </w:r>
    </w:p>
    <w:p>
      <w:pPr>
        <w:jc w:val="right"/>
      </w:pPr>
      <w:r>
        <w:t>تو یہ جو صحابہ اور محدثین کا دو گروپ میں نے عرض کیا کہ یہ دونوں دوروں کے لیے رول ماڈل کی حیثیت رکھی ہے کہ دور دعوت میں کس طرح کام کیا جائے،</w:t>
      </w:r>
    </w:p>
    <w:p>
      <w:r>
        <w:rPr>
          <w:b/>
        </w:rPr>
        <w:t xml:space="preserve">[17:46] </w:t>
      </w:r>
      <w:r>
        <w:t>is ka namuna sahaba ki zindagi mein hai</w:t>
      </w:r>
    </w:p>
    <w:p>
      <w:pPr>
        <w:jc w:val="right"/>
      </w:pPr>
      <w:r>
        <w:t>اس کا نمونہ صحابہ کی زندگیوں میں ہے</w:t>
      </w:r>
    </w:p>
    <w:p>
      <w:r>
        <w:rPr>
          <w:b/>
        </w:rPr>
        <w:t xml:space="preserve">[17:50] </w:t>
      </w:r>
      <w:r>
        <w:t>aur daur-e-hukumat mein kis tarah kaam kiya jaye, is ka namuna muhaddiseen ki zindagi mein hai. dekhiye, ek baat maine yahan yeh kahunga keh muhaddiseen ke baray mein log ek hi baat jante hain.</w:t>
      </w:r>
    </w:p>
    <w:p>
      <w:pPr>
        <w:jc w:val="right"/>
      </w:pPr>
      <w:r>
        <w:t>اور دور حکومت میں کس طرح کام کیا جائے، اس کا نمونہ محدثین کی زندگی میں ہے۔ دیکھیے، ایک بات میں یہاں یہ کہوں گا کہ محدثین کے بارے میں لوگ ایک ہی بات جانتے ہیں۔</w:t>
      </w:r>
    </w:p>
    <w:p>
      <w:r>
        <w:rPr>
          <w:b/>
        </w:rPr>
        <w:t xml:space="preserve">[18:04] </w:t>
      </w:r>
      <w:r>
        <w:t>muhaddiseen par bohat zyada kitabein likhi gayi hain,</w:t>
      </w:r>
    </w:p>
    <w:p>
      <w:pPr>
        <w:jc w:val="right"/>
      </w:pPr>
      <w:r>
        <w:t>محدثین پر بہت زیادہ کتابیں لکھی گئی ہیں،</w:t>
      </w:r>
    </w:p>
    <w:p>
      <w:r>
        <w:rPr>
          <w:b/>
        </w:rPr>
        <w:t xml:space="preserve">[18:08] </w:t>
      </w:r>
      <w:r>
        <w:t>bohat zyada kitabein hain, urdu mein, english mein, arabi mein. magar muhaddiseen ka ek hi role bataya gaya hai keh kis tarah unhon ne ahadees ko jama kiya, kis tarah compile kiya,</w:t>
      </w:r>
    </w:p>
    <w:p>
      <w:pPr>
        <w:jc w:val="right"/>
      </w:pPr>
      <w:r>
        <w:t>بہت زیادہ کتابیں ہیں، اردو میں، انگلش میں، عربی میں۔ مگر محدثین کا ایک ہی رول بتایا گیا ہے کہ کس طرح انہوں نے احادیثوں کو جمع کیا، کس طرح کمپائل کیا،</w:t>
      </w:r>
    </w:p>
    <w:p>
      <w:r>
        <w:rPr>
          <w:b/>
        </w:rPr>
        <w:t xml:space="preserve">[18:24] </w:t>
      </w:r>
      <w:r>
        <w:t>kis tarah un ko book form mein</w:t>
      </w:r>
    </w:p>
    <w:p>
      <w:pPr>
        <w:jc w:val="right"/>
      </w:pPr>
      <w:r>
        <w:t>کس طرح ان کو بک فارم میں</w:t>
      </w:r>
    </w:p>
    <w:p>
      <w:r>
        <w:rPr>
          <w:b/>
        </w:rPr>
        <w:t xml:space="preserve">[18:26] </w:t>
      </w:r>
      <w:r>
        <w:t>dhala, jis ko kehte hain tadween hadith. jumbo tadween hadith. lekin is ke siwa bhi ek rol hai, bohat bara muhaddiseen ka, bohat bara rol hai.</w:t>
      </w:r>
    </w:p>
    <w:p>
      <w:pPr>
        <w:jc w:val="right"/>
      </w:pPr>
      <w:r>
        <w:t>ڈھالا، جس کو کہتے ہیں تدوین حدیث۔ جمبو تدوین حدیث۔ لیکن اس کے سوا بھی ایک رول ہے، بہت بڑا محدثین کا، بہت بڑا رول ہے۔</w:t>
      </w:r>
    </w:p>
    <w:p>
      <w:r>
        <w:rPr>
          <w:b/>
        </w:rPr>
        <w:t xml:space="preserve">[18:41] </w:t>
      </w:r>
      <w:r>
        <w:t>woh kya hai? dor hukoomat mein kaam kis tarah kiya jaye?</w:t>
      </w:r>
    </w:p>
    <w:p>
      <w:pPr>
        <w:jc w:val="right"/>
      </w:pPr>
      <w:r>
        <w:t>وہ کیا ہے؟ دور حکومت میں کام کس طرح کیا جائے؟</w:t>
      </w:r>
    </w:p>
    <w:p>
      <w:r>
        <w:rPr>
          <w:b/>
        </w:rPr>
        <w:t xml:space="preserve">[18:47] </w:t>
      </w:r>
      <w:r>
        <w:t>yeh ek bohat bara rol model hai muhaddiseen ke haan ke dor hukoomat mein kis tarah kaam kiya jaye. dekhiye,</w:t>
      </w:r>
    </w:p>
    <w:p>
      <w:pPr>
        <w:jc w:val="right"/>
      </w:pPr>
      <w:r>
        <w:t>یہ ایک بہت بڑا رول ماڈل ہے محدثین کے ہاں کہ دور حکومت میں کس طرح کام کیا جائے۔ دیکھیے،</w:t>
      </w:r>
    </w:p>
    <w:p>
      <w:r>
        <w:rPr>
          <w:b/>
        </w:rPr>
        <w:t xml:space="preserve">[18:59] </w:t>
      </w:r>
      <w:r>
        <w:t>tamam muhaddiseen jo jinhon ne kaam kiya, un ka zamana tha abbasi period, jis ko hum kehte hain abbasiyat period,</w:t>
      </w:r>
    </w:p>
    <w:p>
      <w:pPr>
        <w:jc w:val="right"/>
      </w:pPr>
      <w:r>
        <w:t>تمام محدثین جو جنہوں نے کام کیا، ان کا زمانہ تھا عباسی پیریڈ، جس کو ہم کہتے ہیں عباسیت پیریڈ،</w:t>
      </w:r>
    </w:p>
    <w:p>
      <w:r>
        <w:rPr>
          <w:b/>
        </w:rPr>
        <w:t xml:space="preserve">[19:13] </w:t>
      </w:r>
      <w:r>
        <w:t>dor abbasi. wohi zamana hai muhaddiseen ka.</w:t>
      </w:r>
    </w:p>
    <w:p>
      <w:pPr>
        <w:jc w:val="right"/>
      </w:pPr>
      <w:r>
        <w:t>دور عباسی۔ وہی زمانہ ہے محدثین کا۔</w:t>
      </w:r>
    </w:p>
    <w:p>
      <w:r>
        <w:rPr>
          <w:b/>
        </w:rPr>
        <w:t xml:space="preserve">[19:17] </w:t>
      </w:r>
      <w:r>
        <w:t>to abbasi hukmaran jo thay, abbasi jo khulafa kaha jata tha, lekin halankeh woh sultan thay, woh kyunkeh woh dynasty thi, woh dynasty thi, woh abubakar umar ki jaisi hukoomat nahi thi.</w:t>
      </w:r>
    </w:p>
    <w:p>
      <w:pPr>
        <w:jc w:val="right"/>
      </w:pPr>
      <w:r>
        <w:t>تو عباسی حکمران جو تھے، عباسی جو خلفاء کہا جاتا تھا، لیکن حالانکہ وہ سلطان تھے، وہ کیونکہ وہ ڈائنسٹی تھی، وہ ڈائنسٹی تھی، وہ ابوبکر عمر کی جیسی حکومت نہیں تھی۔</w:t>
      </w:r>
    </w:p>
    <w:p>
      <w:r>
        <w:rPr>
          <w:b/>
        </w:rPr>
        <w:t xml:space="preserve">[19:32] </w:t>
      </w:r>
      <w:r>
        <w:t>to abbasi dor hukoomat mein jo halaat thay, un ko aap parhiye kitabon mein.</w:t>
      </w:r>
    </w:p>
    <w:p>
      <w:pPr>
        <w:jc w:val="right"/>
      </w:pPr>
      <w:r>
        <w:t>تو عباسی دور حکومت میں جو حالات تھے، ان کو آپ پڑھیے کتابوں میں۔</w:t>
      </w:r>
    </w:p>
    <w:p>
      <w:r>
        <w:rPr>
          <w:b/>
        </w:rPr>
        <w:t xml:space="preserve">[19:39] </w:t>
      </w:r>
      <w:r>
        <w:t>woh waise hi thay jaise aaj kal muslim mulkon mein hain. muslim mulkon mein jin cheezon ko le kar ke aaj arab dispering ke naam se tehreekein chal rahi hain aur hazaron ne, lakhon log mare ja rahe hain,</w:t>
      </w:r>
    </w:p>
    <w:p>
      <w:pPr>
        <w:jc w:val="right"/>
      </w:pPr>
      <w:r>
        <w:t>وہ ویسے ہی تھے جیسے آج کل مسلم ملکوں میں ہیں۔ مسلم ملکوں میں جن چیزوں کو لے کر کے آج عرب ڈسپرنگ کے نام سے تحریکیں چل رہی ہیں اور ہزاروں نے، لاکھوں لوگ مارے جا رہے ہیں،</w:t>
      </w:r>
    </w:p>
    <w:p>
      <w:r>
        <w:rPr>
          <w:b/>
        </w:rPr>
        <w:t xml:space="preserve">[19:55] </w:t>
      </w:r>
      <w:r>
        <w:t>aman khatam ho gaya hai, blood shed hai,</w:t>
      </w:r>
    </w:p>
    <w:p>
      <w:pPr>
        <w:jc w:val="right"/>
      </w:pPr>
      <w:r>
        <w:t>امن ختم ہو گیا ہے، بلڈ شیڈ ہے،</w:t>
      </w:r>
    </w:p>
    <w:p>
      <w:r>
        <w:rPr>
          <w:b/>
        </w:rPr>
        <w:t xml:space="preserve">[19:59] </w:t>
      </w:r>
      <w:r>
        <w:t>tarah tarah ki museebatein hain kyunkeh log hukoomaton se takra rahe hain is baat ke liye ke nizam-e-adil qaim karo.</w:t>
      </w:r>
    </w:p>
    <w:p>
      <w:pPr>
        <w:jc w:val="right"/>
      </w:pPr>
      <w:r>
        <w:t>طرح طرح کی مصیبتیں ہیں کیونکہ لوگ حکومتوں سے ٹکرا رہے ہیں اس بات کے لیے کہ نظام عدل قائم کرو۔</w:t>
      </w:r>
    </w:p>
    <w:p>
      <w:r>
        <w:rPr>
          <w:b/>
        </w:rPr>
        <w:t xml:space="preserve">[20:10] </w:t>
      </w:r>
      <w:r>
        <w:t>lekin muhaddiseen ka zamana theek isi tarah ka zamana tha</w:t>
      </w:r>
    </w:p>
    <w:p>
      <w:pPr>
        <w:jc w:val="right"/>
      </w:pPr>
      <w:r>
        <w:t>لیکن محدثین کا زمانہ ٹھیک اسی طرح کا زمانہ تھا</w:t>
      </w:r>
    </w:p>
    <w:p>
      <w:r>
        <w:rPr>
          <w:b/>
        </w:rPr>
        <w:t xml:space="preserve">[20:15] </w:t>
      </w:r>
      <w:r>
        <w:t>jabkeh abbasi hukmaranon mein woh sari kharabiyan aa gayi theen. to muhaddiseen ne kya kiya? muhaddiseen ne mukammal taur par non confrontational approach ikhtiyar kiya.</w:t>
      </w:r>
    </w:p>
    <w:p>
      <w:pPr>
        <w:jc w:val="right"/>
      </w:pPr>
      <w:r>
        <w:t>جبکہ عباسی حکمرانوں میں وہ ساری خرابیاں آ گئی تھیں۔ تو محدثین نے کیا کیا؟ محدثین نے مکمل طور پر نان کنفرنٹیشنل اپروچ اختیار کیا۔</w:t>
      </w:r>
    </w:p>
    <w:p>
      <w:r>
        <w:rPr>
          <w:b/>
        </w:rPr>
        <w:t xml:space="preserve">[20:30] </w:t>
      </w:r>
      <w:r>
        <w:t>mukammal taur par</w:t>
      </w:r>
    </w:p>
    <w:p>
      <w:pPr>
        <w:jc w:val="right"/>
      </w:pPr>
      <w:r>
        <w:t>مکمل طور پر</w:t>
      </w:r>
    </w:p>
    <w:p>
      <w:r>
        <w:rPr>
          <w:b/>
        </w:rPr>
        <w:t xml:space="preserve">[20:32] </w:t>
      </w:r>
      <w:r>
        <w:t>unhon ne koi taaruz nahi kiya, koi notice nahi liya. woh alag, un ki dunya alag thi, yani sulatin ki dunya alag thi aur muhaddiseen ki dunya alag thi.</w:t>
      </w:r>
    </w:p>
    <w:p>
      <w:pPr>
        <w:jc w:val="right"/>
      </w:pPr>
      <w:r>
        <w:t>انہوں نے کوئی تعارض نہیں کیا، کوئی نوٹس نہیں لیا۔ وہ الگ، ان کی دنیا الگ تھی، یعنی سلاطین کی دنیا الگ تھی اور محدثین کی دنیا الگ تھی۔</w:t>
      </w:r>
    </w:p>
    <w:p>
      <w:r>
        <w:rPr>
          <w:b/>
        </w:rPr>
        <w:t xml:space="preserve">[20:46] </w:t>
      </w:r>
      <w:r>
        <w:t>yeh tha in hadithon ka jo hadithain jama keen muhaddiseen ne. in hadithon mein yeh kaha gaya tha</w:t>
      </w:r>
    </w:p>
    <w:p>
      <w:pPr>
        <w:jc w:val="right"/>
      </w:pPr>
      <w:r>
        <w:t>یہ تھا ان حدیثوں کا جو حدیثیں جمع کیں محدثین نے۔ ان حدیثوں میں یہ کہا گیا تھا</w:t>
      </w:r>
    </w:p>
    <w:p>
      <w:r>
        <w:rPr>
          <w:b/>
        </w:rPr>
        <w:t xml:space="preserve">[20:54] </w:t>
      </w:r>
      <w:r>
        <w:t>ke mere baad hukoomat aaye gi, dor hukoomat aaye ga to hakim log jo hain, woh aish karenge, woh mahal banayenge, woh qale banayenge aur jo un ki mukhalifat kare ga, un ko marpeet karenge.</w:t>
      </w:r>
    </w:p>
    <w:p>
      <w:pPr>
        <w:jc w:val="right"/>
      </w:pPr>
      <w:r>
        <w:t>کہ میرے بعد حکومت آئے گی، دور حکومت آئے گا تو حاکم لوگ جو ہیں، وہ عیش کریں گے، وہ محل بنائیں گے، وہ قلعے بنائیں گے اور جو ان کی مخالفت کرے گا، ان کو مارپیٹ کریں گے۔</w:t>
      </w:r>
    </w:p>
    <w:p>
      <w:r>
        <w:rPr>
          <w:b/>
        </w:rPr>
        <w:t xml:space="preserve">[21:14] </w:t>
      </w:r>
      <w:r>
        <w:t>to rasool Allah ne peshi taur par yeh hidayat di thi ke tum un se takrao na karna. ek hadith mein hai ke "bain jildazahr ka wakhaz malik"</w:t>
      </w:r>
    </w:p>
    <w:p>
      <w:pPr>
        <w:jc w:val="right"/>
      </w:pPr>
      <w:r>
        <w:t>تو رسول اللہ نے پیشی طور پر یہ ہدایت دی تھی کہ تم ان سے ٹکراؤ نہ کرنا۔ ایک حدیث میں ہے کہ "بین جلدا زہر کا واخذ مالک"</w:t>
      </w:r>
    </w:p>
    <w:p>
      <w:r>
        <w:rPr>
          <w:b/>
        </w:rPr>
        <w:t xml:space="preserve">[21:33] </w:t>
      </w:r>
      <w:r>
        <w:t>yani tumhari "bain jildazahr ka wakhaz malik" ke chahe tumhare peeth par kode mare jayein aur tumhare malon ko le liya jaye.</w:t>
      </w:r>
    </w:p>
    <w:p>
      <w:pPr>
        <w:jc w:val="right"/>
      </w:pPr>
      <w:r>
        <w:t>یعنی تمہاری "بین جلدا زہر کا واخذ مالک" کہ چاہے تمہارے پیٹھ پر کوڑے مارے جائیں اور تمہارے مالوں کو لے لیا جائے۔</w:t>
      </w:r>
    </w:p>
    <w:p>
      <w:r>
        <w:rPr>
          <w:b/>
        </w:rPr>
        <w:t xml:space="preserve">[21:48] </w:t>
      </w:r>
      <w:r>
        <w:t>yeh usloob hai.</w:t>
      </w:r>
    </w:p>
    <w:p>
      <w:pPr>
        <w:jc w:val="right"/>
      </w:pPr>
      <w:r>
        <w:t>یہ اسلوب ہے۔</w:t>
      </w:r>
    </w:p>
    <w:p>
      <w:r>
        <w:rPr>
          <w:b/>
        </w:rPr>
        <w:t xml:space="preserve">[21:51] </w:t>
      </w:r>
      <w:r>
        <w:t>iska matlab nahi hai ke woh khwamkhwah aap ko marenge, aap ko khwamkhwah aap ka maal chhenenge. yeh matlab iska nahi hai. iska matlab kya hai?</w:t>
      </w:r>
    </w:p>
    <w:p>
      <w:pPr>
        <w:jc w:val="right"/>
      </w:pPr>
      <w:r>
        <w:t>اس کا مطلب نہیں ہے کہ وہ خوامخواہ آپ کو ماریں گے، آپ کو خوامخواہ آپ کا مال چھینیں گے۔ یہ مطلب اس کا نہیں ہے۔ اس کا مطلب کیا ہے؟</w:t>
      </w:r>
    </w:p>
    <w:p>
      <w:r>
        <w:rPr>
          <w:b/>
        </w:rPr>
        <w:t xml:space="preserve">[22:01] </w:t>
      </w:r>
      <w:r>
        <w:t>koi bhi excuse le kar ke tum hukmaranon se takrao mat karna. ek hadith mein hai ke "to apne bhed bakri ko le kar jangalon mein chale jana".</w:t>
      </w:r>
    </w:p>
    <w:p>
      <w:pPr>
        <w:jc w:val="right"/>
      </w:pPr>
      <w:r>
        <w:t>کوئی بھی ایکسکیوز لے کر کے تم حکمرانوں سے ٹکراؤ مت کرنا۔ ایک حدیث میں ہے کہ "تو اپنے بھیڑ بکری کو لے کر جنگلوں میں چلے جانا"۔</w:t>
      </w:r>
    </w:p>
    <w:p>
      <w:r>
        <w:rPr>
          <w:b/>
        </w:rPr>
        <w:t xml:space="preserve">[22:12] </w:t>
      </w:r>
      <w:r>
        <w:t>iska matlab yeh nahi hai ke</w:t>
      </w:r>
    </w:p>
    <w:p>
      <w:pPr>
        <w:jc w:val="right"/>
      </w:pPr>
      <w:r>
        <w:t>اس کا مطلب یہ نہیں ہے کہ</w:t>
      </w:r>
    </w:p>
    <w:p>
      <w:r>
        <w:rPr>
          <w:b/>
        </w:rPr>
        <w:t xml:space="preserve">[22:14] </w:t>
      </w:r>
      <w:r>
        <w:t>bhed bakri le kar jungle mein chale jayein, literal taur par nahi, balkeh balkeh iska matlab yeh hai ke iska matlab yeh hai ke non political jo daira hai,</w:t>
      </w:r>
    </w:p>
    <w:p>
      <w:pPr>
        <w:jc w:val="right"/>
      </w:pPr>
      <w:r>
        <w:t>بھیڑ بکری لے کر جنگل میں چلے جائیں، لٹرل طور پر نہیں، بلکہ بلکہ اس کا مطلب یہ ہے کہ اس کا مطلب یہ ہے کہ نان پولیٹیکل جو دائرہ ہے،</w:t>
      </w:r>
    </w:p>
    <w:p>
      <w:r>
        <w:rPr>
          <w:b/>
        </w:rPr>
        <w:t xml:space="preserve">[22:32] </w:t>
      </w:r>
      <w:r>
        <w:t>is mein apne kaam ko jari rakhna, political daire se alag rakhna. to muhaddiseen ne yeh hadithain jama keen aur theek theek isi par amal kiya unhon ne.</w:t>
      </w:r>
    </w:p>
    <w:p>
      <w:pPr>
        <w:jc w:val="right"/>
      </w:pPr>
      <w:r>
        <w:t>اس میں اپنے کام کو جاری رکھنا، پولیٹیکل دائرے سے الگ رکھنا۔ تو محدثین نے یہ حدیثیں جمع کیں اور ٹھیک ٹھیک اسی پر عمل کیا انہوں نے۔</w:t>
      </w:r>
    </w:p>
    <w:p>
      <w:r>
        <w:rPr>
          <w:b/>
        </w:rPr>
        <w:t xml:space="preserve">[22:45] </w:t>
      </w:r>
      <w:r>
        <w:t>yani muhaddiseen ke dor mein woh sari kharabiyan theen jin ko</w:t>
      </w:r>
    </w:p>
    <w:p>
      <w:pPr>
        <w:jc w:val="right"/>
      </w:pPr>
      <w:r>
        <w:t>یعنی محدثین کے دور میں وہ ساری خرابیاں تھیں جن کو</w:t>
      </w:r>
    </w:p>
    <w:p>
      <w:r>
        <w:rPr>
          <w:b/>
        </w:rPr>
        <w:t xml:space="preserve">[22:51] </w:t>
      </w:r>
      <w:r>
        <w:t>jinka ahwal, jinka naam le kar ke aaj kal muslim mulkon mein takrao kiya ja raha hai. har muslim mulk mein ya to passive takrao hai ya active takrao hai.</w:t>
      </w:r>
    </w:p>
    <w:p>
      <w:pPr>
        <w:jc w:val="right"/>
      </w:pPr>
      <w:r>
        <w:t>جن کا احوال، جن کا نام لے کر کے آج کل مسلم ملکوں میں ٹکراؤ کیا جا رہا ہے۔ ہر مسلم ملک میں یا تو پیسو ٹکراؤ ہے یا ایکٹیو ٹکراؤ ہے۔</w:t>
      </w:r>
    </w:p>
    <w:p>
      <w:r>
        <w:rPr>
          <w:b/>
        </w:rPr>
        <w:t xml:space="preserve">[23:05] </w:t>
      </w:r>
      <w:r>
        <w:t>har muslim mulk mein</w:t>
      </w:r>
    </w:p>
    <w:p>
      <w:pPr>
        <w:jc w:val="right"/>
      </w:pPr>
      <w:r>
        <w:t>ہر مسلم ملک میں</w:t>
      </w:r>
    </w:p>
    <w:p>
      <w:r>
        <w:rPr>
          <w:b/>
        </w:rPr>
        <w:t xml:space="preserve">[23:08] </w:t>
      </w:r>
      <w:r>
        <w:t>jahan mawaqe maujood hain, wahan active takrao hai, jahan mawaqe nahi, wahan passive takrao hai. to yeh log is ko bhool gaye hain ke muhaddiseen ne kya model pesh kiya tha.</w:t>
      </w:r>
    </w:p>
    <w:p>
      <w:pPr>
        <w:jc w:val="right"/>
      </w:pPr>
      <w:r>
        <w:t>جہاں مواقع موجود ہیں، وہاں ایکٹیو ٹکراؤ ہے، جہاں مواقع نہیں، وہاں پیسو ٹکراؤ ہے۔ تو یہ لوگ اس کو بھول گئے ہیں کہ محدثین نے کیا ماڈل پیش کیا تھا۔</w:t>
      </w:r>
    </w:p>
    <w:p>
      <w:r>
        <w:rPr>
          <w:b/>
        </w:rPr>
        <w:t xml:space="preserve">[23:22] </w:t>
      </w:r>
      <w:r>
        <w:t>kyun ke muhaddiseen ko ba taur model kar nahi lete log. muhaddiseen ko samajhte hain ke bas unhon ne hadithain jama kiye.</w:t>
      </w:r>
    </w:p>
    <w:p>
      <w:pPr>
        <w:jc w:val="right"/>
      </w:pPr>
      <w:r>
        <w:t>کیونکہ محدثین کو بطور ماڈل کر نہیں لیتے لوگ۔ محدثین کو سمجھتے ہیں کہ بس انہوں نے حدیثیں جمع کیں۔</w:t>
      </w:r>
    </w:p>
    <w:p>
      <w:r>
        <w:rPr>
          <w:b/>
        </w:rPr>
        <w:t xml:space="preserve">[23:31] </w:t>
      </w:r>
      <w:r>
        <w:t>main samajhta hoon ke woh jo ayat hai "wa tazilun al tawwab", us se murad jo muhaddiseen ka group hai aur ayat ke pehle hisse mein sahaba murad hain, doosre hisse mein muhaddiseen murad hain.</w:t>
      </w:r>
    </w:p>
    <w:p>
      <w:pPr>
        <w:jc w:val="right"/>
      </w:pPr>
      <w:r>
        <w:t>میں سمجھتا ہوں کہ وہ جو آیت ہے "وتلذین التواب"، اس سے مراد جو محدثین کا گروپ ہے اور آیت کے پہلے حصے میں صحابہ مراد ہیں، دوسرے حصے میں محدثین مراد ہیں۔</w:t>
      </w:r>
    </w:p>
    <w:p>
      <w:r>
        <w:rPr>
          <w:b/>
        </w:rPr>
        <w:t xml:space="preserve">[23:47] </w:t>
      </w:r>
      <w:r>
        <w:t>sahaba se murad yeh hai</w:t>
      </w:r>
    </w:p>
    <w:p>
      <w:pPr>
        <w:jc w:val="right"/>
      </w:pPr>
      <w:r>
        <w:t>صحابہ سے مراد یہ ہے</w:t>
      </w:r>
    </w:p>
    <w:p>
      <w:r>
        <w:rPr>
          <w:b/>
        </w:rPr>
        <w:t xml:space="preserve">[23:49] </w:t>
      </w:r>
      <w:r>
        <w:t>ke</w:t>
      </w:r>
    </w:p>
    <w:p>
      <w:pPr>
        <w:jc w:val="right"/>
      </w:pPr>
      <w:r>
        <w:t>کہ</w:t>
      </w:r>
    </w:p>
    <w:p>
      <w:r>
        <w:rPr>
          <w:b/>
        </w:rPr>
        <w:t xml:space="preserve">[23:52] </w:t>
      </w:r>
      <w:r>
        <w:t>hukumat se pehle ka jo daur hai, jis ko main daur dawah keh raha hoon, us mein kaam kis tarah kiya jaye. yani pre hukumat daur aur post hukumat daur.</w:t>
      </w:r>
    </w:p>
    <w:p>
      <w:pPr>
        <w:jc w:val="right"/>
      </w:pPr>
      <w:r>
        <w:t>حکومت سے پہلے کا جو دور ہے، جس کو میں دور دعوت کہہ رہا ہوں، اس میں کام کس طرح کیا جائے۔ یعنی پری حکومت دور اور پوسٹ حکومت دور۔</w:t>
      </w:r>
    </w:p>
    <w:p>
      <w:r>
        <w:rPr>
          <w:b/>
        </w:rPr>
        <w:t xml:space="preserve">[24:05] </w:t>
      </w:r>
      <w:r>
        <w:t>pre hukumat daur ke liye sahaba ka yahan model hai aur post hukumat daur ke liye muhaddiseen ka yahan model hai.</w:t>
      </w:r>
    </w:p>
    <w:p>
      <w:pPr>
        <w:jc w:val="right"/>
      </w:pPr>
      <w:r>
        <w:t>پری حکومت دور کے لیے صحابہ کا یہاں ماڈل ہے اور پوسٹ حکومت دور کے لیے محدثین کا یہاں ماڈل ہے۔</w:t>
      </w:r>
    </w:p>
    <w:p>
      <w:r>
        <w:rPr>
          <w:b/>
        </w:rPr>
        <w:t xml:space="preserve">[24:14] </w:t>
      </w:r>
      <w:r>
        <w:t>dekhiye, main yahan aap ko yaad dilana chahta hoon ke sahih muslim jo do sab se zyada mustanad kitabon mein se ek hai, yani bukhari aur muslim, jin ko sahihain kaha jata hai,</w:t>
      </w:r>
    </w:p>
    <w:p>
      <w:pPr>
        <w:jc w:val="right"/>
      </w:pPr>
      <w:r>
        <w:t>دیکھیے، میں یہاں آپ کو یاد دلانا چاہتا ہوں کہ صحیح مسلم جو دو سب سے زیادہ مستند کتابوں میں سے ایک ہے، یعنی بخاری اور مسلم، جن کو صحیحین کہا جاتا ہے،</w:t>
      </w:r>
    </w:p>
    <w:p>
      <w:r>
        <w:rPr>
          <w:b/>
        </w:rPr>
        <w:t xml:space="preserve">[24:30] </w:t>
      </w:r>
      <w:r>
        <w:t>to hadith ki tamam kitabon mein in do kitabon ka darja bohat bada hai.</w:t>
      </w:r>
    </w:p>
    <w:p>
      <w:pPr>
        <w:jc w:val="right"/>
      </w:pPr>
      <w:r>
        <w:t>تو حدیث کی تمام کتابوں میں ان دو کتابوں کا درجہ بہت بڑا ہے۔</w:t>
      </w:r>
    </w:p>
    <w:p>
      <w:r>
        <w:rPr>
          <w:b/>
        </w:rPr>
        <w:t xml:space="preserve">[24:36] </w:t>
      </w:r>
      <w:r>
        <w:t>to sahih muslim ki sharah ki hai imam nawawi ne. imam nawawi khud bhi ek bade muhaddis the. to woh jo hadithain hain jo main ne arz kiya, kitab al fitan mein jo aayi hain ke hukmaran chahe kuch bhi kare, kuch bhi kare, tum us se alag rakh kar kaam karna,</w:t>
      </w:r>
    </w:p>
    <w:p>
      <w:pPr>
        <w:jc w:val="right"/>
      </w:pPr>
      <w:r>
        <w:t>تو صحیح مسلم کی شرح کی ہے امام نووی نے۔ امام نووی خود بھی ایک بڑے محدث تھے۔ تو وہ جو حدیثیں ہیں جو میں نے عرض کیا، کتاب الفتن میں جو آئی ہیں کہ حکمران چاہے کچھ بھی کرے، کچھ بھی کرے، تم اس سے الگ رکھ کر کام کرنا،</w:t>
      </w:r>
    </w:p>
    <w:p>
      <w:r>
        <w:rPr>
          <w:b/>
        </w:rPr>
        <w:t xml:space="preserve">[24:56] </w:t>
      </w:r>
      <w:r>
        <w:t>alag rakh kar kaam karna. to us ki sharah karte hue unhon ne likha hai ke agar tum dekho ke hakim jo hai, yani ruler jo hai, us mein burai aa gayi hai, us mein</w:t>
      </w:r>
    </w:p>
    <w:p>
      <w:pPr>
        <w:jc w:val="right"/>
      </w:pPr>
      <w:r>
        <w:t>الگ رکھ کر کام کرنا۔ تو اس کی شرح کرتے ہوئے انہوں نے لکھا ہے کہ کہ اگر تم دیکھو کہ حاکم جو ہے، یعنی رولر جو ہے، اس میں برائی آ گئی ہے، اس میں</w:t>
      </w:r>
    </w:p>
    <w:p>
      <w:r>
        <w:rPr>
          <w:b/>
        </w:rPr>
        <w:t xml:space="preserve">[25:15] </w:t>
      </w:r>
      <w:r>
        <w:t>woh woh galat kaam karne lage hain,</w:t>
      </w:r>
    </w:p>
    <w:p>
      <w:pPr>
        <w:jc w:val="right"/>
      </w:pPr>
      <w:r>
        <w:t>وہ وہ غلط کام کرنے لگے ہیں،</w:t>
      </w:r>
    </w:p>
    <w:p>
      <w:r>
        <w:rPr>
          <w:b/>
        </w:rPr>
        <w:t xml:space="preserve">[25:22] </w:t>
      </w:r>
      <w:r>
        <w:t>misal ke taur par woh tax wasool karte hain aur apne aish mein kharch karte hain, bade bade mahal banate hain, to tum ko sirf yeh haq hai jis ko unhon ne likha hai ke "fa fima bank wa bainahu" yani</w:t>
      </w:r>
    </w:p>
    <w:p>
      <w:pPr>
        <w:jc w:val="right"/>
      </w:pPr>
      <w:r>
        <w:t>مثلاً وہ ٹیکس وصول کرتے ہیں اور اپنے عیش میں خرچ کرتے ہیں، بڑے بڑے محل بناتے ہیں، تو تم کو صرف یہ حق ہے جس کو انہوں نے لکھا ہے کہ "ففیما بینک وبینہ" یعنی</w:t>
      </w:r>
    </w:p>
    <w:p>
      <w:r>
        <w:rPr>
          <w:b/>
        </w:rPr>
        <w:t xml:space="preserve">[25:40] </w:t>
      </w:r>
      <w:r>
        <w:t>un se appointment le kar ke un se milo, tanhai mein naseehat karo, tanhai mein naseehat. yeh aakhri tumhari had hai tumhari.</w:t>
      </w:r>
    </w:p>
    <w:p>
      <w:pPr>
        <w:jc w:val="right"/>
      </w:pPr>
      <w:r>
        <w:t>ان سے اپوائنٹمنٹ لے کر کہ ان سے ملو، تنہائی میں نصیحت کرو، تنہائی میں نصیحت۔ یہ آخری تمہارا حد ہے تمہاری۔</w:t>
      </w:r>
    </w:p>
    <w:p>
      <w:r>
        <w:rPr>
          <w:b/>
        </w:rPr>
        <w:t xml:space="preserve">[25:53] </w:t>
      </w:r>
      <w:r>
        <w:t>us ke baad kehte hain ke "wa ambal khurooj alaihim fa haram</w:t>
      </w:r>
    </w:p>
    <w:p>
      <w:pPr>
        <w:jc w:val="right"/>
      </w:pPr>
      <w:r>
        <w:t>اس کے بعد کہتے ہیں کہ "وَأَمْبَلْ خُرُوجُ عَلَيْهِمْ فَحَرَامٌ</w:t>
      </w:r>
    </w:p>
    <w:p>
      <w:r>
        <w:rPr>
          <w:b/>
        </w:rPr>
        <w:t xml:space="preserve">[25:59] </w:t>
      </w:r>
      <w:r>
        <w:t>baijma' al muslimeen wa lau kanu fasaqa' wa lau kanu zalimeen" yani khurooj ko kehte hain baghavat, revolt.</w:t>
      </w:r>
    </w:p>
    <w:p>
      <w:pPr>
        <w:jc w:val="right"/>
      </w:pPr>
      <w:r>
        <w:t>بَيْجْمَاءِ الْمُسْلِمِينَ وَلَوْ كَانُوا فَسَقَاءَ وَلَوْ كَانُوا ظَالِمِينَ" یعنی خروج کو کہتے ہیں بغاوت، ریولٹ۔</w:t>
      </w:r>
    </w:p>
    <w:p>
      <w:r>
        <w:rPr>
          <w:b/>
        </w:rPr>
        <w:t xml:space="preserve">[26:12] </w:t>
      </w:r>
      <w:r>
        <w:t>to jahan tak khurooj ka ta'alluq hai, un ke khilaf baghavat karne ka ta'alluq hai.</w:t>
      </w:r>
    </w:p>
    <w:p>
      <w:pPr>
        <w:jc w:val="right"/>
      </w:pPr>
      <w:r>
        <w:t>تو جہاں تک خروج کا تعلق ہے، ان کے خلاف بغاوت کرنے کا تعلق ہے۔</w:t>
      </w:r>
    </w:p>
    <w:p>
      <w:r>
        <w:rPr>
          <w:b/>
        </w:rPr>
        <w:t xml:space="preserve">[26:18] </w:t>
      </w:r>
      <w:r>
        <w:t>baghavat ka matlab hota hai amli takrao. ek hai ke akele mein aap ne samjhaya bujhaya, us ke baad ghar chale gaye aap.</w:t>
      </w:r>
    </w:p>
    <w:p>
      <w:pPr>
        <w:jc w:val="right"/>
      </w:pPr>
      <w:r>
        <w:t>بغاوت کا مطلب ہوتا ہے عملی ٹکراؤ۔ ایک ہے کہ اکیلے میں آپ نے سمجھایا بجھایا، اس کے بعد گھر چلے گئے آپ۔</w:t>
      </w:r>
    </w:p>
    <w:p>
      <w:r>
        <w:rPr>
          <w:b/>
        </w:rPr>
        <w:t xml:space="preserve">[26:27] </w:t>
      </w:r>
      <w:r>
        <w:t>ek yeh hai ke aap ne us ke khilaf agitation organize kiya, street activism chalaya, jalsa, jaloos, dharna, jhanda, aisa chalaya aur us ko incite karne ke liye</w:t>
      </w:r>
    </w:p>
    <w:p>
      <w:pPr>
        <w:jc w:val="right"/>
      </w:pPr>
      <w:r>
        <w:t>ایک یہ ہے کہ آپ نے اس کے خلاف ایریٹیشن ارگنائز کیا، اسٹریٹ ایکٹیوز چلایا، جلسہ، جلوس، دھارا، جھنڈا، ایسا چلایا اور اس کو انسیٹ کرنے کے لیے</w:t>
      </w:r>
    </w:p>
    <w:p>
      <w:r>
        <w:rPr>
          <w:b/>
        </w:rPr>
        <w:t xml:space="preserve">[26:39] </w:t>
      </w:r>
      <w:r>
        <w:t>muhim chalai. kaha practical takrao. to unhon ne likha hai ke yeh haram hai, ijma se us ki hurmat sabit hai.</w:t>
      </w:r>
    </w:p>
    <w:p>
      <w:pPr>
        <w:jc w:val="right"/>
      </w:pPr>
      <w:r>
        <w:t>مہم چلائی۔ کہا پریکٹیکل ٹکراؤ۔ تو انہوں نے لکھا ہے کہ یہ حرام ہے، اجماع سے اس کی حرمت ثابت ہے۔</w:t>
      </w:r>
    </w:p>
    <w:p>
      <w:r>
        <w:rPr>
          <w:b/>
        </w:rPr>
        <w:t xml:space="preserve">[26:52] </w:t>
      </w:r>
      <w:r>
        <w:t>yeh tha sahaba, yeh tha muhaddiseen ka maslak.</w:t>
      </w:r>
    </w:p>
    <w:p>
      <w:pPr>
        <w:jc w:val="right"/>
      </w:pPr>
      <w:r>
        <w:t>یہ تھا صحابہ، یہ تھا محدثین کا مسلک۔</w:t>
      </w:r>
    </w:p>
    <w:p>
      <w:r>
        <w:rPr>
          <w:b/>
        </w:rPr>
        <w:t xml:space="preserve">[26:58] </w:t>
      </w:r>
      <w:r>
        <w:t>yeh jo likha hai imam nawawi ne, yeh sirf ek masla nahi hai, yeh hai muhaddiseen ka maslak, muhaddiseen ka tareeqa.</w:t>
      </w:r>
    </w:p>
    <w:p>
      <w:pPr>
        <w:jc w:val="right"/>
      </w:pPr>
      <w:r>
        <w:t>یہ جو لکھا ہے امام نووی نے، یہ صرف ایک مسئلہ نہیں ہے، یہ ہے محدثین کا مسلک، محدثین کا طریقہ۔</w:t>
      </w:r>
    </w:p>
    <w:p>
      <w:r>
        <w:rPr>
          <w:b/>
        </w:rPr>
        <w:t xml:space="preserve">[27:09] </w:t>
      </w:r>
      <w:r>
        <w:t>kyun ke muhaddiseen ko woh zamana mila jab ke saltanat ka zamana aa gaya tha,</w:t>
      </w:r>
    </w:p>
    <w:p>
      <w:pPr>
        <w:jc w:val="right"/>
      </w:pPr>
      <w:r>
        <w:t>کیونکہ محدثین کو وہ زمانہ ملا جب کہ سلطانی کا زمانہ آ گیا تھا،</w:t>
      </w:r>
    </w:p>
    <w:p>
      <w:r>
        <w:rPr>
          <w:b/>
        </w:rPr>
        <w:t xml:space="preserve">[27:17] </w:t>
      </w:r>
      <w:r>
        <w:t>abubakar, umar jaise khulfa nahi the balke dynasty aa gayi thi. log mahal banate the, qile banate the, tax le kar ke apna aish karte the.</w:t>
      </w:r>
    </w:p>
    <w:p>
      <w:pPr>
        <w:jc w:val="right"/>
      </w:pPr>
      <w:r>
        <w:t>ابوبکر، عمر جیسے خلفاء نہیں تھے بلکہ ڈائنسٹی آ گئی تھی۔ لوگ محل بناتے تھے، قلعے بناتے تھے، ٹیکس لے کر کے اپنا عیش کرتے تھے۔</w:t>
      </w:r>
    </w:p>
    <w:p>
      <w:r>
        <w:rPr>
          <w:b/>
        </w:rPr>
        <w:t xml:space="preserve">[27:28] </w:t>
      </w:r>
      <w:r>
        <w:t>yeh sari baatein hain jis jis ka aaj aap bolte hain, woh sab aa chuki thi. lekin</w:t>
      </w:r>
    </w:p>
    <w:p>
      <w:pPr>
        <w:jc w:val="right"/>
      </w:pPr>
      <w:r>
        <w:t>یہ ساری باتیں ہیں جس جس کا آج آپ بولتے ہیں، وہ سب آ چکی تھیں۔ لیکن</w:t>
      </w:r>
    </w:p>
    <w:p>
      <w:r>
        <w:rPr>
          <w:b/>
        </w:rPr>
        <w:t xml:space="preserve">[27:34] </w:t>
      </w:r>
      <w:r>
        <w:t>muhaddiseen ne is se taaruz nahi kiya, apne lage rahe apne hadith ke kaam mein. dekhen, yeh saada baat nahi hai.</w:t>
      </w:r>
    </w:p>
    <w:p>
      <w:pPr>
        <w:jc w:val="right"/>
      </w:pPr>
      <w:r>
        <w:t>محدثین نے اس سے تعارض نہیں کیا، اپنے لگے رہے اپنے حدیث کے کام میں۔ دیکھیں، یہ سادہ بات نہیں ہے۔</w:t>
      </w:r>
    </w:p>
    <w:p>
      <w:r>
        <w:rPr>
          <w:b/>
        </w:rPr>
        <w:t xml:space="preserve">[27:45] </w:t>
      </w:r>
      <w:r>
        <w:t>yeh jo hadithon mein talqeen ki gayi thi, jis par amal kiya muhaddiseen ne, yahan tak ke woh ummat ke liye role model ban gaye is baat ka</w:t>
      </w:r>
    </w:p>
    <w:p>
      <w:pPr>
        <w:jc w:val="right"/>
      </w:pPr>
      <w:r>
        <w:t>یہ جو حدیثوں میں تلقین کی گئی تھی، جس پر عمل کیا محدثین نے، یہاں تک کہ وہ امت کے لیے رول ماڈل بن گئے اس بات کا</w:t>
      </w:r>
    </w:p>
    <w:p>
      <w:r>
        <w:rPr>
          <w:b/>
        </w:rPr>
        <w:t xml:space="preserve">[27:55] </w:t>
      </w:r>
      <w:r>
        <w:t>ke dour-e-hukumat mein kaam kis tarah kiya jaye. hukumat jo hai, muslim hukumat ho ya ghair muslim hukumat ho, is mein kaam kaise kiya jaye.</w:t>
      </w:r>
    </w:p>
    <w:p>
      <w:pPr>
        <w:jc w:val="right"/>
      </w:pPr>
      <w:r>
        <w:t>کہ دور حکومت میں کام کس طرح کیا جائے۔ حکومت جو ہے، مسلم حکومت ہو یا غیر مسلم حکومت ہو، اس میں کام کیسے کیا جائے۔</w:t>
      </w:r>
    </w:p>
    <w:p>
      <w:r>
        <w:rPr>
          <w:b/>
        </w:rPr>
        <w:t xml:space="preserve">[28:05] </w:t>
      </w:r>
      <w:r>
        <w:t>dour-e-hukumat mein muhaddiseen role model ban gaye, role model. to ek pehlu muhaddiseen ka yeh hai</w:t>
      </w:r>
    </w:p>
    <w:p>
      <w:pPr>
        <w:jc w:val="right"/>
      </w:pPr>
      <w:r>
        <w:t>دور حکومت میں محدثین رول ماڈل بن گئے، رول ماڈل۔ تو ایک پہلو محدثین کا یہ ہے</w:t>
      </w:r>
    </w:p>
    <w:p>
      <w:r>
        <w:rPr>
          <w:b/>
        </w:rPr>
        <w:t xml:space="preserve">[28:16] </w:t>
      </w:r>
      <w:r>
        <w:t>ke unhone hadithain jama ki. woh hadithain agar na jama karte to aaj hum andhere mein hote. lekin hadithain kaise jama huin?</w:t>
      </w:r>
    </w:p>
    <w:p>
      <w:pPr>
        <w:jc w:val="right"/>
      </w:pPr>
      <w:r>
        <w:t>کہ انہوں نے حدیثیں جمع کیں۔ وہ حدیثیں اگر نہ جمع کرتے تو آج ہم اندھیرے میں ہوتے۔ لیکن حدیثیں کیسے جمع ہوئیں؟</w:t>
      </w:r>
    </w:p>
    <w:p>
      <w:r>
        <w:rPr>
          <w:b/>
        </w:rPr>
        <w:t xml:space="preserve">[28:27] </w:t>
      </w:r>
      <w:r>
        <w:t>aap ghaur kijiye ke hadithain kaise jama huin jab unhone yeh policy ikhtiyar ki.</w:t>
      </w:r>
    </w:p>
    <w:p>
      <w:pPr>
        <w:jc w:val="right"/>
      </w:pPr>
      <w:r>
        <w:t>آپ غور کیجئے کہ حدیثیں کیسے جمع ہوئیں جب انہوں نے یہ پالیسی اختیار کی۔</w:t>
      </w:r>
    </w:p>
    <w:p>
      <w:r>
        <w:rPr>
          <w:b/>
        </w:rPr>
        <w:t xml:space="preserve">[28:33] </w:t>
      </w:r>
      <w:r>
        <w:t>agar woh aisa karte ke hukumaton se takrao karte to kuch bhi nahi kar sakte the, woh kuch bhi nahi kar sakte the.</w:t>
      </w:r>
    </w:p>
    <w:p>
      <w:pPr>
        <w:jc w:val="right"/>
      </w:pPr>
      <w:r>
        <w:t>اگر وہ ایسا کرتے کہ حکومتوں سے ٹکراؤ کرتے تو کچھ بھی نہیں کر سکتے تھے، وہ کچھ بھی نہیں کر سکتے تھے۔</w:t>
      </w:r>
    </w:p>
    <w:p>
      <w:r>
        <w:rPr>
          <w:b/>
        </w:rPr>
        <w:t xml:space="preserve">[28:45] </w:t>
      </w:r>
      <w:r>
        <w:t>phir hum hadithon se mehroom rehte kyunke woh log jin ke</w:t>
      </w:r>
    </w:p>
    <w:p>
      <w:pPr>
        <w:jc w:val="right"/>
      </w:pPr>
      <w:r>
        <w:t>پھر ہم حدیثوں سے محروم رہتے کیونکہ وہ لوگ جن کے</w:t>
      </w:r>
    </w:p>
    <w:p>
      <w:r>
        <w:rPr>
          <w:b/>
        </w:rPr>
        <w:t xml:space="preserve">[28:51] </w:t>
      </w:r>
      <w:r>
        <w:t>haafze mein hadithain thi, woh zamane mein sab haafze mein hua karta tha, woh sab maar maar ke qabron mein lita lita diya jata. to sara ilm ilm zer-zameen ho jata.</w:t>
      </w:r>
    </w:p>
    <w:p>
      <w:pPr>
        <w:jc w:val="right"/>
      </w:pPr>
      <w:r>
        <w:t>حافظے میں حدیثیں تھیں، وہ زمانے میں سب حافظے میں ہوا کرتا تھا، وہ سب مار مار کے قبروں میں لٹا لٹا دیا جاتا۔ تو سارا علم علم زیر زمین ہو جاتا۔</w:t>
      </w:r>
    </w:p>
    <w:p>
      <w:r>
        <w:rPr>
          <w:b/>
        </w:rPr>
        <w:t xml:space="preserve">[29:05] </w:t>
      </w:r>
      <w:r>
        <w:t>jo kaam matloob tha us waqt sab se bada</w:t>
      </w:r>
    </w:p>
    <w:p>
      <w:pPr>
        <w:jc w:val="right"/>
      </w:pPr>
      <w:r>
        <w:t>جو کام مطلوب تھا اس وقت سب سے بڑا</w:t>
      </w:r>
    </w:p>
    <w:p>
      <w:r>
        <w:rPr>
          <w:b/>
        </w:rPr>
        <w:t xml:space="preserve">[29:09] </w:t>
      </w:r>
      <w:r>
        <w:t>woh tha ke hadithon ko jama kiya jaye. kyunke agar us waqt na hote to kab? aaj to koi jawani kar sakta, aaj nahi kar sakta jama.</w:t>
      </w:r>
    </w:p>
    <w:p>
      <w:pPr>
        <w:jc w:val="right"/>
      </w:pPr>
      <w:r>
        <w:t>وہ تھا کہ حدیثوں کو جمع کیا جائے۔ کیونکہ اگر اس وقت نہ ہوتے تو کب؟ آج تو کوئی جوانی کر سکتا، آج نہیں کر سکتا جمع۔</w:t>
      </w:r>
    </w:p>
    <w:p>
      <w:r>
        <w:rPr>
          <w:b/>
        </w:rPr>
        <w:t xml:space="preserve">[29:18] </w:t>
      </w:r>
      <w:r>
        <w:t>to us waqt jo matloob kaam tha, hadithon ko jama karna, woh mumkin nahi tha jab tak ke</w:t>
      </w:r>
    </w:p>
    <w:p>
      <w:pPr>
        <w:jc w:val="right"/>
      </w:pPr>
      <w:r>
        <w:t>تو اس وقت جو مطلوب کام تھا، حدیثوں کو جمع کرنا، وہ ممکن نہیں تھا جب تک کہ</w:t>
      </w:r>
    </w:p>
    <w:p>
      <w:r>
        <w:rPr>
          <w:b/>
        </w:rPr>
        <w:t xml:space="preserve">[29:28] </w:t>
      </w:r>
      <w:r>
        <w:t>is ko poori tarah siyasat alag alag rakha jaye, poori tarah confrontation alag alag alag rakha jaye. ab is ki parallel misaal deta hoon.</w:t>
      </w:r>
    </w:p>
    <w:p>
      <w:pPr>
        <w:jc w:val="right"/>
      </w:pPr>
      <w:r>
        <w:t>اس کو پوری طرح سیاست الگ الگ رکھا جائے، پوری طرح کنفرنٹیشن الگ الگ الگ رکھا جائے۔ اب اس کی پیرلل مثال دیتا ہوں۔</w:t>
      </w:r>
    </w:p>
    <w:p>
      <w:r>
        <w:rPr>
          <w:b/>
        </w:rPr>
        <w:t xml:space="preserve">[29:38] </w:t>
      </w:r>
      <w:r>
        <w:t>parallel misaal is zamane mein dekhiye, yeh ek naya zamana hai,</w:t>
      </w:r>
    </w:p>
    <w:p>
      <w:pPr>
        <w:jc w:val="right"/>
      </w:pPr>
      <w:r>
        <w:t>پیرلل مثال اس زمانے میں دیکھیے، یہ ایک نیا زمانہ ہے،</w:t>
      </w:r>
    </w:p>
    <w:p>
      <w:r>
        <w:rPr>
          <w:b/>
        </w:rPr>
        <w:t xml:space="preserve">[29:46] </w:t>
      </w:r>
      <w:r>
        <w:t>poore aitbaar se ek naya zamana hai. yeh jo jamhooriyat yani democracy, secularism aur science aur industry aur modern</w:t>
      </w:r>
    </w:p>
    <w:p>
      <w:pPr>
        <w:jc w:val="right"/>
      </w:pPr>
      <w:r>
        <w:t>پورے اعتبار سے ایک نیا زمانہ ہے۔ یہ جو جمہوریت یعنی ڈیموکریسی، سیکولرزم اور سائنس اور انڈسٹری اور ماڈرن</w:t>
      </w:r>
    </w:p>
    <w:p>
      <w:r>
        <w:rPr>
          <w:b/>
        </w:rPr>
        <w:t xml:space="preserve">[30:02] </w:t>
      </w:r>
      <w:r>
        <w:t>communication, yeh sara jo cheezein hain, is se ek naya daur wajood mein aaya jis ko hum kehte hain western civilization ya modern civilization.</w:t>
      </w:r>
    </w:p>
    <w:p>
      <w:pPr>
        <w:jc w:val="right"/>
      </w:pPr>
      <w:r>
        <w:t>کمیونیکیشن، یہ سارا جو چیزیں ہیں، اس سے ایک نیا دور وجود میں آیا جس کو ہم کہتے ہیں ویسٹرن سویلائزیشن یا ماڈرن سویلائزیشن۔</w:t>
      </w:r>
    </w:p>
    <w:p>
      <w:r>
        <w:rPr>
          <w:b/>
        </w:rPr>
        <w:t xml:space="preserve">[30:15] </w:t>
      </w:r>
      <w:r>
        <w:t>modern civilization mein ek bahut bada kaam karna tha.</w:t>
      </w:r>
    </w:p>
    <w:p>
      <w:pPr>
        <w:jc w:val="right"/>
      </w:pPr>
      <w:r>
        <w:t>ماڈرن سویلائزیشن میں ایک بہت بڑا کام کرنا تھا۔</w:t>
      </w:r>
    </w:p>
    <w:p>
      <w:r>
        <w:rPr>
          <w:b/>
        </w:rPr>
        <w:t xml:space="preserve">[30:20] </w:t>
      </w:r>
      <w:r>
        <w:t>woh kya tha? aaj ke mind jo hai, aaj ke insaan ke jo mind hai, us ko address karne wala literature, aaj ke mind ko address karne wala islami literature, yeh bahut hi bada kaam tha,</w:t>
      </w:r>
    </w:p>
    <w:p>
      <w:pPr>
        <w:jc w:val="right"/>
      </w:pPr>
      <w:r>
        <w:t>وہ کیا تھا؟ آج کے مائنڈ جو ہے، آج کے انسان کے جو مائنڈ ہے، اس کو ایڈریس کرنے والا لٹریچر، آج کے مائنڈ کو ایڈریس کرنے والا اسلامی لٹریچر، یہ بہت ہی بڑا کام تھا،</w:t>
      </w:r>
    </w:p>
    <w:p>
      <w:r>
        <w:rPr>
          <w:b/>
        </w:rPr>
        <w:t xml:space="preserve">[30:37] </w:t>
      </w:r>
      <w:r>
        <w:t>bahut bada kaam tha. jis tarah se muhaddiseen ne is zamane ke lehaz se</w:t>
      </w:r>
    </w:p>
    <w:p>
      <w:pPr>
        <w:jc w:val="right"/>
      </w:pPr>
      <w:r>
        <w:t>بہت بڑا کام تھا۔ جس طرح سے محدثین نے اس زمانے کے لحاظ سے</w:t>
      </w:r>
    </w:p>
    <w:p>
      <w:r>
        <w:rPr>
          <w:b/>
        </w:rPr>
        <w:t xml:space="preserve">[30:43] </w:t>
      </w:r>
      <w:r>
        <w:t>hadithon ko jama kiya aur book formon ko ikattha kiya, aisi is zamane mein zaroorat thi ke dour-e-hazir ko padha jaye, modern civilization ko samjha jaye, aaj ke taqaze ko jab samjha jaye,</w:t>
      </w:r>
    </w:p>
    <w:p>
      <w:pPr>
        <w:jc w:val="right"/>
      </w:pPr>
      <w:r>
        <w:t>حدیثوں کو جمع کیا اور بک فارموں کو اکٹھا کیا، ایسی اس زمانے میں ضرورت تھی کہ دور حاضر کو پڑھا جائے، ماڈرن سویلائزیشن کو سمجھا جائے، آج کے تقاضے کو جب سمجھا جائے،</w:t>
      </w:r>
    </w:p>
    <w:p>
      <w:r>
        <w:rPr>
          <w:b/>
        </w:rPr>
        <w:t xml:space="preserve">[30:58] </w:t>
      </w:r>
      <w:r>
        <w:t>dour-e-jadeed ki zaban ko seekha jaye, aur phir ek taqatwar literature tayyar kiya jaye jo aaj ke insaan ke mind ko address kar sake.</w:t>
      </w:r>
    </w:p>
    <w:p>
      <w:pPr>
        <w:jc w:val="right"/>
      </w:pPr>
      <w:r>
        <w:t>دور جدید کی زبان کو سیکھا جائے، اور پھر ایک طاقتور لٹریچر تیار کیا جائے جو آج کے انسان کے مائنڈ کو ایڈریس کر سکے۔</w:t>
      </w:r>
    </w:p>
    <w:p>
      <w:r>
        <w:rPr>
          <w:b/>
        </w:rPr>
        <w:t xml:space="preserve">[31:08] </w:t>
      </w:r>
      <w:r>
        <w:t>lekin yeh kaam nahi hua. yani main bhai akela ek shakhs hoon jis ne is kaam mein apni koshish ko sirf kiya.</w:t>
      </w:r>
    </w:p>
    <w:p>
      <w:pPr>
        <w:jc w:val="right"/>
      </w:pPr>
      <w:r>
        <w:t>لیکن یہ کام نہیں ہوا۔ یعنی میں بھائی اکیلا ایک شخص ہوں جس نے اس کام میں اپنی کوشش کو صرف کیا۔</w:t>
      </w:r>
    </w:p>
    <w:p>
      <w:r>
        <w:rPr>
          <w:b/>
        </w:rPr>
        <w:t xml:space="preserve">[31:17] </w:t>
      </w:r>
      <w:r>
        <w:t>poora muslim world is se khaali hai. kyun khaali hai? kyun khaali hai?</w:t>
      </w:r>
    </w:p>
    <w:p>
      <w:pPr>
        <w:jc w:val="right"/>
      </w:pPr>
      <w:r>
        <w:t>پورا مسلم ورلڈ اس سے خالی ہے۔ کیوں خالی ہے؟ کیوں خالی ہے؟</w:t>
      </w:r>
    </w:p>
    <w:p>
      <w:r>
        <w:rPr>
          <w:b/>
        </w:rPr>
        <w:t xml:space="preserve">[31:23] </w:t>
      </w:r>
      <w:r>
        <w:t>yeh bohat sochne ki baat hai. yeh saada baat nahi hai. is liye khali hai ke saare jo azan thay, saare jo ulama thay, woh log jo kuch kar sakte thay, woh masghool ho gaye political takrao mein.</w:t>
      </w:r>
    </w:p>
    <w:p>
      <w:pPr>
        <w:jc w:val="right"/>
      </w:pPr>
      <w:r>
        <w:t>یہ بہت سوچنے کی بات ہے۔ یہ سادہ بات نہیں ہے۔ اس لیے خالی ہے کہ سارے جو اذان تھے، سارے جو علماء تھے، وہ لوگ جو کچھ کر سکتے تھے، وہ مشغول ہو گئے پولیٹیکل ٹکراؤ میں۔</w:t>
      </w:r>
    </w:p>
    <w:p>
      <w:r>
        <w:rPr>
          <w:b/>
        </w:rPr>
        <w:t xml:space="preserve">[31:40] </w:t>
      </w:r>
      <w:r>
        <w:t>woh sab nafrat karna, un se takrao karna, un ko mitaana, isi mein lag gaye, is mein lag gaye.</w:t>
      </w:r>
    </w:p>
    <w:p>
      <w:pPr>
        <w:jc w:val="right"/>
      </w:pPr>
      <w:r>
        <w:t>وہ سب نفرت کرنا، ان سے ٹکراؤ کرنا، ان کو مٹانا، اسی میں لگ گئے، اس میں لگ گئے۔</w:t>
      </w:r>
    </w:p>
    <w:p>
      <w:r>
        <w:rPr>
          <w:b/>
        </w:rPr>
        <w:t xml:space="preserve">[31:53] </w:t>
      </w:r>
      <w:r>
        <w:t>sab ke sab one to all, sab ka jo hai</w:t>
      </w:r>
    </w:p>
    <w:p>
      <w:pPr>
        <w:jc w:val="right"/>
      </w:pPr>
      <w:r>
        <w:t>سب کے سب ون ٹو آل، سب کا جو ہے</w:t>
      </w:r>
    </w:p>
    <w:p>
      <w:r>
        <w:rPr>
          <w:b/>
        </w:rPr>
        <w:t xml:space="preserve">[31:59] </w:t>
      </w:r>
      <w:r>
        <w:t>wahid concern ban gaya kya? ke maghribi taaqaton ko zair karna, western civilization ko shikast dena, aur un se larr kar un ka khatma karna.</w:t>
      </w:r>
    </w:p>
    <w:p>
      <w:pPr>
        <w:jc w:val="right"/>
      </w:pPr>
      <w:r>
        <w:t>واحد کنسرن بن گیا کیا؟ کہ مغربی طاقتوں کو زیر کرنا، ویسٹرن سویلائزیشن کو شکست دینا، اور ان سے لڑ کر ان کا خاتمہ کرنا۔</w:t>
      </w:r>
    </w:p>
    <w:p>
      <w:r>
        <w:rPr>
          <w:b/>
        </w:rPr>
        <w:t xml:space="preserve">[32:10] </w:t>
      </w:r>
      <w:r>
        <w:t>bas yahi. toh natija kya hua? natija kya hua ke woh kaam bilkul kar hi nahi sake jo matloob tha aaj.</w:t>
      </w:r>
    </w:p>
    <w:p>
      <w:pPr>
        <w:jc w:val="right"/>
      </w:pPr>
      <w:r>
        <w:t>بس یہی۔ تو نتیجہ کیا ہوا؟ نتیجہ کیا ہوا کہ وہ کام بالکل کر ہی نہیں سکے جو مطلوب تھا آج۔</w:t>
      </w:r>
    </w:p>
    <w:p>
      <w:r>
        <w:rPr>
          <w:b/>
        </w:rPr>
        <w:t xml:space="preserve">[32:19] </w:t>
      </w:r>
      <w:r>
        <w:t>ab isi ko milaiye muhaddiseen se ke muhaddiseen ne jo kaam nahi kiya, is ko unhon ne kar dala. muhaddiseen ke model mein jo kaam na karne wala tha, us ko unhon ne kar dala.</w:t>
      </w:r>
    </w:p>
    <w:p>
      <w:pPr>
        <w:jc w:val="right"/>
      </w:pPr>
      <w:r>
        <w:t>اب اسی کو ملائی ہے محدثین سے کہ محدثین نے جو کام نہیں کیا، اس کو انہوں نے کر ڈالا۔ محدثین کے ماڈل میں جو کام نہ کرنے والا تھا، اس کو انہوں نے کر ڈالا۔</w:t>
      </w:r>
    </w:p>
    <w:p>
      <w:r>
        <w:rPr>
          <w:b/>
        </w:rPr>
        <w:t xml:space="preserve">[32:35] </w:t>
      </w:r>
      <w:r>
        <w:t>woh kya?</w:t>
      </w:r>
    </w:p>
    <w:p>
      <w:pPr>
        <w:jc w:val="right"/>
      </w:pPr>
      <w:r>
        <w:t>وہ کیا؟</w:t>
      </w:r>
    </w:p>
    <w:p>
      <w:r>
        <w:rPr>
          <w:b/>
        </w:rPr>
        <w:t xml:space="preserve">[32:39] </w:t>
      </w:r>
      <w:r>
        <w:t>muhaddiseen ke daur mein woh saare masail thay jis ko aaj hum kehte hain, jis ko hum aaj istemaar kehte hain. lafz istemaar is zamane mein nahi tha ke malookiyat thi.</w:t>
      </w:r>
    </w:p>
    <w:p>
      <w:pPr>
        <w:jc w:val="right"/>
      </w:pPr>
      <w:r>
        <w:t>محدثین کے دور میں وہ سارے مسئلے تھے جس کو آج ہم کہتے ہیں، جس کو ہم آج استعمار کہتے ہیں۔ لفظ استعمار اس زمانے میں نہیں تھا کہ ملوکیت تھی۔</w:t>
      </w:r>
    </w:p>
    <w:p>
      <w:r>
        <w:rPr>
          <w:b/>
        </w:rPr>
        <w:t xml:space="preserve">[32:51] </w:t>
      </w:r>
      <w:r>
        <w:t>yani Rasool Allah ke zamane mein Khulafa-e-Rashideen ke zamane mein malookiyat nahi thi.</w:t>
      </w:r>
    </w:p>
    <w:p>
      <w:pPr>
        <w:jc w:val="right"/>
      </w:pPr>
      <w:r>
        <w:t>یعنی رسول اللہ کے زمانے میں خلفائے راشدین کے زمانے میں ملوکیت نہیں تھی۔</w:t>
      </w:r>
    </w:p>
    <w:p>
      <w:r>
        <w:rPr>
          <w:b/>
        </w:rPr>
        <w:t xml:space="preserve">[32:57] </w:t>
      </w:r>
      <w:r>
        <w:t>yani khandani badshahat mukammal taur par khandani badshahat aa gayi jab ke muhaddiseen ne kaam kiya. khandani badshahat bilashuba Islam ke mutabiq nahi thi.</w:t>
      </w:r>
    </w:p>
    <w:p>
      <w:pPr>
        <w:jc w:val="right"/>
      </w:pPr>
      <w:r>
        <w:t>یعنی خاندانی بادشاہت مکمل طور پر خاندانی بادشاہت آ گئی جبکہ محدثین نے کام کیا۔ خاندانی بادشاہت بلاشبہ اسلام کے مطابق نہیں تھی۔</w:t>
      </w:r>
    </w:p>
    <w:p>
      <w:r>
        <w:rPr>
          <w:b/>
        </w:rPr>
        <w:t xml:space="preserve">[33:09] </w:t>
      </w:r>
      <w:r>
        <w:t>is mein saare masail woh thay jis ko aaj hum hukoomaton ka hawala de kar bolte hain.</w:t>
      </w:r>
    </w:p>
    <w:p>
      <w:pPr>
        <w:jc w:val="right"/>
      </w:pPr>
      <w:r>
        <w:t>اس میں سارے مسئلے وہ تھے جس کو آج ہم حکومتوں کا حوالہ دے کر بولتے ہیں۔</w:t>
      </w:r>
    </w:p>
    <w:p>
      <w:r>
        <w:rPr>
          <w:b/>
        </w:rPr>
        <w:t xml:space="preserve">[33:16] </w:t>
      </w:r>
      <w:r>
        <w:t>lekin is ko bardasht kiya unhon ne, is ko is ko avoid kiya unhon ne, is ko i'raaz kiya unhon ne, is ko ignore kiya unhon ne. tab ja kar yeh mumkin hua ke woh azeem-ush-shaan kaam woh kar saken jis ko hum kehte hain hadeeson ko tadween karna, hadeeson ko jama karna.</w:t>
      </w:r>
    </w:p>
    <w:p>
      <w:pPr>
        <w:jc w:val="right"/>
      </w:pPr>
      <w:r>
        <w:t>لیکن اس کو برداشت کیا انہوں نے، اس کو اس کو اوائڈ کیا انہوں نے، اس کو اعراض کیا انہوں نے، اس کو اگنور کیا انہوں نے۔ تب جا کر یہ ممکن ہوا کہ وہ عظیم الشان کام وہ کر سکیں جس کو ہم کہتے ہیں حدیثوں کو مدون کرنا، حدیثوں کو جمع کرنا۔</w:t>
      </w:r>
    </w:p>
    <w:p>
      <w:r>
        <w:rPr>
          <w:b/>
        </w:rPr>
        <w:t xml:space="preserve">[33:34] </w:t>
      </w:r>
      <w:r>
        <w:t>yahi matloob tha is zamane mein. yani is zamane mein hamare ulama ke liye, Muslim rehnumaon ke liye jo model tha, model woh muhaddiseen ka model tha.</w:t>
      </w:r>
    </w:p>
    <w:p>
      <w:pPr>
        <w:jc w:val="right"/>
      </w:pPr>
      <w:r>
        <w:t>یہی مطلوب تھا اس زمانے میں۔ یعنی اس زمانے میں ہمارے علماء کے لیے، مسلم رہنماؤں کے لیے جو ماڈل تھا، ماڈل وہ محدثین کا ماڈل تھا۔</w:t>
      </w:r>
    </w:p>
    <w:p>
      <w:r>
        <w:rPr>
          <w:b/>
        </w:rPr>
        <w:t xml:space="preserve">[33:44] </w:t>
      </w:r>
      <w:r>
        <w:t>kyun ke hum daur-e-hukoomat mein jee rahe thay, hum jo aaj hain, daur-e-hukoomat mein jee rahe hain.</w:t>
      </w:r>
    </w:p>
    <w:p>
      <w:pPr>
        <w:jc w:val="right"/>
      </w:pPr>
      <w:r>
        <w:t>کیونکہ ہم دور حکومت میں جی رہے تھے، ہم جو آج ہیں، دور حکومت میں جی رہے ہیں۔</w:t>
      </w:r>
    </w:p>
    <w:p>
      <w:r>
        <w:rPr>
          <w:b/>
        </w:rPr>
        <w:t xml:space="preserve">[33:52] </w:t>
      </w:r>
      <w:r>
        <w:t>Muslim mulkon mein hukoomat hai, non-muslim mulkon mein hukoomat, hukoomat hai. toh hamare liye woh model qabil-e-itiba tha jo qaim hua tha daur-e-hukoomat mein.</w:t>
      </w:r>
    </w:p>
    <w:p>
      <w:pPr>
        <w:jc w:val="right"/>
      </w:pPr>
      <w:r>
        <w:t>مسلم ملکوں میں حکومت ہے، نان مسلم ملکوں میں حکومت، حکومت ہے۔ تو ہمارے لیے وہ ماڈل قابل اتباع تھا جو قائم ہوا تھا دور حکومت میں۔</w:t>
      </w:r>
    </w:p>
    <w:p>
      <w:r>
        <w:rPr>
          <w:b/>
        </w:rPr>
        <w:t xml:space="preserve">[34:07] </w:t>
      </w:r>
      <w:r>
        <w:t>daur-e-hukoomat jo model qaim hua tha, woh muhaddiseen ka tha. wahi hamein yeh karna tha ke hukoomat ke masail se door reh kar, ignore kar ke,</w:t>
      </w:r>
    </w:p>
    <w:p>
      <w:pPr>
        <w:jc w:val="right"/>
      </w:pPr>
      <w:r>
        <w:t>دور حکومت جو ماڈل قائم ہوا تھا، وہ محدثین کا تھا۔ وہی ہمیں یہ کرنا تھا کہ حکومت کے مسائل سے دور رہ کر، اگنور کر کے،</w:t>
      </w:r>
    </w:p>
    <w:p>
      <w:r>
        <w:rPr>
          <w:b/>
        </w:rPr>
        <w:t xml:space="preserve">[34:20] </w:t>
      </w:r>
      <w:r>
        <w:t>us ko bhula kar</w:t>
      </w:r>
    </w:p>
    <w:p>
      <w:pPr>
        <w:jc w:val="right"/>
      </w:pPr>
      <w:r>
        <w:t>اس کو بھلا کر</w:t>
      </w:r>
    </w:p>
    <w:p>
      <w:r>
        <w:rPr>
          <w:b/>
        </w:rPr>
        <w:t xml:space="preserve">[34:24] </w:t>
      </w:r>
      <w:r>
        <w:t>mukammal taur par apne ko lagayein ke daur-e-jadeed ki zabaan seekhein, daur-e-jadeed ke uloom ko padhein, daur-e-jadeed ki technology ko istemaal karein, daur-e-jadeed ke jo communication hai, jo printing press hai, us ko istemaal karein, aur strong,</w:t>
      </w:r>
    </w:p>
    <w:p>
      <w:pPr>
        <w:jc w:val="right"/>
      </w:pPr>
      <w:r>
        <w:t>مکمل طور پر اپنے کو لگائیں کہ دور جدید کی زبان سیکھیں، دور جدید کے علوم کو پڑھیں، دور جدید کی ٹیکنالوجی کو استعمال کریں، دور جدید کے جو کمیونیکیشن ہے، جو پریڈنگ پریس ہے، اس کو استعمال کریں، اور سٹرانگ،</w:t>
      </w:r>
    </w:p>
    <w:p>
      <w:r>
        <w:rPr>
          <w:b/>
        </w:rPr>
        <w:t xml:space="preserve">[34:42] </w:t>
      </w:r>
      <w:r>
        <w:t>bohat hi yani is yeh strong literature Islam par tayyar karein jo aaj ke mind ko address kare.</w:t>
      </w:r>
    </w:p>
    <w:p>
      <w:pPr>
        <w:jc w:val="right"/>
      </w:pPr>
      <w:r>
        <w:t>بہت ہی یعنی اس یہ سٹرانگ لٹریچر اسلام پر تیار کریں جو آج کے مائنڈ کو ایڈریس کرے۔</w:t>
      </w:r>
    </w:p>
    <w:p>
      <w:r>
        <w:rPr>
          <w:b/>
        </w:rPr>
        <w:t xml:space="preserve">[34:54] </w:t>
      </w:r>
      <w:r>
        <w:t>lekin kisi ko fursat nahi, kisi ko fursat nahi.</w:t>
      </w:r>
    </w:p>
    <w:p>
      <w:pPr>
        <w:jc w:val="right"/>
      </w:pPr>
      <w:r>
        <w:t>لیکن کسی کو فرصت نہیں، کسی کو فرصت نہیں۔</w:t>
      </w:r>
    </w:p>
    <w:p>
      <w:r>
        <w:rPr>
          <w:b/>
        </w:rPr>
        <w:t xml:space="preserve">[35:01] </w:t>
      </w:r>
      <w:r>
        <w:t>ek Muslim mulk mein kuch baras pehle main gaya tha jo apne ko Islami Jamhooria kehta hai. toh wahan par non-muslim bhi achi khaasi tadad mein hain.</w:t>
      </w:r>
    </w:p>
    <w:p>
      <w:pPr>
        <w:jc w:val="right"/>
      </w:pPr>
      <w:r>
        <w:t>ایک مسلم ملک میں کچھ برس پہلے میں گیا تھا جو اپنے کو اسلامی جمہوریہ کہتا ہے۔ تو وہاں پر نان مسلم بھی اچھی خاصی تعداد میں ہیں۔</w:t>
      </w:r>
    </w:p>
    <w:p>
      <w:r>
        <w:rPr>
          <w:b/>
        </w:rPr>
        <w:t xml:space="preserve">[35:14] </w:t>
      </w:r>
      <w:r>
        <w:t>toh main ne kaha ke yahan par dekhiye, wahan ke kuch Muslim rehnumaon se jo siyasat mein masghool thay,</w:t>
      </w:r>
    </w:p>
    <w:p>
      <w:pPr>
        <w:jc w:val="right"/>
      </w:pPr>
      <w:r>
        <w:t>تو میں نے کہا کہ یہاں پر دیکھیے، وہاں کے کچھ مسلم رہنماؤں سے جو سیاست میں مشغول تھے،</w:t>
      </w:r>
    </w:p>
    <w:p>
      <w:r>
        <w:rPr>
          <w:b/>
        </w:rPr>
        <w:t xml:space="preserve">[35:23] </w:t>
      </w:r>
      <w:r>
        <w:t>main ne kaha ke aap yeh jo itne sab yahan pe Hindu, aap yahan par non-muslim, aap ke yahan hain, aap ke mulk mein, un mein kyun nahi aap kaam karte dawat ka kaam?</w:t>
      </w:r>
    </w:p>
    <w:p>
      <w:pPr>
        <w:jc w:val="right"/>
      </w:pPr>
      <w:r>
        <w:t>میں نے کہا کہ آپ یہ جو اتنے سب یہاں پہ ہندو، آپ یہاں پر نان مسلم، آپ کے یہاں ہیں، آپ کے ملک میں، ان میں کیوں نہیں آپ کام کرتے دعوتی کام؟</w:t>
      </w:r>
    </w:p>
    <w:p>
      <w:r>
        <w:rPr>
          <w:b/>
        </w:rPr>
        <w:t xml:space="preserve">[35:34] </w:t>
      </w:r>
      <w:r>
        <w:t>toh mujhe achi tarah yaad hai, unhon ne kaha bohat hi rough andaaz mein,</w:t>
      </w:r>
    </w:p>
    <w:p>
      <w:pPr>
        <w:jc w:val="right"/>
      </w:pPr>
      <w:r>
        <w:t>تو مجھے اچھی طرح یاد ہے، انہوں نے کہا بہت ہی رف انداز میں،</w:t>
      </w:r>
    </w:p>
    <w:p>
      <w:r>
        <w:rPr>
          <w:b/>
        </w:rPr>
        <w:t xml:space="preserve">[35:40] </w:t>
      </w:r>
      <w:r>
        <w:t>yahan is ko kis ko fursat hai, yahan is ki kaun is ko sochta hai? yani woh is ko bara kaam samajhte thay ke hukoomaton se takraayein, hukoomat ko incite karne ki muhim chalayein, hukoomat mein nizaam-e-adl qaim karne ke naam par jhanda uthayein.</w:t>
      </w:r>
    </w:p>
    <w:p>
      <w:pPr>
        <w:jc w:val="right"/>
      </w:pPr>
      <w:r>
        <w:t>یہاں اس کو کس کو فرصت ہے، یہاں اس کی کون اس کو سوچتا ہے؟ یعنی وہ اس کو بڑا کام سمجھتے تھے کہ حکومتوں سے ٹکرائیں، حکومت کو انسیٹ کرنے کی مہم چلائیں، حکومت میں نظام عدل قائم کرنے کے نام پر جھنڈا اٹھائیں۔</w:t>
      </w:r>
    </w:p>
    <w:p>
      <w:r>
        <w:rPr>
          <w:b/>
        </w:rPr>
        <w:t xml:space="preserve">[35:59] </w:t>
      </w:r>
      <w:r>
        <w:t>natija kya hua? yeh kaam nahi ho saka.</w:t>
      </w:r>
    </w:p>
    <w:p>
      <w:pPr>
        <w:jc w:val="right"/>
      </w:pPr>
      <w:r>
        <w:t>نتیجہ کیا ہوا؟ یہ کام نہیں ہو سکا۔</w:t>
      </w:r>
    </w:p>
    <w:p>
      <w:r>
        <w:rPr>
          <w:b/>
        </w:rPr>
        <w:t xml:space="preserve">[36:04] </w:t>
      </w:r>
      <w:r>
        <w:t>to yeh bohat bara yeh jo yani woh jo maqoolah hai ke "torf al ashya'a be ajdadihi" aap compare kar ke dekhiye yani muhaddiseen ke daur ko aur aaj ke daur ko compare kar ke dekhiye.</w:t>
      </w:r>
    </w:p>
    <w:p>
      <w:pPr>
        <w:jc w:val="right"/>
      </w:pPr>
      <w:r>
        <w:t>تو یہ بہت بڑا یہ جو یعنی وہ جو مقولہ ہے کہ "تورف الاشیاء بے اجدادہ" آپ کمپیئر کر کے دیکھیے یعنی محدثین کے دور کو اور آج کے دور کو کمپیئر کر کے دیکھیے۔</w:t>
      </w:r>
    </w:p>
    <w:p>
      <w:r>
        <w:rPr>
          <w:b/>
        </w:rPr>
        <w:t xml:space="preserve">[36:23] </w:t>
      </w:r>
      <w:r>
        <w:t>muhaddiseen ne bohat hi bara kaam kiya, ummat ko hadith ka zakhira diya. lekin kab de paaye?</w:t>
      </w:r>
    </w:p>
    <w:p>
      <w:pPr>
        <w:jc w:val="right"/>
      </w:pPr>
      <w:r>
        <w:t>محدثین نے بہت ہی بڑا کام کیا، امت کو حدیث کا ذخیرہ دیا۔ لیکن کب دے پائے؟</w:t>
      </w:r>
    </w:p>
    <w:p>
      <w:r>
        <w:rPr>
          <w:b/>
        </w:rPr>
        <w:t xml:space="preserve">[36:33] </w:t>
      </w:r>
      <w:r>
        <w:t>woh jab unhon ne mukammal maanon mein siyasat se doori ikhtiyar ki,</w:t>
      </w:r>
    </w:p>
    <w:p>
      <w:pPr>
        <w:jc w:val="right"/>
      </w:pPr>
      <w:r>
        <w:t>وہ جب انہوں نے مکمل معنوں میں سیاست سے دوری اختیار کی،</w:t>
      </w:r>
    </w:p>
    <w:p>
      <w:r>
        <w:rPr>
          <w:b/>
        </w:rPr>
        <w:t xml:space="preserve">[36:40] </w:t>
      </w:r>
      <w:r>
        <w:t>mukammal maanon mein unhon ne non confrontational approach ikhtiyar kiya, hukoomat se koi ta'aruz nahi kiya unhon ne.</w:t>
      </w:r>
    </w:p>
    <w:p>
      <w:pPr>
        <w:jc w:val="right"/>
      </w:pPr>
      <w:r>
        <w:t>مکمل معنوں میں انہوں نے نان کنفرنٹیشنل اپروچ اختیار کیا، حکومت سے کوئی تعارض نہیں کیا انہوں نے۔</w:t>
      </w:r>
    </w:p>
    <w:p>
      <w:r>
        <w:rPr>
          <w:b/>
        </w:rPr>
        <w:t xml:space="preserve">[36:50] </w:t>
      </w:r>
      <w:r>
        <w:t>tab yeh kar kaam kar paaye. wahi daur is waqt aa gaya tha ke ek bohat bara kaam mutlab tha, bohat bara kaam</w:t>
      </w:r>
    </w:p>
    <w:p>
      <w:pPr>
        <w:jc w:val="right"/>
      </w:pPr>
      <w:r>
        <w:t>تب یہ کر کام کر پائے۔ وہی دور اس وقت آ گیا تھا کہ ایک بہت بڑا کام مطلوب تھا، بہت بڑا کام</w:t>
      </w:r>
    </w:p>
    <w:p>
      <w:r>
        <w:rPr>
          <w:b/>
        </w:rPr>
        <w:t xml:space="preserve">[37:01] </w:t>
      </w:r>
      <w:r>
        <w:t>ke daur e hazir ke aitbar se aaj ke idiom mein, aaj ke aaj aaj ke jo taqaze hain, us ke lihaaz se Islam par taqatwar literature tayyar karna jo logon ke mind ko address kare.</w:t>
      </w:r>
    </w:p>
    <w:p>
      <w:pPr>
        <w:jc w:val="right"/>
      </w:pPr>
      <w:r>
        <w:t>کہ دور حاضر کے اعتبار سے آج کے ایڈیم میں، آج کے آج آج کے جو تقاضے ہیں، اس کے لحاظ سے اسلام پر طاقتور لٹریچر تیار کرنا جو لوگوں کے مائنڈ کو ایڈریس کرے۔</w:t>
      </w:r>
    </w:p>
    <w:p>
      <w:r>
        <w:rPr>
          <w:b/>
        </w:rPr>
        <w:t xml:space="preserve">[37:18] </w:t>
      </w:r>
      <w:r>
        <w:t>lekin mutlaq nahi hua. agar mushk aap hadaf kar dein to ek kitaab bhi aap ke paas nahi jo aap keh sakein ke yeh hai kitaab. to yeh kitni bari ghalati hai.</w:t>
      </w:r>
    </w:p>
    <w:p>
      <w:pPr>
        <w:jc w:val="right"/>
      </w:pPr>
      <w:r>
        <w:t>لیکن مطلق نہیں ہوا۔ اگر مشک آپ حذف کر دیں تو ایک کتاب بھی آپ کے پاس نہیں جو آپ کہہ سکیں کہ یہ ہے کتاب۔ تو یہ کتنی بڑی غلطی ہے۔</w:t>
      </w:r>
    </w:p>
    <w:p>
      <w:r>
        <w:rPr>
          <w:b/>
        </w:rPr>
        <w:t xml:space="preserve">[37:29] </w:t>
      </w:r>
      <w:r>
        <w:t>Allah taala ne jo role model set kiya tha, us se inhiraf kiya logon ne.</w:t>
      </w:r>
    </w:p>
    <w:p>
      <w:pPr>
        <w:jc w:val="right"/>
      </w:pPr>
      <w:r>
        <w:t>اللہ تعالی نے جو رول ماڈل سیٹ کیا تھا، اس سے انحراف کیا لوگوں نے۔</w:t>
      </w:r>
    </w:p>
    <w:p>
      <w:r>
        <w:rPr>
          <w:b/>
        </w:rPr>
        <w:t xml:space="preserve">[37:35] </w:t>
      </w:r>
      <w:r>
        <w:t>to jaisa ke maine arz kiya, Islam mein teen cheezein hain: Rasool Allah ki hesiyat authentic reference ki hai, koi baat ideological sense mein janna ho to aap Rasool Allah se daryaft karenge.</w:t>
      </w:r>
    </w:p>
    <w:p>
      <w:pPr>
        <w:jc w:val="right"/>
      </w:pPr>
      <w:r>
        <w:t>تو جیسا کہ میں نے عرض کیا، اسلام میں تین چیزیں ہیں: رسول اللہ کی حیثیت اتھینٹک ریفرنس کی ہے، کوئی بات اڈلوجیکل سینس میں جاننا ہو تو آپ رسول اللہ سے دریافت کریں گے۔</w:t>
      </w:r>
    </w:p>
    <w:p>
      <w:r>
        <w:rPr>
          <w:b/>
        </w:rPr>
        <w:t xml:space="preserve">[37:52] </w:t>
      </w:r>
      <w:r>
        <w:t>is ke baad do role model hain sahaba ka aur muhaddiseen ka. sahaba ka role model jo hai, woh is is waqt ke liye hai yani pre pre hukoomat daur ke liye.</w:t>
      </w:r>
    </w:p>
    <w:p>
      <w:pPr>
        <w:jc w:val="right"/>
      </w:pPr>
      <w:r>
        <w:t>اس کے بعد دو رول ماڈل ہیں صحابہ کا اور محدثین کا۔ صحابہ کا رول ماڈل جو ہے، وہ اس اس وقت کے لیے ہے یعنی پری پری حکومت دور کے لیے۔</w:t>
      </w:r>
    </w:p>
    <w:p>
      <w:r>
        <w:rPr>
          <w:b/>
        </w:rPr>
        <w:t xml:space="preserve">[38:10] </w:t>
      </w:r>
      <w:r>
        <w:t>jabke hukoomat na ho, hukoomat se qabl ke halaat hon, us zamane mein, us zamane mein sahaba ka namuna aap ke liye rehnumai karta hai.</w:t>
      </w:r>
    </w:p>
    <w:p>
      <w:pPr>
        <w:jc w:val="right"/>
      </w:pPr>
      <w:r>
        <w:t>جبکہ حکومت نہ ہو، حکومت سے قبل کے حالات ہوں، اس زمانے میں، اس زمانے میں صحابہ کا نمونہ آپ کے لیے رہنمائی کرتا ہے۔</w:t>
      </w:r>
    </w:p>
    <w:p>
      <w:r>
        <w:rPr>
          <w:b/>
        </w:rPr>
        <w:t xml:space="preserve">[38:26] </w:t>
      </w:r>
      <w:r>
        <w:t>jab hukoomat qaim ho,</w:t>
      </w:r>
    </w:p>
    <w:p>
      <w:pPr>
        <w:jc w:val="right"/>
      </w:pPr>
      <w:r>
        <w:t>جب حکومت قائم ہو،</w:t>
      </w:r>
    </w:p>
    <w:p>
      <w:r>
        <w:rPr>
          <w:b/>
        </w:rPr>
        <w:t xml:space="preserve">[38:29] </w:t>
      </w:r>
      <w:r>
        <w:t>us waqt aap ko kaise karna hai, us ka namuna muhaddiseen ne qaim kiya hai. dekhiye, yahan main yeh arz kar doon ke hukoomat kabhi bhi ideal nahi ho sakti.</w:t>
      </w:r>
    </w:p>
    <w:p>
      <w:pPr>
        <w:jc w:val="right"/>
      </w:pPr>
      <w:r>
        <w:t>اس وقت آپ کو کیسے کرنا ہے، اس کا نمونہ محدثین نے قائم کیا ہے۔ دیکھیں، یہاں میں یہ عرض کر دوں کہ حکومت کبھی بھی آئیڈیل نہیں ہو سکتی۔</w:t>
      </w:r>
    </w:p>
    <w:p>
      <w:r>
        <w:rPr>
          <w:b/>
        </w:rPr>
        <w:t xml:space="preserve">[38:41] </w:t>
      </w:r>
      <w:r>
        <w:t>yaad rakhiye, yeh namumkin baat hai. namumkin baat hai ke kabhi bhi hukoomat</w:t>
      </w:r>
    </w:p>
    <w:p>
      <w:pPr>
        <w:jc w:val="right"/>
      </w:pPr>
      <w:r>
        <w:t>یاد رکھیے، یہ ناممکن بات ہے۔ ناممکن بات ہے کہ کبھی بھی حکومت</w:t>
      </w:r>
    </w:p>
    <w:p>
      <w:r>
        <w:rPr>
          <w:b/>
        </w:rPr>
        <w:t xml:space="preserve">[38:49] </w:t>
      </w:r>
      <w:r>
        <w:t>ideal ho. hukoomat hamesha qaim hoti hai yani amli halaat ki buniyad par.</w:t>
      </w:r>
    </w:p>
    <w:p>
      <w:pPr>
        <w:jc w:val="right"/>
      </w:pPr>
      <w:r>
        <w:t>آئیڈیل ہو۔ حکومت ہمیشہ قائم ہوتی ہے یعنی عملی حالات کی بنیاد پر۔</w:t>
      </w:r>
    </w:p>
    <w:p>
      <w:r>
        <w:rPr>
          <w:b/>
        </w:rPr>
        <w:t xml:space="preserve">[38:59] </w:t>
      </w:r>
      <w:r>
        <w:t>misal ke taur par dekhiye, aaj kal jo saare Muslim mulkon mein hangama kiye hue hain, adl ko le kar ke,</w:t>
      </w:r>
    </w:p>
    <w:p>
      <w:pPr>
        <w:jc w:val="right"/>
      </w:pPr>
      <w:r>
        <w:t>مثلاً دیکھیے، آج کل جو سارے مسلم ملکوں میں ہنگامہ کیے ہوئے ہیں، عدل کو لے کر کے،</w:t>
      </w:r>
    </w:p>
    <w:p>
      <w:r>
        <w:rPr>
          <w:b/>
        </w:rPr>
        <w:t xml:space="preserve">[39:06] </w:t>
      </w:r>
      <w:r>
        <w:t>adl yani adlana nizam darkar hai. un ki kitaab hai Syed Qutb ki "Al Adalat Al Ijtima'iyah fil Islam" yani Muslim mulkon mein social justice qaim karne ke liye,</w:t>
      </w:r>
    </w:p>
    <w:p>
      <w:pPr>
        <w:jc w:val="right"/>
      </w:pPr>
      <w:r>
        <w:t>عدل یعنی عدلانہ نظام درکار ہے۔ ان کی کتاب ہے سید قد کی "العدالت الاجتماعیہ فی الاسلام" یعنی مسلم ملکوں میں سوشل جسٹس قائم کرنے کے لیے،</w:t>
      </w:r>
    </w:p>
    <w:p>
      <w:r>
        <w:rPr>
          <w:b/>
        </w:rPr>
        <w:t xml:space="preserve">[39:20] </w:t>
      </w:r>
      <w:r>
        <w:t>adl qaim karne ke liye.</w:t>
      </w:r>
    </w:p>
    <w:p>
      <w:pPr>
        <w:jc w:val="right"/>
      </w:pPr>
      <w:r>
        <w:t>عدل قائم کرنے کے لیے۔</w:t>
      </w:r>
    </w:p>
    <w:p>
      <w:r>
        <w:rPr>
          <w:b/>
        </w:rPr>
        <w:t xml:space="preserve">[39:23] </w:t>
      </w:r>
      <w:r>
        <w:t>to main aap se misal deta hoon ke Rasool Allah ke zamane mein ek Madine ke ek Muslim musalman ne, jo sahabi the, Rasool Allah ke bare mein kaha: "Wallah ma 'adalta" Khuda ki qasam, aap ne adl nahi kiya.</w:t>
      </w:r>
    </w:p>
    <w:p>
      <w:pPr>
        <w:jc w:val="right"/>
      </w:pPr>
      <w:r>
        <w:t>تو میں آپ سے مثال دیتا ہوں کہ رسول اللہ کے زمانے میں ایک مدینے کے ایک مسلم مسلمان نے، جو صحابی تھے، رسول اللہ کے بارے میں کہا: "واللہ ما عدلتا" خدا کی قسم، آپ نے عدل نہیں کیا۔</w:t>
      </w:r>
    </w:p>
    <w:p>
      <w:r>
        <w:rPr>
          <w:b/>
        </w:rPr>
        <w:t xml:space="preserve">[39:39] </w:t>
      </w:r>
      <w:r>
        <w:t>yeh daur irshad ki baat hai. Abul Faraj, jis ne jis ne qatl kiya tha Hazrat Umar ko, us ne bhi yahi kaha tha ke aap ne adl nahi kiya.</w:t>
      </w:r>
    </w:p>
    <w:p>
      <w:pPr>
        <w:jc w:val="right"/>
      </w:pPr>
      <w:r>
        <w:t>یہ دور ارشاد کی بات ہے۔ ابول الفروج، جس نے جس نے قتل کیا تھا حضرت عمر کو، اس نے بھی یہی کہا تھا کہ آپ نے عدل نہیں کیا۔</w:t>
      </w:r>
    </w:p>
    <w:p>
      <w:r>
        <w:rPr>
          <w:b/>
        </w:rPr>
        <w:t xml:space="preserve">[39:49] </w:t>
      </w:r>
      <w:r>
        <w:t>to adl jis ko aap kehte hain, sirf practical adl mumkin hai, ideal adl mumkin nahi hai.</w:t>
      </w:r>
    </w:p>
    <w:p>
      <w:pPr>
        <w:jc w:val="right"/>
      </w:pPr>
      <w:r>
        <w:t>تو عدل جس کو آپ کہتے ہیں، صرف پریکٹیکل عدل ممکن ہے، آئیڈیل عدل ممکن نہیں ہے۔</w:t>
      </w:r>
    </w:p>
    <w:p>
      <w:r>
        <w:rPr>
          <w:b/>
        </w:rPr>
        <w:t xml:space="preserve">[39:58] </w:t>
      </w:r>
      <w:r>
        <w:t>practical adl mumkin hai yani pragmatic sense mein adl mumkin hai, ideal sense mein adl mumkin hi nahi hai. Isi isi wajah se maine arz kiya tha pichli bar ke dekhiye, Misr mein adl ke kaam, adl ka nizam qaim karne ke liye</w:t>
      </w:r>
    </w:p>
    <w:p>
      <w:pPr>
        <w:jc w:val="right"/>
      </w:pPr>
      <w:r>
        <w:t>پریکٹیکل عدل ممکن ہے یعنی پریگمیٹک سینس میں عدل ممکن ہے، آئیڈیل سینس میں عدل ممکن ہی نہیں ہے۔ اسی اسی وجہ سے میں نے عرض کیا تھا پچھلی بار کہ دیکھیے، مصر میں عدل کے کام، عدل کا نظام قائم کرنے کے لیے</w:t>
      </w:r>
    </w:p>
    <w:p>
      <w:r>
        <w:rPr>
          <w:b/>
        </w:rPr>
        <w:t xml:space="preserve">[40:16] </w:t>
      </w:r>
      <w:r>
        <w:t>1952 se wahan par hangame jaari hain. 1952 se aap ghor kijiye ke 60 baras beet gaye, kitni naslein paida huin aur mar gayin, aaj tak hangame jaari hain.</w:t>
      </w:r>
    </w:p>
    <w:p>
      <w:pPr>
        <w:jc w:val="right"/>
      </w:pPr>
      <w:r>
        <w:t>1952 سے وہاں پر ہنگامے جاری ہیں۔ 1952 سے آپ غور کیجئے کہ 60 برس بیت گئے، کتنی نسلیں پیدا ہوئیں اور مر گئیں، آج تک ہنگامے جاری ہیں۔</w:t>
      </w:r>
    </w:p>
    <w:p>
      <w:r>
        <w:rPr>
          <w:b/>
        </w:rPr>
        <w:t xml:space="preserve">[40:30] </w:t>
      </w:r>
      <w:r>
        <w:t>aaj bhi jo akhbar mein hai, padh lijiye aap ke wahan par</w:t>
      </w:r>
    </w:p>
    <w:p>
      <w:pPr>
        <w:jc w:val="right"/>
      </w:pPr>
      <w:r>
        <w:t>آج بھی جو اخبار میں ہے، پڑھ لیجئے آپ کہ وہاں پر</w:t>
      </w:r>
    </w:p>
    <w:p>
      <w:r>
        <w:rPr>
          <w:b/>
        </w:rPr>
        <w:t xml:space="preserve">[40:34] </w:t>
      </w:r>
      <w:r>
        <w:t>takrao jari hai. election hua, tab bhi takrao khatm nahi hua. to agar woh election ke baad wahi hukoomat ban jaye jo yeh chahte hain, so called islam, tab bhi adl nahi hoga.</w:t>
      </w:r>
    </w:p>
    <w:p>
      <w:pPr>
        <w:jc w:val="right"/>
      </w:pPr>
      <w:r>
        <w:t>ٹکراؤ جاری ہے۔ الیکشن ہوا، تب بھی ٹکراؤ ختم نہیں ہوا۔ تو اگر وہ الیکشن کے بعد وہی حکومت بن جائے جو یہ چاہتے ہیں، سو کالڈ اسلام، تب بھی عدل نہیں ہوگا۔</w:t>
      </w:r>
    </w:p>
    <w:p>
      <w:r>
        <w:rPr>
          <w:b/>
        </w:rPr>
        <w:t xml:space="preserve">[40:50] </w:t>
      </w:r>
      <w:r>
        <w:t>tab bhi koi khara hoga jhanda le kar ke ke adl to aya nahi,</w:t>
      </w:r>
    </w:p>
    <w:p>
      <w:pPr>
        <w:jc w:val="right"/>
      </w:pPr>
      <w:r>
        <w:t>تب بھی کوئی کھڑا ہوگا جھنڈا لے کر کے کہ عدل تو آیا نہیں،</w:t>
      </w:r>
    </w:p>
    <w:p>
      <w:r>
        <w:rPr>
          <w:b/>
        </w:rPr>
        <w:t xml:space="preserve">[40:56] </w:t>
      </w:r>
      <w:r>
        <w:t>adl to aya nahi. to dekhiye, jo log yani adl ko le kar ke, insaaf ko le kar ke hukoomat ke khilaf takrao karte hain, woh ek unachievable goal ke liye takrao kar rahe hain.</w:t>
      </w:r>
    </w:p>
    <w:p>
      <w:pPr>
        <w:jc w:val="right"/>
      </w:pPr>
      <w:r>
        <w:t>عدل تو آیا نہیں۔ تو دیکھیے، جو لوگ یعنی عدل کو لے کر کے، انصاف کو لے کر کے حکومت کے خلاف ٹکراؤ کرتے ہیں، وہ ایک ان اچیوبل گول کے لیے ٹکراؤ کر رہے ہیں۔</w:t>
      </w:r>
    </w:p>
    <w:p>
      <w:r>
        <w:rPr>
          <w:b/>
        </w:rPr>
        <w:t xml:space="preserve">[41:13] </w:t>
      </w:r>
      <w:r>
        <w:t>kabhi hone hi wala nahi hai.</w:t>
      </w:r>
    </w:p>
    <w:p>
      <w:pPr>
        <w:jc w:val="right"/>
      </w:pPr>
      <w:r>
        <w:t>کبھی ہونے ہی والا نہیں ہے۔</w:t>
      </w:r>
    </w:p>
    <w:p>
      <w:r>
        <w:rPr>
          <w:b/>
        </w:rPr>
        <w:t xml:space="preserve">[41:17] </w:t>
      </w:r>
      <w:r>
        <w:t>is liye rasool ALLAH sallALLAHU ALAIHI WASALLAM ne kaha ke hukoomat se takrao amal karna. is ka matlab kya hua? ke rasool ALLAH ka jo jo diya hua tareeqa hai, woh hai woh base karta hai political status quo par.</w:t>
      </w:r>
    </w:p>
    <w:p>
      <w:pPr>
        <w:jc w:val="right"/>
      </w:pPr>
      <w:r>
        <w:t>اس لیے رسول اللہ صلی اللہ علیہ وسلم نے کہا کہ حکومت سے ٹکراؤ عمل کرنا۔ اس کا مطلب کیا ہوا؟ کہ رسول اللہ کا جو جو دیا ہوا طریقہ ہے، وہ ہے وہ بیس کرتا ہے پولیٹیکل اسٹیٹس کوئزم پر۔</w:t>
      </w:r>
    </w:p>
    <w:p>
      <w:r>
        <w:rPr>
          <w:b/>
        </w:rPr>
        <w:t xml:space="preserve">[41:36] </w:t>
      </w:r>
      <w:r>
        <w:t>jo hukoomat hai, us is hukoomat ko yani isi liye islam mein hai ke jo jab ek established hukoomat qaim ho jaye, established hukoomat to us ke khilaf khurooj haram hai.</w:t>
      </w:r>
    </w:p>
    <w:p>
      <w:pPr>
        <w:jc w:val="right"/>
      </w:pPr>
      <w:r>
        <w:t>جو حکومت ہے، اس اس حکومت کو یعنی اسی لیے اسلام میں ہے کہ جو جب ایک اسٹیبلش حکومت قائم ہو جائے، اسٹیبلش حکومت تو اس کے خلاف خروج حرام ہے۔</w:t>
      </w:r>
    </w:p>
    <w:p>
      <w:r>
        <w:rPr>
          <w:b/>
        </w:rPr>
        <w:t xml:space="preserve">[41:49] </w:t>
      </w:r>
      <w:r>
        <w:t>us ke khilaf apni vote nahi kar sakte. us ke mani kya hain? us ke mani yeh nahi ke inactive ban jayein, aap kuch na karein.</w:t>
      </w:r>
    </w:p>
    <w:p>
      <w:pPr>
        <w:jc w:val="right"/>
      </w:pPr>
      <w:r>
        <w:t>اس کے خلاف اپنی ووٹ نہیں کر سکتے۔ اس کے معنی کیا ہیں؟ اس کے معنی یہ نہیں کہ ان ایکٹیو بن جائیں، آپ کچھ نہ کریں۔</w:t>
      </w:r>
    </w:p>
    <w:p>
      <w:r>
        <w:rPr>
          <w:b/>
        </w:rPr>
        <w:t xml:space="preserve">[41:59] </w:t>
      </w:r>
      <w:r>
        <w:t>us ke mani yeh hain ke non political field mein jo mawaqe hain, us ko daryaft kijiye, us ko us ko avail kijiye.</w:t>
      </w:r>
    </w:p>
    <w:p>
      <w:pPr>
        <w:jc w:val="right"/>
      </w:pPr>
      <w:r>
        <w:t>اس کے معنی یہ ہیں کہ نان پولیٹیکل فیلڈ میں جو مواقع ہیں، اس کو دریافت کیجئے، اس کو اس کو اویل کیجئے۔</w:t>
      </w:r>
    </w:p>
    <w:p>
      <w:r>
        <w:rPr>
          <w:b/>
        </w:rPr>
        <w:t xml:space="preserve">[42:09] </w:t>
      </w:r>
      <w:r>
        <w:t>misalan yeh sare mulk jo hain, yeh misr hai ya sham hai, wahan bohat zyada ate hain tourist.</w:t>
      </w:r>
    </w:p>
    <w:p>
      <w:pPr>
        <w:jc w:val="right"/>
      </w:pPr>
      <w:r>
        <w:t>مثلاً یہ سارے ممالک جو ہیں، یہ مصر ہے یا شام ہے، وہاں بہت زیادہ آتے ہیں ٹورسٹ۔</w:t>
      </w:r>
    </w:p>
    <w:p>
      <w:r>
        <w:rPr>
          <w:b/>
        </w:rPr>
        <w:t xml:space="preserve">[42:16] </w:t>
      </w:r>
      <w:r>
        <w:t>yeh countries jo hain, wahan historical monument bohat zyada hain. misr mein, sham mein, urdu mein, iraq mein, yaman mein, har jagah bohat tourist ate hain.</w:t>
      </w:r>
    </w:p>
    <w:p>
      <w:pPr>
        <w:jc w:val="right"/>
      </w:pPr>
      <w:r>
        <w:t>یہ کنٹریز جو ہیں، وہاں ہسٹوریکل مونومنٹ بہت زیادہ ہیں۔ مصر میں، شام میں، اردو میں، عراق میں،یمن میں، ہر جگہ بہت ٹورسٹ آتے ہیں۔</w:t>
      </w:r>
    </w:p>
    <w:p>
      <w:r>
        <w:rPr>
          <w:b/>
        </w:rPr>
        <w:t xml:space="preserve">[42:29] </w:t>
      </w:r>
      <w:r>
        <w:t>to aakhri yeh ladai kis liye? in touriston mein aap islam kyun nahi phailate? in ko quran kyun nahi dete?</w:t>
      </w:r>
    </w:p>
    <w:p>
      <w:pPr>
        <w:jc w:val="right"/>
      </w:pPr>
      <w:r>
        <w:t>تو آخری یہ لڑائی کس لیے؟ ان ٹورسٹوں میں آپ اسلام کیوں نہیں پھیلاتے؟ ان کو قرآن کیوں نہیں دیتے؟</w:t>
      </w:r>
    </w:p>
    <w:p>
      <w:r>
        <w:rPr>
          <w:b/>
        </w:rPr>
        <w:t xml:space="preserve">[42:38] </w:t>
      </w:r>
      <w:r>
        <w:t>in ko islami literature kyun nahi dete? to literature hai hi nahi. ladai bhadai mein sab log masroof ho gaye aur kisi ne socha hi nahi ke hamein door hazir ke mutabiq islami literature tayyar karna hai.</w:t>
      </w:r>
    </w:p>
    <w:p>
      <w:pPr>
        <w:jc w:val="right"/>
      </w:pPr>
      <w:r>
        <w:t>ان کو اسلامی لیٹرچر کیوں نہیں دیتے؟ تو لیٹرچر ہے ہی نہیں۔ لڑائی بھڑائی میں سب لوگ مصروف ہو گئے اور کسی نے سوچا ہی نہیں کہ ہمیں دور حاضر کے مطابق اسلامی لیٹرچر تیار کرنا ہے۔</w:t>
      </w:r>
    </w:p>
    <w:p>
      <w:r>
        <w:rPr>
          <w:b/>
        </w:rPr>
        <w:t xml:space="preserve">[42:54] </w:t>
      </w:r>
      <w:r>
        <w:t>to yeh kitna bara nuqsan hai, yeh kitna bara nuqsan hai.</w:t>
      </w:r>
    </w:p>
    <w:p>
      <w:pPr>
        <w:jc w:val="right"/>
      </w:pPr>
      <w:r>
        <w:t>تو یہ کتنا بڑا نقصان ہے، یہ کتنا بڑا نقصان ہے۔</w:t>
      </w:r>
    </w:p>
    <w:p>
      <w:r>
        <w:rPr>
          <w:b/>
        </w:rPr>
        <w:t xml:space="preserve">[43:00] </w:t>
      </w:r>
      <w:r>
        <w:t>aur nuqsan is liye hai ke log yeh bhool gaye ke ALLAH TA'ALA ne hamare liye dono dauron ke do model banaye: pre hukoomat daur ke liye sahaba ka model aur post hukoomat daur ke liye muhaddiseen ka model.</w:t>
      </w:r>
    </w:p>
    <w:p>
      <w:pPr>
        <w:jc w:val="right"/>
      </w:pPr>
      <w:r>
        <w:t>اور نقصان اس لیے ہے کہ لوگ یہ بھول گئے کہ اللہ تعالی نے ہمارے لیے دونوں دوروں کے دو ماڈل بنائے: پری حکومت دور کے لیے صحابہ کا ماڈل اور پوسٹ حکومت دور کے لیے محدثین کا ماڈل۔</w:t>
      </w:r>
    </w:p>
    <w:p>
      <w:r>
        <w:rPr>
          <w:b/>
        </w:rPr>
        <w:t xml:space="preserve">[43:21] </w:t>
      </w:r>
      <w:r>
        <w:t>aur muhaddiseen ka model bohat hi well established model hai, woh maloom hai. kitabon padh kar aap samajh sakte hain, history ki kitab hai.</w:t>
      </w:r>
    </w:p>
    <w:p>
      <w:pPr>
        <w:jc w:val="right"/>
      </w:pPr>
      <w:r>
        <w:t>اور محدثین کا ماڈل بہت ہی ویل اسٹیبلش ماڈل ہے، وہ معلوم ہے۔ کتابوں پڑھ کر آپ سمجھ سکتے ہیں، ہسٹری کی کتاب ہے۔</w:t>
      </w:r>
    </w:p>
    <w:p>
      <w:r>
        <w:rPr>
          <w:b/>
        </w:rPr>
        <w:t xml:space="preserve">[43:31] </w:t>
      </w:r>
      <w:r>
        <w:t>ab woh model ka usool yahi hai: hukoomat se takrao na karte hue jo</w:t>
      </w:r>
    </w:p>
    <w:p>
      <w:pPr>
        <w:jc w:val="right"/>
      </w:pPr>
      <w:r>
        <w:t>اب وہ ماڈل کا اصول یہی ہے: حکومت سے ٹکراؤ نہ کرتے ہوئے جو</w:t>
      </w:r>
    </w:p>
    <w:p>
      <w:r>
        <w:rPr>
          <w:b/>
        </w:rPr>
        <w:t xml:space="preserve">[43:38] </w:t>
      </w:r>
      <w:r>
        <w:t>doosra jo maidan hai deen ki khidmat ka, wahan par sargaram ho jana. yahi yahan karna tha ke aap hukoomat se takrao na karte hue jadeed yani do kaam karna: ek taraf</w:t>
      </w:r>
    </w:p>
    <w:p>
      <w:pPr>
        <w:jc w:val="right"/>
      </w:pPr>
      <w:r>
        <w:t>دوسرا جو میدان ہے دین کی خدمت کا، وہاں پر سرگرم ہو جانا۔ یہی یہاں کرنا تھا کہ آپ حکومت سے ٹکراؤ نہ کرتے ہوئے جدید یعنی دو کام کرنا: ایک طرف</w:t>
      </w:r>
    </w:p>
    <w:p>
      <w:r>
        <w:rPr>
          <w:b/>
        </w:rPr>
        <w:t xml:space="preserve">[43:54] </w:t>
      </w:r>
      <w:r>
        <w:t>jadeed taqazon ke mutabiq literature aur doosre ke jo jo itni zyada mobility hai, jo aa rahe hain, ja rahe hain, ya har tarah jahan dekhiye interaction ho raha hai modern communication ki wajah se.</w:t>
      </w:r>
    </w:p>
    <w:p>
      <w:pPr>
        <w:jc w:val="right"/>
      </w:pPr>
      <w:r>
        <w:t>جدید تقاضوں کے مطابق لیٹرچر اور دوسرے کہ جو جو اتنی زیادہ موبیلٹی ہے، جو آ رہے ہیں، جا رہے ہیں، یا ہر طرح جہاں دیکھیے انٹریکشن ہو رہا ہے ماڈرن کمیونیکیشن کی وجہ سے۔</w:t>
      </w:r>
    </w:p>
    <w:p>
      <w:r>
        <w:rPr>
          <w:b/>
        </w:rPr>
        <w:t xml:space="preserve">[44:12] </w:t>
      </w:r>
      <w:r>
        <w:t>yani koi business ke liye aa raha hai, koi tourism ke liye aa raha hai, koi education ke liye aa raha hai, kaise ki</w:t>
      </w:r>
    </w:p>
    <w:p>
      <w:pPr>
        <w:jc w:val="right"/>
      </w:pPr>
      <w:r>
        <w:t>یعنی کوئی بزنس کے لیے آ رہا ہے، کوئی ٹورزم کے لیے آ رہا ہے، کوئی ایجوکیشن کے لیے آ رہا ہے، کیسے کی</w:t>
      </w:r>
    </w:p>
    <w:p>
      <w:r>
        <w:rPr>
          <w:b/>
        </w:rPr>
        <w:t xml:space="preserve">[44:18] </w:t>
      </w:r>
      <w:r>
        <w:t>se har jagah jahan bhi aap jaiye, kisi bhi mulk mein ek bheed lagi hui hai, un mein dawat pahunchaiye. yani madu aap aap ke darwaze par aya hua hai, kabhi is se pehle aisa nahi tha.</w:t>
      </w:r>
    </w:p>
    <w:p>
      <w:pPr>
        <w:jc w:val="right"/>
      </w:pPr>
      <w:r>
        <w:t>سے ہر جگہ جہاں بھی آپ جائیے، کسی بھی ملک میں ایک بھیڑ لگی ہوئی ہے، ان میں دعوت پہنچائیے۔ یعنی مدعو آپ آپ کے دروازے پر آیا ہوا ہے، کبھی اس سے پہلے ایسا نہیں تھا۔</w:t>
      </w:r>
    </w:p>
    <w:p>
      <w:r>
        <w:rPr>
          <w:b/>
        </w:rPr>
        <w:t xml:space="preserve">[44:32] </w:t>
      </w:r>
      <w:r>
        <w:t>madu ki talash ke liye logon ko oont par baith kar jana padta tha.</w:t>
      </w:r>
    </w:p>
    <w:p>
      <w:pPr>
        <w:jc w:val="right"/>
      </w:pPr>
      <w:r>
        <w:t>مدعو کی تلاش کے لیے لوگوں کو اونٹ پر بیٹھ کر جانا پڑتا تھا۔</w:t>
      </w:r>
    </w:p>
    <w:p>
      <w:r>
        <w:rPr>
          <w:b/>
        </w:rPr>
        <w:t xml:space="preserve">[44:37] </w:t>
      </w:r>
      <w:r>
        <w:t>ab kya hai? madu khud aap ke paas aa kar naak kar raha hai ke main yahan haan, tumhare darwaze par khada hua hoon, lao mujhe do khuda ki kitab, lao mujhe do khuda ka paigham.</w:t>
      </w:r>
    </w:p>
    <w:p>
      <w:pPr>
        <w:jc w:val="right"/>
      </w:pPr>
      <w:r>
        <w:t>اب کیا ہے؟ مدعو خود آپ کے پاس آ کر ناک کر رہا ہے کہ میں یہاں ہاں، تمہارے دروازے پر کھڑا ہوا ہوں، لاؤ مجھے دو خدا کی کتاب، لاؤ مجھے دو خدا کا پیغام۔</w:t>
      </w:r>
    </w:p>
    <w:p>
      <w:r>
        <w:rPr>
          <w:b/>
        </w:rPr>
        <w:t xml:space="preserve">[44:49] </w:t>
      </w:r>
      <w:r>
        <w:t>to do bare kaam karne the is zamane mein jis ke liye poori tarah darwaze khule hue the, koi rukawat nahi thi.</w:t>
      </w:r>
    </w:p>
    <w:p>
      <w:pPr>
        <w:jc w:val="right"/>
      </w:pPr>
      <w:r>
        <w:t>تو دو بڑے کام کرنے تھے اس زمانے میں جس کے لیے پوری طرح دروازے کھلے ہوئے تھے، کوئی رکاوٹ نہیں تھی۔</w:t>
      </w:r>
    </w:p>
    <w:p>
      <w:r>
        <w:rPr>
          <w:b/>
        </w:rPr>
        <w:t xml:space="preserve">[44:56] </w:t>
      </w:r>
      <w:r>
        <w:t>ek yeh hai ke ALLAH ke bando ko, jo ke har jagah phail gaye hain, ek ek global village ban gaya aaj ki duniya mein.</w:t>
      </w:r>
    </w:p>
    <w:p>
      <w:pPr>
        <w:jc w:val="right"/>
      </w:pPr>
      <w:r>
        <w:t>ایک یہ ہے کہ اللہ کے بندوں کو، جو کہ ہر جگہ پھیل گئے ہیں، ایک ایک گلوبل ولیج بن گیا آج کی دنیا میں۔</w:t>
      </w:r>
    </w:p>
    <w:p>
      <w:r>
        <w:rPr>
          <w:b/>
        </w:rPr>
        <w:t xml:space="preserve">[45:06] </w:t>
      </w:r>
      <w:r>
        <w:t>ALLAH ke bando ko ALLAH ka paigham pahunchana. aur doosri baat yeh hai ke jadeed taqazon ke mutabiq</w:t>
      </w:r>
    </w:p>
    <w:p>
      <w:pPr>
        <w:jc w:val="right"/>
      </w:pPr>
      <w:r>
        <w:t>اللہ کے بندوں کو اللہ کا پیغام پہنچانا۔ اور دوسری بات یہ ہے کہ جدید تقاضوں کے مطابق</w:t>
      </w:r>
    </w:p>
    <w:p>
      <w:r>
        <w:rPr>
          <w:b/>
        </w:rPr>
        <w:t xml:space="preserve">[45:13] </w:t>
      </w:r>
      <w:r>
        <w:t>literature tayyar karna. nahi, yeh kaam hua, nahi, woh kaam hua. kyu? log masroof hain political takrao mein. jitne bhi baray be dimagh hain, jitne bhi baray be salahiyat rakhne walay log hain, woh sab ke sab masroof ho gaye is mein.</w:t>
      </w:r>
    </w:p>
    <w:p>
      <w:pPr>
        <w:jc w:val="right"/>
      </w:pPr>
      <w:r>
        <w:t>لیٹرچر تیار کرنا۔ نہیں، یہ کام ہوا، نہیں، وہ کام ہوا۔ کیوں؟ لوگ مصروف ہیں پولیٹیکل ٹکراؤ میں۔ جتنے بھی بڑے بے دماغ ہیں، جتنے بھی بڑے بے صلاحیت رکھنے والے لوگ ہیں، وہ سب کے سب مصروف ہو گئے اس میں۔</w:t>
      </w:r>
    </w:p>
    <w:p>
      <w:r>
        <w:rPr>
          <w:b/>
        </w:rPr>
        <w:t xml:space="preserve">[45:31] </w:t>
      </w:r>
      <w:r>
        <w:t>time mein ek mazmoon maine dekha, is mein jo jo muslim terrorist jo top ke hue hain, un ki tasveerein theen.</w:t>
      </w:r>
    </w:p>
    <w:p>
      <w:pPr>
        <w:jc w:val="right"/>
      </w:pPr>
      <w:r>
        <w:t>ٹائم میں ایک مضمون میں نے دیکھا، اس میں جو جو مسلم ٹیررسٹ جو ٹاپ کے ہوئے ہیں، ان کی تصویریں تھیں۔</w:t>
      </w:r>
    </w:p>
    <w:p>
      <w:r>
        <w:rPr>
          <w:b/>
        </w:rPr>
        <w:t xml:space="preserve">[45:41] </w:t>
      </w:r>
      <w:r>
        <w:t>itne zabardast log thay, bilkul giant hamare thay, giant dev lagte thay woh. lekin kya hai? suicide karna, bomb marna, gun marna,</w:t>
      </w:r>
    </w:p>
    <w:p>
      <w:pPr>
        <w:jc w:val="right"/>
      </w:pPr>
      <w:r>
        <w:t>اتنے زبردست لوگ تھے، بالکل جائنٹ ہمارے تھے، جائنٹ دیو لگتے تھے وہ۔ لیکن کیا ہے؟ سوسائیڈ کرنا، بمب مارنا، گن مارنا،</w:t>
      </w:r>
    </w:p>
    <w:p>
      <w:r>
        <w:rPr>
          <w:b/>
        </w:rPr>
        <w:t xml:space="preserve">[45:50] </w:t>
      </w:r>
      <w:r>
        <w:t>91 karna. toh yeh jin logon ne yeh sab kiya, un ki tasveerein theen is mein. bas zabardast log thay, bohat zabardast log.</w:t>
      </w:r>
    </w:p>
    <w:p>
      <w:pPr>
        <w:jc w:val="right"/>
      </w:pPr>
      <w:r>
        <w:t>91 کرنا۔ تو یہ جن لوگوں نے یہ سب کیا، ان کی تصویریں تھیں اس میں۔ بس زبردست لوگ تھے، بہت زبردست لوگ۔</w:t>
      </w:r>
    </w:p>
    <w:p>
      <w:r>
        <w:rPr>
          <w:b/>
        </w:rPr>
        <w:t xml:space="preserve">[46:01] </w:t>
      </w:r>
      <w:r>
        <w:t>Allah ne paida kiya tha un ko kis liye? yahi kaam ke liye jo muhaddiseen ne kiya</w:t>
      </w:r>
    </w:p>
    <w:p>
      <w:pPr>
        <w:jc w:val="right"/>
      </w:pPr>
      <w:r>
        <w:t>اللہ نے پیدا کیا تھا ان کو کس لیے؟ یہی کام کے لیے جو محدثین نے کیا</w:t>
      </w:r>
    </w:p>
    <w:p>
      <w:r>
        <w:rPr>
          <w:b/>
        </w:rPr>
        <w:t xml:space="preserve">[46:07] </w:t>
      </w:r>
      <w:r>
        <w:t>ke siyasat se door reh kar ke apni salahiyaton ko istemal karo. dawat ki field mein, dawat ki field mein jadeed taqazon ke mutabiq Islami kitabein tayyar karo.</w:t>
      </w:r>
    </w:p>
    <w:p>
      <w:pPr>
        <w:jc w:val="right"/>
      </w:pPr>
      <w:r>
        <w:t>کہ سیاست سے دور رہ کر کے اپنی صلاحیتوں کو استعمال کرو۔ دعوت کی فیلڈ میں، دعوت کی فیلڈ میں جدید تقاضوں کے مطابق اسلامی کتابیں تیار کرو۔</w:t>
      </w:r>
    </w:p>
    <w:p>
      <w:r>
        <w:rPr>
          <w:b/>
        </w:rPr>
        <w:t xml:space="preserve">[46:20] </w:t>
      </w:r>
      <w:r>
        <w:t>Qur'an ka tarjuma har zaban mein tayyar karo.</w:t>
      </w:r>
    </w:p>
    <w:p>
      <w:pPr>
        <w:jc w:val="right"/>
      </w:pPr>
      <w:r>
        <w:t>قرآن کا ترجمہ ہر زبان میں تیار کرو۔</w:t>
      </w:r>
    </w:p>
    <w:p>
      <w:r>
        <w:rPr>
          <w:b/>
        </w:rPr>
        <w:t xml:space="preserve">[46:23] </w:t>
      </w:r>
      <w:r>
        <w:t>har zaban mein Qur'an ka tarjuma bohat hi achay andaaz mein. abhi tarjume ko jo chhaap rakhe hain logon ne, woh kisi ko samajh mein nahi aate. hamare haan jo tarjuma chhapaya jab us ko diya jata hai toh aksar logon ne kaha bhai is se pehle bhi hum parhte thay Qur'an ka tarjuma, koi tha hamare paas, woh samajh mein nahi aata tha.</w:t>
      </w:r>
    </w:p>
    <w:p>
      <w:pPr>
        <w:jc w:val="right"/>
      </w:pPr>
      <w:r>
        <w:t>ہر زبان میں قرآن کا ترجمہ بہت ہی اچھے انداز میں۔ ابھی ترجمے کو جو چھاپ رکھے ہیں لوگوں نے، وہ کسی کو سمجھ میں نہیں آتے۔ ہمارے ہاں جو ترجمہ چھپایا جب اس کو دیا جاتا ہے تو اکثر لوگوں نے کہا بھئی اس سے پہلے بھی ہم پڑھتے تھے قرآن کا ترجمہ، کوئی تھا ہمارے پاس، وہ سمجھ میں نہیں آتا تھا۔</w:t>
      </w:r>
    </w:p>
    <w:p>
      <w:r>
        <w:rPr>
          <w:b/>
        </w:rPr>
        <w:t xml:space="preserve">[46:45] </w:t>
      </w:r>
      <w:r>
        <w:t>chand page parhe rakh diye, ab jo tarjuma aap de rahe hain, yeh toh khoob samajh mein aata hai, easily understandable hai. itna bhi nahi kaam kiya logon ne, yaani yeh poora daur press guzar gaya,</w:t>
      </w:r>
    </w:p>
    <w:p>
      <w:pPr>
        <w:jc w:val="right"/>
      </w:pPr>
      <w:r>
        <w:t>چند پیج پڑھے رکھ دیے، اب جو ترجمہ آپ دے رہے ہیں، یہ تو خوب سمجھ میں آتا ہے، ایزیلی انڈرسٹینڈیبل ہے۔ اتنا بھی نہیں کام کیا لوگوں نے، یعنی یہ پورا دور پریس گزر گیا،</w:t>
      </w:r>
    </w:p>
    <w:p>
      <w:r>
        <w:rPr>
          <w:b/>
        </w:rPr>
        <w:t xml:space="preserve">[47:00] </w:t>
      </w:r>
      <w:r>
        <w:t>itna bhi nahi kaam kiya hamare rehnamaon ne ke Qur'an ka tarjuma mukhtalif zabanon mein</w:t>
      </w:r>
    </w:p>
    <w:p>
      <w:pPr>
        <w:jc w:val="right"/>
      </w:pPr>
      <w:r>
        <w:t>اتنا بھی نہیں کام کیا ہمارے رہنماؤں نے کہ قرآن کا ترجمہ مختلف زبانوں میں</w:t>
      </w:r>
    </w:p>
    <w:p>
      <w:r>
        <w:rPr>
          <w:b/>
        </w:rPr>
        <w:t xml:space="preserve">[47:08] </w:t>
      </w:r>
      <w:r>
        <w:t>is tarah tayyar karein ke woh aadmi parhe, us ke liye readable ho, woh easily understandable ho. kyu nahi kiya? is liye ke masroof hain siyasat mein, masroof hain siyasat takrao mein.</w:t>
      </w:r>
    </w:p>
    <w:p>
      <w:pPr>
        <w:jc w:val="right"/>
      </w:pPr>
      <w:r>
        <w:t>اس طرح تیار کریں کہ وہ آدمی پڑھے، اس کے لیے ریڈیبل ہو، وہ ایزیلی انڈرسٹینڈیبل ہو۔ کیوں نہیں کیا؟ اس لیے کہ مشغول ہیں سیاست میں، مشغول ہیں سیاست ٹکراؤ میں۔</w:t>
      </w:r>
    </w:p>
    <w:p>
      <w:r>
        <w:rPr>
          <w:b/>
        </w:rPr>
        <w:t xml:space="preserve">[47:21] </w:t>
      </w:r>
      <w:r>
        <w:t>kal maine ek mazmoon parha ek sahab ka jo bohat hi</w:t>
      </w:r>
    </w:p>
    <w:p>
      <w:pPr>
        <w:jc w:val="right"/>
      </w:pPr>
      <w:r>
        <w:t>کل میں نے ایک مضمون پڑھا ایک صاحب کا جو بہت ہی</w:t>
      </w:r>
    </w:p>
    <w:p>
      <w:r>
        <w:rPr>
          <w:b/>
        </w:rPr>
        <w:t xml:space="preserve">[47:25] </w:t>
      </w:r>
      <w:r>
        <w:t>ba salahiyat aadmi hain, ek ek Musalman bohat qabil aadmi hain aur un ke andar poori salahiyat hai.</w:t>
      </w:r>
    </w:p>
    <w:p>
      <w:pPr>
        <w:jc w:val="right"/>
      </w:pPr>
      <w:r>
        <w:t>باصلاحیت آدمی ہیں، ایک ایک مسلمان بہت قابل آدمی ہیں اور ان کے اندر پوری صلاحیت ہے۔</w:t>
      </w:r>
    </w:p>
    <w:p>
      <w:r>
        <w:rPr>
          <w:b/>
        </w:rPr>
        <w:t xml:space="preserve">[47:35] </w:t>
      </w:r>
      <w:r>
        <w:t>woh kis kis par tha? un ka mazmoon media par tha, media par. ab dhoom se woh media ke khilaf bol rahe thay, us ko</w:t>
      </w:r>
    </w:p>
    <w:p>
      <w:pPr>
        <w:jc w:val="right"/>
      </w:pPr>
      <w:r>
        <w:t>وہ کس کس پر تھا؟ ان کا مضمون میڈیا پر تھا، میڈیا پر۔ اب دھوم سے وہ میڈیا کے خلاف بول رہے تھے، اس کو</w:t>
      </w:r>
    </w:p>
    <w:p>
      <w:r>
        <w:rPr>
          <w:b/>
        </w:rPr>
        <w:t xml:space="preserve">[47:45] </w:t>
      </w:r>
      <w:r>
        <w:t>keh rahe thay ke is zamane mein, pehle zamane mein media chote chote idare mein hua karta tha. yaani ek shakhs ka ek akhbar hai, ek shakhs ka koi tanzeem hai.</w:t>
      </w:r>
    </w:p>
    <w:p>
      <w:pPr>
        <w:jc w:val="right"/>
      </w:pPr>
      <w:r>
        <w:t>کہہ رہے تھے کہ اس زمانے میں، پہلے زمانے میں میڈیا چھوٹے چھوٹے ادارے میں ہوا کرتا تھا۔ یعنی ایک شخص کا ایک اخبار ہے، ایک شخص کا کوئی تنظیم ہے۔</w:t>
      </w:r>
    </w:p>
    <w:p>
      <w:r>
        <w:rPr>
          <w:b/>
        </w:rPr>
        <w:t xml:space="preserve">[47:58] </w:t>
      </w:r>
      <w:r>
        <w:t>ab corporate ka zamana hai,</w:t>
      </w:r>
    </w:p>
    <w:p>
      <w:pPr>
        <w:jc w:val="right"/>
      </w:pPr>
      <w:r>
        <w:t>اب کارپوریٹ کا زمانہ ہے،</w:t>
      </w:r>
    </w:p>
    <w:p>
      <w:r>
        <w:rPr>
          <w:b/>
        </w:rPr>
        <w:t xml:space="preserve">[48:03] </w:t>
      </w:r>
      <w:r>
        <w:t>yaani unhone bataya ke world media jo hai, woh char organizations ke hath mein hai. char organizations, tamam baray baray jo media ke idare hain, woh sab char ke hath mein hain.</w:t>
      </w:r>
    </w:p>
    <w:p>
      <w:pPr>
        <w:jc w:val="right"/>
      </w:pPr>
      <w:r>
        <w:t>یعنی انہوں نے بتایا کہ ورلڈ میڈیا جو ہے، وہ چار ارگنائزیشنز کے ہاتھ میں ہے۔ چار ارگنائزیشنز، تمام بڑے بڑے جو میڈیا کے ادارے ہیں، وہ سب چار کے ہاتھ میں ہیں۔</w:t>
      </w:r>
    </w:p>
    <w:p>
      <w:r>
        <w:rPr>
          <w:b/>
        </w:rPr>
        <w:t xml:space="preserve">[48:18] </w:t>
      </w:r>
      <w:r>
        <w:t>95 feesad media ko control karte hain, woh woh sab Islam dushman hain.</w:t>
      </w:r>
    </w:p>
    <w:p>
      <w:pPr>
        <w:jc w:val="right"/>
      </w:pPr>
      <w:r>
        <w:t>95 فیصد میڈیا کو کنٹرول کرتے ہیں، وہ وہ سب اسلام دشمن ہیں۔</w:t>
      </w:r>
    </w:p>
    <w:p>
      <w:r>
        <w:rPr>
          <w:b/>
        </w:rPr>
        <w:t xml:space="preserve">[48:23] </w:t>
      </w:r>
      <w:r>
        <w:t>ab yeh bilkul, yaani bilkul be sarvey ki baat hai. yeh Rasool Allah Sal Allahu Alaihi Wasallam ke zamane mein Makkah mein Rasool Allah ke khilaf khoob wahan par us waqt ka jo media tha,</w:t>
      </w:r>
    </w:p>
    <w:p>
      <w:pPr>
        <w:jc w:val="right"/>
      </w:pPr>
      <w:r>
        <w:t>اب یہ بالکل، یعنی بالکل بے سروے کی بات ہے۔ یہ رسول اللہ صلی اللہ علیہ وسلم کے زمانے میں مکہ میں رسول اللہ کے خلاف خوب وہاں پر اس وقت کا جو میڈیا تھا،</w:t>
      </w:r>
    </w:p>
    <w:p>
      <w:r>
        <w:rPr>
          <w:b/>
        </w:rPr>
        <w:t xml:space="preserve">[48:36] </w:t>
      </w:r>
      <w:r>
        <w:t>shairi ki zaban mein wahan par izhar e khayal hua karta tha. khoob dhoom se aap ke khilaf shairi hoti thi,</w:t>
      </w:r>
    </w:p>
    <w:p>
      <w:pPr>
        <w:jc w:val="right"/>
      </w:pPr>
      <w:r>
        <w:t>شاعری کی زبان میں وہاں پر اظہار خیال ہوا کرتا تھا۔ خوب دھوم سے آپ کے خلاف شاعری ہوتی تھی،</w:t>
      </w:r>
    </w:p>
    <w:p>
      <w:r>
        <w:rPr>
          <w:b/>
        </w:rPr>
        <w:t xml:space="preserve">[48:44] </w:t>
      </w:r>
      <w:r>
        <w:t>aap ne is se kuch bhi taaruz nahi kiya, dawat dete rahe. phir muhaddiseen ke zamane mein jo sulateen thay, sulateen woh dynasty qaim kar rakhi thi aur poora mulk ko woh apne</w:t>
      </w:r>
    </w:p>
    <w:p>
      <w:pPr>
        <w:jc w:val="right"/>
      </w:pPr>
      <w:r>
        <w:t>آپ نے اس سے کچھ بھی تعارض نہیں کیا، دعوت دیتے رہے۔ پھر محدثین کے زمانے میں جو سلاطین تھے، سلاطین وہ ڈائنسٹی قائم کر رکھی تھی اور پورا ملک کو وہ اپنے</w:t>
      </w:r>
    </w:p>
    <w:p>
      <w:r>
        <w:rPr>
          <w:b/>
        </w:rPr>
        <w:t xml:space="preserve">[49:03] </w:t>
      </w:r>
      <w:r>
        <w:t>apne apne liye istemal karte thay. woh nihayat hi taish ki zindagi, maal bana bana kar ke, lekin muhaddiseen ne kuch bhi taaruz nahi kiya us ko.</w:t>
      </w:r>
    </w:p>
    <w:p>
      <w:pPr>
        <w:jc w:val="right"/>
      </w:pPr>
      <w:r>
        <w:t>اپنے اپنے لیے استعمال کرتے تھے۔ وہ نہایت ہی تعیش کی زندگی، مال بنا بنا کر کے، لیکن محدثین نے کچھ بھی تعارض نہیں کیا اس کو۔</w:t>
      </w:r>
    </w:p>
    <w:p>
      <w:r>
        <w:rPr>
          <w:b/>
        </w:rPr>
        <w:t xml:space="preserve">[49:13] </w:t>
      </w:r>
      <w:r>
        <w:t>un sab baton ke baray mein hamein koi option doosra nahi hai, kyunke yeh hamesha rahega.</w:t>
      </w:r>
    </w:p>
    <w:p>
      <w:pPr>
        <w:jc w:val="right"/>
      </w:pPr>
      <w:r>
        <w:t>ان سب باتوں کے بارے میں ہمیں کوئی آپشن دوسرا نہیں ہے، کیونکہ یہ ہمیشہ رہے گا۔</w:t>
      </w:r>
    </w:p>
    <w:p>
      <w:r>
        <w:rPr>
          <w:b/>
        </w:rPr>
        <w:t xml:space="preserve">[49:22] </w:t>
      </w:r>
      <w:r>
        <w:t>yaad rakhiye, kabhi bhi duniya mein ideal society nahi ban sakti, ideal system nahi ban sakta, ideal hukumat nahi ban sakti. yeh impossible hai, impossible, kyunke Allah ne azadi di hai, azadi ko aadmi mehsoos karega.</w:t>
      </w:r>
    </w:p>
    <w:p>
      <w:pPr>
        <w:jc w:val="right"/>
      </w:pPr>
      <w:r>
        <w:t>یاد رکھیے، کبھی بھی دنیا میں آئیڈیل سوسائٹی نہیں بن سکتی، آئیڈیل سسٹم نہیں بن سکتا، آئیڈیل حکومت نہیں بن سکتی۔ یہ امپاسیبل ہے، امپاسیبل، کیونکہ اللہ نے آزادی دی ہے، آزادی کو آدمی محسوس کرے گا۔</w:t>
      </w:r>
    </w:p>
    <w:p>
      <w:r>
        <w:rPr>
          <w:b/>
        </w:rPr>
        <w:t xml:space="preserve">[49:37] </w:t>
      </w:r>
      <w:r>
        <w:t>toh aap ke liye kya option hai? in baton ke baray mein</w:t>
      </w:r>
    </w:p>
    <w:p>
      <w:pPr>
        <w:jc w:val="right"/>
      </w:pPr>
      <w:r>
        <w:t>تو آپ کے لیے کیا آپشن ہے؟ ان باتوں کے بارے میں</w:t>
      </w:r>
    </w:p>
    <w:p>
      <w:r>
        <w:rPr>
          <w:b/>
        </w:rPr>
        <w:t xml:space="preserve">[49:43] </w:t>
      </w:r>
      <w:r>
        <w:t>aeraaz karna hai, ignore karna aur un se apne ko alag rakh kar ke jo opportunities mili hui hain, is ko istemaal karna.</w:t>
      </w:r>
    </w:p>
    <w:p>
      <w:pPr>
        <w:jc w:val="right"/>
      </w:pPr>
      <w:r>
        <w:t>اعراض کرنا ہے، اگنور کرنا اور ان سے اپنے کو الگ رکھ کر کے جو اپرچونیٹیز ملی ہوئی ہیں، اس کو استعمال کرنا۔</w:t>
      </w:r>
    </w:p>
    <w:p>
      <w:r>
        <w:rPr>
          <w:b/>
        </w:rPr>
        <w:t xml:space="preserve">[49:55] </w:t>
      </w:r>
      <w:r>
        <w:t>teesri ek baat kar raha hoon ke Allah taala ne muhaddiseen ki shakal mein ek namoona qaim kiya tha ke dour hukoomat mein</w:t>
      </w:r>
    </w:p>
    <w:p>
      <w:pPr>
        <w:jc w:val="right"/>
      </w:pPr>
      <w:r>
        <w:t>تیسری ایک بات کر رہا ہوں کہ اللہ تعالی نے محدثین کی شکل میں ایک نمونہ قائم کیا تھا کہ دور حکومت میں</w:t>
      </w:r>
    </w:p>
    <w:p>
      <w:r>
        <w:rPr>
          <w:b/>
        </w:rPr>
        <w:t xml:space="preserve">[50:05] </w:t>
      </w:r>
      <w:r>
        <w:t>jo hukoomati so called jo hukoomati evils hain, un se mukammal adam ta'arruz ka policy ikhtiyar karo taake jo mawaqe hain, jo opportunities hain, un ko avail kar sako.</w:t>
      </w:r>
    </w:p>
    <w:p>
      <w:pPr>
        <w:jc w:val="right"/>
      </w:pPr>
      <w:r>
        <w:t>جو حکومتی سو کالڈ جو حکومتی ایولز ہیں، ان سے مکمل عدم تعرض کا پالیسی اختیار کرو تاکہ جو مواقع ہیں، جو اپرچونیٹیز ہیں، ان کو اویل کر سکو۔</w:t>
      </w:r>
    </w:p>
    <w:p>
      <w:r>
        <w:rPr>
          <w:b/>
        </w:rPr>
        <w:t xml:space="preserve">[50:20] </w:t>
      </w:r>
      <w:r>
        <w:t>to muhaddiseen ne apni zabani ke lihaaz se opportunities ko avail kiya,</w:t>
      </w:r>
    </w:p>
    <w:p>
      <w:pPr>
        <w:jc w:val="right"/>
      </w:pPr>
      <w:r>
        <w:t>تو محدثین نے اپنی زبانی کے لحاظ سے اپرچونیٹیز کو اویل کیا،</w:t>
      </w:r>
    </w:p>
    <w:p>
      <w:r>
        <w:rPr>
          <w:b/>
        </w:rPr>
        <w:t xml:space="preserve">[50:25] </w:t>
      </w:r>
      <w:r>
        <w:t>yaani raawiyon se contact karna, raawiyon se mil mil kar ke hadeesein jama karna, phir un ko tadween karna.</w:t>
      </w:r>
    </w:p>
    <w:p>
      <w:pPr>
        <w:jc w:val="right"/>
      </w:pPr>
      <w:r>
        <w:t>یعنی راویوں سے کنٹیکٹ کرنا، راویوں سے مل مل کر کے حدیثیں جمع کرنا، پھر ان کو مدون کرنا۔</w:t>
      </w:r>
    </w:p>
    <w:p>
      <w:r>
        <w:rPr>
          <w:b/>
        </w:rPr>
        <w:t xml:space="preserve">[50:33] </w:t>
      </w:r>
      <w:r>
        <w:t>ek poora ek ek unhon ne ek poora ek ek industry qaim kar di thi logon ne hadees ki, hadees ki industry.</w:t>
      </w:r>
    </w:p>
    <w:p>
      <w:pPr>
        <w:jc w:val="right"/>
      </w:pPr>
      <w:r>
        <w:t>ایک پورا ایک ایک انہوں نے ایک پورا ایک ایک انڈسٹری قائم کر دی تھی لوگوں نے حدیث کی، حدیث کی انڈسٹری۔</w:t>
      </w:r>
    </w:p>
    <w:p>
      <w:r>
        <w:rPr>
          <w:b/>
        </w:rPr>
        <w:t xml:space="preserve">[50:41] </w:t>
      </w:r>
      <w:r>
        <w:t>lekin kab kar paaye? jab hukoomat se takraao chhod diya unhon ne. wahi is zamane mein karna tha, same model. agar aap hukoomat se takraao na karein to saare raaste aap ke liye khule hain.</w:t>
      </w:r>
    </w:p>
    <w:p>
      <w:pPr>
        <w:jc w:val="right"/>
      </w:pPr>
      <w:r>
        <w:t>لیکن کب کر پائے؟ جب حکومت سے ٹکراؤ چھوڑ دیا انہوں نے۔ وہی اس زمانے میں کرنا تھا، سیم ماڈل۔ اگر آپ حکومت سے ٹکراؤ نہ کریں تو سارے راستے آپ کے لیے کھلے ہیں۔</w:t>
      </w:r>
    </w:p>
    <w:p>
      <w:r>
        <w:rPr>
          <w:b/>
        </w:rPr>
        <w:t xml:space="preserve">[50:57] </w:t>
      </w:r>
      <w:r>
        <w:t>hukoomat se aap takraao na karein, jaise hum log dekhiye, hum takraao nahi karte hukoomat se. to kaun si record hamari hai? hum print media ko, electronic media ko, aur saare jo is zamane ke zarea hain, wo sab istemaal kar rahe hain.</w:t>
      </w:r>
    </w:p>
    <w:p>
      <w:pPr>
        <w:jc w:val="right"/>
      </w:pPr>
      <w:r>
        <w:t>حکومت سے آپ ٹکراؤ نہ کریں، جیسے ہم لوگ دیکھیے، ہم ٹکراؤ نہیں کرتے حکومت سے۔ تو کون سی ریکارڈ ہماری ہے؟ ہم پرنٹ میڈیا کو، الیکٹرانک میڈیا کو، اور سارے جو اس زمانے کے ذرائع ہیں، وہ سب استعمال کر رہے ہیں۔</w:t>
      </w:r>
    </w:p>
    <w:p>
      <w:r>
        <w:rPr>
          <w:b/>
        </w:rPr>
        <w:t xml:space="preserve">[51:14] </w:t>
      </w:r>
      <w:r>
        <w:t>koi rukawat nahi.</w:t>
      </w:r>
    </w:p>
    <w:p>
      <w:pPr>
        <w:jc w:val="right"/>
      </w:pPr>
      <w:r>
        <w:t>کوئی رکاوٹ نہیں۔</w:t>
      </w:r>
    </w:p>
    <w:p>
      <w:r>
        <w:rPr>
          <w:b/>
        </w:rPr>
        <w:t xml:space="preserve">[51:16] </w:t>
      </w:r>
      <w:r>
        <w:t>wahi saari duniya mein musalmanon ke liye mauqa tha. to aap ghaur kijiye ke kitni badi yeh ghalti hai ke model hi ko musalman bhula diya,</w:t>
      </w:r>
    </w:p>
    <w:p>
      <w:pPr>
        <w:jc w:val="right"/>
      </w:pPr>
      <w:r>
        <w:t>وہی ساری دنیا میں مسلمانوں کے لیے موقع تھا۔ تو آپ غور کیجئے کہ کتنی بڑی یہ غلطی ہے کہ ماڈل ہی کو مسلمان بھلا دیا،</w:t>
      </w:r>
    </w:p>
    <w:p>
      <w:r>
        <w:rPr>
          <w:b/>
        </w:rPr>
        <w:t xml:space="preserve">[51:30] </w:t>
      </w:r>
      <w:r>
        <w:t>yaani muhaddiseen ka model tha dour hukoomat ke liye, is ko bhula diya.</w:t>
      </w:r>
    </w:p>
    <w:p>
      <w:pPr>
        <w:jc w:val="right"/>
      </w:pPr>
      <w:r>
        <w:t>یعنی محدثین کا ماڈل تھا دور حکومت کے لیے، اس کو بھلا دیا۔</w:t>
      </w:r>
    </w:p>
    <w:p>
      <w:r>
        <w:rPr>
          <w:b/>
        </w:rPr>
        <w:t xml:space="preserve">[51:36] </w:t>
      </w:r>
      <w:r>
        <w:t>hamare madarison mein dhoom se paayi jaati hain hadeesein, bohat dhoom se. har har madarse mein sab se bada jo jo subject hota hai, wo hadees hota hai.</w:t>
      </w:r>
    </w:p>
    <w:p>
      <w:pPr>
        <w:jc w:val="right"/>
      </w:pPr>
      <w:r>
        <w:t>ہمارے مدرسوں میں دھوم سے پائی جاتی ہیں حدیثیں، بہت دھوم سے۔ ہر ہر مدرسے میں سب سے بڑا جو جو سبجیکٹ ہوتا ہے، وہ حدیث ہوتا ہے۔</w:t>
      </w:r>
    </w:p>
    <w:p>
      <w:r>
        <w:rPr>
          <w:b/>
        </w:rPr>
        <w:t xml:space="preserve">[51:46] </w:t>
      </w:r>
      <w:r>
        <w:t>sab se bad darja jo hota hai, wo shauq al hadees ka hota hai. lekin jahan tak main jaanta hoon, madarison mein yeh nahi bataya gaya ab tak</w:t>
      </w:r>
    </w:p>
    <w:p>
      <w:pPr>
        <w:jc w:val="right"/>
      </w:pPr>
      <w:r>
        <w:t>سب سے بد درجہ جو ہوتا ہے، وہ شوق الحدیث کا ہوتا ہے۔ لیکن جہاں تک میں جانتا ہوں، مدرسوں میں یہ نہیں بتایا گیا اب تک</w:t>
      </w:r>
    </w:p>
    <w:p>
      <w:r>
        <w:rPr>
          <w:b/>
        </w:rPr>
        <w:t xml:space="preserve">[51:54] </w:t>
      </w:r>
      <w:r>
        <w:t>ke muhaddiseen ka role model kya hai. balke India mein hum jaate hain, ka jo super madrasa hai, yahan ka India ka hai, isi mein yaani takraao ke ka poora wahan par ek tehreek chalai gayi.</w:t>
      </w:r>
    </w:p>
    <w:p>
      <w:pPr>
        <w:jc w:val="right"/>
      </w:pPr>
      <w:r>
        <w:t>کہ محدثین کا رول ماڈل کیا ہے۔ بلکہ انڈیا میں ہم جاتے ہیں، کا جو سپر مدرسہ ہے، یہاں کا انڈیا کا ہے، اسی میں یعنی ٹکراؤ کے کا پورا وہاں پر ایک تحریک چلائی گئی۔</w:t>
      </w:r>
    </w:p>
    <w:p>
      <w:r>
        <w:rPr>
          <w:b/>
        </w:rPr>
        <w:t xml:space="preserve">[52:11] </w:t>
      </w:r>
      <w:r>
        <w:t>yaani ek taraf hadees ko sab se bada darja diye hue hain, wo isi mein sab se bada darja diye hue hain takraao ka bhi. yeh sab baat aap log jaante hain.</w:t>
      </w:r>
    </w:p>
    <w:p>
      <w:pPr>
        <w:jc w:val="right"/>
      </w:pPr>
      <w:r>
        <w:t>یعنی ایک طرف حدیث کو سب سے بڑا درجہ دیے ہوئے ہیں، وہ اسی میں سب سے بڑا درجہ دیے ہوئے ہیں ٹکراؤ کا بھی۔ یہ سب بات آپ لوگ جانتے ہیں۔</w:t>
      </w:r>
    </w:p>
    <w:p>
      <w:r>
        <w:rPr>
          <w:b/>
        </w:rPr>
        <w:t xml:space="preserve">[52:23] </w:t>
      </w:r>
      <w:r>
        <w:t>to hamare madarison mein sab se bada jo subject hota hai, wo hadees ka hota hai,</w:t>
      </w:r>
    </w:p>
    <w:p>
      <w:pPr>
        <w:jc w:val="right"/>
      </w:pPr>
      <w:r>
        <w:t>تو ہمارے مدارس میں سب سے بڑا جو سبجیکٹ ہوتا ہے، وہ حدیث کا ہوتا ہے،</w:t>
      </w:r>
    </w:p>
    <w:p>
      <w:r>
        <w:rPr>
          <w:b/>
        </w:rPr>
        <w:t xml:space="preserve">[52:28] </w:t>
      </w:r>
      <w:r>
        <w:t>sab se bada darja muhaddiseen ka hota hai. lekin mere ilm ke mutabiq kisi bhi madarse mein bataya nahi gaya ke muhaddiseen ka ek aur pehlu hai.</w:t>
      </w:r>
    </w:p>
    <w:p>
      <w:pPr>
        <w:jc w:val="right"/>
      </w:pPr>
      <w:r>
        <w:t>سب سے بڑا درجہ محدثین کا ہوتا ہے۔ لیکن میرے علم کے مطابق کسی بھی مدرسے میں بتایا نہیں گیا کہ محدثین کا ایک اور پہلو ہے۔</w:t>
      </w:r>
    </w:p>
    <w:p>
      <w:r>
        <w:rPr>
          <w:b/>
        </w:rPr>
        <w:t xml:space="preserve">[52:39] </w:t>
      </w:r>
      <w:r>
        <w:t>yaani ek pehlu yeh hai ke unhon ne hadeeson ko jama kiya, doosra pehlu hai ke un ka method,</w:t>
      </w:r>
    </w:p>
    <w:p>
      <w:pPr>
        <w:jc w:val="right"/>
      </w:pPr>
      <w:r>
        <w:t>یعنی ایک پہلو یہ ہے کہ انہوں نے حدیثوں کو جمع کیا، دوسرا پہلو ہے کہ ان کا میتھڈ،</w:t>
      </w:r>
    </w:p>
    <w:p>
      <w:r>
        <w:rPr>
          <w:b/>
        </w:rPr>
        <w:t xml:space="preserve">[52:46] </w:t>
      </w:r>
      <w:r>
        <w:t>un ka jo method tha, method kya tha? palat kar takraao se door rehna, hukoomaton se alag rehna, siyasi bigaad ko nazar andaaz karna, aur jo deeni mawaqe hain, is ko istemaal karna.</w:t>
      </w:r>
    </w:p>
    <w:p>
      <w:pPr>
        <w:jc w:val="right"/>
      </w:pPr>
      <w:r>
        <w:t>ان کا جو میتھڈ تھا، میتھڈ کیا تھا؟ پلٹ کر ٹکراؤ سے دور رہنا، حکومتوں سے الگ رہنا، سیاسی بگاڑ کو نظر انداز کرنا، اور جو دینی مواقع ہیں، اس کو استعمال کرنا۔</w:t>
      </w:r>
    </w:p>
    <w:p>
      <w:r>
        <w:rPr>
          <w:b/>
        </w:rPr>
        <w:t xml:space="preserve">[53:02] </w:t>
      </w:r>
      <w:r>
        <w:t>yeh</w:t>
      </w:r>
    </w:p>
    <w:p>
      <w:pPr>
        <w:jc w:val="right"/>
      </w:pPr>
      <w:r>
        <w:t>یہ</w:t>
      </w:r>
    </w:p>
    <w:p>
      <w:r>
        <w:rPr>
          <w:b/>
        </w:rPr>
        <w:t xml:space="preserve">[53:03] </w:t>
      </w:r>
      <w:r>
        <w:t>madarison mein nahi bataya tha. beharhaal, is zamane mein meri samajh ke mutabiq jo sab se badi ghalti hui hai, Islam se ki taleemat se inhiraf ke aitbaar se, wo yahi hai.</w:t>
      </w:r>
    </w:p>
    <w:p>
      <w:pPr>
        <w:jc w:val="right"/>
      </w:pPr>
      <w:r>
        <w:t>مدارس میں نہیں بتایا تھا۔ بہرحال، اس زمانے میں میری سمجھ کے مطابق جو سب سے بڑی غلطی ہوئی ہے، اسلام سے کی تعلیمات سے انحراف کے اعتبار سے، وہ یہی ہے۔</w:t>
      </w:r>
    </w:p>
    <w:p>
      <w:r>
        <w:rPr>
          <w:b/>
        </w:rPr>
        <w:t xml:space="preserve">[53:23] </w:t>
      </w:r>
      <w:r>
        <w:t>sab se badi ghalti ke muhaddiseen ke model ko bilkul hi bhula diya, hatta ke wo jaante bhi nahi ke muhaddiseen ka koi model hai, siwaye is ke ke unhon ne hadeesein jama kiye.</w:t>
      </w:r>
    </w:p>
    <w:p>
      <w:pPr>
        <w:jc w:val="right"/>
      </w:pPr>
      <w:r>
        <w:t>سب سے بڑی غلطی کہ محدثین کے ماڈل کو بالکل ہی بھلا دیا، حتی کہ وہ جانتے بھی نہیں کہ محدثین کا کوئی ماڈل ہے، سوائے اس کے کہ انہوں نے حدیثیں جمع کیں۔</w:t>
      </w:r>
    </w:p>
    <w:p>
      <w:r>
        <w:rPr>
          <w:b/>
        </w:rPr>
        <w:t xml:space="preserve">[53:39] </w:t>
      </w:r>
      <w:r>
        <w:t>siwaye is ke ke unhon ne hadeesein jama kiye. doosra jo model hai, bait ba bait method, bait ba tareeqa kar, is se bekhabar hain log.</w:t>
      </w:r>
    </w:p>
    <w:p>
      <w:pPr>
        <w:jc w:val="right"/>
      </w:pPr>
      <w:r>
        <w:t>سوائے اس کے کہ انہوں نے حدیثیں جمع کیں۔ دوسرا جو ماڈل ہے، بیت با میتھڈ، بیت با طریقہ کار، اس سے بے خبر ہیں لوگ۔</w:t>
      </w:r>
    </w:p>
    <w:p>
      <w:r>
        <w:rPr>
          <w:b/>
        </w:rPr>
        <w:t xml:space="preserve">[53:48] </w:t>
      </w:r>
      <w:r>
        <w:t>haalanke isi ki wajah se to hadeesein jama karna mumkin hua. agar muhaddiseen</w:t>
      </w:r>
    </w:p>
    <w:p>
      <w:pPr>
        <w:jc w:val="right"/>
      </w:pPr>
      <w:r>
        <w:t>حالانکہ اسی کی وجہ سے تو حدیثیں جمع کرنا ممکن ہوا۔ اگر محدثین</w:t>
      </w:r>
    </w:p>
    <w:p>
      <w:r>
        <w:rPr>
          <w:b/>
        </w:rPr>
        <w:t xml:space="preserve">[53:56] </w:t>
      </w:r>
      <w:r>
        <w:t>wo tareeqa kar ikhtiyar na karte, yaani non conflictational, non political, to hadeesein hadeesein bhi jama na hoti.</w:t>
      </w:r>
    </w:p>
    <w:p>
      <w:pPr>
        <w:jc w:val="right"/>
      </w:pPr>
      <w:r>
        <w:t>وہ طریقہ کار اختیار نہ کرتے، یعنی نان کنفلکٹیشنل، نان پولیٹیکل، تو حدیثیں حدیثیں بھی جمع نہ ہوتی۔</w:t>
      </w:r>
    </w:p>
    <w:p>
      <w:r>
        <w:rPr>
          <w:b/>
        </w:rPr>
        <w:t xml:space="preserve">[54:10] </w:t>
      </w:r>
      <w:r>
        <w:t>yani hadithon ko jama karne wale tab ban paye woh jab ke unhone is budget ko ikhtiyar kiya.</w:t>
      </w:r>
    </w:p>
    <w:p>
      <w:pPr>
        <w:jc w:val="right"/>
      </w:pPr>
      <w:r>
        <w:t>یعنی حدیثوں کو جمع کرنے والے تب بن پائے وہ جب کہ انہوں نے اس بجٹ کو اختیار کیا۔</w:t>
      </w:r>
    </w:p>
    <w:p>
      <w:r>
        <w:rPr>
          <w:b/>
        </w:rPr>
        <w:t xml:space="preserve">[54:21] </w:t>
      </w:r>
      <w:r>
        <w:t>to muhaddiseen ka bada darja hai hamare madaris mein, hamare masjid mein. Lekin bada darja hai kis aitbar se? Ke unhone hadithon ko jama kiya.</w:t>
      </w:r>
    </w:p>
    <w:p>
      <w:pPr>
        <w:jc w:val="right"/>
      </w:pPr>
      <w:r>
        <w:t>تو محدثین کا بڑا درجہ ہے ہمارے مدارس میں، ہمارے مساجد میں۔ لیکن بڑا درجہ ہے کس اعتبار سے؟ کہ انہوں نے حدیثوں کو جمع کیا۔</w:t>
      </w:r>
    </w:p>
    <w:p>
      <w:r>
        <w:rPr>
          <w:b/>
        </w:rPr>
        <w:t xml:space="preserve">[54:30] </w:t>
      </w:r>
      <w:r>
        <w:t>is aitbar se log be khabar hain ke hadithon ko jama karna kab mumkin hua unke liye, kab mumkin hua.</w:t>
      </w:r>
    </w:p>
    <w:p>
      <w:pPr>
        <w:jc w:val="right"/>
      </w:pPr>
      <w:r>
        <w:t>اس اعتبار سے لوگ بے خبر ہیں کہ حدیثوں کو جمع کرنا کب ممکن ہوا ان کے لیے، کب ممکن ہوا۔</w:t>
      </w:r>
    </w:p>
    <w:p>
      <w:r>
        <w:rPr>
          <w:b/>
        </w:rPr>
        <w:t xml:space="preserve">[54:41] </w:t>
      </w:r>
      <w:r>
        <w:t>to muhaddiseen ke method ko zinda karne ka waqt aa gaya hai.</w:t>
      </w:r>
    </w:p>
    <w:p>
      <w:pPr>
        <w:jc w:val="right"/>
      </w:pPr>
      <w:r>
        <w:t>تو محدثین کے میتھڈ کو زندہ کرنے کا وقت آ گیا ہے۔</w:t>
      </w:r>
    </w:p>
    <w:p>
      <w:r>
        <w:rPr>
          <w:b/>
        </w:rPr>
        <w:t xml:space="preserve">[54:47] </w:t>
      </w:r>
      <w:r>
        <w:t>hamare jo rehnama hain, bade fakhr se kehte hain ke India mein Shah Allah ne hadith ko zinda kiya. Halanke Shah Allah aur unki family ne India mein takrao ki policy chalai.</w:t>
      </w:r>
    </w:p>
    <w:p>
      <w:pPr>
        <w:jc w:val="right"/>
      </w:pPr>
      <w:r>
        <w:t>ہمارے جو رہنما ہیں، بڑے فخر سے کہتے ہیں کہ انڈیا میں شاہ اللہ نے حدیث کو زندہ کیا۔ حالانکہ شاہ اللہ اور ان کی فیملی نے انڈیا میں ٹکراؤ کی پالیسی چلائی۔</w:t>
      </w:r>
    </w:p>
    <w:p>
      <w:r>
        <w:rPr>
          <w:b/>
        </w:rPr>
        <w:t xml:space="preserve">[55:03] </w:t>
      </w:r>
      <w:r>
        <w:t>kaisi ajib baat hai!</w:t>
      </w:r>
    </w:p>
    <w:p>
      <w:pPr>
        <w:jc w:val="right"/>
      </w:pPr>
      <w:r>
        <w:t>کیسی عجیب بات ہے!</w:t>
      </w:r>
    </w:p>
    <w:p>
      <w:r>
        <w:rPr>
          <w:b/>
        </w:rPr>
        <w:t xml:space="preserve">[55:06] </w:t>
      </w:r>
      <w:r>
        <w:t>Shah Allah aur unka jo shagird the, unki jo family thi, usi ne India mein takrao ki policy chalai, hukumat se takrao kiya. To ek taraf aap kehte hain ke Shah Allah ne hadith ko zinda kiya, to yeh kyun kiya unhone?</w:t>
      </w:r>
    </w:p>
    <w:p>
      <w:pPr>
        <w:jc w:val="right"/>
      </w:pPr>
      <w:r>
        <w:t>شاہ اللہ اور ان کا جو شاگرد تھے، ان کی جو فیملی تھی، اسی نے انڈیا میں ٹکراؤ کی پالیسی چلائی، حکومت سے ٹکراؤ کی۔ تو ایک طرف آپ کہتے ہیں کہ شاہ اللہ نے حدیث کو زندہ کیا، تو یہ کیوں کیا انہوں نے؟</w:t>
      </w:r>
    </w:p>
    <w:p>
      <w:r>
        <w:rPr>
          <w:b/>
        </w:rPr>
        <w:t xml:space="preserve">[55:20] </w:t>
      </w:r>
      <w:r>
        <w:t>muhaddiseen ke method ke se</w:t>
      </w:r>
    </w:p>
    <w:p>
      <w:pPr>
        <w:jc w:val="right"/>
      </w:pPr>
      <w:r>
        <w:t>محدثین کے میتھڈ کے سے</w:t>
      </w:r>
    </w:p>
    <w:p>
      <w:r>
        <w:rPr>
          <w:b/>
        </w:rPr>
        <w:t xml:space="preserve">[55:23] </w:t>
      </w:r>
      <w:r>
        <w:t>se inhiraf kyun kiya unhone? Kyun ke jante nahi the woh. Shah Allah jo hai, muhaddiseen ko sirf ek pehlu jante the ke unhone hadithon ko jama kiya.</w:t>
      </w:r>
    </w:p>
    <w:p>
      <w:pPr>
        <w:jc w:val="right"/>
      </w:pPr>
      <w:r>
        <w:t>سے انحراف کیوں کیا انہوں نے؟ کیونکہ جانتے نہیں تھے وہ۔ شاہ اللہ جو ہے، محدثین کو صرف ایک پہلو جانتے تھے کہ انہوں نے حدیثوں کو جمع کیا۔</w:t>
      </w:r>
    </w:p>
    <w:p>
      <w:r>
        <w:rPr>
          <w:b/>
        </w:rPr>
        <w:t xml:space="preserve">[55:33] </w:t>
      </w:r>
      <w:r>
        <w:t>is pehlu se be khabar the Shah Allah ke muhaddiseen ne ek bahut unique method ikhtiyar kiya,</w:t>
      </w:r>
    </w:p>
    <w:p>
      <w:pPr>
        <w:jc w:val="right"/>
      </w:pPr>
      <w:r>
        <w:t>اس پہلو سے بے خبر تھے شاہ اللہ کہ محدثین نے ایک بہت یونیک میتھڈ اختیار کیا،</w:t>
      </w:r>
    </w:p>
    <w:p>
      <w:r>
        <w:rPr>
          <w:b/>
        </w:rPr>
        <w:t xml:space="preserve">[55:41] </w:t>
      </w:r>
      <w:r>
        <w:t>bahut unique method jo hadithon se liya hua tha. Woh woh unique method hadithon se liya tha unhone, bahut unique method.</w:t>
      </w:r>
    </w:p>
    <w:p>
      <w:pPr>
        <w:jc w:val="right"/>
      </w:pPr>
      <w:r>
        <w:t>بہت یونیک میتھڈ جو حدیثوں سے لیا ہوا تھا۔ وہ وہ یونیک میتھڈ حدیثوں سے لیا تھا انہوں نے، بہت یونیک میتھڈ۔</w:t>
      </w:r>
    </w:p>
    <w:p>
      <w:r>
        <w:rPr>
          <w:b/>
        </w:rPr>
        <w:t xml:space="preserve">[55:54] </w:t>
      </w:r>
      <w:r>
        <w:t>yani hukumat waqt se takrao na karna.</w:t>
      </w:r>
    </w:p>
    <w:p>
      <w:pPr>
        <w:jc w:val="right"/>
      </w:pPr>
      <w:r>
        <w:t>یعنی حکومت وقت سے ٹکراؤ نہ کرنا۔</w:t>
      </w:r>
    </w:p>
    <w:p>
      <w:r>
        <w:rPr>
          <w:b/>
        </w:rPr>
        <w:t xml:space="preserve">[55:58] </w:t>
      </w:r>
      <w:r>
        <w:t>to Shah Allah ne kaise? Yani 50 feesad jana hai unhone hadith ko, 50 feesad nahi jana unhone hadith ko.</w:t>
      </w:r>
    </w:p>
    <w:p>
      <w:pPr>
        <w:jc w:val="right"/>
      </w:pPr>
      <w:r>
        <w:t>تو شاہ اللہ نے کیسے؟ یعنی 50 فیصد جانا ہے انہوں نے حدیث کو، 50 فیصد نہیں جانا انہوں نے حدیث کو۔</w:t>
      </w:r>
    </w:p>
    <w:p>
      <w:r>
        <w:rPr>
          <w:b/>
        </w:rPr>
        <w:t xml:space="preserve">[56:10] </w:t>
      </w:r>
      <w:r>
        <w:t>bahut fakhr ke sath kehte hain ke India mein hadith ilm hadith ko zinda kiya Shah Allah ne.</w:t>
      </w:r>
    </w:p>
    <w:p>
      <w:pPr>
        <w:jc w:val="right"/>
      </w:pPr>
      <w:r>
        <w:t>بہت فخر کے ساتھ کہتے ہیں کہ انڈیا میں حدیث علم حدیث کو زندہ کیا شاہ اللہ نے۔</w:t>
      </w:r>
    </w:p>
    <w:p>
      <w:r>
        <w:rPr>
          <w:b/>
        </w:rPr>
        <w:t xml:space="preserve">[56:17] </w:t>
      </w:r>
      <w:r>
        <w:t>lekin yeh to 50 feesad tha jo unhone kiya. Ain usi waqt khud Shah Allah ne, unki family ne, unke shagirdon ne, aur unke manne walon ne ain usi waqt tehrikein chala dein hukumat ke khilaf.</w:t>
      </w:r>
    </w:p>
    <w:p>
      <w:pPr>
        <w:jc w:val="right"/>
      </w:pPr>
      <w:r>
        <w:t>لیکن یہ تو 50 فیصد تھا جو انہوں نے کیا۔ عین اسی وقت خود شاہ اللہ نے، ان کی فیملی نے، ان کے شاگردوں نے، اور ان کے ماننے والوں نے عین اسی وقت تحریکیں چلا دیں حکومت کے خلاف۔</w:t>
      </w:r>
    </w:p>
    <w:p>
      <w:r>
        <w:rPr>
          <w:b/>
        </w:rPr>
        <w:t xml:space="preserve">[56:34] </w:t>
      </w:r>
      <w:r>
        <w:t>yani takrao ki policy ke khud imam ban gaye. Wahi</w:t>
      </w:r>
    </w:p>
    <w:p>
      <w:pPr>
        <w:jc w:val="right"/>
      </w:pPr>
      <w:r>
        <w:t>یعنی ٹکراؤ کی پالیسی کے خود امام بن گئے۔ وہی</w:t>
      </w:r>
    </w:p>
    <w:p>
      <w:r>
        <w:rPr>
          <w:b/>
        </w:rPr>
        <w:t xml:space="preserve">[56:39] </w:t>
      </w:r>
      <w:r>
        <w:t>kaisi ajib baat hai ke kaise nahi jana unhone ke takrao ki policy muhaddiseen ke maslak ke sath aur khilaf hai.</w:t>
      </w:r>
    </w:p>
    <w:p>
      <w:pPr>
        <w:jc w:val="right"/>
      </w:pPr>
      <w:r>
        <w:t>کیسی عجیب بات ہے کہ کیسے نہیں جانا انہوں نے کہ ٹکراؤ کی پالیسی محدثین کے مسلک کے ساتھ اور خلاف ہے۔</w:t>
      </w:r>
    </w:p>
    <w:p>
      <w:r>
        <w:rPr>
          <w:b/>
        </w:rPr>
        <w:t xml:space="preserve">[56:50] </w:t>
      </w:r>
      <w:r>
        <w:t>yani siyasat, siyasi takrao, hukoomati takrao ki policy jo hai, woh muhaddiseen ke maslak ke sirtasir khilaf hai. Is ko kaise nahi jana unhone?</w:t>
      </w:r>
    </w:p>
    <w:p>
      <w:pPr>
        <w:jc w:val="right"/>
      </w:pPr>
      <w:r>
        <w:t>یعنی سیاست، سیاسی ٹکراؤ، حکومتی ٹکراؤ کی پالیسی جو ہے، وہ محدثین کے مسلک کے سرتاسر خلاف ہے۔ اس کو کیسے نہیں جانا انہوں نے؟</w:t>
      </w:r>
    </w:p>
    <w:p>
      <w:r>
        <w:rPr>
          <w:b/>
        </w:rPr>
        <w:t xml:space="preserve">[57:03] </w:t>
      </w:r>
      <w:r>
        <w:t>to hadith ko zinda kiya aur muhaddiseen ke method ko zinda nahi kar paya woh. Is ki qeemat hum bhugat rahe hain, aaj tak bhugat rahe hain.</w:t>
      </w:r>
    </w:p>
    <w:p>
      <w:pPr>
        <w:jc w:val="right"/>
      </w:pPr>
      <w:r>
        <w:t>تو حدیث کو زندہ کیا اور محدثین کے میتھڈ کو زندہ نہیں کر پایا وہ۔ اس کی قیمت ہم بھگت رہے ہیں، آج تک بھگت رہے ہیں۔</w:t>
      </w:r>
    </w:p>
    <w:p>
      <w:r>
        <w:rPr>
          <w:b/>
        </w:rPr>
        <w:t xml:space="preserve">[57:15] </w:t>
      </w:r>
      <w:r>
        <w:t>teen sau saal se musalman is mein phanse hue hain. Abhi bhi hadithon ka bada darja hai</w:t>
      </w:r>
    </w:p>
    <w:p>
      <w:pPr>
        <w:jc w:val="right"/>
      </w:pPr>
      <w:r>
        <w:t>تین سو سال سے مسلمان اس میں پھنسے ہوئے ہیں۔ ابھی بھی حدیثوں کا بڑا درجہ ہے</w:t>
      </w:r>
    </w:p>
    <w:p>
      <w:r>
        <w:rPr>
          <w:b/>
        </w:rPr>
        <w:t xml:space="preserve">[57:21] </w:t>
      </w:r>
      <w:r>
        <w:t>madaris mein, lekin muhaddiseen ke method ka koi darja nahi. Abhi bhi, us waqt bhi aap kisi bhi madarse madarse mein jayein, wahan aap charchaa sunenge muhaddiseen ka, hadithon ka.</w:t>
      </w:r>
    </w:p>
    <w:p>
      <w:pPr>
        <w:jc w:val="right"/>
      </w:pPr>
      <w:r>
        <w:t>مدارس میں، لیکن محدثین کے میتھڈ کا کوئی درجہ نہیں۔ ابھی بھی، اس وقت بھی آپ کسی بھی مدرسے مدرسے میں جائیں، وہاں آپ چرچہ سنیں گے محدثین کا، حدیثوں کا۔</w:t>
      </w:r>
    </w:p>
    <w:p>
      <w:r>
        <w:rPr>
          <w:b/>
        </w:rPr>
        <w:t xml:space="preserve">[57:34] </w:t>
      </w:r>
      <w:r>
        <w:t>lekin kisi bhi madarse mein mere ilm ke mutabiq muhaddiseen ke method ka charchaa nahi,</w:t>
      </w:r>
    </w:p>
    <w:p>
      <w:pPr>
        <w:jc w:val="right"/>
      </w:pPr>
      <w:r>
        <w:t>لیکن کسی بھی مدرسے میں میرے علم کے مطابق محدثین کے میتھڈ کا چرچہ نہیں،</w:t>
      </w:r>
    </w:p>
    <w:p>
      <w:r>
        <w:rPr>
          <w:b/>
        </w:rPr>
        <w:t xml:space="preserve">[57:40] </w:t>
      </w:r>
      <w:r>
        <w:t>muhaddiseen ke tareeqe kar ka charchaa nahi.</w:t>
      </w:r>
    </w:p>
    <w:p>
      <w:pPr>
        <w:jc w:val="right"/>
      </w:pPr>
      <w:r>
        <w:t>محدثین کے طریقہ کار کا چرچہ نہیں۔</w:t>
      </w:r>
    </w:p>
    <w:p>
      <w:r>
        <w:rPr>
          <w:b/>
        </w:rPr>
        <w:t xml:space="preserve">[57:47] </w:t>
      </w:r>
      <w:r>
        <w:t>kaisi ajib maloomi hai!</w:t>
      </w:r>
    </w:p>
    <w:p>
      <w:pPr>
        <w:jc w:val="right"/>
      </w:pPr>
      <w:r>
        <w:t>کیسی عجیب معلومی ہے!</w:t>
      </w:r>
    </w:p>
    <w:p>
      <w:r>
        <w:rPr>
          <w:b/>
        </w:rPr>
        <w:t xml:space="preserve">[57:49] </w:t>
      </w:r>
      <w:r>
        <w:t>is ki wajah se teen sau saal hamare barbadi ko guzar gaye, aur sari barbadiyon mein top ki barbadi yeh hai ke daur e hazir mein jo matloob tha, literature wahi tayyar na ho saka.</w:t>
      </w:r>
    </w:p>
    <w:p>
      <w:pPr>
        <w:jc w:val="right"/>
      </w:pPr>
      <w:r>
        <w:t>اس کی وجہ سے تین سو سال ہمارے بربادی کو گزر گئے، اور ساری بربادیوں میں ٹاپ کی بربادی یہ ہے کہ دور حاضر میں جو مطلوب تھا، لٹریچر وہی تیار نہ ہو سکا۔</w:t>
      </w:r>
    </w:p>
    <w:p>
      <w:r>
        <w:rPr>
          <w:b/>
        </w:rPr>
        <w:t xml:space="preserve">[58:09] </w:t>
      </w:r>
      <w:r>
        <w:t>dekhen, quran mein hai ke "wama arsalna birasool illa bilisani qawmi". yani har paighambar apne zabani ke lihaz se allah ta'ala us ko jo zuban hoti thi, mein samajhta hoon ke zuban mein usloob bhi shamil hai.</w:t>
      </w:r>
    </w:p>
    <w:p>
      <w:pPr>
        <w:jc w:val="right"/>
      </w:pPr>
      <w:r>
        <w:t>دیکھیں، قرآن میں ہے کہ "وما ارسلنا برسول الا بلسان قومی"۔ یعنی ہر پیغمبر اپنے زبانی کے لحاظ سے اللہ تعالیٰ اس کو جو زبان ہوتی تھی، میں سمجھتا ہوں کہ زبان میں اسلوب بھی شامل ہے۔</w:t>
      </w:r>
    </w:p>
    <w:p>
      <w:r>
        <w:rPr>
          <w:b/>
        </w:rPr>
        <w:t xml:space="preserve">[58:26] </w:t>
      </w:r>
      <w:r>
        <w:t>apni zabani ki zuban, apni zabani ka usloob, is mein woh logon ko paigham deta tha allah ta'ala ka. ga dawat ka kaam zuban se juda hua hai.</w:t>
      </w:r>
    </w:p>
    <w:p>
      <w:pPr>
        <w:jc w:val="right"/>
      </w:pPr>
      <w:r>
        <w:t>اپنی زبانی کی زبان، اپنی زبانی کا اسلوب، اس میں وہ لوگوں کو پیغام دیتا تھا اللہ تعالیٰ کا۔ گا دعوت کا کام زبان سے جڑا ہوا ہے۔</w:t>
      </w:r>
    </w:p>
    <w:p>
      <w:r>
        <w:rPr>
          <w:b/>
        </w:rPr>
        <w:t xml:space="preserve">[58:39] </w:t>
      </w:r>
      <w:r>
        <w:t>dawat allah ka jo kaam hai, woh zuban se juda hua hai, kyunke zabani to zariya hai dawat allah ka kaam karne ka.</w:t>
      </w:r>
    </w:p>
    <w:p>
      <w:pPr>
        <w:jc w:val="right"/>
      </w:pPr>
      <w:r>
        <w:t>دعوت اللہ کا جو کام ہے، وہ زبان سے جڑا ہوا ہے، کیونکہ زبانی تو ذریعہ ہے دعوت اللہ کا کام کرنے کا۔</w:t>
      </w:r>
    </w:p>
    <w:p>
      <w:r>
        <w:rPr>
          <w:b/>
        </w:rPr>
        <w:t xml:space="preserve">[58:48] </w:t>
      </w:r>
      <w:r>
        <w:t>to paighambar ne apne zabani ke lihaz se us waqt ka jo usloob tha, us waqt jo zuban thi, is mein kaam kiya. to wahi to aaj bhi karna tha.</w:t>
      </w:r>
    </w:p>
    <w:p>
      <w:pPr>
        <w:jc w:val="right"/>
      </w:pPr>
      <w:r>
        <w:t>تو پیغمبر نے اپنے زبانی کے لحاظ سے اس وقت کا جو اسلوب تھا، اس وقت جو زبان تھی، اس میں کام کیا۔ تو وہی تو آج بھی کرنا تھا۔</w:t>
      </w:r>
    </w:p>
    <w:p>
      <w:r>
        <w:rPr>
          <w:b/>
        </w:rPr>
        <w:t xml:space="preserve">[58:59] </w:t>
      </w:r>
      <w:r>
        <w:t>aaj ka zamana pure ma'non mein badla hua zamana hai, pure ma'non mein badla hua zamana hai. to aaj ki zuban ko aap samajhte, samajh kar ke aaj ki zabani ke lihaz se aap</w:t>
      </w:r>
    </w:p>
    <w:p>
      <w:pPr>
        <w:jc w:val="right"/>
      </w:pPr>
      <w:r>
        <w:t>آج کا زمانہ پورے معنوں میں بدلا ہوا زمانہ ہے، پورے معنوں میں بدلا ہوا زمانہ ہے۔ تو آج کی زبان کو آپ سمجھتے، سمجھ کر کے آج کی زبانی کے لحاظ سے آپ</w:t>
      </w:r>
    </w:p>
    <w:p>
      <w:r>
        <w:rPr>
          <w:b/>
        </w:rPr>
        <w:t xml:space="preserve">[59:11] </w:t>
      </w:r>
      <w:r>
        <w:t>dawat allah ka kaam karte, aaj ke zamane se ke mutabiq kitabat tayyar karte.</w:t>
      </w:r>
    </w:p>
    <w:p>
      <w:pPr>
        <w:jc w:val="right"/>
      </w:pPr>
      <w:r>
        <w:t>دعوت اللہ کا کام کرتے، آج کے زمانے سے کے مطابق کتابت تیار کرتے۔</w:t>
      </w:r>
    </w:p>
    <w:p>
      <w:r>
        <w:rPr>
          <w:b/>
        </w:rPr>
        <w:t xml:space="preserve">[59:22] </w:t>
      </w:r>
      <w:r>
        <w:t>yani asli usloob mein kitabein tayyar karna waqt ka sab se bada taqaza tha, aur yeh ain muhaddiseen ka maslak tha, lekin is ko ikhtiyar nahi kiya gaya.</w:t>
      </w:r>
    </w:p>
    <w:p>
      <w:pPr>
        <w:jc w:val="right"/>
      </w:pPr>
      <w:r>
        <w:t>یعنی اصلی اسلوب میں کتابیں تیار کرنا وقت کا سب سے بڑا تقاضا تھا، اور یہ عین محدثین کا مسلک تھا، لیکن اس کو اختیار نہیں کیا گیا۔</w:t>
      </w:r>
    </w:p>
    <w:p>
      <w:r>
        <w:rPr>
          <w:b/>
        </w:rPr>
        <w:t xml:space="preserve">[59:36] </w:t>
      </w:r>
      <w:r>
        <w:t>muhaddiseen ki azmat ke khoob, yani</w:t>
      </w:r>
    </w:p>
    <w:p>
      <w:pPr>
        <w:jc w:val="right"/>
      </w:pPr>
      <w:r>
        <w:t>محدثین کی عظمت کے خوب، یعنی</w:t>
      </w:r>
    </w:p>
    <w:p>
      <w:r>
        <w:rPr>
          <w:b/>
        </w:rPr>
        <w:t xml:space="preserve">[59:40] </w:t>
      </w:r>
      <w:r>
        <w:t>muhaddiseen ki azmat mein khoob taqreerein ki jati hain, khoob bayan kiya jata hai un ki azmat ko, lekin muhaddiseen ka jo method tha, us se bilkul be khabar hain.</w:t>
      </w:r>
    </w:p>
    <w:p>
      <w:pPr>
        <w:jc w:val="right"/>
      </w:pPr>
      <w:r>
        <w:t>محدثین کی عظمت میں خوب تقریریں کی جاتی ہیں، خوب بیان کیا جاتا ہے ان کی عظمت کو، لیکن محدثین کا جو میتھڈ تھا، اس سے بالکل بے خبر ہیں۔</w:t>
      </w:r>
    </w:p>
    <w:p>
      <w:r>
        <w:rPr>
          <w:b/>
        </w:rPr>
        <w:t xml:space="preserve">[59:51] </w:t>
      </w:r>
      <w:r>
        <w:t>shah allah se le kar aaj tak mere ilm mein koi bhi aalim nahi hai jo muhaddiseen ke method ko janta ho, tareeqa kar ko janta ho, un ki policy ko janta ho.</w:t>
      </w:r>
    </w:p>
    <w:p>
      <w:pPr>
        <w:jc w:val="right"/>
      </w:pPr>
      <w:r>
        <w:t>شاہ اللہ سے لے کر آج تک میرے علم میں کوئی بھی عالم نہیں ہے جو محدثین کے میتھڈ کو جانتا ہو، طریقہ کار کو جانتا ہو، ان کی پالیسی کو جانتا ہو۔</w:t>
      </w:r>
    </w:p>
    <w:p>
      <w:r>
        <w:rPr>
          <w:b/>
        </w:rPr>
        <w:t xml:space="preserve">[1:00:03] </w:t>
      </w:r>
      <w:r>
        <w:t>to yeh bohat bara pehlu hai jis par hamein sochna hai, is ko zinda karna hai. jis tarah hum hadithon ko zinda karte hain, aise hi muhaddiseen ke maslak ko, un ke method ko bhi zinda karein,</w:t>
      </w:r>
    </w:p>
    <w:p>
      <w:pPr>
        <w:jc w:val="right"/>
      </w:pPr>
      <w:r>
        <w:t>تو یہ بہت بڑا پہلو ہے جس پر ہمیں سوچنا ہے، اس کو زندہ کرنا ہے۔ جس طرح ہم حدیثوں کو زندہ کرتے ہیں، ایسے ہی محدثین کے مسلک کو، ان کے میتھڈ کو بھی زندہ کریں،</w:t>
      </w:r>
    </w:p>
    <w:p>
      <w:r>
        <w:rPr>
          <w:b/>
        </w:rPr>
        <w:t xml:space="preserve">[1:00:17] </w:t>
      </w:r>
      <w:r>
        <w:t>tab koi bara kaam ho payega</w:t>
      </w:r>
    </w:p>
    <w:p>
      <w:pPr>
        <w:jc w:val="right"/>
      </w:pPr>
      <w:r>
        <w:t>تب کوئی بڑا کام ہو پائے گا</w:t>
      </w:r>
    </w:p>
    <w:p>
      <w:r>
        <w:rPr>
          <w:b/>
        </w:rPr>
        <w:t xml:space="preserve">[1:00:21] </w:t>
      </w:r>
      <w:r>
        <w:t>allah ke deen ka, allah ke dawat ka.</w:t>
      </w:r>
    </w:p>
    <w:p>
      <w:pPr>
        <w:jc w:val="right"/>
      </w:pPr>
      <w:r>
        <w:t>اللہ کے دین کا، اللہ کے دعوت کا۔</w:t>
      </w:r>
    </w:p>
    <w:p>
      <w:r>
        <w:rPr>
          <w:b/>
        </w:rPr>
        <w:t xml:space="preserve">[1:00:28] </w:t>
      </w:r>
      <w:r>
        <w:t>warna markat rahe hain, aise hi markat te, mar ke kat te rahenge, aur lakhon nahi, karoron log mar dale gaye, mar mar ke qabron mein chale gaye.</w:t>
      </w:r>
    </w:p>
    <w:p>
      <w:pPr>
        <w:jc w:val="right"/>
      </w:pPr>
      <w:r>
        <w:t>ورنہ مر کٹ رہے ہیں، ایسے ہی مر کٹتے، مر کے کٹتے رہیں گے، اور لاکھوں نہیں، کروڑوں لوگ مار ڈالے گئے، مر مر کے قبروں میں چلے گئے۔</w:t>
      </w:r>
    </w:p>
    <w:p>
      <w:r>
        <w:rPr>
          <w:b/>
        </w:rPr>
        <w:t xml:space="preserve">[1:00:39] </w:t>
      </w:r>
      <w:r>
        <w:t>yani woh log jinhein koi deen ka kaam karne ke liye allah ne paida kiya tha, woh sab mar mar qabron mein chale gaye.</w:t>
      </w:r>
    </w:p>
    <w:p>
      <w:pPr>
        <w:jc w:val="right"/>
      </w:pPr>
      <w:r>
        <w:t>یعنی وہ لوگ جنہیں کوئی دین کا کام کرنے کے لیے اللہ نے پیدا کیا تھا، وہ سب مر مر قبروں میں چلے گئے۔</w:t>
      </w:r>
    </w:p>
    <w:p>
      <w:r>
        <w:rPr>
          <w:b/>
        </w:rPr>
        <w:t xml:space="preserve">[1:00:48] </w:t>
      </w:r>
      <w:r>
        <w:t>to muhaddiseen ki jama ki hui hadithon ko jis tarah se aap charchah karte hain, usi tarah aap charchah kijiye muhaddiseen ke maslak ka, muhaddiseen ke method ka, muhaddiseen ke tareeqa kar ka.</w:t>
      </w:r>
    </w:p>
    <w:p>
      <w:pPr>
        <w:jc w:val="right"/>
      </w:pPr>
      <w:r>
        <w:t>تو محدثین کی جمع کی ہوئی حدیثوں کو جس طرح سے آپ چرچہ کرتے ہیں، اسی طرح آپ چرچہ کیجئے محدثین کے مسلک کا، محدثین کے میتھڈ کا، محدثین کے طریقہ کار کا۔</w:t>
      </w:r>
    </w:p>
    <w:p>
      <w:r>
        <w:rPr>
          <w:b/>
        </w:rPr>
        <w:t xml:space="preserve">[1:01:00] </w:t>
      </w:r>
      <w:r>
        <w:t>tab ja kar koi naya daur aayega, tab ja kar koi bara kaam islam ka ho sakega.</w:t>
      </w:r>
    </w:p>
    <w:p>
      <w:pPr>
        <w:jc w:val="right"/>
      </w:pPr>
      <w:r>
        <w:t>تب جا کر کوئی نیا دور آئے گا، تب جا کر کوئی بڑا کام اسلام کا ہو سکے گا۔</w:t>
      </w:r>
    </w:p>
    <w:p>
      <w:r>
        <w:rPr>
          <w:b/>
        </w:rPr>
        <w:t xml:space="preserve">[1:01:10] </w:t>
      </w:r>
      <w:r>
        <w:t>yeh bohat zyada sochne ki baat hai, bohat zyada sochne ki baat hai. to muhaddiseen daur hukoomat ka model hain.</w:t>
      </w:r>
    </w:p>
    <w:p>
      <w:pPr>
        <w:jc w:val="right"/>
      </w:pPr>
      <w:r>
        <w:t>یہ بہت زیادہ سوچنے کی بات ہے، بہت زیادہ سوچنے کی بات ہے۔ تو محدثین دور حکومت کا ماڈل ہیں۔</w:t>
      </w:r>
    </w:p>
    <w:p>
      <w:r>
        <w:rPr>
          <w:b/>
        </w:rPr>
        <w:t xml:space="preserve">[1:01:21] </w:t>
      </w:r>
      <w:r>
        <w:t>muhaddiseen ne sirf jama hadithien jama nahi ki hain, daur muhaddiseen ne, yani daur hukoomat mein kaam kis tarah karna hai, us ka model hai.</w:t>
      </w:r>
    </w:p>
    <w:p>
      <w:pPr>
        <w:jc w:val="right"/>
      </w:pPr>
      <w:r>
        <w:t>محدثین نے صرف جمع حدیثیں جمع نہیں کی ہیں، دور محدثین نے، یعنی دور حکومت میں کام کس طرح کرنا ہے، اس کا ماڈل ہے۔</w:t>
      </w:r>
    </w:p>
    <w:p>
      <w:r>
        <w:rPr>
          <w:b/>
        </w:rPr>
        <w:t xml:space="preserve">[1:01:31] </w:t>
      </w:r>
      <w:r>
        <w:t>to muhaddiseen</w:t>
      </w:r>
    </w:p>
    <w:p>
      <w:pPr>
        <w:jc w:val="right"/>
      </w:pPr>
      <w:r>
        <w:t>تو محدثین</w:t>
      </w:r>
    </w:p>
    <w:p>
      <w:r>
        <w:rPr>
          <w:b/>
        </w:rPr>
        <w:t xml:space="preserve">[1:01:36] </w:t>
      </w:r>
      <w:r>
        <w:t>masjid kaam kis tarah karna hai, yani daur hukoomat mein nateeja khez kaam kis tarah karna hai, daur hukoomat mein mu'assir kaam kis tarah karna hai, us ka model hain.</w:t>
      </w:r>
    </w:p>
    <w:p>
      <w:pPr>
        <w:jc w:val="right"/>
      </w:pPr>
      <w:r>
        <w:t>مسجد کام کس طرح کرنا ہے، یعنی دور حکومت میں نتیجہ خیز کام کس طرح کرنا ہے، دور حکومت میں مؤثر کام کس طرح کرنا ہے، اس کا ماڈل ہیں۔</w:t>
      </w:r>
    </w:p>
    <w:p>
      <w:r>
        <w:rPr>
          <w:b/>
        </w:rPr>
        <w:t xml:space="preserve">[1:01:49] </w:t>
      </w:r>
      <w:r>
        <w:t>muhaddiseen, meri dua hai ke allah ta'ala hum sab ko</w:t>
      </w:r>
    </w:p>
    <w:p>
      <w:pPr>
        <w:jc w:val="right"/>
      </w:pPr>
      <w:r>
        <w:t>محدثین، میری دعا ہے کہ اللہ تعالیٰ ہم سب کو</w:t>
      </w:r>
    </w:p>
    <w:p>
      <w:r>
        <w:rPr>
          <w:b/>
        </w:rPr>
        <w:t xml:space="preserve">[1:01:54] </w:t>
      </w:r>
      <w:r>
        <w:t>samajhne ki tofeeq ata farmaye, aur hum sahi dhang par kaam kar ke allah ke haan sarfaraz hon. aqool qawli hadha wastaghfirullaha li walakum ajma'een</w:t>
      </w:r>
    </w:p>
    <w:p>
      <w:pPr>
        <w:jc w:val="right"/>
      </w:pPr>
      <w:r>
        <w:t>سمجھنے کی توفیق عطا فرمائے، اور ہم صحیح ڈھنگ پر کام کر کے اللہ کے ہاں سرخرو ہوں۔ أقول قولي هذا واستغفراللہ لي ولكم اجمعین</w:t>
      </w:r>
    </w:p>
    <w:p>
      <w:r>
        <w:rPr>
          <w:b/>
        </w:rPr>
        <w:t xml:space="preserve">[1:02:19] </w:t>
      </w:r>
      <w:r>
        <w:t>maulana, yeh sawal aaya hai dilli se maulana zakwan nadvi sahab ka. unhon ne likha hai ke quran ke chapter number two, verse number 138 mein aaya hai:</w:t>
      </w:r>
    </w:p>
    <w:p>
      <w:pPr>
        <w:jc w:val="right"/>
      </w:pPr>
      <w:r>
        <w:t>مولانا، یہ سوال آیا ہے دلی سے مولانا زکوان ندوی صاحب کا۔ انہوں نے لکھا ہے کہ قرآن کے چیپٹر نمبر ٹو، ورس نمبر 138 میں آیا ہے:</w:t>
      </w:r>
    </w:p>
    <w:p>
      <w:r>
        <w:rPr>
          <w:b/>
        </w:rPr>
        <w:t xml:space="preserve">[1:02:33] </w:t>
      </w:r>
      <w:r>
        <w:t>"wa nattakhidhu billahi ghayrahu".</w:t>
      </w:r>
    </w:p>
    <w:p>
      <w:pPr>
        <w:jc w:val="right"/>
      </w:pPr>
      <w:r>
        <w:t>"وی ٹیک ان گاڈز اون ڈائی،</w:t>
      </w:r>
    </w:p>
    <w:p>
      <w:r>
        <w:rPr>
          <w:b/>
        </w:rPr>
        <w:t xml:space="preserve">[1:02:36] </w:t>
      </w:r>
      <w:r>
        <w:t>who is a better dye than God's dye. Maulana, what is the meaning of God's dye? That is sabqat Allah.</w:t>
      </w:r>
    </w:p>
    <w:p>
      <w:pPr>
        <w:jc w:val="right"/>
      </w:pPr>
      <w:r>
        <w:t>ہو ہیز ا بیٹر ڈائی دین گاڈز ڈائی۔" مولانا، واٹ از دا میننگ اف گاڈز ڈائی؟ دیٹ از سبقت اللہ۔</w:t>
      </w:r>
    </w:p>
    <w:p>
      <w:r>
        <w:rPr>
          <w:b/>
        </w:rPr>
        <w:t xml:space="preserve">[1:02:46] </w:t>
      </w:r>
      <w:r>
        <w:t>is ke bare mein bataein.</w:t>
      </w:r>
    </w:p>
    <w:p>
      <w:pPr>
        <w:jc w:val="right"/>
      </w:pPr>
      <w:r>
        <w:t>اس کے بارے میں بتائیں۔</w:t>
      </w:r>
    </w:p>
    <w:p>
      <w:r>
        <w:rPr>
          <w:b/>
        </w:rPr>
        <w:t xml:space="preserve">[1:02:54] </w:t>
      </w:r>
      <w:r>
        <w:t>sabqat allah, is mein dekhein, woh aik is ka aik background hai, yeh jis ko kehte hain istibaq eesai logon ke haan.</w:t>
      </w:r>
    </w:p>
    <w:p>
      <w:pPr>
        <w:jc w:val="right"/>
      </w:pPr>
      <w:r>
        <w:t>سبقت اللہ، اس میں دیکھیں، وہ ایک اس کا ایک بیک گراؤنڈ ہے، یہ جس کو کہتے ہیں استباق عیسائی لوگوں کے ہاں۔</w:t>
      </w:r>
    </w:p>
    <w:p>
      <w:r>
        <w:rPr>
          <w:b/>
        </w:rPr>
        <w:t xml:space="preserve">[1:03:07] </w:t>
      </w:r>
      <w:r>
        <w:t>to un ke haan aik rasam thi ke jab woh kisi ko christian banate thay</w:t>
      </w:r>
    </w:p>
    <w:p>
      <w:pPr>
        <w:jc w:val="right"/>
      </w:pPr>
      <w:r>
        <w:t>تو ان کے ہاں ایک رسم تھی کہ جب وہ کسی کو کرسچن بناتے تھے</w:t>
      </w:r>
    </w:p>
    <w:p>
      <w:r>
        <w:rPr>
          <w:b/>
        </w:rPr>
        <w:t xml:space="preserve">[1:03:13] </w:t>
      </w:r>
      <w:r>
        <w:t>to istibaq karte thay.</w:t>
      </w:r>
    </w:p>
    <w:p>
      <w:pPr>
        <w:jc w:val="right"/>
      </w:pPr>
      <w:r>
        <w:t>تو استباق کرتے تھے۔</w:t>
      </w:r>
    </w:p>
    <w:p>
      <w:r>
        <w:rPr>
          <w:b/>
        </w:rPr>
        <w:t xml:space="preserve">[1:03:18] </w:t>
      </w:r>
      <w:r>
        <w:t>yani pehle zamanay mein kuch rang, koi khaas rang ka kapra pehnana, ab to shayad pani sakte hain sirf.</w:t>
      </w:r>
    </w:p>
    <w:p>
      <w:pPr>
        <w:jc w:val="right"/>
      </w:pPr>
      <w:r>
        <w:t>یعنی پہلے زمانے میں کچھ رنگ، کوئی خاص رنگ کا کا کپڑا پہنانا، اب تو شاید پانی سکھتے ہیں صرف۔</w:t>
      </w:r>
    </w:p>
    <w:p>
      <w:r>
        <w:rPr>
          <w:b/>
        </w:rPr>
        <w:t xml:space="preserve">[1:03:29] </w:t>
      </w:r>
      <w:r>
        <w:t>to is ke background mein yeh alfaaz aaye hain, matlab yeh nahi ke koi rang hota hai allah taala ka.</w:t>
      </w:r>
    </w:p>
    <w:p>
      <w:pPr>
        <w:jc w:val="right"/>
      </w:pPr>
      <w:r>
        <w:t>تو اس کے بیک گراؤنڈ میں یہ الفاظ آئے ہیں، مطلب یہ نہیں کہ کوئی رنگ ہوتا ہے اللہ تعالیٰ کا۔</w:t>
      </w:r>
    </w:p>
    <w:p>
      <w:r>
        <w:rPr>
          <w:b/>
        </w:rPr>
        <w:t xml:space="preserve">[1:03:38] </w:t>
      </w:r>
      <w:r>
        <w:t>is ka matlab yeh hai ke</w:t>
      </w:r>
    </w:p>
    <w:p>
      <w:pPr>
        <w:jc w:val="right"/>
      </w:pPr>
      <w:r>
        <w:t>اس کا مطلب یہ ہے کہ</w:t>
      </w:r>
    </w:p>
    <w:p>
      <w:r>
        <w:rPr>
          <w:b/>
        </w:rPr>
        <w:t xml:space="preserve">[1:03:43] </w:t>
      </w:r>
      <w:r>
        <w:t>allah ko, yani allah ki following ke maani mein, allah ko ikhtiyar karo, sirf rang ke maani mein nahi. woh log sirf rang ke maani mein samajh rahe thay ke khaas rang ka kapra ho to woh deendar ban gaya.</w:t>
      </w:r>
    </w:p>
    <w:p>
      <w:pPr>
        <w:jc w:val="right"/>
      </w:pPr>
      <w:r>
        <w:t>اللہ کو، یعنی اللہ کی فالونگ کے معنی میں، اللہ کو اختیار کرو، صرف رنگ کے معنی میں نہیں۔ وہ لوگ صرف رنگ کے معنی میں سمجھ رہے تھے کہ خاص رنگ کا کپڑا ہو تو وہ دیندار بن گیا۔</w:t>
      </w:r>
    </w:p>
    <w:p>
      <w:r>
        <w:rPr>
          <w:b/>
        </w:rPr>
        <w:t xml:space="preserve">[1:04:00] </w:t>
      </w:r>
      <w:r>
        <w:t>abhi bhi un ke haan yeh hai, mukhtalif rang ke kapre un ke hotay hain jo batate hain un ke deeni darjay ko.</w:t>
      </w:r>
    </w:p>
    <w:p>
      <w:pPr>
        <w:jc w:val="right"/>
      </w:pPr>
      <w:r>
        <w:t>ابھی بھی ان کے ہاں یہ ہے، مختلف رنگ کے کپڑے ان کے ہوتے ہیں جو بتاتے ہیں ان کے دینی درجے کو۔</w:t>
      </w:r>
    </w:p>
    <w:p>
      <w:r>
        <w:rPr>
          <w:b/>
        </w:rPr>
        <w:t xml:space="preserve">[1:04:07] </w:t>
      </w:r>
      <w:r>
        <w:t>to har mazhab mein aisa hua hai, mazhabi tabqay ne rang ke sath mazhab jor rakha hai. to yahan par bataya gaya ke asli rang woh nahi hai, maadi rang.</w:t>
      </w:r>
    </w:p>
    <w:p>
      <w:pPr>
        <w:jc w:val="right"/>
      </w:pPr>
      <w:r>
        <w:t>تو ہر مذہب میں ایسا ہوا ہے، مذہبی طبقے نے رنگ کے ساتھ مذہب جوڑ رکھا ہے۔ تو یہاں پر بتایا گیا کہ اصلی رنگ وہ نہیں ہے، مادی رنگ۔</w:t>
      </w:r>
    </w:p>
    <w:p>
      <w:r>
        <w:rPr>
          <w:b/>
        </w:rPr>
        <w:t xml:space="preserve">[1:04:19] </w:t>
      </w:r>
      <w:r>
        <w:t>asli rang yeh hai ke allah ki tabedari.</w:t>
      </w:r>
    </w:p>
    <w:p>
      <w:pPr>
        <w:jc w:val="right"/>
      </w:pPr>
      <w:r>
        <w:t>اصلی رنگ یہ ہے کہ اللہ کی تابعداری۔</w:t>
      </w:r>
    </w:p>
    <w:p>
      <w:r>
        <w:rPr>
          <w:b/>
        </w:rPr>
        <w:t xml:space="preserve">[1:04:26] </w:t>
      </w:r>
      <w:r>
        <w:t>yeh is maani mein mein samajhta hoon kaha gaya hai. doosri baat yeh hai ke rang ki tamseel bohat ba-maani hai. dekhein, yeh pani hai, is mein agar aap pathar ka tukra dalen to alag aa kar wahan par jaye ga, woh pani mein ghule ga nahi.</w:t>
      </w:r>
    </w:p>
    <w:p>
      <w:pPr>
        <w:jc w:val="right"/>
      </w:pPr>
      <w:r>
        <w:t>یہ اس معنی میں میں سمجھتا ہوں کہا گیا ہے۔ دوسری بات یہ ہے کہ رنگ کی تمثیل بہت بامعنی ہے۔ دیکھیں، یہ پانی ہے، اس میں اگر آپ پتھر کا ٹکڑا ڈالیں تو الگ آ کر وہاں پڑ جائے گا، وہ پانی میں گھلے گا نہیں۔</w:t>
      </w:r>
    </w:p>
    <w:p>
      <w:r>
        <w:rPr>
          <w:b/>
        </w:rPr>
        <w:t xml:space="preserve">[1:04:43] </w:t>
      </w:r>
      <w:r>
        <w:t>lekin jab rang dalte hain to poore pani mein ghul jata hai. woh</w:t>
      </w:r>
    </w:p>
    <w:p>
      <w:pPr>
        <w:jc w:val="right"/>
      </w:pPr>
      <w:r>
        <w:t>لیکن جب رنگ ڈالتے ہیں تو پورے پانی میں گھل جاتا ہے۔ وہ</w:t>
      </w:r>
    </w:p>
    <w:p>
      <w:r>
        <w:rPr>
          <w:b/>
        </w:rPr>
        <w:t xml:space="preserve">[1:04:48] </w:t>
      </w:r>
      <w:r>
        <w:t>to yeh matlab hai ke jis tarah se rang pani mein ghul kar ke poora is mein sarayat kar jata hai, to allah ke deen ko is tarah ikhtiyar karo ke poori shakhsiyat ka hissa ban jaye.</w:t>
      </w:r>
    </w:p>
    <w:p>
      <w:pPr>
        <w:jc w:val="right"/>
      </w:pPr>
      <w:r>
        <w:t>تو یہ مطلب ہے کہ جس طرح سے رنگ پانی میں گھل کر کے پورا اس میں سرایت کر جاتا ہے، تو اللہ کے دین کو اس طرح اختیار کرو کہ پوری شخصیت کا حصہ بن جائے۔</w:t>
      </w:r>
    </w:p>
    <w:p>
      <w:r>
        <w:rPr>
          <w:b/>
        </w:rPr>
        <w:t xml:space="preserve">[1:05:04] </w:t>
      </w:r>
      <w:r>
        <w:t>aisa na ho ke tumhari shakhsiyat alag hai aur deen alag hai,</w:t>
      </w:r>
    </w:p>
    <w:p>
      <w:pPr>
        <w:jc w:val="right"/>
      </w:pPr>
      <w:r>
        <w:t>ایسا نہ ہو کہ تمہاری شخصیت الگ ہے اور دین الگ ہے،</w:t>
      </w:r>
    </w:p>
    <w:p>
      <w:r>
        <w:rPr>
          <w:b/>
        </w:rPr>
        <w:t xml:space="preserve">[1:05:09] </w:t>
      </w:r>
      <w:r>
        <w:t>woh zamima ke tor par na rahe, balkeh tumhari shakhsiyat poori ki poori se woh dhal jaye. yeh matlab hai is ka.</w:t>
      </w:r>
    </w:p>
    <w:p>
      <w:pPr>
        <w:jc w:val="right"/>
      </w:pPr>
      <w:r>
        <w:t>وہ ضمیمہ کے طور پر نہ رہے، بلکہ تمہاری شخصیت پوری کی پوری سے وہ ڈھل جائے۔ یہ مطلب ہے اس کا۔</w:t>
      </w:r>
    </w:p>
    <w:p>
      <w:r>
        <w:rPr>
          <w:b/>
        </w:rPr>
        <w:t xml:space="preserve">[1:05:22] </w:t>
      </w:r>
      <w:r>
        <w:t>molana, agla sawal tamil nadu se hai, molana iqbal umri sahib ka. unhon ne likha hai: "mazhab aur siyasat mein farq karne ko</w:t>
      </w:r>
    </w:p>
    <w:p>
      <w:pPr>
        <w:jc w:val="right"/>
      </w:pPr>
      <w:r>
        <w:t>مولانا، اگلا سوال تمل ناڈو سے ہے، مولانا اقبال عمری صاحب کا۔ انہوں نے لکھا ہے: "مذہب اور سیاست میں فرق کرنے کو</w:t>
      </w:r>
    </w:p>
    <w:p>
      <w:r>
        <w:rPr>
          <w:b/>
        </w:rPr>
        <w:t xml:space="preserve">[1:05:32] </w:t>
      </w:r>
      <w:r>
        <w:t>deen ka naqis tasawwur samjha jata hai, aisa kyun?" yeh to bilkul mein samajhta hoon ke yani batil tasawwur hai jis ka islam mein koi bhi reference maujood nahi.</w:t>
      </w:r>
    </w:p>
    <w:p>
      <w:pPr>
        <w:jc w:val="right"/>
      </w:pPr>
      <w:r>
        <w:t>دین کا ناقص تصور سمجھا جاتا ہے، ایسا کیوں؟" یہ تو بالکل میں سمجھتا ہوں کہ یعنی باطل تصور ہے جس کا اسلام میں کوئی بھی ریفرنس موجود نہیں۔</w:t>
      </w:r>
    </w:p>
    <w:p>
      <w:r>
        <w:rPr>
          <w:b/>
        </w:rPr>
        <w:t xml:space="preserve">[1:05:52] </w:t>
      </w:r>
      <w:r>
        <w:t>bilashuba deen alag hai aur siyasat alag hai, is mein koi shakk nahi.</w:t>
      </w:r>
    </w:p>
    <w:p>
      <w:pPr>
        <w:jc w:val="right"/>
      </w:pPr>
      <w:r>
        <w:t>بلاشبہ دین الگ ہے اور سیاست الگ ہے، اس میں کوئی شک نہیں۔</w:t>
      </w:r>
    </w:p>
    <w:p>
      <w:r>
        <w:rPr>
          <w:b/>
        </w:rPr>
        <w:t xml:space="preserve">[1:06:01] </w:t>
      </w:r>
      <w:r>
        <w:t>dekhein, islam ke mutabiq</w:t>
      </w:r>
    </w:p>
    <w:p>
      <w:pPr>
        <w:jc w:val="right"/>
      </w:pPr>
      <w:r>
        <w:t>دیکھیں، اسلام کے مطابق</w:t>
      </w:r>
    </w:p>
    <w:p>
      <w:r>
        <w:rPr>
          <w:b/>
        </w:rPr>
        <w:t xml:space="preserve">[1:06:08] </w:t>
      </w:r>
      <w:r>
        <w:t>deen ki taleemat jo hain, woh hoti hain according to the situation. ittaqullah wa ma istata'tum to jahan tak apni zaat ka ta'alluq hai, har waqt hamare bas mein hai ke apni zaat ke aitbar se hum</w:t>
      </w:r>
    </w:p>
    <w:p>
      <w:pPr>
        <w:jc w:val="right"/>
      </w:pPr>
      <w:r>
        <w:t>دین کی تعلیمات جو ہیں، وہ ہوتی ہیں اکارڈنگ ٹو دا سچویشن۔ اتقوا اللہ وما استطعتم تو جہاں تک اپنی ذات کا تعلق ہے، ہر وقت ہمارے بس میں ہے کہ اپنی ذات کے اعتبار سے ہم</w:t>
      </w:r>
    </w:p>
    <w:p>
      <w:r>
        <w:rPr>
          <w:b/>
        </w:rPr>
        <w:t xml:space="preserve">[1:06:25] </w:t>
      </w:r>
      <w:r>
        <w:t>deen ko ikhtiyar karein. yani is mein hamein koi excuse nahi ho sakta hai zaat ke aitbar se. lekin jab aata hai muamla society ka, mujtama ka, to wahan doosre logon ki rai ke mutabiq kaam karna pare ga.</w:t>
      </w:r>
    </w:p>
    <w:p>
      <w:pPr>
        <w:jc w:val="right"/>
      </w:pPr>
      <w:r>
        <w:t>دین کو اختیار کریں۔ یعنی اس میں ہمیں کوئی ایکسکیوز نہیں ہو سکتا ہے ذات کے اعتبار سے۔ لیکن جب آتا ہے معاملہ سوسائٹی کا، مجتمع کا، تو وہاں دوسرے لوگوں کی رائے کے مطابق کام کرنا پڑے گا۔</w:t>
      </w:r>
    </w:p>
    <w:p>
      <w:r>
        <w:rPr>
          <w:b/>
        </w:rPr>
        <w:t xml:space="preserve">[1:06:45] </w:t>
      </w:r>
      <w:r>
        <w:t>yeh nahi hai ke aap impose kar dein un ke upar.</w:t>
      </w:r>
    </w:p>
    <w:p>
      <w:pPr>
        <w:jc w:val="right"/>
      </w:pPr>
      <w:r>
        <w:t>یہ نہیں ہے کہ آپ امپوز کر دیں ان کے اوپر۔</w:t>
      </w:r>
    </w:p>
    <w:p>
      <w:r>
        <w:rPr>
          <w:b/>
        </w:rPr>
        <w:t xml:space="preserve">[1:06:48] </w:t>
      </w:r>
      <w:r>
        <w:t>inaam ki baat hai, impose karein ge to impose nahi hoga. to hukoomat ka ki noiyat hi alag hai, hukoomat ki bilkul noiyat alag hai.</w:t>
      </w:r>
    </w:p>
    <w:p>
      <w:pPr>
        <w:jc w:val="right"/>
      </w:pPr>
      <w:r>
        <w:t>انعام کی بات ہے، امپوز کریں گے تو امپوز نہیں ہوگا۔ تو حکومت کا کی نوعیت ہی الگ ہے، حکومت کی بالکل نوعیت الگ ہے۔</w:t>
      </w:r>
    </w:p>
    <w:p>
      <w:r>
        <w:rPr>
          <w:b/>
        </w:rPr>
        <w:t xml:space="preserve">[1:07:00] </w:t>
      </w:r>
      <w:r>
        <w:t>hukumat ka mamla yeh hai ke jaise halaat, waisi hukumat. Hadees mein aata hai ke</w:t>
      </w:r>
    </w:p>
    <w:p>
      <w:pPr>
        <w:jc w:val="right"/>
      </w:pPr>
      <w:r>
        <w:t>حکومت کا معاملہ یہ ہے کہ جیسے حالات، ویسی حکومت۔ حدیث میں آتا ہے کہ</w:t>
      </w:r>
    </w:p>
    <w:p>
      <w:r>
        <w:rPr>
          <w:b/>
        </w:rPr>
        <w:t xml:space="preserve">[1:07:06] </w:t>
      </w:r>
      <w:r>
        <w:t>kama takoonoon kazalik yool aleikum jaise tum ho gaye, waise hukmaran ho gaye. Yani hukumat ubharti hai mujtama se, yani social condition se.</w:t>
      </w:r>
    </w:p>
    <w:p>
      <w:pPr>
        <w:jc w:val="right"/>
      </w:pPr>
      <w:r>
        <w:t>کما تكونون کذلك یول علیکم جیسے تم ہو گئے، ویسے حکمران ہو گئے۔ یعنی حکومت ابھرتی ہے مجتمع سے، یعنی سوشل کنڈیشن سے۔</w:t>
      </w:r>
    </w:p>
    <w:p>
      <w:r>
        <w:rPr>
          <w:b/>
        </w:rPr>
        <w:t xml:space="preserve">[1:07:18] </w:t>
      </w:r>
      <w:r>
        <w:t>lekin inforadi jo deen hai, woh toh har waqt aap ikhtiyar karte rehte hain. Toh jo log dono taqazon ko ek kar ke kehte hain ke Islam mukammal nizam hai, woh bilashuba baatil boli bolte hain.</w:t>
      </w:r>
    </w:p>
    <w:p>
      <w:pPr>
        <w:jc w:val="right"/>
      </w:pPr>
      <w:r>
        <w:t>لیکن انفرادی جو دین ہے، وہ تو ہر وقت آپ اختیار کرتے رہتے ہیں۔ تو جو لوگ دونوں تقاضوں کو ایک کر کے کہتے ہیں کہ اسلام مکمل نظام ہے، وہ بلاشبہ باطل بولی بولتے ہیں۔</w:t>
      </w:r>
    </w:p>
    <w:p>
      <w:r>
        <w:rPr>
          <w:b/>
        </w:rPr>
        <w:t xml:space="preserve">[1:07:29] </w:t>
      </w:r>
      <w:r>
        <w:t>aur Islam mein tashaddud jo aa gaya hai, isi liye aa gaya hai.</w:t>
      </w:r>
    </w:p>
    <w:p>
      <w:pPr>
        <w:jc w:val="right"/>
      </w:pPr>
      <w:r>
        <w:t>اور اسلام میں تشدد جو آ گیا ہے، اسی لیے آ گیا ہے۔</w:t>
      </w:r>
    </w:p>
    <w:p>
      <w:r>
        <w:rPr>
          <w:b/>
        </w:rPr>
        <w:t xml:space="preserve">[1:07:33] </w:t>
      </w:r>
      <w:r>
        <w:t>tashaddud jo aa gaya hai Islam mein, barah-e-raast zimmedar hain woh log kis ke jinho ne yeh naarah diya ke Islam mukammal nizam hai. Is ko mein bilashuba baatil samajhta hoon.</w:t>
      </w:r>
    </w:p>
    <w:p>
      <w:pPr>
        <w:jc w:val="right"/>
      </w:pPr>
      <w:r>
        <w:t>تشدد جو آ گیا ہے اسلام میں، براہ راست ذمہ دار ہیں وہ لوگ کس کے جنہوں نے یہ نعرہ دیا کہ اسلام مکمل نظام ہے۔ اس کو میں بلاشبہ باطل سمجھتا ہوں۔</w:t>
      </w:r>
    </w:p>
    <w:p>
      <w:r>
        <w:rPr>
          <w:b/>
        </w:rPr>
        <w:t xml:space="preserve">[1:07:45] </w:t>
      </w:r>
      <w:r>
        <w:t>toh meri bohat si kitabein hain, aap padh lijiye: Tabeer-e-Ghalati, Deen aur Shariat, Al-Islam waghera.</w:t>
      </w:r>
    </w:p>
    <w:p>
      <w:pPr>
        <w:jc w:val="right"/>
      </w:pPr>
      <w:r>
        <w:t>تو میری بہت سی کتابیں ہیں، آپ پڑھ لیجئے: تعبیر غلطی، دین اور شریعت، الاسلام وغیرہ۔</w:t>
      </w:r>
    </w:p>
    <w:p>
      <w:r>
        <w:rPr>
          <w:b/>
        </w:rPr>
        <w:t xml:space="preserve">[1:07:54] </w:t>
      </w:r>
      <w:r>
        <w:t>Maulana, in ka ek aur sawal hai. Unho ne likha hai ke You have written that in Islam politics is a matter of convenience and not a matter of belief.</w:t>
      </w:r>
    </w:p>
    <w:p>
      <w:pPr>
        <w:jc w:val="right"/>
      </w:pPr>
      <w:r>
        <w:t>مولانا، ان کا ایک اور سوال ہے۔ انہوں نے لکھا ہے کہ You have written that in Islam politics is a matter of convenience and not a matter of belief.</w:t>
      </w:r>
    </w:p>
    <w:p>
      <w:r>
        <w:rPr>
          <w:b/>
        </w:rPr>
        <w:t xml:space="preserve">[1:08:07] </w:t>
      </w:r>
      <w:r>
        <w:t>Kindly clarify this. Wahi baat jo maine kaha,</w:t>
      </w:r>
    </w:p>
    <w:p>
      <w:pPr>
        <w:jc w:val="right"/>
      </w:pPr>
      <w:r>
        <w:t>Kindly clarify this. وہی بات جو میں نے کہا،</w:t>
      </w:r>
    </w:p>
    <w:p>
      <w:r>
        <w:rPr>
          <w:b/>
        </w:rPr>
        <w:t xml:space="preserve">[1:08:17] </w:t>
      </w:r>
      <w:r>
        <w:t>convenience ka matlab yeh hai jaise halaat us ke mutabiq hon. Aur ek cheez woh hai deen mein jis ka talluq halaat se nahi, mere apne irade se hai.</w:t>
      </w:r>
    </w:p>
    <w:p>
      <w:pPr>
        <w:jc w:val="right"/>
      </w:pPr>
      <w:r>
        <w:t>convenience کا مطلب یہ ہے جیسے حالات اس کے مطابق ہوں۔ اور ایک چیز وہ ہے دین میں جس کا تعلق حالات سے نہیں، میرے اپنے ارادے سے ہے۔</w:t>
      </w:r>
    </w:p>
    <w:p>
      <w:r>
        <w:rPr>
          <w:b/>
        </w:rPr>
        <w:t xml:space="preserve">[1:08:31] </w:t>
      </w:r>
      <w:r>
        <w:t>jaise hi mein irada karoon, fi- الفور mein us ko ikhtiyar kar sakta hoon.</w:t>
      </w:r>
    </w:p>
    <w:p>
      <w:pPr>
        <w:jc w:val="right"/>
      </w:pPr>
      <w:r>
        <w:t>جیسے ہی میں ارادہ کروں، فی الفور میں اس کو اختیار کر سکتا ہوں۔</w:t>
      </w:r>
    </w:p>
    <w:p>
      <w:r>
        <w:rPr>
          <w:b/>
        </w:rPr>
        <w:t xml:space="preserve">[1:08:35] </w:t>
      </w:r>
      <w:r>
        <w:t>Allah ko ek manna, aakhirat ko yaqeen karna, jannat jahannum ko manna, Allah ke creation plan ko manna, jis waqt mujh par khule, usi waqt us ko mein yaqeen kar sakta hoon ke yeh barhaq hai.</w:t>
      </w:r>
    </w:p>
    <w:p>
      <w:pPr>
        <w:jc w:val="right"/>
      </w:pPr>
      <w:r>
        <w:t>اللہ کو ایک ماننا، آخرت کو یقین کرنا، جنت جہنم کو ماننا، اللہ کے کرسچن پلان کو ماننا، جس وقت مجھ پر کھلے، اسی وقت اس کو میں یقین کر سکتا ہوں کہ یہ برحق ہے۔</w:t>
      </w:r>
    </w:p>
    <w:p>
      <w:r>
        <w:rPr>
          <w:b/>
        </w:rPr>
        <w:t xml:space="preserve">[1:08:53] </w:t>
      </w:r>
      <w:r>
        <w:t>lekin jab yani jo system hai, jo social taqaze hain, wahan par aap koi cheez naafiz karna chahein toh jab naafiz ho payegi?</w:t>
      </w:r>
    </w:p>
    <w:p>
      <w:pPr>
        <w:jc w:val="right"/>
      </w:pPr>
      <w:r>
        <w:t>لیکن جب یعنی جو سسٹم ہے، جو سوشل تقاضے ہیں، وہاں پر آپ کوئی چیز نافذ کرنا چاہیں تو جب نافذ ہو پائے گی؟</w:t>
      </w:r>
    </w:p>
    <w:p>
      <w:r>
        <w:rPr>
          <w:b/>
        </w:rPr>
        <w:t xml:space="preserve">[1:09:06] </w:t>
      </w:r>
      <w:r>
        <w:t>jab ke log maanein us ko, warna warna kuch bhi nahi hoga.</w:t>
      </w:r>
    </w:p>
    <w:p>
      <w:pPr>
        <w:jc w:val="right"/>
      </w:pPr>
      <w:r>
        <w:t>جب کہ لوگ مانیں اس کو، ورنہ ورنہ کچھ بھی نہیں ہوگا۔</w:t>
      </w:r>
    </w:p>
    <w:p>
      <w:r>
        <w:rPr>
          <w:b/>
        </w:rPr>
        <w:t xml:space="preserve">[1:09:11] </w:t>
      </w:r>
      <w:r>
        <w:t>toh yani woh halaat par depend karta hai, jab ke aqeedah ka talluq halaat se nahi, woh aap mere apne irade se hai.</w:t>
      </w:r>
    </w:p>
    <w:p>
      <w:pPr>
        <w:jc w:val="right"/>
      </w:pPr>
      <w:r>
        <w:t>تو یعنی وہ حالات پر ڈیپینڈ کرتا ہے، جبکہ عقیدہ کا تعلق حالات سے نہیں، وہ آپ میرے اپنے ارادے سے ہے۔</w:t>
      </w:r>
    </w:p>
    <w:p>
      <w:r>
        <w:rPr>
          <w:b/>
        </w:rPr>
        <w:t xml:space="preserve">[1:09:22] </w:t>
      </w:r>
      <w:r>
        <w:t>yeh matlab hai is ka. Maulana, agla sawal Karachi Pakistan se hai, Abdul Latif sahib ka.</w:t>
      </w:r>
    </w:p>
    <w:p>
      <w:pPr>
        <w:jc w:val="right"/>
      </w:pPr>
      <w:r>
        <w:t>یہ مطلب ہے اس کا۔ مولانا، اگلا سوال کراچی پاکستان سے ہے، عبداللطیف صاحب کا۔</w:t>
      </w:r>
    </w:p>
    <w:p>
      <w:r>
        <w:rPr>
          <w:b/>
        </w:rPr>
        <w:t xml:space="preserve">[1:09:30] </w:t>
      </w:r>
      <w:r>
        <w:t>unho ne likha hai: "Ek daai ko maine kaha ke aap ne parinde paal rakhe hain, jo aap ke liye distraction ka zariya hain, aur aap ka</w:t>
      </w:r>
    </w:p>
    <w:p>
      <w:pPr>
        <w:jc w:val="right"/>
      </w:pPr>
      <w:r>
        <w:t>انہوں نے لکھا ہے: "ایک دائی کو میں نے کہا کہ آپ نے پرندے پال رکھے ہیں، جو آپ کے لیے ڈسٹریکشن کا ذریعہ ہیں، اور آپ کا</w:t>
      </w:r>
    </w:p>
    <w:p>
      <w:r>
        <w:rPr>
          <w:b/>
        </w:rPr>
        <w:t xml:space="preserve">[1:09:41] </w:t>
      </w:r>
      <w:r>
        <w:t>qeemti waqt us ki dekh bhaal mein sarf ho raha hai. Toh unho ne kaha ke yeh yeh toh mera shauq bhi hai aur karobar bhi hai, aur mein shauq ke hathon majboor hoon.</w:t>
      </w:r>
    </w:p>
    <w:p>
      <w:pPr>
        <w:jc w:val="right"/>
      </w:pPr>
      <w:r>
        <w:t>قیمتی وقت اس کی دیکھ بھال میں ظرف ہو رہا ہے۔ تو انہوں نے کہا کہ یہ یہ تو میرا شوق بھی ہے اور کاروبار بھی ہے، اور میں شوق کے ہاتھوں مجبور ہوں۔</w:t>
      </w:r>
    </w:p>
    <w:p>
      <w:r>
        <w:rPr>
          <w:b/>
        </w:rPr>
        <w:t xml:space="preserve">[1:09:55] </w:t>
      </w:r>
      <w:r>
        <w:t>Maulana sahib, ek ba-maqsad insan is duniya mein koi aisa shauq rakh sakta hai jo us ke liye distraction ka sabab ho?</w:t>
      </w:r>
    </w:p>
    <w:p>
      <w:pPr>
        <w:jc w:val="right"/>
      </w:pPr>
      <w:r>
        <w:t>مولانا صاحب، ایک بامقصد انسان اس دنیا میں کوئی ایسا شوق رکھ سکتا ہے جو اس کے لیے ڈسٹریکشن کا سبب ہو؟</w:t>
      </w:r>
    </w:p>
    <w:p>
      <w:r>
        <w:rPr>
          <w:b/>
        </w:rPr>
        <w:t xml:space="preserve">[1:10:07] </w:t>
      </w:r>
      <w:r>
        <w:t>us ke bare mein bataein. Zahir hai ke yeh koi woh halaal haram ka masla nahi hai, na qanoon ka masla hai.</w:t>
      </w:r>
    </w:p>
    <w:p>
      <w:pPr>
        <w:jc w:val="right"/>
      </w:pPr>
      <w:r>
        <w:t>اس کے بارے میں بتائیں۔ ظاہر ہے کہ یہ کوئی وہ حلال حرام کا مسئلہ نہیں ہے، نہ قانون کا مسئلہ ہے۔</w:t>
      </w:r>
    </w:p>
    <w:p>
      <w:r>
        <w:rPr>
          <w:b/>
        </w:rPr>
        <w:t xml:space="preserve">[1:10:17] </w:t>
      </w:r>
      <w:r>
        <w:t>us aadmi ko aap samjhaiye ke sab se pehle yeh mutayyan karo</w:t>
      </w:r>
    </w:p>
    <w:p>
      <w:pPr>
        <w:jc w:val="right"/>
      </w:pPr>
      <w:r>
        <w:t>اس آدمی کو آپ سمجھائیے کہ سب سے پہلے یہ متعین کرو</w:t>
      </w:r>
    </w:p>
    <w:p>
      <w:r>
        <w:rPr>
          <w:b/>
        </w:rPr>
        <w:t xml:space="preserve">[1:10:24] </w:t>
      </w:r>
      <w:r>
        <w:t>ke What is the purpose of life? What is the goal of life? Phir us ke lihaaz se jaanchon ke is se distraction hai ke nahi, distraction hai.</w:t>
      </w:r>
    </w:p>
    <w:p>
      <w:pPr>
        <w:jc w:val="right"/>
      </w:pPr>
      <w:r>
        <w:t>کہ What is the purpose of life? What is the goal of life? پھر اس کے لحاظ سے جانچو کہ اس سے ڈسٹریکشن ہے کہ نہیں، ڈسٹریکشن ہے۔</w:t>
      </w:r>
    </w:p>
    <w:p>
      <w:r>
        <w:rPr>
          <w:b/>
        </w:rPr>
        <w:t xml:space="preserve">[1:10:38] </w:t>
      </w:r>
      <w:r>
        <w:t>jo goal hai, us se agar yeh sab cheezein aap ko hatati hain toh bilashuba woh qabil</w:t>
      </w:r>
    </w:p>
    <w:p>
      <w:pPr>
        <w:jc w:val="right"/>
      </w:pPr>
      <w:r>
        <w:t>جو گول ہے، اس سے اگر یہ سب چیزیں آپ کو ہٹاتی ہیں تو بلاشبہ وہ قابل</w:t>
      </w:r>
    </w:p>
    <w:p>
      <w:r>
        <w:rPr>
          <w:b/>
        </w:rPr>
        <w:t xml:space="preserve">[1:10:45] </w:t>
      </w:r>
      <w:r>
        <w:t>e ijtanab hai, us ko chhodna chahiye. Toh yeh cheezein aisi nahi, us ko jis ko koi fatwa de ya koi qanoon naafiz kare, toh samjhane bujhane ki baatein hain.</w:t>
      </w:r>
    </w:p>
    <w:p>
      <w:pPr>
        <w:jc w:val="right"/>
      </w:pPr>
      <w:r>
        <w:t>اجتناب ہے، اس کو چھوڑنا چاہیے۔ تو یہ چیزیں ایسی نہیں، اس کو جس کو کوئی فتوی دے یا کوئی قانون نافذ کرے، تو سمجھانے بجھانے کی باتیں ہیں۔</w:t>
      </w:r>
    </w:p>
    <w:p>
      <w:r>
        <w:rPr>
          <w:b/>
        </w:rPr>
        <w:t xml:space="preserve">[1:10:55] </w:t>
      </w:r>
      <w:r>
        <w:t>toh us aadmi ko masla yahi samjhana chahiye ke sab se pehle jano ke tumhari zindagi ka maqsad kya hai,</w:t>
      </w:r>
    </w:p>
    <w:p>
      <w:pPr>
        <w:jc w:val="right"/>
      </w:pPr>
      <w:r>
        <w:t>تو اس آدمی کو مسئلہ یہی سمجھانا چاہیے کہ سب سے پہلے جانو کہ تمہاری زندگی کا مقصد کیا ہے،</w:t>
      </w:r>
    </w:p>
    <w:p>
      <w:r>
        <w:rPr>
          <w:b/>
        </w:rPr>
        <w:t xml:space="preserve">[1:11:02] </w:t>
      </w:r>
      <w:r>
        <w:t>tab ja kar ke woh tayyar hoga, yani us par ghaur karne ke liye. Maulana, agla sawal Dilli se hai, Danish sahib ka.</w:t>
      </w:r>
    </w:p>
    <w:p>
      <w:pPr>
        <w:jc w:val="right"/>
      </w:pPr>
      <w:r>
        <w:t>تب جا کر کے وہ تیار ہوگا، یعنی اس پر غور کرنے کے لیے۔ مولانا، اگلا سوال دلی سے ہے، دانش صاحب کا۔</w:t>
      </w:r>
    </w:p>
    <w:p>
      <w:r>
        <w:rPr>
          <w:b/>
        </w:rPr>
        <w:t xml:space="preserve">[1:11:13] </w:t>
      </w:r>
      <w:r>
        <w:t>Unhon ne likha hai: What is the role of mosque in da'wa aur kaise hum isko use kar sakte hain da'wa work ke liye?</w:t>
      </w:r>
    </w:p>
    <w:p>
      <w:pPr>
        <w:jc w:val="right"/>
      </w:pPr>
      <w:r>
        <w:t>انہوں نے لکھا ہے: What is the role of mosque in دعویٰ and how we can use it for دعویٰ work?</w:t>
      </w:r>
    </w:p>
    <w:p>
      <w:r>
        <w:rPr>
          <w:b/>
        </w:rPr>
        <w:t xml:space="preserve">[1:11:22] </w:t>
      </w:r>
      <w:r>
        <w:t>Kindly role of masjid ka kya role hai da'wa work mein, aur isko kaise istemal kiya ja sakta hai? Dekhein, masjid</w:t>
      </w:r>
    </w:p>
    <w:p>
      <w:pPr>
        <w:jc w:val="right"/>
      </w:pPr>
      <w:r>
        <w:t>کائنڈلی رول آف مسجد کا کیا رول ہے دعویٰ ورک میں، اور اس کو کیسے استعمال کیا جا سکتا ہے؟ دیکھیں، مسجد</w:t>
      </w:r>
    </w:p>
    <w:p>
      <w:r>
        <w:rPr>
          <w:b/>
        </w:rPr>
        <w:t xml:space="preserve">[1:11:31] </w:t>
      </w:r>
      <w:r>
        <w:t>aur madarse ki baat nahi hai, yeh toh insaan ka mamla hai. Jahan insaan hai, wahan dawat hai. Yeh nahi ke aap masjid ko le kar baith jayein, madarse ko le kar baith jayein.</w:t>
      </w:r>
    </w:p>
    <w:p>
      <w:pPr>
        <w:jc w:val="right"/>
      </w:pPr>
      <w:r>
        <w:t>اور مدرسے کی بات نہیں ہے، یہ تو انسان کا معاملہ ہے۔ جہاں انسان ہے، وہاں دعوت ہے۔ یہ نہیں کہ آپ مسجد کو لے کر بیٹھ جائیں، مدرسے کو لے کر بیٹھ جائیں۔</w:t>
      </w:r>
    </w:p>
    <w:p>
      <w:r>
        <w:rPr>
          <w:b/>
        </w:rPr>
        <w:t xml:space="preserve">[1:11:43] </w:t>
      </w:r>
      <w:r>
        <w:t>Aap ko insaan oriented kaam hai da'wa.</w:t>
      </w:r>
    </w:p>
    <w:p>
      <w:pPr>
        <w:jc w:val="right"/>
      </w:pPr>
      <w:r>
        <w:t>آپ کو انسان اورینٹڈ کام ہے دعویٰ۔</w:t>
      </w:r>
    </w:p>
    <w:p>
      <w:r>
        <w:rPr>
          <w:b/>
        </w:rPr>
        <w:t xml:space="preserve">[1:11:49] </w:t>
      </w:r>
      <w:r>
        <w:t>Yeh main isko nahi manta ke bas masjid bahar tareekh chalayein toh dawat ho gayi. Sahab, beshtar insaan toh masjid ke bahar hi hain, toh kya karenge aap?</w:t>
      </w:r>
    </w:p>
    <w:p>
      <w:pPr>
        <w:jc w:val="right"/>
      </w:pPr>
      <w:r>
        <w:t>یہ میں اس کو نہیں مانتا کہ بس مسجد باہر تاریخ چلائیں تو دعوت ہو گئی۔ صاحب، بیشتر انسان تو مسجد کے باہر ہی ہیں، تو کیا کریں گے آپ؟</w:t>
      </w:r>
    </w:p>
    <w:p>
      <w:r>
        <w:rPr>
          <w:b/>
        </w:rPr>
        <w:t xml:space="preserve">[1:12:00] </w:t>
      </w:r>
      <w:r>
        <w:t>Yaani 99 percent insaan toh masjid ke bahar hain, toh kis pe dawat nahi karna hai aap ko?</w:t>
      </w:r>
    </w:p>
    <w:p>
      <w:pPr>
        <w:jc w:val="right"/>
      </w:pPr>
      <w:r>
        <w:t>یعنی 99 پرسنٹ انسان تو مسجد کے باہر ہیں، تو کون پہ دعوت نہیں کرنا ہے آپ کو؟</w:t>
      </w:r>
    </w:p>
    <w:p>
      <w:r>
        <w:rPr>
          <w:b/>
        </w:rPr>
        <w:t xml:space="preserve">[1:12:07] </w:t>
      </w:r>
      <w:r>
        <w:t>Toh yeh main samajhta hoon ke dawat ka kaam insaan war tareekh hai, woh na toh masjid war hai, na madarsa war.</w:t>
      </w:r>
    </w:p>
    <w:p>
      <w:pPr>
        <w:jc w:val="right"/>
      </w:pPr>
      <w:r>
        <w:t>تو یہ میں سمجھتا ہوں کہ دعوت کا کام انسان وار تاریخ ہے، وہ نہ تو مسجد وار ہے، نہ مدرسہ وار۔</w:t>
      </w:r>
    </w:p>
    <w:p>
      <w:r>
        <w:rPr>
          <w:b/>
        </w:rPr>
        <w:t xml:space="preserve">[1:12:20] </w:t>
      </w:r>
      <w:r>
        <w:t>Maulana, agla sawal Maulana Inayatullah Umri sahib ka hai, Bangalore se. Unhon ne likha hai: "Hindustan ke Muslim madaris government se takraaye kiye baghair kaam karte hain, lekin madarse se nikalne wale yahi ulama baad mein government ke khilaaf takraao ki tehreek chala dete hain.</w:t>
      </w:r>
    </w:p>
    <w:p>
      <w:pPr>
        <w:jc w:val="right"/>
      </w:pPr>
      <w:r>
        <w:t>مولانا، اگلا سوال مولانا عنایت اللہ عمری صاحب کا ہے، بنگلور سے۔ انہوں نے لکھا ہے: "ہندوستان کے مسلم مدرسے گورنمنٹ سے ٹکرائے کیے بغیر کام کرتے ہیں، لیکن مدرسے سے نکلنے والے یہی علماء بعد میں گورنمنٹ کے خلاف ٹکراؤ کی تحریک چلا دیتے ہیں۔</w:t>
      </w:r>
    </w:p>
    <w:p>
      <w:r>
        <w:rPr>
          <w:b/>
        </w:rPr>
        <w:t xml:space="preserve">[1:12:41] </w:t>
      </w:r>
      <w:r>
        <w:t>Aisa kyun hai?" Is liye ke woh wahan padhaya jaata hai. Hum ne khud madarse mein padha hai. Jo kitabein padhai jaati hain, jo taqreerein hoti hain, woh sab wahi hain.</w:t>
      </w:r>
    </w:p>
    <w:p>
      <w:pPr>
        <w:jc w:val="right"/>
      </w:pPr>
      <w:r>
        <w:t>ایسا کیوں ہے؟" اس لیے کہ وہ وہاں پڑھایا جاتا ہے۔ ہم نے خود مدرسے میں پڑھا ہے۔ جو کتابیں پڑھائی جاتی ہیں، جو تقریریں ہوتی ہیں، وہ سب وہی ہیں۔</w:t>
      </w:r>
    </w:p>
    <w:p>
      <w:r>
        <w:rPr>
          <w:b/>
        </w:rPr>
        <w:t xml:space="preserve">[1:12:55] </w:t>
      </w:r>
      <w:r>
        <w:t>Jis ne bhi madarse mein padha, us se pooch lijiye ke poora madarse ke mahaul mein charcha hota hai, woh isi ka fatawaat aur aur hukumat aur daur iqtidaar ka.</w:t>
      </w:r>
    </w:p>
    <w:p>
      <w:pPr>
        <w:jc w:val="right"/>
      </w:pPr>
      <w:r>
        <w:t>جس نے بھی مدرسے میں پڑھا، اس سے پوچھ لیجئے کہ پورا مدرسے کے ماحول میں چرچا ہوتا ہے، وہ اسی کا فتوحات اور اور حکومت اور دور اقتدار کا۔</w:t>
      </w:r>
    </w:p>
    <w:p>
      <w:r>
        <w:rPr>
          <w:b/>
        </w:rPr>
        <w:t xml:space="preserve">[1:13:06] </w:t>
      </w:r>
      <w:r>
        <w:t>Toh madarse mein toh taleem mein mahaul hota hai, wahan muqarrar nahi likhta. Lekin jab madarse se bahar aaye toh woh jhanda utha lete hain, kyun ke woh isi ke liye tarbiyat yafta hain, woh isi ke liye un ki training hui hai.</w:t>
      </w:r>
    </w:p>
    <w:p>
      <w:pPr>
        <w:jc w:val="right"/>
      </w:pPr>
      <w:r>
        <w:t>تو مدرسے میں تو تعلیم میں ماحول ہوتا ہے، وہاں مقرر نہیں لکھتا۔ لیکن جب مدرسے سے باہر آئے تو وہ جھنڈا اٹھا لیتے ہیں، کیونکہ وہ اسی کے لیے تربیت یافتہ ہیں، وہ اسی کے لیے ان کی ٹریننگ ہوئی ہے۔</w:t>
      </w:r>
    </w:p>
    <w:p>
      <w:r>
        <w:rPr>
          <w:b/>
        </w:rPr>
        <w:t xml:space="preserve">[1:13:23] </w:t>
      </w:r>
      <w:r>
        <w:t>Madarse mein taleemi jo mahaul hota hai, us ki bandishein hoti hain, us ki wajah se woh amli saath mein nahi aate.</w:t>
      </w:r>
    </w:p>
    <w:p>
      <w:pPr>
        <w:jc w:val="right"/>
      </w:pPr>
      <w:r>
        <w:t>مدرسے میں تعلیمی جو ماحول ہوتا ہے، اس کی بندشیں ہوتی ہیں، اس کی وجہ سے وہ عملی ساتھ میں نہیں آتے۔</w:t>
      </w:r>
    </w:p>
    <w:p>
      <w:r>
        <w:rPr>
          <w:b/>
        </w:rPr>
        <w:t xml:space="preserve">[1:13:34] </w:t>
      </w:r>
      <w:r>
        <w:t>Halanke baaz madaris aalami saath bhi aa gaye, yaani madarsa chalati hai, woh amli saath bhi aa gaye. Is ki bhi misalein hain.</w:t>
      </w:r>
    </w:p>
    <w:p>
      <w:pPr>
        <w:jc w:val="right"/>
      </w:pPr>
      <w:r>
        <w:t>حالانکہ بعض مدارس عالمی ساتھ بھی آ گئے، یعنی مدرسہ چلاتی ہے، وہ عملی ساتھ بھی آ گئے۔ اس کی بھی مثالیں ہیں۔</w:t>
      </w:r>
    </w:p>
    <w:p>
      <w:r>
        <w:rPr>
          <w:b/>
        </w:rPr>
        <w:t xml:space="preserve">[1:13:43] </w:t>
      </w:r>
      <w:r>
        <w:t>Toh ek baharhaal asal cheez hai zehan kaisa banta hai. Toh zehan banta hai jihadi, siyasi aur tareekhi.</w:t>
      </w:r>
    </w:p>
    <w:p>
      <w:pPr>
        <w:jc w:val="right"/>
      </w:pPr>
      <w:r>
        <w:t>تو ایک بہرحال اصل چیز ہے ذہن کیسا بنتا ہے۔ تو ذہن بنتا ہے جہادی، سیاسی اور تاریخی۔</w:t>
      </w:r>
    </w:p>
    <w:p>
      <w:r>
        <w:rPr>
          <w:b/>
        </w:rPr>
        <w:t xml:space="preserve">[1:13:54] </w:t>
      </w:r>
      <w:r>
        <w:t>Woh zehan bahar aa kar jis ko mauqa milta hai, woh us mein jhanda utha leta hai. Koi log nahi uthate, un ko kahin doosra mauqa mil gaya, wahan chale jaate hain.</w:t>
      </w:r>
    </w:p>
    <w:p>
      <w:pPr>
        <w:jc w:val="right"/>
      </w:pPr>
      <w:r>
        <w:t>وہ ذہن باہر آ کر جس کو موقع ملتا ہے، وہ اس میں جھنڈا اٹھا لیتا ہے۔ کوئی لوگ نہیں اٹھاتے، ان کو کہیں دوسرا موقع مل گیا، وہاں چلے جاتے ہیں۔</w:t>
      </w:r>
    </w:p>
    <w:p>
      <w:r>
        <w:rPr>
          <w:b/>
        </w:rPr>
        <w:t xml:space="preserve">[1:14:03] </w:t>
      </w:r>
      <w:r>
        <w:t>Woh</w:t>
      </w:r>
    </w:p>
    <w:p>
      <w:pPr>
        <w:jc w:val="right"/>
      </w:pPr>
      <w:r>
        <w:t>وہ</w:t>
      </w:r>
    </w:p>
    <w:p>
      <w:r>
        <w:rPr>
          <w:b/>
        </w:rPr>
        <w:t xml:space="preserve">[1:14:04] </w:t>
      </w:r>
      <w:r>
        <w:t>Baharhaal zehan ek hi hai, masjid mein, madarse mein, har jagah woh zehan jo hai, wahi hai. Yaani siyasat aur hukumat wala zehan hai.</w:t>
      </w:r>
    </w:p>
    <w:p>
      <w:pPr>
        <w:jc w:val="right"/>
      </w:pPr>
      <w:r>
        <w:t>بہرحال ذہن ایک ہی ہے، مسجد میں، مدرسے میں، ہر جگہ وہ ذہن جو ہے، وہی ہے۔ یعنی سیاست اور حکومت والا ذہن ہے۔</w:t>
      </w:r>
    </w:p>
    <w:p>
      <w:r>
        <w:rPr>
          <w:b/>
        </w:rPr>
        <w:t xml:space="preserve">[1:14:17] </w:t>
      </w:r>
      <w:r>
        <w:t>Maulana, agla sawal Delhi se hai, Nazim Ahmed sahib ka. Unhon ne likha hai: "Jo log hamare sampark mein aate hain, un ko Islam ke bare mein batane ke liye kaun si kitabein hum dein?" Is ke bare mein bataein.</w:t>
      </w:r>
    </w:p>
    <w:p>
      <w:pPr>
        <w:jc w:val="right"/>
      </w:pPr>
      <w:r>
        <w:t>مولانا، اگلا سوال دلی سے ہے، نظیم احمد صاحب کا۔ انہوں نے لکھا ہے: "جو لوگ ہمارے સંپર્ک میں آتے ہیں، ان کو اسلام کے بارے میں بتانے کے لیے کون سی کتابیں ہم دیں؟" اس کے بارے میں بتائیں۔</w:t>
      </w:r>
    </w:p>
    <w:p>
      <w:r>
        <w:rPr>
          <w:b/>
        </w:rPr>
        <w:t xml:space="preserve">[1:14:35] </w:t>
      </w:r>
      <w:r>
        <w:t>Bhai, dekhein, yeh koi</w:t>
      </w:r>
    </w:p>
    <w:p>
      <w:pPr>
        <w:jc w:val="right"/>
      </w:pPr>
      <w:r>
        <w:t>بھائی، دیکھیں، یہ کوئی</w:t>
      </w:r>
    </w:p>
    <w:p>
      <w:r>
        <w:rPr>
          <w:b/>
        </w:rPr>
        <w:t xml:space="preserve">[1:14:39] </w:t>
      </w:r>
      <w:r>
        <w:t>Yaani yeh koi batane ki baat nahi hai, yeh toh aap ki samajhne ki baat hai. Kyun ke jo aap ke sampark mein aate hain, woh kya hain? Toh woh tarah tarah ke log ho sakte hain.</w:t>
      </w:r>
    </w:p>
    <w:p>
      <w:pPr>
        <w:jc w:val="right"/>
      </w:pPr>
      <w:r>
        <w:t>یعنی یہ کوئی بتانے کی بات نہیں ہے، یہ تو آپ کی سمجھنے کی بات ہے۔ کیونکہ جو آپ کے સંپર્ک میں آتے ہیں، وہ کیا ہیں؟ تو وہ طرح طرح کے لوگ ہو سکتے ہیں۔</w:t>
      </w:r>
    </w:p>
    <w:p>
      <w:r>
        <w:rPr>
          <w:b/>
        </w:rPr>
        <w:t xml:space="preserve">[1:14:50] </w:t>
      </w:r>
      <w:r>
        <w:t>Insaan ki toh bohat qismein hain. Toh aap ko khud kitabein padhna hoga,</w:t>
      </w:r>
    </w:p>
    <w:p>
      <w:pPr>
        <w:jc w:val="right"/>
      </w:pPr>
      <w:r>
        <w:t>انسان کی تو بہت قسمیں ہیں۔ تو آپ کو خود کتابیں پڑھنا ہوگا،</w:t>
      </w:r>
    </w:p>
    <w:p>
      <w:r>
        <w:rPr>
          <w:b/>
        </w:rPr>
        <w:t xml:space="preserve">[1:14:56] </w:t>
      </w:r>
      <w:r>
        <w:t>Kitaab padh ke khud aap ko tay karna hoga ke un ke mind ko address karne wali kitaab kaun si hai. Yeh koi doosra aadmi nahi bata sakta hai.</w:t>
      </w:r>
    </w:p>
    <w:p>
      <w:pPr>
        <w:jc w:val="right"/>
      </w:pPr>
      <w:r>
        <w:t>کتاب پڑھ کے خود آپ کو طے کرنا ہوگا کہ ان کے مائنڈ کو ایڈریس کرنے والی کتاب کون سی ہے۔ یہ کوئی دوسرا آدمی نہیں بتا سکتا ہے۔</w:t>
      </w:r>
    </w:p>
    <w:p>
      <w:r>
        <w:rPr>
          <w:b/>
        </w:rPr>
        <w:t xml:space="preserve">[1:15:10] </w:t>
      </w:r>
      <w:r>
        <w:t>Maulana, agla ek comment aaya hai, Patna se, Bihar se, Danial sahib ka. Unhon ne likha hai: "Maulana, pichhle Sunday ko main Delhi mein tha, main ne CPS Hall mein aap ke lecture ko attend kiya, jis ka topic tha Political Activism aur Futile Activism.</w:t>
      </w:r>
    </w:p>
    <w:p>
      <w:pPr>
        <w:jc w:val="right"/>
      </w:pPr>
      <w:r>
        <w:t>مولانا، اگلا ایک کمنٹ آیا ہے، پٹنہ سے، بہار سے، دانیال صاحب کا۔ انہوں نے لکھا ہے: "مولانا، پچھلے سنڈے کو میں دلی میں تھا، میں نے سی پی ایس ہال میں آپ کے لیکچر کو اٹینڈ کیا، جس کا ٹاپک تھا پولیٹیکل ایکٹیوزم اور فیوٹائل ایکٹیوزم۔</w:t>
      </w:r>
    </w:p>
    <w:p>
      <w:r>
        <w:rPr>
          <w:b/>
        </w:rPr>
        <w:t xml:space="preserve">[1:15:30] </w:t>
      </w:r>
      <w:r>
        <w:t>Aur aaj main online lecture yeh sun raha hoon, in dono lecture se kai bohat zyada important Islam ke aspects clear hue, jis ke baad mere</w:t>
      </w:r>
    </w:p>
    <w:p>
      <w:pPr>
        <w:jc w:val="right"/>
      </w:pPr>
      <w:r>
        <w:t>اور آج میں آن لائن لیکچر یہ سن رہا ہوں، ان دونوں لیکچر سے کئی بہت زیادہ امپورٹنٹ اسلام کے ایسپیکٹس کلیئر ہوئے، جس کے بعد میرے</w:t>
      </w:r>
    </w:p>
    <w:p>
      <w:r>
        <w:rPr>
          <w:b/>
        </w:rPr>
        <w:t xml:space="preserve">[1:15:40] </w:t>
      </w:r>
      <w:r>
        <w:t>andar thrilling ka ehsaas ho raha hai. Jo baatein main ne samjhi, woh yeh hain ke hum 200 saal se political empire ko regain karne ki koshish kar rahe hain.</w:t>
      </w:r>
    </w:p>
    <w:p>
      <w:pPr>
        <w:jc w:val="right"/>
      </w:pPr>
      <w:r>
        <w:t>اندر تھرلنگ کا احساس ہو رہا ہے۔ جو باتیں میں نے سمجھی، وہ یہ ہیں کہ ہم 200 سال سے پولیٹیکل ایمپائر کو ری گین کرنے کی کوشش کر رہے ہیں۔</w:t>
      </w:r>
    </w:p>
    <w:p>
      <w:r>
        <w:rPr>
          <w:b/>
        </w:rPr>
        <w:t xml:space="preserve">[1:15:52] </w:t>
      </w:r>
      <w:r>
        <w:t>halankeh is se bhi bara, is se bhi, is se bhi zyada bara empire maujood hai, aur woh hai daawa empire.</w:t>
      </w:r>
    </w:p>
    <w:p>
      <w:pPr>
        <w:jc w:val="right"/>
      </w:pPr>
      <w:r>
        <w:t>حالانکہ اس سے بھی بڑا، اس سے بھی، اس سے بھی زیادہ بڑا ایمپائر موجود ہے، اور وہ ہے دعویٰ ایمپائر۔</w:t>
      </w:r>
    </w:p>
    <w:p>
      <w:r>
        <w:rPr>
          <w:b/>
        </w:rPr>
        <w:t xml:space="preserve">[1:16:01] </w:t>
      </w:r>
      <w:r>
        <w:t>aur daawa empire ke baad kisi aur empire ki zaroorat nahi.</w:t>
      </w:r>
    </w:p>
    <w:p>
      <w:pPr>
        <w:jc w:val="right"/>
      </w:pPr>
      <w:r>
        <w:t>اور دعویٰ ایمپائر کے بعد کسی اور ایمپائر کی ضرورت نہیں۔</w:t>
      </w:r>
    </w:p>
    <w:p>
      <w:r>
        <w:rPr>
          <w:b/>
        </w:rPr>
        <w:t xml:space="preserve">[1:16:06] </w:t>
      </w:r>
      <w:r>
        <w:t>doosri ahem baat yeh hai ke Quran ke mutabiq hamare liye zimmedari yeh hai ke hum adl ko apnayen, na ke adl ko nafiz karne ke liye purtashaddud jiddojehad karen.</w:t>
      </w:r>
    </w:p>
    <w:p>
      <w:pPr>
        <w:jc w:val="right"/>
      </w:pPr>
      <w:r>
        <w:t>دوسری اہم بات یہ ہے کہ قرآن کے مطابق ہمارے لیے ذمہ داری یہ ہے کہ ہم عدل کو اپنائیں، نہ کہ عدل کو نافذ کرنے کے لیے پرتشدد جدوجہد کریں۔</w:t>
      </w:r>
    </w:p>
    <w:p>
      <w:r>
        <w:rPr>
          <w:b/>
        </w:rPr>
        <w:t xml:space="preserve">[1:16:20] </w:t>
      </w:r>
      <w:r>
        <w:t>teesri, prophet aur sahaba ke zamane mein religious persecution ka zamana tha. un logon ne jo bhi defense confrontation kiya, uska asal maqsad religious persecution ko</w:t>
      </w:r>
    </w:p>
    <w:p>
      <w:pPr>
        <w:jc w:val="right"/>
      </w:pPr>
      <w:r>
        <w:t>تیسری، پرافٹ اور صحابہ کے زمانے میں ریلیجیس پرسیکیوشن کا زمانہ تھا۔ ان لوگوں نے جو بھی ڈیفنسو کانفرنٹیشن کیا، اس کا اصل مقصد ریلیجیس پرسیکیوشن کو</w:t>
      </w:r>
    </w:p>
    <w:p>
      <w:r>
        <w:rPr>
          <w:b/>
        </w:rPr>
        <w:t xml:space="preserve">[1:16:34] </w:t>
      </w:r>
      <w:r>
        <w:t>khatam karne ka tha, na ke political power ko gain karne ka. aur unhi ki koshishon ke nateejay mein jo process shuru hua, uska culmination aaj freedom of expression hai.</w:t>
      </w:r>
    </w:p>
    <w:p>
      <w:pPr>
        <w:jc w:val="right"/>
      </w:pPr>
      <w:r>
        <w:t>ختم کرنے کا تھا، نہ کہ پولیٹیکل پاور کو گین کرنے کا۔ اور انہی کی کوششوں کے نتیجے میں جو پروسیس شروع ہوا، اس کا کلمینیشن آج فریڈم آف ایکسپریشن ہے۔</w:t>
      </w:r>
    </w:p>
    <w:p>
      <w:r>
        <w:rPr>
          <w:b/>
        </w:rPr>
        <w:t xml:space="preserve">[1:16:48] </w:t>
      </w:r>
      <w:r>
        <w:t>Maulana sahib, yeh baatein kya maine sahi samjhi? theek, bohat sahi, bilkul sahi hai,</w:t>
      </w:r>
    </w:p>
    <w:p>
      <w:pPr>
        <w:jc w:val="right"/>
      </w:pPr>
      <w:r>
        <w:t>مولانا صاحب، یہ باتیں کیا میں نے صحیح سمجھی؟ ٹھیک، بہت صحیح، بالکل صحیح ہے،</w:t>
      </w:r>
    </w:p>
    <w:p>
      <w:r>
        <w:rPr>
          <w:b/>
        </w:rPr>
        <w:t xml:space="preserve">[1:16:55] </w:t>
      </w:r>
      <w:r>
        <w:t>bilkul theek hai. Maulana, agla sawal Delhi se hai, Miss Naghma Siddiqui ka. unhon ne likha hai: "If ideal cannot be achieved, why has there been efforts throughout history to achieve it?"</w:t>
      </w:r>
    </w:p>
    <w:p>
      <w:pPr>
        <w:jc w:val="right"/>
      </w:pPr>
      <w:r>
        <w:t>بالکل ٹھیک ہے۔ مولانا، اگلا سوال دلی سے ہے، مس نغمہ صدیقی کا۔ انہوں نے لکھا ہے: "If ideal cannot be achieved, why has there been efforts throughout history to achieve it?"</w:t>
      </w:r>
    </w:p>
    <w:p>
      <w:r>
        <w:rPr>
          <w:b/>
        </w:rPr>
        <w:t xml:space="preserve">[1:17:14] </w:t>
      </w:r>
      <w:r>
        <w:t>dekhen, insaan jo hai, yaani ideal seeking animal hai.</w:t>
      </w:r>
    </w:p>
    <w:p>
      <w:pPr>
        <w:jc w:val="right"/>
      </w:pPr>
      <w:r>
        <w:t>دیکھیں، انسان جو ہے، یعنی آئیڈیل سیکنگ اینیمل ہے۔</w:t>
      </w:r>
    </w:p>
    <w:p>
      <w:r>
        <w:rPr>
          <w:b/>
        </w:rPr>
        <w:t xml:space="preserve">[1:17:23] </w:t>
      </w:r>
      <w:r>
        <w:t>paidaishi taur par is ke mind mein ek mayar hai, ek ideal hai, jis ko woh achieve karna chahta hai. toh Allah taala ne yeh jo mayar pasandi hai insaan ke andar rakhi thi, jannat ke shauq ke liye, ke aadmi duniya mein kam tawajjuh de, duniya mein apni dil na lagaye, yeh samajh kar ke bhai, jo ideal mere mind mein hai, woh toh jannat mein milega, yahan toh bas kuch din rehna hai.</w:t>
      </w:r>
    </w:p>
    <w:p>
      <w:pPr>
        <w:jc w:val="right"/>
      </w:pPr>
      <w:r>
        <w:t>پیدائشی طور پر اس کے مائنڈ میں ایک معیار ہے، ایک آئیڈیل ہے، جس کو وہ اچیو کرنا چاہتا ہے۔ تو اللہ تعالی نے یہ جو معیار پسندی ہے انسان کے اندر رکھی تھی، جنت کے شوق کے لیے، کہ آدمی دنیا میں کم توجہ دے، دنیا میں اپنی دل نہ لگائے، یہ سمجھ کر کہ کہ بھائی، جو آئیڈیل میرے مائنڈ میں ہے، وہ تو جنت میں ملے گا، یہاں تو بس کچھ دن رہنا ہے۔</w:t>
      </w:r>
    </w:p>
    <w:p>
      <w:r>
        <w:rPr>
          <w:b/>
        </w:rPr>
        <w:t xml:space="preserve">[1:17:51] </w:t>
      </w:r>
      <w:r>
        <w:t>lekin aaj is hua yeh ke beshtar insaanon ne is mayar pasandi ko isi duniya mein transfer karna chaha, jo mayar pasandi thi aakhirat, un ki jannat ki yaad karne ke liye, is se apne ko lo lagane ke liye.</w:t>
      </w:r>
    </w:p>
    <w:p>
      <w:pPr>
        <w:jc w:val="right"/>
      </w:pPr>
      <w:r>
        <w:t>لیکن آج اس ہوا یہ کہ بیشتر انسانوں نے اس معیار پسندی کو اسی دنیا میں ٹرانسفر کرنا چاہا، جو معیار پسندی تھی آخرت، ان کی جنت کی یاد کرنے کے لیے، اس سے اپنے کو لو لگانے کے لیے۔</w:t>
      </w:r>
    </w:p>
    <w:p>
      <w:r>
        <w:rPr>
          <w:b/>
        </w:rPr>
        <w:t xml:space="preserve">[1:18:09] </w:t>
      </w:r>
      <w:r>
        <w:t>is mayar pasandi ko chaha ke is duniya mein main bana loon. is ke nateejay mein yeh tareekh mein yeh manzar aap ko dikhai deta hai.</w:t>
      </w:r>
    </w:p>
    <w:p>
      <w:pPr>
        <w:jc w:val="right"/>
      </w:pPr>
      <w:r>
        <w:t>اس معیار پسندی کو چاہا کہ اس دنیا میں میں بنا لوں۔ اس کے نتیجے میں یہ تاریخ میں یہ منظر آپ کو دکھائی دے دیتا ہے۔</w:t>
      </w:r>
    </w:p>
    <w:p>
      <w:r>
        <w:rPr>
          <w:b/>
        </w:rPr>
        <w:t xml:space="preserve">[1:18:28] </w:t>
      </w:r>
      <w:r>
        <w:t>Maulana, agla sawal Delhi se hai, Nafees sahib ne likha hai. unhon ne poocha hai ke kisi waqea ka zikr karte hue aap ne ek hadith ka hawala diya tha, jo is tareeqay, is tareeqay, is tareeqay, is tarah thi: "jab nahaal log ohde daar banaye jaane lagein toh qayamat ka intezar karo." is hadith mein kya baat kahi gayi hai?</w:t>
      </w:r>
    </w:p>
    <w:p>
      <w:pPr>
        <w:jc w:val="right"/>
      </w:pPr>
      <w:r>
        <w:t>مولانا، اگلا سوال دلی سے ہے، نفیس صاحب نے لکھا ہے۔ انہوں نے پوچھا ہے کہ کسی واقعہ کا ذکر کرتے ہوئے آپ نے ایک حدیث کا حوالہ دیا تھا، جو اس طریقے، اس طریقے سے، اس طریقے، اس طرح تھی: "جب نااہل لوگ عہدے دار بنائے جانے لگے تو قیامت کا انتظار کرو۔" اس حدیث میں کیا بات کہی گئی ہے؟</w:t>
      </w:r>
    </w:p>
    <w:p>
      <w:r>
        <w:rPr>
          <w:b/>
        </w:rPr>
        <w:t xml:space="preserve">[1:18:55] </w:t>
      </w:r>
      <w:r>
        <w:t>main ise poori tareeqay se samajh nahi paaya hoon. is hadith ke alfaaz hain: "إذا أسست الأمر إلى غير أهله فادض الساعة" ۔</w:t>
      </w:r>
    </w:p>
    <w:p>
      <w:pPr>
        <w:jc w:val="right"/>
      </w:pPr>
      <w:r>
        <w:t>میں اسے پوری طریقے سے سمجھ نہیں پایا ہوں۔ اس حدیث کے الفاظ ہیں: "إذا أسست الأمر إلى غير أهله فادض الساعة" ۔</w:t>
      </w:r>
    </w:p>
    <w:p>
      <w:r>
        <w:rPr>
          <w:b/>
        </w:rPr>
        <w:t xml:space="preserve">[1:19:10] </w:t>
      </w:r>
      <w:r>
        <w:t>jab mamlaat jo hain, nahaalon ke haath mein</w:t>
      </w:r>
    </w:p>
    <w:p>
      <w:pPr>
        <w:jc w:val="right"/>
      </w:pPr>
      <w:r>
        <w:t>جب معاملات جو ہیں، نااہلوں کے ہاتھ میں</w:t>
      </w:r>
    </w:p>
    <w:p>
      <w:r>
        <w:rPr>
          <w:b/>
        </w:rPr>
        <w:t xml:space="preserve">[1:19:17] </w:t>
      </w:r>
      <w:r>
        <w:t>jane lagein toh intezar karo qayamat ka. toh main samajhta hoon ke yeh jo hadith thi, is ki paishangoee, yeh duaen poori ho chuki hain.</w:t>
      </w:r>
    </w:p>
    <w:p>
      <w:pPr>
        <w:jc w:val="right"/>
      </w:pPr>
      <w:r>
        <w:t>جانے لگے تو انتظار کرو قیامت کا۔ تو میں سمجھتا ہوں کہ یہ جو حدیث تھی، اس کی پیشنگوئی، یہ دعائیں پوری ہو چکی ہیں۔</w:t>
      </w:r>
    </w:p>
    <w:p>
      <w:r>
        <w:rPr>
          <w:b/>
        </w:rPr>
        <w:t xml:space="preserve">[1:19:32] </w:t>
      </w:r>
      <w:r>
        <w:t>aaj jis jagah dekhen, nahaal log baithe hue hain,</w:t>
      </w:r>
    </w:p>
    <w:p>
      <w:pPr>
        <w:jc w:val="right"/>
      </w:pPr>
      <w:r>
        <w:t>آج جس جگہ دیکھیں، نااہل لوگ بیٹھے ہوئے ہیں،</w:t>
      </w:r>
    </w:p>
    <w:p>
      <w:r>
        <w:rPr>
          <w:b/>
        </w:rPr>
        <w:t xml:space="preserve">[1:19:36] </w:t>
      </w:r>
      <w:r>
        <w:t>har seat par ek nahaal aadmi baitha hua hai.</w:t>
      </w:r>
    </w:p>
    <w:p>
      <w:pPr>
        <w:jc w:val="right"/>
      </w:pPr>
      <w:r>
        <w:t>ہر سیٹ پر ایک نااہل آدمی بیٹھا ہوا ہے۔</w:t>
      </w:r>
    </w:p>
    <w:p>
      <w:r>
        <w:rPr>
          <w:b/>
        </w:rPr>
        <w:t xml:space="preserve">[1:19:43] </w:t>
      </w:r>
      <w:r>
        <w:t>is ka sabab kya hai? kyun aisa hua ke nahaal log baith gaye, woh ja ja kar ke? toh is ko aap dhoondiye. lekin yeh toh waqea hai ke is zamane mein jitni seat hai, sab par nahaal log baithe hue hain.</w:t>
      </w:r>
    </w:p>
    <w:p>
      <w:pPr>
        <w:jc w:val="right"/>
      </w:pPr>
      <w:r>
        <w:t>اس کا سبب کیا ہے؟ کیوں ایسا ہوا کہ نااہل لوگ بیٹھ گئے، وہ جا جا کر کے؟ تو اس کو آپ ڈھونڈیے۔ لیکن یہ تو واقعہ ہے کہ اس زمانے میں جتنی سیٹ ہے، سب پر نااہل لوگ بیٹھے ہوئے ہیں۔</w:t>
      </w:r>
    </w:p>
    <w:p>
      <w:r>
        <w:rPr>
          <w:b/>
        </w:rPr>
        <w:t xml:space="preserve">[1:19:58] </w:t>
      </w:r>
      <w:r>
        <w:t>jahan tak main jaanta hoon, woh yeh hai ke nahaal log baatein khoob bolte hain, nahaal aadmi munafiq, munafiqat khoob dikhata hai, khoob achhi achhi baatein karega.</w:t>
      </w:r>
    </w:p>
    <w:p>
      <w:pPr>
        <w:jc w:val="right"/>
      </w:pPr>
      <w:r>
        <w:t>جہاں تک میں جانتا ہوں، وہ یہ ہے کہ نااہل لوگ باتیں خوب بولتے ہیں، نااہل آدمی منافق، منافقت خوب دکھاتا ہے، خوب اچھی اچھی باتیں کرے گا۔</w:t>
      </w:r>
    </w:p>
    <w:p>
      <w:r>
        <w:rPr>
          <w:b/>
        </w:rPr>
        <w:t xml:space="preserve">[1:20:13] </w:t>
      </w:r>
      <w:r>
        <w:t>toh log samjhen ke yeh bohat mozu hai is ohde ke liye. aur jo aadmi sachcha hoga, Allah se darta hoga, badh badh kar baatein nahi bolega.</w:t>
      </w:r>
    </w:p>
    <w:p>
      <w:pPr>
        <w:jc w:val="right"/>
      </w:pPr>
      <w:r>
        <w:t>تو لوگ سمجھیں کہ یہ بہت موضوع ہے اس عہدے کے لیے۔ اور جو آدمی سچا ہوگا، اللہ سے ڈرتا ہوگا، بڑھ بڑھ کر باتیں نہیں بولے گا۔</w:t>
      </w:r>
    </w:p>
    <w:p>
      <w:r>
        <w:rPr>
          <w:b/>
        </w:rPr>
        <w:t xml:space="preserve">[1:20:25] </w:t>
      </w:r>
      <w:r>
        <w:t>woh language, woh language of understatement sawal karega. kyunke ek hai language of overstatement, ek hai language of understatement.</w:t>
      </w:r>
    </w:p>
    <w:p>
      <w:pPr>
        <w:jc w:val="right"/>
      </w:pPr>
      <w:r>
        <w:t>وہ لینگویج، وہ لینگویج آف انڈرسٹیٹمنٹ سوال کرے گا۔ کیونکہ ایک ہے لینگویج آف اور اسٹیٹمنٹ، ایک ہے لینگویج آف انڈرسٹیٹمنٹ۔</w:t>
      </w:r>
    </w:p>
    <w:p>
      <w:r>
        <w:rPr>
          <w:b/>
        </w:rPr>
        <w:t xml:space="preserve">[1:20:37] </w:t>
      </w:r>
      <w:r>
        <w:t>toh munafiq jo hota hai, woh language of overstatement bolta hai.</w:t>
      </w:r>
    </w:p>
    <w:p>
      <w:pPr>
        <w:jc w:val="right"/>
      </w:pPr>
      <w:r>
        <w:t>تو منافق جو ہوتا ہے، وہ لینگویج آف اور اسٹیٹمنٹ بولتا ہے۔</w:t>
      </w:r>
    </w:p>
    <w:p>
      <w:r>
        <w:rPr>
          <w:b/>
        </w:rPr>
        <w:t xml:space="preserve">[1:20:42] </w:t>
      </w:r>
      <w:r>
        <w:t>aur jo sachcha aadmi hoga, woh language of understatement bolega. toh log tajziya kar nahi paate. toh is ki baaton ke dhoke mein aa jaate hain, kehte hain ke yeh hai, is ko seat par bithao.</w:t>
      </w:r>
    </w:p>
    <w:p>
      <w:pPr>
        <w:jc w:val="right"/>
      </w:pPr>
      <w:r>
        <w:t>اور جو سچا آدمی ہوگا، وہ لینگویج آف انڈرسٹیٹمنٹ بولے گا۔ تو لوگ تجزیہ کر نہیں پاتے۔ تو اس کی باتوں کے دھوکے میں آ جاتے ہیں، کہتے ہیں کہ یہ ہے، اس کو سیٹ پر بٹھاؤ۔</w:t>
      </w:r>
    </w:p>
    <w:p>
      <w:r>
        <w:rPr>
          <w:b/>
        </w:rPr>
        <w:t xml:space="preserve">[1:20:57] </w:t>
      </w:r>
      <w:r>
        <w:t>yeh daur toh poora isi ka hai.</w:t>
      </w:r>
    </w:p>
    <w:p>
      <w:pPr>
        <w:jc w:val="right"/>
      </w:pPr>
      <w:r>
        <w:t>یہ دور تو پورا اسی کا ہے۔</w:t>
      </w:r>
    </w:p>
    <w:p>
      <w:r>
        <w:rPr>
          <w:b/>
        </w:rPr>
        <w:t xml:space="preserve">[1:20:59] </w:t>
      </w:r>
      <w:r>
        <w:t>hadith mein aata hai ke "tarf al aman" . ek zamana aaye ga jab honesty uth jayegi. honesty uthne ka matlab kya hai?</w:t>
      </w:r>
    </w:p>
    <w:p>
      <w:pPr>
        <w:jc w:val="right"/>
      </w:pPr>
      <w:r>
        <w:t>حدیث میں آتا ہے کہ "طرف الامان" ۔ ایک زمانہ آئے گا جب اونیسٹی اٹھ جائے گی۔ اونیسٹی اٹھنے کا مطلب کیا ہے؟</w:t>
      </w:r>
    </w:p>
    <w:p>
      <w:r>
        <w:rPr>
          <w:b/>
        </w:rPr>
        <w:t xml:space="preserve">[1:21:10] </w:t>
      </w:r>
      <w:r>
        <w:t>munafiqat ka daur aa jayega. khoob baatein karenge log. wahi to hai aaj kal.</w:t>
      </w:r>
    </w:p>
    <w:p>
      <w:pPr>
        <w:jc w:val="right"/>
      </w:pPr>
      <w:r>
        <w:t>منافقت کا دور آ جائے گا۔ خوب باتیں کریں گے لوگ۔ وہی تو ہے آج کل۔</w:t>
      </w:r>
    </w:p>
    <w:p>
      <w:r>
        <w:rPr>
          <w:b/>
        </w:rPr>
        <w:t xml:space="preserve">[1:21:18] </w:t>
      </w:r>
      <w:r>
        <w:t>har aadmi baaton ka badshah bana hua hai. to sachche log jo hain, woh baatein bana nahi paate. to unko seat bhi nahi milti.</w:t>
      </w:r>
    </w:p>
    <w:p>
      <w:pPr>
        <w:jc w:val="right"/>
      </w:pPr>
      <w:r>
        <w:t>ہر آدمی باتوں کا بادشاہ بنا ہوا ہے۔ تو سچے لوگ جو ہیں، وہ باتیں بنا نہیں پاتے۔ تو ان کو سیٹ بھی نہیں ملتی۔</w:t>
      </w:r>
    </w:p>
    <w:p>
      <w:r>
        <w:rPr>
          <w:b/>
        </w:rPr>
        <w:t xml:space="preserve">[1:21:31] </w:t>
      </w:r>
      <w:r>
        <w:t>maulana, agla sawal melbourne, australia se aaya hai, mr shantanu mehra ka. unhone likha hai: "If ideal society is never possible to achieve,</w:t>
      </w:r>
    </w:p>
    <w:p>
      <w:pPr>
        <w:jc w:val="right"/>
      </w:pPr>
      <w:r>
        <w:t>مولانا، اگلا سوال میلبرن، آسٹریلیا سے آیا ہے، مسٹر شانتنو مہرا کا۔ انہوں نے لکھا ہے: "If ideal society is never possible to achieve,</w:t>
      </w:r>
    </w:p>
    <w:p>
      <w:r>
        <w:rPr>
          <w:b/>
        </w:rPr>
        <w:t xml:space="preserve">[1:21:44] </w:t>
      </w:r>
      <w:r>
        <w:t>so is it also wrong to compare ongoing situations</w:t>
      </w:r>
    </w:p>
    <w:p>
      <w:pPr>
        <w:jc w:val="right"/>
      </w:pPr>
      <w:r>
        <w:t>so is it also wrong to compare ongoing situations</w:t>
      </w:r>
    </w:p>
    <w:p>
      <w:r>
        <w:rPr>
          <w:b/>
        </w:rPr>
        <w:t xml:space="preserve">[1:21:49] </w:t>
      </w:r>
      <w:r>
        <w:t>against the ideal, keeping in mind the fact that we would never achieve the ideal?" dekhein,</w:t>
      </w:r>
    </w:p>
    <w:p>
      <w:pPr>
        <w:jc w:val="right"/>
      </w:pPr>
      <w:r>
        <w:t>against the ideal, keeping in mind the fact that we would never achieve the ideal?" دیکھیں،</w:t>
      </w:r>
    </w:p>
    <w:p>
      <w:r>
        <w:rPr>
          <w:b/>
        </w:rPr>
        <w:t xml:space="preserve">[1:22:01] </w:t>
      </w:r>
      <w:r>
        <w:t>jo soorat-e-haal hai, jo existing situation hai, usko ideal se naap ka kab akhaz karte hain aap? ek mufrada ideal, ek fardi ideal se naapni.</w:t>
      </w:r>
    </w:p>
    <w:p>
      <w:pPr>
        <w:jc w:val="right"/>
      </w:pPr>
      <w:r>
        <w:t>جو صورتحال ہے، جو ایگزسٹنگ سچوئیشن ہے، اس کو آئیڈیل سے ناپ کا کب اخذہ کرتے ہیں آپ؟ ایک مفروضہ آئیڈیل، ایک ایک فردی آئیڈیل سے ناپنی۔</w:t>
      </w:r>
    </w:p>
    <w:p>
      <w:r>
        <w:rPr>
          <w:b/>
        </w:rPr>
        <w:t xml:space="preserve">[1:22:13] </w:t>
      </w:r>
      <w:r>
        <w:t>iske bajaye aap yeh dekhiye ke jo bhi situation hai, usmein phir bhi opportunities maujood hain.</w:t>
      </w:r>
    </w:p>
    <w:p>
      <w:pPr>
        <w:jc w:val="right"/>
      </w:pPr>
      <w:r>
        <w:t>اس کے بجائے آپ یہ دیکھیے کہ جو بھی سچوئیشن ہے، اس میں پھر بھی اپرچونیٹیز موجود ہیں۔</w:t>
      </w:r>
    </w:p>
    <w:p>
      <w:r>
        <w:rPr>
          <w:b/>
        </w:rPr>
        <w:t xml:space="preserve">[1:22:22] </w:t>
      </w:r>
      <w:r>
        <w:t>to main yahan samjha hai, main ne ke aadmi ko chahiye ke woh apne zamane ko in terms of ideal na naape, in terms of opportunity dekhe.</w:t>
      </w:r>
    </w:p>
    <w:p>
      <w:pPr>
        <w:jc w:val="right"/>
      </w:pPr>
      <w:r>
        <w:t>تو میں یہاں سمجھا ہے، میں نے کہ آدمی کو چاہیے کہ وہ اپنے زمانے کو ان ٹرمز آف آئیڈیل نہ ناپے، ان ٹرمز آف اپرچونیٹی دیکھے۔</w:t>
      </w:r>
    </w:p>
    <w:p>
      <w:r>
        <w:rPr>
          <w:b/>
        </w:rPr>
        <w:t xml:space="preserve">[1:22:38] </w:t>
      </w:r>
      <w:r>
        <w:t>yani jo</w:t>
      </w:r>
    </w:p>
    <w:p>
      <w:pPr>
        <w:jc w:val="right"/>
      </w:pPr>
      <w:r>
        <w:t>یعنی جو</w:t>
      </w:r>
    </w:p>
    <w:p>
      <w:r>
        <w:rPr>
          <w:b/>
        </w:rPr>
        <w:t xml:space="preserve">[1:22:39] </w:t>
      </w:r>
      <w:r>
        <w:t>situation hai jis mein aadmi hai, usko ideals na judge kare. is aitbaar se dekhe ke kya opportunities maujood hain. to maloom hua ke bahut maujood hain, enormous opportunities.</w:t>
      </w:r>
    </w:p>
    <w:p>
      <w:pPr>
        <w:jc w:val="right"/>
      </w:pPr>
      <w:r>
        <w:t>سچوئیشن ہے جس میں آدمی ہے، اس کو آئیڈیلز نہ جج کرے۔ اس اعتبار سے دیکھے کہ کیا اپرچونیٹیز موجود ہیں۔ تو معلوم ہوا کہ بہت موجود ہیں، انارمز اپرچونیٹیز۔</w:t>
      </w:r>
    </w:p>
    <w:p>
      <w:r>
        <w:rPr>
          <w:b/>
        </w:rPr>
        <w:t xml:space="preserve">[1:22:50] </w:t>
      </w:r>
      <w:r>
        <w:t>to bas isi par focus kar de. aur ideal ke liye woh jannat ka, yani</w:t>
      </w:r>
    </w:p>
    <w:p>
      <w:pPr>
        <w:jc w:val="right"/>
      </w:pPr>
      <w:r>
        <w:t>تو بس اسی پر فوکس کر دے۔ اور آئیڈیل کے لیے وہ جنت کا، یعنی</w:t>
      </w:r>
    </w:p>
    <w:p>
      <w:r>
        <w:rPr>
          <w:b/>
        </w:rPr>
        <w:t xml:space="preserve">[1:22:58] </w:t>
      </w:r>
      <w:r>
        <w:t>woh samjhe ke jannat ke liye duaayein kare, jannat ke liye woh ishtiyaq iske andar ho. to idealism jannat ke liye hai. aur duniya mein jo hai, woh opportunities ko talash kar ke usko avail karna.</w:t>
      </w:r>
    </w:p>
    <w:p>
      <w:pPr>
        <w:jc w:val="right"/>
      </w:pPr>
      <w:r>
        <w:t>وہ سمجھے کہ جنت کے لیے دعائیں کرے، جنت کے لیے وہ اشتیاق اس کے اندر ہو۔ تو آئیڈیلزم جنت کے لیے ہے۔ اور دنیا میں جو ہے، وہ اپرچونیٹیز کو تلاش کر کے اس کو اویل کرنا۔</w:t>
      </w:r>
    </w:p>
    <w:p>
      <w:r>
        <w:rPr>
          <w:b/>
        </w:rPr>
        <w:t xml:space="preserve">[1:23:14] </w:t>
      </w:r>
      <w:r>
        <w:t>yeh hai sahi tareeqa-kaar.</w:t>
      </w:r>
    </w:p>
    <w:p>
      <w:pPr>
        <w:jc w:val="right"/>
      </w:pPr>
      <w:r>
        <w:t>یہ ہے صحیح طریقہ کار۔</w:t>
      </w:r>
    </w:p>
    <w:p>
      <w:r>
        <w:rPr>
          <w:b/>
        </w:rPr>
        <w:t xml:space="preserve">[1:23:20] </w:t>
      </w:r>
      <w:r>
        <w:t>maulana, agla sawal delhi se hai, dr najma siddiqui ka. unhone likha hai: "Curriculum change is considered an ongoing process in the field of education.</w:t>
      </w:r>
    </w:p>
    <w:p>
      <w:pPr>
        <w:jc w:val="right"/>
      </w:pPr>
      <w:r>
        <w:t>مولانا، اگلا سوال دلی سے ہے، ڈاکٹر نجمہ صدیقی کا۔ انہوں نے لکھا ہے: "Curriculum change is considered an ongoing process in the field of education.</w:t>
      </w:r>
    </w:p>
    <w:p>
      <w:r>
        <w:rPr>
          <w:b/>
        </w:rPr>
        <w:t xml:space="preserve">[1:23:34] </w:t>
      </w:r>
      <w:r>
        <w:t>How difficult is it to have open discussion and bring meaningful changes in madrasa curriculum?</w:t>
      </w:r>
    </w:p>
    <w:p>
      <w:pPr>
        <w:jc w:val="right"/>
      </w:pPr>
      <w:r>
        <w:t>How difficult is it to have open discussion and bring meaningful changes in madrasa curriculum?</w:t>
      </w:r>
    </w:p>
    <w:p>
      <w:r>
        <w:rPr>
          <w:b/>
        </w:rPr>
        <w:t xml:space="preserve">[1:23:42] </w:t>
      </w:r>
      <w:r>
        <w:t>Who can take a leading role for such work?" dekhein, main is concept hi ko yani nahi maanta ke curriculum change karne se koi inqilab aa jayega.</w:t>
      </w:r>
    </w:p>
    <w:p>
      <w:pPr>
        <w:jc w:val="right"/>
      </w:pPr>
      <w:r>
        <w:t>Who can take a leading role for such work?" دیکھیں، میں اس کانسیپٹ ہی کو یعنی نہیں مانتا کہ کریکلم چینج کرنے سے کوئی انقلاب آ جائے گا۔</w:t>
      </w:r>
    </w:p>
    <w:p>
      <w:r>
        <w:rPr>
          <w:b/>
        </w:rPr>
        <w:t xml:space="preserve">[1:23:56] </w:t>
      </w:r>
      <w:r>
        <w:t>main isko nahi maanta.</w:t>
      </w:r>
    </w:p>
    <w:p>
      <w:pPr>
        <w:jc w:val="right"/>
      </w:pPr>
      <w:r>
        <w:t>میں اس کو نہیں مانتا۔</w:t>
      </w:r>
    </w:p>
    <w:p>
      <w:r>
        <w:rPr>
          <w:b/>
        </w:rPr>
        <w:t xml:space="preserve">[1:23:58] </w:t>
      </w:r>
      <w:r>
        <w:t>india mein hum ne dekha hai ke british daur mein 1938 mein ek curriculum banaya gaya tha, lord macaulay ne banaya tha.</w:t>
      </w:r>
    </w:p>
    <w:p>
      <w:pPr>
        <w:jc w:val="right"/>
      </w:pPr>
      <w:r>
        <w:t>انڈیا میں ہم نے دیکھا ہے کہ برٹش دور میں 1938 میں ایک کریکلم بنایا گیا تھا، لارڈ میکلے نے بنایا تھا۔</w:t>
      </w:r>
    </w:p>
    <w:p>
      <w:r>
        <w:rPr>
          <w:b/>
        </w:rPr>
        <w:t xml:space="preserve">[1:24:10] </w:t>
      </w:r>
      <w:r>
        <w:t>iske baad se pata nahi kitni baar curriculum change kiya gaya hai. haalat kya? haalat achhe ho rahe hain, bad se badtar ho rahe hain.</w:t>
      </w:r>
    </w:p>
    <w:p>
      <w:pPr>
        <w:jc w:val="right"/>
      </w:pPr>
      <w:r>
        <w:t>اس کے بعد سے پتہ نہیں کتنی بار کریکلم چینج کیا گیا ہے۔ حالات کیا؟ حالات اچھے ہو رہے ہیں، بد سے بدتر ہو رہے ہیں۔</w:t>
      </w:r>
    </w:p>
    <w:p>
      <w:r>
        <w:rPr>
          <w:b/>
        </w:rPr>
        <w:t xml:space="preserve">[1:24:18] </w:t>
      </w:r>
      <w:r>
        <w:t>jo zamana maine dekha tha 1938 mein, aaj iske muqable mein bahut hi zyada bura haal ho chuka hai. halanke curriculum to kam az kam yani dasiyon baar change ho chuka hai.</w:t>
      </w:r>
    </w:p>
    <w:p>
      <w:pPr>
        <w:jc w:val="right"/>
      </w:pPr>
      <w:r>
        <w:t>جو زمانہ میں نے دیکھا تھا 1938 میں، آج اس کے مقابلے میں بہت ہی زیادہ برا حال ہو چکا ہے۔ حالانکہ کریکلم تو کم از کم یعنی دسیوں بار چینج ہو چکا ہے۔</w:t>
      </w:r>
    </w:p>
    <w:p>
      <w:r>
        <w:rPr>
          <w:b/>
        </w:rPr>
        <w:t xml:space="preserve">[1:24:31] </w:t>
      </w:r>
      <w:r>
        <w:t>jo hukoomat aati hai, woh curriculum mein change kar laati hai.</w:t>
      </w:r>
    </w:p>
    <w:p>
      <w:pPr>
        <w:jc w:val="right"/>
      </w:pPr>
      <w:r>
        <w:t>جو حکومت آتی ہے، وہ کریکلم میں چینج کر لاتی ہے۔</w:t>
      </w:r>
    </w:p>
    <w:p>
      <w:r>
        <w:rPr>
          <w:b/>
        </w:rPr>
        <w:t xml:space="preserve">[1:24:36] </w:t>
      </w:r>
      <w:r>
        <w:t>the concept itself is wrong ke curriculum ke badalne se koi naya change aa jayega. jo insaan bane the millat macaulay ke jo system mein, waise insaan aaj kahan ban rahe hain?</w:t>
      </w:r>
    </w:p>
    <w:p>
      <w:pPr>
        <w:jc w:val="right"/>
      </w:pPr>
      <w:r>
        <w:t>دا کانسیپٹ اٹ سیلف از رونگ کہ کریکلم کے بدلنے سے کوئی نیا چینج آ جائے گا۔ جو انسان بنے تھے ملاٹ بیکلے کے جو سسٹم میں، ویسے انسان آج کہاں بن رہے ہیں؟</w:t>
      </w:r>
    </w:p>
    <w:p>
      <w:r>
        <w:rPr>
          <w:b/>
        </w:rPr>
        <w:t xml:space="preserve">[1:24:51] </w:t>
      </w:r>
      <w:r>
        <w:t>isi mein to bane the sab: gandhi aur nehru aur dr prasad, raja krishan, zakir hussain,</w:t>
      </w:r>
    </w:p>
    <w:p>
      <w:pPr>
        <w:jc w:val="right"/>
      </w:pPr>
      <w:r>
        <w:t>اسی میں تو بنے تھے سب: گاندھی اور نہرو اور ڈاکٹر پرشاد، راجہ کرشن، ذاکر حسین،</w:t>
      </w:r>
    </w:p>
    <w:p>
      <w:r>
        <w:rPr>
          <w:b/>
        </w:rPr>
        <w:t xml:space="preserve">[1:24:58] </w:t>
      </w:r>
      <w:r>
        <w:t>dr dr raman, top ke log. ab kahan woh isi log paida ho rahe hain? ab woh log kahan paida ho rahe hain? to curriculum change karne ka jo concept hai, woh main isko bilkul nahi maanta.</w:t>
      </w:r>
    </w:p>
    <w:p>
      <w:pPr>
        <w:jc w:val="right"/>
      </w:pPr>
      <w:r>
        <w:t>ڈاکٹر ڈاکٹر رمن، ٹاپ کے لوگ۔ اب کہاں وہ اسی لوگ پیدا ہو رہے ہیں؟ اب وہ لوگ کہاں پیدا ہو رہے ہیں؟ تو کریکلم چینج کرنے کا جو کانسیپٹ ہے، وہ میں اس کو بالکل نہیں مانتا۔</w:t>
      </w:r>
    </w:p>
    <w:p>
      <w:r>
        <w:rPr>
          <w:b/>
        </w:rPr>
        <w:t xml:space="preserve">[1:25:13] </w:t>
      </w:r>
      <w:r>
        <w:t>agar koi manta ho to saboot de woh ke waise afraad aaj kyon nahi paida ho rahe hain?</w:t>
      </w:r>
    </w:p>
    <w:p>
      <w:pPr>
        <w:jc w:val="right"/>
      </w:pPr>
      <w:r>
        <w:t>اگر کوئی مانتا ہو تو ثبوت دے وہ کہ ویسے افراد آج کیوں نہیں پیدا ہو رہے ہیں؟</w:t>
      </w:r>
    </w:p>
    <w:p>
      <w:r>
        <w:rPr>
          <w:b/>
        </w:rPr>
        <w:t xml:space="preserve">[1:25:20] </w:t>
      </w:r>
      <w:r>
        <w:t>jitne hamare top ke yani log paida hue, wo sab isi British curriculum ke zariye paida hue the. ye so called aaj kal ka jo curriculum hai, is mein koi bhi sab media kar paida ho rahe hain, media kar.</w:t>
      </w:r>
    </w:p>
    <w:p>
      <w:pPr>
        <w:jc w:val="right"/>
      </w:pPr>
      <w:r>
        <w:t>جتنے ہمارے ٹاپ کے یعنی لوگ پیدا ہوئے، وہ سب اسی برٹش کریکلم کے ذریعے پیدا ہوئے تھے۔ یہ سو کالڈ آج کل کا جو کریکلم ہے، اس میں کوئی بھی سب میڈیا کر پیدا ہو رہے ہیں، میڈیا کر۔</w:t>
      </w:r>
    </w:p>
    <w:p>
      <w:r>
        <w:rPr>
          <w:b/>
        </w:rPr>
        <w:t xml:space="preserve">[1:25:35] </w:t>
      </w:r>
      <w:r>
        <w:t>is liye main is ko nahi manta. madarse mein bhi jo log dhoom machate hain, creculum badle to</w:t>
      </w:r>
    </w:p>
    <w:p>
      <w:pPr>
        <w:jc w:val="right"/>
      </w:pPr>
      <w:r>
        <w:t>اس لیے میں اس کو نہیں مانتا۔ مدرسے میں بھی جو لوگ دھوم مچاتے ہیں، کریکلم بدلے تو</w:t>
      </w:r>
    </w:p>
    <w:p>
      <w:r>
        <w:rPr>
          <w:b/>
        </w:rPr>
        <w:t xml:space="preserve">[1:25:41] </w:t>
      </w:r>
      <w:r>
        <w:t>yani kon sa result hai jis jis ka refer karenge? wo universityon ke creculum mein agar nateeja nikla hota bohat bara to kehte hain ke koi badlo.</w:t>
      </w:r>
    </w:p>
    <w:p>
      <w:pPr>
        <w:jc w:val="right"/>
      </w:pPr>
      <w:r>
        <w:t>یعنی کون سا رزلٹ ہے جس جس کا ریفر کریں گے؟ وہ یونیورسٹیوں کے کریکلم میں اگر نتیجہ نکلا ہوتا بہت بڑا تو کہتے ہیں کہ کوئی بدلو۔</w:t>
      </w:r>
    </w:p>
    <w:p>
      <w:r>
        <w:rPr>
          <w:b/>
        </w:rPr>
        <w:t xml:space="preserve">[1:25:51] </w:t>
      </w:r>
      <w:r>
        <w:t>haan, jab collegeon, universityon mein, schoolon mein kuch bhi nahi, farq faida hua,</w:t>
      </w:r>
    </w:p>
    <w:p>
      <w:pPr>
        <w:jc w:val="right"/>
      </w:pPr>
      <w:r>
        <w:t>ہاں، جب کالجوں، یونیورسٹیوں میں، اسکولوں میں کچھ بھی نہیں، فرق فائدہ ہوا،</w:t>
      </w:r>
    </w:p>
    <w:p>
      <w:r>
        <w:rPr>
          <w:b/>
        </w:rPr>
        <w:t xml:space="preserve">[1:25:58] </w:t>
      </w:r>
      <w:r>
        <w:t>kuch bhi faida nahi hua. to to kis yani kis kis yani kis result ke hawale se wo mutalba karte hain ke madarson badlo?</w:t>
      </w:r>
    </w:p>
    <w:p>
      <w:pPr>
        <w:jc w:val="right"/>
      </w:pPr>
      <w:r>
        <w:t>کچھ بھی فائدہ نہیں ہوا۔ تو تو کس یعنی کس کس یعنی کس رزلٹ کے حوالے سے وہ مطالبہ کرتے ہیں کہ مدرسوں بدلو؟</w:t>
      </w:r>
    </w:p>
    <w:p>
      <w:r>
        <w:rPr>
          <w:b/>
        </w:rPr>
        <w:t xml:space="preserve">[1:26:10] </w:t>
      </w:r>
      <w:r>
        <w:t>kuch bhi faida nahi hoga madarson badla jaye tab bhi. to sochna ye chahiye ke aur kya cheez darkar hai?</w:t>
      </w:r>
    </w:p>
    <w:p>
      <w:pPr>
        <w:jc w:val="right"/>
      </w:pPr>
      <w:r>
        <w:t>کچھ بھی فائدہ نہیں ہوگا مدرسوں بدلا جائے تب بھی۔ تو سوچنا یہ چاہیے کہ اور کیا چیز درکار ہے؟</w:t>
      </w:r>
    </w:p>
    <w:p>
      <w:r>
        <w:rPr>
          <w:b/>
        </w:rPr>
        <w:t xml:space="preserve">[1:26:19] </w:t>
      </w:r>
      <w:r>
        <w:t>to mera jo meri jo finding hai ke aur jo cheez darkar hai, wo hai, wo hai, wo yani ek hai.</w:t>
      </w:r>
    </w:p>
    <w:p>
      <w:pPr>
        <w:jc w:val="right"/>
      </w:pPr>
      <w:r>
        <w:t>تو میرا جو میری جو فائنڈنگ ہے کہ اور جو چیز درکار ہے، وہ ہے، وہ ہے، وہ یعنی ایک ہے۔</w:t>
      </w:r>
    </w:p>
    <w:p>
      <w:r>
        <w:rPr>
          <w:b/>
        </w:rPr>
        <w:t xml:space="preserve">[1:26:30] </w:t>
      </w:r>
      <w:r>
        <w:t>dekhen, forward education, ek an forward education. mere nazdeek insan bante hain an forward education ke zariye.</w:t>
      </w:r>
    </w:p>
    <w:p>
      <w:pPr>
        <w:jc w:val="right"/>
      </w:pPr>
      <w:r>
        <w:t>دیکھیں، فارورڈ ایجوکیشن، ایک ان فارورڈ ایجوکیشن۔ میرے نزدیک انسان بنتے ہیں ان فارورڈ ایجوکیشن کے ذریعے۔</w:t>
      </w:r>
    </w:p>
    <w:p>
      <w:r>
        <w:rPr>
          <w:b/>
        </w:rPr>
        <w:t xml:space="preserve">[1:26:38] </w:t>
      </w:r>
      <w:r>
        <w:t>forward education mein kabhi bhi insan nahi bante. ye dhoom macha rakhi hai logon ne ke sochte hain ke education se ye ho jayega, wo ho jayega. tagore is ke badshah the.</w:t>
      </w:r>
    </w:p>
    <w:p>
      <w:pPr>
        <w:jc w:val="right"/>
      </w:pPr>
      <w:r>
        <w:t>فارورڈ ایجوکیشن میں کبھی بھی انسان نہیں بنتے۔ یہ دھوم مچا رکھی ہے لوگوں نے کہ سوچتے ہیں کہ ایجوکیشن سے یہ ہو جائے گا، وہ ہو جائے گا۔ ٹائیگور اس کے بادشاہ تھے۔</w:t>
      </w:r>
    </w:p>
    <w:p>
      <w:r>
        <w:rPr>
          <w:b/>
        </w:rPr>
        <w:t xml:space="preserve">[1:26:48] </w:t>
      </w:r>
      <w:r>
        <w:t>tagore ne shanti niketan banai. wo samajhte the ke shanti niketan mein ek naye indian banenge. koi ek bhi aadmi nahi bana, kuch bhi nahi hua, kuch bhi nahi hua.</w:t>
      </w:r>
    </w:p>
    <w:p>
      <w:pPr>
        <w:jc w:val="right"/>
      </w:pPr>
      <w:r>
        <w:t>ٹائیگور نے شانتی نیکتن بنائی۔ وہ سمجھتے تھے کہ شانتی نیکتن میں ایک نئے انڈین بنیں گے۔ کوئی ایک بھی آدمی نہیں بنا، کچھ بھی نہیں ہوا، کچھ بھی نہیں ہوا۔</w:t>
      </w:r>
    </w:p>
    <w:p>
      <w:r>
        <w:rPr>
          <w:b/>
        </w:rPr>
        <w:t xml:space="preserve">[1:27:01] </w:t>
      </w:r>
      <w:r>
        <w:t>to mere nazdeek insan sa dekhen, ek hai insan saazi, ek hai profession. yani professional skill ke liye hai forward education, service lene ke liye, is tarah ke kamon ke liye hai.</w:t>
      </w:r>
    </w:p>
    <w:p>
      <w:pPr>
        <w:jc w:val="right"/>
      </w:pPr>
      <w:r>
        <w:t>تو میرے نزدیک انسان سا دیکھیں، ایک ہے انسان سازی، ایک ہے پروفیشن۔ یعنی پروفیشنل اسکل کے لیے ہے فارورڈ ایجوکیشن، سروس لینے کے لیے، اس طرح کے کاموں کے لیے ہے۔</w:t>
      </w:r>
    </w:p>
    <w:p>
      <w:r>
        <w:rPr>
          <w:b/>
        </w:rPr>
        <w:t xml:space="preserve">[1:27:19] </w:t>
      </w:r>
      <w:r>
        <w:t>to professional skill ke liye to bilashuba wo wo education bohat mufeed hai. lekin insan banne ke liye an forward education ki sari ahmiyat, sari ahmiyat an forward education ki hai.</w:t>
      </w:r>
    </w:p>
    <w:p>
      <w:pPr>
        <w:jc w:val="right"/>
      </w:pPr>
      <w:r>
        <w:t>تو پروفیشنل اسکل کے لیے تو بلاشبہ وہ وہ ایجوکیشن بہت مفید ہے۔ لیکن انسان بننے کے لیے ان فارورڈ ایجوکیشن کی ساری اہمیت، ساری اہمیت ان فارورڈ ایجوکیشن کی ہے۔</w:t>
      </w:r>
    </w:p>
    <w:p>
      <w:r>
        <w:rPr>
          <w:b/>
        </w:rPr>
        <w:t xml:space="preserve">[1:27:34] </w:t>
      </w:r>
      <w:r>
        <w:t>ye meri soch hai</w:t>
      </w:r>
    </w:p>
    <w:p>
      <w:pPr>
        <w:jc w:val="right"/>
      </w:pPr>
      <w:r>
        <w:t>یہ میری سوچ ہے</w:t>
      </w:r>
    </w:p>
    <w:p>
      <w:r>
        <w:rPr>
          <w:b/>
        </w:rPr>
        <w:t xml:space="preserve">[1:27:36] </w:t>
      </w:r>
      <w:r>
        <w:t>aur lambe tajrube ke baad maine ye soch banai hai. isi liye main kabhi bhi ye nahi kehta ke madarse ka nisaab badlo.</w:t>
      </w:r>
    </w:p>
    <w:p>
      <w:pPr>
        <w:jc w:val="right"/>
      </w:pPr>
      <w:r>
        <w:t>اور لمبے تجربے کے بعد میں نے یہ سوچ بنائی ہے۔ اسی لیے میں کبھی بھی یہ نہیں کہتا کہ مدرسے کا نصاب بدلو۔</w:t>
      </w:r>
    </w:p>
    <w:p>
      <w:r>
        <w:rPr>
          <w:b/>
        </w:rPr>
        <w:t xml:space="preserve">[1:27:46] </w:t>
      </w:r>
      <w:r>
        <w:t>ye ek ek futile demand samajhta hoon. is ko badlo ya na badlo, is se kuch farq nahi hone wala hai.</w:t>
      </w:r>
    </w:p>
    <w:p>
      <w:pPr>
        <w:jc w:val="right"/>
      </w:pPr>
      <w:r>
        <w:t>یہ ایک ایک فیوٹائل ڈیمانڈ سمجھتا ہوں۔ اس کو بدلو یا نہ بدلو، اس سے کچھ فرق نہیں ہونے والا ہے۔</w:t>
      </w:r>
    </w:p>
    <w:p>
      <w:r>
        <w:rPr>
          <w:b/>
        </w:rPr>
        <w:t xml:space="preserve">[1:27:52] </w:t>
      </w:r>
      <w:r>
        <w:t>achha, doosri baat main ye batata hoon, kai madarse aise qaim hue jo nisaab badalne hi ke is bane the. isi par mislan nadwa, mislan islah, mislan jab falah.</w:t>
      </w:r>
    </w:p>
    <w:p>
      <w:pPr>
        <w:jc w:val="right"/>
      </w:pPr>
      <w:r>
        <w:t>اچھا، دوسری بات میں یہ بتاتا ہوں، کئی مدرسے ایسے قائم ہوئے جو نصاب بدلنے ہی کے اس بنے تھے۔ اسی پر مثلاً ندوہ، مثلاً اصلاح، مثلاً جاب فلاح۔</w:t>
      </w:r>
    </w:p>
    <w:p>
      <w:r>
        <w:rPr>
          <w:b/>
        </w:rPr>
        <w:t xml:space="preserve">[1:28:06] </w:t>
      </w:r>
      <w:r>
        <w:t>kai madarse baqayda isi liye bane the ke jo qadeem jo nizami, jo</w:t>
      </w:r>
    </w:p>
    <w:p>
      <w:pPr>
        <w:jc w:val="right"/>
      </w:pPr>
      <w:r>
        <w:t>کئی مدرسے باقاعدہ اسی لیے بنے تھے کہ جو قدیم جو نظامی، جو</w:t>
      </w:r>
    </w:p>
    <w:p>
      <w:r>
        <w:rPr>
          <w:b/>
        </w:rPr>
        <w:t xml:space="preserve">[1:28:12] </w:t>
      </w:r>
      <w:r>
        <w:t>nizami kya kehte hain, dars e nizami, qadeem jo nisaab jo kehte hain, dars e nizami, is ke siwa ek aur nisaab, is mein kon aadmi paida hua?</w:t>
      </w:r>
    </w:p>
    <w:p>
      <w:pPr>
        <w:jc w:val="right"/>
      </w:pPr>
      <w:r>
        <w:t>نظامی کیا کہتے ہیں، درس نظامی، قدیم جو نصاب جو کہتے ہیں، درس نظامی، اس کے سوا ایک اور نصاب، اس میں کون آدمی پیدا ہوا؟</w:t>
      </w:r>
    </w:p>
    <w:p>
      <w:r>
        <w:rPr>
          <w:b/>
        </w:rPr>
        <w:t xml:space="preserve">[1:28:23] </w:t>
      </w:r>
      <w:r>
        <w:t>yani already ye tajruba kiya ja chuka hai. bohat se madarse qaim hue, ek do nahi,</w:t>
      </w:r>
    </w:p>
    <w:p>
      <w:pPr>
        <w:jc w:val="right"/>
      </w:pPr>
      <w:r>
        <w:t>یعنی الریڈی یہ تجربہ کیا جا چکا ہے۔ بہت سے مدرسے قائم ہوئے، ایک دو نہیں،</w:t>
      </w:r>
    </w:p>
    <w:p>
      <w:r>
        <w:rPr>
          <w:b/>
        </w:rPr>
        <w:t xml:space="preserve">[1:28:29] </w:t>
      </w:r>
      <w:r>
        <w:t>bohat se madarse qaim hue jinhon ne kaha ke dars e nizami ki bajaye hum ek aur nisaab chalayenge. aur chalaya unhon ne. aadmi ek bhi nahi bana.</w:t>
      </w:r>
    </w:p>
    <w:p>
      <w:pPr>
        <w:jc w:val="right"/>
      </w:pPr>
      <w:r>
        <w:t>بہت سے مدرسے قائم ہوئے جنہوں نے کہا کہ درس نظامی کی بجائے ہم ایک اور نصاب چلائیں گے۔ اور چلایا انہوں نے۔ آدمی ایک بھی نہیں بنا۔</w:t>
      </w:r>
    </w:p>
    <w:p>
      <w:r>
        <w:rPr>
          <w:b/>
        </w:rPr>
        <w:t xml:space="preserve">[1:28:40] </w:t>
      </w:r>
      <w:r>
        <w:t>aadmi banta hai an forward education se. forward education sirf yani</w:t>
      </w:r>
    </w:p>
    <w:p>
      <w:pPr>
        <w:jc w:val="right"/>
      </w:pPr>
      <w:r>
        <w:t>آدمی بنتا ہے ان فارورڈ ایجوکیشن سے۔ فارورڈ ایجوکیشن صرف یعنی</w:t>
      </w:r>
    </w:p>
    <w:p>
      <w:r>
        <w:rPr>
          <w:b/>
        </w:rPr>
        <w:t xml:space="preserve">[1:28:46] </w:t>
      </w:r>
      <w:r>
        <w:t>profession wale bante hain bas, aur is se zyada kuch nahi.</w:t>
      </w:r>
    </w:p>
    <w:p>
      <w:pPr>
        <w:jc w:val="right"/>
      </w:pPr>
      <w:r>
        <w:t>پروفیشن والے بنتے ہیں بس، اور اس سے زیادہ کچھ نہیں۔</w:t>
      </w:r>
    </w:p>
    <w:p>
      <w:r>
        <w:rPr>
          <w:b/>
        </w:rPr>
        <w:t xml:space="preserve">[1:28:53] </w:t>
      </w:r>
      <w:r>
        <w:t>maulana, agla sawal ah dili se hai, maulana sharq hussain sahab ka. unhon ne likha hai: "logon ne deen ki siyasi taabeer kyun ki?</w:t>
      </w:r>
    </w:p>
    <w:p>
      <w:pPr>
        <w:jc w:val="right"/>
      </w:pPr>
      <w:r>
        <w:t>مولانا، اگلا سوال اہ دلی سے ہے، مولانا شارق حسین صاحب کا۔ انہوں نے لکھا ہے: "لوگوں نے دین کی سیاسی تعبیر کیوں کی؟</w:t>
      </w:r>
    </w:p>
    <w:p>
      <w:r>
        <w:rPr>
          <w:b/>
        </w:rPr>
        <w:t xml:space="preserve">[1:29:03] </w:t>
      </w:r>
      <w:r>
        <w:t>is ki asal wajah kya hai? is ke bare mein batayen." masla siyasi taabeer ka nahi hai, masla siyasi fakhr ka hai.</w:t>
      </w:r>
    </w:p>
    <w:p>
      <w:pPr>
        <w:jc w:val="right"/>
      </w:pPr>
      <w:r>
        <w:t>اس کی اصل وجہ کیا ہے؟ اس کے بارے میں بتائیں۔" مسئلہ سیاسی تعبیر کا نہیں ہے، مسئلہ سیاسی فخر کا ہے۔</w:t>
      </w:r>
    </w:p>
    <w:p>
      <w:r>
        <w:rPr>
          <w:b/>
        </w:rPr>
        <w:t xml:space="preserve">[1:29:14] </w:t>
      </w:r>
      <w:r>
        <w:t>poori poori ummat siyasi fakhr mein jee rahi hai. mujhe koi bhi exception nahi maloom is bare mein. cps ke sab siyasi fakhr mein, yani matlab usmani kuch daur tareekh guzra hai,</w:t>
      </w:r>
    </w:p>
    <w:p>
      <w:pPr>
        <w:jc w:val="right"/>
      </w:pPr>
      <w:r>
        <w:t>پوری پوری امت سیاسی فخر میں جی رہی ہے۔ مجھے کوئی بھی ایکسیپشن نہیں معلوم اس بارے میں۔ سی پی ایس کے سب سیاسی فخر میں، یعنی مطلب عثمانی کچھ دور تاریخ گزرا ہے،</w:t>
      </w:r>
    </w:p>
    <w:p>
      <w:r>
        <w:rPr>
          <w:b/>
        </w:rPr>
        <w:t xml:space="preserve">[1:29:29] </w:t>
      </w:r>
      <w:r>
        <w:t>is ko le kar fakhr</w:t>
      </w:r>
    </w:p>
    <w:p>
      <w:pPr>
        <w:jc w:val="right"/>
      </w:pPr>
      <w:r>
        <w:t>اس کو لے کر فخر</w:t>
      </w:r>
    </w:p>
    <w:p>
      <w:r>
        <w:rPr>
          <w:b/>
        </w:rPr>
        <w:t xml:space="preserve">[1:29:31] </w:t>
      </w:r>
      <w:r>
        <w:t>to isi ko, isi ko revive karna, isi ko regain karna, isi ko phir dunya mein lana to yeh yeh mizaj sab ka hai.</w:t>
      </w:r>
    </w:p>
    <w:p>
      <w:pPr>
        <w:jc w:val="right"/>
      </w:pPr>
      <w:r>
        <w:t>تو اسی کو، اسی کو ریوائیو کرنا، اسی کو ریگین کرنا، اسی کو پھر دنیا میں لانا تو یہ یہ مزاج سب کا ہے۔</w:t>
      </w:r>
    </w:p>
    <w:p>
      <w:r>
        <w:rPr>
          <w:b/>
        </w:rPr>
        <w:t xml:space="preserve">[1:29:43] </w:t>
      </w:r>
      <w:r>
        <w:t>isi ne yeh siyasi ta'beer, siyasi ta'beer ka mein is ko fitna samajhta hoon, paida kiya.</w:t>
      </w:r>
    </w:p>
    <w:p>
      <w:pPr>
        <w:jc w:val="right"/>
      </w:pPr>
      <w:r>
        <w:t>اسی نے یہ سیاسی تعبیر، سیاسی تعبیر کا میں اس کو فتنہ سمجھتا ہوں، پیدا کیا۔</w:t>
      </w:r>
    </w:p>
    <w:p>
      <w:r>
        <w:rPr>
          <w:b/>
        </w:rPr>
        <w:t xml:space="preserve">[1:29:51] </w:t>
      </w:r>
      <w:r>
        <w:t>yeh tareekhi fakhr ko dobara hasil karo, dobara qaim karo, isi ka naam hai siyasi ta'beer. is ka Islam se koi talluq nahin.</w:t>
      </w:r>
    </w:p>
    <w:p>
      <w:pPr>
        <w:jc w:val="right"/>
      </w:pPr>
      <w:r>
        <w:t>یہ تاریخی فخر کو دوبارہ حاصل کرو، دوبارہ قائم کرو، اسی کا نام ہے سیاسی تعبیر۔ اس کا اسلام سے کوئی تعلق نہیں۔</w:t>
      </w:r>
    </w:p>
    <w:p>
      <w:r>
        <w:rPr>
          <w:b/>
        </w:rPr>
        <w:t xml:space="preserve">[1:30:03] </w:t>
      </w:r>
      <w:r>
        <w:t>Maulana, un ka ek aur sawal hai. unhon ne likha hai ke ek baray aalim jo Islam ke political interpretation ke leader hain, mein ne un se poocha ke Quran ki ayat mein kahan</w:t>
      </w:r>
    </w:p>
    <w:p>
      <w:pPr>
        <w:jc w:val="right"/>
      </w:pPr>
      <w:r>
        <w:t>مولانا، ان کا ایک اور سوال ہے۔ انہوں نے لکھا ہے کہ ایک بڑے عالم جو اسلام کے پولیٹیکل انٹرپریٹیشن کے لیڈر ہیں، میں نے ان سے پوچھا کہ قرآن کی آیت میں کہاں</w:t>
      </w:r>
    </w:p>
    <w:p>
      <w:r>
        <w:rPr>
          <w:b/>
        </w:rPr>
        <w:t xml:space="preserve">[1:30:15] </w:t>
      </w:r>
      <w:r>
        <w:t>kaha gaya hai ke tum dunya mein political system ko qaim karo? unhon ne ayat Hakeemuddin ka hawala diya. Maulana, is ayat ko aap explain karen.</w:t>
      </w:r>
    </w:p>
    <w:p>
      <w:pPr>
        <w:jc w:val="right"/>
      </w:pPr>
      <w:r>
        <w:t>کہا گیا ہے کہ تم دنیا میں پولیٹیکل سسٹم کو قائم کرو؟ انہوں نے آیت حکیم الدین کا حوالہ دیا۔ مولانا، اس آیت کو آپ ایکسپلین کریں۔</w:t>
      </w:r>
    </w:p>
    <w:p>
      <w:r>
        <w:rPr>
          <w:b/>
        </w:rPr>
        <w:t xml:space="preserve">[1:30:27] </w:t>
      </w:r>
      <w:r>
        <w:t>dekhen, yeh bohat bari, mein is ko gunah samajhta hoon</w:t>
      </w:r>
    </w:p>
    <w:p>
      <w:pPr>
        <w:jc w:val="right"/>
      </w:pPr>
      <w:r>
        <w:t>دیکھیں، یہ بہت بڑی، میں اس کو گناہ سمجھتا ہوں</w:t>
      </w:r>
    </w:p>
    <w:p>
      <w:r>
        <w:rPr>
          <w:b/>
        </w:rPr>
        <w:t xml:space="preserve">[1:30:32] </w:t>
      </w:r>
      <w:r>
        <w:t>ke Hakeemuddin ko iqamat-e-hukumat ke ma'ni mein liya jaye. kuch aur log hain jo Hakeem-us-Salat ke ma'ni lete hain, iqamat-e-nizam, yani social nizam qaim karna samajhte hain ke is mein Hakeem-us-Salat ka alfaaz hukum diya gaya hai.</w:t>
      </w:r>
    </w:p>
    <w:p>
      <w:pPr>
        <w:jc w:val="right"/>
      </w:pPr>
      <w:r>
        <w:t>کہ حکیم الدین کو اقامت حکومت کے معنی میں لیا جائے۔ کچھ اور لوگ ہیں جو حکیم الصلوۃ کے معنی لیتے ہیں، اقامت نظام، یعنی سوشل نظام قائم کرنا سمجھتے ہیں کہ اس میں حکیم الصلوۃ کا الفاظ حکم دیا گیا ہے۔</w:t>
      </w:r>
    </w:p>
    <w:p>
      <w:r>
        <w:rPr>
          <w:b/>
        </w:rPr>
        <w:t xml:space="preserve">[1:30:50] </w:t>
      </w:r>
      <w:r>
        <w:t>Hakeemuddin ke ma'ni har giz yeh nahin hain ke iqamat-e-hukumat. is par mein ne likhi hai Ta'beer Ghalati hai, bohat lambi behas ki hai, is ko aap parh lijiyey. Hakeemuddin ke ma'ni hain ghair siyasi daire mein deen ke jo taqazay hain, jis ko ke har fard</w:t>
      </w:r>
    </w:p>
    <w:p>
      <w:pPr>
        <w:jc w:val="right"/>
      </w:pPr>
      <w:r>
        <w:t>حکیم الدین کے معنی ہرگز یہ نہیں ہیں کہ اقامت حکومت۔ اس پر میں نے لکھی ہے تعبیر غلطی ہے، بہت لمبی بحث کی ہے، اس کو آپ پڑھ لیجئے۔ حکیم الدین کے معنی ہیں غیر سیاسی دائرے میں دین کے جو تقاضے ہیں، جس کو کہ ہر فرد</w:t>
      </w:r>
    </w:p>
    <w:p>
      <w:r>
        <w:rPr>
          <w:b/>
        </w:rPr>
        <w:t xml:space="preserve">[1:31:07] </w:t>
      </w:r>
      <w:r>
        <w:t>bila rukawat ikhtiyar kar sakta hai, is ko, is is par qaim hona, yani tauheed, ikhlas, ibadat, akhlaq aur Allah se mohabbat, Allah se khauf, yeh sab cheezen is se murad hain.</w:t>
      </w:r>
    </w:p>
    <w:p>
      <w:pPr>
        <w:jc w:val="right"/>
      </w:pPr>
      <w:r>
        <w:t>بلا رکاوٹ اختیار کر سکتا ہے، اس کو، اس اس پر قائم ہونا، یعنی توحید، اخلاص، عبادت، اخلاق اور اللہ سے محبت، اللہ سے خوف، یہ سب چیزیں اس سے مراد ہیں۔</w:t>
      </w:r>
    </w:p>
    <w:p>
      <w:r>
        <w:rPr>
          <w:b/>
        </w:rPr>
        <w:t xml:space="preserve">[1:31:27] </w:t>
      </w:r>
      <w:r>
        <w:t>is ka hukumat se kuch bhi talluq nahin hai.</w:t>
      </w:r>
    </w:p>
    <w:p>
      <w:pPr>
        <w:jc w:val="right"/>
      </w:pPr>
      <w:r>
        <w:t>اس کا حکومت سے کچھ بھی تعلق نہیں ہے۔</w:t>
      </w:r>
    </w:p>
    <w:p>
      <w:r>
        <w:rPr>
          <w:b/>
        </w:rPr>
        <w:t xml:space="preserve">[1:31:30] </w:t>
      </w:r>
      <w:r>
        <w:t>is par mein ne likha hua hai, mein ne yeh bhi likha hai is mein ke saaray hi mufassireen mutafiq hain ke is mein siyasat shamil nahin hai.</w:t>
      </w:r>
    </w:p>
    <w:p>
      <w:pPr>
        <w:jc w:val="right"/>
      </w:pPr>
      <w:r>
        <w:t>اس پر میں نے لکھا ہوا ہے، میں نے یہ بھی لکھا ہے اس میں کہ سارے ہی مفسرین متفق ہیں کہ اس میں سیاست شامل نہیں ہے۔</w:t>
      </w:r>
    </w:p>
    <w:p>
      <w:r>
        <w:rPr>
          <w:b/>
        </w:rPr>
        <w:t xml:space="preserve">[1:31:42] </w:t>
      </w:r>
      <w:r>
        <w:t>yeh jo aaj kal ke nikle hain siyasi ta'beer karne walay, yeh to bohat hi ziyada جسارت karte hain</w:t>
      </w:r>
    </w:p>
    <w:p>
      <w:pPr>
        <w:jc w:val="right"/>
      </w:pPr>
      <w:r>
        <w:t>یہ جو آج کل کے نکلے ہیں سیاسی تعبیر کرنے والے، یہ تو بہت ہی زیادہ جسارت کرتے ہیں</w:t>
      </w:r>
    </w:p>
    <w:p>
      <w:r>
        <w:rPr>
          <w:b/>
        </w:rPr>
        <w:t xml:space="preserve">[1:31:49] </w:t>
      </w:r>
      <w:r>
        <w:t>aur ke koi saboot nahin hai, aur phir bhi is ko dohrata chale ja rahe hain. yani na to lughat mein saboot hai, na Quran mein saboot hai, na tafseeron mein se koi aik bhi mufassir is ke haq mein hai.</w:t>
      </w:r>
    </w:p>
    <w:p>
      <w:pPr>
        <w:jc w:val="right"/>
      </w:pPr>
      <w:r>
        <w:t>اور کہ کوئی ثبوت نہیں ہے، اور پھر بھی اس کو دہرایا چلے جا رہے ہیں۔ یعنی نہ تو لغت میں ثبوت ہے، نہ قرآن میں ثبوت ہے، نہ تفسیروں میں سے کوئی ایک بھی مفسر اس کے حق میں ہے۔</w:t>
      </w:r>
    </w:p>
    <w:p>
      <w:r>
        <w:rPr>
          <w:b/>
        </w:rPr>
        <w:t xml:space="preserve">[1:32:06] </w:t>
      </w:r>
      <w:r>
        <w:t>mein aap ko aik waqia arz karta hoon ke jab mein ne kitab likhi "Ta'beer Ghalati" to is fiqh ke jo a'imma hain, baray baray top ke log, un ko mein ne chhapnay se pehle aik kitab di thi.</w:t>
      </w:r>
    </w:p>
    <w:p>
      <w:pPr>
        <w:jc w:val="right"/>
      </w:pPr>
      <w:r>
        <w:t>میں آپ کو ایک واقعہ عرض کرتا ہوں کہ جب میں نے کتاب لکھی "تبع غلطی" تو اس فقہ کے جو ائمہ ہیں، بڑے بڑے ٹاپ کے لوگ، ان کو میں نے چھپنے سے پہلے ایک کتاب دی تھی۔</w:t>
      </w:r>
    </w:p>
    <w:p>
      <w:r>
        <w:rPr>
          <w:b/>
        </w:rPr>
        <w:t xml:space="preserve">[1:32:19] </w:t>
      </w:r>
      <w:r>
        <w:t>to is mein yeh likha hua tha ke kisi bhi mufassir ne Hakeemuddin ke a'maal nahin liye.</w:t>
      </w:r>
    </w:p>
    <w:p>
      <w:pPr>
        <w:jc w:val="right"/>
      </w:pPr>
      <w:r>
        <w:t>تو اس میں یہ لکھا ہوا تھا کہ کسی بھی مفسر نے حکیم الدین کے اعمال نہیں لیے۔</w:t>
      </w:r>
    </w:p>
    <w:p>
      <w:r>
        <w:rPr>
          <w:b/>
        </w:rPr>
        <w:t xml:space="preserve">[1:32:27] </w:t>
      </w:r>
      <w:r>
        <w:t>to unhon ne aik hawala diya ke falan mufassir ne liya hai, halankay hawala bilkul ghalat tha. yani woh is mein idhar udhar kar ke sabit kiya gaya tha ke mufassir ne liya hai.</w:t>
      </w:r>
    </w:p>
    <w:p>
      <w:pPr>
        <w:jc w:val="right"/>
      </w:pPr>
      <w:r>
        <w:t>تو انہوں نے ایک حوالہ دیا کہ فلاں مفسر نے لیا ہے، حالانکہ حوالہ بالکل غلط تھا۔ یعنی وہ اس میں ادھر ادھر کر کے ثابت کیا گیا تھا کہ مفسر نے لیا ہے۔</w:t>
      </w:r>
    </w:p>
    <w:p>
      <w:r>
        <w:rPr>
          <w:b/>
        </w:rPr>
        <w:t xml:space="preserve">[1:32:39] </w:t>
      </w:r>
      <w:r>
        <w:t>phir is ka tajziya kiya mein ne, aap parh lijiyey, bay kitab tha, bay Ghalati mein. yeh top ke aalim thay is halqay ke jinhon ne yeh kaam kiya tha</w:t>
      </w:r>
    </w:p>
    <w:p>
      <w:pPr>
        <w:jc w:val="right"/>
      </w:pPr>
      <w:r>
        <w:t>پھر اس کو تجزیہ کیا میں نے، آپ پڑھ لیجئے، بے کتاب تھا، بے غلطی میں۔ یہ ٹاپ کے عالم تھے اس حلقے کے جنہوں نے یہ کام کیا تھا</w:t>
      </w:r>
    </w:p>
    <w:p>
      <w:r>
        <w:rPr>
          <w:b/>
        </w:rPr>
        <w:t xml:space="preserve">[1:32:49] </w:t>
      </w:r>
      <w:r>
        <w:t>ke ghalat hawala de kar ke sabit karna chaha tha ke aik mufassir is ko manta hai, halankay aur bhi bhi nahin manta. woh bhi nahin manta. hatta ke mein ne likha tha ke "Sawat-ul-Ilham" jo hai, bay nuqtay tafseer hai.</w:t>
      </w:r>
    </w:p>
    <w:p>
      <w:pPr>
        <w:jc w:val="right"/>
      </w:pPr>
      <w:r>
        <w:t>کہ غلط حوالہ دے کر کے ثابت کرنا چاہا تھا کہ ایک مفسر اس کو مانتا ہے، حالانکہ اور بھی بھی نہیں مانتا۔ وہ بھی نہیں مانتا۔ حتی کہ میں نے لکھا تھا کہ "صوات الالہام" جو ہے، بے نقط تفسیر ہے۔</w:t>
      </w:r>
    </w:p>
    <w:p>
      <w:r>
        <w:rPr>
          <w:b/>
        </w:rPr>
        <w:t xml:space="preserve">[1:33:04] </w:t>
      </w:r>
      <w:r>
        <w:t>aik aik tafseer hai jo poori tafseer hai, is mein nuqtay walay lafz nahin, yeh sawal kiye gaye hain. is tafseer ka naam hai "Sawat-ul-Ilham".</w:t>
      </w:r>
    </w:p>
    <w:p>
      <w:pPr>
        <w:jc w:val="right"/>
      </w:pPr>
      <w:r>
        <w:t>ایک ایک تفسیر ہے جو پوری تفسیر ہے، اس میں نقطہ والے لفظ نہیں، یہ سوال کیے گئے ہیں۔ اس تفسیر کا نام ہے "صوات الالہام"۔</w:t>
      </w:r>
    </w:p>
    <w:p>
      <w:r>
        <w:rPr>
          <w:b/>
        </w:rPr>
        <w:t xml:space="preserve">[1:33:14] </w:t>
      </w:r>
      <w:r>
        <w:t>to mein ne kaha tha ke is mein bhi yeh mafhoom nahin hai jo aap lete hain. to aap is ko dekh lijiyey meri kitab mein "Ta'beer Ghalati" mein.</w:t>
      </w:r>
    </w:p>
    <w:p>
      <w:pPr>
        <w:jc w:val="right"/>
      </w:pPr>
      <w:r>
        <w:t>تو میں نے کہا تھا کہ اس میں بھی یہ مفہوم نہیں ہے جو آپ لیتے ہیں۔ تو آپ اس کو دیکھ لیجئے میری کتاب میں "تبع غلطی" میں۔</w:t>
      </w:r>
    </w:p>
    <w:p>
      <w:r>
        <w:rPr>
          <w:b/>
        </w:rPr>
        <w:t xml:space="preserve">[1:33:26] </w:t>
      </w:r>
      <w:r>
        <w:t>Maulana, agla sawal Karachi Pakistan se hai, Miss Saira Latif ka. unhon ne likha hai: "aik Muslim khatoon scholar, aik Muslim scholar, aik Muslim khatoon scholar hain jo parde par bohat ziyada</w:t>
      </w:r>
    </w:p>
    <w:p>
      <w:pPr>
        <w:jc w:val="right"/>
      </w:pPr>
      <w:r>
        <w:t>مولانا، اگلا سوال کراچی پاکستان سے ہے، مس سائرہ لطیف کا۔ انہوں نے لکھا ہے: "ایک مسلم خاتون سکالر، ایک مسلم سکالر، ایک مسلم خاتون سکالر ہیں جو پردے پر بہت زیادہ</w:t>
      </w:r>
    </w:p>
    <w:p>
      <w:r>
        <w:rPr>
          <w:b/>
        </w:rPr>
        <w:t xml:space="preserve">[1:33:44] </w:t>
      </w:r>
      <w:r>
        <w:t>zor deti hain. yahan tak ke un ke halqay ki alamat ban gayi hai ke un ki sirf aankhen khuli rehti hain.</w:t>
      </w:r>
    </w:p>
    <w:p>
      <w:pPr>
        <w:jc w:val="right"/>
      </w:pPr>
      <w:r>
        <w:t>زور دیتی ہیں۔ یہاں تک کہ ان کے حلقے کی علامت بن گئی ہے کہ ان کی صرف آنکھیں کھلی رہتی ہیں۔</w:t>
      </w:r>
    </w:p>
    <w:p>
      <w:r>
        <w:rPr>
          <w:b/>
        </w:rPr>
        <w:t xml:space="preserve">[1:33:54] </w:t>
      </w:r>
      <w:r>
        <w:t>Maulana sahib, kya hamara aik ikhtilafi masla mein itni shiddat karna hamari da'wati shu'oor ki kami ka nateeja nahin hai?" dekhen, da'wat shu'oor ka baat alag hai, lekin yeh</w:t>
      </w:r>
    </w:p>
    <w:p>
      <w:pPr>
        <w:jc w:val="right"/>
      </w:pPr>
      <w:r>
        <w:t>مولانا صاحب، کیا ہمارا ایک اختلافی مسئلہ میں اتنی شدت کرنا ہماری دعوتی شعور کی کمی کا نتیجہ نہیں ہے؟" دیکھیں، دعوت شعور کا بات الگ ہے، لیکن یہ</w:t>
      </w:r>
    </w:p>
    <w:p>
      <w:r>
        <w:rPr>
          <w:b/>
        </w:rPr>
        <w:t xml:space="preserve">[1:34:11] </w:t>
      </w:r>
      <w:r>
        <w:t>masla fiqh ka hai. fiqh mein dekhen, do maslak hain. aik masla hai haq-e-anab ka, aik maslak hai doosre logon ka.</w:t>
      </w:r>
    </w:p>
    <w:p>
      <w:pPr>
        <w:jc w:val="right"/>
      </w:pPr>
      <w:r>
        <w:t>مسئلہ فقہ کا ہے۔ فقہ میں دیکھیں، دو مسلک ہیں۔ ایک مسئلہ ہے حق ہے اناب کا، ایک مسلک ہے دوسرے لوگوں کا۔</w:t>
      </w:r>
    </w:p>
    <w:p>
      <w:r>
        <w:rPr>
          <w:b/>
        </w:rPr>
        <w:t xml:space="preserve">[1:34:22] </w:t>
      </w:r>
      <w:r>
        <w:t>doosre fuqaha ne parde ko yahi ahmiyat di hai jis ko waqt aap ne bataya. lekin</w:t>
      </w:r>
    </w:p>
    <w:p>
      <w:pPr>
        <w:jc w:val="right"/>
      </w:pPr>
      <w:r>
        <w:t>دوسرے فقہاء نے پردے کو یہی اہمیت دی ہے جس کو وقت آپ نے بتایا۔ لیکن</w:t>
      </w:r>
    </w:p>
    <w:p>
      <w:r>
        <w:rPr>
          <w:b/>
        </w:rPr>
        <w:t xml:space="preserve">[1:34:31] </w:t>
      </w:r>
      <w:r>
        <w:t>maslak hanfi jo hai, is mein dekhein, yaani parda to mante hain woh log, lekin teen cheezon ko is se exempt karte hain:</w:t>
      </w:r>
    </w:p>
    <w:p>
      <w:pPr>
        <w:jc w:val="right"/>
      </w:pPr>
      <w:r>
        <w:t>مسلک حنفی جو ہے، اس میں دیکھیں، یعنی پردہ تو مانتے ہیں وہ لوگ، لیکن تین چیزوں کو اس سے ایگزیمپٹ کرتے ہیں:</w:t>
      </w:r>
    </w:p>
    <w:p>
      <w:r>
        <w:rPr>
          <w:b/>
        </w:rPr>
        <w:t xml:space="preserve">[1:34:46] </w:t>
      </w:r>
      <w:r>
        <w:t>wajj o kafain o qadmain, yaani chehra aur yeh haath aur paon.</w:t>
      </w:r>
    </w:p>
    <w:p>
      <w:pPr>
        <w:jc w:val="right"/>
      </w:pPr>
      <w:r>
        <w:t>وجھ اور کفین اور قدمین، یعنی چہرہ اور یہ ہاتھ اور پاؤں۔</w:t>
      </w:r>
    </w:p>
    <w:p>
      <w:r>
        <w:rPr>
          <w:b/>
        </w:rPr>
        <w:t xml:space="preserve">[1:34:54] </w:t>
      </w:r>
      <w:r>
        <w:t>jis ko samajhna ho, us ko to mein do kitabon ka hawala deta hoon, woh parh lein. ek hai Allama Albani ki kitab "hijab hijab al-barah al-muslima" aur doosri jo hai,</w:t>
      </w:r>
    </w:p>
    <w:p>
      <w:pPr>
        <w:jc w:val="right"/>
      </w:pPr>
      <w:r>
        <w:t>جس کو سمجھنا ہو، اس کو تو میں دو کتابوں کا حوالہ دیتا ہوں، وہ پڑھ لیں۔ ایک ہے علامہ البانی کی کتاب "حجاب حجاب البرۃ المسلمہ" اور دوسری جو ہے،</w:t>
      </w:r>
    </w:p>
    <w:p>
      <w:r>
        <w:rPr>
          <w:b/>
        </w:rPr>
        <w:t xml:space="preserve">[1:35:08] </w:t>
      </w:r>
      <w:r>
        <w:t>woh Pakistan ke bohat hi bade maane hue aalim the, Maulana Shabbir Ahmed Usmani. unhon ne Pakistan mein qaraardad maqasid ki qiyadat ki thi.</w:t>
      </w:r>
    </w:p>
    <w:p>
      <w:pPr>
        <w:jc w:val="right"/>
      </w:pPr>
      <w:r>
        <w:t>وہ پاکستان کے بہت ہی بڑے مانے ہوئے عالم تھے، مولانا شبیہ رحمت عثمانی۔ انہوں نے پاکستان میں قرارداد مقاصد کی قیادت کی تھی۔</w:t>
      </w:r>
    </w:p>
    <w:p>
      <w:r>
        <w:rPr>
          <w:b/>
        </w:rPr>
        <w:t xml:space="preserve">[1:35:18] </w:t>
      </w:r>
      <w:r>
        <w:t>unki tafseer hai, is mein "illa mazahira minha" ke tehat aap parh li jiye. unhon ne yeh</w:t>
      </w:r>
    </w:p>
    <w:p>
      <w:pPr>
        <w:jc w:val="right"/>
      </w:pPr>
      <w:r>
        <w:t>ان کی تفسیر ہے، اس میں "الا مظاہرہ منہا" کے تحت آپ پڑھ لیجئے۔ انہوں نے یہ</w:t>
      </w:r>
    </w:p>
    <w:p>
      <w:r>
        <w:rPr>
          <w:b/>
        </w:rPr>
        <w:t xml:space="preserve">[1:35:24] </w:t>
      </w:r>
      <w:r>
        <w:t>baat likhi hai ke anaab ka maslak yeh hai.</w:t>
      </w:r>
    </w:p>
    <w:p>
      <w:pPr>
        <w:jc w:val="right"/>
      </w:pPr>
      <w:r>
        <w:t>بات لکھی ہے کہ اناب کا مسلک یہ ہے۔</w:t>
      </w:r>
    </w:p>
    <w:p>
      <w:r>
        <w:rPr>
          <w:b/>
        </w:rPr>
        <w:t xml:space="preserve">[1:35:30] </w:t>
      </w:r>
      <w:r>
        <w:t>Maulana, agla ek comment aaya hai, woh Raipur se hai, Miss Shabana ka. unhon ne likha hai ke "today talk was very inspiring.</w:t>
      </w:r>
    </w:p>
    <w:p>
      <w:pPr>
        <w:jc w:val="right"/>
      </w:pPr>
      <w:r>
        <w:t>مولانا، اگلا ایک کمنٹ آیا ہے، وہ رائے پور سے ہے، مس شبانہ کا۔ انہوں نے لکھا ہے کہ "ٹوڈے ٹاک واز ویری انسپائرنگ۔</w:t>
      </w:r>
    </w:p>
    <w:p>
      <w:r>
        <w:rPr>
          <w:b/>
        </w:rPr>
        <w:t xml:space="preserve">[1:35:40] </w:t>
      </w:r>
      <w:r>
        <w:t>Maulana sahib, thank you for giving us content for thinking every sunday." Maulana, agla sawal hai, ah Doctor, unka naam clear nahi hai.</w:t>
      </w:r>
    </w:p>
    <w:p>
      <w:pPr>
        <w:jc w:val="right"/>
      </w:pPr>
      <w:r>
        <w:t>مولانا صاحب، تھینک یو فار گیونگ اس کنٹینٹ فار تھنکنگ ایوری سنڈے۔" مولانا، اگلا سوال ہے، اہ ڈاکٹر، ان کا نام کلیئر نہیں ہے۔</w:t>
      </w:r>
    </w:p>
    <w:p>
      <w:r>
        <w:rPr>
          <w:b/>
        </w:rPr>
        <w:t xml:space="preserve">[1:35:52] </w:t>
      </w:r>
      <w:r>
        <w:t>ah unhon ne likha hai: "how to create centers of informal education? secondly, can we build up good person by distributing the literature of CPS?" kindly comment.</w:t>
      </w:r>
    </w:p>
    <w:p>
      <w:pPr>
        <w:jc w:val="right"/>
      </w:pPr>
      <w:r>
        <w:t>اہ انہوں نے لکھا ہے: "ہاؤ ٹو کریٹ سینٹرز اف انفارمل ایجوکیشن؟ سیکنڈلی، کین وی بلڈ اپ گڈ پرسن بائی ڈسٹریبیوٹنگ دا لٹریچر اف سی پی ایس؟" کائنڈلی کمنٹ۔</w:t>
      </w:r>
    </w:p>
    <w:p>
      <w:r>
        <w:rPr>
          <w:b/>
        </w:rPr>
        <w:t xml:space="preserve">[1:36:05] </w:t>
      </w:r>
      <w:r>
        <w:t>ji, yeh ab kar rahe hain. yeh to hum kar rahe hain.</w:t>
      </w:r>
    </w:p>
    <w:p>
      <w:pPr>
        <w:jc w:val="right"/>
      </w:pPr>
      <w:r>
        <w:t>جی، یہ اب کر رہے ہیں۔ یہ تو ہم کر رہے ہیں۔</w:t>
      </w:r>
    </w:p>
    <w:p>
      <w:r>
        <w:rPr>
          <w:b/>
        </w:rPr>
        <w:t xml:space="preserve">[1:36:09] </w:t>
      </w:r>
      <w:r>
        <w:t>misal ke taur par dekhein, saare musalman negative ho rahe hain. is mein agar koi exception hai to CPS ke logon ka hai. isi kitabon ko parh kar ke saari duniya ke musalman, aap jahan yahan se Europe tak chale jaiye, America tak chale jaiye, Africa tak chale jaiye, ek ek musalman negative ho raha hai.</w:t>
      </w:r>
    </w:p>
    <w:p>
      <w:pPr>
        <w:jc w:val="right"/>
      </w:pPr>
      <w:r>
        <w:t>مثال کے طور پر دیکھیں، سارے مسلمان نیگیٹیو ہو رہے ہیں۔ اس میں اگر کوئی ایکسیپشن ہے تو سی پی ایس کے لوگوں کا ہے۔ اسی کتابوں کو پڑھ کر کے ساری دنیا کے مسلمان، آپ جہاں یہاں سے یورپ تک چلے جائیے، امریکہ تک چلے جائیے، افریقہ تک چلے جائیے، ایک ایک مسلمان نیگیٹیو ہو رہا ہے۔</w:t>
      </w:r>
    </w:p>
    <w:p>
      <w:r>
        <w:rPr>
          <w:b/>
        </w:rPr>
        <w:t xml:space="preserve">[1:36:29] </w:t>
      </w:r>
      <w:r>
        <w:t>is pura negativity ke jangall mein sirf wohi log is se bache hue hain jo CPS ke log hain. yahi kitabon ko parh kar ke to aap is kitabon ko parhwaiye.</w:t>
      </w:r>
    </w:p>
    <w:p>
      <w:pPr>
        <w:jc w:val="right"/>
      </w:pPr>
      <w:r>
        <w:t>اس پورا نیگیٹیوٹی کے جنگل میں صرف وہی لوگ اس سے بچے ہوئے ہیں جو سی پی ایس کے لوگ ہیں۔ یہی کتابوں کو پڑھ کر کے تو آپ اس کتابوں کو پڑھوائیے۔</w:t>
      </w:r>
    </w:p>
    <w:p>
      <w:r>
        <w:rPr>
          <w:b/>
        </w:rPr>
        <w:t xml:space="preserve">[1:36:40] </w:t>
      </w:r>
      <w:r>
        <w:t>mein samajhta hoon ke yeh buniyadi kaam hai jo hamare haan se tayyar kiya gaya hai.</w:t>
      </w:r>
    </w:p>
    <w:p>
      <w:pPr>
        <w:jc w:val="right"/>
      </w:pPr>
      <w:r>
        <w:t>میں سمجھتا ہوں کہ یہ بنیادی کام ہے جو ہمارے ہاں سے تیار کیا گیا ہے۔</w:t>
      </w:r>
    </w:p>
    <w:p>
      <w:r>
        <w:rPr>
          <w:b/>
        </w:rPr>
        <w:t xml:space="preserve">[1:36:47] </w:t>
      </w:r>
      <w:r>
        <w:t>Maulana, agla sawal Delhi se hai, Mr. Yahya Qamar sahib ka.</w:t>
      </w:r>
    </w:p>
    <w:p>
      <w:pPr>
        <w:jc w:val="right"/>
      </w:pPr>
      <w:r>
        <w:t>مولانا، اگلا سوال دلی سے ہے، مسٹر یحیی قمر صاحب کا۔</w:t>
      </w:r>
    </w:p>
    <w:p>
      <w:r>
        <w:rPr>
          <w:b/>
        </w:rPr>
        <w:t xml:space="preserve">[1:36:52] </w:t>
      </w:r>
      <w:r>
        <w:t>unhon ne likha hai: "is non confrontation model of muhaddiseen applicable in non muslim countries as this is pre government period?</w:t>
      </w:r>
    </w:p>
    <w:p>
      <w:pPr>
        <w:jc w:val="right"/>
      </w:pPr>
      <w:r>
        <w:t>انہوں نے لکھا ہے: "از نان کنفنٹریشن ماڈل اف محدثین ایپلیکیبل ان نان مسلم کنٹریز ایز دس از پری گورنمنٹ پیریڈ؟</w:t>
      </w:r>
    </w:p>
    <w:p>
      <w:r>
        <w:rPr>
          <w:b/>
        </w:rPr>
        <w:t xml:space="preserve">[1:37:04] </w:t>
      </w:r>
      <w:r>
        <w:t>secondly, can the confrontation with istiamari government be compared with muhaddiseen non confrontation model?"</w:t>
      </w:r>
    </w:p>
    <w:p>
      <w:pPr>
        <w:jc w:val="right"/>
      </w:pPr>
      <w:r>
        <w:t>سیکنڈلی، کین دا کنفنٹیشن ود استعماری گورنمنٹ بی کمپیرڈ ود محدثین نان کنفنٹیشن ماڈل؟"</w:t>
      </w:r>
    </w:p>
    <w:p>
      <w:r>
        <w:rPr>
          <w:b/>
        </w:rPr>
        <w:t xml:space="preserve">[1:37:15] </w:t>
      </w:r>
      <w:r>
        <w:t>yeh sawal bilkul ghair mutalliq hai. masla yeh nahi ke muslim hukumat ho to aap takrao nahi karenge, aur doosre logon se aap takrao karenge.</w:t>
      </w:r>
    </w:p>
    <w:p>
      <w:pPr>
        <w:jc w:val="right"/>
      </w:pPr>
      <w:r>
        <w:t>یہ سوال بالکل غیر متعلق ہے۔ مسئلہ یہ نہیں کہ مسلم حکومت ہو تو آپ ٹکراؤ نہیں کریں گے، اور دوسرے لوگوں سے آپ ٹکراؤ کریں گے۔</w:t>
      </w:r>
    </w:p>
    <w:p>
      <w:r>
        <w:rPr>
          <w:b/>
        </w:rPr>
        <w:t xml:space="preserve">[1:37:27] </w:t>
      </w:r>
      <w:r>
        <w:t>kisi bhi hukumat mein agar aap ko mawaqe hasil hain to aap ko takrao haram hai, haram! chahe India ho ya America ho.</w:t>
      </w:r>
    </w:p>
    <w:p>
      <w:pPr>
        <w:jc w:val="right"/>
      </w:pPr>
      <w:r>
        <w:t>کسی بھی حکومت میں اگر آپ کو مواقع حاصل ہیں تو آپ کو ٹکراؤ حرام ہے، حرام! چاہے انڈیا ہو یا امریکہ ہو۔</w:t>
      </w:r>
    </w:p>
    <w:p>
      <w:r>
        <w:rPr>
          <w:b/>
        </w:rPr>
        <w:t xml:space="preserve">[1:37:37] </w:t>
      </w:r>
      <w:r>
        <w:t>asal masla yeh nahi ke woh</w:t>
      </w:r>
    </w:p>
    <w:p>
      <w:pPr>
        <w:jc w:val="right"/>
      </w:pPr>
      <w:r>
        <w:t>اصل مسئلہ یہ نہیں کہ وہ</w:t>
      </w:r>
    </w:p>
    <w:p>
      <w:r>
        <w:rPr>
          <w:b/>
        </w:rPr>
        <w:t xml:space="preserve">[1:37:39] </w:t>
      </w:r>
      <w:r>
        <w:t>hukumat jo baitha hua hai, woh muslim hai ya non muslim, seat par us se koi bas nahi hai. bas sirf yeh hai ke freedom of religion hai ke nahi hai?</w:t>
      </w:r>
    </w:p>
    <w:p>
      <w:pPr>
        <w:jc w:val="right"/>
      </w:pPr>
      <w:r>
        <w:t>حکومت جو بیٹھا ہوا ہے، وہ مسلم ہے یا نان مسلم، سیٹ پر اس سے کوئی بس نہیں ہے۔ بس صرف یہ ہے کہ فریڈم اف ریلیجن ہے کہ نہیں ہے؟</w:t>
      </w:r>
    </w:p>
    <w:p>
      <w:r>
        <w:rPr>
          <w:b/>
        </w:rPr>
        <w:t xml:space="preserve">[1:37:51] </w:t>
      </w:r>
      <w:r>
        <w:t>jab hai to bas phir haram ho gaya. woh jaise muhaddiseen ke zamane mein</w:t>
      </w:r>
    </w:p>
    <w:p>
      <w:pPr>
        <w:jc w:val="right"/>
      </w:pPr>
      <w:r>
        <w:t>جب ہے تو بس پھر حرام ہو گیا۔ وہ جیسے مدرسین کے زمانے میں</w:t>
      </w:r>
    </w:p>
    <w:p>
      <w:r>
        <w:rPr>
          <w:b/>
        </w:rPr>
        <w:t xml:space="preserve">[1:37:57] </w:t>
      </w:r>
      <w:r>
        <w:t>muslim hukmaran the, sahi hai, lekin aaj jo hai non hukmaran hain, yeh non muslim hain, bhi sahi hai, lekin illat to mushtarak hai. illat mushtarak hai, yaani mawaqe kar jo woh de raha ho,</w:t>
      </w:r>
    </w:p>
    <w:p>
      <w:pPr>
        <w:jc w:val="right"/>
      </w:pPr>
      <w:r>
        <w:t>مسلم حکمران تھے، صحیح ہے، لیکن آج جو ہے نان حکمران ہیں، یہ نان مسلم ہیں، بھی صحیح ہے، لیکن علت تو مشترک ہے۔ علت مشترک ہے، یعنی مواقع کار جو وہ دے رہا ہو،</w:t>
      </w:r>
    </w:p>
    <w:p>
      <w:r>
        <w:rPr>
          <w:b/>
        </w:rPr>
        <w:t xml:space="preserve">[1:38:11] </w:t>
      </w:r>
      <w:r>
        <w:t>us se takrao nahi kiya jayega.</w:t>
      </w:r>
    </w:p>
    <w:p>
      <w:pPr>
        <w:jc w:val="right"/>
      </w:pPr>
      <w:r>
        <w:t>اس سے ٹکراؤ نہیں کیا جائے گا۔</w:t>
      </w:r>
    </w:p>
    <w:p>
      <w:r>
        <w:rPr>
          <w:b/>
        </w:rPr>
        <w:t xml:space="preserve">[1:38:14] </w:t>
      </w:r>
      <w:r>
        <w:t>yaani opportunity khuli rahein aur freedom of religion maujood ho to phir takrao haram ho jayega, chahe woh America ho ya India ho ya koi aur mulk ho.</w:t>
      </w:r>
    </w:p>
    <w:p>
      <w:pPr>
        <w:jc w:val="right"/>
      </w:pPr>
      <w:r>
        <w:t>یعنی اپرچونیٹی کھلی رہیں اور فریڈم اف ریلیجن موجود ہو تو پھر ٹکراؤ حرام ہو جائے گا، چاہے وہ امریکہ ہو یا انڈیا ہو یا کوئی اور ملک ہو۔</w:t>
      </w:r>
    </w:p>
    <w:p>
      <w:r>
        <w:rPr>
          <w:b/>
        </w:rPr>
        <w:t xml:space="preserve">[1:38:28] </w:t>
      </w:r>
      <w:r>
        <w:t>maulana, agla sawal ah kolkatta se hai, mr. rakesh ka. unhon ne likha hai: "maulana sahib, why is it that sincerity cannot be seen these days?"</w:t>
      </w:r>
    </w:p>
    <w:p>
      <w:pPr>
        <w:jc w:val="right"/>
      </w:pPr>
      <w:r>
        <w:t>مولانا، اگلا سوال اہ کلکتہ سے ہے، مسٹر راکیش کا۔ انہوں نے لکھا ہے: "مولانا صاحب، وائی از اٹ دیٹ سنسیئرٹی کین ناٹ بی سین دیز ڈیز؟"</w:t>
      </w:r>
    </w:p>
    <w:p>
      <w:r>
        <w:rPr>
          <w:b/>
        </w:rPr>
        <w:t xml:space="preserve">[1:38:48] </w:t>
      </w:r>
      <w:r>
        <w:t>dekhen, consumerism jo aya hai, is ne sab ko selfish bana diya hai. consumers, consumerism se sab log ek taraf selfish ho gaye hain.</w:t>
      </w:r>
    </w:p>
    <w:p>
      <w:pPr>
        <w:jc w:val="right"/>
      </w:pPr>
      <w:r>
        <w:t>دیکھیں، کنزیومرزم جو آیا ہے، اس نے سب کو سیلفش بنا دیا ہے۔ کنزیومرز، کنزیومرزم سے سب لوگ ایک طرف سیلفش ہو گئے ہیں۔</w:t>
      </w:r>
    </w:p>
    <w:p>
      <w:r>
        <w:rPr>
          <w:b/>
        </w:rPr>
        <w:t xml:space="preserve">[1:39:01] </w:t>
      </w:r>
      <w:r>
        <w:t>paisa, paisa, paisa!</w:t>
      </w:r>
    </w:p>
    <w:p>
      <w:pPr>
        <w:jc w:val="right"/>
      </w:pPr>
      <w:r>
        <w:t>پیسہ، پیسہ، پیسہ!</w:t>
      </w:r>
    </w:p>
    <w:p>
      <w:r>
        <w:rPr>
          <w:b/>
        </w:rPr>
        <w:t xml:space="preserve">[1:39:04] </w:t>
      </w:r>
      <w:r>
        <w:t>hamare bachpan mein koi item nahi hota jis ko khariday aadmi, hatta ke ek glass bhi nahi tha. to paise ki koi zarurat hi nahi thi.</w:t>
      </w:r>
    </w:p>
    <w:p>
      <w:pPr>
        <w:jc w:val="right"/>
      </w:pPr>
      <w:r>
        <w:t>ہمارے بچپن میں کوئی آئٹم نہیں ہوتا جس کو خریدے آدمی، حتی کہ ایک گلاس بھی نہیں تھا۔ تو پیسے کی کوئی ضرورت ہی نہیں تھی۔</w:t>
      </w:r>
    </w:p>
    <w:p>
      <w:r>
        <w:rPr>
          <w:b/>
        </w:rPr>
        <w:t xml:space="preserve">[1:39:15] </w:t>
      </w:r>
      <w:r>
        <w:t>mujhe yaad hai ke mere bachpan mein ek aadmi ek bail gaari par sarson laad kar le aaya, sarson, aur koi kharidar is ka nahi tha.</w:t>
      </w:r>
    </w:p>
    <w:p>
      <w:pPr>
        <w:jc w:val="right"/>
      </w:pPr>
      <w:r>
        <w:t>مجھے یاد ہے کہ میرے بچپن میں ایک آدمی ایک بیل گاڑی پر سرسوں لاد کر لے آیا، سرسوں، اور کوئی خریدار اس کا نہیں تھا۔</w:t>
      </w:r>
    </w:p>
    <w:p>
      <w:r>
        <w:rPr>
          <w:b/>
        </w:rPr>
        <w:t xml:space="preserve">[1:39:27] </w:t>
      </w:r>
      <w:r>
        <w:t>to ek aadmi ko woh das rupay mein sab de ke chala gaya. aaj ke lehaz se woh das hazar se bhi zyada tha. woh to us</w:t>
      </w:r>
    </w:p>
    <w:p>
      <w:pPr>
        <w:jc w:val="right"/>
      </w:pPr>
      <w:r>
        <w:t>تو ایک آدمی کو وہ دس روپے میں سب دے کے چلا گیا۔ آج کے لحاظ سے وہ دس ہزار سے بھی زیادہ تھا۔ وہ تو 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