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Conditioning 22 April 2012 - Maulana Wahiduddin Khan</w:t>
      </w:r>
    </w:p>
    <w:p>
      <w:r>
        <w:t>https://www.youtube.com/watch?v=v4QLXjeTK9s</w:t>
      </w:r>
    </w:p>
    <w:p>
      <w:r>
        <w:rPr>
          <w:b/>
        </w:rPr>
        <w:t xml:space="preserve">[00:13] </w:t>
      </w:r>
      <w:r>
        <w:t>bismillah rahman rahim, wa salla Allahu ala an-nabiyyil karim.</w:t>
      </w:r>
    </w:p>
    <w:p>
      <w:pPr>
        <w:jc w:val="right"/>
      </w:pPr>
      <w:r>
        <w:t>بسم اللہ الرحمن الرحیم، وصلی اللہ علی النبی الکریم۔</w:t>
      </w:r>
    </w:p>
    <w:p>
      <w:r>
        <w:rPr>
          <w:b/>
        </w:rPr>
        <w:t xml:space="preserve">[00:23] </w:t>
      </w:r>
      <w:r>
        <w:t>rab ishrah li sadri, wa yassir li amri, wahlul uqdatan min lisani, yafqahu</w:t>
      </w:r>
    </w:p>
    <w:p>
      <w:pPr>
        <w:jc w:val="right"/>
      </w:pPr>
      <w:r>
        <w:t>رب اشرح لی صدری، ویسر لی امری، واحل العقدۃ من لسانی، یفقہ</w:t>
      </w:r>
    </w:p>
    <w:p>
      <w:r>
        <w:rPr>
          <w:b/>
        </w:rPr>
        <w:t xml:space="preserve">[00:32] </w:t>
      </w:r>
      <w:r>
        <w:t>qawli. aaj ka topic hai "the problem of conditioning".</w:t>
      </w:r>
    </w:p>
    <w:p>
      <w:pPr>
        <w:jc w:val="right"/>
      </w:pPr>
      <w:r>
        <w:t>قولی۔ آج کا ٹاپک ہے "دا پرابلم آف کنڈیشننگ"۔</w:t>
      </w:r>
    </w:p>
    <w:p>
      <w:r>
        <w:rPr>
          <w:b/>
        </w:rPr>
        <w:t xml:space="preserve">[00:42] </w:t>
      </w:r>
      <w:r>
        <w:t>conditioning ka masla.</w:t>
      </w:r>
    </w:p>
    <w:p>
      <w:pPr>
        <w:jc w:val="right"/>
      </w:pPr>
      <w:r>
        <w:t>کنڈیشننگ کا مسئلہ۔</w:t>
      </w:r>
    </w:p>
    <w:p>
      <w:r>
        <w:rPr>
          <w:b/>
        </w:rPr>
        <w:t xml:space="preserve">[00:50] </w:t>
      </w:r>
      <w:r>
        <w:t>conditioning ka masla bohat hi zyada serious hai.</w:t>
      </w:r>
    </w:p>
    <w:p>
      <w:pPr>
        <w:jc w:val="right"/>
      </w:pPr>
      <w:r>
        <w:t>کنڈیشننگ کا مسئلہ بہت ہی زیادہ سیریس ہے۔</w:t>
      </w:r>
    </w:p>
    <w:p>
      <w:r>
        <w:rPr>
          <w:b/>
        </w:rPr>
        <w:t xml:space="preserve">[00:59] </w:t>
      </w:r>
      <w:r>
        <w:t>log is ko ya to jante nahi, is masle ko, ya lete hain to bohat hi limited sense mein lete hain. halankay yeh bohat zyada gumabheer masla hai.</w:t>
      </w:r>
    </w:p>
    <w:p>
      <w:pPr>
        <w:jc w:val="right"/>
      </w:pPr>
      <w:r>
        <w:t>لوگ اس کو یا تو جانتے نہیں، اس مسئلے کو، یا لیتے ہیں تو بہت ہی لمیٹڈ سینس میں لیتے ہیں۔ حالانکہ یہ بہت زیادہ گمبھیر مسئلہ ہے۔</w:t>
      </w:r>
    </w:p>
    <w:p>
      <w:r>
        <w:rPr>
          <w:b/>
        </w:rPr>
        <w:t xml:space="preserve">[01:14] </w:t>
      </w:r>
      <w:r>
        <w:t>puri puri life ko ruin kar dene wala hai.</w:t>
      </w:r>
    </w:p>
    <w:p>
      <w:pPr>
        <w:jc w:val="right"/>
      </w:pPr>
      <w:r>
        <w:t>پوری پوری لائف کو روئن کر دینے والا ہے۔</w:t>
      </w:r>
    </w:p>
    <w:p>
      <w:r>
        <w:rPr>
          <w:b/>
        </w:rPr>
        <w:t xml:space="preserve">[01:22] </w:t>
      </w:r>
      <w:r>
        <w:t>dekhiye, hadith mein hai ke "kullu mawludin yuladu ala al-fitrah". woh ab buwa ho ya wadanhi, woh nasrani ho ya majusi ho.</w:t>
      </w:r>
    </w:p>
    <w:p>
      <w:pPr>
        <w:jc w:val="right"/>
      </w:pPr>
      <w:r>
        <w:t>دیکھیے، حدیث میں ہے کہ "كل مولد یولد علی الفطرہ" ۔ وہ اب بوا ہو یا ودانہی، وہ نصرانی ہو یا مجسانی ہو۔</w:t>
      </w:r>
    </w:p>
    <w:p>
      <w:r>
        <w:rPr>
          <w:b/>
        </w:rPr>
        <w:t xml:space="preserve">[01:37] </w:t>
      </w:r>
      <w:r>
        <w:t>har paida honay wala</w:t>
      </w:r>
    </w:p>
    <w:p>
      <w:pPr>
        <w:jc w:val="right"/>
      </w:pPr>
      <w:r>
        <w:t>ہر پیدا ہونے والا</w:t>
      </w:r>
    </w:p>
    <w:p>
      <w:r>
        <w:rPr>
          <w:b/>
        </w:rPr>
        <w:t xml:space="preserve">[01:41] </w:t>
      </w:r>
      <w:r>
        <w:t>sahi fitrat par paida hota hai. lekin is ke maa baap is ko yahudi, nasrani ya majusi bana dete hain.</w:t>
      </w:r>
    </w:p>
    <w:p>
      <w:pPr>
        <w:jc w:val="right"/>
      </w:pPr>
      <w:r>
        <w:t>صحیح فطرت پر پیدا ہوتا ہے۔ لیکن اس کے ماں باپ اس کو یہودی، نصرانی یا مجوسی بنا دیتے ہیں۔</w:t>
      </w:r>
    </w:p>
    <w:p>
      <w:r>
        <w:rPr>
          <w:b/>
        </w:rPr>
        <w:t xml:space="preserve">[01:52] </w:t>
      </w:r>
      <w:r>
        <w:t>to is hadith mein chounkay teen lafz aa gaye hain, yahudi, nasrani, majusi,</w:t>
      </w:r>
    </w:p>
    <w:p>
      <w:pPr>
        <w:jc w:val="right"/>
      </w:pPr>
      <w:r>
        <w:t>تو اس حدیث میں چونکہ تین لفظ آ گئے ہیں، یہودی، نصرانی، مجوسی،</w:t>
      </w:r>
    </w:p>
    <w:p>
      <w:r>
        <w:rPr>
          <w:b/>
        </w:rPr>
        <w:t xml:space="preserve">[01:58] </w:t>
      </w:r>
      <w:r>
        <w:t>to log samajhte hain ke bas is ka taluq inhi teen grohon se hai. nahi. is mein ek law of nature bayan kiya gaya hai.</w:t>
      </w:r>
    </w:p>
    <w:p>
      <w:pPr>
        <w:jc w:val="right"/>
      </w:pPr>
      <w:r>
        <w:t>تو لوگ سمجھتے ہیں کہ بس اس کا تعلق انہی تین گروہوں سے ہے۔ نہیں۔ اس میں ایک لاء آف نیچر بیان کیا گیا ہے۔</w:t>
      </w:r>
    </w:p>
    <w:p>
      <w:r>
        <w:rPr>
          <w:b/>
        </w:rPr>
        <w:t xml:space="preserve">[02:10] </w:t>
      </w:r>
      <w:r>
        <w:t>ek divine law. jab tak aap is ko</w:t>
      </w:r>
    </w:p>
    <w:p>
      <w:pPr>
        <w:jc w:val="right"/>
      </w:pPr>
      <w:r>
        <w:t>ایک ڈیوائن لاء۔ جب تک آپ اس کو</w:t>
      </w:r>
    </w:p>
    <w:p>
      <w:r>
        <w:rPr>
          <w:b/>
        </w:rPr>
        <w:t xml:space="preserve">[02:16] </w:t>
      </w:r>
      <w:r>
        <w:t>wasee tar mani mein na len ge, greater sense mein na len ge jab tak, jab tak is ki jo ma'nawiyat hai woh aap par wazeh nahi hogi.</w:t>
      </w:r>
    </w:p>
    <w:p>
      <w:pPr>
        <w:jc w:val="right"/>
      </w:pPr>
      <w:r>
        <w:t>وسیع تر معنی میں نہ لیں گے، گریٹر سینس میں نہ لیں گے جب تک، جب تک اس کی جو معنویت ہے وہ آپ پر واضح نہیں ہوگی۔</w:t>
      </w:r>
    </w:p>
    <w:p>
      <w:r>
        <w:rPr>
          <w:b/>
        </w:rPr>
        <w:t xml:space="preserve">[02:31] </w:t>
      </w:r>
      <w:r>
        <w:t>asal mein yahan abuwah jo hai is se murad hai mahol. environmental conditioning batai gayi hai is mein.</w:t>
      </w:r>
    </w:p>
    <w:p>
      <w:pPr>
        <w:jc w:val="right"/>
      </w:pPr>
      <w:r>
        <w:t>اصل میں یہاں ابواہ جو ہے اس سے مراد ہے ماحول۔ انوائرمنٹل کنڈیشننگ بتائی گئی ہے اس میں۔</w:t>
      </w:r>
    </w:p>
    <w:p>
      <w:r>
        <w:rPr>
          <w:b/>
        </w:rPr>
        <w:t xml:space="preserve">[02:42] </w:t>
      </w:r>
      <w:r>
        <w:t>ke aadmi ko Allah ne jo banaya hai to sahi fitrat mein banaya hai.</w:t>
      </w:r>
    </w:p>
    <w:p>
      <w:pPr>
        <w:jc w:val="right"/>
      </w:pPr>
      <w:r>
        <w:t>کہ آدمی کو اللہ نے جو بنایا ہے تو صحیح فطرت میں بنایا ہے۔</w:t>
      </w:r>
    </w:p>
    <w:p>
      <w:r>
        <w:rPr>
          <w:b/>
        </w:rPr>
        <w:t xml:space="preserve">[02:49] </w:t>
      </w:r>
      <w:r>
        <w:t>Allah ki banawat mein koi farq nahi hai. is ne kisi ko, kisi ke sath be-insafi nahi ki.</w:t>
      </w:r>
    </w:p>
    <w:p>
      <w:pPr>
        <w:jc w:val="right"/>
      </w:pPr>
      <w:r>
        <w:t>اللہ کی بناوٹ میں کوئی فرق نہیں ہے۔ اس نے کسی کو، کسی کے ساتھ بے انصافی نہیں کی۔</w:t>
      </w:r>
    </w:p>
    <w:p>
      <w:r>
        <w:rPr>
          <w:b/>
        </w:rPr>
        <w:t xml:space="preserve">[03:00] </w:t>
      </w:r>
      <w:r>
        <w:t>har insan ko is fitrat par paida kiya jo waqe'atan Allah ke ilm ke mutabiq sahi fitrat hai.</w:t>
      </w:r>
    </w:p>
    <w:p>
      <w:pPr>
        <w:jc w:val="right"/>
      </w:pPr>
      <w:r>
        <w:t>ہر انسان کو اس فطرت پر پیدا کیا جو واقعتاً اللہ کے علم کے مطابق صحیح فطرت ہے۔</w:t>
      </w:r>
    </w:p>
    <w:p>
      <w:r>
        <w:rPr>
          <w:b/>
        </w:rPr>
        <w:t xml:space="preserve">[03:10] </w:t>
      </w:r>
      <w:r>
        <w:t>lekin jab aadmi paida hota hai to is ke baad kya hota hai? har aadmi, is mein koi exception nahi, environmental conditioning ki wajah se, yani mahol ke asrat ki wajah se is ki ek personality banni lagti hai.</w:t>
      </w:r>
    </w:p>
    <w:p>
      <w:pPr>
        <w:jc w:val="right"/>
      </w:pPr>
      <w:r>
        <w:t>لیکن جب آدمی پیدا ہوتا ہے تو اس کے بعد کیا ہوتا ہے؟ ہر آدمی، اس میں کوئی ایکسیپشن نہیں، انوائرمنٹل کنڈیشننگ کی وجہ سے، یعنی ماحول کے اثرات کی وجہ سے اس کی ایک پرسنیلٹی بننے لگتی ہے۔</w:t>
      </w:r>
    </w:p>
    <w:p>
      <w:r>
        <w:rPr>
          <w:b/>
        </w:rPr>
        <w:t xml:space="preserve">[03:31] </w:t>
      </w:r>
      <w:r>
        <w:t>aur chunaanche mahaul, poori tareekh batati hai ke mahaul mein hamesha fasaad hota hai, negative thinking hoti hai. Hamesha yahi raha hai.</w:t>
      </w:r>
    </w:p>
    <w:p>
      <w:pPr>
        <w:jc w:val="right"/>
      </w:pPr>
      <w:r>
        <w:t>اور چونکہ ماحول، پوری تاریخ بتاتی ہے کہ ماحول میں ہمیشہ فساد ہوتا ہے، نیگیٹیو تھنکنگ ہوتی ہے۔ ہمیشہ یہی رہا ہے۔</w:t>
      </w:r>
    </w:p>
    <w:p>
      <w:r>
        <w:rPr>
          <w:b/>
        </w:rPr>
        <w:t xml:space="preserve">[03:41] </w:t>
      </w:r>
      <w:r>
        <w:t>Kabhi bhi mahaul duniya ka, yaani farishton ka mahaul nahi raha hai.</w:t>
      </w:r>
    </w:p>
    <w:p>
      <w:pPr>
        <w:jc w:val="right"/>
      </w:pPr>
      <w:r>
        <w:t>کبھی بھی ماحول دنیا کا، یعنی فرشتوں کا ماحول نہیں رہا ہے۔</w:t>
      </w:r>
    </w:p>
    <w:p>
      <w:r>
        <w:rPr>
          <w:b/>
        </w:rPr>
        <w:t xml:space="preserve">[03:48] </w:t>
      </w:r>
      <w:r>
        <w:t>Har zamane mein Iblees ka ghalba raha hai. Isi liye yeh conditioning jo hai hamesha negative sense mein hoti hai.</w:t>
      </w:r>
    </w:p>
    <w:p>
      <w:pPr>
        <w:jc w:val="right"/>
      </w:pPr>
      <w:r>
        <w:t>ہر زمانے میں ابلیس کا غلبہ رہا ہے۔ اسی لیے یہ کنڈیشننگ جو ہے ہمیشہ نیگیٹیو سینس میں ہوتی ہے۔</w:t>
      </w:r>
    </w:p>
    <w:p>
      <w:r>
        <w:rPr>
          <w:b/>
        </w:rPr>
        <w:t xml:space="preserve">[04:00] </w:t>
      </w:r>
      <w:r>
        <w:t>Positive sense mein nahi hoti. Yaani Allah se mohabbat, Allah se khauf, jannat ka shauq, taqwa, ikhbat, inaabat, in cheezon mein conditioning nahi hoti.</w:t>
      </w:r>
    </w:p>
    <w:p>
      <w:pPr>
        <w:jc w:val="right"/>
      </w:pPr>
      <w:r>
        <w:t>پازیٹیو سینس میں نہیں ہوتی۔ یعنی اللہ سے محبت، اللہ سے خوف، جنت کا شوق، تقویٰ، اخبات، عنابت، ان چیزوں میں کنڈیشننگ نہیں ہوتی۔</w:t>
      </w:r>
    </w:p>
    <w:p>
      <w:r>
        <w:rPr>
          <w:b/>
        </w:rPr>
        <w:t xml:space="preserve">[04:16] </w:t>
      </w:r>
      <w:r>
        <w:t>Kyunke mahaul kabhi aisa hota hi nahi ke in cheezon ka ghalba wahan par ho. Ghalba hota hai Iblees ka.</w:t>
      </w:r>
    </w:p>
    <w:p>
      <w:pPr>
        <w:jc w:val="right"/>
      </w:pPr>
      <w:r>
        <w:t>کیونکہ ماحول کبھی ایسا ہوتا ہی نہیں کہ ان چیزوں کا غلبہ وہاں پر ہو۔ غلبہ ہوتا ہے ابلیس کا۔</w:t>
      </w:r>
    </w:p>
    <w:p>
      <w:r>
        <w:rPr>
          <w:b/>
        </w:rPr>
        <w:t xml:space="preserve">[04:26] </w:t>
      </w:r>
      <w:r>
        <w:t>Har ghar mein, har mahaul mein, har jagah. Yahan tak ke jo log namaz o roza karte hain woh bhi apne jo charchah unka hota hai,</w:t>
      </w:r>
    </w:p>
    <w:p>
      <w:pPr>
        <w:jc w:val="right"/>
      </w:pPr>
      <w:r>
        <w:t>ہر گھر میں، ہر ماحول میں، ہر جگہ۔ یہاں تک کہ جو لوگ نماز و روزہ کرتے ہیں وہ بھی اپنے جو چرچہ ان کا ہوتا ہے،</w:t>
      </w:r>
    </w:p>
    <w:p>
      <w:r>
        <w:rPr>
          <w:b/>
        </w:rPr>
        <w:t xml:space="preserve">[04:37] </w:t>
      </w:r>
      <w:r>
        <w:t>Yaani is ritual ke baad jo charchah karte hain, jo baatein karte hain, jo sochte hain woh sab wahi hota hai. Yahi wajah hai ke hamesha conditioning negative sense mein hoti hai.</w:t>
      </w:r>
    </w:p>
    <w:p>
      <w:pPr>
        <w:jc w:val="right"/>
      </w:pPr>
      <w:r>
        <w:t>یعنی اس ریچول کے بعد جو چرچہ کرتے ہیں، جو باتیں کرتے ہیں، جو سوچتے ہیں وہ سب وہی ہوتا ہے۔ یہی وجہ ہے کہ ہمیشہ کنڈیشننگ نیگیٹیو سینس میں ہوتی ہے۔</w:t>
      </w:r>
    </w:p>
    <w:p>
      <w:r>
        <w:rPr>
          <w:b/>
        </w:rPr>
        <w:t xml:space="preserve">[04:54] </w:t>
      </w:r>
      <w:r>
        <w:t>Toh yeh bohat bada masla hai. Aur aadmi ke liye nayi zindagi ki jo beginning hai woh yahi hai ke woh sab se pehle apni de-conditioning kare.</w:t>
      </w:r>
    </w:p>
    <w:p>
      <w:pPr>
        <w:jc w:val="right"/>
      </w:pPr>
      <w:r>
        <w:t>تو یہ بہت بڑا مسئلہ ہے۔ اور آدمی کے لیے نئی زندگی کی جو بگننگ ہے وہ یہی ہے کہ وہ سب سے پہلے اپنی ڈی کنڈیشننگ کرے۔</w:t>
      </w:r>
    </w:p>
    <w:p>
      <w:r>
        <w:rPr>
          <w:b/>
        </w:rPr>
        <w:t xml:space="preserve">[05:10] </w:t>
      </w:r>
      <w:r>
        <w:t>Woh jo hadees mein aata hai, Sahaba ne kaha</w:t>
      </w:r>
    </w:p>
    <w:p>
      <w:pPr>
        <w:jc w:val="right"/>
      </w:pPr>
      <w:r>
        <w:t>وہ جو حدیث میں آتا ہے، صحابہ نے کہا</w:t>
      </w:r>
    </w:p>
    <w:p>
      <w:r>
        <w:rPr>
          <w:b/>
        </w:rPr>
        <w:t xml:space="preserve">[05:13] </w:t>
      </w:r>
      <w:r>
        <w:t>ke "Ta'allamu al-Imana thumma ta'allamu al-Qur'ana". Toh aaj kal ki zabaan mein agar main kahoon toh yahan par woh yeh keh rahe hain ke pehle humne apni de-conditioning ki, phir Quran hamari samajh mein aaya.</w:t>
      </w:r>
    </w:p>
    <w:p>
      <w:pPr>
        <w:jc w:val="right"/>
      </w:pPr>
      <w:r>
        <w:t>کہ "تعلموا الإيمان ثم تعلموا القرآن" ۔ تو آج کل کی زبان میں اگر میں کہوں تو یہاں پر وہ یہ کہہ رہے ہیں کہ پہلے ہم نے اپنی ڈی کنڈیشننگ کی، پھر قرآن ہماری سمجھ میں آیا۔</w:t>
      </w:r>
    </w:p>
    <w:p>
      <w:r>
        <w:rPr>
          <w:b/>
        </w:rPr>
        <w:t xml:space="preserve">[05:31] </w:t>
      </w:r>
      <w:r>
        <w:t>Toh "de-conditioning is the first step in the life of every human being" .</w:t>
      </w:r>
    </w:p>
    <w:p>
      <w:pPr>
        <w:jc w:val="right"/>
      </w:pPr>
      <w:r>
        <w:t>تو "de-conditioning is the first step in the life of every human being" ۔</w:t>
      </w:r>
    </w:p>
    <w:p>
      <w:r>
        <w:rPr>
          <w:b/>
        </w:rPr>
        <w:t xml:space="preserve">[05:43] </w:t>
      </w:r>
      <w:r>
        <w:t>Ab conditioning ki wajah se kya nuksaan hota hai is par main kuch baatein arz karunga. Individual ki life mein bhi aur poore group ki life mein bhi, poori ummat ki life mein bhi.</w:t>
      </w:r>
    </w:p>
    <w:p>
      <w:pPr>
        <w:jc w:val="right"/>
      </w:pPr>
      <w:r>
        <w:t>اب کنڈیشننگ کی وجہ سے کیا نقصان ہوتا ہے اس پر میں کچھ باتیں عرض کروں گا۔ انڈیویجول کی لائف میں بھی اور پورے گروپ کی لائف میں بھی، پوری امت کی لائف میں بھی۔</w:t>
      </w:r>
    </w:p>
    <w:p>
      <w:r>
        <w:rPr>
          <w:b/>
        </w:rPr>
        <w:t xml:space="preserve">[05:59] </w:t>
      </w:r>
      <w:r>
        <w:t>Conditioning ki wajah se jo nuksaan hota hai</w:t>
      </w:r>
    </w:p>
    <w:p>
      <w:pPr>
        <w:jc w:val="right"/>
      </w:pPr>
      <w:r>
        <w:t>کنڈیشننگ کی وجہ سے جو نقصان ہوتا ہے</w:t>
      </w:r>
    </w:p>
    <w:p>
      <w:r>
        <w:rPr>
          <w:b/>
        </w:rPr>
        <w:t xml:space="preserve">[06:02] </w:t>
      </w:r>
      <w:r>
        <w:t>is ko main batane ki koshish karunga. Dekhiye, aaj subah mere paas ek telephone aaya.</w:t>
      </w:r>
    </w:p>
    <w:p>
      <w:pPr>
        <w:jc w:val="right"/>
      </w:pPr>
      <w:r>
        <w:t>اس کو میں بتانے کی کوشش کروں گا۔ دیکھیے، آج صبح میرے پاس ایک ٹیلی فون آیا۔</w:t>
      </w:r>
    </w:p>
    <w:p>
      <w:r>
        <w:rPr>
          <w:b/>
        </w:rPr>
        <w:t xml:space="preserve">[06:12] </w:t>
      </w:r>
      <w:r>
        <w:t>Aaj hi subah.</w:t>
      </w:r>
    </w:p>
    <w:p>
      <w:pPr>
        <w:jc w:val="right"/>
      </w:pPr>
      <w:r>
        <w:t>آج ہی صبح۔</w:t>
      </w:r>
    </w:p>
    <w:p>
      <w:r>
        <w:rPr>
          <w:b/>
        </w:rPr>
        <w:t xml:space="preserve">[06:16] </w:t>
      </w:r>
      <w:r>
        <w:t>Ek sahab keh rahe the</w:t>
      </w:r>
    </w:p>
    <w:p>
      <w:pPr>
        <w:jc w:val="right"/>
      </w:pPr>
      <w:r>
        <w:t>ایک صاحب کہہ رہے تھے</w:t>
      </w:r>
    </w:p>
    <w:p>
      <w:r>
        <w:rPr>
          <w:b/>
        </w:rPr>
        <w:t xml:space="preserve">[06:18] </w:t>
      </w:r>
      <w:r>
        <w:t>Telephone par ke aap Quran ke aalim hain toh mera ek masla hai, is ko Quran se hal bataiye is ka.</w:t>
      </w:r>
    </w:p>
    <w:p>
      <w:pPr>
        <w:jc w:val="right"/>
      </w:pPr>
      <w:r>
        <w:t>ٹیلی فون پر کہ آپ قرآن کے عالم ہیں تو میرا ایک مسئلہ ہے، اس کو قرآن سے حل بتائیے اس کا۔</w:t>
      </w:r>
    </w:p>
    <w:p>
      <w:r>
        <w:rPr>
          <w:b/>
        </w:rPr>
        <w:t xml:space="preserve">[06:28] </w:t>
      </w:r>
      <w:r>
        <w:t>Unhone kaha ke hamare haan ek murder ka case ho gaya hai, qatl ka case. Aur logon ne mujhe is mein phansa diya, mere khilaaf police case ban gaya.</w:t>
      </w:r>
    </w:p>
    <w:p>
      <w:pPr>
        <w:jc w:val="right"/>
      </w:pPr>
      <w:r>
        <w:t>انہوں نے کہا کہ ہمارے ہاں ایک مرڈر کا کیس ہو گیا ہے، قتل کا کیس۔ اور لوگوں نے مجھے اس میں پھنسا دیا، میرے خلاف پولیس کیس بن گیا۔</w:t>
      </w:r>
    </w:p>
    <w:p>
      <w:r>
        <w:rPr>
          <w:b/>
        </w:rPr>
        <w:t xml:space="preserve">[06:42] </w:t>
      </w:r>
      <w:r>
        <w:t>Toh aap mujhe koi Quran se aise aise amal bataiye, is ko main kar ke bach jaaun. Aap jaante hain ke baqayda aisi kitabein chhapi hui hain, amliyat ki.</w:t>
      </w:r>
    </w:p>
    <w:p>
      <w:pPr>
        <w:jc w:val="right"/>
      </w:pPr>
      <w:r>
        <w:t>تو آپ مجھے کوئی قرآن سے ایسے ایسے عمل بتائیے، اس کو میں کر کے بچ جاؤں۔ آپ جانتے ہیں کہ باقاعدہ ایسی کتابیں چھپی ہوئی ہیں، عملیات کی۔</w:t>
      </w:r>
    </w:p>
    <w:p>
      <w:r>
        <w:rPr>
          <w:b/>
        </w:rPr>
        <w:t xml:space="preserve">[06:56] </w:t>
      </w:r>
      <w:r>
        <w:t>Amliyat Quraani bhi chhapi hui kitaab.</w:t>
      </w:r>
    </w:p>
    <w:p>
      <w:pPr>
        <w:jc w:val="right"/>
      </w:pPr>
      <w:r>
        <w:t>عملیات قرآنی بھی چھپی ہوئی کتاب۔</w:t>
      </w:r>
    </w:p>
    <w:p>
      <w:r>
        <w:rPr>
          <w:b/>
        </w:rPr>
        <w:t xml:space="preserve">[06:59] </w:t>
      </w:r>
      <w:r>
        <w:t>Toh</w:t>
      </w:r>
    </w:p>
    <w:p>
      <w:pPr>
        <w:jc w:val="right"/>
      </w:pPr>
      <w:r>
        <w:t>تو</w:t>
      </w:r>
    </w:p>
    <w:p>
      <w:r>
        <w:rPr>
          <w:b/>
        </w:rPr>
        <w:t xml:space="preserve">[07:02] </w:t>
      </w:r>
      <w:r>
        <w:t>unke nazdeek Quran unko aisa nuskha dega jis par amal kar ke woh amliyati ma'ani mein woh case se bach jayen.</w:t>
      </w:r>
    </w:p>
    <w:p>
      <w:pPr>
        <w:jc w:val="right"/>
      </w:pPr>
      <w:r>
        <w:t>ان کے نزدیک قرآن ان کو ایسا نسخہ دے گا جس پر عمل کر کے وہ عملیاتی معنی میں وہ کیس سے بچ جائیں۔</w:t>
      </w:r>
    </w:p>
    <w:p>
      <w:r>
        <w:rPr>
          <w:b/>
        </w:rPr>
        <w:t xml:space="preserve">[07:15] </w:t>
      </w:r>
      <w:r>
        <w:t>Toh maine socha ke dekhiye, Musalman Quran ko kis ma'ani mein lete hain?</w:t>
      </w:r>
    </w:p>
    <w:p>
      <w:pPr>
        <w:jc w:val="right"/>
      </w:pPr>
      <w:r>
        <w:t>تو میں نے سوچا کہ دیکھیے، مسلمان قرآن کو کس معنی میں لیتے ہیں؟</w:t>
      </w:r>
    </w:p>
    <w:p>
      <w:r>
        <w:rPr>
          <w:b/>
        </w:rPr>
        <w:t xml:space="preserve">[07:23] </w:t>
      </w:r>
      <w:r>
        <w:t>Ya toh woh samajhte hain ke Quran tilawat ke liye hai, tilawat karo aur sawab haasil karte raho.</w:t>
      </w:r>
    </w:p>
    <w:p>
      <w:pPr>
        <w:jc w:val="right"/>
      </w:pPr>
      <w:r>
        <w:t>یا تو وہ سمجھتے ہیں کہ قرآن تلاوت کے لیے ہے، تلاوت کرو اور ثواب حاصل کرتے رہو۔</w:t>
      </w:r>
    </w:p>
    <w:p>
      <w:r>
        <w:rPr>
          <w:b/>
        </w:rPr>
        <w:t xml:space="preserve">[07:34] </w:t>
      </w:r>
      <w:r>
        <w:t>Taraweeh ke zamane mein Quran khatam kar lo aur bohat bada sawab unko mil jayega. Ya phir amliyat ke ma'ani mein.</w:t>
      </w:r>
    </w:p>
    <w:p>
      <w:pPr>
        <w:jc w:val="right"/>
      </w:pPr>
      <w:r>
        <w:t>تراویح کے زمانے میں قرآن ختم کر لو اور بہت بڑا ثواب ان کو مل جائے گا۔ یا پھر عملیات کے معنی میں۔</w:t>
      </w:r>
    </w:p>
    <w:p>
      <w:r>
        <w:rPr>
          <w:b/>
        </w:rPr>
        <w:t xml:space="preserve">[07:46] </w:t>
      </w:r>
      <w:r>
        <w:t>amliyat ke mani mein. yani quran mein</w:t>
      </w:r>
    </w:p>
    <w:p>
      <w:pPr>
        <w:jc w:val="right"/>
      </w:pPr>
      <w:r>
        <w:t>عملیات کے معنی میں۔ یعنی قرآن میں</w:t>
      </w:r>
    </w:p>
    <w:p>
      <w:r>
        <w:rPr>
          <w:b/>
        </w:rPr>
        <w:t xml:space="preserve">[07:51] </w:t>
      </w:r>
      <w:r>
        <w:t>ghor o fikr kar ke, tadabbur kar ke apni zindagi ka jaiza lena, yeh ummat mein rawaji is ka nahi hai.</w:t>
      </w:r>
    </w:p>
    <w:p>
      <w:pPr>
        <w:jc w:val="right"/>
      </w:pPr>
      <w:r>
        <w:t>غور و فکر کر کے، تدبر کر کے اپنی زندگی کا جائزہ لینا، یہ امت میں رواجی اس کا نہیں ہے۔</w:t>
      </w:r>
    </w:p>
    <w:p>
      <w:r>
        <w:rPr>
          <w:b/>
        </w:rPr>
        <w:t xml:space="preserve">[08:02] </w:t>
      </w:r>
      <w:r>
        <w:t>is ka rawaji ummat mein nahi hai. abhi kal parson ek mazmoon parh raha tha mein,</w:t>
      </w:r>
    </w:p>
    <w:p>
      <w:pPr>
        <w:jc w:val="right"/>
      </w:pPr>
      <w:r>
        <w:t>اس کا رواجی امت میں نہیں ہے۔ ابھی کل پرسوں ایک مضمون پڑھ رہا تھا میں،</w:t>
      </w:r>
    </w:p>
    <w:p>
      <w:r>
        <w:rPr>
          <w:b/>
        </w:rPr>
        <w:t xml:space="preserve">[08:09] </w:t>
      </w:r>
      <w:r>
        <w:t>is mein dhoom se woh likha tha unhon ne ke islam sari dunya ke masail ka hal hai. quran sari dunya ke masail ka hal hai.</w:t>
      </w:r>
    </w:p>
    <w:p>
      <w:pPr>
        <w:jc w:val="right"/>
      </w:pPr>
      <w:r>
        <w:t>اس میں دھوم سے وہ لکھا تھا انہوں نے کہ اسلام ساری دنیا کے مسائل کا حل ہے۔ قرآن ساری دنیا کے مسائل کا حل ہے۔</w:t>
      </w:r>
    </w:p>
    <w:p>
      <w:r>
        <w:rPr>
          <w:b/>
        </w:rPr>
        <w:t xml:space="preserve">[08:21] </w:t>
      </w:r>
      <w:r>
        <w:t>to mein ne socha ke quran mein to sari dunya ke masail ka hal musalmanon ko dikhai deta hai,</w:t>
      </w:r>
    </w:p>
    <w:p>
      <w:pPr>
        <w:jc w:val="right"/>
      </w:pPr>
      <w:r>
        <w:t>تو میں نے سوچا کہ قرآن میں تو ساری دنیا کے مسائل کا حل مسلمانوں کو دکھائی دیتا ہے،</w:t>
      </w:r>
    </w:p>
    <w:p>
      <w:r>
        <w:rPr>
          <w:b/>
        </w:rPr>
        <w:t xml:space="preserve">[08:28] </w:t>
      </w:r>
      <w:r>
        <w:t>khud apne bare mein hal dikhai nahi deta. isi akhbar mein, isi magazine mein yeh bhi chapa hua tha musalmanon ke bare mein ke maujooda zamane mein musalman scienceon ka shikar hain, dushmanon se ghare hue hain.</w:t>
      </w:r>
    </w:p>
    <w:p>
      <w:pPr>
        <w:jc w:val="right"/>
      </w:pPr>
      <w:r>
        <w:t>خود اپنے بارے میں حل دکھائی نہیں دیتا۔ اسی اخبار میں، اسی میگزین میں یہ بھی چھپا ہوا تھا مسلمانوں کے بارے میں کہ موجودہ زمانے میں مسلمان سائنسوں کا شکار ہیں، دشمنوں سے گھرے ہوئے ہیں۔</w:t>
      </w:r>
    </w:p>
    <w:p>
      <w:r>
        <w:rPr>
          <w:b/>
        </w:rPr>
        <w:t xml:space="preserve">[08:44] </w:t>
      </w:r>
      <w:r>
        <w:t>isi mein</w:t>
      </w:r>
    </w:p>
    <w:p>
      <w:pPr>
        <w:jc w:val="right"/>
      </w:pPr>
      <w:r>
        <w:t>اسی میں</w:t>
      </w:r>
    </w:p>
    <w:p>
      <w:r>
        <w:rPr>
          <w:b/>
        </w:rPr>
        <w:t xml:space="preserve">[08:46] </w:t>
      </w:r>
      <w:r>
        <w:t>aap bataiye ke musalman jo masail mein mubtala hain to is ka hal nahi quran mein hai? sare alam ka to hai aur quran ka nahi? sare alam ke liye quran mein hal hai aur musalmanon ke masail ka hal nahi quran mein?</w:t>
      </w:r>
    </w:p>
    <w:p>
      <w:pPr>
        <w:jc w:val="right"/>
      </w:pPr>
      <w:r>
        <w:t>آپ بتائیے کہ مسلمان جو مسائل میں مبتلا ہیں تو اس کا حل نہیں قرآن میں ہے؟ سارے عالم کا تو ہے اور قرآن کا نہیں؟ سارے عالم کے لیے قرآن میں حل ہے اور مسلمانوں کے مسائل کا حل نہیں قرآن میں؟</w:t>
      </w:r>
    </w:p>
    <w:p>
      <w:r>
        <w:rPr>
          <w:b/>
        </w:rPr>
        <w:t xml:space="preserve">[09:00] </w:t>
      </w:r>
      <w:r>
        <w:t>kisi ajeeb soch hai.</w:t>
      </w:r>
    </w:p>
    <w:p>
      <w:pPr>
        <w:jc w:val="right"/>
      </w:pPr>
      <w:r>
        <w:t>کیسی عجیب سوچ ہے۔</w:t>
      </w:r>
    </w:p>
    <w:p>
      <w:r>
        <w:rPr>
          <w:b/>
        </w:rPr>
        <w:t xml:space="preserve">[09:06] </w:t>
      </w:r>
      <w:r>
        <w:t>to is par mein kuch arz karna chahta hoon. dekhiye, aaj subah mein fajar ki namaz mein surah al kahf ke aakhri ruku ko parh raha tha.</w:t>
      </w:r>
    </w:p>
    <w:p>
      <w:pPr>
        <w:jc w:val="right"/>
      </w:pPr>
      <w:r>
        <w:t>تو اس پر میں کچھ عرض کرنا چاہتا ہوں۔ دیکھیے، آج صبح میں فجر کی نماز میں سورہ الکہف کے آخری رکوع کو پڑھ رہا تھا۔</w:t>
      </w:r>
    </w:p>
    <w:p>
      <w:r>
        <w:rPr>
          <w:b/>
        </w:rPr>
        <w:t xml:space="preserve">[09:21] </w:t>
      </w:r>
      <w:r>
        <w:t>to surah al kahf ke aakhri ruku mein ayat hai "قلھل نبکم بالاخرین اعمالا الذین ذل سایہ فی لحۃ دنیا وھم یسبون انہم یسنا" ۔</w:t>
      </w:r>
    </w:p>
    <w:p>
      <w:pPr>
        <w:jc w:val="right"/>
      </w:pPr>
      <w:r>
        <w:t>تو سورہ الکہف کے آخری رکوع میں آیت ہے "قلھل نبکم بالاخرین اعمالا الذین ذل سایہ فی لحۃ دنیا وھم یسبون انہم یسنا" ۔</w:t>
      </w:r>
    </w:p>
    <w:p>
      <w:r>
        <w:rPr>
          <w:b/>
        </w:rPr>
        <w:t xml:space="preserve">[09:44] </w:t>
      </w:r>
      <w:r>
        <w:t>yeh hai ayat. is ayat mein bataya gaya hai ke aadmi amal karta hai aur sab sochta hai ke bohat acha kaam kar raha hoon.</w:t>
      </w:r>
    </w:p>
    <w:p>
      <w:pPr>
        <w:jc w:val="right"/>
      </w:pPr>
      <w:r>
        <w:t>یہ ہے آیت۔ اس آیت میں بتایا گیا ہے کہ آدمی عمل کرتا ہے اور سب سوچتا ہے کہ بہت اچھا کام کر رہا ہوں۔</w:t>
      </w:r>
    </w:p>
    <w:p>
      <w:r>
        <w:rPr>
          <w:b/>
        </w:rPr>
        <w:t xml:space="preserve">[09:57] </w:t>
      </w:r>
      <w:r>
        <w:t>"وھم یسبون انہم یسنا" ۔ bara acha kaam kar raha hoon mein.</w:t>
      </w:r>
    </w:p>
    <w:p>
      <w:pPr>
        <w:jc w:val="right"/>
      </w:pPr>
      <w:r>
        <w:t>"وھم یسبون انہم یسنا" ۔ بڑا اچھا کام کر رہا ہوں میں۔</w:t>
      </w:r>
    </w:p>
    <w:p>
      <w:r>
        <w:rPr>
          <w:b/>
        </w:rPr>
        <w:t xml:space="preserve">[10:03] </w:t>
      </w:r>
      <w:r>
        <w:t>lekin is ka amal hub ka shikar ho jata hai. hub ka matlab hota hai raigaan jana, be natija ho jana. in fruitful ho jana.</w:t>
      </w:r>
    </w:p>
    <w:p>
      <w:pPr>
        <w:jc w:val="right"/>
      </w:pPr>
      <w:r>
        <w:t>لیکن اس کا عمل حب کا شکار ہو جاتا ہے۔ حب کا مطلب ہوتا ہے رائیگاں جانا، بے نتیجہ ہو جانا۔ ان فروٹ فل ہو جانا۔</w:t>
      </w:r>
    </w:p>
    <w:p>
      <w:r>
        <w:rPr>
          <w:b/>
        </w:rPr>
        <w:t xml:space="preserve">[10:17] </w:t>
      </w:r>
      <w:r>
        <w:t>to mein sochne laga ke yeh kya baat hai ke aadmi khud to apne bare mein, apne amal ke bare mein sochta hai ke bara acha kaam kar raha hoon, bohat acha kaam kar raha hoon.</w:t>
      </w:r>
    </w:p>
    <w:p>
      <w:pPr>
        <w:jc w:val="right"/>
      </w:pPr>
      <w:r>
        <w:t>تو میں سوچنے لگا کہ یہ کیا بات ہے کہ آدمی خود تو اپنے بارے میں، اپنے عمل کے بارے میں سوچتا ہے کہ بڑا اچھا کام کر رہا ہوں، بہت اچھا کام کر رہا ہوں۔</w:t>
      </w:r>
    </w:p>
    <w:p>
      <w:r>
        <w:rPr>
          <w:b/>
        </w:rPr>
        <w:t xml:space="preserve">[10:28] </w:t>
      </w:r>
      <w:r>
        <w:t>lekin Allah ke nazdeek woh hota hai be natija kaam.</w:t>
      </w:r>
    </w:p>
    <w:p>
      <w:pPr>
        <w:jc w:val="right"/>
      </w:pPr>
      <w:r>
        <w:t>لیکن اللہ کے نزدیک وہ ہوتا ہے بے نتیجہ کام۔</w:t>
      </w:r>
    </w:p>
    <w:p>
      <w:r>
        <w:rPr>
          <w:b/>
        </w:rPr>
        <w:t xml:space="preserve">[10:34] </w:t>
      </w:r>
      <w:r>
        <w:t>hub ka shikar ho jane wala kaam. bohat ajeeb baat hai.</w:t>
      </w:r>
    </w:p>
    <w:p>
      <w:pPr>
        <w:jc w:val="right"/>
      </w:pPr>
      <w:r>
        <w:t>حب کا شکار ہو جانے والا کام۔ بہت عجیب بات ہے۔</w:t>
      </w:r>
    </w:p>
    <w:p>
      <w:r>
        <w:rPr>
          <w:b/>
        </w:rPr>
        <w:t xml:space="preserve">[10:42] </w:t>
      </w:r>
      <w:r>
        <w:t>yeh bohat hi ajeeb baat hai.</w:t>
      </w:r>
    </w:p>
    <w:p>
      <w:pPr>
        <w:jc w:val="right"/>
      </w:pPr>
      <w:r>
        <w:t>یہ بہت ہی عجیب بات ہے۔</w:t>
      </w:r>
    </w:p>
    <w:p>
      <w:r>
        <w:rPr>
          <w:b/>
        </w:rPr>
        <w:t xml:space="preserve">[10:46] </w:t>
      </w:r>
      <w:r>
        <w:t>bohat ziyada sochne ki baat hai.</w:t>
      </w:r>
    </w:p>
    <w:p>
      <w:pPr>
        <w:jc w:val="right"/>
      </w:pPr>
      <w:r>
        <w:t>بہت زیادہ سوچنے کی بات ہے۔</w:t>
      </w:r>
    </w:p>
    <w:p>
      <w:r>
        <w:rPr>
          <w:b/>
        </w:rPr>
        <w:t xml:space="preserve">[10:58] </w:t>
      </w:r>
      <w:r>
        <w:t>to isi par mein sochta raha ghanton.</w:t>
      </w:r>
    </w:p>
    <w:p>
      <w:pPr>
        <w:jc w:val="right"/>
      </w:pPr>
      <w:r>
        <w:t>تو اسی پر میں سوچتا رہا گھنٹوں۔</w:t>
      </w:r>
    </w:p>
    <w:p>
      <w:r>
        <w:rPr>
          <w:b/>
        </w:rPr>
        <w:t xml:space="preserve">[11:05] </w:t>
      </w:r>
      <w:r>
        <w:t>ke khud to aadmi samajhta hai ke mein bohat acha kaam kar raha hoon.</w:t>
      </w:r>
    </w:p>
    <w:p>
      <w:pPr>
        <w:jc w:val="right"/>
      </w:pPr>
      <w:r>
        <w:t>کہ خود تو آدمی سمجھتا ہے کہ میں بہت اچھا کام کر رہا ہوں۔</w:t>
      </w:r>
    </w:p>
    <w:p>
      <w:r>
        <w:rPr>
          <w:b/>
        </w:rPr>
        <w:t xml:space="preserve">[11:11] </w:t>
      </w:r>
      <w:r>
        <w:t>lekin aur qurbaniyan deta hai, is par activities dikhata hai. lekin woh in vain ho jata hai, sara ka sara be natija ho jata hai.</w:t>
      </w:r>
    </w:p>
    <w:p>
      <w:pPr>
        <w:jc w:val="right"/>
      </w:pPr>
      <w:r>
        <w:t>لیکن اور قربانیاں دیتا ہے، اس پر ایکٹیویٹیز دکھاتا ہے۔ لیکن وہ ان وین ہو جاتا ہے، سارا کا سارا بے نتیجہ ہو جاتا ہے۔</w:t>
      </w:r>
    </w:p>
    <w:p>
      <w:r>
        <w:rPr>
          <w:b/>
        </w:rPr>
        <w:t xml:space="preserve">[11:25] </w:t>
      </w:r>
      <w:r>
        <w:t>ke khud to acha samajh raha hai is ko, Allah ke nazdeek woh kaam be natija hota hai. yeh kya cheez hai? to pehli baat dekhi jaye</w:t>
      </w:r>
    </w:p>
    <w:p>
      <w:pPr>
        <w:jc w:val="right"/>
      </w:pPr>
      <w:r>
        <w:t>کہ خود تو اچھا سمجھ رہا ہے اس کو، اللہ کے نزدیک وہ کام بے نتیجہ ہوتا ہے۔ یہ کیا چیز ہے؟ تو پہلی بات دیکھی جائے</w:t>
      </w:r>
    </w:p>
    <w:p>
      <w:r>
        <w:rPr>
          <w:b/>
        </w:rPr>
        <w:t xml:space="preserve">[11:39] </w:t>
      </w:r>
      <w:r>
        <w:t>ke is ka taluq dunya ke amal se hai. akhirat wali ayatein bhi hain, yani is ka natija akhirat mein bhi milega.</w:t>
      </w:r>
    </w:p>
    <w:p>
      <w:pPr>
        <w:jc w:val="right"/>
      </w:pPr>
      <w:r>
        <w:t>کہ اس کا تعلق دنیا کے عمل سے ہے۔ آخرت والی آیتیں بھی ہیں، یعنی اس کا نتیجہ آخرت میں بھی ملے گا۔</w:t>
      </w:r>
    </w:p>
    <w:p>
      <w:r>
        <w:rPr>
          <w:b/>
        </w:rPr>
        <w:t xml:space="preserve">[11:47] </w:t>
      </w:r>
      <w:r>
        <w:t>lekin pehla jo natija hamare samne aata hai woh isi dunya mein aata hai. hub ke aamal ka waqia sab se pehle isi dunya mein hota hai.</w:t>
      </w:r>
    </w:p>
    <w:p>
      <w:pPr>
        <w:jc w:val="right"/>
      </w:pPr>
      <w:r>
        <w:t>لیکن پہلا جو نتیجہ ہمارے سامنے آتا ہے وہ اسی دنیا میں آتا ہے۔ حب کے اعمال کا واقعہ سب سے پہلے اسی دنیا میں ہوتا ہے۔</w:t>
      </w:r>
    </w:p>
    <w:p>
      <w:r>
        <w:rPr>
          <w:b/>
        </w:rPr>
        <w:t xml:space="preserve">[12:00] </w:t>
      </w:r>
      <w:r>
        <w:t>aur musalmanon ke sath ho raha hai. do sau saal se musalmanon ne beshumar qurbaniyan ki hain. lekin sahib, hub ke aamal hi ka shikar to ho gaye hain.</w:t>
      </w:r>
    </w:p>
    <w:p>
      <w:pPr>
        <w:jc w:val="right"/>
      </w:pPr>
      <w:r>
        <w:t>اور مسلمانوں کے ساتھ ہو رہا ہے۔ دو سو سال سے مسلمانوں نے بے شمار قربانیاں کی ہیں۔ لیکن صاحب، حب کے اعمال ہی کا شکار تو ہو گئے ہیں۔</w:t>
      </w:r>
    </w:p>
    <w:p>
      <w:r>
        <w:rPr>
          <w:b/>
        </w:rPr>
        <w:t xml:space="preserve">[12:11] </w:t>
      </w:r>
      <w:r>
        <w:t>do sau saal ki qurbaniyon ka koi bhi aap positive result bataiye.</w:t>
      </w:r>
    </w:p>
    <w:p>
      <w:pPr>
        <w:jc w:val="right"/>
      </w:pPr>
      <w:r>
        <w:t>دو سو سال کی قربانیوں کا کوئی بھی آپ پازیٹیو رزلٹ بتائیے۔</w:t>
      </w:r>
    </w:p>
    <w:p>
      <w:r>
        <w:rPr>
          <w:b/>
        </w:rPr>
        <w:t xml:space="preserve">[12:17] </w:t>
      </w:r>
      <w:r>
        <w:t>kuch bhi nahin hai.</w:t>
      </w:r>
    </w:p>
    <w:p>
      <w:pPr>
        <w:jc w:val="right"/>
      </w:pPr>
      <w:r>
        <w:t>کچھ بھی نہیں ہے۔</w:t>
      </w:r>
    </w:p>
    <w:p>
      <w:r>
        <w:rPr>
          <w:b/>
        </w:rPr>
        <w:t xml:space="preserve">[12:20] </w:t>
      </w:r>
      <w:r>
        <w:t>to ek naya falsafa banaya gaya hai ke khud qurbaniyon ko glorify karte hain. itne aadmi mare gaye, itne aadmiyon ne khoon bahaya, itne aadmi positive charhe.</w:t>
      </w:r>
    </w:p>
    <w:p>
      <w:pPr>
        <w:jc w:val="right"/>
      </w:pPr>
      <w:r>
        <w:t>تو ایک نیا فلسفہ بنایا گیا ہے کہ خود قربانیوں کو گلوٹیفائی کرتے ہیں۔ اتنے آدمی مارے گئے، اتنے آدمیوں نے خون بہایا، اتنے آدمی پازیٹو چڑھے۔</w:t>
      </w:r>
    </w:p>
    <w:p>
      <w:r>
        <w:rPr>
          <w:b/>
        </w:rPr>
        <w:t xml:space="preserve">[12:30] </w:t>
      </w:r>
      <w:r>
        <w:t>isi ko glorify karte hain. yani be natija hone hi ko glorify karte hain.</w:t>
      </w:r>
    </w:p>
    <w:p>
      <w:pPr>
        <w:jc w:val="right"/>
      </w:pPr>
      <w:r>
        <w:t>اسی کو گلوٹیفائی کرتے ہیں۔ یعنی بے نتیجہ ہونے ہی کو گلوٹیفائی کرتے ہیں۔</w:t>
      </w:r>
    </w:p>
    <w:p>
      <w:r>
        <w:rPr>
          <w:b/>
        </w:rPr>
        <w:t xml:space="preserve">[12:38] </w:t>
      </w:r>
      <w:r>
        <w:t>halankeh yeh koi tareeqa nahin hai.</w:t>
      </w:r>
    </w:p>
    <w:p>
      <w:pPr>
        <w:jc w:val="right"/>
      </w:pPr>
      <w:r>
        <w:t>حالانکہ یہ کوئی طریقہ نہیں ہے۔</w:t>
      </w:r>
    </w:p>
    <w:p>
      <w:r>
        <w:rPr>
          <w:b/>
        </w:rPr>
        <w:t xml:space="preserve">[12:43] </w:t>
      </w:r>
      <w:r>
        <w:t>to is par sochte hue phir main ek aur baat tak pahuncha. Surah Al-Muddathir tak pahuncha.</w:t>
      </w:r>
    </w:p>
    <w:p>
      <w:pPr>
        <w:jc w:val="right"/>
      </w:pPr>
      <w:r>
        <w:t>تو اس پر سوچتے ہوئے پھر میں ایک اور بات تک پہنچا۔ سورہ المدثر تک پہنچا۔</w:t>
      </w:r>
    </w:p>
    <w:p>
      <w:r>
        <w:rPr>
          <w:b/>
        </w:rPr>
        <w:t xml:space="preserve">[12:53] </w:t>
      </w:r>
      <w:r>
        <w:t>Surah Al-Muddathir dekhiye, is tarah hai jo Rasool Allah Sallallahu Alaihi Wasallam ne jab Makka Makka mein mission shuru kiya to us zamane mein utri thi.</w:t>
      </w:r>
    </w:p>
    <w:p>
      <w:pPr>
        <w:jc w:val="right"/>
      </w:pPr>
      <w:r>
        <w:t>سورہ المدثر دیکھیے، اس طرح ہے جو رسول اللہ صلی اللہ علیہ وسلم نے جب مکہ مکہ میں مشن شروع کیا تو اس زمانے میں اتری تھی۔</w:t>
      </w:r>
    </w:p>
    <w:p>
      <w:r>
        <w:rPr>
          <w:b/>
        </w:rPr>
        <w:t xml:space="preserve">[13:04] </w:t>
      </w:r>
      <w:r>
        <w:t>ibtedai zamane mein. Ya ayyuhal muddathir qum fa anzir</w:t>
      </w:r>
    </w:p>
    <w:p>
      <w:pPr>
        <w:jc w:val="right"/>
      </w:pPr>
      <w:r>
        <w:t>ابتدائی زمانے میں۔ یا ایہا المدثر قم فانظر</w:t>
      </w:r>
    </w:p>
    <w:p>
      <w:r>
        <w:rPr>
          <w:b/>
        </w:rPr>
        <w:t xml:space="preserve">[13:11] </w:t>
      </w:r>
      <w:r>
        <w:t>warabbaka fakabbir warrujza fajjur yeh jo hai warrujza fajjur is ka kya matlab hai?</w:t>
      </w:r>
    </w:p>
    <w:p>
      <w:pPr>
        <w:jc w:val="right"/>
      </w:pPr>
      <w:r>
        <w:t>وربک فکبر والرز فاجر یہ جو ہے والرز فاجر اس کا کیا مطلب ہے؟</w:t>
      </w:r>
    </w:p>
    <w:p>
      <w:r>
        <w:rPr>
          <w:b/>
        </w:rPr>
        <w:t xml:space="preserve">[13:20] </w:t>
      </w:r>
      <w:r>
        <w:t>rujz ke mani hote hain gandagi. gandagi. chunchkeh doosri ayat mein hai ke</w:t>
      </w:r>
    </w:p>
    <w:p>
      <w:pPr>
        <w:jc w:val="right"/>
      </w:pPr>
      <w:r>
        <w:t>رزق کے معنی ہوتے ہیں گندگی۔ گندگی۔ چونکہ دوسری آیت میں ہے کہ</w:t>
      </w:r>
    </w:p>
    <w:p>
      <w:r>
        <w:rPr>
          <w:b/>
        </w:rPr>
        <w:t xml:space="preserve">[13:30] </w:t>
      </w:r>
      <w:r>
        <w:t>rujz ka lafz istemal hua hai. Wajtanib rujza min al-asnam to is ko le kar yeh matlab samjha jata hai ke rujz ke mani hain shirk.</w:t>
      </w:r>
    </w:p>
    <w:p>
      <w:pPr>
        <w:jc w:val="right"/>
      </w:pPr>
      <w:r>
        <w:t>رشق کا لفظ استعمال ہوا ہے۔ واجترب رشق من الاسنام تو اس کو لے کر یہ مطلب سمجھا جاتا ہے کہ رزق کے معنی ہیں شرک۔</w:t>
      </w:r>
    </w:p>
    <w:p>
      <w:r>
        <w:rPr>
          <w:b/>
        </w:rPr>
        <w:t xml:space="preserve">[13:41] </w:t>
      </w:r>
      <w:r>
        <w:t>to shirk ko chhod do. to Rasool Allah Sallallahu Alaihi Wasallam naoozubillah shirk to karte nahin the.</w:t>
      </w:r>
    </w:p>
    <w:p>
      <w:pPr>
        <w:jc w:val="right"/>
      </w:pPr>
      <w:r>
        <w:t>تو شرک کو چھوڑ دو۔ تو رسول اللہ صلی اللہ علیہ وسلم نعوذ باللہ شرک تو کرتے نہیں تھے۔</w:t>
      </w:r>
    </w:p>
    <w:p>
      <w:r>
        <w:rPr>
          <w:b/>
        </w:rPr>
        <w:t xml:space="preserve">[13:48] </w:t>
      </w:r>
      <w:r>
        <w:t>to yeh kehne ka kya matlab hai ke shirk ko chhod do? Is ko aap lafzi maanon mein nahin le sakte. Kyunkeh Rasool Allah kabhi bhi mushrik nahin the.</w:t>
      </w:r>
    </w:p>
    <w:p>
      <w:pPr>
        <w:jc w:val="right"/>
      </w:pPr>
      <w:r>
        <w:t>تو یہ کہنے کا کیا مطلب ہے کہ شرک کو چھوڑ دو؟ اس کو آپ لفظی معنوں میں نہیں لے سکتے۔ کیونکہ رسول اللہ کبھی بھی مشرک نہیں تھے۔</w:t>
      </w:r>
    </w:p>
    <w:p>
      <w:r>
        <w:rPr>
          <w:b/>
        </w:rPr>
        <w:t xml:space="preserve">[14:00] </w:t>
      </w:r>
      <w:r>
        <w:t>to is ko sochte hue mere samne aaya jo baat woh yeh thi ke</w:t>
      </w:r>
    </w:p>
    <w:p>
      <w:pPr>
        <w:jc w:val="right"/>
      </w:pPr>
      <w:r>
        <w:t>تو اس کو سوچتے ہوئے میرے سامنے آیا جو بات وہ یہ تھی کہ</w:t>
      </w:r>
    </w:p>
    <w:p>
      <w:r>
        <w:rPr>
          <w:b/>
        </w:rPr>
        <w:t xml:space="preserve">[14:12] </w:t>
      </w:r>
      <w:r>
        <w:t>wahan ki jo soorat-e-haal thi Makka mein, is ayat ka amli taur par jo aap ne intikhab kiya, jo apply kiya aap ne apne halaat par, is ko le kar samajh mein aayegi.</w:t>
      </w:r>
    </w:p>
    <w:p>
      <w:pPr>
        <w:jc w:val="right"/>
      </w:pPr>
      <w:r>
        <w:t>وہاں کی جو صورتحال تھی مکہ میں، اس آیت کا عملی طور پر جو آپ نے انتخاب کیا، جو آپلائی کیا آپ نے اپنے حالات پر، اس کو لے کر سمجھ میں آئے گی۔</w:t>
      </w:r>
    </w:p>
    <w:p>
      <w:r>
        <w:rPr>
          <w:b/>
        </w:rPr>
        <w:t xml:space="preserve">[14:26] </w:t>
      </w:r>
      <w:r>
        <w:t>yeh ayat. Yani yeh ayat jab utri hai</w:t>
      </w:r>
    </w:p>
    <w:p>
      <w:pPr>
        <w:jc w:val="right"/>
      </w:pPr>
      <w:r>
        <w:t>یہ آیت۔ یعنی یہ آیت جب اتری ہے</w:t>
      </w:r>
    </w:p>
    <w:p>
      <w:r>
        <w:rPr>
          <w:b/>
        </w:rPr>
        <w:t xml:space="preserve">[14:30] </w:t>
      </w:r>
      <w:r>
        <w:t>to is ke andar ek hukum tha. Is hukum par kaise amal kiya aap ne? Jab is ko shamil karenge tab samajh mein aayega ke warrujza fajjur ka kya matlab hai.</w:t>
      </w:r>
    </w:p>
    <w:p>
      <w:pPr>
        <w:jc w:val="right"/>
      </w:pPr>
      <w:r>
        <w:t>تو اس کے اندر ایک حکم تھا۔ اس حکم پر کیسے عمل کیا آپ نے؟ جب اس کو شامل کریں گے تب سمجھ میں آئے گا کہ والرز فاجر کا کیا مطلب ہے۔</w:t>
      </w:r>
    </w:p>
    <w:p>
      <w:r>
        <w:rPr>
          <w:b/>
        </w:rPr>
        <w:t xml:space="preserve">[14:43] </w:t>
      </w:r>
      <w:r>
        <w:t>to aap ne kya amal kiya? Aap ne amal yeh kiya ke Makka is waqt</w:t>
      </w:r>
    </w:p>
    <w:p>
      <w:pPr>
        <w:jc w:val="right"/>
      </w:pPr>
      <w:r>
        <w:t>تو آپ نے کیا عمل کیا؟ آپ نے عمل یہ کیا کہ مکہ اس وقت</w:t>
      </w:r>
    </w:p>
    <w:p>
      <w:r>
        <w:rPr>
          <w:b/>
        </w:rPr>
        <w:t xml:space="preserve">[14:49] </w:t>
      </w:r>
      <w:r>
        <w:t>mushrikeen ka markaz bana hua tha.</w:t>
      </w:r>
    </w:p>
    <w:p>
      <w:pPr>
        <w:jc w:val="right"/>
      </w:pPr>
      <w:r>
        <w:t>مشرکین کا مرکز بنا ہوا تھا۔</w:t>
      </w:r>
    </w:p>
    <w:p>
      <w:r>
        <w:rPr>
          <w:b/>
        </w:rPr>
        <w:t xml:space="preserve">[14:54] </w:t>
      </w:r>
      <w:r>
        <w:t>jaise aaj kal yatra hoti hai to log yatra kar ke Makka pahunchte the. Kyunkeh wahan sankaron but rakhe hue the.</w:t>
      </w:r>
    </w:p>
    <w:p>
      <w:pPr>
        <w:jc w:val="right"/>
      </w:pPr>
      <w:r>
        <w:t>جیسے آج کل یاترا ہوتی ہے تو لوگ یاترا کر کے مکہ پہنچتے تھے۔ کیونکہ وہاں سینکڑوں بت رکھے ہوئے تھے۔</w:t>
      </w:r>
    </w:p>
    <w:p>
      <w:r>
        <w:rPr>
          <w:b/>
        </w:rPr>
        <w:t xml:space="preserve">[15:06] </w:t>
      </w:r>
      <w:r>
        <w:t>to Rasool Allah tawheed ke paighambar the. Aur wahan par bheed lagi rehti thi mushrikeen ki.</w:t>
      </w:r>
    </w:p>
    <w:p>
      <w:pPr>
        <w:jc w:val="right"/>
      </w:pPr>
      <w:r>
        <w:t>تو رسول اللہ توحید کے پیغمبر تھے۔ اور وہاں پر بھیڑ لگی رہتی تھی مشرکین کی۔</w:t>
      </w:r>
    </w:p>
    <w:p>
      <w:r>
        <w:rPr>
          <w:b/>
        </w:rPr>
        <w:t xml:space="preserve">[15:16] </w:t>
      </w:r>
      <w:r>
        <w:t>to aap ne magar yeh kabhi nahin kiya ke aap protest karen, ihtijaj karen, koi darter lagayen. Yeh sab kabhi nahin kiya aap ne.</w:t>
      </w:r>
    </w:p>
    <w:p>
      <w:pPr>
        <w:jc w:val="right"/>
      </w:pPr>
      <w:r>
        <w:t>تو آپ نے مگر یہ کبھی نہیں کیا کہ آپ پروٹیسٹ کریں، احتجاج کریں، کوئی ڈارٹر لگائیں۔ یہ سب کبھی نہیں کیا آپ نے۔</w:t>
      </w:r>
    </w:p>
    <w:p>
      <w:r>
        <w:rPr>
          <w:b/>
        </w:rPr>
        <w:t xml:space="preserve">[15:27] </w:t>
      </w:r>
      <w:r>
        <w:t>aap ne kya kiya? In mushrikon ko, in mushrikon ka jo qafila aata tha Makka,</w:t>
      </w:r>
    </w:p>
    <w:p>
      <w:pPr>
        <w:jc w:val="right"/>
      </w:pPr>
      <w:r>
        <w:t>آپ نے کیا کیا؟ ان مشرکوں کو، ان مشرکوں کا جو قافلہ آتا تھا مکہ،</w:t>
      </w:r>
    </w:p>
    <w:p>
      <w:r>
        <w:rPr>
          <w:b/>
        </w:rPr>
        <w:t xml:space="preserve">[15:36] </w:t>
      </w:r>
      <w:r>
        <w:t>saare Arab se, in ko aap ne ba-taur madعو istemal kiya. Yani un ke jo gathering hoti thi, jo us ko jaate the wahan, aap wahan par aap Quran suna dete.</w:t>
      </w:r>
    </w:p>
    <w:p>
      <w:pPr>
        <w:jc w:val="right"/>
      </w:pPr>
      <w:r>
        <w:t>سارے عرب سے، ان کو آپ نے بطور مدعو استعمال کیا۔ یعنی ان کے جو گیدرنگ ہوتی تھی، جو اس کو جاتے تھے وہاں، آپ وہاں پر آپ قرآن سنا دیتے۔</w:t>
      </w:r>
    </w:p>
    <w:p>
      <w:r>
        <w:rPr>
          <w:b/>
        </w:rPr>
        <w:t xml:space="preserve">[15:52] </w:t>
      </w:r>
      <w:r>
        <w:t>fa'araz 'alayhim al-islama wa tala 'alayhim al-qur'ana yeh kya aap ne? is ko le kar jab mein ne socha walarz faajir</w:t>
      </w:r>
    </w:p>
    <w:p>
      <w:pPr>
        <w:jc w:val="right"/>
      </w:pPr>
      <w:r>
        <w:t>فَعَرَضَ عَلَيْهِمْ الْإِسْلَامَ وَتَلَىٰ عَلَيْهِمْ الْقُرْآنَ یہ کیا آپ نے؟ اس کو لے کر جب میں نے سوچا والرز فاجر</w:t>
      </w:r>
    </w:p>
    <w:p>
      <w:r>
        <w:rPr>
          <w:b/>
        </w:rPr>
        <w:t xml:space="preserve">[16:02] </w:t>
      </w:r>
      <w:r>
        <w:t>to is ka matlab yeh samajh mein aaya ke mushrikeen ko, mushrik ko mushrik ke taur par na lo, mad'u ke taur par lo.</w:t>
      </w:r>
    </w:p>
    <w:p>
      <w:pPr>
        <w:jc w:val="right"/>
      </w:pPr>
      <w:r>
        <w:t>تو اس کا مطلب یہ سمجھ میں آیا کہ مشرکین کو، مشرک کو مشرک کے طور پر نہ لو، مدعو کے طور پر لو۔</w:t>
      </w:r>
    </w:p>
    <w:p>
      <w:r>
        <w:rPr>
          <w:b/>
        </w:rPr>
        <w:t xml:space="preserve">[16:13] </w:t>
      </w:r>
      <w:r>
        <w:t>mushrik ko mushrik ke taur par lena chodo. mushrik ko mad'u ke taur par lene ka tareeqa ikhtiyar karo.</w:t>
      </w:r>
    </w:p>
    <w:p>
      <w:pPr>
        <w:jc w:val="right"/>
      </w:pPr>
      <w:r>
        <w:t>مشرک کو مشرک کے طور پر لینا چھوڑو۔ مشرک کو مدعو کے طور پر لینے کا طریقہ اختیار کرو۔</w:t>
      </w:r>
    </w:p>
    <w:p>
      <w:r>
        <w:rPr>
          <w:b/>
        </w:rPr>
        <w:t xml:space="preserve">[16:23] </w:t>
      </w:r>
      <w:r>
        <w:t>to yahan do, wahan par do option tha. ek tha mushrik ko mushrik ke taur par lena, phir nafrat karna aur un ke khilaf hangama karna waghera.</w:t>
      </w:r>
    </w:p>
    <w:p>
      <w:pPr>
        <w:jc w:val="right"/>
      </w:pPr>
      <w:r>
        <w:t>تو یہاں دو، وہاں پر دو آپشن تھا۔ ایک تھا مشرک کو مشرک کے طور پر لینا، پھر نفرت کرنا اور ان کے خلاف ہنگامہ کرنا وغیرہ۔</w:t>
      </w:r>
    </w:p>
    <w:p>
      <w:r>
        <w:rPr>
          <w:b/>
        </w:rPr>
        <w:t xml:space="preserve">[16:36] </w:t>
      </w:r>
      <w:r>
        <w:t>to ek tha mushrik ko mushrik ke taur par lena, ek tha mushrik ko mad'u ke taur par lena.</w:t>
      </w:r>
    </w:p>
    <w:p>
      <w:pPr>
        <w:jc w:val="right"/>
      </w:pPr>
      <w:r>
        <w:t>تو ایک تھا مشرک کو مشرک کے طور پر لینا، ایک تھا مشرک کو مدعو کے طور پر لینا۔</w:t>
      </w:r>
    </w:p>
    <w:p>
      <w:r>
        <w:rPr>
          <w:b/>
        </w:rPr>
        <w:t xml:space="preserve">[16:43] </w:t>
      </w:r>
      <w:r>
        <w:t>to 'amli taur par aap ne yahi kiya ke mushrik ko aap ne mushrik ke taur par nahi liya, mushrik ko mad'u ke taur par liya. aur bajaye is ke ke aap ihtijaj karein, nafrat karein, protest karein,</w:t>
      </w:r>
    </w:p>
    <w:p>
      <w:pPr>
        <w:jc w:val="right"/>
      </w:pPr>
      <w:r>
        <w:t>تو عملی طور پر آپ نے یہی کیا کہ مشرک کو آپ نے مشرک کے طور پر نہیں لیا، مشرک کو مدعو کے طور پر لیا۔ اور بجائے اس کے کہ آپ احتجاج کریں، نفرت کریں، پروٹیسٹ کریں،</w:t>
      </w:r>
    </w:p>
    <w:p>
      <w:r>
        <w:rPr>
          <w:b/>
        </w:rPr>
        <w:t xml:space="preserve">[16:57] </w:t>
      </w:r>
      <w:r>
        <w:t>hangama karein, yeh sab kuch nahi kiya aap ne. balke unhein</w:t>
      </w:r>
    </w:p>
    <w:p>
      <w:pPr>
        <w:jc w:val="right"/>
      </w:pPr>
      <w:r>
        <w:t>ہنگامہ کریں، یہ سب کچھ نہیں کیا آپ نے۔ بلکہ انہیں</w:t>
      </w:r>
    </w:p>
    <w:p>
      <w:r>
        <w:rPr>
          <w:b/>
        </w:rPr>
        <w:t xml:space="preserve">[17:02] </w:t>
      </w:r>
      <w:r>
        <w:t>qur'an pesh karna shuru kiya, qur'an ka paigham. is se mein samjha ke walarz faajir ka matlab yeh hai ke mushrikeen ko mushrikeen ke taur par lena chodo.</w:t>
      </w:r>
    </w:p>
    <w:p>
      <w:pPr>
        <w:jc w:val="right"/>
      </w:pPr>
      <w:r>
        <w:t>قرآن پیش کرنا شروع کیا، قرآن کا پیغام۔ اس سے میں سمجھا کہ والرز فاجر کا مطلب یہ ہے کہ مشرکین کو مشرکین کے طور پر لینا چھوڑو۔</w:t>
      </w:r>
    </w:p>
    <w:p>
      <w:r>
        <w:rPr>
          <w:b/>
        </w:rPr>
        <w:t xml:space="preserve">[17:16] </w:t>
      </w:r>
      <w:r>
        <w:t>mushrikeen ko mad'u ke taur par lene ka tareeqa ikhtiyar karo.</w:t>
      </w:r>
    </w:p>
    <w:p>
      <w:pPr>
        <w:jc w:val="right"/>
      </w:pPr>
      <w:r>
        <w:t>مشرکین کو مدعو کے طور پر لینے کا طریقہ اختیار کرو۔</w:t>
      </w:r>
    </w:p>
    <w:p>
      <w:r>
        <w:rPr>
          <w:b/>
        </w:rPr>
        <w:t xml:space="preserve">[17:20] </w:t>
      </w:r>
      <w:r>
        <w:t>yeh matlab hai.</w:t>
      </w:r>
    </w:p>
    <w:p>
      <w:pPr>
        <w:jc w:val="right"/>
      </w:pPr>
      <w:r>
        <w:t>یہ مطلب ہے۔</w:t>
      </w:r>
    </w:p>
    <w:p>
      <w:r>
        <w:rPr>
          <w:b/>
        </w:rPr>
        <w:t xml:space="preserve">[17:24] </w:t>
      </w:r>
      <w:r>
        <w:t>ab yeh kitni inqalabi baat thi.</w:t>
      </w:r>
    </w:p>
    <w:p>
      <w:pPr>
        <w:jc w:val="right"/>
      </w:pPr>
      <w:r>
        <w:t>اب یہ کتنی انقلابی بات تھی۔</w:t>
      </w:r>
    </w:p>
    <w:p>
      <w:r>
        <w:rPr>
          <w:b/>
        </w:rPr>
        <w:t xml:space="preserve">[17:29] </w:t>
      </w:r>
      <w:r>
        <w:t>yani negativity mein positivity dekho, manfi mein musbat ko talash karo. disadvantage mein advantage ko talash karo.</w:t>
      </w:r>
    </w:p>
    <w:p>
      <w:pPr>
        <w:jc w:val="right"/>
      </w:pPr>
      <w:r>
        <w:t>یعنی نیگیٹیوٹی میں پازیٹیوٹی دیکھو، منفی میں مثبت کو تلاش کرو۔ ڈس ایڈوانٹیج میں ایڈوانٹیج کو تلاش کرو۔</w:t>
      </w:r>
    </w:p>
    <w:p>
      <w:r>
        <w:rPr>
          <w:b/>
        </w:rPr>
        <w:t xml:space="preserve">[17:42] </w:t>
      </w:r>
      <w:r>
        <w:t>ek mustashriq ne is raat ko samjha hai, e klet ne,</w:t>
      </w:r>
    </w:p>
    <w:p>
      <w:pPr>
        <w:jc w:val="right"/>
      </w:pPr>
      <w:r>
        <w:t>ایک مستشرق نے اس رات کو سمجھا ہے، ای کلیٹ نے،</w:t>
      </w:r>
    </w:p>
    <w:p>
      <w:r>
        <w:rPr>
          <w:b/>
        </w:rPr>
        <w:t xml:space="preserve">[17:47] </w:t>
      </w:r>
      <w:r>
        <w:t>is ne rasool Allah sal Allah 'alayh wasallam ke bare mein likha hai. to is mein is ne yeh alfaaz likhe hain ke he faced adversity with the determination to wring success out of failure yani rasool Allah ne</w:t>
      </w:r>
    </w:p>
    <w:p>
      <w:pPr>
        <w:jc w:val="right"/>
      </w:pPr>
      <w:r>
        <w:t>اس نے رسول اللہ صلی اللہ علیہ وسلم کے بارے میں لکھا ہے۔ تو اس میں اس نے یہ الفاظ لکھے ہیں کہ he faced adversity with the determination to wring success out of failure یعنی رسول اللہ نے</w:t>
      </w:r>
    </w:p>
    <w:p>
      <w:r>
        <w:rPr>
          <w:b/>
        </w:rPr>
        <w:t xml:space="preserve">[18:07] </w:t>
      </w:r>
      <w:r>
        <w:t>yeh anokha tareeqa ikhtiyar kiya ke aap ne manfi mein se musbat nikala, nakami se kamiyabi nahi choda.</w:t>
      </w:r>
    </w:p>
    <w:p>
      <w:pPr>
        <w:jc w:val="right"/>
      </w:pPr>
      <w:r>
        <w:t>یہ انوکھا طریقہ اختیار کیا کہ آپ نے منفی میں سے مثبت نکالا، ناکامی سے کامیابی نہیں چھوڑا۔</w:t>
      </w:r>
    </w:p>
    <w:p>
      <w:r>
        <w:rPr>
          <w:b/>
        </w:rPr>
        <w:t xml:space="preserve">[18:19] </w:t>
      </w:r>
      <w:r>
        <w:t>isi ko mein aur badha kar kahun to mein kahun ga ke ke mushrikeen ke mushrikeen ke qafle ko unhon ne mad'u mein convert kar diya.</w:t>
      </w:r>
    </w:p>
    <w:p>
      <w:pPr>
        <w:jc w:val="right"/>
      </w:pPr>
      <w:r>
        <w:t>اسی کو میں اور بڑھا کر کہوں تو میں کہوں گا کہ کہ مشرکین کے مشرکین کے قافلے کو انہوں نے مدعو میں کنورٹ کر دیا۔</w:t>
      </w:r>
    </w:p>
    <w:p>
      <w:r>
        <w:rPr>
          <w:b/>
        </w:rPr>
        <w:t xml:space="preserve">[18:32] </w:t>
      </w:r>
      <w:r>
        <w:t>aur phir nateeja kya hua aap jante hain ke</w:t>
      </w:r>
    </w:p>
    <w:p>
      <w:pPr>
        <w:jc w:val="right"/>
      </w:pPr>
      <w:r>
        <w:t>اور پھر نتیجہ کیا ہوا آپ جانتے ہیں کہ</w:t>
      </w:r>
    </w:p>
    <w:p>
      <w:r>
        <w:rPr>
          <w:b/>
        </w:rPr>
        <w:t xml:space="preserve">[18:36] </w:t>
      </w:r>
      <w:r>
        <w:t>pehlay makkah, phir madinah, phir sara arab islamize ho gaya is method ko ikhtiyar kar ke.</w:t>
      </w:r>
    </w:p>
    <w:p>
      <w:pPr>
        <w:jc w:val="right"/>
      </w:pPr>
      <w:r>
        <w:t>پہلے مکہ، پھر مدینہ، پھر سارا عرب اسلامائز ہو گیا اس میتھڈ کو اختیار کر کے۔</w:t>
      </w:r>
    </w:p>
    <w:p>
      <w:r>
        <w:rPr>
          <w:b/>
        </w:rPr>
        <w:t xml:space="preserve">[18:48] </w:t>
      </w:r>
      <w:r>
        <w:t>ab aap dekhiye is usool ko lijiye,</w:t>
      </w:r>
    </w:p>
    <w:p>
      <w:pPr>
        <w:jc w:val="right"/>
      </w:pPr>
      <w:r>
        <w:t>اب آپ دیکھیے اس اصول کو لیجئے،</w:t>
      </w:r>
    </w:p>
    <w:p>
      <w:r>
        <w:rPr>
          <w:b/>
        </w:rPr>
        <w:t xml:space="preserve">[18:54] </w:t>
      </w:r>
      <w:r>
        <w:t>is usool ko lijiye aur is ko apply kijiye maujooda zamane ke musalmanon par. maujooda zamane ke musalmanon mein</w:t>
      </w:r>
    </w:p>
    <w:p>
      <w:pPr>
        <w:jc w:val="right"/>
      </w:pPr>
      <w:r>
        <w:t>اس اصول کو لیجئے اور اس کو اپلائی کیجئے موجودہ زمانے کے مسلمانوں پر۔ موجودہ زمانے کے مسلمانوں میں</w:t>
      </w:r>
    </w:p>
    <w:p>
      <w:r>
        <w:rPr>
          <w:b/>
        </w:rPr>
        <w:t xml:space="preserve">[19:05] </w:t>
      </w:r>
      <w:r>
        <w:t>kya paish aaya? ke abdan taqreeban hazar saal tak musalmanon ka moralist ghalba qaim raha dunya ke ek bare hisse mein.</w:t>
      </w:r>
    </w:p>
    <w:p>
      <w:pPr>
        <w:jc w:val="right"/>
      </w:pPr>
      <w:r>
        <w:t>کیا پیش آیا؟ کہ ابدان تقریباً ہزار سال تک مسلمانوں کا مورالسٹ غلبہ قائم رہا دنیا کے ایک بڑے حصے میں۔</w:t>
      </w:r>
    </w:p>
    <w:p>
      <w:r>
        <w:rPr>
          <w:b/>
        </w:rPr>
        <w:t xml:space="preserve">[19:20] </w:t>
      </w:r>
      <w:r>
        <w:t>phir un ka downfall hua.</w:t>
      </w:r>
    </w:p>
    <w:p>
      <w:pPr>
        <w:jc w:val="right"/>
      </w:pPr>
      <w:r>
        <w:t>پھر ان کا ڈاؤن فال ہوا۔</w:t>
      </w:r>
    </w:p>
    <w:p>
      <w:r>
        <w:rPr>
          <w:b/>
        </w:rPr>
        <w:t xml:space="preserve">[19:24] </w:t>
      </w:r>
      <w:r>
        <w:t>is ke baad europe ke log ubhre, europe ki qaumein nikal kar asia aur africa mein dakhil huin.</w:t>
      </w:r>
    </w:p>
    <w:p>
      <w:pPr>
        <w:jc w:val="right"/>
      </w:pPr>
      <w:r>
        <w:t>اس کے بعد یورپ کے لوگ ابھرے، یورپ کی قومیں نکل کر ایشیا اور افریقہ میں داخل ہوئیں۔</w:t>
      </w:r>
    </w:p>
    <w:p>
      <w:r>
        <w:rPr>
          <w:b/>
        </w:rPr>
        <w:t xml:space="preserve">[19:33] </w:t>
      </w:r>
      <w:r>
        <w:t>holland ke log, italy ke log, france ke log, britania ke log, yeh log</w:t>
      </w:r>
    </w:p>
    <w:p>
      <w:pPr>
        <w:jc w:val="right"/>
      </w:pPr>
      <w:r>
        <w:t>ہالینڈ کے لوگ، اٹلی کے لوگ، فرانس کے لوگ، برطانیہ کے لوگ، یہ لوگ</w:t>
      </w:r>
    </w:p>
    <w:p>
      <w:r>
        <w:rPr>
          <w:b/>
        </w:rPr>
        <w:t xml:space="preserve">[19:42] </w:t>
      </w:r>
      <w:r>
        <w:t>jis ko kehte hain colonialism, noabadiaat ka ek daur aaya jis mein yeh qaumein nikal nikal kar ke phail gayin asia aur africa mein.</w:t>
      </w:r>
    </w:p>
    <w:p>
      <w:pPr>
        <w:jc w:val="right"/>
      </w:pPr>
      <w:r>
        <w:t>جس کو کہتے ہیں کلونیلزم، نوآبادیات کا ایک دور آیا جس میں یہ قومیں نکل نکل کر کے پھیل گئیں ایشیا اور افریقہ میں۔</w:t>
      </w:r>
    </w:p>
    <w:p>
      <w:r>
        <w:rPr>
          <w:b/>
        </w:rPr>
        <w:t xml:space="preserve">[19:56] </w:t>
      </w:r>
      <w:r>
        <w:t>in mulkon mein musalman dominant kar rahe thay.</w:t>
      </w:r>
    </w:p>
    <w:p>
      <w:pPr>
        <w:jc w:val="right"/>
      </w:pPr>
      <w:r>
        <w:t>ان ملکوں میں مسلمان ڈومینیٹ کر رہے تھے۔</w:t>
      </w:r>
    </w:p>
    <w:p>
      <w:r>
        <w:rPr>
          <w:b/>
        </w:rPr>
        <w:t xml:space="preserve">[20:01] </w:t>
      </w:r>
      <w:r>
        <w:t>to unhon ne ghalba hasil kar liya, unhon ne mughal saltanat ko khatam kiya aur unhon ne turki khilafat ko khatam kiya. jagah jagah unhon ne domination hasil kar liya.</w:t>
      </w:r>
    </w:p>
    <w:p>
      <w:pPr>
        <w:jc w:val="right"/>
      </w:pPr>
      <w:r>
        <w:t>تو انہوں نے غلبہ حاصل کر لیا، انہوں نے مغل سلطنت کو ختم کیا اور انہوں نے ترکی خلافت کو ختم کیا۔ جگہ جگہ انہوں نے ڈومینیشن حاصل کر لیا۔</w:t>
      </w:r>
    </w:p>
    <w:p>
      <w:r>
        <w:rPr>
          <w:b/>
        </w:rPr>
        <w:t xml:space="preserve">[20:13] </w:t>
      </w:r>
      <w:r>
        <w:t>ab musalman jo thay, un ka jo zehan bana hua tha,</w:t>
      </w:r>
    </w:p>
    <w:p>
      <w:pPr>
        <w:jc w:val="right"/>
      </w:pPr>
      <w:r>
        <w:t>اب مسلمان جو تھے، ان کا جو ذہن بنا ہوا تھا،</w:t>
      </w:r>
    </w:p>
    <w:p>
      <w:r>
        <w:rPr>
          <w:b/>
        </w:rPr>
        <w:t xml:space="preserve">[20:19] </w:t>
      </w:r>
      <w:r>
        <w:t>wo bana hua tha wahi political empire ke zamane mein ke kisi ko dekho ke mukhalif hai, us ko maro, us se lad jao. us se to yahan bhi isi zehan ke tehat hi lad gaye.</w:t>
      </w:r>
    </w:p>
    <w:p>
      <w:pPr>
        <w:jc w:val="right"/>
      </w:pPr>
      <w:r>
        <w:t>وہ بنا ہوا تھا وہی پولیٹیکل ایمپائر کے زمانے میں کہ کسی کو دیکھو کہ مخالف ہے، اس کو مارو، اس سے لڑ جاؤ۔ اس سے تو یہاں بھی اسی ذہن کے تحت ہی لڑ گئے۔</w:t>
      </w:r>
    </w:p>
    <w:p>
      <w:r>
        <w:rPr>
          <w:b/>
        </w:rPr>
        <w:t xml:space="preserve">[20:31] </w:t>
      </w:r>
      <w:r>
        <w:t>yani out of political conditioning, they started fighting.</w:t>
      </w:r>
    </w:p>
    <w:p>
      <w:pPr>
        <w:jc w:val="right"/>
      </w:pPr>
      <w:r>
        <w:t>یعنی آؤٹ آف پولیٹیکل کنڈیشننگ، دے سٹارٹڈ فائٹنگ۔</w:t>
      </w:r>
    </w:p>
    <w:p>
      <w:r>
        <w:rPr>
          <w:b/>
        </w:rPr>
        <w:t xml:space="preserve">[20:39] </w:t>
      </w:r>
      <w:r>
        <w:t>lekin aap dekhiye is ayat ko le kar ke unhein kya karna chahiye tha? is ayat ko wahan apply kijiye. yeh ayat keh rahi thi ke tum in logon ko madu ke taur par lo.</w:t>
      </w:r>
    </w:p>
    <w:p>
      <w:pPr>
        <w:jc w:val="right"/>
      </w:pPr>
      <w:r>
        <w:t>لیکن آپ دیکھیے اس آیت کو لے کر کہ انہیں کیا کرنا چاہیے تھا؟ اس آیت کو وہاں اپلائی کیجئے۔ یہ آیت کہہ رہی تھی کہ تم ان لوگوں کو مدعو کے طور پر لو۔</w:t>
      </w:r>
    </w:p>
    <w:p>
      <w:r>
        <w:rPr>
          <w:b/>
        </w:rPr>
        <w:t xml:space="preserve">[20:57] </w:t>
      </w:r>
      <w:r>
        <w:t>yani in ko samajha gaya tha jis ko kehte hain angrezi mein aik expansionist, tauseh pasand.</w:t>
      </w:r>
    </w:p>
    <w:p>
      <w:pPr>
        <w:jc w:val="right"/>
      </w:pPr>
      <w:r>
        <w:t>یعنی ان کو سمجھا گیا تھا جس کو کہتے ہیں انگریزی میں ایک ایکسپینشنسٹ، توسیع پسند۔</w:t>
      </w:r>
    </w:p>
    <w:p>
      <w:r>
        <w:rPr>
          <w:b/>
        </w:rPr>
        <w:t xml:space="preserve">[21:06] </w:t>
      </w:r>
      <w:r>
        <w:t>yeh europe ke log jo hain, jin ko kaha jata hai ke yeh expansionist thay, tauseh pasand log thay, expansion ke liye nikle thay wahan se, wo apne aap ko</w:t>
      </w:r>
    </w:p>
    <w:p>
      <w:pPr>
        <w:jc w:val="right"/>
      </w:pPr>
      <w:r>
        <w:t>یہ یورپ کے لوگ جو ہیں، جن کو کہا جاتا ہے کہ یہ ایکسپینشنسٹ تھے، توسیع پسند لوگ تھے، ایکسپینشن کے لیے نکلے تھے وہاں سے، وہ اپنے آپ کو</w:t>
      </w:r>
    </w:p>
    <w:p>
      <w:r>
        <w:rPr>
          <w:b/>
        </w:rPr>
        <w:t xml:space="preserve">[21:17] </w:t>
      </w:r>
      <w:r>
        <w:t>tauseh karein apne dabdabe ki. to is ayat ke mutabiq kya karna tha unhein?</w:t>
      </w:r>
    </w:p>
    <w:p>
      <w:pPr>
        <w:jc w:val="right"/>
      </w:pPr>
      <w:r>
        <w:t>توسیع کریں اپنے دبدبے کی۔ تو اس آیت کے مطابق کیا کرنا تھا انہیں؟</w:t>
      </w:r>
    </w:p>
    <w:p>
      <w:r>
        <w:rPr>
          <w:b/>
        </w:rPr>
        <w:t xml:space="preserve">[21:28] </w:t>
      </w:r>
      <w:r>
        <w:t>yeh ayat keh rahi thi ke in ko ba sabab expansionist ke na lo balkeh ba sabab madu ke lo.</w:t>
      </w:r>
    </w:p>
    <w:p>
      <w:pPr>
        <w:jc w:val="right"/>
      </w:pPr>
      <w:r>
        <w:t>یہ آیت کہہ رہی تھی کہ ان کو بطور ایکسپینشنسٹ کے نہ لو بلکہ بطور مدعو کے لو۔</w:t>
      </w:r>
    </w:p>
    <w:p>
      <w:r>
        <w:rPr>
          <w:b/>
        </w:rPr>
        <w:t xml:space="preserve">[21:35] </w:t>
      </w:r>
      <w:r>
        <w:t>kaisi ajeeb baat hai!</w:t>
      </w:r>
    </w:p>
    <w:p>
      <w:pPr>
        <w:jc w:val="right"/>
      </w:pPr>
      <w:r>
        <w:t>کیسی عجیب بات ہے!</w:t>
      </w:r>
    </w:p>
    <w:p>
      <w:r>
        <w:rPr>
          <w:b/>
        </w:rPr>
        <w:t xml:space="preserve">[21:37] </w:t>
      </w:r>
      <w:r>
        <w:t>yani agar quran mein tadabbur karte, quran mein ghor karte to aik bohat hi bari baat un ko milti hai is mein. lekin political conditioning ki wajah se bas un ko haqeer samajhne lage, nafrat karne lage, ladne lage.</w:t>
      </w:r>
    </w:p>
    <w:p>
      <w:pPr>
        <w:jc w:val="right"/>
      </w:pPr>
      <w:r>
        <w:t>یعنی اگر قرآن میں تدبر کرتے، قرآن میں غور کرتے تو ایک بہت ہی بڑی بات ان کو ملتی ہے اس میں۔ لیکن پولیٹیکل کنڈیشننگ کی وجہ سے بس ان کو حقیر سمجھنے لگے، نفرت کرنے لگے، لڑنے لگے۔</w:t>
      </w:r>
    </w:p>
    <w:p>
      <w:r>
        <w:rPr>
          <w:b/>
        </w:rPr>
        <w:t xml:space="preserve">[21:53] </w:t>
      </w:r>
      <w:r>
        <w:t>aur do so saal beet gaye hain is ladai ko. ab kuch faida kuch bhi nahi hai. to hub e aamal hi to hua, yeh hub e aamal hi to hua.</w:t>
      </w:r>
    </w:p>
    <w:p>
      <w:pPr>
        <w:jc w:val="right"/>
      </w:pPr>
      <w:r>
        <w:t>اور دو سو سال بیت گئے ہیں اس لڑائی کو۔ اب کچھ فائدہ کچھ بھی نہیں ہے۔ تو حب اعمال ہی تو ہوا، یہ حب اعمال ہی تو ہوا۔</w:t>
      </w:r>
    </w:p>
    <w:p>
      <w:r>
        <w:rPr>
          <w:b/>
        </w:rPr>
        <w:t xml:space="preserve">[22:08] </w:t>
      </w:r>
      <w:r>
        <w:t>aap ghor kijiye, yahi to hai hub e aamal ke aap ki koshishein be natija ho jayein, koi natija is ke na nikle, fruitful na rahein.</w:t>
      </w:r>
    </w:p>
    <w:p>
      <w:pPr>
        <w:jc w:val="right"/>
      </w:pPr>
      <w:r>
        <w:t>آپ غور کیجئے، یہی تو ہے حب اعمال کہ آپ کی کوششیں بے نتیجہ ہو جائیں، کوئی نتیجہ اس کے نہ نکلے، فروٹ فل نہ رہیں۔</w:t>
      </w:r>
    </w:p>
    <w:p>
      <w:r>
        <w:rPr>
          <w:b/>
        </w:rPr>
        <w:t xml:space="preserve">[22:22] </w:t>
      </w:r>
      <w:r>
        <w:t>to yeh log jin ko ke musalmanon ne expansionist ke roop mein dekha,</w:t>
      </w:r>
    </w:p>
    <w:p>
      <w:pPr>
        <w:jc w:val="right"/>
      </w:pPr>
      <w:r>
        <w:t>تو یہ لوگ جن کو کہ مسلمانوں نے ایکسپینشنسٹ کے روپ میں دیکھا،</w:t>
      </w:r>
    </w:p>
    <w:p>
      <w:r>
        <w:rPr>
          <w:b/>
        </w:rPr>
        <w:t xml:space="preserve">[22:27] </w:t>
      </w:r>
      <w:r>
        <w:t>quran kehta tha ke in ko madu ke roop mein dekho. yani in ko islam ka paigham do, quran ka paigham do. Allah ki taraf se tumhare paas jo aayi hai hidayat, wo un tak pahunchao.</w:t>
      </w:r>
    </w:p>
    <w:p>
      <w:pPr>
        <w:jc w:val="right"/>
      </w:pPr>
      <w:r>
        <w:t>قرآن کہتا تھا کہ ان کو مدعو کے روپ میں دیکھو۔ یعنی ان کو اسلام کا پیغام دو، قرآن کا پیغام دو۔ اللہ کی طرف سے تمہارے پاس جو آئی ہے ہدایت، وہ ان تک پہنچاؤ۔</w:t>
      </w:r>
    </w:p>
    <w:p>
      <w:r>
        <w:rPr>
          <w:b/>
        </w:rPr>
        <w:t xml:space="preserve">[22:45] </w:t>
      </w:r>
      <w:r>
        <w:t>yeh yeh tha quran ka, quran ki rehnumai.</w:t>
      </w:r>
    </w:p>
    <w:p>
      <w:pPr>
        <w:jc w:val="right"/>
      </w:pPr>
      <w:r>
        <w:t>یہ یہ تھا قرآن کا، قرآن کی رہنمائی۔</w:t>
      </w:r>
    </w:p>
    <w:p>
      <w:r>
        <w:rPr>
          <w:b/>
        </w:rPr>
        <w:t xml:space="preserve">[22:56] </w:t>
      </w:r>
      <w:r>
        <w:t>lekin kahin bhi musalmanon ne islam ke is formula ko apply nahi kiya. mein bohat aisa hua, aik martaba gaya tha aik arab mulk mein, wahan par italy ki faujein dakhil ho gayi theen aik zamane mein.</w:t>
      </w:r>
    </w:p>
    <w:p>
      <w:pPr>
        <w:jc w:val="right"/>
      </w:pPr>
      <w:r>
        <w:t>لیکن کہیں بھی مسلمانوں نے اسلام کے اس فارمولے کو اپلائی نہیں کیا۔ میں بہت ایسا ہوا، ایک مرتبہ گیا تھا ایک عرب ملک میں، وہاں پر اٹلی کی فوجیں داخل ہو گئی تھیں ایک زمانے میں۔</w:t>
      </w:r>
    </w:p>
    <w:p>
      <w:r>
        <w:rPr>
          <w:b/>
        </w:rPr>
        <w:t xml:space="preserve">[23:16] </w:t>
      </w:r>
      <w:r>
        <w:t>to wahan par jihad, jihad, jihad hone laga. to wahan par jis ko kehte hain muthaf, muthaf yani museum, wahan par aik museum tha.</w:t>
      </w:r>
    </w:p>
    <w:p>
      <w:pPr>
        <w:jc w:val="right"/>
      </w:pPr>
      <w:r>
        <w:t>تو وہاں پر جہاد، جہاد، جہاد ہونے لگا۔ تو وہاں پر جس کو کہتے ہیں متحف، متحف یعنی میوزیم، وہاں پر ایک میوزیم تھا۔</w:t>
      </w:r>
    </w:p>
    <w:p>
      <w:r>
        <w:rPr>
          <w:b/>
        </w:rPr>
        <w:t xml:space="preserve">[23:26] </w:t>
      </w:r>
      <w:r>
        <w:t>is museum mein mein gaya, wahan par dekha to is is museum mein aik aik bara sa</w:t>
      </w:r>
    </w:p>
    <w:p>
      <w:pPr>
        <w:jc w:val="right"/>
      </w:pPr>
      <w:r>
        <w:t>اس میوزیم میں میں گیا، وہاں پر دیکھا تو اس اس میوزیم میں ایک ایک بڑا سا</w:t>
      </w:r>
    </w:p>
    <w:p>
      <w:r>
        <w:rPr>
          <w:b/>
        </w:rPr>
        <w:t xml:space="preserve">[23:35] </w:t>
      </w:r>
      <w:r>
        <w:t>rakha hua tha, likha hua, kahin istemal kiya gaya tha, wo wahan par rakha hua tha. is zamane mein is mein likha hua tha ke موتوا اليوم عزا قبل ان تموتوا غدا اذلا</w:t>
      </w:r>
    </w:p>
    <w:p>
      <w:pPr>
        <w:jc w:val="right"/>
      </w:pPr>
      <w:r>
        <w:t>رکھا ہوا تھا، لکھا ہوا، کہیں استعمال کیا گیا تھا، وہ وہاں پر رکھا ہوا تھا۔ اس زمانے میں اس میں لکھا ہوا تھا کہ موتوا اليوم عزا قبل ان تموتوا غدا اذلا</w:t>
      </w:r>
    </w:p>
    <w:p>
      <w:r>
        <w:rPr>
          <w:b/>
        </w:rPr>
        <w:t xml:space="preserve">[23:54] </w:t>
      </w:r>
      <w:r>
        <w:t>yani aaj izzat ke sath mar jao, qabl is ke ke tum ko kal zillat ke sath marna pade. to aik hi option logon ko alam tha ke agar italy ki faujein ghus aayi hain to bas lado, lado, lado.</w:t>
      </w:r>
    </w:p>
    <w:p>
      <w:pPr>
        <w:jc w:val="right"/>
      </w:pPr>
      <w:r>
        <w:t>یعنی آج عزت کے ساتھ مر جاؤ، قبل اس کے کہ تم کو کل ذلت کے ساتھ مرنا پڑے۔ تو ایک ہی آپشن لوگوں کو عالم تھا کہ اگر اٹلی کی فوجیں گھس آئیں ہیں تو بس لڑو، لڑو، لڑو۔</w:t>
      </w:r>
    </w:p>
    <w:p>
      <w:r>
        <w:rPr>
          <w:b/>
        </w:rPr>
        <w:t xml:space="preserve">[24:11] </w:t>
      </w:r>
      <w:r>
        <w:t>wo expansionist thay,</w:t>
      </w:r>
    </w:p>
    <w:p>
      <w:pPr>
        <w:jc w:val="right"/>
      </w:pPr>
      <w:r>
        <w:t>وہ ایکسپینشنسٹ تھے،</w:t>
      </w:r>
    </w:p>
    <w:p>
      <w:r>
        <w:rPr>
          <w:b/>
        </w:rPr>
        <w:t xml:space="preserve">[24:12] </w:t>
      </w:r>
      <w:r>
        <w:t>halankeh wo madu thay. madu aap ke ghar mein aa kar dastak de raha tha. madu khud aap ke darwaze, jise ke rasool Allah sal Allahu alaihi wasallam ne jo aate thay arab ke mukhtalif hisson se makkah aate thay buton ki ziyarat ke liye,</w:t>
      </w:r>
    </w:p>
    <w:p>
      <w:pPr>
        <w:jc w:val="right"/>
      </w:pPr>
      <w:r>
        <w:t>حالانکہ وہ مدعو تھے۔ مدعو آپ کے گھر میں آ کر دستک دے رہا تھا۔ مدعو خود آپ کے دروازے، جسے کہ رسول اللہ صلی اللہ علیہ وسلم نے جو آتے تھے عرب کے مختلف حصوں سے مکہ آتے تھے بتوں کی زیارت کے لیے،</w:t>
      </w:r>
    </w:p>
    <w:p>
      <w:r>
        <w:rPr>
          <w:b/>
        </w:rPr>
        <w:t xml:space="preserve">[24:31] </w:t>
      </w:r>
      <w:r>
        <w:t>un ko rasool Allah ne samjha ke madu hamare paas khud aa gaya hai. un ko dawat dena shuru kar di.</w:t>
      </w:r>
    </w:p>
    <w:p>
      <w:pPr>
        <w:jc w:val="right"/>
      </w:pPr>
      <w:r>
        <w:t>ان کو رسول اللہ نے سمجھا کہ مدعو ہمارے پاس خود آ گیا ہے۔ ان کو دعوت دینا شروع کر دیا۔</w:t>
      </w:r>
    </w:p>
    <w:p>
      <w:r>
        <w:rPr>
          <w:b/>
        </w:rPr>
        <w:t xml:space="preserve">[24:42] </w:t>
      </w:r>
      <w:r>
        <w:t>to yeh jo thay, yeh log, in ko humain dekhna tha madu ke roop mein ke madu khud hamare paas aa gaya hai, apni dawat pohanchao, islam ka paigham pohanchao, toheed ka paigham.</w:t>
      </w:r>
    </w:p>
    <w:p>
      <w:pPr>
        <w:jc w:val="right"/>
      </w:pPr>
      <w:r>
        <w:t>تو یہ جو تھے، یہ لوگ، ان کو ہمیں دیکھنا تھا مدعو کے روپ میں کہ مدعو خود ہمارے پاس آ گیا ہے، اپنی دعوت پہنچاؤ، اسلام کا پیغام پہنچاؤ، توحید کا پیغام۔</w:t>
      </w:r>
    </w:p>
    <w:p>
      <w:r>
        <w:rPr>
          <w:b/>
        </w:rPr>
        <w:t xml:space="preserve">[24:57] </w:t>
      </w:r>
      <w:r>
        <w:t>magar yeh nahi hua, bas larro, larro, larro.</w:t>
      </w:r>
    </w:p>
    <w:p>
      <w:pPr>
        <w:jc w:val="right"/>
      </w:pPr>
      <w:r>
        <w:t>مگر یہ نہیں ہوا، بس لڑو، لڑو، لڑو۔</w:t>
      </w:r>
    </w:p>
    <w:p>
      <w:r>
        <w:rPr>
          <w:b/>
        </w:rPr>
        <w:t xml:space="preserve">[25:02] </w:t>
      </w:r>
      <w:r>
        <w:t>saare arab dunya mein aik aik shair is zamane mein bohat raaij hua tha: hath salahuddin san tanfina jud di hatain oushab hataina yani phir se salahuddin ko wapas lao aur phir se talwar chalao aur phir se shamsheer bazi karo, phir se logon ko qatal karo.</w:t>
      </w:r>
    </w:p>
    <w:p>
      <w:pPr>
        <w:jc w:val="right"/>
      </w:pPr>
      <w:r>
        <w:t>سارے عرب دنیا میں ایک ایک شعر اس زمانے میں بہت رائج ہوا تھا: ہاتھ صلاح الدین سان تنفینا جد دی حتین اوشب حتینا یعنی پھر سے صلاح الدین کو واپس لاؤ اور پھر سے تلوار چلاؤ اور پھر سے شمشیر بازی کرو، پھر سے لوگوں کو قتل کرو۔</w:t>
      </w:r>
    </w:p>
    <w:p>
      <w:r>
        <w:rPr>
          <w:b/>
        </w:rPr>
        <w:t xml:space="preserve">[25:25] </w:t>
      </w:r>
      <w:r>
        <w:t>halankeh yeh rujhan, yahi to, yahi to rujhan tha jis ko chhodna tha inhonein. yeh gandagi thi, is ko chhodna tha. is ka matlab agar is aayat ko lein aap to expansionist ko expansionist ke roop mein lena gandagi hai.</w:t>
      </w:r>
    </w:p>
    <w:p>
      <w:pPr>
        <w:jc w:val="right"/>
      </w:pPr>
      <w:r>
        <w:t>حالانکہ یہ رجحان، یہی تو، یہی تو رجحان تھا جس کو چھوڑنا تھا انہیں۔ یہ گندگی تھی، اس کو چھوڑنا تھا۔ اس کا مطلب اگر اس آیت کو لیں آپ تو ایکسپینشنسٹ کو ایکسپینشنسٹ کے روپ میں لینا گندگی ہے۔</w:t>
      </w:r>
    </w:p>
    <w:p>
      <w:r>
        <w:rPr>
          <w:b/>
        </w:rPr>
        <w:t xml:space="preserve">[25:44] </w:t>
      </w:r>
      <w:r>
        <w:t>kesi ajeeb baat hai!</w:t>
      </w:r>
    </w:p>
    <w:p>
      <w:pPr>
        <w:jc w:val="right"/>
      </w:pPr>
      <w:r>
        <w:t>کیسی عجیب بات ہے!</w:t>
      </w:r>
    </w:p>
    <w:p>
      <w:r>
        <w:rPr>
          <w:b/>
        </w:rPr>
        <w:t xml:space="preserve">[25:49] </w:t>
      </w:r>
      <w:r>
        <w:t>jaise makkah mein,</w:t>
      </w:r>
    </w:p>
    <w:p>
      <w:pPr>
        <w:jc w:val="right"/>
      </w:pPr>
      <w:r>
        <w:t>جیسے مکہ میں،</w:t>
      </w:r>
    </w:p>
    <w:p>
      <w:r>
        <w:rPr>
          <w:b/>
        </w:rPr>
        <w:t xml:space="preserve">[25:53] </w:t>
      </w:r>
      <w:r>
        <w:t>makkah mein idol worshippers ko bator idol worshippers kehlana, yeh gandagi thi Allah ki nazar mein. aur in ko madu ke roop mein milna, yeh paaki thi.</w:t>
      </w:r>
    </w:p>
    <w:p>
      <w:pPr>
        <w:jc w:val="right"/>
      </w:pPr>
      <w:r>
        <w:t>مکہ میں آئیڈل ورشپرز کو بطور آئیڈل ورشپرز کہلانا، یہ گندگی تھی اللہ کی نظر میں۔ اور ان کو مدعو کے روپ میں ملنا، یہ پاکی تھی۔</w:t>
      </w:r>
    </w:p>
    <w:p>
      <w:r>
        <w:rPr>
          <w:b/>
        </w:rPr>
        <w:t xml:space="preserve">[26:06] </w:t>
      </w:r>
      <w:r>
        <w:t>to ab jo aaye, yeh log holland ke log aaye, italy ke log aaye,</w:t>
      </w:r>
    </w:p>
    <w:p>
      <w:pPr>
        <w:jc w:val="right"/>
      </w:pPr>
      <w:r>
        <w:t>تو اب جو آئے، یہ لوگ ہالینڈ کے لوگ آئے، اٹلی کے لوگ آئے،</w:t>
      </w:r>
    </w:p>
    <w:p>
      <w:r>
        <w:rPr>
          <w:b/>
        </w:rPr>
        <w:t xml:space="preserve">[26:12] </w:t>
      </w:r>
      <w:r>
        <w:t>britain ke log aaye, france ke log aaye, in sab ko hamare logon ne expansionist ke roop mein dekha, tausei pasand ke roop mein dekha.</w:t>
      </w:r>
    </w:p>
    <w:p>
      <w:pPr>
        <w:jc w:val="right"/>
      </w:pPr>
      <w:r>
        <w:t>برطانیہ کے لوگ آئے، فرانس کے لوگ آئے، ان سب کو ہمارے لوگوں نے ایکسپینشنسٹ کے روپ میں دیکھا، توسیع پسند کے روپ میں دیکھا۔</w:t>
      </w:r>
    </w:p>
    <w:p>
      <w:r>
        <w:rPr>
          <w:b/>
        </w:rPr>
        <w:t xml:space="preserve">[26:22] </w:t>
      </w:r>
      <w:r>
        <w:t>yahi to rujhan tha, yahi to gandagi thi. is ke bajaye inhe dekhna tha madu ke roop mein.</w:t>
      </w:r>
    </w:p>
    <w:p>
      <w:pPr>
        <w:jc w:val="right"/>
      </w:pPr>
      <w:r>
        <w:t>یہی تو رجحان تھا، یہی تو گندگی تھی۔ اس کے بجائے انہیں دیکھنا تھا مدعو کے روپ میں۔</w:t>
      </w:r>
    </w:p>
    <w:p>
      <w:r>
        <w:rPr>
          <w:b/>
        </w:rPr>
        <w:t xml:space="preserve">[26:30] </w:t>
      </w:r>
      <w:r>
        <w:t>aur saare muslim dunya mein aik tehreek chalni chahiye thi dawat ki ke lo bhai, madu khud hamare paas aa gaya hai, khud hamare darwaze par dastak de raha hai, chalo in ko dawat do.</w:t>
      </w:r>
    </w:p>
    <w:p>
      <w:pPr>
        <w:jc w:val="right"/>
      </w:pPr>
      <w:r>
        <w:t>اور سارے مسلم دنیا میں ایک تحریک چلنی چاہیے تھی دعوت کی کہ لو بھئی، مدعو خود ہمارے پاس آ گیا ہے، خود ہمارے دروازے پر دستک دے رہا ہے، چلو ان کو دعوت دو۔</w:t>
      </w:r>
    </w:p>
    <w:p>
      <w:r>
        <w:rPr>
          <w:b/>
        </w:rPr>
        <w:t xml:space="preserve">[26:44] </w:t>
      </w:r>
      <w:r>
        <w:t>bhool jao political masail ko, bhool jao ke in ki faujein yahan aa gayi hain, bhool jao in baaton ko.</w:t>
      </w:r>
    </w:p>
    <w:p>
      <w:pPr>
        <w:jc w:val="right"/>
      </w:pPr>
      <w:r>
        <w:t>بھول جاؤ پولیٹیکل مسائل کو، بھول جاؤ کہ ان کی فوجیں یہاں آ گئی ہیں، بھول جاؤ ان باتوں کو۔</w:t>
      </w:r>
    </w:p>
    <w:p>
      <w:r>
        <w:rPr>
          <w:b/>
        </w:rPr>
        <w:t xml:space="preserve">[26:55] </w:t>
      </w:r>
      <w:r>
        <w:t>main ne hasan al banna ke halaat mein parha ke woh iskandaria mein thay us waqt.</w:t>
      </w:r>
    </w:p>
    <w:p>
      <w:pPr>
        <w:jc w:val="right"/>
      </w:pPr>
      <w:r>
        <w:t>میں نے حسن بنہ کے حالات میں پڑھا کہ وہ اسکندریہ میں تھے اس وقت۔</w:t>
      </w:r>
    </w:p>
    <w:p>
      <w:r>
        <w:rPr>
          <w:b/>
        </w:rPr>
        <w:t xml:space="preserve">[27:04] </w:t>
      </w:r>
      <w:r>
        <w:t>to wahan par angrezi faujein utrein.</w:t>
      </w:r>
    </w:p>
    <w:p>
      <w:pPr>
        <w:jc w:val="right"/>
      </w:pPr>
      <w:r>
        <w:t>تو وہاں پر انگریزی فوجیں اتریں۔</w:t>
      </w:r>
    </w:p>
    <w:p>
      <w:r>
        <w:rPr>
          <w:b/>
        </w:rPr>
        <w:t xml:space="preserve">[27:11] </w:t>
      </w:r>
      <w:r>
        <w:t>angrezi faujein utrein iskandaria mein. to fauji log boot pehente hain, khatkhat karta jab chalte hain woh.</w:t>
      </w:r>
    </w:p>
    <w:p>
      <w:pPr>
        <w:jc w:val="right"/>
      </w:pPr>
      <w:r>
        <w:t>انگریزی فوجیں اتریں اسکندریہ میں۔ تو فوجی لوگ بوٹ پہنتے ہیں، کھٹکھٹ کرتا جب چلتے ہیں وہ۔</w:t>
      </w:r>
    </w:p>
    <w:p>
      <w:r>
        <w:rPr>
          <w:b/>
        </w:rPr>
        <w:t xml:space="preserve">[27:20] </w:t>
      </w:r>
      <w:r>
        <w:t>to angrezi faujein jab iskandaria ki sarkon par chalin, khatkhat karti hui, to main ne parha tha is mein ke hasan al banna ke seenay par chot lagti thi.</w:t>
      </w:r>
    </w:p>
    <w:p>
      <w:pPr>
        <w:jc w:val="right"/>
      </w:pPr>
      <w:r>
        <w:t>تو انگریزی فوجیں جب اسکندریہ کی سڑکوں پر چلیں، کھٹکھٹ کرتی ہوئی، تو میں نے پڑھا تھا اس میں کہ حسن بنہ کے سینے پر چوٹ لگتی تھی۔</w:t>
      </w:r>
    </w:p>
    <w:p>
      <w:r>
        <w:rPr>
          <w:b/>
        </w:rPr>
        <w:t xml:space="preserve">[27:32] </w:t>
      </w:r>
      <w:r>
        <w:t>un ke seenay par chot lagti thi aur khare ho gaye is ko ladne ke liye.</w:t>
      </w:r>
    </w:p>
    <w:p>
      <w:pPr>
        <w:jc w:val="right"/>
      </w:pPr>
      <w:r>
        <w:t>ان کے سینے پر چوٹ لگتی تھی اور کھڑے ہو گئے اس کو لڑنے کے لیے۔</w:t>
      </w:r>
    </w:p>
    <w:p>
      <w:r>
        <w:rPr>
          <w:b/>
        </w:rPr>
        <w:t xml:space="preserve">[27:38] </w:t>
      </w:r>
      <w:r>
        <w:t>halankeh inhe yeh kehna chahiye tha ke dekho bhai, madu hamare paas aa gaya hai, chalo in ko dawat do. yani hum chal kar pohnchte hain in ke paas to hum ko jana nahi pada, yeh to khud hi aa gaye yahan par, chalo dawat dena hai in ko.</w:t>
      </w:r>
    </w:p>
    <w:p>
      <w:pPr>
        <w:jc w:val="right"/>
      </w:pPr>
      <w:r>
        <w:t>حالانکہ انہیں یہ کہنا چاہیے تھا کہ دیکھو بھئی، مدعو ہمارے پاس آ گیا ہے، چلو ان کو دعوت دو۔ یعنی ہم چل کر پہنچتے ہیں ان کے پاس تو ہم کو جانا نہیں پڑا، یہ تو خود ہی آ گئے یہاں پر، چلو دعوت دینا ہے ان کو۔</w:t>
      </w:r>
    </w:p>
    <w:p>
      <w:r>
        <w:rPr>
          <w:b/>
        </w:rPr>
        <w:t xml:space="preserve">[27:56] </w:t>
      </w:r>
      <w:r>
        <w:t>seenay par chot kyun lagi aap ke?</w:t>
      </w:r>
    </w:p>
    <w:p>
      <w:pPr>
        <w:jc w:val="right"/>
      </w:pPr>
      <w:r>
        <w:t>سینے پر چوٹ کیوں لگی آپ کے؟</w:t>
      </w:r>
    </w:p>
    <w:p>
      <w:r>
        <w:rPr>
          <w:b/>
        </w:rPr>
        <w:t xml:space="preserve">[27:59] </w:t>
      </w:r>
      <w:r>
        <w:t>aap ne is ko opportunity ke taur par kyun nahi dekha? rasool Allah ke seenay par chot nahi lagti thi? yani unhonein kaaba mein but rakh diye sainkaron ki tadad mein.</w:t>
      </w:r>
    </w:p>
    <w:p>
      <w:pPr>
        <w:jc w:val="right"/>
      </w:pPr>
      <w:r>
        <w:t>آپ نے اس کو اپرچونیٹی کے طور پر کیوں نہیں دیکھا؟ رسول اللہ کے سینے پر چوٹ نہیں لگتی تھی؟ یعنی انہوں نے کعبہ میں بت رکھ دیے سینکڑوں کی تعداد میں۔</w:t>
      </w:r>
    </w:p>
    <w:p>
      <w:r>
        <w:rPr>
          <w:b/>
        </w:rPr>
        <w:t xml:space="preserve">[28:11] </w:t>
      </w:r>
      <w:r>
        <w:t>to rasool Allah kabhi nahi kitabon mein parha hum ne ke is ko dekh kar rasool Allah ke seenay par chot lagti thi.</w:t>
      </w:r>
    </w:p>
    <w:p>
      <w:pPr>
        <w:jc w:val="right"/>
      </w:pPr>
      <w:r>
        <w:t>تو رسول اللہ کبھی نہیں کتابوں میں پڑھا ہم نے کہ اس کو دیکھ کر رسول اللہ کے سینے پر چوٹ لگتی تھی۔</w:t>
      </w:r>
    </w:p>
    <w:p>
      <w:r>
        <w:rPr>
          <w:b/>
        </w:rPr>
        <w:t xml:space="preserve">[28:20] </w:t>
      </w:r>
      <w:r>
        <w:t>to isi liye dekhiye itni beshumar qurbaniyan, yani paise ki qurbaniyan, jaan ki qurbaniyan, izzat ki qurbaniyan, property ki qurbaniyan, lekin be natija.</w:t>
      </w:r>
    </w:p>
    <w:p>
      <w:pPr>
        <w:jc w:val="right"/>
      </w:pPr>
      <w:r>
        <w:t>تو اسی لیے دیکھیے اتنی بے شمار قربانیاں، یعنی پیسے کی قربانیاں، جان کی قربانیاں، عزت کی قربانیاں، پراپرٹی کی قربانیاں، لیکن بے نتیجہ۔</w:t>
      </w:r>
    </w:p>
    <w:p>
      <w:r>
        <w:rPr>
          <w:b/>
        </w:rPr>
        <w:t xml:space="preserve">[28:36] </w:t>
      </w:r>
      <w:r>
        <w:t>hub e aamal ka shikar hui. dekhiye yeh saada baat nahi hai, yeh saada baat nahi hai. hub e aamal ka waqia pesh aana is baat ki alamat hai, is baat ka proof hai ke tumhara amal Allah taala ko maqbool nahi hai.</w:t>
      </w:r>
    </w:p>
    <w:p>
      <w:pPr>
        <w:jc w:val="right"/>
      </w:pPr>
      <w:r>
        <w:t>حب اعمال کا شکار ہوئی۔ دیکھیے یہ سادہ بات نہیں ہے، یہ سادہ بات نہیں ہے۔ حب اعمال کا واقعہ پیش آنا اس بات کی علامت ہے، اس بات کا پروف ہے کہ تمہارا عمل اللہ تعالیٰ کو مقبول نہیں ہے۔</w:t>
      </w:r>
    </w:p>
    <w:p>
      <w:r>
        <w:rPr>
          <w:b/>
        </w:rPr>
        <w:t xml:space="preserve">[28:58] </w:t>
      </w:r>
      <w:r>
        <w:t>kyunke quran mein saaf saaf likha hua hai ke Allah taala ahle iman ki zaroor madad karega.</w:t>
      </w:r>
    </w:p>
    <w:p>
      <w:pPr>
        <w:jc w:val="right"/>
      </w:pPr>
      <w:r>
        <w:t>کیونکہ قرآن میں صاف صاف لکھا ہوا ہے کہ اللہ تعالیٰ اہل ایمان کی ضرور مدد کرے گا۔</w:t>
      </w:r>
    </w:p>
    <w:p>
      <w:r>
        <w:rPr>
          <w:b/>
        </w:rPr>
        <w:t xml:space="preserve">[29:09] </w:t>
      </w:r>
      <w:r>
        <w:t>Allah taala ahle iman ki zaroor madad karega. to jab hub e aamal ka shikar ho gayi hamari koshishein to is ka matlab kya hua? is ka matlab yeh hai ke aap Allah ko qabool nahi hua, Allah ne madad nahi ki.</w:t>
      </w:r>
    </w:p>
    <w:p>
      <w:pPr>
        <w:jc w:val="right"/>
      </w:pPr>
      <w:r>
        <w:t>اللہ تعالیٰ اہل ایمان کی ضرور مدد کرے گا۔ تو جب حب اعمال کا شکار ہو گئی ہماری کوششیں تو اس کا معنی کیا ہوا؟ اس کا معنی یہ ہے کہ آپ اللہ کو قبول نہیں ہوا، اللہ نے مدد نہیں کی۔</w:t>
      </w:r>
    </w:p>
    <w:p>
      <w:r>
        <w:rPr>
          <w:b/>
        </w:rPr>
        <w:t xml:space="preserve">[29:25] </w:t>
      </w:r>
      <w:r>
        <w:t>aise hi dekhiye is ke baad ke zamane mein american aate hain. pehle woh log aaye, europe ke log. phir baad ke zamane mein american log aaye.</w:t>
      </w:r>
    </w:p>
    <w:p>
      <w:pPr>
        <w:jc w:val="right"/>
      </w:pPr>
      <w:r>
        <w:t>ایسے ہی دیکھیے اس کے بعد کے زمانے میں امریکن آتے ہیں۔ پہلے وہ لوگ آئے، یورپ کے لوگ۔ پھر بعد کے زمانے میں امریکن لوگ آئے۔</w:t>
      </w:r>
    </w:p>
    <w:p>
      <w:r>
        <w:rPr>
          <w:b/>
        </w:rPr>
        <w:t xml:space="preserve">[29:35] </w:t>
      </w:r>
      <w:r>
        <w:t>aaj kal american log ghuse hue hain idhar udhar. tab bhi kya hua? musalmanon ne dobara un ko expansionist ke roop mein dekha. bas</w:t>
      </w:r>
    </w:p>
    <w:p>
      <w:pPr>
        <w:jc w:val="right"/>
      </w:pPr>
      <w:r>
        <w:t>آج کل امریکن لوگ گھسے ہوئے ہیں ادھر ادھر۔ تب بھی کیا ہوا؟ مسلمانوں نے دوبارہ ان کو ایکسپینشنسٹ کے روپ میں دیکھا۔ بس</w:t>
      </w:r>
    </w:p>
    <w:p>
      <w:r>
        <w:rPr>
          <w:b/>
        </w:rPr>
        <w:t xml:space="preserve">[29:46] </w:t>
      </w:r>
      <w:r>
        <w:t>american tauseh pasandi.</w:t>
      </w:r>
    </w:p>
    <w:p>
      <w:pPr>
        <w:jc w:val="right"/>
      </w:pPr>
      <w:r>
        <w:t>امریکی توسیع پسندی۔</w:t>
      </w:r>
    </w:p>
    <w:p>
      <w:r>
        <w:rPr>
          <w:b/>
        </w:rPr>
        <w:t xml:space="preserve">[29:53] </w:t>
      </w:r>
      <w:r>
        <w:t>expansionist ke roop mein. haalankeh unhein madعو ke roop mein dekhna chahiye tha ke dekho bhai, madعو aa gaya hamare ghar, chalo un ko dawat do. to americans ko expansionist ke roop mein dekhna yeh yahi yahi rujhan hai, rujhan.</w:t>
      </w:r>
    </w:p>
    <w:p>
      <w:pPr>
        <w:jc w:val="right"/>
      </w:pPr>
      <w:r>
        <w:t>ایکسپینشنسٹ کے روپ میں۔ حالانکہ انہیں مدعو کے روپ میں دیکھنا چاہیے تھا کہ دیکھو بھئی، مدعو آ گیا ہمارے گھر، چلو ان کو دعوت دو۔ تو امریکنز کو ایکسپینشنسٹ کے روپ میں دیکھنا یہ یہی یہی رجحان ہے، رجحان۔</w:t>
      </w:r>
    </w:p>
    <w:p>
      <w:r>
        <w:rPr>
          <w:b/>
        </w:rPr>
        <w:t xml:space="preserve">[30:09] </w:t>
      </w:r>
      <w:r>
        <w:t>gandagi.</w:t>
      </w:r>
    </w:p>
    <w:p>
      <w:pPr>
        <w:jc w:val="right"/>
      </w:pPr>
      <w:r>
        <w:t>گندگی۔</w:t>
      </w:r>
    </w:p>
    <w:p>
      <w:r>
        <w:rPr>
          <w:b/>
        </w:rPr>
        <w:t xml:space="preserve">[30:11] </w:t>
      </w:r>
      <w:r>
        <w:t>ganda soch. sahi soch kya hai? ke un ko aap dekhen madعو ke roop mein.</w:t>
      </w:r>
    </w:p>
    <w:p>
      <w:pPr>
        <w:jc w:val="right"/>
      </w:pPr>
      <w:r>
        <w:t>گندا سوچ۔ صحیح سوچ کیا ہے؟ کہ ان کو آپ دیکھیں مدعو کے روپ میں۔</w:t>
      </w:r>
    </w:p>
    <w:p>
      <w:r>
        <w:rPr>
          <w:b/>
        </w:rPr>
        <w:t xml:space="preserve">[30:21] </w:t>
      </w:r>
      <w:r>
        <w:t>natija kya hua? dekhiye aap. sari muslim dunya americanon se nafrat karti hai, bomba marti hai. nine eleven ka waqea pesh aata hai, zabardast.</w:t>
      </w:r>
    </w:p>
    <w:p>
      <w:pPr>
        <w:jc w:val="right"/>
      </w:pPr>
      <w:r>
        <w:t>نتیجہ کیا ہوا؟ دیکھیے آپ۔ ساری مسلم دنیا امریکنوں سے نفرت کرتی ہے، بمبا مارتی ہے۔ نائن الیون کا واقعہ پیش آتا ہے، زبردست۔</w:t>
      </w:r>
    </w:p>
    <w:p>
      <w:r>
        <w:rPr>
          <w:b/>
        </w:rPr>
        <w:t xml:space="preserve">[30:33] </w:t>
      </w:r>
      <w:r>
        <w:t>aur kya kya kya musalmanon ne americanon ke khilaf. lekin un ke dabdabe mein kami nahi hui. un ka dabdaba waqai wahi sahi. unhon ne pakistan mein ghus kar ke bin laden ko maar dala.</w:t>
      </w:r>
    </w:p>
    <w:p>
      <w:pPr>
        <w:jc w:val="right"/>
      </w:pPr>
      <w:r>
        <w:t>اور کیا کیا کیا مسلمانوں نے امریکنوں کے خلاف۔ لیکن ان کے دبدبے میں کمی نہیں ہوئی۔ ان کا دبدبہ واقعی وہی صحیح۔ انہوں نے پاکستان میں گھس کر کے بن لادن کو مار ڈالا۔</w:t>
      </w:r>
    </w:p>
    <w:p>
      <w:r>
        <w:rPr>
          <w:b/>
        </w:rPr>
        <w:t xml:space="preserve">[30:47] </w:t>
      </w:r>
      <w:r>
        <w:t>koi kuch kar nahi saka. to yahan pe aap dekhiye</w:t>
      </w:r>
    </w:p>
    <w:p>
      <w:pPr>
        <w:jc w:val="right"/>
      </w:pPr>
      <w:r>
        <w:t>کوئی کچھ کر نہیں سکا۔ تو یہاں پہ آپ دیکھیے</w:t>
      </w:r>
    </w:p>
    <w:p>
      <w:r>
        <w:rPr>
          <w:b/>
        </w:rPr>
        <w:t xml:space="preserve">[30:52] </w:t>
      </w:r>
      <w:r>
        <w:t>jis tarah se european qaumon ke bare mein, yaani european expansionist ke bare mein hamari koshishen raigaan ho gayi thin, hub e aamal ka shikar ho gayi thin.</w:t>
      </w:r>
    </w:p>
    <w:p>
      <w:pPr>
        <w:jc w:val="right"/>
      </w:pPr>
      <w:r>
        <w:t>جس طرح سے یورپین قوموں کے بارے میں، یعنی یورپین ایکسپینشنسٹ کے بارے میں ہماری کوششیں رائیگاں ہو گئی تھیں، حب اعمال کا شکار ہو گئی تھیں۔</w:t>
      </w:r>
    </w:p>
    <w:p>
      <w:r>
        <w:rPr>
          <w:b/>
        </w:rPr>
        <w:t xml:space="preserve">[31:04] </w:t>
      </w:r>
      <w:r>
        <w:t>waise hi dobara american expansionist ke bare mein bhi hamari koshishen raigaan ho rahi hain. be natija ho rahi hain.</w:t>
      </w:r>
    </w:p>
    <w:p>
      <w:pPr>
        <w:jc w:val="right"/>
      </w:pPr>
      <w:r>
        <w:t>ویسے ہی دوبارہ امریکن ایکسپینشنسٹ کے بارے میں بھی ہماری کوششیں رائیگاں ہو رہی ہیں۔ بے نتیجہ ہو رہی ہیں۔</w:t>
      </w:r>
    </w:p>
    <w:p>
      <w:r>
        <w:rPr>
          <w:b/>
        </w:rPr>
        <w:t xml:space="preserve">[31:19] </w:t>
      </w:r>
      <w:r>
        <w:t>aur beshumar qurbaniyon ke bawajood faida kuch nahi. is ka matlab kya hai? is ka matlab yeh hai ke aap ke Allah ne aap ke koshishon ko dishonored kar diya, reject kar diya.</w:t>
      </w:r>
    </w:p>
    <w:p>
      <w:pPr>
        <w:jc w:val="right"/>
      </w:pPr>
      <w:r>
        <w:t>اور بے شمار قربانیوں کے باوجود فائدہ کچھ نہیں۔ اس کا معنی کیا ہے؟ اس کا معنی یہ ہے کہ آپ کہ اللہ نے آپ کے کوششوں کو ڈس ہونڈ کر دیا، ریجیکٹ کر دیا۔</w:t>
      </w:r>
    </w:p>
    <w:p>
      <w:r>
        <w:rPr>
          <w:b/>
        </w:rPr>
        <w:t xml:space="preserve">[31:36] </w:t>
      </w:r>
      <w:r>
        <w:t>Allah ne qabool nahi kiya. yaad rakhiye hub e aamal ka waqea pesh aana, yaani aap ki koshishon ka be natija ho jana, yeh saada baat nahi hai.</w:t>
      </w:r>
    </w:p>
    <w:p>
      <w:pPr>
        <w:jc w:val="right"/>
      </w:pPr>
      <w:r>
        <w:t>اللہ نے قبول نہیں کیا۔ یاد رکھیے حب اعمال کا واقعہ پیش آنا، یعنی آپ کی کوششوں کا بے نتیجہ ہو جانا، یہ سادہ بات نہیں ہے۔</w:t>
      </w:r>
    </w:p>
    <w:p>
      <w:r>
        <w:rPr>
          <w:b/>
        </w:rPr>
        <w:t xml:space="preserve">[31:49] </w:t>
      </w:r>
      <w:r>
        <w:t>yeh ek alamat hai, ek proof hai is baat ka</w:t>
      </w:r>
    </w:p>
    <w:p>
      <w:pPr>
        <w:jc w:val="right"/>
      </w:pPr>
      <w:r>
        <w:t>یہ ایک علامت ہے، ایک پروف ہے اس بات کا</w:t>
      </w:r>
    </w:p>
    <w:p>
      <w:r>
        <w:rPr>
          <w:b/>
        </w:rPr>
        <w:t xml:space="preserve">[31:54] </w:t>
      </w:r>
      <w:r>
        <w:t>ke Allah ki nasrat aap tak nahi aayi. Allah ne aap ko apni nasrat se mehroom kar diya.</w:t>
      </w:r>
    </w:p>
    <w:p>
      <w:pPr>
        <w:jc w:val="right"/>
      </w:pPr>
      <w:r>
        <w:t>کہ اللہ کی نصرت آپ تک نہیں آئی۔ اللہ نے آپ کو اپنی نصرت سے محروم کر دیا۔</w:t>
      </w:r>
    </w:p>
    <w:p>
      <w:r>
        <w:rPr>
          <w:b/>
        </w:rPr>
        <w:t xml:space="preserve">[32:05] </w:t>
      </w:r>
      <w:r>
        <w:t>to kitna bada nuqsan yeh hai.</w:t>
      </w:r>
    </w:p>
    <w:p>
      <w:pPr>
        <w:jc w:val="right"/>
      </w:pPr>
      <w:r>
        <w:t>تو کتنا بڑا نقصان یہ ہے۔</w:t>
      </w:r>
    </w:p>
    <w:p>
      <w:r>
        <w:rPr>
          <w:b/>
        </w:rPr>
        <w:t xml:space="preserve">[32:08] </w:t>
      </w:r>
      <w:r>
        <w:t>ab dekhiye ab musalman kya kar rahe hain? sari dunya ke musalman ek hi kaam kar rahe hain. woh kya? sazish, sazish, saz</w:t>
      </w:r>
    </w:p>
    <w:p>
      <w:pPr>
        <w:jc w:val="right"/>
      </w:pPr>
      <w:r>
        <w:t>اب دیکھیے اب مسلمان کیا کر رہے ہیں؟ ساری دنیا کے مسلمان ایک ہی کام کر رہے ہیں۔ وہ کیا؟ سازش، سازش، ساز</w:t>
      </w:r>
    </w:p>
    <w:p>
      <w:r>
        <w:rPr>
          <w:b/>
        </w:rPr>
        <w:t xml:space="preserve">[32:18] </w:t>
      </w:r>
      <w:r>
        <w:t>sh. yeh shor macha rahe hain. har taraf in ko sazish dikhai deti hai. dushmanon ka zulm aur sazish.</w:t>
      </w:r>
    </w:p>
    <w:p>
      <w:pPr>
        <w:jc w:val="right"/>
      </w:pPr>
      <w:r>
        <w:t>ش۔ یہ شور مچا رہے ہیں۔ ہر طرف ان کو سازش دکھائی دیتی ہے۔ دشمنوں کا ظلم اور سازش۔</w:t>
      </w:r>
    </w:p>
    <w:p>
      <w:r>
        <w:rPr>
          <w:b/>
        </w:rPr>
        <w:t xml:space="preserve">[32:29] </w:t>
      </w:r>
      <w:r>
        <w:t>dekhiye is ka matlab kya hai? yeh hai</w:t>
      </w:r>
    </w:p>
    <w:p>
      <w:pPr>
        <w:jc w:val="right"/>
      </w:pPr>
      <w:r>
        <w:t>دیکھیے اس کا مطلب کیا ہے؟ یہ ہے</w:t>
      </w:r>
    </w:p>
    <w:p>
      <w:r>
        <w:rPr>
          <w:b/>
        </w:rPr>
        <w:t xml:space="preserve">[32:36] </w:t>
      </w:r>
      <w:r>
        <w:t>apne apne ghalat amal ka ko ko false tareeqe se justify karna.</w:t>
      </w:r>
    </w:p>
    <w:p>
      <w:pPr>
        <w:jc w:val="right"/>
      </w:pPr>
      <w:r>
        <w:t>اپنے اپنے غلط عمل کا کو کو فالس طریقے سے جسٹیفائی کرنا۔</w:t>
      </w:r>
    </w:p>
    <w:p>
      <w:r>
        <w:rPr>
          <w:b/>
        </w:rPr>
        <w:t xml:space="preserve">[32:49] </w:t>
      </w:r>
      <w:r>
        <w:t>yaani false justification talash karna.</w:t>
      </w:r>
    </w:p>
    <w:p>
      <w:pPr>
        <w:jc w:val="right"/>
      </w:pPr>
      <w:r>
        <w:t>یعنی فالس جسٹیفیکیشن تلاش کرنا۔</w:t>
      </w:r>
    </w:p>
    <w:p>
      <w:r>
        <w:rPr>
          <w:b/>
        </w:rPr>
        <w:t xml:space="preserve">[32:52] </w:t>
      </w:r>
      <w:r>
        <w:t>apne ghalat amal ka false justification talash karna. yeh matlab hai is ka. jo ghalati par doosri ghalati ka izafa hai.</w:t>
      </w:r>
    </w:p>
    <w:p>
      <w:pPr>
        <w:jc w:val="right"/>
      </w:pPr>
      <w:r>
        <w:t>اپنے غلط عمل کا فالس جسٹیفیکیشن تلاش کرنا۔ یہ مطلب ہے اس کا۔ جو غلطی پر دوسری غلطی کا اضافہ ہے۔</w:t>
      </w:r>
    </w:p>
    <w:p>
      <w:r>
        <w:rPr>
          <w:b/>
        </w:rPr>
        <w:t xml:space="preserve">[33:05] </w:t>
      </w:r>
      <w:r>
        <w:t>dekhiye Islam mein jo muhasbe ka usool hai,</w:t>
      </w:r>
    </w:p>
    <w:p>
      <w:pPr>
        <w:jc w:val="right"/>
      </w:pPr>
      <w:r>
        <w:t>دیکھیے اسلام میں جو محاسبہ کا اصول ہے،</w:t>
      </w:r>
    </w:p>
    <w:p>
      <w:r>
        <w:rPr>
          <w:b/>
        </w:rPr>
        <w:t xml:space="preserve">[33:11] </w:t>
      </w:r>
      <w:r>
        <w:t>muhasba yaani transaction, woh sirf ek fard ke zaati amal ke bare mein nahi hai, poori qaum ke bare mein bhi hai.</w:t>
      </w:r>
    </w:p>
    <w:p>
      <w:pPr>
        <w:jc w:val="right"/>
      </w:pPr>
      <w:r>
        <w:t>محاسبہ یعنی ٹرانسپیکشن، وہ صرف ایک فرد کے ذاتی عمل کے بارے میں نہیں ہے، پوری قوم کے بارے میں بھی ہے۔</w:t>
      </w:r>
    </w:p>
    <w:p>
      <w:r>
        <w:rPr>
          <w:b/>
        </w:rPr>
        <w:t xml:space="preserve">[33:25] </w:t>
      </w:r>
      <w:r>
        <w:t>to yahan par jo yaani hamari koshishen fail ho gayin, to aap kya karna tha? muhasba karna tha. reassess karna tha.</w:t>
      </w:r>
    </w:p>
    <w:p>
      <w:pPr>
        <w:jc w:val="right"/>
      </w:pPr>
      <w:r>
        <w:t>تو یہاں پر جو یعنی ہماری کوششیں فیل ہو گئیں، تو آپ کیا کرنا تھا؟ محاسبہ کرنا تھا۔ ری ایسس کرنا تھا۔</w:t>
      </w:r>
    </w:p>
    <w:p>
      <w:r>
        <w:rPr>
          <w:b/>
        </w:rPr>
        <w:t xml:space="preserve">[33:36] </w:t>
      </w:r>
      <w:r>
        <w:t>ghalti kahan hui ke Allah taala ki rehmat se aap mehroom ho gaye?</w:t>
      </w:r>
    </w:p>
    <w:p>
      <w:pPr>
        <w:jc w:val="right"/>
      </w:pPr>
      <w:r>
        <w:t>غلطی کہاں ہوئی کہ اللہ تعالیٰ کی رحمت سے آپ محروم ہو گئے؟</w:t>
      </w:r>
    </w:p>
    <w:p>
      <w:r>
        <w:rPr>
          <w:b/>
        </w:rPr>
        <w:t xml:space="preserve">[33:43] </w:t>
      </w:r>
      <w:r>
        <w:t>to bajaye is ke ke apna muhasba karen, doosron ke khilaf shor kar rahe hain ke woh sazish kar rahe hain hamare khilaf. Is tarah ke shor karne se koi faida nahi hone wala hai.</w:t>
      </w:r>
    </w:p>
    <w:p>
      <w:pPr>
        <w:jc w:val="right"/>
      </w:pPr>
      <w:r>
        <w:t>تو بجائے اس کے کہ اپنا محاسبہ کریں، دوسروں کے خلاف شور کر رہے ہیں کہ وہ سازش کر رہے ہیں ہمارے خلاف۔ اس طرح کے شور کرنے سے کوئی فائدہ نہیں ہونے والا ہے۔</w:t>
      </w:r>
    </w:p>
    <w:p>
      <w:r>
        <w:rPr>
          <w:b/>
        </w:rPr>
        <w:t xml:space="preserve">[33:57] </w:t>
      </w:r>
      <w:r>
        <w:t>is tarah sab se bara waqea jo pesh aya woh falasteen mein.</w:t>
      </w:r>
    </w:p>
    <w:p>
      <w:pPr>
        <w:jc w:val="right"/>
      </w:pPr>
      <w:r>
        <w:t>اس طرح سب سے بڑا واقعہ جو پیش آیا وہ فلسطین میں۔</w:t>
      </w:r>
    </w:p>
    <w:p>
      <w:r>
        <w:rPr>
          <w:b/>
        </w:rPr>
        <w:t xml:space="preserve">[34:02] </w:t>
      </w:r>
      <w:r>
        <w:t>falasteen mein jo pesh aya, unnees sau artalis mein falasteen ko taqseem kiya gaya. Taqseem ka matlab yeh nahi tha ke arabon ko nikal diya gaya.</w:t>
      </w:r>
    </w:p>
    <w:p>
      <w:pPr>
        <w:jc w:val="right"/>
      </w:pPr>
      <w:r>
        <w:t>فلسطین میں جو پیش آیا، انیس سو اڑتالیس میں فلسطین کو تقسیم کیا گیا۔ تقسیم کا معنی یہ نہیں تھا کہ عربوں کو نکال دیا گیا۔</w:t>
      </w:r>
    </w:p>
    <w:p>
      <w:r>
        <w:rPr>
          <w:b/>
        </w:rPr>
        <w:t xml:space="preserve">[34:13] </w:t>
      </w:r>
      <w:r>
        <w:t>yani political administration aik hisse par ho gaya Israel ka, yani nisf hisse par. Doosre hisse par ho gaya</w:t>
      </w:r>
    </w:p>
    <w:p>
      <w:pPr>
        <w:jc w:val="right"/>
      </w:pPr>
      <w:r>
        <w:t>یعنی پولیٹیکل ایڈمنسٹریشن ایک حصے پر ہو گیا اسرائیل کا، یعنی نصف حصے پر۔ دوسرے حصے پر ہو گیا</w:t>
      </w:r>
    </w:p>
    <w:p>
      <w:r>
        <w:rPr>
          <w:b/>
        </w:rPr>
        <w:t xml:space="preserve">[34:23] </w:t>
      </w:r>
      <w:r>
        <w:t>arabon ka. Abhi bhi dono hisse mein arab log thay. Is waqt bhi jab ke itni ladaaiyan ho chuki hain, abhi bhi Israel mein twenty percent arab log rehte hain.</w:t>
      </w:r>
    </w:p>
    <w:p>
      <w:pPr>
        <w:jc w:val="right"/>
      </w:pPr>
      <w:r>
        <w:t>عربوں کا۔ ابھی بھی دونوں حصے میں عرب لوگ تھے۔ اس وقت بھی جب کہ اتنی لڑائیاں ہو چکی ہیں، ابھی بھی اسرائیل میں ٹونٹی پرسنٹ عرب لوگ رہتے ہیں۔</w:t>
      </w:r>
    </w:p>
    <w:p>
      <w:r>
        <w:rPr>
          <w:b/>
        </w:rPr>
        <w:t xml:space="preserve">[34:36] </w:t>
      </w:r>
      <w:r>
        <w:t>twenty percent. Woh khushhali ke sath rehte hain. Abhi bhi.</w:t>
      </w:r>
    </w:p>
    <w:p>
      <w:pPr>
        <w:jc w:val="right"/>
      </w:pPr>
      <w:r>
        <w:t>ٹونٹی پرسنٹ۔ وہ خوشحالی کے ساتھ رہتے ہیں۔ ابھی بھی۔</w:t>
      </w:r>
    </w:p>
    <w:p>
      <w:r>
        <w:rPr>
          <w:b/>
        </w:rPr>
        <w:t xml:space="preserve">[34:40] </w:t>
      </w:r>
      <w:r>
        <w:t>twenty percent arab. To aap ghor kijiye ke forty eight mein kitne zyada arab rahe honge. To taqseem ka matlab yeh nahi.</w:t>
      </w:r>
    </w:p>
    <w:p>
      <w:pPr>
        <w:jc w:val="right"/>
      </w:pPr>
      <w:r>
        <w:t>ٹونٹی پرسنٹ عرب۔ تو آپ غور کیجیے کہ فورٹی ایٹ میں کتنے زیادہ عرب رہے ہوں گے۔ تو تقسیم کا معنی یہ نہیں۔</w:t>
      </w:r>
    </w:p>
    <w:p>
      <w:r>
        <w:rPr>
          <w:b/>
        </w:rPr>
        <w:t xml:space="preserve">[34:50] </w:t>
      </w:r>
      <w:r>
        <w:t>Israel ke qayam ka matlab yeh nahi tha ke arabon ko nikal diya gaya. Yeh matlab nahi tha. Arab log</w:t>
      </w:r>
    </w:p>
    <w:p>
      <w:pPr>
        <w:jc w:val="right"/>
      </w:pPr>
      <w:r>
        <w:t>اسرائیل کے قیام کا مطلب یہ نہیں تھا کہ عربوں کو نکال دیا گیا۔ یہ مطلب نہیں تھا۔ عرب لوگ</w:t>
      </w:r>
    </w:p>
    <w:p>
      <w:r>
        <w:rPr>
          <w:b/>
        </w:rPr>
        <w:t xml:space="preserve">[34:57] </w:t>
      </w:r>
      <w:r>
        <w:t>jaise pehle thay waise ab bhi thay. Sirf political administration ke aitbar se falasteen ka aadha hissa Israel ko de diya gaya. Aur wahan par jo jo jo Israeli diaspora mein thay, woh wahan par aane lage.</w:t>
      </w:r>
    </w:p>
    <w:p>
      <w:pPr>
        <w:jc w:val="right"/>
      </w:pPr>
      <w:r>
        <w:t>جیسے پہلے تھے ویسے اب بھی تھے۔ صرف پولیٹیکل ایڈمنسٹریشن کے اعتبار سے فلسطین کا آدھا حصہ اسرائیل کو دے دیا گیا۔ اور وہاں پر جو جو جو اسرائیلی ڈائسپورا میں تھے، وہ وہاں پر آنے لگے۔</w:t>
      </w:r>
    </w:p>
    <w:p>
      <w:r>
        <w:rPr>
          <w:b/>
        </w:rPr>
        <w:t xml:space="preserve">[35:16] </w:t>
      </w:r>
      <w:r>
        <w:t>yahan pe bhai dekhiye, agar aap Quran ke usool ko lete to aap ko yeh sochna chahiye tha ke dunya bhar mein jo jo jo phailay hue thay diaspora ke taur par, woh loot rahe hain Israel mein.</w:t>
      </w:r>
    </w:p>
    <w:p>
      <w:pPr>
        <w:jc w:val="right"/>
      </w:pPr>
      <w:r>
        <w:t>یہاں پہ بھئی دیکھیے، اگر آپ قرآن کے اصول کو لیتے تو آپ کو یہ سوچنا چاہیے تھا کہ دنیا بھر میں جو جو جو پھیلے ہوئے تھے ڈائسپورا کے طور پر، وہ لوٹ رہے ہیں اسرائیل میں۔</w:t>
      </w:r>
    </w:p>
    <w:p>
      <w:r>
        <w:rPr>
          <w:b/>
        </w:rPr>
        <w:t xml:space="preserve">[35:31] </w:t>
      </w:r>
      <w:r>
        <w:t>dekho madu hamare paas aa raha hai.</w:t>
      </w:r>
    </w:p>
    <w:p>
      <w:pPr>
        <w:jc w:val="right"/>
      </w:pPr>
      <w:r>
        <w:t>دیکھو مدعو ہمارے پاس آ رہا ہے۔</w:t>
      </w:r>
    </w:p>
    <w:p>
      <w:r>
        <w:rPr>
          <w:b/>
        </w:rPr>
        <w:t xml:space="preserve">[35:35] </w:t>
      </w:r>
      <w:r>
        <w:t>ab in ko dawat do. Aap jante hain ke Rasool Allah Salallahu Alaihi Wasallam ne yahudiyon ko bhi dawat di. Khud Quran mein hai ke Quran ne dawat di yahudiyon ko.</w:t>
      </w:r>
    </w:p>
    <w:p>
      <w:pPr>
        <w:jc w:val="right"/>
      </w:pPr>
      <w:r>
        <w:t>اب ان کو دعوت دو۔ آپ جانتے ہیں کہ رسول اللہ صلی اللہ علیہ وسلم نے یہودیوں کو بھی دعوت دی۔ خود قرآن میں ہے کہ قرآن نے دعوت دی یہودیوں کو۔</w:t>
      </w:r>
    </w:p>
    <w:p>
      <w:r>
        <w:rPr>
          <w:b/>
        </w:rPr>
        <w:t xml:space="preserve">[35:47] </w:t>
      </w:r>
      <w:r>
        <w:t>ya ahl al kitab ta'alaw ila kalimatin baynana wa baynakum allaa na'budu illa Allah</w:t>
      </w:r>
    </w:p>
    <w:p>
      <w:pPr>
        <w:jc w:val="right"/>
      </w:pPr>
      <w:r>
        <w:t>یا اہل الکتاب تعالی علی کلمۃ بینا وبینکم اللہ نعبد الا اللہ</w:t>
      </w:r>
    </w:p>
    <w:p>
      <w:r>
        <w:rPr>
          <w:b/>
        </w:rPr>
        <w:t xml:space="preserve">[35:54] </w:t>
      </w:r>
      <w:r>
        <w:t>to Allah taala ne un ki talif e qalb ke liye yahan tak kiya tha ke yahudiyon ke qible ko apna qibla bana liya. Aap ghor kijiye jo falasteen is baat ki alamat hai ke Rasool Allah ne yahudiyon ki talif e qalb ke liye un ke qible ko apna qibla bana liya, wahan par aap ko sirf aik baat mili hai ke lado, lado, lado,</w:t>
      </w:r>
    </w:p>
    <w:p>
      <w:pPr>
        <w:jc w:val="right"/>
      </w:pPr>
      <w:r>
        <w:t>تو اللہ تعالی نے ان کی تالیف قلب کے لیے یہاں تک کیا تھا کہ یہودیوں کے قبلے کو اپنا قبلہ بنا لیا۔ آپ غور کیجیے جو فلسطین اس بات کی علامت ہے کہ رسول اللہ نے یہودیوں کی تالیف قلب کے لیے ان کے قبلے کو اپنا قبلہ بنا لیا، وہاں پر آپ کو صرف ایک بات ملی ہے کہ لڑو، لڑو، لڑو،</w:t>
      </w:r>
    </w:p>
    <w:p>
      <w:r>
        <w:rPr>
          <w:b/>
        </w:rPr>
        <w:t xml:space="preserve">[36:16] </w:t>
      </w:r>
      <w:r>
        <w:t>bam maro, goli maro. Yani un ki tareef karo, un par dawat do, un ko Islam ka paigham pahunchao, yeh tasawwur hi nahi hai.</w:t>
      </w:r>
    </w:p>
    <w:p>
      <w:pPr>
        <w:jc w:val="right"/>
      </w:pPr>
      <w:r>
        <w:t>بم مارو، گولی مارو۔ یعنی ان کی تعریف کرو، ان پر دعوت دو، ان کو اسلام کا پیغام پہنچاؤ، یہ تصور ہی نہیں ہے۔</w:t>
      </w:r>
    </w:p>
    <w:p>
      <w:r>
        <w:rPr>
          <w:b/>
        </w:rPr>
        <w:t xml:space="preserve">[36:27] </w:t>
      </w:r>
      <w:r>
        <w:t>yeh to rujhan hai. To falasteen mein bhi</w:t>
      </w:r>
    </w:p>
    <w:p>
      <w:pPr>
        <w:jc w:val="right"/>
      </w:pPr>
      <w:r>
        <w:t>یہ تو رجحان ہے۔ تو فلسطین میں بھی</w:t>
      </w:r>
    </w:p>
    <w:p>
      <w:r>
        <w:rPr>
          <w:b/>
        </w:rPr>
        <w:t xml:space="preserve">[36:33] </w:t>
      </w:r>
      <w:r>
        <w:t>jo kaam karna tha, woh yeh karna tha ke aap yahudiyon ko jo wahan aa gaye thay, un ko bator madu lete, madu. Jaisa ke Rasool Allah ne bator madu liya un ko.</w:t>
      </w:r>
    </w:p>
    <w:p>
      <w:pPr>
        <w:jc w:val="right"/>
      </w:pPr>
      <w:r>
        <w:t>جو کام کرنا تھا، وہ یہ کرنا تھا کہ آپ یہودیوں کو جو وہاں آ گئے تھے، ان کو بطور مدعو لیتے، مدعو۔ جیسا کہ رسول اللہ نے بطور مدعو لیا ان کو۔</w:t>
      </w:r>
    </w:p>
    <w:p>
      <w:r>
        <w:rPr>
          <w:b/>
        </w:rPr>
        <w:t xml:space="preserve">[36:49] </w:t>
      </w:r>
      <w:r>
        <w:t>khud Quran mein bator madu un ko liya gaya.</w:t>
      </w:r>
    </w:p>
    <w:p>
      <w:pPr>
        <w:jc w:val="right"/>
      </w:pPr>
      <w:r>
        <w:t>خود قرآن میں بطور مدعو ان کو لیا گیا۔</w:t>
      </w:r>
    </w:p>
    <w:p>
      <w:r>
        <w:rPr>
          <w:b/>
        </w:rPr>
        <w:t xml:space="preserve">[36:55] </w:t>
      </w:r>
      <w:r>
        <w:t>kisi ajeeb baat hai.</w:t>
      </w:r>
    </w:p>
    <w:p>
      <w:pPr>
        <w:jc w:val="right"/>
      </w:pPr>
      <w:r>
        <w:t>کیسی عجیب بات ہے۔</w:t>
      </w:r>
    </w:p>
    <w:p>
      <w:r>
        <w:rPr>
          <w:b/>
        </w:rPr>
        <w:t xml:space="preserve">[36:57] </w:t>
      </w:r>
      <w:r>
        <w:t>kisi ajeeb baat hai. Nateeja kya hua? Dekhiye. Sath saal guzar chuke hain falasteen mein.</w:t>
      </w:r>
    </w:p>
    <w:p>
      <w:pPr>
        <w:jc w:val="right"/>
      </w:pPr>
      <w:r>
        <w:t>کیسی عجیب بات ہے۔ نتیجہ کیا ہوا؟ دیکھیے۔ ساٹھ سال گزر چکے ہیں فلسطین میں۔</w:t>
      </w:r>
    </w:p>
    <w:p>
      <w:r>
        <w:rPr>
          <w:b/>
        </w:rPr>
        <w:t xml:space="preserve">[37:07] </w:t>
      </w:r>
      <w:r>
        <w:t>ab beshumar qurbaniyan di gayi hain. Lekin kya hua? Kuch bhi faida nahi hua. Balke ulta yeh hua</w:t>
      </w:r>
    </w:p>
    <w:p>
      <w:pPr>
        <w:jc w:val="right"/>
      </w:pPr>
      <w:r>
        <w:t>اب بے شمار قربانیاں دی گئی ہیں۔ لیکن کیا ہوا؟ کچھ بھی فائدہ نہیں ہوا۔ بلکہ الٹا یہ ہوا</w:t>
      </w:r>
    </w:p>
    <w:p>
      <w:r>
        <w:rPr>
          <w:b/>
        </w:rPr>
        <w:t xml:space="preserve">[37:16] </w:t>
      </w:r>
      <w:r>
        <w:t>ke arabon ka raqba aik dam kam ho gaya. Do chhote chhote town un ke paas hain, Gaza aur Jericho. Jab ke ninety forty eight mein un ke paas falasteen ka best hissa tha.</w:t>
      </w:r>
    </w:p>
    <w:p>
      <w:pPr>
        <w:jc w:val="right"/>
      </w:pPr>
      <w:r>
        <w:t>کہ عربوں کا رقبہ ایک دم کم ہو گیا۔ دو چھوٹے چھوٹے ٹاؤن ان کے پاس ہیں، غزہ اور اریحہ۔ جبکہ نائنٹی فورٹی ایٹ میں ان کے پاس فلسطین کا بیسٹ حصہ تھا۔</w:t>
      </w:r>
    </w:p>
    <w:p>
      <w:r>
        <w:rPr>
          <w:b/>
        </w:rPr>
        <w:t xml:space="preserve">[37:31] </w:t>
      </w:r>
      <w:r>
        <w:t>line shahar un ke paas tha.</w:t>
      </w:r>
    </w:p>
    <w:p>
      <w:pPr>
        <w:jc w:val="right"/>
      </w:pPr>
      <w:r>
        <w:t>لائن شہر ان کے پاس تھا۔</w:t>
      </w:r>
    </w:p>
    <w:p>
      <w:r>
        <w:rPr>
          <w:b/>
        </w:rPr>
        <w:t xml:space="preserve">[37:36] </w:t>
      </w:r>
      <w:r>
        <w:t>to na sirf yeh ke a'maal habat ho gaye, balke counter productive ban gaye.</w:t>
      </w:r>
    </w:p>
    <w:p>
      <w:pPr>
        <w:jc w:val="right"/>
      </w:pPr>
      <w:r>
        <w:t>تو نہ صرف یہ کہ اعمال حبط ہو گئے، بلکہ کاؤنٹر پروڈکٹیو بن گئے۔</w:t>
      </w:r>
    </w:p>
    <w:p>
      <w:r>
        <w:rPr>
          <w:b/>
        </w:rPr>
        <w:t xml:space="preserve">[37:47] </w:t>
      </w:r>
      <w:r>
        <w:t>to karna kiya chahiye? karna yeh chahiye ke aap muhasba karein, re assess karein, revise karein.</w:t>
      </w:r>
    </w:p>
    <w:p>
      <w:pPr>
        <w:jc w:val="right"/>
      </w:pPr>
      <w:r>
        <w:t>تو کرنا کیا چاہیے؟ کرنا یہ چاہیے کہ آپ محاسبہ کریں، ری ایسس کریں، ریوائز کریں۔</w:t>
      </w:r>
    </w:p>
    <w:p>
      <w:r>
        <w:rPr>
          <w:b/>
        </w:rPr>
        <w:t xml:space="preserve">[37:56] </w:t>
      </w:r>
      <w:r>
        <w:t>aur apni policyon ko badlein.</w:t>
      </w:r>
    </w:p>
    <w:p>
      <w:pPr>
        <w:jc w:val="right"/>
      </w:pPr>
      <w:r>
        <w:t>اور اپنی پالیسیوں کو بدلیں۔</w:t>
      </w:r>
    </w:p>
    <w:p>
      <w:r>
        <w:rPr>
          <w:b/>
        </w:rPr>
        <w:t xml:space="preserve">[38:02] </w:t>
      </w:r>
      <w:r>
        <w:t>dekhiye mein yahan par ek misaal dena chahta hoon. ijtimai zindagi mein muhasbe ki misaal. rasool Allah sal Allah alaihi wasallam ne</w:t>
      </w:r>
    </w:p>
    <w:p>
      <w:pPr>
        <w:jc w:val="right"/>
      </w:pPr>
      <w:r>
        <w:t>دیکھیے میں یہاں پر ایک مثال دینا چاہتا ہوں۔ اجتماعی زندگی میں محاسبے کی مثال۔ رسول اللہ صلی اللہ علیہ وسلم نے</w:t>
      </w:r>
    </w:p>
    <w:p>
      <w:r>
        <w:rPr>
          <w:b/>
        </w:rPr>
        <w:t xml:space="preserve">[38:17] </w:t>
      </w:r>
      <w:r>
        <w:t>uhud ke mauqe par, uhud ke mauqe par khabar mili ke makka ke sardar ek badi fauj le kar ke aa rahe hain madine par hamla karne ke liye.</w:t>
      </w:r>
    </w:p>
    <w:p>
      <w:pPr>
        <w:jc w:val="right"/>
      </w:pPr>
      <w:r>
        <w:t>احد کے موقع پر، احد کے موقع پر خبر ملی کہ مکہ کے سردار ایک بڑی فوج لے کر کے آ رہے ہیں مدینے پر حملہ کرنے کے لیے۔</w:t>
      </w:r>
    </w:p>
    <w:p>
      <w:r>
        <w:rPr>
          <w:b/>
        </w:rPr>
        <w:t xml:space="preserve">[38:34] </w:t>
      </w:r>
      <w:r>
        <w:t>to aap ne</w:t>
      </w:r>
    </w:p>
    <w:p>
      <w:pPr>
        <w:jc w:val="right"/>
      </w:pPr>
      <w:r>
        <w:t>تو آپ نے</w:t>
      </w:r>
    </w:p>
    <w:p>
      <w:r>
        <w:rPr>
          <w:b/>
        </w:rPr>
        <w:t xml:space="preserve">[38:37] </w:t>
      </w:r>
      <w:r>
        <w:t>faisla kiya ke bahir nikal kar muqabla karein. uhud pahad ke pas aap gaye sahaba ko le kar.</w:t>
      </w:r>
    </w:p>
    <w:p>
      <w:pPr>
        <w:jc w:val="right"/>
      </w:pPr>
      <w:r>
        <w:t>فیصلہ کیا کہ باہر نکل کر مقابلہ کریں۔ احد پہاڑ کے پاس آپ گئے صحابہ کو لے کر۔</w:t>
      </w:r>
    </w:p>
    <w:p>
      <w:r>
        <w:rPr>
          <w:b/>
        </w:rPr>
        <w:t xml:space="preserve">[38:47] </w:t>
      </w:r>
      <w:r>
        <w:t>to wahan par kuch log the, woh kehte the ke madine ki tareekh yeh batati hai ke yahan par jab hum madine mein reh kar muqabla karte hain</w:t>
      </w:r>
    </w:p>
    <w:p>
      <w:pPr>
        <w:jc w:val="right"/>
      </w:pPr>
      <w:r>
        <w:t>تو وہاں پر کچھ لوگ تھے، وہ کہتے تھے کہ مدینے کی تاریخ یہ بتاتی ہے کہ یہاں پر جب ہم مدینے میں رہ کر مقابلہ کرتے ہیں</w:t>
      </w:r>
    </w:p>
    <w:p>
      <w:r>
        <w:rPr>
          <w:b/>
        </w:rPr>
        <w:t xml:space="preserve">[38:57] </w:t>
      </w:r>
      <w:r>
        <w:t>to hum dushman par kamyab hote hain. aur bahir niklte hain to hum nakam hote hain. lekin naujawan sahaba ka zor tha ke nahi, hum bahir nikal kar ladeinge.</w:t>
      </w:r>
    </w:p>
    <w:p>
      <w:pPr>
        <w:jc w:val="right"/>
      </w:pPr>
      <w:r>
        <w:t>تو ہم دشمن پر کامیاب ہوتے ہیں۔ اور باہر نکلتے ہیں تو ہم ناکام ہوتے ہیں۔ لیکن نوجوان صحابہ کا زور تھا کہ نہیں، ہم باہر نکل کر لڑیں گے۔</w:t>
      </w:r>
    </w:p>
    <w:p>
      <w:r>
        <w:rPr>
          <w:b/>
        </w:rPr>
        <w:t xml:space="preserve">[39:09] </w:t>
      </w:r>
      <w:r>
        <w:t>chunanche rasool Allah sal Allah alaihi wasallam uhud ke</w:t>
      </w:r>
    </w:p>
    <w:p>
      <w:pPr>
        <w:jc w:val="right"/>
      </w:pPr>
      <w:r>
        <w:t>چنانچہ رسول اللہ صلی اللہ علیہ وسلم احد کے</w:t>
      </w:r>
    </w:p>
    <w:p>
      <w:r>
        <w:rPr>
          <w:b/>
        </w:rPr>
        <w:t xml:space="preserve">[39:14] </w:t>
      </w:r>
      <w:r>
        <w:t>mauqe par shehar se bahir nikal kar ke wahan pahunche jahan uhud pahad hai. aur wahan par ladai hui.</w:t>
      </w:r>
    </w:p>
    <w:p>
      <w:pPr>
        <w:jc w:val="right"/>
      </w:pPr>
      <w:r>
        <w:t>موقع پر شہر سے باہر نکل کر کے وہاں پہنچے جہاں احد پہاڑ ہے۔ اور وہاں پر لڑائی ہوئی۔</w:t>
      </w:r>
    </w:p>
    <w:p>
      <w:r>
        <w:rPr>
          <w:b/>
        </w:rPr>
        <w:t xml:space="preserve">[39:23] </w:t>
      </w:r>
      <w:r>
        <w:t>aap jante hain uhud ke mamle mein zabardast shikast hui.</w:t>
      </w:r>
    </w:p>
    <w:p>
      <w:pPr>
        <w:jc w:val="right"/>
      </w:pPr>
      <w:r>
        <w:t>آپ جانتے ہیں احد کے معاملے میں زبردست شکست ہوئی۔</w:t>
      </w:r>
    </w:p>
    <w:p>
      <w:r>
        <w:rPr>
          <w:b/>
        </w:rPr>
        <w:t xml:space="preserve">[39:30] </w:t>
      </w:r>
      <w:r>
        <w:t>bohat se sahaba</w:t>
      </w:r>
    </w:p>
    <w:p>
      <w:pPr>
        <w:jc w:val="right"/>
      </w:pPr>
      <w:r>
        <w:t>بہت سے صحابہ</w:t>
      </w:r>
    </w:p>
    <w:p>
      <w:r>
        <w:rPr>
          <w:b/>
        </w:rPr>
        <w:t xml:space="preserve">[39:31] </w:t>
      </w:r>
      <w:r>
        <w:t>is mein halak ho gaye. is ka matlab yeh hai ke yeh strategy jo thi ke madine se bahir ja kar ke muqabla kiya jaye, yeh strategy qabil nazar sani ho gayi.</w:t>
      </w:r>
    </w:p>
    <w:p>
      <w:pPr>
        <w:jc w:val="right"/>
      </w:pPr>
      <w:r>
        <w:t>اس میں ہلاک ہو گئے۔ اس کا معنی یہ ہے کہ یہ اسٹریٹجی جو تھی کہ مدینے سے باہر جا کر کے مقابلہ کیا جائے، یہ اسٹریٹجی قابل نظر ثانی ہو گئی۔</w:t>
      </w:r>
    </w:p>
    <w:p>
      <w:r>
        <w:rPr>
          <w:b/>
        </w:rPr>
        <w:t xml:space="preserve">[39:44] </w:t>
      </w:r>
      <w:r>
        <w:t>chunanche is ke baad jab agla mauqa aaya ke yeh khabar mili ke</w:t>
      </w:r>
    </w:p>
    <w:p>
      <w:pPr>
        <w:jc w:val="right"/>
      </w:pPr>
      <w:r>
        <w:t>چنانچہ اس کے بعد جب اگلا موقع آیا کہ یہ خبر ملی کہ</w:t>
      </w:r>
    </w:p>
    <w:p>
      <w:r>
        <w:rPr>
          <w:b/>
        </w:rPr>
        <w:t xml:space="preserve">[39:50] </w:t>
      </w:r>
      <w:r>
        <w:t>wo dobara aa rahe hain hamla karne ke liye, yani ghazwa-e-khandaq ke mauqe par. to aap ne dekhiye is ko nahi dohraya ke madine se bahir ja kar muqabla karein.</w:t>
      </w:r>
    </w:p>
    <w:p>
      <w:pPr>
        <w:jc w:val="right"/>
      </w:pPr>
      <w:r>
        <w:t>وہ دوبارہ آ رہے ہیں حملہ کرنے کے لیے، یعنی غزوہ خندق کے موقع پر۔ تو آپ نے دیکھیے اس کو نہیں دہرایا کہ مدینے سے باہر جا کر مقابلہ کریں۔</w:t>
      </w:r>
    </w:p>
    <w:p>
      <w:r>
        <w:rPr>
          <w:b/>
        </w:rPr>
        <w:t xml:space="preserve">[40:01] </w:t>
      </w:r>
      <w:r>
        <w:t>yani khabar mil chuki thi ke woh log aa rahe hain barah hazar ka lashkar le kar ke, magar aap madine se nikal ke bahir nahi gaye.</w:t>
      </w:r>
    </w:p>
    <w:p>
      <w:pPr>
        <w:jc w:val="right"/>
      </w:pPr>
      <w:r>
        <w:t>یعنی خبر مل چکی تھی کہ وہ لوگ آ رہے ہیں بارہ ہزار کا لشکر لے کر کے، مگر آپ مدینے سے نکل کے باہر نہیں گئے۔</w:t>
      </w:r>
    </w:p>
    <w:p>
      <w:r>
        <w:rPr>
          <w:b/>
        </w:rPr>
        <w:t xml:space="preserve">[40:10] </w:t>
      </w:r>
      <w:r>
        <w:t>madine mein reh kar ke aap ne khandaq khodi. ke agar woh log aayenge, madine mein ghusenge to yahin hum muqabla kareinge, yahin ladeinge un se.</w:t>
      </w:r>
    </w:p>
    <w:p>
      <w:pPr>
        <w:jc w:val="right"/>
      </w:pPr>
      <w:r>
        <w:t>مدینے میں رہ کر کے آپ نے خندق کھودی۔ کہ اگر وہ لوگ آئیں گے، مدینے میں گھسیں گے تو یہیں ہم مقابلہ کریں گے، یہیں لڑیں گے ان سے۔</w:t>
      </w:r>
    </w:p>
    <w:p>
      <w:r>
        <w:rPr>
          <w:b/>
        </w:rPr>
        <w:t xml:space="preserve">[40:21] </w:t>
      </w:r>
      <w:r>
        <w:t>chunanche is mein jeet hui. ghazwa-e-khandaq mein jeet hui. to yeh hai revise karna, re assess karna, nazar sani karna.</w:t>
      </w:r>
    </w:p>
    <w:p>
      <w:pPr>
        <w:jc w:val="right"/>
      </w:pPr>
      <w:r>
        <w:t>چنانچہ اس میں جیت ہوئی۔ غزوہ خندق میں جیت ہوئی۔ تو یہ ہے ریوائز کرنا، ری ایسس کرنا، نظر ثانی کرنا۔</w:t>
      </w:r>
    </w:p>
    <w:p>
      <w:r>
        <w:rPr>
          <w:b/>
        </w:rPr>
        <w:t xml:space="preserve">[40:31] </w:t>
      </w:r>
      <w:r>
        <w:t>ke pehle aap ne madine se bahir nikal ke muqabla kiya tha. lekin is mein bohat nuksan hua. to aap ne doosri bar kiya kiya?</w:t>
      </w:r>
    </w:p>
    <w:p>
      <w:pPr>
        <w:jc w:val="right"/>
      </w:pPr>
      <w:r>
        <w:t>کہ پہلے آپ نے مدینے سے باہر نکل کے مقابلہ کیا تھا۔ لیکن اس میں بہت نقصان ہوا۔ تو آپ نے دوسری بار کیا کیا؟</w:t>
      </w:r>
    </w:p>
    <w:p>
      <w:r>
        <w:rPr>
          <w:b/>
        </w:rPr>
        <w:t xml:space="preserve">[40:40] </w:t>
      </w:r>
      <w:r>
        <w:t>ke madine ke andar reh kar ke muqabla karne ka ek scheme banai.</w:t>
      </w:r>
    </w:p>
    <w:p>
      <w:pPr>
        <w:jc w:val="right"/>
      </w:pPr>
      <w:r>
        <w:t>کہ مدینے کے اندر رہ کر کے مقابلہ کرنے کا ایک اسکیم بنائی۔</w:t>
      </w:r>
    </w:p>
    <w:p>
      <w:r>
        <w:rPr>
          <w:b/>
        </w:rPr>
        <w:t xml:space="preserve">[40:45] </w:t>
      </w:r>
      <w:r>
        <w:t>to ab musalmanon ko kiya karna hai? yahi karna hai. woh is woh is par yani is par ghor karein ke kiya waja hai ke European expansionist ke muqable mein hum lade, hum nakam hue.</w:t>
      </w:r>
    </w:p>
    <w:p>
      <w:pPr>
        <w:jc w:val="right"/>
      </w:pPr>
      <w:r>
        <w:t>تو اب مسلمانوں کو کیا کرنا ہے؟ یہی کرنا ہے۔ وہ اس وہ اس پر یعنی اس پر غور کریں کہ کیا وجہ ہے کہ یورپین ایکسپینشنسٹ کے مقابلے میں ہم لڑے، ہم ناکام ہوئے۔</w:t>
      </w:r>
    </w:p>
    <w:p>
      <w:r>
        <w:rPr>
          <w:b/>
        </w:rPr>
        <w:t xml:space="preserve">[41:01] </w:t>
      </w:r>
      <w:r>
        <w:t>hum American expansionist ke muqable mein lade, hum nakam hue.</w:t>
      </w:r>
    </w:p>
    <w:p>
      <w:pPr>
        <w:jc w:val="right"/>
      </w:pPr>
      <w:r>
        <w:t>ہم امریکن ایکسپینشنسٹ کے مقابلے میں لڑے، ہم ناکام ہوئے۔</w:t>
      </w:r>
    </w:p>
    <w:p>
      <w:r>
        <w:rPr>
          <w:b/>
        </w:rPr>
        <w:t xml:space="preserve">[41:05] </w:t>
      </w:r>
      <w:r>
        <w:t>hum Sahiyoni expansionist ke muqable mein lade, woh bhi nakam hue. ab hamein kiya karna hai? ab kiya karna hai?</w:t>
      </w:r>
    </w:p>
    <w:p>
      <w:pPr>
        <w:jc w:val="right"/>
      </w:pPr>
      <w:r>
        <w:t>ہم صہیونی ایکسپینشنسٹ کے مقابلے میں لڑے، وہ بھی ناکام ہوئے۔ اب ہمیں کیا کرنا ہے؟ اب کیا کرنا ہے؟</w:t>
      </w:r>
    </w:p>
    <w:p>
      <w:r>
        <w:rPr>
          <w:b/>
        </w:rPr>
        <w:t xml:space="preserve">[41:14] </w:t>
      </w:r>
      <w:r>
        <w:t>ab hamein dawat dena hai, dawat ka rasta ikhtiyar karna hai. kyun ke ladai ke maidan mein</w:t>
      </w:r>
    </w:p>
    <w:p>
      <w:pPr>
        <w:jc w:val="right"/>
      </w:pPr>
      <w:r>
        <w:t>اب ہمیں دعوت دینا ہے، دعوت کا راستہ اختیار کرنا ہے۔ کیونکہ لڑائی کے میدان میں</w:t>
      </w:r>
    </w:p>
    <w:p>
      <w:r>
        <w:rPr>
          <w:b/>
        </w:rPr>
        <w:t xml:space="preserve">[41:21] </w:t>
      </w:r>
      <w:r>
        <w:t>yeh sabit ho chuka hai ke musalman jeet nahi sakte. jaise abhi Pakistan ki hukumat ne ailan kar diya hai ke hum India se char bar lade, charon bar hum ko haar hui, ab hum India se ladne ki taqat nahi rakhte.</w:t>
      </w:r>
    </w:p>
    <w:p>
      <w:pPr>
        <w:jc w:val="right"/>
      </w:pPr>
      <w:r>
        <w:t>یہ ثابت ہو چکا ہے کہ مسلمان جیت نہیں سکتے۔ جیسے ابھی پاکستان کے حکومت نے اعلان کر دیا ہے کہ ہم انڈیا سے چار بار لڑے، چاروں بار ہم کو ہار ہوئی، اب ہم انڈیا سے لڑنے کی طاقت نہیں رکھتے۔</w:t>
      </w:r>
    </w:p>
    <w:p>
      <w:r>
        <w:rPr>
          <w:b/>
        </w:rPr>
        <w:t xml:space="preserve">[41:36] </w:t>
      </w:r>
      <w:r>
        <w:t>saaf saaf keh diya unhon ne.</w:t>
      </w:r>
    </w:p>
    <w:p>
      <w:pPr>
        <w:jc w:val="right"/>
      </w:pPr>
      <w:r>
        <w:t>صاف صاف کہہ دیا انہوں نے۔</w:t>
      </w:r>
    </w:p>
    <w:p>
      <w:r>
        <w:rPr>
          <w:b/>
        </w:rPr>
        <w:t xml:space="preserve">[41:40] </w:t>
      </w:r>
      <w:r>
        <w:t>to sari dunya ke musalmanon ko yeh aelan karna chahiye ke hum ne yeh ghalati ki ke hum european expansionist se lare.</w:t>
      </w:r>
    </w:p>
    <w:p>
      <w:pPr>
        <w:jc w:val="right"/>
      </w:pPr>
      <w:r>
        <w:t>تو ساری دنیا کے مسلمانوں کو یہ اعلان کرنا چاہیے کہ ہم نے یہ غلطی کی کہ ہم یورپین ایکسپینشنسٹ سے لڑے۔</w:t>
      </w:r>
    </w:p>
    <w:p>
      <w:r>
        <w:rPr>
          <w:b/>
        </w:rPr>
        <w:t xml:space="preserve">[41:50] </w:t>
      </w:r>
      <w:r>
        <w:t>aur yak tarfa hum ko nuqsan hua. hum american expansionist se lare. hum ko yak tarfa nuqsan hua.</w:t>
      </w:r>
    </w:p>
    <w:p>
      <w:pPr>
        <w:jc w:val="right"/>
      </w:pPr>
      <w:r>
        <w:t>اور یکطرفہ ہم کو نقصان ہوا۔ ہم امریکن ایکسپینشنسٹ سے لڑے۔ ہم کو یکطرفہ نقصان ہوا۔</w:t>
      </w:r>
    </w:p>
    <w:p>
      <w:r>
        <w:rPr>
          <w:b/>
        </w:rPr>
        <w:t xml:space="preserve">[41:57] </w:t>
      </w:r>
      <w:r>
        <w:t>phir yahudi expansionist se hum lare. hum ko yak tarfa nuqsan hua. ab hamein yeh kaam nahi karna hai. ab hamein larai ke maidan ko chhod kar ke dawat ke maidan mein aana hai.</w:t>
      </w:r>
    </w:p>
    <w:p>
      <w:pPr>
        <w:jc w:val="right"/>
      </w:pPr>
      <w:r>
        <w:t>پھر یہودی ایکسپینشنسٹ سے ہم لڑے۔ ہم کو یکطرفہ نقصان ہوا۔ اب ہمیں یہ کام نہیں کرنا ہے۔ اب ہمیں لڑائی کے میدان کو چھوڑ کر کے دعوت کے میدان میں آنا ہے۔</w:t>
      </w:r>
    </w:p>
    <w:p>
      <w:r>
        <w:rPr>
          <w:b/>
        </w:rPr>
        <w:t xml:space="preserve">[42:11] </w:t>
      </w:r>
      <w:r>
        <w:t>yani Hudaybiyah ki policy. Hudaybiyah kya tha?</w:t>
      </w:r>
    </w:p>
    <w:p>
      <w:pPr>
        <w:jc w:val="right"/>
      </w:pPr>
      <w:r>
        <w:t>یعنی حدیبیہ کی پالیسی۔ حدیبیہ کیا تھا؟</w:t>
      </w:r>
    </w:p>
    <w:p>
      <w:r>
        <w:rPr>
          <w:b/>
        </w:rPr>
        <w:t xml:space="preserve">[42:15] </w:t>
      </w:r>
      <w:r>
        <w:t>Hudaybiyah jo tha,</w:t>
      </w:r>
    </w:p>
    <w:p>
      <w:pPr>
        <w:jc w:val="right"/>
      </w:pPr>
      <w:r>
        <w:t>حدیبیہ جو تھا،</w:t>
      </w:r>
    </w:p>
    <w:p>
      <w:r>
        <w:rPr>
          <w:b/>
        </w:rPr>
        <w:t xml:space="preserve">[42:19] </w:t>
      </w:r>
      <w:r>
        <w:t>maidan ke badalne ka mamla tha. yani bajaye maidan jang ke, aap ne dawat ke maidan mein apni koshishon ko divert kar diya.</w:t>
      </w:r>
    </w:p>
    <w:p>
      <w:pPr>
        <w:jc w:val="right"/>
      </w:pPr>
      <w:r>
        <w:t>میدان کے بدلنے کا معاملہ تھا۔ یعنی بجائے میدان جنگ کے، آپ نے دعوت کے میدان میں اپنی کوششوں کو ڈائیورٹ کر دیا۔</w:t>
      </w:r>
    </w:p>
    <w:p>
      <w:r>
        <w:rPr>
          <w:b/>
        </w:rPr>
        <w:t xml:space="preserve">[42:29] </w:t>
      </w:r>
      <w:r>
        <w:t>yeh yahi tha Hudaybiyah. yani peace, yak tarfa sharton ko maan kar jo peace par razi hue aap</w:t>
      </w:r>
    </w:p>
    <w:p>
      <w:pPr>
        <w:jc w:val="right"/>
      </w:pPr>
      <w:r>
        <w:t>یہ یہی تھا حدیبیہ۔ یعنی پیس، یکطرفہ شرطوں کو مان کر جو پیس پر راضی ہوئے آپ</w:t>
      </w:r>
    </w:p>
    <w:p>
      <w:r>
        <w:rPr>
          <w:b/>
        </w:rPr>
        <w:t xml:space="preserve">[42:39] </w:t>
      </w:r>
      <w:r>
        <w:t>ke jang nahi hogi. aur das saal ka no war pact tha Hudaybiyah, das saal ka no war pact tha. to woh maidan ko jang se nikal kar ke peaceful da'wah work mein lana tha.</w:t>
      </w:r>
    </w:p>
    <w:p>
      <w:pPr>
        <w:jc w:val="right"/>
      </w:pPr>
      <w:r>
        <w:t>کہ جنگ نہیں ہوگی۔ اور دس سال کا نوآر پیکٹ تھا حدیبیہ، دس سال کا نوآر پیکٹ تھا۔ تو وہ میدان کو جنگ سے نکال کر کے پیس فل داؤ ورک میں لانا تھا۔</w:t>
      </w:r>
    </w:p>
    <w:p>
      <w:r>
        <w:rPr>
          <w:b/>
        </w:rPr>
        <w:t xml:space="preserve">[42:55] </w:t>
      </w:r>
      <w:r>
        <w:t>woh musalmanon ko karna hai.</w:t>
      </w:r>
    </w:p>
    <w:p>
      <w:pPr>
        <w:jc w:val="right"/>
      </w:pPr>
      <w:r>
        <w:t>وہ مسلمانوں کو کرنا ہے۔</w:t>
      </w:r>
    </w:p>
    <w:p>
      <w:r>
        <w:rPr>
          <w:b/>
        </w:rPr>
        <w:t xml:space="preserve">[43:00] </w:t>
      </w:r>
      <w:r>
        <w:t>woh musalmanon ko karna hai. ab jo shor o ghul macha hua hai har jagah ke sazish ho rahi hai, dushmani ho rahi hai, zulm ho raha hai, is se koi faida nahi. yeh ek ghalati par doosri ghalati ka izafa hai.</w:t>
      </w:r>
    </w:p>
    <w:p>
      <w:pPr>
        <w:jc w:val="right"/>
      </w:pPr>
      <w:r>
        <w:t>وہ مسلمانوں کو کرنا ہے۔ اب جو شور و غل مچا ہوا ہے ہر جگہ کہ سازش ہو رہی ہے، دشمنی ہو رہی ہے، ظلم ہو رہا ہے، اس سے کوئی فائدہ نہیں۔ یہ ایک غلطی پر دوسری غلطی کا اضافہ ہے۔</w:t>
      </w:r>
    </w:p>
    <w:p>
      <w:r>
        <w:rPr>
          <w:b/>
        </w:rPr>
        <w:t xml:space="preserve">[43:13] </w:t>
      </w:r>
      <w:r>
        <w:t>aap dekh lijiye koi faida nikal raha hai? yani sari dunya ke musalman, main America gaya to wahan par ek ek adara bohat bada bana rakha hai,</w:t>
      </w:r>
    </w:p>
    <w:p>
      <w:pPr>
        <w:jc w:val="right"/>
      </w:pPr>
      <w:r>
        <w:t>آپ دیکھ لیجیے کوئی فائدہ نکل رہا ہے؟ یعنی ساری دنیا کے مسلمان، میں امریکہ گیا تو وہاں پر ایک ایک ادارہ بہت بڑا بنا رکھا ہے،</w:t>
      </w:r>
    </w:p>
    <w:p>
      <w:r>
        <w:rPr>
          <w:b/>
        </w:rPr>
        <w:t xml:space="preserve">[43:22] </w:t>
      </w:r>
      <w:r>
        <w:t>media watch. ek adara bana rakha hai America mein, media watch, musalmanon ne. musalmanon ne banaya hai.</w:t>
      </w:r>
    </w:p>
    <w:p>
      <w:pPr>
        <w:jc w:val="right"/>
      </w:pPr>
      <w:r>
        <w:t>میڈیا واچ۔ ایک ادارہ بنا رکھا ہے امریکہ میں، میڈیا واچ، مسلمانوں نے۔ مسلمانوں نے بنایا ہے۔</w:t>
      </w:r>
    </w:p>
    <w:p>
      <w:r>
        <w:rPr>
          <w:b/>
        </w:rPr>
        <w:t xml:space="preserve">[43:32] </w:t>
      </w:r>
      <w:r>
        <w:t>to jo media mein jo kuch aa raha hai musalmanon ke bare mein, woh sab chhanat ke nikalte hain. dekho yeh</w:t>
      </w:r>
    </w:p>
    <w:p>
      <w:pPr>
        <w:jc w:val="right"/>
      </w:pPr>
      <w:r>
        <w:t>تو جو میڈیا میں جو کچھ آ رہا ہے مسلمانوں کے بارے میں، وہ سب چھانٹ کے نکالتے ہیں۔ دیکھو یہ</w:t>
      </w:r>
    </w:p>
    <w:p>
      <w:r>
        <w:rPr>
          <w:b/>
        </w:rPr>
        <w:t xml:space="preserve">[43:40] </w:t>
      </w:r>
      <w:r>
        <w:t>yeh unhon ne keh diya, dekho unhon ne woh keh diya. aur is ko musalmanon mein phailate hain.</w:t>
      </w:r>
    </w:p>
    <w:p>
      <w:pPr>
        <w:jc w:val="right"/>
      </w:pPr>
      <w:r>
        <w:t>یہ انہوں نے کہہ دیا، دیکھو انہوں نے وہ کہہ دیا۔ اور اس کو مسلمانوں میں پھیلاتے ہیں۔</w:t>
      </w:r>
    </w:p>
    <w:p>
      <w:r>
        <w:rPr>
          <w:b/>
        </w:rPr>
        <w:t xml:space="preserve">[43:48] </w:t>
      </w:r>
      <w:r>
        <w:t>kuch faida is ka kuch bhi nahi. aaj subah mein soch raha tha ke maujooda zamane mein musalmanon ne ek bohat hi bada, itni badi ghalati ki hai ke is ko shayad kehna sahi hoga ke jurm kiya hai, jurm.</w:t>
      </w:r>
    </w:p>
    <w:p>
      <w:pPr>
        <w:jc w:val="right"/>
      </w:pPr>
      <w:r>
        <w:t>کچھ فائدہ اس کا کچھ بھی نہیں۔ آج صبح میں سوچ رہا تھا کہ موجودہ زمانے میں مسلمانوں نے ایک بہت ہی بڑا، اتنی بڑی غلطی کی ہے کہ اس کو شاید کہنا صحیح ہوگا کہ جرم کیا ہے، جرم۔</w:t>
      </w:r>
    </w:p>
    <w:p>
      <w:r>
        <w:rPr>
          <w:b/>
        </w:rPr>
        <w:t xml:space="preserve">[44:04] </w:t>
      </w:r>
      <w:r>
        <w:t>jurm. woh kya?</w:t>
      </w:r>
    </w:p>
    <w:p>
      <w:pPr>
        <w:jc w:val="right"/>
      </w:pPr>
      <w:r>
        <w:t>جرم۔ وہ کیا؟</w:t>
      </w:r>
    </w:p>
    <w:p>
      <w:r>
        <w:rPr>
          <w:b/>
        </w:rPr>
        <w:t xml:space="preserve">[44:08] </w:t>
      </w:r>
      <w:r>
        <w:t>aaj subah kuch baatein mere samne aayin, us waqt yeh maine socha. yeh jo internet ka zariya aaya tha,</w:t>
      </w:r>
    </w:p>
    <w:p>
      <w:pPr>
        <w:jc w:val="right"/>
      </w:pPr>
      <w:r>
        <w:t>آج صبح کچھ باتیں میرے سامنے آئیں، اس وقت یہ میں نے سوچا۔ یہ جو انٹرنیٹ کا ذریعہ آیا تھا،</w:t>
      </w:r>
    </w:p>
    <w:p>
      <w:r>
        <w:rPr>
          <w:b/>
        </w:rPr>
        <w:t xml:space="preserve">[44:19] </w:t>
      </w:r>
      <w:r>
        <w:t>yani yeh bilkul nai cheez thi, nai cheez. internet ke zariye aap sari dunya mein Allah ka paigham pahuncha sakte the.</w:t>
      </w:r>
    </w:p>
    <w:p>
      <w:pPr>
        <w:jc w:val="right"/>
      </w:pPr>
      <w:r>
        <w:t>یعنی یہ بالکل نئی چیز تھی، نئی چیز۔ انٹرنیٹ کے ذریعے آپ ساری دنیا میں اللہ کا پیغام پہنچا سکتے تھے۔</w:t>
      </w:r>
    </w:p>
    <w:p>
      <w:r>
        <w:rPr>
          <w:b/>
        </w:rPr>
        <w:t xml:space="preserve">[44:28] </w:t>
      </w:r>
      <w:r>
        <w:t>har ghar mein computer hai, har ghar mein computer hai. sari dunya mein. sharon mein, dehaton mein, har jagah computer hai.</w:t>
      </w:r>
    </w:p>
    <w:p>
      <w:pPr>
        <w:jc w:val="right"/>
      </w:pPr>
      <w:r>
        <w:t>ہر گھر میں کمپیوٹر ہے، ہر گھر میں کمپیوٹر ہے۔ ساری دنیا میں۔ شہروں میں، دیہاتوں میں، ہر جگہ کمپیوٹر ہے۔</w:t>
      </w:r>
    </w:p>
    <w:p>
      <w:r>
        <w:rPr>
          <w:b/>
        </w:rPr>
        <w:t xml:space="preserve">[44:37] </w:t>
      </w:r>
      <w:r>
        <w:t>to aap</w:t>
      </w:r>
    </w:p>
    <w:p>
      <w:pPr>
        <w:jc w:val="right"/>
      </w:pPr>
      <w:r>
        <w:t>تو آپ</w:t>
      </w:r>
    </w:p>
    <w:p>
      <w:r>
        <w:rPr>
          <w:b/>
        </w:rPr>
        <w:t xml:space="preserve">[44:39] </w:t>
      </w:r>
      <w:r>
        <w:t>ek jagah baith kar sari dunya mein pahuncha sakte hain Allah ki dawat, Quran ka paigham. lekin agar aap dekhein computer mein jo internet ko check karein, musalmanon ne is mein negative items bhar rakha hai.</w:t>
      </w:r>
    </w:p>
    <w:p>
      <w:pPr>
        <w:jc w:val="right"/>
      </w:pPr>
      <w:r>
        <w:t>ایک جگہ بیٹھ کر ساری دنیا میں پہنچا سکتے ہیں اللہ کی دعوت، قرآن کا پیغام۔ لیکن اگر آپ دیکھیں کمپیوٹر میں جو انٹرنیٹ کو چیک کریں، مسلمانوں نے اس میں نیگیٹیو آئٹمز بھر رکھا ہے۔</w:t>
      </w:r>
    </w:p>
    <w:p>
      <w:r>
        <w:rPr>
          <w:b/>
        </w:rPr>
        <w:t xml:space="preserve">[44:55] </w:t>
      </w:r>
      <w:r>
        <w:t>yeh jo zulm ki dastanain hain aur sazish ki dastanain hain aur nafrat ki baatein hain, woh sab bhari hui hain is mein.</w:t>
      </w:r>
    </w:p>
    <w:p>
      <w:pPr>
        <w:jc w:val="right"/>
      </w:pPr>
      <w:r>
        <w:t>یہ جو ظلم کی داستانیں ہیں اور سازش کی داستانیں ہیں اور نفرت کی باتیں ہیں، وہ سب بھری ہوئی ہیں اس میں۔</w:t>
      </w:r>
    </w:p>
    <w:p>
      <w:r>
        <w:rPr>
          <w:b/>
        </w:rPr>
        <w:t xml:space="preserve">[45:01] </w:t>
      </w:r>
      <w:r>
        <w:t>bohat sari websites khol rakhi hain musalmanon ne. har mulk ke musalmanon ne website khol rakhi hain bohat zyada. un ke website pe kya hota hai? sab nafrat, nafrat, nafrat.</w:t>
      </w:r>
    </w:p>
    <w:p>
      <w:pPr>
        <w:jc w:val="right"/>
      </w:pPr>
      <w:r>
        <w:t>بہت ساری ویب سائٹ کھول رکھی ہیں مسلمانوں نے۔ ہر ملک کے مسلمانوں نے ویب سائٹ کھول رکھی ہیں بہت زیادہ۔ ان کے ویب سائٹ پہ کیا ہوتا ہے؟ سب نفرت، نفرت، نفرت۔</w:t>
      </w:r>
    </w:p>
    <w:p>
      <w:r>
        <w:rPr>
          <w:b/>
        </w:rPr>
        <w:t xml:space="preserve">[45:13] </w:t>
      </w:r>
      <w:r>
        <w:t>nafrat ki baatein hain, sazish ki baatein hain, zulm ki baatein hain, idhar bhar rakha hai. main samajhta hoon ke yeh</w:t>
      </w:r>
    </w:p>
    <w:p>
      <w:pPr>
        <w:jc w:val="right"/>
      </w:pPr>
      <w:r>
        <w:t>نفرت کی باتیں ہیں، سازش کی باتیں ہیں، ظلم کی باتیں ہیں، ادھر بھر رکھا ہے۔ میں سمجھتا ہوں کہ یہ</w:t>
      </w:r>
    </w:p>
    <w:p>
      <w:r>
        <w:rPr>
          <w:b/>
        </w:rPr>
        <w:t xml:space="preserve">[45:19] </w:t>
      </w:r>
      <w:r>
        <w:t>sharab peena aur khinzir khana jo hai, islam mein haram hai, lekin yeh yeh super haram hai. yeh super haram hai.</w:t>
      </w:r>
    </w:p>
    <w:p>
      <w:pPr>
        <w:jc w:val="right"/>
      </w:pPr>
      <w:r>
        <w:t>شراب پینا اور خنزیر کھانا جو ہے، اسلام میں حرام ہے، لیکن یہ یہ سپر حرام ہے۔ یہ سپر حرام ہے۔</w:t>
      </w:r>
    </w:p>
    <w:p>
      <w:r>
        <w:rPr>
          <w:b/>
        </w:rPr>
        <w:t xml:space="preserve">[45:28] </w:t>
      </w:r>
      <w:r>
        <w:t>kyun? allah ta'ala ne yeh jo communication ka age aaya hai, age of communication was age of daawa work, age of global daawa.</w:t>
      </w:r>
    </w:p>
    <w:p>
      <w:pPr>
        <w:jc w:val="right"/>
      </w:pPr>
      <w:r>
        <w:t>کیوں؟ اللہ تعالی نے یہ جو کمیونیکیشن کا ایج آیا ہے، ایج آف کمیونیکیشن واز ایج آف دعویٰ ورک، ایج آف گلوبل دعویٰ۔</w:t>
      </w:r>
    </w:p>
    <w:p>
      <w:r>
        <w:rPr>
          <w:b/>
        </w:rPr>
        <w:t xml:space="preserve">[45:41] </w:t>
      </w:r>
      <w:r>
        <w:t>yeh allah ki bohat bari blessing thi, allah ki bohat bari nemat thi. yeh is liye zahir hui thi ke musalman is ko istemal kar ke sari dunya mein ghar ghar islam pohncha dein, allah ka paigham pohncha dein.</w:t>
      </w:r>
    </w:p>
    <w:p>
      <w:pPr>
        <w:jc w:val="right"/>
      </w:pPr>
      <w:r>
        <w:t>یہ اللہ کی بہت بڑی بلیسنگ تھی، اللہ کی بہت بڑی نعمت تھی۔ یہ اس لیے ظاہر ہوئی تھی کہ مسلمان اس کو استعمال کر کے ساری دنیا میں گھر گھر اسلام پہنچا دیں، اللہ کا پیغام پہنچا دیں۔</w:t>
      </w:r>
    </w:p>
    <w:p>
      <w:r>
        <w:rPr>
          <w:b/>
        </w:rPr>
        <w:t xml:space="preserve">[45:54] </w:t>
      </w:r>
      <w:r>
        <w:t>woh jo hadith hai ke</w:t>
      </w:r>
    </w:p>
    <w:p>
      <w:pPr>
        <w:jc w:val="right"/>
      </w:pPr>
      <w:r>
        <w:t>وہ جو حدیث ہے کہ</w:t>
      </w:r>
    </w:p>
    <w:p>
      <w:r>
        <w:rPr>
          <w:b/>
        </w:rPr>
        <w:t xml:space="preserve">[45:57] </w:t>
      </w:r>
      <w:r>
        <w:t>la yubqi ala zahr arz bait madar wa la wabar illa adkhalahullahu kalimatal islam yeh jo hadith hai, is ke liye allah ta'ala ne wasail de diye ke ghar ghar pohnchao word of god, ghar ghar pohnchao word of god.</w:t>
      </w:r>
    </w:p>
    <w:p>
      <w:pPr>
        <w:jc w:val="right"/>
      </w:pPr>
      <w:r>
        <w:t>لا یبقى علی ظہر لرز بیت مدرن ولا وبر الا ادخلہ اللہ کلمۃ الاسلام یہ جو حدیث ہے، اس کے لیے اللہ تعالی نے وسائل دے دیے کہ گھر گھر پہنچاؤ ورڈ آف گاڈ، گھر گھر پہنچاؤ ورڈ آف گاڈ۔</w:t>
      </w:r>
    </w:p>
    <w:p>
      <w:r>
        <w:rPr>
          <w:b/>
        </w:rPr>
        <w:t xml:space="preserve">[46:16] </w:t>
      </w:r>
      <w:r>
        <w:t>toh musalman kya kar rahe hain? ghar ghar pohncha rahe hain. nafrat ki baat hai, hamare khilaf zulm ho raha hai, hamare khilaf sazish ho rahi hai. yeh yeh baatein pohncha rahe hain.</w:t>
      </w:r>
    </w:p>
    <w:p>
      <w:pPr>
        <w:jc w:val="right"/>
      </w:pPr>
      <w:r>
        <w:t>تو مسلمان کیا کر رہے ہیں؟ گھر گھر پہنچا رہے ہیں۔ نفرت کی بات ہے، ہمارے خلاف ظلم ہو رہا ہے، ہمارے خلاف سازش ہو رہی ہے۔ یہ یہ باتیں پہنچا رہے ہیں۔</w:t>
      </w:r>
    </w:p>
    <w:p>
      <w:r>
        <w:rPr>
          <w:b/>
        </w:rPr>
        <w:t xml:space="preserve">[46:27] </w:t>
      </w:r>
      <w:r>
        <w:t>ab video dikhate hain is qatl ke aur is ke, is ke yeh toh haram se hi bari cheez hai</w:t>
      </w:r>
    </w:p>
    <w:p>
      <w:pPr>
        <w:jc w:val="right"/>
      </w:pPr>
      <w:r>
        <w:t>اب ویڈیو دکھاتے ہیں اس قتل کے اور اس کے، اس کے یہ تو حرام سے ہی بری چیز ہے</w:t>
      </w:r>
    </w:p>
    <w:p>
      <w:r>
        <w:rPr>
          <w:b/>
        </w:rPr>
        <w:t xml:space="preserve">[46:36] </w:t>
      </w:r>
      <w:r>
        <w:t>ke jo ek toh ghalti yeh hui ke allah ta'ala ne expressionist ke roop mein mad'u ko aap ke ghar par bhej diya, tab bhi aap ne is ko istemal nahi kiya.</w:t>
      </w:r>
    </w:p>
    <w:p>
      <w:pPr>
        <w:jc w:val="right"/>
      </w:pPr>
      <w:r>
        <w:t>کہ جو ایک تو غلطی یہ ہوئی کہ اللہ تعالی نے ایکسپریشنسٹ کے روپ میں مدعو کو آپ کے گھر پر بھیج دیا، تب بھی آپ نے اس کو استعمال نہیں کیا۔</w:t>
      </w:r>
    </w:p>
    <w:p>
      <w:r>
        <w:rPr>
          <w:b/>
        </w:rPr>
        <w:t xml:space="preserve">[46:50] </w:t>
      </w:r>
      <w:r>
        <w:t>bohat baray paimane par</w:t>
      </w:r>
    </w:p>
    <w:p>
      <w:pPr>
        <w:jc w:val="right"/>
      </w:pPr>
      <w:r>
        <w:t>بہت بڑے پیمانے پر</w:t>
      </w:r>
    </w:p>
    <w:p>
      <w:r>
        <w:rPr>
          <w:b/>
        </w:rPr>
        <w:t xml:space="preserve">[46:54] </w:t>
      </w:r>
      <w:r>
        <w:t>expressionist ke roop mein mad'u aap ke haan pohnch gaye, siyah ke roop mein pohnch gaye, tourist ke roop mein pohnch gaye, tajir ke roop mein pohnch gaye.</w:t>
      </w:r>
    </w:p>
    <w:p>
      <w:pPr>
        <w:jc w:val="right"/>
      </w:pPr>
      <w:r>
        <w:t>ایکسپریشنسٹ کے روپ میں مدعو آپ کے ہاں پہنچ گئے، سیاح کے روپ میں پہنچ گئے، ٹورسٹ کے روپ میں پہنچ گئے، تاجر کے روپ میں پہنچ گئے۔</w:t>
      </w:r>
    </w:p>
    <w:p>
      <w:r>
        <w:rPr>
          <w:b/>
        </w:rPr>
        <w:t xml:space="preserve">[47:04] </w:t>
      </w:r>
      <w:r>
        <w:t>aaj kal ek global babalization hai. global babalization.</w:t>
      </w:r>
    </w:p>
    <w:p>
      <w:pPr>
        <w:jc w:val="right"/>
      </w:pPr>
      <w:r>
        <w:t>آج کل ایک گلوبل ببلائزیشن ہے۔ گلوبل ببلائزیشن۔</w:t>
      </w:r>
    </w:p>
    <w:p>
      <w:r>
        <w:rPr>
          <w:b/>
        </w:rPr>
        <w:t xml:space="preserve">[47:10] </w:t>
      </w:r>
      <w:r>
        <w:t>log aa rahe hain aap ke paas tajir ke roop mein, job talash karne ke liye aa rahe hain, siyah ke roop mein aa rahe hain, tourist ke roop mein aa rahe hain, mukhtalif roop mein aa rahe hain. khali expressionist ke roop mein nahi.</w:t>
      </w:r>
    </w:p>
    <w:p>
      <w:pPr>
        <w:jc w:val="right"/>
      </w:pPr>
      <w:r>
        <w:t>لوگ آ رہے ہیں آپ کے پاس تاجر کے روپ میں، جاب تلاش کرنے کے لیے آ رہے ہیں، سیاح کے روپ میں آ رہے ہیں، ٹورسٹ کے روپ میں آ رہے ہیں، مختلف روپ میں آ رہے ہیں۔ خالی ایکسپریشنسٹ کے روپ میں نہیں۔</w:t>
      </w:r>
    </w:p>
    <w:p>
      <w:r>
        <w:rPr>
          <w:b/>
        </w:rPr>
        <w:t xml:space="preserve">[47:23] </w:t>
      </w:r>
      <w:r>
        <w:t>toh mad'u da'i kahan pohnch raha hai?</w:t>
      </w:r>
    </w:p>
    <w:p>
      <w:pPr>
        <w:jc w:val="right"/>
      </w:pPr>
      <w:r>
        <w:t>تو مدعو داعی کہاں پہنچ رہا ہے؟</w:t>
      </w:r>
    </w:p>
    <w:p>
      <w:r>
        <w:rPr>
          <w:b/>
        </w:rPr>
        <w:t xml:space="preserve">[47:29] </w:t>
      </w:r>
      <w:r>
        <w:t>abhi mein dekh raha tha toh maloom hua ke sirf turki mein, jo ek muslim mulk hai, sirf akele turki mein pichle saal, yani do hazar gyarah mein, thirty one million siyah aaye, mukhtalif mulkon ke log.</w:t>
      </w:r>
    </w:p>
    <w:p>
      <w:pPr>
        <w:jc w:val="right"/>
      </w:pPr>
      <w:r>
        <w:t>ابھی میں دیکھ رہا تھا تو معلوم ہوا کہ صرف ترکی میں، جو ایک مسلم ملک ہے، صرف اکیلے ترکی میں پچھلے سال، یعنی دو ہزار گیارہ میں، تھرٹی ون ملین سیاح آئے، مختلف ملکوں کے لوگ۔</w:t>
      </w:r>
    </w:p>
    <w:p>
      <w:r>
        <w:rPr>
          <w:b/>
        </w:rPr>
        <w:t xml:space="preserve">[47:46] </w:t>
      </w:r>
      <w:r>
        <w:t>iktis million se zyada. aise hi har jagah aate hain, iraq mein, misr mein.</w:t>
      </w:r>
    </w:p>
    <w:p>
      <w:pPr>
        <w:jc w:val="right"/>
      </w:pPr>
      <w:r>
        <w:t>اکتیس ملین سے زیادہ۔ ایسے ہی ہر جگہ آتے ہیں، عراق میں، مصر میں۔</w:t>
      </w:r>
    </w:p>
    <w:p>
      <w:r>
        <w:rPr>
          <w:b/>
        </w:rPr>
        <w:t xml:space="preserve">[47:53] </w:t>
      </w:r>
      <w:r>
        <w:t>har jagah. toh siyahon ka aur tajiron ka aur mukhtalif maadi aghraz ke tehat logon ka ek ek ek fauj chali aa rahi hai.</w:t>
      </w:r>
    </w:p>
    <w:p>
      <w:pPr>
        <w:jc w:val="right"/>
      </w:pPr>
      <w:r>
        <w:t>ہر جگہ۔ تو سیاحوں کا اور تاجروں کا اور مختلف مادی اغراض کے تحت لوگوں کا ایک ایک ایک فوج چلی آ رہی ہے۔</w:t>
      </w:r>
    </w:p>
    <w:p>
      <w:r>
        <w:rPr>
          <w:b/>
        </w:rPr>
        <w:t xml:space="preserve">[48:08] </w:t>
      </w:r>
      <w:r>
        <w:t>toh in ko hamein lena hai mad'u ke roop mein. yeh nahi kiya hum ne.</w:t>
      </w:r>
    </w:p>
    <w:p>
      <w:pPr>
        <w:jc w:val="right"/>
      </w:pPr>
      <w:r>
        <w:t>تو ان کو ہمیں لینا ہے مدعو کے روپ میں۔ یہ نہیں کیا ہم نے۔</w:t>
      </w:r>
    </w:p>
    <w:p>
      <w:r>
        <w:rPr>
          <w:b/>
        </w:rPr>
        <w:t xml:space="preserve">[48:14] </w:t>
      </w:r>
      <w:r>
        <w:t>in aanay walon ko,</w:t>
      </w:r>
    </w:p>
    <w:p>
      <w:pPr>
        <w:jc w:val="right"/>
      </w:pPr>
      <w:r>
        <w:t>ان آنے والوں کو،</w:t>
      </w:r>
    </w:p>
    <w:p>
      <w:r>
        <w:rPr>
          <w:b/>
        </w:rPr>
        <w:t xml:space="preserve">[48:19] </w:t>
      </w:r>
      <w:r>
        <w:t>in aanay walon ko mad'u ke roop mein lena tha humein. woh hum ne nahi liya. aur doosri itni bara mujrimana fe'l kiya hai ke internet ko bhar diya negative items se.</w:t>
      </w:r>
    </w:p>
    <w:p>
      <w:pPr>
        <w:jc w:val="right"/>
      </w:pPr>
      <w:r>
        <w:t>ان آنے والوں کو مدعو کے روپ میں لینا تھا ہمیں۔ وہ ہم نے نہیں لیا۔ اور دوسری اتنی بڑا مجرمانہ فعل کیا ہے کہ انٹرنیٹ کو بھر دیا نیگیٹیو آئٹمز سے۔</w:t>
      </w:r>
    </w:p>
    <w:p>
      <w:r>
        <w:rPr>
          <w:b/>
        </w:rPr>
        <w:t xml:space="preserve">[48:35] </w:t>
      </w:r>
      <w:r>
        <w:t>jitne musalmanon ke, yani hamara jo website hai CPS walon ka, woh toh mashallah positive items ke andar hain.</w:t>
      </w:r>
    </w:p>
    <w:p>
      <w:pPr>
        <w:jc w:val="right"/>
      </w:pPr>
      <w:r>
        <w:t>جتنے مسلمانوں کے، یعنی ہمارا جو ویب سائٹ ہے سی پی ایس والوں کا، وہ تو ماشاءاللہ پازیٹیو آئٹمز کے اندر ہیں۔</w:t>
      </w:r>
    </w:p>
    <w:p>
      <w:r>
        <w:rPr>
          <w:b/>
        </w:rPr>
        <w:t xml:space="preserve">[48:43] </w:t>
      </w:r>
      <w:r>
        <w:t>lekin doosron ne jo bhar rakhe hain, website bana rakhe hain bohat sare. har mulk ke musalmanon ke ke beshumar website bana rakhi hain logon ne.</w:t>
      </w:r>
    </w:p>
    <w:p>
      <w:pPr>
        <w:jc w:val="right"/>
      </w:pPr>
      <w:r>
        <w:t>لیکن دوسروں نے جو بھر رکھے ہیں، ویب سائٹ بنا رکھے ہیں بہت سارے۔ ہر ملک کے مسلمانوں کے کہ بے شمار ویب سائٹ بنا رکھی ہیں لوگوں نے۔</w:t>
      </w:r>
    </w:p>
    <w:p>
      <w:r>
        <w:rPr>
          <w:b/>
        </w:rPr>
        <w:t xml:space="preserve">[48:55] </w:t>
      </w:r>
      <w:r>
        <w:t>woh sab negative items bhari hui hain. yeh toh bilashuba ek fe'l haram hai.</w:t>
      </w:r>
    </w:p>
    <w:p>
      <w:pPr>
        <w:jc w:val="right"/>
      </w:pPr>
      <w:r>
        <w:t>وہ سب نیگیٹیو آئٹمز بھری ہوئی ہیں۔ یہ تو بلاشبہ ایک فعل حرام ہے۔</w:t>
      </w:r>
    </w:p>
    <w:p>
      <w:r>
        <w:rPr>
          <w:b/>
        </w:rPr>
        <w:t xml:space="preserve">[49:02] </w:t>
      </w:r>
      <w:r>
        <w:t>dunya ko batane ke liye aap ko sirf yahi hai ke in par nafrat ka, nafrat aur sazish aur zulm aur aur negativity ki khabrein dein aap in ko.</w:t>
      </w:r>
    </w:p>
    <w:p>
      <w:pPr>
        <w:jc w:val="right"/>
      </w:pPr>
      <w:r>
        <w:t>دنیا کو بتانے کے لیے آپ کو صرف یہی ہے کہ ان پر نفرت کا، نفرت اور سازش اور ظلم اور اور نیگیٹیوٹی کی خبریں دیں آپ ان کو۔</w:t>
      </w:r>
    </w:p>
    <w:p>
      <w:r>
        <w:rPr>
          <w:b/>
        </w:rPr>
        <w:t xml:space="preserve">[49:15] </w:t>
      </w:r>
      <w:r>
        <w:t>yahi aap ke paas dene ke liye hai. aur dein aap aur aap ke paas allah ka paigham</w:t>
      </w:r>
    </w:p>
    <w:p>
      <w:pPr>
        <w:jc w:val="right"/>
      </w:pPr>
      <w:r>
        <w:t>یہی آپ کے پاس دینے کے لیے ہے۔ اور دیں آپ اور آپ کے پاس اللہ کا پیغام</w:t>
      </w:r>
    </w:p>
    <w:p>
      <w:r>
        <w:rPr>
          <w:b/>
        </w:rPr>
        <w:t xml:space="preserve">[49:21] </w:t>
      </w:r>
      <w:r>
        <w:t>dene ka jo kaam aap ko hai, woh nahi karna hai aap ko.</w:t>
      </w:r>
    </w:p>
    <w:p>
      <w:pPr>
        <w:jc w:val="right"/>
      </w:pPr>
      <w:r>
        <w:t>دینے کا جو کام آپ کو ہے، وہ نہیں کرنا ہے آپ کو۔</w:t>
      </w:r>
    </w:p>
    <w:p>
      <w:r>
        <w:rPr>
          <w:b/>
        </w:rPr>
        <w:t xml:space="preserve">[49:29] </w:t>
      </w:r>
      <w:r>
        <w:t>isi liye musalmanon ki sari koshishen habt-e-a'maal ka shikar ho rahi hain. yani unhon ne jo bhar diya sare items, negative items website mein, to woh samajhte thay ke is tarah se ab musalmanon ka dabdaba ho jayega.</w:t>
      </w:r>
    </w:p>
    <w:p>
      <w:pPr>
        <w:jc w:val="right"/>
      </w:pPr>
      <w:r>
        <w:t>اسی لیے مسلمانوں کی ساری کوششیں حبط اعمال کا شکار ہو رہی ہیں۔ یعنی انہوں نے جو بھر دیا سارے آئٹمز، نیگیٹیو آئٹمز ویب سائٹ میں، تو وہ سمجھتے تھے کہ اس طرح سے اب مسلمانوں کا دبدبہ ہو جائے گا۔</w:t>
      </w:r>
    </w:p>
    <w:p>
      <w:r>
        <w:rPr>
          <w:b/>
        </w:rPr>
        <w:t xml:space="preserve">[49:44] </w:t>
      </w:r>
      <w:r>
        <w:t>aur ulta un ki sirf un ki zillat mein izafa ho raha hai.</w:t>
      </w:r>
    </w:p>
    <w:p>
      <w:pPr>
        <w:jc w:val="right"/>
      </w:pPr>
      <w:r>
        <w:t>اور الٹا ان کی صرف ان کی ذلت میں اضافہ ہو رہا ہے۔</w:t>
      </w:r>
    </w:p>
    <w:p>
      <w:r>
        <w:rPr>
          <w:b/>
        </w:rPr>
        <w:t xml:space="preserve">[49:50] </w:t>
      </w:r>
      <w:r>
        <w:t>yani counter productive ban raha hai woh. to wahan bhi to habt-e-a'maal ho raha hai. har maidan mein musalman ki koshishen, un ki qurbaniyan habt-e-a'maal ka shikar ho rahi hain.</w:t>
      </w:r>
    </w:p>
    <w:p>
      <w:pPr>
        <w:jc w:val="right"/>
      </w:pPr>
      <w:r>
        <w:t>یعنی کاؤنٹر پروڈکٹیو بن رہا ہے وہ۔ تو وہاں بھی تو حبط اعمال ہو رہا ہے۔ ہر میدان میں مسلمان کی کوششیں، ان کی قربانیاں حبط اعمال کا شکار ہو رہی ہیں۔</w:t>
      </w:r>
    </w:p>
    <w:p>
      <w:r>
        <w:rPr>
          <w:b/>
        </w:rPr>
        <w:t xml:space="preserve">[50:05] </w:t>
      </w:r>
      <w:r>
        <w:t>un fruitful ban rahi hain un ki koshishen.</w:t>
      </w:r>
    </w:p>
    <w:p>
      <w:pPr>
        <w:jc w:val="right"/>
      </w:pPr>
      <w:r>
        <w:t>ان فروٹ فل بن رہی ہیں ان کی کوششیں۔</w:t>
      </w:r>
    </w:p>
    <w:p>
      <w:r>
        <w:rPr>
          <w:b/>
        </w:rPr>
        <w:t xml:space="preserve">[50:08] </w:t>
      </w:r>
      <w:r>
        <w:t>to yeh aakhri waqt aa gaya ke jaagein musalman. aakhri waqt aa gaya ke jaagein. jaagne ka matlab yeh hai muhasba karein, reassess karein, revise karein.</w:t>
      </w:r>
    </w:p>
    <w:p>
      <w:pPr>
        <w:jc w:val="right"/>
      </w:pPr>
      <w:r>
        <w:t>تو یہ آخری وقت آ گیا کہ جاگیں مسلمان۔ آخری وقت آ گیا کہ جاگیں۔ جاگنے کا مطلب یہ ہے محاسبہ کریں، ری ایسس کریں، ریوائز کریں۔</w:t>
      </w:r>
    </w:p>
    <w:p>
      <w:r>
        <w:rPr>
          <w:b/>
        </w:rPr>
        <w:t xml:space="preserve">[50:19] </w:t>
      </w:r>
      <w:r>
        <w:t>phir se sochein. kyunke habt-e-a'maal jaisa ke maine arz kiya,</w:t>
      </w:r>
    </w:p>
    <w:p>
      <w:pPr>
        <w:jc w:val="right"/>
      </w:pPr>
      <w:r>
        <w:t>پھر سے سوچیں۔ کیونکہ حبط اعمال جیسا کہ میں نے عرض کیا،</w:t>
      </w:r>
    </w:p>
    <w:p>
      <w:r>
        <w:rPr>
          <w:b/>
        </w:rPr>
        <w:t xml:space="preserve">[50:26] </w:t>
      </w:r>
      <w:r>
        <w:t>sadah baat nahi hai. yeh is baat ka khula hua proof hai ke Allah ke badle hum ko nahi pahunchi. Quran mein bohat si ayat hain jis mein saaf saaf aelan kiya gaya hai ke agar tum sahi kaam karoge, tum iman par hoge, Islam par hoge, to zaroor Allah ki madad tum par ayegi.</w:t>
      </w:r>
    </w:p>
    <w:p>
      <w:pPr>
        <w:jc w:val="right"/>
      </w:pPr>
      <w:r>
        <w:t>سادہ بات نہیں ہے۔ یہ اس بات کا کھلا ہوا پروف ہے کہ اللہ کے بدلے ہم کو نہیں پہنچی۔ قرآن میں بہت سی آیتیں ہیں جس میں صاف صاف اعلان کیا گیا ہے کہ اگر تم صحیح کام کرو گے، تم ایمان پر ہو گے، اسلام پر ہو گے، تو ضرور اللہ کی مدد تم پر آئے گی۔</w:t>
      </w:r>
    </w:p>
    <w:p>
      <w:r>
        <w:rPr>
          <w:b/>
        </w:rPr>
        <w:t xml:space="preserve">[50:47] </w:t>
      </w:r>
      <w:r>
        <w:t>to jab nahi aayi madad, is mani kya? Allah ko hamara iman o Islam qabool hi nahi hua. hamari koshishen Allah ke haan qabooliyat ka darja nahi pa saki.</w:t>
      </w:r>
    </w:p>
    <w:p>
      <w:pPr>
        <w:jc w:val="right"/>
      </w:pPr>
      <w:r>
        <w:t>تو جب نہیں آئی مدد، اس معنی کیا؟ اللہ کو ہمارا ایمان و اسلام قبول ہی نہیں ہوا۔ ہماری کوششیں اللہ کے ہاں قبولیت کا درجہ نہیں پا سکی۔</w:t>
      </w:r>
    </w:p>
    <w:p>
      <w:r>
        <w:rPr>
          <w:b/>
        </w:rPr>
        <w:t xml:space="preserve">[51:03] </w:t>
      </w:r>
      <w:r>
        <w:t>kaisi ajeeb cheez hai jis par ek second ki dairi kiye baghair sochna chahiye. kyunke qayamat abhi aaj subah, aaj sham aa sakti hai, kal subah aa sakti hai.</w:t>
      </w:r>
    </w:p>
    <w:p>
      <w:pPr>
        <w:jc w:val="right"/>
      </w:pPr>
      <w:r>
        <w:t>کیسی عجیب چیز ہے جس پر ایک سیکنڈ کی دیری کیے بغیر سوچنا چاہیے۔ کیونکہ قیامت ابھی آج صبح، آج شام آ سکتی ہے، کل صبح آ سکتی ہے۔</w:t>
      </w:r>
    </w:p>
    <w:p>
      <w:r>
        <w:rPr>
          <w:b/>
        </w:rPr>
        <w:t xml:space="preserve">[51:18] </w:t>
      </w:r>
      <w:r>
        <w:t>Quran mein hai ke qayamat kisi bhi waqt aa sakti hai.</w:t>
      </w:r>
    </w:p>
    <w:p>
      <w:pPr>
        <w:jc w:val="right"/>
      </w:pPr>
      <w:r>
        <w:t>قرآن میں ہے کہ قیامت کسی بھی وقت آ سکتی ہے۔</w:t>
      </w:r>
    </w:p>
    <w:p>
      <w:r>
        <w:rPr>
          <w:b/>
        </w:rPr>
        <w:t xml:space="preserve">[51:22] </w:t>
      </w:r>
      <w:r>
        <w:t>thaqalatis samawati wal arz la ya'tiq billahi waqtan to agar qayamat aa jaye, aap ghor kijiye, aaj sham ko qayamat aa jaye, kal subah qayamat aa jaye, aur sare musalman Allah ke samne khade ho jayein.</w:t>
      </w:r>
    </w:p>
    <w:p>
      <w:pPr>
        <w:jc w:val="right"/>
      </w:pPr>
      <w:r>
        <w:t>ثَقْلَةِ السَّمَاوَاتِ وَالْأَرْضِ لَا تَعْتِقُ بِاللَّهِ وَقْتًا تو اگر قیامت آ جائے، آپ غور کیجیے، آج شام کو قیامت آ جائے، کل صبح قیامت آ جائے، اور سارے مسلمان اللہ کے سامنے کھڑے ہو جائیں۔</w:t>
      </w:r>
    </w:p>
    <w:p>
      <w:r>
        <w:rPr>
          <w:b/>
        </w:rPr>
        <w:t xml:space="preserve">[51:38] </w:t>
      </w:r>
      <w:r>
        <w:t>aur Allah pooche</w:t>
      </w:r>
    </w:p>
    <w:p>
      <w:pPr>
        <w:jc w:val="right"/>
      </w:pPr>
      <w:r>
        <w:t>اور اللہ پوچھے</w:t>
      </w:r>
    </w:p>
    <w:p>
      <w:r>
        <w:rPr>
          <w:b/>
        </w:rPr>
        <w:t xml:space="preserve">[51:41] </w:t>
      </w:r>
      <w:r>
        <w:t>ke maine tum ko itna bara mauqa diya ke mad'u tumhare darwaze par aa gaya. itna bara mauqa diya hai ke yeh yeh computer technology jo duniya mein kholi maine, ke tum</w:t>
      </w:r>
    </w:p>
    <w:p>
      <w:pPr>
        <w:jc w:val="right"/>
      </w:pPr>
      <w:r>
        <w:t>کہ میں نے تم کو اتنا بڑا موقع دیا کہ مدعو تمہارے دروازے پر آ گیا۔ اتنا بڑا موقع دیا ہے کہ یہ یہ کمپیوٹر ٹیکنالوجی جو دنیا میں کھولی میں نے، کہ تم</w:t>
      </w:r>
    </w:p>
    <w:p>
      <w:r>
        <w:rPr>
          <w:b/>
        </w:rPr>
        <w:t xml:space="preserve">[51:57] </w:t>
      </w:r>
      <w:r>
        <w:t>jahan ho wohin se baithe hue duniya mein paigham pahuncha sako. to tum ne kya kiya? kya kiya tum ne?</w:t>
      </w:r>
    </w:p>
    <w:p>
      <w:pPr>
        <w:jc w:val="right"/>
      </w:pPr>
      <w:r>
        <w:t>جہاں ہو وہیں سے بیٹھے ہوئے دنیا میں پیغام پہنچا سکو۔ تو تم نے کیا کیا؟ کیا کیا تم نے؟</w:t>
      </w:r>
    </w:p>
    <w:p>
      <w:r>
        <w:rPr>
          <w:b/>
        </w:rPr>
        <w:t xml:space="preserve">[52:07] </w:t>
      </w:r>
      <w:r>
        <w:t>tum ne is har cheez ko negativity khane mein daal diya. sirf nafrat aur zulm aur sazish aur intiqam.</w:t>
      </w:r>
    </w:p>
    <w:p>
      <w:pPr>
        <w:jc w:val="right"/>
      </w:pPr>
      <w:r>
        <w:t>تم نے اس ہر چیز کو نیگیٹیوٹی خانے میں ڈال دیا۔ صرف نفرت اور ظلم اور سازش اور انتقام۔</w:t>
      </w:r>
    </w:p>
    <w:p>
      <w:r>
        <w:rPr>
          <w:b/>
        </w:rPr>
        <w:t xml:space="preserve">[52:15] </w:t>
      </w:r>
      <w:r>
        <w:t>yahi khabrein tumhare paas thi duniya ko dene ke liye.</w:t>
      </w:r>
    </w:p>
    <w:p>
      <w:pPr>
        <w:jc w:val="right"/>
      </w:pPr>
      <w:r>
        <w:t>یہی خبریں تمہارے پاس تھیں دنیا کو دینے کے لیے۔</w:t>
      </w:r>
    </w:p>
    <w:p>
      <w:r>
        <w:rPr>
          <w:b/>
        </w:rPr>
        <w:t xml:space="preserve">[52:19] </w:t>
      </w:r>
      <w:r>
        <w:t>aur kuch nahi tha.</w:t>
      </w:r>
    </w:p>
    <w:p>
      <w:pPr>
        <w:jc w:val="right"/>
      </w:pPr>
      <w:r>
        <w:t>اور کچھ نہیں تھا۔</w:t>
      </w:r>
    </w:p>
    <w:p>
      <w:r>
        <w:rPr>
          <w:b/>
        </w:rPr>
        <w:t xml:space="preserve">[52:23] </w:t>
      </w:r>
      <w:r>
        <w:t>to yeh baatein hain bohat zyada sochne ki.</w:t>
      </w:r>
    </w:p>
    <w:p>
      <w:pPr>
        <w:jc w:val="right"/>
      </w:pPr>
      <w:r>
        <w:t>تو یہ باتیں ہیں بہت زیادہ سوچنے کی۔</w:t>
      </w:r>
    </w:p>
    <w:p>
      <w:r>
        <w:rPr>
          <w:b/>
        </w:rPr>
        <w:t xml:space="preserve">[52:33] </w:t>
      </w:r>
      <w:r>
        <w:t>mere walid kaha karte thay, Khuda ko munh dikhana hai. Khuda ko munh dikhana hai. woh zyada taleem yafta nahi thay, lekin qadeem zamane mein jaise insan bante thay, waise insan thay woh.</w:t>
      </w:r>
    </w:p>
    <w:p>
      <w:pPr>
        <w:jc w:val="right"/>
      </w:pPr>
      <w:r>
        <w:t>میرے والد کہا کرتے تھے، خدا کو منہ دکھانا ہے۔ خدا کو منہ دکھانا ہے۔ وہ زیادہ تعلیم یافتہ نہیں تھے، لیکن قدیم زمانے میں جیسے انسان بنتے تھے، ویسے انسان تھے وہ۔</w:t>
      </w:r>
    </w:p>
    <w:p>
      <w:r>
        <w:rPr>
          <w:b/>
        </w:rPr>
        <w:t xml:space="preserve">[52:48] </w:t>
      </w:r>
      <w:r>
        <w:t>Khuda ko munh dikhana hai. to poori ummat ko Khuda ke samne khada hona hai.</w:t>
      </w:r>
    </w:p>
    <w:p>
      <w:pPr>
        <w:jc w:val="right"/>
      </w:pPr>
      <w:r>
        <w:t>خدا کو منہ دکھانا ہے۔ تو پوری امت کو خدا کے سامنے کھڑا ہونا ہے۔</w:t>
      </w:r>
    </w:p>
    <w:p>
      <w:r>
        <w:rPr>
          <w:b/>
        </w:rPr>
        <w:t xml:space="preserve">[52:53] </w:t>
      </w:r>
      <w:r>
        <w:t>poori poori ummat Khuda ke samne khadi hogi. to us waqt hamare paas kya jawab hoga? kya jawab hoga? Khuda poochega, tumhare Nabi ka namuna jo tha, woh yeh tha ke log aayein but parast ke roop mein, tum un ko mad'u ki taraf istemal karo.</w:t>
      </w:r>
    </w:p>
    <w:p>
      <w:pPr>
        <w:jc w:val="right"/>
      </w:pPr>
      <w:r>
        <w:t>پوری پوری امت خدا کے سامنے کھڑی ہوگی۔ تو اس وقت ہمارے پاس کیا جواب ہوگا؟ کیا جواب ہوگا؟ خدا پوچھے گا، تمہارے نبی کا نمونہ جو تھا، وہ یہ تھا کہ لوگ آئیں بت پرست کے روپ میں، تم ان کو مدعو کی طرف استعمال کرو۔</w:t>
      </w:r>
    </w:p>
    <w:p>
      <w:r>
        <w:rPr>
          <w:b/>
        </w:rPr>
        <w:t xml:space="preserve">[53:15] </w:t>
      </w:r>
      <w:r>
        <w:t>yeh tha namuna.</w:t>
      </w:r>
    </w:p>
    <w:p>
      <w:pPr>
        <w:jc w:val="right"/>
      </w:pPr>
      <w:r>
        <w:t>یہ تھا نمونہ۔</w:t>
      </w:r>
    </w:p>
    <w:p>
      <w:r>
        <w:rPr>
          <w:b/>
        </w:rPr>
        <w:t xml:space="preserve">[53:19] </w:t>
      </w:r>
      <w:r>
        <w:t>sare Arab ke log Makkah aate thay, woh thay idol worshipper. but poojne ke liye aate thay. lekin Allah ke Rasool ne yeh namuna qaim kiya ke woh chahe jis maqsad se bhi aayein, tum un ko mad'u ki taraf istemal karo.</w:t>
      </w:r>
    </w:p>
    <w:p>
      <w:pPr>
        <w:jc w:val="right"/>
      </w:pPr>
      <w:r>
        <w:t>سارے عرب کے لوگ مکہ آتے تھے، وہ تھے آئیڈل ورشپر۔ بت پوجنے کے لیے آتے تھے۔ لیکن اللہ کے رسول نے یہ نمونہ قائم کیا کہ وہ چاہے جس مقصد سے بھی آئیں، تم ان کو مدعو کی طرف استعمال کرو۔</w:t>
      </w:r>
    </w:p>
    <w:p>
      <w:r>
        <w:rPr>
          <w:b/>
        </w:rPr>
        <w:t xml:space="preserve">[53:34] </w:t>
      </w:r>
      <w:r>
        <w:t>tum ko Allah ka paigham do.</w:t>
      </w:r>
    </w:p>
    <w:p>
      <w:pPr>
        <w:jc w:val="right"/>
      </w:pPr>
      <w:r>
        <w:t>تم کو اللہ کا پیغام دو۔</w:t>
      </w:r>
    </w:p>
    <w:p>
      <w:r>
        <w:rPr>
          <w:b/>
        </w:rPr>
        <w:t xml:space="preserve">[53:39] </w:t>
      </w:r>
      <w:r>
        <w:t>yeh tha namuna. aur Quran mein hai ke laqad kana lakum laqad kana lakum fi rasoolillahi uswatun hasanah. Allah ke Rasool mein tumhare liye behtareen namuna hai.</w:t>
      </w:r>
    </w:p>
    <w:p>
      <w:pPr>
        <w:jc w:val="right"/>
      </w:pPr>
      <w:r>
        <w:t>یہ تھا نمونہ۔ اور قرآن میں ہے کہ لَقَدْ كَانَ لَكُمْ لَقَدْ كَانَ لَكُمْ فِي رَسُولِ اللَّهِ وَسُّوْتُ الْحَسَنَ اللہ کے رسول میں تمہارے لیے بہترین نمونہ ہے۔</w:t>
      </w:r>
    </w:p>
    <w:p>
      <w:r>
        <w:rPr>
          <w:b/>
        </w:rPr>
        <w:t xml:space="preserve">[53:55] </w:t>
      </w:r>
      <w:r>
        <w:t>to yeh tha namona. to is namone ko tum ne ikhtiyar kiya?</w:t>
      </w:r>
    </w:p>
    <w:p>
      <w:pPr>
        <w:jc w:val="right"/>
      </w:pPr>
      <w:r>
        <w:t>تو یہ تھا نمونہ۔ تو اس نمونے کو تم نے اختیار کیا؟</w:t>
      </w:r>
    </w:p>
    <w:p>
      <w:r>
        <w:rPr>
          <w:b/>
        </w:rPr>
        <w:t xml:space="preserve">[54:01] </w:t>
      </w:r>
      <w:r>
        <w:t>Allah ke rasool mein jo namona tha, jis ko Allah ne kaha ke behtareen namona, woh to yeh tha ke</w:t>
      </w:r>
    </w:p>
    <w:p>
      <w:pPr>
        <w:jc w:val="right"/>
      </w:pPr>
      <w:r>
        <w:t>اللہ کے رسول میں جو نمونہ تھا، جس کو اللہ نے کہا کہ بہترین نمونہ، وہ تو یہ تھا کہ</w:t>
      </w:r>
    </w:p>
    <w:p>
      <w:r>
        <w:rPr>
          <w:b/>
        </w:rPr>
        <w:t xml:space="preserve">[54:13] </w:t>
      </w:r>
      <w:r>
        <w:t>idol worshipers ko</w:t>
      </w:r>
    </w:p>
    <w:p>
      <w:pPr>
        <w:jc w:val="right"/>
      </w:pPr>
      <w:r>
        <w:t>آئیڈل ورشپرز کو</w:t>
      </w:r>
    </w:p>
    <w:p>
      <w:r>
        <w:rPr>
          <w:b/>
        </w:rPr>
        <w:t xml:space="preserve">[54:15] </w:t>
      </w:r>
      <w:r>
        <w:t>idol worshiper ke tor par na lo, balkeh madu ke tor par lo un ko. un ko dawat pohnchao, Allah ka paigham pohnchao. aur tum ne kiya kiya?</w:t>
      </w:r>
    </w:p>
    <w:p>
      <w:pPr>
        <w:jc w:val="right"/>
      </w:pPr>
      <w:r>
        <w:t>آئیڈل ورشپر کے طور پر نہ لو، بلکہ مدعو کے طور پر لو ان کو۔ ان کو دعوت پہنچاؤ، اللہ کا پیغام پہنچاؤ۔ اور تم نے کیا کیا؟</w:t>
      </w:r>
    </w:p>
    <w:p>
      <w:r>
        <w:rPr>
          <w:b/>
        </w:rPr>
        <w:t xml:space="preserve">[54:28] </w:t>
      </w:r>
      <w:r>
        <w:t>tum ne is sunnat par amal kyun nahi kiya? jab tum ne is sunnat par amal nahi kiya to tum is ummat-e-Muhammadi qarar paane ke mustahiq nahi ho.</w:t>
      </w:r>
    </w:p>
    <w:p>
      <w:pPr>
        <w:jc w:val="right"/>
      </w:pPr>
      <w:r>
        <w:t>تم نے اس سنت پر عمل کیوں نہیں کیا؟ جب تم نے اس سنت پر عمل نہیں کیا تو تم اس امت محمدی قرار پانے کے مستحق نہیں ہو۔</w:t>
      </w:r>
    </w:p>
    <w:p>
      <w:r>
        <w:rPr>
          <w:b/>
        </w:rPr>
        <w:t xml:space="preserve">[54:42] </w:t>
      </w:r>
      <w:r>
        <w:t>ummat-e-Muhammadi qarar paane ka title is waqt milega jab ke hum ne Rasool Allah ke namone par amal kiya ho.</w:t>
      </w:r>
    </w:p>
    <w:p>
      <w:pPr>
        <w:jc w:val="right"/>
      </w:pPr>
      <w:r>
        <w:t>امت محمدی قرار پانے کا ٹائٹل اس وقت ملے گا جب کہ ہم نے رسول اللہ کے نمونے پر عمل کیا ہو۔</w:t>
      </w:r>
    </w:p>
    <w:p>
      <w:r>
        <w:rPr>
          <w:b/>
        </w:rPr>
        <w:t xml:space="preserve">[54:53] </w:t>
      </w:r>
      <w:r>
        <w:t>kaisa ajeeb rizq hai,</w:t>
      </w:r>
    </w:p>
    <w:p>
      <w:pPr>
        <w:jc w:val="right"/>
      </w:pPr>
      <w:r>
        <w:t>کیسا عجیب رزق ہے،</w:t>
      </w:r>
    </w:p>
    <w:p>
      <w:r>
        <w:rPr>
          <w:b/>
        </w:rPr>
        <w:t xml:space="preserve">[54:55] </w:t>
      </w:r>
      <w:r>
        <w:t>aap ghore kijiye. kaisa ajeeb rizq hai yeh. laqad kana lakum fi rasoolillahi uswatun hasanah.</w:t>
      </w:r>
    </w:p>
    <w:p>
      <w:pPr>
        <w:jc w:val="right"/>
      </w:pPr>
      <w:r>
        <w:t>آپ غور کیجیے۔ کیسا عجیب رزق ہے یہ۔ لَقَدْ كَانَ لَكُمْ فِي رَسُولِ اللَّهِ وَسُّوْتُ الْحَسَنَ ۔</w:t>
      </w:r>
    </w:p>
    <w:p>
      <w:r>
        <w:rPr>
          <w:b/>
        </w:rPr>
        <w:t xml:space="preserve">[55:08] </w:t>
      </w:r>
      <w:r>
        <w:t>to Rasool Allah ne jo namona qaim kiya, woh to yeh tha ke doosra aadmi khalis maqsad se bhi aaye, us ke aane ko dekho, us ke maqsad ko na dekho.</w:t>
      </w:r>
    </w:p>
    <w:p>
      <w:pPr>
        <w:jc w:val="right"/>
      </w:pPr>
      <w:r>
        <w:t>تو رسول اللہ نے جو نمونہ قائم کیا، وہ تو یہ تھا کہ دوسرا آدمی خالص مقصد سے بھی آئے، اس کے آنے کو دیکھو، اس کے مقصد کو نہ دیکھو۔</w:t>
      </w:r>
    </w:p>
    <w:p>
      <w:r>
        <w:rPr>
          <w:b/>
        </w:rPr>
        <w:t xml:space="preserve">[55:20] </w:t>
      </w:r>
      <w:r>
        <w:t>woh tumhare paas pohnch gaya hai, yeh dekho. kis maqsad se aaya hai, us ko mat dekho.</w:t>
      </w:r>
    </w:p>
    <w:p>
      <w:pPr>
        <w:jc w:val="right"/>
      </w:pPr>
      <w:r>
        <w:t>وہ تمہارے پاس پہنچ گیا ہے، یہ دیکھو۔ کس مقصد سے آیا ہے، اس کو مت دیکھو۔</w:t>
      </w:r>
    </w:p>
    <w:p>
      <w:r>
        <w:rPr>
          <w:b/>
        </w:rPr>
        <w:t xml:space="preserve">[55:25] </w:t>
      </w:r>
      <w:r>
        <w:t>pohnch gaya hai to us ko madu samjho. aise hi Allah taala aap poochein ge ke sari dunya ke logon ko tum mein ne bhej diya tumhare mulkon mein.</w:t>
      </w:r>
    </w:p>
    <w:p>
      <w:pPr>
        <w:jc w:val="right"/>
      </w:pPr>
      <w:r>
        <w:t>پہنچ گیا ہے تو اس کو مدعو سمجھو۔ ایسے ہی اللہ تعالیٰ آپ پوچھیں گے کہ ساری دنیا کے لوگوں کو تم میں نے بھیج دیا تمہارے ملکوں میں۔</w:t>
      </w:r>
    </w:p>
    <w:p>
      <w:r>
        <w:rPr>
          <w:b/>
        </w:rPr>
        <w:t xml:space="preserve">[55:37] </w:t>
      </w:r>
      <w:r>
        <w:t>sari dunya ke logon ko tajir ke roop mein, siyah ke roop mein,</w:t>
      </w:r>
    </w:p>
    <w:p>
      <w:pPr>
        <w:jc w:val="right"/>
      </w:pPr>
      <w:r>
        <w:t>ساری دنیا کے لوگوں کو تاجر کے روپ میں، سیاح کے روپ میں،</w:t>
      </w:r>
    </w:p>
    <w:p>
      <w:r>
        <w:rPr>
          <w:b/>
        </w:rPr>
        <w:t xml:space="preserve">[55:42] </w:t>
      </w:r>
      <w:r>
        <w:t>expressionist ke roop mein. mukhtalif muharrikat paida hue, us ki wajah se log nikal nikal kar pohnche Muslim mulkon mein.</w:t>
      </w:r>
    </w:p>
    <w:p>
      <w:pPr>
        <w:jc w:val="right"/>
      </w:pPr>
      <w:r>
        <w:t>ایکسپریشنسٹ کے روپ میں۔ مختلف محرکات پیدا ہوئے، اس کی وجہ سے لوگ نکل نکل کر پہنچے مسلم ملکوں میں۔</w:t>
      </w:r>
    </w:p>
    <w:p>
      <w:r>
        <w:rPr>
          <w:b/>
        </w:rPr>
        <w:t xml:space="preserve">[55:52] </w:t>
      </w:r>
      <w:r>
        <w:t>to tum ne un ko madu ke tor par kyun nahi liya? tum un ko Quran ka tarjuma dete,</w:t>
      </w:r>
    </w:p>
    <w:p>
      <w:pPr>
        <w:jc w:val="right"/>
      </w:pPr>
      <w:r>
        <w:t>تو تم نے ان کو مدعو کے طور پر کیوں نہیں لیا؟ تم ان کو قرآن کا ترجمہ دیتے،</w:t>
      </w:r>
    </w:p>
    <w:p>
      <w:r>
        <w:rPr>
          <w:b/>
        </w:rPr>
        <w:t xml:space="preserve">[55:59] </w:t>
      </w:r>
      <w:r>
        <w:t>un ko Allah ka paigham dete. to Rasool Allah ke is namone par jab tum ne amal nahi kiya to tum ummat-e-Muhammadi qarar dene ke mustahiq nahi ho.</w:t>
      </w:r>
    </w:p>
    <w:p>
      <w:pPr>
        <w:jc w:val="right"/>
      </w:pPr>
      <w:r>
        <w:t>ان کو اللہ کا پیغام دیتے۔ تو رسول اللہ کے اس نمونے پر جب تم نے عمل نہیں کیا تو تم امت محمدی قرار دینے کے مستحق نہیں ہو۔</w:t>
      </w:r>
    </w:p>
    <w:p>
      <w:r>
        <w:rPr>
          <w:b/>
        </w:rPr>
        <w:t xml:space="preserve">[56:14] </w:t>
      </w:r>
      <w:r>
        <w:t>kisi ajeeb baat hai?</w:t>
      </w:r>
    </w:p>
    <w:p>
      <w:pPr>
        <w:jc w:val="right"/>
      </w:pPr>
      <w:r>
        <w:t>کیسی عجیب بات ہے؟</w:t>
      </w:r>
    </w:p>
    <w:p>
      <w:r>
        <w:rPr>
          <w:b/>
        </w:rPr>
        <w:t xml:space="preserve">[56:21] </w:t>
      </w:r>
      <w:r>
        <w:t>kisi ajeeb baat hai? to jaisa ke mein ne arz kiya ke conditioning ka maamla. to logon ki conditioning ho gayi hai, political conditioning.</w:t>
      </w:r>
    </w:p>
    <w:p>
      <w:pPr>
        <w:jc w:val="right"/>
      </w:pPr>
      <w:r>
        <w:t>کیسی عجیب بات ہے؟ تو جیسا کہ میں نے عرض کیا کہ کنڈیشننگ کا معاملہ۔ تو لوگوں کی کنڈیشننگ ہو گئی ہے، پولیٹیکل کنڈیشننگ۔</w:t>
      </w:r>
    </w:p>
    <w:p>
      <w:r>
        <w:rPr>
          <w:b/>
        </w:rPr>
        <w:t xml:space="preserve">[56:32] </w:t>
      </w:r>
      <w:r>
        <w:t>har cheez ko political aankh se dekhte hain.</w:t>
      </w:r>
    </w:p>
    <w:p>
      <w:pPr>
        <w:jc w:val="right"/>
      </w:pPr>
      <w:r>
        <w:t>ہر چیز کو پولیٹیکل آنکھ سے دیکھتے ہیں۔</w:t>
      </w:r>
    </w:p>
    <w:p>
      <w:r>
        <w:rPr>
          <w:b/>
        </w:rPr>
        <w:t xml:space="preserve">[56:40] </w:t>
      </w:r>
      <w:r>
        <w:t>nafrat mein conditioning ho gayi hai, nafrat ke aankh se dekhte hain.</w:t>
      </w:r>
    </w:p>
    <w:p>
      <w:pPr>
        <w:jc w:val="right"/>
      </w:pPr>
      <w:r>
        <w:t>نفرت میں کنڈیشننگ ہو گئی ہے، نفرت کے آنکھ سے دیکھتے ہیں۔</w:t>
      </w:r>
    </w:p>
    <w:p>
      <w:r>
        <w:rPr>
          <w:b/>
        </w:rPr>
        <w:t xml:space="preserve">[56:49] </w:t>
      </w:r>
      <w:r>
        <w:t>qaumi zehn ban gaya hai sab ka, qaumi zehn se dekhte hain. woh jo.</w:t>
      </w:r>
    </w:p>
    <w:p>
      <w:pPr>
        <w:jc w:val="right"/>
      </w:pPr>
      <w:r>
        <w:t>قومی ذہن بن گیا ہے سب کا، قومی ذہن سے دیکھتے ہیں۔ وہ جو۔</w:t>
      </w:r>
    </w:p>
    <w:p>
      <w:r>
        <w:rPr>
          <w:b/>
        </w:rPr>
        <w:t xml:space="preserve">[56:59] </w:t>
      </w:r>
      <w:r>
        <w:t>to zaroorat hai ke is ki deconditioning ki jaye, hum is se bahar aaein. aur hum is nazar se dekhein cheezon ko jis nazar se Rasool Allah ne dekha tha.</w:t>
      </w:r>
    </w:p>
    <w:p>
      <w:pPr>
        <w:jc w:val="right"/>
      </w:pPr>
      <w:r>
        <w:t>تو ضرورت ہے کہ اس کی ڈی کنڈیشننگ کی جائے، ہم اس سے باہر آئیں۔ اور ہم اس نظر سے دیکھیں چیزوں کو جس نظر سے رسول اللہ نے دیکھا تھا۔</w:t>
      </w:r>
    </w:p>
    <w:p>
      <w:r>
        <w:rPr>
          <w:b/>
        </w:rPr>
        <w:t xml:space="preserve">[57:09] </w:t>
      </w:r>
      <w:r>
        <w:t>yaani hum apne qaumi jo conditioning hamari hui hai, us se bahar aaein. aur hum logon ko is nazar se dekhein jis nazar se Rasool Allah (SAW) ne dekha tha.</w:t>
      </w:r>
    </w:p>
    <w:p>
      <w:pPr>
        <w:jc w:val="right"/>
      </w:pPr>
      <w:r>
        <w:t>یعنی ہم اپنے قومی جو کنڈیشننگ ہماری ہوئی ہے، اس سے باہر آئیں۔ اور ہم لوگوں کو اس نظر سے دیکھیں جس نظر سے رسول اللہ صلی اللہ علیہ وسلم نے دیکھا تھا۔</w:t>
      </w:r>
    </w:p>
    <w:p>
      <w:r>
        <w:rPr>
          <w:b/>
        </w:rPr>
        <w:t xml:space="preserve">[57:22] </w:t>
      </w:r>
      <w:r>
        <w:t>ke aane wala chahe jis maqsad se bhi aaya ho, aap ne us ko madu samjha.</w:t>
      </w:r>
    </w:p>
    <w:p>
      <w:pPr>
        <w:jc w:val="right"/>
      </w:pPr>
      <w:r>
        <w:t>کہ آنے والا چاہے جس مقصد سے بھی آیا ہو، آپ نے اس کو مدعو سمجھا۔</w:t>
      </w:r>
    </w:p>
    <w:p>
      <w:r>
        <w:rPr>
          <w:b/>
        </w:rPr>
        <w:t xml:space="preserve">[57:29] </w:t>
      </w:r>
      <w:r>
        <w:t>aise hi is zamane mein aane wale jis maqsad se bhi aa rahe hon, aap par farz hai ke aap un ko madu ke tor par lein. woh tajir hain, woh siyah hain, woh expressionist hain, woh kuch bhi hain.</w:t>
      </w:r>
    </w:p>
    <w:p>
      <w:pPr>
        <w:jc w:val="right"/>
      </w:pPr>
      <w:r>
        <w:t>ایسے ہی اس زمانے میں آنے والے جس مقصد سے بھی آ رہے ہوں، آپ پر فرض ہے کہ آپ ان کو مدعو کے طور پر لیں۔ وہ تاجر ہیں، وہ سیاح ہیں، وہ ایکسپریشنسٹ ہیں، وہ کچھ بھی ہیں۔</w:t>
      </w:r>
    </w:p>
    <w:p>
      <w:r>
        <w:rPr>
          <w:b/>
        </w:rPr>
        <w:t xml:space="preserve">[57:44] </w:t>
      </w:r>
      <w:r>
        <w:t>lekin jab woh Islam se bekhabar hain,</w:t>
      </w:r>
    </w:p>
    <w:p>
      <w:pPr>
        <w:jc w:val="right"/>
      </w:pPr>
      <w:r>
        <w:t>لیکن جب وہ اسلام سے بے خبر ہیں،</w:t>
      </w:r>
    </w:p>
    <w:p>
      <w:r>
        <w:rPr>
          <w:b/>
        </w:rPr>
        <w:t xml:space="preserve">[57:47] </w:t>
      </w:r>
      <w:r>
        <w:t>allah ke deen ka unhein ilm nahin hai, to hamein un ko madعو ke taur par lena hai. aur is zamane mein itna aasan kar diya allah ta'ala ne, dekhiye.</w:t>
      </w:r>
    </w:p>
    <w:p>
      <w:pPr>
        <w:jc w:val="right"/>
      </w:pPr>
      <w:r>
        <w:t>اللہ کے دین کا انہیں علم نہیں ہے، تو ہمیں ان کو مدعو کے طور پر لینا ہے۔ اور اس زمانے میں اتنا آسان کر دیا اللہ تعالیٰ نے، دیکھیے۔</w:t>
      </w:r>
    </w:p>
    <w:p>
      <w:r>
        <w:rPr>
          <w:b/>
        </w:rPr>
        <w:t xml:space="preserve">[57:57] </w:t>
      </w:r>
      <w:r>
        <w:t>printing press ka jo zamana aaya hai, is ne kitna aasan kar diya. rasool allah ke zamane mein jo</w:t>
      </w:r>
    </w:p>
    <w:p>
      <w:pPr>
        <w:jc w:val="right"/>
      </w:pPr>
      <w:r>
        <w:t>پرنٹنگ پریس کا جو زمانہ آیا ہے، اس نے کتنا آسان کر دیا۔ رسول اللہ کے زمانے میں جو</w:t>
      </w:r>
    </w:p>
    <w:p>
      <w:r>
        <w:rPr>
          <w:b/>
        </w:rPr>
        <w:t xml:space="preserve">[58:05] </w:t>
      </w:r>
      <w:r>
        <w:t>printing press nahin tha, to log kya karte the? quran ko yaad kar lete the aur ja ja kar sunate the. isi liye woh baqri kehlate the, maqri.</w:t>
      </w:r>
    </w:p>
    <w:p>
      <w:pPr>
        <w:jc w:val="right"/>
      </w:pPr>
      <w:r>
        <w:t>پرنٹنگ پریس نہیں تھا، تو لوگ کیا کرتے تھے؟ قرآن کو یاد کر لیتے تھے اور جا جا کر سناتے تھے۔ اسی لیے وہ بقری کہلاتے تھے، مقری۔</w:t>
      </w:r>
    </w:p>
    <w:p>
      <w:r>
        <w:rPr>
          <w:b/>
        </w:rPr>
        <w:t xml:space="preserve">[58:18] </w:t>
      </w:r>
      <w:r>
        <w:t>parh kar sunane wala. ab to quran</w:t>
      </w:r>
    </w:p>
    <w:p>
      <w:pPr>
        <w:jc w:val="right"/>
      </w:pPr>
      <w:r>
        <w:t>پڑھ کر سنانے والا۔ اب تو قرآن</w:t>
      </w:r>
    </w:p>
    <w:p>
      <w:r>
        <w:rPr>
          <w:b/>
        </w:rPr>
        <w:t xml:space="preserve">[58:23] </w:t>
      </w:r>
      <w:r>
        <w:t>chhapa hua hai, islami kitabein chhapi hui hain, har cheez chhapa hua maujood hai. har har zaban mein aap tarjuma chhaap sakte hain. to is ko distribute kijiye.</w:t>
      </w:r>
    </w:p>
    <w:p>
      <w:pPr>
        <w:jc w:val="right"/>
      </w:pPr>
      <w:r>
        <w:t>چھپا ہوا ہے، اسلامی کتابیں چھپی ہوئی ہیں، ہر چیز چھپا ہوا موجود ہے۔ ہر ہر زبان میں آپ ترجمہ چھاپ سکتے ہیں۔ تو اس کو ڈسٹریبیوٹ کیجیے۔</w:t>
      </w:r>
    </w:p>
    <w:p>
      <w:r>
        <w:rPr>
          <w:b/>
        </w:rPr>
        <w:t xml:space="preserve">[58:37] </w:t>
      </w:r>
      <w:r>
        <w:t>to allah ta'ala ne kitna aasan kar diya. printing press ka zamana, communication ka zamana, globalization ka zamana, yeh sara da'wat ke liye hua hai duniya mein.</w:t>
      </w:r>
    </w:p>
    <w:p>
      <w:pPr>
        <w:jc w:val="right"/>
      </w:pPr>
      <w:r>
        <w:t>تو اللہ تعالیٰ نے کتنا آسان کر دیا۔ پرنٹنگ پریس کا زمانہ، کمیونیکیشن کا زمانہ، گلوبلائزیشن کا زمانہ، یہ سارا دعوت کے لیے ہوا ہے دنیا میں۔</w:t>
      </w:r>
    </w:p>
    <w:p>
      <w:r>
        <w:rPr>
          <w:b/>
        </w:rPr>
        <w:t xml:space="preserve">[58:50] </w:t>
      </w:r>
      <w:r>
        <w:t>aaj jo globalization hua hai,</w:t>
      </w:r>
    </w:p>
    <w:p>
      <w:pPr>
        <w:jc w:val="right"/>
      </w:pPr>
      <w:r>
        <w:t>آج جو گلوبلائزیشن ہوا ہے،</w:t>
      </w:r>
    </w:p>
    <w:p>
      <w:r>
        <w:rPr>
          <w:b/>
        </w:rPr>
        <w:t xml:space="preserve">[58:54] </w:t>
      </w:r>
      <w:r>
        <w:t>duniya ek village ban gayi hai. jo printing press aaya hai, jo computer ka daur aaya hai, print media aur electronic media, yeh sab da'wat ke liye hai, da'wat ke liye.</w:t>
      </w:r>
    </w:p>
    <w:p>
      <w:pPr>
        <w:jc w:val="right"/>
      </w:pPr>
      <w:r>
        <w:t>دنیا ایک ولیج بن گئی ہے۔ جو پرنٹنگ پریس آیا ہے، جو کمپیوٹر کا دور آیا ہے، پرنٹ میڈیا اور الیکٹرانک میڈیا، یہ سب دعوت کے لیے ہے، دعوت کے لیے۔</w:t>
      </w:r>
    </w:p>
    <w:p>
      <w:r>
        <w:rPr>
          <w:b/>
        </w:rPr>
        <w:t xml:space="preserve">[59:10] </w:t>
      </w:r>
      <w:r>
        <w:t>to ek taraf allah ta'ala ne madعو ko</w:t>
      </w:r>
    </w:p>
    <w:p>
      <w:pPr>
        <w:jc w:val="right"/>
      </w:pPr>
      <w:r>
        <w:t>تو ایک طرف اللہ تعالیٰ نے مدعو کو</w:t>
      </w:r>
    </w:p>
    <w:p>
      <w:r>
        <w:rPr>
          <w:b/>
        </w:rPr>
        <w:t xml:space="preserve">[59:14] </w:t>
      </w:r>
      <w:r>
        <w:t>da'i ke paas bhejna shuru kar diya. doosri taraf woh use wasail paida kar diye ke aap bohat aasani se un ko allah ka paigham pohncha saken.</w:t>
      </w:r>
    </w:p>
    <w:p>
      <w:pPr>
        <w:jc w:val="right"/>
      </w:pPr>
      <w:r>
        <w:t>داعی کے پاس بھیجنا شروع کر دیا۔ دوسری طرف وہ اسے وسائل پیدا کر دیے کہ آپ بہت آسانی سے ان کو اللہ کا پیغام پہنچا سکیں۔</w:t>
      </w:r>
    </w:p>
    <w:p>
      <w:r>
        <w:rPr>
          <w:b/>
        </w:rPr>
        <w:t xml:space="preserve">[59:24] </w:t>
      </w:r>
      <w:r>
        <w:t>lekin aap kya karne lage? nafrat aur ladai.</w:t>
      </w:r>
    </w:p>
    <w:p>
      <w:pPr>
        <w:jc w:val="right"/>
      </w:pPr>
      <w:r>
        <w:t>لیکن آپ کیا کرنے لگے؟ نفرت اور لڑائی۔</w:t>
      </w:r>
    </w:p>
    <w:p>
      <w:r>
        <w:rPr>
          <w:b/>
        </w:rPr>
        <w:t xml:space="preserve">[59:33] </w:t>
      </w:r>
      <w:r>
        <w:t>madعو se. jo bilashuba ek fe'l haram hai. madعو se aap ko aap ko da'wat pohnchana hai, na ke ladai karna.</w:t>
      </w:r>
    </w:p>
    <w:p>
      <w:pPr>
        <w:jc w:val="right"/>
      </w:pPr>
      <w:r>
        <w:t>مدعو سے۔ جو بلاشبہ ایک فعل حرام ہے۔ مدعو سے آپ کو کو آپ کو دعوت پہنچانا ہے، نہ کہ لڑائی کرنا۔</w:t>
      </w:r>
    </w:p>
    <w:p>
      <w:r>
        <w:rPr>
          <w:b/>
        </w:rPr>
        <w:t xml:space="preserve">[59:44] </w:t>
      </w:r>
      <w:r>
        <w:t>aap ne madعو se nafrat karne ka haq bhi nahin hai aap ko. madعو se nafrat karna jaiz nahin hai.</w:t>
      </w:r>
    </w:p>
    <w:p>
      <w:pPr>
        <w:jc w:val="right"/>
      </w:pPr>
      <w:r>
        <w:t>آپ نے مدعو سے نفرت کرنے کا حق بھی نہیں ہے آپ کو۔ مدعو سے نفرت کرنا جائز نہیں ہے۔</w:t>
      </w:r>
    </w:p>
    <w:p>
      <w:r>
        <w:rPr>
          <w:b/>
        </w:rPr>
        <w:t xml:space="preserve">[59:51] </w:t>
      </w:r>
      <w:r>
        <w:t>madعو ke sath aap ko well-wisher banna hai, khair khwah banna hai.</w:t>
      </w:r>
    </w:p>
    <w:p>
      <w:pPr>
        <w:jc w:val="right"/>
      </w:pPr>
      <w:r>
        <w:t>مدعو کے ساتھ آپ کو ولیشر بننا ہے، خیر خواہ بننا ہے۔</w:t>
      </w:r>
    </w:p>
    <w:p>
      <w:r>
        <w:rPr>
          <w:b/>
        </w:rPr>
        <w:t xml:space="preserve">[1:00:02] </w:t>
      </w:r>
      <w:r>
        <w:t>taajir logon mein ek kaha jata hai ke taajir ka tareeqa hai customer friendly. customer friendly ka matlab kya hai?</w:t>
      </w:r>
    </w:p>
    <w:p>
      <w:pPr>
        <w:jc w:val="right"/>
      </w:pPr>
      <w:r>
        <w:t>تاجر لوگوں میں ایک کہا جاتا ہے کہ تاجر کا طریقہ ہے کسٹمر فرینڈلی۔ کسٹمر فرینڈلی کا مطلب کیا ہے؟</w:t>
      </w:r>
    </w:p>
    <w:p>
      <w:r>
        <w:rPr>
          <w:b/>
        </w:rPr>
        <w:t xml:space="preserve">[1:00:11] </w:t>
      </w:r>
      <w:r>
        <w:t>har ek ko dekhna hai is aitbar se ke woh mera potential customer hai. is se main sauda kar sakta hoon.</w:t>
      </w:r>
    </w:p>
    <w:p>
      <w:pPr>
        <w:jc w:val="right"/>
      </w:pPr>
      <w:r>
        <w:t>ہر ایک کو دیکھنا ہے اس اعتبار سے کہ وہ میرا پوٹینشل کسٹمر ہے۔ اس سے میں سودا کر سکتا ہوں۔</w:t>
      </w:r>
    </w:p>
    <w:p>
      <w:r>
        <w:rPr>
          <w:b/>
        </w:rPr>
        <w:t xml:space="preserve">[1:00:19] </w:t>
      </w:r>
      <w:r>
        <w:t>aise hi aap ko, yani musalman ko kya karna hai? ke har ek ko woh potential madعو ke taur par lein. is silsile se lein ke un par allah ka paigham pohncha sakte hain.</w:t>
      </w:r>
    </w:p>
    <w:p>
      <w:pPr>
        <w:jc w:val="right"/>
      </w:pPr>
      <w:r>
        <w:t>ایسے ہی آپ کو، یعنی مسلمان کو کیا کرنا ہے؟ کہ ہر ایک کو وہ پوٹینشل مدعو کے طور پر لیں۔ اس سلسلے سے لیں کہ ان پر اللہ کا پیغام پہنچا سکتے ہیں۔</w:t>
      </w:r>
    </w:p>
    <w:p>
      <w:r>
        <w:rPr>
          <w:b/>
        </w:rPr>
        <w:t xml:space="preserve">[1:00:33] </w:t>
      </w:r>
      <w:r>
        <w:t>to khulasa yeh hai ke waqt aa gaya hai reassessment ka. phir se sochne ka. apni policy ko nazar phir se banane ka.</w:t>
      </w:r>
    </w:p>
    <w:p>
      <w:pPr>
        <w:jc w:val="right"/>
      </w:pPr>
      <w:r>
        <w:t>تو خلاصہ یہ ہے کہ وقت آ گیا ہے ری ایسسمنٹ کا۔ پھر سے سوچنے کا۔ اپنی پالیسی کو نظر پھر سے بنانے کا۔</w:t>
      </w:r>
    </w:p>
    <w:p>
      <w:r>
        <w:rPr>
          <w:b/>
        </w:rPr>
        <w:t xml:space="preserve">[1:00:45] </w:t>
      </w:r>
      <w:r>
        <w:t>meri dua hai ke allah ta'ala hum sab ko tofeeq de ke hum apni islah karein aur duniya walon ko</w:t>
      </w:r>
    </w:p>
    <w:p>
      <w:pPr>
        <w:jc w:val="right"/>
      </w:pPr>
      <w:r>
        <w:t>میری دعا ہے کہ اللہ تعالیٰ ہم سب کو توفیق دے کہ ہم اپنی اصلاح کریں اور دنیا والوں کو</w:t>
      </w:r>
    </w:p>
    <w:p>
      <w:r>
        <w:rPr>
          <w:b/>
        </w:rPr>
        <w:t xml:space="preserve">[1:00:53] </w:t>
      </w:r>
      <w:r>
        <w:t>allah ka paigham pohncha saken. aqool qawli haza wastaghfirullah li walakum ajma'een</w:t>
      </w:r>
    </w:p>
    <w:p>
      <w:pPr>
        <w:jc w:val="right"/>
      </w:pPr>
      <w:r>
        <w:t>اللہ کا پیغام پہنچا سکیں۔ أقول قولي هذا واستغفرالله لي ولكم اجمعین</w:t>
      </w:r>
    </w:p>
    <w:p>
      <w:r>
        <w:rPr>
          <w:b/>
        </w:rPr>
        <w:t xml:space="preserve">[1:01:11] </w:t>
      </w:r>
      <w:r>
        <w:t>yeh sawal aaya hai maulana inayat umri sahib ka bangalore se. unhon ne likha hai: "musalman zawal ka matlab yeh samajhte hain ke un se hukoomat chheen gayi." maulana sahib, kya yeh soch sahi hai?</w:t>
      </w:r>
    </w:p>
    <w:p>
      <w:pPr>
        <w:jc w:val="right"/>
      </w:pPr>
      <w:r>
        <w:t>یہ سوال آیا ہے مولانا عنایت عمری صاحب کا بنگلور سے۔ انہوں نے لکھا ہے: "مسلمان زوال کا مطلب یہ سمجھتے ہیں کہ ان سے حکومت چھین گئی۔" مولانا صاحب، کیا یہ سوچ صحیح ہے؟</w:t>
      </w:r>
    </w:p>
    <w:p>
      <w:r>
        <w:rPr>
          <w:b/>
        </w:rPr>
        <w:t xml:space="preserve">[1:01:28] </w:t>
      </w:r>
      <w:r>
        <w:t>yeh soch bilkul galat hai.</w:t>
      </w:r>
    </w:p>
    <w:p>
      <w:pPr>
        <w:jc w:val="right"/>
      </w:pPr>
      <w:r>
        <w:t>یہ سوچ بالکل غلط ہے۔</w:t>
      </w:r>
    </w:p>
    <w:p>
      <w:r>
        <w:rPr>
          <w:b/>
        </w:rPr>
        <w:t xml:space="preserve">[1:01:31] </w:t>
      </w:r>
      <w:r>
        <w:t>yeh duniyawi, yeh secular tasawwur hai, duniyawi tasawwur hai zawal ka. hukoomat ka milna na milna quran mein hai ke tilk al ayyamu nudawiluha bayna al nas</w:t>
      </w:r>
    </w:p>
    <w:p>
      <w:pPr>
        <w:jc w:val="right"/>
      </w:pPr>
      <w:r>
        <w:t>یہ دنیاوی، یہ سیکولر تصور ہے، دنیاوی تصور ہے زوال کا۔ حکومت کا ملنا نہ ملنا قرآن میں ہے کہ تِلْكِ الْأَيَّامُ نُدَاوِى لُهَا بَيْنَ النَّاسِ</w:t>
      </w:r>
    </w:p>
    <w:p>
      <w:r>
        <w:rPr>
          <w:b/>
        </w:rPr>
        <w:t xml:space="preserve">[1:01:48] </w:t>
      </w:r>
      <w:r>
        <w:t>kabhi un ke paas hukoomat, kabhi un ke paas hukoomat. hukoomat musalmanon ki manafli nahin hai. musalmanon ka jo zawal hai, woh dekha jayega islam ke aitbar se ke un mein spirit</w:t>
      </w:r>
    </w:p>
    <w:p>
      <w:pPr>
        <w:jc w:val="right"/>
      </w:pPr>
      <w:r>
        <w:t>کبھی ان کے پاس حکومت، کبھی ان کے پاس حکومت۔ حکومت مسلمانوں کی منافلی نہیں ہے۔ مسلمانوں کا جو زوال ہے، وہ دیکھا جائے گا اسلام کے اعتبار سے کہ ان میں اسپرٹ</w:t>
      </w:r>
    </w:p>
    <w:p>
      <w:r>
        <w:rPr>
          <w:b/>
        </w:rPr>
        <w:t xml:space="preserve">[1:02:05] </w:t>
      </w:r>
      <w:r>
        <w:t>islam ki hai ke nahin hai, dua work hai ke nahin hai, un ka khauf khuda un ka hai ke nahin hai, mohabbat khuda un ke hain ke nahin hai.</w:t>
      </w:r>
    </w:p>
    <w:p>
      <w:pPr>
        <w:jc w:val="right"/>
      </w:pPr>
      <w:r>
        <w:t>اسلام کی ہے کہ نہیں ہے، دعا ورک ہے کہ نہیں ہے، ان کا خوف خدا ان کا ہے کہ نہیں ہے، محبت خدا ان کے ہیں کہ نہیں ہے۔</w:t>
      </w:r>
    </w:p>
    <w:p>
      <w:r>
        <w:rPr>
          <w:b/>
        </w:rPr>
        <w:t xml:space="preserve">[1:02:17] </w:t>
      </w:r>
      <w:r>
        <w:t>jo islam ki bulooz hain, is ke aitbar se un ka zawal</w:t>
      </w:r>
    </w:p>
    <w:p>
      <w:pPr>
        <w:jc w:val="right"/>
      </w:pPr>
      <w:r>
        <w:t>جو اسلام کی بلوز ہیں، اس کے اعتبار سے ان کا زوال</w:t>
      </w:r>
    </w:p>
    <w:p>
      <w:r>
        <w:rPr>
          <w:b/>
        </w:rPr>
        <w:t xml:space="preserve">[1:02:24] </w:t>
      </w:r>
      <w:r>
        <w:t>ko dekha jayega. baqi polit, yeh hukumat ka kuch bhi taluq zawal se nahi hai, woh to ek duniyawi baat hai.</w:t>
      </w:r>
    </w:p>
    <w:p>
      <w:pPr>
        <w:jc w:val="right"/>
      </w:pPr>
      <w:r>
        <w:t>کو دیکھا جائے گا۔ باقی پولیٹ، یہ حکومت کا کچھ بھی تعلق زوال سے نہیں ہے، وہ تو ایک دنیاوی بات ہے۔</w:t>
      </w:r>
    </w:p>
    <w:p>
      <w:r>
        <w:rPr>
          <w:b/>
        </w:rPr>
        <w:t xml:space="preserve">[1:02:34] </w:t>
      </w:r>
      <w:r>
        <w:t>aur quran mein saaf saaf yeh hai ke yeh ek ke paas nahi rehta, tilk al ayyamu nudawi luha bayn al nas kabhi un ke paas, kabhi un ke paas.</w:t>
      </w:r>
    </w:p>
    <w:p>
      <w:pPr>
        <w:jc w:val="right"/>
      </w:pPr>
      <w:r>
        <w:t>اور قرآن میں صاف صاف یہ ہے کہ یہ ایک کے پاس نہیں رہتا، تِلْكِ الْأَيَّامُ نُدَاوِى لُهَا بَيْنَ النَّاسِ کبھی ان کے پاس، کبھی ان کے پاس۔</w:t>
      </w:r>
    </w:p>
    <w:p>
      <w:r>
        <w:rPr>
          <w:b/>
        </w:rPr>
        <w:t xml:space="preserve">[1:02:44] </w:t>
      </w:r>
      <w:r>
        <w:t>is ka taluq zawal se nahi hai. zawal ka taluq islamic values se hai, islamic duties se hai, islami zimmedariyon se hai.</w:t>
      </w:r>
    </w:p>
    <w:p>
      <w:pPr>
        <w:jc w:val="right"/>
      </w:pPr>
      <w:r>
        <w:t>اس کا تعلق زوال سے نہیں ہے۔ زوال کا تعلق اسلامک ویلیوز سے ہے، اسلامک ڈیوٹیز سے ہے، اسلامی ذمہ داریوں سے ہے۔</w:t>
      </w:r>
    </w:p>
    <w:p>
      <w:r>
        <w:rPr>
          <w:b/>
        </w:rPr>
        <w:t xml:space="preserve">[1:02:54] </w:t>
      </w:r>
      <w:r>
        <w:t>woh kehta hai</w:t>
      </w:r>
    </w:p>
    <w:p>
      <w:pPr>
        <w:jc w:val="right"/>
      </w:pPr>
      <w:r>
        <w:t>وہ کہتا ہے</w:t>
      </w:r>
    </w:p>
    <w:p>
      <w:r>
        <w:rPr>
          <w:b/>
        </w:rPr>
        <w:t xml:space="preserve">[1:02:55] </w:t>
      </w:r>
      <w:r>
        <w:t>zinda hai, woh zinda hai to ummat zinda hai, nahi to ummat zawal ka shikar hai.</w:t>
      </w:r>
    </w:p>
    <w:p>
      <w:pPr>
        <w:jc w:val="right"/>
      </w:pPr>
      <w:r>
        <w:t>زندہ ہے، وہ زندہ ہے تو امت زندہ ہے، نہیں تو امت زوال کا شکار ہے۔</w:t>
      </w:r>
    </w:p>
    <w:p>
      <w:r>
        <w:rPr>
          <w:b/>
        </w:rPr>
        <w:t xml:space="preserve">[1:03:04] </w:t>
      </w:r>
      <w:r>
        <w:t>maulana, agla sawal up se aya hai mister rahul sharma ka. unhon ne likha hai: "Why is pork and alcohol prohibited in Quran?</w:t>
      </w:r>
    </w:p>
    <w:p>
      <w:pPr>
        <w:jc w:val="right"/>
      </w:pPr>
      <w:r>
        <w:t>مولانا، اگلا سوال یو پی سے آیا ہے مسٹر راہل شرما کا۔ انہوں نے لکھا ہے: "Why is pork and alcohol prohibited in Quran?</w:t>
      </w:r>
    </w:p>
    <w:p>
      <w:r>
        <w:rPr>
          <w:b/>
        </w:rPr>
        <w:t xml:space="preserve">[1:03:15] </w:t>
      </w:r>
      <w:r>
        <w:t>For thousands of years, people are consuming pork without any ill effects. There is no scientific proof that pork is bad for health.</w:t>
      </w:r>
    </w:p>
    <w:p>
      <w:pPr>
        <w:jc w:val="right"/>
      </w:pPr>
      <w:r>
        <w:t>For thousands of years, people are consuming pork without any ill effects. There is no scientific proof that pork is bad for health.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