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Character of a Dayee 4 March 2012 - Maulana Wahiduddin Khan</w:t>
      </w:r>
    </w:p>
    <w:p>
      <w:r>
        <w:t>https://www.youtube.com/watch?v=YtavJpVNbEM</w:t>
      </w:r>
    </w:p>
    <w:p>
      <w:r>
        <w:rPr>
          <w:b/>
        </w:rPr>
        <w:t xml:space="preserve">[00:13] </w:t>
      </w:r>
      <w:r>
        <w:t>bismillah rahman rahim, wa sali Allah ala al nabbi al karim. rab ishrah li sadri, wa yassir li amri,</w:t>
      </w:r>
    </w:p>
    <w:p>
      <w:pPr>
        <w:jc w:val="right"/>
      </w:pPr>
      <w:r>
        <w:t>بسم اللہ الرحمن الرحیم، وصلی اللہ علی النبی الکریم۔ رب اشرح لی صدری، ویسر لی امری،</w:t>
      </w:r>
    </w:p>
    <w:p>
      <w:r>
        <w:rPr>
          <w:b/>
        </w:rPr>
        <w:t xml:space="preserve">[00:28] </w:t>
      </w:r>
      <w:r>
        <w:t>w ahl al uqdatan min lisani,</w:t>
      </w:r>
    </w:p>
    <w:p>
      <w:pPr>
        <w:jc w:val="right"/>
      </w:pPr>
      <w:r>
        <w:t>واحل العقدۃ من لسانی،</w:t>
      </w:r>
    </w:p>
    <w:p>
      <w:r>
        <w:rPr>
          <w:b/>
        </w:rPr>
        <w:t xml:space="preserve">[00:31] </w:t>
      </w:r>
      <w:r>
        <w:t>yaf qahu qawli.</w:t>
      </w:r>
    </w:p>
    <w:p>
      <w:pPr>
        <w:jc w:val="right"/>
      </w:pPr>
      <w:r>
        <w:t>یفقہ قولی۔</w:t>
      </w:r>
    </w:p>
    <w:p>
      <w:r>
        <w:rPr>
          <w:b/>
        </w:rPr>
        <w:t xml:space="preserve">[00:35] </w:t>
      </w:r>
      <w:r>
        <w:t>aaj ka topic hai "da character of a daee", yani daee ka kirdaar.</w:t>
      </w:r>
    </w:p>
    <w:p>
      <w:pPr>
        <w:jc w:val="right"/>
      </w:pPr>
      <w:r>
        <w:t>آج کا ٹاپک ہے "دا کریکٹر آف اے داعی"، یعنی داعی کا کردار۔</w:t>
      </w:r>
    </w:p>
    <w:p>
      <w:r>
        <w:rPr>
          <w:b/>
        </w:rPr>
        <w:t xml:space="preserve">[00:49] </w:t>
      </w:r>
      <w:r>
        <w:t>mein is topic ko le kar soch raha tha,</w:t>
      </w:r>
    </w:p>
    <w:p>
      <w:pPr>
        <w:jc w:val="right"/>
      </w:pPr>
      <w:r>
        <w:t>میں اس ٹاپک کو لے کر سوچ رہا تھا،</w:t>
      </w:r>
    </w:p>
    <w:p>
      <w:r>
        <w:rPr>
          <w:b/>
        </w:rPr>
        <w:t xml:space="preserve">[00:55] </w:t>
      </w:r>
      <w:r>
        <w:t>aur tarah tarah ki baatein zehan mein aa rahi thin dawat ke bare mein.</w:t>
      </w:r>
    </w:p>
    <w:p>
      <w:pPr>
        <w:jc w:val="right"/>
      </w:pPr>
      <w:r>
        <w:t>اور طرح طرح کی باتیں ذہن میں آ رہی تھیں دعوت کے بارے میں۔</w:t>
      </w:r>
    </w:p>
    <w:p>
      <w:r>
        <w:rPr>
          <w:b/>
        </w:rPr>
        <w:t xml:space="preserve">[01:03] </w:t>
      </w:r>
      <w:r>
        <w:t>to aaj ka subah ka jo akhbar hai, woh mein ne dekha. aaj ke subah ke akhbar mein aap ne dekha hoga ek bohat hi, yani,</w:t>
      </w:r>
    </w:p>
    <w:p>
      <w:pPr>
        <w:jc w:val="right"/>
      </w:pPr>
      <w:r>
        <w:t>تو آج کا صبح کا جو اخبار ہے، وہ میں نے دیکھا۔ آج کے صبح کے اخبار میں آپ نے دیکھا ہوگا ایک بہت ہی، یعنی،</w:t>
      </w:r>
    </w:p>
    <w:p>
      <w:r>
        <w:rPr>
          <w:b/>
        </w:rPr>
        <w:t xml:space="preserve">[01:18] </w:t>
      </w:r>
      <w:r>
        <w:t>ajeeb surkhi is mein hai.</w:t>
      </w:r>
    </w:p>
    <w:p>
      <w:pPr>
        <w:jc w:val="right"/>
      </w:pPr>
      <w:r>
        <w:t>عجیب سرخی اس میں ہے۔</w:t>
      </w:r>
    </w:p>
    <w:p>
      <w:r>
        <w:rPr>
          <w:b/>
        </w:rPr>
        <w:t xml:space="preserve">[01:20] </w:t>
      </w:r>
      <w:r>
        <w:t>dekhein, heroes humbled.</w:t>
      </w:r>
    </w:p>
    <w:p>
      <w:pPr>
        <w:jc w:val="right"/>
      </w:pPr>
      <w:r>
        <w:t>دیکھیں، ہیروز ہمبلڈ۔</w:t>
      </w:r>
    </w:p>
    <w:p>
      <w:r>
        <w:rPr>
          <w:b/>
        </w:rPr>
        <w:t xml:space="preserve">[01:27] </w:t>
      </w:r>
      <w:r>
        <w:t>heroes humbled, yani jo hero the woh haqeer ban gaye.</w:t>
      </w:r>
    </w:p>
    <w:p>
      <w:pPr>
        <w:jc w:val="right"/>
      </w:pPr>
      <w:r>
        <w:t>ہیروز ہمبلڈ، یعنی جو ہیرو تھے وہ حقیر بن گئے۔</w:t>
      </w:r>
    </w:p>
    <w:p>
      <w:r>
        <w:rPr>
          <w:b/>
        </w:rPr>
        <w:t xml:space="preserve">[01:36] </w:t>
      </w:r>
      <w:r>
        <w:t>jo hero the woh haqeer ban gaye. to mein ne socha ke daee ko jo cheez tadpati hai woh yahi cheez hai ke india ki team australia mein bohat buri tarah haar gayi,</w:t>
      </w:r>
    </w:p>
    <w:p>
      <w:pPr>
        <w:jc w:val="right"/>
      </w:pPr>
      <w:r>
        <w:t>جو ہیرو تھے وہ حقیر بن گئے۔ تو میں نے سوچا کہ داعی کو جو چیز تڑپاتی ہے وہ یہی چیز ہے کہ انڈیا کی ٹیم آسٹریلیا میں بہت بری طرح ہار گئی،</w:t>
      </w:r>
    </w:p>
    <w:p>
      <w:r>
        <w:rPr>
          <w:b/>
        </w:rPr>
        <w:t xml:space="preserve">[01:52] </w:t>
      </w:r>
      <w:r>
        <w:t>is ki yeh khabar hai.</w:t>
      </w:r>
    </w:p>
    <w:p>
      <w:pPr>
        <w:jc w:val="right"/>
      </w:pPr>
      <w:r>
        <w:t>اس کی یہ خبر ہے۔</w:t>
      </w:r>
    </w:p>
    <w:p>
      <w:r>
        <w:rPr>
          <w:b/>
        </w:rPr>
        <w:t xml:space="preserve">[01:55] </w:t>
      </w:r>
      <w:r>
        <w:t>jo khel ke hero the, woh khel ke maidan mein haarne ki wajah se hero ban kar lote wahan se.</w:t>
      </w:r>
    </w:p>
    <w:p>
      <w:pPr>
        <w:jc w:val="right"/>
      </w:pPr>
      <w:r>
        <w:t>جو کھیل کے ہیرو تھے، وہ کھیل کے میدان میں ہارنے کی وجہ سے ہیرو بن کر لوٹے وہاں سے۔</w:t>
      </w:r>
    </w:p>
    <w:p>
      <w:r>
        <w:rPr>
          <w:b/>
        </w:rPr>
        <w:t xml:space="preserve">[02:06] </w:t>
      </w:r>
      <w:r>
        <w:t>to yahi waqia billion trillion time zyada bade paimane par hone wala hai akhirat mein. aaj ke hero wahan be haqeekat ho jayenge.</w:t>
      </w:r>
    </w:p>
    <w:p>
      <w:pPr>
        <w:jc w:val="right"/>
      </w:pPr>
      <w:r>
        <w:t>تو یہی واقعہ بلین ٹریلین ٹائم زیادہ بڑے پیمانے پر ہونے والا ہے آخرت میں۔ آج کے ہیرو وہاں بے حقیقت ہو جائیں گے۔</w:t>
      </w:r>
    </w:p>
    <w:p>
      <w:r>
        <w:rPr>
          <w:b/>
        </w:rPr>
        <w:t xml:space="preserve">[02:24] </w:t>
      </w:r>
      <w:r>
        <w:t>quran mein</w:t>
      </w:r>
    </w:p>
    <w:p>
      <w:pPr>
        <w:jc w:val="right"/>
      </w:pPr>
      <w:r>
        <w:t>قرآن میں</w:t>
      </w:r>
    </w:p>
    <w:p>
      <w:r>
        <w:rPr>
          <w:b/>
        </w:rPr>
        <w:t xml:space="preserve">[02:28] </w:t>
      </w:r>
      <w:r>
        <w:t>is ki manzar kashi ki gayi mukhtalif jagahon par. to surah taha mein yeh lafz hai: wa khashiyat Allah sibat al rahman,</w:t>
      </w:r>
    </w:p>
    <w:p>
      <w:pPr>
        <w:jc w:val="right"/>
      </w:pPr>
      <w:r>
        <w:t>اس کی منظر کشی کی گئی مختلف جگہوں پر۔ تو سورہ طہ میں یہ لفظ ہے: وَخَشَيَتِ اللَّهُ صِبَاطُ الرَّحْمَانِ،</w:t>
      </w:r>
    </w:p>
    <w:p>
      <w:r>
        <w:rPr>
          <w:b/>
        </w:rPr>
        <w:t xml:space="preserve">[02:41] </w:t>
      </w:r>
      <w:r>
        <w:t>wa la tasbau illa hamsan. yani qayamat mein sare insan, poori tareekh mein jo insan paida hue, sab ikhatta honge.</w:t>
      </w:r>
    </w:p>
    <w:p>
      <w:pPr>
        <w:jc w:val="right"/>
      </w:pPr>
      <w:r>
        <w:t>وَلَا تَسْبَعُوا إِلَّا حَمْسًا ۔ یعنی قیامت میں سارے انسان، پوری تاریخ میں جو انسان پیدا ہوئے، سب اکٹھا ہوں گے۔</w:t>
      </w:r>
    </w:p>
    <w:p>
      <w:r>
        <w:rPr>
          <w:b/>
        </w:rPr>
        <w:t xml:space="preserve">[02:56] </w:t>
      </w:r>
      <w:r>
        <w:t>qayamat ke bahut bara maidan hoga.</w:t>
      </w:r>
    </w:p>
    <w:p>
      <w:pPr>
        <w:jc w:val="right"/>
      </w:pPr>
      <w:r>
        <w:t>قیامت کے بہت بڑا میدان ہوگا۔</w:t>
      </w:r>
    </w:p>
    <w:p>
      <w:r>
        <w:rPr>
          <w:b/>
        </w:rPr>
        <w:t xml:space="preserve">[03:00] </w:t>
      </w:r>
      <w:r>
        <w:t>bahut bara maidan hoga. iski manzar kashi ki gayi hai, iska scene bataya gaya hai.</w:t>
      </w:r>
    </w:p>
    <w:p>
      <w:pPr>
        <w:jc w:val="right"/>
      </w:pPr>
      <w:r>
        <w:t>بہت بڑا میدان ہوگا۔ اس کی منظر کشی کی گئی ہے، اس کا سین بتایا گیا ہے۔</w:t>
      </w:r>
    </w:p>
    <w:p>
      <w:r>
        <w:rPr>
          <w:b/>
        </w:rPr>
        <w:t xml:space="preserve">[03:12] </w:t>
      </w:r>
      <w:r>
        <w:t>to yeh alfaaz hain ke wa khashiyatil laaha sibatul rahmani, wa la tasbau illa hamsan</w:t>
      </w:r>
    </w:p>
    <w:p>
      <w:pPr>
        <w:jc w:val="right"/>
      </w:pPr>
      <w:r>
        <w:t>تو یہ الفاظ ہیں کہ وَخَشَيَتِ اللَّهُ صِبَاطُ الرَّحْمَانِ، وَلَا تَسْبَعُوا إِلَّا حَمْسًا</w:t>
      </w:r>
    </w:p>
    <w:p>
      <w:r>
        <w:rPr>
          <w:b/>
        </w:rPr>
        <w:t xml:space="preserve">[03:21] </w:t>
      </w:r>
      <w:r>
        <w:t>. logon ki aawazein past ho chuki hongi. bade bade bol bolne wale speechless ho chuke honge.</w:t>
      </w:r>
    </w:p>
    <w:p>
      <w:pPr>
        <w:jc w:val="right"/>
      </w:pPr>
      <w:r>
        <w:t>۔ لوگوں کی آوازیں پست ہو چکی ہوں گی۔ بڑے بڑے بول بولنے والے اسپیچلس ہو چکے ہوں گے۔</w:t>
      </w:r>
    </w:p>
    <w:p>
      <w:r>
        <w:rPr>
          <w:b/>
        </w:rPr>
        <w:t xml:space="preserve">[03:32] </w:t>
      </w:r>
      <w:r>
        <w:t>aur chalne mein bara majma chal raha ho to ek halki aawaz aati hai chalne ki, to usko hums kehte hain. bas woh aawaz hogi.</w:t>
      </w:r>
    </w:p>
    <w:p>
      <w:pPr>
        <w:jc w:val="right"/>
      </w:pPr>
      <w:r>
        <w:t>اور چلنے میں بڑا مجمع چل رہا ہو تو ایک ہلکی آواز آتی ہے چلنے کی، تو اس کو ہمس کہتے ہیں۔ بس وہ آواز ہوگی۔</w:t>
      </w:r>
    </w:p>
    <w:p>
      <w:r>
        <w:rPr>
          <w:b/>
        </w:rPr>
        <w:t xml:space="preserve">[03:45] </w:t>
      </w:r>
      <w:r>
        <w:t>saare log speechless ho chuke honge.</w:t>
      </w:r>
    </w:p>
    <w:p>
      <w:pPr>
        <w:jc w:val="right"/>
      </w:pPr>
      <w:r>
        <w:t>سارے لوگ اسپیچلس ہو چکے ہوں گے۔</w:t>
      </w:r>
    </w:p>
    <w:p>
      <w:r>
        <w:rPr>
          <w:b/>
        </w:rPr>
        <w:t xml:space="preserve">[03:49] </w:t>
      </w:r>
      <w:r>
        <w:t>saare hero is din zero ho chuke honge.</w:t>
      </w:r>
    </w:p>
    <w:p>
      <w:pPr>
        <w:jc w:val="right"/>
      </w:pPr>
      <w:r>
        <w:t>سارے ہیرو اس دن زیرو ہو چکے ہوں گے۔</w:t>
      </w:r>
    </w:p>
    <w:p>
      <w:r>
        <w:rPr>
          <w:b/>
        </w:rPr>
        <w:t xml:space="preserve">[03:55] </w:t>
      </w:r>
      <w:r>
        <w:t>yeh woh cheez hai jo daai ko tadpati hai.</w:t>
      </w:r>
    </w:p>
    <w:p>
      <w:pPr>
        <w:jc w:val="right"/>
      </w:pPr>
      <w:r>
        <w:t>یہ وہ چیز ہے جو داعی کو تڑپاتی ہے۔</w:t>
      </w:r>
    </w:p>
    <w:p>
      <w:r>
        <w:rPr>
          <w:b/>
        </w:rPr>
        <w:t xml:space="preserve">[04:00] </w:t>
      </w:r>
      <w:r>
        <w:t>here is, here is the beginning of dawat ka character.</w:t>
      </w:r>
    </w:p>
    <w:p>
      <w:pPr>
        <w:jc w:val="right"/>
      </w:pPr>
      <w:r>
        <w:t>Here is, here is the beginning of دعوت کا کریکٹر۔</w:t>
      </w:r>
    </w:p>
    <w:p>
      <w:r>
        <w:rPr>
          <w:b/>
        </w:rPr>
        <w:t xml:space="preserve">[04:09] </w:t>
      </w:r>
      <w:r>
        <w:t>jis cheez ne paighambar ko tadpaya tha, yeh woh cheez hai jo daai ka asal motivate karti hai daai ko.</w:t>
      </w:r>
    </w:p>
    <w:p>
      <w:pPr>
        <w:jc w:val="right"/>
      </w:pPr>
      <w:r>
        <w:t>جس چیز نے پیغمبر کو تڑپایا تھا، یہ وہ چیز ہے جو داعی کا اصل موٹیویٹ کرتی ہے داعی کو۔</w:t>
      </w:r>
    </w:p>
    <w:p>
      <w:r>
        <w:rPr>
          <w:b/>
        </w:rPr>
        <w:t xml:space="preserve">[04:23] </w:t>
      </w:r>
      <w:r>
        <w:t>ke woh chahta hai ke is se pehle ke log, jo hero the, woh zero ban jayein,</w:t>
      </w:r>
    </w:p>
    <w:p>
      <w:pPr>
        <w:jc w:val="right"/>
      </w:pPr>
      <w:r>
        <w:t>کہ وہ چاہتا ہے کہ اس سے پہلے کہ لوگ، جو ہیرو تھے، وہ زیرو بن جائیں،</w:t>
      </w:r>
    </w:p>
    <w:p>
      <w:r>
        <w:rPr>
          <w:b/>
        </w:rPr>
        <w:t xml:space="preserve">[04:30] </w:t>
      </w:r>
      <w:r>
        <w:t>speechless hona pade unhein, is se pehle bata de unko. ae logon! woh din aane wala hai. iski tayyari karo. iski tayyari karo.</w:t>
      </w:r>
    </w:p>
    <w:p>
      <w:pPr>
        <w:jc w:val="right"/>
      </w:pPr>
      <w:r>
        <w:t>اسپیچلس ہونا پڑے انہیں، اس سے پہلے بتا دے ان کو۔ اے لوگوں! وہ دن آنے والا ہے۔ اس کی تیاری کرو۔ اس کی تیاری کرو۔</w:t>
      </w:r>
    </w:p>
    <w:p>
      <w:r>
        <w:rPr>
          <w:b/>
        </w:rPr>
        <w:t xml:space="preserve">[04:45] </w:t>
      </w:r>
      <w:r>
        <w:t>to yaad rakhiye, jitna bara mission utna hi bara character.</w:t>
      </w:r>
    </w:p>
    <w:p>
      <w:pPr>
        <w:jc w:val="right"/>
      </w:pPr>
      <w:r>
        <w:t>تو یاد رکھیے، جتنا بڑا مشن اتنا ہی بڑا کریکٹر۔</w:t>
      </w:r>
    </w:p>
    <w:p>
      <w:r>
        <w:rPr>
          <w:b/>
        </w:rPr>
        <w:t xml:space="preserve">[04:56] </w:t>
      </w:r>
      <w:r>
        <w:t>aadmi ke saamne jitna bara mission ho, utna hi bara character iske andar jaagta hai.</w:t>
      </w:r>
    </w:p>
    <w:p>
      <w:pPr>
        <w:jc w:val="right"/>
      </w:pPr>
      <w:r>
        <w:t>آدمی کے سامنے جتنا بڑا مشن ہو، اتنا ہی بڑا کریکٹر اس کے اندر جاگتا ہے۔</w:t>
      </w:r>
    </w:p>
    <w:p>
      <w:r>
        <w:rPr>
          <w:b/>
        </w:rPr>
        <w:t xml:space="preserve">[05:07] </w:t>
      </w:r>
      <w:r>
        <w:t>to yeh zahir hai ke is se bara mission kya ho sakta hai? is se bara to koi mission nahi ke saare hi insaan jo paida hue, woh ek din ekattha kiye jayenge hashar ke maidan mein.</w:t>
      </w:r>
    </w:p>
    <w:p>
      <w:pPr>
        <w:jc w:val="right"/>
      </w:pPr>
      <w:r>
        <w:t>تو یہ ظاہر ہے کہ اس سے بڑا مشن کیا ہو سکتا ہے؟ اس سے بڑا تو کوئی مشن نہیں کہ سارے ہی انسان جو پیدا ہوئے، وہ ایک دن اکٹھا کیے جائیں گے حشر کے میدان میں۔</w:t>
      </w:r>
    </w:p>
    <w:p>
      <w:r>
        <w:rPr>
          <w:b/>
        </w:rPr>
        <w:t xml:space="preserve">[05:27] </w:t>
      </w:r>
      <w:r>
        <w:t>aur saare bade bara bol bolne bolne wale, aap dekhiye stage par jo bolte hain log, TV mein jo log bolte hain, aisa lagta hai ke bas zameen aasman ke kabze mein hain.</w:t>
      </w:r>
    </w:p>
    <w:p>
      <w:pPr>
        <w:jc w:val="right"/>
      </w:pPr>
      <w:r>
        <w:t>اور سارے بڑے بڑا بولنے بولنے والے، آپ دیکھیے اسٹیج پر جو بولتے ہیں لوگ، ٹی وی میں جو لوگ بولتے ہیں، ایسا لگتا ہے کہ بس زمین آسمان کے قبضے میں ہیں۔</w:t>
      </w:r>
    </w:p>
    <w:p>
      <w:r>
        <w:rPr>
          <w:b/>
        </w:rPr>
        <w:t xml:space="preserve">[05:42] </w:t>
      </w:r>
      <w:r>
        <w:t>ajeeb qism ka ego tapakta hai unke ek ek lafz mein. lekin daai woh hai jo is haqeeqat ko jaan le ke yeh haalat</w:t>
      </w:r>
    </w:p>
    <w:p>
      <w:pPr>
        <w:jc w:val="right"/>
      </w:pPr>
      <w:r>
        <w:t>عجیب قسم کا ایگو ٹپکتا ہے ان کے ایک ایک لفظ میں۔ لیکن داعی وہ ہے جو اس حقیقت کو جان لے کہ یہ حالت</w:t>
      </w:r>
    </w:p>
    <w:p>
      <w:r>
        <w:rPr>
          <w:b/>
        </w:rPr>
        <w:t xml:space="preserve">[05:59] </w:t>
      </w:r>
      <w:r>
        <w:t>baqi rehne wali nahi hai.</w:t>
      </w:r>
    </w:p>
    <w:p>
      <w:pPr>
        <w:jc w:val="right"/>
      </w:pPr>
      <w:r>
        <w:t>باقی رہنے والی نہیں ہے۔</w:t>
      </w:r>
    </w:p>
    <w:p>
      <w:r>
        <w:rPr>
          <w:b/>
        </w:rPr>
        <w:t xml:space="preserve">[06:04] </w:t>
      </w:r>
      <w:r>
        <w:t>yeh sirf us waqt tak hai jab tak Allah ne mauqa diya insaan ko duniya mein rehne ka. iske baad qayamat aayegi, iske baad israfel sur phoonkenge.</w:t>
      </w:r>
    </w:p>
    <w:p>
      <w:pPr>
        <w:jc w:val="right"/>
      </w:pPr>
      <w:r>
        <w:t>یہ صرف اس وقت تک ہے جب تک اللہ نے موقع دیا انسان کو دنیا میں رہنے کا۔ اس کے بعد قیامت آئے گی، اس کے بعد اسرائیل فیل سور پھونکیں گے۔</w:t>
      </w:r>
    </w:p>
    <w:p>
      <w:r>
        <w:rPr>
          <w:b/>
        </w:rPr>
        <w:t xml:space="preserve">[06:19] </w:t>
      </w:r>
      <w:r>
        <w:t>aur saara maamla badal jayega.</w:t>
      </w:r>
    </w:p>
    <w:p>
      <w:pPr>
        <w:jc w:val="right"/>
      </w:pPr>
      <w:r>
        <w:t>اور سارا معاملہ بدل جائے گا۔</w:t>
      </w:r>
    </w:p>
    <w:p>
      <w:r>
        <w:rPr>
          <w:b/>
        </w:rPr>
        <w:t xml:space="preserve">[06:25] </w:t>
      </w:r>
      <w:r>
        <w:t>aaj subah mein bistar par tha, taqreeban saade panch baje aawaz aayi qareeb ki masjid se azan ki aawaz.</w:t>
      </w:r>
    </w:p>
    <w:p>
      <w:pPr>
        <w:jc w:val="right"/>
      </w:pPr>
      <w:r>
        <w:t>آج صبح میں بستر پر تھا، تقریباً ساڑھے پانچ بجے آواز آئی قریب کی مسجد سے اذان کی آواز۔</w:t>
      </w:r>
    </w:p>
    <w:p>
      <w:r>
        <w:rPr>
          <w:b/>
        </w:rPr>
        <w:t xml:space="preserve">[06:37] </w:t>
      </w:r>
      <w:r>
        <w:t>azan ki aawaz. achaanak aisa laga jaise ke sur phoonk gaya.</w:t>
      </w:r>
    </w:p>
    <w:p>
      <w:pPr>
        <w:jc w:val="right"/>
      </w:pPr>
      <w:r>
        <w:t>اذان کی آواز۔ اچانک ایسا لگا جیسے کہ سور پھونک گیا۔</w:t>
      </w:r>
    </w:p>
    <w:p>
      <w:r>
        <w:rPr>
          <w:b/>
        </w:rPr>
        <w:t xml:space="preserve">[06:43] </w:t>
      </w:r>
      <w:r>
        <w:t>achaanak aisa laga jaise ke israfel elaan kar rahe hain ke ae logon! qayamat aa gayi.</w:t>
      </w:r>
    </w:p>
    <w:p>
      <w:pPr>
        <w:jc w:val="right"/>
      </w:pPr>
      <w:r>
        <w:t>اچانک ایسا لگا جیسے کہ اسرافیل اعلان کر رہے ہیں کہ اے لوگوں! قیامت آ گئی۔</w:t>
      </w:r>
    </w:p>
    <w:p>
      <w:r>
        <w:rPr>
          <w:b/>
        </w:rPr>
        <w:t xml:space="preserve">[06:54] </w:t>
      </w:r>
      <w:r>
        <w:t>to hadees mein aata hai ke an naasu al niyaamu itha maatoo in tabuha .</w:t>
      </w:r>
    </w:p>
    <w:p>
      <w:pPr>
        <w:jc w:val="right"/>
      </w:pPr>
      <w:r>
        <w:t>تو حدیث میں آتا ہے کہ الناس النيام إذا ماتوا إن تبحوا ۔</w:t>
      </w:r>
    </w:p>
    <w:p>
      <w:r>
        <w:rPr>
          <w:b/>
        </w:rPr>
        <w:t xml:space="preserve">[07:05] </w:t>
      </w:r>
      <w:r>
        <w:t>log so rahe hain. jab marenge tab jaagenge.</w:t>
      </w:r>
    </w:p>
    <w:p>
      <w:pPr>
        <w:jc w:val="right"/>
      </w:pPr>
      <w:r>
        <w:t>لوگ سو رہے ہیں۔ جب مریں گے تب جاگیں گے۔</w:t>
      </w:r>
    </w:p>
    <w:p>
      <w:r>
        <w:rPr>
          <w:b/>
        </w:rPr>
        <w:t xml:space="preserve">[07:12] </w:t>
      </w:r>
      <w:r>
        <w:t>yeh jo log cheekh rahe hain aur bare bare bol bol rahe hain, jo har aadmi apne ego ko le kar stage par khara hua dikhai deta hai,</w:t>
      </w:r>
    </w:p>
    <w:p>
      <w:pPr>
        <w:jc w:val="right"/>
      </w:pPr>
      <w:r>
        <w:t>یہ جو لوگ چیخ رہے ہیں اور بڑے بڑے بول بول رہے ہیں، جو ہر آدمی اپنے ایگو کو لے کر اسٹیج پر کھڑا ہوا دکھائی دیتا ہے،</w:t>
      </w:r>
    </w:p>
    <w:p>
      <w:r>
        <w:rPr>
          <w:b/>
        </w:rPr>
        <w:t xml:space="preserve">[07:28] </w:t>
      </w:r>
      <w:r>
        <w:t>yeh sab soye hue log hain, soye hue.</w:t>
      </w:r>
    </w:p>
    <w:p>
      <w:pPr>
        <w:jc w:val="right"/>
      </w:pPr>
      <w:r>
        <w:t>یہ سب سوئے ہوئے لوگ ہیں، سوئے ہوئے۔</w:t>
      </w:r>
    </w:p>
    <w:p>
      <w:r>
        <w:rPr>
          <w:b/>
        </w:rPr>
        <w:t xml:space="preserve">[07:33] </w:t>
      </w:r>
      <w:r>
        <w:t>wo jaage hue log nahi hain.</w:t>
      </w:r>
    </w:p>
    <w:p>
      <w:pPr>
        <w:jc w:val="right"/>
      </w:pPr>
      <w:r>
        <w:t>وہ جاگے ہوئے لوگ نہیں ہیں۔</w:t>
      </w:r>
    </w:p>
    <w:p>
      <w:r>
        <w:rPr>
          <w:b/>
        </w:rPr>
        <w:t xml:space="preserve">[07:38] </w:t>
      </w:r>
      <w:r>
        <w:t>jaaga hua wo hai jis ko haqeeqat waqea ki khabar ho.</w:t>
      </w:r>
    </w:p>
    <w:p>
      <w:pPr>
        <w:jc w:val="right"/>
      </w:pPr>
      <w:r>
        <w:t>جاگا ہوا وہ ہے جس کو حقیقت واقعہ کی خبر ہو۔</w:t>
      </w:r>
    </w:p>
    <w:p>
      <w:r>
        <w:rPr>
          <w:b/>
        </w:rPr>
        <w:t xml:space="preserve">[07:46] </w:t>
      </w:r>
      <w:r>
        <w:t>to yeh to be khabar log hain. to isi ko hadith mein kaha gaya ke al-nas al-niyam idha matu intabahu.</w:t>
      </w:r>
    </w:p>
    <w:p>
      <w:pPr>
        <w:jc w:val="right"/>
      </w:pPr>
      <w:r>
        <w:t>تو یہ تو بے خبر لوگ ہیں۔ تو اسی کو حدیث میں کہا گیا کہ الناس النيام إذا ماتوا إن تبحوا ۔</w:t>
      </w:r>
    </w:p>
    <w:p>
      <w:r>
        <w:rPr>
          <w:b/>
        </w:rPr>
        <w:t xml:space="preserve">[07:57] </w:t>
      </w:r>
      <w:r>
        <w:t>log neend mein hain. jab maren ge tab wo</w:t>
      </w:r>
    </w:p>
    <w:p>
      <w:pPr>
        <w:jc w:val="right"/>
      </w:pPr>
      <w:r>
        <w:t>لوگ نیند میں ہیں۔ جب مریں گے تب وہ</w:t>
      </w:r>
    </w:p>
    <w:p>
      <w:r>
        <w:rPr>
          <w:b/>
        </w:rPr>
        <w:t xml:space="preserve">[08:03] </w:t>
      </w:r>
      <w:r>
        <w:t>unki neend khule gi aur jaane ke baad kya hai.</w:t>
      </w:r>
    </w:p>
    <w:p>
      <w:pPr>
        <w:jc w:val="right"/>
      </w:pPr>
      <w:r>
        <w:t>ان کی نیند کھلے گی اور جانے کے بعد کیا ہے۔</w:t>
      </w:r>
    </w:p>
    <w:p>
      <w:r>
        <w:rPr>
          <w:b/>
        </w:rPr>
        <w:t xml:space="preserve">[08:10] </w:t>
      </w:r>
      <w:r>
        <w:t>to heroes humbled ki jo heading hai us mein mujhe yeh sab cheez dikhai de gai. is se samajh mein aya ke daai ka character jo banta hai to is ka, yaani,</w:t>
      </w:r>
    </w:p>
    <w:p>
      <w:pPr>
        <w:jc w:val="right"/>
      </w:pPr>
      <w:r>
        <w:t>تو ہیروز ہمبلڈ کی جو ہیڈنگ ہے اس میں مجھے یہ سب چیز دکھائی دے گیا۔ اس سے سمجھ میں آیا کہ داعی کا کریکٹر جو بنتا ہے تو اس کا، یعنی،</w:t>
      </w:r>
    </w:p>
    <w:p>
      <w:r>
        <w:rPr>
          <w:b/>
        </w:rPr>
        <w:t xml:space="preserve">[08:28] </w:t>
      </w:r>
      <w:r>
        <w:t>is ka source kya hai, is ki quwwat morakhah kya hai. kaise ek daai hero ban jata hai? aap sahaba ko dekhiye.</w:t>
      </w:r>
    </w:p>
    <w:p>
      <w:pPr>
        <w:jc w:val="right"/>
      </w:pPr>
      <w:r>
        <w:t>اس کا سورس کیا ہے، اس کی قوت مورخہ کیا ہے۔ کیسے ایک داعی ہیرو بن جاتا ہے؟ آپ صحابہ کو دیکھیے۔</w:t>
      </w:r>
    </w:p>
    <w:p>
      <w:r>
        <w:rPr>
          <w:b/>
        </w:rPr>
        <w:t xml:space="preserve">[08:39] </w:t>
      </w:r>
      <w:r>
        <w:t>insan ko Allah ka paigham pohnchanay ke liye wo hero ban gaye.</w:t>
      </w:r>
    </w:p>
    <w:p>
      <w:pPr>
        <w:jc w:val="right"/>
      </w:pPr>
      <w:r>
        <w:t>انسان کو اللہ کا پیغام پہنچانے کے لیے وہ ہیرو بن گئے۔</w:t>
      </w:r>
    </w:p>
    <w:p>
      <w:r>
        <w:rPr>
          <w:b/>
        </w:rPr>
        <w:t xml:space="preserve">[08:47] </w:t>
      </w:r>
      <w:r>
        <w:t>mein aksar sochta hoon ke jab Rasool Allah sal Allah alaihi wasallam ne Hajjat al-Wida mein logon se kaha tha, dekhein aaj log hajj ke liye jate hain,</w:t>
      </w:r>
    </w:p>
    <w:p>
      <w:pPr>
        <w:jc w:val="right"/>
      </w:pPr>
      <w:r>
        <w:t>میں اکثر سوچتا ہوں کہ جب رسول اللہ صلی اللہ علیہ وسلم نے حجۃ الوداع میں لوگوں سے کہا تھا، دیکھیں آج لوگ حج کے لیے جاتے ہیں،</w:t>
      </w:r>
    </w:p>
    <w:p>
      <w:r>
        <w:rPr>
          <w:b/>
        </w:rPr>
        <w:t xml:space="preserve">[09:01] </w:t>
      </w:r>
      <w:r>
        <w:t>wo aise jaise jate hain waise hi lotte hain.</w:t>
      </w:r>
    </w:p>
    <w:p>
      <w:pPr>
        <w:jc w:val="right"/>
      </w:pPr>
      <w:r>
        <w:t>وہ ایسے جیسے جاتے ہیں ویسے ہی لوٹتے ہیں۔</w:t>
      </w:r>
    </w:p>
    <w:p>
      <w:r>
        <w:rPr>
          <w:b/>
        </w:rPr>
        <w:t xml:space="preserve">[09:07] </w:t>
      </w:r>
      <w:r>
        <w:t>hajj ke liye jaane wala wo hai jo aaj bhi Arafat ke maidan mein Rasool Allah ki awaz ko sune, jo abhi bhi goonj rahi hai wahan ki fazaon mein.</w:t>
      </w:r>
    </w:p>
    <w:p>
      <w:pPr>
        <w:jc w:val="right"/>
      </w:pPr>
      <w:r>
        <w:t>حج کے لیے جانے والا وہ ہے جو آج بھی عرفات کے میدان میں رسول اللہ کی آواز کو سنے، جو ابھی بھی گونج رہی ہے وہاں کی فضاؤں میں۔</w:t>
      </w:r>
    </w:p>
    <w:p>
      <w:r>
        <w:rPr>
          <w:b/>
        </w:rPr>
        <w:t xml:space="preserve">[09:20] </w:t>
      </w:r>
      <w:r>
        <w:t>to Rasool Allah sal Allah alaihi wasallam ne jo aakhri hajj kiya tha, us ko kehte hain Hajjat al-Wida. is mein aap ne taqreer ki thi oont par baith kar.</w:t>
      </w:r>
    </w:p>
    <w:p>
      <w:pPr>
        <w:jc w:val="right"/>
      </w:pPr>
      <w:r>
        <w:t>تو رسول اللہ صلی اللہ علیہ وسلم نے جو آخری حج کیا تھا، اس کو کہتے ہیں حجۃ الوداع۔ اس میں آپ نے تقریر کی تھی اونٹ پر بیٹھ کر۔</w:t>
      </w:r>
    </w:p>
    <w:p>
      <w:r>
        <w:rPr>
          <w:b/>
        </w:rPr>
        <w:t xml:space="preserve">[09:30] </w:t>
      </w:r>
      <w:r>
        <w:t>to aap ne farmaya tha: ayyuha al-nas! in Allah</w:t>
      </w:r>
    </w:p>
    <w:p>
      <w:pPr>
        <w:jc w:val="right"/>
      </w:pPr>
      <w:r>
        <w:t>تو آپ نے فرمایا تھا: ایہا الناس! ان اللہ</w:t>
      </w:r>
    </w:p>
    <w:p>
      <w:r>
        <w:rPr>
          <w:b/>
        </w:rPr>
        <w:t xml:space="preserve">[09:39] </w:t>
      </w:r>
      <w:r>
        <w:t>basani kaffatan lil-nas fadunni</w:t>
      </w:r>
    </w:p>
    <w:p>
      <w:pPr>
        <w:jc w:val="right"/>
      </w:pPr>
      <w:r>
        <w:t>باسنی کفۃ للناس فدونی</w:t>
      </w:r>
    </w:p>
    <w:p>
      <w:r>
        <w:rPr>
          <w:b/>
        </w:rPr>
        <w:t xml:space="preserve">[09:46] </w:t>
      </w:r>
      <w:r>
        <w:t>. aey logon! aey hajiyon!</w:t>
      </w:r>
    </w:p>
    <w:p>
      <w:pPr>
        <w:jc w:val="right"/>
      </w:pPr>
      <w:r>
        <w:t>۔ اے لوگوں! اے حاجیوں!</w:t>
      </w:r>
    </w:p>
    <w:p>
      <w:r>
        <w:rPr>
          <w:b/>
        </w:rPr>
        <w:t xml:space="preserve">[09:51] </w:t>
      </w:r>
      <w:r>
        <w:t>aaj kal ki zuban mein hum kahein ke aey logon! aey aey hajiyon! aey hajj karne walon!</w:t>
      </w:r>
    </w:p>
    <w:p>
      <w:pPr>
        <w:jc w:val="right"/>
      </w:pPr>
      <w:r>
        <w:t>آج کل کی زبان میں ہم کہیں کہ اے لوگوں! اے اے حاجیوں! اے حج کرنے والوں!</w:t>
      </w:r>
    </w:p>
    <w:p>
      <w:r>
        <w:rPr>
          <w:b/>
        </w:rPr>
        <w:t xml:space="preserve">[10:00] </w:t>
      </w:r>
      <w:r>
        <w:t>Khuda ne mujhe sari dunya ke liye messenger bana kar bheja hai. sari dunya ko mujhe Allah ka paigham pohnchana hai.</w:t>
      </w:r>
    </w:p>
    <w:p>
      <w:pPr>
        <w:jc w:val="right"/>
      </w:pPr>
      <w:r>
        <w:t>خدا نے مجھے ساری دنیا کے لیے میسنجر بنا کر بھیجا ہے۔ ساری دنیا کو مجھے اللہ کا پیغام پہنچانا ہے۔</w:t>
      </w:r>
    </w:p>
    <w:p>
      <w:r>
        <w:rPr>
          <w:b/>
        </w:rPr>
        <w:t xml:space="preserve">[10:15] </w:t>
      </w:r>
      <w:r>
        <w:t>to tum sab ko pohncha do. kyunke Rasool Allah hamesha zinda nahi rehne wale thay. do dhai mahine ke baad aap ki wafat ho gai.</w:t>
      </w:r>
    </w:p>
    <w:p>
      <w:pPr>
        <w:jc w:val="right"/>
      </w:pPr>
      <w:r>
        <w:t>تو تم سب کو پہنچا دو۔ کیونکہ رسول اللہ ہمیشہ زندہ نہیں رہنے والے تھے۔ دو ڈھائی مہینے کے بعد آپ کی وفات ہو گئی۔</w:t>
      </w:r>
    </w:p>
    <w:p>
      <w:r>
        <w:rPr>
          <w:b/>
        </w:rPr>
        <w:t xml:space="preserve">[10:28] </w:t>
      </w:r>
      <w:r>
        <w:t>to apni wafat se kuch pehle aap ne yeh message diya logon ko ke is message ko, is paigham ko sare alam tak pohnchana hai. paigham kya tha?</w:t>
      </w:r>
    </w:p>
    <w:p>
      <w:pPr>
        <w:jc w:val="right"/>
      </w:pPr>
      <w:r>
        <w:t>تو اپنی وفات سے کچھ پہلے آپ نے یہ میسج دیا لوگوں کو کہ اس میسج کو، اس پیغام کو سارے عالم تک پہنچانا ہے۔ پیغام کیا تھا؟</w:t>
      </w:r>
    </w:p>
    <w:p>
      <w:r>
        <w:rPr>
          <w:b/>
        </w:rPr>
        <w:t xml:space="preserve">[10:39] </w:t>
      </w:r>
      <w:r>
        <w:t>creation plan of God.</w:t>
      </w:r>
    </w:p>
    <w:p>
      <w:pPr>
        <w:jc w:val="right"/>
      </w:pPr>
      <w:r>
        <w:t>Creation plan of God ۔</w:t>
      </w:r>
    </w:p>
    <w:p>
      <w:r>
        <w:rPr>
          <w:b/>
        </w:rPr>
        <w:t xml:space="preserve">[10:44] </w:t>
      </w:r>
      <w:r>
        <w:t>to sahaba jo thay nikal paray.</w:t>
      </w:r>
    </w:p>
    <w:p>
      <w:pPr>
        <w:jc w:val="right"/>
      </w:pPr>
      <w:r>
        <w:t>تو صحابہ جو تھے نکل پڑے۔</w:t>
      </w:r>
    </w:p>
    <w:p>
      <w:r>
        <w:rPr>
          <w:b/>
        </w:rPr>
        <w:t xml:space="preserve">[10:53] </w:t>
      </w:r>
      <w:r>
        <w:t>kitabon mein aata hai ke</w:t>
      </w:r>
    </w:p>
    <w:p>
      <w:pPr>
        <w:jc w:val="right"/>
      </w:pPr>
      <w:r>
        <w:t>کتابوں میں آتا ہے کہ</w:t>
      </w:r>
    </w:p>
    <w:p>
      <w:r>
        <w:rPr>
          <w:b/>
        </w:rPr>
        <w:t xml:space="preserve">[11:07] </w:t>
      </w:r>
      <w:r>
        <w:t>jis ki sawari jidhar khari hui thi udhar hi wo chal pada wo. is daur mein sari oont ya ghore hotay thay. to rawi kehte hain ke jis sawari jidhar khari thi udhar hi wo chal pada wo.</w:t>
      </w:r>
    </w:p>
    <w:p>
      <w:pPr>
        <w:jc w:val="right"/>
      </w:pPr>
      <w:r>
        <w:t>جس کی سواری جدھر کھڑی ہوئی تھی ادھر ہی وہ چل پڑا وہ۔ اس دور میں ساری اونٹ یا گھوڑے ہوتے تھے۔ تو راوی کہتے ہیں کہ جس سواری جدھر کھڑی تھی ادھر ہی وہ چل پڑا وہ۔</w:t>
      </w:r>
    </w:p>
    <w:p>
      <w:r>
        <w:rPr>
          <w:b/>
        </w:rPr>
        <w:t xml:space="preserve">[11:24] </w:t>
      </w:r>
      <w:r>
        <w:t>aaj jis ko hum order world kehte hain unhein unhon ne banaya. to main sochta hoon ke kaise yeh log thay?</w:t>
      </w:r>
    </w:p>
    <w:p>
      <w:pPr>
        <w:jc w:val="right"/>
      </w:pPr>
      <w:r>
        <w:t>آج جس کو ہم آرڈر ورلڈ کہتے ہیں انہیں انہوں نے بنایا۔ تو میں سوچتا ہوں کہ کیسے یہ لوگ تھے؟</w:t>
      </w:r>
    </w:p>
    <w:p>
      <w:r>
        <w:rPr>
          <w:b/>
        </w:rPr>
        <w:t xml:space="preserve">[11:33] </w:t>
      </w:r>
      <w:r>
        <w:t>wahan un ke liye na koi rehne ki jagah thi na un ka koi rishtedar tha.</w:t>
      </w:r>
    </w:p>
    <w:p>
      <w:pPr>
        <w:jc w:val="right"/>
      </w:pPr>
      <w:r>
        <w:t>وہاں ان کے لیے نہ کوئی رہنے کی جگہ تھی نہ ان کا کوئی رشتہ دار تھا۔</w:t>
      </w:r>
    </w:p>
    <w:p>
      <w:r>
        <w:rPr>
          <w:b/>
        </w:rPr>
        <w:t xml:space="preserve">[11:42] </w:t>
      </w:r>
      <w:r>
        <w:t>un mulkon mein jo sikke chalte thay woh sikke bhi un ke paas nahi thay. yahan tak ke un mulkon mein jo zaban thi woh zaban bhi yeh nahi jante thay.</w:t>
      </w:r>
    </w:p>
    <w:p>
      <w:pPr>
        <w:jc w:val="right"/>
      </w:pPr>
      <w:r>
        <w:t>ان ملکوں میں جو سکے چلتے تھے وہ سکے بھی ان کے پاس نہیں تھے۔ یہاں تک کہ ان ملکوں میں جو زبان تھی وہ زبان بھی یہ نہیں جانتے تھے۔</w:t>
      </w:r>
    </w:p>
    <w:p>
      <w:r>
        <w:rPr>
          <w:b/>
        </w:rPr>
        <w:t xml:space="preserve">[11:55] </w:t>
      </w:r>
      <w:r>
        <w:t>misr mein qibti zaban thi. sham mein arami zaban thi. falasteen mein ibraani zaban thi.</w:t>
      </w:r>
    </w:p>
    <w:p>
      <w:pPr>
        <w:jc w:val="right"/>
      </w:pPr>
      <w:r>
        <w:t>مصر میں قبطی زبان تھی۔ شام میں ارامی زبان تھی۔ فلسطین میں عبرانی زبان تھی۔</w:t>
      </w:r>
    </w:p>
    <w:p>
      <w:r>
        <w:rPr>
          <w:b/>
        </w:rPr>
        <w:t xml:space="preserve">[12:06] </w:t>
      </w:r>
      <w:r>
        <w:t>libya mein barbar zaban thi. yeh tha jis ko kehte hain adjacent countries.</w:t>
      </w:r>
    </w:p>
    <w:p>
      <w:pPr>
        <w:jc w:val="right"/>
      </w:pPr>
      <w:r>
        <w:t>لیبیا میں بربر زبان تھی۔ یہ تھا جس کو کہتے ہیں ایڈجسنٹ کنٹریز۔</w:t>
      </w:r>
    </w:p>
    <w:p>
      <w:r>
        <w:rPr>
          <w:b/>
        </w:rPr>
        <w:t xml:space="preserve">[12:14] </w:t>
      </w:r>
      <w:r>
        <w:t>arab ke mile hue mulk. wahan ghus gaye woh. kaise unhon ne dawat pohanchai hogi?</w:t>
      </w:r>
    </w:p>
    <w:p>
      <w:pPr>
        <w:jc w:val="right"/>
      </w:pPr>
      <w:r>
        <w:t>عرب کے ملے ہوئے ملک۔ وہاں گھس گئے وہ۔ کیسے انہوں نے دعوت پہنچائی ہوگی؟</w:t>
      </w:r>
    </w:p>
    <w:p>
      <w:r>
        <w:rPr>
          <w:b/>
        </w:rPr>
        <w:t xml:space="preserve">[12:27] </w:t>
      </w:r>
      <w:r>
        <w:t>sach much woh dawat ke liye hero ban gaye, hero.</w:t>
      </w:r>
    </w:p>
    <w:p>
      <w:pPr>
        <w:jc w:val="right"/>
      </w:pPr>
      <w:r>
        <w:t>سچ مچ وہ دعوت کے لیے ہیرو بن گئے، ہیرو۔</w:t>
      </w:r>
    </w:p>
    <w:p>
      <w:r>
        <w:rPr>
          <w:b/>
        </w:rPr>
        <w:t xml:space="preserve">[12:33] </w:t>
      </w:r>
      <w:r>
        <w:t>rasool Allah ne un ko koi program nahi diya tha. na un ko ghoda oont diya tha. na un ko koi paisa diya tha wahan ja kar khane peene ke liye paisa le jao.</w:t>
      </w:r>
    </w:p>
    <w:p>
      <w:pPr>
        <w:jc w:val="right"/>
      </w:pPr>
      <w:r>
        <w:t>رسول اللہ نے ان کو کوئی پروگرام نہیں دیا تھا۔ نہ ان کو گھوڑا اونٹ دیا تھا۔ نہ ان کو کوئی پیسہ دیا تھا وہاں جا کر کھانے پینے کے لیے پیسہ لے جاؤ۔</w:t>
      </w:r>
    </w:p>
    <w:p>
      <w:r>
        <w:rPr>
          <w:b/>
        </w:rPr>
        <w:t xml:space="preserve">[12:46] </w:t>
      </w:r>
      <w:r>
        <w:t>kuch bhi nahi diya tha.</w:t>
      </w:r>
    </w:p>
    <w:p>
      <w:pPr>
        <w:jc w:val="right"/>
      </w:pPr>
      <w:r>
        <w:t>کچھ بھی نہیں دیا تھا۔</w:t>
      </w:r>
    </w:p>
    <w:p>
      <w:r>
        <w:rPr>
          <w:b/>
        </w:rPr>
        <w:t xml:space="preserve">[12:51] </w:t>
      </w:r>
      <w:r>
        <w:t>sirf yeh farmaya ke dekho Khuda ne mujhe bhi bhej hai taake main bataoon dunya ko ke what is the creation plan of God .</w:t>
      </w:r>
    </w:p>
    <w:p>
      <w:pPr>
        <w:jc w:val="right"/>
      </w:pPr>
      <w:r>
        <w:t>صرف یہ فرمایا کہ دیکھو خدا نے مجھے بھیجا ہے تاکہ میں بتاؤں دنیا کو کہ What is the creation plan of God ۔</w:t>
      </w:r>
    </w:p>
    <w:p>
      <w:r>
        <w:rPr>
          <w:b/>
        </w:rPr>
        <w:t xml:space="preserve">[13:01] </w:t>
      </w:r>
      <w:r>
        <w:t>to main to dunya se ja raha hoon. tum is ko pohancha do sare alam tak.</w:t>
      </w:r>
    </w:p>
    <w:p>
      <w:pPr>
        <w:jc w:val="right"/>
      </w:pPr>
      <w:r>
        <w:t>تو میں تو دنیا سے جا رہا ہوں۔ تم اس کو پہنچا دو سارے عالم تک۔</w:t>
      </w:r>
    </w:p>
    <w:p>
      <w:r>
        <w:rPr>
          <w:b/>
        </w:rPr>
        <w:t xml:space="preserve">[13:11] </w:t>
      </w:r>
      <w:r>
        <w:t>aaj hum aap kahin jate hain to sara program telephone se tay ho jata hai. hotel mein book hota hai hamara kamra. khane peene ke liye hamare paas dollar hota hai jeeb mein ke wahan hum khana khareed sakte hain.</w:t>
      </w:r>
    </w:p>
    <w:p>
      <w:pPr>
        <w:jc w:val="right"/>
      </w:pPr>
      <w:r>
        <w:t>آج ہم آپ کہیں جاتے ہیں تو سارا پروگرام ٹیلی فون سے طے ہو جاتا ہے۔ ہوٹل میں بک ہوتا ہے ہمارا کمرہ۔ کھانے پینے کے لیے ہمارے پاس ڈالر ہوتا ہے جیب میں کہ وہاں ہم کھانا خرید سکتے ہیں۔</w:t>
      </w:r>
    </w:p>
    <w:p>
      <w:r>
        <w:rPr>
          <w:b/>
        </w:rPr>
        <w:t xml:space="preserve">[13:24] </w:t>
      </w:r>
      <w:r>
        <w:t>har cheez well arrange hoti hai.</w:t>
      </w:r>
    </w:p>
    <w:p>
      <w:pPr>
        <w:jc w:val="right"/>
      </w:pPr>
      <w:r>
        <w:t>ہر چیز ویل ارینج ہوتی ہے۔</w:t>
      </w:r>
    </w:p>
    <w:p>
      <w:r>
        <w:rPr>
          <w:b/>
        </w:rPr>
        <w:t xml:space="preserve">[13:31] </w:t>
      </w:r>
      <w:r>
        <w:t>tab hum safar karte hain kisi conference mein shirkat karne ke liye.</w:t>
      </w:r>
    </w:p>
    <w:p>
      <w:pPr>
        <w:jc w:val="right"/>
      </w:pPr>
      <w:r>
        <w:t>تب ہم سفر کرتے ہیں کسی کانفرنس میں شرکت کرنے کے لیے۔</w:t>
      </w:r>
    </w:p>
    <w:p>
      <w:r>
        <w:rPr>
          <w:b/>
        </w:rPr>
        <w:t xml:space="preserve">[13:39] </w:t>
      </w:r>
      <w:r>
        <w:t>ya kisi ke rishtedar wahan settle ho gaye. wahan kamate hain. ghar bana liya hai. to apne rishtedar se milne jate hain. to aaj ka safar bohat safar mukhtalif tha in logon ka.</w:t>
      </w:r>
    </w:p>
    <w:p>
      <w:pPr>
        <w:jc w:val="right"/>
      </w:pPr>
      <w:r>
        <w:t>یا کسی کے رشتہ دار وہاں سیٹل ہو گئے۔ وہاں کماتے ہیں۔ گھر بنا لیا ہے۔ تو اپنے رشتہ دار سے ملنے جاتے ہیں۔ تو آج کا سفر بہت سفر مختلف تھا ان لوگوں کا۔</w:t>
      </w:r>
    </w:p>
    <w:p>
      <w:r>
        <w:rPr>
          <w:b/>
        </w:rPr>
        <w:t xml:space="preserve">[13:53] </w:t>
      </w:r>
      <w:r>
        <w:t>to woh kyun, kis siyasi cheez thi is jo ke dil mein aag lagi hui thi? kis cheez ki?</w:t>
      </w:r>
    </w:p>
    <w:p>
      <w:pPr>
        <w:jc w:val="right"/>
      </w:pPr>
      <w:r>
        <w:t>تو وہ کیوں، کس سیاسی چیز تھی اس جو کے دل میں آگ لگی ہوئی تھی؟ کس چیز کی؟</w:t>
      </w:r>
    </w:p>
    <w:p>
      <w:r>
        <w:rPr>
          <w:b/>
        </w:rPr>
        <w:t xml:space="preserve">[14:00] </w:t>
      </w:r>
      <w:r>
        <w:t>woh yahi baat thi ke woh din aanay wala hai jab ke insan aaj ke hero zero ho jayen. aaj ke bolne wale speechless, speechless ho jayen.</w:t>
      </w:r>
    </w:p>
    <w:p>
      <w:pPr>
        <w:jc w:val="right"/>
      </w:pPr>
      <w:r>
        <w:t>وہ یہی بات تھی کہ وہ دن آنے والا ہے جب کہ انسان آج کے ہیرو زیرو ہو جائیں۔ آج کے بولنے والے اسپیچلس، اسپیچلس ہو جائیں۔</w:t>
      </w:r>
    </w:p>
    <w:p>
      <w:r>
        <w:rPr>
          <w:b/>
        </w:rPr>
        <w:t xml:space="preserve">[14:14] </w:t>
      </w:r>
      <w:r>
        <w:t>aaj jo log kothiyon mein rehte hain woh apne ko homeless payen wahan par.</w:t>
      </w:r>
    </w:p>
    <w:p>
      <w:pPr>
        <w:jc w:val="right"/>
      </w:pPr>
      <w:r>
        <w:t>آج جو لوگ کوٹھیوں میں رہتے ہیں وہ اپنے کو ہوملیس پائیں وہاں پر۔</w:t>
      </w:r>
    </w:p>
    <w:p>
      <w:r>
        <w:rPr>
          <w:b/>
        </w:rPr>
        <w:t xml:space="preserve">[14:21] </w:t>
      </w:r>
      <w:r>
        <w:t>to is ki khabar kar do. yeh thi un ke andar aag.</w:t>
      </w:r>
    </w:p>
    <w:p>
      <w:pPr>
        <w:jc w:val="right"/>
      </w:pPr>
      <w:r>
        <w:t>تو اس کی خبر کر دو۔ یہ تھی ان کے اندر آگ۔</w:t>
      </w:r>
    </w:p>
    <w:p>
      <w:r>
        <w:rPr>
          <w:b/>
        </w:rPr>
        <w:t xml:space="preserve">[14:33] </w:t>
      </w:r>
      <w:r>
        <w:t>to yahi spirit thi jis ne un ko hila diya tha bilkul.</w:t>
      </w:r>
    </w:p>
    <w:p>
      <w:pPr>
        <w:jc w:val="right"/>
      </w:pPr>
      <w:r>
        <w:t>تو یہی سپرٹ تھی جس نے ان کو ہلا دیا تھا بالکل۔</w:t>
      </w:r>
    </w:p>
    <w:p>
      <w:r>
        <w:rPr>
          <w:b/>
        </w:rPr>
        <w:t xml:space="preserve">[14:43] </w:t>
      </w:r>
      <w:r>
        <w:t>aur phir is ke baad yeh hua ke yani jahan tak un ke oont aur ghore pohanch sakte thay wahan unhon ne pohancha diya.</w:t>
      </w:r>
    </w:p>
    <w:p>
      <w:pPr>
        <w:jc w:val="right"/>
      </w:pPr>
      <w:r>
        <w:t>اور پھر اس کے بعد یہ ہوا کہ یعنی جہاں تک ان کے اونٹ اور گھوڑے پہنچ سکتے تھے وہاں انہوں نے پہنچا دیا۔</w:t>
      </w:r>
    </w:p>
    <w:p>
      <w:r>
        <w:rPr>
          <w:b/>
        </w:rPr>
        <w:t xml:space="preserve">[14:53] </w:t>
      </w:r>
      <w:r>
        <w:t>paon se chal kar, oont se chal kar, ghore se chal kar jahan tak pohanchte thay pohancha diya. aaj zamana hai ke aap communication ka zamana hai.</w:t>
      </w:r>
    </w:p>
    <w:p>
      <w:pPr>
        <w:jc w:val="right"/>
      </w:pPr>
      <w:r>
        <w:t>پاؤں سے چل کر، اونٹ سے چل کر، گھوڑے سے چل کر جہاں تک پہنچتے تھے پہنچا دیا۔ آج زمانہ ہے کہ آپ کمیونیکیشن کا زمانہ ہے۔</w:t>
      </w:r>
    </w:p>
    <w:p>
      <w:r>
        <w:rPr>
          <w:b/>
        </w:rPr>
        <w:t xml:space="preserve">[15:10] </w:t>
      </w:r>
      <w:r>
        <w:t>aaj geographic boundaries khatam ho chuki hain. poori dunya aik aik village ke roop mein ho gayi hai.</w:t>
      </w:r>
    </w:p>
    <w:p>
      <w:pPr>
        <w:jc w:val="right"/>
      </w:pPr>
      <w:r>
        <w:t>آج جیوگرافک باؤنڈریز ختم ہو چکی ہیں۔ پوری دنیا ایک ایک ولیج کے روپ میں ہو گئی ہے۔</w:t>
      </w:r>
    </w:p>
    <w:p>
      <w:r>
        <w:rPr>
          <w:b/>
        </w:rPr>
        <w:t xml:space="preserve">[15:22] </w:t>
      </w:r>
      <w:r>
        <w:t>tab bhi log dawat hi kaam nahi kar rahe.</w:t>
      </w:r>
    </w:p>
    <w:p>
      <w:pPr>
        <w:jc w:val="right"/>
      </w:pPr>
      <w:r>
        <w:t>تب بھی لوگ دعوت ہی کام نہیں کر رہے۔</w:t>
      </w:r>
    </w:p>
    <w:p>
      <w:r>
        <w:rPr>
          <w:b/>
        </w:rPr>
        <w:t xml:space="preserve">[15:28] </w:t>
      </w:r>
      <w:r>
        <w:t>to yeh sunnat rasool, yeh sunnat sahaba jo hai is ko hamein zinda karna hai. ke dawat aap ko aag lagaye aap ke seenay mein. yeh sunnat rasool hai, yeh sunnat sahaba hai.</w:t>
      </w:r>
    </w:p>
    <w:p>
      <w:pPr>
        <w:jc w:val="right"/>
      </w:pPr>
      <w:r>
        <w:t>تو یہ سنت رسول، یہ سنت صحابہ جو ہے اس کو ہمیں زندہ کرنا ہے۔ کہ دعوت آپ کو آگ لگائے آپ کے سینے میں۔ یہ سنت رسول ہے، یہ سنت صحابہ ہے۔</w:t>
      </w:r>
    </w:p>
    <w:p>
      <w:r>
        <w:rPr>
          <w:b/>
        </w:rPr>
        <w:t xml:space="preserve">[15:40] </w:t>
      </w:r>
      <w:r>
        <w:t>dawat ka jazba aap ke seene mein aag laga de. insaan ko</w:t>
      </w:r>
    </w:p>
    <w:p>
      <w:pPr>
        <w:jc w:val="right"/>
      </w:pPr>
      <w:r>
        <w:t>دعوت کا جذبہ آپ کے سینے میں آگ لگا دے۔ انسان کو</w:t>
      </w:r>
    </w:p>
    <w:p>
      <w:r>
        <w:rPr>
          <w:b/>
        </w:rPr>
        <w:t xml:space="preserve">[15:45] </w:t>
      </w:r>
      <w:r>
        <w:t>bachane ke liye is din se jab ke jo hero hain woh zero ho jayen ge. is ke liye aap mutharrik hon.</w:t>
      </w:r>
    </w:p>
    <w:p>
      <w:pPr>
        <w:jc w:val="right"/>
      </w:pPr>
      <w:r>
        <w:t>بچانے کے لیے اس دن سے جب کہ جو ہیرو ہیں وہ زیرو ہو جائیں گے۔ اس کے لیے آپ متحرک ہوں۔</w:t>
      </w:r>
    </w:p>
    <w:p>
      <w:r>
        <w:rPr>
          <w:b/>
        </w:rPr>
        <w:t xml:space="preserve">[16:04] </w:t>
      </w:r>
      <w:r>
        <w:t>yeh woh kaam hai jo aap ko anjam dena hai.</w:t>
      </w:r>
    </w:p>
    <w:p>
      <w:pPr>
        <w:jc w:val="right"/>
      </w:pPr>
      <w:r>
        <w:t>یہ وہ کام ہے جو آپ کو انجام دینا ہے۔</w:t>
      </w:r>
    </w:p>
    <w:p>
      <w:r>
        <w:rPr>
          <w:b/>
        </w:rPr>
        <w:t xml:space="preserve">[16:10] </w:t>
      </w:r>
      <w:r>
        <w:t>dekhiye, mein aik aik aik parh raha tha aik qissa ke europe ke logon ne kis tarah se explore kiya nature ko aur dunya ko.</w:t>
      </w:r>
    </w:p>
    <w:p>
      <w:pPr>
        <w:jc w:val="right"/>
      </w:pPr>
      <w:r>
        <w:t>دیکھیے، میں ایک ایک ایک پڑھ رہا تھا ایک قصہ کہ یورپ کے لوگوں نے کس طرح سے ایکسپلور کیا نیچر کو اور دنیا کو۔</w:t>
      </w:r>
    </w:p>
    <w:p>
      <w:r>
        <w:rPr>
          <w:b/>
        </w:rPr>
        <w:t xml:space="preserve">[16:30] </w:t>
      </w:r>
      <w:r>
        <w:t>to un ke andar aik aag lag gayi thi un ke andar.</w:t>
      </w:r>
    </w:p>
    <w:p>
      <w:pPr>
        <w:jc w:val="right"/>
      </w:pPr>
      <w:r>
        <w:t>تو ان کے اندر ایک آگ لگ گئی تھی ان کے اندر۔</w:t>
      </w:r>
    </w:p>
    <w:p>
      <w:r>
        <w:rPr>
          <w:b/>
        </w:rPr>
        <w:t xml:space="preserve">[16:34] </w:t>
      </w:r>
      <w:r>
        <w:t>material goal ke liye aap ka to aik spiritual goal hai. aik divine goal hai. to aik qissa hai ke waqea aik hai ke 1919 mein,</w:t>
      </w:r>
    </w:p>
    <w:p>
      <w:pPr>
        <w:jc w:val="right"/>
      </w:pPr>
      <w:r>
        <w:t>مٹیریل گول کے لیے آپ کا تو ایک سپریچول گول ہے۔ ایک ڈیوائن گول ہے۔ تو ایک قصہ ہے کہ واقعہ ایک ہے کہ 1919 میں،</w:t>
      </w:r>
    </w:p>
    <w:p>
      <w:r>
        <w:rPr>
          <w:b/>
        </w:rPr>
        <w:t xml:space="preserve">[16:50] </w:t>
      </w:r>
      <w:r>
        <w:t>1919 mein</w:t>
      </w:r>
    </w:p>
    <w:p>
      <w:pPr>
        <w:jc w:val="right"/>
      </w:pPr>
      <w:r>
        <w:t>1919 میں</w:t>
      </w:r>
    </w:p>
    <w:p>
      <w:r>
        <w:rPr>
          <w:b/>
        </w:rPr>
        <w:t xml:space="preserve">[16:52] </w:t>
      </w:r>
      <w:r>
        <w:t>yani so saal se bhi pehle london ke aik akhbar mein aik advertisement chapa, aik ailan chapa.</w:t>
      </w:r>
    </w:p>
    <w:p>
      <w:pPr>
        <w:jc w:val="right"/>
      </w:pPr>
      <w:r>
        <w:t>یعنی سو سال سے بھی پہلے لندن کے ایک اخبار میں ایک ایڈورٹائزمنٹ چھپا، ایک اعلان چھپا۔</w:t>
      </w:r>
    </w:p>
    <w:p>
      <w:r>
        <w:rPr>
          <w:b/>
        </w:rPr>
        <w:t xml:space="preserve">[17:05] </w:t>
      </w:r>
      <w:r>
        <w:t>bohat mukhtasar ailan.</w:t>
      </w:r>
    </w:p>
    <w:p>
      <w:pPr>
        <w:jc w:val="right"/>
      </w:pPr>
      <w:r>
        <w:t>بہت مختصر اعلان۔</w:t>
      </w:r>
    </w:p>
    <w:p>
      <w:r>
        <w:rPr>
          <w:b/>
        </w:rPr>
        <w:t xml:space="preserve">[17:10] </w:t>
      </w:r>
      <w:r>
        <w:t>is ke alfaaz yeh the: "Men wanted for her the address journey</w:t>
      </w:r>
    </w:p>
    <w:p>
      <w:pPr>
        <w:jc w:val="right"/>
      </w:pPr>
      <w:r>
        <w:t>اس کے الفاظ یہ تھے: "Men wanted for her the address journey</w:t>
      </w:r>
    </w:p>
    <w:p>
      <w:r>
        <w:rPr>
          <w:b/>
        </w:rPr>
        <w:t xml:space="preserve">[17:21] </w:t>
      </w:r>
      <w:r>
        <w:t>small wages</w:t>
      </w:r>
    </w:p>
    <w:p>
      <w:pPr>
        <w:jc w:val="right"/>
      </w:pPr>
      <w:r>
        <w:t>small wages</w:t>
      </w:r>
    </w:p>
    <w:p>
      <w:r>
        <w:rPr>
          <w:b/>
        </w:rPr>
        <w:t xml:space="preserve">[17:26] </w:t>
      </w:r>
      <w:r>
        <w:t>bitter cold</w:t>
      </w:r>
    </w:p>
    <w:p>
      <w:pPr>
        <w:jc w:val="right"/>
      </w:pPr>
      <w:r>
        <w:t>bitter cold</w:t>
      </w:r>
    </w:p>
    <w:p>
      <w:r>
        <w:rPr>
          <w:b/>
        </w:rPr>
        <w:t xml:space="preserve">[17:30] </w:t>
      </w:r>
      <w:r>
        <w:t>constant danger</w:t>
      </w:r>
    </w:p>
    <w:p>
      <w:pPr>
        <w:jc w:val="right"/>
      </w:pPr>
      <w:r>
        <w:t>constant danger</w:t>
      </w:r>
    </w:p>
    <w:p>
      <w:r>
        <w:rPr>
          <w:b/>
        </w:rPr>
        <w:t xml:space="preserve">[17:45] </w:t>
      </w:r>
      <w:r>
        <w:t>long months of complete darkness</w:t>
      </w:r>
    </w:p>
    <w:p>
      <w:pPr>
        <w:jc w:val="right"/>
      </w:pPr>
      <w:r>
        <w:t>long months of complete darkness</w:t>
      </w:r>
    </w:p>
    <w:p>
      <w:r>
        <w:rPr>
          <w:b/>
        </w:rPr>
        <w:t xml:space="preserve">[17:50] </w:t>
      </w:r>
      <w:r>
        <w:t>safe return doubtful</w:t>
      </w:r>
    </w:p>
    <w:p>
      <w:pPr>
        <w:jc w:val="right"/>
      </w:pPr>
      <w:r>
        <w:t>safe return doubtful</w:t>
      </w:r>
    </w:p>
    <w:p>
      <w:r>
        <w:rPr>
          <w:b/>
        </w:rPr>
        <w:t xml:space="preserve">[17:57] </w:t>
      </w:r>
      <w:r>
        <w:t>honor and recognition in case of success" . kaise ajeeb tha yeh ailan.</w:t>
      </w:r>
    </w:p>
    <w:p>
      <w:pPr>
        <w:jc w:val="right"/>
      </w:pPr>
      <w:r>
        <w:t>honor and recognition in case of success" ۔ کیسے عجیب تھا یہ اعلان۔</w:t>
      </w:r>
    </w:p>
    <w:p>
      <w:r>
        <w:rPr>
          <w:b/>
        </w:rPr>
        <w:t xml:space="preserve">[18:09] </w:t>
      </w:r>
      <w:r>
        <w:t>is ka matlab tha ke aap ko aise aadmi chahiye jo aik aik purkhatar safar ke liye.</w:t>
      </w:r>
    </w:p>
    <w:p>
      <w:pPr>
        <w:jc w:val="right"/>
      </w:pPr>
      <w:r>
        <w:t>اس کا مطلب تھا کہ آپ کو ایسے آدمی چاہیے جو ایک ایک پرخطر سفر کے لیے۔</w:t>
      </w:r>
    </w:p>
    <w:p>
      <w:r>
        <w:rPr>
          <w:b/>
        </w:rPr>
        <w:t xml:space="preserve">[18:19] </w:t>
      </w:r>
      <w:r>
        <w:t>aik aisa safar jis mein koi paisa milne wala nahi.</w:t>
      </w:r>
    </w:p>
    <w:p>
      <w:pPr>
        <w:jc w:val="right"/>
      </w:pPr>
      <w:r>
        <w:t>ایک ایسا سفر جس میں کوئی پیسہ ملنے والا نہیں۔</w:t>
      </w:r>
    </w:p>
    <w:p>
      <w:r>
        <w:rPr>
          <w:b/>
        </w:rPr>
        <w:t xml:space="preserve">[18:27] </w:t>
      </w:r>
      <w:r>
        <w:t>andhere mein safar karna hai. har waqt yeh khatra hai.</w:t>
      </w:r>
    </w:p>
    <w:p>
      <w:pPr>
        <w:jc w:val="right"/>
      </w:pPr>
      <w:r>
        <w:t>اندھیرے میں سفر کرنا ہے۔ ہر وقت یہ خطرہ ہے۔</w:t>
      </w:r>
    </w:p>
    <w:p>
      <w:r>
        <w:rPr>
          <w:b/>
        </w:rPr>
        <w:t xml:space="preserve">[18:37] </w:t>
      </w:r>
      <w:r>
        <w:t>wapsi mujtaba hai. lekin agar wapsi ho jaye to phir aap ko izzat mile gi.</w:t>
      </w:r>
    </w:p>
    <w:p>
      <w:pPr>
        <w:jc w:val="right"/>
      </w:pPr>
      <w:r>
        <w:t>واپسی مجتبیٰ ہے۔ لیکن اگر واپسی ہو جائے تو پھر آپ کو عزت ملے گی۔</w:t>
      </w:r>
    </w:p>
    <w:p>
      <w:r>
        <w:rPr>
          <w:b/>
        </w:rPr>
        <w:t xml:space="preserve">[18:48] </w:t>
      </w:r>
      <w:r>
        <w:t>is ko mein ne parha to mere dil ne kaha ke yahi aaj ke dawi ka</w:t>
      </w:r>
    </w:p>
    <w:p>
      <w:pPr>
        <w:jc w:val="right"/>
      </w:pPr>
      <w:r>
        <w:t>اس کو میں نے پڑھا تو میرے دل نے کہا کہ یہی آج کے داعی کا</w:t>
      </w:r>
    </w:p>
    <w:p>
      <w:r>
        <w:rPr>
          <w:b/>
        </w:rPr>
        <w:t xml:space="preserve">[18:54] </w:t>
      </w:r>
      <w:r>
        <w:t>jazba hona chahiye. un ka goal jo tha nature ko explore karna.</w:t>
      </w:r>
    </w:p>
    <w:p>
      <w:pPr>
        <w:jc w:val="right"/>
      </w:pPr>
      <w:r>
        <w:t>جذبہ ہونا چاہیے۔ ان کا گول جو تھا نیچر کو ایکسپلور کرنا۔</w:t>
      </w:r>
    </w:p>
    <w:p>
      <w:r>
        <w:rPr>
          <w:b/>
        </w:rPr>
        <w:t xml:space="preserve">[19:04] </w:t>
      </w:r>
      <w:r>
        <w:t>aur us ko dunya ba khabar karna. yani laws, laws of nature ko explore kar ke. yeh antarctica ke safar ke liye tha yeh.</w:t>
      </w:r>
    </w:p>
    <w:p>
      <w:pPr>
        <w:jc w:val="right"/>
      </w:pPr>
      <w:r>
        <w:t>اور اس کو دنیا باخبر کرنا۔ یعنی لاز، لاز آف نیچر کو ایکسپلور کر کے۔ یہ انٹارکٹا کے سفر کے لیے تھا یہ۔</w:t>
      </w:r>
    </w:p>
    <w:p>
      <w:r>
        <w:rPr>
          <w:b/>
        </w:rPr>
        <w:t xml:space="preserve">[19:14] </w:t>
      </w:r>
      <w:r>
        <w:t>antarctica ke safar ke liye. shackleton ne is ka ailan kiya tha. aik scientist jis ka naam tha shackleton is ne yeh scheme banai thi.</w:t>
      </w:r>
    </w:p>
    <w:p>
      <w:pPr>
        <w:jc w:val="right"/>
      </w:pPr>
      <w:r>
        <w:t>انٹارکٹا کے سفر کے لیے۔ شیکلٹن نے اس کا اعلان کیا تھا۔ ایک سائنٹسٹ جس کا نام تھا شیکلٹن اس نے یہ اسکیم بنائی تھی۔</w:t>
      </w:r>
    </w:p>
    <w:p>
      <w:r>
        <w:rPr>
          <w:b/>
        </w:rPr>
        <w:t xml:space="preserve">[19:25] </w:t>
      </w:r>
      <w:r>
        <w:t>antarctica aa jaye</w:t>
      </w:r>
    </w:p>
    <w:p>
      <w:pPr>
        <w:jc w:val="right"/>
      </w:pPr>
      <w:r>
        <w:t>انٹارکٹا آ جائے</w:t>
      </w:r>
    </w:p>
    <w:p>
      <w:r>
        <w:rPr>
          <w:b/>
        </w:rPr>
        <w:t xml:space="preserve">[19:27] </w:t>
      </w:r>
      <w:r>
        <w:t>jis ko hum qutb shumali kehte hain. jahan barf hi barf hai. har waqt khatra hi khatra hai. to kya hai wahan par us ko janne ke liye.</w:t>
      </w:r>
    </w:p>
    <w:p>
      <w:pPr>
        <w:jc w:val="right"/>
      </w:pPr>
      <w:r>
        <w:t>جس کو ہم قطب شمالی کہتے ہیں۔ جہاں برف ہی برف ہے۔ ہر وقت خطرہ ہی خطرہ ہے۔ تو کیا ہے وہاں پر اس کو جاننے کے لیے۔</w:t>
      </w:r>
    </w:p>
    <w:p>
      <w:r>
        <w:rPr>
          <w:b/>
        </w:rPr>
        <w:t xml:space="preserve">[19:42] </w:t>
      </w:r>
      <w:r>
        <w:t>to yeh un ka jo ek poora ek chal raha tha nature ko explore karo.</w:t>
      </w:r>
    </w:p>
    <w:p>
      <w:pPr>
        <w:jc w:val="right"/>
      </w:pPr>
      <w:r>
        <w:t>تو یہ ان کا جو ایک پورا ایک چل رہا تھا نیچر کو ایکسپلور کرو۔</w:t>
      </w:r>
    </w:p>
    <w:p>
      <w:r>
        <w:rPr>
          <w:b/>
        </w:rPr>
        <w:t xml:space="preserve">[19:48] </w:t>
      </w:r>
      <w:r>
        <w:t>laws of nature ko jano. aur dunya ko batao ise us ne in ke andar aag laga di thi.</w:t>
      </w:r>
    </w:p>
    <w:p>
      <w:pPr>
        <w:jc w:val="right"/>
      </w:pPr>
      <w:r>
        <w:t>لاز آف نیچر کو جانو۔ اور دنیا کو بتاؤ اسے اس نے ان کے اندر آگ لگا دی تھی۔</w:t>
      </w:r>
    </w:p>
    <w:p>
      <w:r>
        <w:rPr>
          <w:b/>
        </w:rPr>
        <w:t xml:space="preserve">[20:04] </w:t>
      </w:r>
      <w:r>
        <w:t>to is mein tha jahan maine parha ke itni zyada darkhwastain aain ke un ko select par karna para ke kis ko le jayen, kis ko na le jayen.</w:t>
      </w:r>
    </w:p>
    <w:p>
      <w:pPr>
        <w:jc w:val="right"/>
      </w:pPr>
      <w:r>
        <w:t>تو اس میں تھا جہاں میں نے پڑھا کہ اتنی زیادہ درخواستیں آئیں کہ ان کو سلیکٹ پر کرنا پڑا کہ کس کو لے جائیں، کس کو نہ لے جائیں۔</w:t>
      </w:r>
    </w:p>
    <w:p>
      <w:r>
        <w:rPr>
          <w:b/>
        </w:rPr>
        <w:t xml:space="preserve">[20:20] </w:t>
      </w:r>
      <w:r>
        <w:t>aadmi thore se chahiye thay aur darkhwastain bohat zyada aa gayen ke hum tayyar hain, hum tayyar hain, hum tayyar hain.</w:t>
      </w:r>
    </w:p>
    <w:p>
      <w:pPr>
        <w:jc w:val="right"/>
      </w:pPr>
      <w:r>
        <w:t>آدمی تھوڑے سے چاہیے تھے اور درخواستیں بہت زیادہ آ گئیں کہ ہم تیار ہیں، ہم تیار ہیں، ہم تیار ہیں۔</w:t>
      </w:r>
    </w:p>
    <w:p>
      <w:r>
        <w:rPr>
          <w:b/>
        </w:rPr>
        <w:t xml:space="preserve">[20:31] </w:t>
      </w:r>
      <w:r>
        <w:t>to yeh jazba darkar hai dawat ke liye.</w:t>
      </w:r>
    </w:p>
    <w:p>
      <w:pPr>
        <w:jc w:val="right"/>
      </w:pPr>
      <w:r>
        <w:t>تو یہ جذبہ درکار ہے دعوت کے لیے۔</w:t>
      </w:r>
    </w:p>
    <w:p>
      <w:r>
        <w:rPr>
          <w:b/>
        </w:rPr>
        <w:t xml:space="preserve">[20:39] </w:t>
      </w:r>
      <w:r>
        <w:t>woh to laws of nature ko batane ke liye itna zyada harkat mein aa gaye thay. aap ko batana hai ke aye insan!</w:t>
      </w:r>
    </w:p>
    <w:p>
      <w:pPr>
        <w:jc w:val="right"/>
      </w:pPr>
      <w:r>
        <w:t>وہ تو لاز آف نیچر کو بتانے کے لیے اتنا زیادہ حرکت میں آ گئے تھے۔ آپ کو بتانا ہے کہ اے انسان!</w:t>
      </w:r>
    </w:p>
    <w:p>
      <w:r>
        <w:rPr>
          <w:b/>
        </w:rPr>
        <w:t xml:space="preserve">[20:52] </w:t>
      </w:r>
      <w:r>
        <w:t>tera eternal future khatre mein hai.</w:t>
      </w:r>
    </w:p>
    <w:p>
      <w:pPr>
        <w:jc w:val="right"/>
      </w:pPr>
      <w:r>
        <w:t>تیرا ایٹرنل فیوچر خطرے میں ہے۔</w:t>
      </w:r>
    </w:p>
    <w:p>
      <w:r>
        <w:rPr>
          <w:b/>
        </w:rPr>
        <w:t xml:space="preserve">[20:58] </w:t>
      </w:r>
      <w:r>
        <w:t>yeh dunya se chand saal ki zindagi guzar kar jab jayega to eternity mein jayega, jana hai to un ko. wahan par ya to jannat hai ya jahannum hai.</w:t>
      </w:r>
    </w:p>
    <w:p>
      <w:pPr>
        <w:jc w:val="right"/>
      </w:pPr>
      <w:r>
        <w:t>یہ دنیا سے چند سال کی زندگی گزار کر جب جائے گا تو ایٹرنٹی میں جائے گا، جانا ہے تو ان کو۔ وہاں پر یا تو جنت ہے یا جہنم ہے۔</w:t>
      </w:r>
    </w:p>
    <w:p>
      <w:r>
        <w:rPr>
          <w:b/>
        </w:rPr>
        <w:t xml:space="preserve">[21:12] </w:t>
      </w:r>
      <w:r>
        <w:t>to billion, trillion times zyada bara masla yeh hai.</w:t>
      </w:r>
    </w:p>
    <w:p>
      <w:pPr>
        <w:jc w:val="right"/>
      </w:pPr>
      <w:r>
        <w:t>تو بلین، ٹریلین ٹائمز زیادہ بڑا مسئلہ یہ ہے۔</w:t>
      </w:r>
    </w:p>
    <w:p>
      <w:r>
        <w:rPr>
          <w:b/>
        </w:rPr>
        <w:t xml:space="preserve">[21:19] </w:t>
      </w:r>
      <w:r>
        <w:t>to dekhiye, jab tak daai ke andar yeh spirit na ho tab tak us ke andar woh aag nahi lagegi jo aag lagi nabiyon ke dil mein, jo aag lagi sahaba ke dil mein.</w:t>
      </w:r>
    </w:p>
    <w:p>
      <w:pPr>
        <w:jc w:val="right"/>
      </w:pPr>
      <w:r>
        <w:t>تو دیکھیے، جب تک داعی کے اندر یہ سپرٹ نہ ہو تب تک اس کے اندر وہ آگ نہیں لگے گی جو آگ لگی نبیوں کے دل میں، جو آگ لگی صحابہ کے دل میں۔</w:t>
      </w:r>
    </w:p>
    <w:p>
      <w:r>
        <w:rPr>
          <w:b/>
        </w:rPr>
        <w:t xml:space="preserve">[21:39] </w:t>
      </w:r>
      <w:r>
        <w:t>tab tak kaam nahi ho sakta hai.</w:t>
      </w:r>
    </w:p>
    <w:p>
      <w:pPr>
        <w:jc w:val="right"/>
      </w:pPr>
      <w:r>
        <w:t>تب تک کام نہیں ہو سکتا ہے۔</w:t>
      </w:r>
    </w:p>
    <w:p>
      <w:r>
        <w:rPr>
          <w:b/>
        </w:rPr>
        <w:t xml:space="preserve">[21:50] </w:t>
      </w:r>
      <w:r>
        <w:t>tab tak kaam nahi ho sakta hai. lekin hamare liye ek bohat bara, hamare liye ek bohat hi bara ek ek</w:t>
      </w:r>
    </w:p>
    <w:p>
      <w:pPr>
        <w:jc w:val="right"/>
      </w:pPr>
      <w:r>
        <w:t>تب تک کام نہیں ہو سکتا ہے۔ لیکن ہمارے لیے ایک بہت بڑا، ہمارے لیے ایک بہت ہی بڑا ایک ایک</w:t>
      </w:r>
    </w:p>
    <w:p>
      <w:r>
        <w:rPr>
          <w:b/>
        </w:rPr>
        <w:t xml:space="preserve">[22:02] </w:t>
      </w:r>
      <w:r>
        <w:t>solace, ek taskeen ka saman hai. woh kya? woh yeh ke Khuda hamare sath hai.</w:t>
      </w:r>
    </w:p>
    <w:p>
      <w:pPr>
        <w:jc w:val="right"/>
      </w:pPr>
      <w:r>
        <w:t>سولس، ایک تسکین کا سامان ہے۔ وہ کیا؟ وہ یہ کہ خدا ہمارے ساتھ ہے۔</w:t>
      </w:r>
    </w:p>
    <w:p>
      <w:r>
        <w:rPr>
          <w:b/>
        </w:rPr>
        <w:t xml:space="preserve">[22:12] </w:t>
      </w:r>
      <w:r>
        <w:t>wahan to woh log sirf worldly goal ke liye woh sab kaam kar rahe thay. un ko yeh pata nahi tha ke is mein koi Khuda ka inaam milega un ko.</w:t>
      </w:r>
    </w:p>
    <w:p>
      <w:pPr>
        <w:jc w:val="right"/>
      </w:pPr>
      <w:r>
        <w:t>وہاں تو وہ لوگ صرف ورلڈلی گول کے لیے وہ سب کام کر رہے تھے۔ ان کو یہ پتہ نہیں تھا کہ اس میں کوئی خدا کا انعام ملے گا ان کو۔</w:t>
      </w:r>
    </w:p>
    <w:p>
      <w:r>
        <w:rPr>
          <w:b/>
        </w:rPr>
        <w:t xml:space="preserve">[22:25] </w:t>
      </w:r>
      <w:r>
        <w:t>lekin dawat Allah ka jo kaam hai</w:t>
      </w:r>
    </w:p>
    <w:p>
      <w:pPr>
        <w:jc w:val="right"/>
      </w:pPr>
      <w:r>
        <w:t>لیکن دعوت اللہ کا جو کام ہے</w:t>
      </w:r>
    </w:p>
    <w:p>
      <w:r>
        <w:rPr>
          <w:b/>
        </w:rPr>
        <w:t xml:space="preserve">[22:30] </w:t>
      </w:r>
      <w:r>
        <w:t>is ke liye Allah ki taraf se bohat hi bara wada hai</w:t>
      </w:r>
    </w:p>
    <w:p>
      <w:pPr>
        <w:jc w:val="right"/>
      </w:pPr>
      <w:r>
        <w:t>اس کے لیے اللہ کی طرف سے بہت ہی بڑا وعدہ ہے</w:t>
      </w:r>
    </w:p>
    <w:p>
      <w:r>
        <w:rPr>
          <w:b/>
        </w:rPr>
        <w:t xml:space="preserve">[22:37] </w:t>
      </w:r>
      <w:r>
        <w:t>ke Allah un ki madad par aa jayega.</w:t>
      </w:r>
    </w:p>
    <w:p>
      <w:pPr>
        <w:jc w:val="right"/>
      </w:pPr>
      <w:r>
        <w:t>کہ اللہ ان کی مدد پر آ جائے گا۔</w:t>
      </w:r>
    </w:p>
    <w:p>
      <w:r>
        <w:rPr>
          <w:b/>
        </w:rPr>
        <w:t xml:space="preserve">[22:43] </w:t>
      </w:r>
      <w:r>
        <w:t>sare farishtay us ki madad par aa jayenge.</w:t>
      </w:r>
    </w:p>
    <w:p>
      <w:pPr>
        <w:jc w:val="right"/>
      </w:pPr>
      <w:r>
        <w:t>سارے فرشتے اس کی مدد پر آ جائیں گے۔</w:t>
      </w:r>
    </w:p>
    <w:p>
      <w:r>
        <w:rPr>
          <w:b/>
        </w:rPr>
        <w:t xml:space="preserve">[22:53] </w:t>
      </w:r>
      <w:r>
        <w:t>to yeh yeh jo yaqeen hai, yeh jo conviction hai jo aap ko milta hai dua work mein yeh kisi bhi doosre kaam mein mumkin nahi.</w:t>
      </w:r>
    </w:p>
    <w:p>
      <w:pPr>
        <w:jc w:val="right"/>
      </w:pPr>
      <w:r>
        <w:t>تو یہ یہ جو یقین ہے، یہ جو کنوکشن ہے جو آپ کو ملتا ہے دعا ورک میں یہ کسی بھی دوسرے کام میں ممکن نہیں۔</w:t>
      </w:r>
    </w:p>
    <w:p>
      <w:r>
        <w:rPr>
          <w:b/>
        </w:rPr>
        <w:t xml:space="preserve">[23:07] </w:t>
      </w:r>
      <w:r>
        <w:t>to goya ke dua work shuru hota hai kahan se? jab daai</w:t>
      </w:r>
    </w:p>
    <w:p>
      <w:pPr>
        <w:jc w:val="right"/>
      </w:pPr>
      <w:r>
        <w:t>تو گویا کہ دعا ورک شروع ہوتا ہے کہاں سے؟ جب داعی</w:t>
      </w:r>
    </w:p>
    <w:p>
      <w:r>
        <w:rPr>
          <w:b/>
        </w:rPr>
        <w:t xml:space="preserve">[23:19] </w:t>
      </w:r>
      <w:r>
        <w:t>Allah taala ko discover karta hai. yani discovery of God jo hai us ka starting point hai.</w:t>
      </w:r>
    </w:p>
    <w:p>
      <w:pPr>
        <w:jc w:val="right"/>
      </w:pPr>
      <w:r>
        <w:t>اللہ تعالیٰ کو ڈسکور کرتا ہے۔ یعنی ڈسکوری آف گاڈ جو ہے اس کا سٹارٹنگ پوائنٹ ہے۔</w:t>
      </w:r>
    </w:p>
    <w:p>
      <w:r>
        <w:rPr>
          <w:b/>
        </w:rPr>
        <w:t xml:space="preserve">[23:32] </w:t>
      </w:r>
      <w:r>
        <w:t>to ek insan,</w:t>
      </w:r>
    </w:p>
    <w:p>
      <w:pPr>
        <w:jc w:val="right"/>
      </w:pPr>
      <w:r>
        <w:t>تو ایک انسان،</w:t>
      </w:r>
    </w:p>
    <w:p>
      <w:r>
        <w:rPr>
          <w:b/>
        </w:rPr>
        <w:t xml:space="preserve">[23:37] </w:t>
      </w:r>
      <w:r>
        <w:t>ek insan jab Allah taala ko discover karta hai aur us ke baad woh parhta hai Quran ko phir discover karta hai Asia plan of God ko yani Allah taala ke takhleeqi mansoobe ko</w:t>
      </w:r>
    </w:p>
    <w:p>
      <w:pPr>
        <w:jc w:val="right"/>
      </w:pPr>
      <w:r>
        <w:t>ایک انسان جب اللہ تعالیٰ کو ڈسکور کرتا ہے اور اس کے بعد وہ پڑھتا ہے قرآن کو پھر ڈسکور کرتا ہے ایشیا پلان آف گاڈ کو یعنی اللہ تعالیٰ کے تخلیقی منصوبے کو</w:t>
      </w:r>
    </w:p>
    <w:p>
      <w:r>
        <w:rPr>
          <w:b/>
        </w:rPr>
        <w:t xml:space="preserve">[23:58] </w:t>
      </w:r>
      <w:r>
        <w:t>phir woh Rasool Allah ki sunnat ko parhta hai, sahaba ke halaat ko parhta hai. tab yeh sara naqsha banta hai us ke andar.</w:t>
      </w:r>
    </w:p>
    <w:p>
      <w:pPr>
        <w:jc w:val="right"/>
      </w:pPr>
      <w:r>
        <w:t>پھر وہ رسول اللہ کی سنت کو پڑھتا ہے، صحابہ کے حالات کو پڑھتا ہے۔ تب یہ سارا نقشہ بنتا ہے اس کے اندر۔</w:t>
      </w:r>
    </w:p>
    <w:p>
      <w:r>
        <w:rPr>
          <w:b/>
        </w:rPr>
        <w:t xml:space="preserve">[24:10] </w:t>
      </w:r>
      <w:r>
        <w:t>phir woh dawat ke liye uth khada hota hai.</w:t>
      </w:r>
    </w:p>
    <w:p>
      <w:pPr>
        <w:jc w:val="right"/>
      </w:pPr>
      <w:r>
        <w:t>پھر وہ دعوت کے لیے اٹھ کھڑا ہوتا ہے۔</w:t>
      </w:r>
    </w:p>
    <w:p>
      <w:r>
        <w:rPr>
          <w:b/>
        </w:rPr>
        <w:t xml:space="preserve">[24:19] </w:t>
      </w:r>
      <w:r>
        <w:t>kal mein soch raha tha ke dai ki shakhsiyat kya hai? dai ki personality kya cheez hai? kaise mein is ko express karoon?</w:t>
      </w:r>
    </w:p>
    <w:p>
      <w:pPr>
        <w:jc w:val="right"/>
      </w:pPr>
      <w:r>
        <w:t>کل میں سوچ رہا تھا کہ داعی کی شخصیت کیا ہے؟ داعی کی پرسنیلٹی کیا چیز ہے؟ کیسے میں اس کو ایکسپریس کروں؟</w:t>
      </w:r>
    </w:p>
    <w:p>
      <w:r>
        <w:rPr>
          <w:b/>
        </w:rPr>
        <w:t xml:space="preserve">[24:32] </w:t>
      </w:r>
      <w:r>
        <w:t>to ek ajeeb baat mere zehn mein aayi ke dai ki personality jo hai woh</w:t>
      </w:r>
    </w:p>
    <w:p>
      <w:pPr>
        <w:jc w:val="right"/>
      </w:pPr>
      <w:r>
        <w:t>تو ایک عجیب بات میرے ذہن میں آئی کہ داعی کی پرسنیلٹی جو ہے وہ</w:t>
      </w:r>
    </w:p>
    <w:p>
      <w:r>
        <w:rPr>
          <w:b/>
        </w:rPr>
        <w:t xml:space="preserve">[24:39] </w:t>
      </w:r>
      <w:r>
        <w:t>mixture of opposites hoti hai, mixture of opposites, tadadad ka majmooa. bohat ajeeb baat zehn mein aayi.</w:t>
      </w:r>
    </w:p>
    <w:p>
      <w:pPr>
        <w:jc w:val="right"/>
      </w:pPr>
      <w:r>
        <w:t>مکسچر آف اپوزٹس ہوتی ہے، مکسچر آف اپوزٹس، تعدادات کا مجموعہ۔ بہت عجیب بات ذہن میں آئی۔</w:t>
      </w:r>
    </w:p>
    <w:p>
      <w:r>
        <w:rPr>
          <w:b/>
        </w:rPr>
        <w:t xml:space="preserve">[24:50] </w:t>
      </w:r>
      <w:r>
        <w:t>mixture of opposite, mixture of opposites.</w:t>
      </w:r>
    </w:p>
    <w:p>
      <w:pPr>
        <w:jc w:val="right"/>
      </w:pPr>
      <w:r>
        <w:t>مکسچر آف اپوزٹ، مکسچر آف اپوزٹس۔</w:t>
      </w:r>
    </w:p>
    <w:p>
      <w:r>
        <w:rPr>
          <w:b/>
        </w:rPr>
        <w:t xml:space="preserve">[24:57] </w:t>
      </w:r>
      <w:r>
        <w:t>The personality of a dai is a mixture of opposites. mutzad cheezon ka majmooa. woh kaise?</w:t>
      </w:r>
    </w:p>
    <w:p>
      <w:pPr>
        <w:jc w:val="right"/>
      </w:pPr>
      <w:r>
        <w:t>The personality of a dai is a mixture of opposites. متضاد چیزوں کا مجموعہ۔ وہ کیسے؟</w:t>
      </w:r>
    </w:p>
    <w:p>
      <w:r>
        <w:rPr>
          <w:b/>
        </w:rPr>
        <w:t xml:space="preserve">[25:10] </w:t>
      </w:r>
      <w:r>
        <w:t>dekhiye, dai ka matlab kya hai?</w:t>
      </w:r>
    </w:p>
    <w:p>
      <w:pPr>
        <w:jc w:val="right"/>
      </w:pPr>
      <w:r>
        <w:t>دیکھیے، داعی کا معنی کیا ہے؟</w:t>
      </w:r>
    </w:p>
    <w:p>
      <w:r>
        <w:rPr>
          <w:b/>
        </w:rPr>
        <w:t xml:space="preserve">[25:16] </w:t>
      </w:r>
      <w:r>
        <w:t>dai lazmi taur par naqid hota hai, critical hota hai.</w:t>
      </w:r>
    </w:p>
    <w:p>
      <w:pPr>
        <w:jc w:val="right"/>
      </w:pPr>
      <w:r>
        <w:t>داعی لازمی طور پر ناقد ہوتا ہے، کریٹیکل ہوتا ہے۔</w:t>
      </w:r>
    </w:p>
    <w:p>
      <w:r>
        <w:rPr>
          <w:b/>
        </w:rPr>
        <w:t xml:space="preserve">[25:23] </w:t>
      </w:r>
      <w:r>
        <w:t>jab woh dekhta hai ke atraf mein log bhule hue hain, log false hold mein phanse hue hain, log apni zindagi ko jahannum ki taraf daude chale ja rahe hain,</w:t>
      </w:r>
    </w:p>
    <w:p>
      <w:pPr>
        <w:jc w:val="right"/>
      </w:pPr>
      <w:r>
        <w:t>جب وہ دیکھتا ہے کہ اطراف میں لوگ بھولے ہوئے ہیں، لوگ فالس ہولڈ میں پھنسے ہوئے ہیں، لوگ اپنی زندگیوں کو جہنم کی طرف دوڑے چلے جا رہے ہیں،</w:t>
      </w:r>
    </w:p>
    <w:p>
      <w:r>
        <w:rPr>
          <w:b/>
        </w:rPr>
        <w:t xml:space="preserve">[25:38] </w:t>
      </w:r>
      <w:r>
        <w:t>koi deen ke naam par bedini kar raha hai, koi secularism ke naam par bedini kar raha hai,</w:t>
      </w:r>
    </w:p>
    <w:p>
      <w:pPr>
        <w:jc w:val="right"/>
      </w:pPr>
      <w:r>
        <w:t>کوئی دین کے نام پر بے دینی کر رہا ہے، کوئی سیکولرزم کے نام پر بے دینی کر رہا ہے،</w:t>
      </w:r>
    </w:p>
    <w:p>
      <w:r>
        <w:rPr>
          <w:b/>
        </w:rPr>
        <w:t xml:space="preserve">[25:43] </w:t>
      </w:r>
      <w:r>
        <w:t>sab Allah, Allah ki rah se door bhage chale ja rahe hain. to bolna padta hai is ko.</w:t>
      </w:r>
    </w:p>
    <w:p>
      <w:pPr>
        <w:jc w:val="right"/>
      </w:pPr>
      <w:r>
        <w:t>سب اللہ، اللہ کی راہ سے دور بھاگے چلے جا رہے ہیں۔ تو بولنا پڑتا ہے اس کو۔</w:t>
      </w:r>
    </w:p>
    <w:p>
      <w:r>
        <w:rPr>
          <w:b/>
        </w:rPr>
        <w:t xml:space="preserve">[25:55] </w:t>
      </w:r>
      <w:r>
        <w:t>is ko kabhi hammering ki zaban bolni padti hai, kabhi criticism karna padta hai.</w:t>
      </w:r>
    </w:p>
    <w:p>
      <w:pPr>
        <w:jc w:val="right"/>
      </w:pPr>
      <w:r>
        <w:t>اس کو کبھی ہیمرنگ کی زبان بولنی پڑتی ہے، کبھی کریٹیسزم کرنا پڑتا ہے۔</w:t>
      </w:r>
    </w:p>
    <w:p>
      <w:r>
        <w:rPr>
          <w:b/>
        </w:rPr>
        <w:t xml:space="preserve">[26:03] </w:t>
      </w:r>
      <w:r>
        <w:t>to bazahir is mein kya hai? bazahir yeh hai ke ke mein janne wala hoon, bazahir tum nahi jante, mein janta hoon.</w:t>
      </w:r>
    </w:p>
    <w:p>
      <w:pPr>
        <w:jc w:val="right"/>
      </w:pPr>
      <w:r>
        <w:t>تو بظاہر اس میں کیا ہے؟ بظاہر یہ ہے کہ کہ میں جاننے والا ہوں، بظاہر تم نہیں جانتے، میں جانتا ہوں۔</w:t>
      </w:r>
    </w:p>
    <w:p>
      <w:r>
        <w:rPr>
          <w:b/>
        </w:rPr>
        <w:t xml:space="preserve">[26:16] </w:t>
      </w:r>
      <w:r>
        <w:t>doosre ko goya inferior samajhna, apne ko superior samajhna, yeh zehn banta hai. lekin ek ajeeb o ghareeb kaam karna padta hai dai ko.</w:t>
      </w:r>
    </w:p>
    <w:p>
      <w:pPr>
        <w:jc w:val="right"/>
      </w:pPr>
      <w:r>
        <w:t>دوسرے کو گویا انفیریئر سمجھنا، اپنے کو سپیریئر سمجھنا، یہ ذہن بنتا ہے۔ لیکن ایک عجیب و غریب کام کرنا پڑتا ہے داعی کو۔</w:t>
      </w:r>
    </w:p>
    <w:p>
      <w:r>
        <w:rPr>
          <w:b/>
        </w:rPr>
        <w:t xml:space="preserve">[26:33] </w:t>
      </w:r>
      <w:r>
        <w:t>yani doosre ko criticize karte hue apne kuch na samajhna.</w:t>
      </w:r>
    </w:p>
    <w:p>
      <w:pPr>
        <w:jc w:val="right"/>
      </w:pPr>
      <w:r>
        <w:t>یعنی دوسرے کو کریٹیسائز کرتے ہوئے اپنے کچھ نہ سمجھنا۔</w:t>
      </w:r>
    </w:p>
    <w:p>
      <w:r>
        <w:rPr>
          <w:b/>
        </w:rPr>
        <w:t xml:space="preserve">[26:42] </w:t>
      </w:r>
      <w:r>
        <w:t>kehta hai, sakht kaam hai yeh.</w:t>
      </w:r>
    </w:p>
    <w:p>
      <w:pPr>
        <w:jc w:val="right"/>
      </w:pPr>
      <w:r>
        <w:t>کہتا ہے، سخت کام ہے یہ۔</w:t>
      </w:r>
    </w:p>
    <w:p>
      <w:r>
        <w:rPr>
          <w:b/>
        </w:rPr>
        <w:t xml:space="preserve">[26:47] </w:t>
      </w:r>
      <w:r>
        <w:t>aap kehte hain ke aye insan! yeh jo rasta tune ikhtiyar kiya hai, yeh to jahannum ki taraf jane wala hai.</w:t>
      </w:r>
    </w:p>
    <w:p>
      <w:pPr>
        <w:jc w:val="right"/>
      </w:pPr>
      <w:r>
        <w:t>آپ کہتے ہیں کہ اے انسان! یہ جو راستہ تو نے اختیار کیا ہے، یہ تو جہنم کی طرف جانے والا ہے۔</w:t>
      </w:r>
    </w:p>
    <w:p>
      <w:r>
        <w:rPr>
          <w:b/>
        </w:rPr>
        <w:t xml:space="preserve">[26:56] </w:t>
      </w:r>
      <w:r>
        <w:t>is ke bawajood apni jannat ko mujtaba samajhna.</w:t>
      </w:r>
    </w:p>
    <w:p>
      <w:pPr>
        <w:jc w:val="right"/>
      </w:pPr>
      <w:r>
        <w:t>اس کے باوجود اپنی جنت کو مجتبیٰ سمجھنا۔</w:t>
      </w:r>
    </w:p>
    <w:p>
      <w:r>
        <w:rPr>
          <w:b/>
        </w:rPr>
        <w:t xml:space="preserve">[27:03] </w:t>
      </w:r>
      <w:r>
        <w:t>kaisi ajeeb, kaisi ajeeb cheez hai.</w:t>
      </w:r>
    </w:p>
    <w:p>
      <w:pPr>
        <w:jc w:val="right"/>
      </w:pPr>
      <w:r>
        <w:t>کیسی عجیب، کیسی عجیب چیز ہے۔</w:t>
      </w:r>
    </w:p>
    <w:p>
      <w:r>
        <w:rPr>
          <w:b/>
        </w:rPr>
        <w:t xml:space="preserve">[27:06] </w:t>
      </w:r>
      <w:r>
        <w:t>yani ek taraf yeh khabar dena ke aye insan! tu jahannum ki taraf ja raha hai, aye insan! jannat ka rasta to yeh hai. aur doosri taraf apni apni jannat ko mujtaba samajhna.</w:t>
      </w:r>
    </w:p>
    <w:p>
      <w:pPr>
        <w:jc w:val="right"/>
      </w:pPr>
      <w:r>
        <w:t>یعنی ایک طرف یہ خبر دینا کہ اے انسان! تو جہنم کی طرف جا رہا ہے، اے انسان! جنت کا راستہ تو یہ ہے۔ اور دوسری طرف اپنی اپنی جنت کو مجتبیٰ سمجھنا۔</w:t>
      </w:r>
    </w:p>
    <w:p>
      <w:r>
        <w:rPr>
          <w:b/>
        </w:rPr>
        <w:t xml:space="preserve">[27:22] </w:t>
      </w:r>
      <w:r>
        <w:t>yeh mein ne kaise samjha is cheez ko? dekhiye, aap Quran mein Rasool Allah salallahu alaihi wasallam ke bare mein hai, Surah Al-Fateh mein.</w:t>
      </w:r>
    </w:p>
    <w:p>
      <w:pPr>
        <w:jc w:val="right"/>
      </w:pPr>
      <w:r>
        <w:t>یہ میں نے کیسے سمجھا اس چیز کو؟ دیکھیے، آپ قرآن میں رسول اللہ صلی اللہ علیہ وسلم کے بارے میں ہے، سورہ الفتح میں۔</w:t>
      </w:r>
    </w:p>
    <w:p>
      <w:r>
        <w:rPr>
          <w:b/>
        </w:rPr>
        <w:t xml:space="preserve">[27:35] </w:t>
      </w:r>
      <w:r>
        <w:t>yani Rasool Allah ko Allah taala ne saaf saaf keh diya ke tere pichle gunah maaf, aage bhi gunah maaf.</w:t>
      </w:r>
    </w:p>
    <w:p>
      <w:pPr>
        <w:jc w:val="right"/>
      </w:pPr>
      <w:r>
        <w:t>یعنی رسول اللہ کو اللہ تعالیٰ نے صاف صاف کہہ دیا کہ تیرے پچھلے گناہ معاف، آگے بھی گناہ معاف۔</w:t>
      </w:r>
    </w:p>
    <w:p>
      <w:r>
        <w:rPr>
          <w:b/>
        </w:rPr>
        <w:t xml:space="preserve">[27:46] </w:t>
      </w:r>
      <w:r>
        <w:t>Surah Al-Fateh mein.</w:t>
      </w:r>
    </w:p>
    <w:p>
      <w:pPr>
        <w:jc w:val="right"/>
      </w:pPr>
      <w:r>
        <w:t>سورہ الفتح میں۔</w:t>
      </w:r>
    </w:p>
    <w:p>
      <w:r>
        <w:rPr>
          <w:b/>
        </w:rPr>
        <w:t xml:space="preserve">[27:50] </w:t>
      </w:r>
      <w:r>
        <w:t>kaisi ajeeb baat hai.</w:t>
      </w:r>
    </w:p>
    <w:p>
      <w:pPr>
        <w:jc w:val="right"/>
      </w:pPr>
      <w:r>
        <w:t>کیسی عجیب بات ہے۔</w:t>
      </w:r>
    </w:p>
    <w:p>
      <w:r>
        <w:rPr>
          <w:b/>
        </w:rPr>
        <w:t xml:space="preserve">[27:54] </w:t>
      </w:r>
      <w:r>
        <w:t>yani Allah taala ne khud Surah Al-Fateh mein ailan kar diya ke aye paygambar! tere peeche wale gunah bhi maaf, aage wale bhi gunah maaf.</w:t>
      </w:r>
    </w:p>
    <w:p>
      <w:pPr>
        <w:jc w:val="right"/>
      </w:pPr>
      <w:r>
        <w:t>یعنی اللہ تعالیٰ نے خود سورہ الفتح میں اعلان کر دیا کہ اے پیغمبر! تیرے پیچھے والے گناہ بھی معاف، آگے والے بھی گناہ معاف۔</w:t>
      </w:r>
    </w:p>
    <w:p>
      <w:r>
        <w:rPr>
          <w:b/>
        </w:rPr>
        <w:t xml:space="preserve">[28:05] </w:t>
      </w:r>
      <w:r>
        <w:t>is ke bawajood jante hain kya haal hua aap ka? hadith mein aata hai ke wallah la adri, wallah la adri, wallah la adri, wa ana rasool Allah,</w:t>
      </w:r>
    </w:p>
    <w:p>
      <w:pPr>
        <w:jc w:val="right"/>
      </w:pPr>
      <w:r>
        <w:t>اس کے باوجود جانتے ہیں کیا حال ہوا آپ کا؟ حدیث میں آتا ہے کہ واللہ لا أدري، واللہ لا أدري، واللہ لا أدري، وانا رسول اللہ،</w:t>
      </w:r>
    </w:p>
    <w:p>
      <w:r>
        <w:rPr>
          <w:b/>
        </w:rPr>
        <w:t xml:space="preserve">[28:19] </w:t>
      </w:r>
      <w:r>
        <w:t>ma yafaloon bi wa la bikum .</w:t>
      </w:r>
    </w:p>
    <w:p>
      <w:pPr>
        <w:jc w:val="right"/>
      </w:pPr>
      <w:r>
        <w:t>ما یفعلون بی ولا بکم ۔</w:t>
      </w:r>
    </w:p>
    <w:p>
      <w:r>
        <w:rPr>
          <w:b/>
        </w:rPr>
        <w:t xml:space="preserve">[28:26] </w:t>
      </w:r>
      <w:r>
        <w:t>khuda ki qasam, main nahin janta. khuda ki qasam, main nahin janta. khuda ki qasam, main nahin janta. agarchay main Allah ka rasool hoon.</w:t>
      </w:r>
    </w:p>
    <w:p>
      <w:pPr>
        <w:jc w:val="right"/>
      </w:pPr>
      <w:r>
        <w:t>خدا کی قسم، میں نہیں جانتا۔ خدا کی قسم، میں نہیں جانتا۔ خدا کی قسم، میں نہیں جانتا۔ اگرچہ میں اللہ کا رسول ہوں۔</w:t>
      </w:r>
    </w:p>
    <w:p>
      <w:r>
        <w:rPr>
          <w:b/>
        </w:rPr>
        <w:t xml:space="preserve">[28:40] </w:t>
      </w:r>
      <w:r>
        <w:t>kya kiya jayega mere sath? kya kiya jayega tumhare sath? sahaba se kaha aap ne. aap ghore kijiye ke woh insan jis ke liye khud khuda ne apni kitab mein keh diya ho ke aye bakhsh, aye peghambar!</w:t>
      </w:r>
    </w:p>
    <w:p>
      <w:pPr>
        <w:jc w:val="right"/>
      </w:pPr>
      <w:r>
        <w:t>کیا کیا جائے گا میرے ساتھ؟ کیا کیا جائے گا تمہارے ساتھ؟ صحابہ سے کہا آپ نے۔ آپ غور کیجیے کہ وہ انسان جس کے لیے خود خدا نے اپنی کتاب میں کہہ دیا ہو کہ اے بخش، اے پیغمبر!</w:t>
      </w:r>
    </w:p>
    <w:p>
      <w:r>
        <w:rPr>
          <w:b/>
        </w:rPr>
        <w:t xml:space="preserve">[28:52] </w:t>
      </w:r>
      <w:r>
        <w:t>tujh ko hum ne bakhsh diya. woh keh raha hai apne baray mein ke main kuch nahin janta.</w:t>
      </w:r>
    </w:p>
    <w:p>
      <w:pPr>
        <w:jc w:val="right"/>
      </w:pPr>
      <w:r>
        <w:t>تجھ کو ہم نے بخش دیا۔ وہ کہہ رہا ہے اپنے بارے میں کہ میں کچھ نہیں جانتا۔</w:t>
      </w:r>
    </w:p>
    <w:p>
      <w:r>
        <w:rPr>
          <w:b/>
        </w:rPr>
        <w:t xml:space="preserve">[28:58] </w:t>
      </w:r>
      <w:r>
        <w:t>aye isi ko main kehta hoon, mixture of opposites. kaisa ek momin nibhata hai is cheez ko?</w:t>
      </w:r>
    </w:p>
    <w:p>
      <w:pPr>
        <w:jc w:val="right"/>
      </w:pPr>
      <w:r>
        <w:t>اے اسی کو میں کہتا ہوں، مکسچر آف اپوزٹس۔ کیسا ایک مومن نبھاتا ہے اس چیز کو؟</w:t>
      </w:r>
    </w:p>
    <w:p>
      <w:r>
        <w:rPr>
          <w:b/>
        </w:rPr>
        <w:t xml:space="preserve">[29:12] </w:t>
      </w:r>
      <w:r>
        <w:t>to jab tak dekhiye, yeh baat na ho, daai apna kaam nahin kar sakta. kyunke aap jab criticize karenge to criticism jo hai, kya hai?</w:t>
      </w:r>
    </w:p>
    <w:p>
      <w:pPr>
        <w:jc w:val="right"/>
      </w:pPr>
      <w:r>
        <w:t>تو جب تک دیکھیے، یہ بات نہ ہو، داعی اپنا کام نہیں کر سکتا۔ کیونکہ آپ جب کریٹیسائز کریں گے تو کریٹیسزم جو ہے، کیا ہے؟</w:t>
      </w:r>
    </w:p>
    <w:p>
      <w:r>
        <w:rPr>
          <w:b/>
        </w:rPr>
        <w:t xml:space="preserve">[29:24] </w:t>
      </w:r>
      <w:r>
        <w:t>leads to superiority complex. doosre ko aap jab criticize karte hain to aap apne andar ab superiority</w:t>
      </w:r>
    </w:p>
    <w:p>
      <w:pPr>
        <w:jc w:val="right"/>
      </w:pPr>
      <w:r>
        <w:t>لیڈز ٹو سپیریرٹی کمپلیکس۔ دوسرے کو آپ جب کریٹیسائز کرتے ہیں تو آپ اپنے اندر اب سپریرٹی</w:t>
      </w:r>
    </w:p>
    <w:p>
      <w:r>
        <w:rPr>
          <w:b/>
        </w:rPr>
        <w:t xml:space="preserve">[29:32] </w:t>
      </w:r>
      <w:r>
        <w:t>ehsas bartari paida karte hain. jis ko bhi dekhiye, criticize karne wala woh superiority complex jeeta hoga.</w:t>
      </w:r>
    </w:p>
    <w:p>
      <w:pPr>
        <w:jc w:val="right"/>
      </w:pPr>
      <w:r>
        <w:t>احساس برتری پیدا کرتے ہیں۔ جس کو بھی دیکھیے، کریٹیسائز کرنے والا وہ سپریرٹی کمپلیکس جیتا ہوگا۔</w:t>
      </w:r>
    </w:p>
    <w:p>
      <w:r>
        <w:rPr>
          <w:b/>
        </w:rPr>
        <w:t xml:space="preserve">[29:43] </w:t>
      </w:r>
      <w:r>
        <w:t>jis ko bhi dekhiye, aap doosre par criticize karte hue</w:t>
      </w:r>
    </w:p>
    <w:p>
      <w:pPr>
        <w:jc w:val="right"/>
      </w:pPr>
      <w:r>
        <w:t>جس کو بھی دیکھیے، آپ دوسرے پر کریٹیسائز کرتے ہوئے</w:t>
      </w:r>
    </w:p>
    <w:p>
      <w:r>
        <w:rPr>
          <w:b/>
        </w:rPr>
        <w:t xml:space="preserve">[29:50] </w:t>
      </w:r>
      <w:r>
        <w:t>apne andar aata hai jazba ke main superior hoon, main zyada janta hoon. jaise shaitan ne kaha tha ke ana khairun min .</w:t>
      </w:r>
    </w:p>
    <w:p>
      <w:pPr>
        <w:jc w:val="right"/>
      </w:pPr>
      <w:r>
        <w:t>اپنے اندر آتا ہے جذبہ کہ میں سپیریر ہوں، میں زیادہ جانتا ہوں۔ جیسے شیطان نے کہا تھا کہ أنا خارق من ۔</w:t>
      </w:r>
    </w:p>
    <w:p>
      <w:r>
        <w:rPr>
          <w:b/>
        </w:rPr>
        <w:t xml:space="preserve">[30:01] </w:t>
      </w:r>
      <w:r>
        <w:t>yani shaitan ne naoozubillah Allah ke scheme par criticize kiya, naoozubillah.</w:t>
      </w:r>
    </w:p>
    <w:p>
      <w:pPr>
        <w:jc w:val="right"/>
      </w:pPr>
      <w:r>
        <w:t>یعنی شیطان نے نعوذ باللہ اللہ کے اسکیم پر کریٹیسائز کیا، نعوذ باللہ۔</w:t>
      </w:r>
    </w:p>
    <w:p>
      <w:r>
        <w:rPr>
          <w:b/>
        </w:rPr>
        <w:t xml:space="preserve">[30:09] </w:t>
      </w:r>
      <w:r>
        <w:t>jab Allah taala ne Adam ko banaya, us ko khaleefa banaya aur us ke agay jhukne ka hukum diya to shaitan ne us par criticize kiya.</w:t>
      </w:r>
    </w:p>
    <w:p>
      <w:pPr>
        <w:jc w:val="right"/>
      </w:pPr>
      <w:r>
        <w:t>جب اللہ تعالیٰ نے آدم کو بنایا، اس کو خلیفہ بنایا اور اس کے آگے جھکنے کا حکم دیا تو شیطان نے اس پر کریٹیسائز کیا۔</w:t>
      </w:r>
    </w:p>
    <w:p>
      <w:r>
        <w:rPr>
          <w:b/>
        </w:rPr>
        <w:t xml:space="preserve">[30:19] </w:t>
      </w:r>
      <w:r>
        <w:t>lekin kya hua? apne andar kya hua? apne andar ana khairun min . aaya</w:t>
      </w:r>
    </w:p>
    <w:p>
      <w:pPr>
        <w:jc w:val="right"/>
      </w:pPr>
      <w:r>
        <w:t>لیکن کیا ہوا؟ اپنے اندر کیا ہوا؟ اپنے اندر أنا خارق من ۔ آیا</w:t>
      </w:r>
    </w:p>
    <w:p>
      <w:r>
        <w:rPr>
          <w:b/>
        </w:rPr>
        <w:t xml:space="preserve">[30:26] </w:t>
      </w:r>
      <w:r>
        <w:t>superiority complex.</w:t>
      </w:r>
    </w:p>
    <w:p>
      <w:pPr>
        <w:jc w:val="right"/>
      </w:pPr>
      <w:r>
        <w:t>سپیریرٹی کمپلیکس۔</w:t>
      </w:r>
    </w:p>
    <w:p>
      <w:r>
        <w:rPr>
          <w:b/>
        </w:rPr>
        <w:t xml:space="preserve">[30:30] </w:t>
      </w:r>
      <w:r>
        <w:t>us ko sochiye aap ke shaitan ne, yani iblis ne, Allah taala ne, aap jante hain ke Allah taala ne peghambar paida kiya, Adam ko koi khaleefa banaya.</w:t>
      </w:r>
    </w:p>
    <w:p>
      <w:pPr>
        <w:jc w:val="right"/>
      </w:pPr>
      <w:r>
        <w:t>اس کو سوچیے آپ کہ شیطان نے، یعنی ابلیس نے، اللہ تعالیٰ نے، آپ جانتے ہیں کہ اللہ تعالیٰ نے پیغمبر پیدا کیا، آدم کو کوئی خلیفہ بنایا۔</w:t>
      </w:r>
    </w:p>
    <w:p>
      <w:r>
        <w:rPr>
          <w:b/>
        </w:rPr>
        <w:t xml:space="preserve">[30:44] </w:t>
      </w:r>
      <w:r>
        <w:t>aur jin se malaika se kaha ke us ke agay jhuk jao.</w:t>
      </w:r>
    </w:p>
    <w:p>
      <w:pPr>
        <w:jc w:val="right"/>
      </w:pPr>
      <w:r>
        <w:t>اور جن سے ملائکہ سے کہا کہ اس کے آگے جھک جاؤ۔</w:t>
      </w:r>
    </w:p>
    <w:p>
      <w:r>
        <w:rPr>
          <w:b/>
        </w:rPr>
        <w:t xml:space="preserve">[30:50] </w:t>
      </w:r>
      <w:r>
        <w:t>to shaitan ne us pe aitraz kiya. naoozubillah, us ne Allah par criticize, criticize kiya. to us ka nateeja kya hua?</w:t>
      </w:r>
    </w:p>
    <w:p>
      <w:pPr>
        <w:jc w:val="right"/>
      </w:pPr>
      <w:r>
        <w:t>تو شیطان نے اس پہ اعتراض کیا۔ نعوذ باللہ، اس نے اللہ پر کریٹیسائز، کریٹیسائز کیا۔ تو اس کا نتیجہ کیا ہوا؟</w:t>
      </w:r>
    </w:p>
    <w:p>
      <w:r>
        <w:rPr>
          <w:b/>
        </w:rPr>
        <w:t xml:space="preserve">[31:01] </w:t>
      </w:r>
      <w:r>
        <w:t>us ke apne andar aa gaya superiority complex, Adam ke muqable mein ana khairun min .</w:t>
      </w:r>
    </w:p>
    <w:p>
      <w:pPr>
        <w:jc w:val="right"/>
      </w:pPr>
      <w:r>
        <w:t>اس کے اپنے اندر آ گیا سپیریرٹی کمپلیکس، آدم کے مقابلے میں أنا خارق من ۔</w:t>
      </w:r>
    </w:p>
    <w:p>
      <w:r>
        <w:rPr>
          <w:b/>
        </w:rPr>
        <w:t xml:space="preserve">[31:10] </w:t>
      </w:r>
      <w:r>
        <w:t>kitna mushkil kaam hai criticize karna. kyunke foran aata hai apne andar jazba barhai ka.</w:t>
      </w:r>
    </w:p>
    <w:p>
      <w:pPr>
        <w:jc w:val="right"/>
      </w:pPr>
      <w:r>
        <w:t>کتنا مشکل کام ہے کریٹیسائز کرنا۔ کیونکہ فی الفور آتا ہے اپنے اندر جذبہ بڑائی کا۔</w:t>
      </w:r>
    </w:p>
    <w:p>
      <w:r>
        <w:rPr>
          <w:b/>
        </w:rPr>
        <w:t xml:space="preserve">[31:19] </w:t>
      </w:r>
      <w:r>
        <w:t>lekin daai woh insan hai jo in do tazaad ko apne andar jama kar sake ke sakht tanqeed ke bawajood apne kuch na samjhe.</w:t>
      </w:r>
    </w:p>
    <w:p>
      <w:pPr>
        <w:jc w:val="right"/>
      </w:pPr>
      <w:r>
        <w:t>لیکن داعی وہ انسان ہے جو ان دو تضادات کو اپنے اندر جمع کر سکے کہ سخت تنقید کے باوجود اپنے کچھ نہ سمجھے۔</w:t>
      </w:r>
    </w:p>
    <w:p>
      <w:r>
        <w:rPr>
          <w:b/>
        </w:rPr>
        <w:t xml:space="preserve">[31:32] </w:t>
      </w:r>
      <w:r>
        <w:t>sakht tanqeed, hammering ki zaban se istemal kare, sakht criticize kare, sakht, sakht tareen zaban mein.</w:t>
      </w:r>
    </w:p>
    <w:p>
      <w:pPr>
        <w:jc w:val="right"/>
      </w:pPr>
      <w:r>
        <w:t>سخت تنقید، ہیمرنگ کی زبان سے استعمال کرے، سخت کریٹیسائز کرے، سخت، سخت ترین زبان میں۔</w:t>
      </w:r>
    </w:p>
    <w:p>
      <w:r>
        <w:rPr>
          <w:b/>
        </w:rPr>
        <w:t xml:space="preserve">[31:43] </w:t>
      </w:r>
      <w:r>
        <w:t>lekin apne ko ain usi waqt kuch na samjhe</w:t>
      </w:r>
    </w:p>
    <w:p>
      <w:pPr>
        <w:jc w:val="right"/>
      </w:pPr>
      <w:r>
        <w:t>لیکن اپنے کو عین اسی وقت کچھ نہ سمجھے</w:t>
      </w:r>
    </w:p>
    <w:p>
      <w:r>
        <w:rPr>
          <w:b/>
        </w:rPr>
        <w:t xml:space="preserve">[31:49] </w:t>
      </w:r>
      <w:r>
        <w:t>ke main nothing hoon. yeh hai living in opposites. yeh daai ko banna padta hai. warna kya hoga?</w:t>
      </w:r>
    </w:p>
    <w:p>
      <w:pPr>
        <w:jc w:val="right"/>
      </w:pPr>
      <w:r>
        <w:t>کہ میں نتھنگ ہوں۔ یہ ہے لیونگ ان اپوزٹس۔ یہ داعی کو بننا پڑتا ہے۔ ورنہ کیا ہوگا؟</w:t>
      </w:r>
    </w:p>
    <w:p>
      <w:r>
        <w:rPr>
          <w:b/>
        </w:rPr>
        <w:t xml:space="preserve">[32:01] </w:t>
      </w:r>
      <w:r>
        <w:t>ke woh shaitan ban jayega. yani criticize karega</w:t>
      </w:r>
    </w:p>
    <w:p>
      <w:pPr>
        <w:jc w:val="right"/>
      </w:pPr>
      <w:r>
        <w:t>کہ وہ شیطان بن جائے گا۔ یعنی کریٹیسائز کرے گا</w:t>
      </w:r>
    </w:p>
    <w:p>
      <w:r>
        <w:rPr>
          <w:b/>
        </w:rPr>
        <w:t xml:space="preserve">[32:07] </w:t>
      </w:r>
      <w:r>
        <w:t>is qeemat par ke khud shaitan ban chuka hoga. to dawat kahan hogi? yeh bari, bohat bhari qeemat deni parti hai daai ko.</w:t>
      </w:r>
    </w:p>
    <w:p>
      <w:pPr>
        <w:jc w:val="right"/>
      </w:pPr>
      <w:r>
        <w:t>اس قیمت پر کہ خود شیطان بن چکا ہوگا۔ تو دعوت کہاں ہوگی؟ یہ بڑی، بہت بھاری قیمت دینی پڑتی ہے داعی کو۔</w:t>
      </w:r>
    </w:p>
    <w:p>
      <w:r>
        <w:rPr>
          <w:b/>
        </w:rPr>
        <w:t xml:space="preserve">[32:22] </w:t>
      </w:r>
      <w:r>
        <w:t>to dawat Allah ka kaam apne aap mein criticism ka kaam hai. aap kaise dawat Allah karenge agar log criticize na karein?</w:t>
      </w:r>
    </w:p>
    <w:p>
      <w:pPr>
        <w:jc w:val="right"/>
      </w:pPr>
      <w:r>
        <w:t>تو دعوت اللہ کا کام اپنے آپ میں کریٹیسزم کا کام ہے۔ آپ کیسے دعوت اللہ کریں گے اگر لوگ کریٹیسائز نہ کریں؟</w:t>
      </w:r>
    </w:p>
    <w:p>
      <w:r>
        <w:rPr>
          <w:b/>
        </w:rPr>
        <w:t xml:space="preserve">[32:33] </w:t>
      </w:r>
      <w:r>
        <w:t>aap jab log bhule hue hain, log jahannum ki taraf bhaag rahe hain,</w:t>
      </w:r>
    </w:p>
    <w:p>
      <w:pPr>
        <w:jc w:val="right"/>
      </w:pPr>
      <w:r>
        <w:t>آپ جب لوگ بھولے ہوئے ہیں، لوگ جہنم کی طرف بھاگ رہے ہیں،</w:t>
      </w:r>
    </w:p>
    <w:p>
      <w:r>
        <w:rPr>
          <w:b/>
        </w:rPr>
        <w:t xml:space="preserve">[32:40] </w:t>
      </w:r>
      <w:r>
        <w:t>ghalat kaam ko sahi bata rahe hain, apne bure kaamon ki justuju kar rahe hain, quran o hadees ko ghalat istemal kar rahe hain,</w:t>
      </w:r>
    </w:p>
    <w:p>
      <w:pPr>
        <w:jc w:val="right"/>
      </w:pPr>
      <w:r>
        <w:t>غلط کام کو صحیح بتا رہے ہیں، اپنے برے کاموں کی جستجو کر رہے ہیں، قرآن و حدیث کو غلط استعمال کر رہے ہیں،</w:t>
      </w:r>
    </w:p>
    <w:p>
      <w:r>
        <w:rPr>
          <w:b/>
        </w:rPr>
        <w:t xml:space="preserve">[32:51] </w:t>
      </w:r>
      <w:r>
        <w:t>aise, yeh sab, yeh sab cheezein ho rahi hain, dhoom se ho rahi hain, stage par ho rahi hain.</w:t>
      </w:r>
    </w:p>
    <w:p>
      <w:pPr>
        <w:jc w:val="right"/>
      </w:pPr>
      <w:r>
        <w:t>ایسے، یہ سب، یہ سب چیزیں ہو رہی ہیں، دھوم سے ہو رہی ہیں، اسٹیج پر ہو رہی ہیں۔</w:t>
      </w:r>
    </w:p>
    <w:p>
      <w:r>
        <w:rPr>
          <w:b/>
        </w:rPr>
        <w:t xml:space="preserve">[33:01] </w:t>
      </w:r>
      <w:r>
        <w:t>to kaise aisa ho sakta hai ke aap dawat Allah ka kaam bhi karein aur criticize na karein? yeh to karna hi padega.</w:t>
      </w:r>
    </w:p>
    <w:p>
      <w:pPr>
        <w:jc w:val="right"/>
      </w:pPr>
      <w:r>
        <w:t>تو کیسے ایسا ہو سکتا ہے کہ آپ دعوت اللہ کا کام بھی کریں اور کریٹیسائز نہ کریں؟ یہ تو کرنا ہی پڑے گا۔</w:t>
      </w:r>
    </w:p>
    <w:p>
      <w:r>
        <w:rPr>
          <w:b/>
        </w:rPr>
        <w:t xml:space="preserve">[33:12] </w:t>
      </w:r>
      <w:r>
        <w:t>lekin yeh baz sakht qism ka daai ko imtehan dena padta hai ke woh phir bhi shaitan na bane.</w:t>
      </w:r>
    </w:p>
    <w:p>
      <w:pPr>
        <w:jc w:val="right"/>
      </w:pPr>
      <w:r>
        <w:t>لیکن یہ بعض سخت قسم کا داعی کو امتحان دینا پڑتا ہے کہ وہ پھر بھی شیطان نہ بنے۔</w:t>
      </w:r>
    </w:p>
    <w:p>
      <w:r>
        <w:rPr>
          <w:b/>
        </w:rPr>
        <w:t xml:space="preserve">[33:23] </w:t>
      </w:r>
      <w:r>
        <w:t>yeh doosre par tanqeed karte hue apne ko kuch na samjhe, apne ko khair khair samjhe.</w:t>
      </w:r>
    </w:p>
    <w:p>
      <w:pPr>
        <w:jc w:val="right"/>
      </w:pPr>
      <w:r>
        <w:t>یہ دوسرے پر تنقید کرتے ہوئے اپنے کو کچھ نہ سمجھے، اپنے کو خیر خیر سمجھے۔</w:t>
      </w:r>
    </w:p>
    <w:p>
      <w:r>
        <w:rPr>
          <w:b/>
        </w:rPr>
        <w:t xml:space="preserve">[33:34] </w:t>
      </w:r>
      <w:r>
        <w:t>yahan main aap ke yaad dilaoon, aap quran ko padhiye to do character hain, bohat ajeeb character do, yani malaika ka aur jinn ka, jis ko iblis ka sardar tha.</w:t>
      </w:r>
    </w:p>
    <w:p>
      <w:pPr>
        <w:jc w:val="right"/>
      </w:pPr>
      <w:r>
        <w:t>یہاں میں آپ کے یاد دلاؤں، آپ قرآن کو پڑھیے تو دو کریکٹر ہیں، بہت عجیب کریکٹر دو، یعنی ملائکہ کا اور جن کا، جس کو ابلیس کا سردار تھا۔</w:t>
      </w:r>
    </w:p>
    <w:p>
      <w:r>
        <w:rPr>
          <w:b/>
        </w:rPr>
        <w:t xml:space="preserve">[33:50] </w:t>
      </w:r>
      <w:r>
        <w:t>dekhiye, malaika ne bhi Allah ki takhleeq par ek shakk ka izhaar kiya tha ataj al fiha man yashhadu fiha wa yusfiq al dimaa.</w:t>
      </w:r>
    </w:p>
    <w:p>
      <w:pPr>
        <w:jc w:val="right"/>
      </w:pPr>
      <w:r>
        <w:t>دیکھیے، ملائکہ نے بھی اللہ کی تخلیق پر ایک شک کا اظہار کیا تھا أتجعل فيها من یشهد فیها ویسفق الدماء ۔</w:t>
      </w:r>
    </w:p>
    <w:p>
      <w:r>
        <w:rPr>
          <w:b/>
        </w:rPr>
        <w:t xml:space="preserve">[34:03] </w:t>
      </w:r>
      <w:r>
        <w:t>yani Allah ne jo insaan ko banaya aur khaleefa,</w:t>
      </w:r>
    </w:p>
    <w:p>
      <w:pPr>
        <w:jc w:val="right"/>
      </w:pPr>
      <w:r>
        <w:t>یعنی اللہ نے جو انسان کو بنایا اور خلیفہ،</w:t>
      </w:r>
    </w:p>
    <w:p>
      <w:r>
        <w:rPr>
          <w:b/>
        </w:rPr>
        <w:t xml:space="preserve">[34:08] </w:t>
      </w:r>
      <w:r>
        <w:t>Allah ko insaan ko paida kiya aur khaleefa banaya to malaika ko bhi shakk guzra tha.</w:t>
      </w:r>
    </w:p>
    <w:p>
      <w:pPr>
        <w:jc w:val="right"/>
      </w:pPr>
      <w:r>
        <w:t>اللہ کو انسان کو پیدا کیا اور خلیفہ بنایا تو ملائکہ کو بھی شک گزرا تھا۔</w:t>
      </w:r>
    </w:p>
    <w:p>
      <w:r>
        <w:rPr>
          <w:b/>
        </w:rPr>
        <w:t xml:space="preserve">[34:16] </w:t>
      </w:r>
      <w:r>
        <w:t>unhone kaha tha ke kya tu aise, aise insaan ko khaleefa bana raha hai jo fasad machaye, jo khoon bahaye?</w:t>
      </w:r>
    </w:p>
    <w:p>
      <w:pPr>
        <w:jc w:val="right"/>
      </w:pPr>
      <w:r>
        <w:t>انہوں نے کہا تھا کہ کیا تو ایسے، ایسے انسان کو خلیفہ بنا رہا ہے جو فساد مچائے، جو خون بہائے؟</w:t>
      </w:r>
    </w:p>
    <w:p>
      <w:r>
        <w:rPr>
          <w:b/>
        </w:rPr>
        <w:t xml:space="preserve">[34:34] </w:t>
      </w:r>
      <w:r>
        <w:t>to aap ghor kijiye, yani malaika ne bhi Allah ki takhleeq par shakk ka izhaar kiya. agar is ke liye hum negative lafz istemal karein, negative to hum kahein ke criticize kiya.</w:t>
      </w:r>
    </w:p>
    <w:p>
      <w:pPr>
        <w:jc w:val="right"/>
      </w:pPr>
      <w:r>
        <w:t>تو آپ غور کیجیے، یعنی ملائکہ نے بھی اللہ کی تخلیق پر شک کا اظہار کیا۔ اگر اس کے لیے ہم نیگیٹیو لفظ استعمال کریں، نیگیٹیو تو ہم کہیں کہ کریٹیسائز کیا۔</w:t>
      </w:r>
    </w:p>
    <w:p>
      <w:r>
        <w:rPr>
          <w:b/>
        </w:rPr>
        <w:t xml:space="preserve">[34:47] </w:t>
      </w:r>
      <w:r>
        <w:t>lekin is ke bawajood malaika ki modesty khatam nahi hui.</w:t>
      </w:r>
    </w:p>
    <w:p>
      <w:pPr>
        <w:jc w:val="right"/>
      </w:pPr>
      <w:r>
        <w:t>لیکن اس کے باوجود ملائکہ کی ماڈیسٹی ختم نہیں ہوئی۔</w:t>
      </w:r>
    </w:p>
    <w:p>
      <w:r>
        <w:rPr>
          <w:b/>
        </w:rPr>
        <w:t xml:space="preserve">[34:58] </w:t>
      </w:r>
      <w:r>
        <w:t>jaise hi Allah ne is ko explain kiya, foran keh diya unhone ke subhanaka la ilma lana illa ma allamt.</w:t>
      </w:r>
    </w:p>
    <w:p>
      <w:pPr>
        <w:jc w:val="right"/>
      </w:pPr>
      <w:r>
        <w:t>جیسے ہی اللہ نے اس کو ایکسپلین کیا، فوراً کہہ دیا انہوں نے کہ سبحانک لا علم لنا الا ما علمت ۔</w:t>
      </w:r>
    </w:p>
    <w:p>
      <w:r>
        <w:rPr>
          <w:b/>
        </w:rPr>
        <w:t xml:space="preserve">[35:08] </w:t>
      </w:r>
      <w:r>
        <w:t>khuda ya to hi sab kuch janta hai, hum to, hum ko to itni khabar hai jitna ke tu ne bata diya. to agarchay unhone bazahir criticize kiya, lekin</w:t>
      </w:r>
    </w:p>
    <w:p>
      <w:pPr>
        <w:jc w:val="right"/>
      </w:pPr>
      <w:r>
        <w:t>خدائے تو ہی سب کچھ جانتا ہے، ہم تو، ہم کو تو اتنی خبر ہے جتنا کہ تو نے بتا دیا۔ تو اگرچہ انہوں نے بظاہر کریٹیسائز کیا، لیکن</w:t>
      </w:r>
    </w:p>
    <w:p>
      <w:r>
        <w:rPr>
          <w:b/>
        </w:rPr>
        <w:t xml:space="preserve">[35:20] </w:t>
      </w:r>
      <w:r>
        <w:t>khud woh aakhirat tak tab bhi modest bane hue thay.</w:t>
      </w:r>
    </w:p>
    <w:p>
      <w:pPr>
        <w:jc w:val="right"/>
      </w:pPr>
      <w:r>
        <w:t>خود وہ آخرت تک تب بھی ماڈیس بنے ہوئے تھے۔</w:t>
      </w:r>
    </w:p>
    <w:p>
      <w:r>
        <w:rPr>
          <w:b/>
        </w:rPr>
        <w:t xml:space="preserve">[35:26] </w:t>
      </w:r>
      <w:r>
        <w:t>doosri taraf shaitan ko lijiye, aap same waqea par shaitan ne bhi criticize kiya, lekin khud kya ban gaya? woh ana khairun min.</w:t>
      </w:r>
    </w:p>
    <w:p>
      <w:pPr>
        <w:jc w:val="right"/>
      </w:pPr>
      <w:r>
        <w:t>دوسری طرف شیطان کو لیجئے، آپ سیم واقعے پر شیطان نے بھی کریٹیسائز کیا، لیکن خود کیا بن گیا؟ وہ أنا خارق من ۔</w:t>
      </w:r>
    </w:p>
    <w:p>
      <w:r>
        <w:rPr>
          <w:b/>
        </w:rPr>
        <w:t xml:space="preserve">[35:36] </w:t>
      </w:r>
      <w:r>
        <w:t>ki tasweer ban gaya ke main bartar hoon. to ek kirdaar hai malaika ka, ek kirdaar hai shaitan ka.</w:t>
      </w:r>
    </w:p>
    <w:p>
      <w:pPr>
        <w:jc w:val="right"/>
      </w:pPr>
      <w:r>
        <w:t>کی تصویر بن گیا کہ میں برتر ہوں۔ تو ایک کردار ہے ملائکہ کا، ایک کردار ہے شیطان کا۔</w:t>
      </w:r>
    </w:p>
    <w:p>
      <w:r>
        <w:rPr>
          <w:b/>
        </w:rPr>
        <w:t xml:space="preserve">[35:46] </w:t>
      </w:r>
      <w:r>
        <w:t>to daai ko malaika wala kirdaar karna padta hai.</w:t>
      </w:r>
    </w:p>
    <w:p>
      <w:pPr>
        <w:jc w:val="right"/>
      </w:pPr>
      <w:r>
        <w:t>تو داعی کو ملائکہ والا کردار کرنا پڑتا ہے۔</w:t>
      </w:r>
    </w:p>
    <w:p>
      <w:r>
        <w:rPr>
          <w:b/>
        </w:rPr>
        <w:t xml:space="preserve">[35:53] </w:t>
      </w:r>
      <w:r>
        <w:t>agar na ho to phir dajjal, aisa daai dajjal ban jayega, iblis ban jayega. ke doosre par criticize karte hue agar apne andar ana khairun min.</w:t>
      </w:r>
    </w:p>
    <w:p>
      <w:pPr>
        <w:jc w:val="right"/>
      </w:pPr>
      <w:r>
        <w:t>اگر نہ ہو تو پھر دجال، ایسا داعی دجال بن جائے گا، ابلیس بن جائے گا۔ کہ دوسرے پر کریٹیسائز کرتے ہوئے اگر اپنے اندر أنا خارق من ۔</w:t>
      </w:r>
    </w:p>
    <w:p>
      <w:r>
        <w:rPr>
          <w:b/>
        </w:rPr>
        <w:t xml:space="preserve">[36:06] </w:t>
      </w:r>
      <w:r>
        <w:t>ki nafsiyat aa gayi to woh to dajjal ban gaya, woh to shaitan ban gaya.</w:t>
      </w:r>
    </w:p>
    <w:p>
      <w:pPr>
        <w:jc w:val="right"/>
      </w:pPr>
      <w:r>
        <w:t>کی نفسیات آ گئی تو وہ تو دجال بن گیا، وہ تو شیطان بن گیا۔</w:t>
      </w:r>
    </w:p>
    <w:p>
      <w:r>
        <w:rPr>
          <w:b/>
        </w:rPr>
        <w:t xml:space="preserve">[36:13] </w:t>
      </w:r>
      <w:r>
        <w:t>to yeh jo namoona qaim hua malaika ki shakal mein ke izhaar, yani izhaar ikhtilaf kiya unhone Allah taala ke muqable mein, lekin aeen usi waqt woh modesty ki tasweer bane hue thay</w:t>
      </w:r>
    </w:p>
    <w:p>
      <w:pPr>
        <w:jc w:val="right"/>
      </w:pPr>
      <w:r>
        <w:t>تو یہ جو نمونہ قائم ہوا ملائکہ کی شکل میں کہ اظہار، یعنی اظہار اختلاف کیا انہوں نے اللہ تعالیٰ کے مقابلے میں، لیکن عین اسی وقت وہ ماڈیسٹی کی تصویر بنے ہوئے تھے</w:t>
      </w:r>
    </w:p>
    <w:p>
      <w:r>
        <w:rPr>
          <w:b/>
        </w:rPr>
        <w:t xml:space="preserve">[36:32] </w:t>
      </w:r>
      <w:r>
        <w:t>aur qabool karne ke liye tayyar thay. to yeh hai living in opposites. to daai jo hai, yeh bohat sakht imtehan dena padta hai ke do mutazad</w:t>
      </w:r>
    </w:p>
    <w:p>
      <w:pPr>
        <w:jc w:val="right"/>
      </w:pPr>
      <w:r>
        <w:t>اور قبول کرنے کے لیے تیار تھے۔ تو یہ ہے لیونگ ان اپوزٹس۔ تو داعی جو ہے، یہ بڑا سخت امتحان دینا پڑتا ہے کہ دو متضاد</w:t>
      </w:r>
    </w:p>
    <w:p>
      <w:r>
        <w:rPr>
          <w:b/>
        </w:rPr>
        <w:t xml:space="preserve">[36:49] </w:t>
      </w:r>
      <w:r>
        <w:t>cheezon ke darmiyan woh jeena parta hai. is ko yeh hai aik aik pehlu daai ki shakhsiyat ka.</w:t>
      </w:r>
    </w:p>
    <w:p>
      <w:pPr>
        <w:jc w:val="right"/>
      </w:pPr>
      <w:r>
        <w:t>چیزوں کے درمیان وہ جینا پڑتا ہے۔ اس کو یہ ہے ایک ایک پہلو داعی کی شخصیت کا۔</w:t>
      </w:r>
    </w:p>
    <w:p>
      <w:r>
        <w:rPr>
          <w:b/>
        </w:rPr>
        <w:t xml:space="preserve">[37:03] </w:t>
      </w:r>
      <w:r>
        <w:t>daai ke liye bohat hi bara reward Allah taala ke hain, bohat bara reward.</w:t>
      </w:r>
    </w:p>
    <w:p>
      <w:pPr>
        <w:jc w:val="right"/>
      </w:pPr>
      <w:r>
        <w:t>داعی کے لیے بہت ہی بڑا ریوارڈ اللہ تعالیٰ کے ہیں، بہت بڑا ریوارڈ۔</w:t>
      </w:r>
    </w:p>
    <w:p>
      <w:r>
        <w:rPr>
          <w:b/>
        </w:rPr>
        <w:t xml:space="preserve">[37:14] </w:t>
      </w:r>
      <w:r>
        <w:t>dekhiye, aaj subah mein soch raha tha ke insan jo paida kiya Allah taala ne, kaisi ajeeb cheez hai.</w:t>
      </w:r>
    </w:p>
    <w:p>
      <w:pPr>
        <w:jc w:val="right"/>
      </w:pPr>
      <w:r>
        <w:t>دیکھیے، آج صبح میں سوچ رہا تھا کہ انسان جو پیدا کیا اللہ تعالیٰ نے، کیسی عجیب چیز ہے۔</w:t>
      </w:r>
    </w:p>
    <w:p>
      <w:r>
        <w:rPr>
          <w:b/>
        </w:rPr>
        <w:t xml:space="preserve">[37:26] </w:t>
      </w:r>
      <w:r>
        <w:t>is ke andar aik bohat ajeeb cheez hai, insan ke andar sense of enjoyment.</w:t>
      </w:r>
    </w:p>
    <w:p>
      <w:pPr>
        <w:jc w:val="right"/>
      </w:pPr>
      <w:r>
        <w:t>اس کے اندر ایک بہت عجیب چیز ہے، انسان کے اندر سینس آف انجوائےمنٹ۔</w:t>
      </w:r>
    </w:p>
    <w:p>
      <w:r>
        <w:rPr>
          <w:b/>
        </w:rPr>
        <w:t xml:space="preserve">[37:34] </w:t>
      </w:r>
      <w:r>
        <w:t>yani aap jab ghaas par chaliye, khule nange paon to woh jo touch, aap ka paon jo touch karta hai ghaas ko, aik lawn par chaliye, aap lawn ki ghaas par to is mein aap ko enjoy karte hain.</w:t>
      </w:r>
    </w:p>
    <w:p>
      <w:pPr>
        <w:jc w:val="right"/>
      </w:pPr>
      <w:r>
        <w:t>یعنی آپ جب گھاس پر چلیے، کھلے ننگے پاؤں تو وہ جو ٹچ، آپ کا پاؤں جو ٹچ کرتا ہے گھاس کو، ایک لان پر چلیے، آپ لان کی گھاس پر تو اس میں آپ کو انجوائے کرتے ہیں۔</w:t>
      </w:r>
    </w:p>
    <w:p>
      <w:r>
        <w:rPr>
          <w:b/>
        </w:rPr>
        <w:t xml:space="preserve">[37:47] </w:t>
      </w:r>
      <w:r>
        <w:t>is se aap</w:t>
      </w:r>
    </w:p>
    <w:p>
      <w:pPr>
        <w:jc w:val="right"/>
      </w:pPr>
      <w:r>
        <w:t>اس سے آپ</w:t>
      </w:r>
    </w:p>
    <w:p>
      <w:r>
        <w:rPr>
          <w:b/>
        </w:rPr>
        <w:t xml:space="preserve">[37:51] </w:t>
      </w:r>
      <w:r>
        <w:t>kaisi ajeeb baat hai. maqbar ko jab aap hazir hote hain to us pe bhi aap enjoy karte hain.</w:t>
      </w:r>
    </w:p>
    <w:p>
      <w:pPr>
        <w:jc w:val="right"/>
      </w:pPr>
      <w:r>
        <w:t>کیسی عجیب بات ہے۔ مقبر کو جب آپ حاضر ہوتے ہیں تو اس پہ بھی آپ انجوائے کرتے ہیں۔</w:t>
      </w:r>
    </w:p>
    <w:p>
      <w:r>
        <w:rPr>
          <w:b/>
        </w:rPr>
        <w:t xml:space="preserve">[38:01] </w:t>
      </w:r>
      <w:r>
        <w:t>kisi scene ko, beautiful scene ko dekhte hain to aap us se enjoy karte hain. khana acha khate hain to us se jo hai enjoy karte hain. yahan tak ke sochte hain, is mein bhi enjoyment milta hai aap ko.</w:t>
      </w:r>
    </w:p>
    <w:p>
      <w:pPr>
        <w:jc w:val="right"/>
      </w:pPr>
      <w:r>
        <w:t>کسی سین کو، بیوٹی فل سین کو دیکھتے ہیں تو آپ اس سے انجوائے کرتے ہیں۔ کھانا اچھا کھاتے ہیں تو اس سے جو ہے انجوائے کرتے ہیں۔ یہاں تک کہ سوچتے ہیں، اس میں بھی انجوائےمنٹ ملتا ہے آپ کو۔</w:t>
      </w:r>
    </w:p>
    <w:p>
      <w:r>
        <w:rPr>
          <w:b/>
        </w:rPr>
        <w:t xml:space="preserve">[38:16] </w:t>
      </w:r>
      <w:r>
        <w:t>sunte hain, acha naghma, us se enjoy karte hain aap. yeh jo sense of enjoyment hai,</w:t>
      </w:r>
    </w:p>
    <w:p>
      <w:pPr>
        <w:jc w:val="right"/>
      </w:pPr>
      <w:r>
        <w:t>سنتے ہیں، اچھا نغمہ، اس سے انجوائے کرتے ہیں آپ۔ یہ جو سینس آف انجوائےمنٹ ہے،</w:t>
      </w:r>
    </w:p>
    <w:p>
      <w:r>
        <w:rPr>
          <w:b/>
        </w:rPr>
        <w:t xml:space="preserve">[38:21] </w:t>
      </w:r>
      <w:r>
        <w:t>poore universe mein unique hai. kisi sitare mein nahi, kisi planet mein nahi, samandar ke nahi, mein nahi, pahaar mein nahi, hathi mein nahi, sher mein nahi.</w:t>
      </w:r>
    </w:p>
    <w:p>
      <w:pPr>
        <w:jc w:val="right"/>
      </w:pPr>
      <w:r>
        <w:t>پورے یونیورس میں یونیک ہے۔ کسی ستارے میں نہیں، کسی پلینٹ میں نہیں، سمندر کے نہیں، میں نہیں، پہاڑ میں نہیں، ہاتھی میں نہیں، شیر میں نہیں۔</w:t>
      </w:r>
    </w:p>
    <w:p>
      <w:r>
        <w:rPr>
          <w:b/>
        </w:rPr>
        <w:t xml:space="preserve">[38:36] </w:t>
      </w:r>
      <w:r>
        <w:t>sense of enjoyment</w:t>
      </w:r>
    </w:p>
    <w:p>
      <w:pPr>
        <w:jc w:val="right"/>
      </w:pPr>
      <w:r>
        <w:t>سینس آف انجوائےمنٹ</w:t>
      </w:r>
    </w:p>
    <w:p>
      <w:r>
        <w:rPr>
          <w:b/>
        </w:rPr>
        <w:t xml:space="preserve">[38:38] </w:t>
      </w:r>
      <w:r>
        <w:t>kaisi ajeeb cheez hai.</w:t>
      </w:r>
    </w:p>
    <w:p>
      <w:pPr>
        <w:jc w:val="right"/>
      </w:pPr>
      <w:r>
        <w:t>کیسی عجیب چیز ہے۔</w:t>
      </w:r>
    </w:p>
    <w:p>
      <w:r>
        <w:rPr>
          <w:b/>
        </w:rPr>
        <w:t xml:space="preserve">[38:42] </w:t>
      </w:r>
      <w:r>
        <w:t>to Allah taala ne aik taraf insan ke andar sense of enjoyment paida kiya, aakhri had tak. doosri taraf jannat banai, paradise, jahan fulfillment ka sara saman,</w:t>
      </w:r>
    </w:p>
    <w:p>
      <w:pPr>
        <w:jc w:val="right"/>
      </w:pPr>
      <w:r>
        <w:t>تو اللہ تعالیٰ نے ایک طرف انسان کے اندر سینس آف انجوائےمنٹ پیدا کیا، آخری حد تک۔ دوسری طرف جنت بنائی، پیراڈائز، جہاں فلفلمنٹ کا سارا سامان،</w:t>
      </w:r>
    </w:p>
    <w:p>
      <w:r>
        <w:rPr>
          <w:b/>
        </w:rPr>
        <w:t xml:space="preserve">[38:58] </w:t>
      </w:r>
      <w:r>
        <w:t>us ka aik glimpse jahan par rakh diya dunya mein.</w:t>
      </w:r>
    </w:p>
    <w:p>
      <w:pPr>
        <w:jc w:val="right"/>
      </w:pPr>
      <w:r>
        <w:t>اس کا ایک گلیمس جہاں پر رکھ دیا دنیا میں۔</w:t>
      </w:r>
    </w:p>
    <w:p>
      <w:r>
        <w:rPr>
          <w:b/>
        </w:rPr>
        <w:t xml:space="preserve">[39:03] </w:t>
      </w:r>
      <w:r>
        <w:t>woh sari cheezein jannat mein hongi, apne final darje mein. is ka yahan chota sa namuna rakh diya wa huwa mutashabihan.</w:t>
      </w:r>
    </w:p>
    <w:p>
      <w:pPr>
        <w:jc w:val="right"/>
      </w:pPr>
      <w:r>
        <w:t>وہ ساری چیزیں جنت میں ہوں گی، اپنے فائنل درجے میں۔ اس کا یہاں چھوٹا سا نمونہ رکھ دیا وَهُوَ تُوْبَهِ مُتَشَابِهًا ۔</w:t>
      </w:r>
    </w:p>
    <w:p>
      <w:r>
        <w:rPr>
          <w:b/>
        </w:rPr>
        <w:t xml:space="preserve">[39:19] </w:t>
      </w:r>
      <w:r>
        <w:t>to yeh jo, yeh jo aap, aap ka sense of, sense of enjoyment jo aap ka hai, us ka fulfillment, fulfillment jo hai, ideal tor par, perfect tor par jannat mein hai.</w:t>
      </w:r>
    </w:p>
    <w:p>
      <w:pPr>
        <w:jc w:val="right"/>
      </w:pPr>
      <w:r>
        <w:t>تو یہ جو، یہ جو آپ، آپ کا سینس آف، سینس آف انجوائےمنٹ جو آپ کا ہے، اس کا فلفلمنٹ، فلفلمنٹ جو ہے، آئیڈیل طور پر، پرفیکٹ طور پر جنت میں ہے۔</w:t>
      </w:r>
    </w:p>
    <w:p>
      <w:r>
        <w:rPr>
          <w:b/>
        </w:rPr>
        <w:t xml:space="preserve">[39:29] </w:t>
      </w:r>
      <w:r>
        <w:t>yeh hai</w:t>
      </w:r>
    </w:p>
    <w:p>
      <w:pPr>
        <w:jc w:val="right"/>
      </w:pPr>
      <w:r>
        <w:t>یہ ہے</w:t>
      </w:r>
    </w:p>
    <w:p>
      <w:r>
        <w:rPr>
          <w:b/>
        </w:rPr>
        <w:t xml:space="preserve">[39:30] </w:t>
      </w:r>
      <w:r>
        <w:t>daai ka reward. kaisi ajeeb cheez hai, aik eternal tor par aap jannat mein hon, jahan barhapa na ho.</w:t>
      </w:r>
    </w:p>
    <w:p>
      <w:pPr>
        <w:jc w:val="right"/>
      </w:pPr>
      <w:r>
        <w:t>داعی کا ریوارڈ۔ کیسی عجیب چیز ہے، ایک ایٹرنل طور پر آپ جنت میں ہوں، جہاں بڑھاپا نہ ہو۔</w:t>
      </w:r>
    </w:p>
    <w:p>
      <w:r>
        <w:rPr>
          <w:b/>
        </w:rPr>
        <w:t xml:space="preserve">[39:41] </w:t>
      </w:r>
      <w:r>
        <w:t>aap zara sochiye, aik perfect world, aik ideal world, jahan fulfillment ka poora saman,</w:t>
      </w:r>
    </w:p>
    <w:p>
      <w:pPr>
        <w:jc w:val="right"/>
      </w:pPr>
      <w:r>
        <w:t>آپ ذرا سوچیے، ایک پرفیکٹ ورلڈ، ایک آئیڈیل ورلڈ، جہاں فلفلمنٹ کا پورا سامان،</w:t>
      </w:r>
    </w:p>
    <w:p>
      <w:r>
        <w:rPr>
          <w:b/>
        </w:rPr>
        <w:t xml:space="preserve">[39:52] </w:t>
      </w:r>
      <w:r>
        <w:t>wahan aap hon aur phir aap ko na barhapa aaye, na kabhi aap ki body ka degeneration ho, na koi accident ho, na maut aaye, na koi boredom ho,</w:t>
      </w:r>
    </w:p>
    <w:p>
      <w:pPr>
        <w:jc w:val="right"/>
      </w:pPr>
      <w:r>
        <w:t>وہاں آپ ہوں اور پھر آپ کو نہ بڑھاپا آئے، نہ کبھی آپ کی باڈی کا ڈی جنریشن ہو، نہ کوئی ایکسیڈنٹ ہو، نہ موت آئے، نہ کوئی بورڈم ہو،</w:t>
      </w:r>
    </w:p>
    <w:p>
      <w:r>
        <w:rPr>
          <w:b/>
        </w:rPr>
        <w:t xml:space="preserve">[40:10] </w:t>
      </w:r>
      <w:r>
        <w:t>na koi no essence ho wahan par, na koi kisi qism ka pain.</w:t>
      </w:r>
    </w:p>
    <w:p>
      <w:pPr>
        <w:jc w:val="right"/>
      </w:pPr>
      <w:r>
        <w:t>نہ کوئی نو ایسنس ہو وہاں پر، نہ کوئی کسی قسم کا پین۔</w:t>
      </w:r>
    </w:p>
    <w:p>
      <w:r>
        <w:rPr>
          <w:b/>
        </w:rPr>
        <w:t xml:space="preserve">[40:19] </w:t>
      </w:r>
      <w:r>
        <w:t>to yeh kitni ajeeb o ghareeb nemat hai. woh maqdar kis ke liye hai? sache ahle iman ke liye. aur sache ahle iman hi daai bante hain.</w:t>
      </w:r>
    </w:p>
    <w:p>
      <w:pPr>
        <w:jc w:val="right"/>
      </w:pPr>
      <w:r>
        <w:t>تو یہ کتنی عجیب و غریب نعمت ہے۔ وہ مقدر کس کے لیے ہے؟ سچے اہل ایمان کے لیے۔ اور سچے اہل ایمان ہی داعی بنتے ہیں۔</w:t>
      </w:r>
    </w:p>
    <w:p>
      <w:r>
        <w:rPr>
          <w:b/>
        </w:rPr>
        <w:t xml:space="preserve">[40:34] </w:t>
      </w:r>
      <w:r>
        <w:t>to itna bara anjam, itna bara anjam ke aap ko aik zarray se bhi kam kaam karna hai aur trillion se bhi ziyada bara inaam milne wala hai aap ko.</w:t>
      </w:r>
    </w:p>
    <w:p>
      <w:pPr>
        <w:jc w:val="right"/>
      </w:pPr>
      <w:r>
        <w:t>تو اتنا بڑا انجام، اتنا بڑا انجام کہ آپ کو ایک ذرے سے بھی کم کام کرنا ہے اور ٹریلین سے بھی زیادہ بڑا انعام ملنے والا ہے آپ کو۔</w:t>
      </w:r>
    </w:p>
    <w:p>
      <w:r>
        <w:rPr>
          <w:b/>
        </w:rPr>
        <w:t xml:space="preserve">[40:54] </w:t>
      </w:r>
      <w:r>
        <w:t>kaisi ajeeb cheez hai.</w:t>
      </w:r>
    </w:p>
    <w:p>
      <w:pPr>
        <w:jc w:val="right"/>
      </w:pPr>
      <w:r>
        <w:t>کیسی عجیب چیز ہے۔</w:t>
      </w:r>
    </w:p>
    <w:p>
      <w:r>
        <w:rPr>
          <w:b/>
        </w:rPr>
        <w:t xml:space="preserve">[40:58] </w:t>
      </w:r>
      <w:r>
        <w:t>to yahi sab, yahi inhi sab cheezon ka jo shaoor ho jaye, isi ko poori tarah aap jaan lein, tab woh character paida hota hai jo matloob hai.</w:t>
      </w:r>
    </w:p>
    <w:p>
      <w:pPr>
        <w:jc w:val="right"/>
      </w:pPr>
      <w:r>
        <w:t>تو یہی سب، یہی انہی سب چیزوں کا جو شعور ہو جائے، اسی کو پوری طرح آپ جان لیں، تب وہ کریکٹر پیدا ہوتا ہے جو مطلوب ہے۔</w:t>
      </w:r>
    </w:p>
    <w:p>
      <w:r>
        <w:rPr>
          <w:b/>
        </w:rPr>
        <w:t xml:space="preserve">[41:10] </w:t>
      </w:r>
      <w:r>
        <w:t>woh daai ka character hai, is paida karne ke liye koi saada tareeqe se koi nahi paida kar sakte aap.</w:t>
      </w:r>
    </w:p>
    <w:p>
      <w:pPr>
        <w:jc w:val="right"/>
      </w:pPr>
      <w:r>
        <w:t>وہ داعی کا کریکٹر ہے، اس پیدا کرنے کے لیے کوئی سادہ طریقے سے کوئی نہیں پیدا کر سکتے آپ۔</w:t>
      </w:r>
    </w:p>
    <w:p>
      <w:r>
        <w:rPr>
          <w:b/>
        </w:rPr>
        <w:t xml:space="preserve">[41:18] </w:t>
      </w:r>
      <w:r>
        <w:t>yeh saari baaton ka gehra adrak, in saari baaton ka gehra shaoor, in saari baaton ka bohat ziyada jaan lena.</w:t>
      </w:r>
    </w:p>
    <w:p>
      <w:pPr>
        <w:jc w:val="right"/>
      </w:pPr>
      <w:r>
        <w:t>یہ ساری باتوں کا گہرا ادراک، ان ساری باتوں کا گہرا شعور، ان ساری باتوں کا بہت زیادہ جان لینا۔</w:t>
      </w:r>
    </w:p>
    <w:p>
      <w:r>
        <w:rPr>
          <w:b/>
        </w:rPr>
        <w:t xml:space="preserve">[41:32] </w:t>
      </w:r>
      <w:r>
        <w:t>jab aisa hota hai to ek thrilling experience hota hai aap ko. thrilling experience hota hai. aur phir aap dawat ke liye hero ban jaate hain.</w:t>
      </w:r>
    </w:p>
    <w:p>
      <w:pPr>
        <w:jc w:val="right"/>
      </w:pPr>
      <w:r>
        <w:t>جب ایسا ہوتا ہے تو ایک تھرلنگ ایکسپیرینس ہوتا ہے آپ کو۔ تھرلنگ ایکسپیرینس ہوتا ہے۔ اور پھر آپ دعوت کے لیے ہیرو بن جاتے ہیں۔</w:t>
      </w:r>
    </w:p>
    <w:p>
      <w:r>
        <w:rPr>
          <w:b/>
        </w:rPr>
        <w:t xml:space="preserve">[41:43] </w:t>
      </w:r>
      <w:r>
        <w:t>phir aap ko is ka imtehan nahi hota ke koi aap ko paisa de, koi aap ko direction de,</w:t>
      </w:r>
    </w:p>
    <w:p>
      <w:pPr>
        <w:jc w:val="right"/>
      </w:pPr>
      <w:r>
        <w:t>پھر آپ کو اس کا امتحان نہیں ہوتا کہ کوئی آپ کو پیسہ دے، کوئی آپ کو ڈائریکشن دے،</w:t>
      </w:r>
    </w:p>
    <w:p>
      <w:r>
        <w:rPr>
          <w:b/>
        </w:rPr>
        <w:t xml:space="preserve">[41:50] </w:t>
      </w:r>
      <w:r>
        <w:t>koi aap ko ghoda oont de, kuch nahi. aap ka andar ka jazba hi aap ko itna ziyada active kar deta hai ke aap daud padte hain dawat Allah ke raaste mein.</w:t>
      </w:r>
    </w:p>
    <w:p>
      <w:pPr>
        <w:jc w:val="right"/>
      </w:pPr>
      <w:r>
        <w:t>کوئی آپ کو گھوڑا اونٹ دے، کچھ نہیں۔ آپ کا اندر کا جذبہ ہی آپ کو اتنا زیادہ ایکٹیو کر دیتا ہے کہ آپ دوڑ پڑتے ہیں دعوت اللہ کے راستے میں۔</w:t>
      </w:r>
    </w:p>
    <w:p>
      <w:r>
        <w:rPr>
          <w:b/>
        </w:rPr>
        <w:t xml:space="preserve">[42:10] </w:t>
      </w:r>
      <w:r>
        <w:t>phir dekhiye, jo maine kaha ke mixture of opposites, ek bohat hi kada imtehan dena padta hai daai ko. yaani bazahir zalim ke saath khair khwahi, bazahir dushman ke saath khair khwahi.</w:t>
      </w:r>
    </w:p>
    <w:p>
      <w:pPr>
        <w:jc w:val="right"/>
      </w:pPr>
      <w:r>
        <w:t>پھر دیکھیے، جو میں نے کہا کہ مکسچر آف اپوزٹس، ایک بہت ہی کڑا امتحان دینا پڑتا ہے داعی کو۔ یعنی بظاہر ظالم کے ساتھ خیر خواہی، بظاہر دشمن کے ساتھ خیر خواہی۔</w:t>
      </w:r>
    </w:p>
    <w:p>
      <w:r>
        <w:rPr>
          <w:b/>
        </w:rPr>
        <w:t xml:space="preserve">[42:28] </w:t>
      </w:r>
      <w:r>
        <w:t>baghiron ne kaha tha ke inni lakum naase, main tumhara khair khwah hoon. kis ne kaha tha? woh jinho ne pathar maare, woh jinho ne har qism ke sakhtiyan ki aap ke baghiron ke saath.</w:t>
      </w:r>
    </w:p>
    <w:p>
      <w:pPr>
        <w:jc w:val="right"/>
      </w:pPr>
      <w:r>
        <w:t>باغوروں نے کہا تھا کہ انی لکم ناسے، میں تمہارا خیر خواہ ہوں۔ کس نے کہا تھا؟ وہ جنہوں نے پتھر مارے، وہ جنہوں نے ہر قسم کے سختیاں کیں آپ کے باغوروں کے ساتھ۔</w:t>
      </w:r>
    </w:p>
    <w:p>
      <w:r>
        <w:rPr>
          <w:b/>
        </w:rPr>
        <w:t xml:space="preserve">[42:46] </w:t>
      </w:r>
      <w:r>
        <w:t>un ke saath kaha tha ke main tumhara khair khwah hoon.</w:t>
      </w:r>
    </w:p>
    <w:p>
      <w:pPr>
        <w:jc w:val="right"/>
      </w:pPr>
      <w:r>
        <w:t>ان کے ساتھ کہا تھا کہ میں تمہارا خیر خواہ ہوں۔</w:t>
      </w:r>
    </w:p>
    <w:p>
      <w:r>
        <w:rPr>
          <w:b/>
        </w:rPr>
        <w:t xml:space="preserve">[42:54] </w:t>
      </w:r>
      <w:r>
        <w:t>aaj kal dekhiye, musalman jahan bhi jaayen, jis mulk mein jaayen, India mein, Yur Arab, yaani Arab jaaiye, India mein jaaiye, dekhiye, Ashiai mulkon mein,</w:t>
      </w:r>
    </w:p>
    <w:p>
      <w:pPr>
        <w:jc w:val="right"/>
      </w:pPr>
      <w:r>
        <w:t>آج کل دیکھیے، مسلمان جہاں بھی جائیں، جس ملک میں جائیں، انڈیا میں، یور عرب، یعنی عرب جائیے، انڈیا میں جائیے، دیکھیے، ایشیائی ملکوں میں،</w:t>
      </w:r>
    </w:p>
    <w:p>
      <w:r>
        <w:rPr>
          <w:b/>
        </w:rPr>
        <w:t xml:space="preserve">[43:07] </w:t>
      </w:r>
      <w:r>
        <w:t>ab Europe, America mein, jis musalman ko, har musalman ke andar nafrat bhari hui hai,</w:t>
      </w:r>
    </w:p>
    <w:p>
      <w:pPr>
        <w:jc w:val="right"/>
      </w:pPr>
      <w:r>
        <w:t>اب یورپ، امریکہ میں، جس مسلمان کو، ہر مسلمان کے اندر نفرت بھری ہوئی ہے،</w:t>
      </w:r>
    </w:p>
    <w:p>
      <w:r>
        <w:rPr>
          <w:b/>
        </w:rPr>
        <w:t xml:space="preserve">[43:13] </w:t>
      </w:r>
      <w:r>
        <w:t>kisi ne kisi ko le kar, America hamara dushman hai, Israel hamara dushman hai, Hindu hamara dushman hai.</w:t>
      </w:r>
    </w:p>
    <w:p>
      <w:pPr>
        <w:jc w:val="right"/>
      </w:pPr>
      <w:r>
        <w:t>کسی نے کسی کو لے کر، امریکہ ہمارا دشمن ہے، اسرائیل ہمارا دشمن ہے، ہندو ہمارا دشمن ہے۔</w:t>
      </w:r>
    </w:p>
    <w:p>
      <w:r>
        <w:rPr>
          <w:b/>
        </w:rPr>
        <w:t xml:space="preserve">[43:26] </w:t>
      </w:r>
      <w:r>
        <w:t>aisi cheez, aise jazbaat ko le kar aadmi daai nahi ban sakta. kyun ke dawat to hoti hai khair khwahi ke satah par. Hazrat Masih ne sahi kaha tha ke "love your enemy".</w:t>
      </w:r>
    </w:p>
    <w:p>
      <w:pPr>
        <w:jc w:val="right"/>
      </w:pPr>
      <w:r>
        <w:t>ایسی چیز، ایسے جذبات کو لے کر آدمی داعی نہیں بن سکتا۔ کیونکہ دعوت تو ہوتی ہے خیر خواہی کے سطح پر۔ حضرت مسیح نے صحیح کہا تھا کہ "لو یور اینمی"۔</w:t>
      </w:r>
    </w:p>
    <w:p>
      <w:r>
        <w:rPr>
          <w:b/>
        </w:rPr>
        <w:t xml:space="preserve">[43:41] </w:t>
      </w:r>
      <w:r>
        <w:t>yeh daawati kalma hai. Hazrat Masih ka yeh jumla jo daawati kalma hai ke apne tumhara madu, chahe bazahir dushman ho, tab bhi us se mohabbat karo.</w:t>
      </w:r>
    </w:p>
    <w:p>
      <w:pPr>
        <w:jc w:val="right"/>
      </w:pPr>
      <w:r>
        <w:t>یہ دعوتی کلمہ ہے۔ حضرت مسیح کا یہ جملہ جو دعوتی کلمہ ہے کہ اپنے تمہارا مدعو، چاہے بظاہر دشمن ہو، تب بھی اس سے محبت کرو۔</w:t>
      </w:r>
    </w:p>
    <w:p>
      <w:r>
        <w:rPr>
          <w:b/>
        </w:rPr>
        <w:t xml:space="preserve">[43:56] </w:t>
      </w:r>
      <w:r>
        <w:t>yahan enemy se murad hai woh insaan jo aap ka madu hai, yeh chahe woh bazahir madu dushman ho,</w:t>
      </w:r>
    </w:p>
    <w:p>
      <w:pPr>
        <w:jc w:val="right"/>
      </w:pPr>
      <w:r>
        <w:t>یہاں اینمی سے مراد ہے وہ انسان جو آپ کا مدعو ہے، یہ چاہے وہ بظاہر مدعو دشمن ہو،</w:t>
      </w:r>
    </w:p>
    <w:p>
      <w:r>
        <w:rPr>
          <w:b/>
        </w:rPr>
        <w:t xml:space="preserve">[44:04] </w:t>
      </w:r>
      <w:r>
        <w:t>tab bhi us se mohabbat karo.</w:t>
      </w:r>
    </w:p>
    <w:p>
      <w:pPr>
        <w:jc w:val="right"/>
      </w:pPr>
      <w:r>
        <w:t>تب بھی اس سے محبت کرو۔</w:t>
      </w:r>
    </w:p>
    <w:p>
      <w:r>
        <w:rPr>
          <w:b/>
        </w:rPr>
        <w:t xml:space="preserve">[44:09] </w:t>
      </w:r>
      <w:r>
        <w:t>Quran mein lafz khair khwahi aaya hai, Bible mein lafz "love" aaya hai, baat dono ki ek hi hai.</w:t>
      </w:r>
    </w:p>
    <w:p>
      <w:pPr>
        <w:jc w:val="right"/>
      </w:pPr>
      <w:r>
        <w:t>قرآن میں لفظ خیر خواہی آیا ہے، بائبل میں لفظ "لو" آیا ہے، بات دونوں کی ایک ہی ہے۔</w:t>
      </w:r>
    </w:p>
    <w:p>
      <w:r>
        <w:rPr>
          <w:b/>
        </w:rPr>
        <w:t xml:space="preserve">[44:21] </w:t>
      </w:r>
      <w:r>
        <w:t>yaani Quran ki zabaan mein main kahoon to main kahoon ga "be well wisher your enemy". Bible mein yeh lafz hai ke "love your enemy".</w:t>
      </w:r>
    </w:p>
    <w:p>
      <w:pPr>
        <w:jc w:val="right"/>
      </w:pPr>
      <w:r>
        <w:t>یعنی قرآن کی زبان میں میں کہوں تو میں کہوں گا "بی ول وشر یور اینمی"۔ بائبل میں یہ لفظ ہے کہ "لو یور اینمی"۔</w:t>
      </w:r>
    </w:p>
    <w:p>
      <w:r>
        <w:rPr>
          <w:b/>
        </w:rPr>
        <w:t xml:space="preserve">[44:35] </w:t>
      </w:r>
      <w:r>
        <w:t>Quran mein yeh hai ke "be well wisher your enemy".</w:t>
      </w:r>
    </w:p>
    <w:p>
      <w:pPr>
        <w:jc w:val="right"/>
      </w:pPr>
      <w:r>
        <w:t>قرآن میں یہ ہے کہ "بی ول وشر یور اینمی"۔</w:t>
      </w:r>
    </w:p>
    <w:p>
      <w:r>
        <w:rPr>
          <w:b/>
        </w:rPr>
        <w:t xml:space="preserve">[44:42] </w:t>
      </w:r>
      <w:r>
        <w:t>kyun ke "love" par baat khatam nahi hoti, aap ko well wisher banna padta hai. us ki khair khwahi ke liye sab kuch chahte hain, kar daalen aap jo kuch aap ke bas mein hai.</w:t>
      </w:r>
    </w:p>
    <w:p>
      <w:pPr>
        <w:jc w:val="right"/>
      </w:pPr>
      <w:r>
        <w:t>کیونکہ "لو" پر بات ختم نہیں ہوتی، آپ کو بلوشر بننا پڑتا ہے۔ اس کی خیر خواہی کے لیے سب کچھ چاہتے ہیں، کر ڈالیں آپ جو کچھ آپ کے بس میں ہے۔</w:t>
      </w:r>
    </w:p>
    <w:p>
      <w:r>
        <w:rPr>
          <w:b/>
        </w:rPr>
        <w:t xml:space="preserve">[44:56] </w:t>
      </w:r>
      <w:r>
        <w:t>to ek taraf, ek taraf zulm ka tajurba, doosri taraf khair khwahi ka samandar.</w:t>
      </w:r>
    </w:p>
    <w:p>
      <w:pPr>
        <w:jc w:val="right"/>
      </w:pPr>
      <w:r>
        <w:t>تو ایک طرف، ایک طرف ظلم کا تجربہ، دوسری طرف خیر خواہی کا سمندر۔</w:t>
      </w:r>
    </w:p>
    <w:p>
      <w:r>
        <w:rPr>
          <w:b/>
        </w:rPr>
        <w:t xml:space="preserve">[45:01] </w:t>
      </w:r>
      <w:r>
        <w:t>zara ghaur kijiye, ek taraf zulm ka tajurba. jaisa ke ek waqia aata hai ke paighambar ko madu, sarkash madu ne pathar maare aur chehra</w:t>
      </w:r>
    </w:p>
    <w:p>
      <w:pPr>
        <w:jc w:val="right"/>
      </w:pPr>
      <w:r>
        <w:t>ذرا غور کیجیے، ایک طرف ظلم کا تجربہ۔ جیسا کہ ایک واقعہ آتا ہے کہ پیغمبر کو مدعو، سرکش مدعو نے پتھر مارے اور چہرہ</w:t>
      </w:r>
    </w:p>
    <w:p>
      <w:r>
        <w:rPr>
          <w:b/>
        </w:rPr>
        <w:t xml:space="preserve">[45:18] </w:t>
      </w:r>
      <w:r>
        <w:t>se khoon behne laga. to paighambar ki zabaan se bad duaia kalmaat nikal gaye. usi waqt Allah taala ne farishta bhej kar mana kiya ke tum ko yeh, yeh, yeh bolne ki hayat nahi hai.</w:t>
      </w:r>
    </w:p>
    <w:p>
      <w:pPr>
        <w:jc w:val="right"/>
      </w:pPr>
      <w:r>
        <w:t>سے خون بہنے لگا۔ تو پیغمبر کی زبان سے بد دعائیہ کلمات نکل گئے۔ اسی وقت اللہ تعالیٰ نے فرشتہ بھیج کر منع کیا کہ تم کو یہ، یہ، یہ بولنے کی حیات نہیں ہے۔</w:t>
      </w:r>
    </w:p>
    <w:p>
      <w:r>
        <w:rPr>
          <w:b/>
        </w:rPr>
        <w:t xml:space="preserve">[45:34] </w:t>
      </w:r>
      <w:r>
        <w:t>to phir farishta, to phir paighambar ne kaha ke Rabb-e-qaumi fa inna la ya'lamoon</w:t>
      </w:r>
    </w:p>
    <w:p>
      <w:pPr>
        <w:jc w:val="right"/>
      </w:pPr>
      <w:r>
        <w:t>تو پھر فرشتہ، تو پھر پیغمبر نے کہا کہ ربہ قومی فان لا یعلمون</w:t>
      </w:r>
    </w:p>
    <w:p>
      <w:r>
        <w:rPr>
          <w:b/>
        </w:rPr>
        <w:t xml:space="preserve">[45:44] </w:t>
      </w:r>
      <w:r>
        <w:t>ae mere Rab, meri qaum ko tab bhi kaha ke meri qaum, meri qaum ko hidayat de, woh jaante nahi.</w:t>
      </w:r>
    </w:p>
    <w:p>
      <w:pPr>
        <w:jc w:val="right"/>
      </w:pPr>
      <w:r>
        <w:t>اے میرے رب، میری قوم کو تب بھی کہا کہ میری قوم، میری قوم کو ہدایت دے، وہ جانتے نہیں۔</w:t>
      </w:r>
    </w:p>
    <w:p>
      <w:r>
        <w:rPr>
          <w:b/>
        </w:rPr>
        <w:t xml:space="preserve">[45:55] </w:t>
      </w:r>
      <w:r>
        <w:t>to pathar maarne walon ko dua karna, ab to hum bad duaen kar rahe hain jin ke pathar humein nahi lag rahe hain. masjidon mein dua, bad duaen jo hoti hain, yahan se le kar America tak, un ko kaun pathar lag raha hai?</w:t>
      </w:r>
    </w:p>
    <w:p>
      <w:pPr>
        <w:jc w:val="right"/>
      </w:pPr>
      <w:r>
        <w:t>تو پتھر مارنے والوں کو دعا کرنا، اب تو ہم بد دعائیں کر رہے ہیں جن کے پتھر ہمیں نہیں لگ رہے ہیں۔ مسجدوں میں دعا، بد دعائیں جو ہوتی ہیں، یہاں سے لے کر امریکہ تک، ان کو کون پتھر لگ رہا ہے؟</w:t>
      </w:r>
    </w:p>
    <w:p>
      <w:r>
        <w:rPr>
          <w:b/>
        </w:rPr>
        <w:t xml:space="preserve">[46:08] </w:t>
      </w:r>
      <w:r>
        <w:t>woh to aaram se, bohat hi umda qism ke qaleen par khare ho kar namaz parhte hain.</w:t>
      </w:r>
    </w:p>
    <w:p>
      <w:pPr>
        <w:jc w:val="right"/>
      </w:pPr>
      <w:r>
        <w:t>وہ تو آرام سے، بہت ہی عمدہ قسم کے قالین پر کھڑے ہو کر نماز پڑھتے ہیں۔</w:t>
      </w:r>
    </w:p>
    <w:p>
      <w:r>
        <w:rPr>
          <w:b/>
        </w:rPr>
        <w:t xml:space="preserve">[46:15] </w:t>
      </w:r>
      <w:r>
        <w:t>main america mein aik baar fajar ki namaz parhi, main ne aik masjid mein nihayat shandar qaleen bichha hua tha. masjid mein is par khare ho kar log namazein parh rahe thay.</w:t>
      </w:r>
    </w:p>
    <w:p>
      <w:pPr>
        <w:jc w:val="right"/>
      </w:pPr>
      <w:r>
        <w:t>میں امریکہ میں ایک بار فجر کی نماز پڑھی، میں نے ایک مسجد میں نہایت شاندار قالین بچھا ہوا تھا۔ مسجد میں اس پر کھڑے ہو کر لوگ نمازیں پڑھ رہے تھے۔</w:t>
      </w:r>
    </w:p>
    <w:p>
      <w:r>
        <w:rPr>
          <w:b/>
        </w:rPr>
        <w:t xml:space="preserve">[46:25] </w:t>
      </w:r>
      <w:r>
        <w:t>musalle ki jagah par bohat shandar musalla bichha hua tha, is par imam sahib khare hue hain.</w:t>
      </w:r>
    </w:p>
    <w:p>
      <w:pPr>
        <w:jc w:val="right"/>
      </w:pPr>
      <w:r>
        <w:t>مصلے کی جگہ پر بہت شاندار مصلی بچھا ہوا تھا، اس پر امام صاحب کھڑے ہوئے ہیں۔</w:t>
      </w:r>
    </w:p>
    <w:p>
      <w:r>
        <w:rPr>
          <w:b/>
        </w:rPr>
        <w:t xml:space="preserve">[46:32] </w:t>
      </w:r>
      <w:r>
        <w:t>air conditioner masjid, bohat bijli ki roshni, yaani har cheez bohat aala darje mein wahan par.</w:t>
      </w:r>
    </w:p>
    <w:p>
      <w:pPr>
        <w:jc w:val="right"/>
      </w:pPr>
      <w:r>
        <w:t>ایئر کنڈیشن مسجد، بہت بجلی کی روشنی، یعنی ہر چیز بہت اعلیٰ درجے میں وہاں پر۔</w:t>
      </w:r>
    </w:p>
    <w:p>
      <w:r>
        <w:rPr>
          <w:b/>
        </w:rPr>
        <w:t xml:space="preserve">[46:41] </w:t>
      </w:r>
      <w:r>
        <w:t>ab namaz mein unhon ne wohi bad dua ki jo har jagah ki jati hai: "ae khuda, in ko tabah kar de! ae khuda, in ko yeh kar de!</w:t>
      </w:r>
    </w:p>
    <w:p>
      <w:pPr>
        <w:jc w:val="right"/>
      </w:pPr>
      <w:r>
        <w:t>اب نماز میں انہوں نے وہی بد دعا کی جو ہر جگہ کی جاتی ہے: "اے خدا، ان کو تباہ کر دے! اے خدا، ان کو یہ کر دے!</w:t>
      </w:r>
    </w:p>
    <w:p>
      <w:r>
        <w:rPr>
          <w:b/>
        </w:rPr>
        <w:t xml:space="preserve">[46:49] </w:t>
      </w:r>
      <w:r>
        <w:t>in ko woh kar de!" allahumma dammir diyarahum wa lam shammirhum allah</w:t>
      </w:r>
    </w:p>
    <w:p>
      <w:pPr>
        <w:jc w:val="right"/>
      </w:pPr>
      <w:r>
        <w:t>ان کو وہ کر دے!" اللہم دمر دیارہم ولم شمرہم اللہ</w:t>
      </w:r>
    </w:p>
    <w:p>
      <w:r>
        <w:rPr>
          <w:b/>
        </w:rPr>
        <w:t xml:space="preserve">[46:55] </w:t>
      </w:r>
      <w:r>
        <w:t>m mazaq za mein hairaan tha ke yeh qaleen par khare ho kar ke duaein kar rahe hain, bad duaen kar rahe hain, aur paighambar ne to pathar, pathar kha kar ke bad dua nahi ki.</w:t>
      </w:r>
    </w:p>
    <w:p>
      <w:pPr>
        <w:jc w:val="right"/>
      </w:pPr>
      <w:r>
        <w:t>م مزق زما میں حیران تھا کہ یہ قالین پر کھڑے ہو کر کے دعائیں کر رہے ہیں، بد دعائیں کر رہے ہیں، اور پیغمبر نے تو پتھر، پتھر کھا کر کے بد دعا نہیں کی۔</w:t>
      </w:r>
    </w:p>
    <w:p>
      <w:r>
        <w:rPr>
          <w:b/>
        </w:rPr>
        <w:t xml:space="preserve">[47:09] </w:t>
      </w:r>
      <w:r>
        <w:t>yaani air conditioner masjid mein khare ho kar ke qaleen ke oopar bad duaen kar rahe hain, jab ke paighambar ko ijazat nahi thi ke pathar khaye, pathar, pathar khaye, tab bhi is ko ijazat nahi thi ke woh bad dua karay.</w:t>
      </w:r>
    </w:p>
    <w:p>
      <w:pPr>
        <w:jc w:val="right"/>
      </w:pPr>
      <w:r>
        <w:t>یعنی ایئر کنڈیشن مسجد میں کھڑے ہو کر کے قالین کے اوپر بد دعائیں کر رہے ہیں، جبکہ پیغمبر کو اجازت نہیں تھی کہ پتھر کھائے، پتھر، پتھر کھائے، تب بھی اس کو اجازت نہیں تھی کہ وہ بد دعا کرے۔</w:t>
      </w:r>
    </w:p>
    <w:p>
      <w:r>
        <w:rPr>
          <w:b/>
        </w:rPr>
        <w:t xml:space="preserve">[47:25] </w:t>
      </w:r>
      <w:r>
        <w:t>woh kaise ajeeb log hain!</w:t>
      </w:r>
    </w:p>
    <w:p>
      <w:pPr>
        <w:jc w:val="right"/>
      </w:pPr>
      <w:r>
        <w:t>وہ کیسے عجیب لوگ ہیں!</w:t>
      </w:r>
    </w:p>
    <w:p>
      <w:r>
        <w:rPr>
          <w:b/>
        </w:rPr>
        <w:t xml:space="preserve">[47:29] </w:t>
      </w:r>
      <w:r>
        <w:t>aise log allah ke haan daai ka reward nahi pa sakte.</w:t>
      </w:r>
    </w:p>
    <w:p>
      <w:pPr>
        <w:jc w:val="right"/>
      </w:pPr>
      <w:r>
        <w:t>ایسے لوگ اللہ کے ہاں داعی کا ریوارڈ نہیں پا سکتے۔</w:t>
      </w:r>
    </w:p>
    <w:p>
      <w:r>
        <w:rPr>
          <w:b/>
        </w:rPr>
        <w:t xml:space="preserve">[47:39] </w:t>
      </w:r>
      <w:r>
        <w:t>aise log allah ke haan daai ka reward nahi pa sakte. in ko mixture of opposites, do tadad mein jeena parega ke zulm ka tajurba, phir bhi dua, pathar khana, tab bhi in ko</w:t>
      </w:r>
    </w:p>
    <w:p>
      <w:pPr>
        <w:jc w:val="right"/>
      </w:pPr>
      <w:r>
        <w:t>ایسے لوگ اللہ کے ہاں داعی کا ریوارڈ نہیں پا سکتے۔ ان کو مکسچر آف اپوزٹس، دو تعداد میں جینا پڑے گا کہ ظلم کا تجربہ، پھر بھی دعا، پتھر کھانا، تب بھی ان کو</w:t>
      </w:r>
    </w:p>
    <w:p>
      <w:r>
        <w:rPr>
          <w:b/>
        </w:rPr>
        <w:t xml:space="preserve">[47:55] </w:t>
      </w:r>
      <w:r>
        <w:t>sachai ka paigham dena, yeh karna parega. aur yeh dekhiye, hadith quran mein aata hai ke "allah insan ke liye zalim nahi hai" laysa bil zallami li abd</w:t>
      </w:r>
    </w:p>
    <w:p>
      <w:pPr>
        <w:jc w:val="right"/>
      </w:pPr>
      <w:r>
        <w:t>سچائی کا پیغام دینا، یہ کرنا پڑے گا۔ اور یہ دیکھیے، حدیث قرآن میں آتا ہے کہ "اللہ انسان کے لیے ظالم نہیں ہے" ليس بالظلام لعبد</w:t>
      </w:r>
    </w:p>
    <w:p>
      <w:r>
        <w:rPr>
          <w:b/>
        </w:rPr>
        <w:t xml:space="preserve">[48:13] </w:t>
      </w:r>
      <w:r>
        <w:t>to is ka bohat se pehlu is ke hain. is ka aik pehlu yeh bhi hai ke allah aap ko aik aise cheez ka hukum nahi de sakta jis ki aap ke andar sakat na ho,</w:t>
      </w:r>
    </w:p>
    <w:p>
      <w:pPr>
        <w:jc w:val="right"/>
      </w:pPr>
      <w:r>
        <w:t>تو اس کا بہت سے پہلو اس کے ہیں۔ اس کا ایک پہلو یہ بھی ہے کہ اللہ آپ کو ایک ایسے چیز کا حکم نہیں دے سکتا جس کی آپ کے اندر سکت نہ ہو،</w:t>
      </w:r>
    </w:p>
    <w:p>
      <w:r>
        <w:rPr>
          <w:b/>
        </w:rPr>
        <w:t xml:space="preserve">[48:28] </w:t>
      </w:r>
      <w:r>
        <w:t>jo aap ki capacity se bahar ho.</w:t>
      </w:r>
    </w:p>
    <w:p>
      <w:pPr>
        <w:jc w:val="right"/>
      </w:pPr>
      <w:r>
        <w:t>جو آپ کی کیپیسٹی سے باہر ہو۔</w:t>
      </w:r>
    </w:p>
    <w:p>
      <w:r>
        <w:rPr>
          <w:b/>
        </w:rPr>
        <w:t xml:space="preserve">[48:33] </w:t>
      </w:r>
      <w:r>
        <w:t>yaani mutzad cheezon pe jeena, jo main ne arz kiya, living in opposites, agar aap ki sakat se bahar hota to allah aap ko hukum hi na deta is ka, warna, warna to zalimana hukum ban jaye ga woh.</w:t>
      </w:r>
    </w:p>
    <w:p>
      <w:pPr>
        <w:jc w:val="right"/>
      </w:pPr>
      <w:r>
        <w:t>یعنی متضاد چیزوں پہ جینا، جو میں نے عرض کیا، لیونگ ان اپوزٹس، اگر آپ کی سکت سے باہر ہوتا تو اللہ آپ کو حکم ہی نہ دیتا اس کا، ورنہ، ورنہ تو ظالمانہ حکم بن جائے گا وہ۔</w:t>
      </w:r>
    </w:p>
    <w:p>
      <w:r>
        <w:rPr>
          <w:b/>
        </w:rPr>
        <w:t xml:space="preserve">[48:48] </w:t>
      </w:r>
      <w:r>
        <w:t>innalah laysa bil zallami al abeed to phir main jab sochne laga is par to mujhe yaad aaya ke aik british</w:t>
      </w:r>
    </w:p>
    <w:p>
      <w:pPr>
        <w:jc w:val="right"/>
      </w:pPr>
      <w:r>
        <w:t>ان اللہ ليس بالظلام العبید تو پھر میں جب سوچنے لگا اس پر تو مجھے یاد آیا کہ ایک برٹش</w:t>
      </w:r>
    </w:p>
    <w:p>
      <w:r>
        <w:rPr>
          <w:b/>
        </w:rPr>
        <w:t xml:space="preserve">[48:57] </w:t>
      </w:r>
      <w:r>
        <w:t>author ne is tarah ka jo nafsiyat insan ke andar hai, is ka zikr karte hue likha tha</w:t>
      </w:r>
    </w:p>
    <w:p>
      <w:pPr>
        <w:jc w:val="right"/>
      </w:pPr>
      <w:r>
        <w:t>اتھر نے اس طرح کا جو نفسیات انسان کے اندر ہے، اس کا ذکر کرتے ہوئے لکھا تھا</w:t>
      </w:r>
    </w:p>
    <w:p>
      <w:r>
        <w:rPr>
          <w:b/>
        </w:rPr>
        <w:t xml:space="preserve">[49:08] </w:t>
      </w:r>
      <w:r>
        <w:t>ke "i am la jo lafz to contain all these contradictions". yaani aik taraf woh yeh discuss kar raha tha ke aik taraf mujhe</w:t>
      </w:r>
    </w:p>
    <w:p>
      <w:pPr>
        <w:jc w:val="right"/>
      </w:pPr>
      <w:r>
        <w:t>کہ "آئی ایم لا جو لفظ ٹو کنٹین ال دیز کنٹراڈکشنز"۔ یعنی ایک طرف وہ یہ ڈسکس کر رہا تھا کہ ایک طرف مجھے</w:t>
      </w:r>
    </w:p>
    <w:p>
      <w:r>
        <w:rPr>
          <w:b/>
        </w:rPr>
        <w:t xml:space="preserve">[49:22] </w:t>
      </w:r>
      <w:r>
        <w:t>apni maa se mohabbat hai, usi ke sath main watan se kaise mohabbat karoon? maa se mujhe bohat ziyada mohabbat hai to watan se mohabbat kaise karoon?</w:t>
      </w:r>
    </w:p>
    <w:p>
      <w:pPr>
        <w:jc w:val="right"/>
      </w:pPr>
      <w:r>
        <w:t>اپنی ماں سے محبت ہے، اسی کے ساتھ میں وطن سے کیسے محبت کروں؟ ماں سے مجھے بہت زیادہ محبت ہے تو وطن سے محبت کیسے کروں؟</w:t>
      </w:r>
    </w:p>
    <w:p>
      <w:r>
        <w:rPr>
          <w:b/>
        </w:rPr>
        <w:t xml:space="preserve">[49:34] </w:t>
      </w:r>
      <w:r>
        <w:t>to yeh do, do mohabbatton ko kaise jama karoon main apne andar?</w:t>
      </w:r>
    </w:p>
    <w:p>
      <w:pPr>
        <w:jc w:val="right"/>
      </w:pPr>
      <w:r>
        <w:t>تو یہ دو، دو محبتوں کو کیسے جمع کروں میں اپنے اندر؟</w:t>
      </w:r>
    </w:p>
    <w:p>
      <w:r>
        <w:rPr>
          <w:b/>
        </w:rPr>
        <w:t xml:space="preserve">[49:38] </w:t>
      </w:r>
      <w:r>
        <w:t>to us waqt us ne kaha tha ke insan paidaishi tor par is ki capacity itni ziyada hai, itni ziyada hai, itni ziyada hai ke dono ko jama kar sakta hai.</w:t>
      </w:r>
    </w:p>
    <w:p>
      <w:pPr>
        <w:jc w:val="right"/>
      </w:pPr>
      <w:r>
        <w:t>تو اس وقت اس نے کہا تھا کہ انسان پیدائشی طور پر اس کی کیپیسٹی اتنی زیادہ ہے، اتنی زیادہ ہے، اتنی زیادہ ہے کہ دونوں کو جمع کر سکتا ہے۔</w:t>
      </w:r>
    </w:p>
    <w:p>
      <w:r>
        <w:rPr>
          <w:b/>
        </w:rPr>
        <w:t xml:space="preserve">[49:49] </w:t>
      </w:r>
      <w:r>
        <w:t>woh, woh is ke, is ke bas se bahar ki baat nahi hai.</w:t>
      </w:r>
    </w:p>
    <w:p>
      <w:pPr>
        <w:jc w:val="right"/>
      </w:pPr>
      <w:r>
        <w:t>وہ، وہ اس کے، اس کے بس سے باہر کی بات نہیں ہے۔</w:t>
      </w:r>
    </w:p>
    <w:p>
      <w:r>
        <w:rPr>
          <w:b/>
        </w:rPr>
        <w:t xml:space="preserve">[49:55] </w:t>
      </w:r>
      <w:r>
        <w:t>to us ne kaha tha ke "i am la jo lafz to contain all these contradictions". to insan ko allah ta'ala ne ajeeb o ghareeb tor par bohat anokhi salahiyatein di hain.</w:t>
      </w:r>
    </w:p>
    <w:p>
      <w:pPr>
        <w:jc w:val="right"/>
      </w:pPr>
      <w:r>
        <w:t>تو اس نے کہا تھا کہ "آئی ایم لا جو لفظ ٹو کنٹین ال دیز کنٹراڈکشنز"۔ تو انسان کو اللہ تعالیٰ نے عجیب و غریب طور پر بہت انوکھی صلاحیتیں دی ہیں۔</w:t>
      </w:r>
    </w:p>
    <w:p>
      <w:r>
        <w:rPr>
          <w:b/>
        </w:rPr>
        <w:t xml:space="preserve">[50:09] </w:t>
      </w:r>
      <w:r>
        <w:t>un mein se aik yeh bhi hai ke do mutzad cheezon ko apne andar jama kar sakta hai. woh</w:t>
      </w:r>
    </w:p>
    <w:p>
      <w:pPr>
        <w:jc w:val="right"/>
      </w:pPr>
      <w:r>
        <w:t>ان میں سے ایک یہ بھی ہے کہ دو متضاد چیزوں کو اپنے اندر جمع کر سکتا ہے۔ وہ</w:t>
      </w:r>
    </w:p>
    <w:p>
      <w:r>
        <w:rPr>
          <w:b/>
        </w:rPr>
        <w:t xml:space="preserve">[50:19] </w:t>
      </w:r>
      <w:r>
        <w:t>kaisi ajeeb baat hai! yeh zulm ka tajurba ho aur badle mein woh mohabbat aur khwahish, khwahish pesh kar sakay. yeh do mutzad cheezein hain.</w:t>
      </w:r>
    </w:p>
    <w:p>
      <w:pPr>
        <w:jc w:val="right"/>
      </w:pPr>
      <w:r>
        <w:t>کیسی عجیب بات ہے! یہ ظلم کا تجربہ ہو اور بدلے میں وہ محبت اور خواہش، خواہش پیش کر سکے۔ یہ دو متضاد چیزیں ہیں۔</w:t>
      </w:r>
    </w:p>
    <w:p>
      <w:r>
        <w:rPr>
          <w:b/>
        </w:rPr>
        <w:t xml:space="preserve">[50:29] </w:t>
      </w:r>
      <w:r>
        <w:t>to insaan ko Allah taala ne pehle hi se paidaishi taur par yeh salahiyat de di hai</w:t>
      </w:r>
    </w:p>
    <w:p>
      <w:pPr>
        <w:jc w:val="right"/>
      </w:pPr>
      <w:r>
        <w:t>تو انسان کو اللہ تعالیٰ نے پہلے ہی سے پیدائشی طور پر یہ صلاحیت دے دی ہے</w:t>
      </w:r>
    </w:p>
    <w:p>
      <w:r>
        <w:rPr>
          <w:b/>
        </w:rPr>
        <w:t xml:space="preserve">[50:37] </w:t>
      </w:r>
      <w:r>
        <w:t>ke woh opposites mein jee sakta hai. To us ne to secular maani mein kaha tha "I am law to contain all these contradictions".</w:t>
      </w:r>
    </w:p>
    <w:p>
      <w:pPr>
        <w:jc w:val="right"/>
      </w:pPr>
      <w:r>
        <w:t>کہ وہ اپوزٹس میں جی سکتا ہے۔ تو اس نے تو سیکولر معنی میں کہا تھا "آئی ایم لا جو لفظ ٹو کنٹین ال دیز کنٹراڈکشنز"۔</w:t>
      </w:r>
    </w:p>
    <w:p>
      <w:r>
        <w:rPr>
          <w:b/>
        </w:rPr>
        <w:t xml:space="preserve">[50:48] </w:t>
      </w:r>
      <w:r>
        <w:t>isi baat ko daai spiritual maani mein kahega, divine sense mein kahega,</w:t>
      </w:r>
    </w:p>
    <w:p>
      <w:pPr>
        <w:jc w:val="right"/>
      </w:pPr>
      <w:r>
        <w:t>اسی بات کو داعی اسپریچول معنی میں کہے گا، ڈیوائن سینس میں کہے گا،</w:t>
      </w:r>
    </w:p>
    <w:p>
      <w:r>
        <w:rPr>
          <w:b/>
        </w:rPr>
        <w:t xml:space="preserve">[50:54] </w:t>
      </w:r>
      <w:r>
        <w:t>dawat ke liye kahega ke Allah taala ne mujhe paida kar ke yeh salahiyatein pehle de rakhi hain. To main aisa, aisa karoon to mere, yaani explain my capacity nahi hoga.</w:t>
      </w:r>
    </w:p>
    <w:p>
      <w:pPr>
        <w:jc w:val="right"/>
      </w:pPr>
      <w:r>
        <w:t>دعوت کے لیے کہے گا کہ اللہ تعالیٰ نے مجھے پیدا کر کے یہ صلاحیتیں پہلے دے رکھی ہیں۔ تو میں ایسا، ایسا کروں تو میرے، یعنی بیان مائی کیپیسٹی نہیں ہوگا۔</w:t>
      </w:r>
    </w:p>
    <w:p>
      <w:r>
        <w:rPr>
          <w:b/>
        </w:rPr>
        <w:t xml:space="preserve">[51:07] </w:t>
      </w:r>
      <w:r>
        <w:t>yeh itna explain my capacity.</w:t>
      </w:r>
    </w:p>
    <w:p>
      <w:pPr>
        <w:jc w:val="right"/>
      </w:pPr>
      <w:r>
        <w:t>یہ اتنا بیان مائی کیپیسٹی۔</w:t>
      </w:r>
    </w:p>
    <w:p>
      <w:r>
        <w:rPr>
          <w:b/>
        </w:rPr>
        <w:t xml:space="preserve">[51:19] </w:t>
      </w:r>
      <w:r>
        <w:t>to jo aadmi chahta hai ke woh Allah taala ke haan woh aala reward le, super reward, jo us ko jannat mein dakhil kare,</w:t>
      </w:r>
    </w:p>
    <w:p>
      <w:pPr>
        <w:jc w:val="right"/>
      </w:pPr>
      <w:r>
        <w:t>تو جو آدمی چاہتا ہے کہ وہ اللہ تعالیٰ کے ہاں وہ اعلیٰ ریوارڈ لے، سپر ریوارڈ، جو اس کو جنت میں داخل کرے،</w:t>
      </w:r>
    </w:p>
    <w:p>
      <w:r>
        <w:rPr>
          <w:b/>
        </w:rPr>
        <w:t xml:space="preserve">[51:39] </w:t>
      </w:r>
      <w:r>
        <w:t>Quran mein bohat hi ajeeb taur par jannat ke bare mein baatein aayi hain. Un mein se ek yeh hai fi muqt sadiq nind mulk muqtadir</w:t>
      </w:r>
    </w:p>
    <w:p>
      <w:pPr>
        <w:jc w:val="right"/>
      </w:pPr>
      <w:r>
        <w:t>قرآن میں بہت ہی عجیب طور پر جنت کے بارے میں باتیں آئیں ہیں۔ ان میں سے ایک یہ ہے فی مقت صدق نیند ملک مقتدر</w:t>
      </w:r>
    </w:p>
    <w:p>
      <w:r>
        <w:rPr>
          <w:b/>
        </w:rPr>
        <w:t xml:space="preserve">[51:51] </w:t>
      </w:r>
      <w:r>
        <w:t>fi muqt sadiq nind mulk muqtadir yaani sach, sachai ki seat par yeh woh log hain jo baadshah kainat ke paas sachai ki seat par honge.</w:t>
      </w:r>
    </w:p>
    <w:p>
      <w:pPr>
        <w:jc w:val="right"/>
      </w:pPr>
      <w:r>
        <w:t>فی مقت صدق نیند ملک مقتدر یعنی سچ، سچائی کی سیٹ پر یہ وہ لوگ ہیں جو بادشاہ کائنات کے پاس سچائی کی سیٹ پر ہوں گے۔</w:t>
      </w:r>
    </w:p>
    <w:p>
      <w:r>
        <w:rPr>
          <w:b/>
        </w:rPr>
        <w:t xml:space="preserve">[52:10] </w:t>
      </w:r>
      <w:r>
        <w:t>fi muqt sadiq nind mulk muqtadir baadshah kainat ke paas, us ke paros mein sachai ki seat par honge.</w:t>
      </w:r>
    </w:p>
    <w:p>
      <w:pPr>
        <w:jc w:val="right"/>
      </w:pPr>
      <w:r>
        <w:t>فی مقت صدق نیند ملک مقتدر بادشاہ کائنات کے پاس، اس کے پڑوس میں سچائی کی سیٹ پر ہوں گے۔</w:t>
      </w:r>
    </w:p>
    <w:p>
      <w:r>
        <w:rPr>
          <w:b/>
        </w:rPr>
        <w:t xml:space="preserve">[52:22] </w:t>
      </w:r>
      <w:r>
        <w:t>to yaad rakhiye, dunya mein aap ko sachai pe jeena padta hai,</w:t>
      </w:r>
    </w:p>
    <w:p>
      <w:pPr>
        <w:jc w:val="right"/>
      </w:pPr>
      <w:r>
        <w:t>تو یاد رکھیے، دنیا میں آپ کو سچائی پہ جینا پڑتا ہے،</w:t>
      </w:r>
    </w:p>
    <w:p>
      <w:r>
        <w:rPr>
          <w:b/>
        </w:rPr>
        <w:t xml:space="preserve">[52:27] </w:t>
      </w:r>
      <w:r>
        <w:t>tab wahan kis aap ko sachai ki seat milegi? Warna nahi milne wali hai.</w:t>
      </w:r>
    </w:p>
    <w:p>
      <w:pPr>
        <w:jc w:val="right"/>
      </w:pPr>
      <w:r>
        <w:t>تب وہاں کس آپ کو سچائی کی سیٹ ملے گی؟ ورنہ نہیں ملنے والی ہے۔</w:t>
      </w:r>
    </w:p>
    <w:p>
      <w:r>
        <w:rPr>
          <w:b/>
        </w:rPr>
        <w:t xml:space="preserve">[52:43] </w:t>
      </w:r>
      <w:r>
        <w:t>aap ghor kijiye ke agar aap</w:t>
      </w:r>
    </w:p>
    <w:p>
      <w:pPr>
        <w:jc w:val="right"/>
      </w:pPr>
      <w:r>
        <w:t>آپ غور کیجیے کہ اگر آپ</w:t>
      </w:r>
    </w:p>
    <w:p>
      <w:r>
        <w:rPr>
          <w:b/>
        </w:rPr>
        <w:t xml:space="preserve">[52:49] </w:t>
      </w:r>
      <w:r>
        <w:t>ek baar mein ek jagah gaya to dawat par kuch baat cheet thi, wahan par dawat par meri taqreer thi.</w:t>
      </w:r>
    </w:p>
    <w:p>
      <w:pPr>
        <w:jc w:val="right"/>
      </w:pPr>
      <w:r>
        <w:t>ایک بار میں ایک جگہ گیا تو دعوت پر کچھ بات چیت تھی، وہاں پر دعوت پر میری تقریر تھی۔</w:t>
      </w:r>
    </w:p>
    <w:p>
      <w:r>
        <w:rPr>
          <w:b/>
        </w:rPr>
        <w:t xml:space="preserve">[53:00] </w:t>
      </w:r>
      <w:r>
        <w:t>to main ne is mein yeh keh diya ke dunya chahe zulm kare, dushmani kare, sazish kare, hamein is se</w:t>
      </w:r>
    </w:p>
    <w:p>
      <w:pPr>
        <w:jc w:val="right"/>
      </w:pPr>
      <w:r>
        <w:t>تو میں نے اس میں یہ کہہ دیا کہ دنیا چاہے ظلم کرے، دشمنی کرے، سازش کرے، ہمیں اس سے</w:t>
      </w:r>
    </w:p>
    <w:p>
      <w:r>
        <w:rPr>
          <w:b/>
        </w:rPr>
        <w:t xml:space="preserve">[53:10] </w:t>
      </w:r>
      <w:r>
        <w:t>ignore kar ke, us ko is se hamein khair khwahi karna hai.</w:t>
      </w:r>
    </w:p>
    <w:p>
      <w:pPr>
        <w:jc w:val="right"/>
      </w:pPr>
      <w:r>
        <w:t>اگنور کر کے، اس کو اس سے ہمیں خیر خواہی کرنا ہے۔</w:t>
      </w:r>
    </w:p>
    <w:p>
      <w:r>
        <w:rPr>
          <w:b/>
        </w:rPr>
        <w:t xml:space="preserve">[53:17] </w:t>
      </w:r>
      <w:r>
        <w:t>kisi ki dushmani hamare liye is baat ka justification nahi hai ke hum bhi us ke dushman ban jayein, hum us ko pathar maarne lagayein. To ek saahab khade hue, unhone kaha ke aisa kaise ho sakta hai?</w:t>
      </w:r>
    </w:p>
    <w:p>
      <w:pPr>
        <w:jc w:val="right"/>
      </w:pPr>
      <w:r>
        <w:t>کسی کی دشمنی ہمارے لیے اس بات کا جسٹیفیکیشن نہیں ہے کہ ہم بھی اس کے دشمن بن جائیں، ہم اس کو پتھر مارنے لگیں۔ تو ایک صاحب کھڑے ہوئے، انہوں نے کہا کہ ایسا کیسے ہو سکتا ہے؟</w:t>
      </w:r>
    </w:p>
    <w:p>
      <w:r>
        <w:rPr>
          <w:b/>
        </w:rPr>
        <w:t xml:space="preserve">[53:33] </w:t>
      </w:r>
      <w:r>
        <w:t>hamein apne dushmanon ko jawab dena padega.</w:t>
      </w:r>
    </w:p>
    <w:p>
      <w:pPr>
        <w:jc w:val="right"/>
      </w:pPr>
      <w:r>
        <w:t>ہمیں اپنے دشمنوں کو جواب دینا پڑے گا۔</w:t>
      </w:r>
    </w:p>
    <w:p>
      <w:r>
        <w:rPr>
          <w:b/>
        </w:rPr>
        <w:t xml:space="preserve">[53:40] </w:t>
      </w:r>
      <w:r>
        <w:t>hamein apne dushmanon ke saath yeh karna hoga, woh karna hoga, yeh sab karna padega. To unhone kaha ke hum dawat bhi denge aur yeh bhi karenge.</w:t>
      </w:r>
    </w:p>
    <w:p>
      <w:pPr>
        <w:jc w:val="right"/>
      </w:pPr>
      <w:r>
        <w:t>ہمیں اپنے دشمنوں کے ساتھ یہ کرنا ہوگا، وہ کرنا ہوگا، یہ سب کرنا پڑے گا۔ تو انہوں نے کہا کہ ہم دعوت بھی دیں گے اور یہ بھی کریں گے۔</w:t>
      </w:r>
    </w:p>
    <w:p>
      <w:r>
        <w:rPr>
          <w:b/>
        </w:rPr>
        <w:t xml:space="preserve">[53:50] </w:t>
      </w:r>
      <w:r>
        <w:t>aap ghor kijiye, Khuda agar pooche qayamat ke din ke jab main ne tumhein wahan idhar ek capacity di thi, capacity ke zulm ke bawajood tum khair khwahi kar sako, to tum ne koi us ko istemal nahi kiya?</w:t>
      </w:r>
    </w:p>
    <w:p>
      <w:pPr>
        <w:jc w:val="right"/>
      </w:pPr>
      <w:r>
        <w:t>آپ غور کیجیے، خدا اگر پوچھے قیامت کے دن کہ جب میں نے تمہیں وہاں ادھر ایک کیپیسٹی دی تھی، کیپیسٹی کہ ظلم کے باوجود تم خیر خواہی کر سکو، تو تم نے کوئی اس کو استعمال نہیں کیا؟</w:t>
      </w:r>
    </w:p>
    <w:p>
      <w:r>
        <w:rPr>
          <w:b/>
        </w:rPr>
        <w:t xml:space="preserve">[54:03] </w:t>
      </w:r>
      <w:r>
        <w:t>tum to jhoot pakdai hui hai, mere creation ko tum ne jhoot banaya.</w:t>
      </w:r>
    </w:p>
    <w:p>
      <w:pPr>
        <w:jc w:val="right"/>
      </w:pPr>
      <w:r>
        <w:t>تم تو جھوٹ پکڑائی ہوئی ہے، میرے کریشن کو تم نے جھوٹ بنایا۔</w:t>
      </w:r>
    </w:p>
    <w:p>
      <w:r>
        <w:rPr>
          <w:b/>
        </w:rPr>
        <w:t xml:space="preserve">[54:13] </w:t>
      </w:r>
      <w:r>
        <w:t>yaani Allah taala ne insaan ke andar ek capacity rakhi, ek capacity ke doosra zulm kare, doosra pathar phenke, doosra aap ke khilaf conspiracy kare,</w:t>
      </w:r>
    </w:p>
    <w:p>
      <w:pPr>
        <w:jc w:val="right"/>
      </w:pPr>
      <w:r>
        <w:t>یعنی اللہ تعالیٰ نے انسان کے اندر ایک کیپیسٹی رکھی، ایک کیپیسٹی کہ دوسرا ظلم کرے، دوسرا پتھر پھینکے، دوسرا آپ کے خلاف کانسپریسی کرے،</w:t>
      </w:r>
    </w:p>
    <w:p>
      <w:r>
        <w:rPr>
          <w:b/>
        </w:rPr>
        <w:t xml:space="preserve">[54:26] </w:t>
      </w:r>
      <w:r>
        <w:t>yahan tak ke bigaao, doosra aap gun chalaye, bomb chalaye,</w:t>
      </w:r>
    </w:p>
    <w:p>
      <w:pPr>
        <w:jc w:val="right"/>
      </w:pPr>
      <w:r>
        <w:t>یہاں تک کہ بگاؤ، دوسرا آپ گن چلائے، بم چلائے،</w:t>
      </w:r>
    </w:p>
    <w:p>
      <w:r>
        <w:rPr>
          <w:b/>
        </w:rPr>
        <w:t xml:space="preserve">[54:31] </w:t>
      </w:r>
      <w:r>
        <w:t>tab bhi us ke khair khwah bane rahein. Aap yeh Allah taala ne aap ke andar yeh rakha, yeh capacity.</w:t>
      </w:r>
    </w:p>
    <w:p>
      <w:pPr>
        <w:jc w:val="right"/>
      </w:pPr>
      <w:r>
        <w:t>تب بھی اس کے خیر خواہ بنے رہیں۔ آپ یہ اللہ تعالیٰ نے آپ کے اندر یہ رکھا، یہ کیپیسٹی۔</w:t>
      </w:r>
    </w:p>
    <w:p>
      <w:r>
        <w:rPr>
          <w:b/>
        </w:rPr>
        <w:t xml:space="preserve">[54:42] </w:t>
      </w:r>
      <w:r>
        <w:t>to sawal yeh hai ke jab Allah taala qayamat mein poochega ke tumhare andar main ne yeh capacity rakhi, to yeh capacity ko tum ne kyun nahi istemal kiya?</w:t>
      </w:r>
    </w:p>
    <w:p>
      <w:pPr>
        <w:jc w:val="right"/>
      </w:pPr>
      <w:r>
        <w:t>تو سوال یہ ہے کہ جب اللہ تعالیٰ قیامت میں پوچھے گا کہ تمہارے اندر میں نے یہ کیپیسٹی رکھی، تو یہ کیپیسٹی کو تم نے کیوں نہیں استعمال کیا؟</w:t>
      </w:r>
    </w:p>
    <w:p>
      <w:r>
        <w:rPr>
          <w:b/>
        </w:rPr>
        <w:t xml:space="preserve">[54:54] </w:t>
      </w:r>
      <w:r>
        <w:t>tum ko dawat ka yahan reward nahi milega. To kya jawab hoga hamare paas? To Allah taala ne jis cheez ka hum se taqaza kiya hai, jis cheez ka hum ko hukum diya hai, woh ain hamare bas mein hai.</w:t>
      </w:r>
    </w:p>
    <w:p>
      <w:pPr>
        <w:jc w:val="right"/>
      </w:pPr>
      <w:r>
        <w:t>تم کو دعوت کا یہاں ریوارڈ نہیں ملے گا۔ تو کیا جواب ہوگا ہمارے پاس؟ تو اللہ تعالیٰ نے جس چیز کا ہم سے تقاضا کیا ہے، جس چیز کا ہم کو حکم دیا ہے، وہ عین ہمارے بس میں ہے۔</w:t>
      </w:r>
    </w:p>
    <w:p>
      <w:r>
        <w:rPr>
          <w:b/>
        </w:rPr>
        <w:t xml:space="preserve">[55:11] </w:t>
      </w:r>
      <w:r>
        <w:t>aisa nahi ke hamare bas mein na ho,</w:t>
      </w:r>
    </w:p>
    <w:p>
      <w:pPr>
        <w:jc w:val="right"/>
      </w:pPr>
      <w:r>
        <w:t>ایسا نہیں کہ ہمارے بس میں نہ ہو،</w:t>
      </w:r>
    </w:p>
    <w:p>
      <w:r>
        <w:rPr>
          <w:b/>
        </w:rPr>
        <w:t xml:space="preserve">[55:16] </w:t>
      </w:r>
      <w:r>
        <w:t>ain hamare bas mein hai.</w:t>
      </w:r>
    </w:p>
    <w:p>
      <w:pPr>
        <w:jc w:val="right"/>
      </w:pPr>
      <w:r>
        <w:t>عین ہمارے بس میں ہے۔</w:t>
      </w:r>
    </w:p>
    <w:p>
      <w:r>
        <w:rPr>
          <w:b/>
        </w:rPr>
        <w:t xml:space="preserve">[55:26] </w:t>
      </w:r>
      <w:r>
        <w:t>isi tarah dekhiye, momin ko ya daai ko aap jante hain, dunya mein itne taqaze hain, tarah tarah ke taqaze har aadmi ke hain.</w:t>
      </w:r>
    </w:p>
    <w:p>
      <w:pPr>
        <w:jc w:val="right"/>
      </w:pPr>
      <w:r>
        <w:t>اسی طرح دیکھیے، مومن کو یا داعی کو آپ جانتے ہیں، دنیا میں اتنے تقاضے ہیں، طرح طرح کے تقاضے ہر آدمی کے ہیں۔</w:t>
      </w:r>
    </w:p>
    <w:p>
      <w:r>
        <w:rPr>
          <w:b/>
        </w:rPr>
        <w:t xml:space="preserve">[55:38] </w:t>
      </w:r>
      <w:r>
        <w:t>wo pakadte hain aadmi ko ke mere ye taqaze pure karo, wo taqaze pure karo.</w:t>
      </w:r>
    </w:p>
    <w:p>
      <w:pPr>
        <w:jc w:val="right"/>
      </w:pPr>
      <w:r>
        <w:t>وہ پکڑتے ہیں آدمی کو کہ میرے یہ تقاضے پورے کرو، وہ تقاضے پورے کرو۔</w:t>
      </w:r>
    </w:p>
    <w:p>
      <w:r>
        <w:rPr>
          <w:b/>
        </w:rPr>
        <w:t xml:space="preserve">[55:45] </w:t>
      </w:r>
      <w:r>
        <w:t>lekin daai ko in sab se uth kar ke, sare taqazon se upar uth kar ke kya karna padta hai? Is ki ek tasweer aap dekhiye, rasool Allah salallaho alaihe wasallam ki zindagi mein.</w:t>
      </w:r>
    </w:p>
    <w:p>
      <w:pPr>
        <w:jc w:val="right"/>
      </w:pPr>
      <w:r>
        <w:t>لیکن داعی کو ان سب سے اٹھ کر کے، سارے تقاضوں سے اوپر اٹھ کر کے کیا کرنا پڑتا ہے؟ اس کی ایک تصویر آپ دیکھیے، رسول اللہ صلی اللہ علیہ وسلم کی زندگی میں۔</w:t>
      </w:r>
    </w:p>
    <w:p>
      <w:r>
        <w:rPr>
          <w:b/>
        </w:rPr>
        <w:t xml:space="preserve">[56:02] </w:t>
      </w:r>
      <w:r>
        <w:t>rasool Allah salallaho alaihe wasallam makka mein 610 eesvi mein apne apna mission shuru kiya, 13 saal tak wahan rahe.</w:t>
      </w:r>
    </w:p>
    <w:p>
      <w:pPr>
        <w:jc w:val="right"/>
      </w:pPr>
      <w:r>
        <w:t>رسول اللہ صلی اللہ علیہ وسلم مکہ میں 610 عیسوی میں اپنے اپنا مشن شروع کیا، 13 سال تک وہاں رہے۔</w:t>
      </w:r>
    </w:p>
    <w:p>
      <w:r>
        <w:rPr>
          <w:b/>
        </w:rPr>
        <w:t xml:space="preserve">[56:14] </w:t>
      </w:r>
      <w:r>
        <w:t>13 saal ke dauran wahan ke logon ne aap ko ko bhi sataya, aap ke sahaba ko bhi sataya.</w:t>
      </w:r>
    </w:p>
    <w:p>
      <w:pPr>
        <w:jc w:val="right"/>
      </w:pPr>
      <w:r>
        <w:t>13 سال کے دوران وہاں کے لوگوں نے آپ کو کو بھی ستایا، آپ کے صحابہ کو بھی ستایا۔</w:t>
      </w:r>
    </w:p>
    <w:p>
      <w:r>
        <w:rPr>
          <w:b/>
        </w:rPr>
        <w:t xml:space="preserve">[56:25] </w:t>
      </w:r>
      <w:r>
        <w:t>yani ek bahut ajib o gharib, yani ek bahut kalma ajib o gharib baat mere zehen mein ek aayi ke aap kitabon mein padhte hain ke rasool Allah ko boycott kiya gaya.</w:t>
      </w:r>
    </w:p>
    <w:p>
      <w:pPr>
        <w:jc w:val="right"/>
      </w:pPr>
      <w:r>
        <w:t>یعنی ایک بہت عجیب و غریب، یعنی ایک بہت کلمہ عجیب و غریب بات میرے ذہن میں ایک آئی کہ آپ کتابوں میں پڑھتے ہیں کہ رسول اللہ کو بائیکاٹ کیا گیا۔</w:t>
      </w:r>
    </w:p>
    <w:p>
      <w:r>
        <w:rPr>
          <w:b/>
        </w:rPr>
        <w:t xml:space="preserve">[56:41] </w:t>
      </w:r>
      <w:r>
        <w:t>yani makka mein ye ye daood nadwa jo tha, in ka parliament jo thi, in ki tribal parliament, is mein ye ye pass kar diya unhon ne ke ke rasool Allah ka jo khandan tha, banu hashim, banu hashim se koi len den na kare, koi un se mulaqat na kare, koi salam kalam na kare,</w:t>
      </w:r>
    </w:p>
    <w:p>
      <w:pPr>
        <w:jc w:val="right"/>
      </w:pPr>
      <w:r>
        <w:t>یعنی مکہ میں یہ یہ داؤد ندوہ جو تھا، ان کا پارلیمنٹ جو تھی، ان کی ٹرائبل پارلیمنٹ، اس میں یہ یہ پاس کر دیا انہوں نے کہ کہ رسول اللہ کا جو خاندان تھا، بنو ہاشم، بنو ہاشم سے کوئی لین دین نہ کرے، کوئی ان سے ملاقات نہ کرے، کوئی سلام کلام نہ کرے،</w:t>
      </w:r>
    </w:p>
    <w:p>
      <w:r>
        <w:rPr>
          <w:b/>
        </w:rPr>
        <w:t xml:space="preserve">[57:02] </w:t>
      </w:r>
      <w:r>
        <w:t>mukammal boycott. To teen saal tak aap chhod kar makka chale gaye, pahad ki ghati mein jis ko kaha jata hai shib abi talib.</w:t>
      </w:r>
    </w:p>
    <w:p>
      <w:pPr>
        <w:jc w:val="right"/>
      </w:pPr>
      <w:r>
        <w:t>مکمل بائیکاٹ۔ تو تین سال تک آپ چھوڑ کر مکہ چلے گئے، پہاڑ کی گھاٹی میں جس کو کہا جاتا ہے شیب ابی طالب۔</w:t>
      </w:r>
    </w:p>
    <w:p>
      <w:r>
        <w:rPr>
          <w:b/>
        </w:rPr>
        <w:t xml:space="preserve">[57:14] </w:t>
      </w:r>
      <w:r>
        <w:t>wahan pahad aise nahi hote jaise hum pahad india mein dekhte hain, sar sabz pahad. Wahan to pahad matlab chattan,</w:t>
      </w:r>
    </w:p>
    <w:p>
      <w:pPr>
        <w:jc w:val="right"/>
      </w:pPr>
      <w:r>
        <w:t>وہاں پہاڑ ایسے نہیں ہوتے جیسے ہم پہاڑ انڈیا میں دیکھتے ہیں، سرسبز پہاڑ۔ وہاں تو پہاڑ مطلب چٹان،</w:t>
      </w:r>
    </w:p>
    <w:p>
      <w:r>
        <w:rPr>
          <w:b/>
        </w:rPr>
        <w:t xml:space="preserve">[57:22] </w:t>
      </w:r>
      <w:r>
        <w:t>chattan aur ret aur patthar.</w:t>
      </w:r>
    </w:p>
    <w:p>
      <w:pPr>
        <w:jc w:val="right"/>
      </w:pPr>
      <w:r>
        <w:t>چٹان اور ریت اور پتھر۔</w:t>
      </w:r>
    </w:p>
    <w:p>
      <w:r>
        <w:rPr>
          <w:b/>
        </w:rPr>
        <w:t xml:space="preserve">[57:27] </w:t>
      </w:r>
      <w:r>
        <w:t>ab wahan ye aata hai kitabon mein ke ke banu hashim ke jo afraad the, kuch un par khane ko nahi hota tha.</w:t>
      </w:r>
    </w:p>
    <w:p>
      <w:pPr>
        <w:jc w:val="right"/>
      </w:pPr>
      <w:r>
        <w:t>اب وہاں یہ آتا ہے کتابوں میں کہ کہ بنو ہاشم کے جو افراد تھے، کچھ ان پر کھانے کو نہیں ہوتا تھا۔</w:t>
      </w:r>
    </w:p>
    <w:p>
      <w:r>
        <w:rPr>
          <w:b/>
        </w:rPr>
        <w:t xml:space="preserve">[57:39] </w:t>
      </w:r>
      <w:r>
        <w:t>yahan tak ke aisha ke bare mein aata hai ke wo, yani is is wo wo jo wo jo takleef hui banu, is mein to aap ka rang saaf tha, white color tha, aap aap black color ho gaya is ki wajah se.</w:t>
      </w:r>
    </w:p>
    <w:p>
      <w:pPr>
        <w:jc w:val="right"/>
      </w:pPr>
      <w:r>
        <w:t>یہاں تک کہ عائشہ کے بارے میں آتا ہے کہ وہ، یعنی اس اس وہ جو وہ جو تکلیف ہوئی بنو، اس میں تو آپ کا رنگ صاف تھا، وائٹ کلر تھا، آپ آپ بلیک کلر ہو گیا اس کی وجہ سے۔</w:t>
      </w:r>
    </w:p>
    <w:p>
      <w:r>
        <w:rPr>
          <w:b/>
        </w:rPr>
        <w:t xml:space="preserve">[57:56] </w:t>
      </w:r>
      <w:r>
        <w:t>khadija, ji khadija, ji</w:t>
      </w:r>
    </w:p>
    <w:p>
      <w:pPr>
        <w:jc w:val="right"/>
      </w:pPr>
      <w:r>
        <w:t>خدیجہ، جی خدیجہ، جی</w:t>
      </w:r>
    </w:p>
    <w:p>
      <w:r>
        <w:rPr>
          <w:b/>
        </w:rPr>
        <w:t xml:space="preserve">[58:00] </w:t>
      </w:r>
      <w:r>
        <w:t>khadija, hazrat khadija, hazrat khadija ke bare mein wagera wagera bahut tafseel kitabon mein hai. To khair, main ye kal soch raha tha ke is ka koi reference quran mein nahi,</w:t>
      </w:r>
    </w:p>
    <w:p>
      <w:pPr>
        <w:jc w:val="right"/>
      </w:pPr>
      <w:r>
        <w:t>خدیجہ، حضرت خدیجہ، حضرت خدیجہ کے بارے میں وغیرہ وغیرہ بہت تفصیل کتابوں میں ہے۔ تو خیر، میں یہ کل سوچ رہا تھا کہ اس کا کوئی ریفرنس قرآن میں نہیں،</w:t>
      </w:r>
    </w:p>
    <w:p>
      <w:r>
        <w:rPr>
          <w:b/>
        </w:rPr>
        <w:t xml:space="preserve">[58:16] </w:t>
      </w:r>
      <w:r>
        <w:t>is boycott ka.</w:t>
      </w:r>
    </w:p>
    <w:p>
      <w:pPr>
        <w:jc w:val="right"/>
      </w:pPr>
      <w:r>
        <w:t>اس بائیکاٹ کا۔</w:t>
      </w:r>
    </w:p>
    <w:p>
      <w:r>
        <w:rPr>
          <w:b/>
        </w:rPr>
        <w:t xml:space="preserve">[58:18] </w:t>
      </w:r>
      <w:r>
        <w:t>kaisi ajib baat hai! Mujhe badi badi hairani hui ke is waqe ko agar hum tareekh mein na padh paate, sirf quran jante to hamein kuch na pata chalta ke aap ka boycott kiya gaya aur teen saal tak aap ko</w:t>
      </w:r>
    </w:p>
    <w:p>
      <w:pPr>
        <w:jc w:val="right"/>
      </w:pPr>
      <w:r>
        <w:t>کیسی عجیب بات ہے! مجھے بڑی بڑی حیرانی ہوئی کہ اس واقعے کو اگر ہم تاریخ میں نہ پڑھ پاتے، صرف قرآن جانتے تو ہمیں کچھ نہ پتہ چلتا کہ آپ کا بائیکاٹ کیا گیا اور تین سال تک آپ کو</w:t>
      </w:r>
    </w:p>
    <w:p>
      <w:r>
        <w:rPr>
          <w:b/>
        </w:rPr>
        <w:t xml:space="preserve">[58:37] </w:t>
      </w:r>
      <w:r>
        <w:t>khushk pahadon mein rehna pada. Yahan tak ke yani is ki tafseel aap kitabon mein dekh sakte hain, jo museebatein padhein.</w:t>
      </w:r>
    </w:p>
    <w:p>
      <w:pPr>
        <w:jc w:val="right"/>
      </w:pPr>
      <w:r>
        <w:t>خشک پہاڑوں میں رہنا پڑا۔ یہاں تک کہ یعنی اس کی تفصیل آپ کتابوں میں دیکھ سکتے ہیں، جو مصیبتیں پڑھیں۔</w:t>
      </w:r>
    </w:p>
    <w:p>
      <w:r>
        <w:rPr>
          <w:b/>
        </w:rPr>
        <w:t xml:space="preserve">[58:47] </w:t>
      </w:r>
      <w:r>
        <w:t>ye quran mein is ka reference nahi, kuch yani un ke zulm azeem ka reference nahi.</w:t>
      </w:r>
    </w:p>
    <w:p>
      <w:pPr>
        <w:jc w:val="right"/>
      </w:pPr>
      <w:r>
        <w:t>یہ قرآن میں اس کا ریفرنس نہیں، کچھ یعنی ان کے ظلم عظیم کا ریفرنس نہیں۔</w:t>
      </w:r>
    </w:p>
    <w:p>
      <w:r>
        <w:rPr>
          <w:b/>
        </w:rPr>
        <w:t xml:space="preserve">[58:54] </w:t>
      </w:r>
      <w:r>
        <w:t>aap zara sochiye,</w:t>
      </w:r>
    </w:p>
    <w:p>
      <w:pPr>
        <w:jc w:val="right"/>
      </w:pPr>
      <w:r>
        <w:t>آپ ذرا سوچیے،</w:t>
      </w:r>
    </w:p>
    <w:p>
      <w:r>
        <w:rPr>
          <w:b/>
        </w:rPr>
        <w:t xml:space="preserve">[59:00] </w:t>
      </w:r>
      <w:r>
        <w:t>ye bahut hi sakht halaat the teen saal jo aap ko aur aap ke khandan ko shib abi talib mein rehna pada, jo khushk pahadon ke andar.</w:t>
      </w:r>
    </w:p>
    <w:p>
      <w:pPr>
        <w:jc w:val="right"/>
      </w:pPr>
      <w:r>
        <w:t>یہ بہت ہی سخت حالات تھے تین سال جو آپ کو اور آپ کے خاندان کو شیب ابی طالب میں رہنا پڑا، جو خشک پہاڑوں کے اندر۔</w:t>
      </w:r>
    </w:p>
    <w:p>
      <w:r>
        <w:rPr>
          <w:b/>
        </w:rPr>
        <w:t xml:space="preserve">[59:14] </w:t>
      </w:r>
      <w:r>
        <w:t>lekin quran mein is ka koi reference nahi hai.</w:t>
      </w:r>
    </w:p>
    <w:p>
      <w:pPr>
        <w:jc w:val="right"/>
      </w:pPr>
      <w:r>
        <w:t>لیکن قرآن میں اس کا کوئی ریفرنس نہیں ہے۔</w:t>
      </w:r>
    </w:p>
    <w:p>
      <w:r>
        <w:rPr>
          <w:b/>
        </w:rPr>
        <w:t xml:space="preserve">[59:22] </w:t>
      </w:r>
      <w:r>
        <w:t>yani is ka matlab kya hua ke dawat ka kaam aap ko karna padta hai, sare zulm aur sari dushmniyon ko nazar andaz kar ke, is ka tazkara bhi nahi karna padta aap ko.</w:t>
      </w:r>
    </w:p>
    <w:p>
      <w:pPr>
        <w:jc w:val="right"/>
      </w:pPr>
      <w:r>
        <w:t>یعنی اس کا مطلب کیا ہوا کہ دعوت کا کام آپ کو کرنا پڑتا ہے، سارے ظلم اور ساری دشمنیوں کو نظر انداز کر کے، اس کا تذکرہ بھی نہیں کرنا پڑتا آپ کو۔</w:t>
      </w:r>
    </w:p>
    <w:p>
      <w:r>
        <w:rPr>
          <w:b/>
        </w:rPr>
        <w:t xml:space="preserve">[59:39] </w:t>
      </w:r>
      <w:r>
        <w:t>is ki doosri misaal ye hai ke rasool Allah salallaho alaihe wasallam jab 13 saal ke baad gaye wahan madina to aap ke paas sab se badi khabar kya thi?</w:t>
      </w:r>
    </w:p>
    <w:p>
      <w:pPr>
        <w:jc w:val="right"/>
      </w:pPr>
      <w:r>
        <w:t>اس کی دوسری مثال یہ ہے کہ رسول اللہ صلی اللہ علیہ وسلم جب 13 سال کے بعد گئے وہاں مدینہ تو آپ کے پاس سب سے بڑی خبر کیا تھی؟</w:t>
      </w:r>
    </w:p>
    <w:p>
      <w:r>
        <w:rPr>
          <w:b/>
        </w:rPr>
        <w:t xml:space="preserve">[59:49] </w:t>
      </w:r>
      <w:r>
        <w:t>yeh khabar nahi thi ke makkah walon ne nikaal diya, makkah walon ne hum logon ko mara peeta, makkah walon ne hum ko</w:t>
      </w:r>
    </w:p>
    <w:p>
      <w:pPr>
        <w:jc w:val="right"/>
      </w:pPr>
      <w:r>
        <w:t>یہ خبر نہیں تھی کہ مکہ والوں نے نکال دیا، مکہ والوں نے ہم لوگوں کو مارا پیٹا، مکہ والوں نے ہم کو</w:t>
      </w:r>
    </w:p>
    <w:p>
      <w:r>
        <w:rPr>
          <w:b/>
        </w:rPr>
        <w:t xml:space="preserve">[59:57] </w:t>
      </w:r>
      <w:r>
        <w:t>yani yeh museebat daali, woh museebat daali. Yahan tak ke jala watan hona pada humein. Yeh kuch bhi nahi, kuch bhi nahi, kuch bhi nahi. Aap ke paas kya thi?</w:t>
      </w:r>
    </w:p>
    <w:p>
      <w:pPr>
        <w:jc w:val="right"/>
      </w:pPr>
      <w:r>
        <w:t>یعنی یہ مصیبت ڈالی، وہ مصیبت ڈالی۔ یہاں تک کہ جلا وطن ہونا پڑا ہمیں۔ یہ کچھ بھی نہیں، کچھ بھی نہیں، کچھ بھی نہیں۔ آپ کے پاس کیا تھی؟</w:t>
      </w:r>
    </w:p>
    <w:p>
      <w:r>
        <w:rPr>
          <w:b/>
        </w:rPr>
        <w:t xml:space="preserve">[1:00:06] </w:t>
      </w:r>
      <w:r>
        <w:t>atqoo al-nar wa lao bi shaqq qit'ah yeh khabar thi aap ko wahan denay ke liye.</w:t>
      </w:r>
    </w:p>
    <w:p>
      <w:pPr>
        <w:jc w:val="right"/>
      </w:pPr>
      <w:r>
        <w:t>اتقوا النار ولو بشق قطع یہ خبر تھی آپ کو وہاں دینے کے لیے۔</w:t>
      </w:r>
    </w:p>
    <w:p>
      <w:r>
        <w:rPr>
          <w:b/>
        </w:rPr>
        <w:t xml:space="preserve">[1:00:13] </w:t>
      </w:r>
      <w:r>
        <w:t>Ae logon! Ayyuha al-nas! Atqoo al-nar wa lao bi shaqq qit'ah Ae logon! Maut ke baad ek jo khatra aanay wala hai tumhare liye jahannum ka, us se apne ko bachao.</w:t>
      </w:r>
    </w:p>
    <w:p>
      <w:pPr>
        <w:jc w:val="right"/>
      </w:pPr>
      <w:r>
        <w:t>اے لوگوں! ایہا الناس! اتقوا النار ولو بشق قطع اے لوگوں! موت کے بعد ایک جو خطرہ آنے والا ہے تمہارے لیے جہنم کا، اس سے اپنے کو بچاؤ۔</w:t>
      </w:r>
    </w:p>
    <w:p>
      <w:r>
        <w:rPr>
          <w:b/>
        </w:rPr>
        <w:t xml:space="preserve">[1:00:29] </w:t>
      </w:r>
      <w:r>
        <w:t>To aaj kal jis jalsay mein jayen, musalmanon ke har jagah dushmniyon ke tazkire hain, sazishon ke tazkire hain.</w:t>
      </w:r>
    </w:p>
    <w:p>
      <w:pPr>
        <w:jc w:val="right"/>
      </w:pPr>
      <w:r>
        <w:t>تو آج کل جس جلسے میں جائیں، مسلمانوں کے ہر جگہ دشمنیوں کے تذکرے ہیں، سازشوں کے تذکرے ہیں۔</w:t>
      </w:r>
    </w:p>
    <w:p>
      <w:r>
        <w:rPr>
          <w:b/>
        </w:rPr>
        <w:t xml:space="preserve">[1:00:40] </w:t>
      </w:r>
      <w:r>
        <w:t>Har jalsay mein, har un ke akhbar mein, un ke musalmanon ke akhbar mein, musalmanon ke magazine mein, musalmanon ke jalson mein, har jagah yahan dekhiye.</w:t>
      </w:r>
    </w:p>
    <w:p>
      <w:pPr>
        <w:jc w:val="right"/>
      </w:pPr>
      <w:r>
        <w:t>ہر جلسے میں، ہر ان کے اخبار میں، ان کے مسلمانوں کے اخبار میں، مسلمانوں کے میگزین میں، مسلمانوں کے جلسوں میں، ہر جگہ یہاں دیکھیے۔</w:t>
      </w:r>
    </w:p>
    <w:p>
      <w:r>
        <w:rPr>
          <w:b/>
        </w:rPr>
        <w:t xml:space="preserve">[1:00:52] </w:t>
      </w:r>
      <w:r>
        <w:t>Jabke aap ghhor kijiye ke Quran is ko qabil tazkirah nahi samajhta, Rasool Allah is ko qabil tazkirah nahi samajhte.</w:t>
      </w:r>
    </w:p>
    <w:p>
      <w:pPr>
        <w:jc w:val="right"/>
      </w:pPr>
      <w:r>
        <w:t>جبکہ آپ غور کیجیے کہ قرآن اس کو قابل تذکرہ نہیں سمجھتا، رسول اللہ اس کو قابل تذکرہ نہیں سمجھتے۔</w:t>
      </w:r>
    </w:p>
    <w:p>
      <w:r>
        <w:rPr>
          <w:b/>
        </w:rPr>
        <w:t xml:space="preserve">[1:00:59] </w:t>
      </w:r>
      <w:r>
        <w:t>Kyunke jab tak uthe nahi un se in cheezon se, tab tak aap dawat Allah ka kaam sachhi spirit ke sath nahi kar sakte. Jab sachhi spirit nahi hai to aap ko muqaddas jagah bhi nahi milnay wali hai.</w:t>
      </w:r>
    </w:p>
    <w:p>
      <w:pPr>
        <w:jc w:val="right"/>
      </w:pPr>
      <w:r>
        <w:t>کیونکہ جب تک اٹھے نہیں ان سے ان چیزوں سے، تب تک آپ دعوت اللہ کا کام سچی اسپرٹ کے ساتھ نہیں کر سکتے۔ جب سچی اسپرٹ نہیں ہے تو آپ کو مقدس جگہ بھی نہیں ملنے والی ہے۔</w:t>
      </w:r>
    </w:p>
    <w:p>
      <w:r>
        <w:rPr>
          <w:b/>
        </w:rPr>
        <w:t xml:space="preserve">[1:01:18] </w:t>
      </w:r>
      <w:r>
        <w:t>To dawat Allah ke kaam ke liye asli qurbani nahi hai ke aap gardan katana ho, gardan katana kuch bhi nahi hai. Nafsiyaati qurbani sab se bari qurbani hai.</w:t>
      </w:r>
    </w:p>
    <w:p>
      <w:pPr>
        <w:jc w:val="right"/>
      </w:pPr>
      <w:r>
        <w:t>تو دعوت اللہ کے کام کے لیے اصلی قربانی نہیں ہے کہ آپ گردن کٹانا ہو، گردن کٹانا کچھ بھی نہیں ہے۔ نفسیاتی قربانی سب سے بڑی قربانی ہے۔</w:t>
      </w:r>
    </w:p>
    <w:p>
      <w:r>
        <w:rPr>
          <w:b/>
        </w:rPr>
        <w:t xml:space="preserve">[1:01:32] </w:t>
      </w:r>
      <w:r>
        <w:t>Yeh ja ke ladein, marein karein, yeh koi kaam nahi hai.</w:t>
      </w:r>
    </w:p>
    <w:p>
      <w:pPr>
        <w:jc w:val="right"/>
      </w:pPr>
      <w:r>
        <w:t>یہ جا کے لڑیں، مرے کریں، یہ کوئی کام نہیں ہے۔</w:t>
      </w:r>
    </w:p>
    <w:p>
      <w:r>
        <w:rPr>
          <w:b/>
        </w:rPr>
        <w:t xml:space="preserve">[1:01:39] </w:t>
      </w:r>
      <w:r>
        <w:t>Un ki takleefon ko bardasht karein, woh zulm karein, tab bhi is ko afsayen, tab bhi is ko nazar nazar andaaz karein.</w:t>
      </w:r>
    </w:p>
    <w:p>
      <w:pPr>
        <w:jc w:val="right"/>
      </w:pPr>
      <w:r>
        <w:t>ان کی تکلیفوں کو برداشت کریں، وہ ظلم کریں، تب بھی اس کو افسائیں، تب بھی اس کو نظر نظر انداز کریں۔</w:t>
      </w:r>
    </w:p>
    <w:p>
      <w:r>
        <w:rPr>
          <w:b/>
        </w:rPr>
        <w:t xml:space="preserve">[1:01:50] </w:t>
      </w:r>
      <w:r>
        <w:t>Aap ki khair khwahi kisi tarah se khatam na ho. To main dua karta hoon ke Allah taala mujh ko aur aap ko</w:t>
      </w:r>
    </w:p>
    <w:p>
      <w:pPr>
        <w:jc w:val="right"/>
      </w:pPr>
      <w:r>
        <w:t>آپ کی خیر خواہی کسی طرح سے ختم نہ ہو۔ تو میں دعا کرتا ہوں کہ اللہ تعالیٰ مجھ کو اور آپ کو</w:t>
      </w:r>
    </w:p>
    <w:p>
      <w:r>
        <w:rPr>
          <w:b/>
        </w:rPr>
        <w:t xml:space="preserve">[1:01:57] </w:t>
      </w:r>
      <w:r>
        <w:t>Isi jazbay ke sath dawat Allah ka kaam karne ka mauqa de, hum ko aakhirat mein apne rehmaton mein jagah de.</w:t>
      </w:r>
    </w:p>
    <w:p>
      <w:pPr>
        <w:jc w:val="right"/>
      </w:pPr>
      <w:r>
        <w:t>اسی جذبے کے ساتھ دعوت اللہ کا کام کرنے کا موقع دے، ہم کو آخرت میں اپنے رحمتوں میں جگہ دے۔</w:t>
      </w:r>
    </w:p>
    <w:p>
      <w:r>
        <w:rPr>
          <w:b/>
        </w:rPr>
        <w:t xml:space="preserve">[1:02:07] </w:t>
      </w:r>
      <w:r>
        <w:t>Aqool qawli hadha wa astaghfirullaha lakum ajmaeen</w:t>
      </w:r>
    </w:p>
    <w:p>
      <w:pPr>
        <w:jc w:val="right"/>
      </w:pPr>
      <w:r>
        <w:t>أقول قولي هذا واستغفراللہ لیلکم اجمعین</w:t>
      </w:r>
    </w:p>
    <w:p>
      <w:r>
        <w:rPr>
          <w:b/>
        </w:rPr>
        <w:t xml:space="preserve">[1:02:24] </w:t>
      </w:r>
      <w:r>
        <w:t>Aah Maulana yeh sawal aaya hai Karachi Pakistan se Mr Abdul Latif sahib ka. Unhon ne poocha hai: "Aishai mulkon ke log aksar yeh kehte hain ke chunke hamare mulkon mein ghurbat aur mehngai hai,</w:t>
      </w:r>
    </w:p>
    <w:p>
      <w:pPr>
        <w:jc w:val="right"/>
      </w:pPr>
      <w:r>
        <w:t>آہ مولانا یہ سوال آیا ہے کراچی پاکستان سے مسٹر عبداللطیف صاحب کا۔ انہوں نے پوچھا ہے: "ایشیائی ملکوں کے لوگ اکثر یہ کہتے ہیں کہ چونکہ ہمارے ملکوں میں غربت اور مہنگائی ہے،</w:t>
      </w:r>
    </w:p>
    <w:p>
      <w:r>
        <w:rPr>
          <w:b/>
        </w:rPr>
        <w:t xml:space="preserve">[1:02:40] </w:t>
      </w:r>
      <w:r>
        <w:t>Jis ki wajah se hamari maashi zarooriyat poori nahi ho sakti, aur hamein tension mein jeena padta hai, is liye hum Europe aur America jaise mulkon ka rukh karte hain, taake hum apni</w:t>
      </w:r>
    </w:p>
    <w:p>
      <w:pPr>
        <w:jc w:val="right"/>
      </w:pPr>
      <w:r>
        <w:t>جس کی وجہ سے ہماری معاشی ضرورتیں پوری نہیں ہو سکتی، اور ہمیں tension میں جینا پڑتا ہے، اس لیے ہم یورپ اور امریکہ جیسے ملکوں کا رخ کرتے ہیں، تاکہ ہم اپنی</w:t>
      </w:r>
    </w:p>
    <w:p>
      <w:r>
        <w:rPr>
          <w:b/>
        </w:rPr>
        <w:t xml:space="preserve">[1:02:56] </w:t>
      </w:r>
      <w:r>
        <w:t>Maashi zarooriyat ko poora kar sakein, aur tension free life mein reh sakein." Maulana sahib, yeh baat kis had tak sahi hai?</w:t>
      </w:r>
    </w:p>
    <w:p>
      <w:pPr>
        <w:jc w:val="right"/>
      </w:pPr>
      <w:r>
        <w:t>معاشی ضرورتوں کو پورا کر سکیں، اور tension free life میں رہ سکیں۔" مولانا صاحب، یہ بات کس حد تک صحیح ہے؟</w:t>
      </w:r>
    </w:p>
    <w:p>
      <w:r>
        <w:rPr>
          <w:b/>
        </w:rPr>
        <w:t xml:space="preserve">[1:03:08] </w:t>
      </w:r>
      <w:r>
        <w:t>Bilkul galat hai. America mein har aadmi tension mein jeeta hai.</w:t>
      </w:r>
    </w:p>
    <w:p>
      <w:pPr>
        <w:jc w:val="right"/>
      </w:pPr>
      <w:r>
        <w:t>بالکل غلط ہے۔ امریکہ میں ہر آدمی tension میں جیتا ہے۔</w:t>
      </w:r>
    </w:p>
    <w:p>
      <w:r>
        <w:rPr>
          <w:b/>
        </w:rPr>
        <w:t xml:space="preserve">[1:03:14] </w:t>
      </w:r>
      <w:r>
        <w:t>Wahan ka president bhi tension mein jeeta hai. Wahan tension milegi kisi ko? America mein main ghhaliban das baar ya barah baar gaya hoon.</w:t>
      </w:r>
    </w:p>
    <w:p>
      <w:pPr>
        <w:jc w:val="right"/>
      </w:pPr>
      <w:r>
        <w:t>وہاں کا president بھی tension میں جیتا ہے۔ وہاں tension ملے گی کسی کو؟ امریکہ میں میں غالباً دس بار یا بارہ بار گیا ہوں۔</w:t>
      </w:r>
    </w:p>
    <w:p>
      <w:r>
        <w:rPr>
          <w:b/>
        </w:rPr>
        <w:t xml:space="preserve">[1:03:30] </w:t>
      </w:r>
      <w:r>
        <w:t>Koi aadmi wahan se nahi jo tension free rehta ho.</w:t>
      </w:r>
    </w:p>
    <w:p>
      <w:pPr>
        <w:jc w:val="right"/>
      </w:pPr>
      <w:r>
        <w:t>کوئی آدمی وہاں سے نہیں جو tension free رہتا ہو۔</w:t>
      </w:r>
    </w:p>
    <w:p>
      <w:r>
        <w:rPr>
          <w:b/>
        </w:rPr>
        <w:t xml:space="preserve">[1:03:35] </w:t>
      </w:r>
      <w:r>
        <w:t>Tension se bachne ka raaz affluence nahi hai, qanaat hai. Ziyada kamane se tension nahi khatam hota kisi ka.</w:t>
      </w:r>
    </w:p>
    <w:p>
      <w:pPr>
        <w:jc w:val="right"/>
      </w:pPr>
      <w:r>
        <w:t>tension سے بچنے کا راز affluence نہیں ہے، قناعت ہے۔ زیادہ کمانے سے tension نہیں ختم ہوتا کسی کا۔</w:t>
      </w:r>
    </w:p>
    <w:p>
      <w:r>
        <w:rPr>
          <w:b/>
        </w:rPr>
        <w:t xml:space="preserve">[1:03:48] </w:t>
      </w:r>
      <w:r>
        <w:t>Ala bi zikrillah tatma'inn al-quloob Aap jahan hain, wahin par</w:t>
      </w:r>
    </w:p>
    <w:p>
      <w:pPr>
        <w:jc w:val="right"/>
      </w:pPr>
      <w:r>
        <w:t>الا بذکر اللہ تطمئن القلوب آپ جہاں ہیں، وہیں پر</w:t>
      </w:r>
    </w:p>
    <w:p>
      <w:r>
        <w:rPr>
          <w:b/>
        </w:rPr>
        <w:t xml:space="preserve">[1:03:54] </w:t>
      </w:r>
      <w:r>
        <w:t>Aap ke liye mauqa hain. Kai ghurbat nahi hai. Yeh yeh bhi ek jhooti ek ek hai ke log ghurbat mein, ghurbat mein nahi, ziyada chahte hain, kam mila hua.</w:t>
      </w:r>
    </w:p>
    <w:p>
      <w:pPr>
        <w:jc w:val="right"/>
      </w:pPr>
      <w:r>
        <w:t>آپ کے لیے مواقع ہیں۔ کئی غربت نہیں ہے۔ یہ یہ بھی ایک جھوٹی ایک ایک ہے کہ لوگ غربت میں، غربت میں نہیں، زیادہ چاہتے ہیں، کم ملا ہوا۔</w:t>
      </w:r>
    </w:p>
    <w:p>
      <w:r>
        <w:rPr>
          <w:b/>
        </w:rPr>
        <w:t xml:space="preserve">[1:04:07] </w:t>
      </w:r>
      <w:r>
        <w:t>Yeh masla hai.</w:t>
      </w:r>
    </w:p>
    <w:p>
      <w:pPr>
        <w:jc w:val="right"/>
      </w:pPr>
      <w:r>
        <w:t>یہ مسئلہ ہے۔</w:t>
      </w:r>
    </w:p>
    <w:p>
      <w:r>
        <w:rPr>
          <w:b/>
        </w:rPr>
        <w:t xml:space="preserve">[1:04:12] </w:t>
      </w:r>
      <w:r>
        <w:t>Aur ziyada chahanay ka zehan jo hai, America mein ziyada tazkiyah nahi milti hai. Wahan bhi log ziyada aur ziyada aur ziyada ki wajah se wahan phir bhi tension hi baqi rehta hoga.</w:t>
      </w:r>
    </w:p>
    <w:p>
      <w:pPr>
        <w:jc w:val="right"/>
      </w:pPr>
      <w:r>
        <w:t>اور زیادہ چاہنے کا ذہن جو ہے، امریکہ میں زیادہ تزکیہ نہیں ملتی ہے۔ وہاں بھی لوگ زیادہ اور زیادہ اور زیادہ کی وجہ سے وہاں پھر بھی tension ہی باقی رہتا ہوگا۔</w:t>
      </w:r>
    </w:p>
    <w:p>
      <w:r>
        <w:rPr>
          <w:b/>
        </w:rPr>
        <w:t xml:space="preserve">[1:04:23] </w:t>
      </w:r>
      <w:r>
        <w:t>jis ki aakhri had yeh hai ke amreeka mein aik saahib jo rehte hain, bees pachees saal se,</w:t>
      </w:r>
    </w:p>
    <w:p>
      <w:pPr>
        <w:jc w:val="right"/>
      </w:pPr>
      <w:r>
        <w:t>جس کی آخری حد یہ ہے کہ امریکہ میں ایک صاحب جو رہتے ہیں، بیس پچیس سال سے،</w:t>
      </w:r>
    </w:p>
    <w:p>
      <w:r>
        <w:rPr>
          <w:b/>
        </w:rPr>
        <w:t xml:space="preserve">[1:04:28] </w:t>
      </w:r>
      <w:r>
        <w:t>unhon ne mujh se kaha ke amreeka mein bohat ziyada stress rehta hai. stress sab stress mein jeete hain.</w:t>
      </w:r>
    </w:p>
    <w:p>
      <w:pPr>
        <w:jc w:val="right"/>
      </w:pPr>
      <w:r>
        <w:t>انہوں نے مجھ سے کہا کہ امریکہ میں بہت زیادہ stress رہتا ہے۔ stress سب stress میں جیتے ہیں۔</w:t>
      </w:r>
    </w:p>
    <w:p>
      <w:r>
        <w:rPr>
          <w:b/>
        </w:rPr>
        <w:t xml:space="preserve">[1:04:40] </w:t>
      </w:r>
      <w:r>
        <w:t>to jo weekend un ka hai, weekend mein unhon ne</w:t>
      </w:r>
    </w:p>
    <w:p>
      <w:pPr>
        <w:jc w:val="right"/>
      </w:pPr>
      <w:r>
        <w:t>تو جو weekend ان کا ہے، weekend میں انہوں نے</w:t>
      </w:r>
    </w:p>
    <w:p>
      <w:r>
        <w:rPr>
          <w:b/>
        </w:rPr>
        <w:t xml:space="preserve">[1:04:45] </w:t>
      </w:r>
      <w:r>
        <w:t>yeh socha ke holiday karen, jaayen idhar udhar, outing karen, apna stress ko khatm karne ke liye, yani de-stressing ke liye.</w:t>
      </w:r>
    </w:p>
    <w:p>
      <w:pPr>
        <w:jc w:val="right"/>
      </w:pPr>
      <w:r>
        <w:t>یہ سوچا کہ holiday کریں، جائیں ادھر ادھر، outing کریں، اپنا stress کو ختم کرنے کے لیے، یعنی de-stressing کے لیے۔</w:t>
      </w:r>
    </w:p>
    <w:p>
      <w:r>
        <w:rPr>
          <w:b/>
        </w:rPr>
        <w:t xml:space="preserve">[1:04:57] </w:t>
      </w:r>
      <w:r>
        <w:t>to unhon ne bataya ke aik naya stress paida ho gaya ke wahan jaate hain to loot'te hain to</w:t>
      </w:r>
    </w:p>
    <w:p>
      <w:pPr>
        <w:jc w:val="right"/>
      </w:pPr>
      <w:r>
        <w:t>تو انہوں نے بتایا کہ ایک نیا stress پیدا ہو گیا کہ وہاں جاتے ہیں تو لوٹتے ہیں تو</w:t>
      </w:r>
    </w:p>
    <w:p>
      <w:r>
        <w:rPr>
          <w:b/>
        </w:rPr>
        <w:t xml:space="preserve">[1:05:03] </w:t>
      </w:r>
      <w:r>
        <w:t>aik aik aik nai museebat le kar ke. is ka naam hai holiday stress. holiday stress yeh bilkul yeh sab bilkul yani be stress baaten hain.</w:t>
      </w:r>
    </w:p>
    <w:p>
      <w:pPr>
        <w:jc w:val="right"/>
      </w:pPr>
      <w:r>
        <w:t>ایک ایک ایک نئی مصیبت لے کر کے۔ اس کا نام ہے holiday stress۔ holiday stress یہ بالکل یہ سب بالکل یعنی بے stress باتیں ہیں۔</w:t>
      </w:r>
    </w:p>
    <w:p>
      <w:r>
        <w:rPr>
          <w:b/>
        </w:rPr>
        <w:t xml:space="preserve">[1:05:17] </w:t>
      </w:r>
      <w:r>
        <w:t>yaad rakhiye, tension free life ka</w:t>
      </w:r>
    </w:p>
    <w:p>
      <w:pPr>
        <w:jc w:val="right"/>
      </w:pPr>
      <w:r>
        <w:t>یاد رکھیے، tension free life کا</w:t>
      </w:r>
    </w:p>
    <w:p>
      <w:r>
        <w:rPr>
          <w:b/>
        </w:rPr>
        <w:t xml:space="preserve">[1:05:20] </w:t>
      </w:r>
      <w:r>
        <w:t>jo formula hai quran majeed mein, woh hai ala bi zikrillah tatmain al quloob yani khuda ko daryaft karen, aap dollar ko nahin.</w:t>
      </w:r>
    </w:p>
    <w:p>
      <w:pPr>
        <w:jc w:val="right"/>
      </w:pPr>
      <w:r>
        <w:t>جو فارمولا ہے قرآن مجید میں، وہ ہے الا بذکر اللہ تطمئن القلوب یعنی خدا کو دریافت کریں، آپ ڈالر کو نہیں۔</w:t>
      </w:r>
    </w:p>
    <w:p>
      <w:r>
        <w:rPr>
          <w:b/>
        </w:rPr>
        <w:t xml:space="preserve">[1:05:32] </w:t>
      </w:r>
      <w:r>
        <w:t>dollar ko aur gold aur silver ko jo daryaft karega, woh is ka tension kabhi khatm nahin hoga. lekin jo khuda ko daryaft karega, woh bilashuba tension free life is ko haasil ho jayegi, inshallah.</w:t>
      </w:r>
    </w:p>
    <w:p>
      <w:pPr>
        <w:jc w:val="right"/>
      </w:pPr>
      <w:r>
        <w:t>ڈالر کو اور گولڈ اور سلور کو جو دریافت کرے گا، وہ اس کا tension کبھی ختم نہیں ہوگا۔ لیکن جو خدا کو دریافت کرے گا، وہ بلاشبہ tension free life اس کو حاصل ہو جائے گی، انشاءاللہ۔</w:t>
      </w:r>
    </w:p>
    <w:p>
      <w:r>
        <w:rPr>
          <w:b/>
        </w:rPr>
        <w:t xml:space="preserve">[1:05:46] </w:t>
      </w:r>
      <w:r>
        <w:t>maulana, agla sawal aaya hai dilli se mr. shahnawaz zafar sahib ka. unhon ne likha hai: "maulana sahib, as you suggest, the best formula for universal peace is to have patience and sabr for anything wrong happening around.</w:t>
      </w:r>
    </w:p>
    <w:p>
      <w:pPr>
        <w:jc w:val="right"/>
      </w:pPr>
      <w:r>
        <w:t>مولانا، اگلا سوال آیا ہے دلی سے مسٹر شاہنواز ظفر صاحب کا۔ انہوں نے لکھا ہے: "مولانا صاحب، ایز یو سجیسٹ، دا بیسٹ فارمولا فار یونیورسل پیس از ٹو ہیو پیشنس اینڈ صبر فار اینی تھنگ رونگ ہیپننگ اراؤنڈ۔</w:t>
      </w:r>
    </w:p>
    <w:p>
      <w:r>
        <w:rPr>
          <w:b/>
        </w:rPr>
        <w:t xml:space="preserve">[1:06:05] </w:t>
      </w:r>
      <w:r>
        <w:t>it means we should avoid to react or retaliate against anything which is wrong. but this kind of act comes under the third lowest level of imaan, as the third level of imaan is to feel bad in our heart about anything wrong happening in front of our eyes.</w:t>
      </w:r>
    </w:p>
    <w:p>
      <w:pPr>
        <w:jc w:val="right"/>
      </w:pPr>
      <w:r>
        <w:t>اٹ مینز وی شوڈ اوائڈ ٹو ری ایکٹ اور ریٹیلیٹ اگینسٹ اینی تھنگ وچ از رونگ۔ بٹ دس کائنڈ اف ایکٹ کمز انڈر دا تھرڈ لوئسٹ لیول اف ایمان، ایز دی تھرڈ لیول اف ایمان از ٹو فیل بیڈ ان اور ہارٹ اباؤٹ اینی تھنگ رونگ ہیپننگ ان فرنٹ اف اور ائیز۔</w:t>
      </w:r>
    </w:p>
    <w:p>
      <w:r>
        <w:rPr>
          <w:b/>
        </w:rPr>
        <w:t xml:space="preserve">[1:06:27] </w:t>
      </w:r>
      <w:r>
        <w:t>i understand that level one of imaan will be applicable in the case of Islamic rule. that is you stop the thing forcefully which is wrong, but can't we at least speak and tell the people in a peaceful manner that what you are doing is wrong, and it comes under level two of imaan.</w:t>
      </w:r>
    </w:p>
    <w:p>
      <w:pPr>
        <w:jc w:val="right"/>
      </w:pPr>
      <w:r>
        <w:t>ائی انڈرسٹینڈ دیٹ لیول ون اف ایمان ول بی ایپلیکیبل ان دی کیس اف اسلامک رول۔ دیٹ از یو سٹاپ دا تھنگ فورس فلی وچ از رونگ، بٹ کانٹ وی ایٹ لیسٹ سپیک اینڈ ٹیل دا پیپل ان ا پیس فل مینر دیٹ واٹ یو ار ڈوئنگ از رونگ، اینڈ اٹ کمز انڈر لیول ٹو اف ایمان۔</w:t>
      </w:r>
    </w:p>
    <w:p>
      <w:r>
        <w:rPr>
          <w:b/>
        </w:rPr>
        <w:t xml:space="preserve">[1:06:48] </w:t>
      </w:r>
      <w:r>
        <w:t>similarly, any peaceful protest for a valid reason of wrong activity comes under the level two of imaan.</w:t>
      </w:r>
    </w:p>
    <w:p>
      <w:pPr>
        <w:jc w:val="right"/>
      </w:pPr>
      <w:r>
        <w:t>سمیلرلی، اینی پیس فل پروٹیسٹ فار ا ویلڈ ریزن اف رونگ ایکٹیویٹی کمز انڈر دا لیول ٹو اف ایمان۔</w:t>
      </w:r>
    </w:p>
    <w:p>
      <w:r>
        <w:rPr>
          <w:b/>
        </w:rPr>
        <w:t xml:space="preserve">[1:06:58] </w:t>
      </w:r>
      <w:r>
        <w:t>can you please explain how to fit ourselves in imaan categories in today's scenario? we should scale our imaan, keeping in mind the result of what.</w:t>
      </w:r>
    </w:p>
    <w:p>
      <w:pPr>
        <w:jc w:val="right"/>
      </w:pPr>
      <w:r>
        <w:t>کین یو پلیز ایکسپلین ہاؤ ٹو فٹ اور سیلف ان ایمان کیٹگریز ان ٹوڈے سنیریو؟ وی شوڈ سکیل اور ایمان، کیپنگ ان مائنڈ دا رزلٹ اف واٹ۔</w:t>
      </w:r>
    </w:p>
    <w:p>
      <w:r>
        <w:rPr>
          <w:b/>
        </w:rPr>
        <w:t xml:space="preserve">[1:07:09] </w:t>
      </w:r>
      <w:r>
        <w:t>kindly advice.</w:t>
      </w:r>
    </w:p>
    <w:p>
      <w:pPr>
        <w:jc w:val="right"/>
      </w:pPr>
      <w:r>
        <w:t>کائنڈلی ایڈوائس۔</w:t>
      </w:r>
    </w:p>
    <w:p>
      <w:r>
        <w:rPr>
          <w:b/>
        </w:rPr>
        <w:t xml:space="preserve">[1:07:15] </w:t>
      </w:r>
      <w:r>
        <w:t>is hadith ka is se koi ta'alluq nahin jis zamanay mein liya hai aap ne is ko. yeh political protest aur political hungama is ka kya ta'alluq is hadith se?</w:t>
      </w:r>
    </w:p>
    <w:p>
      <w:pPr>
        <w:jc w:val="right"/>
      </w:pPr>
      <w:r>
        <w:t>اس حدیث کا اس سے کوئی تعلق نہیں جس زمانے میں لیا ہے آپ نے اس کو۔ یہ پولیٹیکل پروٹیسٹ اور پولیٹیکل ہنگامہ اس کا کیا تعلق اس حدیث سے؟</w:t>
      </w:r>
    </w:p>
    <w:p>
      <w:r>
        <w:rPr>
          <w:b/>
        </w:rPr>
        <w:t xml:space="preserve">[1:07:26] </w:t>
      </w:r>
      <w:r>
        <w:t>dekhiye, daily life jo hamari hai, is se ta'alluq hai. daily life is ka kuch bhi party se koi ta'alluq nahin hai.</w:t>
      </w:r>
    </w:p>
    <w:p>
      <w:pPr>
        <w:jc w:val="right"/>
      </w:pPr>
      <w:r>
        <w:t>دیکھیے، ڈیلی لائف جو ہماری ہے، اس سے تعلق ہے۔ ڈیلی لائف اس کا کچھ بھی پارٹی سے کوئی تعلق نہیں ہے۔</w:t>
      </w:r>
    </w:p>
    <w:p>
      <w:r>
        <w:rPr>
          <w:b/>
        </w:rPr>
        <w:t xml:space="preserve">[1:07:34] </w:t>
      </w:r>
      <w:r>
        <w:t>yeh jo hungaame ho rahe hain muslim mulkon mein parties ko le kar ke, woh to bilkul haraam kaam hai. haraam, is mein koi shakk hi nahin.</w:t>
      </w:r>
    </w:p>
    <w:p>
      <w:pPr>
        <w:jc w:val="right"/>
      </w:pPr>
      <w:r>
        <w:t>یہ جو ہنگامے ہو رہے ہیں مسلم ملکوں میں پارٹیز کو لے کر کے، وہ تو بالکل حرام کام ہے۔ حرام، اس میں کوئی شک ہی نہیں۔</w:t>
      </w:r>
    </w:p>
    <w:p>
      <w:r>
        <w:rPr>
          <w:b/>
        </w:rPr>
        <w:t xml:space="preserve">[1:07:44] </w:t>
      </w:r>
      <w:r>
        <w:t>yeh jo hai daily life mein,</w:t>
      </w:r>
    </w:p>
    <w:p>
      <w:pPr>
        <w:jc w:val="right"/>
      </w:pPr>
      <w:r>
        <w:t>یہ جو ہے ڈیلی لائف میں،</w:t>
      </w:r>
    </w:p>
    <w:p>
      <w:r>
        <w:rPr>
          <w:b/>
        </w:rPr>
        <w:t xml:space="preserve">[1:07:50] </w:t>
      </w:r>
      <w:r>
        <w:t>kya agar is mein yeh yeh unhon ne galat kaha hai? yeh ke force kar diya, is ko khatm karte hain. hum matlab nahin, is bi-ghair-e-istita'at humein is mein koshish karna chahiye.</w:t>
      </w:r>
    </w:p>
    <w:p>
      <w:pPr>
        <w:jc w:val="right"/>
      </w:pPr>
      <w:r>
        <w:t>کیا اگر اس میں یہ یہ انہوں نے غلط کہا ہے؟ یہ کہ فورس کر دیا، اس کو ختم کرتے ہیں۔ ہم مطلب نہیں، اس بغض استطاعت ہمیں اس میں کوشش کرنا چاہیے۔</w:t>
      </w:r>
    </w:p>
    <w:p>
      <w:r>
        <w:rPr>
          <w:b/>
        </w:rPr>
        <w:t xml:space="preserve">[1:08:02] </w:t>
      </w:r>
      <w:r>
        <w:t>is mein istita'at to daily life mein aap jab kahin dekhen, koi cheez</w:t>
      </w:r>
    </w:p>
    <w:p>
      <w:pPr>
        <w:jc w:val="right"/>
      </w:pPr>
      <w:r>
        <w:t>اس میں استطاعت تو ڈیلی لائف میں آپ جب کہیں دیکھیں، کوئی چیز</w:t>
      </w:r>
    </w:p>
    <w:p>
      <w:r>
        <w:rPr>
          <w:b/>
        </w:rPr>
        <w:t xml:space="preserve">[1:08:11] </w:t>
      </w:r>
      <w:r>
        <w:t>burai ki, daily life mein</w:t>
      </w:r>
    </w:p>
    <w:p>
      <w:pPr>
        <w:jc w:val="right"/>
      </w:pPr>
      <w:r>
        <w:t>برائی کی، ڈیلی لائف میں</w:t>
      </w:r>
    </w:p>
    <w:p>
      <w:r>
        <w:rPr>
          <w:b/>
        </w:rPr>
        <w:t xml:space="preserve">[1:08:16] </w:t>
      </w:r>
      <w:r>
        <w:t>chahe ghar mein ya ghar ke bahar, to wahan humein yeh karna hai ke agar hum mana karte hain, ba-qadar hon to mana karen.</w:t>
      </w:r>
    </w:p>
    <w:p>
      <w:pPr>
        <w:jc w:val="right"/>
      </w:pPr>
      <w:r>
        <w:t>چاہے گھر میں یا گھر کے باہر، تو وہاں ہمیں یہ کرنا ہے کہ اگر ہم منع کرتے ہیں، بقادر ہوں تو منع کریں۔</w:t>
      </w:r>
    </w:p>
    <w:p>
      <w:r>
        <w:rPr>
          <w:b/>
        </w:rPr>
        <w:t xml:space="preserve">[1:08:28] </w:t>
      </w:r>
      <w:r>
        <w:t>lekin mana karne par jhagda barhta ho to hum is ke liye dua karen.</w:t>
      </w:r>
    </w:p>
    <w:p>
      <w:pPr>
        <w:jc w:val="right"/>
      </w:pPr>
      <w:r>
        <w:t>لیکن منع کرنے پر جھگڑا بڑھتا ہو تو ہم اس کے لیے دعا کریں۔</w:t>
      </w:r>
    </w:p>
    <w:p>
      <w:r>
        <w:rPr>
          <w:b/>
        </w:rPr>
        <w:t xml:space="preserve">[1:08:36] </w:t>
      </w:r>
      <w:r>
        <w:t>dil mein is mein hai ke fa-bi-qalbi ke ma'ani hain ke is ke liye dua karna. is ka harghiz yeh matlab nahin hai ke aap is ke burai khatm karne par khare ho jaayen, protest karne aur naya blood shed ho, naya khoon kharaba ho.</w:t>
      </w:r>
    </w:p>
    <w:p>
      <w:pPr>
        <w:jc w:val="right"/>
      </w:pPr>
      <w:r>
        <w:t>دل میں اس میں ہے کہ فبقلبہ کے معنی ہیں کہ اس کے لیے دعا کرنا۔ اس کا ہرگز یہ مطلب نہیں ہے کہ آپ اس کے برائی ختم کرنے پر کھڑے ہو جائیں، پروٹیسٹ کرنے اور ایک نیا بلڈ شیڈ ہو، نیا خون خرابہ ہو۔</w:t>
      </w:r>
    </w:p>
    <w:p>
      <w:r>
        <w:rPr>
          <w:b/>
        </w:rPr>
        <w:t xml:space="preserve">[1:08:54] </w:t>
      </w:r>
      <w:r>
        <w:t>jo kehte hain counter productive, wo to haram hai. islam mein haram. sab se pehle aap ko dekhna parega ke jo situation hai, kya wo situation mere qabu ki hai?</w:t>
      </w:r>
    </w:p>
    <w:p>
      <w:pPr>
        <w:jc w:val="right"/>
      </w:pPr>
      <w:r>
        <w:t>جو کہتے ہیں کاؤنٹر پروڈکٹیو، وہ تو حرام ہے۔ اسلام میں حرام۔ سب سے پہلے آپ کو دیکھنا پڑے گا کہ جو سچوئیشن ہے، کیا وہ سچوئیشن میرے قابو کی ہے؟</w:t>
      </w:r>
    </w:p>
    <w:p>
      <w:r>
        <w:rPr>
          <w:b/>
        </w:rPr>
        <w:t xml:space="preserve">[1:09:06] </w:t>
      </w:r>
      <w:r>
        <w:t>wohan positive role kar sakta hoon mein? nahi to chup chap ja ke masjid ja ke dua kijiye.</w:t>
      </w:r>
    </w:p>
    <w:p>
      <w:pPr>
        <w:jc w:val="right"/>
      </w:pPr>
      <w:r>
        <w:t>وہاں پوزیٹیو رول کر سکتا ہوں میں؟ نہیں تو چپ چاپ جا کے مسجد جا کے دعا کیجئے۔</w:t>
      </w:r>
    </w:p>
    <w:p>
      <w:r>
        <w:rPr>
          <w:b/>
        </w:rPr>
        <w:t xml:space="preserve">[1:09:13] </w:t>
      </w:r>
      <w:r>
        <w:t>yeh to bilkul haram hai ke aap karne ki position mein nahi hain. aap jhanda le ke khare ho jayen aur is ke baad goliyan chalen aur bomb barsen aur log maren kathen.</w:t>
      </w:r>
    </w:p>
    <w:p>
      <w:pPr>
        <w:jc w:val="right"/>
      </w:pPr>
      <w:r>
        <w:t>یہ تو بالکل حرام ہے کہ آپ کرنے کی پوزیشن میں نہیں ہیں۔ آپ جھنڈا لے کے کھڑے ہو جائیں اور اس کے بعد گولیاں چلیں اور بم برسیں اور لوگ مرے کٹیں۔</w:t>
      </w:r>
    </w:p>
    <w:p>
      <w:r>
        <w:rPr>
          <w:b/>
        </w:rPr>
        <w:t xml:space="preserve">[1:09:21] </w:t>
      </w:r>
      <w:r>
        <w:t>yeh yeh is ka is hadith se is ka koi talluq nahi. wo to super haram hai, bilashuba. jo aaj kal ho raha hai musalmanon mein jagah jagah, yeh sab haram hai.</w:t>
      </w:r>
    </w:p>
    <w:p>
      <w:pPr>
        <w:jc w:val="right"/>
      </w:pPr>
      <w:r>
        <w:t>یہ یہ اس کا اس حدیث سے اس کا کوئی تعلق نہیں۔ وہ تو سپر حرام ہے، بلاشبہ۔ جو آج کل ہو رہا ہے مسلمانوں میں جگہ جگہ، یہ سب حرام ہے۔</w:t>
      </w:r>
    </w:p>
    <w:p>
      <w:r>
        <w:rPr>
          <w:b/>
        </w:rPr>
        <w:t xml:space="preserve">[1:09:31] </w:t>
      </w:r>
      <w:r>
        <w:t>haram, is ka is ko hadith se koi talluq nahi.</w:t>
      </w:r>
    </w:p>
    <w:p>
      <w:pPr>
        <w:jc w:val="right"/>
      </w:pPr>
      <w:r>
        <w:t>حرام، اس کا اس کو حدیث سے کوئی تعلق نہیں۔</w:t>
      </w:r>
    </w:p>
    <w:p>
      <w:r>
        <w:rPr>
          <w:b/>
        </w:rPr>
        <w:t xml:space="preserve">[1:09:34] </w:t>
      </w:r>
      <w:r>
        <w:t>hadith mein hai ke peaceful tareeqe se, result oriented tareeqe se, baqt istitaat aap agar kisi burai ke bare mein kuch kar sakte hain to kijiye.</w:t>
      </w:r>
    </w:p>
    <w:p>
      <w:pPr>
        <w:jc w:val="right"/>
      </w:pPr>
      <w:r>
        <w:t>حدیث میں ہے کہ پیس فل طریقے سے، رزلٹ اورینٹڈ طریقے سے، بقت استطاعت آپ اگر کسی برائی کے بارے میں کچھ کر سکتے ہیں تو کیجئے۔</w:t>
      </w:r>
    </w:p>
    <w:p>
      <w:r>
        <w:rPr>
          <w:b/>
        </w:rPr>
        <w:t xml:space="preserve">[1:09:46] </w:t>
      </w:r>
      <w:r>
        <w:t>nahi to chup chup chap ja ke masjid mein dua kijiye. aur political protest ka to hergiz hergiz talluq nahi is se. is hadith se</w:t>
      </w:r>
    </w:p>
    <w:p>
      <w:pPr>
        <w:jc w:val="right"/>
      </w:pPr>
      <w:r>
        <w:t>نہیں تو چپ چپ چاپ جا کے مسجد میں دعا کیجئے۔ اور پولیٹیکل پروٹیسٹ کا تو ہرگز ہرگز تعلق نہیں اس سے۔ اس حدیث سے</w:t>
      </w:r>
    </w:p>
    <w:p>
      <w:r>
        <w:rPr>
          <w:b/>
        </w:rPr>
        <w:t xml:space="preserve">[1:09:55] </w:t>
      </w:r>
      <w:r>
        <w:t>bilkul is ka talluq nahi. mein is ko political protest ko haram samajhta hoon. is is liye haram samajhta hoon ke sahaba ne kabhi aisa kiya nahi, rasool Allah ne kabhi aisa kiya nahi.</w:t>
      </w:r>
    </w:p>
    <w:p>
      <w:pPr>
        <w:jc w:val="right"/>
      </w:pPr>
      <w:r>
        <w:t>بالکل اس کا تعلق نہیں۔ میں اس کو پولیٹیکل پروٹیسٹ کو حرام سمجھتا ہوں۔ اس اس لیے حرام سمجھتا ہوں کہ صحابہ نے کبھی ایسا کیا نہیں، رسول اللہ نے کبھی ایسا کیا نہیں۔</w:t>
      </w:r>
    </w:p>
    <w:p>
      <w:r>
        <w:rPr>
          <w:b/>
        </w:rPr>
        <w:t xml:space="preserve">[1:10:05] </w:t>
      </w:r>
      <w:r>
        <w:t>makkah mein wo sab masail maujood the jis ko le kar kaha ke political protest kiya jata hai,</w:t>
      </w:r>
    </w:p>
    <w:p>
      <w:pPr>
        <w:jc w:val="right"/>
      </w:pPr>
      <w:r>
        <w:t>مکہ میں وہ سب مسائل موجود تھے جس کو لے کر کہا کہ پولیٹیکل پروٹیسٹ کیا جاتا ہے،</w:t>
      </w:r>
    </w:p>
    <w:p>
      <w:r>
        <w:rPr>
          <w:b/>
        </w:rPr>
        <w:t xml:space="preserve">[1:10:11] </w:t>
      </w:r>
      <w:r>
        <w:t>opposition kya thi. wo rasool Allah ne aisa nahi kiya. is wajah se mein is ko haram kehta hoon. yani opposition ke jo tareeqe aaj kal chal rahe hain duniya mein, rights ko le kar ke aur political demand ko le kar, wo sab ke asbab maujood the makkah mein.</w:t>
      </w:r>
    </w:p>
    <w:p>
      <w:pPr>
        <w:jc w:val="right"/>
      </w:pPr>
      <w:r>
        <w:t>اپوزیشن کیا تھی۔ وہ رسول اللہ نے ایسا نہیں کیا۔ اس وجہ سے میں اس کو حرام کہتا ہوں۔ یعنی اپوزیشن کے جو طریقے آج کل چل رہے ہیں دنیا میں، رائٹس کو لے کر کے اور پولیٹیکل ڈیمانڈ کو لے کر، وہ سب کے اسباب موجود تھے مکہ میں۔</w:t>
      </w:r>
    </w:p>
    <w:p>
      <w:r>
        <w:rPr>
          <w:b/>
        </w:rPr>
        <w:t xml:space="preserve">[1:10:28] </w:t>
      </w:r>
      <w:r>
        <w:t>rasool Allah ne nahi kaha is ko. to musalman karte hain to is ko feal haram karte hain.</w:t>
      </w:r>
    </w:p>
    <w:p>
      <w:pPr>
        <w:jc w:val="right"/>
      </w:pPr>
      <w:r>
        <w:t>رسول اللہ نے نہیں کہا اس کو۔ تو مسلمان کرتے ہیں تو اس کو فعل حرام کرتے ہیں۔</w:t>
      </w:r>
    </w:p>
    <w:p>
      <w:r>
        <w:rPr>
          <w:b/>
        </w:rPr>
        <w:t xml:space="preserve">[1:10:33] </w:t>
      </w:r>
      <w:r>
        <w:t>mujhe zara bhi is mein shakk nahi ke haram hai. yeh jo hadith mein hai, wo sirf yeh hai ke rozmarra ki zindagi mein, ghar ke andar, ghar ke bahar, aap logon ko naseehat karen.</w:t>
      </w:r>
    </w:p>
    <w:p>
      <w:pPr>
        <w:jc w:val="right"/>
      </w:pPr>
      <w:r>
        <w:t>مجھے ذرا بھی اس میں شک نہیں کہ حرام ہے۔ یہ جو حدیث میں ہے، وہ صرف یہ ہے کہ روزمرہ کی زندگی میں، گھر کے اندر، گھر کے باہر، آپ لوگوں کو نصیحت کریں۔</w:t>
      </w:r>
    </w:p>
    <w:p>
      <w:r>
        <w:rPr>
          <w:b/>
        </w:rPr>
        <w:t xml:space="preserve">[1:10:45] </w:t>
      </w:r>
      <w:r>
        <w:t>koi baat dekha hai to naseehat karen, bashart ke aap ko</w:t>
      </w:r>
    </w:p>
    <w:p>
      <w:pPr>
        <w:jc w:val="right"/>
      </w:pPr>
      <w:r>
        <w:t>کوئی بات دیکھا ہے تو نصیحت کریں، بشرط کہ آپ کو</w:t>
      </w:r>
    </w:p>
    <w:p>
      <w:r>
        <w:rPr>
          <w:b/>
        </w:rPr>
        <w:t xml:space="preserve">[1:10:50] </w:t>
      </w:r>
      <w:r>
        <w:t>wohan par baat aur bigadne ka andesha na ho. misaal ke taur par dekhiye, masjidon mein ek ek ek imam phat ke masjid mein aa gaya.</w:t>
      </w:r>
    </w:p>
    <w:p>
      <w:pPr>
        <w:jc w:val="right"/>
      </w:pPr>
      <w:r>
        <w:t>وہاں پر بات اور بگڑنے کا اندیشہ نہ ہو۔ مثال کے طور پر دیکھیے، مسجدوں میں ایک ایک ایک امام پھٹ کے مسجد میں آ گیا۔</w:t>
      </w:r>
    </w:p>
    <w:p>
      <w:r>
        <w:rPr>
          <w:b/>
        </w:rPr>
        <w:t xml:space="preserve">[1:11:01] </w:t>
      </w:r>
      <w:r>
        <w:t>aap ka khayal hai ke imam jo hai galat imam hai? to kya karte hain? muqtadi is ka hungama khara karte hain. is ke phir namaz najayaz hai. yeh bilkul galat kaam hai.</w:t>
      </w:r>
    </w:p>
    <w:p>
      <w:pPr>
        <w:jc w:val="right"/>
      </w:pPr>
      <w:r>
        <w:t>آپ کا خیال ہے کہ امام جو ہے غلط امام ہے؟ تو کیا کرتے ہیں؟ مقتدی اس کا ہنگامہ کھڑا کرتے ہیں۔ اس کے پھر نماز ناجائز ہے۔ یہ بالکل غلط کام ہے۔</w:t>
      </w:r>
    </w:p>
    <w:p>
      <w:r>
        <w:rPr>
          <w:b/>
        </w:rPr>
        <w:t xml:space="preserve">[1:11:10] </w:t>
      </w:r>
      <w:r>
        <w:t>yeh</w:t>
      </w:r>
    </w:p>
    <w:p>
      <w:pPr>
        <w:jc w:val="right"/>
      </w:pPr>
      <w:r>
        <w:t>یہ</w:t>
      </w:r>
    </w:p>
    <w:p>
      <w:r>
        <w:rPr>
          <w:b/>
        </w:rPr>
        <w:t xml:space="preserve">[1:11:12] </w:t>
      </w:r>
      <w:r>
        <w:t>aap ko sirf yeh haq hai ke muqtadiyon se kahin ke yeh imam sahi nahi hai to aur hum imam ko badal len. narmi se kahin, agar muqtadi tayar is ke nahi hain to chup chap se aap namaz parh ke chale jaiye.</w:t>
      </w:r>
    </w:p>
    <w:p>
      <w:pPr>
        <w:jc w:val="right"/>
      </w:pPr>
      <w:r>
        <w:t>آپ کو صرف یہ حق ہے کہ مقتدیوں سے کہیں کہ یہ امام صحیح نہیں ہے تو اور ہم امام کو بدل لیں۔ نرمی سے کہیں، اگر مقتدی تیار اس کے نہیں ہیں تو چپ چاپ سے آپ نماز پڑھ کے چلے جائیے۔</w:t>
      </w:r>
    </w:p>
    <w:p>
      <w:r>
        <w:rPr>
          <w:b/>
        </w:rPr>
        <w:t xml:space="preserve">[1:11:26] </w:t>
      </w:r>
      <w:r>
        <w:t>aur kuch aap ko haq nahi kuch karne ka.</w:t>
      </w:r>
    </w:p>
    <w:p>
      <w:pPr>
        <w:jc w:val="right"/>
      </w:pPr>
      <w:r>
        <w:t>اور کچھ آپ کو حق نہیں کچھ کرنے کا۔</w:t>
      </w:r>
    </w:p>
    <w:p>
      <w:r>
        <w:rPr>
          <w:b/>
        </w:rPr>
        <w:t xml:space="preserve">[1:11:30] </w:t>
      </w:r>
      <w:r>
        <w:t>to khamosh aur result oriented naseehat is se murad hai. bas is se zyada kuch nahi. result oriented naseehat, is se zyada kuch nahi.</w:t>
      </w:r>
    </w:p>
    <w:p>
      <w:pPr>
        <w:jc w:val="right"/>
      </w:pPr>
      <w:r>
        <w:t>تو خاموش اور رزلٹ اورینٹڈ نصیحت اس سے مراد ہے۔ بس اس سے زیادہ کچھ نہیں۔ رزلٹ اورینٹڈ نصیحت، اس سے زیادہ کچھ نہیں۔</w:t>
      </w:r>
    </w:p>
    <w:p>
      <w:r>
        <w:rPr>
          <w:b/>
        </w:rPr>
        <w:t xml:space="preserve">[1:11:43] </w:t>
      </w:r>
      <w:r>
        <w:t>yani result oriented counseling. is hadith mein</w:t>
      </w:r>
    </w:p>
    <w:p>
      <w:pPr>
        <w:jc w:val="right"/>
      </w:pPr>
      <w:r>
        <w:t>یعنی رزلٹ اورینٹڈ کاؤنسلنگ۔ اس حدیث میں</w:t>
      </w:r>
    </w:p>
    <w:p>
      <w:r>
        <w:rPr>
          <w:b/>
        </w:rPr>
        <w:t xml:space="preserve">[1:11:47] </w:t>
      </w:r>
      <w:r>
        <w:t>result oriented counseling ki baat kahi gayi hai, na ke protest ki. protest bilkul haram hai islam mein. Maulana, agla sawal Miss Naghma Siddiqui ka hai Delhi se.</w:t>
      </w:r>
    </w:p>
    <w:p>
      <w:pPr>
        <w:jc w:val="right"/>
      </w:pPr>
      <w:r>
        <w:t>رزلٹ اورینٹڈ کاؤنسلنگ کی بات کہی گئی ہے، نہ کہ پروٹیسٹ کی۔ پروٹیسٹ بالکل حرام ہے اسلام میں۔ مولانا، اگلا سوال مس نغمہ صدیقی کا ہے دلی سے۔</w:t>
      </w:r>
    </w:p>
    <w:p>
      <w:r>
        <w:rPr>
          <w:b/>
        </w:rPr>
        <w:t xml:space="preserve">[1:12:00] </w:t>
      </w:r>
      <w:r>
        <w:t>unhon ne aap se poocha hai: "what is the formula to live in modesty?"</w:t>
      </w:r>
    </w:p>
    <w:p>
      <w:pPr>
        <w:jc w:val="right"/>
      </w:pPr>
      <w:r>
        <w:t>انہوں نے آپ سے پوچھا ہے: "واٹ از دا فارمولا ٹو لیو ان موڈیسٹی؟"</w:t>
      </w:r>
    </w:p>
    <w:p>
      <w:r>
        <w:rPr>
          <w:b/>
        </w:rPr>
        <w:t xml:space="preserve">[1:12:18] </w:t>
      </w:r>
      <w:r>
        <w:t>formula to mein ne arz kar diya ke ek hai shaitan ka rasta, ek hai farishton ka rasta. aap dekhiye is is waqe mein ke farishte jo the, wo modesty par qaim rahe ikhtilaf ke bawajood,</w:t>
      </w:r>
    </w:p>
    <w:p>
      <w:pPr>
        <w:jc w:val="right"/>
      </w:pPr>
      <w:r>
        <w:t>فارمولا تو میں نے عرض کر دیا کہ ایک ہے شیطان کا راستہ، ایک ہے فرشتوں کا راستہ۔ آپ دیکھیے اس اس واقعے میں کہ فرشتے جو تھے، وہ موڈیسٹی پر قائم رہے اختلاف کے باوجود،</w:t>
      </w:r>
    </w:p>
    <w:p>
      <w:r>
        <w:rPr>
          <w:b/>
        </w:rPr>
        <w:t xml:space="preserve">[1:12:35] </w:t>
      </w:r>
      <w:r>
        <w:t>aur shaitan ne ikhtilaf ko le kar ke organ ban gaya. is ko sochiye ke agar mein modesty ka tareeqa chhodunga to mein shaitan ka khoon bhai ban jaunga, shaitan ka bhai.</w:t>
      </w:r>
    </w:p>
    <w:p>
      <w:pPr>
        <w:jc w:val="right"/>
      </w:pPr>
      <w:r>
        <w:t>اور شیطان نے اختلاف کو لے کر کے ارگن بن گیا۔ اس کو سوچیے کہ اگر میں موڈیسٹی کا طریقہ چھوڑوں گا تو میں شیطان کا خون بھائی بن جاؤں گا، شیطان کا بھائی۔</w:t>
      </w:r>
    </w:p>
    <w:p>
      <w:r>
        <w:rPr>
          <w:b/>
        </w:rPr>
        <w:t xml:space="preserve">[1:12:51] </w:t>
      </w:r>
      <w:r>
        <w:t>halanke mujhe farishton ki majlis mein baithna hai.</w:t>
      </w:r>
    </w:p>
    <w:p>
      <w:pPr>
        <w:jc w:val="right"/>
      </w:pPr>
      <w:r>
        <w:t>حالانکہ مجھے فرشتوں کی مجلس میں بیٹھنا ہے۔</w:t>
      </w:r>
    </w:p>
    <w:p>
      <w:r>
        <w:rPr>
          <w:b/>
        </w:rPr>
        <w:t xml:space="preserve">[1:12:55] </w:t>
      </w:r>
      <w:r>
        <w:t>to jitna zyada aadmi sochega us ko ke is ka result jo hai, kya niklega, is result ko le kar jitna sochega, utne zyada is ke andar modesty paida hogi.</w:t>
      </w:r>
    </w:p>
    <w:p>
      <w:pPr>
        <w:jc w:val="right"/>
      </w:pPr>
      <w:r>
        <w:t>تو جتنا زیادہ آدمی سوچے گا اس کو کہ اس کا رزلٹ جو ہے، کیا نکلے گا، اس رزلٹ کو لے کر جتنا سوچے گا، اتنے زیادہ اس کے اندر موڈیسٹی پیدا ہوگی۔</w:t>
      </w:r>
    </w:p>
    <w:p>
      <w:r>
        <w:rPr>
          <w:b/>
        </w:rPr>
        <w:t xml:space="preserve">[1:13:10] </w:t>
      </w:r>
      <w:r>
        <w:t>molana, agla sawal hai doctor beejma siddiqi ka dilli se. unhon ne aap se poocha hai: "kindly comment on the reference and the meaning of tabtida abee lahab."</w:t>
      </w:r>
    </w:p>
    <w:p>
      <w:pPr>
        <w:jc w:val="right"/>
      </w:pPr>
      <w:r>
        <w:t>مولانا، اگلا سوال ہے ڈاکٹر بیجمہ صدیقی کا دلی سے۔ انہوں نے آپ سے پوچھا ہے: "کائنڈلی کمنٹ ان دا ریفرنس اینڈ دا میننگ اف تبادیدا ابی لہاب۔"</w:t>
      </w:r>
    </w:p>
    <w:p>
      <w:r>
        <w:rPr>
          <w:b/>
        </w:rPr>
        <w:t xml:space="preserve">[1:13:31] </w:t>
      </w:r>
      <w:r>
        <w:t>tabtida abee lahab.</w:t>
      </w:r>
    </w:p>
    <w:p>
      <w:pPr>
        <w:jc w:val="right"/>
      </w:pPr>
      <w:r>
        <w:t>تبتیدا ابی لہاب۔</w:t>
      </w:r>
    </w:p>
    <w:p>
      <w:r>
        <w:rPr>
          <w:b/>
        </w:rPr>
        <w:t xml:space="preserve">[1:13:46] </w:t>
      </w:r>
      <w:r>
        <w:t>dekhiye, makkah mein</w:t>
      </w:r>
    </w:p>
    <w:p>
      <w:pPr>
        <w:jc w:val="right"/>
      </w:pPr>
      <w:r>
        <w:t>دیکھیے، مکہ میں</w:t>
      </w:r>
    </w:p>
    <w:p>
      <w:r>
        <w:rPr>
          <w:b/>
        </w:rPr>
        <w:t xml:space="preserve">[1:13:52] </w:t>
      </w:r>
      <w:r>
        <w:t>jis ko kehte hain yani kamina pan, kamina pan ka kirdaar sirf ek hi tha, abu lahab ka tha.</w:t>
      </w:r>
    </w:p>
    <w:p>
      <w:pPr>
        <w:jc w:val="right"/>
      </w:pPr>
      <w:r>
        <w:t>جس کو کہتے ہیں یعنی کمینہ پن، کمینہ پن کا کردار صرف ایک ہی تھا، ابو لہب کا تھا۔</w:t>
      </w:r>
    </w:p>
    <w:p>
      <w:r>
        <w:rPr>
          <w:b/>
        </w:rPr>
        <w:t xml:space="preserve">[1:14:00] </w:t>
      </w:r>
      <w:r>
        <w:t>wo to aur log jo the, jaise abu jahal hai, wo sarkashi ki thi. is ne dekhiye, ek ka sarkashi karna,</w:t>
      </w:r>
    </w:p>
    <w:p>
      <w:pPr>
        <w:jc w:val="right"/>
      </w:pPr>
      <w:r>
        <w:t>وہ تو اور لوگ جو تھے، جیسے ابوجہل ہے، وہ سرکشی کی تھی۔ اس نے دیکھیے، ایک کا سرکشی کرنا،</w:t>
      </w:r>
    </w:p>
    <w:p>
      <w:r>
        <w:rPr>
          <w:b/>
        </w:rPr>
        <w:t xml:space="preserve">[1:14:09] </w:t>
      </w:r>
      <w:r>
        <w:t>ek ka kamina pan, kamina ban jana mukhalifat mein. to sarkashi bhi buri cheez hai, lekin abu jahal ka naam le kar kahin quran mein bhi nahi aaya hai.</w:t>
      </w:r>
    </w:p>
    <w:p>
      <w:pPr>
        <w:jc w:val="right"/>
      </w:pPr>
      <w:r>
        <w:t>ایک کا کمینہ پن، کمینہ بن جانا مخالفت میں۔ تو سرکشی بھی بری چیز ہے، لیکن ابوجہل کا نام لے کر کہیں قرآن میں بھی نہیں آیا ہے۔</w:t>
      </w:r>
    </w:p>
    <w:p>
      <w:r>
        <w:rPr>
          <w:b/>
        </w:rPr>
        <w:t xml:space="preserve">[1:14:23] </w:t>
      </w:r>
      <w:r>
        <w:t>dekhiye, abu abu lahab ke bare mein naam le kar</w:t>
      </w:r>
    </w:p>
    <w:p>
      <w:pPr>
        <w:jc w:val="right"/>
      </w:pPr>
      <w:r>
        <w:t>دیکھیے، ابو ابو لہب کے بارے میں نام لے کر</w:t>
      </w:r>
    </w:p>
    <w:p>
      <w:r>
        <w:rPr>
          <w:b/>
        </w:rPr>
        <w:t xml:space="preserve">[1:14:27] </w:t>
      </w:r>
      <w:r>
        <w:t>bara bataya gaya hai is ko. to is se main jo nateeja pohancha hoon, wo yeh hai ke Allah ki nazar mein kamina pan bohat hi buri cheez hai.</w:t>
      </w:r>
    </w:p>
    <w:p>
      <w:pPr>
        <w:jc w:val="right"/>
      </w:pPr>
      <w:r>
        <w:t>برا بتایا گیا ہے اس کو۔ تو اس سے میں جو نتیجہ پہنچا ہوں، وہ یہ ہے کہ اللہ کی نظر میں کمینہ پن بہت ہی بری چیز ہے۔</w:t>
      </w:r>
    </w:p>
    <w:p>
      <w:r>
        <w:rPr>
          <w:b/>
        </w:rPr>
        <w:t xml:space="preserve">[1:14:38] </w:t>
      </w:r>
      <w:r>
        <w:t>sarkashi bhi buri hai, lekin kamina pan is tarah bura hai. kamina pan kya hai? aib lagana, ilzaam lagana, badnaam karna, yani kisi ki ko jo uska character assess karna waghera.</w:t>
      </w:r>
    </w:p>
    <w:p>
      <w:pPr>
        <w:jc w:val="right"/>
      </w:pPr>
      <w:r>
        <w:t>سرکشی بھی بری ہے، لیکن کمینہ پن اس طرح برا ہے۔ کمینہ پن کیا ہے؟ عیب لگانا، الزام لگانا، بدنام کرنا، یعنی کسی کی کو جو اس کا کریکٹر اسیسین کرنا وغیرہ۔</w:t>
      </w:r>
    </w:p>
    <w:p>
      <w:r>
        <w:rPr>
          <w:b/>
        </w:rPr>
        <w:t xml:space="preserve">[1:14:55] </w:t>
      </w:r>
      <w:r>
        <w:t>main ek misaal deta hoon aap ko: rasool Allah sal Allah alaih wasallam ne abu lahab bhi aap ka chacha tha, abu talib bhi aap ke chacha thay. to rasool Allah sal Allah alaih wasallam ne jab nabuwat mili to aap ne wahan par bulaya logon ko.</w:t>
      </w:r>
    </w:p>
    <w:p>
      <w:pPr>
        <w:jc w:val="right"/>
      </w:pPr>
      <w:r>
        <w:t>میں ایک مثال دیتا ہوں آپ کو: رسول اللہ صلی اللہ علیہ وسلم نے ابو لہب بھی آپ کا چچا تھا، ابو طالب بھی آپ کے چچا تھے۔ تو رسول اللہ صلی اللہ علیہ وسلم نے جب نبوت ملی تو آپ نے وہاں پر بلایا لوگوں کو۔</w:t>
      </w:r>
    </w:p>
    <w:p>
      <w:r>
        <w:rPr>
          <w:b/>
        </w:rPr>
        <w:t xml:space="preserve">[1:15:08] </w:t>
      </w:r>
      <w:r>
        <w:t>safa jo jo ek chattan thi, wahan par log ikhatta hue</w:t>
      </w:r>
    </w:p>
    <w:p>
      <w:pPr>
        <w:jc w:val="right"/>
      </w:pPr>
      <w:r>
        <w:t>صفا جو جو ایک چٹان تھی، وہاں پر لوگ اکٹھا ہوئے</w:t>
      </w:r>
    </w:p>
    <w:p>
      <w:r>
        <w:rPr>
          <w:b/>
        </w:rPr>
        <w:t xml:space="preserve">[1:15:14] </w:t>
      </w:r>
      <w:r>
        <w:t>to aap ne dawat di. dawat dene ke baad log khamosh ho gaye, chale gaye. kisi ne mana nahi, khamosh chale gaye.</w:t>
      </w:r>
    </w:p>
    <w:p>
      <w:pPr>
        <w:jc w:val="right"/>
      </w:pPr>
      <w:r>
        <w:t>تو آپ نے دعوت دی۔ دعوت دینے کے بعد لوگ خاموش ہو گئے، چلے گئے۔ کسی نے مانا نہیں، خاموش چلے گئے۔</w:t>
      </w:r>
    </w:p>
    <w:p>
      <w:r>
        <w:rPr>
          <w:b/>
        </w:rPr>
        <w:t xml:space="preserve">[1:15:23] </w:t>
      </w:r>
      <w:r>
        <w:t>lekin abu talib, wo abu lahab jo tha, abu lahab khara ho ke kya kehta hai? rabb saar saar Allah ama jama'atna ila hadha</w:t>
      </w:r>
    </w:p>
    <w:p>
      <w:pPr>
        <w:jc w:val="right"/>
      </w:pPr>
      <w:r>
        <w:t>لیکن ابو طالب، وہ ابو لہب جو تھا، ابو لہب کھڑا ہو کے کیا کہتا ہے؟ رب سار سار اللہ اما جماعتنا الا لہذا</w:t>
      </w:r>
    </w:p>
    <w:p>
      <w:r>
        <w:rPr>
          <w:b/>
        </w:rPr>
        <w:t xml:space="preserve">[1:15:34] </w:t>
      </w:r>
      <w:r>
        <w:t>tera bura ho sara din. isi liye hum ko ikhatta kiya tha. yeh jo hai, yeh yeh kamina pan hai, jhooti mukhalifat. to ek hai sarkashi, ek hai jhooti mukhalifat.</w:t>
      </w:r>
    </w:p>
    <w:p>
      <w:pPr>
        <w:jc w:val="right"/>
      </w:pPr>
      <w:r>
        <w:t>تیرا برا ہو سارا دن۔ اسی لیے ہم کو اکٹھا کیا تھا۔ یہ جو ہے، یہ یہ کمینہ پن ہے، جھوٹی مخالفت۔ تو ایک ہے سرکشی، ایک ہے جھوٹی مخالفت۔</w:t>
      </w:r>
    </w:p>
    <w:p>
      <w:r>
        <w:rPr>
          <w:b/>
        </w:rPr>
        <w:t xml:space="preserve">[1:15:49] </w:t>
      </w:r>
      <w:r>
        <w:t>to</w:t>
      </w:r>
    </w:p>
    <w:p>
      <w:pPr>
        <w:jc w:val="right"/>
      </w:pPr>
      <w:r>
        <w:t>تو</w:t>
      </w:r>
    </w:p>
    <w:p>
      <w:r>
        <w:rPr>
          <w:b/>
        </w:rPr>
        <w:t xml:space="preserve">[1:15:50] </w:t>
      </w:r>
      <w:r>
        <w:t>ab yeh surah batati hai ke Allah ki nazar mein jhooti mukhalifat bohat hi buri cheez hai. kamina pan, jhooti mukhalifat, ilzaam lagana, aib aib lagana,</w:t>
      </w:r>
    </w:p>
    <w:p>
      <w:pPr>
        <w:jc w:val="right"/>
      </w:pPr>
      <w:r>
        <w:t>اب یہ سورہ بتاتی ہے کہ اللہ کی نظر میں جھوٹی مخالفت بہت ہی بری چیز ہے۔ کمینہ پن، جھوٹی مخالفت، الزام لگانا، عیب عیب لگانا،</w:t>
      </w:r>
    </w:p>
    <w:p>
      <w:r>
        <w:rPr>
          <w:b/>
        </w:rPr>
        <w:t xml:space="preserve">[1:16:03] </w:t>
      </w:r>
      <w:r>
        <w:t>be buniyad ek to character assess karna,</w:t>
      </w:r>
    </w:p>
    <w:p>
      <w:pPr>
        <w:jc w:val="right"/>
      </w:pPr>
      <w:r>
        <w:t>بے بنیاد ایک تو کریکٹر اسیسین کرنا،</w:t>
      </w:r>
    </w:p>
    <w:p>
      <w:r>
        <w:rPr>
          <w:b/>
        </w:rPr>
        <w:t xml:space="preserve">[1:16:08] </w:t>
      </w:r>
      <w:r>
        <w:t>character assassination. to is surah mein yeh paigham hai, jahan tak main samajhta hoon ke Allah ki nazar mein sarkash bilashuba bura hai, lekin kamina insan is se bhi zyada bura hai.</w:t>
      </w:r>
    </w:p>
    <w:p>
      <w:pPr>
        <w:jc w:val="right"/>
      </w:pPr>
      <w:r>
        <w:t>کریکٹر اسیسینیشن۔ تو اس سورہ میں یہ پیغام ہے، جہاں تک میں سمجھتا ہوں کہ اللہ کی نظر میں سرکش بلاشبہ برا ہے، لیکن کمینہ انسان اس سے بھی زیادہ برا ہے۔</w:t>
      </w:r>
    </w:p>
    <w:p>
      <w:r>
        <w:rPr>
          <w:b/>
        </w:rPr>
        <w:t xml:space="preserve">[1:16:23] </w:t>
      </w:r>
      <w:r>
        <w:t>kamina insan ki tareef yeh hai</w:t>
      </w:r>
    </w:p>
    <w:p>
      <w:pPr>
        <w:jc w:val="right"/>
      </w:pPr>
      <w:r>
        <w:t>کمینہ انسان کی تعریف یہ ہے</w:t>
      </w:r>
    </w:p>
    <w:p>
      <w:r>
        <w:rPr>
          <w:b/>
        </w:rPr>
        <w:t xml:space="preserve">[1:16:25] </w:t>
      </w:r>
      <w:r>
        <w:t>ke aap ki mukhalifat mein jhooti baatein karne lage. yani dekhiye, abu jahal jo tha, mukhalif tha aap ka, kabhi is ne rasool Allah par koi jhoota ilzaam nahi lagaya,</w:t>
      </w:r>
    </w:p>
    <w:p>
      <w:pPr>
        <w:jc w:val="right"/>
      </w:pPr>
      <w:r>
        <w:t>کہ آپ کی مخالفت میں جھوٹی باتیں کرنے لگے۔ یعنی دیکھیے، ابوجہل جو تھا، مخالف تھا آپ کا، کبھی اس نے رسول اللہ پر کوئی جھوٹا الزام نہیں لگایا،</w:t>
      </w:r>
    </w:p>
    <w:p>
      <w:r>
        <w:rPr>
          <w:b/>
        </w:rPr>
        <w:t xml:space="preserve">[1:16:39] </w:t>
      </w:r>
      <w:r>
        <w:t>kabhi nahi. main ne kitabon mein kabhi nahi parha ke is ne abu jahal, abu jahal ne rasool Allah par koi jhoota ilzaam lagaya ho. lekin abu abu talib jo tha, yeh abu lahab jo tha, wo kamina pan dikhata tha, jhooti baatein aap ke khilaf, ilzaam</w:t>
      </w:r>
    </w:p>
    <w:p>
      <w:pPr>
        <w:jc w:val="right"/>
      </w:pPr>
      <w:r>
        <w:t>کبھی نہیں۔ میں نے کتابوں میں کبھی نہیں پڑھا کہ اس نے ابوجہل، ابوجہل نے رسول اللہ پر کوئی جھوٹا الزام لگایا ہو۔ لیکن ابو ابو طالب جو تھا، یہ ابو لہب جو تھا، وہ کمینہ پن دکھاتا تھا، جھوٹی باتیں آپ کے خلاف، الزام</w:t>
      </w:r>
    </w:p>
    <w:p>
      <w:r>
        <w:rPr>
          <w:b/>
        </w:rPr>
        <w:t xml:space="preserve">[1:16:56] </w:t>
      </w:r>
      <w:r>
        <w:t>tarashi, character assassination waghera. to yeh bohat hi bara kirdaar hota hai. to yeh is is is is is is surah mein yahi sabak, isi baat ka sabak diya gaya hai ke is se daro ke tumhara anjam</w:t>
      </w:r>
    </w:p>
    <w:p>
      <w:pPr>
        <w:jc w:val="right"/>
      </w:pPr>
      <w:r>
        <w:t>تراشی، کریکٹر اسیسینیشن وغیرہ۔ تو یہ بہت ہی بڑا کردار ہوتا ہے۔ تو یہ اس اس اس اس اس اس سورہ میں یہی سبق، اسی بات کا سبق دیا گیا ہے کہ اس سے ڈرو کہ تمہارا انجام</w:t>
      </w:r>
    </w:p>
    <w:p>
      <w:r>
        <w:rPr>
          <w:b/>
        </w:rPr>
        <w:t xml:space="preserve">[1:17:15] </w:t>
      </w:r>
      <w:r>
        <w:t>abu lahab ka na ho jaye kahin, agar tum wo tareeqa ikhtiyar karo jo abu lahab ne ikhtiyar kiya tha.</w:t>
      </w:r>
    </w:p>
    <w:p>
      <w:pPr>
        <w:jc w:val="right"/>
      </w:pPr>
      <w:r>
        <w:t>ابو لہب کا نہ ہو جائے کہیں، اگر تم وہ طریقہ اختیار کرو جو ابو لہب نے اختیار کیا تھا۔</w:t>
      </w:r>
    </w:p>
    <w:p>
      <w:r>
        <w:rPr>
          <w:b/>
        </w:rPr>
        <w:t xml:space="preserve">[1:17:25] </w:t>
      </w:r>
      <w:r>
        <w:t>molana, agla sawal misster muhammad adil sahib ka hai dilli se. unhon ne likha hai: "molana, aap ne kaha ke Allah ne insan ko do capacities ek sath jama karne ki salahiyat di hai."</w:t>
      </w:r>
    </w:p>
    <w:p>
      <w:pPr>
        <w:jc w:val="right"/>
      </w:pPr>
      <w:r>
        <w:t>مولانا، اگلا سوال مسٹر محمد عادل صاحب کا ہے دلی سے۔ انہوں نے لکھا ہے: "مولانا، آپ نے کہا کہ اللہ نے انسان کو دو کیپیسٹیز ایک ساتھ جمع کرنے کی صلاحیت دی ہے۔</w:t>
      </w:r>
    </w:p>
    <w:p>
      <w:r>
        <w:rPr>
          <w:b/>
        </w:rPr>
        <w:t xml:space="preserve">[1:17:39] </w:t>
      </w:r>
      <w:r>
        <w:t>woh kya wajah hai ke log in do salahiyaton ko aik saath jama nahi kar paate?</w:t>
      </w:r>
    </w:p>
    <w:p>
      <w:pPr>
        <w:jc w:val="right"/>
      </w:pPr>
      <w:r>
        <w:t>وہ کیا وجہ ہے کہ لوگ ان دو صلاحیتوں کو ایک ساتھ جمع نہیں کر پاتے؟"</w:t>
      </w:r>
    </w:p>
    <w:p>
      <w:r>
        <w:rPr>
          <w:b/>
        </w:rPr>
        <w:t xml:space="preserve">[1:17:53] </w:t>
      </w:r>
      <w:r>
        <w:t>quran mein hai ke: "tum log ajila ko pasand karte ho aur akhirat ko bhula rakha hai tum ne." toh aaj ke faide mein, aaj ka jo faida hai, toh aaj ka faida sach kar bolne se mila hai, jhoot bolne ke mila hai, jaise bhi mila hai, is mein log phanse hue hain.</w:t>
      </w:r>
    </w:p>
    <w:p>
      <w:pPr>
        <w:jc w:val="right"/>
      </w:pPr>
      <w:r>
        <w:t>قرآن میں ہے کہ: "تم لوگ عاجلہ کو پسند کرتے ہو اور آخرت کو بھلا رکھا ہے تم نے۔" تو آج کے فائدے میں، آج کا جو فائدہ ہے، تو آج کا فائدہ سچ کر بولنے سے ملا ہے، جھوٹ بولنے کے ملا ہے، جیسے بھی ملا ہے، اس میں لوگ پھنسے ہوئے ہیں۔</w:t>
      </w:r>
    </w:p>
    <w:p>
      <w:r>
        <w:rPr>
          <w:b/>
        </w:rPr>
        <w:t xml:space="preserve">[1:18:11] </w:t>
      </w:r>
      <w:r>
        <w:t>aur akhirat ka jo faida hai, woh is ko bhule hue hain. isi se aadmi ke andar sachai aati hai, aala character aata hai.</w:t>
      </w:r>
    </w:p>
    <w:p>
      <w:pPr>
        <w:jc w:val="right"/>
      </w:pPr>
      <w:r>
        <w:t>اور آخرت کا جو فائدہ ہے، وہ اس کو بھولے ہوئے ہیں۔ اسی سے آدمی کے اندر سچائی آتی ہے، اعلیٰ کریکٹر آتا ہے۔</w:t>
      </w:r>
    </w:p>
    <w:p>
      <w:r>
        <w:rPr>
          <w:b/>
        </w:rPr>
        <w:t xml:space="preserve">[1:18:20] </w:t>
      </w:r>
      <w:r>
        <w:t>saare jo positive awsaf hote hain, jo saare saare positive awsaf hain, woh is waqt aate hain jab akhirat ko le ke koi goal aap ne banaya ho.</w:t>
      </w:r>
    </w:p>
    <w:p>
      <w:pPr>
        <w:jc w:val="right"/>
      </w:pPr>
      <w:r>
        <w:t>سارے جو پازیٹیو اوصاف ہوتے ہیں، جو سارے سارے پازیٹیو اوصاف ہیں، وہ اس وقت آتے ہیں جب آخرت کو لے کے کوئی گول آپ نے بنایا ہو۔</w:t>
      </w:r>
    </w:p>
    <w:p>
      <w:r>
        <w:rPr>
          <w:b/>
        </w:rPr>
        <w:t xml:space="preserve">[1:18:29] </w:t>
      </w:r>
      <w:r>
        <w:t>jab dunya ka goal banayenge toh yahi sab hoga.</w:t>
      </w:r>
    </w:p>
    <w:p>
      <w:pPr>
        <w:jc w:val="right"/>
      </w:pPr>
      <w:r>
        <w:t>جب دنیا کا گول بنائیں گے تو یہی سب ہوگا۔</w:t>
      </w:r>
    </w:p>
    <w:p>
      <w:r>
        <w:rPr>
          <w:b/>
        </w:rPr>
        <w:t xml:space="preserve">[1:18:32] </w:t>
      </w:r>
      <w:r>
        <w:t>selfishness aayega aur cheap tareeqe istemal karenge, jhoot bolenge, kamina pan dikhayenge. toh jo dunya ka jo goal banayega, us ke yeh sab baatein us ke andar paida hongi.</w:t>
      </w:r>
    </w:p>
    <w:p>
      <w:pPr>
        <w:jc w:val="right"/>
      </w:pPr>
      <w:r>
        <w:t>سیلفشنس آئے گا اور چیپ طریقے استعمال کریں گے، جھوٹ بولیں گے، کمینہ پن دکھائیں گے۔ تو جو دنیا کا جو گول بنائے گا، اس کے یہ سب باتیں اس کے اندر پیدا ہوں گی۔</w:t>
      </w:r>
    </w:p>
    <w:p>
      <w:r>
        <w:rPr>
          <w:b/>
        </w:rPr>
        <w:t xml:space="preserve">[1:18:49] </w:t>
      </w:r>
      <w:r>
        <w:t>toh is ki hal hai ke aadmi akhirat ko goal banaye, yaani jo jo eternity hai, us ko goal banaye. toh is se aala awsaf paida honge.</w:t>
      </w:r>
    </w:p>
    <w:p>
      <w:pPr>
        <w:jc w:val="right"/>
      </w:pPr>
      <w:r>
        <w:t>تو اس کی حل ہے کہ آدمی آخرت کو گول بنائے، یعنی جو جو ایٹرنیٹی ہے، اس کو گول بنائے۔ تو اس سے اعلیٰ اوصاف پیدا ہوں گے۔</w:t>
      </w:r>
    </w:p>
    <w:p>
      <w:r>
        <w:rPr>
          <w:b/>
        </w:rPr>
        <w:t xml:space="preserve">[1:19:01] </w:t>
      </w:r>
      <w:r>
        <w:t>yeh mein samajh samjhaun is ko.</w:t>
      </w:r>
    </w:p>
    <w:p>
      <w:pPr>
        <w:jc w:val="right"/>
      </w:pPr>
      <w:r>
        <w:t>یہ میں سمجھ سمجھاؤں اس کو۔</w:t>
      </w:r>
    </w:p>
    <w:p>
      <w:r>
        <w:rPr>
          <w:b/>
        </w:rPr>
        <w:t xml:space="preserve">[1:19:06] </w:t>
      </w:r>
      <w:r>
        <w:t>maulana, agla sawal mr shah Nawaz zafar sahib ka hai dilli se. unhone poocha hai: "aaj kal hum jinasi taalluqat ka masla bohat aam ho raha hai.</w:t>
      </w:r>
    </w:p>
    <w:p>
      <w:pPr>
        <w:jc w:val="right"/>
      </w:pPr>
      <w:r>
        <w:t>مولانا، اگلا سوال مسٹر شاہنواز ظفر صاحب کا ہے دلی سے۔ انہوں نے پوچھا ہے: "آج کل ہم جنسی تعلقات کا مسئلہ بہت عام ہو رہا ہے۔</w:t>
      </w:r>
    </w:p>
    <w:p>
      <w:r>
        <w:rPr>
          <w:b/>
        </w:rPr>
        <w:t xml:space="preserve">[1:19:19] </w:t>
      </w:r>
      <w:r>
        <w:t>kuch log ise neechural batate hain, kuch log legal banane ki mang karte hain.</w:t>
      </w:r>
    </w:p>
    <w:p>
      <w:pPr>
        <w:jc w:val="right"/>
      </w:pPr>
      <w:r>
        <w:t>کچھ لوگ اسے نیچرل بتاتے ہیں، کچھ لوگ لیگل بنانے کی مانگ کرتے ہیں۔</w:t>
      </w:r>
    </w:p>
    <w:p>
      <w:r>
        <w:rPr>
          <w:b/>
        </w:rPr>
        <w:t xml:space="preserve">[1:19:25] </w:t>
      </w:r>
      <w:r>
        <w:t>meharbani kar ke quran aur</w:t>
      </w:r>
    </w:p>
    <w:p>
      <w:pPr>
        <w:jc w:val="right"/>
      </w:pPr>
      <w:r>
        <w:t>مہربانی کر کے قرآن اور</w:t>
      </w:r>
    </w:p>
    <w:p>
      <w:r>
        <w:rPr>
          <w:b/>
        </w:rPr>
        <w:t xml:space="preserve">[1:19:27] </w:t>
      </w:r>
      <w:r>
        <w:t>hadees ka quran mein ise bas sunna bhi gawara nahi mujhe." achha sawal karte hain aap log. yeh yeh toh sawal karne ke bhi toh yaani yeh toh inhuman hai, bilkul.</w:t>
      </w:r>
    </w:p>
    <w:p>
      <w:pPr>
        <w:jc w:val="right"/>
      </w:pPr>
      <w:r>
        <w:t>حدیث کا قرآن میں اسے بس سننا بھی گوارا نہیں مجھے۔" اچھا سوال کرتے ہیں آپ لوگ۔ یہ یہ تو سوال کرنے کے بھی تو یعنی یہ تو ان ہیومن ہے، بالکل۔</w:t>
      </w:r>
    </w:p>
    <w:p>
      <w:r>
        <w:rPr>
          <w:b/>
        </w:rPr>
        <w:t xml:space="preserve">[1:19:39] </w:t>
      </w:r>
      <w:r>
        <w:t>is ko amal qom-e-loot kaha gaya hai. jante hain kitna sakht aayi thi in logon par jo is mein mubtala the?</w:t>
      </w:r>
    </w:p>
    <w:p>
      <w:pPr>
        <w:jc w:val="right"/>
      </w:pPr>
      <w:r>
        <w:t>اس کو عمل قوم لوط کہا گیا ہے۔ جانتے ہیں کتنا سخت آئی تھی ان لوگوں پر جو اس میں مبتلا تھے؟</w:t>
      </w:r>
    </w:p>
    <w:p>
      <w:r>
        <w:rPr>
          <w:b/>
        </w:rPr>
        <w:t xml:space="preserve">[1:19:47] </w:t>
      </w:r>
      <w:r>
        <w:t>isi ka naam hai amal qom-e-loot. kaise koi sawal karta hai, kaise koi sochta hai? is par mein hairaan hoon. yeh koi na sawal karne ki baat hai, na sochne ki baat hai.</w:t>
      </w:r>
    </w:p>
    <w:p>
      <w:pPr>
        <w:jc w:val="right"/>
      </w:pPr>
      <w:r>
        <w:t>اسی کا نام ہے عمل قوم لوط۔ کیسے کوئی سوال کرتا ہے، کیسے کوئی سوچتا ہے؟ اس پر میں حیران ہوں۔ یہ کوئی نہ سوال کرنے کی بات ہے، نہ سوچنے کی بات ہے۔</w:t>
      </w:r>
    </w:p>
    <w:p>
      <w:r>
        <w:rPr>
          <w:b/>
        </w:rPr>
        <w:t xml:space="preserve">[1:19:58] </w:t>
      </w:r>
      <w:r>
        <w:t>bohat hi bura aaya tha, aaya tha qom amal qom jo jo is mein mubtala the. jo log aap quran mein padh lijiye,</w:t>
      </w:r>
    </w:p>
    <w:p>
      <w:pPr>
        <w:jc w:val="right"/>
      </w:pPr>
      <w:r>
        <w:t>بہت ہی برا آیا تھا، آیا تھا قوم عمل قوم جو جو اس میں مبتلا تھے۔ جو لوگ آپ قرآن میں پڑھ لیجئے،</w:t>
      </w:r>
    </w:p>
    <w:p>
      <w:r>
        <w:rPr>
          <w:b/>
        </w:rPr>
        <w:t xml:space="preserve">[1:20:08] </w:t>
      </w:r>
      <w:r>
        <w:t>is ki tafseer karne ki zarurat nahi. tafseer</w:t>
      </w:r>
    </w:p>
    <w:p>
      <w:pPr>
        <w:jc w:val="right"/>
      </w:pPr>
      <w:r>
        <w:t>اس کی تفسیر کرنے کی ضرورت نہیں۔ تفسیر کرنا بھی بہت ہی ایک ایک ایک باذوق آدمی کے لیے ناقابل برداشت ہے۔</w:t>
      </w:r>
    </w:p>
    <w:p>
      <w:r>
        <w:rPr>
          <w:b/>
        </w:rPr>
        <w:t xml:space="preserve">[1:20:19] </w:t>
      </w:r>
      <w:r>
        <w:t>beh-haal, is ko quran mein is ko qom-e-loot jo thi, us se woh mubtala thi. aur qom-e-loot par jo azab aaya tha, woh itna sakht tha ke aaj tak is ka is ke is ke asar hain.</w:t>
      </w:r>
    </w:p>
    <w:p>
      <w:pPr>
        <w:jc w:val="right"/>
      </w:pPr>
      <w:r>
        <w:t>بہرحال، اس کو قرآن میں اس کو قوم لوط جو تھی، اس سے وہ مبتلا تھی۔ اور قوم لوط پر جو عذاب آیا تھا، وہ اتنا سخت تھا کہ آج تک اس کا اس کے اس کے آثار ہیں۔</w:t>
      </w:r>
    </w:p>
    <w:p>
      <w:r>
        <w:rPr>
          <w:b/>
        </w:rPr>
        <w:t xml:space="preserve">[1:20:33] </w:t>
      </w:r>
      <w:r>
        <w:t>jante hain kya hai</w:t>
      </w:r>
    </w:p>
    <w:p>
      <w:pPr>
        <w:jc w:val="right"/>
      </w:pPr>
      <w:r>
        <w:t>جانتے ہیں کیا ہے</w:t>
      </w:r>
    </w:p>
    <w:p>
      <w:r>
        <w:rPr>
          <w:b/>
        </w:rPr>
        <w:t xml:space="preserve">[1:20:35] </w:t>
      </w:r>
      <w:r>
        <w:t>ke bahr-e-bardaar jo tha, woh bohat hi achha ilaqa tha. wahan dead sea jo hai, woh aaj tak ke liye bahr-e-bardaar.</w:t>
      </w:r>
    </w:p>
    <w:p>
      <w:pPr>
        <w:jc w:val="right"/>
      </w:pPr>
      <w:r>
        <w:t>کہ بحر بردار جو تھا، وہ بہت ہی اچھا علاقہ تھا۔ وہاں ڈیٹ سی جو ہے، وہ آج تک کے لیے بحر بردار۔</w:t>
      </w:r>
    </w:p>
    <w:p>
      <w:r>
        <w:rPr>
          <w:b/>
        </w:rPr>
        <w:t xml:space="preserve">[1:20:46] </w:t>
      </w:r>
      <w:r>
        <w:t>aap padhiye is ki is ka is ka haal kya hai. is ka zar-khez ilaqa tha, woh</w:t>
      </w:r>
    </w:p>
    <w:p>
      <w:pPr>
        <w:jc w:val="right"/>
      </w:pPr>
      <w:r>
        <w:t>آپ پڑھیے اس کی اس کا اس کا حال کیا ہے۔ اس کا زرخیز علاقہ تھا، وہ</w:t>
      </w:r>
    </w:p>
    <w:p>
      <w:r>
        <w:rPr>
          <w:b/>
        </w:rPr>
        <w:t xml:space="preserve">[1:20:52] </w:t>
      </w:r>
      <w:r>
        <w:t>bohat achha zar-khez ilaqa tha. woh wahan par yaani aik bara ilaqa jo hai, ab ab samandar ban gaya hai.</w:t>
      </w:r>
    </w:p>
    <w:p>
      <w:pPr>
        <w:jc w:val="right"/>
      </w:pPr>
      <w:r>
        <w:t>بہت اچھا زرخیز علاقہ تھا۔ وہ وہاں پر یعنی ایک بڑا علاقہ جو ہے، اب اب سمندر بن گیا ہے۔</w:t>
      </w:r>
    </w:p>
    <w:p>
      <w:r>
        <w:rPr>
          <w:b/>
        </w:rPr>
        <w:t xml:space="preserve">[1:21:01] </w:t>
      </w:r>
      <w:r>
        <w:t>aur woh jis ko dead sea kehte hain, us ka pani aap na pi sakte hain, na is mein naha sakte hain, na kisi kaam aata hai. woh</w:t>
      </w:r>
    </w:p>
    <w:p>
      <w:pPr>
        <w:jc w:val="right"/>
      </w:pPr>
      <w:r>
        <w:t>اور وہ جس کو ڈیٹ سی کہتے ہیں، اس کا پانی آپ نہ پی سکتے ہیں، نہ اس میں نہا سکتے ہیں، نہ کسی کام آتا ہے۔ وہ</w:t>
      </w:r>
    </w:p>
    <w:p>
      <w:r>
        <w:rPr>
          <w:b/>
        </w:rPr>
        <w:t xml:space="preserve">[1:21:12] </w:t>
      </w:r>
      <w:r>
        <w:t>kisi kaam nahi aata, woh aaj bhi. woh wahan kisi Allah taala ne nishani qaim kar di ke qayamat tak ke liye ke yeh fe'l itna bura hai ke ke sakht tareen azab uchhalon ke liye muqaddar hai.</w:t>
      </w:r>
    </w:p>
    <w:p>
      <w:pPr>
        <w:jc w:val="right"/>
      </w:pPr>
      <w:r>
        <w:t>کسی کام نہیں آتا، وہ آج بھی۔ وہ وہاں کسی اللہ تعالی نے نشانی قائم کر دی کہ قیامت تک کے لیے کہ یہ فعل اتنا برا ہے کہ کہ سخت ترین عذاب اچھلوں کے لیے مقدر ہے۔</w:t>
      </w:r>
    </w:p>
    <w:p>
      <w:r>
        <w:rPr>
          <w:b/>
        </w:rPr>
        <w:t xml:space="preserve">[1:21:28] </w:t>
      </w:r>
      <w:r>
        <w:t>toh is beh-haal, is ko hamein qom, is ko aap samajhna chahein toh quran quran mein padh lijiye. aap</w:t>
      </w:r>
    </w:p>
    <w:p>
      <w:pPr>
        <w:jc w:val="right"/>
      </w:pPr>
      <w:r>
        <w:t>تو اس بہرحال، اس کو ہمیں قوم، اس کو آپ سمجھنا چاہیں تو قرآن قرآن میں پڑھ لیجئے۔ آپ</w:t>
      </w:r>
    </w:p>
    <w:p>
      <w:r>
        <w:rPr>
          <w:b/>
        </w:rPr>
        <w:t xml:space="preserve">[1:21:35] </w:t>
      </w:r>
      <w:r>
        <w:t>yeh baat quran mein batai gayi hai. is ko Hazrat Loot ki jo qom thi, us us ke silsile mein. Maulana, agla sawal mr Sajid Anwar ka hai Roorkee se.</w:t>
      </w:r>
    </w:p>
    <w:p>
      <w:pPr>
        <w:jc w:val="right"/>
      </w:pPr>
      <w:r>
        <w:t>یہ بات قرآن میں بتائی گئی ہے۔ اس کو حضرت لوط کی جو قوم تھی، اس اس کے سلسلے میں۔ مولانا، اگلا سوال مسٹر ساجد انور کا ہے روڈکی سے۔</w:t>
      </w:r>
    </w:p>
    <w:p>
      <w:r>
        <w:rPr>
          <w:b/>
        </w:rPr>
        <w:t xml:space="preserve">[1:21:49] </w:t>
      </w:r>
      <w:r>
        <w:t>unho'n ne poocha hai: "What is the importance of complex free personality and what is the formula to develop this?" dekhiye, surah alfajr mein</w:t>
      </w:r>
    </w:p>
    <w:p>
      <w:pPr>
        <w:jc w:val="right"/>
      </w:pPr>
      <w:r>
        <w:t>انہوں نے پوچھا ہے: "واٹ از دی امپورٹنس اف کمپلیکس فری پرسنیلٹی اینڈ واٹ از دا فارمولا ٹو ڈیویلپ دس؟" دیکھیے، سورہ الفجر میں</w:t>
      </w:r>
    </w:p>
    <w:p>
      <w:r>
        <w:rPr>
          <w:b/>
        </w:rPr>
        <w:t xml:space="preserve">[1:22:00] </w:t>
      </w:r>
      <w:r>
        <w:t>aap parhein To is mein aap ko is ka formula mile ga.</w:t>
      </w:r>
    </w:p>
    <w:p>
      <w:pPr>
        <w:jc w:val="right"/>
      </w:pPr>
      <w:r>
        <w:t>آپ پڑھیں تو اس میں آپ کو اس کا فارمولا ملے گا۔</w:t>
      </w:r>
    </w:p>
    <w:p>
      <w:r>
        <w:rPr>
          <w:b/>
        </w:rPr>
        <w:t xml:space="preserve">[1:22:09] </w:t>
      </w:r>
      <w:r>
        <w:t>surah alfajr mein do kirdar bataye gaye hain: aik akramand, aik ahan. aik woh insan jis par Allah taala ne rehmaten keen,</w:t>
      </w:r>
    </w:p>
    <w:p>
      <w:pPr>
        <w:jc w:val="right"/>
      </w:pPr>
      <w:r>
        <w:t>سورہ الفجر میں دو کردار بتائے گئے ہیں: ایک اکرمند، ایک اہان۔ ایک وہ انسان جس پر اللہ تعالی نے رحمتیں کیں،</w:t>
      </w:r>
    </w:p>
    <w:p>
      <w:r>
        <w:rPr>
          <w:b/>
        </w:rPr>
        <w:t xml:space="preserve">[1:22:22] </w:t>
      </w:r>
      <w:r>
        <w:t>jis ko sahoolaten milen, aasahish mili, aaram mila, dunya ke faayde mile.</w:t>
      </w:r>
    </w:p>
    <w:p>
      <w:pPr>
        <w:jc w:val="right"/>
      </w:pPr>
      <w:r>
        <w:t>جس کو سہولتیں ملیں، آسائش ملی، آرام ملا، دنیا کے فائدے ملے۔</w:t>
      </w:r>
    </w:p>
    <w:p>
      <w:r>
        <w:rPr>
          <w:b/>
        </w:rPr>
        <w:t xml:space="preserve">[1:22:29] </w:t>
      </w:r>
      <w:r>
        <w:t>To woh kya hua? is ka ke woh akramand ki nafsiyat mein mubtala ho gaya, ya'ni apne ko samjha ke main koi bari cheez hoon.</w:t>
      </w:r>
    </w:p>
    <w:p>
      <w:pPr>
        <w:jc w:val="right"/>
      </w:pPr>
      <w:r>
        <w:t>تو وہ کیا ہوا؟ اس کا کہ وہ اکرمند کی نفسیات میں مبتلا ہو گیا، یعنی اپنے کو سمجھا کہ میں کوئی بڑی چیز ہوں۔</w:t>
      </w:r>
    </w:p>
    <w:p>
      <w:r>
        <w:rPr>
          <w:b/>
        </w:rPr>
        <w:t xml:space="preserve">[1:22:41] </w:t>
      </w:r>
      <w:r>
        <w:t>aur kisi ko agar kam mila, koi tangi ho gayi To woh ahant ki nafsiyat mein mubtala ho gaya ke Khuda ne meri</w:t>
      </w:r>
    </w:p>
    <w:p>
      <w:pPr>
        <w:jc w:val="right"/>
      </w:pPr>
      <w:r>
        <w:t>اور کسی کو اگر کم ملا، کوئی تنگی ہو گئی تو وہ اہانت کی نفسیات میں مبتلا ہو گیا کہ خدا نے میری</w:t>
      </w:r>
    </w:p>
    <w:p>
      <w:r>
        <w:rPr>
          <w:b/>
        </w:rPr>
        <w:t xml:space="preserve">[1:22:51] </w:t>
      </w:r>
      <w:r>
        <w:t>mujh ko haqeer bana diya. To is se bachna ke zyada mile, tab bhi aap shukr mein, shukr ke ma'ne mein len is ko, na ke zaati barhai kamane mein.</w:t>
      </w:r>
    </w:p>
    <w:p>
      <w:pPr>
        <w:jc w:val="right"/>
      </w:pPr>
      <w:r>
        <w:t>مجھ کو حقیر بنا دیا۔ تو اس سے بچنا کہ زیادہ ملے، تب بھی آپ شکر میں، شکر کے معنی میں لیں اس کو، نہ کہ ذاتی بڑائی کمانے میں۔</w:t>
      </w:r>
    </w:p>
    <w:p>
      <w:r>
        <w:rPr>
          <w:b/>
        </w:rPr>
        <w:t xml:space="preserve">[1:23:06] </w:t>
      </w:r>
      <w:r>
        <w:t>ya'ni zyada mile aap ko To aap shukr mein gharaq ho jayen, kam mile aap ko, tab bhi aap kahen ke jo Allah ne muqaddar kiya tha, woh mujhe mila, main is par raazi hoon.</w:t>
      </w:r>
    </w:p>
    <w:p>
      <w:pPr>
        <w:jc w:val="right"/>
      </w:pPr>
      <w:r>
        <w:t>یعنی زیادہ ملے آپ کو تو آپ شکر میں غرق ہو جائیں، کم ملے آپ کو، تب بھی آپ کہیں کہ جو اللہ نے مقدر کیا تھا، وہ مجھے ملا، میں اس پر راضی ہوں۔</w:t>
      </w:r>
    </w:p>
    <w:p>
      <w:r>
        <w:rPr>
          <w:b/>
        </w:rPr>
        <w:t xml:space="preserve">[1:23:20] </w:t>
      </w:r>
      <w:r>
        <w:t>To yeh</w:t>
      </w:r>
    </w:p>
    <w:p>
      <w:pPr>
        <w:jc w:val="right"/>
      </w:pPr>
      <w:r>
        <w:t>تو یہ</w:t>
      </w:r>
    </w:p>
    <w:p>
      <w:r>
        <w:rPr>
          <w:b/>
        </w:rPr>
        <w:t xml:space="preserve">[1:23:22] </w:t>
      </w:r>
      <w:r>
        <w:t>jo aadmi sabr aur shukr ke is imtehan mein poora utre, wohi hai complex free soul. na nashukri mein mubtala ho, na be sabri mein mubtala ho.</w:t>
      </w:r>
    </w:p>
    <w:p>
      <w:pPr>
        <w:jc w:val="right"/>
      </w:pPr>
      <w:r>
        <w:t>جو آدمی صبر اور شکر کے اس امتحان میں پورا اترے، وہی ہے کمپلیکس فری سول۔ نہ ناشکری میں مبتلا ہو، نہ بے صبری میں مبتلا ہو۔</w:t>
      </w:r>
    </w:p>
    <w:p>
      <w:r>
        <w:rPr>
          <w:b/>
        </w:rPr>
        <w:t xml:space="preserve">[1:23:34] </w:t>
      </w:r>
      <w:r>
        <w:t>kam mile, tab bhi raazi, zyada mile, tab bhi raazi.</w:t>
      </w:r>
    </w:p>
    <w:p>
      <w:pPr>
        <w:jc w:val="right"/>
      </w:pPr>
      <w:r>
        <w:t>کم ملے، تب بھی راضی، زیادہ ملے، تب بھی راضی۔</w:t>
      </w:r>
    </w:p>
    <w:p>
      <w:r>
        <w:rPr>
          <w:b/>
        </w:rPr>
        <w:t xml:space="preserve">[1:23:38] </w:t>
      </w:r>
      <w:r>
        <w:t>har haal mein woh Allah ka, Allah ko yaad kare aur yeh samjhe ke jo Allah ne muqaddar kiya hai, woh usi mein faayda hoga, usi mein mere liye faayda hoga.</w:t>
      </w:r>
    </w:p>
    <w:p>
      <w:pPr>
        <w:jc w:val="right"/>
      </w:pPr>
      <w:r>
        <w:t>ہر حال میں وہ اللہ کا، اللہ کو یاد کرے اور یہ سمجھے کہ جو اللہ نے مقدر کیا ہے، وہ اسی میں فائدہ ہوگا، اسی میں میرے لیے فائدہ ہوگا۔</w:t>
      </w:r>
    </w:p>
    <w:p>
      <w:r>
        <w:rPr>
          <w:b/>
        </w:rPr>
        <w:t xml:space="preserve">[1:23:53] </w:t>
      </w:r>
      <w:r>
        <w:t>tab woh woh shakhsiyat banti hai.</w:t>
      </w:r>
    </w:p>
    <w:p>
      <w:pPr>
        <w:jc w:val="right"/>
      </w:pPr>
      <w:r>
        <w:t>تب وہ وہ شخصیت بنتی ہے۔</w:t>
      </w:r>
    </w:p>
    <w:p>
      <w:r>
        <w:rPr>
          <w:b/>
        </w:rPr>
        <w:t xml:space="preserve">[1:23:56] </w:t>
      </w:r>
      <w:r>
        <w:t>matlab khulasa Quran ke lafzon mein khulasa yeh hai ke jo ahant ki nafsiyat se bachaye apne ko, akramand ki nafsiyat se bataye, bachaye apne ko.</w:t>
      </w:r>
    </w:p>
    <w:p>
      <w:pPr>
        <w:jc w:val="right"/>
      </w:pPr>
      <w:r>
        <w:t>مطلب خلاصہ قرآن کے لفظوں میں خلاصہ یہ ہے کہ جو اہانت کی نفسیات سے بچائے اپنے کو، اکرمند کی نفسیات سے بتائے، بچائے اپنے کو۔</w:t>
      </w:r>
    </w:p>
    <w:p>
      <w:r>
        <w:rPr>
          <w:b/>
        </w:rPr>
        <w:t xml:space="preserve">[1:24:05] </w:t>
      </w:r>
      <w:r>
        <w:t>surah alfajr mein dekh lijiyey, woh hai complex free soul. is ko Quran mein kaha gaya: "an-nafs al-mutma'innah".</w:t>
      </w:r>
    </w:p>
    <w:p>
      <w:pPr>
        <w:jc w:val="right"/>
      </w:pPr>
      <w:r>
        <w:t>سورہ الفجر میں دیکھ لیجئے، وہ ہے کمپلیکس فری سول۔ اس کو قرآن میں کہا گیا: "النفس المطمئنہ"۔</w:t>
      </w:r>
    </w:p>
    <w:p>
      <w:r>
        <w:rPr>
          <w:b/>
        </w:rPr>
        <w:t xml:space="preserve">[1:24:17] </w:t>
      </w:r>
      <w:r>
        <w:t>maulana, agla sawal haiderabad se aaya hai misTr zeeshan yusuf ka. unho'n ne aap se poocha hai ke is dua "made by prophets" always accepted by Allah.</w:t>
      </w:r>
    </w:p>
    <w:p>
      <w:pPr>
        <w:jc w:val="right"/>
      </w:pPr>
      <w:r>
        <w:t>مولانا، اگلا سوال حیدرآباد سے آیا ہے مسٹر ذیشان یوسف کا۔ انہوں نے آپ سے پوچھا ہے کہ اس دعا "میڈ بائے پرافٹس" الویز ایکسیپٹڈ بائے اللہ۔</w:t>
      </w:r>
    </w:p>
    <w:p>
      <w:r>
        <w:rPr>
          <w:b/>
        </w:rPr>
        <w:t xml:space="preserve">[1:24:29] </w:t>
      </w:r>
      <w:r>
        <w:t>Is there any case when Prophet Muhammad asked something in dua, but Allah did not accept it?</w:t>
      </w:r>
    </w:p>
    <w:p>
      <w:pPr>
        <w:jc w:val="right"/>
      </w:pPr>
      <w:r>
        <w:t>از دیر اینی کیس وین پرافٹ محمد اسک سمتھنگ ان دعا، بٹ اللہ ڈیڈ ناٹ ایکسیپٹ اٹ؟</w:t>
      </w:r>
    </w:p>
    <w:p>
      <w:r>
        <w:rPr>
          <w:b/>
        </w:rPr>
        <w:t xml:space="preserve">[1:24:37] </w:t>
      </w:r>
      <w:r>
        <w:t>haan, is ki maujood hai. ummat ke liye dua ki thi aap ne,</w:t>
      </w:r>
    </w:p>
    <w:p>
      <w:pPr>
        <w:jc w:val="right"/>
      </w:pPr>
      <w:r>
        <w:t>ہاں، اس کی موجود ہے۔ امت کے لیے دعا کی تھی آپ نے،</w:t>
      </w:r>
    </w:p>
    <w:p>
      <w:r>
        <w:rPr>
          <w:b/>
        </w:rPr>
        <w:t xml:space="preserve">[1:24:45] </w:t>
      </w:r>
      <w:r>
        <w:t>woh Allah taala ne qabool nahi'n ki. khud rasool Allah ne farmaya ke qabool nahi'n hui. kaha ji, To qabool nahi'n hui thi. sab bahmi ikhtilaf hain.</w:t>
      </w:r>
    </w:p>
    <w:p>
      <w:pPr>
        <w:jc w:val="right"/>
      </w:pPr>
      <w:r>
        <w:t>وہ اللہ تعالی نے قبول نہیں کی۔ خود رسول اللہ نے فرمایا کہ قبول نہیں ہوئی۔ کہا جی، تو قبول نہیں ہوئی تھی۔ سب باہمی اختلاف ہیں۔</w:t>
      </w:r>
    </w:p>
    <w:p>
      <w:r>
        <w:rPr>
          <w:b/>
        </w:rPr>
        <w:t xml:space="preserve">[1:24:55] </w:t>
      </w:r>
      <w:r>
        <w:t>bahmi ikhtilaf. rasool Allah sal Allahu alaihi wasallam ne dua ki Allah taala se ke meri ummat mein bahmi ikhtilaf na ho,</w:t>
      </w:r>
    </w:p>
    <w:p>
      <w:pPr>
        <w:jc w:val="right"/>
      </w:pPr>
      <w:r>
        <w:t>باہمی اختلاف۔ رسول اللہ صلی اللہ علیہ وسلم نے دعا کی اللہ تعالی سے کہ میری امت میں باہمی اختلاف نہ ہو،</w:t>
      </w:r>
    </w:p>
    <w:p>
      <w:r>
        <w:rPr>
          <w:b/>
        </w:rPr>
        <w:t xml:space="preserve">[1:25:05] </w:t>
      </w:r>
      <w:r>
        <w:t>bahmi ikhtilaf na ho. lamba sajda kiya tha aap ne, To aap ne khud farmaya ke yeh qabool nahi'n hui.</w:t>
      </w:r>
    </w:p>
    <w:p>
      <w:pPr>
        <w:jc w:val="right"/>
      </w:pPr>
      <w:r>
        <w:t>باہمی اختلاف نہ ہو۔ لمبا سجدہ کیا تھا آپ نے، تو آپ نے خود فرمایا کہ یہ قبول نہیں ہوئی۔</w:t>
      </w:r>
    </w:p>
    <w:p>
      <w:r>
        <w:rPr>
          <w:b/>
        </w:rPr>
        <w:t xml:space="preserve">[1:25:16] </w:t>
      </w:r>
      <w:r>
        <w:t>To is ka ma'na hai ke jab musalman bahmi ikhtilaf kar ke aapas mein, ya'ni aik doosre ke negative ban jayen, nafraten karen aur buraiyan phailayen, jhoote ilzamat lagayen.</w:t>
      </w:r>
    </w:p>
    <w:p>
      <w:pPr>
        <w:jc w:val="right"/>
      </w:pPr>
      <w:r>
        <w:t>تو اس کا معنی ہے کہ جب مسلمان باہمی اختلاف کر کے آپس میں، یعنی ایک دوسرے کے نیگیٹیو بن جائیں، نفرتیں کریں اور برائیاں پھیلائیں، جھوٹے الزامات لگائیں۔</w:t>
      </w:r>
    </w:p>
    <w:p>
      <w:r>
        <w:rPr>
          <w:b/>
        </w:rPr>
        <w:t xml:space="preserve">[1:25:32] </w:t>
      </w:r>
      <w:r>
        <w:t>dekhen, bahmi ikhtilaf saada baat nahi'n hai.</w:t>
      </w:r>
    </w:p>
    <w:p>
      <w:pPr>
        <w:jc w:val="right"/>
      </w:pPr>
      <w:r>
        <w:t>دیکھیں، باہمی اختلاف سادہ بات نہیں ہے۔</w:t>
      </w:r>
    </w:p>
    <w:p>
      <w:r>
        <w:rPr>
          <w:b/>
        </w:rPr>
        <w:t xml:space="preserve">[1:25:35] </w:t>
      </w:r>
      <w:r>
        <w:t>bahmi ikhtilaf ke do ma'ne hain. aik yeh hai jis ko kehte hain "dissent". dissent ya'ni</w:t>
      </w:r>
    </w:p>
    <w:p>
      <w:pPr>
        <w:jc w:val="right"/>
      </w:pPr>
      <w:r>
        <w:t>باہمی اختلاف کے دو معنی ہیں۔ ایک یہ ہے جس کو کہتے ہیں "ڈیسنٹ"۔ ڈیسنٹ یعنی</w:t>
      </w:r>
    </w:p>
    <w:p>
      <w:r>
        <w:rPr>
          <w:b/>
        </w:rPr>
        <w:t xml:space="preserve">[1:25:46] </w:t>
      </w:r>
      <w:r>
        <w:t>ikhtilafi rai ka izhar. dissent is very good. dissent mein koi kharabi nahi'n hai. D. I. S. S. E. N. T.</w:t>
      </w:r>
    </w:p>
    <w:p>
      <w:pPr>
        <w:jc w:val="right"/>
      </w:pPr>
      <w:r>
        <w:t>اختلافی رائے کا اظہار۔ ڈیسنٹ از ویری گڈ۔ ڈیسنٹ میں کوئی خرابی نہیں ہے۔ ڈی آئی ڈبل ایس ای این ٹی۔</w:t>
      </w:r>
    </w:p>
    <w:p>
      <w:r>
        <w:rPr>
          <w:b/>
        </w:rPr>
        <w:t xml:space="preserve">[1:25:56] </w:t>
      </w:r>
      <w:r>
        <w:t>decent mein koi kharabi nahi hai. woh koi burai nahi hai. woh lekin yeh buri cheez hai ke aap kisi se aap ko ikhtilaf ho to aap us ke dushman ban jayen, us ko badnaam karen, jhoote ilzaam lagayen,</w:t>
      </w:r>
    </w:p>
    <w:p>
      <w:pPr>
        <w:jc w:val="right"/>
      </w:pPr>
      <w:r>
        <w:t>ڈیسنٹ میں کوئی خرابی نہیں ہے۔ وہ کوئی برائی نہیں ہے۔ وہ لیکن یہ بری چیز ہے کہ آپ کسی سے آپ کو اختلاف ہو تو آپ اس کے دشمن بن جائیں، اس کو بدنام کریں، جھوٹے الزام لگائیں،</w:t>
      </w:r>
    </w:p>
    <w:p>
      <w:r>
        <w:rPr>
          <w:b/>
        </w:rPr>
        <w:t xml:space="preserve">[1:26:12] </w:t>
      </w:r>
      <w:r>
        <w:t>us ka character asassinate karen. yeh sab yeh sab buri cheezain hain. to is se Allah Rasool Allah ne dua ki thi ke yeh meri qom is mein na mubtala ho, is burai mein.</w:t>
      </w:r>
    </w:p>
    <w:p>
      <w:pPr>
        <w:jc w:val="right"/>
      </w:pPr>
      <w:r>
        <w:t>اس کا کریکٹر اسیسین کریں۔ یہ سب یہ سب بری چیزیں ہیں۔ تو اس سے اللہ رسول اللہ نے دعا کی تھی کہ یہ میری قوم اس میں نہ مبتلا ہو، اس برائی میں۔</w:t>
      </w:r>
    </w:p>
    <w:p>
      <w:r>
        <w:rPr>
          <w:b/>
        </w:rPr>
        <w:t xml:space="preserve">[1:26:21] </w:t>
      </w:r>
      <w:r>
        <w:t>to dua qabool nahi hui. kyunke agar yeh, agar Allah taala is ummat ko is se, yani</w:t>
      </w:r>
    </w:p>
    <w:p>
      <w:pPr>
        <w:jc w:val="right"/>
      </w:pPr>
      <w:r>
        <w:t>تو دعا قبول نہیں ہوئی۔ کیونکہ اگر یہ، اگر اللہ تعالی اس امت کو اس سے، یعنی</w:t>
      </w:r>
    </w:p>
    <w:p>
      <w:r>
        <w:rPr>
          <w:b/>
        </w:rPr>
        <w:t xml:space="preserve">[1:26:29] </w:t>
      </w:r>
      <w:r>
        <w:t>is se woh kar de, mehfooz kar de, to un ka imtehan kis cheez mein hoga? un ka test kis cheez mein liya jayega? to test khatam ho jata tha.</w:t>
      </w:r>
    </w:p>
    <w:p>
      <w:pPr>
        <w:jc w:val="right"/>
      </w:pPr>
      <w:r>
        <w:t>اس سے وہ کر دے، محفوظ کر دے، تو ان کا امتحان کس چیز میں ہوگا؟ ان کا ٹیسٹ کس چیز میں لیا جائے گا؟ تو ٹیسٹ ختم ہو جاتا تھا۔</w:t>
      </w:r>
    </w:p>
    <w:p>
      <w:r>
        <w:rPr>
          <w:b/>
        </w:rPr>
        <w:t xml:space="preserve">[1:26:39] </w:t>
      </w:r>
      <w:r>
        <w:t>is liye qabool nahi hui dua. to musalmanon ko bohat ziyada darna chahiye is baat se</w:t>
      </w:r>
    </w:p>
    <w:p>
      <w:pPr>
        <w:jc w:val="right"/>
      </w:pPr>
      <w:r>
        <w:t>اس لیے قبول نہیں ہوئی دعا۔ تو مسلمانوں کو بہت زیادہ ڈرنا چاہیے اس بات سے</w:t>
      </w:r>
    </w:p>
    <w:p>
      <w:r>
        <w:rPr>
          <w:b/>
        </w:rPr>
        <w:t xml:space="preserve">[1:26:48] </w:t>
      </w:r>
      <w:r>
        <w:t>ke ikhtilaf kar ke jo aaj kal aam hai, aam jahan ikhtilaf hua, foran jhooti baatein phailane lage is ke baray mein.</w:t>
      </w:r>
    </w:p>
    <w:p>
      <w:pPr>
        <w:jc w:val="right"/>
      </w:pPr>
      <w:r>
        <w:t>کہ اختلاف کر کے جو آج کل عام ہے، عام جہاں اختلاف ہوا، فوراً جھوٹی باتیں پھیلانے لگے اس کے بارے میں۔</w:t>
      </w:r>
    </w:p>
    <w:p>
      <w:r>
        <w:rPr>
          <w:b/>
        </w:rPr>
        <w:t xml:space="preserve">[1:26:58] </w:t>
      </w:r>
      <w:r>
        <w:t>jahan ikhtilaf hua, ilzaam tarashi, aib zani, yeh se shuru kar di. to yeh woh maqam hai jahan</w:t>
      </w:r>
    </w:p>
    <w:p>
      <w:pPr>
        <w:jc w:val="right"/>
      </w:pPr>
      <w:r>
        <w:t>جہاں اختلاف ہوا، الزام تراشی، عیب زنی، یہ سے شروع کر دیے۔ تو یہ وہ مقام ہے جہاں</w:t>
      </w:r>
    </w:p>
    <w:p>
      <w:r>
        <w:rPr>
          <w:b/>
        </w:rPr>
        <w:t xml:space="preserve">[1:27:06] </w:t>
      </w:r>
      <w:r>
        <w:t>aik Allah aur Rasool ka saath dene wale nahi hain. jo is mein mubtala hoga, to us ko Allah aur Rasool ka saath nahi milega. aap ko decent ka haq bilashuba hai, decent ka daleel ke sath.</w:t>
      </w:r>
    </w:p>
    <w:p>
      <w:pPr>
        <w:jc w:val="right"/>
      </w:pPr>
      <w:r>
        <w:t>ایک اللہ اور رسول کا ساتھ دینے والے نہیں ہیں۔ جو اس میں مبتلا ہوگا، تو اس کو اللہ اور رسول کا ساتھ نہیں ملے گا۔ آپ کو ڈیسنٹ کا حق بلاشبہ ہے، ڈیسنٹ کا دلیل کے ساتھ۔</w:t>
      </w:r>
    </w:p>
    <w:p>
      <w:r>
        <w:rPr>
          <w:b/>
        </w:rPr>
        <w:t xml:space="preserve">[1:27:18] </w:t>
      </w:r>
      <w:r>
        <w:t>lekin kisi ka character assassination, kisi ki aib zani, kisi ki ilzaam tarashi,</w:t>
      </w:r>
    </w:p>
    <w:p>
      <w:pPr>
        <w:jc w:val="right"/>
      </w:pPr>
      <w:r>
        <w:t>لیکن کسی کا کریکٹر اسیسینیشن، کسی کی عیب زنی، کسی کی الزام تراشی،</w:t>
      </w:r>
    </w:p>
    <w:p>
      <w:r>
        <w:rPr>
          <w:b/>
        </w:rPr>
        <w:t xml:space="preserve">[1:27:25] </w:t>
      </w:r>
      <w:r>
        <w:t>jhoota badnaam karna, yeh bilashuba haram se bhi ziyada buri cheez hai. is mein koi shakk nahi. Maulana, agla sawal Karachi Pakistan se Miss Samia Latif ka hai.</w:t>
      </w:r>
    </w:p>
    <w:p>
      <w:pPr>
        <w:jc w:val="right"/>
      </w:pPr>
      <w:r>
        <w:t>جھوٹا بدنام کرنا، یہ بلاشبہ حرام سے بھی زیادہ بری چیز ہے۔ اس میں کوئی شک نہیں۔ مولانا، اگلا سوال کراچی پاکستان سے مس سامیہ لطیف کا ہے۔</w:t>
      </w:r>
    </w:p>
    <w:p>
      <w:r>
        <w:rPr>
          <w:b/>
        </w:rPr>
        <w:t xml:space="preserve">[1:27:38] </w:t>
      </w:r>
      <w:r>
        <w:t>unhon ne poocha hai: "aaj logon mein jo zeheen tabqa hai, ya woh log jin ke paas maal aur daulat hai,</w:t>
      </w:r>
    </w:p>
    <w:p>
      <w:pPr>
        <w:jc w:val="right"/>
      </w:pPr>
      <w:r>
        <w:t>انہوں نے پوچھا ہے: "آج لوگوں میں جو ذہین طبقہ ہے، یا وہ لوگ جن کے پاس مال اور دولت ہے،</w:t>
      </w:r>
    </w:p>
    <w:p>
      <w:r>
        <w:rPr>
          <w:b/>
        </w:rPr>
        <w:t xml:space="preserve">[1:27:49] </w:t>
      </w:r>
      <w:r>
        <w:t>ya woh log jo uhda ya shohrat paye hue hain, Maulana sahib, is qism ke log deen Islam ki satah, deen Islam ki taraf rukh kyun nahi karte?</w:t>
      </w:r>
    </w:p>
    <w:p>
      <w:pPr>
        <w:jc w:val="right"/>
      </w:pPr>
      <w:r>
        <w:t>یا وہ لوگ جو عہدہ یا شہرت پائے ہوئے ہیں، مولانا صاحب، اس قسم کے لوگ دین اسلام کی سطح، دین اسلام کی طرف رخ کیوں نہیں کرتے؟</w:t>
      </w:r>
    </w:p>
    <w:p>
      <w:r>
        <w:rPr>
          <w:b/>
        </w:rPr>
        <w:t xml:space="preserve">[1:28:02] </w:t>
      </w:r>
      <w:r>
        <w:t>kya deen Islam in ko apne zehni satah ke mutabiq nazar nahi aata, ya woh khud, ya woh Khuda ke</w:t>
      </w:r>
    </w:p>
    <w:p>
      <w:pPr>
        <w:jc w:val="right"/>
      </w:pPr>
      <w:r>
        <w:t>کیا دین اسلام ان کو اپنے ذہنی سطح کے مطابق نظر نہیں آتا، یا وہ خود، یا وہ خدا کے</w:t>
      </w:r>
    </w:p>
    <w:p>
      <w:r>
        <w:rPr>
          <w:b/>
        </w:rPr>
        <w:t xml:space="preserve">[1:28:12] </w:t>
      </w:r>
      <w:r>
        <w:t>creation plan se nawaqif hain?" is ke baray mein batayen.</w:t>
      </w:r>
    </w:p>
    <w:p>
      <w:pPr>
        <w:jc w:val="right"/>
      </w:pPr>
      <w:r>
        <w:t>کریشن پلان سے ناواقف ہیں؟" اس کے بارے میں بتائیں۔</w:t>
      </w:r>
    </w:p>
    <w:p>
      <w:r>
        <w:rPr>
          <w:b/>
        </w:rPr>
        <w:t xml:space="preserve">[1:28:19] </w:t>
      </w:r>
      <w:r>
        <w:t>dekhen, is ke do pehlu hain. aik yeh hai ke un ka</w:t>
      </w:r>
    </w:p>
    <w:p>
      <w:pPr>
        <w:jc w:val="right"/>
      </w:pPr>
      <w:r>
        <w:t>دیکھیں، اس کے دو پہلو ہیں۔ ایک یہ ہے کہ ان کا</w:t>
      </w:r>
    </w:p>
    <w:p>
      <w:r>
        <w:rPr>
          <w:b/>
        </w:rPr>
        <w:t xml:space="preserve">[1:28:26] </w:t>
      </w:r>
      <w:r>
        <w:t>mutawajjah na hona deen ki taraf, yeh un ki ghalti hai. aur bilashuba har ghalti par insan pakra jayega,</w:t>
      </w:r>
    </w:p>
    <w:p>
      <w:pPr>
        <w:jc w:val="right"/>
      </w:pPr>
      <w:r>
        <w:t>متوجہ نہ ہونا دین کی طرف، یہ ان کی غلطی ہے۔ اور بلاشبہ ہر غلطی پر انسان پکڑا جائے گا،</w:t>
      </w:r>
    </w:p>
    <w:p>
      <w:r>
        <w:rPr>
          <w:b/>
        </w:rPr>
        <w:t xml:space="preserve">[1:28:37] </w:t>
      </w:r>
      <w:r>
        <w:t>illa yeh ke tauba kare. lekin doosra pehlu yeh hai ke hamare jo ulama hain, woh mukammal taur par nakaam sabit hue hain is mamle mein ke jadeed tabqe ke liye Islam ko is ke understandable andaaz mein pesh karen, jo un ka mind address kare.</w:t>
      </w:r>
    </w:p>
    <w:p>
      <w:pPr>
        <w:jc w:val="right"/>
      </w:pPr>
      <w:r>
        <w:t>الا یہ کہ توبہ کرے۔ لیکن دوسرا پہلو یہ ہے کہ ہمارے جو علماء ہیں، وہ مکمل طور پر ناکام ثابت ہوئے ہیں اس معاملے میں کہ جدید طبقے کے لیے اسلام کو اس کے انڈرسٹینڈیبل انداز میں پیش کریں، جو ان کا مائنڈ ایڈریس کرے۔</w:t>
      </w:r>
    </w:p>
    <w:p>
      <w:r>
        <w:rPr>
          <w:b/>
        </w:rPr>
        <w:t xml:space="preserve">[1:28:55] </w:t>
      </w:r>
      <w:r>
        <w:t>is mein koi shakk nahi hai. to 50 feesad zimmedari un logon par hai jo zeheen aur taleem yafta hon, jo hain, hain aur Islam se door ho rahe hain.</w:t>
      </w:r>
    </w:p>
    <w:p>
      <w:pPr>
        <w:jc w:val="right"/>
      </w:pPr>
      <w:r>
        <w:t>اس میں کوئی شک نہیں ہے۔ تو 50 فیصد ذمہ داری ان لوگوں پر ہے جو ذہین اور تعلیم یافتہ ہوں، جو ہیں، ہیں اور اسلام سے دور ہو رہے ہیں۔</w:t>
      </w:r>
    </w:p>
    <w:p>
      <w:r>
        <w:rPr>
          <w:b/>
        </w:rPr>
        <w:t xml:space="preserve">[1:29:07] </w:t>
      </w:r>
      <w:r>
        <w:t>50 feesad un logon ki zimmedari hai jin ko ke unhein batana tha ke Islam kya hai,</w:t>
      </w:r>
    </w:p>
    <w:p>
      <w:pPr>
        <w:jc w:val="right"/>
      </w:pPr>
      <w:r>
        <w:t>50 فیصد ان لوگوں کی ذمہ داری ہے جن کو کہ انہیں بتانا تھا کہ اسلام کیا ہے،</w:t>
      </w:r>
    </w:p>
    <w:p>
      <w:r>
        <w:rPr>
          <w:b/>
        </w:rPr>
        <w:t xml:space="preserve">[1:29:14] </w:t>
      </w:r>
      <w:r>
        <w:t>jo madarason mein parhai jati hai, parhai parhai jati hai, isi liye parhai jati hai. log batayen, parh parh ke logon ko. lekin un ke paas fatway ki zuban hai.</w:t>
      </w:r>
    </w:p>
    <w:p>
      <w:pPr>
        <w:jc w:val="right"/>
      </w:pPr>
      <w:r>
        <w:t>جو مدرسوں میں پڑھائی جاتی ہے، پڑھائی پڑھائی جاتی ہے، اسی لیے پڑھائی جاتی ہے۔ لوگ بتائیں، پڑھ پڑھ کے لوگوں کو۔ لیکن ان کے پاس فتوے کی زبان ہے۔</w:t>
      </w:r>
    </w:p>
    <w:p>
      <w:r>
        <w:rPr>
          <w:b/>
        </w:rPr>
        <w:t xml:space="preserve">[1:29:23] </w:t>
      </w:r>
      <w:r>
        <w:t>sirf aaj kal fatwa activities bohat chala hua hai. fatwa activities Islam mein nahi hai, bilkul nahi hai.</w:t>
      </w:r>
    </w:p>
    <w:p>
      <w:pPr>
        <w:jc w:val="right"/>
      </w:pPr>
      <w:r>
        <w:t>صرف آج کل فتوی ایکٹیوز بہت چلا ہوا ہے۔ فتوی ایکٹیوز اسلام میں نہیں ہے، بالکل نہیں ہے۔</w:t>
      </w:r>
    </w:p>
    <w:p>
      <w:r>
        <w:rPr>
          <w:b/>
        </w:rPr>
        <w:t xml:space="preserve">[1:29:31] </w:t>
      </w:r>
      <w:r>
        <w:t>Islam mein naseehat activities mein hai. aur naseehat ka tareeqa yeh hai ke kal fi nafs qaul baligha kaho un se, dil kaho un se baat is tareeqay se jo un ke mind ko address karne wali ho.</w:t>
      </w:r>
    </w:p>
    <w:p>
      <w:pPr>
        <w:jc w:val="right"/>
      </w:pPr>
      <w:r>
        <w:t>اسلام میں نصیحت ایکٹیوز میں ہے۔ اور نصیحت کا طریقہ یہ ہے کہ کل فی نفس قول بلیغہ کہو ان سے، دل کہو ان سے بات اس طریقے سے جو ان کے مائنڈ کو ایڈریس کرنے والی ہو۔</w:t>
      </w:r>
    </w:p>
    <w:p>
      <w:r>
        <w:rPr>
          <w:b/>
        </w:rPr>
        <w:t xml:space="preserve">[1:29:48] </w:t>
      </w:r>
      <w:r>
        <w:t>to kuch kar hi nahi raha koi shakhs.</w:t>
      </w:r>
    </w:p>
    <w:p>
      <w:pPr>
        <w:jc w:val="right"/>
      </w:pPr>
      <w:r>
        <w:t>تو کچھ کر ہی نہیں رہا کوئی شخص۔</w:t>
      </w:r>
    </w:p>
    <w:p>
      <w:r>
        <w:rPr>
          <w:b/>
        </w:rPr>
        <w:t xml:space="preserve">[1:29:53] </w:t>
      </w:r>
      <w:r>
        <w:t>jitne ulama hain, sab fatwa bazi ki zuban bol rahe hain.</w:t>
      </w:r>
    </w:p>
    <w:p>
      <w:pPr>
        <w:jc w:val="right"/>
      </w:pPr>
      <w:r>
        <w:t>جتنے علماء ہیں، سب فتوے بازی کی زبان بول رہے ہیں۔</w:t>
      </w:r>
    </w:p>
    <w:p>
      <w:r>
        <w:rPr>
          <w:b/>
        </w:rPr>
        <w:t xml:space="preserve">[1:30:01] </w:t>
      </w:r>
      <w:r>
        <w:t>to yeh mein samajhta hoon ke bohat ziyada sochna chahiye dono tabqe ko. aik tabqa agar is baat ka, yani zimmedar hai ke woh deen se phira hua hai, doosra tabqa is ka zimmedar hai ke woh un logon ko,</w:t>
      </w:r>
    </w:p>
    <w:p>
      <w:pPr>
        <w:jc w:val="right"/>
      </w:pPr>
      <w:r>
        <w:t>تو یہ میں سمجھتا ہوں کہ بہت زیادہ سوچنا چاہیے دونوں طبقے کو۔ ایک طبقہ اگر اس بات کا، یعنی ذمہ دار ہے کہ وہ دین سے پھرا ہوا ہے، دوسرا طبقہ اس کا ذمہ دار ہے کہ وہ ان لوگوں کو،</w:t>
      </w:r>
    </w:p>
    <w:p>
      <w:r>
        <w:rPr>
          <w:b/>
        </w:rPr>
        <w:t xml:space="preserve">[1:30:19] </w:t>
      </w:r>
      <w:r>
        <w:t>un ko is is andaz mein islam nahi pesh kar kar raha hai jo un ke mind ko address karay. is ke liye ulma ko tayari karni chahiye. madarison mein jo taleem hoti hai, woh hargiz kafi nahi hai ke aap yeh kaam kar saken.</w:t>
      </w:r>
    </w:p>
    <w:p>
      <w:pPr>
        <w:jc w:val="right"/>
      </w:pPr>
      <w:r>
        <w:t>ان کو اس اس انداز میں اسلام نہیں پیش کر کر رہا ہے جو ان کے مائنڈ کو ایڈریس کرے۔ اس کے لیے علماء کو تیاری کرنی چاہیے۔ مدرسوں میں جو تعلیم ہوتی ہے، وہ ہرگز کافی نہیں ہے کہ آپ یہ کام کر سکیں۔</w:t>
      </w:r>
    </w:p>
    <w:p>
      <w:r>
        <w:rPr>
          <w:b/>
        </w:rPr>
        <w:t xml:space="preserve">[1:30:32] </w:t>
      </w:r>
      <w:r>
        <w:t>hargiz nahi. aur mazeed un ko parh tayar karna hai apne aap ko.</w:t>
      </w:r>
    </w:p>
    <w:p>
      <w:pPr>
        <w:jc w:val="right"/>
      </w:pPr>
      <w:r>
        <w:t>ہرگز نہیں۔ اور مزید ان کو پڑھ تیار کرنا ہے اپنے آپ کو۔</w:t>
      </w:r>
    </w:p>
    <w:p>
      <w:r>
        <w:rPr>
          <w:b/>
        </w:rPr>
        <w:t xml:space="preserve">[1:30:37] </w:t>
      </w:r>
      <w:r>
        <w:t>to mazeed koi tayari karta nahi.</w:t>
      </w:r>
    </w:p>
    <w:p>
      <w:pPr>
        <w:jc w:val="right"/>
      </w:pPr>
      <w:r>
        <w:t>تو مزید کوئی تیاری کرتا نہیں۔</w:t>
      </w:r>
    </w:p>
    <w:p>
      <w:r>
        <w:rPr>
          <w:b/>
        </w:rPr>
        <w:t xml:space="preserve">[1:30:44] </w:t>
      </w:r>
      <w:r>
        <w:t>to beharhal yeh do tarafah zimmedari mere nazdeek hai.</w:t>
      </w:r>
    </w:p>
    <w:p>
      <w:pPr>
        <w:jc w:val="right"/>
      </w:pPr>
      <w:r>
        <w:t>تو بہرحال یہ دو طرفہ ذمہ داری میرے نزدیک ہے۔</w:t>
      </w:r>
    </w:p>
    <w:p>
      <w:r>
        <w:rPr>
          <w:b/>
        </w:rPr>
        <w:t xml:space="preserve">[1:30:51] </w:t>
      </w:r>
      <w:r>
        <w:t>maulana, agla sawal tamil nadu se hai maulana iqbal umri sahib ka. unhon ne poocha hai: "baaz ulma aql ke istemal ko deen mein bilkul ghair zaroori samajhte hain, aur baaz aql ke istemal ko zaroori qarar de kar jo cheez deen ki aql mein nahi aati, us ko inkar karte hain, jaise angels ka inkar waghera."</w:t>
      </w:r>
    </w:p>
    <w:p>
      <w:pPr>
        <w:jc w:val="right"/>
      </w:pPr>
      <w:r>
        <w:t>مولانا، اگلا سوال تمل ناڈو سے ہے مولانا اقبال عمری صاحب کا۔ انہوں نے پوچھا ہے: "بعض علماء عقل کے استعمال کو دین میں بالکل غیر ضروری سمجھتے ہیں، اور بعض عقل کے استعمال کو ضروری قرار دے کر جو چیز دین کی عقل میں نہیں آتی، اس کو انکار کرتے ہیں، جیسے اینجلز کا انکار وغیرہ۔"</w:t>
      </w:r>
    </w:p>
    <w:p>
      <w:r>
        <w:rPr>
          <w:b/>
        </w:rPr>
        <w:t xml:space="preserve">[1:31:16] </w:t>
      </w:r>
      <w:r>
        <w:t>maulana sahib, is mein sahi baat ki wazahat farmayen. dekhiye, hadith mein aur quran mein dono mein aql ko bohat ahmiyat di gayi hai.</w:t>
      </w:r>
    </w:p>
    <w:p>
      <w:pPr>
        <w:jc w:val="right"/>
      </w:pPr>
      <w:r>
        <w:t>مولانا صاحب، اس میں صحیح بات کی وضاحت فرمائیں۔ دیکھیے، حدیث میں اور قرآن میں دونوں میں عقل کو بہت اہمیت دی گئی ہے۔</w:t>
      </w:r>
    </w:p>
    <w:p>
      <w:r>
        <w:rPr>
          <w:b/>
        </w:rPr>
        <w:t xml:space="preserve">[1:31:28] </w:t>
      </w:r>
      <w:r>
        <w:t>wali al-zikr ul al-bab surah al-imran ke aakhri ruku ko parhiye aap.</w:t>
      </w:r>
    </w:p>
    <w:p>
      <w:pPr>
        <w:jc w:val="right"/>
      </w:pPr>
      <w:r>
        <w:t>ولی الذکر اول الباب سورہ آل عمران کے آخری رکوع کو پڑھیے آپ۔</w:t>
      </w:r>
    </w:p>
    <w:p>
      <w:r>
        <w:rPr>
          <w:b/>
        </w:rPr>
        <w:t xml:space="preserve">[1:31:34] </w:t>
      </w:r>
      <w:r>
        <w:t>is mein wali al-zikr ul al-bab, al-bab yani al-aql, aql walay, aql walon ko Allah taala ne khitab farmaya ke aql di gayi hai kis liye?</w:t>
      </w:r>
    </w:p>
    <w:p>
      <w:pPr>
        <w:jc w:val="right"/>
      </w:pPr>
      <w:r>
        <w:t>اس میں ولی الذکر اول الباب، الباب یعنی العقل، عقل والے، عقل والوں کو اللہ تعالی نے خطاب فرمایا کہ عقل دی گئی ہے کس لیے؟</w:t>
      </w:r>
    </w:p>
    <w:p>
      <w:r>
        <w:rPr>
          <w:b/>
        </w:rPr>
        <w:t xml:space="preserve">[1:31:46] </w:t>
      </w:r>
      <w:r>
        <w:t>ta ke tum samjho deen ki gehraiyon ko. naseehat hazir roz se</w:t>
      </w:r>
    </w:p>
    <w:p>
      <w:pPr>
        <w:jc w:val="right"/>
      </w:pPr>
      <w:r>
        <w:t>تاکہ تم سمجھو دین کی گہرائیوں کو۔ نصیحت حاضر روز سے</w:t>
      </w:r>
    </w:p>
    <w:p>
      <w:r>
        <w:rPr>
          <w:b/>
        </w:rPr>
        <w:t xml:space="preserve">[1:31:51] </w:t>
      </w:r>
      <w:r>
        <w:t>to aql to Allah taala ka diya hai. aql na ho, agar insan pathar bana diya jaye to baton ko samjhega nahi. to aql to hadith mein aata hai ke Allah taala ne sab se bari cheez jo paida ki, woh aql hai.</w:t>
      </w:r>
    </w:p>
    <w:p>
      <w:pPr>
        <w:jc w:val="right"/>
      </w:pPr>
      <w:r>
        <w:t>تو عقل تو اللہ تعالی کا دیا ہے۔ عقل نہ ہو، اگر انسان پتھر بنا دیا جائے تو باتوں کو سمجھے گا نہیں۔ تو عقل تو حدیث میں آتا ہے کہ اللہ تعالی نے سب سے بڑی چیز جو پیدا کی، وہ عقل ہے۔</w:t>
      </w:r>
    </w:p>
    <w:p>
      <w:r>
        <w:rPr>
          <w:b/>
        </w:rPr>
        <w:t xml:space="preserve">[1:32:08] </w:t>
      </w:r>
      <w:r>
        <w:t>to dekhen, do cheezen alag alag hain. ek hai aql ko, aql ko yani independently meyar samajh lena.</w:t>
      </w:r>
    </w:p>
    <w:p>
      <w:pPr>
        <w:jc w:val="right"/>
      </w:pPr>
      <w:r>
        <w:t>تو دیکھیں، دو چیزیں الگ الگ ہیں۔ ایک ہے عقل کو، عقل کو یعنی انڈیپینڈنٹلی معیار سمجھ لینا۔</w:t>
      </w:r>
    </w:p>
    <w:p>
      <w:r>
        <w:rPr>
          <w:b/>
        </w:rPr>
        <w:t xml:space="preserve">[1:32:21] </w:t>
      </w:r>
      <w:r>
        <w:t>independently aql ko samajhna ke bas jo aql mein aya, woh sahi hai, jo aql mein aya, woh galat hai.</w:t>
      </w:r>
    </w:p>
    <w:p>
      <w:pPr>
        <w:jc w:val="right"/>
      </w:pPr>
      <w:r>
        <w:t>انڈیپینڈنٹلی عقل کو سمجھنا کہ بس جو عقل میں آیا، وہ صحیح ہے، جو عقل میں آیا، وہ غلط ہے۔</w:t>
      </w:r>
    </w:p>
    <w:p>
      <w:r>
        <w:rPr>
          <w:b/>
        </w:rPr>
        <w:t xml:space="preserve">[1:32:27] </w:t>
      </w:r>
      <w:r>
        <w:t>yeh aql ka galat istemal hai, yeh misued hai aql ka. aql jo hai, us ki koi limitations hain.</w:t>
      </w:r>
    </w:p>
    <w:p>
      <w:pPr>
        <w:jc w:val="right"/>
      </w:pPr>
      <w:r>
        <w:t>یہ عقل کا غلط استعمال ہے، یہ مسڈ ہے عقل کا۔ عقل جو ہے، اس کی کوئی لیمیٹیشنز ہیں۔</w:t>
      </w:r>
    </w:p>
    <w:p>
      <w:r>
        <w:rPr>
          <w:b/>
        </w:rPr>
        <w:t xml:space="preserve">[1:32:42] </w:t>
      </w:r>
      <w:r>
        <w:t>wa ma ooteetum min al-ilm illa qaleela. to us ki limitations jo hain, woh poora hoti hain wahi se. yani peghambar ko jo wahi aayi hai, woh isi liye aayi hai ke woh aql ki kami ko poora kare.</w:t>
      </w:r>
    </w:p>
    <w:p>
      <w:pPr>
        <w:jc w:val="right"/>
      </w:pPr>
      <w:r>
        <w:t>وما اوتیتم من العلم الا قلیلا۔ تو اس کی لیمیٹیشنز جو ہیں، وہ پورا ہوتی ہیں وحی سے۔ یعنی پیغمبر کو جو وحی آئی ہے، وہ اسی لیے آئی ہے کہ وہ عقل کی کمی کو پورا کرے۔</w:t>
      </w:r>
    </w:p>
    <w:p>
      <w:r>
        <w:rPr>
          <w:b/>
        </w:rPr>
        <w:t xml:space="preserve">[1:32:56] </w:t>
      </w:r>
      <w:r>
        <w:t>to sochna hamara kaam hai, lekin sochne ke liye jo guideline hai, woh peghambar deta hai.</w:t>
      </w:r>
    </w:p>
    <w:p>
      <w:pPr>
        <w:jc w:val="right"/>
      </w:pPr>
      <w:r>
        <w:t>تو سوچنا ہمارا کام ہے، لیکن سوچنے کے لیے جو گائیڈ لائن ہے، وہ پیغمبر دیتا ہے۔</w:t>
      </w:r>
    </w:p>
    <w:p>
      <w:r>
        <w:rPr>
          <w:b/>
        </w:rPr>
        <w:t xml:space="preserve">[1:33:03] </w:t>
      </w:r>
      <w:r>
        <w:t>sahi line par sochna</w:t>
      </w:r>
    </w:p>
    <w:p>
      <w:pPr>
        <w:jc w:val="right"/>
      </w:pPr>
      <w:r>
        <w:t>صحیح لائن پر سوچنا</w:t>
      </w:r>
    </w:p>
    <w:p>
      <w:r>
        <w:rPr>
          <w:b/>
        </w:rPr>
        <w:t xml:space="preserve">[1:33:08] </w:t>
      </w:r>
      <w:r>
        <w:t>ek, yani wahi ke zariye se hamein woh framework milta hai, jis framework ke ko follow karte hue hum aql ko istemal karen.</w:t>
      </w:r>
    </w:p>
    <w:p>
      <w:pPr>
        <w:jc w:val="right"/>
      </w:pPr>
      <w:r>
        <w:t>ایک، یعنی وحی کے ذریعے سے ہمیں وہ فریم ورک ملتا ہے، جس فریم ورک کے کو فالو کرتے ہوئے ہم عقل کو استعمال کریں۔</w:t>
      </w:r>
    </w:p>
    <w:p>
      <w:r>
        <w:rPr>
          <w:b/>
        </w:rPr>
        <w:t xml:space="preserve">[1:33:20] </w:t>
      </w:r>
      <w:r>
        <w:t>to jo log wahi ko nahi mante ya quran ko nahi mante, to woh un ka, un ki, un ki aql un ko</w:t>
      </w:r>
    </w:p>
    <w:p>
      <w:pPr>
        <w:jc w:val="right"/>
      </w:pPr>
      <w:r>
        <w:t>تو جو لوگ وحی کو نہیں مانتے یا قرآن کو نہیں مانتے، تو وہ ان کا، ان کی، ان کی عقل ان کو</w:t>
      </w:r>
    </w:p>
    <w:p>
      <w:r>
        <w:rPr>
          <w:b/>
        </w:rPr>
        <w:t xml:space="preserve">[1:33:31] </w:t>
      </w:r>
      <w:r>
        <w:t>sahi rastay par nahi le aati, bhatka deti hai. kyun ke aql ke liye limitations hain. yeh ek tay shuda baat hai, yeh baat sabit shuda hai ke aql ki limitations hain.</w:t>
      </w:r>
    </w:p>
    <w:p>
      <w:pPr>
        <w:jc w:val="right"/>
      </w:pPr>
      <w:r>
        <w:t>صحیح راستے پر نہیں لے آتی، بھٹکا دیتی ہے۔ کیونکہ عقل کے لیے لیمیٹیشنز ہیں۔ یہ ایک طے شدہ بات ہے، یہ بات ثابت شدہ ہے کہ عقل کی لیمیٹیشنز ہیں۔</w:t>
      </w:r>
    </w:p>
    <w:p>
      <w:r>
        <w:rPr>
          <w:b/>
        </w:rPr>
        <w:t xml:space="preserve">[1:33:43] </w:t>
      </w:r>
      <w:r>
        <w:t>to is limitations ki talafi wahi se hoti hai,</w:t>
      </w:r>
    </w:p>
    <w:p>
      <w:pPr>
        <w:jc w:val="right"/>
      </w:pPr>
      <w:r>
        <w:t>تو اس لیمیٹیشنز کی تلافی وحی سے ہوتی ہے،</w:t>
      </w:r>
    </w:p>
    <w:p>
      <w:r>
        <w:rPr>
          <w:b/>
        </w:rPr>
        <w:t xml:space="preserve">[1:33:48] </w:t>
      </w:r>
      <w:r>
        <w:t>yani peghambar ki hidayat se hoti hai. to main yeh manta hoon ke peghambar ki hidayat ke framework mein aql ko istemal karna aain-e-sawab hai, aain-e-sawab hai.</w:t>
      </w:r>
    </w:p>
    <w:p>
      <w:pPr>
        <w:jc w:val="right"/>
      </w:pPr>
      <w:r>
        <w:t>یعنی پیغمبر کی ہدایت سے ہوتی ہے۔ تو میں یہ مانتا ہوں کہ پیغمبر کی ہدایت کے فریم ورک میں عقل کو استعمال کرنا آئین ثواب ہے، آئین ثواب ہے۔</w:t>
      </w:r>
    </w:p>
    <w:p>
      <w:r>
        <w:rPr>
          <w:b/>
        </w:rPr>
        <w:t xml:space="preserve">[1:34:01] </w:t>
      </w:r>
      <w:r>
        <w:t>aur peghambar ki hidayat ko nazar andaz kar ke aql ka ghoda daurana,</w:t>
      </w:r>
    </w:p>
    <w:p>
      <w:pPr>
        <w:jc w:val="right"/>
      </w:pPr>
      <w:r>
        <w:t>اور پیغمبر کی ہدایت کو نظر انداز کر کے عقل کا گھوڑا دوڑانا،</w:t>
      </w:r>
    </w:p>
    <w:p>
      <w:r>
        <w:rPr>
          <w:b/>
        </w:rPr>
        <w:t xml:space="preserve">[1:34:07] </w:t>
      </w:r>
      <w:r>
        <w:t>woh woh sawab nahi hai, is mein koi reward nahi hai.</w:t>
      </w:r>
    </w:p>
    <w:p>
      <w:pPr>
        <w:jc w:val="right"/>
      </w:pPr>
      <w:r>
        <w:t>وہ وہ ثواب نہیں ہے، اس میں کوئی ریوارڈ نہیں ہے۔</w:t>
      </w:r>
    </w:p>
    <w:p>
      <w:r>
        <w:rPr>
          <w:b/>
        </w:rPr>
        <w:t xml:space="preserve">[1:34:13] </w:t>
      </w:r>
      <w:r>
        <w:t>to aql bohat bari cheez hai, lekin is ka agar aap aql ko wahi se kaat dein to woh, to woh ek sarkash ghoda ban jayegi.</w:t>
      </w:r>
    </w:p>
    <w:p>
      <w:pPr>
        <w:jc w:val="right"/>
      </w:pPr>
      <w:r>
        <w:t>تو عقل بہت بڑی چیز ہے، لیکن اس کا اگر آپ عقل کو وحی سے کاٹ دیں تو وہ، تو وہ ایک سرکش گھوڑا بن جائے گی۔</w:t>
      </w:r>
    </w:p>
    <w:p>
      <w:r>
        <w:rPr>
          <w:b/>
        </w:rPr>
        <w:t xml:space="preserve">[1:34:30] </w:t>
      </w:r>
      <w:r>
        <w:t>aur agar aql ko wahi se jor kar us ko istemal karen to bohat hi zyada is mein faiday honge. balkeh sara, yani tazkiya ka faida, marifat ka faida, sare faiday isi mein hain ke aap aql ko sahi dhang par istemal karen.</w:t>
      </w:r>
    </w:p>
    <w:p>
      <w:pPr>
        <w:jc w:val="right"/>
      </w:pPr>
      <w:r>
        <w:t>اور اگر عقل کو وحی سے جوڑ کر اس کو استعمال کریں تو بہت ہی زیادہ اس میں فائدے ہوں گے۔ بلکہ سارا، یعنی تزکیہ کا فائدہ، معرفت کا فائدہ، سارے فائدے اسی میں ہیں کہ آپ عقل کو صحیح ڈھنگ پر استعمال کریں۔</w:t>
      </w:r>
    </w:p>
    <w:p>
      <w:r>
        <w:rPr>
          <w:b/>
        </w:rPr>
        <w:t xml:space="preserve">[1:34:47] </w:t>
      </w:r>
      <w:r>
        <w:t>is mein koi shakk nahi hai.</w:t>
      </w:r>
    </w:p>
    <w:p>
      <w:pPr>
        <w:jc w:val="right"/>
      </w:pPr>
      <w:r>
        <w:t>اس میں کوئی شک نہیں ہے۔</w:t>
      </w:r>
    </w:p>
    <w:p>
      <w:r>
        <w:rPr>
          <w:b/>
        </w:rPr>
        <w:t xml:space="preserve">[1:34:52] </w:t>
      </w:r>
      <w:r>
        <w:t>is mani mein maine jo hamari kitaab hai, yaani islam aur science, is mein is par kuch guftagu ki gayi hai.</w:t>
      </w:r>
    </w:p>
    <w:p>
      <w:pPr>
        <w:jc w:val="right"/>
      </w:pPr>
      <w:r>
        <w:t>اس معنی میں میں نے جو ہماری کتاب ہے، یعنی اسلام اور سائنس، اس میں اس پر کچھ گفتگو کی گئی ہے۔</w:t>
      </w:r>
    </w:p>
    <w:p>
      <w:r>
        <w:rPr>
          <w:b/>
        </w:rPr>
        <w:t xml:space="preserve">[1:35:01] </w:t>
      </w:r>
      <w:r>
        <w:t>is mein aap dekh sakte hain.</w:t>
      </w:r>
    </w:p>
    <w:p>
      <w:pPr>
        <w:jc w:val="right"/>
      </w:pPr>
      <w:r>
        <w:t>اس میں آپ دیکھ سکتے ہیں۔</w:t>
      </w:r>
    </w:p>
    <w:p>
      <w:r>
        <w:rPr>
          <w:b/>
        </w:rPr>
        <w:t xml:space="preserve">[1:35:07] </w:t>
      </w:r>
      <w:r>
        <w:t>maulana, agla sawal haiderabad se aaya hai mr ahad sham hasnain sahib ka. unhon ne likha hai: "maulana, I am very careless at times, despite knowing all the pros and cons of being careless, and knowing that the path I have chosen will surely lead to failure.</w:t>
      </w:r>
    </w:p>
    <w:p>
      <w:pPr>
        <w:jc w:val="right"/>
      </w:pPr>
      <w:r>
        <w:t>مولانا، اگلا سوال حیدرآباد سے آیا ہے مسٹر عہد شام حسنین صاحب کا۔ انہوں نے لکھا ہے: "مولانا، آئی ایم ویری کیئرلیس ایٹ ٹائمز، ڈسپائٹ نوئنگ آل دی پراز اینڈ کونز آف بینگ کیئرلیس، اینڈ نوئنگ دیٹ دا پاتھ آئی ہیو چوزن ول شورلی لیڈ ٹو دا فیلیر۔</w:t>
      </w:r>
    </w:p>
    <w:p>
      <w:r>
        <w:rPr>
          <w:b/>
        </w:rPr>
        <w:t xml:space="preserve">[1:35:28] </w:t>
      </w:r>
      <w:r>
        <w:t>why does this happen? please suggest and advise me, how should i become consistent in achieving my goals?"</w:t>
      </w:r>
    </w:p>
    <w:p>
      <w:pPr>
        <w:jc w:val="right"/>
      </w:pPr>
      <w:r>
        <w:t>وائی ڈز دس ہیپن؟ پلیز سجیسٹ اینڈ ایڈوائز می، ہاؤ شوڈ آئی بیکم کنسسٹنٹ ان اچیونگ مائی گولز؟"</w:t>
      </w:r>
    </w:p>
    <w:p>
      <w:r>
        <w:rPr>
          <w:b/>
        </w:rPr>
        <w:t xml:space="preserve">[1:35:36] </w:t>
      </w:r>
      <w:r>
        <w:t>yeh to koi, yeh to koi sawal nahi hai. main yeh kahunga ke aap ya to apni aql ko develop kijiye, nahi to kisi ko apne guru bana lijiye.</w:t>
      </w:r>
    </w:p>
    <w:p>
      <w:pPr>
        <w:jc w:val="right"/>
      </w:pPr>
      <w:r>
        <w:t>یہ تو کوئی، یہ تو کوئی سوال نہیں ہے۔ میں یہ کہوں گا کہ آپ یا تو اپنی عقل کو ڈیولپ کیجئے، نہیں تو کسی کو اپنے گرو بنا لیجئے۔</w:t>
      </w:r>
    </w:p>
    <w:p>
      <w:r>
        <w:rPr>
          <w:b/>
        </w:rPr>
        <w:t xml:space="preserve">[1:35:48] </w:t>
      </w:r>
      <w:r>
        <w:t>do mein se ek kaam kijiye, aap ne third option le rakha hai.</w:t>
      </w:r>
    </w:p>
    <w:p>
      <w:pPr>
        <w:jc w:val="right"/>
      </w:pPr>
      <w:r>
        <w:t>دو میں سے ایک کام کیجئے، آپ نے تھرڈ آپشن لے رکھا ہے۔</w:t>
      </w:r>
    </w:p>
    <w:p>
      <w:r>
        <w:rPr>
          <w:b/>
        </w:rPr>
        <w:t xml:space="preserve">[1:35:54] </w:t>
      </w:r>
      <w:r>
        <w:t>ya to apne apna intellectual development andaza kijiye ke aap, aap ke saare action aap ki, aap ki aql ke pakad mein aa jayein.</w:t>
      </w:r>
    </w:p>
    <w:p>
      <w:pPr>
        <w:jc w:val="right"/>
      </w:pPr>
      <w:r>
        <w:t>یا تو اپنے اپنا انٹلیکچول ڈیولپر اندازہ کیجئے کہ آپ، آپ کے سارے ایکشن آپ کی، آپ کی عقل کے پکڑ میں آ جائیں۔</w:t>
      </w:r>
    </w:p>
    <w:p>
      <w:r>
        <w:rPr>
          <w:b/>
        </w:rPr>
        <w:t xml:space="preserve">[1:36:06] </w:t>
      </w:r>
      <w:r>
        <w:t>yaani itna aap is apne mind ko develop karein, itna develop karein ke woh control kare aap ke saare actions ko.</w:t>
      </w:r>
    </w:p>
    <w:p>
      <w:pPr>
        <w:jc w:val="right"/>
      </w:pPr>
      <w:r>
        <w:t>یعنی اتنا آپ اس اپنے مائنڈ کو ڈیولپ کریں، اتنا ڈیولپ کریں کہ وہ کنٹرول کرے آپ کے سارے ایکشنز کو۔</w:t>
      </w:r>
    </w:p>
    <w:p>
      <w:r>
        <w:rPr>
          <w:b/>
        </w:rPr>
        <w:t xml:space="preserve">[1:36:14] </w:t>
      </w:r>
      <w:r>
        <w:t>agar aap nahi kar paate hain to phir kisi ko apne guru bana lijiye, murshid bana lijiye. aksar log teesra, aathwan le rakhe hain ke na to kisi ko murshid banate hain, na khud apni aql, na development karte hain apni aql ka, aur yun hi bhagte hain idhar udhar.</w:t>
      </w:r>
    </w:p>
    <w:p>
      <w:pPr>
        <w:jc w:val="right"/>
      </w:pPr>
      <w:r>
        <w:t>اگر آپ نہیں کر پاتے ہیں تو پھر کسی کو اپنے گرو بنا لیجئے، مرشد بنا لیجئے۔ اکثر لوگ تیسرا، آٹھواں لیا رہتے ہیں کہ نہ تو کسی کو مرشد بناتے ہیں، نہ خود اپنی عقل، نہ ڈیولپمنٹ کرتے ہیں اپنی عقل کا، اور یوں ہی بھاگتے ہیں ادھر ادھر۔</w:t>
      </w:r>
    </w:p>
    <w:p>
      <w:r>
        <w:rPr>
          <w:b/>
        </w:rPr>
        <w:t xml:space="preserve">[1:36:30] </w:t>
      </w:r>
      <w:r>
        <w:t>to woh third position le rakha hai unhon ne.</w:t>
      </w:r>
    </w:p>
    <w:p>
      <w:pPr>
        <w:jc w:val="right"/>
      </w:pPr>
      <w:r>
        <w:t>تو وہ تھرڈ پوزیشن لے رکھا ہے انہوں نے۔</w:t>
      </w:r>
    </w:p>
    <w:p>
      <w:r>
        <w:rPr>
          <w:b/>
        </w:rPr>
        <w:t xml:space="preserve">[1:36:34] </w:t>
      </w:r>
      <w:r>
        <w:t>to main yeh kahunga ke aap ke liye do mein se ek ka option hai: ya to study kar ke, gaur o fikr kar ke, aur jo bhi tareeqa hai learning ko badhane ka,</w:t>
      </w:r>
    </w:p>
    <w:p>
      <w:pPr>
        <w:jc w:val="right"/>
      </w:pPr>
      <w:r>
        <w:t>تو میں یہ کہوں گا کہ آپ کے لیے دو میں سے ایک کا آپشن ہے: یا تو اسٹڈی کر کے، غور و فکر کر کے، اور جو بھی طریقہ ہے لرننگ کو بڑھانے کا،</w:t>
      </w:r>
    </w:p>
    <w:p>
      <w:r>
        <w:rPr>
          <w:b/>
        </w:rPr>
        <w:t xml:space="preserve">[1:36:48] </w:t>
      </w:r>
      <w:r>
        <w:t>is ko ikhtiyar kar ke apna intellectual development ka intezaam karein ke woh aap ke poore,</w:t>
      </w:r>
    </w:p>
    <w:p>
      <w:pPr>
        <w:jc w:val="right"/>
      </w:pPr>
      <w:r>
        <w:t>اس کو اختیار کر کے اپنا انٹلیکچول ڈیولپمنٹ کا انتظام کریں کہ وہ آپ کے پورے،</w:t>
      </w:r>
    </w:p>
    <w:p>
      <w:r>
        <w:rPr>
          <w:b/>
        </w:rPr>
        <w:t xml:space="preserve">[1:36:56] </w:t>
      </w:r>
      <w:r>
        <w:t>yaani poori life ko control karne lage, aap ke actions ko control karne lage. kyun ke main samajhta hoon ke yeh jo phenomena hai, woh haqeeqat mein hota hai jab intellectual development mein kami ho, tab hota hai.</w:t>
      </w:r>
    </w:p>
    <w:p>
      <w:pPr>
        <w:jc w:val="right"/>
      </w:pPr>
      <w:r>
        <w:t>یعنی پوری لائف کو کنٹرول کرنے لگے، آپ کے ایکشنز کو کنٹرول کرنے لگے۔ کیونکہ میں سمجھتا ہوں کہ یہ جو فیناومینا ہے، وہ حقیقت میں ہوتا ہے جب انٹلیکچول ڈیولپمنٹ میں کمی ہو، تب ہوتا ہے۔</w:t>
      </w:r>
    </w:p>
    <w:p>
      <w:r>
        <w:rPr>
          <w:b/>
        </w:rPr>
        <w:t xml:space="preserve">[1:37:14] </w:t>
      </w:r>
      <w:r>
        <w:t>aisa</w:t>
      </w:r>
    </w:p>
    <w:p>
      <w:pPr>
        <w:jc w:val="right"/>
      </w:pPr>
      <w:r>
        <w:t>ایسا</w:t>
      </w:r>
    </w:p>
    <w:p>
      <w:r>
        <w:rPr>
          <w:b/>
        </w:rPr>
        <w:t xml:space="preserve">[1:37:17] </w:t>
      </w:r>
      <w:r>
        <w:t>ya to aisa kijiye, ya phir kisi ko murshid maan lijiye, yaani jis ko main kehta hoon, yaani unconditional guru, jis par aap ko bharosa ho, jis aalim par, us ko aap bana lijiye.</w:t>
      </w:r>
    </w:p>
    <w:p>
      <w:pPr>
        <w:jc w:val="right"/>
      </w:pPr>
      <w:r>
        <w:t>یا تو ایسا کیجئے، یا پھر کسی کو مرشد مان لیجئے، یعنی جس کو میں کہتا ہوں، یعنی ان کنڈیشنل گرو، جس پر آپ کو بھروسہ ہو، جس عالم پر، اس کو آپ بنا لیجئے۔</w:t>
      </w:r>
    </w:p>
    <w:p>
      <w:r>
        <w:rPr>
          <w:b/>
        </w:rPr>
        <w:t xml:space="preserve">[1:37:31] </w:t>
      </w:r>
      <w:r>
        <w:t>koi teesra option mumkin nahi hai, woh jo kaha hai, us ko kijiye.</w:t>
      </w:r>
    </w:p>
    <w:p>
      <w:pPr>
        <w:jc w:val="right"/>
      </w:pPr>
      <w:r>
        <w:t>کوئی تیسرا آپشن ممکن نہیں ہے، وہ جو کہا ہے، اس کو کیجئے۔</w:t>
      </w:r>
    </w:p>
    <w:p>
      <w:r>
        <w:rPr>
          <w:b/>
        </w:rPr>
        <w:t xml:space="preserve">[1:37:37] </w:t>
      </w:r>
      <w:r>
        <w:t>maulana, agla sawal srinagar se hai mr riyaz ahmed bhat sahib ka. unhon ne likha hai: "dawa'at al allah ke liye well wishing asal hai, lekin aaj kal ke musalmanon mein mad'u ke liye well wishing ka jazba maujood nahi.</w:t>
      </w:r>
    </w:p>
    <w:p>
      <w:pPr>
        <w:jc w:val="right"/>
      </w:pPr>
      <w:r>
        <w:t>مولانا، اگلا سوال سری نگر سے ہے مسٹر ریاض احمد بھٹ صاحب کا۔ انہوں نے لکھا ہے: "دعوت الا اللہ کے لیے ویل وشنگ اصل ہے، لیکن آج کل کے مسلمانوں میں مدعو کے لیے ویل وشل، ویل وشنگ کا جذبہ موجود نہیں۔</w:t>
      </w:r>
    </w:p>
    <w:p>
      <w:r>
        <w:rPr>
          <w:b/>
        </w:rPr>
        <w:t xml:space="preserve">[1:37:56] </w:t>
      </w:r>
      <w:r>
        <w:t>is ka sabab kya hai, aur is kami ko kis tarah door kiya jaye?"</w:t>
      </w:r>
    </w:p>
    <w:p>
      <w:pPr>
        <w:jc w:val="right"/>
      </w:pPr>
      <w:r>
        <w:t>اس کا سبب کیا ہے، اور اس کمی کو کس طرح دور کیا جائے؟"</w:t>
      </w:r>
    </w:p>
    <w:p>
      <w:r>
        <w:rPr>
          <w:b/>
        </w:rPr>
        <w:t xml:space="preserve">[1:38:09] </w:t>
      </w:r>
      <w:r>
        <w:t>ab main samajhta hoon ke is ki zimmedaar hamare saare rehnuma hain ke subah shaam raat din, jab se printing press aaya hai, tab se khaas taur par yeh baat badh badh gayi hai ke dhoond dhoond kar nikalte hain aisa item: "dekho falan dushmani kar raha hai, dekho falan</w:t>
      </w:r>
    </w:p>
    <w:p>
      <w:pPr>
        <w:jc w:val="right"/>
      </w:pPr>
      <w:r>
        <w:t>اب میں سمجھتا ہوں کہ اس کی ذمہ دار ہمارے سارے رہنما ہیں کہ صبح شام رات دن، جب سے پرنٹنگ پریس آیا ہے، تب سے خاص طور پر یہ بات بڑھ بڑھ گئی ہے کہ ڈھونڈ ڈھونڈ کر نکالتے ہیں ایسا آئٹم: "دیکھو فلاں دشمنی کر رہا ہے، دیکھو فلاں</w:t>
      </w:r>
    </w:p>
    <w:p>
      <w:r>
        <w:rPr>
          <w:b/>
        </w:rPr>
        <w:t xml:space="preserve">[1:38:27] </w:t>
      </w:r>
      <w:r>
        <w:t>conspiracy kar raha hai, dekho falan yeh kar liya, falan woh kar liya." subah shaam yahi akhbaron mein chhapta hai, yeh yeh magazine mein chhapta hai, jalason mein is ka charcha hota hai.</w:t>
      </w:r>
    </w:p>
    <w:p>
      <w:pPr>
        <w:jc w:val="right"/>
      </w:pPr>
      <w:r>
        <w:t>کانسپریسی کر رہا ہے، دیکھو فلانی یہ کر لیا، فلانی وہ کر لیا۔" صبح شام یہی اخباروں میں چھپتا ہے، یہ یہ میگزین میں چھپتا ہے، جلسوں میں اس کا چرچا ہوتا ہے۔</w:t>
      </w:r>
    </w:p>
    <w:p>
      <w:r>
        <w:rPr>
          <w:b/>
        </w:rPr>
        <w:t xml:space="preserve">[1:38:40] </w:t>
      </w:r>
      <w:r>
        <w:t>to yeh jo hain hamare likhne aur bolne wale, yeh asal zimmedaar is ke hain. isi ka charcha kiya unhon ne</w:t>
      </w:r>
    </w:p>
    <w:p>
      <w:pPr>
        <w:jc w:val="right"/>
      </w:pPr>
      <w:r>
        <w:t>تو یہ جو ہیں ہمارے لکھنے اور بولنے والے، یہ اصل ذمہ دار اس کے ہیں۔ اسی کا چرچا کیا انہوں نے</w:t>
      </w:r>
    </w:p>
    <w:p>
      <w:r>
        <w:rPr>
          <w:b/>
        </w:rPr>
        <w:t xml:space="preserve">[1:38:49] </w:t>
      </w:r>
      <w:r>
        <w:t>is daur mein. is ke baad agar charcha karein, yaani achhi baaton ka, to achha zehan banega. to main samajhta hoon ke sab se zyada zimmedaar wahi log hain jin ko main kaha karta hoon: "likhne aur bolne wala tabqa, yeh asal zimmedaar hain."</w:t>
      </w:r>
    </w:p>
    <w:p>
      <w:pPr>
        <w:jc w:val="right"/>
      </w:pPr>
      <w:r>
        <w:t>اس دور میں۔ اس کے بعد اگر چرچا کریں، یعنی اچھی باتوں کا، تو اچھا ذہن بنے گا۔ تو میں سمجھتا ہوں کہ سب سے زیادہ ذمہ دار وہی لوگ ہیں جن کو میں کہا کرتا ہوں: "لکھنے اور بولنے والا طبقہ، یہ اصل ذمہ دار ہیں۔"</w:t>
      </w:r>
    </w:p>
    <w:p>
      <w:r>
        <w:rPr>
          <w:b/>
        </w:rPr>
        <w:t xml:space="preserve">[1:39:08] </w:t>
      </w:r>
      <w:r>
        <w:t>yaani negative baaton ko phailana, positive baaton ka zikr na karna, is ki wajah se yeh sab baatein hain.</w:t>
      </w:r>
    </w:p>
    <w:p>
      <w:pPr>
        <w:jc w:val="right"/>
      </w:pPr>
      <w:r>
        <w:t>یعنی نیگیٹیو باتوں کو پھیلانا، پازیٹیو باتوں کا ذکر نہ کرنا، اس کی وجہ سے یہ سب باتیں ہیں۔</w:t>
      </w:r>
    </w:p>
    <w:p>
      <w:r>
        <w:rPr>
          <w:b/>
        </w:rPr>
        <w:t xml:space="preserve">[1:39:19] </w:t>
      </w:r>
      <w:r>
        <w:t>maulana, agla sawal dilli se hai mr muhammad altafuddin inamdar sahib ka. unhon ne poocha hai ke: "da'i ke khaas sifaat bataein, aur da'i mad'u se start mein kaise baat karein?"</w:t>
      </w:r>
    </w:p>
    <w:p>
      <w:pPr>
        <w:jc w:val="right"/>
      </w:pPr>
      <w:r>
        <w:t>مولانا، اگلا سوال دلی سے ہے مسٹر محمد الطاف الدین انعامدار صاحب کا۔ انہوں نے پوچھا ہے کہ: "داعی کے خاص صفات بتائیں، اور داعی مدعو سے سٹارٹ میں کیسے بات کریں؟"</w:t>
      </w:r>
    </w:p>
    <w:p>
      <w:r>
        <w:rPr>
          <w:b/>
        </w:rPr>
        <w:t xml:space="preserve">[1:39:39] </w:t>
      </w:r>
      <w:r>
        <w:t>sara wahi khulasa hai: "well wishing, khair khwahi."</w:t>
      </w:r>
    </w:p>
    <w:p>
      <w:pPr>
        <w:jc w:val="right"/>
      </w:pPr>
      <w:r>
        <w:t>سارا وہی خلاصہ ہے: "ول وشنگ، خیر خواہی۔"</w:t>
      </w:r>
    </w:p>
    <w:p>
      <w:r>
        <w:rPr>
          <w:b/>
        </w:rPr>
        <w:t xml:space="preserve">[1:39:46] </w:t>
      </w:r>
      <w:r>
        <w:t>maan baap ko apne bete se khair khwahi hoti hai, to is ko koi is ko mashwara poochne nahi jata. woh woh khud janta hai ke mujhe kya karna chahiye. to sara jo is mein, yaani jo is ka jo khulasa hai,</w:t>
      </w:r>
    </w:p>
    <w:p>
      <w:pPr>
        <w:jc w:val="right"/>
      </w:pPr>
      <w:r>
        <w:t>ماں باپ کو اپنے بیٹے سے خیر خواہی ہوتی ہے، تو اس کو کوئی اس کو مشورہ پوچھنے نہیں جاتا۔ وہ وہ خود جانتا ہے کہ مجھے کیا کرنا چاہیے۔ تو سارا جو اس میں، یعنی جو اس کا جو خلاصہ ہے،</w:t>
      </w:r>
    </w:p>
    <w:p>
      <w:r>
        <w:rPr>
          <w:b/>
        </w:rPr>
        <w:t xml:space="preserve">[1:40:03] </w:t>
      </w:r>
      <w:r>
        <w:t>woh yahi hai ke madu ke liye khair khwahi, well wishing. jab tak yeh nahi hogi, tak batane se bhi kuch baat aadmi pakdega nahi.</w:t>
      </w:r>
    </w:p>
    <w:p>
      <w:pPr>
        <w:jc w:val="right"/>
      </w:pPr>
      <w:r>
        <w:t>وہ یہی ہے کہ مدعو کے لیے خیر خواہی، ویل وشنگ۔ جب تک یہ نہیں ہوگی، تک بتانے سے بھی کچھ بات آدمی پکڑے گا نہیں۔</w:t>
      </w:r>
    </w:p>
    <w:p>
      <w:r>
        <w:rPr>
          <w:b/>
        </w:rPr>
        <w:t xml:space="preserve">[1:40:16] </w:t>
      </w:r>
      <w:r>
        <w:t>jo mohabbat hoti hai maan baap ko apne bete se, woh mohabbat jab tak paida nahi hogi madu se,</w:t>
      </w:r>
    </w:p>
    <w:p>
      <w:pPr>
        <w:jc w:val="right"/>
      </w:pPr>
      <w:r>
        <w:t>جو محبت ہوتی ہے ماں باپ کو اپنے بیٹے سے، وہ محبت جب تک پیدا نہیں ہوگی مدعو سے،</w:t>
      </w:r>
    </w:p>
    <w:p>
      <w:r>
        <w:rPr>
          <w:b/>
        </w:rPr>
        <w:t xml:space="preserve">[1:40:23] </w:t>
      </w:r>
      <w:r>
        <w:t>tab tak yahi sab rahega. Maulana, un ka ek aur sawal hai. unhone poocha hai ke: "sahaba ke khane, rehne aur sone ka kya nizam tha?</w:t>
      </w:r>
    </w:p>
    <w:p>
      <w:pPr>
        <w:jc w:val="right"/>
      </w:pPr>
      <w:r>
        <w:t>تب تک یہی سب رہے گا۔ مولانا، ان کا ایک اور سوال ہے۔ انہوں نے پوچھا ہے کہ: "صحابہ کے کھانے، رہنے اور سونے کا کیا نظام تھا؟</w:t>
      </w:r>
    </w:p>
    <w:p>
      <w:r>
        <w:rPr>
          <w:b/>
        </w:rPr>
        <w:t xml:space="preserve">[1:40:34] </w:t>
      </w:r>
      <w:r>
        <w:t>hadees ki roshni mein bataein."</w:t>
      </w:r>
    </w:p>
    <w:p>
      <w:pPr>
        <w:jc w:val="right"/>
      </w:pPr>
      <w:r>
        <w:t>حدیث کی روشنی میں بتائیں۔" آپ وہ کتاب پڑھ لیجئے:</w:t>
      </w:r>
    </w:p>
    <w:p>
      <w:r>
        <w:rPr>
          <w:b/>
        </w:rPr>
        <w:t xml:space="preserve">[1:40:40] </w:t>
      </w:r>
      <w:r>
        <w:t>aap woh kitab padh lijiye: "Maulana Altaf, Maulana woh kya naam tha? Hayat al-Sahaba ka?" Yassu, Yassu, haan, Yassu, author ka naam tha, Yusuf Kandhalvi.</w:t>
      </w:r>
    </w:p>
    <w:p>
      <w:pPr>
        <w:jc w:val="right"/>
      </w:pPr>
      <w:r>
        <w:t>"مولانا الطاف، مولانا وہ کیا نام تھا؟ حیات الصحابہ کا؟" یسوع، یسوع، ہاں، یسوع، آتھر کا نام تھا، یوسف کاندھلوی۔</w:t>
      </w:r>
    </w:p>
    <w:p>
      <w:r>
        <w:rPr>
          <w:b/>
        </w:rPr>
        <w:t xml:space="preserve">[1:40:51] </w:t>
      </w:r>
      <w:r>
        <w:t>haan, Maulana Yusuf Kandhalvi ki kitab hai, bohat hi comprehensive kitab hai. woh Hayat al-Sahaba,</w:t>
      </w:r>
    </w:p>
    <w:p>
      <w:pPr>
        <w:jc w:val="right"/>
      </w:pPr>
      <w:r>
        <w:t>ہاں، مولانا یوسف کاندھلوی کی کتاب ہے، بہت ہی کمپرینسو کتاب ہے۔ وہ حیات الصحابہ،</w:t>
      </w:r>
    </w:p>
    <w:p>
      <w:r>
        <w:rPr>
          <w:b/>
        </w:rPr>
        <w:t xml:space="preserve">[1:41:01] </w:t>
      </w:r>
      <w:r>
        <w:t>woh arabi mein, urdu mein, angrezi mein chhap chuki hai. aap jo zuban aap ko aasan ho, use padhiye, is mein poori tafseel mil jayegi aap ko.</w:t>
      </w:r>
    </w:p>
    <w:p>
      <w:pPr>
        <w:jc w:val="right"/>
      </w:pPr>
      <w:r>
        <w:t>وہ عربی میں، اردو میں، انگریزی میں چھپ چکی ہے۔ آپ جو زبان آپ کو آسان ہو، اسے پڑھیے، اس میں پوری تفصیل مل جائے گی آپ کو۔</w:t>
      </w:r>
    </w:p>
    <w:p>
      <w:r>
        <w:rPr>
          <w:b/>
        </w:rPr>
        <w:t xml:space="preserve">[1:41:14] </w:t>
      </w:r>
      <w:r>
        <w:t>Maulana, agla sawal Hyderabad, Pakistan se aaya hai Mr. Nouman Afzal sahib ka. unhone poocha hai ke: "insani shukr aur hawani shukr par roshni dalie."</w:t>
      </w:r>
    </w:p>
    <w:p>
      <w:pPr>
        <w:jc w:val="right"/>
      </w:pPr>
      <w:r>
        <w:t>مولانا، اگلا سوال حیدرآباد، پاکستان سے آیا ہے مسٹر نومن افضل صاحب کا۔ انہوں نے پوچھا ہے کہ: "انسانی شکر اور حیوانی شکر پر روشنی ڈالیے۔"</w:t>
      </w:r>
    </w:p>
    <w:p>
      <w:r>
        <w:rPr>
          <w:b/>
        </w:rPr>
        <w:t xml:space="preserve">[1:41:27] </w:t>
      </w:r>
      <w:r>
        <w:t>shukr to insani sifat hai, haiwan shukr jante hi nahi.</w:t>
      </w:r>
    </w:p>
    <w:p>
      <w:pPr>
        <w:jc w:val="right"/>
      </w:pPr>
      <w:r>
        <w:t>شکر تو انسانی صفت ہے، حیوان شکر جانتے ہی نہیں۔</w:t>
      </w:r>
    </w:p>
    <w:p>
      <w:r>
        <w:rPr>
          <w:b/>
        </w:rPr>
        <w:t xml:space="preserve">[1:41:38] </w:t>
      </w:r>
      <w:r>
        <w:t>shukr na yeh kahe ke hawani life aur insani life ka farq ke tu haiwan jo hai, shukr kar ke dunya mein nahi rehta.</w:t>
      </w:r>
    </w:p>
    <w:p>
      <w:pPr>
        <w:jc w:val="right"/>
      </w:pPr>
      <w:r>
        <w:t>شکر نہ یہ کہے کہ حیوانی لائف اور انسانی لائف کا فرق کہ تو حیوان جو ہے، شکر کر کے دنیا میں نہیں رہتا۔</w:t>
      </w:r>
    </w:p>
    <w:p>
      <w:r>
        <w:rPr>
          <w:b/>
        </w:rPr>
        <w:t xml:space="preserve">[1:41:48] </w:t>
      </w:r>
      <w:r>
        <w:t>yaani haiwan bhi oxygen leta hai, woh bhi khata hai ghiza, woh bhi pani peeta hai,</w:t>
      </w:r>
    </w:p>
    <w:p>
      <w:pPr>
        <w:jc w:val="right"/>
      </w:pPr>
      <w:r>
        <w:t>یعنی حیوان بھی اکسیجن لیتا ہے، وہ بھی کھاتا ہے غذا، وہ بھی پانی پیتا ہے،</w:t>
      </w:r>
    </w:p>
    <w:p>
      <w:r>
        <w:rPr>
          <w:b/>
        </w:rPr>
        <w:t xml:space="preserve">[1:41:55] </w:t>
      </w:r>
      <w:r>
        <w:t>lekin woh is ko nahi janta ke mujhe acknowledge karna hai, mujhe shukr karna hai.</w:t>
      </w:r>
    </w:p>
    <w:p>
      <w:pPr>
        <w:jc w:val="right"/>
      </w:pPr>
      <w:r>
        <w:t>لیکن وہ اس کو نہیں جانتا کہ مجھے اکنالج کرنا ہے، مجھے شکر کرنا ہے۔</w:t>
      </w:r>
    </w:p>
    <w:p>
      <w:r>
        <w:rPr>
          <w:b/>
        </w:rPr>
        <w:t xml:space="preserve">[1:42:02] </w:t>
      </w:r>
      <w:r>
        <w:t>jabke insan jo hai, us ko Allah taala ne yeh sifat di hai ke woh jaane ke yeh Allah taala ki blessing hai, Allah taala ki nemat hai, aur phir woh shukr kare.</w:t>
      </w:r>
    </w:p>
    <w:p>
      <w:pPr>
        <w:jc w:val="right"/>
      </w:pPr>
      <w:r>
        <w:t>جبکہ انسان جو ہے، اس کو اللہ تعالی نے یہ صفت دی ہے کہ وہ جانے کہ یہ اللہ تعالی کی بلیسنگ ہے، اللہ تعالی کی نعمت ہے، اور پھر وہ شکر کرے۔</w:t>
      </w:r>
    </w:p>
    <w:p>
      <w:r>
        <w:rPr>
          <w:b/>
        </w:rPr>
        <w:t xml:space="preserve">[1:42:13] </w:t>
      </w:r>
      <w:r>
        <w:t>to bila shukr kiye hue agar koi shakhs zindagi guzar raha hai dunya mein, to woh just like haiwan hai, woh aur shukr kar ke zindagi guzar raha hai, to phir woh insan hai.</w:t>
      </w:r>
    </w:p>
    <w:p>
      <w:pPr>
        <w:jc w:val="right"/>
      </w:pPr>
      <w:r>
        <w:t>تو بلا شکر کیے ہوئے اگر کوئی شخص زندگی گزار رہا ہے دنیا میں، تو وہ جسٹ لائک حیوان ہے، وہ اور شکر کر کے زندگی گزار رہا ہے، تو پھر وہ انسان ہے۔</w:t>
      </w:r>
    </w:p>
    <w:p>
      <w:r>
        <w:rPr>
          <w:b/>
        </w:rPr>
        <w:t xml:space="preserve">[1:42:28] </w:t>
      </w:r>
      <w:r>
        <w:t>Maulana, agla sawal Mr. Zeeshan Yusuf ka aaya hai Hyderabad se. unhone aap se poocha hai ke: "I approached one of my seniors for letting him know about Islam.</w:t>
      </w:r>
    </w:p>
    <w:p>
      <w:pPr>
        <w:jc w:val="right"/>
      </w:pPr>
      <w:r>
        <w:t>مولانا، اگلا سوال مسٹر ذیشان یوسف کا آیا ہے حیدرآباد سے۔ انہوں نے آپ سے پوچھا ہے کہ: "آئی اپروچڈ ون آف مائی سینیئرز فار لیٹنگ ہم نو اباؤٹ اسلام۔</w:t>
      </w:r>
    </w:p>
    <w:p>
      <w:r>
        <w:rPr>
          <w:b/>
        </w:rPr>
        <w:t xml:space="preserve">[1:42:40] </w:t>
      </w:r>
      <w:r>
        <w:t>He said that he was not interested in religion at all, and he would rather not prefer to discuss about it. Maulana, how shall I approach people like these?" Dua kijiye,</w:t>
      </w:r>
    </w:p>
    <w:p>
      <w:pPr>
        <w:jc w:val="right"/>
      </w:pPr>
      <w:r>
        <w:t>ہی سیڈ دیٹ ہی واز ناٹ انٹرسٹڈ ان ریلیجن ایٹ آل، اینڈ ہی وڈ ریدر ناٹ پریفر ٹو ڈسکس اباؤٹ اٹ۔ مولانا، ہاؤ شیل آئی اپروچ پیپل لائک دیز؟" دعا کیجئے،</w:t>
      </w:r>
    </w:p>
    <w:p>
      <w:r>
        <w:rPr>
          <w:b/>
        </w:rPr>
        <w:t xml:space="preserve">[1:42:55] </w:t>
      </w:r>
      <w:r>
        <w:t>ek se ek badh ke kattar log hain, woh un ke andar aa jata hai. kal ek sahib se meri mulaqat hui, Maulana Owais sahib kal mere paas aaye the,</w:t>
      </w:r>
    </w:p>
    <w:p>
      <w:pPr>
        <w:jc w:val="right"/>
      </w:pPr>
      <w:r>
        <w:t>ایک سے ایک بڑھ کے کٹر لوگ ہیں، وہ ان کے اندر آ جاتا ہے۔ کل ایک صاحب سے میری ملاقات ہوئی، مولانا اویس صاحب کل میرے پاس آئے تھے،</w:t>
      </w:r>
    </w:p>
    <w:p>
      <w:r>
        <w:rPr>
          <w:b/>
        </w:rPr>
        <w:t xml:space="preserve">[1:43:11] </w:t>
      </w:r>
      <w:r>
        <w:t>to unhone ek qissa bataya</w:t>
      </w:r>
    </w:p>
    <w:p>
      <w:pPr>
        <w:jc w:val="right"/>
      </w:pPr>
      <w:r>
        <w:t>تو انہوں نے ایک قصہ بتایا</w:t>
      </w:r>
    </w:p>
    <w:p>
      <w:r>
        <w:rPr>
          <w:b/>
        </w:rPr>
        <w:t xml:space="preserve">[1:43:15] </w:t>
      </w:r>
      <w:r>
        <w:t>ke woh, unhone, unhone kis ne likha hai? woh qissa Sheikh Hassan Misri hain.</w:t>
      </w:r>
    </w:p>
    <w:p>
      <w:pPr>
        <w:jc w:val="right"/>
      </w:pPr>
      <w:r>
        <w:t>کہ وہ، انہوں نے، انہوں نے کس نے لکھا ہے؟ وہ قصہ شیخ حسان مصری ہیں۔</w:t>
      </w:r>
    </w:p>
    <w:p>
      <w:r>
        <w:rPr>
          <w:b/>
        </w:rPr>
        <w:t xml:space="preserve">[1:43:24] </w:t>
      </w:r>
      <w:r>
        <w:t>Hassan Misri ne, Sheikh Hassan Ji Misri, Sheikh Hassan Misri ek hain,</w:t>
      </w:r>
    </w:p>
    <w:p>
      <w:pPr>
        <w:jc w:val="right"/>
      </w:pPr>
      <w:r>
        <w:t>حسان مصری نے، شیخ حسان جی مصری، شیخ حسان مصری ایک ہیں،</w:t>
      </w:r>
    </w:p>
    <w:p>
      <w:r>
        <w:rPr>
          <w:b/>
        </w:rPr>
        <w:t xml:space="preserve">[1:43:33] </w:t>
      </w:r>
      <w:r>
        <w:t>unhone ek qissa bataya hai. woh kal unhone bataya mujhe, woh un ke ustad bhi hain, ghaliban woh Misr mein taleem un ki hui hai, Maulana Owais sahib ki ke ek shakhs jo hai,</w:t>
      </w:r>
    </w:p>
    <w:p>
      <w:pPr>
        <w:jc w:val="right"/>
      </w:pPr>
      <w:r>
        <w:t>انہوں نے ایک قصہ بتایا ہے۔ وہ کل انہوں نے بتایا مجھے، وہ ان کے استاد بھی ہیں، غالباً وہ مصر میں تعلیم ان کی ہوئی ہے، مولانا اویس صاحب کی کہ ایک شخص جو ہے،</w:t>
      </w:r>
    </w:p>
    <w:p>
      <w:r>
        <w:rPr>
          <w:b/>
        </w:rPr>
        <w:t xml:space="preserve">[1:43:49] </w:t>
      </w:r>
      <w:r>
        <w:t>woh</w:t>
      </w:r>
    </w:p>
    <w:p>
      <w:pPr>
        <w:jc w:val="right"/>
      </w:pPr>
      <w:r>
        <w:t>وہ</w:t>
      </w:r>
    </w:p>
    <w:p>
      <w:r>
        <w:rPr>
          <w:b/>
        </w:rPr>
        <w:t xml:space="preserve">[1:43:51] </w:t>
      </w:r>
      <w:r>
        <w:t>use lamba qissa hai, main mukhtasar kar raha hoon is ko ke ek shakhs ko German zuban mein Quran ka tarjuma diya gaya, ek Christian ko.</w:t>
      </w:r>
    </w:p>
    <w:p>
      <w:pPr>
        <w:jc w:val="right"/>
      </w:pPr>
      <w:r>
        <w:t>اسے لمبا قصہ ہے، میں مختصر کر رہا ہوں اس کو کہ ایک شخص کو جرمن زبان میں قرآن کا ترجمہ دیا گیا، ایک کرسچن کو۔</w:t>
      </w:r>
    </w:p>
    <w:p>
      <w:r>
        <w:rPr>
          <w:b/>
        </w:rPr>
        <w:t xml:space="preserve">[1:44:01] </w:t>
      </w:r>
      <w:r>
        <w:t>bohat lamba qissa hai woh, to woh aadmi jo hai, la kar ke us ne rakh diya usay,</w:t>
      </w:r>
    </w:p>
    <w:p>
      <w:pPr>
        <w:jc w:val="right"/>
      </w:pPr>
      <w:r>
        <w:t>بہت لمبا قصہ ہے وہ، تو وہ آدمی جو ہے، لا کر کے اس نے رکھ دیا اسے،</w:t>
      </w:r>
    </w:p>
    <w:p>
      <w:r>
        <w:rPr>
          <w:b/>
        </w:rPr>
        <w:t xml:space="preserve">[1:44:09] </w:t>
      </w:r>
      <w:r>
        <w:t>aur bees saal tak usay rakha hua. kuch asbab paish aaye ke bees saal ke baad usay parha, us ko parha to itna asar pada us ko ke us ne Islam ko book kar liya, Islam ka مبلغ ban gaya.</w:t>
      </w:r>
    </w:p>
    <w:p>
      <w:pPr>
        <w:jc w:val="right"/>
      </w:pPr>
      <w:r>
        <w:t>اور بیس سال تک اسے رکھا ہوا۔ کچھ اسباب پیش آئے کہ بیس سال کے بعد اسے پڑھا، اس کو پڑھا تو اتنا اثر پڑا اس کو کہ اس نے اسلام کو بک کر لیا، اسلام کا مبلغ بن گیا۔</w:t>
      </w:r>
    </w:p>
    <w:p>
      <w:r>
        <w:rPr>
          <w:b/>
        </w:rPr>
        <w:t xml:space="preserve">[1:44:22] </w:t>
      </w:r>
      <w:r>
        <w:t>woh</w:t>
      </w:r>
    </w:p>
    <w:p>
      <w:pPr>
        <w:jc w:val="right"/>
      </w:pPr>
      <w:r>
        <w:t>وہ</w:t>
      </w:r>
    </w:p>
    <w:p>
      <w:r>
        <w:rPr>
          <w:b/>
        </w:rPr>
        <w:t xml:space="preserve">[1:44:25] </w:t>
      </w:r>
      <w:r>
        <w:t>to la tisoo billah ka maamla hai, kisi insaan se aap mayoos na hon, hikmat ke sath kaam karen, dua ke sath kaam karen.</w:t>
      </w:r>
    </w:p>
    <w:p>
      <w:pPr>
        <w:jc w:val="right"/>
      </w:pPr>
      <w:r>
        <w:t>تو لا تیسو باللہ کا معاملہ ہے، کسی انسان سے آپ مایوس نہ ہوں، حکمت کے ساتھ کام کریں، دعا کے ساتھ کام کریں۔</w:t>
      </w:r>
    </w:p>
    <w:p>
      <w:r>
        <w:rPr>
          <w:b/>
        </w:rPr>
        <w:t xml:space="preserve">[1:44:34] </w:t>
      </w:r>
      <w:r>
        <w:t>is ke liye, yani literature dein us ko jis mein us ko dilchaspi ho.</w:t>
      </w:r>
    </w:p>
    <w:p>
      <w:pPr>
        <w:jc w:val="right"/>
      </w:pPr>
      <w:r>
        <w:t>اس کے لیے، یعنی لٹریچر دیں اس کو جس میں اس کو دلچسپی ہو۔</w:t>
      </w:r>
    </w:p>
    <w:p>
      <w:r>
        <w:rPr>
          <w:b/>
        </w:rPr>
        <w:t xml:space="preserve">[1:44:42] </w:t>
      </w:r>
      <w:r>
        <w:t>to yani jis ne diya tha Quran majeed ka ka German tarjuma, to bees saal tak us ke shelf mein parha raha.</w:t>
      </w:r>
    </w:p>
    <w:p>
      <w:pPr>
        <w:jc w:val="right"/>
      </w:pPr>
      <w:r>
        <w:t>تو یعنی جس نے دیا تھا قرآن مجید کا کا جرمن ترجمہ، تو بیس سال تک اس کے سیلف میں پڑھا رہا۔</w:t>
      </w:r>
    </w:p>
    <w:p>
      <w:r>
        <w:rPr>
          <w:b/>
        </w:rPr>
        <w:t xml:space="preserve">[1:44:53] </w:t>
      </w:r>
      <w:r>
        <w:t>ab bees saal ke baad us ko tofeeq ho gayi imaan ki,</w:t>
      </w:r>
    </w:p>
    <w:p>
      <w:pPr>
        <w:jc w:val="right"/>
      </w:pPr>
      <w:r>
        <w:t>اب بیس سال کے بعد اس کو توفیق ہو گئی ایمان کی،</w:t>
      </w:r>
    </w:p>
    <w:p>
      <w:r>
        <w:rPr>
          <w:b/>
        </w:rPr>
        <w:t xml:space="preserve">[1:45:00] </w:t>
      </w:r>
      <w:r>
        <w:t>to mayoos hone ki zaroorat nahi hai. jahan aap hamesha yeh kisi re planning kijiye, phir se sochiye aur dua kijiye, to rastay khulenge, inshallah.</w:t>
      </w:r>
    </w:p>
    <w:p>
      <w:pPr>
        <w:jc w:val="right"/>
      </w:pPr>
      <w:r>
        <w:t>تو مایوس ہونے کی ضرورت نہیں ہے۔ جہاں آپ ہمیشہ یہ کسی ری پلاننگ کیجئے، پھر سے سوچیے اور دعا کیجئے، تو راستے کھلیں گے، انشاءاللہ۔</w:t>
      </w:r>
    </w:p>
    <w:p>
      <w:r>
        <w:rPr>
          <w:b/>
        </w:rPr>
        <w:t xml:space="preserve">[1:45:15] </w:t>
      </w:r>
      <w:r>
        <w:t>maulana, agla sawal</w:t>
      </w:r>
    </w:p>
    <w:p>
      <w:pPr>
        <w:jc w:val="right"/>
      </w:pPr>
      <w:r>
        <w:t>مولانا، اگلا سوال</w:t>
      </w:r>
    </w:p>
    <w:p>
      <w:r>
        <w:rPr>
          <w:b/>
        </w:rPr>
        <w:t xml:space="preserve">[1:45:18] </w:t>
      </w:r>
      <w:r>
        <w:t>Doha, Qatar se Maulana Abdul Basit Umri ka hai. unhon ne likha hai: "Maulana ulama yeh kaise kehte hain ke aql ka talluq deen se nahi, jabke Quran hamari samajh ki satah par nazil kiya gaya hai?</w:t>
      </w:r>
    </w:p>
    <w:p>
      <w:pPr>
        <w:jc w:val="right"/>
      </w:pPr>
      <w:r>
        <w:t>دوحہ، قطر سے مولانا عبدالباسط عمری کا ہے۔ انہوں نے لکھا ہے: "مولانا علماء یہ کیسے کہتے ہیں کہ عقل کا تعلق دین سے نہیں، جبکہ قرآن ہماری سمجھ کی سطح پر نازل کیا گیا ہے؟</w:t>
      </w:r>
    </w:p>
    <w:p>
      <w:r>
        <w:rPr>
          <w:b/>
        </w:rPr>
        <w:t xml:space="preserve">[1:45:33] </w:t>
      </w:r>
      <w:r>
        <w:t>doosri baat yeh hai ke jo baat hamari aql mein aane wali nahi,</w:t>
      </w:r>
    </w:p>
    <w:p>
      <w:pPr>
        <w:jc w:val="right"/>
      </w:pPr>
      <w:r>
        <w:t>دوسری بات یہ ہے کہ جو بات ہماری عقل میں آنے والی نہیں،</w:t>
      </w:r>
    </w:p>
    <w:p>
      <w:r>
        <w:rPr>
          <w:b/>
        </w:rPr>
        <w:t xml:space="preserve">[1:45:38] </w:t>
      </w:r>
      <w:r>
        <w:t>un ke baray mein saaf bayan kiya gaya hai, mislan rooh, taqdeer, Allah ki zaat mein ghore aur fikr, us ke baray mein bataen."</w:t>
      </w:r>
    </w:p>
    <w:p>
      <w:pPr>
        <w:jc w:val="right"/>
      </w:pPr>
      <w:r>
        <w:t>ان کے بارے میں صاف بیان کیا گیا ہے، مثلاً روح، تقدیر، اللہ کی ذات میں غور اور فکر، اس کے بارے میں بتائیں۔"</w:t>
      </w:r>
    </w:p>
    <w:p>
      <w:r>
        <w:rPr>
          <w:b/>
        </w:rPr>
        <w:t xml:space="preserve">[1:45:54] </w:t>
      </w:r>
      <w:r>
        <w:t>haan, to bas woh jo, yani aql ka istemal, main ne arz kiya, wohi baat phir kahunga ke ek hai aql ka istemal Quran ki, yani Quran ki,</w:t>
      </w:r>
    </w:p>
    <w:p>
      <w:pPr>
        <w:jc w:val="right"/>
      </w:pPr>
      <w:r>
        <w:t>ہاں، تو بس وہ جو، یعنی عقل کا استعمال، میں نے عرض کیا، وہی بات پھر کہوں گا کہ ایک ہے عقل کا استعمال قرآن کی، یعنی قرآن کی،</w:t>
      </w:r>
    </w:p>
    <w:p>
      <w:r>
        <w:rPr>
          <w:b/>
        </w:rPr>
        <w:t xml:space="preserve">[1:46:11] </w:t>
      </w:r>
      <w:r>
        <w:t>Quran ke badal lete hue, aql ka istemal Quran ke badal lete hue. ek hai aql ka istemal Quran se be niaz ho kar ke.</w:t>
      </w:r>
    </w:p>
    <w:p>
      <w:pPr>
        <w:jc w:val="right"/>
      </w:pPr>
      <w:r>
        <w:t>قرآن کے بدل لیتے ہوئے، عقل کا استعمال قرآن کے بدل لیتے ہوئے۔ ایک ہے عقل کا استعمال قرآن سے بے نیاز ہو کر کے۔</w:t>
      </w:r>
    </w:p>
    <w:p>
      <w:r>
        <w:rPr>
          <w:b/>
        </w:rPr>
        <w:t xml:space="preserve">[1:46:21] </w:t>
      </w:r>
      <w:r>
        <w:t>to Quran se be niaz ho kar jo jo aql istemal ki gayi ki jayegi, woh to bhatkao ki taraf jayegi, bhatkao. lekin jab Quran ko</w:t>
      </w:r>
    </w:p>
    <w:p>
      <w:pPr>
        <w:jc w:val="right"/>
      </w:pPr>
      <w:r>
        <w:t>تو قرآن سے بے نیاز ہو کر جو جو عقل استعمال کی گئی کی جائے گی، وہ تو بھٹکاؤ کی طرف جائے گی، بھٹکاؤ۔ لیکن جب قرآن کو</w:t>
      </w:r>
    </w:p>
    <w:p>
      <w:r>
        <w:rPr>
          <w:b/>
        </w:rPr>
        <w:t xml:space="preserve">[1:46:30] </w:t>
      </w:r>
      <w:r>
        <w:t>ki rehnumai rehnumai mein aql istemal ki jayegi, to bilashuba woh sath mustaqeem, sath mustaqeem tak pahunchegi, is mein koi shaq nahi hai.</w:t>
      </w:r>
    </w:p>
    <w:p>
      <w:pPr>
        <w:jc w:val="right"/>
      </w:pPr>
      <w:r>
        <w:t>کی رہنمائی رہنمائی میں عقل استعمال کی جائے گی، تو بلاشبہ وہ ساتھ مستقیم، ساتھ مستقیم تک پہنچے گی، اس میں کوئی شک نہیں ہے۔</w:t>
      </w:r>
    </w:p>
    <w:p>
      <w:r>
        <w:rPr>
          <w:b/>
        </w:rPr>
        <w:t xml:space="preserve">[1:46:43] </w:t>
      </w:r>
      <w:r>
        <w:t>Maulana, agla sawal Doctor Fareeda Khanam ka hai Delhi se. unhon ne likha hai: "Why is it that Muslims do not react to the evils committed by the members of their family, by the members of their community, but they launch their protest only to the evils when these are committed by the people belonging to another community, hmm, they regard as their enemies?"</w:t>
      </w:r>
    </w:p>
    <w:p>
      <w:pPr>
        <w:jc w:val="right"/>
      </w:pPr>
      <w:r>
        <w:t>مولانا، اگلا سوال ڈاکٹر فریدہ خانم کا ہے دلی سے۔ انہوں نے لکھا ہے: "وائی از اٹ دیٹ مسلمز ڈو ناٹ ری ایکٹ ٹو دا ایولز کمیٹڈ بائی دی ممبرز اف دیر فیملی، بائی دی ممبرز اف دیر کمیونٹی، بٹ دے لانچ دیر پروٹیسٹ اونلی ٹو دی ایولز وین دیز ار کمیٹڈ بائی دا پیپل بیلانگنگ ٹو انادر کمیونٹی، ہمم، دے ریگارڈ ایز دیر اینمیز؟"</w:t>
      </w:r>
    </w:p>
    <w:p>
      <w:r>
        <w:rPr>
          <w:b/>
        </w:rPr>
        <w:t xml:space="preserve">[1:47:11] </w:t>
      </w:r>
      <w:r>
        <w:t>haan, abhi haal mein mujhe Quran ka ek English tarjuma mila, jo yahan ek book fair mein kafi banta gaya hai.</w:t>
      </w:r>
    </w:p>
    <w:p>
      <w:pPr>
        <w:jc w:val="right"/>
      </w:pPr>
      <w:r>
        <w:t>ہاں، ابھی حال میں مجھے قرآن کا ایک انگلش ترجمہ ملا، جو یہاں ایک بک فیئر میں کافی بانٹا گیا ہے۔</w:t>
      </w:r>
    </w:p>
    <w:p>
      <w:r>
        <w:rPr>
          <w:b/>
        </w:rPr>
        <w:t xml:space="preserve">[1:47:21] </w:t>
      </w:r>
      <w:r>
        <w:t>to us ke shuru mein ek preface hai, ek foreword hai. us foreword mein</w:t>
      </w:r>
    </w:p>
    <w:p>
      <w:pPr>
        <w:jc w:val="right"/>
      </w:pPr>
      <w:r>
        <w:t>تو اس کے شروع میں ایک پریفیس ہے، ایک فورورڈ ہے۔ اس فورورڈ میں</w:t>
      </w:r>
    </w:p>
    <w:p>
      <w:r>
        <w:rPr>
          <w:b/>
        </w:rPr>
        <w:t xml:space="preserve">[1:47:27] </w:t>
      </w:r>
      <w:r>
        <w:t>likha hai ke Islam aur Musalman unique hain. zara ghor karo ke Islam bhi unique hai, Musalman bhi unique hai, ummat, ummat bhi unique hai.</w:t>
      </w:r>
    </w:p>
    <w:p>
      <w:pPr>
        <w:jc w:val="right"/>
      </w:pPr>
      <w:r>
        <w:t>لکھا ہے کہ اسلام اور مسلمان یونیک ہیں۔ ذرا غور کرو کہ اسلام بھی یونیک ہے، مسلمان بھی یونیک ہے، امت، امت بھی یونیک ہے۔</w:t>
      </w:r>
    </w:p>
    <w:p>
      <w:r>
        <w:rPr>
          <w:b/>
        </w:rPr>
        <w:t xml:space="preserve">[1:47:39] </w:t>
      </w:r>
      <w:r>
        <w:t>to yahi zehn mein paida hoga: Islam to bilashuba unique hai,</w:t>
      </w:r>
    </w:p>
    <w:p>
      <w:pPr>
        <w:jc w:val="right"/>
      </w:pPr>
      <w:r>
        <w:t>تو یہی ذہن میں پیدا ہوگا: اسلام تو بلاشبہ یونیک ہے،</w:t>
      </w:r>
    </w:p>
    <w:p>
      <w:r>
        <w:rPr>
          <w:b/>
        </w:rPr>
        <w:t xml:space="preserve">[1:47:44] </w:t>
      </w:r>
      <w:r>
        <w:t>Musalman unique nahi hai. Musalman to ek blnt bashar min khalq kiya aaya tha? woh kis surat mein? blnt bashar min khalq?</w:t>
      </w:r>
    </w:p>
    <w:p>
      <w:pPr>
        <w:jc w:val="right"/>
      </w:pPr>
      <w:r>
        <w:t>مسلمان یونیک نہیں ہے۔ مسلمان تو ایک بلنت بشر من خلق کیا آیا تھا؟ وہ کس صورت میں؟ بلنت بشر من خلق؟</w:t>
      </w:r>
    </w:p>
    <w:p>
      <w:r>
        <w:rPr>
          <w:b/>
        </w:rPr>
        <w:t xml:space="preserve">[1:47:54] </w:t>
      </w:r>
      <w:r>
        <w:t>ji,</w:t>
      </w:r>
    </w:p>
    <w:p>
      <w:pPr>
        <w:jc w:val="right"/>
      </w:pPr>
      <w:r>
        <w:t>جی،</w:t>
      </w:r>
    </w:p>
    <w:p>
      <w:r>
        <w:rPr>
          <w:b/>
        </w:rPr>
        <w:t xml:space="preserve">[1:47:56] </w:t>
      </w:r>
      <w:r>
        <w:t>kya kya ayat hai? blnt bashar mamn khalq, blnt bashar mamn khalq, jaise doosra insaan hai. us waqt Musalman mein hairan reh gaya ke is Quran ko bant rahe hain ghair Muslimon mein, jis mein khud likh rakha hai ke Musalman unique ummah hai.</w:t>
      </w:r>
    </w:p>
    <w:p>
      <w:pPr>
        <w:jc w:val="right"/>
      </w:pPr>
      <w:r>
        <w:t>کیا کیا آیت ہے؟ بلنت بشر ممن خلق، بلنت بشر ممن خلق، جیسے دوسرا انسان ہے۔ اس وقت مسلمان میں حیران رہ گیا کہ اس قرآن کو بانٹ رہے ہیں غیر مسلموں میں، جس میں خود لکھ رکھا ہے کہ مسلمان یونیک امہ ہے۔</w:t>
      </w:r>
    </w:p>
    <w:p>
      <w:r>
        <w:rPr>
          <w:b/>
        </w:rPr>
        <w:t xml:space="preserve">[1:48:14] </w:t>
      </w:r>
      <w:r>
        <w:t>bataiye ke, yani goya Khuda description karta hai.</w:t>
      </w:r>
    </w:p>
    <w:p>
      <w:pPr>
        <w:jc w:val="right"/>
      </w:pPr>
      <w:r>
        <w:t>بتائیے کہ، یعنی گویا خدا ڈسکرپشن کرتا ہے۔</w:t>
      </w:r>
    </w:p>
    <w:p>
      <w:r>
        <w:rPr>
          <w:b/>
        </w:rPr>
        <w:t xml:space="preserve">[1:48:20] </w:t>
      </w:r>
      <w:r>
        <w:t>to isi se logon ke andar yeh pak, is ko kehte hain woh, yaani self righteousness. hum kuch doosron se bartar hain, hum kuch behtar hain, hum khair ummat hain.</w:t>
      </w:r>
    </w:p>
    <w:p>
      <w:pPr>
        <w:jc w:val="right"/>
      </w:pPr>
      <w:r>
        <w:t>تو اسی سے لوگوں کے اندر یہ پاک، اس کو کہتے ہیں وہ، یعنی سیلف رائچسنس۔ ہم کچھ دوسروں سے برتر ہیں، ہم کچھ بہتر ہیں، ہم خیر امت ہیں۔</w:t>
      </w:r>
    </w:p>
    <w:p>
      <w:r>
        <w:rPr>
          <w:b/>
        </w:rPr>
        <w:t xml:space="preserve">[1:48:33] </w:t>
      </w:r>
      <w:r>
        <w:t>isi ki wajah se apne bare mein kaha jaye to bhark bharkenge aur doosron ke bare mein khoob bolenge, be takan.</w:t>
      </w:r>
    </w:p>
    <w:p>
      <w:pPr>
        <w:jc w:val="right"/>
      </w:pPr>
      <w:r>
        <w:t>اسی کی وجہ سے اپنے بارے میں کہا جائے تو بھڑک بھڑکیں گے اور دوسروں کے بارے میں خوب بولیں گے، بے تکان۔</w:t>
      </w:r>
    </w:p>
    <w:p>
      <w:r>
        <w:rPr>
          <w:b/>
        </w:rPr>
        <w:t xml:space="preserve">[1:48:41] </w:t>
      </w:r>
      <w:r>
        <w:t>to mujhe hairaan laga ke woh quran, is mein likha hua tha ke ghair muslimon ke mein phailane ke liye, aur is mein di, is mein forward word nahi likha hua hai.</w:t>
      </w:r>
    </w:p>
    <w:p>
      <w:pPr>
        <w:jc w:val="right"/>
      </w:pPr>
      <w:r>
        <w:t>تو مجھے حیران لگا کہ وہ قرآن، اس میں لکھا ہوا تھا کہ غیر مسلموں کے میں پھیلانے کے لیے، اور اس میں دی، اس میں فورورڈ ورڈ نہیں لکھا ہوا ہے۔</w:t>
      </w:r>
    </w:p>
    <w:p>
      <w:r>
        <w:rPr>
          <w:b/>
        </w:rPr>
        <w:t xml:space="preserve">[1:48:53] </w:t>
      </w:r>
      <w:r>
        <w:t>kya kya kya tha? to bhai, is mein yahi tha ke islam aur muslim ummah unique hain. ji ji ji,</w:t>
      </w:r>
    </w:p>
    <w:p>
      <w:pPr>
        <w:jc w:val="right"/>
      </w:pPr>
      <w:r>
        <w:t>کیا کیا کیا تھا؟ تو بھئی، اس میں یہی تھا کہ اسلام اور مسلم امہ یونیک ہیں۔ جی جی جی،</w:t>
      </w:r>
    </w:p>
    <w:p>
      <w:r>
        <w:rPr>
          <w:b/>
        </w:rPr>
        <w:t xml:space="preserve">[1:49:00] </w:t>
      </w:r>
      <w:r>
        <w:t>mere paas maujood hai, kuch aap aa ke dekh sakte hain. islam bilashuba unique hai, lekin unique is tarah se mein bhi unique ka lafz tab bhi mein nahi bolunga.</w:t>
      </w:r>
    </w:p>
    <w:p>
      <w:pPr>
        <w:jc w:val="right"/>
      </w:pPr>
      <w:r>
        <w:t>میرے پاس موجود ہے، کچھ آپ آ کے دیکھ سکتے ہیں۔ اسلام بلاشبہ یونیک ہے، لیکن یونیک اس طرح سے میں بھی یونیک کا لفظ تب بھی میں نہیں بولوں گا۔</w:t>
      </w:r>
    </w:p>
    <w:p>
      <w:r>
        <w:rPr>
          <w:b/>
        </w:rPr>
        <w:t xml:space="preserve">[1:49:12] </w:t>
      </w:r>
      <w:r>
        <w:t>mein kahunga ke islam jo hai, preserved religion hai, mehfooz religion. har har mazhab jo tha, wohi tha, jaisa ke islam hai, jo Allah ne bheja.</w:t>
      </w:r>
    </w:p>
    <w:p>
      <w:pPr>
        <w:jc w:val="right"/>
      </w:pPr>
      <w:r>
        <w:t>میں کہوں گا کہ اسلام جو ہے، پریزروڈ ریلیجن ہے، محفوظ ریلیجن۔ ہر ہر مذہب جو تھا، وہی تھا، جیسا کہ اسلام ہے، جو اللہ نے بھیجا۔</w:t>
      </w:r>
    </w:p>
    <w:p>
      <w:r>
        <w:rPr>
          <w:b/>
        </w:rPr>
        <w:t xml:space="preserve">[1:49:24] </w:t>
      </w:r>
      <w:r>
        <w:t>to islam jo hai, kuch superior hai, doosre pichle mazahib jo the, inferior the, aisa nahi, kuch bhi nahi.</w:t>
      </w:r>
    </w:p>
    <w:p>
      <w:pPr>
        <w:jc w:val="right"/>
      </w:pPr>
      <w:r>
        <w:t>تو اسلام جو ہے، کچھ سپیریئر ہے، دوسرے پچھلے مذاہب جو تھے، انفیریئر تھے، ایسا نہیں، کچھ بھی نہیں۔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