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Time for Introspection 26 Feb 2012 Maulana Wahiduddin Khan</w:t>
      </w:r>
    </w:p>
    <w:p>
      <w:r>
        <w:t>https://www.youtube.com/watch?v=BcLQtml1o1E</w:t>
      </w:r>
    </w:p>
    <w:p>
      <w:r>
        <w:rPr>
          <w:b/>
        </w:rPr>
        <w:t xml:space="preserve">[00:14] </w:t>
      </w:r>
      <w:r>
        <w:t>bismillah hir rahman nir rahim. wa salallahu ala nabiyyil karim. rab ishrah li sadri, wa yassir li amri,</w:t>
      </w:r>
    </w:p>
    <w:p>
      <w:pPr>
        <w:jc w:val="right"/>
      </w:pPr>
      <w:r>
        <w:t>سم اللہ الرحمن الرحیم۔ وصلی اللہ علی النبی الکریم۔ رب اشرح لی صدری، ویسر لی امری،</w:t>
      </w:r>
    </w:p>
    <w:p>
      <w:r>
        <w:rPr>
          <w:b/>
        </w:rPr>
        <w:t xml:space="preserve">[00:29] </w:t>
      </w:r>
      <w:r>
        <w:t>wahlul uqdatan min lisani, yafqahu qawli.</w:t>
      </w:r>
    </w:p>
    <w:p>
      <w:pPr>
        <w:jc w:val="right"/>
      </w:pPr>
      <w:r>
        <w:t>واحل العقدۃ من لسانی، یفقہ قولی۔</w:t>
      </w:r>
    </w:p>
    <w:p>
      <w:r>
        <w:rPr>
          <w:b/>
        </w:rPr>
        <w:t xml:space="preserve">[00:39] </w:t>
      </w:r>
      <w:r>
        <w:t>aaj ka topic hai:</w:t>
      </w:r>
    </w:p>
    <w:p>
      <w:pPr>
        <w:jc w:val="right"/>
      </w:pPr>
      <w:r>
        <w:t>آج کا ٹاپک ہے:</w:t>
      </w:r>
    </w:p>
    <w:p>
      <w:r>
        <w:rPr>
          <w:b/>
        </w:rPr>
        <w:t xml:space="preserve">[00:44] </w:t>
      </w:r>
      <w:r>
        <w:t>time for introspection. yani muhasbe ka waqt.</w:t>
      </w:r>
    </w:p>
    <w:p>
      <w:pPr>
        <w:jc w:val="right"/>
      </w:pPr>
      <w:r>
        <w:t>ٹائم فار انٹراسپیکشن۔ یعنی محاسبے کا وقت۔</w:t>
      </w:r>
    </w:p>
    <w:p>
      <w:r>
        <w:rPr>
          <w:b/>
        </w:rPr>
        <w:t xml:space="preserve">[00:58] </w:t>
      </w:r>
      <w:r>
        <w:t>musalmanon ke liye ya ummat e muslima ke liye is waqt jo baat hai woh muhasbe ka waqt hai.</w:t>
      </w:r>
    </w:p>
    <w:p>
      <w:pPr>
        <w:jc w:val="right"/>
      </w:pPr>
      <w:r>
        <w:t>مسلمانوں کے لیے یا امت مسلمہ کے لیے اس وقت جو بات ہے وہ محاسبے کا وقت ہے۔</w:t>
      </w:r>
    </w:p>
    <w:p>
      <w:r>
        <w:rPr>
          <w:b/>
        </w:rPr>
        <w:t xml:space="preserve">[01:09] </w:t>
      </w:r>
      <w:r>
        <w:t>muhasba kya hai? zindagi mein bar bar aisa hota hai ke chahe koi individual ho, chahe koi community ho, ghalat raste par chal parti hai.</w:t>
      </w:r>
    </w:p>
    <w:p>
      <w:pPr>
        <w:jc w:val="right"/>
      </w:pPr>
      <w:r>
        <w:t>محاسبہ کیا ہے؟ زندگی میں بار بار ایسا ہوتا ہے کہ چاہے کوئی انڈیویجول ہو، چاہے کوئی کمیونٹی ہو، غلط راستے پر چل پڑتی ہے۔</w:t>
      </w:r>
    </w:p>
    <w:p>
      <w:r>
        <w:rPr>
          <w:b/>
        </w:rPr>
        <w:t xml:space="preserve">[01:26] </w:t>
      </w:r>
      <w:r>
        <w:t>hamesha aisa hota hai.</w:t>
      </w:r>
    </w:p>
    <w:p>
      <w:pPr>
        <w:jc w:val="right"/>
      </w:pPr>
      <w:r>
        <w:t>ہمیشہ ایسا ہوتا ہے۔</w:t>
      </w:r>
    </w:p>
    <w:p>
      <w:r>
        <w:rPr>
          <w:b/>
        </w:rPr>
        <w:t xml:space="preserve">[01:29] </w:t>
      </w:r>
      <w:r>
        <w:t>to kiya karna parta hai? phir se sochna parta hai. re assess karna parta hai, revise karna parta hai.</w:t>
      </w:r>
    </w:p>
    <w:p>
      <w:pPr>
        <w:jc w:val="right"/>
      </w:pPr>
      <w:r>
        <w:t>تو کیا کرنا پڑتا ہے؟ پھر سے سوچنا پڑتا ہے۔ ری اسس کرنا پڑتا ہے، ریوائز کرنا پڑتا ہے۔</w:t>
      </w:r>
    </w:p>
    <w:p>
      <w:r>
        <w:rPr>
          <w:b/>
        </w:rPr>
        <w:t xml:space="preserve">[01:39] </w:t>
      </w:r>
      <w:r>
        <w:t>re thinking karni parti hai. aur peechay lootna parta hai taake dobara right track par aap apna safar shuru kar saken.</w:t>
      </w:r>
    </w:p>
    <w:p>
      <w:pPr>
        <w:jc w:val="right"/>
      </w:pPr>
      <w:r>
        <w:t>ری تھنکنگ کرنی پڑتی ہے۔ اور پیچھے لوٹنا پڑتا ہے تاکہ دوبارہ رائٹ ٹریک پر آپ اپنا سفر شروع کر سکیں۔</w:t>
      </w:r>
    </w:p>
    <w:p>
      <w:r>
        <w:rPr>
          <w:b/>
        </w:rPr>
        <w:t xml:space="preserve">[01:54] </w:t>
      </w:r>
      <w:r>
        <w:t>yeh sab log aisa karte hain.</w:t>
      </w:r>
    </w:p>
    <w:p>
      <w:pPr>
        <w:jc w:val="right"/>
      </w:pPr>
      <w:r>
        <w:t>یہ سب لوگ ایسا کرتے ہیں۔</w:t>
      </w:r>
    </w:p>
    <w:p>
      <w:r>
        <w:rPr>
          <w:b/>
        </w:rPr>
        <w:t xml:space="preserve">[01:56] </w:t>
      </w:r>
      <w:r>
        <w:t>agar aisa na karen to zindagi mein koi bari success unhein nahin mile gi.</w:t>
      </w:r>
    </w:p>
    <w:p>
      <w:pPr>
        <w:jc w:val="right"/>
      </w:pPr>
      <w:r>
        <w:t>اگر ایسا نہ کریں تو زندگی میں کوئی بڑی سکسیس انہیں نہیں ملے گی۔</w:t>
      </w:r>
    </w:p>
    <w:p>
      <w:r>
        <w:rPr>
          <w:b/>
        </w:rPr>
        <w:t xml:space="preserve">[02:08] </w:t>
      </w:r>
      <w:r>
        <w:t>misal ke tor par dekhiye,</w:t>
      </w:r>
    </w:p>
    <w:p>
      <w:pPr>
        <w:jc w:val="right"/>
      </w:pPr>
      <w:r>
        <w:t>مثال کے طور پر دیکھیے،</w:t>
      </w:r>
    </w:p>
    <w:p>
      <w:r>
        <w:rPr>
          <w:b/>
        </w:rPr>
        <w:t xml:space="preserve">[02:15] </w:t>
      </w:r>
      <w:r>
        <w:t>russia ne jab ke woh commercial empire tha, apni faujen dakhil kar dein afghanistan mein.</w:t>
      </w:r>
    </w:p>
    <w:p>
      <w:pPr>
        <w:jc w:val="right"/>
      </w:pPr>
      <w:r>
        <w:t>رشیا نے جب کہ وہ کمرشل ایمپائر تھا، اپنی فوجیں داخل کر دیں افغانستان میں۔</w:t>
      </w:r>
    </w:p>
    <w:p>
      <w:r>
        <w:rPr>
          <w:b/>
        </w:rPr>
        <w:t xml:space="preserve">[02:26] </w:t>
      </w:r>
      <w:r>
        <w:t>woh chahta tha ke afghanistan par apna qabza kar le. lekin tajrube ke baad maloom hua ke afghanistan par woh fauj ke zariye qabza nahin kar sakte.</w:t>
      </w:r>
    </w:p>
    <w:p>
      <w:pPr>
        <w:jc w:val="right"/>
      </w:pPr>
      <w:r>
        <w:t>وہ چاہتا تھا کہ افغانستان پر اپنا قبضہ کر لے۔ لیکن تجربے کے بعد معلوم ہوا کہ افغانستان پر وہ فوج کے ذریعے قبضہ نہیں کر سکتے۔</w:t>
      </w:r>
    </w:p>
    <w:p>
      <w:r>
        <w:rPr>
          <w:b/>
        </w:rPr>
        <w:t xml:space="preserve">[02:44] </w:t>
      </w:r>
      <w:r>
        <w:t>to russia ne kiya kiya? naya faisla liya. apni faujon ko wapas bula liya.</w:t>
      </w:r>
    </w:p>
    <w:p>
      <w:pPr>
        <w:jc w:val="right"/>
      </w:pPr>
      <w:r>
        <w:t>تو روس نے کیا کیا؟ نیا فیصلہ لیا۔ اپنی فوجوں کو واپس بلا لیا۔</w:t>
      </w:r>
    </w:p>
    <w:p>
      <w:r>
        <w:rPr>
          <w:b/>
        </w:rPr>
        <w:t xml:space="preserve">[02:55] </w:t>
      </w:r>
      <w:r>
        <w:t>yehi muamla khud doosri super power jo america hai us ke sath hua. america ke sath kai bar hua.</w:t>
      </w:r>
    </w:p>
    <w:p>
      <w:pPr>
        <w:jc w:val="right"/>
      </w:pPr>
      <w:r>
        <w:t>یہی معاملہ خود دوسری سپر پاور جو امریکہ ہے اس کے ساتھ ہوا۔ امریکہ کے ساتھ کئی بار ہوا۔</w:t>
      </w:r>
    </w:p>
    <w:p>
      <w:r>
        <w:rPr>
          <w:b/>
        </w:rPr>
        <w:t xml:space="preserve">[03:05] </w:t>
      </w:r>
      <w:r>
        <w:t>is se pehle america vietnam mein dakhil ho gaya tha apni faujon ke sath. phir 11 saal ke baad wapas hua.</w:t>
      </w:r>
    </w:p>
    <w:p>
      <w:pPr>
        <w:jc w:val="right"/>
      </w:pPr>
      <w:r>
        <w:t>اس سے پہلے امریکہ ویتنام میں داخل ہو گیا تھا اپنی فوجوں کے ساتھ۔ پھر 11 سال کے بعد واپس ہوا۔</w:t>
      </w:r>
    </w:p>
    <w:p>
      <w:r>
        <w:rPr>
          <w:b/>
        </w:rPr>
        <w:t xml:space="preserve">[03:17] </w:t>
      </w:r>
      <w:r>
        <w:t>aise hi america dakhil ho gaya iraq mein, afghanistan mein, ab wahan se wapsi kar raha hai woh.</w:t>
      </w:r>
    </w:p>
    <w:p>
      <w:pPr>
        <w:jc w:val="right"/>
      </w:pPr>
      <w:r>
        <w:t>ایسے ہی امریکہ داخل ہو گیا عراق میں، افغانستان میں، اب وہاں سے واپسی کر رہا ہے وہ۔</w:t>
      </w:r>
    </w:p>
    <w:p>
      <w:r>
        <w:rPr>
          <w:b/>
        </w:rPr>
        <w:t xml:space="preserve">[03:27] </w:t>
      </w:r>
      <w:r>
        <w:t>kyun ke maloom hua ke yeh jo step liya tha woh step that was beyond its capacity.</w:t>
      </w:r>
    </w:p>
    <w:p>
      <w:pPr>
        <w:jc w:val="right"/>
      </w:pPr>
      <w:r>
        <w:t>کیونکہ معلوم ہوا کہ یہ جو اسٹیپ لیا تھا وہ اسٹیپ دیٹ واز بیونڈ اٹس کیپیسٹی۔</w:t>
      </w:r>
    </w:p>
    <w:p>
      <w:r>
        <w:rPr>
          <w:b/>
        </w:rPr>
        <w:t xml:space="preserve">[03:44] </w:t>
      </w:r>
      <w:r>
        <w:t>yehi misalein doosron ke bhi hain. ab dekhiye second world war mein japan, germany, britain, yeh sab involve the.</w:t>
      </w:r>
    </w:p>
    <w:p>
      <w:pPr>
        <w:jc w:val="right"/>
      </w:pPr>
      <w:r>
        <w:t>یہی مثالیں دوسروں کے بھی ہیں۔ اب دیکھیے سیکنڈ ورلڈ وار میں جاپان، جرمنی، برطانیہ، یہ سب انوالو تھے۔</w:t>
      </w:r>
    </w:p>
    <w:p>
      <w:r>
        <w:rPr>
          <w:b/>
        </w:rPr>
        <w:t xml:space="preserve">[03:59] </w:t>
      </w:r>
      <w:r>
        <w:t>france. har ek ne dekha ke woh apni fauj ke zariye apna goal jo hai woh hasil nahin kar sakte.</w:t>
      </w:r>
    </w:p>
    <w:p>
      <w:pPr>
        <w:jc w:val="right"/>
      </w:pPr>
      <w:r>
        <w:t>فرانس۔ ہر ایک نے دیکھا کہ وہ اپنی فوج کے ذریعے اپنا گول جو ہے وہ حاصل نہیں کر سکتے۔</w:t>
      </w:r>
    </w:p>
    <w:p>
      <w:r>
        <w:rPr>
          <w:b/>
        </w:rPr>
        <w:t xml:space="preserve">[04:11] </w:t>
      </w:r>
      <w:r>
        <w:t>to har ek loota peechay, har ek ne u turn liya. ab dekhiye france jo hai africa se wapas le, africa mein us ne apni faujen qaim kar rakhi theen.</w:t>
      </w:r>
    </w:p>
    <w:p>
      <w:pPr>
        <w:jc w:val="right"/>
      </w:pPr>
      <w:r>
        <w:t>تو ہر ایک لوٹا پیچھے، ہر ایک نے یو ٹرن لیا۔ اب دیکھیے فرانس جو ہے افریقہ سے واپس لے، افریقہ میں اس نے اپنی فوجیں قائم کر رکھی تھیں۔</w:t>
      </w:r>
    </w:p>
    <w:p>
      <w:r>
        <w:rPr>
          <w:b/>
        </w:rPr>
        <w:t xml:space="preserve">[04:23] </w:t>
      </w:r>
      <w:r>
        <w:t>africa ke kai mulk jaise buraco, algeria waghera ko woh apna province manta tha. to us ne apni faujen wapas le leen wahan se.</w:t>
      </w:r>
    </w:p>
    <w:p>
      <w:pPr>
        <w:jc w:val="right"/>
      </w:pPr>
      <w:r>
        <w:t>افریقہ کے کئی ملک جیسے براکو، الجیریا وغیرہ کو وہ اپنا پروونس مانتا تھا۔ تو اس نے اپنی فوجیں واپس لے لیں وہاں سے۔</w:t>
      </w:r>
    </w:p>
    <w:p>
      <w:r>
        <w:rPr>
          <w:b/>
        </w:rPr>
        <w:t xml:space="preserve">[04:36] </w:t>
      </w:r>
      <w:r>
        <w:t>germany aur japan samajhte the apne ko superior race. woh samajhte the ke germany ko aur japan ko haq hai ke woh doosron par hukoomat karen.</w:t>
      </w:r>
    </w:p>
    <w:p>
      <w:pPr>
        <w:jc w:val="right"/>
      </w:pPr>
      <w:r>
        <w:t>جرمنی اور جاپان سمجھتے تھے اپنے کو سپیریئر ریس۔ وہ سمجھتے تھے کہ جرمنی کو اور جاپان کو حق ہے کہ وہ دوسروں پر حکومت کریں۔</w:t>
      </w:r>
    </w:p>
    <w:p>
      <w:r>
        <w:rPr>
          <w:b/>
        </w:rPr>
        <w:t xml:space="preserve">[04:49] </w:t>
      </w:r>
      <w:r>
        <w:t>lekin second world war mein yeh khwab shatter ho gaya.</w:t>
      </w:r>
    </w:p>
    <w:p>
      <w:pPr>
        <w:jc w:val="right"/>
      </w:pPr>
      <w:r>
        <w:t>لیکن سیکنڈ ورلڈ وار میں یہ خواب شٹر ہو گیا۔</w:t>
      </w:r>
    </w:p>
    <w:p>
      <w:r>
        <w:rPr>
          <w:b/>
        </w:rPr>
        <w:t xml:space="preserve">[04:53] </w:t>
      </w:r>
      <w:r>
        <w:t>to dono simat gaye. ab germany apne mulk mein kaam kar raha hai, japan apne mulk mein kaam kar raha hai. expansion ka yeh soch khatam kar di unhon ne.</w:t>
      </w:r>
    </w:p>
    <w:p>
      <w:pPr>
        <w:jc w:val="right"/>
      </w:pPr>
      <w:r>
        <w:t>تو دونوں سمٹ گئے۔ اب جرمنی اپنے ملک میں کام کر رہا ہے، جاپان اپنے ملک میں کام کر رہا ہے۔ ایکسپینشن کا یہ سوچ ختم کر دی انہوں نے۔</w:t>
      </w:r>
    </w:p>
    <w:p>
      <w:r>
        <w:rPr>
          <w:b/>
        </w:rPr>
        <w:t xml:space="preserve">[05:06] </w:t>
      </w:r>
      <w:r>
        <w:t>aise hi UK ka haal hua. britain ka. ab dekhiye india mein qareeb 200 saal tak, yaani british company se le kar british government tak,</w:t>
      </w:r>
    </w:p>
    <w:p>
      <w:pPr>
        <w:jc w:val="right"/>
      </w:pPr>
      <w:r>
        <w:t>ایسے ہی یو کے کا حال ہوا۔ برٹن کا۔ اب دیکھیے انڈیا میں قریب 200 سال تک، یعنی برٹش کمپنی سے لے کر برٹش گورنمنٹ تک،</w:t>
      </w:r>
    </w:p>
    <w:p>
      <w:r>
        <w:rPr>
          <w:b/>
        </w:rPr>
        <w:t xml:space="preserve">[05:21] </w:t>
      </w:r>
      <w:r>
        <w:t>taqreeban 200 saal unhon ne hukoomat ki.</w:t>
      </w:r>
    </w:p>
    <w:p>
      <w:pPr>
        <w:jc w:val="right"/>
      </w:pPr>
      <w:r>
        <w:t>تقریباً 200 سال انہوں نے حکومت کی۔</w:t>
      </w:r>
    </w:p>
    <w:p>
      <w:r>
        <w:rPr>
          <w:b/>
        </w:rPr>
        <w:t xml:space="preserve">[05:25] </w:t>
      </w:r>
      <w:r>
        <w:t>phir second world war hui, unhon ne mehsoos kiya ke ab hum india ko apne qabze mein nahin rakh sakte.</w:t>
      </w:r>
    </w:p>
    <w:p>
      <w:pPr>
        <w:jc w:val="right"/>
      </w:pPr>
      <w:r>
        <w:t>پھر سیکنڈ ورلڈ وار ہوئی، انہوں نے محسوس کیا کہ اب ہم انڈیا کو اپنے قبضے میں نہیں رکھ سکتے۔</w:t>
      </w:r>
    </w:p>
    <w:p>
      <w:r>
        <w:rPr>
          <w:b/>
        </w:rPr>
        <w:t xml:space="preserve">[05:35] </w:t>
      </w:r>
      <w:r>
        <w:t>to wapas chale gaye. yaani wohi angrez jo 1857 mein, aap jante hain ke 1857 mein hindustan mein un ke khilaf aik revolt hua,</w:t>
      </w:r>
    </w:p>
    <w:p>
      <w:pPr>
        <w:jc w:val="right"/>
      </w:pPr>
      <w:r>
        <w:t>تو واپس چلے گئے۔ یعنی وہی انگریز جو 1857 میں، آپ جانتے ہیں کہ 1857 میں ہندوستان میں ان کے خلاف ایک ریولٹ ہوا،</w:t>
      </w:r>
    </w:p>
    <w:p>
      <w:r>
        <w:rPr>
          <w:b/>
        </w:rPr>
        <w:t xml:space="preserve">[05:53] </w:t>
      </w:r>
      <w:r>
        <w:t>hathiyar le kar nikal pare log.</w:t>
      </w:r>
    </w:p>
    <w:p>
      <w:pPr>
        <w:jc w:val="right"/>
      </w:pPr>
      <w:r>
        <w:t>ہتھیار لے کر نکل پڑے لوگ۔</w:t>
      </w:r>
    </w:p>
    <w:p>
      <w:r>
        <w:rPr>
          <w:b/>
        </w:rPr>
        <w:t xml:space="preserve">[05:55] </w:t>
      </w:r>
      <w:r>
        <w:t>us waqt britain ne un ko crush kar diya bandook ki taqat se. wohi britain dekhiye 47 mein baghair gun ke wapas chala gaya.</w:t>
      </w:r>
    </w:p>
    <w:p>
      <w:pPr>
        <w:jc w:val="right"/>
      </w:pPr>
      <w:r>
        <w:t>اس وقت برطانیہ نے ان کو کرش کر دیا بندوق کی طاقت سے۔ وہی برطانیہ دیکھیے 47 میں بغیر گن کے واپس چلا گیا۔</w:t>
      </w:r>
    </w:p>
    <w:p>
      <w:r>
        <w:rPr>
          <w:b/>
        </w:rPr>
        <w:t xml:space="preserve">[06:12] </w:t>
      </w:r>
      <w:r>
        <w:t>yani ahl-e-insaf ki taqat se wapas chala gaya. to yeh tamam qaumein karti hain. lekin musalmanon ka case bohat ajeeb hai.</w:t>
      </w:r>
    </w:p>
    <w:p>
      <w:pPr>
        <w:jc w:val="right"/>
      </w:pPr>
      <w:r>
        <w:t>یعنی اہل انصاف کی طاقت سے واپس چلا گیا۔ تو یہ تمام قومیں کرتی ہیں۔ لیکن مسلمانوں کا کیس بہت عجیب ہے۔</w:t>
      </w:r>
    </w:p>
    <w:p>
      <w:r>
        <w:rPr>
          <w:b/>
        </w:rPr>
        <w:t xml:space="preserve">[06:26] </w:t>
      </w:r>
      <w:r>
        <w:t>musalman 200 saal se larai lad rahe hain. aaj tak in mein rethinkng nahi aai, u-turn ka mizaj nahi aaya.</w:t>
      </w:r>
    </w:p>
    <w:p>
      <w:pPr>
        <w:jc w:val="right"/>
      </w:pPr>
      <w:r>
        <w:t>مسلمان 200 سال سے لڑائی لڑ رہے ہیں۔ آج تک ان میں ری تھنکنگ نہیں آئی، یو ٹرن کا مزاج نہیں آیا۔</w:t>
      </w:r>
    </w:p>
    <w:p>
      <w:r>
        <w:rPr>
          <w:b/>
        </w:rPr>
        <w:t xml:space="preserve">[06:37] </w:t>
      </w:r>
      <w:r>
        <w:t>200 saal mein is liye kehta hoon ke</w:t>
      </w:r>
    </w:p>
    <w:p>
      <w:pPr>
        <w:jc w:val="right"/>
      </w:pPr>
      <w:r>
        <w:t>200 سال میں اس لیے کہتا ہوں کہ</w:t>
      </w:r>
    </w:p>
    <w:p>
      <w:r>
        <w:rPr>
          <w:b/>
        </w:rPr>
        <w:t xml:space="preserve">[06:45] </w:t>
      </w:r>
      <w:r>
        <w:t>aisa hua tha ke 1799 mein ek taraf angrezon ne Sultan Tipu ki fauj ko shikast di aur doosri taraf usi saal Europe ne Turkish Empire ko, un ka jo naval fleet tha,</w:t>
      </w:r>
    </w:p>
    <w:p>
      <w:pPr>
        <w:jc w:val="right"/>
      </w:pPr>
      <w:r>
        <w:t>ایسا ہوا تھا کہ 1799 میں ایک طرف انگریزوں نے سلطان ٹیپو کی فوج کو شکست دی اور دوسری طرف اسی سال یورپ نے ٹرکش ایمپائر کو، ان کا جو نیول فلیٹ تھا،</w:t>
      </w:r>
    </w:p>
    <w:p>
      <w:r>
        <w:rPr>
          <w:b/>
        </w:rPr>
        <w:t xml:space="preserve">[07:07] </w:t>
      </w:r>
      <w:r>
        <w:t>wo samandar mein gharaq kar diya.</w:t>
      </w:r>
    </w:p>
    <w:p>
      <w:pPr>
        <w:jc w:val="right"/>
      </w:pPr>
      <w:r>
        <w:t>وہ سمندر میں غرق کر دیا۔</w:t>
      </w:r>
    </w:p>
    <w:p>
      <w:r>
        <w:rPr>
          <w:b/>
        </w:rPr>
        <w:t xml:space="preserve">[07:11] </w:t>
      </w:r>
      <w:r>
        <w:t>to yahan se shuru hua musalmanon ki nai struggle,</w:t>
      </w:r>
    </w:p>
    <w:p>
      <w:pPr>
        <w:jc w:val="right"/>
      </w:pPr>
      <w:r>
        <w:t>تو یہاں سے شروع ہوا مسلمانوں کی نئی سٹرگل،</w:t>
      </w:r>
    </w:p>
    <w:p>
      <w:r>
        <w:rPr>
          <w:b/>
        </w:rPr>
        <w:t xml:space="preserve">[07:19] </w:t>
      </w:r>
      <w:r>
        <w:t>armed struggle. jagah jagah musalman lade chale ja rahe hain, abhi tak lad rahe hain. Falasteen mein lad rahe hain, Kashmir mein ladte ladte thak gaye.</w:t>
      </w:r>
    </w:p>
    <w:p>
      <w:pPr>
        <w:jc w:val="right"/>
      </w:pPr>
      <w:r>
        <w:t>ارمڈ سٹرگل۔ جگہ جگہ مسلمان لڑے چلے جا رہے ہیں، ابھی تک لڑ رہے ہیں۔ فلسطین میں لڑ رہے ہیں، کشمیر میں لڑتے لڑتے تھک گئے۔</w:t>
      </w:r>
    </w:p>
    <w:p>
      <w:r>
        <w:rPr>
          <w:b/>
        </w:rPr>
        <w:t xml:space="preserve">[07:32] </w:t>
      </w:r>
      <w:r>
        <w:t>har jagah larai chal rahi hai.</w:t>
      </w:r>
    </w:p>
    <w:p>
      <w:pPr>
        <w:jc w:val="right"/>
      </w:pPr>
      <w:r>
        <w:t>ہر جگہ لڑائی چل رہی ہے۔</w:t>
      </w:r>
    </w:p>
    <w:p>
      <w:r>
        <w:rPr>
          <w:b/>
        </w:rPr>
        <w:t xml:space="preserve">[07:39] </w:t>
      </w:r>
      <w:r>
        <w:t>khatm nahi kar rahe.</w:t>
      </w:r>
    </w:p>
    <w:p>
      <w:pPr>
        <w:jc w:val="right"/>
      </w:pPr>
      <w:r>
        <w:t>ختم نہیں کر رہے۔</w:t>
      </w:r>
    </w:p>
    <w:p>
      <w:r>
        <w:rPr>
          <w:b/>
        </w:rPr>
        <w:t xml:space="preserve">[07:46] </w:t>
      </w:r>
      <w:r>
        <w:t>to musalman apne ko exception samajh liya hai shayad unhon ne ke is qanoon se mustasna hain woh. Mujhe aisa hua kal mein TV par ek mashhoor speaker hain musalmanon ke, un ki taqreer suni.</w:t>
      </w:r>
    </w:p>
    <w:p>
      <w:pPr>
        <w:jc w:val="right"/>
      </w:pPr>
      <w:r>
        <w:t>تو مسلمان اپنے کو ایکسیپشن سمجھ لیا ہے شاید انہوں نے کہ اس قانون سے مستثنیٰ ہیں وہ۔ مجھے ایسا ہوا کل میں ٹی وی پر ایک مشہور اسپیکر ہیں مسلمانوں کے، ان کی تقریر سنی۔</w:t>
      </w:r>
    </w:p>
    <w:p>
      <w:r>
        <w:rPr>
          <w:b/>
        </w:rPr>
        <w:t xml:space="preserve">[08:06] </w:t>
      </w:r>
      <w:r>
        <w:t>bohat lambi speech thi.</w:t>
      </w:r>
    </w:p>
    <w:p>
      <w:pPr>
        <w:jc w:val="right"/>
      </w:pPr>
      <w:r>
        <w:t>بہت لمبی سپیچ تھی۔</w:t>
      </w:r>
    </w:p>
    <w:p>
      <w:r>
        <w:rPr>
          <w:b/>
        </w:rPr>
        <w:t xml:space="preserve">[08:11] </w:t>
      </w:r>
      <w:r>
        <w:t>to bohat josh o kharosh se bol rahe the woh.</w:t>
      </w:r>
    </w:p>
    <w:p>
      <w:pPr>
        <w:jc w:val="right"/>
      </w:pPr>
      <w:r>
        <w:t>تو بہت جوش و خروش سے بول رہے تھے وہ۔</w:t>
      </w:r>
    </w:p>
    <w:p>
      <w:r>
        <w:rPr>
          <w:b/>
        </w:rPr>
        <w:t xml:space="preserve">[08:15] </w:t>
      </w:r>
      <w:r>
        <w:t>body language poora istemal karte hue. Kya mauzu tha un ka? Ishq-e-Muhammadi. Bas Ishq-e-Muhammadi par toofan, alfaaz ka toofan barpa kar dete hain.</w:t>
      </w:r>
    </w:p>
    <w:p>
      <w:pPr>
        <w:jc w:val="right"/>
      </w:pPr>
      <w:r>
        <w:t>باڈی لینگویج پورا استعمال کرتے ہوئے۔ کیا موضوع تھا ان کا؟ عشق محمدی۔ بس عشق محمدی پر طوفان، الفاظ کا طوفان برپا کر دیتے ہیں۔</w:t>
      </w:r>
    </w:p>
    <w:p>
      <w:r>
        <w:rPr>
          <w:b/>
        </w:rPr>
        <w:t xml:space="preserve">[08:27] </w:t>
      </w:r>
      <w:r>
        <w:t>Ishq-e-Muhammadi hai to sari kainat hai.</w:t>
      </w:r>
    </w:p>
    <w:p>
      <w:pPr>
        <w:jc w:val="right"/>
      </w:pPr>
      <w:r>
        <w:t>عشق محمدی ہے تو ساری کائنات ہے۔</w:t>
      </w:r>
    </w:p>
    <w:p>
      <w:r>
        <w:rPr>
          <w:b/>
        </w:rPr>
        <w:t xml:space="preserve">[08:32] </w:t>
      </w:r>
      <w:r>
        <w:t>ke Muhammad se wafa to ne to hum tere hain. Yeh jahan cheez hai kaun o makan tere hain. Bas Ishq-e-Muhammadi hai to sab kuch hai.</w:t>
      </w:r>
    </w:p>
    <w:p>
      <w:pPr>
        <w:jc w:val="right"/>
      </w:pPr>
      <w:r>
        <w:t>کہ محمد سے وفا تو نے تو ہم تیرے ہیں۔ یہ جہاں چیز ہے کا کون و مکاں تیرے ہیں۔ بس عشق محمدی ہے تو سب کچھ ہے۔</w:t>
      </w:r>
    </w:p>
    <w:p>
      <w:r>
        <w:rPr>
          <w:b/>
        </w:rPr>
        <w:t xml:space="preserve">[08:45] </w:t>
      </w:r>
      <w:r>
        <w:t>to meri samajh mein aaya ke musalmanon se kya wajah hai ke realistic approach musalmanon se khatm ho gaya. Rational thinking khatm ho gayi hai.</w:t>
      </w:r>
    </w:p>
    <w:p>
      <w:pPr>
        <w:jc w:val="right"/>
      </w:pPr>
      <w:r>
        <w:t>تو میری سمجھ میں آیا کہ مسلمانوں سے کیا وجہ ہے کہ ریلسٹک اپروچ مسلمانوں سے ختم ہو گیا۔ ریشنل تھنکنگ ختم ہو گئی ہے۔</w:t>
      </w:r>
    </w:p>
    <w:p>
      <w:r>
        <w:rPr>
          <w:b/>
        </w:rPr>
        <w:t xml:space="preserve">[08:57] </w:t>
      </w:r>
      <w:r>
        <w:t>kahin bhi aap jaiye aur musalmanon se kahiye ke kyun larai lad rahe ho Afghanistan mein, Iraq mein, Pakistan mein, Falasteen mein, jahan bhi jaiye aap.</w:t>
      </w:r>
    </w:p>
    <w:p>
      <w:pPr>
        <w:jc w:val="right"/>
      </w:pPr>
      <w:r>
        <w:t>کہیں بھی آپ جائیے اور مسلمانوں سے کہیے کہ کیوں لڑائی لڑ رہے ہو افغانستان میں، عراق میں، پاکستان میں، فلسطین میں، جہاں بھی جائیے آپ۔</w:t>
      </w:r>
    </w:p>
    <w:p>
      <w:r>
        <w:rPr>
          <w:b/>
        </w:rPr>
        <w:t xml:space="preserve">[09:11] </w:t>
      </w:r>
      <w:r>
        <w:t>to koi sunenge nahi aap ki baat.</w:t>
      </w:r>
    </w:p>
    <w:p>
      <w:pPr>
        <w:jc w:val="right"/>
      </w:pPr>
      <w:r>
        <w:t>تو کوئی سنیں گے نہیں آپ کی بات۔</w:t>
      </w:r>
    </w:p>
    <w:p>
      <w:r>
        <w:rPr>
          <w:b/>
        </w:rPr>
        <w:t xml:space="preserve">[09:15] </w:t>
      </w:r>
      <w:r>
        <w:t>koi logical, koi logic, koi reason in ko appeal nahi karega. Kyun? Musalman apne fakhr mein jeeta hai, Ishq-e-Muhammadi mein jeeta hai.</w:t>
      </w:r>
    </w:p>
    <w:p>
      <w:pPr>
        <w:jc w:val="right"/>
      </w:pPr>
      <w:r>
        <w:t>کوئی لاجیکل، کوئی لاجک، کوئی ریزن ان کو اپیل نہیں کرے گا۔ کیوں؟ مسلمان اپنے فخر میں جیتا ہے، عشق محمدی میں جیتا ہے۔</w:t>
      </w:r>
    </w:p>
    <w:p>
      <w:r>
        <w:rPr>
          <w:b/>
        </w:rPr>
        <w:t xml:space="preserve">[09:27] </w:t>
      </w:r>
      <w:r>
        <w:t>Ishq-e-Muhammadi kya hai? Ek ek</w:t>
      </w:r>
    </w:p>
    <w:p>
      <w:pPr>
        <w:jc w:val="right"/>
      </w:pPr>
      <w:r>
        <w:t>عشق محمدی کیا ہے؟ ایک ایک</w:t>
      </w:r>
    </w:p>
    <w:p>
      <w:r>
        <w:rPr>
          <w:b/>
        </w:rPr>
        <w:t xml:space="preserve">[09:34] </w:t>
      </w:r>
      <w:r>
        <w:t>ek mysterious type ki wishful thinking.</w:t>
      </w:r>
    </w:p>
    <w:p>
      <w:pPr>
        <w:jc w:val="right"/>
      </w:pPr>
      <w:r>
        <w:t>ایک مسٹیریس ٹائپ کی وشل تھنکنگ۔</w:t>
      </w:r>
    </w:p>
    <w:p>
      <w:r>
        <w:rPr>
          <w:b/>
        </w:rPr>
        <w:t xml:space="preserve">[09:40] </w:t>
      </w:r>
      <w:r>
        <w:t>mysterious type ki wish</w:t>
      </w:r>
    </w:p>
    <w:p>
      <w:pPr>
        <w:jc w:val="right"/>
      </w:pPr>
      <w:r>
        <w:t>مسٹیریس ٹائپ کی وش</w:t>
      </w:r>
    </w:p>
    <w:p>
      <w:r>
        <w:rPr>
          <w:b/>
        </w:rPr>
        <w:t xml:space="preserve">[09:42] </w:t>
      </w:r>
      <w:r>
        <w:t>ful thinking. Yani Khuda ne sab kuch de diya hamare Paighambar ko, ab bas Paighambar jis ko denge us ko mil jayega. That is a mysterious type of wishful thinking.</w:t>
      </w:r>
    </w:p>
    <w:p>
      <w:pPr>
        <w:jc w:val="right"/>
      </w:pPr>
      <w:r>
        <w:t>ل تھنکنگ۔ یعنی خدا نے سب کچھ دے دیا ہمارے پیغمبر کو، اب بس پیغمبر جس کو دیں گے اس کو مل جائے گا۔ دیٹ از ا مسٹیریس ٹائپ اف وش فل تھنکنگ۔</w:t>
      </w:r>
    </w:p>
    <w:p>
      <w:r>
        <w:rPr>
          <w:b/>
        </w:rPr>
        <w:t xml:space="preserve">[09:56] </w:t>
      </w:r>
      <w:r>
        <w:t>same saare musalman jee rahe hain. Fakhr mein aur afzaliyat ka tasawwur jo hai us mein, Ishq-e-Muhammadi mein.</w:t>
      </w:r>
    </w:p>
    <w:p>
      <w:pPr>
        <w:jc w:val="right"/>
      </w:pPr>
      <w:r>
        <w:t>سیم سارے مسلمان جی رہے ہیں۔ فخر میں اور افضلیت کا تصور جو ہے اس میں، عشق محمدی میں۔</w:t>
      </w:r>
    </w:p>
    <w:p>
      <w:r>
        <w:rPr>
          <w:b/>
        </w:rPr>
        <w:t xml:space="preserve">[10:04] </w:t>
      </w:r>
      <w:r>
        <w:t>to musalmanon ko is soch se jo sab se bara nuqsan hua hai, sab se bara nuqsan wo kya hai? Is ne un ke andar se rational thinking khatm ho gayi.</w:t>
      </w:r>
    </w:p>
    <w:p>
      <w:pPr>
        <w:jc w:val="right"/>
      </w:pPr>
      <w:r>
        <w:t>تو مسلمانوں کو اس سوچ سے جو سب سے بڑا نقصان ہوا ہے، سب سے بڑا نقصان وہ کیا ہے؟ اس نے ان کے اندر سے ریشنل تھنکنگ ختم ہو گئی۔</w:t>
      </w:r>
    </w:p>
    <w:p>
      <w:r>
        <w:rPr>
          <w:b/>
        </w:rPr>
        <w:t xml:space="preserve">[10:18] </w:t>
      </w:r>
      <w:r>
        <w:t>realistic, realistic approach khatm ho gaya. ab aap dekhiye, ladte ladte jab unhon ne kuch gain nahin kiya to aap kya kar rahe hain?</w:t>
      </w:r>
    </w:p>
    <w:p>
      <w:pPr>
        <w:jc w:val="right"/>
      </w:pPr>
      <w:r>
        <w:t>ریلسٹک، ریلسٹک اپروچ ختم ہو گیا۔ اب آپ دیکھیے، لڑتے لڑتے جب انہوں نے کچھ گین نہیں کیا تو آپ کیا کر رہے ہیں؟</w:t>
      </w:r>
    </w:p>
    <w:p>
      <w:r>
        <w:rPr>
          <w:b/>
        </w:rPr>
        <w:t xml:space="preserve">[10:28] </w:t>
      </w:r>
      <w:r>
        <w:t>suicide bombing kar rahe hain.</w:t>
      </w:r>
    </w:p>
    <w:p>
      <w:pPr>
        <w:jc w:val="right"/>
      </w:pPr>
      <w:r>
        <w:t>سوسائیڈ بمنگ کر رہے ہیں۔</w:t>
      </w:r>
    </w:p>
    <w:p>
      <w:r>
        <w:rPr>
          <w:b/>
        </w:rPr>
        <w:t xml:space="preserve">[10:32] </w:t>
      </w:r>
      <w:r>
        <w:t>suicide bombing kar rahe hain, apne aap ko marwa rahe hain khwamkhwah.</w:t>
      </w:r>
    </w:p>
    <w:p>
      <w:pPr>
        <w:jc w:val="right"/>
      </w:pPr>
      <w:r>
        <w:t>سوسائیڈ بمنگ کر رہے ہیں، اپنے آپ کو مروا رہے ہیں خوامخواہ۔</w:t>
      </w:r>
    </w:p>
    <w:p>
      <w:r>
        <w:rPr>
          <w:b/>
        </w:rPr>
        <w:t xml:space="preserve">[10:38] </w:t>
      </w:r>
      <w:r>
        <w:t>to ishq-e-muhammadi mein mar jao, bas yeh yahi kamyabi hai. to is qism ki jo soch hai woh poore musalmanon par chhayi hui hai, sari duniya ke musalmanon par.</w:t>
      </w:r>
    </w:p>
    <w:p>
      <w:pPr>
        <w:jc w:val="right"/>
      </w:pPr>
      <w:r>
        <w:t>تو عشق محمدی میں مر جاؤ، بس یہ یہی کامیابی ہے۔ تو اس قسم کی جو سوچ ہے وہ پورے مسلمانوں پر چھائی ہوئی ہے، ساری دنیا کے مسلمانوں پر۔</w:t>
      </w:r>
    </w:p>
    <w:p>
      <w:r>
        <w:rPr>
          <w:b/>
        </w:rPr>
        <w:t xml:space="preserve">[10:50] </w:t>
      </w:r>
      <w:r>
        <w:t>aap kahin bhi jaiye.</w:t>
      </w:r>
    </w:p>
    <w:p>
      <w:pPr>
        <w:jc w:val="right"/>
      </w:pPr>
      <w:r>
        <w:t>آپ کہیں بھی جائیے۔</w:t>
      </w:r>
    </w:p>
    <w:p>
      <w:r>
        <w:rPr>
          <w:b/>
        </w:rPr>
        <w:t xml:space="preserve">[10:55] </w:t>
      </w:r>
      <w:r>
        <w:t>is ko quran mein kaha gaya hai amani.</w:t>
      </w:r>
    </w:p>
    <w:p>
      <w:pPr>
        <w:jc w:val="right"/>
      </w:pPr>
      <w:r>
        <w:t>اس کو قرآن میں کہا گیا ہے امانی۔</w:t>
      </w:r>
    </w:p>
    <w:p>
      <w:r>
        <w:rPr>
          <w:b/>
        </w:rPr>
        <w:t xml:space="preserve">[10:59] </w:t>
      </w:r>
      <w:r>
        <w:t>wishful thinking ke liye quran mein jo lafz hai amani. to saare musalman amani mein jee rahe hain. fakhri nafsiyat, afzaliyat ki nafsiyat, ishq-e-muhammadi ki nafsiyat, woh khair-ul-umam ki nafsiyat, hum khair-ul-umam hain.</w:t>
      </w:r>
    </w:p>
    <w:p>
      <w:pPr>
        <w:jc w:val="right"/>
      </w:pPr>
      <w:r>
        <w:t>وشل تھنکنگ کے لیے قرآن میں جو لفظ ہے امانی۔ تو سارے مسلمان امانی میں جی رہے ہیں۔ فخری نفسیات، افضلیت کی نفسیات، عشق محمدی کی نفسیات، وہ خیر امت کی نفسیات، ہم خیر امت ہیں۔</w:t>
      </w:r>
    </w:p>
    <w:p>
      <w:r>
        <w:rPr>
          <w:b/>
        </w:rPr>
        <w:t xml:space="preserve">[11:17] </w:t>
      </w:r>
      <w:r>
        <w:t>woh ummat laqab jis ka khair-ul-umam tha.</w:t>
      </w:r>
    </w:p>
    <w:p>
      <w:pPr>
        <w:jc w:val="right"/>
      </w:pPr>
      <w:r>
        <w:t>وہ امت لقب جس کا خیر الامم تھا۔</w:t>
      </w:r>
    </w:p>
    <w:p>
      <w:r>
        <w:rPr>
          <w:b/>
        </w:rPr>
        <w:t xml:space="preserve">[11:22] </w:t>
      </w:r>
      <w:r>
        <w:t>in cheezon ne musalmanon se jo cheez chheen li hai woh hai logical thinking, rational thinking, realistic approach.</w:t>
      </w:r>
    </w:p>
    <w:p>
      <w:pPr>
        <w:jc w:val="right"/>
      </w:pPr>
      <w:r>
        <w:t>ان چیزوں نے مسلمانوں سے جو چیز چھین لی ہے وہ ہے لاجیکل تھنکنگ، ریشنل تھنکنگ، ریلسٹک اپروچ۔</w:t>
      </w:r>
    </w:p>
    <w:p>
      <w:r>
        <w:rPr>
          <w:b/>
        </w:rPr>
        <w:t xml:space="preserve">[11:33] </w:t>
      </w:r>
      <w:r>
        <w:t>to here is the problem.</w:t>
      </w:r>
    </w:p>
    <w:p>
      <w:pPr>
        <w:jc w:val="right"/>
      </w:pPr>
      <w:r>
        <w:t>تو ہیر از دا پرابلم۔</w:t>
      </w:r>
    </w:p>
    <w:p>
      <w:r>
        <w:rPr>
          <w:b/>
        </w:rPr>
        <w:t xml:space="preserve">[11:39] </w:t>
      </w:r>
      <w:r>
        <w:t>isi liye maine kaha ke aaj ka title jo hai hamari baat ka woh hai time for introspection. yaani phir se sochna, muhasiba karna,</w:t>
      </w:r>
    </w:p>
    <w:p>
      <w:pPr>
        <w:jc w:val="right"/>
      </w:pPr>
      <w:r>
        <w:t>اسی لیے میں نے کہا کہ آج کا ٹائٹل جو ہے ہماری بات کا وہ ہے ٹائم فار انٹراسپیکشن۔ یعنی پھر سے سوچنا، محاسبہ کرنا،</w:t>
      </w:r>
    </w:p>
    <w:p>
      <w:r>
        <w:rPr>
          <w:b/>
        </w:rPr>
        <w:t xml:space="preserve">[11:54] </w:t>
      </w:r>
      <w:r>
        <w:t>apni ghalti ko daryaft karna, yeh hai.</w:t>
      </w:r>
    </w:p>
    <w:p>
      <w:pPr>
        <w:jc w:val="right"/>
      </w:pPr>
      <w:r>
        <w:t>اپنی غلطی کو دریافت کرنا، یہ ہے۔</w:t>
      </w:r>
    </w:p>
    <w:p>
      <w:r>
        <w:rPr>
          <w:b/>
        </w:rPr>
        <w:t xml:space="preserve">[11:59] </w:t>
      </w:r>
      <w:r>
        <w:t>dekhiye, yeh usool quran mein, bahut quran-o-hadith mein bahut hi wazeh taur par diya gaya hai.</w:t>
      </w:r>
    </w:p>
    <w:p>
      <w:pPr>
        <w:jc w:val="right"/>
      </w:pPr>
      <w:r>
        <w:t>دیکھیے، یہ اصول قرآن میں، بہت قرآن و حدیث میں بہت ہی واضح طور پر دیا گیا ہے۔</w:t>
      </w:r>
    </w:p>
    <w:p>
      <w:r>
        <w:rPr>
          <w:b/>
        </w:rPr>
        <w:t xml:space="preserve">[12:09] </w:t>
      </w:r>
      <w:r>
        <w:t>misalan dekhiye, ek ayat ka aap mutala kijiye. quran mein surah al-baqarah jo hai, al-baqarah ki ayat number 222,</w:t>
      </w:r>
    </w:p>
    <w:p>
      <w:pPr>
        <w:jc w:val="right"/>
      </w:pPr>
      <w:r>
        <w:t>مثلاً دیکھیے، ایک آیت کا آپ مطالعہ کیجئے۔ قرآن میں سورہ البقرہ جو ہے، البقرہ کی آیت نمبر 222،</w:t>
      </w:r>
    </w:p>
    <w:p>
      <w:r>
        <w:rPr>
          <w:b/>
        </w:rPr>
        <w:t xml:space="preserve">[12:26] </w:t>
      </w:r>
      <w:r>
        <w:t>222 dekhiye aap.</w:t>
      </w:r>
    </w:p>
    <w:p>
      <w:pPr>
        <w:jc w:val="right"/>
      </w:pPr>
      <w:r>
        <w:t>222 دیکھیے آپ۔</w:t>
      </w:r>
    </w:p>
    <w:p>
      <w:r>
        <w:rPr>
          <w:b/>
        </w:rPr>
        <w:t xml:space="preserve">[12:29] </w:t>
      </w:r>
      <w:r>
        <w:t>"inna allaha yuhibbu al-tawwabeena wa yuhibbu al-mutatahireen".</w:t>
      </w:r>
    </w:p>
    <w:p>
      <w:pPr>
        <w:jc w:val="right"/>
      </w:pPr>
      <w:r>
        <w:t>اس میں ہے: "إن الله يحب التوابين ويحب المتطہرين"۔</w:t>
      </w:r>
    </w:p>
    <w:p>
      <w:r>
        <w:rPr>
          <w:b/>
        </w:rPr>
        <w:t xml:space="preserve">[12:39] </w:t>
      </w:r>
      <w:r>
        <w:t>allah mohabbat karta hai un logon se jo tauba karein aur apne aap ko pak karein.</w:t>
      </w:r>
    </w:p>
    <w:p>
      <w:pPr>
        <w:jc w:val="right"/>
      </w:pPr>
      <w:r>
        <w:t>اللہ محبت کرتا ہے ان لوگوں سے جو توبہ کریں اور اپنے آپ کو پاک کریں۔</w:t>
      </w:r>
    </w:p>
    <w:p>
      <w:r>
        <w:rPr>
          <w:b/>
        </w:rPr>
        <w:t xml:space="preserve">[12:49] </w:t>
      </w:r>
      <w:r>
        <w:t>yeh bahut hi revolutionary ayat hai, bahut badi ayat hai. lekin logon ne kya kar rakha hai? is ko fiqhi maani mein le rakha hai.</w:t>
      </w:r>
    </w:p>
    <w:p>
      <w:pPr>
        <w:jc w:val="right"/>
      </w:pPr>
      <w:r>
        <w:t>یہ بہت ہی ریولیوشنری آیت ہے، بہت بڑی آیت ہے۔ لیکن لوگوں نے کیا کر رکھا ہے؟ اس کو فقہی معنی میں لے رکھا ہے۔</w:t>
      </w:r>
    </w:p>
    <w:p>
      <w:r>
        <w:rPr>
          <w:b/>
        </w:rPr>
        <w:t xml:space="preserve">[12:59] </w:t>
      </w:r>
      <w:r>
        <w:t>itni badi ayat ko fiqhi maani mein. bas najasat aur is tarah ki cheezein jo fiqhi hoti hain, woh isi maani mein.</w:t>
      </w:r>
    </w:p>
    <w:p>
      <w:pPr>
        <w:jc w:val="right"/>
      </w:pPr>
      <w:r>
        <w:t>اتنی بڑی آیت کو فقہی معنی میں۔ بس نجاست اور اس طرح کی چیزیں جو فقہی ہوتی ہیں، وہ اسی معنی میں۔</w:t>
      </w:r>
    </w:p>
    <w:p>
      <w:r>
        <w:rPr>
          <w:b/>
        </w:rPr>
        <w:t xml:space="preserve">[13:11] </w:t>
      </w:r>
      <w:r>
        <w:t>nahin, yeh ek policy ki baat hai, zindagi ka usool hai.</w:t>
      </w:r>
    </w:p>
    <w:p>
      <w:pPr>
        <w:jc w:val="right"/>
      </w:pPr>
      <w:r>
        <w:t>نہیں، یہ ایک پالیسی کی بات ہے، زندگی کا اصول ہے۔</w:t>
      </w:r>
    </w:p>
    <w:p>
      <w:r>
        <w:rPr>
          <w:b/>
        </w:rPr>
        <w:t xml:space="preserve">[13:18] </w:t>
      </w:r>
      <w:r>
        <w:t>ek universal principle hai yeh. is mein dekhiye, do lafz hain: tauba aur tatheer.</w:t>
      </w:r>
    </w:p>
    <w:p>
      <w:pPr>
        <w:jc w:val="right"/>
      </w:pPr>
      <w:r>
        <w:t>ایک یونیورسل پرنسپل ہے یہ۔ اس میں دیکھیے، دو لفظ ہیں: توبہ اور تطہیر۔</w:t>
      </w:r>
    </w:p>
    <w:p>
      <w:r>
        <w:rPr>
          <w:b/>
        </w:rPr>
        <w:t xml:space="preserve">[13:28] </w:t>
      </w:r>
      <w:r>
        <w:t>tauba ke maani hote hain: "to return", "to come back", wapas hona. yahi maani hain tauba ke.</w:t>
      </w:r>
    </w:p>
    <w:p>
      <w:pPr>
        <w:jc w:val="right"/>
      </w:pPr>
      <w:r>
        <w:t>توبہ کے معنی ہوتے ہیں: "ٹو ریٹرن"، "ٹو کم بیک"، واپس ہونا۔ یہی معنی ہیں توبہ کے۔</w:t>
      </w:r>
    </w:p>
    <w:p>
      <w:r>
        <w:rPr>
          <w:b/>
        </w:rPr>
        <w:t xml:space="preserve">[13:37] </w:t>
      </w:r>
      <w:r>
        <w:t>tauba yatubu, wapas hona, "to return", "to come back"</w:t>
      </w:r>
    </w:p>
    <w:p>
      <w:pPr>
        <w:jc w:val="right"/>
      </w:pPr>
      <w:r>
        <w:t>توبہ یتوب، واپس ہونا، "ٹو ریٹرن"، "ٹو کم بیک"</w:t>
      </w:r>
    </w:p>
    <w:p>
      <w:r>
        <w:rPr>
          <w:b/>
        </w:rPr>
        <w:t xml:space="preserve">[13:45] </w:t>
      </w:r>
      <w:r>
        <w:t>. yaani aap ek raaste par chale, gaadi dauda rahe hain, ab do teen kilometer tak aage badh gaye, phir pata chala ke yeh to hum galat raaste par chale gaye.</w:t>
      </w:r>
    </w:p>
    <w:p>
      <w:pPr>
        <w:jc w:val="right"/>
      </w:pPr>
      <w:r>
        <w:t>۔ یعنی آپ ایک راستے پر چلے، گاڑی دوڑا رہے ہیں، اب دو تین کلومیٹر تک آگے بڑھ گئے، پھر پتہ چلا کہ یہ تو ہم غلط راستے پر چلے گئے۔</w:t>
      </w:r>
    </w:p>
    <w:p>
      <w:r>
        <w:rPr>
          <w:b/>
        </w:rPr>
        <w:t xml:space="preserve">[14:05] </w:t>
      </w:r>
      <w:r>
        <w:t>to kya karte hain aap?</w:t>
      </w:r>
    </w:p>
    <w:p>
      <w:pPr>
        <w:jc w:val="right"/>
      </w:pPr>
      <w:r>
        <w:t>تو کیا کرتے ہیں آپ؟</w:t>
      </w:r>
    </w:p>
    <w:p>
      <w:r>
        <w:rPr>
          <w:b/>
        </w:rPr>
        <w:t xml:space="preserve">[14:09] </w:t>
      </w:r>
      <w:r>
        <w:t>yani aap yeh bas pakrein ke hum ko jana tha fareed abad, hum chal parey nada ke rastay par</w:t>
      </w:r>
    </w:p>
    <w:p>
      <w:pPr>
        <w:jc w:val="right"/>
      </w:pPr>
      <w:r>
        <w:t>یعنی آپ یہ بس پکڑیں کہ ہم کو جانا تھا فرید آباد، ہم چل پڑے ناڈا کے راستے پر</w:t>
      </w:r>
    </w:p>
    <w:p>
      <w:r>
        <w:rPr>
          <w:b/>
        </w:rPr>
        <w:t xml:space="preserve">[14:18] </w:t>
      </w:r>
      <w:r>
        <w:t>ya gurgaon ke rastay par. to aap gaari rokte hain, you turn lete hain, wapas ate hain. goya ke aap ne apne safar ki re planning ki, phir se safar ka naqsha banaya.</w:t>
      </w:r>
    </w:p>
    <w:p>
      <w:pPr>
        <w:jc w:val="right"/>
      </w:pPr>
      <w:r>
        <w:t>یا گڑگاؤ کے راستے پر۔ تو آپ گاڑی روکتے ہیں، یو ٹرن لیتے ہیں، واپس آتے ہیں۔ گویا کہ آپ نے اپنے سفر کی ری پلاننگ کی، پھر سے سفر کا نقشہ بنایا۔</w:t>
      </w:r>
    </w:p>
    <w:p>
      <w:r>
        <w:rPr>
          <w:b/>
        </w:rPr>
        <w:t xml:space="preserve">[14:33] </w:t>
      </w:r>
      <w:r>
        <w:t>to tauba ka matlab kya hai? apni ghalti ko janna, lotna, wapas jana aur phir re planning karna aur sahi line lafz aksar ka taayun karna.</w:t>
      </w:r>
    </w:p>
    <w:p>
      <w:pPr>
        <w:jc w:val="right"/>
      </w:pPr>
      <w:r>
        <w:t>تو توبہ کا مطلب کیا ہے؟ اپنی غلطی کو جاننا، لوٹنا، واپس جانا اور پھر ری پلاننگ کرنا اور صحیح لائن لفظ اکثر کا تعین کرنا۔</w:t>
      </w:r>
    </w:p>
    <w:p>
      <w:r>
        <w:rPr>
          <w:b/>
        </w:rPr>
        <w:t xml:space="preserve">[14:55] </w:t>
      </w:r>
      <w:r>
        <w:t>to itni zabardast ayat, yahi ayat ek ayat ki baat nahi hai, yeh quran o hadees mein bohat aya hai, yeh usool.</w:t>
      </w:r>
    </w:p>
    <w:p>
      <w:pPr>
        <w:jc w:val="right"/>
      </w:pPr>
      <w:r>
        <w:t>تو اتنی زبردست آیت، یہی آیت ایک آیت کی بات نہیں ہے، یہ قرآن و حدیث میں بہت آیا ہے، یہ اصول۔</w:t>
      </w:r>
    </w:p>
    <w:p>
      <w:r>
        <w:rPr>
          <w:b/>
        </w:rPr>
        <w:t xml:space="preserve">[15:04] </w:t>
      </w:r>
      <w:r>
        <w:t>lekin is ko logon ne is ka ek reduced meaning mein le liya, is ko yani fiqah ke maani mein.</w:t>
      </w:r>
    </w:p>
    <w:p>
      <w:pPr>
        <w:jc w:val="right"/>
      </w:pPr>
      <w:r>
        <w:t>لیکن اس کو لوگوں نے اس کا ایک ریڈیوسڈ میننگ میں لے لیا، اس کو یعنی فقہ کے معنی میں۔</w:t>
      </w:r>
    </w:p>
    <w:p>
      <w:r>
        <w:rPr>
          <w:b/>
        </w:rPr>
        <w:t xml:space="preserve">[15:14] </w:t>
      </w:r>
      <w:r>
        <w:t>fiqah ke maani mein</w:t>
      </w:r>
    </w:p>
    <w:p>
      <w:pPr>
        <w:jc w:val="right"/>
      </w:pPr>
      <w:r>
        <w:t>فقہ کے معنی میں</w:t>
      </w:r>
    </w:p>
    <w:p>
      <w:r>
        <w:rPr>
          <w:b/>
        </w:rPr>
        <w:t xml:space="preserve">[15:17] </w:t>
      </w:r>
      <w:r>
        <w:t>zindagi ke jo baray baray problem hain, is mein is ko apply nahi karte.</w:t>
      </w:r>
    </w:p>
    <w:p>
      <w:pPr>
        <w:jc w:val="right"/>
      </w:pPr>
      <w:r>
        <w:t>زندگی کے جو بڑے بڑے پرابلم ہیں، اس میں اس کو اپلائی نہیں کرتے۔</w:t>
      </w:r>
    </w:p>
    <w:p>
      <w:r>
        <w:rPr>
          <w:b/>
        </w:rPr>
        <w:t xml:space="preserve">[15:29] </w:t>
      </w:r>
      <w:r>
        <w:t>to yahan bhi ab musalmanon ko apply karna hai is usool ko.</w:t>
      </w:r>
    </w:p>
    <w:p>
      <w:pPr>
        <w:jc w:val="right"/>
      </w:pPr>
      <w:r>
        <w:t>تو یہاں بھی اب مسلمانوں کو اپلائی کرنا ہے اس اصول کو۔</w:t>
      </w:r>
    </w:p>
    <w:p>
      <w:r>
        <w:rPr>
          <w:b/>
        </w:rPr>
        <w:t xml:space="preserve">[15:36] </w:t>
      </w:r>
      <w:r>
        <w:t>200 saala yani be faida qurbani jo aakhir mein pohanch kar ke suicide bombing ban gayi, mila kuch bhi nahi, is par re assess karna.</w:t>
      </w:r>
    </w:p>
    <w:p>
      <w:pPr>
        <w:jc w:val="right"/>
      </w:pPr>
      <w:r>
        <w:t>200 سالہ یعنی بے فائدہ قربانی جو آخر میں پہنچ کر کے سوسائیڈ بمنگ بن گئی، ملا کچھ بھی نہیں، اس پر ری ایسس کرنا۔</w:t>
      </w:r>
    </w:p>
    <w:p>
      <w:r>
        <w:rPr>
          <w:b/>
        </w:rPr>
        <w:t xml:space="preserve">[15:53] </w:t>
      </w:r>
      <w:r>
        <w:t>yahan mein aap ko ek waqia dilata hoon.</w:t>
      </w:r>
    </w:p>
    <w:p>
      <w:pPr>
        <w:jc w:val="right"/>
      </w:pPr>
      <w:r>
        <w:t>یہاں میں آپ کو ایک واقعہ دلاتا ہوں۔</w:t>
      </w:r>
    </w:p>
    <w:p>
      <w:r>
        <w:rPr>
          <w:b/>
        </w:rPr>
        <w:t xml:space="preserve">[16:01] </w:t>
      </w:r>
      <w:r>
        <w:t>sahaba ke zamanay ka waqia.</w:t>
      </w:r>
    </w:p>
    <w:p>
      <w:pPr>
        <w:jc w:val="right"/>
      </w:pPr>
      <w:r>
        <w:t>صحابہ کے زمانے کا واقعہ۔</w:t>
      </w:r>
    </w:p>
    <w:p>
      <w:r>
        <w:rPr>
          <w:b/>
        </w:rPr>
        <w:t xml:space="preserve">[16:05] </w:t>
      </w:r>
      <w:r>
        <w:t>sahaba ke zamanay mein ek campaign kahin gayi hui thi.</w:t>
      </w:r>
    </w:p>
    <w:p>
      <w:pPr>
        <w:jc w:val="right"/>
      </w:pPr>
      <w:r>
        <w:t>صحابہ کے زمانے میں ایک کمپین کہیں گئی ہوئی تھی۔</w:t>
      </w:r>
    </w:p>
    <w:p>
      <w:r>
        <w:rPr>
          <w:b/>
        </w:rPr>
        <w:t xml:space="preserve">[16:12] </w:t>
      </w:r>
      <w:r>
        <w:t>kuch logon se masla tha. to woh ek qila tha us zamanay ke, mein qila hua karte thay.</w:t>
      </w:r>
    </w:p>
    <w:p>
      <w:pPr>
        <w:jc w:val="right"/>
      </w:pPr>
      <w:r>
        <w:t>کچھ لوگوں سے مسئلہ تھا۔ تو وہ ایک قلعہ تھا اس زمانے کے، میں قلعہ ہوا کرتے تھے۔</w:t>
      </w:r>
    </w:p>
    <w:p>
      <w:r>
        <w:rPr>
          <w:b/>
        </w:rPr>
        <w:t xml:space="preserve">[16:23] </w:t>
      </w:r>
      <w:r>
        <w:t>aaj kal ki tarah nahi, woh doosray dhang ke qile hotay thay.</w:t>
      </w:r>
    </w:p>
    <w:p>
      <w:pPr>
        <w:jc w:val="right"/>
      </w:pPr>
      <w:r>
        <w:t>آج کل کی طرح نہیں، وہ دوسرے ڈھنگ کے قلعے ہوتے تھے۔</w:t>
      </w:r>
    </w:p>
    <w:p>
      <w:r>
        <w:rPr>
          <w:b/>
        </w:rPr>
        <w:t xml:space="preserve">[16:28] </w:t>
      </w:r>
      <w:r>
        <w:t>to is ko unhon ne gher rakha tha aur unhon ne apna phatak band kar rakha tha. to qila jo hai, woh qabzay mein nahi aa raha tha.</w:t>
      </w:r>
    </w:p>
    <w:p>
      <w:pPr>
        <w:jc w:val="right"/>
      </w:pPr>
      <w:r>
        <w:t>تو اس کو انہوں نے گھیر رکھا تھا اور انہوں نے اپنا پھاٹک بند کر رکھا تھا۔ تو قلعہ جو ہے، وہ قبضے میں نہیں آ رہا تھا۔</w:t>
      </w:r>
    </w:p>
    <w:p>
      <w:r>
        <w:rPr>
          <w:b/>
        </w:rPr>
        <w:t xml:space="preserve">[16:42] </w:t>
      </w:r>
      <w:r>
        <w:t>un logon se yani woh alag qile mein apna band hain, idhar bahar sahaba paray hue hain aur bohat din guzar gaye aur koi faisla nahi ho pata tha.</w:t>
      </w:r>
    </w:p>
    <w:p>
      <w:pPr>
        <w:jc w:val="right"/>
      </w:pPr>
      <w:r>
        <w:t>ان لوگوں سے یعنی وہ الگ قلعے میں اپنا بند ہیں، ادھر باہر صحابہ پڑے ہوئے ہیں اور بہت دن گزر گئے اور کوئی فیصلہ نہیں ہو پاتا تھا۔</w:t>
      </w:r>
    </w:p>
    <w:p>
      <w:r>
        <w:rPr>
          <w:b/>
        </w:rPr>
        <w:t xml:space="preserve">[16:58] </w:t>
      </w:r>
      <w:r>
        <w:t>to sahaba ne baith kar socha, bohat anokhi baat yeh, bohat anokhi baat hai sochne ki. socha yeh ke hum se koi sunnat chhoot gayi hai.</w:t>
      </w:r>
    </w:p>
    <w:p>
      <w:pPr>
        <w:jc w:val="right"/>
      </w:pPr>
      <w:r>
        <w:t>تو صحابہ نے بیٹھ کر سوچا، بہت انوکھی بات یہ، بہت انوکھی بات ہے سوچنے کی۔ سوچا یہ کہ ہم سے کوئی سنت چھوٹ گئی ہے۔</w:t>
      </w:r>
    </w:p>
    <w:p>
      <w:r>
        <w:rPr>
          <w:b/>
        </w:rPr>
        <w:t xml:space="preserve">[17:11] </w:t>
      </w:r>
      <w:r>
        <w:t>kaisi hai? is soch ko lijiye aap, yeh way of thinking ko dekhiye aap.</w:t>
      </w:r>
    </w:p>
    <w:p>
      <w:pPr>
        <w:jc w:val="right"/>
      </w:pPr>
      <w:r>
        <w:t>کیسی ہے؟ اس سوچ کو لیجئے آپ، یہ وے آف تھنکنگ کو دیکھیے آپ۔</w:t>
      </w:r>
    </w:p>
    <w:p>
      <w:r>
        <w:rPr>
          <w:b/>
        </w:rPr>
        <w:t xml:space="preserve">[17:17] </w:t>
      </w:r>
      <w:r>
        <w:t>is way of thinking par ghor kijiye ke koi sunnat chhoot gayi hai, sunnat e rasool, is liye aisa ho raha hai.</w:t>
      </w:r>
    </w:p>
    <w:p>
      <w:pPr>
        <w:jc w:val="right"/>
      </w:pPr>
      <w:r>
        <w:t>اس وے آف تھنکنگ پر غور کیجئے کہ کوئی سنت چھوٹ گئی ہے، سنت رسول، اس لیے ایسا ہو رہا ہے۔</w:t>
      </w:r>
    </w:p>
    <w:p>
      <w:r>
        <w:rPr>
          <w:b/>
        </w:rPr>
        <w:t xml:space="preserve">[17:28] </w:t>
      </w:r>
      <w:r>
        <w:t>kaam kamyab nahi ho rahe hain. yani sunnat kamyab na hone ke liye unhon ne yeh yani un ke zehan mein yeh aya ke koi sunnat e rasool chhoot gayi hai, is liye hum kamyab nahi ho rahay.</w:t>
      </w:r>
    </w:p>
    <w:p>
      <w:pPr>
        <w:jc w:val="right"/>
      </w:pPr>
      <w:r>
        <w:t>کام کامیاب نہیں ہو رہے ہیں۔ یعنی سنت کامیاب نہ ہونے کے لیے انہوں نے یہ یعنی ان کے ذہن میں یہ آیا کہ کوئی سنت رسول چھوٹ گئی ہے، اس لیے ہم کامیاب نہیں ہو رہے۔</w:t>
      </w:r>
    </w:p>
    <w:p>
      <w:r>
        <w:rPr>
          <w:b/>
        </w:rPr>
        <w:t xml:space="preserve">[17:45] </w:t>
      </w:r>
      <w:r>
        <w:t>to sahi tareeqa yahi hai musalman ke liye sochne ka. to ab yahan par jo hamare sath ho raha hai ke 200 saal ki nakam qurbaniyan, 200 saal ki nakam koshishen,</w:t>
      </w:r>
    </w:p>
    <w:p>
      <w:pPr>
        <w:jc w:val="right"/>
      </w:pPr>
      <w:r>
        <w:t>تو صحیح طریقہ یہی ہے مسلمان کے لیے سوچنے کا۔ تو اب یہاں پر جو ہمارے ساتھ ہو رہا ہے کہ 200 سال کی ناکام قربانیاں، 200 سال کی ناکام کوششیں،</w:t>
      </w:r>
    </w:p>
    <w:p>
      <w:r>
        <w:rPr>
          <w:b/>
        </w:rPr>
        <w:t xml:space="preserve">[18:02] </w:t>
      </w:r>
      <w:r>
        <w:t>ab hum mila kuch bhi nahi. misaal ke tor par falasteen ka sab se bara jo muhaaz hai musalmanon ka, sari dunya ke.</w:t>
      </w:r>
    </w:p>
    <w:p>
      <w:pPr>
        <w:jc w:val="right"/>
      </w:pPr>
      <w:r>
        <w:t>اب ہم ملا کچھ بھی نہیں۔ مثال کے طور پر فلسطین کا سب سے بڑا جو محاذ ہے مسلمانوں کا، ساری دنیا کے۔</w:t>
      </w:r>
    </w:p>
    <w:p>
      <w:r>
        <w:rPr>
          <w:b/>
        </w:rPr>
        <w:t xml:space="preserve">[18:12] </w:t>
      </w:r>
      <w:r>
        <w:t>ek martaba mein ne ek ek ek musalmanon ke ek ek magazine mein dekha, us waqt masjid aqsa ki tasveer bani hui thi, neechay likha hua tha: "sari musalmanon ke janen is par qurban hain." sari ki janen qurban kar ke miley kuch nahi, to faida kya hai?</w:t>
      </w:r>
    </w:p>
    <w:p>
      <w:pPr>
        <w:jc w:val="right"/>
      </w:pPr>
      <w:r>
        <w:t>ایک مرتبہ میں نے ایک ایک ایک مسلمانوں کے ایک ایک میگزین میں دیکھا، اس وقت مسجد اقصیٰ کی تصویر بنی ہوئی تھی، نیچے لکھا ہوا تھا: "سارے مسلمانوں کے جانیں اس پر قربان ہیں۔" سارے کی جانیں قربان کر کے ملے کچھ نہیں، تو فائدہ کیا ہے؟</w:t>
      </w:r>
    </w:p>
    <w:p>
      <w:r>
        <w:rPr>
          <w:b/>
        </w:rPr>
        <w:t xml:space="preserve">[18:37] </w:t>
      </w:r>
      <w:r>
        <w:t>rasool Allah sallallahu alaihi wasallam makkah mein janen qurban kar dete hain, bas lar mar ke khatam ho jatay hain.</w:t>
      </w:r>
    </w:p>
    <w:p>
      <w:pPr>
        <w:jc w:val="right"/>
      </w:pPr>
      <w:r>
        <w:t>رسول اللہ صلی اللہ علیہ وسلم مکہ میں جانیں قربان کر دیتے ہیں، بس لڑ مڑ کے ختم ہو جاتے ہیں۔</w:t>
      </w:r>
    </w:p>
    <w:p>
      <w:r>
        <w:rPr>
          <w:b/>
        </w:rPr>
        <w:t xml:space="preserve">[18:42] </w:t>
      </w:r>
      <w:r>
        <w:t>to janen qurban karna to koi baat nahi hai. to bahar haal sari dunya ke musalman jo hain, falasteen ke maslay mein ek hain, ek hain, bilkul ek hain.</w:t>
      </w:r>
    </w:p>
    <w:p>
      <w:pPr>
        <w:jc w:val="right"/>
      </w:pPr>
      <w:r>
        <w:t>تو جانیں قربان کرنا تو کوئی بات نہیں ہے۔ تو بہرحال ساری دنیا کے مسلمان جو ہیں، فلسطین کے مسئلے میں ایک ہیں، ایک ہیں، بالکل ایک ہیں۔</w:t>
      </w:r>
    </w:p>
    <w:p>
      <w:r>
        <w:rPr>
          <w:b/>
        </w:rPr>
        <w:t xml:space="preserve">[18:55] </w:t>
      </w:r>
      <w:r>
        <w:t>bas larho, yahudiyon ko nikalo.</w:t>
      </w:r>
    </w:p>
    <w:p>
      <w:pPr>
        <w:jc w:val="right"/>
      </w:pPr>
      <w:r>
        <w:t>بس لڑو، یہودیوں کو نکالو۔</w:t>
      </w:r>
    </w:p>
    <w:p>
      <w:r>
        <w:rPr>
          <w:b/>
        </w:rPr>
        <w:t xml:space="preserve">[19:00] </w:t>
      </w:r>
      <w:r>
        <w:t>jo unhon ne kaha tha, janab abdulnasser ne keh "sun army ko fi bahr, hum tum ko, hum tum samandar mein thakheel dein ge tum ko", wahi zehan sare musalmanon ka hai.</w:t>
      </w:r>
    </w:p>
    <w:p>
      <w:pPr>
        <w:jc w:val="right"/>
      </w:pPr>
      <w:r>
        <w:t>جو انہوں نے کہا تھا، جناب عبدالناصر نے کہ "سن آرمی کو فی البحر، ہم تم کو، ہم تم سمندر میں ٹھکیل دیں گے تم کو"، وہی ذہن سارے مسلمانوں کا ہے۔</w:t>
      </w:r>
    </w:p>
    <w:p>
      <w:r>
        <w:rPr>
          <w:b/>
        </w:rPr>
        <w:t xml:space="preserve">[19:13] </w:t>
      </w:r>
      <w:r>
        <w:t>israel ko khatam karo, yahudiyon ko maro.</w:t>
      </w:r>
    </w:p>
    <w:p>
      <w:pPr>
        <w:jc w:val="right"/>
      </w:pPr>
      <w:r>
        <w:t>اسرائیل کو ختم کرو، یہودیوں کو مارو۔</w:t>
      </w:r>
    </w:p>
    <w:p>
      <w:r>
        <w:rPr>
          <w:b/>
        </w:rPr>
        <w:t xml:space="preserve">[19:19] </w:t>
      </w:r>
      <w:r>
        <w:t>to 1948 mein yeh jang shuru hui aur aaj kya hai? 1948 mein to balfour verdict ke tehat falasteen ka aadha mila tha musalmanon ko, aadha woh line share tha.</w:t>
      </w:r>
    </w:p>
    <w:p>
      <w:pPr>
        <w:jc w:val="right"/>
      </w:pPr>
      <w:r>
        <w:t>تو 1948 میں یہ جنگ شروع ہوئی اور آج کیا ہے؟ 1948 میں تو بالفور ورڈکٹ کے تحت فلسطین کا آدھا ملا تھا مسلمانوں کو، آدھا وہ لائن شیئر تھا۔</w:t>
      </w:r>
    </w:p>
    <w:p>
      <w:r>
        <w:rPr>
          <w:b/>
        </w:rPr>
        <w:t xml:space="preserve">[19:37] </w:t>
      </w:r>
      <w:r>
        <w:t>line share, best part of the quest for Palestine</w:t>
      </w:r>
    </w:p>
    <w:p>
      <w:pPr>
        <w:jc w:val="right"/>
      </w:pPr>
      <w:r>
        <w:t>لائن شیئر، بیسٹ پارٹ آف دا کسٹ فار فلسطین</w:t>
      </w:r>
    </w:p>
    <w:p>
      <w:r>
        <w:rPr>
          <w:b/>
        </w:rPr>
        <w:t xml:space="preserve">[19:42] </w:t>
      </w:r>
      <w:r>
        <w:t>. aaj kya kuch bhi nahi hai? do chhote se samajh li jiye ke do town hain, ek ek ghaza hai, ek qariya, sara falasteen qabza kar ke baithe hue hain yahudi.</w:t>
      </w:r>
    </w:p>
    <w:p>
      <w:pPr>
        <w:jc w:val="right"/>
      </w:pPr>
      <w:r>
        <w:t>۔ آج کیا کچھ بھی نہیں ہے؟ دو چھوٹے سے سمجھ لیجئے کہ دو ٹاؤن ہیں، ایک ایک غزہ ہے، ایک قریہ، سارا فلسطین قبضہ کر کے بیٹھے ہوئے ہیں یہودی۔</w:t>
      </w:r>
    </w:p>
    <w:p>
      <w:r>
        <w:rPr>
          <w:b/>
        </w:rPr>
        <w:t xml:space="preserve">[19:54] </w:t>
      </w:r>
      <w:r>
        <w:t>to sawal yeh hai ke 60 saal ki qurbaniyon ka hasil kya hai? to phir rethink karna chahiye, rethink.</w:t>
      </w:r>
    </w:p>
    <w:p>
      <w:pPr>
        <w:jc w:val="right"/>
      </w:pPr>
      <w:r>
        <w:t>تو سوال یہ ہے کہ 60 سال کی قربانیوں کا حاصل کیا ہے؟ تو پھر ری تھنک کرنا چاہیے، ری تھنک۔</w:t>
      </w:r>
    </w:p>
    <w:p>
      <w:r>
        <w:rPr>
          <w:b/>
        </w:rPr>
        <w:t xml:space="preserve">[20:06] </w:t>
      </w:r>
      <w:r>
        <w:t>aur rethink karne ke rethinking ka jo formula main samajh paya hoon, woh yeh hai ke aap yeh sochen ke zaroor koi sunnat hum se chhoot gayi hai.</w:t>
      </w:r>
    </w:p>
    <w:p>
      <w:pPr>
        <w:jc w:val="right"/>
      </w:pPr>
      <w:r>
        <w:t>اور ری تھنک کرنے کے ری تھنکنگ کا جو فارمولا میں سمجھ پایا ہوں، وہ یہ ہے کہ آپ یہ سوچیں کہ ضرور کوئی سنت ہم سے چھوٹ گئی ہے۔</w:t>
      </w:r>
    </w:p>
    <w:p>
      <w:r>
        <w:rPr>
          <w:b/>
        </w:rPr>
        <w:t xml:space="preserve">[20:16] </w:t>
      </w:r>
      <w:r>
        <w:t>is sunnat ko daryaft kijiye, woh sunnat kya hai?</w:t>
      </w:r>
    </w:p>
    <w:p>
      <w:pPr>
        <w:jc w:val="right"/>
      </w:pPr>
      <w:r>
        <w:t>اس سنت کو دریافت کیجئے، وہ سنت کیا ہے؟</w:t>
      </w:r>
    </w:p>
    <w:p>
      <w:r>
        <w:rPr>
          <w:b/>
        </w:rPr>
        <w:t xml:space="preserve">[20:26] </w:t>
      </w:r>
      <w:r>
        <w:t>main ne is par mahinon ne saalon socha hai ke kaun si sunnat musalman chhooti hai.</w:t>
      </w:r>
    </w:p>
    <w:p>
      <w:pPr>
        <w:jc w:val="right"/>
      </w:pPr>
      <w:r>
        <w:t>میں نے اس پر مہینوں نے سالوں سوچا ہے کہ کون سی سنت مسلمان چھوٹی ہے۔</w:t>
      </w:r>
    </w:p>
    <w:p>
      <w:r>
        <w:rPr>
          <w:b/>
        </w:rPr>
        <w:t xml:space="preserve">[20:35] </w:t>
      </w:r>
      <w:r>
        <w:t>to meri samajh mein jo aaya, woh woh main arz karta hoon. sunnat ka lafz jab bolte hain musalman to kuch chhoti chhoti baatein hoti hain, ki daadhi mein khizab lagana, aankh mein surma lagana,</w:t>
      </w:r>
    </w:p>
    <w:p>
      <w:pPr>
        <w:jc w:val="right"/>
      </w:pPr>
      <w:r>
        <w:t>تو میری سمجھ میں جو آیا، وہ وہ میں عرض کرتا ہوں۔ سنت کا لفظ جب بولتے ہیں مسلمان تو کچھ چھوٹی چھوٹی باتیں ہوتی ہیں، کی داڑھی میں خضاب لگانا، آنکھ میں سرمہ لگانا،</w:t>
      </w:r>
    </w:p>
    <w:p>
      <w:r>
        <w:rPr>
          <w:b/>
        </w:rPr>
        <w:t xml:space="preserve">[20:50] </w:t>
      </w:r>
      <w:r>
        <w:t>isi tarah ki kuch chhoti chhoti baatein.</w:t>
      </w:r>
    </w:p>
    <w:p>
      <w:pPr>
        <w:jc w:val="right"/>
      </w:pPr>
      <w:r>
        <w:t>اسی طرح کی کچھ چھوٹی چھوٹی باتیں۔</w:t>
      </w:r>
    </w:p>
    <w:p>
      <w:r>
        <w:rPr>
          <w:b/>
        </w:rPr>
        <w:t xml:space="preserve">[20:53] </w:t>
      </w:r>
      <w:r>
        <w:t>sunnat ka lafz jab bolte hain to theek aa jaye to alhamdulillah kehna. yani sunnat agar yahi hai to bohat hi kam baat hai.</w:t>
      </w:r>
    </w:p>
    <w:p>
      <w:pPr>
        <w:jc w:val="right"/>
      </w:pPr>
      <w:r>
        <w:t>سنت کا لفظ جب بولتے ہیں تو ٹھیک آ جائے تو الحمدللہ کہنا۔ یعنی سنت اگر یہی ہے تو بہت ہی کم بات ہے۔</w:t>
      </w:r>
    </w:p>
    <w:p>
      <w:r>
        <w:rPr>
          <w:b/>
        </w:rPr>
        <w:t xml:space="preserve">[21:02] </w:t>
      </w:r>
      <w:r>
        <w:t>rasool Allah bata ke gaye hain hum ko, bare bare masail hum kaise hal karein ge?</w:t>
      </w:r>
    </w:p>
    <w:p>
      <w:pPr>
        <w:jc w:val="right"/>
      </w:pPr>
      <w:r>
        <w:t>رسول اللہ بتا کے گئے ہیں ہم کو، بڑے بڑے مسائل ہم کیسے حل کریں گے؟</w:t>
      </w:r>
    </w:p>
    <w:p>
      <w:r>
        <w:rPr>
          <w:b/>
        </w:rPr>
        <w:t xml:space="preserve">[21:12] </w:t>
      </w:r>
      <w:r>
        <w:t>jab quran mein hai ke "laqad kana lakum fi rasool Allah hasanah", rasool Allah ki sunnat mein tumhare liye behtareen namuna hai.</w:t>
      </w:r>
    </w:p>
    <w:p>
      <w:pPr>
        <w:jc w:val="right"/>
      </w:pPr>
      <w:r>
        <w:t>جب قرآن میں ہے کہ "لقد کان لکم فی رسول اللہ حسنہ"، رسول اللہ کی سنت میں تمہارے لیے بہترین نمونہ ہے۔</w:t>
      </w:r>
    </w:p>
    <w:p>
      <w:r>
        <w:rPr>
          <w:b/>
        </w:rPr>
        <w:t xml:space="preserve">[21:21] </w:t>
      </w:r>
      <w:r>
        <w:t>tumhare liye itna hi namuna agar hai ke daadhi ko khizab laga lo, achhi ka subhan Allah keh do</w:t>
      </w:r>
    </w:p>
    <w:p>
      <w:pPr>
        <w:jc w:val="right"/>
      </w:pPr>
      <w:r>
        <w:t>تمہارے لیے اتنا ہی نمونہ اگر ہے کہ داڑھی کو خضاب لگا لو، اچھی کا سبحان اللہ کہہ دو</w:t>
      </w:r>
    </w:p>
    <w:p>
      <w:r>
        <w:rPr>
          <w:b/>
        </w:rPr>
        <w:t xml:space="preserve">[21:30] </w:t>
      </w:r>
      <w:r>
        <w:t>waghera waghera, chhoti chhoti baatein to phir is sunnat rasool ko le kar hum dunya mein kaise jee sakte hain? dunya ka samna hum kaise kar sakte hain?</w:t>
      </w:r>
    </w:p>
    <w:p>
      <w:pPr>
        <w:jc w:val="right"/>
      </w:pPr>
      <w:r>
        <w:t>وغیرہ وغیرہ، چھوٹی چھوٹی باتیں تو پھر اس سنت رسول کو لے کر ہم دنیا میں کیسے جی سکتے ہیں؟ دنیا کا سامنا ہم کیسے کر سکتے ہیں؟</w:t>
      </w:r>
    </w:p>
    <w:p>
      <w:r>
        <w:rPr>
          <w:b/>
        </w:rPr>
        <w:t xml:space="preserve">[21:44] </w:t>
      </w:r>
      <w:r>
        <w:t>to main yeh samajh paya hoon ke sunnat rasool poori zindagi ko chhai hui hai, sirf chhoti chhoti baaton par nahi hai.</w:t>
      </w:r>
    </w:p>
    <w:p>
      <w:pPr>
        <w:jc w:val="right"/>
      </w:pPr>
      <w:r>
        <w:t>تو میں یہ سمجھ پایا ہوں کہ سنت رسول پوری زندگی کو چھائی ہوئی ہے، صرف چھوٹی چھوٹی باتوں پر نہیں ہے۔</w:t>
      </w:r>
    </w:p>
    <w:p>
      <w:r>
        <w:rPr>
          <w:b/>
        </w:rPr>
        <w:t xml:space="preserve">[21:55] </w:t>
      </w:r>
      <w:r>
        <w:t>ab main aap ko ek sunnat rasool ka arz karta hoon jis ko koi sunnat rasool ke taur par kisi ne kabhi socha bhi nahi, lekin woh maujood hai kitabon mein.</w:t>
      </w:r>
    </w:p>
    <w:p>
      <w:pPr>
        <w:jc w:val="right"/>
      </w:pPr>
      <w:r>
        <w:t>اب میں آپ کو ایک سنت رسول کا عرض کرتا ہوں جس کو کوئی سنت رسول کے طور پر کسی نے کبھی سوچا بھی نہیں، لیکن وہ موجود ہے کتابوں میں۔</w:t>
      </w:r>
    </w:p>
    <w:p>
      <w:r>
        <w:rPr>
          <w:b/>
        </w:rPr>
        <w:t xml:space="preserve">[22:07] </w:t>
      </w:r>
      <w:r>
        <w:t>dekhiye, rasool Allah sallallahu alaihi wasallam</w:t>
      </w:r>
    </w:p>
    <w:p>
      <w:pPr>
        <w:jc w:val="right"/>
      </w:pPr>
      <w:r>
        <w:t>دیکھیے، رسول اللہ صلی اللہ علیہ وسلم</w:t>
      </w:r>
    </w:p>
    <w:p>
      <w:r>
        <w:rPr>
          <w:b/>
        </w:rPr>
        <w:t xml:space="preserve">[22:12] </w:t>
      </w:r>
      <w:r>
        <w:t>ne kaam shuru kiya, aap ne apna mission toheed ka mission 610 eesvi mein arab mein, 610 adri mein shuru kiya.</w:t>
      </w:r>
    </w:p>
    <w:p>
      <w:pPr>
        <w:jc w:val="right"/>
      </w:pPr>
      <w:r>
        <w:t>نے کام شروع کیا، آپ نے اپنا مشن توحید کا مشن 610 عیسوی میں عرب میں، 610 ایڈری میں شروع کیا۔</w:t>
      </w:r>
    </w:p>
    <w:p>
      <w:r>
        <w:rPr>
          <w:b/>
        </w:rPr>
        <w:t xml:space="preserve">[22:23] </w:t>
      </w:r>
      <w:r>
        <w:t>aap ne makkah mein thay, aap us waqt aap ka mission toheed ka mission tha,</w:t>
      </w:r>
    </w:p>
    <w:p>
      <w:pPr>
        <w:jc w:val="right"/>
      </w:pPr>
      <w:r>
        <w:t>آپ نے مکہ میں تھے، آپ اس وقت آپ کا مشن توحید کا مشن تھا،</w:t>
      </w:r>
    </w:p>
    <w:p>
      <w:r>
        <w:rPr>
          <w:b/>
        </w:rPr>
        <w:t xml:space="preserve">[22:32] </w:t>
      </w:r>
      <w:r>
        <w:t>yani ek Khuda ki parastish.</w:t>
      </w:r>
    </w:p>
    <w:p>
      <w:pPr>
        <w:jc w:val="right"/>
      </w:pPr>
      <w:r>
        <w:t>یعنی ایک خدا کی پرستش۔</w:t>
      </w:r>
    </w:p>
    <w:p>
      <w:r>
        <w:rPr>
          <w:b/>
        </w:rPr>
        <w:t xml:space="preserve">[22:39] </w:t>
      </w:r>
      <w:r>
        <w:t>yahi mission tha aap ka, yani shirk, shirk ko na manna aur ek Khuda ki parastish karna, yeh tha mission aap ka.</w:t>
      </w:r>
    </w:p>
    <w:p>
      <w:pPr>
        <w:jc w:val="right"/>
      </w:pPr>
      <w:r>
        <w:t>یہی مشن تھا آپ کا، یعنی شرک، شرک کو نہ ماننا اور ایک خدا کی پرستش کرنا، یہ تھا مشن آپ کا۔</w:t>
      </w:r>
    </w:p>
    <w:p>
      <w:r>
        <w:rPr>
          <w:b/>
        </w:rPr>
        <w:t xml:space="preserve">[22:50] </w:t>
      </w:r>
      <w:r>
        <w:t>ab dekhen, wahan par kya situation thi makkah mein.</w:t>
      </w:r>
    </w:p>
    <w:p>
      <w:pPr>
        <w:jc w:val="right"/>
      </w:pPr>
      <w:r>
        <w:t>اب دیکھیں، وہاں پر کیا سچوئیشن تھی مکہ میں۔</w:t>
      </w:r>
    </w:p>
    <w:p>
      <w:r>
        <w:rPr>
          <w:b/>
        </w:rPr>
        <w:t xml:space="preserve">[22:58] </w:t>
      </w:r>
      <w:r>
        <w:t>hazrat ibrahim ne jin ka zamana aap se char hazar saal pehle ka hai, makka mein unhon ne ek masjid banai, "an awwal al bait wa dar al nas alladhi bi waqt mubarak",</w:t>
      </w:r>
    </w:p>
    <w:p>
      <w:pPr>
        <w:jc w:val="right"/>
      </w:pPr>
      <w:r>
        <w:t>حضرت ابراہیم نے جن کا زمانہ آپ سے چار ہزار سال پہلے کا ہے، مکہ میں انہوں نے ایک مسجد بنائی، "ان اول البیت ودر الناس الذی بوقت مبارک"،</w:t>
      </w:r>
    </w:p>
    <w:p>
      <w:r>
        <w:rPr>
          <w:b/>
        </w:rPr>
        <w:t xml:space="preserve">[23:15] </w:t>
      </w:r>
      <w:r>
        <w:t>is ka naam kaba hai. kaba unhon ne bataya tha bator masjid ke,</w:t>
      </w:r>
    </w:p>
    <w:p>
      <w:pPr>
        <w:jc w:val="right"/>
      </w:pPr>
      <w:r>
        <w:t>اس کا نام کعبہ ہے۔ کعبہ انہوں نے بتایا تھا بطور مسجد کے،</w:t>
      </w:r>
    </w:p>
    <w:p>
      <w:r>
        <w:rPr>
          <w:b/>
        </w:rPr>
        <w:t xml:space="preserve">[23:22] </w:t>
      </w:r>
      <w:r>
        <w:t>yani masjid ek khuda ki ibadat ke liye.</w:t>
      </w:r>
    </w:p>
    <w:p>
      <w:pPr>
        <w:jc w:val="right"/>
      </w:pPr>
      <w:r>
        <w:t>یعنی مسجد ایک خدا کی عبادت کے لیے۔</w:t>
      </w:r>
    </w:p>
    <w:p>
      <w:r>
        <w:rPr>
          <w:b/>
        </w:rPr>
        <w:t xml:space="preserve">[23:28] </w:t>
      </w:r>
      <w:r>
        <w:t>to jo masjid ek khuda ki ibadat ke liye banai gai thi, wahan par sankaron but rakhe hue hain.</w:t>
      </w:r>
    </w:p>
    <w:p>
      <w:pPr>
        <w:jc w:val="right"/>
      </w:pPr>
      <w:r>
        <w:t>تو جو مسجد ایک خدا کی عبادت کے لیے بنائی گئی تھی، وہاں پر سینکڑوں بت رکھے ہوئے ہیں۔</w:t>
      </w:r>
    </w:p>
    <w:p>
      <w:r>
        <w:rPr>
          <w:b/>
        </w:rPr>
        <w:t xml:space="preserve">[23:41] </w:t>
      </w:r>
      <w:r>
        <w:t>sankaron but ke mani yeh hote hain ke arab mein woh zamana tha, tribal age tha. tribal age, sara arab peninsula jo tha, woh sab tribe the, jagah jagah.</w:t>
      </w:r>
    </w:p>
    <w:p>
      <w:pPr>
        <w:jc w:val="right"/>
      </w:pPr>
      <w:r>
        <w:t>سینکڑوں بت کے معنی یہ ہوتے ہیں کہ عرب میں وہ زمانہ تھا، ٹرائبل ایج تھا۔ ٹرائبل ایج، سارا عرب پینسولا جو تھا، وہ سب ٹرائب تھے، جگہ جگہ۔</w:t>
      </w:r>
    </w:p>
    <w:p>
      <w:r>
        <w:rPr>
          <w:b/>
        </w:rPr>
        <w:t xml:space="preserve">[23:56] </w:t>
      </w:r>
      <w:r>
        <w:t>to har qabile ka</w:t>
      </w:r>
    </w:p>
    <w:p>
      <w:pPr>
        <w:jc w:val="right"/>
      </w:pPr>
      <w:r>
        <w:t>تو ہر قبیلے کا</w:t>
      </w:r>
    </w:p>
    <w:p>
      <w:r>
        <w:rPr>
          <w:b/>
        </w:rPr>
        <w:t xml:space="preserve">[23:58] </w:t>
      </w:r>
      <w:r>
        <w:t>ek but quraish ne wahan par rakh diya tha. quraish jo ke yani leader the arab ke, to sab ko attract karne ke liye unhon ne but rakh diye.</w:t>
      </w:r>
    </w:p>
    <w:p>
      <w:pPr>
        <w:jc w:val="right"/>
      </w:pPr>
      <w:r>
        <w:t>ایک بت قریش نے وہاں پر رکھ دیا تھا۔ قریش جو کہ یعنی لیڈر تھے عرب کے، تو سب کو اٹریکٹ کرنے کے لیے انہوں نے بت رکھ دیا۔</w:t>
      </w:r>
    </w:p>
    <w:p>
      <w:r>
        <w:rPr>
          <w:b/>
        </w:rPr>
        <w:t xml:space="preserve">[24:12] </w:t>
      </w:r>
      <w:r>
        <w:t>kaha jata hai ke 300,</w:t>
      </w:r>
    </w:p>
    <w:p>
      <w:pPr>
        <w:jc w:val="right"/>
      </w:pPr>
      <w:r>
        <w:t>کہا جاتا ہے کہ 300،</w:t>
      </w:r>
    </w:p>
    <w:p>
      <w:r>
        <w:rPr>
          <w:b/>
        </w:rPr>
        <w:t xml:space="preserve">[24:19] </w:t>
      </w:r>
      <w:r>
        <w:t>360 but the. koi log tadad farq bhi batate hain. to behal is ki wajah se kya hua?</w:t>
      </w:r>
    </w:p>
    <w:p>
      <w:pPr>
        <w:jc w:val="right"/>
      </w:pPr>
      <w:r>
        <w:t>360 بت تھے۔ کوئی لوگ تعداد فرق بھی بتاتے ہیں۔ تو بہرحال اس کی وجہ سے کیا ہوا؟</w:t>
      </w:r>
    </w:p>
    <w:p>
      <w:r>
        <w:rPr>
          <w:b/>
        </w:rPr>
        <w:t xml:space="preserve">[24:30] </w:t>
      </w:r>
      <w:r>
        <w:t>wahan par ek ek mobilization tha, is ki wajah se "that was a source of mobilization", yani log aate the, aate aa rahe hain, ja rahe hain, aa rahe hain, ja rahe hain.</w:t>
      </w:r>
    </w:p>
    <w:p>
      <w:pPr>
        <w:jc w:val="right"/>
      </w:pPr>
      <w:r>
        <w:t>وہاں پر ایک ایک موبیلائزیشن تھا، اس کی وجہ سے "دیٹ واز ا سورس اف موبیلائزیشن"، یعنی لوگ آتے تھے، آتے آ رہے ہیں، جا رہے ہیں، آ رہے ہیں، جا رہے ہیں۔</w:t>
      </w:r>
    </w:p>
    <w:p>
      <w:r>
        <w:rPr>
          <w:b/>
        </w:rPr>
        <w:t xml:space="preserve">[24:42] </w:t>
      </w:r>
      <w:r>
        <w:t>yani presence of idols in Kaba was at the time source of mobilization of Arab people. daily wahan aa rahe hain, ja rahe hain, aa rahe hain, ja rahe hain.</w:t>
      </w:r>
    </w:p>
    <w:p>
      <w:pPr>
        <w:jc w:val="right"/>
      </w:pPr>
      <w:r>
        <w:t>یعنی پریزنس اف اڈلٹس ان کعبہ واز ایٹ دا ٹائم سورس اف موبیلائزیشن اف عرب پیپل۔ ڈیلی وہاں آ رہے ہیں، جا رہے ہیں، آ رہے ہیں، جا رہے ہیں۔</w:t>
      </w:r>
    </w:p>
    <w:p>
      <w:r>
        <w:rPr>
          <w:b/>
        </w:rPr>
        <w:t xml:space="preserve">[24:58] </w:t>
      </w:r>
      <w:r>
        <w:t>is ka matlab kya tha? ke do chezen aap ke samne theen: ek hai kaba mein bton ka hona, jo aap ke mission ke sirtasar khilaf tha; doosri taraf ke isi ki wajah se</w:t>
      </w:r>
    </w:p>
    <w:p>
      <w:pPr>
        <w:jc w:val="right"/>
      </w:pPr>
      <w:r>
        <w:t>اس کا مطلب کیا تھا؟ کہ دو چیزیں آپ کے سامنے تھیں: ایک ہے کعبہ میں بتوں کا ہونا، جو آپ کے مشن کے سرتاسر خلاف تھا؛ دوسری طرف کہ اسی کی وجہ سے</w:t>
      </w:r>
    </w:p>
    <w:p>
      <w:r>
        <w:rPr>
          <w:b/>
        </w:rPr>
        <w:t xml:space="preserve">[25:15] </w:t>
      </w:r>
      <w:r>
        <w:t>log aa rahe hain, jo ke aap ke liye madu the, madu, kyunke aap ko insan chahiye.</w:t>
      </w:r>
    </w:p>
    <w:p>
      <w:pPr>
        <w:jc w:val="right"/>
      </w:pPr>
      <w:r>
        <w:t>لوگ آ رہے ہیں، جو کہ آپ کے لیے مدعو تھے، مدعو، کیونکہ آپ کو انسان چاہیے۔</w:t>
      </w:r>
    </w:p>
    <w:p>
      <w:r>
        <w:rPr>
          <w:b/>
        </w:rPr>
        <w:t xml:space="preserve">[25:25] </w:t>
      </w:r>
      <w:r>
        <w:t>and patthar ko to nahi aap address kar sakte hain. to insan agar aap sare arab mein ghoomen</w:t>
      </w:r>
    </w:p>
    <w:p>
      <w:pPr>
        <w:jc w:val="right"/>
      </w:pPr>
      <w:r>
        <w:t>اینٹ پتھر کو تو نہیں آپ ایڈریس کر سکتے ہیں۔ تو انسان اگر آپ سارے عرب میں گھومیں</w:t>
      </w:r>
    </w:p>
    <w:p>
      <w:r>
        <w:rPr>
          <w:b/>
        </w:rPr>
        <w:t xml:space="preserve">[25:32] </w:t>
      </w:r>
      <w:r>
        <w:t>to bohat mushkil hai. is zamane mein aap jante hain ke sawariyan nahi theen, sarakain nahi theen, communication nahi tha. to khud hi khud log chale aa rahe hain, khud hi khud chale aa rahe hain.</w:t>
      </w:r>
    </w:p>
    <w:p>
      <w:pPr>
        <w:jc w:val="right"/>
      </w:pPr>
      <w:r>
        <w:t>تو بہت مشکل ہے۔ اس زمانے میں آپ جانتے ہیں کہ سواریاں نہیں تھیں، سڑکیں نہیں تھیں، کمیونیکیشن نہیں تھا۔ تو خود ہی خود لوگ چلے آ رہے ہیں، خود ہی خود چلے آ رہے ہیں۔</w:t>
      </w:r>
    </w:p>
    <w:p>
      <w:r>
        <w:rPr>
          <w:b/>
        </w:rPr>
        <w:t xml:space="preserve">[25:45] </w:t>
      </w:r>
      <w:r>
        <w:t>to rasool allah ne is ko liya ek bohat bari opportunity ke taur par</w:t>
      </w:r>
    </w:p>
    <w:p>
      <w:pPr>
        <w:jc w:val="right"/>
      </w:pPr>
      <w:r>
        <w:t>تو رسول اللہ نے اس کو لیا ایک بہت بڑی اپرچونیٹی کے طور پر</w:t>
      </w:r>
    </w:p>
    <w:p>
      <w:r>
        <w:rPr>
          <w:b/>
        </w:rPr>
        <w:t xml:space="preserve">[25:52] </w:t>
      </w:r>
      <w:r>
        <w:t>ke dekho, ab mein makke mein hoon aur sab chale aa rahe hain mere pas, mere madu jo hain.</w:t>
      </w:r>
    </w:p>
    <w:p>
      <w:pPr>
        <w:jc w:val="right"/>
      </w:pPr>
      <w:r>
        <w:t>کہ دیکھو، اب میں مکے میں ہوں اور سب چلے آ رہے ہیں میرے پاس، میرے مدعو جو ہیں۔</w:t>
      </w:r>
    </w:p>
    <w:p>
      <w:r>
        <w:rPr>
          <w:b/>
        </w:rPr>
        <w:t xml:space="preserve">[26:01] </w:t>
      </w:r>
      <w:r>
        <w:t>the prophet of islam adopted a very great wisdom.</w:t>
      </w:r>
    </w:p>
    <w:p>
      <w:pPr>
        <w:jc w:val="right"/>
      </w:pPr>
      <w:r>
        <w:t>دین پرافٹ اف اسلام اڈاپٹڈ ا ویری ا گریٹ وزڈم۔</w:t>
      </w:r>
    </w:p>
    <w:p>
      <w:r>
        <w:rPr>
          <w:b/>
        </w:rPr>
        <w:t xml:space="preserve">[26:11] </w:t>
      </w:r>
      <w:r>
        <w:t>woh kya thi? to differentiate between two things. yani ek hai presence bton ka, ek hai logon ka wahan ana.</w:t>
      </w:r>
    </w:p>
    <w:p>
      <w:pPr>
        <w:jc w:val="right"/>
      </w:pPr>
      <w:r>
        <w:t>وہ کیا تھی؟ ٹو ڈیفرنشیٹ بٹوین ٹو تھنگز۔ یعنی ایک ہے پریزنس بتوں کا، ایک ہے لوگوں کا وہاں آنا۔</w:t>
      </w:r>
    </w:p>
    <w:p>
      <w:r>
        <w:rPr>
          <w:b/>
        </w:rPr>
        <w:t xml:space="preserve">[26:26] </w:t>
      </w:r>
      <w:r>
        <w:t>to aap ne kya kiya? bohat simple formula aap ne liya.</w:t>
      </w:r>
    </w:p>
    <w:p>
      <w:pPr>
        <w:jc w:val="right"/>
      </w:pPr>
      <w:r>
        <w:t>تو آپ نے کیا کیا؟ بہت سمپل فارمولا آپ نے لیا۔</w:t>
      </w:r>
    </w:p>
    <w:p>
      <w:r>
        <w:rPr>
          <w:b/>
        </w:rPr>
        <w:t xml:space="preserve">[26:34] </w:t>
      </w:r>
      <w:r>
        <w:t>woh formula kya tha? ke bton ke presence ko ignore karo aur un logon ko bator madu ka istemal karo.</w:t>
      </w:r>
    </w:p>
    <w:p>
      <w:pPr>
        <w:jc w:val="right"/>
      </w:pPr>
      <w:r>
        <w:t>وہ فارمولا کیا تھا؟ کہ بتوں کے پریزنس کو اگنور کرو اور ان لوگوں کو بطور مدعو کا استعمال کرو۔</w:t>
      </w:r>
    </w:p>
    <w:p>
      <w:r>
        <w:rPr>
          <w:b/>
        </w:rPr>
        <w:t xml:space="preserve">[26:48] </w:t>
      </w:r>
      <w:r>
        <w:t>yani but jo wahan par the, wahan par but ke mani kya the? wahan shirk ki, shirk ki woh hoti theen, shirk rasmain. aaj to hamare ulma shirk rasmain jahan hon to la ilaha illallah ko zikr bhagenge.</w:t>
      </w:r>
    </w:p>
    <w:p>
      <w:pPr>
        <w:jc w:val="right"/>
      </w:pPr>
      <w:r>
        <w:t>یعنی بت جو وہاں پر تھے، وہاں پر بت کے معنی کیا تھے؟ وہاں شرک کی، شرک کی وہ ہوتی تھیں، شرک رسمیں۔ آج تو ہمارے علماء شرک رسمیں جہاں ہوں تو لا الہ الا اللہ کو ذکر بھاگیں گے۔</w:t>
      </w:r>
    </w:p>
    <w:p>
      <w:r>
        <w:rPr>
          <w:b/>
        </w:rPr>
        <w:t xml:space="preserve">[27:01] </w:t>
      </w:r>
      <w:r>
        <w:t>wahan se kisi jagah pahunch jayen jahan shirk rasmain ho rahi hon to la ilaha illallah, wa la quwwat keh ke bhagenge.</w:t>
      </w:r>
    </w:p>
    <w:p>
      <w:pPr>
        <w:jc w:val="right"/>
      </w:pPr>
      <w:r>
        <w:t>وہاں سے کسی جگہ پہنچ جائیں جہاں شرک رسمیں ہو رہی ہوں تو لا الہ الا اللہ، ولا قوۃ کہہ کے بھاگیں گے۔</w:t>
      </w:r>
    </w:p>
    <w:p>
      <w:r>
        <w:rPr>
          <w:b/>
        </w:rPr>
        <w:t xml:space="preserve">[27:11] </w:t>
      </w:r>
      <w:r>
        <w:t>rasool allah nahi bhage, kyunke isi ki wajah se to woh log aa rahe the. aaj ka koi bhi aalim jo hai, woh wohi karega ke aise shirk ke markaz mein pahunch jaye jahan par shirk rasmain ho rahi hon to dekh kar la ilaha illallah quwwat keh ke bhagega.</w:t>
      </w:r>
    </w:p>
    <w:p>
      <w:pPr>
        <w:jc w:val="right"/>
      </w:pPr>
      <w:r>
        <w:t>رسول اللہ نہیں بھاگے، کیونکہ اسی کی وجہ سے تو وہ لوگ آ رہے تھے۔ آج کا کوئی بھی عالم جو ہے، وہ وہ یہی کرے گا کہ ایسے شرک کے مرکز میں پہنچ جائے جہاں پر شکار رسمیں ہو رہی ہوں تو دیکھ کر لا الہ الا اللہ قوت کہہ کے بھاگے گا۔</w:t>
      </w:r>
    </w:p>
    <w:p>
      <w:r>
        <w:rPr>
          <w:b/>
        </w:rPr>
        <w:t xml:space="preserve">[27:29] </w:t>
      </w:r>
      <w:r>
        <w:t>bhagega.</w:t>
      </w:r>
    </w:p>
    <w:p>
      <w:pPr>
        <w:jc w:val="right"/>
      </w:pPr>
      <w:r>
        <w:t>بھاگے گا۔</w:t>
      </w:r>
    </w:p>
    <w:p>
      <w:r>
        <w:rPr>
          <w:b/>
        </w:rPr>
        <w:t xml:space="preserve">[27:32] </w:t>
      </w:r>
      <w:r>
        <w:t>woh nahi dekha ke yahan isi ki wajah se yahan itne saare log aa rahe hain, in ko dawat do, in ko quran pohanchao. yeh nahi sochega. toh yeh sunnat chhod chhod rakhi hai logon ne.</w:t>
      </w:r>
    </w:p>
    <w:p>
      <w:pPr>
        <w:jc w:val="right"/>
      </w:pPr>
      <w:r>
        <w:t>وہ نہیں دیکھا کہ یہاں اسی کی وجہ سے یہاں اتنے سارے لوگ آ رہے ہیں، ان کو دعوت دو، ان کو قرآن پہنچاؤ۔ یہ نہیں سوچے گا۔ تو یہ سنت چھوڑ چھوڑ رکھی ہے لوگوں نے۔</w:t>
      </w:r>
    </w:p>
    <w:p>
      <w:r>
        <w:rPr>
          <w:b/>
        </w:rPr>
        <w:t xml:space="preserve">[27:45] </w:t>
      </w:r>
      <w:r>
        <w:t>toh rasool Allah ne ek formula pakda ke presence of adults was a great problem, but he ignored this problem.</w:t>
      </w:r>
    </w:p>
    <w:p>
      <w:pPr>
        <w:jc w:val="right"/>
      </w:pPr>
      <w:r>
        <w:t>تو رسول اللہ نے ایک فارمولا پکڑا کہ پریزنس اف اڈلٹس واز ا گریٹ پرابلم، بٹ ہی اگنورڈ دس پرابلم۔</w:t>
      </w:r>
    </w:p>
    <w:p>
      <w:r>
        <w:rPr>
          <w:b/>
        </w:rPr>
        <w:t xml:space="preserve">[27:59] </w:t>
      </w:r>
      <w:r>
        <w:t>deen at the same same time,</w:t>
      </w:r>
    </w:p>
    <w:p>
      <w:pPr>
        <w:jc w:val="right"/>
      </w:pPr>
      <w:r>
        <w:t>دین ایٹ دا سیم سیم ٹائم،</w:t>
      </w:r>
    </w:p>
    <w:p>
      <w:r>
        <w:rPr>
          <w:b/>
        </w:rPr>
        <w:t xml:space="preserve">[28:02] </w:t>
      </w:r>
      <w:r>
        <w:t>do pujaris, do other worshippers were invited for him. see he tried to avail that up as as as an opportunity.</w:t>
      </w:r>
    </w:p>
    <w:p>
      <w:pPr>
        <w:jc w:val="right"/>
      </w:pPr>
      <w:r>
        <w:t>دو پجاریز، دو ارڈر ورسپرز ویر مدعو فار ہم۔ سی ہی ٹرائی ٹو اویل دیٹ اپ ایز ایز ایز این اپرچونیٹی۔</w:t>
      </w:r>
    </w:p>
    <w:p>
      <w:r>
        <w:rPr>
          <w:b/>
        </w:rPr>
        <w:t xml:space="preserve">[28:18] </w:t>
      </w:r>
      <w:r>
        <w:t>buton ko ignore kar ke</w:t>
      </w:r>
    </w:p>
    <w:p>
      <w:pPr>
        <w:jc w:val="right"/>
      </w:pPr>
      <w:r>
        <w:t>بتوں کو اگنور کر کے</w:t>
      </w:r>
    </w:p>
    <w:p>
      <w:r>
        <w:rPr>
          <w:b/>
        </w:rPr>
        <w:t xml:space="preserve">[28:20] </w:t>
      </w:r>
      <w:r>
        <w:t>jo aa rahe hain wahan par, in ko bator madu lo aur in ko dawat pohanchao. yeh 13 saal tak aap karte rahe. is ki wajah se tamam jo bade bade sahaba hain jin ko hum kehte hain ajilla sahaba,</w:t>
      </w:r>
    </w:p>
    <w:p>
      <w:pPr>
        <w:jc w:val="right"/>
      </w:pPr>
      <w:r>
        <w:t>جو آ رہے ہیں وہاں پر، ان کو بطور مدعو لو اور ان کو دعوت پہنچاؤ۔ یہ 13 سال تک آپ کرتے رہے۔ اس کی وجہ سے تمام جو بڑے بڑے صحابہ ہیں جن کو ہم کہتے ہیں اجلہ صحابہ،</w:t>
      </w:r>
    </w:p>
    <w:p>
      <w:r>
        <w:rPr>
          <w:b/>
        </w:rPr>
        <w:t xml:space="preserve">[28:35] </w:t>
      </w:r>
      <w:r>
        <w:t>yani abubakar, umar, usman, ali, abu ubaydah ibn al-jarrah, mu'adh ibn jabal,</w:t>
      </w:r>
    </w:p>
    <w:p>
      <w:pPr>
        <w:jc w:val="right"/>
      </w:pPr>
      <w:r>
        <w:t>یعنی ابوبکر، عمر، عثمان، علی، ابو عبیدہ ابن جراح، معاذ بن جبل،</w:t>
      </w:r>
    </w:p>
    <w:p>
      <w:r>
        <w:rPr>
          <w:b/>
        </w:rPr>
        <w:t xml:space="preserve">[28:43] </w:t>
      </w:r>
      <w:r>
        <w:t>sab isi tareeqe se mile. isi wisdom ko lene ki wajah se, yani jo mobilization tha, us ko alag karna aur buton ka jo masla hai, us ko alag karna.</w:t>
      </w:r>
    </w:p>
    <w:p>
      <w:pPr>
        <w:jc w:val="right"/>
      </w:pPr>
      <w:r>
        <w:t>سب اسی طریقے سے ملے۔ اسی وزڈم کو لینے کی وجہ سے، یعنی جو موبیلائزیشن تھا، اس کو الگ کرنا اور بتوں کا جو مسئلہ ہے، اس کو الگ کرنا۔</w:t>
      </w:r>
    </w:p>
    <w:p>
      <w:r>
        <w:rPr>
          <w:b/>
        </w:rPr>
        <w:t xml:space="preserve">[28:59] </w:t>
      </w:r>
      <w:r>
        <w:t>ab aap dekhiye, is zamane mein aaiye, aap</w:t>
      </w:r>
    </w:p>
    <w:p>
      <w:pPr>
        <w:jc w:val="right"/>
      </w:pPr>
      <w:r>
        <w:t>اب آپ دیکھیے، اس زمانے میں آئیے، آپ</w:t>
      </w:r>
    </w:p>
    <w:p>
      <w:r>
        <w:rPr>
          <w:b/>
        </w:rPr>
        <w:t xml:space="preserve">[29:04] </w:t>
      </w:r>
      <w:r>
        <w:t>is zamane mein, yani jo naya zamana jis ko hum kehte hain modern age, jis mein industrialization hua, communication aaya, yeh sab hua toh ek international mobilization ke taur tha.</w:t>
      </w:r>
    </w:p>
    <w:p>
      <w:pPr>
        <w:jc w:val="right"/>
      </w:pPr>
      <w:r>
        <w:t>اس زمانے میں، یعنی جو نیا زمانہ جس کو ہم کہتے ہیں ماڈرن ایج، جس میں انڈسٹریلائزیشن ہوا، کمیونیکیشن آیا، یہ سب ہوا تو ایک انٹرنیشنل موبیلائزیشن کے طور تھا۔</w:t>
      </w:r>
    </w:p>
    <w:p>
      <w:r>
        <w:rPr>
          <w:b/>
        </w:rPr>
        <w:t xml:space="preserve">[29:18] </w:t>
      </w:r>
      <w:r>
        <w:t>yeh kaisi ajeeb baat hai!</w:t>
      </w:r>
    </w:p>
    <w:p>
      <w:pPr>
        <w:jc w:val="right"/>
      </w:pPr>
      <w:r>
        <w:t>یہ کیسی عجیب بات ہے!</w:t>
      </w:r>
    </w:p>
    <w:p>
      <w:r>
        <w:rPr>
          <w:b/>
        </w:rPr>
        <w:t xml:space="preserve">[29:23] </w:t>
      </w:r>
      <w:r>
        <w:t>yani yeh yeh qaumein jo thi, western nations, yani france, britania, yeh mulk jo hai, woh dakhil hue mukhtalif mulkon mein.</w:t>
      </w:r>
    </w:p>
    <w:p>
      <w:pPr>
        <w:jc w:val="right"/>
      </w:pPr>
      <w:r>
        <w:t>یعنی یہ یہ قومیں جو تھیں، ویسٹرن نیشنز، یعنی فرانس، برطانیہ، یہ ملک جو ہے، وہ داخل ہوئے مختلف ملکوں میں۔</w:t>
      </w:r>
    </w:p>
    <w:p>
      <w:r>
        <w:rPr>
          <w:b/>
        </w:rPr>
        <w:t xml:space="preserve">[29:36] </w:t>
      </w:r>
      <w:r>
        <w:t>is mein mulk mulk bhi the. toh ek phenomena tha jis ko kehte hain colonialism. yani yeh jo waqea hua is zamane mein, is ka ek phenomena tha colonialism.</w:t>
      </w:r>
    </w:p>
    <w:p>
      <w:pPr>
        <w:jc w:val="right"/>
      </w:pPr>
      <w:r>
        <w:t>اس میں ملک ملک بھی تھے۔ تو ایک فیناومینا تھا جس کو کہتے ہیں کلونیلزم۔ یعنی یہ جو واقعہ ہوا اس زمانے میں، اس کا ایک فیناومینا تھا کلونیلزم۔</w:t>
      </w:r>
    </w:p>
    <w:p>
      <w:r>
        <w:rPr>
          <w:b/>
        </w:rPr>
        <w:t xml:space="preserve">[29:50] </w:t>
      </w:r>
      <w:r>
        <w:t>doosra kya tha? internation</w:t>
      </w:r>
    </w:p>
    <w:p>
      <w:pPr>
        <w:jc w:val="right"/>
      </w:pPr>
      <w:r>
        <w:t>دوسرا کیا تھا؟ انٹرنیشن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