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Violence The Second Forbidden Tree 14 June 2009 - Maulana Wahiduddin Khan</w:t>
      </w:r>
    </w:p>
    <w:p>
      <w:r>
        <w:t>https://www.youtube.com/watch?v=WbN4l7eMBdU</w:t>
      </w:r>
    </w:p>
    <w:p>
      <w:r>
        <w:rPr>
          <w:b/>
        </w:rPr>
        <w:t xml:space="preserve">[00:12] </w:t>
      </w:r>
      <w:r>
        <w:t>Allah wal Nabi al Kareem, Rabbi shrah li sadri, wa yassir li amri, wahul uqdatan min lisani, yafqahu qawli.</w:t>
      </w:r>
    </w:p>
    <w:p>
      <w:pPr>
        <w:jc w:val="right"/>
      </w:pPr>
      <w:r>
        <w:t>اللہ والنبی الکریم، رب اشرح لی صدری، ویسر لی امری، واحل العقدۃ من لسانی، یفقہ قولی۔</w:t>
      </w:r>
    </w:p>
    <w:p>
      <w:r>
        <w:rPr>
          <w:b/>
        </w:rPr>
        <w:t xml:space="preserve">[00:31] </w:t>
      </w:r>
      <w:r>
        <w:t>aaj ka jo topic hai wo hai "violence the second forbidden tree".</w:t>
      </w:r>
    </w:p>
    <w:p>
      <w:pPr>
        <w:jc w:val="right"/>
      </w:pPr>
      <w:r>
        <w:t>آج کا جو ٹاپک ہے وہ ہے "وائلنس دا سیکنڈ فاربیڈنٹری"۔</w:t>
      </w:r>
    </w:p>
    <w:p>
      <w:r>
        <w:rPr>
          <w:b/>
        </w:rPr>
        <w:t xml:space="preserve">[00:47] </w:t>
      </w:r>
      <w:r>
        <w:t>tashaddud doosra shajar ممنوعہ۔</w:t>
      </w:r>
    </w:p>
    <w:p>
      <w:pPr>
        <w:jc w:val="right"/>
      </w:pPr>
      <w:r>
        <w:t>تشدد دوسرا شجر ممنوعہ۔</w:t>
      </w:r>
    </w:p>
    <w:p>
      <w:r>
        <w:rPr>
          <w:b/>
        </w:rPr>
        <w:t xml:space="preserve">[00:55] </w:t>
      </w:r>
      <w:r>
        <w:t>yeh baat maine Quran ke mutale se pai hai.</w:t>
      </w:r>
    </w:p>
    <w:p>
      <w:pPr>
        <w:jc w:val="right"/>
      </w:pPr>
      <w:r>
        <w:t>یہ بات میں نے قرآن کے مطالعے سے پائی ہے۔</w:t>
      </w:r>
    </w:p>
    <w:p>
      <w:r>
        <w:rPr>
          <w:b/>
        </w:rPr>
        <w:t xml:space="preserve">[01:04] </w:t>
      </w:r>
      <w:r>
        <w:t>dekhiye,</w:t>
      </w:r>
    </w:p>
    <w:p>
      <w:pPr>
        <w:jc w:val="right"/>
      </w:pPr>
      <w:r>
        <w:t>دیکھیے،</w:t>
      </w:r>
    </w:p>
    <w:p>
      <w:r>
        <w:rPr>
          <w:b/>
        </w:rPr>
        <w:t xml:space="preserve">[01:08] </w:t>
      </w:r>
      <w:r>
        <w:t>pehlay insan Adam thay.</w:t>
      </w:r>
    </w:p>
    <w:p>
      <w:pPr>
        <w:jc w:val="right"/>
      </w:pPr>
      <w:r>
        <w:t>پہلے انسان آدم تھے۔</w:t>
      </w:r>
    </w:p>
    <w:p>
      <w:r>
        <w:rPr>
          <w:b/>
        </w:rPr>
        <w:t xml:space="preserve">[01:11] </w:t>
      </w:r>
      <w:r>
        <w:t>Allah taala ne jab Adam ko paida kiya to un ko jannat mein rakha.</w:t>
      </w:r>
    </w:p>
    <w:p>
      <w:pPr>
        <w:jc w:val="right"/>
      </w:pPr>
      <w:r>
        <w:t>اللہ تعالیٰ نے جب آدم کو پیدا کیا تو ان کو جنت میں رکھا۔</w:t>
      </w:r>
    </w:p>
    <w:p>
      <w:r>
        <w:rPr>
          <w:b/>
        </w:rPr>
        <w:t xml:space="preserve">[01:20] </w:t>
      </w:r>
      <w:r>
        <w:t>un se kaha ke jannat mein tum ko poori azadi hogi,</w:t>
      </w:r>
    </w:p>
    <w:p>
      <w:pPr>
        <w:jc w:val="right"/>
      </w:pPr>
      <w:r>
        <w:t>ان سے کہا کہ جنت میں تم کو پوری آزادی ہوگی،</w:t>
      </w:r>
    </w:p>
    <w:p>
      <w:r>
        <w:rPr>
          <w:b/>
        </w:rPr>
        <w:t xml:space="preserve">[01:27] </w:t>
      </w:r>
      <w:r>
        <w:t>lekin</w:t>
      </w:r>
    </w:p>
    <w:p>
      <w:pPr>
        <w:jc w:val="right"/>
      </w:pPr>
      <w:r>
        <w:t>لیکن</w:t>
      </w:r>
    </w:p>
    <w:p>
      <w:r>
        <w:rPr>
          <w:b/>
        </w:rPr>
        <w:t xml:space="preserve">[01:31] </w:t>
      </w:r>
      <w:r>
        <w:t>wahan ek darakht hai, us darakht ke paas tum mat jana.</w:t>
      </w:r>
    </w:p>
    <w:p>
      <w:pPr>
        <w:jc w:val="right"/>
      </w:pPr>
      <w:r>
        <w:t>وہاں ایک درخت ہے، اس درخت کے پاس تم مت جانا۔</w:t>
      </w:r>
    </w:p>
    <w:p>
      <w:r>
        <w:rPr>
          <w:b/>
        </w:rPr>
        <w:t xml:space="preserve">[01:36] </w:t>
      </w:r>
      <w:r>
        <w:t>la taqraba hatha al shajar fa takuna min al zalamin. Don't approach this tree.</w:t>
      </w:r>
    </w:p>
    <w:p>
      <w:pPr>
        <w:jc w:val="right"/>
      </w:pPr>
      <w:r>
        <w:t>لا تقربا هذا الشجر فتكونا من الظالمین۔ ڈونٹ اپروچ دس ٹری۔</w:t>
      </w:r>
    </w:p>
    <w:p>
      <w:r>
        <w:rPr>
          <w:b/>
        </w:rPr>
        <w:t xml:space="preserve">[01:47] </w:t>
      </w:r>
      <w:r>
        <w:t>ek tha, us ko kehte hain shajar ممنوعہ, forbidden tree. Is se mana kiya gaya tha un ko.</w:t>
      </w:r>
    </w:p>
    <w:p>
      <w:pPr>
        <w:jc w:val="right"/>
      </w:pPr>
      <w:r>
        <w:t>ایک تھا، اس کو کہتے ہیں شجر ممنوعہ، فاربیڈنٹری۔ اس سے منع کیا گیا تھا ان کو۔</w:t>
      </w:r>
    </w:p>
    <w:p>
      <w:r>
        <w:rPr>
          <w:b/>
        </w:rPr>
        <w:t xml:space="preserve">[01:57] </w:t>
      </w:r>
      <w:r>
        <w:t>kuch din to Adam is se bache rahay, phir temptation hua, aur temptation ke tehat wo is darakht ke paas pohanch gaye aur is ka phal kha liya.</w:t>
      </w:r>
    </w:p>
    <w:p>
      <w:pPr>
        <w:jc w:val="right"/>
      </w:pPr>
      <w:r>
        <w:t>کچھ دن تو آدم اس سے بچے رہے، پھر ٹیمپٹیشن ہوا، اور ٹیمپٹیشن کے تحت وہ اس درخت کے پاس پہنچ گئے اور اس کا پھل کھا لیا۔</w:t>
      </w:r>
    </w:p>
    <w:p>
      <w:r>
        <w:rPr>
          <w:b/>
        </w:rPr>
        <w:t xml:space="preserve">[02:13] </w:t>
      </w:r>
      <w:r>
        <w:t>is ke baad kya hua? Wo jannat se nikal diye gaye.</w:t>
      </w:r>
    </w:p>
    <w:p>
      <w:pPr>
        <w:jc w:val="right"/>
      </w:pPr>
      <w:r>
        <w:t>اس کے بعد کیا ہوا؟ وہ جنت سے نکال دیے گئے۔</w:t>
      </w:r>
    </w:p>
    <w:p>
      <w:r>
        <w:rPr>
          <w:b/>
        </w:rPr>
        <w:t xml:space="preserve">[02:19] </w:t>
      </w:r>
      <w:r>
        <w:t>yeh forbidden tree ka phal khate hi unhein jannat se nikal diya gaya, aur yeh dunya jis mein hum rehte hain, planet Earth, yahan basa diya gaya.</w:t>
      </w:r>
    </w:p>
    <w:p>
      <w:pPr>
        <w:jc w:val="right"/>
      </w:pPr>
      <w:r>
        <w:t>یہ فاربیڈنٹری کا پھل کھاتے ہی انہیں جنت سے نکال دیا گیا، اور یہ دنیا جس میں ہم رہتے ہیں، پلینٹ ارتھ، یہاں بسا دیا گیا۔</w:t>
      </w:r>
    </w:p>
    <w:p>
      <w:r>
        <w:rPr>
          <w:b/>
        </w:rPr>
        <w:t xml:space="preserve">[02:33] </w:t>
      </w:r>
      <w:r>
        <w:t>Quran ke mutale se main samjha hoon ke yahan bhi ek forbidden tree hai.</w:t>
      </w:r>
    </w:p>
    <w:p>
      <w:pPr>
        <w:jc w:val="right"/>
      </w:pPr>
      <w:r>
        <w:t>قرآن کے مطالعے سے میں سمجھا ہوں کہ یہاں بھی ایک فاربیڈنٹری ہے۔</w:t>
      </w:r>
    </w:p>
    <w:p>
      <w:r>
        <w:rPr>
          <w:b/>
        </w:rPr>
        <w:t xml:space="preserve">[02:40] </w:t>
      </w:r>
      <w:r>
        <w:t>dekhiye, Quran se pata chalta hai ke Adam ki jo pehli nasal thi, is mein Habil aur Qabil do bete thay.</w:t>
      </w:r>
    </w:p>
    <w:p>
      <w:pPr>
        <w:jc w:val="right"/>
      </w:pPr>
      <w:r>
        <w:t>دیکھیے، قرآن سے پتہ چلتا ہے کہ آدم کی جو پہلی نسل تھی، اس میں ہابیل اور قابیل دو بیٹے تھے۔</w:t>
      </w:r>
    </w:p>
    <w:p>
      <w:r>
        <w:rPr>
          <w:b/>
        </w:rPr>
        <w:t xml:space="preserve">[02:53] </w:t>
      </w:r>
      <w:r>
        <w:t>to pehli hi nasal mein aapas mein in mein kisi baat par controversy hui, jhagda hua, aur phir kya hua?</w:t>
      </w:r>
    </w:p>
    <w:p>
      <w:pPr>
        <w:jc w:val="right"/>
      </w:pPr>
      <w:r>
        <w:t>تو پہلی ہی نسل میں آپس میں ان میں کسی بات پر کنٹروورسی ہوئی، جھگڑا ہوا، اور پھر کیا ہوا؟</w:t>
      </w:r>
    </w:p>
    <w:p>
      <w:r>
        <w:rPr>
          <w:b/>
        </w:rPr>
        <w:t xml:space="preserve">[03:05] </w:t>
      </w:r>
      <w:r>
        <w:t>Qabil ne Habil ko maar dala.</w:t>
      </w:r>
    </w:p>
    <w:p>
      <w:pPr>
        <w:jc w:val="right"/>
      </w:pPr>
      <w:r>
        <w:t>قابیل نے ہابیل کو مار ڈالا۔</w:t>
      </w:r>
    </w:p>
    <w:p>
      <w:r>
        <w:rPr>
          <w:b/>
        </w:rPr>
        <w:t xml:space="preserve">[03:11] </w:t>
      </w:r>
      <w:r>
        <w:t>is par Quran mein do baatein kahi gayi hain. Ek to kaha gaya hai ke is ke baad Allah taala ne likh diya, yani peghambaron par reveal kiya ke man qatala nafsan bi ghairi nafsin wa fasadin fa ka anna qatala al nasi jamee wa man ahya fa ka anna ahya al nasi jamee</w:t>
      </w:r>
    </w:p>
    <w:p>
      <w:pPr>
        <w:jc w:val="right"/>
      </w:pPr>
      <w:r>
        <w:t>اس پر قرآن میں دو باتیں کہی گئی ہیں۔ ایک تو کہا گیا ہے کہ اس کے بعد اللہ تعالیٰ نے لکھ دیا، یعنی پیغمبروں پر ریویل کیا کہ من قتل نفسا بغیر نفس وفساد فکان قتل الناس جمیع ومن احیا فکان احیا الناس جمیع</w:t>
      </w:r>
    </w:p>
    <w:p>
      <w:r>
        <w:rPr>
          <w:b/>
        </w:rPr>
        <w:t xml:space="preserve">[03:39] </w:t>
      </w:r>
      <w:r>
        <w:t>to yeh jo qissa hua ke jannat se nikalne ke baad Qabil ne Habil ko maar dala, is par Khuda ne yeh aasmani hidayat utari tamam nabiyon ke upar ke jo shakhs kisi insan ko,</w:t>
      </w:r>
    </w:p>
    <w:p>
      <w:pPr>
        <w:jc w:val="right"/>
      </w:pPr>
      <w:r>
        <w:t>تو یہ جو قصہ ہوا کہ جنت سے نکلنے کے بعد قابیل نے ہابیل کو مار ڈالا، اس پر خدا نے یہ آسمانی ہدایت اتاری تمام نبیوں کے اوپر کہ جو شخص کسی انسان کو،</w:t>
      </w:r>
    </w:p>
    <w:p>
      <w:r>
        <w:rPr>
          <w:b/>
        </w:rPr>
        <w:t xml:space="preserve">[04:02] </w:t>
      </w:r>
      <w:r>
        <w:t>kisi innocent insan ko maar daale ga, to us ne goya ke saare insano ko maar dala.</w:t>
      </w:r>
    </w:p>
    <w:p>
      <w:pPr>
        <w:jc w:val="right"/>
      </w:pPr>
      <w:r>
        <w:t>کسی انوسنٹ انسان کو مار ڈالے گا، تو اس نے گویا کہ سارے انسانوں کو مار ڈالا۔</w:t>
      </w:r>
    </w:p>
    <w:p>
      <w:r>
        <w:rPr>
          <w:b/>
        </w:rPr>
        <w:t xml:space="preserve">[04:14] </w:t>
      </w:r>
      <w:r>
        <w:t>yani ek insan ko maar na, saare insano ko maar na hai.</w:t>
      </w:r>
    </w:p>
    <w:p>
      <w:pPr>
        <w:jc w:val="right"/>
      </w:pPr>
      <w:r>
        <w:t>یعنی ایک انسان کو مارنا، سارے انسانوں کو مارنا ہے۔</w:t>
      </w:r>
    </w:p>
    <w:p>
      <w:r>
        <w:rPr>
          <w:b/>
        </w:rPr>
        <w:t xml:space="preserve">[04:20] </w:t>
      </w:r>
      <w:r>
        <w:t>killing of an innocent person means killing all mankind. to yeh tha forbidden tree is dunya ke liye.</w:t>
      </w:r>
    </w:p>
    <w:p>
      <w:pPr>
        <w:jc w:val="right"/>
      </w:pPr>
      <w:r>
        <w:t>کلنگ آف این انوسنٹ پرسن مینز کلنگ آل مین کائنڈ۔ تو یہ تھا فاربیڈنٹری اس دنیا کے لیے۔</w:t>
      </w:r>
    </w:p>
    <w:p>
      <w:r>
        <w:rPr>
          <w:b/>
        </w:rPr>
        <w:t xml:space="preserve">[04:33] </w:t>
      </w:r>
      <w:r>
        <w:t>violence ke violence tum ko nahi karna hai.</w:t>
      </w:r>
    </w:p>
    <w:p>
      <w:pPr>
        <w:jc w:val="right"/>
      </w:pPr>
      <w:r>
        <w:t>وائلنس کہ وائلنس تم کو نہیں کرنا ہے۔</w:t>
      </w:r>
    </w:p>
    <w:p>
      <w:r>
        <w:rPr>
          <w:b/>
        </w:rPr>
        <w:t xml:space="preserve">[04:39] </w:t>
      </w:r>
      <w:r>
        <w:t>wahan par ek tha forbidden tree, us ka tum ko phal nahi khana hai. is dunya mein bhi ek ek forbidden tree hai, aur woh hai violence.</w:t>
      </w:r>
    </w:p>
    <w:p>
      <w:pPr>
        <w:jc w:val="right"/>
      </w:pPr>
      <w:r>
        <w:t>وہاں پر ایک تھا فاربیڈنٹری، اس کا تم کو پھل نہیں کھانا ہے۔ اس دنیا میں بھی ایک ایک فاربیڈنٹری ہے، اور وہ ہے وائلنس۔</w:t>
      </w:r>
    </w:p>
    <w:p>
      <w:r>
        <w:rPr>
          <w:b/>
        </w:rPr>
        <w:t xml:space="preserve">[04:49] </w:t>
      </w:r>
      <w:r>
        <w:t>koi bhi conflict ho, koi bhi controversy ho, to tum ko violence tak nahi jaana. violence jo hai, absolute sense mein haram rahe ga tumhare liye.</w:t>
      </w:r>
    </w:p>
    <w:p>
      <w:pPr>
        <w:jc w:val="right"/>
      </w:pPr>
      <w:r>
        <w:t>کوئی بھی کانفلکٹ ہو، کوئی بھی کنٹروورسی ہو، تو تم کو وائلنس تک نہیں جانا۔ وائلنس جو ہے، ایبسولیوٹ سینس میں حرام رہے گا تمہارے لیے۔</w:t>
      </w:r>
    </w:p>
    <w:p>
      <w:r>
        <w:rPr>
          <w:b/>
        </w:rPr>
        <w:t xml:space="preserve">[05:00] </w:t>
      </w:r>
      <w:r>
        <w:t>absolute sense mein.</w:t>
      </w:r>
    </w:p>
    <w:p>
      <w:pPr>
        <w:jc w:val="right"/>
      </w:pPr>
      <w:r>
        <w:t>ایبسولیوٹ سینس میں۔</w:t>
      </w:r>
    </w:p>
    <w:p>
      <w:r>
        <w:rPr>
          <w:b/>
        </w:rPr>
        <w:t xml:space="preserve">[05:04] </w:t>
      </w:r>
      <w:r>
        <w:t>absolute mein is liye keh raha hoon ke aage, yani yeh jo ayat maine padhi hai, ayat to Surah Al Baqarah mein hai, chapter number second mein.</w:t>
      </w:r>
    </w:p>
    <w:p>
      <w:pPr>
        <w:jc w:val="right"/>
      </w:pPr>
      <w:r>
        <w:t>ایبسولیوٹ میں اس لیے کہہ رہا ہوں کہ آگے، یعنی یہ جو آیت میں نے پڑھی ہے، آیت تو سورہ البقرہ میں ہے، چیپٹر نمبر سیکنڈ میں۔</w:t>
      </w:r>
    </w:p>
    <w:p>
      <w:r>
        <w:rPr>
          <w:b/>
        </w:rPr>
        <w:t xml:space="preserve">[05:13] </w:t>
      </w:r>
      <w:r>
        <w:t>ek aur baat, jab Surah Al Maidah mein hai, chapter number five mein, to Al Maidah mein hai ke jab Qabil ne Habil ko maar na chaha, us waqt Habil kehta hai,</w:t>
      </w:r>
    </w:p>
    <w:p>
      <w:pPr>
        <w:jc w:val="right"/>
      </w:pPr>
      <w:r>
        <w:t>ایک اور بات، جب سورہ المائدہ میں ہے، چیپٹر نمبر فائیو میں، تو المائدہ میں ہے کہ جب قابیل نے ہابیل کو مارنا چاہا، اس وقت ہابیل کہتا ہے،</w:t>
      </w:r>
    </w:p>
    <w:p>
      <w:r>
        <w:rPr>
          <w:b/>
        </w:rPr>
        <w:t xml:space="preserve">[05:29] </w:t>
      </w:r>
      <w:r>
        <w:t>yani Qabil jo Qabil jo tha, woh qatil tha, aur Habil jo tha, woh maqtool tha.</w:t>
      </w:r>
    </w:p>
    <w:p>
      <w:pPr>
        <w:jc w:val="right"/>
      </w:pPr>
      <w:r>
        <w:t>یعنی قابیل جو قابیل جو تھا، وہ قاتل تھا، اور ہابیل جو تھا، وہ مقتول تھا۔</w:t>
      </w:r>
    </w:p>
    <w:p>
      <w:r>
        <w:rPr>
          <w:b/>
        </w:rPr>
        <w:t xml:space="preserve">[05:37] </w:t>
      </w:r>
      <w:r>
        <w:t>to jis ko woh maar chaha raha tha, maar na chahta tha, jo maqtool ho gaya, woh kehta hai us waqt 'la in bast alyadayka litaktulani ma'na bibastiy aliyadayka laaktulak, fa inni akhafu Allaha' ke agar tum ne apna hath badhaya mujh ko maarne ke liye,</w:t>
      </w:r>
    </w:p>
    <w:p>
      <w:pPr>
        <w:jc w:val="right"/>
      </w:pPr>
      <w:r>
        <w:t>تو جس کو وہ مار چاہ رہا تھا، مارنا چاہتا تھا، جو مقتول ہو گیا، وہ کہتا ہے اس وقت لئن بست الییدک لتقتلنی معنی بباستی الیکیدی لاقتلك فانی خاف اللہ کہ اگر تم نے اپنا ہاتھ بڑھایا مجھ کو مارنے کے لیے،</w:t>
      </w:r>
    </w:p>
    <w:p>
      <w:r>
        <w:rPr>
          <w:b/>
        </w:rPr>
        <w:t xml:space="preserve">[06:06] </w:t>
      </w:r>
      <w:r>
        <w:t>to main tum ko maarne ke liye apna hath nahi badhaunga.</w:t>
      </w:r>
    </w:p>
    <w:p>
      <w:pPr>
        <w:jc w:val="right"/>
      </w:pPr>
      <w:r>
        <w:t>تو میں تم کو مارنے کے لیے اپنا ہاتھ نہیں بڑھاؤں گا۔</w:t>
      </w:r>
    </w:p>
    <w:p>
      <w:r>
        <w:rPr>
          <w:b/>
        </w:rPr>
        <w:t xml:space="preserve">[06:10] </w:t>
      </w:r>
      <w:r>
        <w:t>main Allah se darta hoon. to dekhiye, Quran mein jagah jagah yeh baat hai ke jannat mein jo re entry hogi, re entry woh hogi Allah se darne walon ke liye.</w:t>
      </w:r>
    </w:p>
    <w:p>
      <w:pPr>
        <w:jc w:val="right"/>
      </w:pPr>
      <w:r>
        <w:t>میں اللہ سے ڈرتا ہوں۔ تو دیکھیے، قرآن میں جگہ جگہ یہ بات ہے کہ جنت میں جو ری انٹری ہوگی، ری انٹری وہ ہوگی اللہ سے ڈرنے والوں کے لیے۔</w:t>
      </w:r>
    </w:p>
    <w:p>
      <w:r>
        <w:rPr>
          <w:b/>
        </w:rPr>
        <w:t xml:space="preserve">[06:24] </w:t>
      </w:r>
      <w:r>
        <w:t>Allah se darne walon ke liye, mutaqeen ke liye.</w:t>
      </w:r>
    </w:p>
    <w:p>
      <w:pPr>
        <w:jc w:val="right"/>
      </w:pPr>
      <w:r>
        <w:t>اللہ سے ڈرنے والوں کے لیے، متقین کے لیے۔</w:t>
      </w:r>
    </w:p>
    <w:p>
      <w:r>
        <w:rPr>
          <w:b/>
        </w:rPr>
        <w:t xml:space="preserve">[06:31] </w:t>
      </w:r>
      <w:r>
        <w:t>aur yahan par bataya gaya ke Allah se darne wala jo hai, us waqt bhi woh hath nahi uthata jab ke qatil us ko maar na chahta hai.</w:t>
      </w:r>
    </w:p>
    <w:p>
      <w:pPr>
        <w:jc w:val="right"/>
      </w:pPr>
      <w:r>
        <w:t>اور یہاں پر بتایا گیا کہ اللہ سے ڈرنے والا جو ہے، اس وقت بھی وہ ہاتھ نہیں اٹھاتا جب کہ قاتل اس کو مارنا چاہتا ہے۔</w:t>
      </w:r>
    </w:p>
    <w:p>
      <w:r>
        <w:rPr>
          <w:b/>
        </w:rPr>
        <w:t xml:space="preserve">[06:41] </w:t>
      </w:r>
      <w:r>
        <w:t>badi ajeeb baat hai yeh.</w:t>
      </w:r>
    </w:p>
    <w:p>
      <w:pPr>
        <w:jc w:val="right"/>
      </w:pPr>
      <w:r>
        <w:t>بڑی عجیب بات ہے یہ۔</w:t>
      </w:r>
    </w:p>
    <w:p>
      <w:r>
        <w:rPr>
          <w:b/>
        </w:rPr>
        <w:t xml:space="preserve">[06:46] </w:t>
      </w:r>
      <w:r>
        <w:t>phir dekhiye, Rasool Allah ne aakhri zamane mein logon ko bohat sakht hidayat di thi, jo hadith ki kitabon mein, Kitab Al Fitn ke tehat aap dekh sakte hain.</w:t>
      </w:r>
    </w:p>
    <w:p>
      <w:pPr>
        <w:jc w:val="right"/>
      </w:pPr>
      <w:r>
        <w:t>پھر دیکھیے، رسول اللہ نے آخری زمانے میں لوگوں کو بہت سخت ہدایت دی تھی، جو حدیث کی کتابوں میں، کتاب الفتن کے تحت آپ دیکھ سکتے ہیں۔</w:t>
      </w:r>
    </w:p>
    <w:p>
      <w:r>
        <w:rPr>
          <w:b/>
        </w:rPr>
        <w:t xml:space="preserve">[07:00] </w:t>
      </w:r>
      <w:r>
        <w:t>is mein aap ne farmaya ke mere baad bohat si buraiyan aayengi, political buraiyan khaas taur par rulers ke darmiyan.</w:t>
      </w:r>
    </w:p>
    <w:p>
      <w:pPr>
        <w:jc w:val="right"/>
      </w:pPr>
      <w:r>
        <w:t>اس میں آپ نے فرمایا کہ میرے بعد بہت سے برائیاں آئیں گی، پولیٹیکل برائیاں خاص طور پر رولرز کے درمیان۔</w:t>
      </w:r>
    </w:p>
    <w:p>
      <w:r>
        <w:rPr>
          <w:b/>
        </w:rPr>
        <w:t xml:space="preserve">[07:12] </w:t>
      </w:r>
      <w:r>
        <w:t>to aap ne farmaya tha ke tum kisi bhi haal mein khurooj mat karna, revolt mat karna. yani rulers ke khilaf, rulers ke khilaf koi campaign mat chalana, rulers ko incite karne ke liye jahd mat karna.</w:t>
      </w:r>
    </w:p>
    <w:p>
      <w:pPr>
        <w:jc w:val="right"/>
      </w:pPr>
      <w:r>
        <w:t>تو آپ نے فرمایا تھا کہ تم کسی بھی حال میں خروج مت کرنا، ریولٹ مت کرنا۔ یعنی رولرز کے خلاف، رولرز کے خلاف کوئی کیمپین مت چلانا، رولرز کو انسیٹ کرنے کے لیے جدوجہد مت کرنا۔</w:t>
      </w:r>
    </w:p>
    <w:p>
      <w:r>
        <w:rPr>
          <w:b/>
        </w:rPr>
        <w:t xml:space="preserve">[07:30] </w:t>
      </w:r>
      <w:r>
        <w:t>bas tolerate karna un ko.</w:t>
      </w:r>
    </w:p>
    <w:p>
      <w:pPr>
        <w:jc w:val="right"/>
      </w:pPr>
      <w:r>
        <w:t>بس ٹولریٹ کرنا ان کو۔</w:t>
      </w:r>
    </w:p>
    <w:p>
      <w:r>
        <w:rPr>
          <w:b/>
        </w:rPr>
        <w:t xml:space="preserve">[07:34] </w:t>
      </w:r>
      <w:r>
        <w:t>to ek shakhs ne poocha, ek sahabi ne Rasool Allah se ke agar woh log, agar hum un se ladne ke nahi jaate, jo ruling class hai, un se hum ladne nahi jaate, lekin un ka aadmi khud hamare ghar mein ghus aata hai aap ko maarne ke liye, to hum kya karein?</w:t>
      </w:r>
    </w:p>
    <w:p>
      <w:pPr>
        <w:jc w:val="right"/>
      </w:pPr>
      <w:r>
        <w:t>تو ایک شخص نے پوچھا، ایک صحابی نے رسول اللہ سے کہ اگر وہ لوگ، اگر ہم ان سے لڑنے کے نہیں جاتے، جو رولنگ کلاس ہے، ان سے ہم لڑنے نہیں جاتے، لیکن ان کا آدمی خود ہمارے گھر میں گھس آتا ہے آپ کو مارنے کے لیے، تو ہم کیا کریں؟</w:t>
      </w:r>
    </w:p>
    <w:p>
      <w:r>
        <w:rPr>
          <w:b/>
        </w:rPr>
        <w:t xml:space="preserve">[07:52] </w:t>
      </w:r>
      <w:r>
        <w:t>yeh bohat aham baat hai samajhne ki. aaj kal saare musalman yeh kehte hain, yeh boli ke koi ghar mein ghus aaye to hum kya karein?</w:t>
      </w:r>
    </w:p>
    <w:p>
      <w:pPr>
        <w:jc w:val="right"/>
      </w:pPr>
      <w:r>
        <w:t>یہ بہت اہم بات ہے سمجھنے کی۔ آج کل سارے مسلمان یہ کہتے ہیں، یہ بولی کہ کوئی گھر میں گھس آئے تو ہم کیا کریں؟</w:t>
      </w:r>
    </w:p>
    <w:p>
      <w:r>
        <w:rPr>
          <w:b/>
        </w:rPr>
        <w:t xml:space="preserve">[08:00] </w:t>
      </w:r>
      <w:r>
        <w:t>Palestine ko le kar, Kashmir ko le kar, Afghanistan ko le kar, sab yahi boli bolte hain. koi ghar mein ghus aaye to hum kya karein?</w:t>
      </w:r>
    </w:p>
    <w:p>
      <w:pPr>
        <w:jc w:val="right"/>
      </w:pPr>
      <w:r>
        <w:t>فلسطین کو لے کر، کشمیر کو لے کر، افغانستان کو لے کر، سب یہی بولی بولتے ہیں۔ کوئی گھر میں گھس آئے تو ہم کیا کریں؟</w:t>
      </w:r>
    </w:p>
    <w:p>
      <w:r>
        <w:rPr>
          <w:b/>
        </w:rPr>
        <w:t xml:space="preserve">[08:10] </w:t>
      </w:r>
      <w:r>
        <w:t>yaqeen kijiye, ek jhooti boli hai yeh. kyun? Quran mein is ke khilaf likha hua, hadith mein is ke khilaf likha hua.</w:t>
      </w:r>
    </w:p>
    <w:p>
      <w:pPr>
        <w:jc w:val="right"/>
      </w:pPr>
      <w:r>
        <w:t>یقین کیجئے، ایک جھوٹی بولی ہے یہ۔ کیوں؟ قرآن میں اس کے خلاف لکھا ہوا، حدیث میں اس کے خلاف لکھا ہوا۔</w:t>
      </w:r>
    </w:p>
    <w:p>
      <w:r>
        <w:rPr>
          <w:b/>
        </w:rPr>
        <w:t xml:space="preserve">[08:20] </w:t>
      </w:r>
      <w:r>
        <w:t>to Rasool Allah ne farmaya ke dekho, mere baad dekhein, political bigaad jo hai, woh hamesha rehta hi rehta hai.</w:t>
      </w:r>
    </w:p>
    <w:p>
      <w:pPr>
        <w:jc w:val="right"/>
      </w:pPr>
      <w:r>
        <w:t>تو رسول اللہ نے فرمایا کہ دیکھو، میرے بعد دیکھیں، پولیٹیکل بگاڑ جو ہے، وہ ہمیشہ رہتا ہی رہتا ہے۔</w:t>
      </w:r>
    </w:p>
    <w:p>
      <w:r>
        <w:rPr>
          <w:b/>
        </w:rPr>
        <w:t xml:space="preserve">[08:30] </w:t>
      </w:r>
      <w:r>
        <w:t>political bigaad ko aap excuse nahi bana sakte. yaad rakhiye, political bigaad hamesha hi rehta hai. yeh duniya mein ideal political system ban nahi sakta.</w:t>
      </w:r>
    </w:p>
    <w:p>
      <w:pPr>
        <w:jc w:val="right"/>
      </w:pPr>
      <w:r>
        <w:t>پولیٹیکل بگاڑ کو آپ ایکسکیوز نہیں بنا سکتے۔ یاد رکھیے، پولیٹیکل بگاڑ ہمیشہ ہی رہتا ہے۔ یہ دنیا میں آئیڈیل پولیٹیکل سسٹم بن نہیں سکتا۔</w:t>
      </w:r>
    </w:p>
    <w:p>
      <w:r>
        <w:rPr>
          <w:b/>
        </w:rPr>
        <w:t xml:space="preserve">[08:44] </w:t>
      </w:r>
      <w:r>
        <w:t>impossible hai. is liye political bigaad toh rahega, rahega. toh political bigaad ko le kar aap violence nahi kar sakte.</w:t>
      </w:r>
    </w:p>
    <w:p>
      <w:pPr>
        <w:jc w:val="right"/>
      </w:pPr>
      <w:r>
        <w:t>امپاسیبل ہے۔ اس لیے پولیٹیکل بگاڑ تو رہے گا، رہے گا۔ تو پولیٹیکل بگاڑ کو لے کر آپ وائنس نہیں کر سکتے۔</w:t>
      </w:r>
    </w:p>
    <w:p>
      <w:r>
        <w:rPr>
          <w:b/>
        </w:rPr>
        <w:t xml:space="preserve">[08:56] </w:t>
      </w:r>
      <w:r>
        <w:t>karenge toh ek haraam kaam karenge.</w:t>
      </w:r>
    </w:p>
    <w:p>
      <w:pPr>
        <w:jc w:val="right"/>
      </w:pPr>
      <w:r>
        <w:t>کریں گے تو ایک حرام کام کریں گے۔</w:t>
      </w:r>
    </w:p>
    <w:p>
      <w:r>
        <w:rPr>
          <w:b/>
        </w:rPr>
        <w:t xml:space="preserve">[08:59] </w:t>
      </w:r>
      <w:r>
        <w:t>toh aap ne farmaya ke mere baad political bigaad hoga. bigaad maani according to the law of nature, yeh hona hi hona hai.</w:t>
      </w:r>
    </w:p>
    <w:p>
      <w:pPr>
        <w:jc w:val="right"/>
      </w:pPr>
      <w:r>
        <w:t>تو آپ نے فرمایا کہ میرے بعد پولیٹیکل بگاڑ ہوگا۔ بگاڑ معنی اکارڈنگ ٹو دا لاء آف نیچر، یہ ہونا ہی ہونا ہے۔</w:t>
      </w:r>
    </w:p>
    <w:p>
      <w:r>
        <w:rPr>
          <w:b/>
        </w:rPr>
        <w:t xml:space="preserve">[09:12] </w:t>
      </w:r>
      <w:r>
        <w:t>rasool Allah rahe, tab bhi hoga bigaad. yeh mat samjhiye ke rasool Allah agar 50 baras aur zinda rehte, 100 baras aur zinda rehte toh political bigaad na hota. yeh law of nature ka maamla hai.</w:t>
      </w:r>
    </w:p>
    <w:p>
      <w:pPr>
        <w:jc w:val="right"/>
      </w:pPr>
      <w:r>
        <w:t>رسول اللہ رہے، تب بھی ہوگا بگاڑ۔ یہ مت سمجھئے کہ رسول اللہ اگر 50 برس اور زندہ رہتے، 100 برس اور زندہ رہتے تو پولیٹیکل بگاڑ نہ ہوتا۔ یہ لاء آف نیچر کا معاملہ ہے۔</w:t>
      </w:r>
    </w:p>
    <w:p>
      <w:r>
        <w:rPr>
          <w:b/>
        </w:rPr>
        <w:t xml:space="preserve">[09:25] </w:t>
      </w:r>
      <w:r>
        <w:t>yeh duniya mein Khuda ne insaan ko azaadi di hai, azaadi.</w:t>
      </w:r>
    </w:p>
    <w:p>
      <w:pPr>
        <w:jc w:val="right"/>
      </w:pPr>
      <w:r>
        <w:t>یہ دنیا میں خدا نے انسان کو آزادی دی ہے، آزادی۔</w:t>
      </w:r>
    </w:p>
    <w:p>
      <w:r>
        <w:rPr>
          <w:b/>
        </w:rPr>
        <w:t xml:space="preserve">[09:28] </w:t>
      </w:r>
      <w:r>
        <w:t>toh azaadi hai toh woh misuse karta hai. misuse karne ka naam hai political bigaad. lord acton ne sahi kaha tha ke power corrupts, and absolute power corrupts, absolutely.</w:t>
      </w:r>
    </w:p>
    <w:p>
      <w:pPr>
        <w:jc w:val="right"/>
      </w:pPr>
      <w:r>
        <w:t>تو آزادی ہے تو وہ مس یوز کرتا ہے۔ مس یوز کرنے کا نام ہے پولیٹیکل بگاڑ۔ لارڈ ایکٹر نے صحیح کہا تھا کہ پاور کرپس، اینڈ ایبسولیوٹ پاور کرپس، ایبسولیوٹلی۔</w:t>
      </w:r>
    </w:p>
    <w:p>
      <w:r>
        <w:rPr>
          <w:b/>
        </w:rPr>
        <w:t xml:space="preserve">[09:45] </w:t>
      </w:r>
      <w:r>
        <w:t>toh rasool Allah se poocha gaya ke agar hum na ladne jayein rulers se, lekin unka aadmi khud hamein ghar ke andar maarne aa jata hai, hum kya karein?</w:t>
      </w:r>
    </w:p>
    <w:p>
      <w:pPr>
        <w:jc w:val="right"/>
      </w:pPr>
      <w:r>
        <w:t>تو رسول اللہ سے پوچھا گیا کہ اگر ہم نہ لڑنے جائیں رولرز سے، لیکن ان کا آدمی خود ہمیں گھر کے اندر مارنے آ جاتا ہے، ہم کیا کریں؟</w:t>
      </w:r>
    </w:p>
    <w:p>
      <w:r>
        <w:rPr>
          <w:b/>
        </w:rPr>
        <w:t xml:space="preserve">[09:58] </w:t>
      </w:r>
      <w:r>
        <w:t>aap ne farmaya fakin khair ibne adam yeh bohat zyada sochne ki baat hai.</w:t>
      </w:r>
    </w:p>
    <w:p>
      <w:pPr>
        <w:jc w:val="right"/>
      </w:pPr>
      <w:r>
        <w:t>آپ نے فرمایا فکن کخیر ابن آدم یہ بہت زیادہ سوچنے کی بات ہے۔</w:t>
      </w:r>
    </w:p>
    <w:p>
      <w:r>
        <w:rPr>
          <w:b/>
        </w:rPr>
        <w:t xml:space="preserve">[10:08] </w:t>
      </w:r>
      <w:r>
        <w:t>fakin khair ibne adam, adam ke do beton mein se achhe bete ban jao tum. yaani qabeel, habel dono bete the.</w:t>
      </w:r>
    </w:p>
    <w:p>
      <w:pPr>
        <w:jc w:val="right"/>
      </w:pPr>
      <w:r>
        <w:t>فکن کخیر ابن آدم آدم کے دو بیٹوں میں سے اچھے بیٹے بن جاؤ تم۔ یعنی قابیل، ہابیل دونوں بیٹے تھے۔</w:t>
      </w:r>
    </w:p>
    <w:p>
      <w:r>
        <w:rPr>
          <w:b/>
        </w:rPr>
        <w:t xml:space="preserve">[10:21] </w:t>
      </w:r>
      <w:r>
        <w:t>qabeel maarne laga. habel ne kaha ke main tum maroge, tab bhi main nahi marunga.</w:t>
      </w:r>
    </w:p>
    <w:p>
      <w:pPr>
        <w:jc w:val="right"/>
      </w:pPr>
      <w:r>
        <w:t>قابیل مارنے لگا۔ ہابیل نے کہا کہ میں تم مارو گے، تب بھی میں نہیں ماروں گا۔</w:t>
      </w:r>
    </w:p>
    <w:p>
      <w:r>
        <w:rPr>
          <w:b/>
        </w:rPr>
        <w:t xml:space="preserve">[10:29] </w:t>
      </w:r>
      <w:r>
        <w:t>yaani yaani literally woh peace peaceful ban jaunga main. bohat badi baat hai sochne ki ke tum mujhe marna chahoge,</w:t>
      </w:r>
    </w:p>
    <w:p>
      <w:pPr>
        <w:jc w:val="right"/>
      </w:pPr>
      <w:r>
        <w:t>یعنی یعنی لیٹرلی وہ پیس پیس فل بن جاؤں گا میں۔ بہت بڑی بات ہے سوچنے کی کہ تم مجھے مارنا چاہو گے،</w:t>
      </w:r>
    </w:p>
    <w:p>
      <w:r>
        <w:rPr>
          <w:b/>
        </w:rPr>
        <w:t xml:space="preserve">[10:43] </w:t>
      </w:r>
      <w:r>
        <w:t>tab bhi main tumhare par haath nahi uthaunga. toh aap ne farmaya ke fakin khair ibne adam</w:t>
      </w:r>
    </w:p>
    <w:p>
      <w:pPr>
        <w:jc w:val="right"/>
      </w:pPr>
      <w:r>
        <w:t>تب بھی میں تمہارے پر ہاتھ نہیں اٹھاؤں گا۔ تو آپ نے فرمایا کہ فکن کخیر ابن آدم</w:t>
      </w:r>
    </w:p>
    <w:p>
      <w:r>
        <w:rPr>
          <w:b/>
        </w:rPr>
        <w:t xml:space="preserve">[10:50] </w:t>
      </w:r>
      <w:r>
        <w:t>yeh matlab yeh kya hua ke koi maarne aata hai tumhe, yaani hakim ka aadmi, ruler, woh zalim ban jata hai, bhi tumhara dard dakhil karta hai ghar mein maarne ke liye.</w:t>
      </w:r>
    </w:p>
    <w:p>
      <w:pPr>
        <w:jc w:val="right"/>
      </w:pPr>
      <w:r>
        <w:t>یہ مطلب یہ کیا ہوا کہ کوئی مارنے آتا ہے تمہیں، یعنی حاکم کا آدمی، رولر، وہ ظالم بن جاتا ہے، بھیج تمہارا درد داخل کرتا ہے گھر میں مارنے کے لیے۔</w:t>
      </w:r>
    </w:p>
    <w:p>
      <w:r>
        <w:rPr>
          <w:b/>
        </w:rPr>
        <w:t xml:space="preserve">[11:07] </w:t>
      </w:r>
      <w:r>
        <w:t>toh tum mar jao, lekin ladai mat chhedo. kyun? that is greater evil. ek aadmi mar gaya toh lesser evil hai, aur aap ladai chhedte hain toh greater evil hai.</w:t>
      </w:r>
    </w:p>
    <w:p>
      <w:pPr>
        <w:jc w:val="right"/>
      </w:pPr>
      <w:r>
        <w:t>تو تم مر جاؤ، لیکن لڑائی مت چھیڑو۔ کیوں؟ دیٹ از گریٹر ایول۔ ایک آدمی مر گیا تو لیسر ایول ہے، اور آپ لڑائی چھیڑتے ہیں تو گریٹر ایول ہے۔</w:t>
      </w:r>
    </w:p>
    <w:p>
      <w:r>
        <w:rPr>
          <w:b/>
        </w:rPr>
        <w:t xml:space="preserve">[11:20] </w:t>
      </w:r>
      <w:r>
        <w:t>aap dekh lijiye, kashmir mein, falasteen mein, afghanistan mein, pakistan mein, har jagah greater evil bana hua hai. har jagah logon ne hukumat ki islaah ke naam par violence shuru kiya.</w:t>
      </w:r>
    </w:p>
    <w:p>
      <w:pPr>
        <w:jc w:val="right"/>
      </w:pPr>
      <w:r>
        <w:t>آپ دیکھ لیجئے، کشمیر میں، فلسطین میں، افغانستان میں، پاکستان میں، ہر جگہ گریٹر ایول بنا ہوا ہے۔ ہر جگہ لوگوں نے حکومت کی اصلاح کے نام پر وائنس شروع کیا۔</w:t>
      </w:r>
    </w:p>
    <w:p>
      <w:r>
        <w:rPr>
          <w:b/>
        </w:rPr>
        <w:t xml:space="preserve">[11:35] </w:t>
      </w:r>
      <w:r>
        <w:t>aur kya hua? greater evil saamne aa gaya har jagah.</w:t>
      </w:r>
    </w:p>
    <w:p>
      <w:pPr>
        <w:jc w:val="right"/>
      </w:pPr>
      <w:r>
        <w:t>اور کیا ہوا؟ گریٹر ایول سامنے آ گیا ہر جگہ</w:t>
      </w:r>
    </w:p>
    <w:p>
      <w:r>
        <w:rPr>
          <w:b/>
        </w:rPr>
        <w:t xml:space="preserve">[11:39] </w:t>
      </w:r>
      <w:r>
        <w:t>toh dekhiye, achhi tarah samajh lijiye ke jis tarah se jannat mein ek tha forbidden tree, toh jannat ke bahar is planet earth par bhi ek forbidden tree hai, aur woh violence hai.</w:t>
      </w:r>
    </w:p>
    <w:p>
      <w:pPr>
        <w:jc w:val="right"/>
      </w:pPr>
      <w:r>
        <w:t>۔ تو دیکھیے، اچھی طرح سمجھ لیجئے کہ جس طرح سے جنت میں ایک تھا فاربیڈنٹری، تو جنت کے باہر اس پلینٹ ارتھ پر بھی ایک فاربیڈنٹری ہے، اور وہ وائیلنس ہے۔</w:t>
      </w:r>
    </w:p>
    <w:p>
      <w:r>
        <w:rPr>
          <w:b/>
        </w:rPr>
        <w:t xml:space="preserve">[11:55] </w:t>
      </w:r>
      <w:r>
        <w:t>aap ko kisi bhi excuse se warrant nahi banna hai. koi bhi excuse, what so ever, is not accept, not acceptable.</w:t>
      </w:r>
    </w:p>
    <w:p>
      <w:pPr>
        <w:jc w:val="right"/>
      </w:pPr>
      <w:r>
        <w:t>آپ کو کسی بھی ایکسکیوز سے وارنٹ نہیں بننا ہے۔ کوئی بھی ایکسکیوز، واٹس ایور، از ناٹ ایکسیپٹ، ناٹ ایکسیپٹیبل۔</w:t>
      </w:r>
    </w:p>
    <w:p>
      <w:r>
        <w:rPr>
          <w:b/>
        </w:rPr>
        <w:t xml:space="preserve">[12:07] </w:t>
      </w:r>
      <w:r>
        <w:t>no excuse, whatsoever, is accept, is acceptable. this regard</w:t>
      </w:r>
    </w:p>
    <w:p>
      <w:pPr>
        <w:jc w:val="right"/>
      </w:pPr>
      <w:r>
        <w:t>نو ایکسکیوز، واٹس ایور، از ایکسیپٹ، از ایکسیپٹیبل۔ دس ریگارڈ</w:t>
      </w:r>
    </w:p>
    <w:p>
      <w:r>
        <w:rPr>
          <w:b/>
        </w:rPr>
        <w:t xml:space="preserve">[12:16] </w:t>
      </w:r>
      <w:r>
        <w:t>yeh bohat hi khatarnak baat hai. yaani jannat ke ticket se maloom hi hai. yeh jannat ke forbidden tree, jannat ke forbidden tree ka phal khane ka nateeja kya hua?</w:t>
      </w:r>
    </w:p>
    <w:p>
      <w:pPr>
        <w:jc w:val="right"/>
      </w:pPr>
      <w:r>
        <w:t>یہ بہت ہی خطرناک بات ہے۔ یعنی جنت کے ٹکٹ سے معلوم ہی ہے۔ یہ جنت کے فائبرنٹ ٹکٹ، جنت کے فائبرنٹ ٹری کا پھل کھانے کا نتیجہ کیا ہوا؟</w:t>
      </w:r>
    </w:p>
    <w:p>
      <w:r>
        <w:rPr>
          <w:b/>
        </w:rPr>
        <w:t xml:space="preserve">[12:31] </w:t>
      </w:r>
      <w:r>
        <w:t>jannat ka pass jo hai, chhin le, chhin gaya.</w:t>
      </w:r>
    </w:p>
    <w:p>
      <w:pPr>
        <w:jc w:val="right"/>
      </w:pPr>
      <w:r>
        <w:t>جنت کا پاس جو ہے، چھن لے، چھن گیا۔</w:t>
      </w:r>
    </w:p>
    <w:p>
      <w:r>
        <w:rPr>
          <w:b/>
        </w:rPr>
        <w:t xml:space="preserve">[12:35] </w:t>
      </w:r>
      <w:r>
        <w:t>jannat mein rehne ka jo pass tha, woh chhin gaya. aisi is duniya mein jo aadmi violence karega, toh usko jannat ka ticket nahi milne wala hai.</w:t>
      </w:r>
    </w:p>
    <w:p>
      <w:pPr>
        <w:jc w:val="right"/>
      </w:pPr>
      <w:r>
        <w:t>جنت میں رہنے کا جو پاس تھا، وہ چھن گیا۔ ایسی اس دنیا میں جو آدمی وائیلنس کرے گا، تو اس کو جنت کا ٹکٹ نہیں ملنے والا ہے۔</w:t>
      </w:r>
    </w:p>
    <w:p>
      <w:r>
        <w:rPr>
          <w:b/>
        </w:rPr>
        <w:t xml:space="preserve">[12:47] </w:t>
      </w:r>
      <w:r>
        <w:t>yeh achhi tarah samajh lena chahiye, chahe iska naam, is violence ka naam aap jihad rakh dein, iska naam kuch bhi rakh dein, aap Islam rakh dein, iska naam naam rakh lein, kuch nahi hoga.</w:t>
      </w:r>
    </w:p>
    <w:p>
      <w:pPr>
        <w:jc w:val="right"/>
      </w:pPr>
      <w:r>
        <w:t>یہ اچھی طرح سمجھ لینا چاہیے، چاہے اس کا نام، اس وائیلنس کا نام آپ جہاد رکھ دیں، اس کا نام کچھ بھی رکھ دیں، آپ اسلام رکھ دیں، اس کا نام نام رکھ لیں، کچھ نہیں ہوگا۔</w:t>
      </w:r>
    </w:p>
    <w:p>
      <w:r>
        <w:rPr>
          <w:b/>
        </w:rPr>
        <w:t xml:space="preserve">[13:00] </w:t>
      </w:r>
      <w:r>
        <w:t>hadees mein aata hai ke baad ke zamane mein log haraam kaam karenge. toh toh poocha gaya ke haraam kaam kaise karenge?</w:t>
      </w:r>
    </w:p>
    <w:p>
      <w:pPr>
        <w:jc w:val="right"/>
      </w:pPr>
      <w:r>
        <w:t>حدیث میں آتا ہے کہ بعد کے زمانے میں لوگ حرام کام کریں گے۔ تو تو پوچھا گیا کہ حرام کام کیسے کریں گے؟</w:t>
      </w:r>
    </w:p>
    <w:p>
      <w:r>
        <w:rPr>
          <w:b/>
        </w:rPr>
        <w:t xml:space="preserve">[13:10] </w:t>
      </w:r>
      <w:r>
        <w:t>to sharab ke bare mein hai ke sharab peene lagen ge log. to poocha gaya sharab kaise peeyen ge? to farmaya ke yasmunah bighair ismah fihelunah yaani yaani ek aur naam rakh den ge is ka, aur phir use jaaiz kar len ge.</w:t>
      </w:r>
    </w:p>
    <w:p>
      <w:pPr>
        <w:jc w:val="right"/>
      </w:pPr>
      <w:r>
        <w:t>تو شراب کے بارے میں ہے کہ شراب پینے لگیں گے لوگ۔ تو پوچھا گیا شراب کیسے پیئیں گے؟ تو فرمایا کہ یسمونہ بغیر اسمہ فیحلونہ یعنی یعنی ایک اور نام رکھ دیں گے اس کا، اور پھر اسے جائز کر لیں گے۔</w:t>
      </w:r>
    </w:p>
    <w:p>
      <w:r>
        <w:rPr>
          <w:b/>
        </w:rPr>
        <w:t xml:space="preserve">[13:29] </w:t>
      </w:r>
      <w:r>
        <w:t>to sharab yahan pe ek alamaati lafz hai, ek symbolic word hai. to violence ko keh den ge islami jihad, aur phir is ko dhoom se bachayen ge.</w:t>
      </w:r>
    </w:p>
    <w:p>
      <w:pPr>
        <w:jc w:val="right"/>
      </w:pPr>
      <w:r>
        <w:t>تو شراب یہاں پہ ایک علامتی لفظ ہے، ایک سمبلک ورڈ ہے۔ تو وائیلنس کو کہہ دیں گے اسلامی جہاد، اور پھر اس کو دھوم سے بچائیں گے۔</w:t>
      </w:r>
    </w:p>
    <w:p>
      <w:r>
        <w:rPr>
          <w:b/>
        </w:rPr>
        <w:t xml:space="preserve">[13:40] </w:t>
      </w:r>
      <w:r>
        <w:t>yeh matlab hai is ka. yaani aap ne farmaya ke baad ke zamanay mein aisa hone wala hai ke log sharab ko halaal bana len ge, jaaiz.</w:t>
      </w:r>
    </w:p>
    <w:p>
      <w:pPr>
        <w:jc w:val="right"/>
      </w:pPr>
      <w:r>
        <w:t>یہ مطلب ہے اس کا۔ یعنی آپ نے فرمایا کہ بعد کے زمانے میں ایسا ہونے والا ہے کہ لوگ شراب کو حلال بنا لیں گے، جائز۔</w:t>
      </w:r>
    </w:p>
    <w:p>
      <w:r>
        <w:rPr>
          <w:b/>
        </w:rPr>
        <w:t xml:space="preserve">[13:51] </w:t>
      </w:r>
      <w:r>
        <w:t>to sahaba ne poocha kaise? kaise ho sakta hai ke sharab ko woh halaal bana len?</w:t>
      </w:r>
    </w:p>
    <w:p>
      <w:pPr>
        <w:jc w:val="right"/>
      </w:pPr>
      <w:r>
        <w:t>تو صحابہ نے پوچھا کیسے؟ کیسے ہو سکتا ہے کہ شراب کو وہ حلال بنا لیں؟</w:t>
      </w:r>
    </w:p>
    <w:p>
      <w:r>
        <w:rPr>
          <w:b/>
        </w:rPr>
        <w:t xml:space="preserve">[13:57] </w:t>
      </w:r>
      <w:r>
        <w:t>to farmaya ke yasmunah bighair ismah thum yahlunah yaani is ka naam kuch aur rakh den ge, aur phir is ko halaal kar len ge.</w:t>
      </w:r>
    </w:p>
    <w:p>
      <w:pPr>
        <w:jc w:val="right"/>
      </w:pPr>
      <w:r>
        <w:t>تو فرمایا کہ یسمونہ بغیر اسمہ ثم یحلونہ یعنی اس کا نام کچھ اور رکھ دیں گے، اور پھر اس کو حلال کر لیں گے۔</w:t>
      </w:r>
    </w:p>
    <w:p>
      <w:r>
        <w:rPr>
          <w:b/>
        </w:rPr>
        <w:t xml:space="preserve">[14:07] </w:t>
      </w:r>
      <w:r>
        <w:t>yehi aaj ho raha hai.</w:t>
      </w:r>
    </w:p>
    <w:p>
      <w:pPr>
        <w:jc w:val="right"/>
      </w:pPr>
      <w:r>
        <w:t>یہی آج ہو رہا ہے۔</w:t>
      </w:r>
    </w:p>
    <w:p>
      <w:r>
        <w:rPr>
          <w:b/>
        </w:rPr>
        <w:t xml:space="preserve">[14:12] </w:t>
      </w:r>
      <w:r>
        <w:t>violence kiya ja raha hai, lekin naam kya rakh diya hai? islami jihad.</w:t>
      </w:r>
    </w:p>
    <w:p>
      <w:pPr>
        <w:jc w:val="right"/>
      </w:pPr>
      <w:r>
        <w:t>وائیلنس کیا جا رہا ہے، لیکن نام کیا رکھ دیا ہے؟ اسلامی جہاد۔</w:t>
      </w:r>
    </w:p>
    <w:p>
      <w:r>
        <w:rPr>
          <w:b/>
        </w:rPr>
        <w:t xml:space="preserve">[14:17] </w:t>
      </w:r>
      <w:r>
        <w:t>to yaad rakhiye, violence absolute sense mein haram hai. aur jab aap ka is ka naam islami jihad rakha hai, to double crime ho gaya, woh double crime ho gaya.</w:t>
      </w:r>
    </w:p>
    <w:p>
      <w:pPr>
        <w:jc w:val="right"/>
      </w:pPr>
      <w:r>
        <w:t>تو یاد رکھیے، وائیلنس ایبسولیوٹ سینس میں حرام ہے۔ اور جب آپ کا اس کا نام اسلامی جہاد رکھا ہے، تو ڈبل کرائم ہو گیا، وہ ڈبل کرائم ہو گیا۔</w:t>
      </w:r>
    </w:p>
    <w:p>
      <w:r>
        <w:rPr>
          <w:b/>
        </w:rPr>
        <w:t xml:space="preserve">[14:30] </w:t>
      </w:r>
      <w:r>
        <w:t>is ko bohat ziyada samajhne ki zaroorat hai, kyunke yeh jannat se maloom hi ka muamla hai. yeh</w:t>
      </w:r>
    </w:p>
    <w:p>
      <w:pPr>
        <w:jc w:val="right"/>
      </w:pPr>
      <w:r>
        <w:t>اس کو بہت زیادہ سمجھنے کی ضرورت ہے، کیونکہ یہ جنت سے معلوم ہی کا معاملہ ہے۔ یہ</w:t>
      </w:r>
    </w:p>
    <w:p>
      <w:r>
        <w:rPr>
          <w:b/>
        </w:rPr>
        <w:t xml:space="preserve">[14:38] </w:t>
      </w:r>
      <w:r>
        <w:t>violent tree ko apne liye jaaiz karne</w:t>
      </w:r>
    </w:p>
    <w:p>
      <w:pPr>
        <w:jc w:val="right"/>
      </w:pPr>
      <w:r>
        <w:t>فائبرنٹ ٹری کو اپنے لیے جائز کرنے</w:t>
      </w:r>
    </w:p>
    <w:p>
      <w:r>
        <w:rPr>
          <w:b/>
        </w:rPr>
        <w:t xml:space="preserve">[14:40] </w:t>
      </w:r>
      <w:r>
        <w:t>ka muamla hai. dekhiye, quran mein</w:t>
      </w:r>
    </w:p>
    <w:p>
      <w:pPr>
        <w:jc w:val="right"/>
      </w:pPr>
      <w:r>
        <w:t>کا معاملہ ہے۔ دیکھیے، قرآن میں</w:t>
      </w:r>
    </w:p>
    <w:p>
      <w:r>
        <w:rPr>
          <w:b/>
        </w:rPr>
        <w:t xml:space="preserve">[14:45] </w:t>
      </w:r>
      <w:r>
        <w:t>jannat ko kaha gaya hai darusalam, aman ka ghar.</w:t>
      </w:r>
    </w:p>
    <w:p>
      <w:pPr>
        <w:jc w:val="right"/>
      </w:pPr>
      <w:r>
        <w:t>جنت کو کہا گیا ہے دارالسلام، امن کا گھر۔</w:t>
      </w:r>
    </w:p>
    <w:p>
      <w:r>
        <w:rPr>
          <w:b/>
        </w:rPr>
        <w:t xml:space="preserve">[14:54] </w:t>
      </w:r>
      <w:r>
        <w:t>quran mein surah yunus mein yeh ayat hai, chapter yunus</w:t>
      </w:r>
    </w:p>
    <w:p>
      <w:pPr>
        <w:jc w:val="right"/>
      </w:pPr>
      <w:r>
        <w:t>قرآن میں سورہ یونس میں یہ آیت ہے، چیپٹر یونس</w:t>
      </w:r>
    </w:p>
    <w:p>
      <w:r>
        <w:rPr>
          <w:b/>
        </w:rPr>
        <w:t xml:space="preserve">[15:02] </w:t>
      </w:r>
      <w:r>
        <w:t>wallah yado ila darusalam</w:t>
      </w:r>
    </w:p>
    <w:p>
      <w:pPr>
        <w:jc w:val="right"/>
      </w:pPr>
      <w:r>
        <w:t>واللہیدعو الی دار السلام</w:t>
      </w:r>
    </w:p>
    <w:p>
      <w:r>
        <w:rPr>
          <w:b/>
        </w:rPr>
        <w:t xml:space="preserve">[15:08] </w:t>
      </w:r>
      <w:r>
        <w:t>and god calls to the home of peace god calls to the home of peace. is ka matlab kya hua?</w:t>
      </w:r>
    </w:p>
    <w:p>
      <w:pPr>
        <w:jc w:val="right"/>
      </w:pPr>
      <w:r>
        <w:t>اینڈ گاڈ کالز ٹو دا ہوم آف پیس گاڈ کالز ٹو دا ہوم آف پیس۔ اس کا مطلب کیا ہوا؟</w:t>
      </w:r>
    </w:p>
    <w:p>
      <w:r>
        <w:rPr>
          <w:b/>
        </w:rPr>
        <w:t xml:space="preserve">[15:20] </w:t>
      </w:r>
      <w:r>
        <w:t>is ka matlab woh god calls peaceful people to the home of peace. dekho, wording to yeh hai ke god calls to the home of peace, lekin is mein yeh understood hai.</w:t>
      </w:r>
    </w:p>
    <w:p>
      <w:pPr>
        <w:jc w:val="right"/>
      </w:pPr>
      <w:r>
        <w:t>اس کا مطلب وہ گاڈ کالز پیس فل پیپل ٹو دا ہوم آف پیس۔ دیکھو، ورڈنگ تو یہ ہے کہ گاڈ کالز ٹو دا ہوم آف پیس، لیکن اس میں یہ انڈرسٹڈ ہے۔</w:t>
      </w:r>
    </w:p>
    <w:p>
      <w:r>
        <w:rPr>
          <w:b/>
        </w:rPr>
        <w:t xml:space="preserve">[15:34] </w:t>
      </w:r>
      <w:r>
        <w:t>yeh yeh baat is mein understood hai ke god calls peaceful people to the home of peace.</w:t>
      </w:r>
    </w:p>
    <w:p>
      <w:pPr>
        <w:jc w:val="right"/>
      </w:pPr>
      <w:r>
        <w:t>یہ یہ بات اس میں انڈرسٹڈ ہے کہ گاڈ کالز پیس فل پیپل ٹو دا ہوم آف پیس۔</w:t>
      </w:r>
    </w:p>
    <w:p>
      <w:r>
        <w:rPr>
          <w:b/>
        </w:rPr>
        <w:t xml:space="preserve">[15:45] </w:t>
      </w:r>
      <w:r>
        <w:t>is ka matlab kya hua?</w:t>
      </w:r>
    </w:p>
    <w:p>
      <w:pPr>
        <w:jc w:val="right"/>
      </w:pPr>
      <w:r>
        <w:t>اس کا مطلب کیا ہوا؟</w:t>
      </w:r>
    </w:p>
    <w:p>
      <w:r>
        <w:rPr>
          <w:b/>
        </w:rPr>
        <w:t xml:space="preserve">[15:49] </w:t>
      </w:r>
      <w:r>
        <w:t>is ka matlab yeh hua ke dunya ki zindagi, jo test ki zindagi thi, test ki, is dunya mein jo log peaceful ban kar rahe,</w:t>
      </w:r>
    </w:p>
    <w:p>
      <w:pPr>
        <w:jc w:val="right"/>
      </w:pPr>
      <w:r>
        <w:t>اس کا مطلب یہ ہوا کہ دنیا کی زندگی، جو ٹیسٹ کی زندگی تھی، ٹیسٹ کی، اس دنیا میں جو لوگ پیس فل بن کر رہے،</w:t>
      </w:r>
    </w:p>
    <w:p>
      <w:r>
        <w:rPr>
          <w:b/>
        </w:rPr>
        <w:t xml:space="preserve">[16:05] </w:t>
      </w:r>
      <w:r>
        <w:t>test ki dunya mein jo log peaceful ban kar rahe,</w:t>
      </w:r>
    </w:p>
    <w:p>
      <w:pPr>
        <w:jc w:val="right"/>
      </w:pPr>
      <w:r>
        <w:t>ٹیسٹ کی دنیا میں جو لوگ پیس فل بن کر رہے،</w:t>
      </w:r>
    </w:p>
    <w:p>
      <w:r>
        <w:rPr>
          <w:b/>
        </w:rPr>
        <w:t xml:space="preserve">[16:15] </w:t>
      </w:r>
      <w:r>
        <w:t>un ke liye jannat hai, kyunke jannat peace ka ghar hai.</w:t>
      </w:r>
    </w:p>
    <w:p>
      <w:pPr>
        <w:jc w:val="right"/>
      </w:pPr>
      <w:r>
        <w:t>ان کے لیے جنت ہے، کیونکہ جنت پیس کا گھر ہے۔</w:t>
      </w:r>
    </w:p>
    <w:p>
      <w:r>
        <w:rPr>
          <w:b/>
        </w:rPr>
        <w:t xml:space="preserve">[16:20] </w:t>
      </w:r>
      <w:r>
        <w:t>to jo log is dunya mein peaceful ban kar rahe, un ko pukara jaye ga ke aao, aao peaceful rehne walon, chalo jannat mein dakhil ho jao.</w:t>
      </w:r>
    </w:p>
    <w:p>
      <w:pPr>
        <w:jc w:val="right"/>
      </w:pPr>
      <w:r>
        <w:t>تو جو لوگ اس دنیا میں پیس فل بن کر رہے، ان کو پکارا جائے گا کہ آؤ، آؤ پیس فل رہنے والوں، چلو جنت میں داخل ہو جاؤ۔</w:t>
      </w:r>
    </w:p>
    <w:p>
      <w:r>
        <w:rPr>
          <w:b/>
        </w:rPr>
        <w:t xml:space="preserve">[16:31] </w:t>
      </w:r>
      <w:r>
        <w:t>to god calls peaceful people to the home of peace.</w:t>
      </w:r>
    </w:p>
    <w:p>
      <w:pPr>
        <w:jc w:val="right"/>
      </w:pPr>
      <w:r>
        <w:t>تو گاڈ کالز پیس فل پیپل ٹو دا ہوم آف پیس۔</w:t>
      </w:r>
    </w:p>
    <w:p>
      <w:r>
        <w:rPr>
          <w:b/>
        </w:rPr>
        <w:t xml:space="preserve">[16:38] </w:t>
      </w:r>
      <w:r>
        <w:t>yahan mein yeh ayat karoon ga ke dekhiye, violence ki do qismen hain. achi tarah samajh lijiye is baat ko.</w:t>
      </w:r>
    </w:p>
    <w:p>
      <w:pPr>
        <w:jc w:val="right"/>
      </w:pPr>
      <w:r>
        <w:t>یہاں میں یہ آیت کروں گا کہ دیکھیے، وائیلنس کی دو قسمیں ہیں۔ اچھی طرح سمجھ لیجئے اس بات کو۔</w:t>
      </w:r>
    </w:p>
    <w:p>
      <w:r>
        <w:rPr>
          <w:b/>
        </w:rPr>
        <w:t xml:space="preserve">[16:48] </w:t>
      </w:r>
      <w:r>
        <w:t>a</w:t>
      </w:r>
    </w:p>
    <w:p>
      <w:pPr>
        <w:jc w:val="right"/>
      </w:pPr>
      <w:r>
        <w:t>ا</w:t>
      </w:r>
    </w:p>
    <w:p>
      <w:r>
        <w:rPr>
          <w:b/>
        </w:rPr>
        <w:t xml:space="preserve">[16:49] </w:t>
      </w:r>
      <w:r>
        <w:t>chha, yahan dekhiye, yeh jo jo yeh violence hai, is ke liye arbi mein aata hai 'unf ka lafz, ain fe noon, ain ain noon fe 'unf.</w:t>
      </w:r>
    </w:p>
    <w:p>
      <w:pPr>
        <w:jc w:val="right"/>
      </w:pPr>
      <w:r>
        <w:t>چھا، یہاں دیکھیے، یہ جو جو یہ وائیلنس ہے، اس کے لیے عربی میں آتا ہے عنف کا لفظ، عین فے نون، عین عین نون فے عنف۔</w:t>
      </w:r>
    </w:p>
    <w:p>
      <w:r>
        <w:rPr>
          <w:b/>
        </w:rPr>
        <w:t xml:space="preserve">[17:03] </w:t>
      </w:r>
      <w:r>
        <w:t>'unf ma'ni violence. to Quran mein kahin yeh nahi hai ke jannat dar al-'unf hogi, violence ki jagah hogi.</w:t>
      </w:r>
    </w:p>
    <w:p>
      <w:pPr>
        <w:jc w:val="right"/>
      </w:pPr>
      <w:r>
        <w:t>عنف معنی وائیلنس۔ تو قرآن میں کہیں یہ نہیں ہے کہ جنت دارالعنف ہوگی، وائیلنس کی جگہ ہوگی۔</w:t>
      </w:r>
    </w:p>
    <w:p>
      <w:r>
        <w:rPr>
          <w:b/>
        </w:rPr>
        <w:t xml:space="preserve">[17:15] </w:t>
      </w:r>
      <w:r>
        <w:t>to jo log violence dikhayen, un ko jannat mein jagah mil jaye gi, maare kaate logon ko. to jannat dar al-'unf nahi hai, ya'ni home of peace hai, woh home of violence nahi hai.</w:t>
      </w:r>
    </w:p>
    <w:p>
      <w:pPr>
        <w:jc w:val="right"/>
      </w:pPr>
      <w:r>
        <w:t>تو جو لوگ وائیلنس دکھائیں، ان کو جنت میں جگہ مل جائے گی، مارے کاٹے لوگوں کو۔ تو جنت دارالعنف نہیں ہے، یعنی ہوم آف پیس ہے، وہ ہوم آف وائیلنس نہیں ہے۔</w:t>
      </w:r>
    </w:p>
    <w:p>
      <w:r>
        <w:rPr>
          <w:b/>
        </w:rPr>
        <w:t xml:space="preserve">[17:28] </w:t>
      </w:r>
      <w:r>
        <w:t>woh yeh sab baatein bohat zyada sochne ki hain, bohat zyada sochne ki hain.</w:t>
      </w:r>
    </w:p>
    <w:p>
      <w:pPr>
        <w:jc w:val="right"/>
      </w:pPr>
      <w:r>
        <w:t>وہ یہ سب باتیں بہت زیادہ سوچنے کی ہیں، بہت زیادہ سوچنے کی ہیں۔</w:t>
      </w:r>
    </w:p>
    <w:p>
      <w:r>
        <w:rPr>
          <w:b/>
        </w:rPr>
        <w:t xml:space="preserve">[17:36] </w:t>
      </w:r>
      <w:r>
        <w:t>aaj jo log violence kar rahe hain, woh samajhte hain ke jannat dar al-'unf hai,</w:t>
      </w:r>
    </w:p>
    <w:p>
      <w:pPr>
        <w:jc w:val="right"/>
      </w:pPr>
      <w:r>
        <w:t>آج جو لوگ وائیلنس کر رہے ہیں، وہ سمجھتے ہیں کہ جنت دارالعنف ہے،</w:t>
      </w:r>
    </w:p>
    <w:p>
      <w:r>
        <w:rPr>
          <w:b/>
        </w:rPr>
        <w:t xml:space="preserve">[17:42] </w:t>
      </w:r>
      <w:r>
        <w:t>yeh ilzaam hai Quran ke upar. jannat dar al-Islam hai, dar al-'amn hai, home of peace hai.</w:t>
      </w:r>
    </w:p>
    <w:p>
      <w:pPr>
        <w:jc w:val="right"/>
      </w:pPr>
      <w:r>
        <w:t>یہ الزام ہے قرآن کے اوپر۔ جنت دارالاسلام ہے، دارالعمن ہے، ہوم آف پیس ہے۔</w:t>
      </w:r>
    </w:p>
    <w:p>
      <w:r>
        <w:rPr>
          <w:b/>
        </w:rPr>
        <w:t xml:space="preserve">[17:54] </w:t>
      </w:r>
      <w:r>
        <w:t>to main arz karna chahunga ke violence ki do qismein hain: passive violence and active violence.</w:t>
      </w:r>
    </w:p>
    <w:p>
      <w:pPr>
        <w:jc w:val="right"/>
      </w:pPr>
      <w:r>
        <w:t>تو میں عرض کرنا چاہوں گا کہ وائیلنس کی دو قسمیں ہیں: پیسو وائیلنس اینڈ ایکٹیو وائیلنس۔</w:t>
      </w:r>
    </w:p>
    <w:p>
      <w:r>
        <w:rPr>
          <w:b/>
        </w:rPr>
        <w:t xml:space="preserve">[18:06] </w:t>
      </w:r>
      <w:r>
        <w:t>yeh Quran se sabit hai, Hadees se sabit hai.</w:t>
      </w:r>
    </w:p>
    <w:p>
      <w:pPr>
        <w:jc w:val="right"/>
      </w:pPr>
      <w:r>
        <w:t>یہ قرآن سے ثابت ہے، حدیث سے ثابت ہے۔</w:t>
      </w:r>
    </w:p>
    <w:p>
      <w:r>
        <w:rPr>
          <w:b/>
        </w:rPr>
        <w:t xml:space="preserve">[18:14] </w:t>
      </w:r>
      <w:r>
        <w:t>misal ke taur par dekhiye, ek Hadees hai:</w:t>
      </w:r>
    </w:p>
    <w:p>
      <w:pPr>
        <w:jc w:val="right"/>
      </w:pPr>
      <w:r>
        <w:t>مثلاً دیکھیے، ایک حدیث ہے:</w:t>
      </w:r>
    </w:p>
    <w:p>
      <w:r>
        <w:rPr>
          <w:b/>
        </w:rPr>
        <w:t xml:space="preserve">[18:19] </w:t>
      </w:r>
      <w:r>
        <w:t>Wallahi la yu'min, Wallahi la yu'min, Wallahi la yu'min alladhi la ya'manu jaaruhu wa'aqa khuda ki qasam, woh momin nahi hai.</w:t>
      </w:r>
    </w:p>
    <w:p>
      <w:pPr>
        <w:jc w:val="right"/>
      </w:pPr>
      <w:r>
        <w:t>واللہ لا یومن، واللہ لا یومن، واللہ لا یومن الذی لا یامن جارہ بواقہ خدا کی قسم، وہ مومن نہیں ہے۔</w:t>
      </w:r>
    </w:p>
    <w:p>
      <w:r>
        <w:rPr>
          <w:b/>
        </w:rPr>
        <w:t xml:space="preserve">[18:30] </w:t>
      </w:r>
      <w:r>
        <w:t>khuda ki qasam, woh momin nahi hai. khuda ki qasam, woh momin nahi hai jis ke nuisance se uska padosi aman mein na ho.</w:t>
      </w:r>
    </w:p>
    <w:p>
      <w:pPr>
        <w:jc w:val="right"/>
      </w:pPr>
      <w:r>
        <w:t>خدا کی قسم، وہ مومن نہیں ہے۔ خدا کی قسم، وہ مومن نہیں ہے جس کے نیوسنس سے اس کا پڑوسی امن میں نہ ہو۔</w:t>
      </w:r>
    </w:p>
    <w:p>
      <w:r>
        <w:rPr>
          <w:b/>
        </w:rPr>
        <w:t xml:space="preserve">[18:41] </w:t>
      </w:r>
      <w:r>
        <w:t>nuisance kya hai?</w:t>
      </w:r>
    </w:p>
    <w:p>
      <w:pPr>
        <w:jc w:val="right"/>
      </w:pPr>
      <w:r>
        <w:t>نیوسنس کیا ہے؟</w:t>
      </w:r>
    </w:p>
    <w:p>
      <w:r>
        <w:rPr>
          <w:b/>
        </w:rPr>
        <w:t xml:space="preserve">[18:43] </w:t>
      </w:r>
      <w:r>
        <w:t>yeh passive violence hai.</w:t>
      </w:r>
    </w:p>
    <w:p>
      <w:pPr>
        <w:jc w:val="right"/>
      </w:pPr>
      <w:r>
        <w:t>یہ پیسو وائیلنس ہے۔</w:t>
      </w:r>
    </w:p>
    <w:p>
      <w:r>
        <w:rPr>
          <w:b/>
        </w:rPr>
        <w:t xml:space="preserve">[18:48] </w:t>
      </w:r>
      <w:r>
        <w:t>to yaad rakhiye, violence ki do qismein hain: passive violence aur active violence. passive violence kya hai?</w:t>
      </w:r>
    </w:p>
    <w:p>
      <w:pPr>
        <w:jc w:val="right"/>
      </w:pPr>
      <w:r>
        <w:t>تو یاد رکھیے، وائیلنس کی دو قسمیں ہیں: پیسو وائیلنس اور ایکٹیو وائیلنس۔ پیسو وائیلنس کیا ہے؟</w:t>
      </w:r>
    </w:p>
    <w:p>
      <w:r>
        <w:rPr>
          <w:b/>
        </w:rPr>
        <w:t xml:space="preserve">[18:58] </w:t>
      </w:r>
      <w:r>
        <w:t>hate, intolerance,</w:t>
      </w:r>
    </w:p>
    <w:p>
      <w:pPr>
        <w:jc w:val="right"/>
      </w:pPr>
      <w:r>
        <w:t>ہیٹ، انٹولرنس،</w:t>
      </w:r>
    </w:p>
    <w:p>
      <w:r>
        <w:rPr>
          <w:b/>
        </w:rPr>
        <w:t xml:space="preserve">[19:04] </w:t>
      </w:r>
      <w:r>
        <w:t>society ke liye problem banna, nuisance create karna. yeh hai passive violence,</w:t>
      </w:r>
    </w:p>
    <w:p>
      <w:pPr>
        <w:jc w:val="right"/>
      </w:pPr>
      <w:r>
        <w:t>سوسائٹی کے لیے پرابلم بننا، نیوسنس کریٹ کرنا۔ یہ ہے پیسو وائیلنس،</w:t>
      </w:r>
    </w:p>
    <w:p>
      <w:r>
        <w:rPr>
          <w:b/>
        </w:rPr>
        <w:t xml:space="preserve">[19:10] </w:t>
      </w:r>
      <w:r>
        <w:t>revenge. yeh sab passive violence hai. aur active violence kya hai? aap gun aur bomb le kar ke logon ko maarna shuru kar dein, to yeh active violence hai.</w:t>
      </w:r>
    </w:p>
    <w:p>
      <w:pPr>
        <w:jc w:val="right"/>
      </w:pPr>
      <w:r>
        <w:t>ریونج۔ یہ سب پیسو وائیلنس ہے۔ اور ایکٹیو وائیلنس کیا ہے؟ آپ گن اور بم لے کر کے لوگوں کو مارنا شروع کر دیں، تو یہ ایکٹیو وائیلنس ہے۔</w:t>
      </w:r>
    </w:p>
    <w:p>
      <w:r>
        <w:rPr>
          <w:b/>
        </w:rPr>
        <w:t xml:space="preserve">[19:25] </w:t>
      </w:r>
      <w:r>
        <w:t>to yaad rakhiye, dono ke liye ek hi saza hai, aur woh hai ke khuda ki rehmat se mahroomi. is mein koi, is mein koi shakk hi nahi hai Quran o Hadees ke aitbar se.</w:t>
      </w:r>
    </w:p>
    <w:p>
      <w:pPr>
        <w:jc w:val="right"/>
      </w:pPr>
      <w:r>
        <w:t>تو یاد رکھیے، دونوں کے لیے ایک ہی سزا ہے، اور وہ ہے کہ خدا کی رحمت سے محرومی۔ اس میں کوئی، اس میں کوئی شک ہی نہیں ہے قرآن و حدیث کے اعتبار سے۔</w:t>
      </w:r>
    </w:p>
    <w:p>
      <w:r>
        <w:rPr>
          <w:b/>
        </w:rPr>
        <w:t xml:space="preserve">[19:39] </w:t>
      </w:r>
      <w:r>
        <w:t>agar aap passive violence karein duniya mein, tab bhi aap khuda ki rehmat se door kar diye jayenge. active violence karein, tab bhi khuda ki rehmat se door kar diye jayenge.</w:t>
      </w:r>
    </w:p>
    <w:p>
      <w:pPr>
        <w:jc w:val="right"/>
      </w:pPr>
      <w:r>
        <w:t>اگر آپ پیسو وائیلنس کریں دنیا میں، تب بھی آپ خدا کی رحمت سے دور کر دیے جائیں گے۔ ایکٹیو وائیلنس کریں، تب بھی خدا کی رحمت سے دور کر دیے جائیں گے۔</w:t>
      </w:r>
    </w:p>
    <w:p>
      <w:r>
        <w:rPr>
          <w:b/>
        </w:rPr>
        <w:t xml:space="preserve">[19:50] </w:t>
      </w:r>
      <w:r>
        <w:t>ya'ni jannat phir se, phir bhi nikale jayenge.</w:t>
      </w:r>
    </w:p>
    <w:p>
      <w:pPr>
        <w:jc w:val="right"/>
      </w:pPr>
      <w:r>
        <w:t>یعنی جنت پھر سے، پھر بھی نکالے جائیں گے۔</w:t>
      </w:r>
    </w:p>
    <w:p>
      <w:r>
        <w:rPr>
          <w:b/>
        </w:rPr>
        <w:t xml:space="preserve">[19:57] </w:t>
      </w:r>
      <w:r>
        <w:t>Adam ne jo yeh kiya tha ke darakht ke paas chale gaye, uska phal kha liya, woh to passive violence tha, woh woh active violence nahi tha. woh tab bhi nikale gaye.</w:t>
      </w:r>
    </w:p>
    <w:p>
      <w:pPr>
        <w:jc w:val="right"/>
      </w:pPr>
      <w:r>
        <w:t>آدم نے جو یہ کیا تھا کہ درخت کے پاس چلے گئے، اس کا پھل کھا لیا، وہ تو پیسو وائیلنس تھا، وہ وہ ایکٹیو وائیلنس نہیں تھا۔ وہ تب بھی نکال دیے گئے۔</w:t>
      </w:r>
    </w:p>
    <w:p>
      <w:r>
        <w:rPr>
          <w:b/>
        </w:rPr>
        <w:t xml:space="preserve">[20:07] </w:t>
      </w:r>
      <w:r>
        <w:t>woh</w:t>
      </w:r>
    </w:p>
    <w:p>
      <w:pPr>
        <w:jc w:val="right"/>
      </w:pPr>
      <w:r>
        <w:t>وہ</w:t>
      </w:r>
    </w:p>
    <w:p>
      <w:r>
        <w:rPr>
          <w:b/>
        </w:rPr>
        <w:t xml:space="preserve">[20:09] </w:t>
      </w:r>
      <w:r>
        <w:t>to isi zamane mein do misalein hain: Adam ne kiya tha passive violence, aur Qabil ne kiya tha active violence.</w:t>
      </w:r>
    </w:p>
    <w:p>
      <w:pPr>
        <w:jc w:val="right"/>
      </w:pPr>
      <w:r>
        <w:t>تو اسی زمانے میں دو مثالیں ہیں: آدم نے کیا تھا پیسو وائیلنس، اور قابیل نے کیا تھا ایکٹیو وائیلنس۔</w:t>
      </w:r>
    </w:p>
    <w:p>
      <w:r>
        <w:rPr>
          <w:b/>
        </w:rPr>
        <w:t xml:space="preserve">[20:20] </w:t>
      </w:r>
      <w:r>
        <w:t>yaad rakhiye, Adam ne jannat mein jo kiya tha, woh tha passive violence, aur Qabil ne jo kiya, woh active violence tha. to dono ka nateeja hai jannat se mahroomi.</w:t>
      </w:r>
    </w:p>
    <w:p>
      <w:pPr>
        <w:jc w:val="right"/>
      </w:pPr>
      <w:r>
        <w:t>یاد رکھیے، آدم نے جنت میں جو کیا تھا، وہ تھا پیسو وائیلنس، اور قابیل نے جو کیا، وہ ایکٹیو وائیلنس تھا۔ تو دونوں کا نتیجہ ہے جنت سے محرومی۔</w:t>
      </w:r>
    </w:p>
    <w:p>
      <w:r>
        <w:rPr>
          <w:b/>
        </w:rPr>
        <w:t xml:space="preserve">[20:35] </w:t>
      </w:r>
      <w:r>
        <w:t>bohat zyada sangin baat hai, is ko sochna chahiye. ek Hadees hai: Inna Allaha yu'ti al-rifqa ma la yu'ti al-'unf</w:t>
      </w:r>
    </w:p>
    <w:p>
      <w:pPr>
        <w:jc w:val="right"/>
      </w:pPr>
      <w:r>
        <w:t>بہت زیادہ سنگین بات ہے، اس کو سوچنا چاہیے۔ ایک حدیث ہے: ان اللہ یعطی الرفق مالا یعطی العنف</w:t>
      </w:r>
    </w:p>
    <w:p>
      <w:r>
        <w:rPr>
          <w:b/>
        </w:rPr>
        <w:t xml:space="preserve">[20:48] </w:t>
      </w:r>
      <w:r>
        <w:t>God grants to peace, what he does not grant to violence.</w:t>
      </w:r>
    </w:p>
    <w:p>
      <w:pPr>
        <w:jc w:val="right"/>
      </w:pPr>
      <w:r>
        <w:t>گاڈ گرانٹس ٹو پیس، واٹ ہی ڈز دا گرانٹ ٹو وائیلنس۔</w:t>
      </w:r>
    </w:p>
    <w:p>
      <w:r>
        <w:rPr>
          <w:b/>
        </w:rPr>
        <w:t xml:space="preserve">[20:57] </w:t>
      </w:r>
      <w:r>
        <w:t>yani khuda jo hai,</w:t>
      </w:r>
    </w:p>
    <w:p>
      <w:pPr>
        <w:jc w:val="right"/>
      </w:pPr>
      <w:r>
        <w:t>یعنی خدا جو ہے،</w:t>
      </w:r>
    </w:p>
    <w:p>
      <w:r>
        <w:rPr>
          <w:b/>
        </w:rPr>
        <w:t xml:space="preserve">[21:01] </w:t>
      </w:r>
      <w:r>
        <w:t>peace par woh cheez deta hai jo woh violence par nahi deta.</w:t>
      </w:r>
    </w:p>
    <w:p>
      <w:pPr>
        <w:jc w:val="right"/>
      </w:pPr>
      <w:r>
        <w:t>پیس پر وہ چیز دیتا ہے جو وہ وائیلنس پر نہیں دیتا۔</w:t>
      </w:r>
    </w:p>
    <w:p>
      <w:r>
        <w:rPr>
          <w:b/>
        </w:rPr>
        <w:t xml:space="preserve">[21:08] </w:t>
      </w:r>
      <w:r>
        <w:t>is ke maani kya hue?</w:t>
      </w:r>
    </w:p>
    <w:p>
      <w:pPr>
        <w:jc w:val="right"/>
      </w:pPr>
      <w:r>
        <w:t>اس کے معنی کیا ہوئے؟</w:t>
      </w:r>
    </w:p>
    <w:p>
      <w:r>
        <w:rPr>
          <w:b/>
        </w:rPr>
        <w:t xml:space="preserve">[21:10] </w:t>
      </w:r>
      <w:r>
        <w:t>is dunya mein khuda ke jo blessings hain, khuda ka jo atiyaat hain, khuda ki jo rehmatain hain, woh sirf un logon ke liye hain jo peace ke saath is dunya mein rahein,</w:t>
      </w:r>
    </w:p>
    <w:p>
      <w:pPr>
        <w:jc w:val="right"/>
      </w:pPr>
      <w:r>
        <w:t>اس دنیا میں خدا کے جو بلیسنگ ہیں، خدا کا جو عطیات ہیں، خدا کی جو رحمتیں ہیں، وہ صرف ان لوگوں کے لیے ہیں جو پیس کے ساتھ اس دنیا میں رہیں،</w:t>
      </w:r>
    </w:p>
    <w:p>
      <w:r>
        <w:rPr>
          <w:b/>
        </w:rPr>
        <w:t xml:space="preserve">[21:28] </w:t>
      </w:r>
      <w:r>
        <w:t>jo violence karein, chahe passive violence ho ya active violence ho. un ke liye khuda ki rehmatain nahi hain. dekhiye, is ki importance itni zyada kyun hai?</w:t>
      </w:r>
    </w:p>
    <w:p>
      <w:pPr>
        <w:jc w:val="right"/>
      </w:pPr>
      <w:r>
        <w:t>جو وائیلنس کریں، چاہے پیسو وائیلنس ہو یا ایکٹیو وائیلنس ہو۔ ان کے لیے خدا کی رحمتیں نہیں ہیں۔ دیکھیے، اس کی امپورٹنس اتنی زیادہ کیوں ہے؟</w:t>
      </w:r>
    </w:p>
    <w:p>
      <w:r>
        <w:rPr>
          <w:b/>
        </w:rPr>
        <w:t xml:space="preserve">[21:40] </w:t>
      </w:r>
      <w:r>
        <w:t>yeh koi simple baat nahi hai.</w:t>
      </w:r>
    </w:p>
    <w:p>
      <w:pPr>
        <w:jc w:val="right"/>
      </w:pPr>
      <w:r>
        <w:t>یہ کوئی سمپل بات نہیں ہے۔</w:t>
      </w:r>
    </w:p>
    <w:p>
      <w:r>
        <w:rPr>
          <w:b/>
        </w:rPr>
        <w:t xml:space="preserve">[21:45] </w:t>
      </w:r>
      <w:r>
        <w:t>yeh khuda ki scheme of things par raazi hona hai. dekhein, khuda ki scheme of things kya hai? khuda ka creation plan kya hai?</w:t>
      </w:r>
    </w:p>
    <w:p>
      <w:pPr>
        <w:jc w:val="right"/>
      </w:pPr>
      <w:r>
        <w:t>یہ خدا کی اسکیم آف تھنگ پر راضی ہونا ہے۔ دیکھیں، خدا کی اسکیم آف تھنگز کیا ہے؟ خدا کا کریشن پلان کیا ہے؟</w:t>
      </w:r>
    </w:p>
    <w:p>
      <w:r>
        <w:rPr>
          <w:b/>
        </w:rPr>
        <w:t xml:space="preserve">[21:58] </w:t>
      </w:r>
      <w:r>
        <w:t>is dunya mein khuda ne rakha hai insaan ko azaad, freedom diya hai. jab freedom diya hai to insaan kya karega?</w:t>
      </w:r>
    </w:p>
    <w:p>
      <w:pPr>
        <w:jc w:val="right"/>
      </w:pPr>
      <w:r>
        <w:t>اس دنیا میں خدا نے رکھا ہے انسان کو آزاد، فریڈم دیا ہے۔ جب فریڈم دیا ہے تو انسان کیا کرے گا؟</w:t>
      </w:r>
    </w:p>
    <w:p>
      <w:r>
        <w:rPr>
          <w:b/>
        </w:rPr>
        <w:t xml:space="preserve">[22:09] </w:t>
      </w:r>
      <w:r>
        <w:t>misuse bhi karega.</w:t>
      </w:r>
    </w:p>
    <w:p>
      <w:pPr>
        <w:jc w:val="right"/>
      </w:pPr>
      <w:r>
        <w:t>مس یوز بھی کرے گا۔</w:t>
      </w:r>
    </w:p>
    <w:p>
      <w:r>
        <w:rPr>
          <w:b/>
        </w:rPr>
        <w:t xml:space="preserve">[22:11] </w:t>
      </w:r>
      <w:r>
        <w:t>yeh namumkin baat hai ke freedom, freedom diya jaye aur misuse na kar sake. to jab insaan misuse karta hai to kya hota hai?</w:t>
      </w:r>
    </w:p>
    <w:p>
      <w:pPr>
        <w:jc w:val="right"/>
      </w:pPr>
      <w:r>
        <w:t>یہ ناممکن بات ہے کہ فریڈم، فریڈم دیا جائے اور مس یوز نہ کرے۔ تو جب انسان مس یوز کرتا ہے تو کیا ہوتا ہے؟</w:t>
      </w:r>
    </w:p>
    <w:p>
      <w:r>
        <w:rPr>
          <w:b/>
        </w:rPr>
        <w:t xml:space="preserve">[22:22] </w:t>
      </w:r>
      <w:r>
        <w:t>provocation paida hota hai.</w:t>
      </w:r>
    </w:p>
    <w:p>
      <w:pPr>
        <w:jc w:val="right"/>
      </w:pPr>
      <w:r>
        <w:t>پرووکیشن پیدا ہوتا ہے۔</w:t>
      </w:r>
    </w:p>
    <w:p>
      <w:r>
        <w:rPr>
          <w:b/>
        </w:rPr>
        <w:t xml:space="preserve">[22:26] </w:t>
      </w:r>
      <w:r>
        <w:t>provocation paida hota hai.</w:t>
      </w:r>
    </w:p>
    <w:p>
      <w:pPr>
        <w:jc w:val="right"/>
      </w:pPr>
      <w:r>
        <w:t>پرووکیشن پیدا ہوتا ہے۔</w:t>
      </w:r>
    </w:p>
    <w:p>
      <w:r>
        <w:rPr>
          <w:b/>
        </w:rPr>
        <w:t xml:space="preserve">[22:32] </w:t>
      </w:r>
      <w:r>
        <w:t>is provocation mein aap ko kya karna hai?</w:t>
      </w:r>
    </w:p>
    <w:p>
      <w:pPr>
        <w:jc w:val="right"/>
      </w:pPr>
      <w:r>
        <w:t>اس پرووکیشن میں آپ کو کیا کرنا ہے؟</w:t>
      </w:r>
    </w:p>
    <w:p>
      <w:r>
        <w:rPr>
          <w:b/>
        </w:rPr>
        <w:t xml:space="preserve">[22:35] </w:t>
      </w:r>
      <w:r>
        <w:t>wa idha ghadhibuhum yaghfuroon ke jab jab unhein provoke kiya jaye to woh is ko seh lein, apne upar bardasht kar lein. yeh kya hai?</w:t>
      </w:r>
    </w:p>
    <w:p>
      <w:pPr>
        <w:jc w:val="right"/>
      </w:pPr>
      <w:r>
        <w:t>واذا مغضبہم یغفرون کہ جب جب انہیں پرووک کیا جائے تو وہ اس کو سہ لیں، اپنے اوپر برداشت کر لیں۔ یہ کیا ہے؟</w:t>
      </w:r>
    </w:p>
    <w:p>
      <w:r>
        <w:rPr>
          <w:b/>
        </w:rPr>
        <w:t xml:space="preserve">[22:47] </w:t>
      </w:r>
      <w:r>
        <w:t>yeh khuda ke creation plan par raazi hona hai, khuda ke scheme of things par raazi hona hai. kyunke woh aadmi jo kar raha hai, apni taqat se nahi kar raha hai.</w:t>
      </w:r>
    </w:p>
    <w:p>
      <w:pPr>
        <w:jc w:val="right"/>
      </w:pPr>
      <w:r>
        <w:t>یہ خدا کے کریشن پلان پر راضی ہونا ہے، خدا کے اسکیم آف تھنگ پر راضی ہونا ہے۔ کیونکہ وہ آدمی جو کر رہا ہے، اپنی طاقت سے نہیں کر رہا ہے۔</w:t>
      </w:r>
    </w:p>
    <w:p>
      <w:r>
        <w:rPr>
          <w:b/>
        </w:rPr>
        <w:t xml:space="preserve">[23:00] </w:t>
      </w:r>
      <w:r>
        <w:t>is dunya mein kisi ko koi taqat hasil nahi, kisi ko bhi koi taqat, na king ko, na emperor ko. khuda ke mandate se kar raha hai jo aadmi kuch kar raha hai.</w:t>
      </w:r>
    </w:p>
    <w:p>
      <w:pPr>
        <w:jc w:val="right"/>
      </w:pPr>
      <w:r>
        <w:t>اس دنیا میں کسی کو کوئی طاقت حاصل نہیں، کسی کو بھی کوئی طاقت، نہ کنگ کو، نہ ایمپرر کو۔ خدا کے مینڈیٹ سے کر رہا ہے جو آدمی کچھ کر رہا ہے۔</w:t>
      </w:r>
    </w:p>
    <w:p>
      <w:r>
        <w:rPr>
          <w:b/>
        </w:rPr>
        <w:t xml:space="preserve">[23:15] </w:t>
      </w:r>
      <w:r>
        <w:t>khuda ne is ko mandate de rakha hai.</w:t>
      </w:r>
    </w:p>
    <w:p>
      <w:pPr>
        <w:jc w:val="right"/>
      </w:pPr>
      <w:r>
        <w:t>خدا نے اس کو مینڈیٹ دے رکھا ہے۔</w:t>
      </w:r>
    </w:p>
    <w:p>
      <w:r>
        <w:rPr>
          <w:b/>
        </w:rPr>
        <w:t xml:space="preserve">[23:18] </w:t>
      </w:r>
      <w:r>
        <w:t>ek second mein khuda mandate chheen sakta hai, ek second mein khuda apne azadi ko wapas le sakta hai. to bas khatam.</w:t>
      </w:r>
    </w:p>
    <w:p>
      <w:pPr>
        <w:jc w:val="right"/>
      </w:pPr>
      <w:r>
        <w:t>ایک سیکنڈ میں خدا مینڈیٹ چھین سکتا ہے، ایک سیکنڈ میں خدا اپنے آزادی کو واپس لے سکتا ہے۔ تو بس ختم۔</w:t>
      </w:r>
    </w:p>
    <w:p>
      <w:r>
        <w:rPr>
          <w:b/>
        </w:rPr>
        <w:t xml:space="preserve">[23:28] </w:t>
      </w:r>
      <w:r>
        <w:t>aur rozana aap dekhte hain ke bare bilo mar jate hain.</w:t>
      </w:r>
    </w:p>
    <w:p>
      <w:pPr>
        <w:jc w:val="right"/>
      </w:pPr>
      <w:r>
        <w:t>اور روزانہ آپ دیکھتے ہیں کہ بڑے بیلو مر جاتے ہیں۔</w:t>
      </w:r>
    </w:p>
    <w:p>
      <w:r>
        <w:rPr>
          <w:b/>
        </w:rPr>
        <w:t xml:space="preserve">[23:34] </w:t>
      </w:r>
      <w:r>
        <w:t>to jab khuda ne apni scheme ke tehat, apne plan ke tehat logon ko total freedom diya hai, to jab woh misuse karta hai to woh khuda ke diye hue ki wajah se karta hai, apne apne bill par nahi karta.</w:t>
      </w:r>
    </w:p>
    <w:p>
      <w:pPr>
        <w:jc w:val="right"/>
      </w:pPr>
      <w:r>
        <w:t>تو جب خدا نے اپنی اسکیم کے تحت، اپنے پلان کے تحت لوگوں کو ٹوٹل فریڈم دیا ہے، تو جب وہ مس یوز کرتا ہے تو وہ خدا کے دیے ہوئے کی وجہ سے کرتا ہے، اپنے اپنے بل پر نہیں کرتا۔</w:t>
      </w:r>
    </w:p>
    <w:p>
      <w:r>
        <w:rPr>
          <w:b/>
        </w:rPr>
        <w:t xml:space="preserve">[23:55] </w:t>
      </w:r>
      <w:r>
        <w:t>khuda ne kyun diya hai? kyunke without freedom, there is no test.</w:t>
      </w:r>
    </w:p>
    <w:p>
      <w:pPr>
        <w:jc w:val="right"/>
      </w:pPr>
      <w:r>
        <w:t>خدا نے کیوں دیا ہے؟ کیونکہ ودا آؤٹ فریڈم، دیر از نو ٹیسٹ۔</w:t>
      </w:r>
    </w:p>
    <w:p>
      <w:r>
        <w:rPr>
          <w:b/>
        </w:rPr>
        <w:t xml:space="preserve">[24:03] </w:t>
      </w:r>
      <w:r>
        <w:t>jab khuda ko test lena hai to freedom to deni padegi. aap aisa nahi kar sakte ke freedom se mehroom kar dein aur kahein ke to main tumhara test lena hai.</w:t>
      </w:r>
    </w:p>
    <w:p>
      <w:pPr>
        <w:jc w:val="right"/>
      </w:pPr>
      <w:r>
        <w:t>جب خدا کو ٹیسٹ لینا ہے تو فریڈم تو دینی پڑے گی۔ آپ ایسا نہیں کر سکتے کہ فریڈم سے محروم کر دیں اور کہیں کہ تو میں تمہارا ٹیسٹ لینا ہے۔</w:t>
      </w:r>
    </w:p>
    <w:p>
      <w:r>
        <w:rPr>
          <w:b/>
        </w:rPr>
        <w:t xml:space="preserve">[24:16] </w:t>
      </w:r>
      <w:r>
        <w:t>choice ka test hai, choice ka. aap konsa choice lete hain? bohat se options hain, is mein se konsa option aap lete hain?</w:t>
      </w:r>
    </w:p>
    <w:p>
      <w:pPr>
        <w:jc w:val="right"/>
      </w:pPr>
      <w:r>
        <w:t>چوائس کا ٹیسٹ ہے، چوائس کا۔ آپ کون سا چوائس لیتے ہیں؟ بہت سے آپشنز ہیں، اس میں سے کون سا آپشن آپ لیتے ہیں؟</w:t>
      </w:r>
    </w:p>
    <w:p>
      <w:r>
        <w:rPr>
          <w:b/>
        </w:rPr>
        <w:t xml:space="preserve">[24:27] </w:t>
      </w:r>
      <w:r>
        <w:t>insaan ko is dunya mein rakh diya gaya hai jahan ke har tarah ke options hain.</w:t>
      </w:r>
    </w:p>
    <w:p>
      <w:pPr>
        <w:jc w:val="right"/>
      </w:pPr>
      <w:r>
        <w:t>انسان کو اس دنیا میں رکھ دیا گیا ہے جہاں کہ ہر طرح کے آپشنز ہیں۔</w:t>
      </w:r>
    </w:p>
    <w:p>
      <w:r>
        <w:rPr>
          <w:b/>
        </w:rPr>
        <w:t xml:space="preserve">[24:32] </w:t>
      </w:r>
      <w:r>
        <w:t>aap revenge karen, tab bhi is ka aap ko option hai. ghusa karen, tab bhi option aap ko hai. is ka aap in talent ban jayen, tab bhi option aap ko is ka hai. aap ladaai chheren, tab bhi option is ka hai.</w:t>
      </w:r>
    </w:p>
    <w:p>
      <w:pPr>
        <w:jc w:val="right"/>
      </w:pPr>
      <w:r>
        <w:t>آپ ریونج کریں، تب بھی اس کا آپشن آپ کو ہے۔ غصہ کریں، تب بھی آپشن آپ کو ہے۔ اس کا آپ ان ٹالنٹ بن جائیں، تب بھی آپشن آپ کو اس کا ہے۔ آپ لڑائی چھڑیں، تب بھی آپشن اس کا ہے۔</w:t>
      </w:r>
    </w:p>
    <w:p>
      <w:r>
        <w:rPr>
          <w:b/>
        </w:rPr>
        <w:t xml:space="preserve">[24:42] </w:t>
      </w:r>
      <w:r>
        <w:t>aap society baap bhi karen, tab bhi aap ka option is ka hai. saare options khule hue hain, all options are open. ab aap ka test kis mein hai?</w:t>
      </w:r>
    </w:p>
    <w:p>
      <w:pPr>
        <w:jc w:val="right"/>
      </w:pPr>
      <w:r>
        <w:t>آپ سوسائٹی باپ بھی کریں، تب بھی آپ کا آپشن اس کا ہے۔ سارے آپشنز کھلے ہوئے ہیں، ال آپشنز آر اوپن۔ اب آپ کا ٹیسٹ کس میں ہے؟</w:t>
      </w:r>
    </w:p>
    <w:p>
      <w:r>
        <w:rPr>
          <w:b/>
        </w:rPr>
        <w:t xml:space="preserve">[24:54] </w:t>
      </w:r>
      <w:r>
        <w:t>keh aap apne free will ko</w:t>
      </w:r>
    </w:p>
    <w:p>
      <w:pPr>
        <w:jc w:val="right"/>
      </w:pPr>
      <w:r>
        <w:t>کہ آپ اپنے فری ول کو</w:t>
      </w:r>
    </w:p>
    <w:p>
      <w:r>
        <w:rPr>
          <w:b/>
        </w:rPr>
        <w:t xml:space="preserve">[24:59] </w:t>
      </w:r>
      <w:r>
        <w:t>theek theek istemaal karen</w:t>
      </w:r>
    </w:p>
    <w:p>
      <w:pPr>
        <w:jc w:val="right"/>
      </w:pPr>
      <w:r>
        <w:t>ٹھیک ٹھیک استعمال کریں</w:t>
      </w:r>
    </w:p>
    <w:p>
      <w:r>
        <w:rPr>
          <w:b/>
        </w:rPr>
        <w:t xml:space="preserve">[25:01] </w:t>
      </w:r>
      <w:r>
        <w:t>. wohi option len jo Khuda ki marzi ke mutabiq hai. mislan violence ka option na len, peace ka option len.</w:t>
      </w:r>
    </w:p>
    <w:p>
      <w:pPr>
        <w:jc w:val="right"/>
      </w:pPr>
      <w:r>
        <w:t>۔ وہی آپشن لیں جو خدا کی مرضی کے مطابق ہے۔ مثلاً وائیلنس کا آپشن نہ لیں، پیس کا آپشن لیں۔</w:t>
      </w:r>
    </w:p>
    <w:p>
      <w:r>
        <w:rPr>
          <w:b/>
        </w:rPr>
        <w:t xml:space="preserve">[25:12] </w:t>
      </w:r>
      <w:r>
        <w:t>yeh test hai. is test ke liye Khuda ne azaad de rakha hai logon ko. to jab aap yaad rakhiye, jab aap peaceful bante hain, jab aap patient ke saath rehte hain to aap Khuda ki, Khuda ke plan se mawafiqat karte hain.</w:t>
      </w:r>
    </w:p>
    <w:p>
      <w:pPr>
        <w:jc w:val="right"/>
      </w:pPr>
      <w:r>
        <w:t>یہ ٹیسٹ ہے۔ اس ٹیسٹ کے لیے خدا نے آزاد دے رکھا ہے لوگوں کو۔ تو جب آپ یاد رکھیے، جب آپ پیس فل بنتے ہیں، جب آپ پیشنٹ کے ساتھ رہتے ہیں تو آپ خدا کی، خدا کے پلان سے موافقت کرتے ہیں۔</w:t>
      </w:r>
    </w:p>
    <w:p>
      <w:r>
        <w:rPr>
          <w:b/>
        </w:rPr>
        <w:t xml:space="preserve">[25:30] </w:t>
      </w:r>
      <w:r>
        <w:t>is insaan se nahin karte, aap</w:t>
      </w:r>
    </w:p>
    <w:p>
      <w:pPr>
        <w:jc w:val="right"/>
      </w:pPr>
      <w:r>
        <w:t>اس انسان سے نہیں کرتے، آپ</w:t>
      </w:r>
    </w:p>
    <w:p>
      <w:r>
        <w:rPr>
          <w:b/>
        </w:rPr>
        <w:t xml:space="preserve">[25:35] </w:t>
      </w:r>
      <w:r>
        <w:t>is insaan se nahin karte, Khuda se karte hain. isi liye Quran mein keh Razi Allah Razi Allah Anhu wa Razo Anhu yeh bari ajeeb ayat hai Quran majeed mein.</w:t>
      </w:r>
    </w:p>
    <w:p>
      <w:pPr>
        <w:jc w:val="right"/>
      </w:pPr>
      <w:r>
        <w:t>اس انسان سے نہیں کرتے، خدا سے کرتے ہیں۔ اسی لیے قرآن میں کہ رضی اللہ رضی اللہ عنہ ورضو عنہ یہ بڑی عجیب آیت ہے قرآن مجید میں۔</w:t>
      </w:r>
    </w:p>
    <w:p>
      <w:r>
        <w:rPr>
          <w:b/>
        </w:rPr>
        <w:t xml:space="preserve">[25:47] </w:t>
      </w:r>
      <w:r>
        <w:t>jannat kis ke liye hai? Razi Allah Anhu wa Razo Anhu jo raazi ho gaye Khuda ke scheme of things par, jo raazi ho gaye Khuda ke creation plan par, to un ke liye jannat hai.</w:t>
      </w:r>
    </w:p>
    <w:p>
      <w:pPr>
        <w:jc w:val="right"/>
      </w:pPr>
      <w:r>
        <w:t>جنت کس کے لیے ہے؟ رضی اللہ عنہ ورضو عنہ جو راضی ہو گئے خدا کے اسکیم آف تھنگ پر، جو راضی ہو گئے خدا کے کریشن پلان پر، تو ان کے لیے جنت ہے۔</w:t>
      </w:r>
    </w:p>
    <w:p>
      <w:r>
        <w:rPr>
          <w:b/>
        </w:rPr>
        <w:t xml:space="preserve">[25:59] </w:t>
      </w:r>
      <w:r>
        <w:t>Razi Allah Anhu wa Razo Anhu.</w:t>
      </w:r>
    </w:p>
    <w:p>
      <w:pPr>
        <w:jc w:val="right"/>
      </w:pPr>
      <w:r>
        <w:t>رضی اللہ عنہ ورضو عنہ۔</w:t>
      </w:r>
    </w:p>
    <w:p>
      <w:r>
        <w:rPr>
          <w:b/>
        </w:rPr>
        <w:t xml:space="preserve">[26:05] </w:t>
      </w:r>
      <w:r>
        <w:t>yeh jo Khuda ne banaya tha test lene ke liye, logon ko azaadi di, azaadi di thi. is wajah se log fasad machate hain, azaadi ki misuse kar ke tarah tarah ke zulm karte hain.</w:t>
      </w:r>
    </w:p>
    <w:p>
      <w:pPr>
        <w:jc w:val="right"/>
      </w:pPr>
      <w:r>
        <w:t>یہ جو خدا نے بنایا تھا ٹیسٹ لینے کے لیے، لوگوں کو آزادی دی، آزادی دی تھی۔ اس وجہ سے لوگ فساد مچاتے ہیں، آزادی کی مس یوز کر کے طرح طرح کے ظلم کرتے ہیں۔</w:t>
      </w:r>
    </w:p>
    <w:p>
      <w:r>
        <w:rPr>
          <w:b/>
        </w:rPr>
        <w:t xml:space="preserve">[26:16] </w:t>
      </w:r>
      <w:r>
        <w:t>to aap jab bardasht karte hain is ko to aap Khuda ke plan par raazi hote hain.</w:t>
      </w:r>
    </w:p>
    <w:p>
      <w:pPr>
        <w:jc w:val="right"/>
      </w:pPr>
      <w:r>
        <w:t>تو آپ جب برداشت کرتے ہیں اس کو تو آپ خدا کے پلان پر راضی ہوتے ہیں۔</w:t>
      </w:r>
    </w:p>
    <w:p>
      <w:r>
        <w:rPr>
          <w:b/>
        </w:rPr>
        <w:t xml:space="preserve">[26:25] </w:t>
      </w:r>
      <w:r>
        <w:t>yehi to jannat ka ticket hai.</w:t>
      </w:r>
    </w:p>
    <w:p>
      <w:pPr>
        <w:jc w:val="right"/>
      </w:pPr>
      <w:r>
        <w:t>یہی تو جنت کا ٹکٹ ہے۔</w:t>
      </w:r>
    </w:p>
    <w:p>
      <w:r>
        <w:rPr>
          <w:b/>
        </w:rPr>
        <w:t xml:space="preserve">[26:31] </w:t>
      </w:r>
      <w:r>
        <w:t>to yaad rakhiye, peaceful banna koi saada baat nahin hai. jab aap peaceful bante hain to aap yeh kehte hain keh Khuda ya, main raazi hoon tere scheme, scheme of things, main raazi hoon tere plan par.</w:t>
      </w:r>
    </w:p>
    <w:p>
      <w:pPr>
        <w:jc w:val="right"/>
      </w:pPr>
      <w:r>
        <w:t>تو یاد رکھیے، پیس فل بننا کوئی سادہ بات نہیں ہے۔ جب آپ پیس فل بنتے ہیں تو آپ یہ کہتے ہیں کہ خدایا، میں راضی ہوں تیرے اسکیم، اسکیم آف تھنگ، میں راضی ہوں تیرے پلان پر۔</w:t>
      </w:r>
    </w:p>
    <w:p>
      <w:r>
        <w:rPr>
          <w:b/>
        </w:rPr>
        <w:t xml:space="preserve">[26:47] </w:t>
      </w:r>
      <w:r>
        <w:t>to ne logon ko freedom de diya to woh misuse kar rahe hain freedom ko. to main raazi hoon</w:t>
      </w:r>
    </w:p>
    <w:p>
      <w:pPr>
        <w:jc w:val="right"/>
      </w:pPr>
      <w:r>
        <w:t>تو نے لوگوں کو فریڈم دے دیا تو وہ مس یوز کر رہے ہیں فریڈم کو۔ تو میں راضی ہوں</w:t>
      </w:r>
    </w:p>
    <w:p>
      <w:r>
        <w:rPr>
          <w:b/>
        </w:rPr>
        <w:t xml:space="preserve">[26:53] </w:t>
      </w:r>
      <w:r>
        <w:t>is par. to jab un ka haath pakde ga, tabhi un ka haath pakda jayega. is se pehle koi un ka haath pakadne wala nahin hai.</w:t>
      </w:r>
    </w:p>
    <w:p>
      <w:pPr>
        <w:jc w:val="right"/>
      </w:pPr>
      <w:r>
        <w:t>اس پر۔ تو جب ان کا ہاتھ پکڑے گا، تبھی ان کا ہاتھ پکڑا جائے گا۔ اس سے پہلے کوئی ان کا ہاتھ پکڑنے والا نہیں ہے۔</w:t>
      </w:r>
    </w:p>
    <w:p>
      <w:r>
        <w:rPr>
          <w:b/>
        </w:rPr>
        <w:t xml:space="preserve">[27:04] </w:t>
      </w:r>
      <w:r>
        <w:t>is ka matlab hai keh jab ek shakhs society mein</w:t>
      </w:r>
    </w:p>
    <w:p>
      <w:pPr>
        <w:jc w:val="right"/>
      </w:pPr>
      <w:r>
        <w:t>اس کا مطلب ہے کہ جب ایک شخص سوسائٹی میں</w:t>
      </w:r>
    </w:p>
    <w:p>
      <w:r>
        <w:rPr>
          <w:b/>
        </w:rPr>
        <w:t xml:space="preserve">[27:11] </w:t>
      </w:r>
      <w:r>
        <w:t>ghalat kaam kar raha hai to aap sirf use kehne sunne ka haq rakhte hain, maarne ka haq nahin rakhte. aap samjhane ka haq rakhte hain kyunke maarna Khuda ka prerogative hai.</w:t>
      </w:r>
    </w:p>
    <w:p>
      <w:pPr>
        <w:jc w:val="right"/>
      </w:pPr>
      <w:r>
        <w:t>غلط کام کر رہا ہے تو آپ صرف اسے کہنے سننے کا حق رکھتے ہیں، مارنے کا حق نہیں رکھتے۔ آپ سمجھانے کا حق رکھتے ہیں کیونکہ مارنا خدا کا پریراگیٹیو ہے۔</w:t>
      </w:r>
    </w:p>
    <w:p>
      <w:r>
        <w:rPr>
          <w:b/>
        </w:rPr>
        <w:t xml:space="preserve">[27:27] </w:t>
      </w:r>
      <w:r>
        <w:t>maarna matlab punishment. punishment Khuda ka prerogative hai. aap kaise punishment de sakte hain is ko?</w:t>
      </w:r>
    </w:p>
    <w:p>
      <w:pPr>
        <w:jc w:val="right"/>
      </w:pPr>
      <w:r>
        <w:t>مارنا معنی پنشمنٹ۔ پنشمنٹ خدا کا پریراگیٹیو ہے۔ آپ کیسے پنشمنٹ دے سکتے ہیں اس کو؟</w:t>
      </w:r>
    </w:p>
    <w:p>
      <w:r>
        <w:rPr>
          <w:b/>
        </w:rPr>
        <w:t xml:space="preserve">[27:37] </w:t>
      </w:r>
      <w:r>
        <w:t>to yaad rakhiye, jannat peace ki jagah hai, home of peace hai. to wahan sirf peaceful logon ko jagah milegi.</w:t>
      </w:r>
    </w:p>
    <w:p>
      <w:pPr>
        <w:jc w:val="right"/>
      </w:pPr>
      <w:r>
        <w:t>تو یاد رکھیے، جنت پیس کی جگہ ہے، ہوم آف پیس ہے۔ تو وہاں صرف پیس فل لوگوں کو جگہ ملے گی۔</w:t>
      </w:r>
    </w:p>
    <w:p>
      <w:r>
        <w:rPr>
          <w:b/>
        </w:rPr>
        <w:t xml:space="preserve">[27:49] </w:t>
      </w:r>
      <w:r>
        <w:t>jo violence dikhate hain, violence un ke liye jannat mein koi jagah nahin hai.</w:t>
      </w:r>
    </w:p>
    <w:p>
      <w:pPr>
        <w:jc w:val="right"/>
      </w:pPr>
      <w:r>
        <w:t>جو وائیلنس دکھاتے ہیں، وائیلنس ان کے لیے جنت میں کوئی جگہ نہیں ہے۔</w:t>
      </w:r>
    </w:p>
    <w:p>
      <w:r>
        <w:rPr>
          <w:b/>
        </w:rPr>
        <w:t xml:space="preserve">[27:57] </w:t>
      </w:r>
      <w:r>
        <w:t>yeh bohat hi sangeen baat hai, is ko samajhna chahiye.</w:t>
      </w:r>
    </w:p>
    <w:p>
      <w:pPr>
        <w:jc w:val="right"/>
      </w:pPr>
      <w:r>
        <w:t>یہ بہت ہی سنگین بات ہے، اس کو سمجھنا چاہیے۔</w:t>
      </w:r>
    </w:p>
    <w:p>
      <w:r>
        <w:rPr>
          <w:b/>
        </w:rPr>
        <w:t xml:space="preserve">[28:02] </w:t>
      </w:r>
      <w:r>
        <w:t>bohat hi sangeen baat hai. aur tareekh mein Allah taala ne itni zabardast misalein qaim kar di hain keh violence se kuch bhi nahin hua.</w:t>
      </w:r>
    </w:p>
    <w:p>
      <w:pPr>
        <w:jc w:val="right"/>
      </w:pPr>
      <w:r>
        <w:t>بہت ہی سنگین بات ہے۔ اور تاریخ میں اللہ تعالی نے اتنی زبردست مثالیں قائم کر دی ہیں کہ وائیلنس سے کچھ بھی نہیں ہوا۔</w:t>
      </w:r>
    </w:p>
    <w:p>
      <w:r>
        <w:rPr>
          <w:b/>
        </w:rPr>
        <w:t xml:space="preserve">[28:13] </w:t>
      </w:r>
      <w:r>
        <w:t>agar kuch hua hai, kuch to peace se hua hai. violence se kisi ko kuch nahin mila. jo mila hai, peace se mila hai.</w:t>
      </w:r>
    </w:p>
    <w:p>
      <w:pPr>
        <w:jc w:val="right"/>
      </w:pPr>
      <w:r>
        <w:t>اگر کچھ ہوا ہے، کچھ تو پیس سے ہوا ہے۔ وائیلنس سے کسی کو کچھ نہیں ملا۔ جو ملا ہے، پیس سے ملا ہے۔</w:t>
      </w:r>
    </w:p>
    <w:p>
      <w:r>
        <w:rPr>
          <w:b/>
        </w:rPr>
        <w:t xml:space="preserve">[28:23] </w:t>
      </w:r>
      <w:r>
        <w:t>Rasool Allah ki zindagi aap jante hain keh saari ki saari jo zindagi aap ki Rasool Allah ki thi, woh peaceful life thi. saari kamyabi aap ko peace se mili.</w:t>
      </w:r>
    </w:p>
    <w:p>
      <w:pPr>
        <w:jc w:val="right"/>
      </w:pPr>
      <w:r>
        <w:t>رسول اللہ کی زندگی آپ جانتے ہیں کہ ساری کی ساری جو زندگی آپ کی رسول اللہ کی تھی، وہ پیس فل لائف تھی۔ ساری کامیابی آپ کو پیس سے ملی۔</w:t>
      </w:r>
    </w:p>
    <w:p>
      <w:r>
        <w:rPr>
          <w:b/>
        </w:rPr>
        <w:t xml:space="preserve">[28:35] </w:t>
      </w:r>
      <w:r>
        <w:t>baad ka jo zamana hai, us ke mein do waqeye mein aap ko refer karna chahta hoon. us waqt aik tatariyon ka waqea jo thirteen century mein paish aaya, terveen sadi</w:t>
      </w:r>
    </w:p>
    <w:p>
      <w:pPr>
        <w:jc w:val="right"/>
      </w:pPr>
      <w:r>
        <w:t>بعد کا جو زمانہ ہے، اس کے میں دو واقعے میں آپ کو ریفر کرنا چاہتا ہوں۔ اس وقت ایک تاتاریوں کا واقعہ جو تھرٹین سینچری میں پیش آیا، تیرویں صدی</w:t>
      </w:r>
    </w:p>
    <w:p>
      <w:r>
        <w:rPr>
          <w:b/>
        </w:rPr>
        <w:t xml:space="preserve">[28:49] </w:t>
      </w:r>
      <w:r>
        <w:t>mein. doosra britishz ka waqea jo nineteen century mein paish aaya. history ke do waqeyat.</w:t>
      </w:r>
    </w:p>
    <w:p>
      <w:pPr>
        <w:jc w:val="right"/>
      </w:pPr>
      <w:r>
        <w:t>میں۔ دوسرا برٹشز کا واقعہ جو نائنٹین سینچری میں پیش آیا۔ ہسٹری کے دو واقعات۔</w:t>
      </w:r>
    </w:p>
    <w:p>
      <w:r>
        <w:rPr>
          <w:b/>
        </w:rPr>
        <w:t xml:space="preserve">[29:01] </w:t>
      </w:r>
      <w:r>
        <w:t>thirteen century mein abbasiyon ki hukumat thi, un ka empire qaim tha. tatari wahshi qabail thay,</w:t>
      </w:r>
    </w:p>
    <w:p>
      <w:pPr>
        <w:jc w:val="right"/>
      </w:pPr>
      <w:r>
        <w:t>تھرٹین سینچری میں عباسیوں کی حکومت تھی، ان کا ایمپائر قائم تھا۔ تاتاری وحشی قبائل تھے،</w:t>
      </w:r>
    </w:p>
    <w:p>
      <w:r>
        <w:rPr>
          <w:b/>
        </w:rPr>
        <w:t xml:space="preserve">[29:14] </w:t>
      </w:r>
      <w:r>
        <w:t>to un ka leader tha changez khan. us ke baad us ka pota halaku khan bana leader.</w:t>
      </w:r>
    </w:p>
    <w:p>
      <w:pPr>
        <w:jc w:val="right"/>
      </w:pPr>
      <w:r>
        <w:t>تو ان کا لیڈر تھا جنگیز خان۔ اس کے بعد اس کا پوتا ہلاکو خان بنا لیڈر۔</w:t>
      </w:r>
    </w:p>
    <w:p>
      <w:r>
        <w:rPr>
          <w:b/>
        </w:rPr>
        <w:t xml:space="preserve">[29:23] </w:t>
      </w:r>
      <w:r>
        <w:t>yeh log kisi baat par ghussa ho gaye aur ghus gaye baghdad empire mein, abbasi empire mein.</w:t>
      </w:r>
    </w:p>
    <w:p>
      <w:pPr>
        <w:jc w:val="right"/>
      </w:pPr>
      <w:r>
        <w:t>یہ لوگ کسی بات پر غصہ ہو گئے اور گھس گئے بغداد ایمپائر میں، عباسی ایمپائر میں۔</w:t>
      </w:r>
    </w:p>
    <w:p>
      <w:r>
        <w:rPr>
          <w:b/>
        </w:rPr>
        <w:t xml:space="preserve">[29:32] </w:t>
      </w:r>
      <w:r>
        <w:t>aur samarqand se le kar halab tak,</w:t>
      </w:r>
    </w:p>
    <w:p>
      <w:pPr>
        <w:jc w:val="right"/>
      </w:pPr>
      <w:r>
        <w:t>اور سمرقند سے لے کر حلب تک،</w:t>
      </w:r>
    </w:p>
    <w:p>
      <w:r>
        <w:rPr>
          <w:b/>
        </w:rPr>
        <w:t xml:space="preserve">[29:38] </w:t>
      </w:r>
      <w:r>
        <w:t>samarqand se halab tak sari masjidon ko, sab islami idaron ko utha diya tha. beshumar logon ko mara, tabaah kar diya.</w:t>
      </w:r>
    </w:p>
    <w:p>
      <w:pPr>
        <w:jc w:val="right"/>
      </w:pPr>
      <w:r>
        <w:t>سمرقند سے حلب تک ساری مسجدوں کو، سب اسلامی اداروں کو اٹھا دیا تھا۔ بے شمار لوگوں کو مارا، تباہ کر دیا۔</w:t>
      </w:r>
    </w:p>
    <w:p>
      <w:r>
        <w:rPr>
          <w:b/>
        </w:rPr>
        <w:t xml:space="preserve">[29:48] </w:t>
      </w:r>
      <w:r>
        <w:t>khaleefa ko hi maar dala.</w:t>
      </w:r>
    </w:p>
    <w:p>
      <w:pPr>
        <w:jc w:val="right"/>
      </w:pPr>
      <w:r>
        <w:t>خلیفہ کو ہی مار ڈالا۔</w:t>
      </w:r>
    </w:p>
    <w:p>
      <w:r>
        <w:rPr>
          <w:b/>
        </w:rPr>
        <w:t xml:space="preserve">[29:54] </w:t>
      </w:r>
      <w:r>
        <w:t>ibn aseer, jo bohat bara murikh hai, us ne likha hai ke woh isi contemporary tha, woh contemporary ibn aseer, alif se yeh ray, a s i r,</w:t>
      </w:r>
    </w:p>
    <w:p>
      <w:pPr>
        <w:jc w:val="right"/>
      </w:pPr>
      <w:r>
        <w:t>ابن اسیر، جو بہت بڑا مورخ ہے، اس نے لکھا ہے کہ وہ اسی کنٹیمپریری تھا۔ وہ کنٹیمپریری ابن اسیر، الف سے یہ رے، اے ایس آئی آر،</w:t>
      </w:r>
    </w:p>
    <w:p>
      <w:r>
        <w:rPr>
          <w:b/>
        </w:rPr>
        <w:t xml:space="preserve">[30:10] </w:t>
      </w:r>
      <w:r>
        <w:t>al ka, us ki kitab ka naam hai "al kamil fi al tareekh". "al kamil fi al tareekh" bohat hi authentic ban jati hai kyunke woh contemporary tha, tatariyon ke zamane mein tha.</w:t>
      </w:r>
    </w:p>
    <w:p>
      <w:pPr>
        <w:jc w:val="right"/>
      </w:pPr>
      <w:r>
        <w:t>الکا، اس کی کتاب کا نام ہے "الکامل فی التاریخ"۔ "الکامل فی التاریخ" بہت ہی اتھینٹک بن جاتی ہے کیونکہ وہ کنٹیمپریری تھا، تاتاریوں کے زمانے میں تھا۔</w:t>
      </w:r>
    </w:p>
    <w:p>
      <w:r>
        <w:rPr>
          <w:b/>
        </w:rPr>
        <w:t xml:space="preserve">[30:22] </w:t>
      </w:r>
      <w:r>
        <w:t>woh</w:t>
      </w:r>
    </w:p>
    <w:p>
      <w:pPr>
        <w:jc w:val="right"/>
      </w:pPr>
      <w:r>
        <w:t>وہ</w:t>
      </w:r>
    </w:p>
    <w:p>
      <w:r>
        <w:rPr>
          <w:b/>
        </w:rPr>
        <w:t xml:space="preserve">[30:24] </w:t>
      </w:r>
      <w:r>
        <w:t>to woh likhta hai ke tatariyon ne jo fasad barpa kiya, jo zulm kiya, woh na to pehle kabhi hua aur na kabhi aisa hoga.</w:t>
      </w:r>
    </w:p>
    <w:p>
      <w:pPr>
        <w:jc w:val="right"/>
      </w:pPr>
      <w:r>
        <w:t>تو وہ لکھتا ہے کہ تاتاریوں نے جو فساد برپا کیا، جو ظلم کیا، وہ نہ تو پہلے کبھی ہوا اور نہ کبھی ایسا ہوگا۔</w:t>
      </w:r>
    </w:p>
    <w:p>
      <w:r>
        <w:rPr>
          <w:b/>
        </w:rPr>
        <w:t xml:space="preserve">[30:34] </w:t>
      </w:r>
      <w:r>
        <w:t>itna zulm machaya unhon ne.</w:t>
      </w:r>
    </w:p>
    <w:p>
      <w:pPr>
        <w:jc w:val="right"/>
      </w:pPr>
      <w:r>
        <w:t>اتنا ظلم مچایا انہوں نے۔</w:t>
      </w:r>
    </w:p>
    <w:p>
      <w:r>
        <w:rPr>
          <w:b/>
        </w:rPr>
        <w:t xml:space="preserve">[30:39] </w:t>
      </w:r>
      <w:r>
        <w:t>lekin yeh thirteen century ka waqea hai. lekin un ke, un ke is jo unhon ne poora tabaah kar diya tha empire ko, sirf pachaas saal ke andar kya hua?</w:t>
      </w:r>
    </w:p>
    <w:p>
      <w:pPr>
        <w:jc w:val="right"/>
      </w:pPr>
      <w:r>
        <w:t>لیکن یہ تھرٹین سینچری کا واقعہ ہے۔ لیکن ان کے، ان کے اس جو انہوں نے پورا تباہ کر دیا تھا ایمپائر کو، صرف پچاس سال کے اندر کیا ہوا؟</w:t>
      </w:r>
    </w:p>
    <w:p>
      <w:r>
        <w:rPr>
          <w:b/>
        </w:rPr>
        <w:t xml:space="preserve">[30:58] </w:t>
      </w:r>
      <w:r>
        <w:t>unhon ne un ki majority ne islam qabool kar liya aur woh islam ke khadim ban gaye.</w:t>
      </w:r>
    </w:p>
    <w:p>
      <w:pPr>
        <w:jc w:val="right"/>
      </w:pPr>
      <w:r>
        <w:t>انہوں نے ان کی میجورٹی نے اسلام قبول کر لیا اور وہ اسلام کے خادم بن گئے۔</w:t>
      </w:r>
    </w:p>
    <w:p>
      <w:r>
        <w:rPr>
          <w:b/>
        </w:rPr>
        <w:t xml:space="preserve">[31:04] </w:t>
      </w:r>
      <w:r>
        <w:t>aik murikh ne likha hai ke tatariyon ne samarqand se halab tak jin masjidon ko uthaya tha, phir un masjidon ko dabaya,</w:t>
      </w:r>
    </w:p>
    <w:p>
      <w:pPr>
        <w:jc w:val="right"/>
      </w:pPr>
      <w:r>
        <w:t>ایک مورخ نے لکھا ہے کہ تاتاریوں نے سمرقند سے حلب تک جن مسجدوں کو اٹھایا تھا، پھر ان مسجدوں کو دبایا،</w:t>
      </w:r>
    </w:p>
    <w:p>
      <w:r>
        <w:rPr>
          <w:b/>
        </w:rPr>
        <w:t xml:space="preserve">[31:18] </w:t>
      </w:r>
      <w:r>
        <w:t>banaya aur us pe sajda kiya lamayat ke liye.</w:t>
      </w:r>
    </w:p>
    <w:p>
      <w:pPr>
        <w:jc w:val="right"/>
      </w:pPr>
      <w:r>
        <w:t>بنایا اور اس پہ سجدہ کیا لامایت کے لیے۔</w:t>
      </w:r>
    </w:p>
    <w:p>
      <w:r>
        <w:rPr>
          <w:b/>
        </w:rPr>
        <w:t xml:space="preserve">[31:25] </w:t>
      </w:r>
      <w:r>
        <w:t>is samarqand se halab tak jo beshumar masjidon ko utha diya tha, unhon ne phir se banwaya. un masjidon ko unhon ne</w:t>
      </w:r>
    </w:p>
    <w:p>
      <w:pPr>
        <w:jc w:val="right"/>
      </w:pPr>
      <w:r>
        <w:t>اس سمرقند سے حلب تک جو بے شمار مسجدوں کو اٹھا دیا تھا، انہوں نے پھر سے بنوایا۔ ان مسجدوں کو انہوں نے</w:t>
      </w:r>
    </w:p>
    <w:p>
      <w:r>
        <w:rPr>
          <w:b/>
        </w:rPr>
        <w:t xml:space="preserve">[31:31] </w:t>
      </w:r>
      <w:r>
        <w:t>wahan sajda karne ko apni sa'adat samjha. yeh kaise hua? How happened this? yeh kaise hua?</w:t>
      </w:r>
    </w:p>
    <w:p>
      <w:pPr>
        <w:jc w:val="right"/>
      </w:pPr>
      <w:r>
        <w:t>وہاں سجدہ کرنے کو اپنی سعادت سمجھا۔ یہ کیسے ہوا؟ ہاؤ ہیپنڈ دس بریکن؟ یہ کیسے ہوا؟</w:t>
      </w:r>
    </w:p>
    <w:p>
      <w:r>
        <w:rPr>
          <w:b/>
        </w:rPr>
        <w:t xml:space="preserve">[31:43] </w:t>
      </w:r>
      <w:r>
        <w:t>yeh war se nahi hua, yeh qatal se nahi hua, yeh larai se nahi hua, yeh gun aur boom se nahi hua.</w:t>
      </w:r>
    </w:p>
    <w:p>
      <w:pPr>
        <w:jc w:val="right"/>
      </w:pPr>
      <w:r>
        <w:t>یہ وار سے نہیں ہوا، یہ قتال سے نہیں ہوا، یہ لڑائی سے نہیں ہوا، یہ گن اور بوم سے نہیں ہوا۔</w:t>
      </w:r>
    </w:p>
    <w:p>
      <w:r>
        <w:rPr>
          <w:b/>
        </w:rPr>
        <w:t xml:space="preserve">[31:55] </w:t>
      </w:r>
      <w:r>
        <w:t>yeh is tarah hua ke</w:t>
      </w:r>
    </w:p>
    <w:p>
      <w:pPr>
        <w:jc w:val="right"/>
      </w:pPr>
      <w:r>
        <w:t>یہ اس طرح ہوا کہ</w:t>
      </w:r>
    </w:p>
    <w:p>
      <w:r>
        <w:rPr>
          <w:b/>
        </w:rPr>
        <w:t xml:space="preserve">[32:05] </w:t>
      </w:r>
      <w:r>
        <w:t>is zamane mein itna dabdaba tha in logon ka, itna dabdaba ke yeh kaha jane laga tha</w:t>
      </w:r>
    </w:p>
    <w:p>
      <w:pPr>
        <w:jc w:val="right"/>
      </w:pPr>
      <w:r>
        <w:t>اس زمانے میں اتنا دبدبہ تھا ان لوگوں کا، اتنا دبدبہ کہ یہ کہا جانے لگا تھا</w:t>
      </w:r>
    </w:p>
    <w:p>
      <w:r>
        <w:rPr>
          <w:b/>
        </w:rPr>
        <w:t xml:space="preserve">[32:17] </w:t>
      </w:r>
      <w:r>
        <w:t>baghdad waghera mein ke ifa qeel lak tatr inhdm fa la tasdq</w:t>
      </w:r>
    </w:p>
    <w:p>
      <w:pPr>
        <w:jc w:val="right"/>
      </w:pPr>
      <w:r>
        <w:t>بغداد وغیرہ میں کہ اذا قیل لک ان تتر انہضم فلا تصدق</w:t>
      </w:r>
    </w:p>
    <w:p>
      <w:r>
        <w:rPr>
          <w:b/>
        </w:rPr>
        <w:t xml:space="preserve">[32:27] </w:t>
      </w:r>
      <w:r>
        <w:t>agar koi tum se kahe ke tatari jo hain, un ko defeat ho gayi to aisa manna mat. itna dabdaba tha in logon ka, itna dabdaba.</w:t>
      </w:r>
    </w:p>
    <w:p>
      <w:pPr>
        <w:jc w:val="right"/>
      </w:pPr>
      <w:r>
        <w:t>اگر کوئی تم سے کہے کہ تاتاری جو ہیں، ان کو ڈیفیٹ ہو گئی تو ایسا ماننا مت۔ اتنا دبدبہ تھا ان لوگوں کا، اتنا دبدبہ۔</w:t>
      </w:r>
    </w:p>
    <w:p>
      <w:r>
        <w:rPr>
          <w:b/>
        </w:rPr>
        <w:t xml:space="preserve">[32:46] </w:t>
      </w:r>
      <w:r>
        <w:t>phir kaise hua?</w:t>
      </w:r>
    </w:p>
    <w:p>
      <w:pPr>
        <w:jc w:val="right"/>
      </w:pPr>
      <w:r>
        <w:t>پھر کیسے ہوا؟</w:t>
      </w:r>
    </w:p>
    <w:p>
      <w:r>
        <w:rPr>
          <w:b/>
        </w:rPr>
        <w:t xml:space="preserve">[32:48] </w:t>
      </w:r>
      <w:r>
        <w:t>woh is tarah hua ke compulsive, yani compulsive peace, yani compulsively they opted for peaceful behaviour.</w:t>
      </w:r>
    </w:p>
    <w:p>
      <w:pPr>
        <w:jc w:val="right"/>
      </w:pPr>
      <w:r>
        <w:t>وہ اس طرح ہوا کہ کمپلسو، یعنی کمپلسو پیس، یعنی کمپلسولی دے اپٹڈ فار پیس فل بیہیویئر۔</w:t>
      </w:r>
    </w:p>
    <w:p>
      <w:r>
        <w:rPr>
          <w:b/>
        </w:rPr>
        <w:t xml:space="preserve">[33:01] </w:t>
      </w:r>
      <w:r>
        <w:t>chup ho gaye kyunke kyunke marne ki, ladne ki taqat nahi thi. toh it was a compulsion, it was a, it was a peace under compulsion.</w:t>
      </w:r>
    </w:p>
    <w:p>
      <w:pPr>
        <w:jc w:val="right"/>
      </w:pPr>
      <w:r>
        <w:t>چپ ہو گئے کیونکہ کیونکہ مرنے کی، لڑنے کی طاقت نہیں تھی۔ تو اٹ واز ا کمپلس، اٹ واز ا، اٹ واز ا پیس انڈر کمپلسن۔</w:t>
      </w:r>
    </w:p>
    <w:p>
      <w:r>
        <w:rPr>
          <w:b/>
        </w:rPr>
        <w:t xml:space="preserve">[33:12] </w:t>
      </w:r>
      <w:r>
        <w:t>is zamane ke jo musalman thay, is ki detail aap parhna chahein toh aap parh sakte hain. is mein "the pacing of Islam" mein jo press handle ki kitaab hai, un logon ne kya kiya ke bohat se mardon, auraton ko, yani musalmanon ko pakar pakar ke apne gharon mein ghulam bana liya.</w:t>
      </w:r>
    </w:p>
    <w:p>
      <w:pPr>
        <w:jc w:val="right"/>
      </w:pPr>
      <w:r>
        <w:t>اس زمانے کے جو مسلمان تھے، اس کی ڈیٹیل آپ پڑھنا چاہیں تو آپ پڑھ سکتے ہیں۔ اس میں "دا پیسنگ آف اسلام" میں جو پریس ہانڈل کی کتاب ہے، ان لوگوں نے کیا کیا کہ بہت سے مردوں، عورتوں کو، یعنی مسلمانوں کو پکڑ پکڑ کے اپنے گھروں میں غلام بنا لیا۔</w:t>
      </w:r>
    </w:p>
    <w:p>
      <w:r>
        <w:rPr>
          <w:b/>
        </w:rPr>
        <w:t xml:space="preserve">[33:34] </w:t>
      </w:r>
      <w:r>
        <w:t>ghulam bana liya. kisi ki himmat nahi thi ke use kahe ke tum kyun ghulam banate ho? jo chahe woh karte thay.</w:t>
      </w:r>
    </w:p>
    <w:p>
      <w:pPr>
        <w:jc w:val="right"/>
      </w:pPr>
      <w:r>
        <w:t>غلام بنا لیا۔ کسی کی ہمت نہیں تھی کہ اسے کہے کہ تم کیوں غلام بناتے ہو؟ جو چاہے وہ کرتے تھے۔</w:t>
      </w:r>
    </w:p>
    <w:p>
      <w:r>
        <w:rPr>
          <w:b/>
        </w:rPr>
        <w:t xml:space="preserve">[33:43] </w:t>
      </w:r>
      <w:r>
        <w:t>itna dabdaba tha اذا قيل لک ان تتر انہضم فلا تصدق toh yeh jo musalman ghulam bana kar un ke gharon mein puhnche thay, yeh passive preacher ban gaye.</w:t>
      </w:r>
    </w:p>
    <w:p>
      <w:pPr>
        <w:jc w:val="right"/>
      </w:pPr>
      <w:r>
        <w:t>اتنا دبدبہ تھا اذا قيل لک ان تتر انہضم فلا تصدق تو یہ جو مسلمان غلام بنا کر ان کے گھروں میں پہنچے تھے، یہ پیسو پریچر بن گئے۔</w:t>
      </w:r>
    </w:p>
    <w:p>
      <w:r>
        <w:rPr>
          <w:b/>
        </w:rPr>
        <w:t xml:space="preserve">[34:01] </w:t>
      </w:r>
      <w:r>
        <w:t>passive preacher,</w:t>
      </w:r>
    </w:p>
    <w:p>
      <w:pPr>
        <w:jc w:val="right"/>
      </w:pPr>
      <w:r>
        <w:t>پیسو پریچر،</w:t>
      </w:r>
    </w:p>
    <w:p>
      <w:r>
        <w:rPr>
          <w:b/>
        </w:rPr>
        <w:t xml:space="preserve">[34:05] </w:t>
      </w:r>
      <w:r>
        <w:t>yeh active preacher, woh jaise aap log karte hain. aap jaate hain, logon ko kitaabein dete hain, logon se interact karte hain, logon ko batate hain Islam kya hai.</w:t>
      </w:r>
    </w:p>
    <w:p>
      <w:pPr>
        <w:jc w:val="right"/>
      </w:pPr>
      <w:r>
        <w:t>یہ ایکٹیو پریچر، وہ جیسے آپ لوگ کرتے ہیں۔ آپ جاتے ہیں، لوگوں کو کتابیں دیتے ہیں، لوگوں سے انٹریکٹ کرتے ہیں، لوگوں کو بتاتے ہیں اسلام کیا ہے۔</w:t>
      </w:r>
    </w:p>
    <w:p>
      <w:r>
        <w:rPr>
          <w:b/>
        </w:rPr>
        <w:t xml:space="preserve">[34:15] </w:t>
      </w:r>
      <w:r>
        <w:t>woh bechare passive preacher thay, bilkul passive preacher. passive preacher ka matlab yeh hai ke maslan ek shakhs ko chheenk aayi, us ne kaha "Alhamdulillah".</w:t>
      </w:r>
    </w:p>
    <w:p>
      <w:pPr>
        <w:jc w:val="right"/>
      </w:pPr>
      <w:r>
        <w:t>وہ بیچارے پیسو پریچر تھے، بالکل پیسو پریچر۔ پیسو پریچر کا مطلب یہ ہے کہ مثلاً ایک شخص کو چھینک آئی، اس نے کہا "الحمدللہ"۔</w:t>
      </w:r>
    </w:p>
    <w:p>
      <w:r>
        <w:rPr>
          <w:b/>
        </w:rPr>
        <w:t xml:space="preserve">[34:31] </w:t>
      </w:r>
      <w:r>
        <w:t>ab tatari poochta hai ke bhai "Alhamdulillah" kya cheez hai?</w:t>
      </w:r>
    </w:p>
    <w:p>
      <w:pPr>
        <w:jc w:val="right"/>
      </w:pPr>
      <w:r>
        <w:t>اب تاتاری پوچھتا ہے کہ بھئی "الحمدللہ" کیا چیز ہے؟</w:t>
      </w:r>
    </w:p>
    <w:p>
      <w:r>
        <w:rPr>
          <w:b/>
        </w:rPr>
        <w:t xml:space="preserve">[34:35] </w:t>
      </w:r>
      <w:r>
        <w:t>chheenk aayi toh "Alhamdulillah" kyun kaha? ab us ne kaha "Alhamdulillah" ke maani hain "shukr hai Khuda ka". aaj kal yeh yeh hadees mein aata hai ke "Alhamdulillah" kaho chheenk aane par.</w:t>
      </w:r>
    </w:p>
    <w:p>
      <w:pPr>
        <w:jc w:val="right"/>
      </w:pPr>
      <w:r>
        <w:t>چھینک آئی تو "الحمدللہ" کیوں کہا؟ اب اس نے کہا "الحمدللہ" کے معنی ہیں "شکر ہے خدا کا"۔ آج کل یہ یہ حدیث میں آتا ہے کہ "الحمدللہ" کہو چھینک آنے پر۔</w:t>
      </w:r>
    </w:p>
    <w:p>
      <w:r>
        <w:rPr>
          <w:b/>
        </w:rPr>
        <w:t xml:space="preserve">[34:47] </w:t>
      </w:r>
      <w:r>
        <w:t>ab yeh saabit hua modern studies se. chheenk aati hai toh poora yeh exercise hota hai, poora hisse ka. yeh jo hissa hai hamara, yeh is se exercise hota hai.</w:t>
      </w:r>
    </w:p>
    <w:p>
      <w:pPr>
        <w:jc w:val="right"/>
      </w:pPr>
      <w:r>
        <w:t>اب یہ ثابت ہوا ماڈرن اسٹڈیز سے۔ چھینک آتی ہے تو پورا یہ ایکسرسائز ہوتا ہے، پورا حصے کا۔ یہ جو حصہ ہے ہمارا، یہ اس سے ایکسرسائز ہوتا ہے۔</w:t>
      </w:r>
    </w:p>
    <w:p>
      <w:r>
        <w:rPr>
          <w:b/>
        </w:rPr>
        <w:t xml:space="preserve">[34:59] </w:t>
      </w:r>
      <w:r>
        <w:t>chheenk mein</w:t>
      </w:r>
    </w:p>
    <w:p>
      <w:pPr>
        <w:jc w:val="right"/>
      </w:pPr>
      <w:r>
        <w:t>چھینک میں</w:t>
      </w:r>
    </w:p>
    <w:p>
      <w:r>
        <w:rPr>
          <w:b/>
        </w:rPr>
        <w:t xml:space="preserve">[35:01] </w:t>
      </w:r>
      <w:r>
        <w:t>poora poora yeh hil jata hai, yani natural exercise yeh hai.</w:t>
      </w:r>
    </w:p>
    <w:p>
      <w:pPr>
        <w:jc w:val="right"/>
      </w:pPr>
      <w:r>
        <w:t>پورا پورا یہ ہل جاتا ہے، یعنی نیچرل ایکسرسائز یہ ہے۔</w:t>
      </w:r>
    </w:p>
    <w:p>
      <w:r>
        <w:rPr>
          <w:b/>
        </w:rPr>
        <w:t xml:space="preserve">[35:09] </w:t>
      </w:r>
      <w:r>
        <w:t>toh is ko chheenk aayi toh us ne kaha "Alhamdulillah". poochha ke bhai yeh kya cheez hai? aap bataein. unhon ne kaha "Alhamdulillah". Allah ek hai aur us ki hum tareef karte hain.</w:t>
      </w:r>
    </w:p>
    <w:p>
      <w:pPr>
        <w:jc w:val="right"/>
      </w:pPr>
      <w:r>
        <w:t>تو اس کو چھینک آئی تو اس نے کہا "الحمدللہ"۔ پوچھا کہ بھئی یہ کیا چیز ہے؟ آپ بتائیں۔ انہوں نے کہا "الحمدللہ"۔ اللہ ایک ہے اور اس کی ہم تعریف کرتے ہیں۔</w:t>
      </w:r>
    </w:p>
    <w:p>
      <w:r>
        <w:rPr>
          <w:b/>
        </w:rPr>
        <w:t xml:space="preserve">[35:19] </w:t>
      </w:r>
      <w:r>
        <w:t>kaha "achha hai, bohat achhi baat hai yeh". phir us ne wuzu kiya namaz parhne ke liye. us ne poochha "yeh kya cheez hai</w:t>
      </w:r>
    </w:p>
    <w:p>
      <w:pPr>
        <w:jc w:val="right"/>
      </w:pPr>
      <w:r>
        <w:t>کہا "اچھا ہے، بہت اچھی بات ہے یہ"۔ پھر اس نے وضو کیا نماز پڑھنے کے لیے۔ اس نے پوچھا "یہ کیا چیز ہے</w:t>
      </w:r>
    </w:p>
    <w:p>
      <w:r>
        <w:rPr>
          <w:b/>
        </w:rPr>
        <w:t xml:space="preserve">[35:26] </w:t>
      </w:r>
      <w:r>
        <w:t>?" kaha ke hum apne haan body ko paak karte hain aur Khuda ki ibaadat karne ke liye yeh bari achhi cheez hai. is tarah se us ne jo jo difference dekha, un ka paas koi culture nahi tha.</w:t>
      </w:r>
    </w:p>
    <w:p>
      <w:pPr>
        <w:jc w:val="right"/>
      </w:pPr>
      <w:r>
        <w:t>؟" کہا کہ ہم اپنے ہاں باڈی کو پاک کرتے ہیں اور خدا کی عبادت کرنے کے لیے یہ بڑی اچھی چیز ہے۔ اس طرح سے اس نے جو جو ڈیفرنس دیکھا، ان کا پاس کوئی کلچر نہیں تھا۔</w:t>
      </w:r>
    </w:p>
    <w:p>
      <w:r>
        <w:rPr>
          <w:b/>
        </w:rPr>
        <w:t xml:space="preserve">[35:39] </w:t>
      </w:r>
      <w:r>
        <w:t>yeh logon ke paas koi religion nahi tha, koi culture nahi tha. toh bilkul jangli log thay yeh. toh yahan mein kahunga ke yeh jo preaching thi un ki, yeh thi difference ke zariye.</w:t>
      </w:r>
    </w:p>
    <w:p>
      <w:pPr>
        <w:jc w:val="right"/>
      </w:pPr>
      <w:r>
        <w:t>یہ لوگوں کے پاس کوئی ریلیجن نہیں تھا، کوئی کلچر نہیں تھا۔ تو بالکل جنگلی لوگ تھے یہ۔ تو یہاں میں کہوں گا کہ یہ جو پریچنگ تھی ان کی، یہ تھی ڈیفرنس کے ذریعے۔</w:t>
      </w:r>
    </w:p>
    <w:p>
      <w:r>
        <w:rPr>
          <w:b/>
        </w:rPr>
        <w:t xml:space="preserve">[35:54] </w:t>
      </w:r>
      <w:r>
        <w:t>difference farq ke zariye</w:t>
      </w:r>
    </w:p>
    <w:p>
      <w:pPr>
        <w:jc w:val="right"/>
      </w:pPr>
      <w:r>
        <w:t>ڈیفرنس فرق کے ذریعے</w:t>
      </w:r>
    </w:p>
    <w:p>
      <w:r>
        <w:rPr>
          <w:b/>
        </w:rPr>
        <w:t xml:space="preserve">[35:56] </w:t>
      </w:r>
      <w:r>
        <w:t>se un ke culture mein, musalmanon ke culture mein jo farq bar bar dikhai parta tha ke woh hum woh wuzu karte hain, hum wuzu nahi karte. woh chheenk par "Alhamdulillah" kehte hain, hum "Alhamdulillah" nahi kehte.</w:t>
      </w:r>
    </w:p>
    <w:p>
      <w:pPr>
        <w:jc w:val="right"/>
      </w:pPr>
      <w:r>
        <w:t>سے ان کے کلچر میں، مسلمانوں کے کلچر میں جو فرق بار بار دکھائی پڑتا تھا کہ وہ ہم وہ وضو کرتے ہیں، ہم وضو نہیں کرتے۔ وہ چھینک پر "الحمدللہ" کہتے ہیں، ہم "الحمدللہ" نہیں کہتے۔</w:t>
      </w:r>
    </w:p>
    <w:p>
      <w:r>
        <w:rPr>
          <w:b/>
        </w:rPr>
        <w:t xml:space="preserve">[36:10] </w:t>
      </w:r>
      <w:r>
        <w:t>is tarah bohat sari cheezein dheere dheere dheere dheere itna zyada yeh cheez phaili ke woh ulama se poochne lage ke bhai ulama ki Islam kya hai?</w:t>
      </w:r>
    </w:p>
    <w:p>
      <w:pPr>
        <w:jc w:val="right"/>
      </w:pPr>
      <w:r>
        <w:t>اس طرح بہت ساری چیزیں دھیرے دھیرے دھیرے دھیرے اتنا زیادہ یہ چیز پھیلی کہ وہ علماء سے پوچھنے لگے کہ بھئی علماء کی اسلام کیا ہے؟</w:t>
      </w:r>
    </w:p>
    <w:p>
      <w:r>
        <w:rPr>
          <w:b/>
        </w:rPr>
        <w:t xml:space="preserve">[36:21] </w:t>
      </w:r>
      <w:r>
        <w:t>pehlay toh aam logon se unhon ne Islam ko jaana kuch, phir ulama se pooch pooch pooch poocha, yahan tak ke un ki majority ne Islam qabool kar liya.</w:t>
      </w:r>
    </w:p>
    <w:p>
      <w:pPr>
        <w:jc w:val="right"/>
      </w:pPr>
      <w:r>
        <w:t>پہلے تو عام لوگوں سے انہوں نے اسلام کو جانا کچھ، پھر علماء سے پوچھ پوچھ پوچھ پوچھا، یہاں تک کہ ان کی میجورٹی نے اسلام قبول کر لیا۔</w:t>
      </w:r>
    </w:p>
    <w:p>
      <w:r>
        <w:rPr>
          <w:b/>
        </w:rPr>
        <w:t xml:space="preserve">[36:33] </w:t>
      </w:r>
      <w:r>
        <w:t>toh ek ek orientalist ne, ek Christian thay, woh un ki kitaab hai mere paas maujood hai, us mein likhte hain.</w:t>
      </w:r>
    </w:p>
    <w:p>
      <w:pPr>
        <w:jc w:val="right"/>
      </w:pPr>
      <w:r>
        <w:t>تو ایک ایک اورینٹلسٹ نے، ایک کرسچن تھے، وہ ان کی کتاب ہے میرے پاس موجود ہے، اس میں لکھتے ہیں۔</w:t>
      </w:r>
    </w:p>
    <w:p>
      <w:r>
        <w:rPr>
          <w:b/>
        </w:rPr>
        <w:t xml:space="preserve">[36:42] </w:t>
      </w:r>
      <w:r>
        <w:t>woh is ko batate hue</w:t>
      </w:r>
    </w:p>
    <w:p>
      <w:pPr>
        <w:jc w:val="right"/>
      </w:pPr>
      <w:r>
        <w:t>وہ اس کو بتاتے ہوئے</w:t>
      </w:r>
    </w:p>
    <w:p>
      <w:r>
        <w:rPr>
          <w:b/>
        </w:rPr>
        <w:t xml:space="preserve">[36:49] </w:t>
      </w:r>
      <w:r>
        <w:t>"The religion of Muslims conquer where the armour failed" musalmanon ki religion ne wahan fateh haasil kar li jahan un ke hathiyaar fail ho gaye thay.</w:t>
      </w:r>
    </w:p>
    <w:p>
      <w:pPr>
        <w:jc w:val="right"/>
      </w:pPr>
      <w:r>
        <w:t>"دا ریلیجن آف مسلمز کانکر ویر دا عامر فیلڈ" مسلمانوں کی ریلیجن نے وہاں فتح حاصل کر لی جہاں ان کے ہتھیار فیل ہو گئے تھے۔</w:t>
      </w:r>
    </w:p>
    <w:p>
      <w:r>
        <w:rPr>
          <w:b/>
        </w:rPr>
        <w:t xml:space="preserve">[37:04] </w:t>
      </w:r>
      <w:r>
        <w:t>"The religion of Muslims have conquer where the armour failed" yeh tha charisma of peace ka.</w:t>
      </w:r>
    </w:p>
    <w:p>
      <w:pPr>
        <w:jc w:val="right"/>
      </w:pPr>
      <w:r>
        <w:t>"دا ریلیجن آف مسلمز ہیو کانکر ویر دا عامر فیلڈ" یہ تھا کرسمہ پیس کا۔ "</w:t>
      </w:r>
    </w:p>
    <w:p>
      <w:r>
        <w:rPr>
          <w:b/>
        </w:rPr>
        <w:t xml:space="preserve">[37:14] </w:t>
      </w:r>
      <w:r>
        <w:t>peace is a power" is ka karishma tha yeh ke tatariyon ko jo dobara in ka khatam hua, in ka dabdaba larai se nahi hua, gun aur boom se nahi hua,</w:t>
      </w:r>
    </w:p>
    <w:p>
      <w:pPr>
        <w:jc w:val="right"/>
      </w:pPr>
      <w:r>
        <w:t>پیس از اے پاور" اس کا کرسمہ تھا یہ کہ تاتاریوں کو جو دوبارہ ان کا ختم ہوا، ان کا دبدبہ لڑائی سے نہیں ہوا، گن اور بوم سے نہیں ہوا،</w:t>
      </w:r>
    </w:p>
    <w:p>
      <w:r>
        <w:rPr>
          <w:b/>
        </w:rPr>
        <w:t xml:space="preserve">[37:31] </w:t>
      </w:r>
      <w:r>
        <w:t>suit se nahi hua. woh hua peace ke sath, taqat se, power of peace ke zariye hua.</w:t>
      </w:r>
    </w:p>
    <w:p>
      <w:pPr>
        <w:jc w:val="right"/>
      </w:pPr>
      <w:r>
        <w:t>سوٹ سے نہیں ہوا۔ وہ ہوا پیس کے ساتھ، طاقت سے، پاور آف پیس کے ذریعے ہوا۔</w:t>
      </w:r>
    </w:p>
    <w:p>
      <w:r>
        <w:rPr>
          <w:b/>
        </w:rPr>
        <w:t xml:space="preserve">[37:39] </w:t>
      </w:r>
      <w:r>
        <w:t>completely</w:t>
      </w:r>
    </w:p>
    <w:p>
      <w:pPr>
        <w:jc w:val="right"/>
      </w:pPr>
      <w:r>
        <w:t>کمپلیٹلی</w:t>
      </w:r>
    </w:p>
    <w:p>
      <w:r>
        <w:rPr>
          <w:b/>
        </w:rPr>
        <w:t xml:space="preserve">[37:44] </w:t>
      </w:r>
      <w:r>
        <w:t>musalmanon ne socha jharpein ki thi lekin kuch bhi woh kamyab nahi hue the.</w:t>
      </w:r>
    </w:p>
    <w:p>
      <w:pPr>
        <w:jc w:val="right"/>
      </w:pPr>
      <w:r>
        <w:t>مسلمانوں نے سوچا جھڑپیں کی تھیں لیکن کچھ بھی وہ کامیاب نہیں ہوئے تھے۔</w:t>
      </w:r>
    </w:p>
    <w:p>
      <w:r>
        <w:rPr>
          <w:b/>
        </w:rPr>
        <w:t xml:space="preserve">[37:53] </w:t>
      </w:r>
      <w:r>
        <w:t>kuch bhi kamyab nahi the. hatein mein ek larai hui thi, is se kuch kamyabi nahi hui thi. jo kamyabi hui, woh yahi peace preaching ke zariye hui.</w:t>
      </w:r>
    </w:p>
    <w:p>
      <w:pPr>
        <w:jc w:val="right"/>
      </w:pPr>
      <w:r>
        <w:t>کچھ بھی کامیاب نہیں تھے۔ حتین میں ایک لڑائی ہوئی تھی، اس سے کچھ کامیابی نہیں ہوئی تھی۔ جو کامیابی ہوئی، وہ یہی پیسو پریچنگ کے ذریعے ہوئی۔</w:t>
      </w:r>
    </w:p>
    <w:p>
      <w:r>
        <w:rPr>
          <w:b/>
        </w:rPr>
        <w:t xml:space="preserve">[38:06] </w:t>
      </w:r>
      <w:r>
        <w:t>to itna bara waqia hua ke iqbal ne isi ko likha hai ke "hayya fitrat-e-tatār ke afsane se pasvan mil gaye ka'be ko sanamkhane se".</w:t>
      </w:r>
    </w:p>
    <w:p>
      <w:pPr>
        <w:jc w:val="right"/>
      </w:pPr>
      <w:r>
        <w:t>تو اتنا بڑا واقعہ ہوا کہ اقبال نے اسی کو لکھا ہے کہ "ہیایا فطر تاتار کے افسانے سے پاسواں مل گئے کعبہ کو صنم خانے سے"۔</w:t>
      </w:r>
    </w:p>
    <w:p>
      <w:r>
        <w:rPr>
          <w:b/>
        </w:rPr>
        <w:t xml:space="preserve">[38:22] </w:t>
      </w:r>
      <w:r>
        <w:t>ab ek misal yeh hai, ab doosri misal lijiye, british empire ki misal lijiye.</w:t>
      </w:r>
    </w:p>
    <w:p>
      <w:pPr>
        <w:jc w:val="right"/>
      </w:pPr>
      <w:r>
        <w:t>اب ایک مثال یہ ہے، اب آپ دوسری مثال لیجئے، برٹش ایمپائر کی مثال لیجئے۔</w:t>
      </w:r>
    </w:p>
    <w:p>
      <w:r>
        <w:rPr>
          <w:b/>
        </w:rPr>
        <w:t xml:space="preserve">[38:28] </w:t>
      </w:r>
      <w:r>
        <w:t>british empire jo hai, 1857 mein india mein poori tarah establish hui thi aur do sau saal tak yahan rule karte rahe yeh log, 200 years,</w:t>
      </w:r>
    </w:p>
    <w:p>
      <w:pPr>
        <w:jc w:val="right"/>
      </w:pPr>
      <w:r>
        <w:t>برٹش ایمپائر جو ہے، 1857 میں انڈیا میں پوری طرح اسٹیبلش ہوئی تھی اور دو سو سال تک یہاں رول کرتے رہے یہ لوگ، 200 ایئرز،</w:t>
      </w:r>
    </w:p>
    <w:p>
      <w:r>
        <w:rPr>
          <w:b/>
        </w:rPr>
        <w:t xml:space="preserve">[38:43] </w:t>
      </w:r>
      <w:r>
        <w:t>aur sare musalmanon ne in ke khilaf baghavat ki, musallah baghavat, jang ki, jis mein ek lakh se zyada ulama ko unhon ne qatl kar diya.</w:t>
      </w:r>
    </w:p>
    <w:p>
      <w:pPr>
        <w:jc w:val="right"/>
      </w:pPr>
      <w:r>
        <w:t>اور سارے مسلمانوں نے ان کے خلاف بغاوت کی، مسلح بغاوت، جنگ کی، جس میں ایک لاکھ سے زیادہ علماء کو انہوں نے قتل کر دیا۔</w:t>
      </w:r>
    </w:p>
    <w:p>
      <w:r>
        <w:rPr>
          <w:b/>
        </w:rPr>
        <w:t xml:space="preserve">[38:56] </w:t>
      </w:r>
      <w:r>
        <w:t>tipu sultan in ki fauj ko qatl kiya</w:t>
      </w:r>
    </w:p>
    <w:p>
      <w:pPr>
        <w:jc w:val="right"/>
      </w:pPr>
      <w:r>
        <w:t>ٹیپو سلطان ان کی فوج کو قتل کیا</w:t>
      </w:r>
    </w:p>
    <w:p>
      <w:r>
        <w:rPr>
          <w:b/>
        </w:rPr>
        <w:t xml:space="preserve">[38:58] </w:t>
      </w:r>
      <w:r>
        <w:t>, kitne sare logon ko unhon ne halak kar dala. lekin natija idhar صفر, kuch bhi nahi hua.</w:t>
      </w:r>
    </w:p>
    <w:p>
      <w:pPr>
        <w:jc w:val="right"/>
      </w:pPr>
      <w:r>
        <w:t>، کتنے سارے لوگوں کو انہوں نے ہلاک کر ڈالا۔ لیکن نتیجہ جدھر صفر، کچھ بھی نہیں ہوا۔</w:t>
      </w:r>
    </w:p>
    <w:p>
      <w:r>
        <w:rPr>
          <w:b/>
        </w:rPr>
        <w:t xml:space="preserve">[39:08] </w:t>
      </w:r>
      <w:r>
        <w:t>apne aap khatam hui. woh second world war jo thi, us mein second world war mein aap jante hain ke</w:t>
      </w:r>
    </w:p>
    <w:p>
      <w:pPr>
        <w:jc w:val="right"/>
      </w:pPr>
      <w:r>
        <w:t>اپنے آپ ختم ہوئی۔ وہ سیکنڈ ولوار جو تھی، اس میں سیکنڈ ولوار میں آپ جانتے ہیں کہ</w:t>
      </w:r>
    </w:p>
    <w:p>
      <w:r>
        <w:rPr>
          <w:b/>
        </w:rPr>
        <w:t xml:space="preserve">[39:18] </w:t>
      </w:r>
      <w:r>
        <w:t>us mein do group the, unhon ne bohat zabardast larai hui thi, bohat bari larai hui thi.</w:t>
      </w:r>
    </w:p>
    <w:p>
      <w:pPr>
        <w:jc w:val="right"/>
      </w:pPr>
      <w:r>
        <w:t>اس میں دو گروپ تھے، انہوں نے بہت زبردست لڑائی ہوئی تھی، بہت بڑی لڑائی ہوئی تھی۔</w:t>
      </w:r>
    </w:p>
    <w:p>
      <w:r>
        <w:rPr>
          <w:b/>
        </w:rPr>
        <w:t xml:space="preserve">[39:29] </w:t>
      </w:r>
      <w:r>
        <w:t>to us mein british empire bohat kamzor ho gaya, bohat fauji un ke mare gaye.</w:t>
      </w:r>
    </w:p>
    <w:p>
      <w:pPr>
        <w:jc w:val="right"/>
      </w:pPr>
      <w:r>
        <w:t>تو اس میں برٹش ایمپائر بہت کمزور ہو گیا، بہت فوجی ان کے مارے گئے۔</w:t>
      </w:r>
    </w:p>
    <w:p>
      <w:r>
        <w:rPr>
          <w:b/>
        </w:rPr>
        <w:t xml:space="preserve">[39:37] </w:t>
      </w:r>
      <w:r>
        <w:t>to itna kamzor ho gaye yeh log second world war ke baad ke woh india par control karne ki taqat hi nahi thi un ke andar. ab sawal tha ke india ko control karein indian army ke zariye se, kyunke british army to available nahi thi,</w:t>
      </w:r>
    </w:p>
    <w:p>
      <w:pPr>
        <w:jc w:val="right"/>
      </w:pPr>
      <w:r>
        <w:t>تو اتنا کمزور ہو گئے یہ لوگ سیکنڈ ورلڈ وار کے بعد کہ وہ انڈیا پر کنٹرول کرنے کی طاقت ہی نہیں تھی ان کے اندر۔ اب سوال تھا کہ انڈیا کو کنٹرول کریں انڈین آرمی کے ذریعے سے، کیونکہ برٹش آرمی تو اویلیبل نہیں تھی،</w:t>
      </w:r>
    </w:p>
    <w:p>
      <w:r>
        <w:rPr>
          <w:b/>
        </w:rPr>
        <w:t xml:space="preserve">[39:54] </w:t>
      </w:r>
      <w:r>
        <w:t>to possible nahi tha woh.</w:t>
      </w:r>
    </w:p>
    <w:p>
      <w:pPr>
        <w:jc w:val="right"/>
      </w:pPr>
      <w:r>
        <w:t>تو پاسیبل نہیں تھا وہ۔</w:t>
      </w:r>
    </w:p>
    <w:p>
      <w:r>
        <w:rPr>
          <w:b/>
        </w:rPr>
        <w:t xml:space="preserve">[39:58] </w:t>
      </w:r>
      <w:r>
        <w:t>to british rule jo india mein khatam hua, woh apne aap khatam hua hai. jo hamare ulama ne jihad kiya, us se nahi khatam hua.</w:t>
      </w:r>
    </w:p>
    <w:p>
      <w:pPr>
        <w:jc w:val="right"/>
      </w:pPr>
      <w:r>
        <w:t>تو برٹش رول جو انڈیا میں ختم ہوا، وہ اپنے آپ ختم ہوا ہے۔ جو ہمارے علماء نے جہاد کیا، اس سے نہیں ختم ہوا۔</w:t>
      </w:r>
    </w:p>
    <w:p>
      <w:r>
        <w:rPr>
          <w:b/>
        </w:rPr>
        <w:t xml:space="preserve">[40:07] </w:t>
      </w:r>
      <w:r>
        <w:t>yeh ab ghor kijiye ke tatariyon ke zamane mein koi jihad nahi hua, sirf peace ne apna kaam kiya, peace ne, aur ek nai tareekh ban gayi.</w:t>
      </w:r>
    </w:p>
    <w:p>
      <w:pPr>
        <w:jc w:val="right"/>
      </w:pPr>
      <w:r>
        <w:t>یہ اب غور کیجئے کہ تاتاریوں کے زمانے میں کوئی جہاد نہیں ہوا، صرف پیس کے نے اپنا کام کیا، پیس نے، اور ایک نئی تاریخ بن گئی۔</w:t>
      </w:r>
    </w:p>
    <w:p>
      <w:r>
        <w:rPr>
          <w:b/>
        </w:rPr>
        <w:t xml:space="preserve">[40:21] </w:t>
      </w:r>
      <w:r>
        <w:t>yahan jihad hua, lakhon lakh log mare gaye, khandan ke khandan tabah hue, aur musalmanon ko bohat dinon tak kisi price deni padi.</w:t>
      </w:r>
    </w:p>
    <w:p>
      <w:pPr>
        <w:jc w:val="right"/>
      </w:pPr>
      <w:r>
        <w:t>یہاں جہاد ہوا، لاکھوں لاکھ لوگ مارے گئے، خاندان کے خاندان تباہ ہوئے، اور مسلمانوں کو بہت دنوں تک کسی پرائس دینی پڑی۔</w:t>
      </w:r>
    </w:p>
    <w:p>
      <w:r>
        <w:rPr>
          <w:b/>
        </w:rPr>
        <w:t xml:space="preserve">[40:33] </w:t>
      </w:r>
      <w:r>
        <w:t>britishes ki nazar mein woh woh ban gaye ghair wafadar, disloyal, lekin natija sirf kuch bhi nahi nikla.</w:t>
      </w:r>
    </w:p>
    <w:p>
      <w:pPr>
        <w:jc w:val="right"/>
      </w:pPr>
      <w:r>
        <w:t>برٹشز کی نظر میں وہ وہ بن گئے غیر وفادار، ڈس لائل، لیکن نتیجہ صرف کچھ بھی نہیں نکلا۔</w:t>
      </w:r>
    </w:p>
    <w:p>
      <w:r>
        <w:rPr>
          <w:b/>
        </w:rPr>
        <w:t xml:space="preserve">[40:44] </w:t>
      </w:r>
      <w:r>
        <w:t>yeh hai innal-laha yu'ti al-'urf ma la yu'ti al-'urf yani khuda peace par woh cheez deta hai jo violence par nahi deta.</w:t>
      </w:r>
    </w:p>
    <w:p>
      <w:pPr>
        <w:jc w:val="right"/>
      </w:pPr>
      <w:r>
        <w:t>یہ ہے ان اللہ یعطی العرف مالا یعطی العرف یعنی خدا پیس پر وہ چیز دیتا ہے جو وائیلنس پر نہیں دیتا۔</w:t>
      </w:r>
    </w:p>
    <w:p>
      <w:r>
        <w:rPr>
          <w:b/>
        </w:rPr>
        <w:t xml:space="preserve">[40:55] </w:t>
      </w:r>
      <w:r>
        <w:t>to do tareekh ki misalein mein ne di aap ko ke british rule ke zamane mein musalmanon ne violence kiya aur kuch bhi nahi mila.</w:t>
      </w:r>
    </w:p>
    <w:p>
      <w:pPr>
        <w:jc w:val="right"/>
      </w:pPr>
      <w:r>
        <w:t>تو دو تاریخ کی مثالیں میں نے دی آپ کو کہ برٹش رول کے زمانے میں مسلمانوں نے وائیلنس کیا اور کچھ بھی نہیں ملا۔</w:t>
      </w:r>
    </w:p>
    <w:p>
      <w:r>
        <w:rPr>
          <w:b/>
        </w:rPr>
        <w:t xml:space="preserve">[41:04] </w:t>
      </w:r>
      <w:r>
        <w:t>tatariyon ke zamane mein peaceful tareeqe se kaam hua to tareekh badal gayi,</w:t>
      </w:r>
    </w:p>
    <w:p>
      <w:pPr>
        <w:jc w:val="right"/>
      </w:pPr>
      <w:r>
        <w:t>تاتاریوں کے زمانے میں پیس فل طریقے سے کام ہوا تو تاریخ بدل گئی،</w:t>
      </w:r>
    </w:p>
    <w:p>
      <w:r>
        <w:rPr>
          <w:b/>
        </w:rPr>
        <w:t xml:space="preserve">[41:13] </w:t>
      </w:r>
      <w:r>
        <w:t>kyunke jo violence karta hai, woh khuda ke case mein plan ke khilaf jata hai.</w:t>
      </w:r>
    </w:p>
    <w:p>
      <w:pPr>
        <w:jc w:val="right"/>
      </w:pPr>
      <w:r>
        <w:t>کیونکہ جو وائیلنس کرتا ہے، وہ خدا کے کیس میں پلان کے خلاف جاتا ہے۔</w:t>
      </w:r>
    </w:p>
    <w:p>
      <w:r>
        <w:rPr>
          <w:b/>
        </w:rPr>
        <w:t xml:space="preserve">[41:21] </w:t>
      </w:r>
      <w:r>
        <w:t>dekhein, mein yeh jo baat kar raha hoon, is ko samjhiye ke violence islam mein absolute sense mein haram hai, absolute sense mein. there is only one exception.</w:t>
      </w:r>
    </w:p>
    <w:p>
      <w:pPr>
        <w:jc w:val="right"/>
      </w:pPr>
      <w:r>
        <w:t>دیکھیں، میں یہ جو بات کر رہا ہوں، اس کو سمجھئے کہ وائیلنس اسلام میں ایبسولیوٹ سینس میں حرام ہے، ایبسولیوٹ سینس میں۔ دیر از اونلی ون ایکسیپشن۔</w:t>
      </w:r>
    </w:p>
    <w:p>
      <w:r>
        <w:rPr>
          <w:b/>
        </w:rPr>
        <w:t xml:space="preserve">[41:31] </w:t>
      </w:r>
      <w:r>
        <w:t>aap jante hain ke every rule has some exceptions. yeh usool hai: every rule has some exceptions.</w:t>
      </w:r>
    </w:p>
    <w:p>
      <w:pPr>
        <w:jc w:val="right"/>
      </w:pPr>
      <w:r>
        <w:t>آپ جانتے ہیں کہ ایوری رول ہیز سم ایکسیپشنز۔ یہ اصول ہے: ایوری رول ہیز سم ایکسیپشنز۔</w:t>
      </w:r>
    </w:p>
    <w:p>
      <w:r>
        <w:rPr>
          <w:b/>
        </w:rPr>
        <w:t xml:space="preserve">[41:41] </w:t>
      </w:r>
      <w:r>
        <w:t>to is mein sirf ek exception hai, bas aur koi doosra exception nahin. woh hai ke ek established state hai, us par koi bahar se attack karta hai.</w:t>
      </w:r>
    </w:p>
    <w:p>
      <w:pPr>
        <w:jc w:val="right"/>
      </w:pPr>
      <w:r>
        <w:t>تو اس میں صرف ایک ایکسیپشن ہے، بس اور کوئی دوسرا ایکسیپشن نہیں۔ وہ ہے کہ ایک اسٹیبلش اسٹیٹ ہے، اس پر کوئی باہر سے اٹیک کرتا ہے۔</w:t>
      </w:r>
    </w:p>
    <w:p>
      <w:r>
        <w:rPr>
          <w:b/>
        </w:rPr>
        <w:t xml:space="preserve">[41:52] </w:t>
      </w:r>
      <w:r>
        <w:t>to pehle state jo hai, yeh koshish karegi through negotiation, through peaceful dialogue ke kisi tareeqe se mamla tal jaye.</w:t>
      </w:r>
    </w:p>
    <w:p>
      <w:pPr>
        <w:jc w:val="right"/>
      </w:pPr>
      <w:r>
        <w:t>تو پہلے اسٹیٹ جو ہے، یہ کوشش کرے گی تھرو نیگوشی ایشن، تھرو پیس فل ڈائیلاگ کہ کسی طریقے سے معاملہ ٹل جائے۔</w:t>
      </w:r>
    </w:p>
    <w:p>
      <w:r>
        <w:rPr>
          <w:b/>
        </w:rPr>
        <w:t xml:space="preserve">[42:03] </w:t>
      </w:r>
      <w:r>
        <w:t>aisa nahin ke dhar se larne lagegi.</w:t>
      </w:r>
    </w:p>
    <w:p>
      <w:pPr>
        <w:jc w:val="right"/>
      </w:pPr>
      <w:r>
        <w:t>ایسا نہیں کہ دھڑ سے لڑنے لگے گی۔</w:t>
      </w:r>
    </w:p>
    <w:p>
      <w:r>
        <w:rPr>
          <w:b/>
        </w:rPr>
        <w:t xml:space="preserve">[42:06] </w:t>
      </w:r>
      <w:r>
        <w:t>agar koi attack karta hai to jitne peaceful means hain, chahe woh dialogue ho, chahe woh baat cheet ho, kuch bhi ho, us ko istemal kiya jayega.</w:t>
      </w:r>
    </w:p>
    <w:p>
      <w:pPr>
        <w:jc w:val="right"/>
      </w:pPr>
      <w:r>
        <w:t>اگر کوئی اٹیک کرتا ہے تو جتنے پیس فل مینز ہیں، چاہے وہ ڈائیلاگ ہو، چاہے وہ بات چیت ہو، کچھ بھی ہو، اس کو استعمال کیا جائے گا۔</w:t>
      </w:r>
    </w:p>
    <w:p>
      <w:r>
        <w:rPr>
          <w:b/>
        </w:rPr>
        <w:t xml:space="preserve">[42:23] </w:t>
      </w:r>
      <w:r>
        <w:t>jab peaceful means se kuch kamyabi nahin hogi aur woh us par insist karein ke humein to attack karna hi hai, tumhare upar aggression karna hi hai, tumhare upar, to bohat limited sense mein defensive war ki jayegi.</w:t>
      </w:r>
    </w:p>
    <w:p>
      <w:pPr>
        <w:jc w:val="right"/>
      </w:pPr>
      <w:r>
        <w:t>جب پیس فل مینز سے کچھ کامیابی نہیں ہوگی اور وہ اس پر انسسٹ کریں کہ ہمیں تو اٹیک کرنا ہی ہے، تمہارے اوپر ایگریشن کرنا ہی ہے، تمہارے اوپر، تو بہت لمیٹڈ سینس میں ڈیفنسو وار کی جائے گی۔</w:t>
      </w:r>
    </w:p>
    <w:p>
      <w:r>
        <w:rPr>
          <w:b/>
        </w:rPr>
        <w:t xml:space="preserve">[42:39] </w:t>
      </w:r>
      <w:r>
        <w:t>bohat limited sense mein. limited mein is liye keh raha hoon ke Rasool Allah teen baar, 23 saal mein, teen baar defensive war kiya aap ne under compulsion.</w:t>
      </w:r>
    </w:p>
    <w:p>
      <w:pPr>
        <w:jc w:val="right"/>
      </w:pPr>
      <w:r>
        <w:t>بہت لمیٹڈ سینس میں۔ لمیٹڈ میں اس لیے کہہ رہا ہوں کہ رسول اللہ تین بار، 23 سال میں، تین بار ڈیفنسو وار کیا آپ نے انڈر کمپلشن۔</w:t>
      </w:r>
    </w:p>
    <w:p>
      <w:r>
        <w:rPr>
          <w:b/>
        </w:rPr>
        <w:t xml:space="preserve">[42:50] </w:t>
      </w:r>
      <w:r>
        <w:t>aur teeno war jo hai, adha adha din: Badr mein adha din, Hunain mein adha din, aur Uhud mein adha din. yeh hai limited war.</w:t>
      </w:r>
    </w:p>
    <w:p>
      <w:pPr>
        <w:jc w:val="right"/>
      </w:pPr>
      <w:r>
        <w:t>اور تینوں وار جو ہے، ادھا ادھا دن: بدر میں ادھا دن، حنین میں ادھا دن، اور احد میں ادھا دن۔ یہ ہے لمیٹڈ وار۔</w:t>
      </w:r>
    </w:p>
    <w:p>
      <w:r>
        <w:rPr>
          <w:b/>
        </w:rPr>
        <w:t xml:space="preserve">[43:02] </w:t>
      </w:r>
      <w:r>
        <w:t>other than defensive war, there is no war in Islam. achi tarah samajh lijiye ke koi bhi doosra violence jo hai, haram hai Islam mein, except defensive war.</w:t>
      </w:r>
    </w:p>
    <w:p>
      <w:pPr>
        <w:jc w:val="right"/>
      </w:pPr>
      <w:r>
        <w:t>ادر دین ڈیفنسو وار، دیر از نو وار ان اسلام۔ اچھی طرح سمجھ لیجئے کہ کوئی بھی دوسرا وائیلنس جو ہے، حرام ہے اسلام میں، ایکسیپٹ ڈیفنسو وار۔</w:t>
      </w:r>
    </w:p>
    <w:p>
      <w:r>
        <w:rPr>
          <w:b/>
        </w:rPr>
        <w:t xml:space="preserve">[43:15] </w:t>
      </w:r>
      <w:r>
        <w:t>yahan par ek baat aur mein arz kar doon ke</w:t>
      </w:r>
    </w:p>
    <w:p>
      <w:pPr>
        <w:jc w:val="right"/>
      </w:pPr>
      <w:r>
        <w:t>یہاں پر ایک بات اور میں عرض کر دوں کہ</w:t>
      </w:r>
    </w:p>
    <w:p>
      <w:r>
        <w:rPr>
          <w:b/>
        </w:rPr>
        <w:t xml:space="preserve">[43:23] </w:t>
      </w:r>
      <w:r>
        <w:t>ek Muslim usool hai Islam ka, woh hai al-ri'a lil-imam</w:t>
      </w:r>
    </w:p>
    <w:p>
      <w:pPr>
        <w:jc w:val="right"/>
      </w:pPr>
      <w:r>
        <w:t>ایک مسلم اصول ہے اسلام کا، وہ ہے الرحیل للامام</w:t>
      </w:r>
    </w:p>
    <w:p>
      <w:r>
        <w:rPr>
          <w:b/>
        </w:rPr>
        <w:t xml:space="preserve">[43:32] </w:t>
      </w:r>
      <w:r>
        <w:t>to declare a war, to declare defensive war, is a prerogative of state. yani ek defense ki soorat situation hai.</w:t>
      </w:r>
    </w:p>
    <w:p>
      <w:pPr>
        <w:jc w:val="right"/>
      </w:pPr>
      <w:r>
        <w:t>ٹو ڈیکلیئر ا وار، ٹو ڈیکلیئر ڈیفنسو وار، از ا پیراگٹیو اف اسٹیٹ۔ یعنی ایک ڈیفنس کی صورت سچوئیشن ہے۔</w:t>
      </w:r>
    </w:p>
    <w:p>
      <w:r>
        <w:rPr>
          <w:b/>
        </w:rPr>
        <w:t xml:space="preserve">[43:43] </w:t>
      </w:r>
      <w:r>
        <w:t>defense ki situation</w:t>
      </w:r>
    </w:p>
    <w:p>
      <w:pPr>
        <w:jc w:val="right"/>
      </w:pPr>
      <w:r>
        <w:t>ڈیفنس کی سچوئیشن</w:t>
      </w:r>
    </w:p>
    <w:p>
      <w:r>
        <w:rPr>
          <w:b/>
        </w:rPr>
        <w:t xml:space="preserve">[43:45] </w:t>
      </w:r>
      <w:r>
        <w:t>us waqt ke liye yeh hai: to declare a defensive war, is a prerogative of state. yani state ka mamla yeh hai.</w:t>
      </w:r>
    </w:p>
    <w:p>
      <w:pPr>
        <w:jc w:val="right"/>
      </w:pPr>
      <w:r>
        <w:t>اس وقت کے لیے یہ ہے: ٹو ڈیکلیئر ا ڈیفنسو وار، از ا پیراگٹیو اف اسٹیٹ۔ یعنی اسٹیٹ کا معاملہ یہ ہے۔</w:t>
      </w:r>
    </w:p>
    <w:p>
      <w:r>
        <w:rPr>
          <w:b/>
        </w:rPr>
        <w:t xml:space="preserve">[43:54] </w:t>
      </w:r>
      <w:r>
        <w:t>us ko kaha jata hai Arabic mein sawaf al-umara.</w:t>
      </w:r>
    </w:p>
    <w:p>
      <w:pPr>
        <w:jc w:val="right"/>
      </w:pPr>
      <w:r>
        <w:t>اس کو کہا جاتا ہے عربی میں سواف العمراء۔</w:t>
      </w:r>
    </w:p>
    <w:p>
      <w:r>
        <w:rPr>
          <w:b/>
        </w:rPr>
        <w:t xml:space="preserve">[43:58] </w:t>
      </w:r>
      <w:r>
        <w:t>sawaf al-umara ka matlab hai yahi. sawaf al-umara ka matlab hai ke woh rulers ka, ke ke ke domain ki baat hai.</w:t>
      </w:r>
    </w:p>
    <w:p>
      <w:pPr>
        <w:jc w:val="right"/>
      </w:pPr>
      <w:r>
        <w:t>سواف العمراء کا مطلب ہے یہی۔ سواف العمراء کا مطلب ہے کہ وہ رولرز کا، کہ کہ کہ ڈومین کی بات ہے۔</w:t>
      </w:r>
    </w:p>
    <w:p>
      <w:r>
        <w:rPr>
          <w:b/>
        </w:rPr>
        <w:t xml:space="preserve">[44:11] </w:t>
      </w:r>
      <w:r>
        <w:t>woh hakim ke domain ki baat hai. aur agar koi attack karta hai to woh hakim ke domain ki baat hai ke woh ja kar ke lade us se.</w:t>
      </w:r>
    </w:p>
    <w:p>
      <w:pPr>
        <w:jc w:val="right"/>
      </w:pPr>
      <w:r>
        <w:t>وہ حاکم کے ڈومین کی بات ہے۔ اور اگر کوئی اٹیک کرتا ہے تو وہ حاکم کے ڈومین کی بات ہے کہ وہ جا کر کے لڑے اس سے۔</w:t>
      </w:r>
    </w:p>
    <w:p>
      <w:r>
        <w:rPr>
          <w:b/>
        </w:rPr>
        <w:t xml:space="preserve">[44:21] </w:t>
      </w:r>
      <w:r>
        <w:t>hum aap nahin, us ko gun le kar ke marna shuru kar denge.</w:t>
      </w:r>
    </w:p>
    <w:p>
      <w:pPr>
        <w:jc w:val="right"/>
      </w:pPr>
      <w:r>
        <w:t>ہم آپ نہیں، اس کو گن لے کر کے مارنا شروع کر دیں گے۔</w:t>
      </w:r>
    </w:p>
    <w:p>
      <w:r>
        <w:rPr>
          <w:b/>
        </w:rPr>
        <w:t xml:space="preserve">[44:26] </w:t>
      </w:r>
      <w:r>
        <w:t>jis ko aaj kal zuban kaha jata hai NGO, non-governmental organization. aaj kal ek naya term bola jata hai NGO, non-governmental organization.</w:t>
      </w:r>
    </w:p>
    <w:p>
      <w:pPr>
        <w:jc w:val="right"/>
      </w:pPr>
      <w:r>
        <w:t>جس کو آج کل زبان کہا جاتا ہے این جی او، نان گورنمنٹل ارگنائزیشن۔ آج کل ایک نیا ٹرم بولا جاتا ہے این جی او، نان گورنمنٹل ارگنائزیشن۔</w:t>
      </w:r>
    </w:p>
    <w:p>
      <w:r>
        <w:rPr>
          <w:b/>
        </w:rPr>
        <w:t xml:space="preserve">[44:39] </w:t>
      </w:r>
      <w:r>
        <w:t>to kisi bhi NGO ko hargiz ijazat nahin hai ke woh hathiyar uthaye. bilkul mutlaqan haram hai yeh.</w:t>
      </w:r>
    </w:p>
    <w:p>
      <w:pPr>
        <w:jc w:val="right"/>
      </w:pPr>
      <w:r>
        <w:t>تو کسی بھی این جی او کو ہرگز اجازت نہیں ہے کہ وہ ہتھیار اٹھائے۔ بالکل مطلقاً حرام ہے یہ۔</w:t>
      </w:r>
    </w:p>
    <w:p>
      <w:r>
        <w:rPr>
          <w:b/>
        </w:rPr>
        <w:t xml:space="preserve">[44:47] </w:t>
      </w:r>
      <w:r>
        <w:t>al-ri'a lil-imam yani ek genuine war, jis ko hum ek defensive war hum kahenge. yani genuine sense mein ek defensive war agar ati hai usi situation to sirf state us ka is mein defense defense karegi.</w:t>
      </w:r>
    </w:p>
    <w:p>
      <w:pPr>
        <w:jc w:val="right"/>
      </w:pPr>
      <w:r>
        <w:t>الرحیل للامام یعنی ایک جینون وار، جس کو ہم ایک ڈیفنسو وار ہم کہیں گے۔ یعنی جینون سینس میں ایک ڈیفنسو وار اگر آتی ہے اسی سچوئیشن تو صرف اسٹیٹ اس کا اس میں ڈیفنس ڈیفنس کرے گی۔</w:t>
      </w:r>
    </w:p>
    <w:p>
      <w:r>
        <w:rPr>
          <w:b/>
        </w:rPr>
        <w:t xml:space="preserve">[45:07] </w:t>
      </w:r>
      <w:r>
        <w:t>koi bhi NGO, koi bhi individual, koi bhi organization bilkul us ko right nahin hai ke hathiyar uthaye. uthata hai to woh haram kaam karta hai.</w:t>
      </w:r>
    </w:p>
    <w:p>
      <w:pPr>
        <w:jc w:val="right"/>
      </w:pPr>
      <w:r>
        <w:t>کوئی بھی این جی او، کوئی بھی انڈیویجول، کوئی بھی ارگنائزیشن بالکل اس کو رائٹ نہیں ہے کہ ہتھیار اٹھائے۔ اٹھاٹا ہے تو وہ حرام کام کرتا ہے۔</w:t>
      </w:r>
    </w:p>
    <w:p>
      <w:r>
        <w:rPr>
          <w:b/>
        </w:rPr>
        <w:t xml:space="preserve">[45:17] </w:t>
      </w:r>
      <w:r>
        <w:t>yani generous explosion wala kaam karta hai. yaad rakhiye,</w:t>
      </w:r>
    </w:p>
    <w:p>
      <w:pPr>
        <w:jc w:val="right"/>
      </w:pPr>
      <w:r>
        <w:t>یعنی جنرس ایکسپلژن والا کام کرتا ہے۔ یاد رکھیے،</w:t>
      </w:r>
    </w:p>
    <w:p>
      <w:r>
        <w:rPr>
          <w:b/>
        </w:rPr>
        <w:t xml:space="preserve">[45:24] </w:t>
      </w:r>
      <w:r>
        <w:t>generous explosion jis tarah se Adam ne co-abidantary ko kha liya to that was a case of explosion from paradise.</w:t>
      </w:r>
    </w:p>
    <w:p>
      <w:pPr>
        <w:jc w:val="right"/>
      </w:pPr>
      <w:r>
        <w:t>جنرس ایکسپلژن جس طرح سے آدم نے کوآبڈنٹری کو کھا لیا تو دیٹ واز ا کیس اف ایکسپلژن فرام پیراڈائز۔</w:t>
      </w:r>
    </w:p>
    <w:p>
      <w:r>
        <w:rPr>
          <w:b/>
        </w:rPr>
        <w:t xml:space="preserve">[45:37] </w:t>
      </w:r>
      <w:r>
        <w:t>un ko jannat se nikal diya gaya.</w:t>
      </w:r>
    </w:p>
    <w:p>
      <w:pPr>
        <w:jc w:val="right"/>
      </w:pPr>
      <w:r>
        <w:t>ان کو جنت سے نکال دیا گیا۔</w:t>
      </w:r>
    </w:p>
    <w:p>
      <w:r>
        <w:rPr>
          <w:b/>
        </w:rPr>
        <w:t xml:space="preserve">[45:40] </w:t>
      </w:r>
      <w:r>
        <w:t>aise hi is duniya mein, is planet earth par agar koi violence karta hai to woh ek explosion ka risk mol leta hai.</w:t>
      </w:r>
    </w:p>
    <w:p>
      <w:pPr>
        <w:jc w:val="right"/>
      </w:pPr>
      <w:r>
        <w:t>ایسے ہی اس دنیا میں، اس پلینٹ ارتھ پر اگر کوئی وائیلنس کرتا ہے تو وہ ایک ایکسپلژن کا رسک مول لیتا ہے۔</w:t>
      </w:r>
    </w:p>
    <w:p>
      <w:r>
        <w:rPr>
          <w:b/>
        </w:rPr>
        <w:t xml:space="preserve">[45:48] </w:t>
      </w:r>
      <w:r>
        <w:t>ek generous explosion ka risk mol leta hai.</w:t>
      </w:r>
    </w:p>
    <w:p>
      <w:pPr>
        <w:jc w:val="right"/>
      </w:pPr>
      <w:r>
        <w:t>ایک جنرس ایکسپلژن کا رسک مول لیتا ہے۔</w:t>
      </w:r>
    </w:p>
    <w:p>
      <w:r>
        <w:rPr>
          <w:b/>
        </w:rPr>
        <w:t xml:space="preserve">[45:54] </w:t>
      </w:r>
      <w:r>
        <w:t>hamare ek hi option hai, woh peaceful koshish, peaceful step. koi doosra option nahi hai. quran mein dekhein, do lafz use hue hain: jihad aur qital.</w:t>
      </w:r>
    </w:p>
    <w:p>
      <w:pPr>
        <w:jc w:val="right"/>
      </w:pPr>
      <w:r>
        <w:t>ہمارے ایک ہی آپشن ہے، وہ پیس فل کوشش، پیس فل سٹیپ۔ کوئی دوسرا آپشن نہیں ہے۔ قرآن میں دیکھیں، دو لفظ یوز ہوئے ہیں: جہاد اور قتال۔</w:t>
      </w:r>
    </w:p>
    <w:p>
      <w:r>
        <w:rPr>
          <w:b/>
        </w:rPr>
        <w:t xml:space="preserve">[46:07] </w:t>
      </w:r>
      <w:r>
        <w:t>qital jo hai, wahi defensive war ke liye hai.</w:t>
      </w:r>
    </w:p>
    <w:p>
      <w:pPr>
        <w:jc w:val="right"/>
      </w:pPr>
      <w:r>
        <w:t>قتال جو ہے، وہی ڈیفنسو وار کے لیے ہے۔</w:t>
      </w:r>
    </w:p>
    <w:p>
      <w:r>
        <w:rPr>
          <w:b/>
        </w:rPr>
        <w:t xml:space="preserve">[46:10] </w:t>
      </w:r>
      <w:r>
        <w:t>qital ka jo lafz hai quran mein, woh defensive war ke liye hai. ek saal ke baad mera telephone aaya hai ki kashmir se ki quran mein to hai ki kafiron se lado.</w:t>
      </w:r>
    </w:p>
    <w:p>
      <w:pPr>
        <w:jc w:val="right"/>
      </w:pPr>
      <w:r>
        <w:t>قتال کا جو لفظ ہے قرآن میں، وہ ڈیفنسو وار کے لیے ہے۔ ایک سال کے بعد میرا ٹیلی فون آیا ہے کہ کشمیر سے کہ قرآن میں تو ہے کہ کافروں سے لڑو۔</w:t>
      </w:r>
    </w:p>
    <w:p>
      <w:r>
        <w:rPr>
          <w:b/>
        </w:rPr>
        <w:t xml:space="preserve">[46:23] </w:t>
      </w:r>
      <w:r>
        <w:t>maine kaha ki kafiron se lado ka jo matlab aapne nikal rakha hai ki khud declare karo, kisi kafiron se ladna shuru kar do.</w:t>
      </w:r>
    </w:p>
    <w:p>
      <w:pPr>
        <w:jc w:val="right"/>
      </w:pPr>
      <w:r>
        <w:t>میں نے کہا کہ کافروں سے لڑو کا جو مطلب آپ نے نکال رکھا ہے کہ خود ڈیکلیئر کرو، کسی کافروں سے لڑنا شروع کر دو۔</w:t>
      </w:r>
    </w:p>
    <w:p>
      <w:r>
        <w:rPr>
          <w:b/>
        </w:rPr>
        <w:t xml:space="preserve">[46:32] </w:t>
      </w:r>
      <w:r>
        <w:t>nahi, is se murad hai aggressor jo hai, aggressor jo attacker hai, is se lado. lado</w:t>
      </w:r>
    </w:p>
    <w:p>
      <w:pPr>
        <w:jc w:val="right"/>
      </w:pPr>
      <w:r>
        <w:t>نہیں، اس سے مراد ہے ایگریسر جو ہے، ایگریسر جو اٹیکر ہے، اس سے لڑو۔ لڑو</w:t>
      </w:r>
    </w:p>
    <w:p>
      <w:r>
        <w:rPr>
          <w:b/>
        </w:rPr>
        <w:t xml:space="preserve">[46:40] </w:t>
      </w:r>
      <w:r>
        <w:t>bhi kaun? hukumat aap nahi. dekhein, makkah mein hukumat nahi bani thi, aap jante hain. to makkah mein sari atrocities hoti thin,</w:t>
      </w:r>
    </w:p>
    <w:p>
      <w:pPr>
        <w:jc w:val="right"/>
      </w:pPr>
      <w:r>
        <w:t>بھی کون؟ حکومت آپ نہیں۔ دیکھیں، مکہ میں حکومت نہیں بنی تھی، آپ جانتے ہیں۔ تو مکہ میں ساری ایٹراسٹیز ہوتی تھیں،</w:t>
      </w:r>
    </w:p>
    <w:p>
      <w:r>
        <w:rPr>
          <w:b/>
        </w:rPr>
        <w:t xml:space="preserve">[46:53] </w:t>
      </w:r>
      <w:r>
        <w:t>wahan zulm hota tha. kai sahaba ko maar dala un logon ne, lekin rasool allah ne ladai nahi ki, kyunki is tarah ladai karna mumkin nahi tha.</w:t>
      </w:r>
    </w:p>
    <w:p>
      <w:pPr>
        <w:jc w:val="right"/>
      </w:pPr>
      <w:r>
        <w:t>وہاں ظلم ہوتا تھا۔ کئی صحابہ کو مار ڈالا ان لوگوں نے، لیکن رسول اللہ نے لڑائی نہیں کی، کیونکہ اس طرح لڑائی کرنا ممکن نہیں تھا۔</w:t>
      </w:r>
    </w:p>
    <w:p>
      <w:r>
        <w:rPr>
          <w:b/>
        </w:rPr>
        <w:t xml:space="preserve">[47:06] </w:t>
      </w:r>
      <w:r>
        <w:t>aap state nahi the, aap ki pasand state ki nahi thi.</w:t>
      </w:r>
    </w:p>
    <w:p>
      <w:pPr>
        <w:jc w:val="right"/>
      </w:pPr>
      <w:r>
        <w:t>آپ اسٹیٹ نہیں تھے، آپ کی پسند اسٹیٹ کی نہیں تھی۔</w:t>
      </w:r>
    </w:p>
    <w:p>
      <w:r>
        <w:rPr>
          <w:b/>
        </w:rPr>
        <w:t xml:space="preserve">[47:10] </w:t>
      </w:r>
      <w:r>
        <w:t>makkah mein state nahi bani thi. to agarche woh zulm kar rahe the, agarche woh sahaba ko maar rahe the, lekin aap us waqt sirf peaceful tarike se unhein samjhate rahe.</w:t>
      </w:r>
    </w:p>
    <w:p>
      <w:pPr>
        <w:jc w:val="right"/>
      </w:pPr>
      <w:r>
        <w:t>مکہ میں اسٹیٹ نہیں بنی تھی۔ تو اگرچہ وہ ظلم کر رہے تھے، اگرچہ وہ صحابہ کو مار رہے تھے، لیکن آپ اس وقت صرف پیس فل طریقے سے انہیں سمجھاتے رہے۔</w:t>
      </w:r>
    </w:p>
    <w:p>
      <w:r>
        <w:rPr>
          <w:b/>
        </w:rPr>
        <w:t xml:space="preserve">[47:26] </w:t>
      </w:r>
      <w:r>
        <w:t>bas aap ne hathiyar nahi uthaya. defensive war aap ne ki hai madine mein, jabki is ki hesiyat state ki ho gayi thi.</w:t>
      </w:r>
    </w:p>
    <w:p>
      <w:pPr>
        <w:jc w:val="right"/>
      </w:pPr>
      <w:r>
        <w:t>بس آپ نے ہتھیار نہیں اٹھایا۔ ڈیفنسو وار آپ نے کی ہے مدینے میں، جبکہ اس کی حیثیت اسٹیٹ کی ہو گئی تھی۔</w:t>
      </w:r>
    </w:p>
    <w:p>
      <w:r>
        <w:rPr>
          <w:b/>
        </w:rPr>
        <w:t xml:space="preserve">[47:37] </w:t>
      </w:r>
      <w:r>
        <w:t>madina jo tha, woh tha ek city state. tha us zamane mein city state. rasool allah is ke head the. us waqt yeh teeno ladaiyan huin: badr, uhud, hunain.</w:t>
      </w:r>
    </w:p>
    <w:p>
      <w:pPr>
        <w:jc w:val="right"/>
      </w:pPr>
      <w:r>
        <w:t>مدینہ جو تھا، وہ تھا ایک سٹی اسٹیٹ۔ تھا اس زمانے میں سٹی اسٹیٹ۔ رسول اللہ اس کے ہیڈ تھے۔ اس وقت یہ تینوں لڑائیاں ہوئیں: بدر، احد، حنین۔</w:t>
      </w:r>
    </w:p>
    <w:p>
      <w:r>
        <w:rPr>
          <w:b/>
        </w:rPr>
        <w:t xml:space="preserve">[47:50] </w:t>
      </w:r>
      <w:r>
        <w:t>to madina mein jab city state ban gaya, rasool allah is ke head ho gaye, tab aap ne defensive war ki hai, woh bhi bahut hi limited, bahut hi limited.</w:t>
      </w:r>
    </w:p>
    <w:p>
      <w:pPr>
        <w:jc w:val="right"/>
      </w:pPr>
      <w:r>
        <w:t>تو مدینہ میں جب سٹی اسٹیٹ بن گیا، رسول اللہ اس کے ہیڈ ہو گئے، تب آپ نے ڈیفنسو وار کی ہے، وہ بھی بہت ہی لمیٹڈ، بہت ہی لمیٹڈ۔</w:t>
      </w:r>
    </w:p>
    <w:p>
      <w:r>
        <w:rPr>
          <w:b/>
        </w:rPr>
        <w:t xml:space="preserve">[48:03] </w:t>
      </w:r>
      <w:r>
        <w:t>rasool allah ke khilaf dekhiye, 85 time logon ne woh kiya, attempt kiya, 85 time. lekin aap ne hamesha kiya kiya?</w:t>
      </w:r>
    </w:p>
    <w:p>
      <w:pPr>
        <w:jc w:val="right"/>
      </w:pPr>
      <w:r>
        <w:t>رسول اللہ کے خلاف دیکھیے، 85 ٹائم لوگوں نے وہ کیا، اٹیمپٹ کیا، 85 ٹائم۔ لیکن آپ نے ہمیشہ کیا کیا؟</w:t>
      </w:r>
    </w:p>
    <w:p>
      <w:r>
        <w:rPr>
          <w:b/>
        </w:rPr>
        <w:t xml:space="preserve">[48:15] </w:t>
      </w:r>
      <w:r>
        <w:t>avoid kiya, negotiation kiya, tarah tarah se is ko ki jang na hone paye. teen bar under compulsion aap gaye hain ladai mein, woh bhi limited war kiya hai aap ne, yani aadha aadha din ki.</w:t>
      </w:r>
    </w:p>
    <w:p>
      <w:pPr>
        <w:jc w:val="right"/>
      </w:pPr>
      <w:r>
        <w:t>اوائڈ کیا، نیگوشی ایشن کیا، طرح طرح سے اس کو کہ جنگ نہ ہونے پائے۔ تین بار انڈر کمپلشن آپ گئے ہیں لڑائی میں، وہ بھی لمیٹڈ وار کیا ہے آپ نے، یعنی ادھا ادھا دن کی۔</w:t>
      </w:r>
    </w:p>
    <w:p>
      <w:r>
        <w:rPr>
          <w:b/>
        </w:rPr>
        <w:t xml:space="preserve">[48:32] </w:t>
      </w:r>
      <w:r>
        <w:t>to yaad rakhiye, yeh mamla saada mamla nahi hai.</w:t>
      </w:r>
    </w:p>
    <w:p>
      <w:pPr>
        <w:jc w:val="right"/>
      </w:pPr>
      <w:r>
        <w:t>تو یاد رکھیے، یہ معاملہ سادہ معاملہ نہیں ہے۔</w:t>
      </w:r>
    </w:p>
    <w:p>
      <w:r>
        <w:rPr>
          <w:b/>
        </w:rPr>
        <w:t xml:space="preserve">[48:40] </w:t>
      </w:r>
      <w:r>
        <w:t>yeh saada mamla nahi hai.</w:t>
      </w:r>
    </w:p>
    <w:p>
      <w:pPr>
        <w:jc w:val="right"/>
      </w:pPr>
      <w:r>
        <w:t>یہ سادہ معاملہ نہیں ہے۔</w:t>
      </w:r>
    </w:p>
    <w:p>
      <w:r>
        <w:rPr>
          <w:b/>
        </w:rPr>
        <w:t xml:space="preserve">[48:44] </w:t>
      </w:r>
      <w:r>
        <w:t>yeh bahut hi sangin mamla hai. yeh jannat se explosion ka mamla hai.</w:t>
      </w:r>
    </w:p>
    <w:p>
      <w:pPr>
        <w:jc w:val="right"/>
      </w:pPr>
      <w:r>
        <w:t>یہ بہت ہی سنگین معاملہ ہے۔ یہ جنت سے ایکسپلژن کا معاملہ ہے۔</w:t>
      </w:r>
    </w:p>
    <w:p>
      <w:r>
        <w:rPr>
          <w:b/>
        </w:rPr>
        <w:t xml:space="preserve">[48:53] </w:t>
      </w:r>
      <w:r>
        <w:t>jis tarah se adam ko jab unhone fiber entry ka phal kha liya to woh jannat se nikal diye gaye.</w:t>
      </w:r>
    </w:p>
    <w:p>
      <w:pPr>
        <w:jc w:val="right"/>
      </w:pPr>
      <w:r>
        <w:t>جس طرح سے آدم کو جب انہوں نے فائبر انٹری کا پھل کھا لیا تو وہ جنت سے نکال دیے گئے۔</w:t>
      </w:r>
    </w:p>
    <w:p>
      <w:r>
        <w:rPr>
          <w:b/>
        </w:rPr>
        <w:t xml:space="preserve">[49:03] </w:t>
      </w:r>
      <w:r>
        <w:t>aise hi is duniya mein jo aadmi violence karega, woh bhi explosion ka risk mol lega. to aap ko har haal mein peaceful rehna hai.</w:t>
      </w:r>
    </w:p>
    <w:p>
      <w:pPr>
        <w:jc w:val="right"/>
      </w:pPr>
      <w:r>
        <w:t>ایسے ہی اس دنیا میں جو آدمی وائیلنس کرے گا، وہ بھی ایکسپلژن کا رسک مول لے گا۔ تو آپ کو ہر حال میں پیس فل رہنا ہے۔</w:t>
      </w:r>
    </w:p>
    <w:p>
      <w:r>
        <w:rPr>
          <w:b/>
        </w:rPr>
        <w:t xml:space="preserve">[49:16] </w:t>
      </w:r>
      <w:r>
        <w:t>peaceful, peaceful, peaceful.</w:t>
      </w:r>
    </w:p>
    <w:p>
      <w:pPr>
        <w:jc w:val="right"/>
      </w:pPr>
      <w:r>
        <w:t>پیس فل، پیس فل، پیس فل۔</w:t>
      </w:r>
    </w:p>
    <w:p>
      <w:r>
        <w:rPr>
          <w:b/>
        </w:rPr>
        <w:t xml:space="preserve">[49:21] </w:t>
      </w:r>
      <w:r>
        <w:t>jannat</w:t>
      </w:r>
    </w:p>
    <w:p>
      <w:pPr>
        <w:jc w:val="right"/>
      </w:pPr>
      <w:r>
        <w:t>جنت</w:t>
      </w:r>
    </w:p>
    <w:p>
      <w:r>
        <w:rPr>
          <w:b/>
        </w:rPr>
        <w:t xml:space="preserve">[49:24] </w:t>
      </w:r>
      <w:r>
        <w:t>home of peace hai, is mein wohi log jayenge jo is duniya mein yeh prove karein, yeh prove karein ki woh na to passive violence mein involve hue aur na aggressive violence mein involve hue.</w:t>
      </w:r>
    </w:p>
    <w:p>
      <w:pPr>
        <w:jc w:val="right"/>
      </w:pPr>
      <w:r>
        <w:t>ہوم اف پیس ہے، اس میں وہی لوگ جائیں گے جو اس دنیا میں یہ پروف کریں، یہ پروف کریں کہ وہ نہ تو پیسو وائیلنس میں انوالو ہوئے اور نہ ایگریسو وائیلنس میں انوالو ہوئے۔</w:t>
      </w:r>
    </w:p>
    <w:p>
      <w:r>
        <w:rPr>
          <w:b/>
        </w:rPr>
        <w:t xml:space="preserve">[49:41] </w:t>
      </w:r>
      <w:r>
        <w:t>yani unhone ek aisi personality banayi jis ke andar negative thinking nahi thi, jis ke andar intolerance nahi tha, jis ke andar jis ke andar violence nahi tha, jis ke andar hate nahi tha.</w:t>
      </w:r>
    </w:p>
    <w:p>
      <w:pPr>
        <w:jc w:val="right"/>
      </w:pPr>
      <w:r>
        <w:t>یعنی انہوں نے ایک ایسی پرسنیلٹی بنائی جس کے اندر نیگیٹیو تھنکنگ نہیں تھی، جس کے اندر انٹولرنس نہیں تھا، جس کے اندر جس کے اندر وائیلنس نہیں تھا، جس کے اندر ہیٹ نہیں تھا۔</w:t>
      </w:r>
    </w:p>
    <w:p>
      <w:r>
        <w:rPr>
          <w:b/>
        </w:rPr>
        <w:t xml:space="preserve">[50:02] </w:t>
      </w:r>
      <w:r>
        <w:t>yeh sab passive violence hain. yahan tak ke main kahunga ke superiority complex mein passive violence hai.</w:t>
      </w:r>
    </w:p>
    <w:p>
      <w:pPr>
        <w:jc w:val="right"/>
      </w:pPr>
      <w:r>
        <w:t>یہ سب پیسو وائیلنس ہیں۔ یہاں تک کہ میں کہوں گا کہ سپیریٹی کمپلیکس میں پیسو وائیلنس ہے۔</w:t>
      </w:r>
    </w:p>
    <w:p>
      <w:r>
        <w:rPr>
          <w:b/>
        </w:rPr>
        <w:t xml:space="preserve">[50:12] </w:t>
      </w:r>
      <w:r>
        <w:t>superiority complex mein passive violence hai. to is jitne bhi passive violence hain, un se bachana apne aap ko aur aggressive violence jo hain, woh bhi bachana apne aap ko.</w:t>
      </w:r>
    </w:p>
    <w:p>
      <w:pPr>
        <w:jc w:val="right"/>
      </w:pPr>
      <w:r>
        <w:t>سپیریٹی کمپلیکس میں پیسو وائیلنس ہے۔ تو اس جتنے بھی پیسو وائیلنس ہیں، ان سے بچانا اپنے آپ کو اور ایگریسو وائیلنس جو ہیں، وہ بھی بچانا اپنے آپ کو۔</w:t>
      </w:r>
    </w:p>
    <w:p>
      <w:r>
        <w:rPr>
          <w:b/>
        </w:rPr>
        <w:t xml:space="preserve">[50:25] </w:t>
      </w:r>
      <w:r>
        <w:t>active violence, passive violence aur active violence.</w:t>
      </w:r>
    </w:p>
    <w:p>
      <w:pPr>
        <w:jc w:val="right"/>
      </w:pPr>
      <w:r>
        <w:t>ایکٹیو وائیلنس، پیسو وائیلنس اور ایکٹیو وائیلنس۔</w:t>
      </w:r>
    </w:p>
    <w:p>
      <w:r>
        <w:rPr>
          <w:b/>
        </w:rPr>
        <w:t xml:space="preserve">[50:31] </w:t>
      </w:r>
      <w:r>
        <w:t>is is is is is dunya mein jo test ka jo period hai, is mein jinhon ne apne andar woh personality banai jo dono se bachi hui thi,</w:t>
      </w:r>
    </w:p>
    <w:p>
      <w:pPr>
        <w:jc w:val="right"/>
      </w:pPr>
      <w:r>
        <w:t>اس اس اس اس اس دنیا میں جو ٹیسٹ کا جو پیریڈ ہے، اس میں جنہوں نے اپنے اندر وہ پرسنیلٹی بنائی جو دونوں سے بچی ہوئی تھی،</w:t>
      </w:r>
    </w:p>
    <w:p>
      <w:r>
        <w:rPr>
          <w:b/>
        </w:rPr>
        <w:t xml:space="preserve">[50:45] </w:t>
      </w:r>
      <w:r>
        <w:t>na woh passive violence mein involve hui, na active violence mein involve hui, is ke liye paradise hai.</w:t>
      </w:r>
    </w:p>
    <w:p>
      <w:pPr>
        <w:jc w:val="right"/>
      </w:pPr>
      <w:r>
        <w:t>نہ وہ پیسو وائیلنس میں انوالو ہوئی، نہ ایکٹیو وائیلنس میں انوالو ہوئی، اس کے لیے پیراڈائز ہے۔</w:t>
      </w:r>
    </w:p>
    <w:p>
      <w:r>
        <w:rPr>
          <w:b/>
        </w:rPr>
        <w:t xml:space="preserve">[50:54] </w:t>
      </w:r>
      <w:r>
        <w:t>nahi to explosion ka risk unhein mol lena parega dobara.</w:t>
      </w:r>
    </w:p>
    <w:p>
      <w:pPr>
        <w:jc w:val="right"/>
      </w:pPr>
      <w:r>
        <w:t>نہیں تو ایکسپلژن کا رسک انہیں مول لینا پڑے گا دوبارہ۔</w:t>
      </w:r>
    </w:p>
    <w:p>
      <w:r>
        <w:rPr>
          <w:b/>
        </w:rPr>
        <w:t xml:space="preserve">[51:01] </w:t>
      </w:r>
      <w:r>
        <w:t>to</w:t>
      </w:r>
    </w:p>
    <w:p>
      <w:pPr>
        <w:jc w:val="right"/>
      </w:pPr>
      <w:r>
        <w:t>تو</w:t>
      </w:r>
    </w:p>
    <w:p>
      <w:r>
        <w:rPr>
          <w:b/>
        </w:rPr>
        <w:t xml:space="preserve">[51:02] </w:t>
      </w:r>
      <w:r>
        <w:t>paradise jo thi pehli, us mein ek fiber entry tha. isi tarah yeh dunya bhi ek fiber entry hai aur yeh hai violence.</w:t>
      </w:r>
    </w:p>
    <w:p>
      <w:pPr>
        <w:jc w:val="right"/>
      </w:pPr>
      <w:r>
        <w:t>پیراڈائز جو تھی پہلی، اس میں ایک فائبر انٹری تھا۔ اسی طرح یہ دنیا بھی ایک فائبر انٹری ہے اور یہ ہے وائیلنس۔</w:t>
      </w:r>
    </w:p>
    <w:p>
      <w:r>
        <w:rPr>
          <w:b/>
        </w:rPr>
        <w:t xml:space="preserve">[51:16] </w:t>
      </w:r>
      <w:r>
        <w:t>violence kisi bhi haal mein, kisi bhi exposure se aap ko violence tak nahi jana hai.</w:t>
      </w:r>
    </w:p>
    <w:p>
      <w:pPr>
        <w:jc w:val="right"/>
      </w:pPr>
      <w:r>
        <w:t>وائیلنس کسی بھی حال میں، کسی بھی ایکسپوز سے آپ کو وائیلنس تک نہیں جانا ہے۔</w:t>
      </w:r>
    </w:p>
    <w:p>
      <w:r>
        <w:rPr>
          <w:b/>
        </w:rPr>
        <w:t xml:space="preserve">[51:28] </w:t>
      </w:r>
      <w:r>
        <w:t>kyun? violence leads to greater evil. ek sahabi ka qaul hai: man la yarza bil qaleel mimma yati bihi safee hu yarza bil kaseer</w:t>
      </w:r>
    </w:p>
    <w:p>
      <w:pPr>
        <w:jc w:val="right"/>
      </w:pPr>
      <w:r>
        <w:t>کیوں؟ وائیلنس لیڈز ٹو گیٹر ایول۔ ایک صحابی کا قول ہے: من لایرضا بالقليل مما یاتی بہ صفی ہویرضا بالکثیر</w:t>
      </w:r>
    </w:p>
    <w:p>
      <w:r>
        <w:rPr>
          <w:b/>
        </w:rPr>
        <w:t xml:space="preserve">[51:47] </w:t>
      </w:r>
      <w:r>
        <w:t>jo aadmi nadan ke chote sar se, jo aadmi nadan ki ki choti burai se,</w:t>
      </w:r>
    </w:p>
    <w:p>
      <w:pPr>
        <w:jc w:val="right"/>
      </w:pPr>
      <w:r>
        <w:t>جو آدمی نادان کے چھوٹے سر سے، جو آدمی نادان کی کی چھوٹی برائی سے،</w:t>
      </w:r>
    </w:p>
    <w:p>
      <w:r>
        <w:rPr>
          <w:b/>
        </w:rPr>
        <w:t xml:space="preserve">[52:01] </w:t>
      </w:r>
      <w:r>
        <w:t>jo jo aadmi nadan ki choti burai ko bardasht nahi karega, us ko nadan ki se ki bari burai ko bardasht karna parega.</w:t>
      </w:r>
    </w:p>
    <w:p>
      <w:pPr>
        <w:jc w:val="right"/>
      </w:pPr>
      <w:r>
        <w:t>جو جو آدمی نادان کی چھوٹی برائی کو برداشت نہیں کرے گا، اس کو نادان کی سے کی بڑی برائی کو برداشت کرنا پڑے گا۔</w:t>
      </w:r>
    </w:p>
    <w:p>
      <w:r>
        <w:rPr>
          <w:b/>
        </w:rPr>
        <w:t xml:space="preserve">[52:12] </w:t>
      </w:r>
      <w:r>
        <w:t>is ki misaal mein</w:t>
      </w:r>
    </w:p>
    <w:p>
      <w:pPr>
        <w:jc w:val="right"/>
      </w:pPr>
      <w:r>
        <w:t>اس کی مثال میں</w:t>
      </w:r>
    </w:p>
    <w:p>
      <w:r>
        <w:rPr>
          <w:b/>
        </w:rPr>
        <w:t xml:space="preserve">[52:13] </w:t>
      </w:r>
      <w:r>
        <w:t>deta hoon: India mein aap ne bar bar is ki misaal dekhi hai. maslan yahan kya hota hai? ek ek processor nikalta hai, juloos road ke upar, aur woh naray lagate hain.</w:t>
      </w:r>
    </w:p>
    <w:p>
      <w:pPr>
        <w:jc w:val="right"/>
      </w:pPr>
      <w:r>
        <w:t>دیتا ہوں: انڈیا میں آپ نے بار بار اس کی مثال دیکھی ہے۔ مثلاً یہاں کیا ہوتا ہے؟ ایک ایک پروسیسر نکلتا ہے، جلوس روڈ کے اوپر، اور وہ نعرہ لگاتے ہیں۔</w:t>
      </w:r>
    </w:p>
    <w:p>
      <w:r>
        <w:rPr>
          <w:b/>
        </w:rPr>
        <w:t xml:space="preserve">[52:27] </w:t>
      </w:r>
      <w:r>
        <w:t>to naray choti evil hai, woh holi khelte hain, rang par jata hai ke bas ek deewar par. to woh chota evil hai, chota choti burai hai.</w:t>
      </w:r>
    </w:p>
    <w:p>
      <w:pPr>
        <w:jc w:val="right"/>
      </w:pPr>
      <w:r>
        <w:t>تو نعرہ چھوٹی ایول ہے، وہ ہولی کھیلتے ہیں، رنگ پڑ جاتا ہے کہ بس ایک دیوار پر۔ تو وہ چھوٹا ایول ہے، چھوٹا چھوٹی برائی ہے۔</w:t>
      </w:r>
    </w:p>
    <w:p>
      <w:r>
        <w:rPr>
          <w:b/>
        </w:rPr>
        <w:t xml:space="preserve">[52:39] </w:t>
      </w:r>
      <w:r>
        <w:t>ab aap kya karte hain? aap lad jate hain, pathar marte hain, woh kehte hain: "route badlo!" to kya hota hai?</w:t>
      </w:r>
    </w:p>
    <w:p>
      <w:pPr>
        <w:jc w:val="right"/>
      </w:pPr>
      <w:r>
        <w:t>اب آپ کیا کرتے ہیں؟ آپ لڑ جاتے ہیں، پتھر مارتے ہیں، وہ کہتے ہیں: "روٹ بدلو!" تو کیا ہوتا ہے؟</w:t>
      </w:r>
    </w:p>
    <w:p>
      <w:r>
        <w:rPr>
          <w:b/>
        </w:rPr>
        <w:t xml:space="preserve">[52:49] </w:t>
      </w:r>
      <w:r>
        <w:t>fasaad, dukh, jalana, phoonkna, blood shed, greater evil aa jata hai samne.</w:t>
      </w:r>
    </w:p>
    <w:p>
      <w:pPr>
        <w:jc w:val="right"/>
      </w:pPr>
      <w:r>
        <w:t>فساد، دکھ، جلانا، پھونکنا، بلڈ شیڈ، گیٹر ایول آ جاتا ہے سامنے۔</w:t>
      </w:r>
    </w:p>
    <w:p>
      <w:r>
        <w:rPr>
          <w:b/>
        </w:rPr>
        <w:t xml:space="preserve">[52:58] </w:t>
      </w:r>
      <w:r>
        <w:t>to aap ko holi ka rang bardasht karna parega taake taake khoon ke, taake insani khoon ko takleef na pohnche.</w:t>
      </w:r>
    </w:p>
    <w:p>
      <w:pPr>
        <w:jc w:val="right"/>
      </w:pPr>
      <w:r>
        <w:t>تو آپ کو ہولی کا رنگ برداشت کرنا پڑے گا تاکہ کہ تاکہ خون کے، تاکہ انسانی خون کو تکلیف نہ پہنچے۔</w:t>
      </w:r>
    </w:p>
    <w:p>
      <w:r>
        <w:rPr>
          <w:b/>
        </w:rPr>
        <w:t xml:space="preserve">[53:14] </w:t>
      </w:r>
      <w:r>
        <w:t>aap ko naray ko bardasht karna parega taake zyada bade fasaad tak naubat na aaye.</w:t>
      </w:r>
    </w:p>
    <w:p>
      <w:pPr>
        <w:jc w:val="right"/>
      </w:pPr>
      <w:r>
        <w:t>آپ کو نعرے کو برداشت کرنا پڑے گا تاکہ زیادہ بڑے فساد تک نوبت نہ آئے۔</w:t>
      </w:r>
    </w:p>
    <w:p>
      <w:r>
        <w:rPr>
          <w:b/>
        </w:rPr>
        <w:t xml:space="preserve">[53:21] </w:t>
      </w:r>
      <w:r>
        <w:t>yeh yeh sahabi ka qaul hai</w:t>
      </w:r>
    </w:p>
    <w:p>
      <w:pPr>
        <w:jc w:val="right"/>
      </w:pPr>
      <w:r>
        <w:t>یہ یہ صحابی کا قول ہے</w:t>
      </w:r>
    </w:p>
    <w:p>
      <w:r>
        <w:rPr>
          <w:b/>
        </w:rPr>
        <w:t xml:space="preserve">[53:26] </w:t>
      </w:r>
      <w:r>
        <w:t>ke jo aadmi nadan ke chote shar ko bardasht nahi karega, us ko nadan ke bade shar ko bardasht karna parega. is ka mani kya hua hai?</w:t>
      </w:r>
    </w:p>
    <w:p>
      <w:pPr>
        <w:jc w:val="right"/>
      </w:pPr>
      <w:r>
        <w:t>کہ جو آدمی نادان کے چھوٹے شر کو برداشت نہیں کرے گا، اس کو نادان کے بڑے شر کو برداشت کرنا پڑے گا۔ اس کا معنی کیا ہوا ہے؟</w:t>
      </w:r>
    </w:p>
    <w:p>
      <w:r>
        <w:rPr>
          <w:b/>
        </w:rPr>
        <w:t xml:space="preserve">[53:36] </w:t>
      </w:r>
      <w:r>
        <w:t>ke lesser evil ko to bardasht hi karna hai is dunya mein.</w:t>
      </w:r>
    </w:p>
    <w:p>
      <w:pPr>
        <w:jc w:val="right"/>
      </w:pPr>
      <w:r>
        <w:t>کہ لیسر ایول کو تو برداشت ہی کرنا ہے اس دنیا میں۔</w:t>
      </w:r>
    </w:p>
    <w:p>
      <w:r>
        <w:rPr>
          <w:b/>
        </w:rPr>
        <w:t xml:space="preserve">[53:41] </w:t>
      </w:r>
      <w:r>
        <w:t>yeh to yeh to hona hi hona hai ke aap ko lesser evil ko bardasht karna hai. no evil situation to is dunya mein possible nahi hai.</w:t>
      </w:r>
    </w:p>
    <w:p>
      <w:pPr>
        <w:jc w:val="right"/>
      </w:pPr>
      <w:r>
        <w:t>یہ تو یہ تو ہونا ہی ہونا ہے کہ آپ کو لیسر ایول کو برداشت کرنا ہے۔ نو ایول سچوئیشن تو اس دنیا میں پاسیبل نہیں ہے۔</w:t>
      </w:r>
    </w:p>
    <w:p>
      <w:r>
        <w:rPr>
          <w:b/>
        </w:rPr>
        <w:t xml:space="preserve">[53:52] </w:t>
      </w:r>
      <w:r>
        <w:t>yaad rakhiye achi tarah is baat ko:</w:t>
      </w:r>
    </w:p>
    <w:p>
      <w:pPr>
        <w:jc w:val="right"/>
      </w:pPr>
      <w:r>
        <w:t>یاد رکھیے اچھی طرح اس بات کو:</w:t>
      </w:r>
    </w:p>
    <w:p>
      <w:r>
        <w:rPr>
          <w:b/>
        </w:rPr>
        <w:t xml:space="preserve">[53:57] </w:t>
      </w:r>
      <w:r>
        <w:t>evil free society is dunya mein possible nahi hai. paighambar ke zamane mein bhi possible nahi thi, na aaj possible hai.</w:t>
      </w:r>
    </w:p>
    <w:p>
      <w:pPr>
        <w:jc w:val="right"/>
      </w:pPr>
      <w:r>
        <w:t>ایول فری سوسائٹی اس دنیا میں پاسیبل نہیں ہے۔ پیغمبر کے زمانے میں بھی پاسیبل نہیں تھی، نہ آج پاسیبل ہے۔</w:t>
      </w:r>
    </w:p>
    <w:p>
      <w:r>
        <w:rPr>
          <w:b/>
        </w:rPr>
        <w:t xml:space="preserve">[54:06] </w:t>
      </w:r>
      <w:r>
        <w:t>evil free society kabhi ho nahi sakti hai.</w:t>
      </w:r>
    </w:p>
    <w:p>
      <w:pPr>
        <w:jc w:val="right"/>
      </w:pPr>
      <w:r>
        <w:t>ایول فری سوسائٹی کبھی ہو نہیں سکتی ہے۔</w:t>
      </w:r>
    </w:p>
    <w:p>
      <w:r>
        <w:rPr>
          <w:b/>
        </w:rPr>
        <w:t xml:space="preserve">[54:12] </w:t>
      </w:r>
      <w:r>
        <w:t>to aap ko kya karna hai?</w:t>
      </w:r>
    </w:p>
    <w:p>
      <w:pPr>
        <w:jc w:val="right"/>
      </w:pPr>
      <w:r>
        <w:t>تو آپ کو کیا کرنا ہے؟</w:t>
      </w:r>
    </w:p>
    <w:p>
      <w:r>
        <w:rPr>
          <w:b/>
        </w:rPr>
        <w:t xml:space="preserve">[54:15] </w:t>
      </w:r>
      <w:r>
        <w:t>chhota evil, lesser evil samne bar bar aayega, is ko bardasht hi kijiye, bardasht hi kijiye, bardasht hi kijiye.</w:t>
      </w:r>
    </w:p>
    <w:p>
      <w:pPr>
        <w:jc w:val="right"/>
      </w:pPr>
      <w:r>
        <w:t>چھوٹا ایول، لیسر ایول سامنے بار بار آئے گا، اس کو برداشت ہی کیجئے، برداشت ہی کیجئے، برداشت ہی کیجئے۔</w:t>
      </w:r>
    </w:p>
    <w:p>
      <w:r>
        <w:rPr>
          <w:b/>
        </w:rPr>
        <w:t xml:space="preserve">[54:26] </w:t>
      </w:r>
      <w:r>
        <w:t>agar nahi bardasht karenge, aap is ko tolerate nahi karenge, is chhote evil ko agar aap ne tolerate nahi kiya to kya hoga? greater evil samne aayega.</w:t>
      </w:r>
    </w:p>
    <w:p>
      <w:pPr>
        <w:jc w:val="right"/>
      </w:pPr>
      <w:r>
        <w:t>اگر نہیں برداشت کریں گے، آپ اس کو ٹولریٹ نہیں کریں گے، اس چھوٹے ایول کو اگر آپ نے ٹولریٹ نہیں کیا تو کیا ہوگا؟ گیٹر ایول سامنے آئے گا۔</w:t>
      </w:r>
    </w:p>
    <w:p>
      <w:r>
        <w:rPr>
          <w:b/>
        </w:rPr>
        <w:t xml:space="preserve">[54:37] </w:t>
      </w:r>
      <w:r>
        <w:t>main ek waqt rasta chal raha tha, Holi ka din tha, log Holi khel rahe the to mere kapde par chhente aa gaye Holi ke.</w:t>
      </w:r>
    </w:p>
    <w:p>
      <w:pPr>
        <w:jc w:val="right"/>
      </w:pPr>
      <w:r>
        <w:t>میں ایک وقت راستہ چل رہا تھا، ہولی کا دن تھا، لوگ ہولی کھیل رہے تھے تو میرے کپڑے پر چھینٹے آ گئے ہولی کے۔</w:t>
      </w:r>
    </w:p>
    <w:p>
      <w:r>
        <w:rPr>
          <w:b/>
        </w:rPr>
        <w:t xml:space="preserve">[54:48] </w:t>
      </w:r>
      <w:r>
        <w:t>to mere ek saathi the, kaha ke yeh badi badtameezi ki baat hai, aaiye ise hum poochhte hain ke tum ne kyu Holi daali? ghussa ho gaya woh aadmi.</w:t>
      </w:r>
    </w:p>
    <w:p>
      <w:pPr>
        <w:jc w:val="right"/>
      </w:pPr>
      <w:r>
        <w:t>تو میرے ایک ساتھی تھے، کہا کہ یہ بڑی بدتمیزی کی بات ہے، آئیے اسے ہم پوچھتے ہیں کہ تم نے کیوں ہولی ڈالی؟ غصہ ہو گیا وہ آدمی۔</w:t>
      </w:r>
    </w:p>
    <w:p>
      <w:r>
        <w:rPr>
          <w:b/>
        </w:rPr>
        <w:t xml:space="preserve">[54:59] </w:t>
      </w:r>
      <w:r>
        <w:t>maine kaha ke yeh hadith sunai maine: "arey bhabhi, to rang ka baat hai, phir to khoon ki baat aayegi."</w:t>
      </w:r>
    </w:p>
    <w:p>
      <w:pPr>
        <w:jc w:val="right"/>
      </w:pPr>
      <w:r>
        <w:t>میں نے کہا کہ یہ حدیث سنائی میں نے: "ارے بھابھی، تو رنگ کا بات ہے، پھر تو خون کی بات آئے گی۔"</w:t>
      </w:r>
    </w:p>
    <w:p>
      <w:r>
        <w:rPr>
          <w:b/>
        </w:rPr>
        <w:t xml:space="preserve">[55:09] </w:t>
      </w:r>
      <w:r>
        <w:t>main ghar gaya aur kapda utaar diya, kapda dho diya gaya aur saaf ho gaya, baat khatam ho gayi.</w:t>
      </w:r>
    </w:p>
    <w:p>
      <w:pPr>
        <w:jc w:val="right"/>
      </w:pPr>
      <w:r>
        <w:t>میں گھر گیا اور کپڑا اتار دیا، کپڑا دھو دیا گیا اور صاف ہو گیا، بات ختم ہوگئی۔</w:t>
      </w:r>
    </w:p>
    <w:p>
      <w:r>
        <w:rPr>
          <w:b/>
        </w:rPr>
        <w:t xml:space="preserve">[55:19] </w:t>
      </w:r>
      <w:r>
        <w:t>to yaad rakhiye, yeh bahut hi important baat hai kyunke isi ki wajah se violence hota hai. dekhiye, initial state, initial stage mein, shuru shuru mein kabhi bhi bada violence nahi hota hai.</w:t>
      </w:r>
    </w:p>
    <w:p>
      <w:pPr>
        <w:jc w:val="right"/>
      </w:pPr>
      <w:r>
        <w:t>تو یاد رکھیے، یہ بہت ہی امپورٹنٹ بات ہے کیونکہ اسی کی وجہ سے وائیلنس ہوتا ہے۔ دیکھیں، انیشل اسٹیٹ، انیشل اسٹیج میں، شروع شروع میں کبھی بھی بڑا وائیلنس نہیں ہوتا ہے۔</w:t>
      </w:r>
    </w:p>
    <w:p>
      <w:r>
        <w:rPr>
          <w:b/>
        </w:rPr>
        <w:t xml:space="preserve">[55:35] </w:t>
      </w:r>
      <w:r>
        <w:t>chhota violence pehle hota hai, phir is ke baad bada violence aata hai.</w:t>
      </w:r>
    </w:p>
    <w:p>
      <w:pPr>
        <w:jc w:val="right"/>
      </w:pPr>
      <w:r>
        <w:t>چھوٹا وائیلنس پہلے ہوتا ہے، پھر اس کے بعد بڑا وائیلنس آتا ہے۔</w:t>
      </w:r>
    </w:p>
    <w:p>
      <w:r>
        <w:rPr>
          <w:b/>
        </w:rPr>
        <w:t xml:space="preserve">[55:39] </w:t>
      </w:r>
      <w:r>
        <w:t>jaise UNESCO ka, UNESCO ka dictum hai: "violence begins from mind,</w:t>
      </w:r>
    </w:p>
    <w:p>
      <w:pPr>
        <w:jc w:val="right"/>
      </w:pPr>
      <w:r>
        <w:t>جیسے یونیسکو کا، یونیسکو کا ڈکٹم ہے: "وائیلنس بگنز فرام مائنڈ،</w:t>
      </w:r>
    </w:p>
    <w:p>
      <w:r>
        <w:rPr>
          <w:b/>
        </w:rPr>
        <w:t xml:space="preserve">[55:49] </w:t>
      </w:r>
      <w:r>
        <w:t>violence begins from mind."</w:t>
      </w:r>
    </w:p>
    <w:p>
      <w:pPr>
        <w:jc w:val="right"/>
      </w:pPr>
      <w:r>
        <w:t>وائیلنس بگنز فرام مائنڈ۔"</w:t>
      </w:r>
    </w:p>
    <w:p>
      <w:r>
        <w:rPr>
          <w:b/>
        </w:rPr>
        <w:t xml:space="preserve">[55:56] </w:t>
      </w:r>
      <w:r>
        <w:t>violence shuru hota hai dimaag se. dimaag mein kya aata hai? negative thinking, ghussa, anger.</w:t>
      </w:r>
    </w:p>
    <w:p>
      <w:pPr>
        <w:jc w:val="right"/>
      </w:pPr>
      <w:r>
        <w:t>وائیلنس شروع ہوتا ہے دماغ سے۔ دماغ میں کیا آتا ہے؟ نیگیٹیو تھنکنگ، غصہ، اینگر۔</w:t>
      </w:r>
    </w:p>
    <w:p>
      <w:r>
        <w:rPr>
          <w:b/>
        </w:rPr>
        <w:t xml:space="preserve">[56:08] </w:t>
      </w:r>
      <w:r>
        <w:t>to us waqt to bahut chhoti si cheez hoti hai, woh phir woh kya hota hai? badhte badhte badhte badhte</w:t>
      </w:r>
    </w:p>
    <w:p>
      <w:pPr>
        <w:jc w:val="right"/>
      </w:pPr>
      <w:r>
        <w:t>تو اس وقت تو بہت چھوٹی سی چیز ہوتی ہے، وہ پھر وہ کیا ہوتا ہے؟ بڑھتے بڑھتے بڑھتے بڑھتے</w:t>
      </w:r>
    </w:p>
    <w:p>
      <w:r>
        <w:rPr>
          <w:b/>
        </w:rPr>
        <w:t xml:space="preserve">[56:19] </w:t>
      </w:r>
      <w:r>
        <w:t>gun aur bomb tak pahunch jaata hai.</w:t>
      </w:r>
    </w:p>
    <w:p>
      <w:pPr>
        <w:jc w:val="right"/>
      </w:pPr>
      <w:r>
        <w:t>گن اور بم تک پہنچ جاتا ہے۔</w:t>
      </w:r>
    </w:p>
    <w:p>
      <w:r>
        <w:rPr>
          <w:b/>
        </w:rPr>
        <w:t xml:space="preserve">[56:25] </w:t>
      </w:r>
      <w:r>
        <w:t>to jab koi cheez aap ko provoke kare to wahin ka wahin, agar is ko aap diffuse kar dein, wahin ka wahin, to chhote evil par baat khatam ho jayegi,</w:t>
      </w:r>
    </w:p>
    <w:p>
      <w:pPr>
        <w:jc w:val="right"/>
      </w:pPr>
      <w:r>
        <w:t>تو جب کوئی چیز آپ کو پرووک کرے تو وہیں کا وہیں، اگر اس کو آپ ڈیفیوز کر دیں، وہیں کا وہیں، تو چھوٹے ایول پر بات ختم ہو جائے گی،</w:t>
      </w:r>
    </w:p>
    <w:p>
      <w:r>
        <w:rPr>
          <w:b/>
        </w:rPr>
        <w:t xml:space="preserve">[56:36] </w:t>
      </w:r>
      <w:r>
        <w:t>lesser evil par baat khatam ho jayegi. agar aap is ko diffuse na karein aur is ka charcha karein, is ke upar ghussa hon, woh kahein ke hamein to, hamein to sabak lesson lesson sikhana hai, hamein to revenge lena hai,</w:t>
      </w:r>
    </w:p>
    <w:p>
      <w:pPr>
        <w:jc w:val="right"/>
      </w:pPr>
      <w:r>
        <w:t>لیسر ایول پر بات ختم ہو جائے گی۔ اگر آپ اس کو ڈیفیوز نہ کریں اور اس کا چرچا کریں، اس کے اوپر غصہ ہوں، وہ کہیں کہ ہمیں تو، ہمیں تو سبق لیسن لیسن سکھانا ہے، ہمیں تو ریونج لینا ہے،</w:t>
      </w:r>
    </w:p>
    <w:p>
      <w:r>
        <w:rPr>
          <w:b/>
        </w:rPr>
        <w:t xml:space="preserve">[56:50] </w:t>
      </w:r>
      <w:r>
        <w:t>yeh sab karein aur organize karein, logon ko jama karein,</w:t>
      </w:r>
    </w:p>
    <w:p>
      <w:pPr>
        <w:jc w:val="right"/>
      </w:pPr>
      <w:r>
        <w:t>یہ سب کریں اور ارگنائز کریں، لوگوں کو جمع کریں،</w:t>
      </w:r>
    </w:p>
    <w:p>
      <w:r>
        <w:rPr>
          <w:b/>
        </w:rPr>
        <w:t xml:space="preserve">[56:57] </w:t>
      </w:r>
      <w:r>
        <w:t>aur phir is ke baad ladai chhed dein to kya hoga?</w:t>
      </w:r>
    </w:p>
    <w:p>
      <w:pPr>
        <w:jc w:val="right"/>
      </w:pPr>
      <w:r>
        <w:t>اور پھر اس کے بعد لڑائی چھیڑ دیں تو کیا ہوگا؟</w:t>
      </w:r>
    </w:p>
    <w:p>
      <w:r>
        <w:rPr>
          <w:b/>
        </w:rPr>
        <w:t xml:space="preserve">[57:01] </w:t>
      </w:r>
      <w:r>
        <w:t>yeh ab impossible hai ke aap ko koi achhi, yaani achha anjaam, anjaam mile, koi positive result mile. kabhi duniya mein yaad rahe, kabhi violence se koi positive result kisi ko nahi mila hai, na Hitler ko, na Napoleon ko, na Stalin ko, kisi ko bhi,</w:t>
      </w:r>
    </w:p>
    <w:p>
      <w:pPr>
        <w:jc w:val="right"/>
      </w:pPr>
      <w:r>
        <w:t>یہ اب امپاسیبل ہے کہ آپ کو کوئی اچھی، یعنی اچھا انجام، انجام ملے، کوئی پازیٹیو رزلٹ ملے۔ کبھی دنیا میں یاد رہے، کبھی وائیلنس سے کوئی پازیٹیو رزلٹ کسی کو نہیں ملا ہے، نہ ہٹلر کو، نہ نیپولین کو، نہ اسٹالن کو، کسی کو بھی،</w:t>
      </w:r>
    </w:p>
    <w:p>
      <w:r>
        <w:rPr>
          <w:b/>
        </w:rPr>
        <w:t xml:space="preserve">[57:19] </w:t>
      </w:r>
      <w:r>
        <w:t>kisi ko bhi duniya mein kabhi violence ke zariye positive result nahi mila hai. mila hai to peace ke zariye mila hai.</w:t>
      </w:r>
    </w:p>
    <w:p>
      <w:pPr>
        <w:jc w:val="right"/>
      </w:pPr>
      <w:r>
        <w:t>کسی کو بھی دنیا میں کبھی وائیلنس کے ذریعے پازیٹیو رزلٹ نہیں ملا ہے۔ ملا ہے تو پیس کے ذریعے ملا ہے۔</w:t>
      </w:r>
    </w:p>
    <w:p>
      <w:r>
        <w:rPr>
          <w:b/>
        </w:rPr>
        <w:t xml:space="preserve">[57:30] </w:t>
      </w:r>
      <w:r>
        <w:t>aap India mein dekhiye, hamare ulama ne ne مسلح jihad kiya lekin result zero tha.</w:t>
      </w:r>
    </w:p>
    <w:p>
      <w:pPr>
        <w:jc w:val="right"/>
      </w:pPr>
      <w:r>
        <w:t>آپ انڈیا میں دیکھیے، ہمارے علماء نے نے مسلح جہاد کیا لیکن رزلٹ زیرو تھا۔</w:t>
      </w:r>
    </w:p>
    <w:p>
      <w:r>
        <w:rPr>
          <w:b/>
        </w:rPr>
        <w:t xml:space="preserve">[57:39] </w:t>
      </w:r>
      <w:r>
        <w:t>Shahbaz Chaudhry Bose ne مسلح jihad kiya, result zero tha, aur bhi kai logon ne مسلح woh ladai ladi angrezon ke khilaf, result zero tha.</w:t>
      </w:r>
    </w:p>
    <w:p>
      <w:pPr>
        <w:jc w:val="right"/>
      </w:pPr>
      <w:r>
        <w:t>شہباز چوہدری بوس نے مسلح جہاد کیا، رزلٹ زیرو تھا، اور بھی کئی لوگوں نے مسلح وہ لڑائی لڑی انگریزوں کے خلاف، رزلٹ زیرو تھا۔</w:t>
      </w:r>
    </w:p>
    <w:p>
      <w:r>
        <w:rPr>
          <w:b/>
        </w:rPr>
        <w:t xml:space="preserve">[57:53] </w:t>
      </w:r>
      <w:r>
        <w:t>jab Gandhi aaye 1919 mein aur unhon ne kaha ke hum peaceful tarike se struggle karenge,</w:t>
      </w:r>
    </w:p>
    <w:p>
      <w:pPr>
        <w:jc w:val="right"/>
      </w:pPr>
      <w:r>
        <w:t>جب گاندھی آئے 1919 میں اور انہوں نے کہا کہ ہم پیس فل طریقے سے اسٹرگل کریں گے،</w:t>
      </w:r>
    </w:p>
    <w:p>
      <w:r>
        <w:rPr>
          <w:b/>
        </w:rPr>
        <w:t xml:space="preserve">[58:00] </w:t>
      </w:r>
      <w:r>
        <w:t>yaani freedom struggle ko hum peaceful tarike se chalayenge, insaaf ke roop mein chalayenge, to woh jeet gaye. to yaad rakhiye, tareekh mein kabhi bhi violence se kisi ko koi jeet nahi hui hai.</w:t>
      </w:r>
    </w:p>
    <w:p>
      <w:pPr>
        <w:jc w:val="right"/>
      </w:pPr>
      <w:r>
        <w:t>یعنی فریڈم اسٹرگل کو ہم پیس فل طریقے سے چلائیں گے، ائنسا کے روپ میں چلائیں گے، تو وہ جیت گئے۔ تو یاد رکھیے، تاریخ میں کبھی بھی وائیلنس سے کسی کو کوئی جیت نہیں ہوئی ہے۔</w:t>
      </w:r>
    </w:p>
    <w:p>
      <w:r>
        <w:rPr>
          <w:b/>
        </w:rPr>
        <w:t xml:space="preserve">[58:17] </w:t>
      </w:r>
      <w:r>
        <w:t>hamesha hota kya hai? ek chhota sa evil aap ke samne aata hai, ek chhota sa shar aap ke samne aata hai, chhota sa provocation aap ke samne aata hai.</w:t>
      </w:r>
    </w:p>
    <w:p>
      <w:pPr>
        <w:jc w:val="right"/>
      </w:pPr>
      <w:r>
        <w:t>ہمیشہ ہوتا کیا ہے؟ ایک چھوٹا سا ایول آپ کے سامنے آتا ہے، ایک چھوٹا سا شر آپ کے سامنے آتا ہے، چھوٹا سا پرووکیشن آپ کے سامنے آتا ہے۔</w:t>
      </w:r>
    </w:p>
    <w:p>
      <w:r>
        <w:rPr>
          <w:b/>
        </w:rPr>
        <w:t xml:space="preserve">[58:27] </w:t>
      </w:r>
      <w:r>
        <w:t>bas wahi aap, wahi aap tolerate kar lijiye,</w:t>
      </w:r>
    </w:p>
    <w:p>
      <w:pPr>
        <w:jc w:val="right"/>
      </w:pPr>
      <w:r>
        <w:t>بس وہی آپ، وہی آپ ٹولریٹ کر لیجئے،</w:t>
      </w:r>
    </w:p>
    <w:p>
      <w:r>
        <w:rPr>
          <w:b/>
        </w:rPr>
        <w:t xml:space="preserve">[58:31] </w:t>
      </w:r>
      <w:r>
        <w:t>bas wahi baat khatam ho jayegi.</w:t>
      </w:r>
    </w:p>
    <w:p>
      <w:pPr>
        <w:jc w:val="right"/>
      </w:pPr>
      <w:r>
        <w:t>بس وہی بات ختم ہو جائے گی۔</w:t>
      </w:r>
    </w:p>
    <w:p>
      <w:r>
        <w:rPr>
          <w:b/>
        </w:rPr>
        <w:t xml:space="preserve">[58:37] </w:t>
      </w:r>
      <w:r>
        <w:t>isi ko Hazrat Umar ne kaha tha ke ليس العاقل الذي يعرف الخير من الشر ولكنه الذي يعرف خير الشر</w:t>
      </w:r>
    </w:p>
    <w:p>
      <w:pPr>
        <w:jc w:val="right"/>
      </w:pPr>
      <w:r>
        <w:t>اسی کو حضرت عمر نے کہا تھا کہ ليس العاقل الذي يعرف الخير من الشر ولكنه الذي يعرف خير الشر</w:t>
      </w:r>
    </w:p>
    <w:p>
      <w:r>
        <w:rPr>
          <w:b/>
        </w:rPr>
        <w:t xml:space="preserve">[58:50] </w:t>
      </w:r>
      <w:r>
        <w:t>wo aadmi waiz aadmi nahi hai. yeh bahut hi important baat hai, samjhiye</w:t>
      </w:r>
    </w:p>
    <w:p>
      <w:pPr>
        <w:jc w:val="right"/>
      </w:pPr>
      <w:r>
        <w:t>وہ آدمی واعظ آدمی نہیں ہے۔ یہ بہت ہی امپورٹنٹ بات ہے، سمجھیے</w:t>
      </w:r>
    </w:p>
    <w:p>
      <w:r>
        <w:rPr>
          <w:b/>
        </w:rPr>
        <w:t xml:space="preserve">[58:55] </w:t>
      </w:r>
      <w:r>
        <w:t>isko. Hazrat Umar Farooq jo second caliph the, unhone kaha: "wo aadmi waiz aadmi nahi hai jo sirf shar aur aur khair ko jaane." yeh right hai, yeh wrong hai,</w:t>
      </w:r>
    </w:p>
    <w:p>
      <w:pPr>
        <w:jc w:val="right"/>
      </w:pPr>
      <w:r>
        <w:t>اس کو۔ حضرت عمر فاروق جو سیکنڈ گلیف تھے، انہوں نے کہا: "وہ آدمی واعظ آدمی نہیں ہے جو صرف شر اور اور خیر کو جانے۔" یہ رائٹ ہے، یہ رانگ ہے،</w:t>
      </w:r>
    </w:p>
    <w:p>
      <w:r>
        <w:rPr>
          <w:b/>
        </w:rPr>
        <w:t xml:space="preserve">[59:10] </w:t>
      </w:r>
      <w:r>
        <w:t>yeh jaane.</w:t>
      </w:r>
    </w:p>
    <w:p>
      <w:pPr>
        <w:jc w:val="right"/>
      </w:pPr>
      <w:r>
        <w:t>یہ جانے۔</w:t>
      </w:r>
    </w:p>
    <w:p>
      <w:r>
        <w:rPr>
          <w:b/>
        </w:rPr>
        <w:t xml:space="preserve">[59:17] </w:t>
      </w:r>
      <w:r>
        <w:t>waiz aadmi wo hai jo yeh jaane ke do evil mein lesser evil konsa hai,</w:t>
      </w:r>
    </w:p>
    <w:p>
      <w:pPr>
        <w:jc w:val="right"/>
      </w:pPr>
      <w:r>
        <w:t>واعظ آدمی وہ ہے جو یہ جانے کہ دو ایول میں لیسر ایول کونسا ہے،</w:t>
      </w:r>
    </w:p>
    <w:p>
      <w:r>
        <w:rPr>
          <w:b/>
        </w:rPr>
        <w:t xml:space="preserve">[59:23] </w:t>
      </w:r>
      <w:r>
        <w:t>khair al-sharain,</w:t>
      </w:r>
    </w:p>
    <w:p>
      <w:pPr>
        <w:jc w:val="right"/>
      </w:pPr>
      <w:r>
        <w:t>خیر الشرین،</w:t>
      </w:r>
    </w:p>
    <w:p>
      <w:r>
        <w:rPr>
          <w:b/>
        </w:rPr>
        <w:t xml:space="preserve">[59:27] </w:t>
      </w:r>
      <w:r>
        <w:t>kyunke humein do evil ka mein se ek ka choice hai. evil free ka choice hi nahi hai, no evil ka choice nahi hai.</w:t>
      </w:r>
    </w:p>
    <w:p>
      <w:pPr>
        <w:jc w:val="right"/>
      </w:pPr>
      <w:r>
        <w:t>کیونکہ ہمیں دو ایول کا میں سے ایک کا چوائس ہے۔ ایول فری کا چوائس ہی نہیں ہے، نو ایول کا چوائس نہیں ہے۔</w:t>
      </w:r>
    </w:p>
    <w:p>
      <w:r>
        <w:rPr>
          <w:b/>
        </w:rPr>
        <w:t xml:space="preserve">[59:38] </w:t>
      </w:r>
      <w:r>
        <w:t>humein is duniya mein no evil ka choice nahi hai, lesser evil aur greater evil ka choice hai.</w:t>
      </w:r>
    </w:p>
    <w:p>
      <w:pPr>
        <w:jc w:val="right"/>
      </w:pPr>
      <w:r>
        <w:t>ہمیں اس دنیا میں نو ایول کا چوائس نہیں ہے، لیسر ایول اور گریٹر ایول کا چوائس ہے۔</w:t>
      </w:r>
    </w:p>
    <w:p>
      <w:r>
        <w:rPr>
          <w:b/>
        </w:rPr>
        <w:t xml:space="preserve">[59:46] </w:t>
      </w:r>
      <w:r>
        <w:t>to unhone kaha ke jo aadmi yeh jaane ke konsa lesser evil hai aur usko opt kar le, wahi wahi waiz aadmi hai.</w:t>
      </w:r>
    </w:p>
    <w:p>
      <w:pPr>
        <w:jc w:val="right"/>
      </w:pPr>
      <w:r>
        <w:t>تو انہوں نے کہا کہ جو آدمی یہ جانے کہ کون سا لیسر ایول ہے اور اس کو اپٹ کر لے، وہی وہی واعظ آدمی ہے۔</w:t>
      </w:r>
    </w:p>
    <w:p>
      <w:r>
        <w:rPr>
          <w:b/>
        </w:rPr>
        <w:t xml:space="preserve">[1:00:00] </w:t>
      </w:r>
      <w:r>
        <w:t>to meri baaton ka khulasa yeh hai ke violence koi saada baat nahi hai.</w:t>
      </w:r>
    </w:p>
    <w:p>
      <w:pPr>
        <w:jc w:val="right"/>
      </w:pPr>
      <w:r>
        <w:t>تو میری باتوں کا خلاصہ یہ ہے کہ وائیلنس کوئی سادہ بات نہیں ہے۔</w:t>
      </w:r>
    </w:p>
    <w:p>
      <w:r>
        <w:rPr>
          <w:b/>
        </w:rPr>
        <w:t xml:space="preserve">[1:00:07] </w:t>
      </w:r>
      <w:r>
        <w:t>violence karna apne aap ko is rizq ki taraf le jana hai ke jannat se aap ko explosion mil jaye, jaise Adam ko mila tha.</w:t>
      </w:r>
    </w:p>
    <w:p>
      <w:pPr>
        <w:jc w:val="right"/>
      </w:pPr>
      <w:r>
        <w:t>وائیلنس کرنا اپنے آپ کو اس رزق کی طرف لے جانا ہے کہ جنت سے آپ کو ایکسپلژن مل جائے، جیسے آدم کو ملا تھا۔</w:t>
      </w:r>
    </w:p>
    <w:p>
      <w:r>
        <w:rPr>
          <w:b/>
        </w:rPr>
        <w:t xml:space="preserve">[1:00:17] </w:t>
      </w:r>
      <w:r>
        <w:t>kyunke fibre entry wahan bhi tha, ek fibre entry yahan bhi hai, aur yahan ka fibre entry jo hai, wo violence hai. to apne andar positive thinking paida kijiye aur provocation ko tolerate kijiye.</w:t>
      </w:r>
    </w:p>
    <w:p>
      <w:pPr>
        <w:jc w:val="right"/>
      </w:pPr>
      <w:r>
        <w:t>کیونکہ فائبر انٹری وہاں بھی تھا، ایک فائبر انٹری یہاں بھی ہے، اور یہاں کا فائبر انٹری جو ہے، وہ وائیلنس ہے۔ تو اپنے اندر پازیٹیو تھنکنگ پیدا کیجئے اور پرووکیشن کو ٹولریٹ کیجئے۔</w:t>
      </w:r>
    </w:p>
    <w:p>
      <w:r>
        <w:rPr>
          <w:b/>
        </w:rPr>
        <w:t xml:space="preserve">[1:00:35] </w:t>
      </w:r>
      <w:r>
        <w:t>koi cheez buri lage to koi diffuse kijiye.</w:t>
      </w:r>
    </w:p>
    <w:p>
      <w:pPr>
        <w:jc w:val="right"/>
      </w:pPr>
      <w:r>
        <w:t>کوئی چیز بری لگے تو کوئی ڈیفیوز کیجئے۔</w:t>
      </w:r>
    </w:p>
    <w:p>
      <w:r>
        <w:rPr>
          <w:b/>
        </w:rPr>
        <w:t xml:space="preserve">[1:00:40] </w:t>
      </w:r>
      <w:r>
        <w:t>apne aap ko hamesha normal rakhiye, lesser evil ko bardasht kijiye taake aap violence tak na chale jayein.</w:t>
      </w:r>
    </w:p>
    <w:p>
      <w:pPr>
        <w:jc w:val="right"/>
      </w:pPr>
      <w:r>
        <w:t>اپنے آپ کو ہمیشہ نارمل رکھیے، لیسر ایول کو برداشت کیجئے تاکہ آپ وائیلنس تک نہ چلے جائیں۔</w:t>
      </w:r>
    </w:p>
    <w:p>
      <w:r>
        <w:rPr>
          <w:b/>
        </w:rPr>
        <w:t xml:space="preserve">[1:00:52] </w:t>
      </w:r>
      <w:r>
        <w:t>violence tak jate hi aap hell ke door par pahunch jate hain. yaani peaceful tarike par jo chalega, wo aakhir mein pahunchega paradise ke door par.</w:t>
      </w:r>
    </w:p>
    <w:p>
      <w:pPr>
        <w:jc w:val="right"/>
      </w:pPr>
      <w:r>
        <w:t>وائیلنس تک جاتے ہی آپ ہیل کے ڈور پر پہنچ جاتے ہیں۔ یعنی پیس فل طریقے پر جو چلے گا، وہ آخر میں پہنچے گا پیراڈائز کے ڈور پر۔</w:t>
      </w:r>
    </w:p>
    <w:p>
      <w:r>
        <w:rPr>
          <w:b/>
        </w:rPr>
        <w:t xml:space="preserve">[1:01:04] </w:t>
      </w:r>
      <w:r>
        <w:t>jo violence ke raste par chalega, wo aakhir mein pahunch jayega hell ke door par.</w:t>
      </w:r>
    </w:p>
    <w:p>
      <w:pPr>
        <w:jc w:val="right"/>
      </w:pPr>
      <w:r>
        <w:t>جو وائیلنس کے راستے پر چلے گا، وہ آخر میں پہنچ جائے گا ہیل کے ڈور پر۔</w:t>
      </w:r>
    </w:p>
    <w:p>
      <w:r>
        <w:rPr>
          <w:b/>
        </w:rPr>
        <w:t xml:space="preserve">[1:01:10] </w:t>
      </w:r>
      <w:r>
        <w:t>to choose between the two.</w:t>
      </w:r>
    </w:p>
    <w:p>
      <w:pPr>
        <w:jc w:val="right"/>
      </w:pPr>
      <w:r>
        <w:t>تو چوز بٹوین دا ٹو۔</w:t>
      </w:r>
    </w:p>
    <w:p>
      <w:r>
        <w:rPr>
          <w:b/>
        </w:rPr>
        <w:t xml:space="preserve">[1:01:18] </w:t>
      </w:r>
      <w:r>
        <w:t>Allah taala mujh ko aur aap ko neki ki tofeeq ata farmaye. aqool qawli haza wastaghfirullaha li walakum ajmaeen</w:t>
      </w:r>
    </w:p>
    <w:p>
      <w:pPr>
        <w:jc w:val="right"/>
      </w:pPr>
      <w:r>
        <w:t>اللہ تعالی مجھ کو اور آپ کو نیکی کی توفیق عطا فرمائے۔ اقول قولھذا واستغفراللہ لی ولکم اجمعین</w:t>
      </w:r>
    </w:p>
    <w:p>
      <w:r>
        <w:rPr>
          <w:b/>
        </w:rPr>
        <w:t xml:space="preserve">[1:01:41] </w:t>
      </w:r>
      <w:r>
        <w:t>ramesh from delhi why muslims have failed to understand the importance of peace jahan tak mein samajhta hoon hota yeh hai ke koi cheez hoti hai zindagi mein jo aap ko provoke karti hai yaani provocative situation is a part of life</w:t>
      </w:r>
    </w:p>
    <w:p>
      <w:pPr>
        <w:jc w:val="right"/>
      </w:pPr>
      <w:r>
        <w:t>رامش فرام دہلی وائی مسلمز ہیو فیلڈ ٹو انڈرسٹینڈ دی امپورٹنس اف پیس جہاں تک میں سمجھتا ہوں ہوتا یہ ہے کہ کوئی چیز ہوتی ہے زندگی میں جو آپ کو پرووک کرتی ہے یعنی پرووکیٹیو سچویشن از ا پارٹ اف لائف</w:t>
      </w:r>
    </w:p>
    <w:p>
      <w:r>
        <w:rPr>
          <w:b/>
        </w:rPr>
        <w:t xml:space="preserve">[1:02:10] </w:t>
      </w:r>
      <w:r>
        <w:t>wo hota hi hota rehta hai musalman jo hain is zamane mein kyunke hamare jitne leader the wo sab insaaf pardazi insaaf pardaz aur khateeb aur shayar the to poori poori qaum ko unhone jazbati bana diya jitne leader hamare hain sab</w:t>
      </w:r>
    </w:p>
    <w:p>
      <w:pPr>
        <w:jc w:val="right"/>
      </w:pPr>
      <w:r>
        <w:t>وہ ہوتا ہی ہوتا رہتا ہے مسلمان جو ہیں اس زمانے میں کیونکہ ہمارے جتنے لیڈر تھے وہ سب انصاف پردازی انصاف پرداز اور خطیب اور شاعر تھے تو پوری پوری قوم کو انہوں نے جذباتی بنا دیا جتنے لیڈر ہمارے ہیں سب</w:t>
      </w:r>
    </w:p>
    <w:p>
      <w:r>
        <w:rPr>
          <w:b/>
        </w:rPr>
        <w:t xml:space="preserve">[1:02:30] </w:t>
      </w:r>
      <w:r>
        <w:t>orator the shayar the aur insaaf pardaz the wo jo emotional baatein karte the</w:t>
      </w:r>
    </w:p>
    <w:p>
      <w:pPr>
        <w:jc w:val="right"/>
      </w:pPr>
      <w:r>
        <w:t>اوریٹر تھے شاعر تھے اور انصاف پرداز تھے وہ جو ایموشنل باتیں کرتے تھے</w:t>
      </w:r>
    </w:p>
    <w:p>
      <w:r>
        <w:rPr>
          <w:b/>
        </w:rPr>
        <w:t xml:space="preserve">[1:02:38] </w:t>
      </w:r>
      <w:r>
        <w:t>mein samajhta hoon is mein koi exception nahi to poori qaum ko bana diya emotional to koi provocation hua bhadak uthe yaani musalman jante hi nahi ke humein tolerate karna hai humein sabr karna hai apne ko sambhal kar rakhna hai jab aap bhadak jayenge to yahi hoga</w:t>
      </w:r>
    </w:p>
    <w:p>
      <w:pPr>
        <w:jc w:val="right"/>
      </w:pPr>
      <w:r>
        <w:t>میں سمجھتا ہوں اس میں کوئی ایکسیپشن نہیں تو پوری قوم کو بنا دیا ایموشنل تو کوئی پرووکیشن ہوا بھڑک اٹھے یعنی مسلمان جانتے ہی نہیں کہ ہمیں ٹولریٹ کرنا ہے ہمیں صبر کرنا ہے اپنے کو سنبھال کر رکھنا ہے جب آپ بھڑک جائیں گے تو یہی ہوگا</w:t>
      </w:r>
    </w:p>
    <w:p>
      <w:r>
        <w:rPr>
          <w:b/>
        </w:rPr>
        <w:t xml:space="preserve">[1:03:03] </w:t>
      </w:r>
      <w:r>
        <w:t>yahi hoga ke jo is waqt ho raha hai</w:t>
      </w:r>
    </w:p>
    <w:p>
      <w:pPr>
        <w:jc w:val="right"/>
      </w:pPr>
      <w:r>
        <w:t>یہی ہوگا کہ جو اس وقت ہو رہا ہے</w:t>
      </w:r>
    </w:p>
    <w:p>
      <w:r>
        <w:rPr>
          <w:b/>
        </w:rPr>
        <w:t xml:space="preserve">[1:03:12] </w:t>
      </w:r>
      <w:r>
        <w:t>das question is from doctor farida khanum from delhi why is it that muslims are not able to understand that god has promise to help the dawah we just have to involve our self in dawah work and god will take care of everything kindly comment dekhiye ab musalman jo hain kisi bhi se miliye hatta ke aalamon se bhi miliye</w:t>
      </w:r>
    </w:p>
    <w:p>
      <w:pPr>
        <w:jc w:val="right"/>
      </w:pPr>
      <w:r>
        <w:t>دس کوئسچن از فرام ڈاکٹر فریدہ خانم فرام دہلی وائی از اٹ دیٹ مسلمز ار ناٹ ایبل ٹو انڈرسٹینڈ دیٹ گاڈ ہیز پرومس ٹو ہیلپ دا ڈائز وی جسٹ ہیو ٹو انوالو اور سیلف ان دعوی ورک اینڈ گاڈ ول ٹیک کیئر اف ایوری تھنگ کائنڈلی کمنٹ دیکھیے اب مسلمان جو ہیں کسی بھی سے ملیے حتی کہ عالموں سے بھی ملیے</w:t>
      </w:r>
    </w:p>
    <w:p>
      <w:r>
        <w:rPr>
          <w:b/>
        </w:rPr>
        <w:t xml:space="preserve">[1:03:41] </w:t>
      </w:r>
      <w:r>
        <w:t>woh apna jo mansooba banate hain jo program banate hain woh Quran se mutalliq kar ke nahi lete</w:t>
      </w:r>
    </w:p>
    <w:p>
      <w:pPr>
        <w:jc w:val="right"/>
      </w:pPr>
      <w:r>
        <w:t>وہ اپنا جو منصوبہ بناتے ہیں جو پروگرام بناتے ہیں وہ قرآن سے متعلق کر کے نہیں لیتے</w:t>
      </w:r>
    </w:p>
    <w:p>
      <w:r>
        <w:rPr>
          <w:b/>
        </w:rPr>
        <w:t xml:space="preserve">[1:03:50] </w:t>
      </w:r>
      <w:r>
        <w:t>mujhe ek bhi aalim aisa nahi maloom hai awam bhi nahi karte ke Quran ko padhen</w:t>
      </w:r>
    </w:p>
    <w:p>
      <w:pPr>
        <w:jc w:val="right"/>
      </w:pPr>
      <w:r>
        <w:t>مجھے ایک بھی عالم ایسا نہیں معلوم ہے عوام بھی نہیں کرتے کہ قرآن کو پڑھیں</w:t>
      </w:r>
    </w:p>
    <w:p>
      <w:r>
        <w:rPr>
          <w:b/>
        </w:rPr>
        <w:t xml:space="preserve">[1:03:57] </w:t>
      </w:r>
      <w:r>
        <w:t>translation padhen arabi se padhen padh kar ke janen</w:t>
      </w:r>
    </w:p>
    <w:p>
      <w:pPr>
        <w:jc w:val="right"/>
      </w:pPr>
      <w:r>
        <w:t>ٹرانسلیشن پڑھیں عربی سے پڑھیں پڑھ کر کے جانیں</w:t>
      </w:r>
    </w:p>
    <w:p>
      <w:r>
        <w:rPr>
          <w:b/>
        </w:rPr>
        <w:t xml:space="preserve">[1:04:02] </w:t>
      </w:r>
      <w:r>
        <w:t>mujhe jab yeh mission shuru karna tha to poore poore Quran ko maine kai baar padha yeh</w:t>
      </w:r>
    </w:p>
    <w:p>
      <w:pPr>
        <w:jc w:val="right"/>
      </w:pPr>
      <w:r>
        <w:t>مجھے جب یہ مشن شروع کرنا تھا تو پورے پورے قرآن کو میں نے کئی بار پڑھا یہ</w:t>
      </w:r>
    </w:p>
    <w:p>
      <w:r>
        <w:rPr>
          <w:b/>
        </w:rPr>
        <w:t xml:space="preserve">[1:04:07] </w:t>
      </w:r>
      <w:r>
        <w:t>janne ke liye ke Khuda kya chahta hai</w:t>
      </w:r>
    </w:p>
    <w:p>
      <w:pPr>
        <w:jc w:val="right"/>
      </w:pPr>
      <w:r>
        <w:t>جاننے کے لیے کہ خدا کیا چاہتا ہے</w:t>
      </w:r>
    </w:p>
    <w:p>
      <w:r>
        <w:rPr>
          <w:b/>
        </w:rPr>
        <w:t xml:space="preserve">[1:04:13] </w:t>
      </w:r>
      <w:r>
        <w:t>quran mein hai ke humne utara hai quran fi zikrum ismein tumhara zikr hai ismein tumhari yaad dehani hai ismein tumhare liye message hai is aayat ko lekar ke main quran ko bar bar padha maine a se zed tak phir mujhe mila ke khuda kya chahta hai</w:t>
      </w:r>
    </w:p>
    <w:p>
      <w:pPr>
        <w:jc w:val="right"/>
      </w:pPr>
      <w:r>
        <w:t>قرآن میں ہے کہ ہم نے اتارا ہے قرآن فی الذکرکم اس میں تمہارا ذکر ہے اس میں تمہاری یاد دہانی ہے اس میں تمہارے لیے میسج ہے اس آیت کو لے کر کے میں قرآن کو بار بار پڑھا میں نے اے سے زیڈ تک پھر مجھے ملا کہ خدا کیا چاہتا ہے</w:t>
      </w:r>
    </w:p>
    <w:p>
      <w:r>
        <w:rPr>
          <w:b/>
        </w:rPr>
        <w:t xml:space="preserve">[1:04:35] </w:t>
      </w:r>
      <w:r>
        <w:t>misal ke taur par ye aayat hai rasool allah ko khitab karte hue ke jo tumhare upar reveal kiya gaya hai usko logon tak pahuncha do ya ayuhal rasool balagh ma unzila ilaik min rabbik wa in lam tafal fa ma balaghta risalatahu wallahu yasimuka minannas</w:t>
      </w:r>
    </w:p>
    <w:p>
      <w:pPr>
        <w:jc w:val="right"/>
      </w:pPr>
      <w:r>
        <w:t>مثال کے طور پر یہ آیت ہے رسول اللہ کو خطاب کرتے ہوئے کہ جو تمہارے اوپر ریویل کیا گیا ہے اس کو لوگوں تک پہنچا دو یا ایہا الرسول بلغ معاون ربک ولم تفلف وہاں پر لقد رسالت واللہ یاسمک من الناس</w:t>
      </w:r>
    </w:p>
    <w:p>
      <w:r>
        <w:rPr>
          <w:b/>
        </w:rPr>
        <w:t xml:space="preserve">[1:04:57] </w:t>
      </w:r>
      <w:r>
        <w:t>yani dawah work karo quran ka message pahunchao aur jahan tak baat hai doosron se hifazat ki wo khuda ne zimme le liya hai</w:t>
      </w:r>
    </w:p>
    <w:p>
      <w:pPr>
        <w:jc w:val="right"/>
      </w:pPr>
      <w:r>
        <w:t>یعنی دعوی ورک کرو قرآن کا میسج پہنچاؤ اور جہاں تک بات ہے دوسروں سے حفاظت کی وہ خدا نے ذمے لے لیا ہے</w:t>
      </w:r>
    </w:p>
    <w:p>
      <w:r>
        <w:rPr>
          <w:b/>
        </w:rPr>
        <w:t xml:space="preserve">[1:05:11] </w:t>
      </w:r>
      <w:r>
        <w:t>haiderabad mein ek aalmi conference thi india bhar ke aalam ekattha the ye sab baatein hoti ho rahi thin ke india mein ye zulm hai india mein wo sazish hai to maine ye aayat padhi wahan par</w:t>
      </w:r>
    </w:p>
    <w:p>
      <w:pPr>
        <w:jc w:val="right"/>
      </w:pPr>
      <w:r>
        <w:t>حیدرآباد میں ایک علمائی کانفرنس تھی انڈیا بھر کے علماء اکٹھا تھے یہ سب باتیں ہوتی ہو رہی تھیں کہ انڈیا میں یہ ظلم ہے انڈیا میں وہ سازش ہے تو میں نے یہ آیت پڑھی وہاں پر</w:t>
      </w:r>
    </w:p>
    <w:p>
      <w:r>
        <w:rPr>
          <w:b/>
        </w:rPr>
        <w:t xml:space="preserve">[1:05:27] </w:t>
      </w:r>
      <w:r>
        <w:t>tamam madaris ke ulama wahan ekattha the yeh ayat maine padhi phir maine kaha ke dekhiye is mein hai wallah yasmuk min an-nas to maine kaha ke tabligh manind Allah par ismat min an-nas ka wada kiya gaya hai</w:t>
      </w:r>
    </w:p>
    <w:p>
      <w:pPr>
        <w:jc w:val="right"/>
      </w:pPr>
      <w:r>
        <w:t>تمام مدارس کے علماء وہاں اکٹھا تھے یہ آیت میں نے پڑھی پھر میں نے کہا کہ دیکھیے اس میں ہے واللہ یاسمک من الناس تو میں نے کہا کہ تبلیغ مانند اللہ پر عصمت من الناس کا وعدہ کیا گیا ہے</w:t>
      </w:r>
    </w:p>
    <w:p>
      <w:r>
        <w:rPr>
          <w:b/>
        </w:rPr>
        <w:t xml:space="preserve">[1:05:48] </w:t>
      </w:r>
      <w:r>
        <w:t>ab tak mujhe yaad hai ke darul uloom nadwah ke wahan mohtaram sahib the Maulana Abdul Arfan sahib ab un ka inteqal ho gaya</w:t>
      </w:r>
    </w:p>
    <w:p>
      <w:pPr>
        <w:jc w:val="right"/>
      </w:pPr>
      <w:r>
        <w:t>اب تک مجھے یاد ہے کہ دارالعلوم ندوہ کے وہاں محترم صاحب تھے مولانا عبدالعرفان صاحب اب ان کا انتقال ہو گیا</w:t>
      </w:r>
    </w:p>
    <w:p>
      <w:r>
        <w:rPr>
          <w:b/>
        </w:rPr>
        <w:t xml:space="preserve">[1:05:56] </w:t>
      </w:r>
      <w:r>
        <w:t>to unhon ne bohat hi is se kaha ke achha yeh baat Quran mein hai aur aaj aaj aap yaad dila diya</w:t>
      </w:r>
    </w:p>
    <w:p>
      <w:pPr>
        <w:jc w:val="right"/>
      </w:pPr>
      <w:r>
        <w:t>تو انہوں نے بہت ہی اس سے کہا کہ اچھا یہ بات قرآن میں ہے اور آج آج آپ یاد دلا دیا</w:t>
      </w:r>
    </w:p>
    <w:p>
      <w:r>
        <w:rPr>
          <w:b/>
        </w:rPr>
        <w:t xml:space="preserve">[1:06:05] </w:t>
      </w:r>
      <w:r>
        <w:t>to Quran mein padh kar ke jab na nikalen aap to kya hoga jo dimagh mein khayalat bhadak rahe hain jo akhbaron mein jo padh rahe hain aap idhar udhar se sun rahe hain isi par aap mansooba banayenge apna isi se aap ne planning karenge hamari planning jo hai Quran ko padh kar nahi hui hai</w:t>
      </w:r>
    </w:p>
    <w:p>
      <w:pPr>
        <w:jc w:val="right"/>
      </w:pPr>
      <w:r>
        <w:t>تو قرآن میں پڑھ کر کے جب نہ نکالیں آپ تو کیا ہوگا جو دماغ میں خیالات بھڑک رہے ہیں جو اخباروں میں جو پڑھ رہے ہیں آپ ادھر ادھر سے سن رہے ہیں اسی پر آپ منصوبہ بنائیں گے اپنا اسی سے آپ نے پلاننگ کریں گے ہماری پلاننگ جو ہے قرآن کو پڑھ کر نہیں ہوئی ہے</w:t>
      </w:r>
    </w:p>
    <w:p>
      <w:r>
        <w:rPr>
          <w:b/>
        </w:rPr>
        <w:t xml:space="preserve">[1:06:24] </w:t>
      </w:r>
      <w:r>
        <w:t>maine bohat logon se poocha ke kya aap ne jo planning ki hai aisa hua hai ke aap ne is poore Quran ko isi nazar se padha isi nazariye se to kisi ne nahi kaha ke hum ne padha Hyderabad mein sare ulama ekattha the maine un se kaha ke dekhen Quran saaf saaf hai ke tabligh tabligh manind Allah mein ismat min an-nas ka raaz chupa</w:t>
      </w:r>
    </w:p>
    <w:p>
      <w:pPr>
        <w:jc w:val="right"/>
      </w:pPr>
      <w:r>
        <w:t>میں نے بہت لوگوں سے پوچھا کہ کیا آپ نے جو پلاننگ کی ہے ایسا ہوا ہے کہ آپ نے اس پورے قرآن کو اسی نظر سے پڑھا اسی نظریے سے تو کسی نے نہیں کہا کہ ہم نے پڑھا حیدرآباد میں سارے علماء اکٹھا تھے میں نے ان سے کہا کہ دیکھیں قرآن صاف صاف ہے کہ تبلیغ تبلیغ مانند اللہ میں عصمت من الناس کا راز چھپا</w:t>
      </w:r>
    </w:p>
    <w:p>
      <w:r>
        <w:rPr>
          <w:b/>
        </w:rPr>
        <w:t xml:space="preserve">[1:06:50] </w:t>
      </w:r>
      <w:r>
        <w:t>hua hai to un ko ajeeb si baat lagi hai jis mein anokhi baat keh raha hoon</w:t>
      </w:r>
    </w:p>
    <w:p>
      <w:pPr>
        <w:jc w:val="right"/>
      </w:pPr>
      <w:r>
        <w:t>ہوا ہے تو ان کو عجیب سی بات لگی ہے جس میں انوکھی بات کہہ رہا ہوں</w:t>
      </w:r>
    </w:p>
    <w:p>
      <w:r>
        <w:rPr>
          <w:b/>
        </w:rPr>
        <w:t xml:space="preserve">[1:06:57] </w:t>
      </w:r>
      <w:r>
        <w:t>to raaz sirf saada hai bilkul woh hai Quran ko kitab hidayat na banana Quran se guidance na lena guidance kahan se lete hain log akhbari baton se jalson ki taqreeron se idhar udhar jo charcha hota hai us se hairat se se</w:t>
      </w:r>
    </w:p>
    <w:p>
      <w:pPr>
        <w:jc w:val="right"/>
      </w:pPr>
      <w:r>
        <w:t>تو راز صرف سادہ ہے بالکل وہ ہے قرآن کو کتاب ہدایت نہ بنانا قرآن سے گائیڈنس نہ لینا گائیڈنس کہاں سے لیتے ہیں لوگ اخباری باتوں سے جلسوں کی تقریروں سے ادھر ادھر جو چرچا ہوتا ہے اس سے حیرت سے سے</w:t>
      </w:r>
    </w:p>
    <w:p>
      <w:r>
        <w:rPr>
          <w:b/>
        </w:rPr>
        <w:t xml:space="preserve">[1:07:15] </w:t>
      </w:r>
      <w:r>
        <w:t>ke Toriya ne kya keh diya Ashraf Singhal ne kya keh diya yeh khoob khabar hai logon ko yeh khoob khabar hai aur Quran ne kya kaha is ki koi khabar nahi yeh poori ummat ka mamla hai India hi ki baat nahi hai duniya mein jahan bhi aap jaiye har jagah yahi hai</w:t>
      </w:r>
    </w:p>
    <w:p>
      <w:pPr>
        <w:jc w:val="right"/>
      </w:pPr>
      <w:r>
        <w:t>کہ توڑیا نے کیا کہہ دیا اشرف سنگل نے کیا کہہ دیا یہ خوب خبر ہے لوگوں کو یہ خوب خبر ہے اور قرآن نے کیا کہا اس کی کوئی خبر نہیں یہ پوری امت کا معاملہ ہے انڈیا ہی کی بات نہیں ہے دنیا میں جہاں بھی آپ جائیے ہر جگہ یہی ہے</w:t>
      </w:r>
    </w:p>
    <w:p>
      <w:r>
        <w:rPr>
          <w:b/>
        </w:rPr>
        <w:t xml:space="preserve">[1:07:35] </w:t>
      </w:r>
      <w:r>
        <w:t>ab hamein phir se logon ko yeh ek ek naya ek nayi soch lani hai logon ke andar ke tum pehle Quran se guidance talash karo jab guidance mil jaye to us par apni apna plan banao yun hi bhadak kar ke plan plan banana to is as a doom to failure aur yeh ho raha hai</w:t>
      </w:r>
    </w:p>
    <w:p>
      <w:pPr>
        <w:jc w:val="right"/>
      </w:pPr>
      <w:r>
        <w:t>اب ہمیں پھر سے لوگوں کو یہ ایک ایک نیا ایک نئی سوچ لانی ہے لوگوں کے اندر کہ تم پہلے قرآن سے گائیڈنس تلاش کرو جب گائیڈنس مل جائے تو اس پر اپنی اپنا پلان بناؤ یوں ہی بھڑک کر کے پلان پلان بنانا تو اس از اے ڈوم ٹو فیلیر اور یہ ہو رہا ہے</w:t>
      </w:r>
    </w:p>
    <w:p>
      <w:r>
        <w:rPr>
          <w:b/>
        </w:rPr>
        <w:t xml:space="preserve">[1:08:00] </w:t>
      </w:r>
      <w:r>
        <w:t>das question is from Mr Idris from Delhi</w:t>
      </w:r>
    </w:p>
    <w:p>
      <w:pPr>
        <w:jc w:val="right"/>
      </w:pPr>
      <w:r>
        <w:t>دس کوئسچن از فرام مسٹر ادریس فرام دہلی</w:t>
      </w:r>
    </w:p>
    <w:p>
      <w:r>
        <w:rPr>
          <w:b/>
        </w:rPr>
        <w:t xml:space="preserve">[1:08:05] </w:t>
      </w:r>
      <w:r>
        <w:t>most of the jihadis have never read Islam from its first source that is Quran and Hadith</w:t>
      </w:r>
    </w:p>
    <w:p>
      <w:pPr>
        <w:jc w:val="right"/>
      </w:pPr>
      <w:r>
        <w:t>موسٹ اف دا جہادیز ہیو نیور ریڈ اسلام فرام اٹس فرسٹ سورس دیٹ از قرآن اینڈ حدیث</w:t>
      </w:r>
    </w:p>
    <w:p>
      <w:r>
        <w:rPr>
          <w:b/>
        </w:rPr>
        <w:t xml:space="preserve">[1:08:14] </w:t>
      </w:r>
      <w:r>
        <w:t>non-Muslim who believe that Islam calls for violence also have not read Islam from the first source</w:t>
      </w:r>
    </w:p>
    <w:p>
      <w:pPr>
        <w:jc w:val="right"/>
      </w:pPr>
      <w:r>
        <w:t>نان مسلم ہو بیلیو دیٹ اسلام کالز فار وائیلنس السو ہیو ناٹ ریڈ اسلام فرام دی فرسٹ سورس</w:t>
      </w:r>
    </w:p>
    <w:p>
      <w:r>
        <w:rPr>
          <w:b/>
        </w:rPr>
        <w:t xml:space="preserve">[1:08:23] </w:t>
      </w:r>
      <w:r>
        <w:t>how is it that in the 21st century people fight and oppose with each other based on</w:t>
      </w:r>
    </w:p>
    <w:p>
      <w:pPr>
        <w:jc w:val="right"/>
      </w:pPr>
      <w:r>
        <w:t>ہاؤ از اٹ دیٹ ان دا ٹونٹی فرسٹ سینچری پیپل فائٹ اینڈ اپوز ود ایچ ادر بیسڈ ان</w:t>
      </w:r>
    </w:p>
    <w:p>
      <w:r>
        <w:rPr>
          <w:b/>
        </w:rPr>
        <w:t xml:space="preserve">[1:08:31] </w:t>
      </w:r>
      <w:r>
        <w:t>secondary source without reading it from the primary source</w:t>
      </w:r>
    </w:p>
    <w:p>
      <w:pPr>
        <w:jc w:val="right"/>
      </w:pPr>
      <w:r>
        <w:t>سیکنڈری سورس وداؤٹ ریڈنگ اٹ فرام دا پرائمری سورس</w:t>
      </w:r>
    </w:p>
    <w:p>
      <w:r>
        <w:rPr>
          <w:b/>
        </w:rPr>
        <w:t xml:space="preserve">[1:08:37] </w:t>
      </w:r>
      <w:r>
        <w:t>hum isi ke liye to abhi mission chala rahe hain barson barson ki mehnat ke baad hum ne Quran ka ek English translation taiyar kiya hai yeh ajeeb baat hai ke is zamane mein Allah taala ne aise halaat paida kiye ke pehli bar history mein ek international language bani angrezi aisa kabhi hua nahi tha yani computer ke age ka karishma hai yeh</w:t>
      </w:r>
    </w:p>
    <w:p>
      <w:pPr>
        <w:jc w:val="right"/>
      </w:pPr>
      <w:r>
        <w:t>ہم اسی کے لیے تو ابھی مشن چلا رہے ہیں برسوں برسوں کی محنت کے بعد ہم نے قرآن کا ایک انگلش ٹرانسلیشن تیار کیا ہے یہ عجیب بات ہے کہ اس زمانے میں اللہ تعالی نے ایسے حالات پیدا کیے کہ پہلی بار ہسٹری میں ایک انٹرنیشنل لینگویج بنی انگریزی ایسا کبھی ہوا نہیں تھا یعنی کمپیوٹر کے ایج کا کرشمہ ہے یہ</w:t>
      </w:r>
    </w:p>
    <w:p>
      <w:r>
        <w:rPr>
          <w:b/>
        </w:rPr>
        <w:t xml:space="preserve">[1:09:06] </w:t>
      </w:r>
      <w:r>
        <w:t>main ek ek radio par ek expert ki talk sun raha tha to us ne us ne is pe kaha tha ke computer sirf angrezi zaban janta hai woh jo aadmi tha ek expert bol raha tha woh ke computer sirf English zaban janta hai</w:t>
      </w:r>
    </w:p>
    <w:p>
      <w:pPr>
        <w:jc w:val="right"/>
      </w:pPr>
      <w:r>
        <w:t>میں ایک ایک ریڈیو پر ایک ایکسپرٹ کی ٹاک سن رہا تھا تو اس نے اس نے اس پہ کہا تھا کہ کمپیوٹر صرف انگریزی زبان جانتا ہے وہ جو آدمی تھا ایک ایکسپرٹ بول رہا تھا وہ کہ کمپیوٹر صرف انگلش زبان جانتا ہے</w:t>
      </w:r>
    </w:p>
    <w:p>
      <w:r>
        <w:rPr>
          <w:b/>
        </w:rPr>
        <w:t xml:space="preserve">[1:09:24] </w:t>
      </w:r>
      <w:r>
        <w:t>to is ka matlab yeh nahi ke absolute sense mein us ne kaha ke chounke is mein shuru</w:t>
      </w:r>
    </w:p>
    <w:p>
      <w:pPr>
        <w:jc w:val="right"/>
      </w:pPr>
      <w:r>
        <w:t>تو اس کا مطلب یہ نہیں کہ ایبسولیوٹ سینس میں اس نے کہا کہ چونکہ اس میں شروع</w:t>
      </w:r>
    </w:p>
    <w:p>
      <w:r>
        <w:rPr>
          <w:b/>
        </w:rPr>
        <w:t xml:space="preserve">[1:09:30] </w:t>
      </w:r>
      <w:r>
        <w:t>se jo kaam hua woh logon ne kiya jo English knowing log the agar doosre zamane wale karte</w:t>
      </w:r>
    </w:p>
    <w:p>
      <w:pPr>
        <w:jc w:val="right"/>
      </w:pPr>
      <w:r>
        <w:t>سے جو کام ہوا وہ لوگوں نے کیا جو انگلش نوئنگ لوگ تھے اگر دوسرے زمانے والے کرتے</w:t>
      </w:r>
    </w:p>
    <w:p>
      <w:r>
        <w:rPr>
          <w:b/>
        </w:rPr>
        <w:t xml:space="preserve">[1:09:36] </w:t>
      </w:r>
      <w:r>
        <w:t>to is mein woh zaban aa jati ab jo computer age aaya hai to English age ban gaya</w:t>
      </w:r>
    </w:p>
    <w:p>
      <w:pPr>
        <w:jc w:val="right"/>
      </w:pPr>
      <w:r>
        <w:t>تو اس میں وہ زبان آ جاتی اب جو کمپیوٹر ایج آیا ہے تو انگلش ایج بن گیا</w:t>
      </w:r>
    </w:p>
    <w:p>
      <w:r>
        <w:rPr>
          <w:b/>
        </w:rPr>
        <w:t xml:space="preserve">[1:09:41] </w:t>
      </w:r>
      <w:r>
        <w:t>hai woh ab sari duniya mein logon ko computer ki zaroorat hai to Khuda ne ek compression create</w:t>
      </w:r>
    </w:p>
    <w:p>
      <w:pPr>
        <w:jc w:val="right"/>
      </w:pPr>
      <w:r>
        <w:t>ہے وہ اب ساری دنیا میں لوگوں کو کمپیوٹر کی ضرورت ہے تو خدا نے ایک کمپریشن کریٹ</w:t>
      </w:r>
    </w:p>
    <w:p>
      <w:r>
        <w:rPr>
          <w:b/>
        </w:rPr>
        <w:t xml:space="preserve">[1:09:48] </w:t>
      </w:r>
      <w:r>
        <w:t>kya kompreshan computer ke zariye se ke log english seekhein</w:t>
      </w:r>
    </w:p>
    <w:p>
      <w:pPr>
        <w:jc w:val="right"/>
      </w:pPr>
      <w:r>
        <w:t>کیا کمپریشن کمپیوٹر کے ذریعے سے کہ لوگ انگلش سیکھیں</w:t>
      </w:r>
    </w:p>
    <w:p>
      <w:r>
        <w:rPr>
          <w:b/>
        </w:rPr>
        <w:t xml:space="preserve">[1:09:55] </w:t>
      </w:r>
      <w:r>
        <w:t>to is tarah Khuda ne ek ek ek language ko ek international language bana diya yeh baat tadapta tha is ko is le kar ke logon se kehta tha ke achha tarjuma English ka jitne tarjume English ke hain abhi sab mein ambiguity hai kisi mein clarity nahi hai Quran ka sab se bada yani clarity par excelsa hai Quran majeed mein</w:t>
      </w:r>
    </w:p>
    <w:p>
      <w:pPr>
        <w:jc w:val="right"/>
      </w:pPr>
      <w:r>
        <w:t>تو اس طرح خدا نے ایک ایک ایک لینگویج کو ایک انٹرنیشنل لینگویج بنا دیا یہ بات تڑپتا تھا اس کو اس لے کر کے لوگوں سے کہتا تھا کہ اچھا ترجمہ انگلش کا جتنے ترجمے انگلش کے ہیں ابھی سب میں ایمبیگوٹی ہے کسی میں کلیرٹی نہیں ہے قرآن کا سب سے بڑا یعنی کلیرٹی پار اکسلا ہے قرآن مجید میں</w:t>
      </w:r>
    </w:p>
    <w:p>
      <w:r>
        <w:rPr>
          <w:b/>
        </w:rPr>
        <w:t xml:space="preserve">[1:10:19] </w:t>
      </w:r>
      <w:r>
        <w:t>lekin jo translations hain is mein yahi cheez ghayab hai clarity hi nahi hai to jab maine dekha ke koi nahi kar raha hai to maine apni meri beti hain Dr Fareeda Khanam un ko le kar ke main kitni mehnatain ki hain is ka Khuda hi janta hai</w:t>
      </w:r>
    </w:p>
    <w:p>
      <w:pPr>
        <w:jc w:val="right"/>
      </w:pPr>
      <w:r>
        <w:t>لیکن جو ٹرانسلیشنز ہیں اس میں یہی چیز غائب ہے کلیرٹی ہی نہیں ہے تو جب میں نے دیکھا کہ کوئی نہیں کر رہا ہے تو میں نے اپنی میری بیٹی ہیں ڈاکٹر فریدہ خانم ان کو لے کر کے میں کتنی محنتیں کی ہیں اس کا خدا ہی جانتا ہے</w:t>
      </w:r>
    </w:p>
    <w:p>
      <w:r>
        <w:rPr>
          <w:b/>
        </w:rPr>
        <w:t xml:space="preserve">[1:10:38] </w:t>
      </w:r>
      <w:r>
        <w:t>bohat lambi muddat ke baad</w:t>
      </w:r>
    </w:p>
    <w:p>
      <w:pPr>
        <w:jc w:val="right"/>
      </w:pPr>
      <w:r>
        <w:t>بہت لمبی مدت کے بعد</w:t>
      </w:r>
    </w:p>
    <w:p>
      <w:r>
        <w:rPr>
          <w:b/>
        </w:rPr>
        <w:t xml:space="preserve">[1:10:45] </w:t>
      </w:r>
      <w:r>
        <w:t>yeh maine ek martaba padha tha ek kitab chhapi thi ek bar ke freedom at midnight freedom at midnight do authors the is ke ek French tha ek British tha us ne likhi thi to ek interview mein kaha tha us ne ke we lived like Herbert and we produced freedom at midnight</w:t>
      </w:r>
    </w:p>
    <w:p>
      <w:pPr>
        <w:jc w:val="right"/>
      </w:pPr>
      <w:r>
        <w:t>یہ میں نے ایک مرتبہ پڑھا تھا ایک کتاب چھپی تھی ایک بار کہ فریڈم ایٹ مڈ نائٹ فریڈم ایٹ مڈ نائٹ دو اتھرز تھے اس کے ایک فرنچ تھا ایک برٹش تھا اس نے لکھی تھی تو ایک انٹرویو میں کہا تھا اس نے کہ وی لیوڈ لائک ہربٹ اینڈ وی پروڈیوس فریڈم ایٹ مڈ نائٹ</w:t>
      </w:r>
    </w:p>
    <w:p>
      <w:r>
        <w:rPr>
          <w:b/>
        </w:rPr>
        <w:t xml:space="preserve">[1:11:12] </w:t>
      </w:r>
      <w:r>
        <w:t>hum hum harbat ban gaye yahan tak ke hum ne yeh kitab tayyar ki to waqea hai ke hum is ke liye harbat ban gaye is tarjume ke liye barson barson tak</w:t>
      </w:r>
    </w:p>
    <w:p>
      <w:pPr>
        <w:jc w:val="right"/>
      </w:pPr>
      <w:r>
        <w:t>ہم ہم ہربٹ بن گئے یہاں تک کہ ہم نے یہ کتاب تیار کی تو واقعہ ہے کہ ہم اس کے لیے ہربٹ بن گئے اس ترجمے کے لیے برسوں برسوں تک</w:t>
      </w:r>
    </w:p>
    <w:p>
      <w:r>
        <w:rPr>
          <w:b/>
        </w:rPr>
        <w:t xml:space="preserve">[1:11:27] </w:t>
      </w:r>
      <w:r>
        <w:t>tab yeh tarjuma tayyar hua hai ab jo bhi is ko parhta hai us ko lagta hai ke bhai yeh to bari clear kitab hai samajh mein aati hai bilkul</w:t>
      </w:r>
    </w:p>
    <w:p>
      <w:pPr>
        <w:jc w:val="right"/>
      </w:pPr>
      <w:r>
        <w:t>تب یہ ترجمہ تیار ہوا ہے اب جو بھی اس کو پڑھتا ہے اس کو لگتا ہے کہ بھئی یہ تو بڑی کلیئر کتاب ہے سمجھ میں آتی ہے بالکل</w:t>
      </w:r>
    </w:p>
    <w:p>
      <w:r>
        <w:rPr>
          <w:b/>
        </w:rPr>
        <w:t xml:space="preserve">[1:11:38] </w:t>
      </w:r>
      <w:r>
        <w:t>to jo hamara literature hai wo samjhiye ke wo quran ka commentary samjh lijiye us ko to dono</w:t>
      </w:r>
    </w:p>
    <w:p>
      <w:pPr>
        <w:jc w:val="right"/>
      </w:pPr>
      <w:r>
        <w:t>تو جو ہمارا لٹریچر ہے وہ سمجھیے کہ وہ قرآن کا کمنٹری سمجھ لیجئے اس کو تو دونوں</w:t>
      </w:r>
    </w:p>
    <w:p>
      <w:r>
        <w:rPr>
          <w:b/>
        </w:rPr>
        <w:t xml:space="preserve">[1:11:46] </w:t>
      </w:r>
      <w:r>
        <w:t>chalana hai aap ko yani ye translation phailana hai aap ko dunya bhar mein ye ye kitabein hi</w:t>
      </w:r>
    </w:p>
    <w:p>
      <w:pPr>
        <w:jc w:val="right"/>
      </w:pPr>
      <w:r>
        <w:t>چلانا ہے آپ کو یعنی یہ ٹرانسلیشن پھیلانا ہے آپ کو دنیا بھر میں یہ یہ کتابیں ہی</w:t>
      </w:r>
    </w:p>
    <w:p>
      <w:r>
        <w:rPr>
          <w:b/>
        </w:rPr>
        <w:t xml:space="preserve">[1:11:51] </w:t>
      </w:r>
      <w:r>
        <w:t>phailana hai kyunke ye kitab hai jo translation is translation ka commentary hai ye kitabein jo hamare haan</w:t>
      </w:r>
    </w:p>
    <w:p>
      <w:pPr>
        <w:jc w:val="right"/>
      </w:pPr>
      <w:r>
        <w:t>پھیلانا ہے کیونکہ یہ کتاب ہے جو ٹرانسلیشن اس ٹرانسلیشن کا کمنٹری ہے یہ کتابیں جو ہمارے ہاں</w:t>
      </w:r>
    </w:p>
    <w:p>
      <w:r>
        <w:rPr>
          <w:b/>
        </w:rPr>
        <w:t xml:space="preserve">[1:11:59] </w:t>
      </w:r>
      <w:r>
        <w:t>chapi hain wo sab background dete hain baghair background ke aap quran ko samajh bhi nahin</w:t>
      </w:r>
    </w:p>
    <w:p>
      <w:pPr>
        <w:jc w:val="right"/>
      </w:pPr>
      <w:r>
        <w:t>چھپی ہیں وہ سب بیک گراؤنڈ دیتے ہیں بغیر بیک گراؤنڈ کے آپ قرآن کو سمجھ بھی نہیں</w:t>
      </w:r>
    </w:p>
    <w:p>
      <w:r>
        <w:rPr>
          <w:b/>
        </w:rPr>
        <w:t xml:space="preserve">[1:12:03] </w:t>
      </w:r>
      <w:r>
        <w:t>sakte to quran ko phailaiye aur in kitabon ko phailaiye</w:t>
      </w:r>
    </w:p>
    <w:p>
      <w:pPr>
        <w:jc w:val="right"/>
      </w:pPr>
      <w:r>
        <w:t>سکتے تو قرآن کو پھیلائیے اور ان کتابوں کو پھیلائیے</w:t>
      </w:r>
    </w:p>
    <w:p>
      <w:r>
        <w:rPr>
          <w:b/>
        </w:rPr>
        <w:t xml:space="preserve">[1:12:08] </w:t>
      </w:r>
      <w:r>
        <w:t>yeh hamara mission hai taake musalmanon ke andar naya mind bane aur non muslims ko bhi sahi dhang se sochna hai soch saken woh yahi to mission hamara hai yahi aaj ki sab se bari zaroorat hai sab se bari zaroorat aaj yahi hai ke aap quran ko phailayein is l</w:t>
      </w:r>
    </w:p>
    <w:p>
      <w:pPr>
        <w:jc w:val="right"/>
      </w:pPr>
      <w:r>
        <w:t>یہ ہمارا مشن ہے تاکہ مسلمانوں کے اندر نیا مائنڈ بنے اور نان مسلمز کو بھی صحیح ڈھنگ سے سوچنا ہے سوچ سکیں وہ یہی تو مشن ہمارا ہے یہی آج کی سب سے بڑی ضرورت ہے سب سے بڑی ضرورت آج یہی ہے کہ آپ قرآن کو پھیلائیں اس ل</w:t>
      </w:r>
    </w:p>
    <w:p>
      <w:r>
        <w:rPr>
          <w:b/>
        </w:rPr>
        <w:t xml:space="preserve">[1:12:30] </w:t>
      </w:r>
      <w:r>
        <w:t>iterature ko phailayein literature ke zariye mind banega aur quran ke zariye un ko sahi message milega aur sari dunya mein yeh kaam kar dalna hai</w:t>
      </w:r>
    </w:p>
    <w:p>
      <w:pPr>
        <w:jc w:val="right"/>
      </w:pPr>
      <w:r>
        <w:t>ٹریچر کو پھیلائیں لٹریچر کے ذریعے مائنڈ بنے گا اور قرآن کے ذریعے ان کو صحیح میسج ملے گا اور ساری دنیا میں یہ کام کر ڈالنا ہے</w:t>
      </w:r>
    </w:p>
    <w:p>
      <w:r>
        <w:rPr>
          <w:b/>
        </w:rPr>
        <w:t xml:space="preserve">[1:12:40] </w:t>
      </w:r>
      <w:r>
        <w:t>aap mein se har shakhs ko chahiye ke apne doosri cheezon ko secondary banaye family ko bachon ko business ko har cheez secondary banaiye aur primary is daawa work ko banaiye warna khuda ke sab pakad jayenge sab log pakad jayenge</w:t>
      </w:r>
    </w:p>
    <w:p>
      <w:pPr>
        <w:jc w:val="right"/>
      </w:pPr>
      <w:r>
        <w:t>آپ میں سے ہر شخص کو چاہیے کہ اپنے دوسری چیزوں کو سیکنڈری بنائے فیملی کو بچوں کو بزنس کو ہر چیز سیکنڈری بنائیے اور پرائمری اس دعوی ورک کو بنائیے ورنہ خدا کے سب پکڑ جائیں گے سب لوگ پکڑ جائیں گے</w:t>
      </w:r>
    </w:p>
    <w:p>
      <w:r>
        <w:rPr>
          <w:b/>
        </w:rPr>
        <w:t xml:space="preserve">[1:12:59] </w:t>
      </w:r>
      <w:r>
        <w:t>ye mein mein koi shayari nahin kar raha hoon</w:t>
      </w:r>
    </w:p>
    <w:p>
      <w:pPr>
        <w:jc w:val="right"/>
      </w:pPr>
      <w:r>
        <w:t>یہ میں میں کوئی شاعری نہیں کر رہا ہوں</w:t>
      </w:r>
    </w:p>
    <w:p>
      <w:r>
        <w:rPr>
          <w:b/>
        </w:rPr>
        <w:t xml:space="preserve">[1:13:03] </w:t>
      </w:r>
      <w:r>
        <w:t>ab aakhri waqt aa gaya hai dekhiye aakhri waqt mein is liye keh raha hoon ke quran mein</w:t>
      </w:r>
    </w:p>
    <w:p>
      <w:pPr>
        <w:jc w:val="right"/>
      </w:pPr>
      <w:r>
        <w:t>اب آخری وقت آ گیا ہے دیکھیے آخری وقت میں اس لیے کہہ رہا ہوں کہ قرآن میں</w:t>
      </w:r>
    </w:p>
    <w:p>
      <w:r>
        <w:rPr>
          <w:b/>
        </w:rPr>
        <w:t xml:space="preserve">[1:13:08] </w:t>
      </w:r>
      <w:r>
        <w:t>hai wo hadith mein hai ke aakhri zamane mein khuda word of god ko sare gharon mein pahuncha</w:t>
      </w:r>
    </w:p>
    <w:p>
      <w:pPr>
        <w:jc w:val="right"/>
      </w:pPr>
      <w:r>
        <w:t>ہے وہ حدیث میں ہے کہ آخری زمانے میں خدا ورڈ آف گاڈ کو سارے گھروں میں پہنچا</w:t>
      </w:r>
    </w:p>
    <w:p>
      <w:r>
        <w:rPr>
          <w:b/>
        </w:rPr>
        <w:t xml:space="preserve">[1:13:15] </w:t>
      </w:r>
      <w:r>
        <w:t>dega la yubqa la zahri larz bait modern wa wala wa bar illa adkhala adkhala allah kalmatul islam</w:t>
      </w:r>
    </w:p>
    <w:p>
      <w:pPr>
        <w:jc w:val="right"/>
      </w:pPr>
      <w:r>
        <w:t>دے گا لا یبقى لا ظہری لرز بیت مدرن و ولا وبر الا ادخل ادخل اللہ کلمۃ الاسلام</w:t>
      </w:r>
    </w:p>
    <w:p>
      <w:r>
        <w:rPr>
          <w:b/>
        </w:rPr>
        <w:t xml:space="preserve">[1:13:26] </w:t>
      </w:r>
      <w:r>
        <w:t>yani har ghar mein pahunch jana</w:t>
      </w:r>
    </w:p>
    <w:p>
      <w:pPr>
        <w:jc w:val="right"/>
      </w:pPr>
      <w:r>
        <w:t>یعنی ہر گھر میں پہنچ جانا</w:t>
      </w:r>
    </w:p>
    <w:p>
      <w:r>
        <w:rPr>
          <w:b/>
        </w:rPr>
        <w:t xml:space="preserve">[1:13:29] </w:t>
      </w:r>
      <w:r>
        <w:t>to dekhiye aaj hi to mumkin hua hai yeh modern communication ke baad hi to mumkin hua hai yeh ab jo geography hai ab jo communication hai ab jo interaction hai ab jo printing press hai tabhi to mumkin hua hai yeh ke har ghar mein aap pahuncha saken</w:t>
      </w:r>
    </w:p>
    <w:p>
      <w:pPr>
        <w:jc w:val="right"/>
      </w:pPr>
      <w:r>
        <w:t>تو دیکھیے آج ہی تو ممکن ہوا ہے یہ ماڈرن کمیونیکیشن کے بعد ہی تو ممکن ہوا ہے یہ اب جو جیوگرافی ہے اب جو کمیونیکیشن ہے اب جو انٹریکشن ہے اب جو پرنٹنگ پریس ہے تبھی تو ممکن ہوا ہے یہ کہ ہر گھر میں آپ پہنچا سکیں</w:t>
      </w:r>
    </w:p>
    <w:p>
      <w:r>
        <w:rPr>
          <w:b/>
        </w:rPr>
        <w:t xml:space="preserve">[1:13:48] </w:t>
      </w:r>
      <w:r>
        <w:t>to yeh khuda ki planning ko samjhiye khuda ki planning ko samjhiye yeh khuda ki planning hai dekhiye woh hadith mein jo baat kahi gayi hai to farishte nahi aayenge word of god ko gharon gharon mein dakhil karne ke liye</w:t>
      </w:r>
    </w:p>
    <w:p>
      <w:pPr>
        <w:jc w:val="right"/>
      </w:pPr>
      <w:r>
        <w:t>تو یہ خدا کی پلاننگ کو سمجھیے خدا کی پلاننگ کو سمجھیے یہ خدا کی پلاننگ ہے دیکھیے وہ حدیث میں جو بات کہی گئی ہے تو فرشتے نہیں آئیں گے ورڈ آف گاڈ کو گھروں گھروں میں داخل کرنے کے لیے</w:t>
      </w:r>
    </w:p>
    <w:p>
      <w:r>
        <w:rPr>
          <w:b/>
        </w:rPr>
        <w:t xml:space="preserve">[1:14:06] </w:t>
      </w:r>
      <w:r>
        <w:t>khuda ke angel nahi aa kar ke gharon gharon mein dakhil karenge word of god aap hi ko karna hai aap ko to khuda ne ek lamba process chalaya</w:t>
      </w:r>
    </w:p>
    <w:p>
      <w:pPr>
        <w:jc w:val="right"/>
      </w:pPr>
      <w:r>
        <w:t>خدا کے اینجل نہیں آ کر کے گھروں گھروں میں داخل کریں گے ورڈ آف گاڈ آپ ہی کو کرنا ہے آپ کو تو خدا نے ایک لمبا پراسیس چلایا</w:t>
      </w:r>
    </w:p>
    <w:p>
      <w:r>
        <w:rPr>
          <w:b/>
        </w:rPr>
        <w:t xml:space="preserve">[1:14:17] </w:t>
      </w:r>
      <w:r>
        <w:t>woh lamba process is ka culmination hai aaj ke sari cheez possible ho gayi aaj latest freedom hai aaj communication hai aaj interaction hai aaj spirit of inquiry hai aaj printing press hai aaj hum ko maloom hai ke ek ghar ke bare mein kahan hai woh hai har ghar ka pata hai hamein us ka address hai sab kuch yeh pehle possible</w:t>
      </w:r>
    </w:p>
    <w:p>
      <w:pPr>
        <w:jc w:val="right"/>
      </w:pPr>
      <w:r>
        <w:t>وہ لمبا پراسیس اس کا کلمنیشن ہے آج کہ ساری چیز پاسیبل ہو گئی آج لیٹسٹ فریڈم ہے آج کمیونیکیشن ہے آج انٹریکشن ہے آج اسپرٹ آف انکوائری ہے آج پرنٹنگ پریس ہے آج ہم کو معلوم ہے کہ ایک گھر کے بارے میں کہاں ہے وہ ہے ہر گھر کا پتہ ہے ہمیں اس کا ایڈریس ہے سب کچھ یہ پہلے پاسیبل</w:t>
      </w:r>
    </w:p>
    <w:p>
      <w:r>
        <w:rPr>
          <w:b/>
        </w:rPr>
        <w:t xml:space="preserve">[1:14:43] </w:t>
      </w:r>
      <w:r>
        <w:t>nahi tha jab yeh ho gaya to is ka matlab yeh hai ke ab aap ka farz ho gaya har ek ka ke word of god ko gharon gharon mein dakhil karein</w:t>
      </w:r>
    </w:p>
    <w:p>
      <w:pPr>
        <w:jc w:val="right"/>
      </w:pPr>
      <w:r>
        <w:t>نہیں تھا جب یہ ہو گیا تو اس کا معنی یہ ہے کہ اب آپ کا فرض ہو گیا ہر ایک کا کہ ورڈ آف گاڈ کو گھروں گھروں میں داخل کریں</w:t>
      </w:r>
    </w:p>
    <w:p>
      <w:r>
        <w:rPr>
          <w:b/>
        </w:rPr>
        <w:t xml:space="preserve">[1:14:52] </w:t>
      </w:r>
      <w:r>
        <w:t>to main aap sab se yeh kahunga aur jo doosre log sun rahe hain un sab se kahunga ke waqt aa gaya hai ke aap har doosri cheez ko secondary banaiye apni family ko apne bachon ko apne business ko apni service ko secondary banaiye aur is daawa ko ke ghar ghar mein khuda ka paigham dakhil ho jaye sahi shakal mein</w:t>
      </w:r>
    </w:p>
    <w:p>
      <w:pPr>
        <w:jc w:val="right"/>
      </w:pPr>
      <w:r>
        <w:t>تو میں آپ سب سے یہ کہوں گا اور جو دوسرے لوگ سن رہے ہیں ان سب سے کہوں گا کہ وقت آ گیا ہے کہ آپ ہر دوسری چیز کو سیکنڈری بنائیے اپنی فیملی کو اپنے بچوں کو اپنے بزنس کو اپنی سروس کو سیکنڈری بنائیے اور اس دعویٰ کو کہ گھر گھر میں خدا کا پیغام داخل ہو جائے صحیح شکل میں</w:t>
      </w:r>
    </w:p>
    <w:p>
      <w:r>
        <w:rPr>
          <w:b/>
        </w:rPr>
        <w:t xml:space="preserve">[1:15:16] </w:t>
      </w:r>
      <w:r>
        <w:t>sahi shakal mein ghar ghar mein khuda ka paigham dakhil ho jaye</w:t>
      </w:r>
    </w:p>
    <w:p>
      <w:pPr>
        <w:jc w:val="right"/>
      </w:pPr>
      <w:r>
        <w:t>صحیح شکل میں گھر گھر میں خدا کا پیغام داخل ہو جائے</w:t>
      </w:r>
    </w:p>
    <w:p>
      <w:r>
        <w:rPr>
          <w:b/>
        </w:rPr>
        <w:t xml:space="preserve">[1:15:20] </w:t>
      </w:r>
      <w:r>
        <w:t>la yakuna lil nasi illa hujjatun baadar rasul taake qayamat mein kisi ko yeh kehne ka mauqa na mile ke hum ko pata nahi tha jo doosre literature hain jo doosre tarjume hain woh sab confusion mein dalne wale hain yeh literature aur yeh tarjuma jo hai yahi clear cut paigham deta hai</w:t>
      </w:r>
    </w:p>
    <w:p>
      <w:pPr>
        <w:jc w:val="right"/>
      </w:pPr>
      <w:r>
        <w:t>لا یکون للناس الا حجت بعد الرسول تاکہ قیامت میں کسی کو یہ کہنے کا موقع نہ ملے کہ ہم کو پتہ نہیں تھا جو دوسرے لٹریچر ہیں جو دوسرے ترجمے ہیں وہ سب کنفیوژن میں ڈالنے والے ہیں یہ لٹریچر اور یہ ترجمہ جو ہے یہی کلیئر کٹ پیغام دیتا ہے</w:t>
      </w:r>
    </w:p>
    <w:p>
      <w:r>
        <w:rPr>
          <w:b/>
        </w:rPr>
        <w:t xml:space="preserve">[1:15:43] </w:t>
      </w:r>
      <w:r>
        <w:t>to jo log bhi sun rahe hain jo log tak meri awaz pahunche un sab se mein kahoon</w:t>
      </w:r>
    </w:p>
    <w:p>
      <w:pPr>
        <w:jc w:val="right"/>
      </w:pPr>
      <w:r>
        <w:t>تو جو لوگ بھی سن رہے ہیں جو لوگ تک میری آواز پہنچے ان سب سے میں کہوں</w:t>
      </w:r>
    </w:p>
    <w:p>
      <w:r>
        <w:rPr>
          <w:b/>
        </w:rPr>
        <w:t xml:space="preserve">[1:15:47] </w:t>
      </w:r>
      <w:r>
        <w:t>ga ke aakhri waqt aa gaya hai ke aap isi ko apni priority base pe lijiye</w:t>
      </w:r>
    </w:p>
    <w:p>
      <w:pPr>
        <w:jc w:val="right"/>
      </w:pPr>
      <w:r>
        <w:t>گا کہ آخری وقت آ گیا ہے کہ آپ اسی کو اپنی پرائرٹی بیس پہ لیجئے</w:t>
      </w:r>
    </w:p>
    <w:p>
      <w:r>
        <w:rPr>
          <w:b/>
        </w:rPr>
        <w:t xml:space="preserve">[1:15:55] </w:t>
      </w:r>
      <w:r>
        <w:t>you have to reset your priority</w:t>
      </w:r>
    </w:p>
    <w:p>
      <w:pPr>
        <w:jc w:val="right"/>
      </w:pPr>
      <w:r>
        <w:t>یو ہیو ٹو ری سیٹ یور پرائرٹی</w:t>
      </w:r>
    </w:p>
    <w:p>
      <w:r>
        <w:rPr>
          <w:b/>
        </w:rPr>
        <w:t xml:space="preserve">[1:15:59] </w:t>
      </w:r>
      <w:r>
        <w:t>you have to reset your priority</w:t>
      </w:r>
    </w:p>
    <w:p>
      <w:pPr>
        <w:jc w:val="right"/>
      </w:pPr>
      <w:r>
        <w:t>یو ہیو ٹو ری سیٹ یور پرائرٹی</w:t>
      </w:r>
    </w:p>
    <w:p>
      <w:r>
        <w:rPr>
          <w:b/>
        </w:rPr>
        <w:t xml:space="preserve">[1:16:02] </w:t>
      </w:r>
      <w:r>
        <w:t>warna khuda ke haan aap bilashubah pakde jayenge ke sab kuch ho chuka tha sab kuch ho</w:t>
      </w:r>
    </w:p>
    <w:p>
      <w:pPr>
        <w:jc w:val="right"/>
      </w:pPr>
      <w:r>
        <w:t>ورنہ خدا کے ہاں آپ بلاشبہ پکڑے جائیں گے کہ سب کچھ ہو چکا تھا سب کچھ ہو</w:t>
      </w:r>
    </w:p>
    <w:p>
      <w:r>
        <w:rPr>
          <w:b/>
        </w:rPr>
        <w:t xml:space="preserve">[1:16:08] </w:t>
      </w:r>
      <w:r>
        <w:t>chuka tha 99 percent kaam ho chuka tha ek percent tumhein karna tha wo tum ne nahin kiya</w:t>
      </w:r>
    </w:p>
    <w:p>
      <w:pPr>
        <w:jc w:val="right"/>
      </w:pPr>
      <w:r>
        <w:t>چکا تھا 99 پرسنٹ کام ہو چکا تھا ایک پرسنٹ تمہیں کرنا تھا وہ تم نے نہیں کیا</w:t>
      </w:r>
    </w:p>
    <w:p>
      <w:r>
        <w:rPr>
          <w:b/>
        </w:rPr>
        <w:t xml:space="preserve">[1:16:14] </w:t>
      </w:r>
      <w:r>
        <w:t>aaj 99 percent kaam ho chuka hai ek percent kaam sirf aap ko karna hai wahi aap na karein tab bataiye ke khuda ke haan kaise aap ko aap ka khush aamdeed kaha jayega</w:t>
      </w:r>
    </w:p>
    <w:p>
      <w:pPr>
        <w:jc w:val="right"/>
      </w:pPr>
      <w:r>
        <w:t>آج 99 پرسنٹ کام ہو چکا ہے ایک پرسنٹ کام صرف آپ کو کرنا ہے وہی آپ نہ کریں تب بتائیے کہ خدا کے ہاں کیسے آپ کو آپ کا خوش آمدید کہا جائے گا</w:t>
      </w:r>
    </w:p>
    <w:p>
      <w:r>
        <w:rPr>
          <w:b/>
        </w:rPr>
        <w:t xml:space="preserve">[1:16:32] </w:t>
      </w:r>
      <w:r>
        <w:t>this question is from mr mustafa umri from delhi</w:t>
      </w:r>
    </w:p>
    <w:p>
      <w:pPr>
        <w:jc w:val="right"/>
      </w:pPr>
      <w:r>
        <w:t>دس کوئسچن از فرام مسٹر مصطفی عمری فرام دہلی</w:t>
      </w:r>
    </w:p>
    <w:p>
      <w:r>
        <w:rPr>
          <w:b/>
        </w:rPr>
        <w:t xml:space="preserve">[1:16:37] </w:t>
      </w:r>
      <w:r>
        <w:t>india ko azadi mahatma gandhi ki peaceful tehreek se mili ya second world war mein british army ki kamzori ho jane ki wajah se</w:t>
      </w:r>
    </w:p>
    <w:p>
      <w:pPr>
        <w:jc w:val="right"/>
      </w:pPr>
      <w:r>
        <w:t>انڈیا کو آزادی مہاتما گاندھی کی پیس فل تحریک سے ملی یا سیکنڈ ورلڈ وار میں برٹش آرمی کی کمزوری ہو جانے کی وجہ سے</w:t>
      </w:r>
    </w:p>
    <w:p>
      <w:r>
        <w:rPr>
          <w:b/>
        </w:rPr>
        <w:t xml:space="preserve">[1:16:50] </w:t>
      </w:r>
      <w:r>
        <w:t>donon mamla yani fifty fifty ka mamla hai yeh koi bhi aadmi jo kaam karta hai to bahut se factor is mein kaam karte hain profit jo relation late hain us mein bhi bahut se factor kaam karte hain</w:t>
      </w:r>
    </w:p>
    <w:p>
      <w:pPr>
        <w:jc w:val="right"/>
      </w:pPr>
      <w:r>
        <w:t>دونوں معاملہ یعنی ففٹی ففٹی کا معاملہ ہے یہ کوئی بھی آدمی جو کام کرتا ہے تو بہت سے فیکٹر اس میں کام کرتے ہیں پرافٹ جو ریلیشن لاتے ہیں اس میں بھی بہت سے فیکٹر کام کرتے ہیں</w:t>
      </w:r>
    </w:p>
    <w:p>
      <w:r>
        <w:rPr>
          <w:b/>
        </w:rPr>
        <w:t xml:space="preserve">[1:17:04] </w:t>
      </w:r>
      <w:r>
        <w:t>aisa koi bhi waqea duniya mein nahin ek hundred percent kisi ek ke khane mein aap daal saken</w:t>
      </w:r>
    </w:p>
    <w:p>
      <w:pPr>
        <w:jc w:val="right"/>
      </w:pPr>
      <w:r>
        <w:t>ایسا کوئی بھی واقعہ دنیا میں نہیں ایک ہنڈرڈ پرسنٹ کسی ایک کے خانے میں آپ ڈال سکیں</w:t>
      </w:r>
    </w:p>
    <w:p>
      <w:r>
        <w:rPr>
          <w:b/>
        </w:rPr>
        <w:t xml:space="preserve">[1:17:08] </w:t>
      </w:r>
      <w:r>
        <w:t>isko ya aisa koi waqea duniya mein pesh nahin aata hai bahut se factors hote hain akhatta</w:t>
      </w:r>
    </w:p>
    <w:p>
      <w:pPr>
        <w:jc w:val="right"/>
      </w:pPr>
      <w:r>
        <w:t>اس کو یا ایسا کوئی واقعہ دنیا میں پیش نہیں آتا ہے بہت سے فیکٹرز ہوتے ہیں اکٹھا</w:t>
      </w:r>
    </w:p>
    <w:p>
      <w:r>
        <w:rPr>
          <w:b/>
        </w:rPr>
        <w:t xml:space="preserve">[1:17:15] </w:t>
      </w:r>
      <w:r>
        <w:t>hote hain tab ja kar ke ek waqea duniya mein aata hai chahe peghambar ho ya secular aadmi</w:t>
      </w:r>
    </w:p>
    <w:p>
      <w:pPr>
        <w:jc w:val="right"/>
      </w:pPr>
      <w:r>
        <w:t>ہوتے ہیں تب جا کر کے ایک واقعہ دنیا میں آتا ہے چاہے پیغمبر ہو یا سیکولر آدمی</w:t>
      </w:r>
    </w:p>
    <w:p>
      <w:r>
        <w:rPr>
          <w:b/>
        </w:rPr>
        <w:t xml:space="preserve">[1:17:19] </w:t>
      </w:r>
      <w:r>
        <w:t>ho ye to law of nature hai to mein kahunga ye fifty fifty ka mamla hai fifty</w:t>
      </w:r>
    </w:p>
    <w:p>
      <w:pPr>
        <w:jc w:val="right"/>
      </w:pPr>
      <w:r>
        <w:t>ہو یہ تو لاء آف نیچر ہے تو میں کہوں گا یہ ففٹی ففٹی کا معاملہ ہے ففٹی</w:t>
      </w:r>
    </w:p>
    <w:p>
      <w:r>
        <w:rPr>
          <w:b/>
        </w:rPr>
        <w:t xml:space="preserve">[1:17:26] </w:t>
      </w:r>
      <w:r>
        <w:t>percent jo hai second world war aur fifty percent jo hai mahatma gandhi ki peace fully struggle</w:t>
      </w:r>
    </w:p>
    <w:p>
      <w:pPr>
        <w:jc w:val="right"/>
      </w:pPr>
      <w:r>
        <w:t>پرسنٹ جو ہے سیکنڈ ورلڈ وار اور ففٹی پرسنٹ جو ہے مہاتما گاندھی کی پیس فلی سٹرگل</w:t>
      </w:r>
    </w:p>
    <w:p>
      <w:r>
        <w:rPr>
          <w:b/>
        </w:rPr>
        <w:t xml:space="preserve">[1:17:35] </w:t>
      </w:r>
      <w:r>
        <w:t>this question is from mr zubair ahmed from delhi forget about religious or political wars how would you react if i occupy this conference hall or take away your belongings kindly comment dekhiye farzi sawal le ke aaya tha yeh abhi haram hai farzi sawal karna jab aap jo aap occupy kar lenge to puchega hum se ke ab main kya karoon aap kar lijiye occupy abhi dekhein aap ka occupy karna hai kaise karte hain aap</w:t>
      </w:r>
    </w:p>
    <w:p>
      <w:pPr>
        <w:jc w:val="right"/>
      </w:pPr>
      <w:r>
        <w:t>دس کوئسچن از فرام مسٹر زبیر احمد فرام دہلی فارگیٹ اباؤٹ ریلیجیس اور پولیٹیکل وارز ہاؤ وڈ یو ری ایکٹ اف آئی اکوپائی دس کانفرنس ہال اور ٹیک اوے یور بیلانگنگز کائنڈلی کمنٹ دیکھیے فرضی سوال لے کے آیا تھا یہ ابھی حرام ہے فرضی سوال کرنا جب آپ جو آپ اکوپائی کر لیں گے تو پوچھے گا ہم سے کہ اب میں کیا کروں آپ کر لیجئے اکوپائی ابھی دیکھیں آپ کا اکوپائی کرنا ہے کیسے کرتے ہیں آپ</w:t>
      </w:r>
    </w:p>
    <w:p>
      <w:r>
        <w:rPr>
          <w:b/>
        </w:rPr>
        <w:t xml:space="preserve">[1:18:04] </w:t>
      </w:r>
      <w:r>
        <w:t>yeh farzi sawal hai yeh possible nahi hai yaad rakhein aap hum ek state ke zamane mein hain government ke zamane mein hain police ke zamane mein hain fauj ke zamane mein hain yeh possible nahi hai aap ke liye aap kahein ke dikhaiye to aap yeh farzi sawal kyun karte hain aap woh zamana khatam hoga jab tribal age mein tha yeh tribal age nahi hai yeh</w:t>
      </w:r>
    </w:p>
    <w:p>
      <w:pPr>
        <w:jc w:val="right"/>
      </w:pPr>
      <w:r>
        <w:t>یہ فرضی سوال ہے یہ پاسیبل نہیں ہے یاد رکھیں آپ ہم ایک اسٹیٹ کے زمانے میں ہیں گورنمنٹ کے زمانے میں ہیں پولیس کے زمانے میں ہیں فوج کے زمانے میں ہیں یہ پاسیبل نہیں ہے آپ کے لیے آپ کہیں کہ دکھائیے تو آپ یہ فرضی سوال کیوں کرتے ہیں آپ وہ زمانہ ختم ہوگا جب ٹرائبل ایج میں تھا یہ ٹرائبل ایج نہیں ہے یہ</w:t>
      </w:r>
    </w:p>
    <w:p>
      <w:r>
        <w:rPr>
          <w:b/>
        </w:rPr>
        <w:t xml:space="preserve">[1:18:28] </w:t>
      </w:r>
      <w:r>
        <w:t>ab hum doosre zamane mein reh rahe hain yeh impossible hai kisi ke liye</w:t>
      </w:r>
    </w:p>
    <w:p>
      <w:pPr>
        <w:jc w:val="right"/>
      </w:pPr>
      <w:r>
        <w:t>اب ہم دوسرے زمانے میں رہ رہے ہیں یہ امپوسیبل ہے کسی کے لیے</w:t>
      </w:r>
    </w:p>
    <w:p>
      <w:r>
        <w:rPr>
          <w:b/>
        </w:rPr>
        <w:t xml:space="preserve">[1:18:32] </w:t>
      </w:r>
      <w:r>
        <w:t>yaad rakhiye aisi baatein mat kijiye farzi sawal karna bhi islam mein haram hai yaad rakhiye jo baatein ho sakti hain woh kijiye jo baatein na ho sakti hain uska sawal hi nahi karna chahiye woh zamana khatam ho gaya jab is tarah hua karta tha ab yeh possible nahi hai kisi ke liye</w:t>
      </w:r>
    </w:p>
    <w:p>
      <w:pPr>
        <w:jc w:val="right"/>
      </w:pPr>
      <w:r>
        <w:t>یاد رکھیے ایسی باتیں مت کیجئے فرضی سوال کرنا بھی اسلام میں حرام ہے یاد رکھیے جو باتیں ہو سکتی ہیں وہ کیجئے جو باتیں نہ ہو سکتی ہیں اس کا سوال ہی نہیں کرنا چاہیے وہ زمانہ ختم ہو گیا جب اس طرح ہوا کرتا تھا اب یہ پاسیبل نہیں ہے کسی کے لیے</w:t>
      </w:r>
    </w:p>
    <w:p>
      <w:r>
        <w:rPr>
          <w:b/>
        </w:rPr>
        <w:t xml:space="preserve">[1:18:57] </w:t>
      </w:r>
      <w:r>
        <w:t>das question is from Mr Danish from Saharanpur</w:t>
      </w:r>
    </w:p>
    <w:p>
      <w:pPr>
        <w:jc w:val="right"/>
      </w:pPr>
      <w:r>
        <w:t>دس کوئسچن از فرام مسٹر دانش فرام سہرن پور</w:t>
      </w:r>
    </w:p>
    <w:p>
      <w:r>
        <w:rPr>
          <w:b/>
        </w:rPr>
        <w:t xml:space="preserve">[1:19:01] </w:t>
      </w:r>
      <w:r>
        <w:t>one of the greatest achievements of Islam is the end of the concept of kingship which gave each individual the freedom of free thinking Maulana why does this kingship still exist in Saudi Arabia and similar countries Shah Farooq ne bohat achha kaha tha King Farooq jo the Egypt mein</w:t>
      </w:r>
    </w:p>
    <w:p>
      <w:pPr>
        <w:jc w:val="right"/>
      </w:pPr>
      <w:r>
        <w:t>ون آف دا گریٹسٹ اچیومنٹس آف اسلام از دی اینڈ آف دی کانسیپٹ آف کنگ شپ وچ گیو ایچ انڈیویجول دا فریڈم آف فری تھنکنگ مولانا وائی ڈز دس کنگ شپ سٹل ایگزسٹ ان سعودی عربیہ اینڈ سمیلر کنٹریز شاہ فاروق نے بہت اچھا کہا تھا کنگ فاروق جو تھے ایجپٹ میں</w:t>
      </w:r>
    </w:p>
    <w:p>
      <w:r>
        <w:rPr>
          <w:b/>
        </w:rPr>
        <w:t xml:space="preserve">[1:19:28] </w:t>
      </w:r>
      <w:r>
        <w:t>to aap jante hain ke jab wahan military ko hua tha to un ko nikalna pada tha to nikalte hue jab woh pani ke jahaz par sawar ho rahe the to unhon ne kaha tha ke duniya mein ab sirf panch king rahenge duniya mein ab sirf panch king rahenge char king tash ka aur ek Britain ka to yeh symbolic king hain yeh log</w:t>
      </w:r>
    </w:p>
    <w:p>
      <w:pPr>
        <w:jc w:val="right"/>
      </w:pPr>
      <w:r>
        <w:t>تو آپ جانتے ہیں کہ جب وہاں ملٹری کو ہوا تھا تو ان کو نکلنا پڑا تھا تو نکلتے ہوئے جب وہ پانی کے جہاز پر سوار ہو رہے تھے تو انہوں نے کہا تھا کہ دنیا میں اب صرف پانچ کنگ رہیں گے دنیا میں اب صرف پانچ کنگ رہیں گے چار کنگ تاش کا اور ایک برٹن کا تو یہ سمبولک کنگ ہیں یہ لوگ</w:t>
      </w:r>
    </w:p>
    <w:p>
      <w:r>
        <w:rPr>
          <w:b/>
        </w:rPr>
        <w:t xml:space="preserve">[1:19:57] </w:t>
      </w:r>
      <w:r>
        <w:t>unki koi value nahi hai is aitbar se age khatm ho chuka woh daur khatm ho chuka woh zamana khatm ho chuka ab agar kahin kuch log hain to woh ek symbolic king hain woh baat ho rahi hai zamane ki Islam ne ek process jari kiya tha process is is process ke nateeje yahood kingship khatm ho gaya yani kingship khatm hui thi France mein kaha jata hai lekin woh that was culmination</w:t>
      </w:r>
    </w:p>
    <w:p>
      <w:pPr>
        <w:jc w:val="right"/>
      </w:pPr>
      <w:r>
        <w:t>ان کی کوئی ولو نہیں ہے اس اعتبار سے ایج ختم ہو چکا وہ دور ختم ہو چکا وہ زمانہ ختم ہو چکا اب اگر کہیں کچھ لوگ ہیں تو وہ ایک سمبولک کنگ ہیں وہ بات ہو رہی ہے زمانے کی اسلام نے ایک پراسیس جاری کیا تھا پراسیس اس اس پراسیس کے نتیجے یہود کنگ شپ ختم ہو گیا یعنی کنگ شپ ختم ہوئی تھی فرانس میں کہا جاتا ہے لیکن وہ دیٹ واز کلمنیشن</w:t>
      </w:r>
    </w:p>
    <w:p>
      <w:r>
        <w:rPr>
          <w:b/>
        </w:rPr>
        <w:t xml:space="preserve">[1:20:23] </w:t>
      </w:r>
      <w:r>
        <w:t>aam taur par samjha jata hai ke kingship woh France mein khatm hua Rousseau wagera ki tehreek se khatm hua lekin woh main manta hoon ke culmination tha woh process chala tha woh Rasool Allah ke zamane se jab jab Roman Empire todi gayi jab jab Roman Sasani Empire khatm hui to ek process chala process history mein to jo kuch hua France mein woh is ka culmination tha</w:t>
      </w:r>
    </w:p>
    <w:p>
      <w:pPr>
        <w:jc w:val="right"/>
      </w:pPr>
      <w:r>
        <w:t>عام طور پر سمجھا جاتا ہے کہ کنگ شپ وہ فرانس میں ختم ہوا روسو وغیرہ کی تحریک سے ختم ہوا لیکن وہ میں مانتا ہوں کہ کلمیشن تھا وہ پراسیس چلا تھا وہ رسول اللہ کے زمانے سے جب جب رومن ایمپائر توڑی گئی جب جب رومن ساسانی ایمپائر ختم ہوئی تو ایک پراسیس چلا پراسیس ہسٹری میں تو جو کچھ ہوا فرانس میں وہ اس کا کلمنیشن تھا</w:t>
      </w:r>
    </w:p>
    <w:p>
      <w:r>
        <w:rPr>
          <w:b/>
        </w:rPr>
        <w:t xml:space="preserve">[1:20:52] </w:t>
      </w:r>
      <w:r>
        <w:t>ab agar king idhar udhar hain to woh to symbolic king hain woh King Farooq ne bilkul sahi kaha tha is mamle mein</w:t>
      </w:r>
    </w:p>
    <w:p>
      <w:pPr>
        <w:jc w:val="right"/>
      </w:pPr>
      <w:r>
        <w:t>اب اگر کنگ کہیں ادھر ادھر ہیں تو وہ تو سمبولک کنگ ہیں وہ کنگ فاروق نے بالکل صحیح کہا تھا اس معاملے میں</w:t>
      </w:r>
    </w:p>
    <w:p>
      <w:r>
        <w:rPr>
          <w:b/>
        </w:rPr>
        <w:t xml:space="preserve">[1:21:02] </w:t>
      </w:r>
      <w:r>
        <w:t>das question is from Mr Shakeel Khan from Dubai why everyone mixes ego and self respect though I believe that as per you Maulana both are the same</w:t>
      </w:r>
    </w:p>
    <w:p>
      <w:pPr>
        <w:jc w:val="right"/>
      </w:pPr>
      <w:r>
        <w:t>دس کوئسچن از فرام مسٹر شکیل خان فرام دبئی وائی ایوری ون مکسز ایگو اینڈ سیلف ریسپیکٹ دو ائی بیلیو دیٹ ایز پر یو مولانا بوتھ ار دا سیم</w:t>
      </w:r>
    </w:p>
    <w:p>
      <w:r>
        <w:rPr>
          <w:b/>
        </w:rPr>
        <w:t xml:space="preserve">[1:21:16] </w:t>
      </w:r>
      <w:r>
        <w:t>nahi mai bilkul yaqeen ke saath manta hoon ke self respect jo hai woh ek beautiful naam hai iska sense of pride ka islam mein self respect nahi hai self respect ke liye quran mein hadith mein koi lafz hi nahi hai yaad rakhiye</w:t>
      </w:r>
    </w:p>
    <w:p>
      <w:pPr>
        <w:jc w:val="right"/>
      </w:pPr>
      <w:r>
        <w:t>نہیں میں بالکل یقین کے ساتھ مانتا ہوں کہ سیلف ریسپیکٹ جو ہے وہ ایک بیوٹی فل نام ہے اس کا سینس آف پرائیڈ کا اسلام میں سیلف ریسپیکٹ نہیں ہے سیلف ریسپیکٹ کے لیے قرآن میں حدیث میں کوئی لفظ ہی نہیں ہے یاد رکھیے</w:t>
      </w:r>
    </w:p>
    <w:p>
      <w:r>
        <w:rPr>
          <w:b/>
        </w:rPr>
        <w:t xml:space="preserve">[1:21:40] </w:t>
      </w:r>
      <w:r>
        <w:t>self respect ko mein jahiliyat samajhta hoon is ko mein</w:t>
      </w:r>
    </w:p>
    <w:p>
      <w:pPr>
        <w:jc w:val="right"/>
      </w:pPr>
      <w:r>
        <w:t>سیلف ریسپیکٹ کو میں جاہلیت سمجھتا ہوں اس کو میں</w:t>
      </w:r>
    </w:p>
    <w:p>
      <w:r>
        <w:rPr>
          <w:b/>
        </w:rPr>
        <w:t xml:space="preserve">[1:21:45] </w:t>
      </w:r>
      <w:r>
        <w:t>yani superiority samajhta hoon is ko sense of pride ka nateeja samajhta hoon islam mein modest hi hai</w:t>
      </w:r>
    </w:p>
    <w:p>
      <w:pPr>
        <w:jc w:val="right"/>
      </w:pPr>
      <w:r>
        <w:t>یعنی سپیریٹی سمجھتا ہوں اس کو سینس آف پرائیڈ کا نتیجہ سمجھتا ہوں اسلام میں ماڈسٹ ہی ہے</w:t>
      </w:r>
    </w:p>
    <w:p>
      <w:r>
        <w:rPr>
          <w:b/>
        </w:rPr>
        <w:t xml:space="preserve">[1:21:51] </w:t>
      </w:r>
      <w:r>
        <w:t>bas modest hi aur kuch nahin hai</w:t>
      </w:r>
    </w:p>
    <w:p>
      <w:pPr>
        <w:jc w:val="right"/>
      </w:pPr>
      <w:r>
        <w:t>بس ماڈسٹ ہی اور کچھ نہیں ہے</w:t>
      </w:r>
    </w:p>
    <w:p>
      <w:r>
        <w:rPr>
          <w:b/>
        </w:rPr>
        <w:t xml:space="preserve">[1:21:55] </w:t>
      </w:r>
      <w:r>
        <w:t>self respect jo hai sirf beautiful name hai yeh superiority complex ka aur pride ka yeh mujhe</w:t>
      </w:r>
    </w:p>
    <w:p>
      <w:pPr>
        <w:jc w:val="right"/>
      </w:pPr>
      <w:r>
        <w:t>سیلف ریسپیکٹ جو ہے صرف بیوٹی فل نیم ہے یہ سپیریٹی کمپلیکس کا اور پرائیڈ کا یہ مجھے</w:t>
      </w:r>
    </w:p>
    <w:p>
      <w:r>
        <w:rPr>
          <w:b/>
        </w:rPr>
        <w:t xml:space="preserve">[1:22:03] </w:t>
      </w:r>
      <w:r>
        <w:t>is mein zara bhi shubah nahi</w:t>
      </w:r>
    </w:p>
    <w:p>
      <w:pPr>
        <w:jc w:val="right"/>
      </w:pPr>
      <w:r>
        <w:t>اس میں ذرا بھی شبہ نہیں</w:t>
      </w:r>
    </w:p>
    <w:p>
      <w:r>
        <w:rPr>
          <w:b/>
        </w:rPr>
        <w:t xml:space="preserve">[1:22:06] </w:t>
      </w:r>
      <w:r>
        <w:t>this question is from doctor farida khanum from delhi</w:t>
      </w:r>
    </w:p>
    <w:p>
      <w:pPr>
        <w:jc w:val="right"/>
      </w:pPr>
      <w:r>
        <w:t>دس کوئسچن از فرام ڈاکٹر فریدہ خانم فرام دہلی</w:t>
      </w:r>
    </w:p>
    <w:p>
      <w:r>
        <w:rPr>
          <w:b/>
        </w:rPr>
        <w:t xml:space="preserve">[1:22:11] </w:t>
      </w:r>
      <w:r>
        <w:t>often people do not openly condemn those involved in violence</w:t>
      </w:r>
    </w:p>
    <w:p>
      <w:pPr>
        <w:jc w:val="right"/>
      </w:pPr>
      <w:r>
        <w:t>افن پیپل ڈو ناٹ اوپنلی کنڈیم دوز انوالوڈ ان وائیلنس</w:t>
      </w:r>
    </w:p>
    <w:p>
      <w:r>
        <w:rPr>
          <w:b/>
        </w:rPr>
        <w:t xml:space="preserve">[1:22:16] </w:t>
      </w:r>
      <w:r>
        <w:t>is this the right attitude or condemnation must be done kya ji is this the right attitude pura</w:t>
      </w:r>
    </w:p>
    <w:p>
      <w:pPr>
        <w:jc w:val="right"/>
      </w:pPr>
      <w:r>
        <w:t>از دس دا رائٹ ایٹیٹیوڈ اور کنڈیمنیشن مسٹ بی ڈن کیا جی از دس دا رائٹ ایٹیٹیوڈ پورا</w:t>
      </w:r>
    </w:p>
    <w:p>
      <w:r>
        <w:rPr>
          <w:b/>
        </w:rPr>
        <w:t xml:space="preserve">[1:22:24] </w:t>
      </w:r>
      <w:r>
        <w:t>padhiye often people do not openly condemn those involved in violence</w:t>
      </w:r>
    </w:p>
    <w:p>
      <w:pPr>
        <w:jc w:val="right"/>
      </w:pPr>
      <w:r>
        <w:t>پڑھیے افن پیپل ڈو ناٹ اوپنلی کنڈیم دوز انوالوڈ ان وائیلنس</w:t>
      </w:r>
    </w:p>
    <w:p>
      <w:r>
        <w:rPr>
          <w:b/>
        </w:rPr>
        <w:t xml:space="preserve">[1:22:31] </w:t>
      </w:r>
      <w:r>
        <w:t>is this the right attitude or condemnation must be done</w:t>
      </w:r>
    </w:p>
    <w:p>
      <w:pPr>
        <w:jc w:val="right"/>
      </w:pPr>
      <w:r>
        <w:t>از دس دا رائٹ ایٹیٹیوڈ اور کنڈیمنیشن مسٹ بی ڈن</w:t>
      </w:r>
    </w:p>
    <w:p>
      <w:r>
        <w:rPr>
          <w:b/>
        </w:rPr>
        <w:t xml:space="preserve">[1:22:37] </w:t>
      </w:r>
      <w:r>
        <w:t>dekhein is mein sara mamla result ka hai</w:t>
      </w:r>
    </w:p>
    <w:p>
      <w:pPr>
        <w:jc w:val="right"/>
      </w:pPr>
      <w:r>
        <w:t>دیکھیں اس میں سارا معاملہ رزلٹ کا ہے</w:t>
      </w:r>
    </w:p>
    <w:p>
      <w:r>
        <w:rPr>
          <w:b/>
        </w:rPr>
        <w:t xml:space="preserve">[1:22:41] </w:t>
      </w:r>
      <w:r>
        <w:t>agar</w:t>
      </w:r>
    </w:p>
    <w:p>
      <w:pPr>
        <w:jc w:val="right"/>
      </w:pPr>
      <w:r>
        <w:t>اگر</w:t>
      </w:r>
    </w:p>
    <w:p>
      <w:r>
        <w:rPr>
          <w:b/>
        </w:rPr>
        <w:t xml:space="preserve">[1:22:42] </w:t>
      </w:r>
      <w:r>
        <w:t>aap is ko rok sakte hon to rokna chahiye aap ko lekin rokne ki koshish mein agar aur badh jaye burai to hargiz mat rokne ki koshish kijiye phir munh se boliye to teen darje hain agar aap rok sakein itni taqat aap ko ho to rokiye nahi to munh se boliye is ki bhi taqat nahi hai to dil se bura maniye sara mamla hai ke aap ka action result oriented hona chahiye</w:t>
      </w:r>
    </w:p>
    <w:p>
      <w:pPr>
        <w:jc w:val="right"/>
      </w:pPr>
      <w:r>
        <w:t>آپ اس کو روک سکتے ہوں تو روکنا چاہیے آپ کو لیکن روکنے کی کوشش میں اگر اور بڑھ جائے برائی تو ہرگز مت روکنے کی کوشش کیجئے پھر منہ سے بولیے تو تین درجے ہیں اگر آپ روک سکیں اتنی طاقت آپ کو ہو تو روکیے نہیں تو منہ سے بولیے اس کی بھی طاقت نہیں ہے تو دل سے برا مانیے سارا معاملہ ہے کہ آپ کا ایکشن رزلٹ اورینٹڈ ہونا چاہیے</w:t>
      </w:r>
    </w:p>
    <w:p>
      <w:r>
        <w:rPr>
          <w:b/>
        </w:rPr>
        <w:t xml:space="preserve">[1:23:12] </w:t>
      </w:r>
      <w:r>
        <w:t>result result nikle to kijiye nahi to na mat kijiye</w:t>
      </w:r>
    </w:p>
    <w:p>
      <w:pPr>
        <w:jc w:val="right"/>
      </w:pPr>
      <w:r>
        <w:t>رزلٹ رزلٹ نکلے تو کیجئے نہیں تو نہ مت کیجئے</w:t>
      </w:r>
    </w:p>
    <w:p>
      <w:r>
        <w:rPr>
          <w:b/>
        </w:rPr>
        <w:t xml:space="preserve">[1:23:16] </w:t>
      </w:r>
      <w:r>
        <w:t>yeh bohat important baat hai mun hasan islam maray taraka mala yani hai islam mein yeh hai ke</w:t>
      </w:r>
    </w:p>
    <w:p>
      <w:pPr>
        <w:jc w:val="right"/>
      </w:pPr>
      <w:r>
        <w:t>یہ بہت امپورٹنٹ بات ہے من حسن اسلام مرے ترکہ مالا یعنی ہے اسلام میں یہ ہے کہ</w:t>
      </w:r>
    </w:p>
    <w:p>
      <w:r>
        <w:rPr>
          <w:b/>
        </w:rPr>
        <w:t xml:space="preserve">[1:23:23] </w:t>
      </w:r>
      <w:r>
        <w:t>aap ki speech aap ka action aap ka behaviour sab kuch hona chahiye result oriented</w:t>
      </w:r>
    </w:p>
    <w:p>
      <w:pPr>
        <w:jc w:val="right"/>
      </w:pPr>
      <w:r>
        <w:t>آپ کی سپیچ آپ کا ایکشن آپ کا بیہیویئر سب کچھ ہونا چاہیے رزلٹ اورینٹڈ</w:t>
      </w:r>
    </w:p>
    <w:p>
      <w:r>
        <w:rPr>
          <w:b/>
        </w:rPr>
        <w:t xml:space="preserve">[1:23:31] </w:t>
      </w:r>
      <w:r>
        <w:t>positive result nikalta hai to action hai nahi to action nahi hai</w:t>
      </w:r>
    </w:p>
    <w:p>
      <w:pPr>
        <w:jc w:val="right"/>
      </w:pPr>
      <w:r>
        <w:t>پازیٹیو رزلٹ نکلتا ہے تو ایکشن ہے نہیں تو ایکشن نہیں ہے</w:t>
      </w:r>
    </w:p>
    <w:p>
      <w:r>
        <w:rPr>
          <w:b/>
        </w:rPr>
        <w:t xml:space="preserve">[1:23:37] </w:t>
      </w:r>
      <w:r>
        <w:t>this question is from mr nafees sheraz from delhi</w:t>
      </w:r>
    </w:p>
    <w:p>
      <w:pPr>
        <w:jc w:val="right"/>
      </w:pPr>
      <w:r>
        <w:t>دس کوئسچن از فرام مسٹر نفیس شیراز فرام دہلی</w:t>
      </w:r>
    </w:p>
    <w:p>
      <w:r>
        <w:rPr>
          <w:b/>
        </w:rPr>
        <w:t xml:space="preserve">[1:23:42] </w:t>
      </w:r>
      <w:r>
        <w:t>yun to quran poori dunya ke liye rah-e-hidayat hai lekin chaudah so saal se bhi zyada ka arsa guzar jane ke baad bhi quran ko apna kehne wa manne wale musalman aaj tak apni zindagi quran ke mutabiq na bana sake hain is ka kya karan hai dekhiye quran ke mani yeh nahi ke sari dunya mein ideals aa jayega</w:t>
      </w:r>
    </w:p>
    <w:p>
      <w:pPr>
        <w:jc w:val="right"/>
      </w:pPr>
      <w:r>
        <w:t>یوں تو قرآن پوری دنیا کے لیے راہ ہدایت ہے لیکن چودہ سو سال سے بھی زیادہ کا عرصہ گزر جانے کے بعد بھی قرآن کو اپنا کہنے و ماننے والے مسلمان آج تک اپنی زندگی قرآن کے مطابق نہ بنا سکے ہیں اس کا کیا कारण ہے دیکھیے قرآن کے معنی یہ نہیں کہ ساری دنیا میں آئیڈیلز آ جائے گا</w:t>
      </w:r>
    </w:p>
    <w:p>
      <w:r>
        <w:rPr>
          <w:b/>
        </w:rPr>
        <w:t xml:space="preserve">[1:24:10] </w:t>
      </w:r>
      <w:r>
        <w:t>quran jo hai kitab-e-hidayat hai comprehension compulso book nahi hai ao to zabardasti logon ko ek raste par daal de allah ki taraf hidayat aati hai is liye ke aap ko bata diya jaye wa man kana fal yumin wa man kana fal laysa kya hai woh</w:t>
      </w:r>
    </w:p>
    <w:p>
      <w:pPr>
        <w:jc w:val="right"/>
      </w:pPr>
      <w:r>
        <w:t>قرآن جو ہے کتاب ہدایت ہے کمپرشن کمپلسو بک نہیں ہے اؤ تو زبردستی لوگوں کو ایک راستے پر ڈال دے اللہ کی طرف ہدایت آتی ہے اس لیے کہ آپ کو بتا دیا جائے ومن کان فلیومن ومن کان فلیس کیا ہے وہ</w:t>
      </w:r>
    </w:p>
    <w:p>
      <w:r>
        <w:rPr>
          <w:b/>
        </w:rPr>
        <w:t xml:space="preserve">[1:24:32] </w:t>
      </w:r>
      <w:r>
        <w:t>jo chahe maane jo chahe na maane jo chahe inkar kare jo chahe maane kyunke yahan imtehan ki dunya hai imtehan ko khuda abalish nahi kar sakta hai azadi ko abalish nahi kar sakta hai chunke azadi ko abalish nahi kar sakta hai khuda is liye aap ko mauqa hai ke chahe aap maane chahe na maane musalmanon ke liye bhi hai non muslim ke liye bhi hai</w:t>
      </w:r>
    </w:p>
    <w:p>
      <w:pPr>
        <w:jc w:val="right"/>
      </w:pPr>
      <w:r>
        <w:t>جو چاہے مانے جو چاہے نہ مانے جو چاہے انکار کرے جو چاہے مانے کیونکہ یہاں امتحان کی دنیا ہے امتحان کو خدا ابالش نہیں کر سکتا ہے آزادی کو ابالش نہیں کر سکتا ہے چونکہ آزادی کو ابالش نہیں کر سکتا ہے خدا اس لیے آپ کو موقع ہے کہ چاہے آپ مانیں چاہے نہ مانیں مسلمانوں کے لیے بھی ہے نان مسلم کے لیے بھی ہے</w:t>
      </w:r>
    </w:p>
    <w:p>
      <w:r>
        <w:rPr>
          <w:b/>
        </w:rPr>
        <w:t xml:space="preserve">[1:24:53] </w:t>
      </w:r>
      <w:r>
        <w:t>to as a book of guidance quran rahega hamesha lekin jahan tak is baat ka taluq hai ke karta koi follow karta hai to aap ka apne choice par hai isi choice par aap ko ya to reward milega ya punishment milega this question is from mr abdul hafiz from delhi you mentioned that defensive jihad is the only permissible jihad</w:t>
      </w:r>
    </w:p>
    <w:p>
      <w:pPr>
        <w:jc w:val="right"/>
      </w:pPr>
      <w:r>
        <w:t>تو ایز اے بک آف گائیڈنس قرآن رہے گا ہمیشہ لیکن جہاں تک اس بات کا تعلق ہے کہ کرتا کوئی فالو کرتا ہے تو آپ کا اپنے چوائس پر ہے اسی چوائس پر آپ کو یا تو ریوارڈ ملے گا یا پنشمنٹ ملے گا دس کوئسچن از فرام مسٹر عبدالحافظ فرام دہلی یو مینشن دیٹ ڈیفنسو جہاد از دی اونلی پرمسیبل جہاد</w:t>
      </w:r>
    </w:p>
    <w:p>
      <w:r>
        <w:rPr>
          <w:b/>
        </w:rPr>
        <w:t xml:space="preserve">[1:25:20] </w:t>
      </w:r>
      <w:r>
        <w:t>but isnt it true that in the best of times defensive offensive battles did take place and they were overseen by the sahaba nahi nahi aisa kabhi nahi hua yeh galat keh rahe hain aap hamari kitabein padhiye aap offensive war islam mein hai nahi hai mai nazdeek dekhiye model jo hai rasool allah ke dobara</w:t>
      </w:r>
    </w:p>
    <w:p>
      <w:pPr>
        <w:jc w:val="right"/>
      </w:pPr>
      <w:r>
        <w:t>بٹ ازنٹ اٹ ٹرو دیٹ ان دا بیسٹ آف ٹائمز ڈیفنسو افینسو بیٹلز ڈیڈ ٹیک پلیس اینڈ دے وار اوورسیڈ بائے دا صحابہ نہیں نہیں ایسا کبھی نہیں ہوا یہ غلط کہہ رہے ہیں آپ ہماری کتابیں پڑھیے آپ افینسو وار اسلام میں ہے نہیں ہے میں نزدیک دیکھیں ماڈل جو ہے رسول اللہ کے دوبارہ</w:t>
      </w:r>
    </w:p>
    <w:p>
      <w:r>
        <w:rPr>
          <w:b/>
        </w:rPr>
        <w:t xml:space="preserve">[1:25:45] </w:t>
      </w:r>
      <w:r>
        <w:t>pehle is ko dekhiye aap is mein aap dekh kar ke jab apni rai banaiye phir doosri baat kijiye rasool allah ke zamane mein koi offensive war nahi thi jo war thi woh defensive war thi is par maine do kitabein likhi hain aap padhiye is ko woh paighambar inqilab mutala-e-seerat aisa sochna bilkul baseless hai yeh</w:t>
      </w:r>
    </w:p>
    <w:p>
      <w:pPr>
        <w:jc w:val="right"/>
      </w:pPr>
      <w:r>
        <w:t>پہلے اس کو دیکھیے آپ اس میں آپ دیکھ کر کے جب اپنی رائے بنائیے پھر دوسری بات کیجئے رسول اللہ کے زمانے میں کوئی افینسو وار نہیں تھی جو وار تھی وہ ڈیفنسو وار تھی اس پر میں نے دو کتابیں لکھی ہیں آپ پڑھیے اس کو وہ پیغمبر انقلاب مطالعہ سیرت ایسا سوچنا بالکل بیسلیس ہے یہ</w:t>
      </w:r>
    </w:p>
    <w:p>
      <w:r>
        <w:rPr>
          <w:b/>
        </w:rPr>
        <w:t xml:space="preserve">[1:26:13] </w:t>
      </w:r>
      <w:r>
        <w:t>this question is from mr khwaja kaleemuddin from pennsylvania the groups that are resorting to violence derive their actions mainly from the two points hmm kya phir se the groups that are resorting to violence derive their actions mainly from the following two points</w:t>
      </w:r>
    </w:p>
    <w:p>
      <w:pPr>
        <w:jc w:val="right"/>
      </w:pPr>
      <w:r>
        <w:t>دس کوئسچن از فرام مسٹر خواجہ کلیم الدین فرام پینسلوینیا دا گروپس دیٹ ار ریسورٹنگ ٹو وائیلنس ڈیرائیو دیر ایکشنز مینلی فرام دا ٹو پوائنٹس ہمم کیا پھر سے دا گروپس دیٹ ار ریسورٹنگ ٹو وائیلنس ڈیرائیو دیر ایکشنز مینلی فرام دا فالونگ ٹو پوائنٹس</w:t>
      </w:r>
    </w:p>
    <w:p>
      <w:r>
        <w:rPr>
          <w:b/>
        </w:rPr>
        <w:t xml:space="preserve">[1:26:35] </w:t>
      </w:r>
      <w:r>
        <w:t>first point the goal or the order of prophetic action gradually evolved which begins with the life and mission of the prophet adam and completes with the life and mission of prophet muhammad therefore according to them the order of the prophetic mission is da'wah hijrat jihad and then the establishment of khilafat</w:t>
      </w:r>
    </w:p>
    <w:p>
      <w:pPr>
        <w:jc w:val="right"/>
      </w:pPr>
      <w:r>
        <w:t>فرسٹ پوائنٹ دا گول اور دی آرڈر آف پرافیٹک ایکشن گریجولی ایوالوڈ وچ بیگنز ود دی لائف اینڈ مشن آف دی پرافٹ ایڈم اینڈ کمپلیٹس ود دی لائف اینڈ مشن آف پرافٹ محمد دیر فور اکارڈنگ ٹو دیم دی آرڈر آف دا پرافیٹک مشن از دعویٰ ہجرت جہاد اینڈ دین دی اسٹیبلشمنٹ آف خلافت</w:t>
      </w:r>
    </w:p>
    <w:p>
      <w:r>
        <w:rPr>
          <w:b/>
        </w:rPr>
        <w:t xml:space="preserve">[1:27:04] </w:t>
      </w:r>
      <w:r>
        <w:t>if this is the order then in this course of prophetic mission the violence is an inevitable the second point which is mentioned some groups justify jihad or violence saying that it is an inevitable in the process of establishing the justice in the face of the earth</w:t>
      </w:r>
    </w:p>
    <w:p>
      <w:pPr>
        <w:jc w:val="right"/>
      </w:pPr>
      <w:r>
        <w:t>اف دس از دی آرڈر دین ان دس کورس آف پرافیٹک مشن دا وائیلنس از ان ایویٹیبل دا سیکنڈ پوائنٹ وچ از مینشن سم گروپس جسٹیفائی جہاد اور وائیلنس سینگ دیٹ اٹ از ان ایویٹیبل ان دی پروسیس آف اسٹیبلشنگ دا جسٹس ان دی فیس آف دی ارتھ</w:t>
      </w:r>
    </w:p>
    <w:p>
      <w:r>
        <w:rPr>
          <w:b/>
        </w:rPr>
        <w:t xml:space="preserve">[1:27:29] </w:t>
      </w:r>
      <w:r>
        <w:t>in support of this they present the verse 25 of chapter 57 al- Hadid the iron which says we have sent our messengers with clear signs and send down with them the book and the scales of justice</w:t>
      </w:r>
    </w:p>
    <w:p>
      <w:pPr>
        <w:jc w:val="right"/>
      </w:pPr>
      <w:r>
        <w:t>ان سپورٹ آف دس دے پریزنٹ دا ورس 25 آف چیپٹر 57 الحدید دی ائرن وچ سیز وی ہیو سینڈ اور میسنجرز ود کلیئر سائنز اینڈ سینڈ ڈاؤن ود دیم دا بک اینڈ دا سکیلز آف جسٹس</w:t>
      </w:r>
    </w:p>
    <w:p>
      <w:r>
        <w:rPr>
          <w:b/>
        </w:rPr>
        <w:t xml:space="preserve">[1:27:49] </w:t>
      </w:r>
      <w:r>
        <w:t>we have sent down iron with its mighty strength and diverse uses for mankind so that allah may know those who help him and his messengers with seeing him allah is powerful and mighty Maulana their opinion here is that in this verse the justice and iron both are mentioned together</w:t>
      </w:r>
    </w:p>
    <w:p>
      <w:pPr>
        <w:jc w:val="right"/>
      </w:pPr>
      <w:r>
        <w:t>وی ہیو سینڈ ڈاؤن ائرن ود اٹس مائٹی سٹرینتھ اینڈ ڈائیورس یوزز فار مین کائنڈ سو دیٹ اللہ می نو دوز ہو ہیلپ ہم اینڈ ہز میسنجرز ودا سینگ ہم اللہ از پاورفل اینڈ مائٹی مولانا دیر اوپینین ہیر از دیٹ ان دس ورس دا جسٹس اینڈ ائرن بوتھ ار مینشن ٹوگیدر</w:t>
      </w:r>
    </w:p>
    <w:p>
      <w:r>
        <w:rPr>
          <w:b/>
        </w:rPr>
        <w:t xml:space="preserve">[1:28:16] </w:t>
      </w:r>
      <w:r>
        <w:t>therefore their understanding for using violence in the course of enforcing the justice is right Maulana sahib are they right in their assertion if not what is the correct way of understanding in the above two cases dekhiye yeh dono argument jo hain bilkul baseless hain maine tafseel se likha hai in par apni kitabon mein</w:t>
      </w:r>
    </w:p>
    <w:p>
      <w:pPr>
        <w:jc w:val="right"/>
      </w:pPr>
      <w:r>
        <w:t>دیر فور دیر انڈرسٹینڈنگ فار یوزنگ وائیلنس ان دا کورس آف انفورسنگ دا جسٹس از رائٹ مولانا صاحب ار دیر رائٹ ان دیر اسرشن اف ناٹ واٹ از دا کریکٹ وے آف انڈرسٹینڈنگ ان دی ابو ٹو کیسز دیکھیے یہ دونوں ارگیومنٹ جو ہیں بالکل بیسلیس ہیں میں نے تفصیل سے لکھا ہے ان پر اپنی کتابوں میں</w:t>
      </w:r>
    </w:p>
    <w:p>
      <w:r>
        <w:rPr>
          <w:b/>
        </w:rPr>
        <w:t xml:space="preserve">[1:28:44] </w:t>
      </w:r>
      <w:r>
        <w:t>pehla jo argument hai ke order hai adam se le kar rasool allah tak yeh bilkul baseless baat hai quran mein kahin bhi nahi bataya gaya hai ke islam mukammal deen hai aur pichla deen jo hai order mein chalte chalte woh aa kar takmeel hui ho yeh yeh bilkul yani yeh ghadi hui baat hai ghadi hui hai quran mein yeh aya gaya hai ke har har har paighambar ko ek hi deen diya gaya har paighambar ko</w:t>
      </w:r>
    </w:p>
    <w:p>
      <w:pPr>
        <w:jc w:val="right"/>
      </w:pPr>
      <w:r>
        <w:t>پہلا جو ارگیومنٹ ہے کہ آرڈر ہے آدم سے لے کر رسول اللہ تک یہ بالکل بیسلیس بات ہے قرآن میں کہیں بھی نہیں بتایا گیا ہے کہ اسلام مکمل دین ہے اور پچھلا دین جو ہے آرڈر میں چلتے چلتے وہ آ کر تکمیل ہوئی ہو یہ یہ بالکل یعنی یہ گھڑی ہوئی بات ہے گھڑی ہوئی ہے قرآن میں یہ آیا گیا ہے کہ ہر ہر ہر پیغمبر کو ایک ہی دین دیا گیا ہر پیغمبر کو</w:t>
      </w:r>
    </w:p>
    <w:p>
      <w:r>
        <w:rPr>
          <w:b/>
        </w:rPr>
        <w:t xml:space="preserve">[1:29:12] </w:t>
      </w:r>
      <w:r>
        <w:t>surah shura mein aap padh lijiye har paighambar ko wahi deen diya gaya jo doosre ko diya gaya</w:t>
      </w:r>
    </w:p>
    <w:p>
      <w:pPr>
        <w:jc w:val="right"/>
      </w:pPr>
      <w:r>
        <w:t>سورہ شوری میں آپ پڑھ لیجئے ہر پیغمبر کو وہی دین دیا گیا جو دوسرے کو دیا گیا</w:t>
      </w:r>
    </w:p>
    <w:p>
      <w:r>
        <w:rPr>
          <w:b/>
        </w:rPr>
        <w:t xml:space="preserve">[1:29:17] </w:t>
      </w:r>
      <w:r>
        <w:t>tha to yeh jo takmeel deen ka nazariya hai yeh bilkul bilkul hi baseless hai</w:t>
      </w:r>
    </w:p>
    <w:p>
      <w:pPr>
        <w:jc w:val="right"/>
      </w:pPr>
      <w:r>
        <w:t>تھا تو یہ جو تکمیل دین کا نظریہ ہے یہ بالکل بالکل ہی بیسلیس ہے</w:t>
      </w:r>
    </w:p>
    <w:p>
      <w:r>
        <w:rPr>
          <w:b/>
        </w:rPr>
        <w:t xml:space="preserve">[1:29:24] </w:t>
      </w:r>
      <w:r>
        <w:t>wahi same deen har ek ko yahan tak ke aap dekhiye yeh log mante hain ke rasool Allah</w:t>
      </w:r>
    </w:p>
    <w:p>
      <w:pPr>
        <w:jc w:val="right"/>
      </w:pPr>
      <w:r>
        <w:t>وہی سیم دین ہر ایک کو یہاں تک کہ آپ دیکھیے یہ لوگ مانتے ہیں کہ رسول اللہ</w:t>
      </w:r>
    </w:p>
    <w:p>
      <w:r>
        <w:rPr>
          <w:b/>
        </w:rPr>
        <w:t xml:space="preserve">[1:29:29] </w:t>
      </w:r>
      <w:r>
        <w:t>par mukammal deen hua to rasool aap quran majeed mein hai rasool Allah se kaha gaya hai ke</w:t>
      </w:r>
    </w:p>
    <w:p>
      <w:pPr>
        <w:jc w:val="right"/>
      </w:pPr>
      <w:r>
        <w:t>پر مکمل دین ہوا تو رسول آپ قرآن مجید میں ہے رسول اللہ سے کہا گیا ہے کہ</w:t>
      </w:r>
    </w:p>
    <w:p>
      <w:r>
        <w:rPr>
          <w:b/>
        </w:rPr>
        <w:t xml:space="preserve">[1:29:36] </w:t>
      </w:r>
      <w:r>
        <w:t>fa bi hada mqtada yani pichhle nabiyon ka wahan refer kiya gaya hai pichhle nabiyon ko aur phir farmaya gaya</w:t>
      </w:r>
    </w:p>
    <w:p>
      <w:pPr>
        <w:jc w:val="right"/>
      </w:pPr>
      <w:r>
        <w:t>فبہدا مقتد یعنی پچھلے نبیوں کا وہاں ریفر کیا گیا ہے پچھلے نبیوں کو اور پھر فرمایا گیا</w:t>
      </w:r>
    </w:p>
    <w:p>
      <w:r>
        <w:rPr>
          <w:b/>
        </w:rPr>
        <w:t xml:space="preserve">[1:29:42] </w:t>
      </w:r>
      <w:r>
        <w:t>hai ke fa bi hada mqtada</w:t>
      </w:r>
    </w:p>
    <w:p>
      <w:pPr>
        <w:jc w:val="right"/>
      </w:pPr>
      <w:r>
        <w:t>ہے کہ فبہدا مقتد</w:t>
      </w:r>
    </w:p>
    <w:p>
      <w:r>
        <w:rPr>
          <w:b/>
        </w:rPr>
        <w:t xml:space="preserve">[1:29:45] </w:t>
      </w:r>
      <w:r>
        <w:t>inhin ki to</w:t>
      </w:r>
    </w:p>
    <w:p>
      <w:pPr>
        <w:jc w:val="right"/>
      </w:pPr>
      <w:r>
        <w:t>انہی کی تو</w:t>
      </w:r>
    </w:p>
    <w:p>
      <w:r>
        <w:rPr>
          <w:b/>
        </w:rPr>
        <w:t xml:space="preserve">[1:29:46] </w:t>
      </w:r>
      <w:r>
        <w:t>bhi pairvi karo yani rasool allah ko kaha gaya pichle nabiyon ki pairvi karo</w:t>
      </w:r>
    </w:p>
    <w:p>
      <w:pPr>
        <w:jc w:val="right"/>
      </w:pPr>
      <w:r>
        <w:t>بھی پیروی کرو یعنی رسول اللہ کو کہا گیا پچھلے نبیوں کی پیروی کرو</w:t>
      </w:r>
    </w:p>
    <w:p>
      <w:r>
        <w:rPr>
          <w:b/>
        </w:rPr>
        <w:t xml:space="preserve">[1:29:52] </w:t>
      </w:r>
      <w:r>
        <w:t>kaisi ajeeb baat hai yani ek maqam par mukhtalif nabiyon ko refer kiya gaya farmaya ke un sab ko hum ne hidayat di thi wahi same hidayat fa-bi-huda mqtada to aye paighambar tum bhi unhi ki pairvi karo to kaha kamal se kaha jaye ke tum naqis ki pairvi karo</w:t>
      </w:r>
    </w:p>
    <w:p>
      <w:pPr>
        <w:jc w:val="right"/>
      </w:pPr>
      <w:r>
        <w:t>کیسی عجیب بات ہے یعنی ایک مقام پر مختلف نبیوں کو ریفر کیا گیا فرمایا کہ ان سب کو ہم نے ہدایت دی تھی وہی سیم ہدایت فبہدا مقتد تو اے پیغمبر تم بھی انہی کی پیروی کرو تو کہا کامل سے کہا جائے کہ تم ناقص کی پیروی کرو</w:t>
      </w:r>
    </w:p>
    <w:p>
      <w:r>
        <w:rPr>
          <w:b/>
        </w:rPr>
        <w:t xml:space="preserve">[1:30:14] </w:t>
      </w:r>
      <w:r>
        <w:t>complete se kaha jaye ke tum incomplete ki pairvi karo</w:t>
      </w:r>
    </w:p>
    <w:p>
      <w:pPr>
        <w:jc w:val="right"/>
      </w:pPr>
      <w:r>
        <w:t>کمپلیٹ سے کہا جائے کہ تم ان کمپلیٹ کی پیروی کرو</w:t>
      </w:r>
    </w:p>
    <w:p>
      <w:r>
        <w:rPr>
          <w:b/>
        </w:rPr>
        <w:t xml:space="preserve">[1:30:18] </w:t>
      </w:r>
      <w:r>
        <w:t>yani ideal se kaha jaye ke tum less than ideal ki pairvi karo</w:t>
      </w:r>
    </w:p>
    <w:p>
      <w:pPr>
        <w:jc w:val="right"/>
      </w:pPr>
      <w:r>
        <w:t>یعنی ائیڈیل سے کہا جائے کہ تم لیس دین ائیڈیل کی پیروی کرو</w:t>
      </w:r>
    </w:p>
    <w:p>
      <w:r>
        <w:rPr>
          <w:b/>
        </w:rPr>
        <w:t xml:space="preserve">[1:30:22] </w:t>
      </w:r>
      <w:r>
        <w:t>yeh bilkul baseless baat hai na quran mein hai na hadith mein hai</w:t>
      </w:r>
    </w:p>
    <w:p>
      <w:pPr>
        <w:jc w:val="right"/>
      </w:pPr>
      <w:r>
        <w:t>یہ بالکل بیسلیس بات ہے نہ قرآن میں ہے نہ حدیث میں ہے</w:t>
      </w:r>
    </w:p>
    <w:p>
      <w:r>
        <w:rPr>
          <w:b/>
        </w:rPr>
        <w:t xml:space="preserve">[1:30:28] </w:t>
      </w:r>
      <w:r>
        <w:t>yani mukammal islam ka nazariya bilkul hi baseless hai</w:t>
      </w:r>
    </w:p>
    <w:p>
      <w:pPr>
        <w:jc w:val="right"/>
      </w:pPr>
      <w:r>
        <w:t>یعنی مکمل اسلام کا نظریہ بالکل ہی بیسلیس ہے</w:t>
      </w:r>
    </w:p>
    <w:p>
      <w:r>
        <w:rPr>
          <w:b/>
        </w:rPr>
        <w:t xml:space="preserve">[1:30:33] </w:t>
      </w:r>
      <w:r>
        <w:t>asal sahih baat yeh hai ke har nabee ko wahi deen diya gaya</w:t>
      </w:r>
    </w:p>
    <w:p>
      <w:pPr>
        <w:jc w:val="right"/>
      </w:pPr>
      <w:r>
        <w:t>اصل صحیح بات یہ ہے کہ ہر نبی کو وہی دین دیا گیا</w:t>
      </w:r>
    </w:p>
    <w:p>
      <w:r>
        <w:rPr>
          <w:b/>
        </w:rPr>
        <w:t xml:space="preserve">[1:30:38] </w:t>
      </w:r>
      <w:r>
        <w:t>jo rasool Allah ko diya gaya tha woh pichlay nabiyon ko diya gaya tha</w:t>
      </w:r>
    </w:p>
    <w:p>
      <w:pPr>
        <w:jc w:val="right"/>
      </w:pPr>
      <w:r>
        <w:t>جو رسول اللہ کو دیا گیا تھا وہ پچھلے نبیوں کو دیا گیا تھا</w:t>
      </w:r>
    </w:p>
    <w:p>
      <w:r>
        <w:rPr>
          <w:b/>
        </w:rPr>
        <w:t xml:space="preserve">[1:30:42] </w:t>
      </w:r>
      <w:r>
        <w:t>is liye yeh sawal hi nahi paida hota ke ab aakhri marhalay mein pahonchay hain hum ab toh</w:t>
      </w:r>
    </w:p>
    <w:p>
      <w:pPr>
        <w:jc w:val="right"/>
      </w:pPr>
      <w:r>
        <w:t>اس لیے یہ سوال ہی نہیں پیدا ہوتا کہ اب آخری مرحلے میں پہنچے ہیں ہم اب تو</w:t>
      </w:r>
    </w:p>
    <w:p>
      <w:r>
        <w:rPr>
          <w:b/>
        </w:rPr>
        <w:t xml:space="preserve">[1:30:45] </w:t>
      </w:r>
      <w:r>
        <w:t>khilafat qaim karna hai yeh kahan yeh bhi kahin likha hua nahi khilafat qaim karna hai yeh yeh</w:t>
      </w:r>
    </w:p>
    <w:p>
      <w:pPr>
        <w:jc w:val="right"/>
      </w:pPr>
      <w:r>
        <w:t>خلافت قائم کرنا ہے یہ کہاں یہ بھی کہیں لکھا ہوا نہیں خلافت قائم کرنا ہے یہ یہ</w:t>
      </w:r>
    </w:p>
    <w:p>
      <w:r>
        <w:rPr>
          <w:b/>
        </w:rPr>
        <w:t xml:space="preserve">[1:30:50] </w:t>
      </w:r>
      <w:r>
        <w:t>bhi logon ne khud se bana liya hai sab se bara fitna is zamanay mein hai political interpretation</w:t>
      </w:r>
    </w:p>
    <w:p>
      <w:pPr>
        <w:jc w:val="right"/>
      </w:pPr>
      <w:r>
        <w:t>بھی لوگوں نے خود سے بنا لیا ہے سب سے بڑا فتنہ اس زمانے میں ہے پولیٹیکل انٹرپریٹیشن</w:t>
      </w:r>
    </w:p>
    <w:p>
      <w:r>
        <w:rPr>
          <w:b/>
        </w:rPr>
        <w:t xml:space="preserve">[1:30:55] </w:t>
      </w:r>
      <w:r>
        <w:t>of Islam</w:t>
      </w:r>
    </w:p>
    <w:p>
      <w:pPr>
        <w:jc w:val="right"/>
      </w:pPr>
      <w:r>
        <w:t>آف اسلام</w:t>
      </w:r>
    </w:p>
    <w:p>
      <w:r>
        <w:rPr>
          <w:b/>
        </w:rPr>
        <w:t xml:space="preserve">[1:30:57] </w:t>
      </w:r>
      <w:r>
        <w:t>political interpretation of islam kuch log jo hain unhon ne islam ka siyasi ta'beer pesh ki hai aur is mein yeh sab baatein likh rakhi hain unhon ne</w:t>
      </w:r>
    </w:p>
    <w:p>
      <w:pPr>
        <w:jc w:val="right"/>
      </w:pPr>
      <w:r>
        <w:t>پولیٹیکل انٹرپریٹیشن آف اسلام کچھ لوگ جو ہیں انہوں نے اسلام کا سیاسی تعبیر پیش کی ہے اور اس میں یہ سب باتیں لکھ لکھ رکھی ہیں انہوں نے</w:t>
      </w:r>
    </w:p>
    <w:p>
      <w:r>
        <w:rPr>
          <w:b/>
        </w:rPr>
        <w:t xml:space="preserve">[1:31:10] </w:t>
      </w:r>
      <w:r>
        <w:t>yeh political interpretation of islam ka phenomenon hai yeh islam ka phenomenon nahi hai doosri jo ayat naqal ki jati hai hadid wali yeh aur zyada baseless baat hai</w:t>
      </w:r>
    </w:p>
    <w:p>
      <w:pPr>
        <w:jc w:val="right"/>
      </w:pPr>
      <w:r>
        <w:t>یہ پولیٹیکل انٹرپریٹیشن آف اسلام کا فیناومینا ہے یہ اسلام کا فیناومینا نہیں ہے دوسری جو آیت نقل کی جاتی ہے حدید والی یہ اور زیادہ بیسلیس بات ہے</w:t>
      </w:r>
    </w:p>
    <w:p>
      <w:r>
        <w:rPr>
          <w:b/>
        </w:rPr>
        <w:t xml:space="preserve">[1:31:24] </w:t>
      </w:r>
      <w:r>
        <w:t>is mein dekhiye sab se dilchasp baat yeh hai ke is mein hai ke la ya'qub nas bil qist la ya'qub nas bil qist taake log justice par qaim hon</w:t>
      </w:r>
    </w:p>
    <w:p>
      <w:pPr>
        <w:jc w:val="right"/>
      </w:pPr>
      <w:r>
        <w:t>اس میں دیکھیے سب سے دلچسپ بات یہ ہے کہ اس میں ہے کہ لے یعقوب ناس بالقسط لے یعقوب ناس بالقسط تاکہ لوگ جسٹس پر قائم ہوں</w:t>
      </w:r>
    </w:p>
    <w:p>
      <w:r>
        <w:rPr>
          <w:b/>
        </w:rPr>
        <w:t xml:space="preserve">[1:31:40] </w:t>
      </w:r>
      <w:r>
        <w:t>taake log justice par qaim hon ye active voice nahi hai passive voice hai ye is pe ghor kijiye aap</w:t>
      </w:r>
    </w:p>
    <w:p>
      <w:pPr>
        <w:jc w:val="right"/>
      </w:pPr>
      <w:r>
        <w:t>تاکہ لوگ جسٹس پر قائم ہوں یہ ایکٹیو وائس نہیں ہے پیسو وائس ہے یہ اس پہ غور کیجئے آپ</w:t>
      </w:r>
    </w:p>
    <w:p>
      <w:r>
        <w:rPr>
          <w:b/>
        </w:rPr>
        <w:t xml:space="preserve">[1:31:50] </w:t>
      </w:r>
      <w:r>
        <w:t>le yaqoob naas bil qist ka transaction hoga ke taake log khud khud justice par qaim hon to ye passive voice hai active voice nahi hai matlab ka nikal lete hain political interpretation dene wale ke justice qaim karo duniya mein bhai woh active voice bana lete hain yaani passive voice ko active voice bana lete hain nazim ko badti kar lete hain</w:t>
      </w:r>
    </w:p>
    <w:p>
      <w:pPr>
        <w:jc w:val="right"/>
      </w:pPr>
      <w:r>
        <w:t>لے یعقوب ناس بالقسط کا ٹرانزیکشن ہوگا کہ تاکہ لوگ خود خود جسٹس پر قائم ہوں تو یہ پیسو وائس ہے ایکٹیو وائس نہیں ہے مطلب کا نکال لیتے ہیں پولیٹیکل انٹرپریشن دینے والے کہ جسٹس قائم کرو دنیا میں بھئی وہ ایکٹیو وائس بنا لیتے ہیں یعنی پیسو وائس کو ایکٹیو وائس بنا لیتے ہیں نلازم کو بدعتی کر لیتے ہیں</w:t>
      </w:r>
    </w:p>
    <w:p>
      <w:r>
        <w:rPr>
          <w:b/>
        </w:rPr>
        <w:t xml:space="preserve">[1:32:12] </w:t>
      </w:r>
      <w:r>
        <w:t>woh toh hai hi nahi aur lohe ka jo zikr hai hadeed hadeed ke maani kya hai character ke symbol ke taur par aaya hai ke tumhare andar iron character hona chahiye ye nahi ke lohe lohe se hathiyar bara hathiyar ko maro logon ko ye toh hai hi nahi is ayat mein is ayat mein kahin bhi nahi hai ke lohe ka hathiyar bara hai is ke baad logon ke sar tod maar karti hai ye kahan is mein hai ye</w:t>
      </w:r>
    </w:p>
    <w:p>
      <w:pPr>
        <w:jc w:val="right"/>
      </w:pPr>
      <w:r>
        <w:t>وہ تو ہے ہی نہیں اور لوہے کا جو ذکر ہے حدید حدید کے معنی کیا ہے کریکٹر کے سمبل کے طور پر آیا ہے کہ تمہارے اندر ائرن کریکٹر ہونا چاہیے یہ نہیں کہ لوہے لوہے سے ہتھیار برا ہتھیار کو مارو لوگوں کو یہ تو ہے ہی نہیں اس آیت میں اس آیت میں کہیں بھی نہیں ہے کہ لوہے کا ہتھیار برا ہے اس کے بعد لوگوں کے سر توڑ مار مار کرتی ہے یہ کہاں اس میں ہے یہ</w:t>
      </w:r>
    </w:p>
    <w:p>
      <w:r>
        <w:rPr>
          <w:b/>
        </w:rPr>
        <w:t xml:space="preserve">[1:32:38] </w:t>
      </w:r>
      <w:r>
        <w:t>wahan par hadeed ka lafz jo hai kyunke aap dekhein har language mein hadeed ko ek symbol tor par liya gaya hai iron man aur loha push mard ahan yaani persian mein kehte hain mard ahan hindi mein kehte hain loha push english mein kehte hain iron man to iron ko yaani lohe ko ek symbol ke taur par liya gaya hai</w:t>
      </w:r>
    </w:p>
    <w:p>
      <w:pPr>
        <w:jc w:val="right"/>
      </w:pPr>
      <w:r>
        <w:t>وہاں پر حدید کا لفظ جو ہے کیونکہ آپ دیکھیں ہر لینگویج میں حدید کو ایک سمبل طور پر لیا گیا ہے ائرن مین اور لوہا پش مرد اہن یعنی پرشین میں کہتے ہیں مرد اہن ہندی میں کہتے ہیں لوہا پش انگلش میں کہتے ہیں ائرن مین تو ائرن کو یعنی لوہے کو ایک سمبل کے طور پر لیا گیا ہے</w:t>
      </w:r>
    </w:p>
    <w:p>
      <w:r>
        <w:rPr>
          <w:b/>
        </w:rPr>
        <w:t xml:space="preserve">[1:33:06] </w:t>
      </w:r>
      <w:r>
        <w:t>ke lohe wala character yaani mazboot character bohat hi strong character to is ka matlab sirf yahi hai ke strong character wale bano to ye kahan likha hua hai ke tum lohe se hathiyar banao hathiyar logon ko maro ye kahan is mein likha hua hai to sara quran mein unhone yahi kiya hai ke nazim ko badti kar rakha hai yaani passive voice ko active voice bana rakha hai aur phir is se khilafat nikalte hain</w:t>
      </w:r>
    </w:p>
    <w:p>
      <w:pPr>
        <w:jc w:val="right"/>
      </w:pPr>
      <w:r>
        <w:t>کہ لوہے والا کریکٹر یعنی مضبوط کریکٹر بہت ہی سٹرانگ کریکٹر تو اس کا مطلب صرف یہی ہے کہ سٹرانگ کریکٹر والے بنو تو یہ کہاں لکھا ہوا ہے کہ تم لوہے سے ہتھیار بناؤ ہتھیار لوگوں کو مارو یہ کہاں اس میں لکھا ہوا ہے تو سارا قرآن میں انہوں نے یہی کیا ہے کہ لازم کو بدعتی کر رکھا ہے یعنی پیسو وائس کو ایکٹیو وائس بنا رکھا ہے اور پھر اس سے خلافت نکالتے ہیں</w:t>
      </w:r>
    </w:p>
    <w:p>
      <w:r>
        <w:rPr>
          <w:b/>
        </w:rPr>
        <w:t xml:space="preserve">[1:33:34] </w:t>
      </w:r>
      <w:r>
        <w:t>ye sab toh bilkul hi yaani yaani is ko kaha jayega tahreef hai tahreef ye quran se derive kiya hua nahi concept hai balke apne apne mind se nikala hua concept hai is pe hamari detail se likha hai apni kitabon mein maslan deen o shariyat mein likha hai tabee galati mein likha hai aur kai kitabon mein likha hai is ko aap padh sakte hain</w:t>
      </w:r>
    </w:p>
    <w:p>
      <w:pPr>
        <w:jc w:val="right"/>
      </w:pPr>
      <w:r>
        <w:t>یہ سب تو بالکل ہی یعنی یعنی اس کو کہا جائے گا تحریف ہے تحریف یہ قرآن سے ڈرائی کیا ہوا نہیں کانسیپٹ ہے بلکہ اپنے اپنے مائنڈ سے نکالا ہوا کانسیپٹ ہے اس پہ ہماری ڈیٹیل سے لکھا ہے اپنی کتابوں میں مثلاً دین و شریعت میں لکھا ہے تابعی غلطی میں لکھا ہے اور کئی کتابوں میں لکھا ہے اس کو آپ پڑھ سکتے ہیں</w:t>
      </w:r>
    </w:p>
    <w:p>
      <w:r>
        <w:rPr>
          <w:b/>
        </w:rPr>
        <w:t xml:space="preserve">[1:34:02] </w:t>
      </w:r>
      <w:r>
        <w:t>this question is from mr omar from delhi now a days any religion hinduism islam christianity etc are like a nuclear bomb hmm now a days any religion hinduism islam christianity are like a nuclear bomb and preachers like moulvis aalim bishops are the people behind the killings</w:t>
      </w:r>
    </w:p>
    <w:p>
      <w:pPr>
        <w:jc w:val="right"/>
      </w:pPr>
      <w:r>
        <w:t>دس کوئسچن از فرام مسٹر عمر فرام دہلی ناؤ ڈیز اینی ریلیجن ہندوازم اسلام کرسچینٹی ایٹسرا ار لائک ا نیوکلیئر بمب ہمم ناؤ ڈیز اینی ریلیجن ہندوازم اسلام کرسچینٹی ار لائک ا نیوکلیئر بمب اینڈ پریچرز لائک مولویز عالم بشپس ار دا پیپل بیہائنڈ دا کلنگز</w:t>
      </w:r>
    </w:p>
    <w:p>
      <w:r>
        <w:rPr>
          <w:b/>
        </w:rPr>
        <w:t xml:space="preserve">[1:34:32] </w:t>
      </w:r>
      <w:r>
        <w:t>We have seen in the past people like Syed Hafiz Hindu Pujari etc. are the responsible lot.</w:t>
      </w:r>
    </w:p>
    <w:p>
      <w:pPr>
        <w:jc w:val="right"/>
      </w:pPr>
      <w:r>
        <w:t>وی ہیو سین ان دا پاسٹ پیپل لائک سید حافظ ہندو پجاری ایٹسرا ار دا ریسپانسبل لاٹ جی</w:t>
      </w:r>
    </w:p>
    <w:p>
      <w:r>
        <w:rPr>
          <w:b/>
        </w:rPr>
        <w:t xml:space="preserve">[1:34:41] </w:t>
      </w:r>
      <w:r>
        <w:t>toh bhai bhai nawal bhi yeh jo likh rahay hain yeh mein sochta hoon ke dunya mein Hitler</w:t>
      </w:r>
    </w:p>
    <w:p>
      <w:pPr>
        <w:jc w:val="right"/>
      </w:pPr>
      <w:r>
        <w:t>تو بھائی بھائی نوال بھی یہ جو لکھ رہے ہیں یہ میں سوچتا ہوں کہ دنیا میں ہٹلر</w:t>
      </w:r>
    </w:p>
    <w:p>
      <w:r>
        <w:rPr>
          <w:b/>
        </w:rPr>
        <w:t xml:space="preserve">[1:34:46] </w:t>
      </w:r>
      <w:r>
        <w:t>ne Stalin ne Napoleon ne tashaddud kiya hai molviyon ne kaha tashaddud kiya bhai toh nahi pata mujhe</w:t>
      </w:r>
    </w:p>
    <w:p>
      <w:pPr>
        <w:jc w:val="right"/>
      </w:pPr>
      <w:r>
        <w:t>نے سٹالن نے نیپولین نے تشدد کیا ہے مولویوں نے کہا تشدد کیا بھئی تو نہیں پتا مجھے</w:t>
      </w:r>
    </w:p>
    <w:p>
      <w:r>
        <w:rPr>
          <w:b/>
        </w:rPr>
        <w:t xml:space="preserve">[1:34:53] </w:t>
      </w:r>
      <w:r>
        <w:t>toh yeh pata hai sab kon si history mein likha hua hai yeh</w:t>
      </w:r>
    </w:p>
    <w:p>
      <w:pPr>
        <w:jc w:val="right"/>
      </w:pPr>
      <w:r>
        <w:t>تو یہ پتہ ہے سب کون سی ہسٹری میں لکھا ہوا ہے یہ</w:t>
      </w:r>
    </w:p>
    <w:p>
      <w:r>
        <w:rPr>
          <w:b/>
        </w:rPr>
        <w:t xml:space="preserve">[1:34:57] </w:t>
      </w:r>
      <w:r>
        <w:t>yehi Stalin ne 25 billion insanon ko maar dala</w:t>
      </w:r>
    </w:p>
    <w:p>
      <w:pPr>
        <w:jc w:val="right"/>
      </w:pPr>
      <w:r>
        <w:t>یہی اسٹالن نے 25 بلین انسانوں کو مار ڈالا</w:t>
      </w:r>
    </w:p>
    <w:p>
      <w:r>
        <w:rPr>
          <w:b/>
        </w:rPr>
        <w:t xml:space="preserve">[1:35:02] </w:t>
      </w:r>
      <w:r>
        <w:t>Hitler ne itni bari second world war barpa ki</w:t>
      </w:r>
    </w:p>
    <w:p>
      <w:pPr>
        <w:jc w:val="right"/>
      </w:pPr>
      <w:r>
        <w:t>ہٹلر نے اتنی بڑی سیکنڈ ورلڈ وار برپا کی</w:t>
      </w:r>
    </w:p>
    <w:p>
      <w:r>
        <w:rPr>
          <w:b/>
        </w:rPr>
        <w:t xml:space="preserve">[1:35:07] </w:t>
      </w:r>
      <w:r>
        <w:t>toh yeh jo laraiyan hui hain yeh toh secular logon ne ki hain laraiyan secular issues par mazhab</w:t>
      </w:r>
    </w:p>
    <w:p>
      <w:pPr>
        <w:jc w:val="right"/>
      </w:pPr>
      <w:r>
        <w:t>تو یہ جو لڑائیاں ہوئی ہیں یہ تو سیکولر لوگوں نے کی ہیں لڑائیاں سیکولر ایشوز پر مذہب</w:t>
      </w:r>
    </w:p>
    <w:p>
      <w:r>
        <w:rPr>
          <w:b/>
        </w:rPr>
        <w:t xml:space="preserve">[1:35:13] </w:t>
      </w:r>
      <w:r>
        <w:t>se koi ta'alluq is ka nahi hai</w:t>
      </w:r>
    </w:p>
    <w:p>
      <w:pPr>
        <w:jc w:val="right"/>
      </w:pPr>
      <w:r>
        <w:t>سے کوئی تعلق اس کا نہیں ہے</w:t>
      </w:r>
    </w:p>
    <w:p>
      <w:r>
        <w:rPr>
          <w:b/>
        </w:rPr>
        <w:t xml:space="preserve">[1:35:16] </w:t>
      </w:r>
      <w:r>
        <w:t>laraiyan secular issues par hui hain</w:t>
      </w:r>
    </w:p>
    <w:p>
      <w:pPr>
        <w:jc w:val="right"/>
      </w:pPr>
      <w:r>
        <w:t>لڑائیاں سیکولر ایشوز پر ہوئی ہیں</w:t>
      </w:r>
    </w:p>
    <w:p>
      <w:r>
        <w:rPr>
          <w:b/>
        </w:rPr>
        <w:t xml:space="preserve">[1:35:20] </w:t>
      </w:r>
      <w:r>
        <w:t>mazhabi issues pe kabhi koi larai nahi hui yeh jo kitaab chhapi hai woh</w:t>
      </w:r>
    </w:p>
    <w:p>
      <w:pPr>
        <w:jc w:val="right"/>
      </w:pPr>
      <w:r>
        <w:t>مذہبی ایشوز پہ کبھی کوئی لڑائی نہیں ہوئی یہ جو کتاب چھپی ہے وہ</w:t>
      </w:r>
    </w:p>
    <w:p>
      <w:r>
        <w:rPr>
          <w:b/>
        </w:rPr>
        <w:t xml:space="preserve">[1:35:26] </w:t>
      </w:r>
      <w:r>
        <w:t>clear sahib civilizations is ko toh is ne bhi</w:t>
      </w:r>
    </w:p>
    <w:p>
      <w:pPr>
        <w:jc w:val="right"/>
      </w:pPr>
      <w:r>
        <w:t>کلیئر صاحب سولائزیشنز اس کو تو اس نے بھی</w:t>
      </w:r>
    </w:p>
    <w:p>
      <w:r>
        <w:rPr>
          <w:b/>
        </w:rPr>
        <w:t xml:space="preserve">[1:35:30] </w:t>
      </w:r>
      <w:r>
        <w:t>Obama ne bhi condemn kiya hai</w:t>
      </w:r>
    </w:p>
    <w:p>
      <w:pPr>
        <w:jc w:val="right"/>
      </w:pPr>
      <w:r>
        <w:t>اوباما نے بھی کنڈم کیا ہے</w:t>
      </w:r>
    </w:p>
    <w:p>
      <w:r>
        <w:rPr>
          <w:b/>
        </w:rPr>
        <w:t xml:space="preserve">[1:35:32] </w:t>
      </w:r>
      <w:r>
        <w:t>is ki jo speech abhi aayi hai is ko is ne condemn sakht lafz hai lekin behal is ko disown kiya hai is ne ye sahi picture nahi hai is mein to maine is ko woh kitab maine hasil ki is ko padha aur maine likha tha is ke upar ke ye is ka title hi galat hai is ka is ka title hi galat hai yaani clash of civilizations nahi hai ye clash of interest hai</w:t>
      </w:r>
    </w:p>
    <w:p>
      <w:pPr>
        <w:jc w:val="right"/>
      </w:pPr>
      <w:r>
        <w:t>اس کی جو اسپیچ ابھی ائی ہے اس کو اس نے کنڈم سخت لفظ ہے لیکن بہرحال اس کو ڈس اون کیا ہے اس نے یہ صحیح پکچر نہیں ہے اس میں تو میں نے اس کو وہ کتاب میں نے حاصل کی اس کو پڑھا اور میں نے لکھا تھا اس کے اوپر کہ یہ اس کا ٹائٹل ہی غلط ہے اس کا اس کا ٹائٹل ہی غلط ہے یعنی کلیش اف سولائزیشن نہیں ہے یہ کلیش اف انٹرسٹ ہے</w:t>
      </w:r>
    </w:p>
    <w:p>
      <w:r>
        <w:rPr>
          <w:b/>
        </w:rPr>
        <w:t xml:space="preserve">[1:35:57] </w:t>
      </w:r>
      <w:r>
        <w:t>ye sara jo kahani batai hai andar is ki kitab ka unhone woh sab clash of interest ki baatein hain aur title kya laga diya clash of clash of civilizations to aisi koi title laga de mazhab ka to alag baat hai woh jitni bhi ladaiyan hui hain woh material interest ke liye hui hain duniya mein land ke liye aur material material interest ke liye mazhab ki ladai kaun si hui hai mujhe aisi history nahi maloom hai</w:t>
      </w:r>
    </w:p>
    <w:p>
      <w:pPr>
        <w:jc w:val="right"/>
      </w:pPr>
      <w:r>
        <w:t>یہ سارا جو کہانی بتائی ہے اندر اس کی کتاب کا انہوں نے وہ سب کلیش اف انٹرسٹ کی باتیں ہیں اور ٹائٹل کیا لگا دیا کلیش اف کلیش اف سولائزیشن تو ایسی کوئی ٹائٹل لگا دے مذہب کا تو الگ بات ہے وہ جتنی بھی لڑائیاں ہوئی ہیں وہ مٹیریل انٹرسٹ کے لیے ہوئی ہیں دنیا میں لینڈ کے لیے اور مٹیریل مٹیریل انٹرسٹ کے لیے مذہب کی لڑائی کون سی ہوئی ہے مجھے ایسی ہسٹری نہیں معلوم ہے</w:t>
      </w:r>
    </w:p>
    <w:p>
      <w:r>
        <w:rPr>
          <w:b/>
        </w:rPr>
        <w:t xml:space="preserve">[1:36:26] </w:t>
      </w:r>
      <w:r>
        <w:t>this question is from mr zubair ahmed shah from delhi ek baat mein arz kar doon ke india ke bare mein kaha jata hai ke india mein islam phaila sword ke zariye se india mein islam phaila sword</w:t>
      </w:r>
    </w:p>
    <w:p>
      <w:pPr>
        <w:jc w:val="right"/>
      </w:pPr>
      <w:r>
        <w:t>دس کوئسچن از فرام مسٹر زبیر احمد شاہ فرام دہلی ایک بات میں عرض کر دوں کہ انڈیا کے بارے میں کہا جاتا ہے کہ انڈیا میں اسلام پھیلا سوڈ کے ذریعے سے انڈیا میں اسلام پھیلا سوڈ</w:t>
      </w:r>
    </w:p>
    <w:p>
      <w:r>
        <w:rPr>
          <w:b/>
        </w:rPr>
        <w:t xml:space="preserve">[1:36:40] </w:t>
      </w:r>
      <w:r>
        <w:t>ke zariye se to swami vivekananda jo bohat bade scholar the unhone likha hai it is nonsense to say that that it is nonsense it is nonsense to say that hindus were converted by force it is nonsense to say that hindus were converted by force saaf saaf se inkar kiya hai is ka ke force se koi talluq nahi</w:t>
      </w:r>
    </w:p>
    <w:p>
      <w:pPr>
        <w:jc w:val="right"/>
      </w:pPr>
      <w:r>
        <w:t>کے ذریعے سے تو سوامی وکانندہ جو بہت بڑے سکالر تھے انہوں نے لکھا ہے اٹ از نان سینس ٹو سے دیٹ دیٹ اٹ از نان سینس اٹ از نان سینس ٹو سے دیٹ ہندوز ویر کنورٹڈ بائی فورس اٹ از نان سینس ٹو سے دیٹ ہندوز ویر کنورٹڈ بائی فورس صاف صاف سے انکار کیا ہے اس کا کہ فورس سے کوئی تعلق نہیں</w:t>
      </w:r>
    </w:p>
    <w:p>
      <w:r>
        <w:rPr>
          <w:b/>
        </w:rPr>
        <w:t xml:space="preserve">[1:37:08] </w:t>
      </w:r>
      <w:r>
        <w:t>ek kitab chhapi hai is ka naam hai indian musalman to ek ek sahib jo ek scholar hain ek hindu scholar woh hyderabad mein rehte hain woh un ka mere paas letter aaya ke kaise aap kehte hain ke india mein islam phaila hai aman ke zariye se aur falan kitab padhi hai aap to is kitab ka naam hai indian musalman woh غالبا is ke author ka naam غالبا dyer aisa kuch naam hai to</w:t>
      </w:r>
    </w:p>
    <w:p>
      <w:pPr>
        <w:jc w:val="right"/>
      </w:pPr>
      <w:r>
        <w:t>ایک کتاب چھپی ہے اس کا نام ہے انڈین مسلمان تو ایک ایک صاحب جو ایک سکالر ہیں ایک ہندو سکالر وہ حیدراباد میں رہتے ہیں وہ ان کا میرے پاس لیٹر ایا کہ کیسے اپ کہتے ہیں کہ انڈیا میں اسلام پھیلا ہے امن کے ذریعے سے اور فلاں کتاب پڑھی ہے اپ تو اس کتاب کا نام ہے انڈین مسلمان وہ غالبا اس کے اتھر کا نام غالبا ڈائر ایسا کچھ نام ہے تو</w:t>
      </w:r>
    </w:p>
    <w:p>
      <w:r>
        <w:rPr>
          <w:b/>
        </w:rPr>
        <w:t xml:space="preserve">[1:37:36] </w:t>
      </w:r>
      <w:r>
        <w:t>is kitab ko bane jahan milia hai ke libraries hasil ki is ko padha to is mein jo chapter hai jo deal kar raha hai is ko india mein islam kaise phaila to is ka chapter ka heading hai peaceful presentation of islam in india peaceful presentation of islam in india mein un ko letter likha ke is kitab ko maine padha is mein is mein to aisa hai aap kehte hain ke is mein hai ke talwar se phailaya islam ko</w:t>
      </w:r>
    </w:p>
    <w:p>
      <w:pPr>
        <w:jc w:val="right"/>
      </w:pPr>
      <w:r>
        <w:t>اس کتاب کو بنے جہاں ملیا ہے کہ لائبریریز حاصل کی اس کو پڑھا تو اس میں جو چیپٹر ہے جو ڈیل کر رہا ہے اس کو انڈیا میں اسلام کیسے پھیلا تو اس کا چیپٹر کا ہیڈنگ ہے پیس فل پریٹیشن اف اسلام ان انڈیا پیس فل پریٹیشن اف اسلام ان انڈیا میں ان کو لیٹر لکھا کہ اس کتاب کو میں نے پڑھا اس میں اس میں تو ایسا ہے اپ کہتے ہیں کہ اس میں ہے کہ تلوار سے پھیلایا اسلام کو</w:t>
      </w:r>
    </w:p>
    <w:p>
      <w:r>
        <w:rPr>
          <w:b/>
        </w:rPr>
        <w:t xml:space="preserve">[1:38:05] </w:t>
      </w:r>
      <w:r>
        <w:t>mein ne kai letter likhe aur koi koi jawab nahi diya unhone to aise reference ke taur par log keh diya karte hain aap ko chahiye ke aap is ke is ko jab koi baat kahe to is ki tehqeeq karein aur is ke jo reference deta deta hai us ko reference ko talash karein yaani unhone aisa likha tha ke jaise is kitab mein saaf saaf likha hua hai ke india mein islam phailaya gaya talwar ke zariye se</w:t>
      </w:r>
    </w:p>
    <w:p>
      <w:pPr>
        <w:jc w:val="right"/>
      </w:pPr>
      <w:r>
        <w:t>میں نے کئی لیٹر لکھے اور کوئی کوئی جواب نہیں دیا انہوں نے تو ایسے ریور کے طور پر لوگ کہہ دیا کرتے ہیں اپ کو چاہیے کہ اپ اس کے اس کو جب کوئی بات کہے تو اس کی تحقیق کریں اور اس کے جو ریفرنس دیتا دیتا ہے اس کو ریفرنس کو تلاش کریں یعنی انہوں نے ایسا لکھا تھا کہ جیسے اس کتاب میں صاف صاف لکھا ہوا ہے کہ انڈیا میں اسلام پھیلایا گیا تلوار کے ذریعے سے</w:t>
      </w:r>
    </w:p>
    <w:p>
      <w:r>
        <w:rPr>
          <w:b/>
        </w:rPr>
        <w:t xml:space="preserve">[1:38:32] </w:t>
      </w:r>
      <w:r>
        <w:t>to woh kitab jo hai mujhe market mein nahi mili to jamia ki library mil gayi indian musalman abhi woh kitab wahan maujood hai to is mein saaf saaf yeh tha ke peaceful presentation of islam in india to log aise keh diya karte hain</w:t>
      </w:r>
    </w:p>
    <w:p>
      <w:pPr>
        <w:jc w:val="right"/>
      </w:pPr>
      <w:r>
        <w:t>تو وہ کتاب جو ہے مجھے مارکیٹ میں نہیں ملی تو جامعہ کی لائبریری مل گئی انڈین مسلمان ابھی وہ کتاب وہاں موجود ہے تو اس میں صاف صاف یہ تھا کہ پیس فل پریٹیشن اف اسلام ان انڈیا تو لوگ ایسے کہہ دیا کرتے ہیں</w:t>
      </w:r>
    </w:p>
    <w:p>
      <w:r>
        <w:rPr>
          <w:b/>
        </w:rPr>
        <w:t xml:space="preserve">[1:39:00] </w:t>
      </w:r>
      <w:r>
        <w:t>this question is from mr zubair ahmed shah from delhi quran says strive for justice then are kashmiris wrong if they are striving kya kya quran quran says strive for justice hmm then are kashmiris wrong if they are striving for justice</w:t>
      </w:r>
    </w:p>
    <w:p>
      <w:pPr>
        <w:jc w:val="right"/>
      </w:pPr>
      <w:r>
        <w:t>دس کوئسچن از فرام مسٹر زبیر احمد شاہ فرام دہلی قران سیز سٹرائیو فار جسٹس دین ار کشمیریز رونگ اف دے ار سٹرائیونگ کیا کیا قران قران سیز سٹرائیو فار جسٹس ہمم دین ار کشمیریز رونگ اف دے ار سٹرائیونگ فار جسٹس</w:t>
      </w:r>
    </w:p>
    <w:p>
      <w:r>
        <w:rPr>
          <w:b/>
        </w:rPr>
        <w:t xml:space="preserve">[1:39:24] </w:t>
      </w:r>
      <w:r>
        <w:t>secondly when kashmiris recently came on road only then the case of rape and murder of two kashmir women by ccrpf personnel was registered doesn't this mean that their approach was right konsi ayat koi quote le ke aaye unhone ye strive for justice kahan hai woh is ko quote kar diya is is ayat ko</w:t>
      </w:r>
    </w:p>
    <w:p>
      <w:pPr>
        <w:jc w:val="right"/>
      </w:pPr>
      <w:r>
        <w:t>سیکنڈلی وین کشمیریز ریسنٹلی کیم ان روڈ اونلی دین دی کیس اف ریپ اینڈ مرڈر اف ٹو کشمیری وومن بائے سی سی ار پی ایف پرسنل واز رجسٹرڈ ڈزنٹ دس مین دیٹ دیر اپروچ واز رائٹ کون سی ایت کوئی کوٹ لے کے ائے انہوں نے یہ سٹرائیو فار جسٹس کہاں ہے وہ اس کو کوٹ کر دیا اس اس ایت کو</w:t>
      </w:r>
    </w:p>
    <w:p>
      <w:r>
        <w:rPr>
          <w:b/>
        </w:rPr>
        <w:t xml:space="preserve">[1:39:51] </w:t>
      </w:r>
      <w:r>
        <w:t>ye ek bohat badi fallacy hai in logon ki taraf se jinhone islam ka political interpretation diya hai ye jo ye bilkul galat transaction karte hain is ayat ka dekhein ayat kya hai ayat hai kono qawami bil qist ye ayat hai quran majeed mein kono qawami bil qist is ka matlab nikalte hain ke qist ko naafiz karo qist ko implement karo qist ko qaim karo is ka translation hi nahi hai ye toh galat translation hai</w:t>
      </w:r>
    </w:p>
    <w:p>
      <w:pPr>
        <w:jc w:val="right"/>
      </w:pPr>
      <w:r>
        <w:t>یہ ایک بہت بڑی فلیسی ہے ان لوگوں کی طرف سے جنہوں نے اسلام کا پولیٹیکل انٹرپریشن دیا ہے یہ جو یہ بالکل غلط ٹرانزیکشن کرتے ہیں اس ایت کا دیکھیں ایت کیا ہے ایت ہے کونو قوامی بالقسط یہ ایت ہے قران مجید میں کونو قوامی بالقسط اس کا مطلب نکالتے ہیں کہ قسط کو نافذ کرو قسط کو امپلیمنٹ کرو قسط کو قائم کرو اس کا ٹرانسلیشن ہی نہیں ہے یہ تو غلط ٹرانسلیشن ہے</w:t>
      </w:r>
    </w:p>
    <w:p>
      <w:r>
        <w:rPr>
          <w:b/>
        </w:rPr>
        <w:t xml:space="preserve">[1:40:21] </w:t>
      </w:r>
      <w:r>
        <w:t>dekhiye qawam jo hai jo log jante hain woh grammar woh samjhenge is baat ko ke qawam jo hai mubalgha hai sigha hai mubalgha ka sigha lekin ye mubalgha kis baat ka hai muqeem ka mubalgha nahi hai woh qaim ka mubalgha hai</w:t>
      </w:r>
    </w:p>
    <w:p>
      <w:pPr>
        <w:jc w:val="right"/>
      </w:pPr>
      <w:r>
        <w:t>دیکھیے قوام جو ہے جو لوگ جانتے ہیں وہ گرامر وہ سمجھیں گے اس بات کو کہ قوام جو ہے مبالغہ ہے صیغہ ہے مبالغہ کا صیغہ لیکن یہ مبالغہ کس بات کا ہے مقیم کا مبالغہ نہیں ہے وہ قائم کا مبالغہ ہے</w:t>
      </w:r>
    </w:p>
    <w:p>
      <w:r>
        <w:rPr>
          <w:b/>
        </w:rPr>
        <w:t xml:space="preserve">[1:40:41] </w:t>
      </w:r>
      <w:r>
        <w:t>jo grammar jante hain woh samajh sakte hain is baat ko ke qawam mubalge ka sigha hai lekin woh mubalgha hai qaim ka muqeem ka nahi yaani qaim karo nahi matlab is ka hai balke follow karo is ka matlab yeh hai khud us par qaim ho jao to kono qawami bil qist ke maani yeh hain ke tum khud qist par qaim ho jao</w:t>
      </w:r>
    </w:p>
    <w:p>
      <w:pPr>
        <w:jc w:val="right"/>
      </w:pPr>
      <w:r>
        <w:t>جو گرامر جانتے ہیں وہ سمجھ سکتے ہیں اس بات کو کہ قوام مبالغے کا صیغہ ہے لیکن وہ مبالغہ ہے قائم کا مقیم کا نہیں یعنی قائم کرو نہیں مطلب اس کا ہے بلکہ فالو کرو اس کا مطلب یہ ہے خود اس پر قائم ہو جاؤ تو کونو قوام بالقسط کے معنی یہ ہیں کہ تم خود قسط پر قائم ہو جاؤ</w:t>
      </w:r>
    </w:p>
    <w:p>
      <w:r>
        <w:rPr>
          <w:b/>
        </w:rPr>
        <w:t xml:space="preserve">[1:41:05] </w:t>
      </w:r>
      <w:r>
        <w:t>tum khud qist par qaim ho jao lekin in logon ne jo political interpretation dete hain unhone kaha hai qist ko naafiz karo qist ko qaim karo qist ko implement karo ye bilkul be asal baat hai be asal baat hai wohi unhone padha hai isi ko bol rahe hain isi ko padha hai isi ko bol rahe hain aur doosri baat mein yeh kahunga ke jab bhi aap violence violence activity shuru karenge to yahi pesh aayega jo jo is ka unhone reference diya hai</w:t>
      </w:r>
    </w:p>
    <w:p>
      <w:pPr>
        <w:jc w:val="right"/>
      </w:pPr>
      <w:r>
        <w:t>تم خود قسط پر قائم ہو جاؤ لیکن ان لوگوں نے جو پولیٹیکل انٹرپریشن دیتے ہیں انہوں نے کہا ہے قسط کو نافذ کرو قسط کو قائم کرو قسط کو امپلیمنٹ کرو یہ بالکل بے اصل بات ہے بے اصل بات ہے وہی انہوں نے پڑھا ہے اسی کو بول رہے ہیں اسی کو پڑھا ہے اسی کو بول رہے ہیں اور دوسری بات میں یہ کہوں گا کہ جب بھی اپ وائلیس وائلیس ایکٹیویٹی شروع کریں گے تو یہی پیش ائے گا جو جو اس کا انہوں نے ریفرنس دیا ہے</w:t>
      </w:r>
    </w:p>
    <w:p>
      <w:r>
        <w:rPr>
          <w:b/>
        </w:rPr>
        <w:t xml:space="preserve">[1:41:34] </w:t>
      </w:r>
      <w:r>
        <w:t>quran majeed hai dekhiye surah saba mein aap padhiye is ko ke hazrat sulaiman ke zamane mein ek waqia pesh aaya jo paighambar bhi the aur badshah bhi the to yaman ke ilake mein us zamane mein ek queen hua karti thi us queen ka raj tha wahan par is ka naam tha malika saba to unhone is ko ultimatum diya ke tum surrender karo in political surrender</w:t>
      </w:r>
    </w:p>
    <w:p>
      <w:pPr>
        <w:jc w:val="right"/>
      </w:pPr>
      <w:r>
        <w:t>قران مجید ہے دیکھیے سورہ صبا میں اپ پڑھیے اس کو کہ حضرت سلیمان کے زمانے میں ایک واقعہ پیش ایا جو پیغمبر بھی تھے اور بادشاہ بھی تھے تویمن کے علاقے میں اس زمانے میں ایک کوئن ہوا کرتی تھی اس کوئن کا راج تھا وہاں پر اس کا نام تھا ملکہ صبا تو انہوں نے اس کو الٹیمیٹم دیا کہ تم سرینڈر کرو ان پولیٹیکل سرینڈر</w:t>
      </w:r>
    </w:p>
    <w:p>
      <w:r>
        <w:rPr>
          <w:b/>
        </w:rPr>
        <w:t xml:space="preserve">[1:42:02] </w:t>
      </w:r>
      <w:r>
        <w:t>to us ne apne darbariyon ko bulaya ke ke unhone aisi maang ki hai ke hum surrender karein to humein kya karna chahiye to darbariyon ne kaha ke hum ladenge hum surrender kyun karein hum ladenge to malika saba ne kaha ke in al muluk dakhlu nafsah</w:t>
      </w:r>
    </w:p>
    <w:p>
      <w:pPr>
        <w:jc w:val="right"/>
      </w:pPr>
      <w:r>
        <w:t>تو اس نے اپنے درباریوں کو بلایا کہ کہ انہوں نے ایسی مانگ کی ہے کہ ہم سرینڈر کریں تو ہمیں کیا کرنا چاہیے تو درباریوں نے کہا کہ ہم لڑیں گے ہم سرینڈر کیوں کریں ہم لڑیں گے تو ملکہ صبا نے کہا کہ ان الملوک داخل نفسہ</w:t>
      </w:r>
    </w:p>
    <w:p>
      <w:r>
        <w:rPr>
          <w:b/>
        </w:rPr>
        <w:t xml:space="preserve">[1:42:26] </w:t>
      </w:r>
      <w:r>
        <w:t>keh</w:t>
      </w:r>
    </w:p>
    <w:p>
      <w:pPr>
        <w:jc w:val="right"/>
      </w:pPr>
      <w:r>
        <w:t>کہ</w:t>
      </w:r>
    </w:p>
    <w:p>
      <w:r>
        <w:rPr>
          <w:b/>
        </w:rPr>
        <w:t xml:space="preserve">[1:42:28] </w:t>
      </w:r>
      <w:r>
        <w:t>badshah log jab dakhil hote hain kisi mulk mein to fasad machate hain khoonrezi hoti hai wa kadhalik yafaloon aik maani hain woh bhi aisa hi karengay Allah ta'ala ne yeh nahi farmaya ke woh chunchke peghambar thay woh to aisa na karte to usay surrender kar diya to aap ne jab violent activity chalaya kashmir mein to is ka matlab yeh sab bhugti hai is ki prize hai yeh sab bhugtna parega aap ko</w:t>
      </w:r>
    </w:p>
    <w:p>
      <w:pPr>
        <w:jc w:val="right"/>
      </w:pPr>
      <w:r>
        <w:t>بادشاہ لوگ جب داخل ہوتے ہیں کسی ملک میں تو فساد مچاتے ہیں خونریزی ہوتی ہے وکذالک یفعلون ایک معنی ہیں وہ بھی ایسا ہی کریں گے اللہ تعالی نے یہ نہیں فرمایا کہ وہ چونکہ پیغمبر تھے وہ تو ایسا نہ کرتے تو اسے سرینڈر کر دیا تو اپ نے جب وائلنٹ ایکٹیویٹی چلایا کشمیر میں تو اس کا مطلب یہ سب بھگتی ہے اس کی پرائیز ہے یہ سب بھگتنا پڑے گا اپ کو</w:t>
      </w:r>
    </w:p>
    <w:p>
      <w:r>
        <w:rPr>
          <w:b/>
        </w:rPr>
        <w:t xml:space="preserve">[1:42:57] </w:t>
      </w:r>
      <w:r>
        <w:t>is aayat ko parhiye aap quran majeed surah saba mein ke jab aap violent activity chalayengay jab larai bhirayi chherengay jab aap qital karengay to is ki prize deni paregi aap ko aap single out nahi kar sakte kisi waqay ko is poore process ka hissa hai woh yani 89 se jo shuru hua wahan par militancy is ka hissa hai woh sab aap single out kar ke nahi dekh sakte aap aik waqay ko</w:t>
      </w:r>
    </w:p>
    <w:p>
      <w:pPr>
        <w:jc w:val="right"/>
      </w:pPr>
      <w:r>
        <w:t>اس ایت کو پڑھیے اپ قران مجید سورہ صبا میں کہ جب اپ وائلنٹ ایکٹیویٹی چلائیں گے جب لڑائی بھڑائی چھیڑیں گے جب اپ قتال کریں گے تو اس کی پرائز دینی پڑے گی اپ کو اپ سنگل اؤٹ نہیں کر سکتے کسی واقعے کو اس پورے پروسیس کا حصہ ہے وہ یعنی 89 سے جو شروع ہوا وہاں پر ملٹینسی اس کا حصہ ہے وہ سب اپ سنگل اؤٹ کر کے نہیں دیکھ سکتے اپ ایک واقعے کو</w:t>
      </w:r>
    </w:p>
    <w:p>
      <w:r>
        <w:rPr>
          <w:b/>
        </w:rPr>
        <w:t xml:space="preserve">[1:43:25] </w:t>
      </w:r>
      <w:r>
        <w:t>is is is ayat par ghor kijiye aap Surah Saba ki is ayat par ke badshah bhi yahi</w:t>
      </w:r>
    </w:p>
    <w:p>
      <w:pPr>
        <w:jc w:val="right"/>
      </w:pPr>
      <w:r>
        <w:t>اس اس اس ایت پر غور کیجئے اپ سورہ صبا کی اس ایت پر کہ بادشاہ بھی یہی</w:t>
      </w:r>
    </w:p>
    <w:p>
      <w:r>
        <w:rPr>
          <w:b/>
        </w:rPr>
        <w:t xml:space="preserve">[1:43:32] </w:t>
      </w:r>
      <w:r>
        <w:t>karta hai wahan par woh paygambar bhi karta hai aisay wahan par jab is ko challenge kiya jata</w:t>
      </w:r>
    </w:p>
    <w:p>
      <w:pPr>
        <w:jc w:val="right"/>
      </w:pPr>
      <w:r>
        <w:t>کرتا ہے وہاں پر وہ پیغمبر بھی کرتا ہے ایسے وہاں پر جب اس کو چیلنج کیا جاتا</w:t>
      </w:r>
    </w:p>
    <w:p>
      <w:r>
        <w:rPr>
          <w:b/>
        </w:rPr>
        <w:t xml:space="preserve">[1:43:36] </w:t>
      </w:r>
      <w:r>
        <w:t>hai is ki political power ko jab kisi ki political power ko challenge karte hain toh wahi kare</w:t>
      </w:r>
    </w:p>
    <w:p>
      <w:pPr>
        <w:jc w:val="right"/>
      </w:pPr>
      <w:r>
        <w:t>ہے اس کی پولیٹیکل پاور کو جب کسی کی پولیٹیکل پاور کو چیلنج کرتے ہیں تو وہی کرے</w:t>
      </w:r>
    </w:p>
    <w:p>
      <w:r>
        <w:rPr>
          <w:b/>
        </w:rPr>
        <w:t xml:space="preserve">[1:43:42] </w:t>
      </w:r>
      <w:r>
        <w:t>ga woh toh aap ne challenge kiya toh bhugti hai is ki price dijiye aap</w:t>
      </w:r>
    </w:p>
    <w:p>
      <w:pPr>
        <w:jc w:val="right"/>
      </w:pPr>
      <w:r>
        <w:t>گا وہ تو اپ نے چیلنج کیا تو بھگتی ہے اس کی پرائس دیجئے اپ</w:t>
      </w:r>
    </w:p>
    <w:p>
      <w:r>
        <w:rPr>
          <w:b/>
        </w:rPr>
        <w:t xml:space="preserve">[1:43:48] </w:t>
      </w:r>
      <w:r>
        <w:t>mein wahan gaya tha Srinagar do mahina pehlay yani military se shuru honay do mahinay pehlay</w:t>
      </w:r>
    </w:p>
    <w:p>
      <w:pPr>
        <w:jc w:val="right"/>
      </w:pPr>
      <w:r>
        <w:t>میں وہاں گیا تھا سری نگر دو مہینہ پہلے یعنی ملٹری سے شروع ہونے دو مہینے پہلے</w:t>
      </w:r>
    </w:p>
    <w:p>
      <w:r>
        <w:rPr>
          <w:b/>
        </w:rPr>
        <w:t xml:space="preserve">[1:43:55] </w:t>
      </w:r>
      <w:r>
        <w:t>meri record ki hui speech maujood hai wahan par record recorded speech maujood hai do mahine pehle maine kaha tha ke dekhiye rasool Allah ka waqia maine bataya tha ke masjid nabwi mein aik shakhs aaya us ne masjid ko ganda kar diya to log us ko marna chahte thay rasool Allah ne kaha nahi maro mat pani la kar wahan baha do saaf ho jaye ga</w:t>
      </w:r>
    </w:p>
    <w:p>
      <w:pPr>
        <w:jc w:val="right"/>
      </w:pPr>
      <w:r>
        <w:t>میری ریکارڈ کی ہوئی اسپیچ موجود ہے وہاں پر ریکارڈ ریکارڈڈ اسپیچ موجود ہے دو مہینے پہلے میں نے کہا تھا کہ دیکھیے رسول اللہ کا واقعہ میں نے بتایا تھا کہ مسجد نبوی میں ایک شخص ایا اس نے مسجد کو گندا کر دیا تو لوگ اس کو مارنا چاہتے تھے رسول اللہ نے کہا نہیں مارو مت پانی لا کر وہاں بہا دو صاف ہو جائے گا</w:t>
      </w:r>
    </w:p>
    <w:p>
      <w:r>
        <w:rPr>
          <w:b/>
        </w:rPr>
        <w:t xml:space="preserve">[1:44:18] </w:t>
      </w:r>
      <w:r>
        <w:t>to maine us waqt kaha tha yeh baat recorded hai ke rasool Allah ne jo kaam rasool Allah ne jo maqsad haazir kiya tha pani baha kar ke us ko aap chahte hain khoon baha kar haazir karna to kabhi kamyab nahi ho ga peshgi maine baat ki thi peshgi do mahina pehle recorded hai yeh woh record aaj bhi kashmir mein maujood hai</w:t>
      </w:r>
    </w:p>
    <w:p>
      <w:pPr>
        <w:jc w:val="right"/>
      </w:pPr>
      <w:r>
        <w:t>تو میں نے اس وقت کہا تھا یہ بات ریکارڈڈ ہے کہ رسول اللہ نے جو کام رسول اللہ نے جو مقصد حاضر کیا تھا پانی بہا کر کے اس کو اپ چاہتے ہیں خون بہا کر حاضر کرنا تو کبھی کامیاب نہیں ہو گیا پیشگی میں نے بات کی تھی پیشگی دو مہینہ پہلے ریکارڈڈ ہے یہ وہ ریکارڈ اج بھی کشمیر میں موجود ہے</w:t>
      </w:r>
    </w:p>
    <w:p>
      <w:r>
        <w:rPr>
          <w:b/>
        </w:rPr>
        <w:t xml:space="preserve">[1:44:40] </w:t>
      </w:r>
      <w:r>
        <w:t>us waqt maine kaha tha ke rasool Allah ne jo maqsad haazir kiya tha pani baha kar ke woh aap chahte hain ke khoon baha kar haazir karein aap to aap kabhi kamyab nahi honge aaj aap dekh lein wahi hua siwaye siwaye siwaye is ke ke khoya aap ko kashmir mein paya kuch bhi nahi</w:t>
      </w:r>
    </w:p>
    <w:p>
      <w:pPr>
        <w:jc w:val="right"/>
      </w:pPr>
      <w:r>
        <w:t>اس وقت میں نے کہا تھا کہ رسول اللہ نے جو مقصد حاضر کیا تھا پانی بہا کر کے وہ اپ چاہتے ہیں کہ خون بہا کر حاضر کریں اپ تو اپ کبھی کامیاب نہیں ہوں گے اج اپ دیکھ لیں وہی ہوا سوائے سوائے سوائے اس کے کہ کھویا اپ کو کشمیر میں پایا کچھ بھی نہیں</w:t>
      </w:r>
    </w:p>
    <w:p>
      <w:r>
        <w:rPr>
          <w:b/>
        </w:rPr>
        <w:t xml:space="preserve">[1:45:05] </w:t>
      </w:r>
      <w:r>
        <w:t>to re assess kijiye re assess kijiye saare maamle ko is tarah se koi baat sabit nahi hoti jo aap ne hawala de diya hai aap ko revise karna hoga aap ko re assess karna hoga aap ko introspection mein jana hoga</w:t>
      </w:r>
    </w:p>
    <w:p>
      <w:pPr>
        <w:jc w:val="right"/>
      </w:pPr>
      <w:r>
        <w:t>تو ری ایسس کیجئے ری ایسس کیجئے سارے معاملے کو اس طرح سے کوئی بات ثابت نہیں ہوتی جو اپ نے حوالہ دے دیا ہے اپ کو ریوائز کرنا ہوگا اپ کو ری ایسس کرنا ہوگا اپ کو انٹراسپیکشن میں جانا ہوگا</w:t>
      </w:r>
    </w:p>
    <w:p>
      <w:r>
        <w:rPr>
          <w:b/>
        </w:rPr>
        <w:t xml:space="preserve">[1:45:19] </w:t>
      </w:r>
      <w:r>
        <w:t>yaad rakhiye khud quran ke mutabiq yeh hai ke agar aap aik iqdam karein yani tashaddud karein aur aap aap yani woh fauji iqdam karein to is ki qeemat bhugatne ke liye tayyar rahiye</w:t>
      </w:r>
    </w:p>
    <w:p>
      <w:pPr>
        <w:jc w:val="right"/>
      </w:pPr>
      <w:r>
        <w:t>یاد رکھیے خود قران کے مطابق یہ ہے کہ اگر اپ ایک اقدام کریں یعنی تشدد کریں اور اپ اپ یعنی وہ فوجی اقدام کریں تو اس کی قیمت بھگتنے کے لیے تیار رہیے</w:t>
      </w:r>
    </w:p>
    <w:p>
      <w:r>
        <w:rPr>
          <w:b/>
        </w:rPr>
        <w:t xml:space="preserve">[1:45:35] </w:t>
      </w:r>
      <w:r>
        <w:t>yeh nahi keh sakte ke aap ke ghalti aap karein aur is ki price koi doosra de yeh nahi ho sakta yaad rakhiye ke ghalti mein karoon price koi doosra de aisa nahi ho sakta hai</w:t>
      </w:r>
    </w:p>
    <w:p>
      <w:pPr>
        <w:jc w:val="right"/>
      </w:pPr>
      <w:r>
        <w:t>یہ نہیں کہہ سکتے کہ اپ کہ غلطی اپ کریں اور اس کی پرائس کوئی دوسرا دے یہ نہیں ہو سکتا یاد رکھیے کہ غلطی میں کروں پرائس کوئی دوسرا دے ایسا نہیں ہو سکتا ہے</w:t>
      </w:r>
    </w:p>
    <w:p>
      <w:r>
        <w:rPr>
          <w:b/>
        </w:rPr>
        <w:t xml:space="preserve">[1:45:53] </w:t>
      </w:r>
      <w:r>
        <w:t>das question is from mr khawaja kaleemuddin from pennsylvania is there anything called halawatul imam what is halawatul imam</w:t>
      </w:r>
    </w:p>
    <w:p>
      <w:pPr>
        <w:jc w:val="right"/>
      </w:pPr>
      <w:r>
        <w:t>دس کوئسچن از فرام مسٹر خواجہ کلیم الدین فرام پینسلوینیا از دیر اینی تھنگ کالڈ حلاوت الامام واٹ از حلاوت الامام</w:t>
      </w:r>
    </w:p>
    <w:p>
      <w:r>
        <w:rPr>
          <w:b/>
        </w:rPr>
        <w:t xml:space="preserve">[1:46:06] </w:t>
      </w:r>
      <w:r>
        <w:t>why muslims become violent in the disguise of this aik hadees hai dekhiye aik hadees hai yeh asal mein</w:t>
      </w:r>
    </w:p>
    <w:p>
      <w:pPr>
        <w:jc w:val="right"/>
      </w:pPr>
      <w:r>
        <w:t>وائی مسلمز بیکم وائلنٹ ان دا ڈسگائس اف دس ایک حدیث ہے دیکھیے ایک حدیث ہے یہ اصل میں</w:t>
      </w:r>
    </w:p>
    <w:p>
      <w:r>
        <w:rPr>
          <w:b/>
        </w:rPr>
        <w:t xml:space="preserve">[1:46:20] </w:t>
      </w:r>
      <w:r>
        <w:t>ke jo aadmi</w:t>
      </w:r>
    </w:p>
    <w:p>
      <w:pPr>
        <w:jc w:val="right"/>
      </w:pPr>
      <w:r>
        <w:t>کہ جو ادمی</w:t>
      </w:r>
    </w:p>
    <w:p>
      <w:r>
        <w:rPr>
          <w:b/>
        </w:rPr>
        <w:t xml:space="preserve">[1:46:24] </w:t>
      </w:r>
      <w:r>
        <w:t>Allah ta'ala ko discover karta hai us ko realize karta hai us ki study karta hai creation mein study kar ke creator ko daryaft karta hai</w:t>
      </w:r>
    </w:p>
    <w:p>
      <w:pPr>
        <w:jc w:val="right"/>
      </w:pPr>
      <w:r>
        <w:t>اللہ تعالی کو ڈسکور کرتا ہے اس کو ریلائز کرتا ہے اس کی اسٹڈی کرتا ہے کریشن میں اسٹڈی کر کے کریٹر کو دریافت کرتا ہے</w:t>
      </w:r>
    </w:p>
    <w:p>
      <w:r>
        <w:rPr>
          <w:b/>
        </w:rPr>
        <w:t xml:space="preserve">[1:46:44] </w:t>
      </w:r>
      <w:r>
        <w:t>us mein apne aap ko involve karta hai to us ko aik halawat eimani milti hai halawat maani mithas iman ki mithas iman ka zaika</w:t>
      </w:r>
    </w:p>
    <w:p>
      <w:pPr>
        <w:jc w:val="right"/>
      </w:pPr>
      <w:r>
        <w:t>اس میں اپنے اپ کو انوالو کرتا ہے تو اس کو ایک حلاوت ایمانی ملتی ہے حلاوت معنی مٹھاس ایمان کی مٹھاس ایمان کا ذائقہ</w:t>
      </w:r>
    </w:p>
    <w:p>
      <w:r>
        <w:rPr>
          <w:b/>
        </w:rPr>
        <w:t xml:space="preserve">[1:46:58] </w:t>
      </w:r>
      <w:r>
        <w:t>to yeh us ko milta hai jo us ke liye apne aap ko yani us mein us mein jo koshish kare yeh nahi ho sakta hai ke aap koshish na karein aur halaat eiman mil jaye aap ko to yeh koshish ka matlab kya hai</w:t>
      </w:r>
    </w:p>
    <w:p>
      <w:pPr>
        <w:jc w:val="right"/>
      </w:pPr>
      <w:r>
        <w:t>تو یہ اس کو ملتا ہے جو اس کے لیے اپنے اپ کو یعنی اس میں اس میں جو کوشش کرے یہ نہیں ہو سکتا ہے کہ اپ کوشش نہ کریں اور حالات ایمان مل جائے اپ کو تو یہ کوشش کا مطلب کیا ہے</w:t>
      </w:r>
    </w:p>
    <w:p>
      <w:r>
        <w:rPr>
          <w:b/>
        </w:rPr>
        <w:t xml:space="preserve">[1:47:17] </w:t>
      </w:r>
      <w:r>
        <w:t>apni deconditioning</w:t>
      </w:r>
    </w:p>
    <w:p>
      <w:pPr>
        <w:jc w:val="right"/>
      </w:pPr>
      <w:r>
        <w:t>اپنی ڈی کنڈیشننگ</w:t>
      </w:r>
    </w:p>
    <w:p>
      <w:r>
        <w:rPr>
          <w:b/>
        </w:rPr>
        <w:t xml:space="preserve">[1:47:19] </w:t>
      </w:r>
      <w:r>
        <w:t>apna introspection apna muhasba</w:t>
      </w:r>
    </w:p>
    <w:p>
      <w:pPr>
        <w:jc w:val="right"/>
      </w:pPr>
      <w:r>
        <w:t>اپنا انٹراسپیکشن اپنا محاسبہ</w:t>
      </w:r>
    </w:p>
    <w:p>
      <w:r>
        <w:rPr>
          <w:b/>
        </w:rPr>
        <w:t xml:space="preserve">[1:47:23] </w:t>
      </w:r>
      <w:r>
        <w:t>Khuda ki creation mein ghor o fikr Quran o Hadees ka mutala</w:t>
      </w:r>
    </w:p>
    <w:p>
      <w:pPr>
        <w:jc w:val="right"/>
      </w:pPr>
      <w:r>
        <w:t>خدا کی کریشن میں غور و فکر قران و حدیث کا مطالعہ</w:t>
      </w:r>
    </w:p>
    <w:p>
      <w:r>
        <w:rPr>
          <w:b/>
        </w:rPr>
        <w:t xml:space="preserve">[1:47:30] </w:t>
      </w:r>
      <w:r>
        <w:t>aur bohat ziyada apne aap ko involve karna</w:t>
      </w:r>
    </w:p>
    <w:p>
      <w:pPr>
        <w:jc w:val="right"/>
      </w:pPr>
      <w:r>
        <w:t>اور بہت زیادہ اپنے اپ کو انوالو کرنا</w:t>
      </w:r>
    </w:p>
    <w:p>
      <w:r>
        <w:rPr>
          <w:b/>
        </w:rPr>
        <w:t xml:space="preserve">[1:47:33] </w:t>
      </w:r>
      <w:r>
        <w:t>aur sab se barh kar yeh ke har doosri cheez ko secondary banana</w:t>
      </w:r>
    </w:p>
    <w:p>
      <w:pPr>
        <w:jc w:val="right"/>
      </w:pPr>
      <w:r>
        <w:t>اور سب سے بڑھ کر یہ کہ ہر دوسری چیز کو سیکنڈری بنانا</w:t>
      </w:r>
    </w:p>
    <w:p>
      <w:r>
        <w:rPr>
          <w:b/>
        </w:rPr>
        <w:t xml:space="preserve">[1:47:38] </w:t>
      </w:r>
      <w:r>
        <w:t>yaad rakhiye jo aadmi worldly cheezon ko secondary na bana sake kabhi halaat iman milegi nahi is</w:t>
      </w:r>
    </w:p>
    <w:p>
      <w:pPr>
        <w:jc w:val="right"/>
      </w:pPr>
      <w:r>
        <w:t>یاد رکھیے جو ادمی ورلڈلی چیزوں کو سیکنڈری نہ بنا سکے کبھی حالات ایمان ملے گی نہیں اس</w:t>
      </w:r>
    </w:p>
    <w:p>
      <w:r>
        <w:rPr>
          <w:b/>
        </w:rPr>
        <w:t xml:space="preserve">[1:47:44] </w:t>
      </w:r>
      <w:r>
        <w:t>ko yeh impossible hai</w:t>
      </w:r>
    </w:p>
    <w:p>
      <w:pPr>
        <w:jc w:val="right"/>
      </w:pPr>
      <w:r>
        <w:t>کو یہ امپاسیبل ہے</w:t>
      </w:r>
    </w:p>
    <w:p>
      <w:r>
        <w:rPr>
          <w:b/>
        </w:rPr>
        <w:t xml:space="preserve">[1:47:47] </w:t>
      </w:r>
      <w:r>
        <w:t>hamare naujawani ke zamane mein aik parcha saba karta tha falahuddin dunya falahuddin dunya to hamare aik rishtedar thay bohat pasand tha un ko jab mein un ke ghar jata tha to dikha dete thay falahuddin dunya madad deeni ka bhi falah dunya ki bhi falah dekhiye yeh bilkul aik aik wishful thinking hai kisi aik ko aap ko primary kisi doosre ko secondary banana parega</w:t>
      </w:r>
    </w:p>
    <w:p>
      <w:pPr>
        <w:jc w:val="right"/>
      </w:pPr>
      <w:r>
        <w:t>ہمارے نوجوانی کے زمانے میں ایک پرچہ صبا کرتا تھا فلاح الدین دنیا فلاح الدین دنیا تو ہمارے ایک رشتہ دار تھے بہت پسند تھا ان کو جب میں ان کے گھر جاتا تھا تو دکھا دیتے تھے فلاح الدین دنیا مدد دینی کا بھی فلاح دنیا کی بھی فلاح دیکھیں یہ بالکل ایک ایک وش فل تھنکنگ ہے کسی ایک کو اپ کو پرائمری کسی دوسرے کو سیکنڈری بنانا پڑے گا</w:t>
      </w:r>
    </w:p>
    <w:p>
      <w:r>
        <w:rPr>
          <w:b/>
        </w:rPr>
        <w:t xml:space="preserve">[1:48:17] </w:t>
      </w:r>
      <w:r>
        <w:t>quran mein hai ke kisi ke seene mein do dil nahi hote falahuddin dunya aik koi cheez nahi aap ko kisi aik cheez ko barabri banana parega doosri cheez ko secondary banana parega</w:t>
      </w:r>
    </w:p>
    <w:p>
      <w:pPr>
        <w:jc w:val="right"/>
      </w:pPr>
      <w:r>
        <w:t>قران میں ہے کہ کسی کے سینے میں دو دل نہیں ہوتے فلاح الدین دنیا ایک کوئی چیز نہیں اپ کو کسی ایک چیز کو برابری بنانا پڑے گا دوسری چیز کو سیکنڈری بنانا پڑے گا</w:t>
      </w:r>
    </w:p>
    <w:p>
      <w:r>
        <w:rPr>
          <w:b/>
        </w:rPr>
        <w:t xml:space="preserve">[1:48:31] </w:t>
      </w:r>
      <w:r>
        <w:t>jab aap aisa karengay tab aap ko halawat eiman milegi warna nahi das question is from ms raziya from delhi</w:t>
      </w:r>
    </w:p>
    <w:p>
      <w:pPr>
        <w:jc w:val="right"/>
      </w:pPr>
      <w:r>
        <w:t>جب اپ ایسا کریں گے تب اپ کو حلاوت ایمان ملے گی ورنہ نہیں دس کوئسچن از فرام مس راضیہ فرام دہلی</w:t>
      </w:r>
    </w:p>
    <w:p>
      <w:r>
        <w:rPr>
          <w:b/>
        </w:rPr>
        <w:t xml:space="preserve">[1:48:44] </w:t>
      </w:r>
      <w:r>
        <w:t>how could a tribal race like tataris understand the wisdom of islam whereas even the educated muslims of today have failed to understand its true meaning dekhiye un ka un ki study pehli bar inner time bhi nahi hai bohat woh time bhi nahi t w arnel ne ki hai bohat detail ke sath</w:t>
      </w:r>
    </w:p>
    <w:p>
      <w:pPr>
        <w:jc w:val="right"/>
      </w:pPr>
      <w:r>
        <w:t>ہاؤ کڈ ا ٹرائبل ریس لائک تاتاریز انڈرسٹینڈ دا وزڈم اف اسلام ویئر ایز ایون دا ایجوکیٹڈ مسلمز اف ٹوڈے ہیو فیلڈ ٹو انڈرسٹینڈ اٹس ٹرو میننگ دیکھیں ان کا ان کی اسٹڈی پہلی بار انر ٹائم بھی نہیں کی ہے بہت وہ ٹائم بھی نہیں ٹی ڈبلیو ارنل نے کی ہے بہت ڈیٹیل کے ساتھ</w:t>
      </w:r>
    </w:p>
    <w:p>
      <w:r>
        <w:rPr>
          <w:b/>
        </w:rPr>
        <w:t xml:space="preserve">[1:49:12] </w:t>
      </w:r>
      <w:r>
        <w:t>to is se main samajh paya hoon ke woh log nature par thay woh maa un ke haan</w:t>
      </w:r>
    </w:p>
    <w:p>
      <w:pPr>
        <w:jc w:val="right"/>
      </w:pPr>
      <w:r>
        <w:t>تو اس سے میں سمجھ پایا ہوں کہ وہ لوگ نیچر پر تھے وہ ماں ان کے ہاں</w:t>
      </w:r>
    </w:p>
    <w:p>
      <w:r>
        <w:rPr>
          <w:b/>
        </w:rPr>
        <w:t xml:space="preserve">[1:49:18] </w:t>
      </w:r>
      <w:r>
        <w:t>jo tha woh woh pahariyon mein rehte thay</w:t>
      </w:r>
    </w:p>
    <w:p>
      <w:pPr>
        <w:jc w:val="right"/>
      </w:pPr>
      <w:r>
        <w:t>جو تھا وہ وہ پہاڑیوں میں رہتے تھے</w:t>
      </w:r>
    </w:p>
    <w:p>
      <w:r>
        <w:rPr>
          <w:b/>
        </w:rPr>
        <w:t xml:space="preserve">[1:49:22] </w:t>
      </w:r>
      <w:r>
        <w:t>yeh Turkistan ka jo ilaaqa hai isi mein rehte thay woh pahariyon mein janglon mein</w:t>
      </w:r>
    </w:p>
    <w:p>
      <w:pPr>
        <w:jc w:val="right"/>
      </w:pPr>
      <w:r>
        <w:t>یہ ترکستان کا جو علاقہ ہے اسی میں رہتے تھے وہ پہاڑیوں میں جنگلوں میں</w:t>
      </w:r>
    </w:p>
    <w:p>
      <w:r>
        <w:rPr>
          <w:b/>
        </w:rPr>
        <w:t xml:space="preserve">[1:49:28] </w:t>
      </w:r>
      <w:r>
        <w:t>un ki zindagi mein koi tamaddun nahi tha koi civilization nahi thi koi culture nahi tha to woh</w:t>
      </w:r>
    </w:p>
    <w:p>
      <w:pPr>
        <w:jc w:val="right"/>
      </w:pPr>
      <w:r>
        <w:t>ان کی زندگی میں کوئی تمدن نہیں تھا کوئی سولائزیشن نہیں تھی کوئی کلچر نہیں تھا تو وہ</w:t>
      </w:r>
    </w:p>
    <w:p>
      <w:r>
        <w:rPr>
          <w:b/>
        </w:rPr>
        <w:t xml:space="preserve">[1:49:34] </w:t>
      </w:r>
      <w:r>
        <w:t>nature par thay nature par</w:t>
      </w:r>
    </w:p>
    <w:p>
      <w:pPr>
        <w:jc w:val="right"/>
      </w:pPr>
      <w:r>
        <w:t>نیچر پر تھے نیچر پر</w:t>
      </w:r>
    </w:p>
    <w:p>
      <w:r>
        <w:rPr>
          <w:b/>
        </w:rPr>
        <w:t xml:space="preserve">[1:49:36] </w:t>
      </w:r>
      <w:r>
        <w:t>aur unhon ne jo hamla jo kiya tha woh woh bhi log samajhte hain ke woh yani zalim</w:t>
      </w:r>
    </w:p>
    <w:p>
      <w:pPr>
        <w:jc w:val="right"/>
      </w:pPr>
      <w:r>
        <w:t>اور انہوں نے جو حملہ جو کیا تھا وہ وہ بھی لوگ سمجھتے ہیں کہ وہ یعنی ظالم</w:t>
      </w:r>
    </w:p>
    <w:p>
      <w:r>
        <w:rPr>
          <w:b/>
        </w:rPr>
        <w:t xml:space="preserve">[1:49:42] </w:t>
      </w:r>
      <w:r>
        <w:t>tha hamla kar dala aisa nahi tha yeh</w:t>
      </w:r>
    </w:p>
    <w:p>
      <w:pPr>
        <w:jc w:val="right"/>
      </w:pPr>
      <w:r>
        <w:t>تھا حملہ کر ڈالا ایسا نہیں تھا یہ</w:t>
      </w:r>
    </w:p>
    <w:p>
      <w:r>
        <w:rPr>
          <w:b/>
        </w:rPr>
        <w:t xml:space="preserve">[1:49:45] </w:t>
      </w:r>
      <w:r>
        <w:t>aap padh lijiye jo mein ne abhi hawala diya al kamil fi al tarikh jo kitaab hai ibn atheer ki us mein likhi hui us ne yeh baat mere paas yeh kitaab maujood hai jo contemporary tha us zamane mein woh maujood tha jab yeh waqia hua sab se authentic book us mein yahi samjhi jati hai us mein us ne likha hai ke khwarizm shah badshah tha muslim us zamane mein</w:t>
      </w:r>
    </w:p>
    <w:p>
      <w:pPr>
        <w:jc w:val="right"/>
      </w:pPr>
      <w:r>
        <w:t>اپ پڑھ لیجئے جو میں نے ابھی حوالہ دیا الکامل فی التاریخ جو کتاب ہے ابن اسیر کی اس میں لکھی ہوئی اس نے یہ بات میرے پاس یہ کتاب موجود ہے جو کنٹیمپریری تھا اس زمانے میں وہ موجود تھا جب یہ واقعہ ہوا سب سے اتھینٹک بک اس میں یہی سمجھی جاتی ہے اس میں اس نے لکھا ہے کہ خوازم شاہ بادشاہ تھا مسلم اس زمانے میں</w:t>
      </w:r>
    </w:p>
    <w:p>
      <w:r>
        <w:rPr>
          <w:b/>
        </w:rPr>
        <w:t xml:space="preserve">[1:50:15] </w:t>
      </w:r>
      <w:r>
        <w:t>to wahan par us ne aik apna safeer bheja changez khan ne jo sardar tha tatariyon ka aik safeer bheja guft o shuneed ke liye aapas mein peaceful taluqat ke liye tijarti taluqat ke liye to changez khwarizm jo tha khwarizm shah usay marwa dala safeer ko qatal karwa diya ab is par bhark utha woh us ne kaha mein is ko mita kar rahoon ga is saltanat ko mita kar rahoon ga</w:t>
      </w:r>
    </w:p>
    <w:p>
      <w:pPr>
        <w:jc w:val="right"/>
      </w:pPr>
      <w:r>
        <w:t>تو وہاں پر اس نے ایک اپنا سفیر بھیجا چنگیز خان نے جو سردار تھا تاتاریوں کا ایک سفیر بھیجا گفت و شنید کے لیے اپس میں پیس فل تعلقات کے لیے تجارتی تعلقات کے لیے تو چنگیز خوارزم جو تھا خوارزم شاہ اسے مروا ڈالا سفیر کو قتل کروا دیا اب اس پر بھڑک اٹھا وہ اس نے کہا میں اس کو مٹا کر رہوں گا اس سلطنت کو مٹا کر رہوں گا</w:t>
      </w:r>
    </w:p>
    <w:p>
      <w:r>
        <w:rPr>
          <w:b/>
        </w:rPr>
        <w:t xml:space="preserve">[1:50:44] </w:t>
      </w:r>
      <w:r>
        <w:t>to log samajhte hain ke tatari baray thay nahi woh reaction tha khwarizm shah ke feal ka us ko shakk ho to mere paas kitaab maujood hai al kamil fi al tarikh mein us ko dikha sakta hoon us ko usay bohat dard ke sath likha hai dard ke sath ke khwarizm shah ka aik aik nadan iqdam ke us ne un ke ambassador ko qatal karwa diya us ki wajah se bhark utha woh changez khan</w:t>
      </w:r>
    </w:p>
    <w:p>
      <w:pPr>
        <w:jc w:val="right"/>
      </w:pPr>
      <w:r>
        <w:t>تو لوگ سمجھتے ہیں کہ تاتاری برے تھے نہیں وہ ری ایکشن تھا خوارزم شاہ کے فعل کا اس کو شک ہو تو میرے پاس کتاب موجود ہے الکامل فی التاریخ میں اس کو دکھا سکتا ہوں اس کو اسے بہت درد کے ساتھ لکھا ہے درد کے ساتھ کہ خوارزم شاہ کا ایک ایک نادان اقدام کہ اس نے ان کے ایمبیسڈر کو قتل کروا دیا اس کی وجہ سے بھڑک اٹھا وہ جگیس خان</w:t>
      </w:r>
    </w:p>
    <w:p>
      <w:r>
        <w:rPr>
          <w:b/>
        </w:rPr>
        <w:t xml:space="preserve">[1:51:11] </w:t>
      </w:r>
      <w:r>
        <w:t>khud to woh mar gaya baad ko us ne wasiyat ki ke jab tak us ko us ko tahseenat na karo tab tak chain se na baithna to us ke us ke pote helagu ne us ko mukammal kiya yaani changez khan ne pehle shuru kiya</w:t>
      </w:r>
    </w:p>
    <w:p>
      <w:pPr>
        <w:jc w:val="right"/>
      </w:pPr>
      <w:r>
        <w:t>خود تو وہ مر گیا بعد کو اس نے وصیت کی کہ جب تک اس کو اس کو تحسینات نہ کرو تب تک چین سے نہ بیٹھنا تو اس کے اس کے پوتے ہلاگو نے اس کو مکمل کیا یعنی چنگیز خان نے پہلے شروع کیا</w:t>
      </w:r>
    </w:p>
    <w:p>
      <w:r>
        <w:rPr>
          <w:b/>
        </w:rPr>
        <w:t xml:space="preserve">[1:51:27] </w:t>
      </w:r>
      <w:r>
        <w:t>lekin woh mar gaya darmiyan mein to us ke us ka pota jo tha helagu khan us ne yahan se wahan tak sab yaani samarqand se le kar halab tak sab taak dala</w:t>
      </w:r>
    </w:p>
    <w:p>
      <w:pPr>
        <w:jc w:val="right"/>
      </w:pPr>
      <w:r>
        <w:t>لیکن وہ مر گیا درمیان میں تو اس کے اس کا پوتا جو تھا ہلاگو خان اس نے یہاں سے وہاں تک سب یعنی سمرقند سے لے کر حلب تک سب تاک ڈالا</w:t>
      </w:r>
    </w:p>
    <w:p>
      <w:r>
        <w:rPr>
          <w:b/>
        </w:rPr>
        <w:t xml:space="preserve">[1:51:40] </w:t>
      </w:r>
      <w:r>
        <w:t>to to yeh log bohat nature par thay un ke haan koi aish paish nahi tha koi philosophy nahi thi koi koi tamaddun aur aur civilization nahi thi to bohat aasani se baat ko pakar lait</w:t>
      </w:r>
    </w:p>
    <w:p>
      <w:pPr>
        <w:jc w:val="right"/>
      </w:pPr>
      <w:r>
        <w:t>تو تو یہ لوگ بہت نیچر پر تھے ان کے ہاں کوئی ایش پیش نہیں تھا کوئی فلاسفی نہیں تھی کوئی کوئی تمدن اور اور سولائزیشن نہیں تھی تو بہت اسانی سے بات کو پکڑ لیت</w:t>
      </w:r>
    </w:p>
    <w:p>
      <w:r>
        <w:rPr>
          <w:b/>
        </w:rPr>
        <w:t xml:space="preserve">[1:51:53] </w:t>
      </w:r>
      <w:r>
        <w:t>e thay woh lekin jo nature par hoga nature par bohat aasani se baat ko pakre ga un ke haan koi yaani sophistication nahi tha seedhi baat samajhte thay bilkul woh is wajah se woh bohat jald islam ko samajh gaye aaj kal jo log hain woh to yaani culture mein paida hotay hain civilization mein paida hotay hain aur tarah tarah ki philosophy hai us mein paida hotay hain us mein conditioning hoti hai un ki koi koi condition nahi thi un</w:t>
      </w:r>
    </w:p>
    <w:p>
      <w:pPr>
        <w:jc w:val="right"/>
      </w:pPr>
      <w:r>
        <w:t>ے تھے وہ لیکن جو نیچر پر ہوگا نیچر پر بہت اسانی سے بات کو پکڑے گا ان کے ہاں کوئی یعنی سوفیسٹیکیشن نہیں تھا سیدھی بات سمجھتے تھے بالکل وہ اس وجہ سے وہ بہت جلد اسلام کو سمجھ گئے اج کل جو لوگ ہیں وہ تو یعنی کلچر میں پیدا ہوتے ہیں سولائزیشن میں پیدا ہوتے ہیں اور طرح طرح کی فلاسفی ہے اس میں پیدا ہوتے ہیں اس میں کنڈیشننگ ہوتی ہے ان کی کوئی کوئی کنڈیشن نہیں تھی ان</w:t>
      </w:r>
    </w:p>
    <w:p>
      <w:r>
        <w:rPr>
          <w:b/>
        </w:rPr>
        <w:t xml:space="preserve">[1:52:22] </w:t>
      </w:r>
      <w:r>
        <w:t>ki woh janglon mein rehte thay paharon mein rehte thay koi conditioning nahi bilkul arab jaisay log thay woh mein kehta hoon ke saada nature par thay saada fitrat par thay woh is wajah se jaldi samajh gaye baat ko ab log saada nature par nahi hain ab bigre hue nature par log hain aaj kal ke zamanay mein is wajah se baton ko samajh nahi paate das question is from doctor farida khanum</w:t>
      </w:r>
    </w:p>
    <w:p>
      <w:pPr>
        <w:jc w:val="right"/>
      </w:pPr>
      <w:r>
        <w:t>کی وہ جنگلوں میں رہتے تھے پہاڑوں میں رہتے تھے کوئی کنڈیشننگ نہیں بالکل عرب جیسے لوگ تھے وہ میں کہتا ہوں کہ سادہ نیچر پر تھے سادہ فطرت پر تھے وہ اس وجہ سے جلدی سمجھ گئے بات کو اب لوگ سادہ نیچر پر نہیں ہیں اب بگڑے ہوئے نیچر پر لوگ ہیں اج کل کے زمانے میں اس وجہ سے باتوں کو سمجھ نہیں پاتے دس کوئسچن از فرام ڈاکٹر فریدہ خانم</w:t>
      </w:r>
    </w:p>
    <w:p>
      <w:r>
        <w:rPr>
          <w:b/>
        </w:rPr>
        <w:t xml:space="preserve">[1:52:49] </w:t>
      </w:r>
      <w:r>
        <w:t>we do not realize that we will not be given a second chance as was the case of adam and eve what should be done so that this only chance that we have does not get lost</w:t>
      </w:r>
    </w:p>
    <w:p>
      <w:pPr>
        <w:jc w:val="right"/>
      </w:pPr>
      <w:r>
        <w:t>وی ڈو ناٹ ریلائز دیٹ وی ول ناٹ بی گیون ا سیکنڈ چانس ایز واز دا کیس اف ایڈم اینڈ ایو واٹ شوڈ بی ڈن سو دیٹ دس اونلی چانس دیٹ وی ہیو ڈز ناٹ گیٹ لاسٹ</w:t>
      </w:r>
    </w:p>
    <w:p>
      <w:r>
        <w:rPr>
          <w:b/>
        </w:rPr>
        <w:t xml:space="preserve">[1:53:06] </w:t>
      </w:r>
      <w:r>
        <w:t>ab is ko to yahi kahengay ke is logon ko quran parhwaya jaye khuda ka jo kahein plan hai us ko bataya jaye ke woh khuda ka jo plan hai us ke mutabiq ab koi nature aur chance nahi milne wala nahi hai pehla chance tha adam ko bhi mila doosra chance hum ko bhi mila hua ab third chance koi samne anay wala nahi hai</w:t>
      </w:r>
    </w:p>
    <w:p>
      <w:pPr>
        <w:jc w:val="right"/>
      </w:pPr>
      <w:r>
        <w:t>اب اس کو تو یہی کہیں گے کہ اس لوگوں کو قران پڑھوایا جائے خدا کا جو کہیں پلان ہے اس کو بتایا جائے کہ وہ خدا کا جو پلان ہے اس کے مطابق اب کوئی نیچ اور چانس نہیں ملنے والا نہیں ہے پہلا چانس تھا ادم کو بھی ملا دوسرا چانس ہم کو بھی ملا ہوا اب تھرڈ چانس کوئی سامنے انے والا نہیں ہے</w:t>
      </w:r>
    </w:p>
    <w:p>
      <w:r>
        <w:rPr>
          <w:b/>
        </w:rPr>
        <w:t xml:space="preserve">[1:53:31] </w:t>
      </w:r>
      <w:r>
        <w:t>to yeh chunchay log quran ko parhte nahi is is nazar se log quran ko parhte hain bas sawab ke liye bas parh liya sawab ho gaya koi is mein ghor kon karta hai mein samajhta hoon ke achay achay jo arabi dan log hain woh bhi sirf sarsar parhte hain sirf sawab lene ke liye</w:t>
      </w:r>
    </w:p>
    <w:p>
      <w:pPr>
        <w:jc w:val="right"/>
      </w:pPr>
      <w:r>
        <w:t>تو یہ چونکہ لوگ قران کو پڑھتے نہیں اس اس نظر سے لوگ قران کو پڑھتے ہیں بس ثواب کے لیے بس پڑھ لیا ثواب ہو گیا کوئی اس میں غور کون کرتا ہے میں سمجھتا ہوں کہ اچھے اچھے جو عربی دان لوگ ہیں وہ بھی صرف سرسز فرفر پڑھتے ہیں صرف ثواب لینے کے لیے</w:t>
      </w:r>
    </w:p>
    <w:p>
      <w:r>
        <w:rPr>
          <w:b/>
        </w:rPr>
        <w:t xml:space="preserve">[1:53:51] </w:t>
      </w:r>
      <w:r>
        <w:t>arabi dan log is mein ghor karna is mein baton ko intiha tak pohnchne ki koshish karna yeh to koi karta hi nahi hai isi liye be khabar hain woh</w:t>
      </w:r>
    </w:p>
    <w:p>
      <w:pPr>
        <w:jc w:val="right"/>
      </w:pPr>
      <w:r>
        <w:t>عربی دان لوگ اس میں غور کرنا اس میں باتوں کو انتہا تک پہنچنے کی کوشش کرنا یہ تو کوئی کرتا ہی نہیں ہے اسی لیے بے خبر ہیں وہ</w:t>
      </w:r>
    </w:p>
    <w:p>
      <w:r>
        <w:rPr>
          <w:b/>
        </w:rPr>
        <w:t xml:space="preserve">[1:54:04] </w:t>
      </w:r>
      <w:r>
        <w:t>to ab hamara mission yeh hai ke logon ko batayein ke bhai socho kyunke ab koi aur chance milne wala hai hi nahi yeh akhri chance hai yeh yeh to akhri chance hai</w:t>
      </w:r>
    </w:p>
    <w:p>
      <w:pPr>
        <w:jc w:val="right"/>
      </w:pPr>
      <w:r>
        <w:t>تو اب ہمارا مشن یہ ہے کہ لوگوں کو بتائیں کہ بھئی سوچو کیونکہ اب کوئی اور چانس ملنے والا ہے ہی نہیں یہ اخری چانس ہے یہ یہ تو اخری چانس ہے</w:t>
      </w:r>
    </w:p>
    <w:p>
      <w:r>
        <w:rPr>
          <w:b/>
        </w:rPr>
        <w:t xml:space="preserve">[1:54:20] </w:t>
      </w:r>
      <w:r>
        <w:t>hamare bas mein yeh hai ke hum batayein logon ko logon ko aap ba khabar karein logon ki ghaflat ko todein yeh hamare bas mein hai woh hum kar rahe hain inshallah</w:t>
      </w:r>
    </w:p>
    <w:p>
      <w:pPr>
        <w:jc w:val="right"/>
      </w:pPr>
      <w:r>
        <w:t>ہمارے بس میں یہ ہے کہ ہم بتائیں لوگوں کو لوگوں کو اپ باخبر کریں لوگوں کی غفلت کو توڑیں یہ ہمارے بس میں ہے وہ ہم کر رہے ہیں انشاءاللہ</w:t>
      </w:r>
    </w:p>
    <w:p>
      <w:r>
        <w:rPr>
          <w:b/>
        </w:rPr>
        <w:t xml:space="preserve">[1:54:36] </w:t>
      </w:r>
      <w:r>
        <w:t>this question is from mr khalid ansari from delhi</w:t>
      </w:r>
    </w:p>
    <w:p>
      <w:pPr>
        <w:jc w:val="right"/>
      </w:pPr>
      <w:r>
        <w:t>دس کوئسچن از فرام مسٹر خالد انصاری فرام دہلی</w:t>
      </w:r>
    </w:p>
    <w:p>
      <w:r>
        <w:rPr>
          <w:b/>
        </w:rPr>
        <w:t xml:space="preserve">[1:54:42] </w:t>
      </w:r>
      <w:r>
        <w:t>according to a majority of christian theologies theologies theologian according to a majority of christian theologians and a marginal fraction of islamic scholars the garden of eden where adam and eve were created and the incident of adam's expulsion took place is on this planet earth itself</w:t>
      </w:r>
    </w:p>
    <w:p>
      <w:pPr>
        <w:jc w:val="right"/>
      </w:pPr>
      <w:r>
        <w:t>اکارڈنگ ٹو ا میجورٹی اف کرسچن تھیولوجیز تھیولوجیز تھیولوجینز اکارڈنگ ٹو ا میجورٹی اف کرسچن تھیولوجینز اینڈ ا مارجنل فریکشن اف اسلامک سکالرز دا گارڈن اف ایڈن ویئر ایڈم اینڈ ایو وار کریٹڈ اینڈ دا انسیڈنٹ اف ایڈمز ایکسپلشن ٹوک پلیس از ان دس پلینٹ ارتھ اٹ سیلف</w:t>
      </w:r>
    </w:p>
    <w:p>
      <w:r>
        <w:rPr>
          <w:b/>
        </w:rPr>
        <w:t xml:space="preserve">[1:55:11] </w:t>
      </w:r>
      <w:r>
        <w:t>in fact an island which got bread along the shore of turkey is believed to be the garden of eden maulana is there any hint in quran in this issue what is the islamic stand on this dekhen jahan tak maine parha hai yeh baat bible mein hai is mein hai yeh wording ke khuda ne adan ke pas aik bagh banaya</w:t>
      </w:r>
    </w:p>
    <w:p>
      <w:pPr>
        <w:jc w:val="right"/>
      </w:pPr>
      <w:r>
        <w:t>ان فیکٹ این ائلینڈ وچ گاٹ بریڈ الونگ دا شور اف ٹرکی از بیلیوڈ ٹو بی دا گارڈن اف ایڈن مولانا از دیر اینی ہنٹ ان قران ان دس ایشو واٹ از دا اسلامک سٹینڈ ان دس دیکھیں جہاں تک میں نے پڑھا ہے یہ بات بائبل میں ہے اس میں ہے یہ ورڈنگ کہ خدا نے ادن کے پاس ایک باغ بنایا</w:t>
      </w:r>
    </w:p>
    <w:p>
      <w:r>
        <w:rPr>
          <w:b/>
        </w:rPr>
        <w:t xml:space="preserve">[1:55:40] </w:t>
      </w:r>
      <w:r>
        <w:t>adan aik country aap jantay hain to is mein hai ke khuda ne adan ke pas aik bagh banaya is se yeh nikala gaya hai ke isi planet earth par kisi hissay par wahan par rakha gaya tha un ko lekin quran ya hadith mein aisi koi cheez maujood nahi hai</w:t>
      </w:r>
    </w:p>
    <w:p>
      <w:pPr>
        <w:jc w:val="right"/>
      </w:pPr>
      <w:r>
        <w:t>ادن ایک کنٹری اپ جانتے ہیں تو اس میں ہے کہ خدا نے ادن کے پاس ایک باغ بنایا اس سے یہ نکالا گیا ہے کہ اسی پلینٹ ارتھ پر کسی حصے پر وہاں پر رکھا گیا تھا ان کو لیکن قران یا حدیث میں ایسی کوئی چیز موجود نہیں ہے</w:t>
      </w:r>
    </w:p>
    <w:p>
      <w:r>
        <w:rPr>
          <w:b/>
        </w:rPr>
        <w:t xml:space="preserve">[1:56:02] </w:t>
      </w:r>
      <w:r>
        <w:t>aisi koi cheez mujhe nahi mili hai aisi koi cheez</w:t>
      </w:r>
    </w:p>
    <w:p>
      <w:pPr>
        <w:jc w:val="right"/>
      </w:pPr>
      <w:r>
        <w:t>ایسی کوئی چیز مجھے نہیں ملی ہے ایسی کوئی چیز</w:t>
      </w:r>
    </w:p>
    <w:p>
      <w:r>
        <w:rPr>
          <w:b/>
        </w:rPr>
        <w:t xml:space="preserve">[1:56:05] </w:t>
      </w:r>
      <w:r>
        <w:t>to musalmanon mein jo log mantay hain woh sirf bible ki wajah se mantay hain quran o hadith ki wajah se nahi mantay</w:t>
      </w:r>
    </w:p>
    <w:p>
      <w:pPr>
        <w:jc w:val="right"/>
      </w:pPr>
      <w:r>
        <w:t>تو مسلمانوں میں جو لوگ مانتے ہیں وہ صرف بائبل کی وجہ سے مانتے ہیں قران و حدیث کی وجہ سے نہیں مانتے</w:t>
      </w:r>
    </w:p>
    <w:p>
      <w:r>
        <w:rPr>
          <w:b/>
        </w:rPr>
        <w:t xml:space="preserve">[1:56:15] </w:t>
      </w:r>
      <w:r>
        <w:t>ab aap guess kar saktay hain inference kar saktay hain yaani bator inference ke aap kuch baatein hain bator guess kuch baatein aap man saktay hain is mamlay mein lekin jis tarah bible mein baqayda text mein hai text mein saaf saaf ke khuda ne adan ke pas aik bagh banaya to bible mein to khud un ke text mein yeh cheez maujood hai lekin quran o hadith mein aap jo log nikaltay hain woh bas aik guess ke tor par nikaltay hain ya inference ke tor par</w:t>
      </w:r>
    </w:p>
    <w:p>
      <w:pPr>
        <w:jc w:val="right"/>
      </w:pPr>
      <w:r>
        <w:t>اب اپ گیس کر سکتے ہیں انفرنس کر سکتے ہیں یعنی بطور انفرنس کے اپ کچھ باتیں ہیں بطور گیس کچھ باتیں اپ مان سکتے ہیں اس معاملے میں لیکن جس طرح بائبل میں باقاعدہ ٹیکسٹ میں ہے ٹیکسٹ میں صاف صاف کہ خدا نے ادن کے پاس ایک باغ بنایا تو بائبل میں تو خود ان کے ٹیکسٹ میں یہ چیز موجود ہے لیکن قران و حدیث میں اپ جو لوگ نکالتے ہیں وہ بس ایک گیس کے طور پر نکالتے ہیں یا انفرنس کے طور پر</w:t>
      </w:r>
    </w:p>
    <w:p>
      <w:r>
        <w:rPr>
          <w:b/>
        </w:rPr>
        <w:t xml:space="preserve">[1:56:45] </w:t>
      </w:r>
      <w:r>
        <w:t>to is baray mein mein koi establish dene ki position mein nahi hoon koi clear cut baat karne ki position mein nahi hoon mein</w:t>
      </w:r>
    </w:p>
    <w:p>
      <w:pPr>
        <w:jc w:val="right"/>
      </w:pPr>
      <w:r>
        <w:t>تو اس بارے میں میں کوئی اسٹیبلش دینے کی پوزیشن میں نہیں ہوں کوئی کلیئر کٹ بات کرنے کی پوزیشن میں نہیں ہوں میں</w:t>
      </w:r>
    </w:p>
    <w:p>
      <w:r>
        <w:rPr>
          <w:b/>
        </w:rPr>
        <w:t xml:space="preserve">[1:56:56] </w:t>
      </w:r>
      <w:r>
        <w:t>ah this question is from sadia from delhi you just quoted a hadith which urges muslims to condemn what is wrong by action speech or by at least considering it bad</w:t>
      </w:r>
    </w:p>
    <w:p>
      <w:pPr>
        <w:jc w:val="right"/>
      </w:pPr>
      <w:r>
        <w:t>اہ دس کوئسچن از فرام سعدیہ فرام دہلی یو جسٹ کوٹڈ ا حدیث وچ ارجز مسلمز ٹو کنڈیم واٹ از رونگ بائے ایکشن سپیچ اور بائے ایٹ لیسٹ کنسیڈرنگ اٹ بیڈ</w:t>
      </w:r>
    </w:p>
    <w:p>
      <w:r>
        <w:rPr>
          <w:b/>
        </w:rPr>
        <w:t xml:space="preserve">[1:57:13] </w:t>
      </w:r>
      <w:r>
        <w:t>how do we reconcile this with a hadith according to which muslims must not fight the leaders what so ever be the case haan dekhiye maine aap se kaha tha ke woh jo hadith hai woh is mein aik condition hai woh hai result ولم</w:t>
      </w:r>
    </w:p>
    <w:p>
      <w:pPr>
        <w:jc w:val="right"/>
      </w:pPr>
      <w:r>
        <w:t>ہاؤ ڈو وی ریکنسائل دس ودا حدیث اکارڈنگ ٹو وچ مسلمز مسٹ ناٹ فائٹ دا لیڈرز واٹس سو ایور بی دا کیس ہاں دیکھیے میں نے اپ سے کہا تھا کہ وہ جو حدیث ہے وہ اس میں ایک کنڈیشن ہے وہ ہے رزلٹ ولم</w:t>
      </w:r>
    </w:p>
    <w:p>
      <w:r>
        <w:rPr>
          <w:b/>
        </w:rPr>
        <w:t xml:space="preserve">[1:57:39] </w:t>
      </w:r>
      <w:r>
        <w:t>tastata ka lafz hai is mein yaani tumhare bas mein agar na ho result nikalna wa lam tastata agar tumhare bas mein result nikalna na ho to phir aisa karo</w:t>
      </w:r>
    </w:p>
    <w:p>
      <w:pPr>
        <w:jc w:val="right"/>
      </w:pPr>
      <w:r>
        <w:t>تستطع کا لفظ ہے اس میں یعنی تمہارے بس میں اگر نہ ہو رزلٹ نکالنا ولم تستطع اگر تمہارے بس میں رزلٹ نکالنا نہ ہو تو پھر ایسا کرو</w:t>
      </w:r>
    </w:p>
    <w:p>
      <w:r>
        <w:rPr>
          <w:b/>
        </w:rPr>
        <w:t xml:space="preserve">[1:57:54] </w:t>
      </w:r>
      <w:r>
        <w:t>yaani agar agar aap action le kar rok saktay hon to rokiye lekin agar aap samjhein ke action le kar ke mein koi result nahi nikal paoonga to sirf kehne aur sunnay par aur agar is mein bhi aap samjhein ke is mein bhi baat bigar jaye gi to phir aap sirf dil mein bura maniye</w:t>
      </w:r>
    </w:p>
    <w:p>
      <w:pPr>
        <w:jc w:val="right"/>
      </w:pPr>
      <w:r>
        <w:t>یعنی اگر اگر اپ ایکشن لے کر روک سکتے ہوں تو روکیے لیکن اگر اپ سمجھیں کہ ایکشن لے کر کہ میں کوئی رزلٹ نہیں نکال پاؤں گا تو صرف کہنے اور سننے پر اور اگر اس میں بھی اپ سمجھیں کہ اس میں بھی بات بگڑ جائے گی تو پھر اپ صرف دل میں برا مانیے</w:t>
      </w:r>
    </w:p>
    <w:p>
      <w:r>
        <w:rPr>
          <w:b/>
        </w:rPr>
        <w:t xml:space="preserve">[1:58:14] </w:t>
      </w:r>
      <w:r>
        <w:t>acha jahan tak is ki baat hai to is se juri hui hai woh baat ke kyunke dekhiye</w:t>
      </w:r>
    </w:p>
    <w:p>
      <w:pPr>
        <w:jc w:val="right"/>
      </w:pPr>
      <w:r>
        <w:t>اچھا جہاں تک اس کی بات ہے تو اس سے جڑی ہوئی ہے وہ بات کہ کیونکہ دیکھیے</w:t>
      </w:r>
    </w:p>
    <w:p>
      <w:r>
        <w:rPr>
          <w:b/>
        </w:rPr>
        <w:t xml:space="preserve">[1:58:22] </w:t>
      </w:r>
      <w:r>
        <w:t>ek ek group hai ek dynasty hai ya ek ek team hai jo already</w:t>
      </w:r>
    </w:p>
    <w:p>
      <w:pPr>
        <w:jc w:val="right"/>
      </w:pPr>
      <w:r>
        <w:t>ایک ایک گروپ ہے ایک ڈائنسٹی ہے یا ایک ایک ٹیم ہے جو الریڈی</w:t>
      </w:r>
    </w:p>
    <w:p>
      <w:r>
        <w:rPr>
          <w:b/>
        </w:rPr>
        <w:t xml:space="preserve">[1:58:31] </w:t>
      </w:r>
      <w:r>
        <w:t>political power par qabza kiye baithi hai is ke paas police hai is ke paas fauj hai poora</w:t>
      </w:r>
    </w:p>
    <w:p>
      <w:pPr>
        <w:jc w:val="right"/>
      </w:pPr>
      <w:r>
        <w:t>پولیٹیکل پاور پر قبضہ کیے بیٹھی ہے اس کے پاس پولیس ہے اس کے پاس فوج ہے پورا</w:t>
      </w:r>
    </w:p>
    <w:p>
      <w:r>
        <w:rPr>
          <w:b/>
        </w:rPr>
        <w:t xml:space="preserve">[1:58:36] </w:t>
      </w:r>
      <w:r>
        <w:t>infrastructure is ke paas hai sari taqatein is ke paas hain ab aap is se takrayenge to</w:t>
      </w:r>
    </w:p>
    <w:p>
      <w:pPr>
        <w:jc w:val="right"/>
      </w:pPr>
      <w:r>
        <w:t>انفراسٹرکچر اس کے پاس ہے ساری طاقتیں اس کے پاس ہیں اب اپ اس سے ٹکرائیں گے تو</w:t>
      </w:r>
    </w:p>
    <w:p>
      <w:r>
        <w:rPr>
          <w:b/>
        </w:rPr>
        <w:t xml:space="preserve">[1:58:41] </w:t>
      </w:r>
      <w:r>
        <w:t>kya hoga</w:t>
      </w:r>
    </w:p>
    <w:p>
      <w:pPr>
        <w:jc w:val="right"/>
      </w:pPr>
      <w:r>
        <w:t>کیا ہوگا</w:t>
      </w:r>
    </w:p>
    <w:p>
      <w:r>
        <w:rPr>
          <w:b/>
        </w:rPr>
        <w:t xml:space="preserve">[1:58:44] </w:t>
      </w:r>
      <w:r>
        <w:t>bilkul ah tay hai in advance yeh tay hai ke result jo hai ulta niklay ga hamesha history mein dekhen poori history mein jab bhi log takray hain ruling class se to result ulta nikla hai hamesha to yeh jo hadith mein aya hai hadith mein yeh result ki wajah se hai ke tum agar aisa karogay to woh greater evil ban jaye ga woh</w:t>
      </w:r>
    </w:p>
    <w:p>
      <w:pPr>
        <w:jc w:val="right"/>
      </w:pPr>
      <w:r>
        <w:t>بالکل اہ طے ہے ان ایڈوانس یہ طے ہے کہ رزلٹ جو ہے الٹا نکلے گا ہمیشہ ہسٹری میں دیکھیں پوری ہسٹری میں جب بھی لوگ ٹکرائے ہیں رولنگ کلاس سے تو رزلٹ الٹا نکلا ہے ہمیشہ تو یہ جو حدیث میں ایا ہے حدیث میں یہ رزلٹ کی وجہ سے ہے کہ تم اگر ایسا کرو گے تو وہ گریٹر ایول بن جائے گا وہ</w:t>
      </w:r>
    </w:p>
    <w:p>
      <w:r>
        <w:rPr>
          <w:b/>
        </w:rPr>
        <w:t xml:space="preserve">[1:59:13] </w:t>
      </w:r>
      <w:r>
        <w:t>hadees aur hadeesain hain jis se maloom hota hai yeh baat ke rulers se na takrana result ki</w:t>
      </w:r>
    </w:p>
    <w:p>
      <w:pPr>
        <w:jc w:val="right"/>
      </w:pPr>
      <w:r>
        <w:t>حدیث اور حدیثیں ہیں جس سے معلوم ہوتا ہے یہ بات کہ رولرز سے نہ ٹکرانا رزلٹ کی</w:t>
      </w:r>
    </w:p>
    <w:p>
      <w:r>
        <w:rPr>
          <w:b/>
        </w:rPr>
        <w:t xml:space="preserve">[1:59:20] </w:t>
      </w:r>
      <w:r>
        <w:t>wajah se hua hai is liye haram halal ki baat nahi hai aslan aslan</w:t>
      </w:r>
    </w:p>
    <w:p>
      <w:pPr>
        <w:jc w:val="right"/>
      </w:pPr>
      <w:r>
        <w:t>وجہ سے ہوا ہے اس لیے حرام حلال کی بات نہیں ہے اصلا اصلا</w:t>
      </w:r>
    </w:p>
    <w:p>
      <w:r>
        <w:rPr>
          <w:b/>
        </w:rPr>
        <w:t xml:space="preserve">[1:59:26] </w:t>
      </w:r>
      <w:r>
        <w:t>kyunke jab bhi koi takraya hai result ulta niklta hai misaal ke taur par dekhiye Hazrat Hussain ka</w:t>
      </w:r>
    </w:p>
    <w:p>
      <w:pPr>
        <w:jc w:val="right"/>
      </w:pPr>
      <w:r>
        <w:t>کیونکہ جب بھی کوئی ٹکرایا ہے رزلٹ الٹا نکلتا ہے مثال کے طور پر دیکھیے حضرت حسین کا</w:t>
      </w:r>
    </w:p>
    <w:p>
      <w:r>
        <w:rPr>
          <w:b/>
        </w:rPr>
        <w:t xml:space="preserve">[1:59:33] </w:t>
      </w:r>
      <w:r>
        <w:t>takkar hui usay to Hussain ko maar dala unhon ne to kya hua</w:t>
      </w:r>
    </w:p>
    <w:p>
      <w:pPr>
        <w:jc w:val="right"/>
      </w:pPr>
      <w:r>
        <w:t>ٹکر ہوئی اسے تو حسین کو مار ڈالا انہوں نے تو کیا ہوا</w:t>
      </w:r>
    </w:p>
    <w:p>
      <w:r>
        <w:rPr>
          <w:b/>
        </w:rPr>
        <w:t xml:space="preserve">[1:59:38] </w:t>
      </w:r>
      <w:r>
        <w:t>Hussain bohat bahadur aadmi thay bohat zabardast zaheen aadmi thay</w:t>
      </w:r>
    </w:p>
    <w:p>
      <w:pPr>
        <w:jc w:val="right"/>
      </w:pPr>
      <w:r>
        <w:t>حسین بہت بہادر ادمی تھے بہت زبردست ذہین ادمی تھے</w:t>
      </w:r>
    </w:p>
    <w:p>
      <w:r>
        <w:rPr>
          <w:b/>
        </w:rPr>
        <w:t xml:space="preserve">[1:59:43] </w:t>
      </w:r>
      <w:r>
        <w:t>abhi woh kam az kam pachaas saal aur zinda rehte to tablegh karte dawat work karte to hazaron log un ke hathon mein is ko sachai mil jati hai hazaron logon ko ke ek din is ko khatam kar diya un ko maar kar ke aise bohat se log jo hain jin ko ke jinhon ne takraye aur maar dala hamare ulma deoband ko kehte hain ke sawa lakh ulma shaheed ho gaye bhai kyun shaheed hue tum jab tum ko ladne ki tahaqat nahi thi to dawat work karte</w:t>
      </w:r>
    </w:p>
    <w:p>
      <w:pPr>
        <w:jc w:val="right"/>
      </w:pPr>
      <w:r>
        <w:t>ابھی وہ کم از کم پچاس سال اور زندہ رہتے تو تبلیغ کرتے دعوت ورک کرتے تو ہزاروں لوگ ان کے ہاتھوں میں اس کو سچائی مل جاتی ہے ہزاروں لوگوں کو کہ ایک دن اس کو ختم کر دیا ان کو مار کر کے ایسے بہت سے لوگ جو ہیں جن کو کہ جنہوں نے ٹکرائے اور مار ڈالا ہمارے علماء دیوبند کو کہتے ہیں کہ سوا لاکھ علماء شہید ہو گئے بھئی کیوں شہید ہوئے تم جب تم کو لڑنے کی طاقت نہیں تھی تو دعوت ورک کرتے</w:t>
      </w:r>
    </w:p>
    <w:p>
      <w:r>
        <w:rPr>
          <w:b/>
        </w:rPr>
        <w:t xml:space="preserve">[2:00:10] </w:t>
      </w:r>
      <w:r>
        <w:t>kayi sawa lakh tumhare hathon se Islam qabool karte woh to ladne ki kya zaroorat thi wahan to</w:t>
      </w:r>
    </w:p>
    <w:p>
      <w:pPr>
        <w:jc w:val="right"/>
      </w:pPr>
      <w:r>
        <w:t>کئی سوا لاکھ تمہارے ہاتھوں سے اسلام قبول کرتے وہ تو لڑنے کی کیا ضرورت تھی وہاں تو</w:t>
      </w:r>
    </w:p>
    <w:p>
      <w:r>
        <w:rPr>
          <w:b/>
        </w:rPr>
        <w:t xml:space="preserve">[2:00:16] </w:t>
      </w:r>
      <w:r>
        <w:t>woh jo Islam mein bataya gaya hai is liye ke kabhi bhi aap political power se takrayenge</w:t>
      </w:r>
    </w:p>
    <w:p>
      <w:pPr>
        <w:jc w:val="right"/>
      </w:pPr>
      <w:r>
        <w:t>وہ جو اسلام میں بتایا گیا ہے اس لیے کہ کبھی بھی اپ پولیٹیکل پاور سے ٹکرائیں گے</w:t>
      </w:r>
    </w:p>
    <w:p>
      <w:r>
        <w:rPr>
          <w:b/>
        </w:rPr>
        <w:t xml:space="preserve">[2:00:22] </w:t>
      </w:r>
      <w:r>
        <w:t>to woh strong hai aap weak hain is ke paas army hai aap ke paas kuch bhi nahi</w:t>
      </w:r>
    </w:p>
    <w:p>
      <w:pPr>
        <w:jc w:val="right"/>
      </w:pPr>
      <w:r>
        <w:t>تو وہ اسٹرانگ ہے اپ ویک ہیں اس کے پاس ارمی ہے اپ کے پاس کچھ بھی نہیں</w:t>
      </w:r>
    </w:p>
    <w:p>
      <w:r>
        <w:rPr>
          <w:b/>
        </w:rPr>
        <w:t xml:space="preserve">[2:00:27] </w:t>
      </w:r>
      <w:r>
        <w:t>hai to result negative niklega is wajah se you have to keep patience</w:t>
      </w:r>
    </w:p>
    <w:p>
      <w:pPr>
        <w:jc w:val="right"/>
      </w:pPr>
      <w:r>
        <w:t>ہے تو رزلٹ نیگیٹیو نکلے گا اس وجہ سے یو ہیو ٹو کیپ پیشنس</w:t>
      </w:r>
    </w:p>
    <w:p>
      <w:r>
        <w:rPr>
          <w:b/>
        </w:rPr>
        <w:t xml:space="preserve">[2:00:33] </w:t>
      </w:r>
      <w:r>
        <w:t>yeh matlab hai</w:t>
      </w:r>
    </w:p>
    <w:p>
      <w:pPr>
        <w:jc w:val="right"/>
      </w:pPr>
      <w:r>
        <w:t>یہ مطلب ہے</w:t>
      </w:r>
    </w:p>
    <w:p>
      <w:r>
        <w:rPr>
          <w:b/>
        </w:rPr>
        <w:t xml:space="preserve">[2:00:36] </w:t>
      </w:r>
      <w:r>
        <w:t>yeh 10 question is from miss safia khan from pakistan</w:t>
      </w:r>
    </w:p>
    <w:p>
      <w:pPr>
        <w:jc w:val="right"/>
      </w:pPr>
      <w:r>
        <w:t>دس کوئسچن از فرام مس صفیہ خان فرام پاکستان</w:t>
      </w:r>
    </w:p>
    <w:p>
      <w:r>
        <w:rPr>
          <w:b/>
        </w:rPr>
        <w:t xml:space="preserve">[2:00:41] </w:t>
      </w:r>
      <w:r>
        <w:t>today topic is very important in individual level as well as collective level please guide me if i am going to take the right step i teach quran to educated ladies should i inculcate the concept of violence the passive one in the tafsir of quran so that the spirit of peace and non violence should start from home and mothers lab</w:t>
      </w:r>
    </w:p>
    <w:p>
      <w:pPr>
        <w:jc w:val="right"/>
      </w:pPr>
      <w:r>
        <w:t>ٹوڈے ٹاپک از ویری امپورٹنٹ ان انڈیویجول لیول ایز ویل ایز کلیکٹیو لیول پلیز گائیڈ می اف ائی ایم گوئنگ ٹو ٹیک دا رائٹ سٹیپ ائی ٹیچ قران ٹو ایجوکیٹڈ لیڈیز شوڈ ائی انکلکیٹ دا کانسیپٹ اف وائلنس دا پیسو ون ان دا تفسیر اف قران سو دیٹ دا سپرٹ اف پیس اینڈ نان وائلنس شوڈ سٹارٹ فرام ہوم اینڈ مدرز لیب</w:t>
      </w:r>
    </w:p>
    <w:p>
      <w:r>
        <w:rPr>
          <w:b/>
        </w:rPr>
        <w:t xml:space="preserve">[2:01:10] </w:t>
      </w:r>
      <w:r>
        <w:t>so that it will have a ripple effect in the other circles of society i feel its my contribution after understanding of your lecture besides becoming a peaceful person haan include karne ka matlab yeh hai ke ayaton mein yeh baat likhi hui hai in ayaton ka pata hi hai aap ayaton mein baat maujood hai jaise ke bas yeh ayat maine padhi aap ko ke kaun qawami bil qist</w:t>
      </w:r>
    </w:p>
    <w:p>
      <w:pPr>
        <w:jc w:val="right"/>
      </w:pPr>
      <w:r>
        <w:t>سو دیٹ اٹ ویل ہیو ا رپل ایفیکٹ ان دی ادر سرکلز اف سوسائٹی ائی فیل اٹس مائی کنٹریبیوشن افٹر انڈرسٹینڈنگ اف یور لیکچر بیسائیڈز بیکمنگ ا پیس فل پرسن ہاں انکلوڈ کرنے کا مطلب یہ ہے کہ ایتوں میں یہ بات لکھی ہوئی ہے ان ایتوں کا پتہ ہی ہے اپ ایتوں میں بات موجود ہے جیسے کہ بس یہ ایت میں نے پڑھی اپ کو کہ کون قوامی بالقسط</w:t>
      </w:r>
    </w:p>
    <w:p>
      <w:r>
        <w:rPr>
          <w:b/>
        </w:rPr>
        <w:t xml:space="preserve">[2:01:38] </w:t>
      </w:r>
      <w:r>
        <w:t>is ka jo transition hai woh hai ke tum log khoob khoob insaaf par qaim ho jao khoob khoob justice par amal karo qawam jaise maine kaha ke mubalgha hai yaani mubalgha hai qaim ka yaani kaha gaya hai ke a logon tum khud apne aap ko khoob khoob mubalghe ki had tak sach justice pe qaim karo</w:t>
      </w:r>
    </w:p>
    <w:p>
      <w:pPr>
        <w:jc w:val="right"/>
      </w:pPr>
      <w:r>
        <w:t>اس کا جو ٹرانزیشن ہے وہ ہے کہ تم لوگ خوب خوب انصاف پر قائم ہو جاؤ خوب خوب جسٹس پر عمل کرو قوام جیسے میں نے کہا کہ مبالغہ ہے یعنی مبالغہ ہے قائم کا یعنی کہا گیا ہے کہ اے لوگوں تم خود اپنے اپ کو خوب خوب مبالغے کی حد تک سچ جسٹس پہ قائم کرو</w:t>
      </w:r>
    </w:p>
    <w:p>
      <w:r>
        <w:rPr>
          <w:b/>
        </w:rPr>
        <w:t xml:space="preserve">[2:02:04] </w:t>
      </w:r>
      <w:r>
        <w:t>ab woh log jo is ka political interfere dete hain woh passive voice ko active voice bana dete hain yaani lazim ko badhi bana dete hain aur is ko kya kehte hain ke duniya bhar mein qist qaim karo qist ko enforce karo yeh to ayat mein hai hi nahi isi se isi se violence aata hai</w:t>
      </w:r>
    </w:p>
    <w:p>
      <w:pPr>
        <w:jc w:val="right"/>
      </w:pPr>
      <w:r>
        <w:t>اب وہ لوگ جو اس کا پولیٹیکل انٹرفیئر دیتے ہیں وہ پیسو وائس کو ایکٹیو وائس بنا دیتے ہیں یعنی لازم کو بددی بنا دیتے ہیں اور اس کو کیا کہتے ہیں کہ دنیا بھر میں قسط قائم کرو قسط کو انفورس کرو یہ تو ایت میں ہے ہی نہیں اسی سے اسی سے وائلنس اتا ہے</w:t>
      </w:r>
    </w:p>
    <w:p>
      <w:r>
        <w:rPr>
          <w:b/>
        </w:rPr>
        <w:t xml:space="preserve">[2:02:23] </w:t>
      </w:r>
      <w:r>
        <w:t>jab is ka matlab aap yeh nikalen ke duniya bhar mein tum ko woh justice ko enforce karna hai to koi hai jis se aap ko takrana parega takrana parega to violence hoga to aap logon ko bataiye ke ayaton galat matlab nikal kar ke logon ne yeh yeh bataya hai yeh sab in ayaton mein baat hai hi nahi maujood to woh aisa karein woh bohat acha hoga</w:t>
      </w:r>
    </w:p>
    <w:p>
      <w:pPr>
        <w:jc w:val="right"/>
      </w:pPr>
      <w:r>
        <w:t>جب اس کا مطلب اپ یہ نکالیں کہ دنیا بھر میں تم کو وہ جسٹس کو انفورس کرنا ہے تو کوئی ہے جس سے اپ کو ٹکرانا پڑے گا ٹکرانا پڑے گا تو وائلنس ہوگا تو اپ لوگوں کو بتائیے کہ ایتوں غلط مطلب نکال کر کے لوگوں نے یہ یہ بتایا ہے یہ سب ان ایتوں میں بات ہے ہی نہیں موجود تو وہ ایسا کریں وہ بہت اچھا ہوگا</w:t>
      </w:r>
    </w:p>
    <w:p>
      <w:r>
        <w:rPr>
          <w:b/>
        </w:rPr>
        <w:t xml:space="preserve">[2:02:51] </w:t>
      </w:r>
      <w:r>
        <w:t>ah this question is from mister khwaja kaleemuddin from pennsylvania molana sahib after presidents obama recent speech addressing muslim world a muslim civil rights organization care cai r sent a survey to the american muslims i am copying to questions here which i think are important</w:t>
      </w:r>
    </w:p>
    <w:p>
      <w:pPr>
        <w:jc w:val="right"/>
      </w:pPr>
      <w:r>
        <w:t>اہ دس کوئسچن از فرام مسٹر خواجہ کلیم الدین فرام پینسلوینیا مولانا صاحب افٹر پریسیڈنٹس اوباما ریسنٹ سپیچ ایڈریسنگ مسلم ورلڈ ا مسلم سول رائٹس ارگنائزیشن کیئر سی اے ائی ار سینڈ ا سروے ٹو دی امریکن مسلمز ائی ایم کاپنگ ٹو کوئسچنز ہیر وچ ائی تھنک ار امپورٹنٹ</w:t>
      </w:r>
    </w:p>
    <w:p>
      <w:r>
        <w:rPr>
          <w:b/>
        </w:rPr>
        <w:t xml:space="preserve">[2:03:19] </w:t>
      </w:r>
      <w:r>
        <w:t>kindly let us know what would be your answer first question is in a few words tell us what you think is the most important step america can take to help restore relationships between america and muslim majority countries</w:t>
      </w:r>
    </w:p>
    <w:p>
      <w:pPr>
        <w:jc w:val="right"/>
      </w:pPr>
      <w:r>
        <w:t>کائنڈلی لیٹ اس نو واٹ وڈ بی یور انسر فرسٹ کوئسچن از ان ا فیو ورڈز ٹیل اس واٹ یو تھنک از دا موسٹ امپورٹنٹ سٹیپ امریکہ کین ٹیک ٹو ہیلپ ریسٹور ریلیشن شپس بٹوین امریکہ اینڈ مسلم میجورٹی کنٹریز</w:t>
      </w:r>
    </w:p>
    <w:p>
      <w:r>
        <w:rPr>
          <w:b/>
        </w:rPr>
        <w:t xml:space="preserve">[2:03:39] </w:t>
      </w:r>
      <w:r>
        <w:t>and the second question tell us what you think is the most important step muslims world wide can take to help restore relations between america and muslim majority countries dekhen main is pe bohat socha hai maine</w:t>
      </w:r>
    </w:p>
    <w:p>
      <w:pPr>
        <w:jc w:val="right"/>
      </w:pPr>
      <w:r>
        <w:t>اینڈ دا سیکنڈ کوئسچن ٹیل اس واٹ یو تھنک از دا موسٹ امپورٹنٹ سٹیپ مسلمز ورلڈ وائیڈ کین ٹیک ٹو ہیلپ ریسٹور ریلیشنز بٹوین امریکہ اینڈ مسلم میجورٹی کنٹریز دیکھیں میں اس پہ بہت سوچا ہے میں نے</w:t>
      </w:r>
    </w:p>
    <w:p>
      <w:r>
        <w:rPr>
          <w:b/>
        </w:rPr>
        <w:t xml:space="preserve">[2:03:59] </w:t>
      </w:r>
      <w:r>
        <w:t>pehli baat main yeh kahunga ke america ya koi bhi super power sirf 50 percent karta hai hum chahte hain ke woh 100 percent kata le yeh impossible hai to musalman apne hisse ka 50 percent to nahi karte aur chahte hain ke usa sab kuch kar dale to aisa ho nahi sakta hai impossible hai misaal america ne bar bar koshish ki ke wahan par peaceful settlement ho israel mein</w:t>
      </w:r>
    </w:p>
    <w:p>
      <w:pPr>
        <w:jc w:val="right"/>
      </w:pPr>
      <w:r>
        <w:t>پہلی بات میں یہ کہوں گا کہ امریکہ یا کوئی بھی سپر پاور صرف 50 پرسنٹ کرتا ہے ہم چاہتے ہیں کہ وہ 100 پرسنٹ کٹا لے یہ امپاسیبل ہے تو مسلمان اپنے حصے کا 50 پرسنٹ تو نہیں کرتے اور چاہتے ہیں کہ یو ایس اے سب کچھ کر ڈالے تو ایسا ہو نہیں سکتا ہے امپاسیبل ہے مثلا امریکہ نے بار بار کوشش کی کہ وہاں پر پیس فل سیٹلمنٹ ہو اسرائیل میں</w:t>
      </w:r>
    </w:p>
    <w:p>
      <w:r>
        <w:rPr>
          <w:b/>
        </w:rPr>
        <w:t xml:space="preserve">[2:04:29] </w:t>
      </w:r>
      <w:r>
        <w:t>idhar log bomb mar dete hain yaani falastini log jo hain woh bomb mar dete hain kahin un ke club mein kahin un ke bus mein to bus sab phir sab baat bigad jati hai yeh ek waqia hai ke america ne kai bar peaceful settlement ki koshish ki lekin unhon ne bomb mar kar sab baat bigad di to yeh 50 percent america 50 percent kar payega lekin 50 aap ko karna parega ke woh jab peaceful settlement karwaye to aap bomb na marein</w:t>
      </w:r>
    </w:p>
    <w:p>
      <w:pPr>
        <w:jc w:val="right"/>
      </w:pPr>
      <w:r>
        <w:t>ادھر لوگ بم مار دیتے ہیں یعنی فلسطینی لوگ جو ہیں وہ بم مار دیتے ہیں کہیں ان کے کلب میں کہیں ان کے بس میں تو بس سب پھر سب بات بگڑ جاتی ہے یہ ایک واقعہ ہے کہ امریکہ نے کئی بار پیس فل سیٹلمنٹ کی کوشش کی لیکن انہوں نے بم مار کر سب بات بگاڑ دی تو یہ 50 پرسنٹ امریکہ 50 پرسنٹ کر پائے گا لیکن 50 اپ کو کرنا پڑے گا کہ وہ جب پیس فل سیٹلمنٹ کروائے تو اپ بم نہ ماریں</w:t>
      </w:r>
    </w:p>
    <w:p>
      <w:r>
        <w:rPr>
          <w:b/>
        </w:rPr>
        <w:t xml:space="preserve">[2:04:58] </w:t>
      </w:r>
      <w:r>
        <w:t>yeh 50 50</w:t>
      </w:r>
    </w:p>
    <w:p>
      <w:pPr>
        <w:jc w:val="right"/>
      </w:pPr>
      <w:r>
        <w:t>دس 50 50</w:t>
      </w:r>
    </w:p>
    <w:p>
      <w:r>
        <w:rPr>
          <w:b/>
        </w:rPr>
        <w:t xml:space="preserve">[2:05:01] </w:t>
      </w:r>
      <w:r>
        <w:t>toh bar bar maine dekha hai ke musalman apne hisse ka 50 percent toh nahi karte aur</w:t>
      </w:r>
    </w:p>
    <w:p>
      <w:pPr>
        <w:jc w:val="right"/>
      </w:pPr>
      <w:r>
        <w:t>تو بار بار میں نے دیکھا ہے کہ مسلمان اپنے حصے کا 50 پرسنٹ تو نہیں کرتے اور</w:t>
      </w:r>
    </w:p>
    <w:p>
      <w:r>
        <w:rPr>
          <w:b/>
        </w:rPr>
        <w:t xml:space="preserve">[2:05:06] </w:t>
      </w:r>
      <w:r>
        <w:t>chahte hain ke america jo hai sab kuch wahi kar dale toh its impossible against the law of</w:t>
      </w:r>
    </w:p>
    <w:p>
      <w:pPr>
        <w:jc w:val="right"/>
      </w:pPr>
      <w:r>
        <w:t>چاہتے ہیں کہ امریکہ جو ہے سب کچھ وہی کر ڈالے تو اٹس امپاسیبل اگینسٹ دی لاء اف</w:t>
      </w:r>
    </w:p>
    <w:p>
      <w:r>
        <w:rPr>
          <w:b/>
        </w:rPr>
        <w:t xml:space="preserve">[2:05:10] </w:t>
      </w:r>
      <w:r>
        <w:t>nature aisa ho hi nahi sakta hai dusra question kya tha ah acha musalman kya karein muslim world</w:t>
      </w:r>
    </w:p>
    <w:p>
      <w:pPr>
        <w:jc w:val="right"/>
      </w:pPr>
      <w:r>
        <w:t>نیچر ایسا ہو ہی نہیں سکتا ہے دوسرا کوئسچن کیا تھا اہ اچھا مسلمان کیا کریں مسلم ورلڈ</w:t>
      </w:r>
    </w:p>
    <w:p>
      <w:r>
        <w:rPr>
          <w:b/>
        </w:rPr>
        <w:t xml:space="preserve">[2:05:19] </w:t>
      </w:r>
      <w:r>
        <w:t>wide dekhein muslim world ko pehla kaam jo karna hai woh yeh hai ke NGOs ka</w:t>
      </w:r>
    </w:p>
    <w:p>
      <w:pPr>
        <w:jc w:val="right"/>
      </w:pPr>
      <w:r>
        <w:t>وائیڈ دیکھیں مسلم ورلڈ کو پہلا کام جو کرنا ہے وہ یہ ہے کہ این جی اوز کا</w:t>
      </w:r>
    </w:p>
    <w:p>
      <w:r>
        <w:rPr>
          <w:b/>
        </w:rPr>
        <w:t xml:space="preserve">[2:05:23] </w:t>
      </w:r>
      <w:r>
        <w:t>disarm karna disarm karna</w:t>
      </w:r>
    </w:p>
    <w:p>
      <w:pPr>
        <w:jc w:val="right"/>
      </w:pPr>
      <w:r>
        <w:t>ڈسارم کرنا ڈسارم کرنا</w:t>
      </w:r>
    </w:p>
    <w:p>
      <w:r>
        <w:rPr>
          <w:b/>
        </w:rPr>
        <w:t xml:space="preserve">[2:05:28] </w:t>
      </w:r>
      <w:r>
        <w:t>sirf yeh sirf state ko haq hai ke woh arm ko use kare jitne bhi yeh militant group hain musalmanon mein different areas mein jagah jagah hain militant group hain is sab ko disarm kiya jaye tab is se pehle is ke baghair kuch bhi nahi ho sakta hai is ke baghair kuch bhi nahi ho sakta hai</w:t>
      </w:r>
    </w:p>
    <w:p>
      <w:pPr>
        <w:jc w:val="right"/>
      </w:pPr>
      <w:r>
        <w:t>صرف یہ صرف اسٹیٹ کو حق ہے کہ وہ ارم کو یوز کرے جتنے بھی یہ ملٹنٹ گروپ ہیں مسلمانوں میں ڈفرنٹ ایریاز میں جگہ جگہ ہیں ملٹنٹ گروپ ہیں اس سب کو ڈسارم کیا جائے تب اس سے پہلے اس کے بغیر کچھ بھی نہیں ہو سکتا ہے اس کے بغیر کچھ بھی نہیں ہو سکتا ہے</w:t>
      </w:r>
    </w:p>
    <w:p>
      <w:r>
        <w:rPr>
          <w:b/>
        </w:rPr>
        <w:t xml:space="preserve">[2:05:56] </w:t>
      </w:r>
      <w:r>
        <w:t>musalman agar chahte hain ke duniya inhe inhe accept kare duniya se inhe insaaf mile duniya ki taraf se inhe justice mile to pehli condition yeh hai ke woh jitne bhi militant group hain sab ko disarm karein woh</w:t>
      </w:r>
    </w:p>
    <w:p>
      <w:pPr>
        <w:jc w:val="right"/>
      </w:pPr>
      <w:r>
        <w:t>مسلمان اگر چاہتے ہیں کہ دنیا انہیں انہیں ایکسیپٹ کرے دنیا سے انہیں انصاف ملے دنیا کی طرف سے انہیں جسٹس ملے تو پہلی کنڈیشن یہ ہے کہ وہ جتنے بھی ملٹنٹ گروپ ہیں سب کو ڈسارم کریں وہ</w:t>
      </w:r>
    </w:p>
    <w:p>
      <w:r>
        <w:rPr>
          <w:b/>
        </w:rPr>
        <w:t xml:space="preserve">[2:06:11] </w:t>
      </w:r>
      <w:r>
        <w:t>nahi to kuch bhi nahi hone wala yeh upar upar ki baatein hoti rahengi aur nateeja kuch bhi nahi niklega main sirf yaani is par nahi is ko nahi manta ceasefire ko nahi manta main</w:t>
      </w:r>
    </w:p>
    <w:p>
      <w:pPr>
        <w:jc w:val="right"/>
      </w:pPr>
      <w:r>
        <w:t>نہیں تو کچھ بھی نہیں ہونے والا یہ اوپر اوپر کی باتیں ہوتی رہیں گی اور نتیجہ کچھ بھی نہیں نکلے گا میں صرف یعنی اس پر نہیں اس کو نہیں مانتا سیز فائر کو نہیں مانتا میں</w:t>
      </w:r>
    </w:p>
    <w:p>
      <w:r>
        <w:rPr>
          <w:b/>
        </w:rPr>
        <w:t xml:space="preserve">[2:06:23] </w:t>
      </w:r>
      <w:r>
        <w:t>kayi log baatein karte hain ceasefire ki ceasefire is nothing ke jab tak aap disarm na karein ngos ko to ceasefire se faida kya hai is baat ko clear karna chahiye dekhen Islam ke mutabiq terrorism ka differentiation kya hai what is terrorism</w:t>
      </w:r>
    </w:p>
    <w:p>
      <w:pPr>
        <w:jc w:val="right"/>
      </w:pPr>
      <w:r>
        <w:t>کئی لوگ باتیں کرتے ہیں سیز فائر کی سیز فائر از نتھنگ کہ جب تک اپ ڈسارم نہ کریں این جی اوز کو تو سیز فائر سے فائدہ کیا ہے اس بات کو کلیئر کرنا چاہیے دیکھیں اسلام کے مطابق ٹیررزم کا ڈیفرنسیشن کیا ہے واٹ از ٹیررزم</w:t>
      </w:r>
    </w:p>
    <w:p>
      <w:r>
        <w:rPr>
          <w:b/>
        </w:rPr>
        <w:t xml:space="preserve">[2:06:43] </w:t>
      </w:r>
      <w:r>
        <w:t>main ne is par bohat socha hai main ne jo differentiation samjhi hai quran Islam ke mutabiq terrorism ki woh hai use of arm by agencies other than state yeh hai terrorism ki definition use of arm by agencies other than state yaani state ko haq hai ke woh arm ko istemal kare state ke sath kisi ko haq hi nahi hai is liye se</w:t>
      </w:r>
    </w:p>
    <w:p>
      <w:pPr>
        <w:jc w:val="right"/>
      </w:pPr>
      <w:r>
        <w:t>میں نے اس پر بہت سوچا ہے میں نے جو ڈیفرنسیشن سمجھی ہے قران اسلام کے مطابق ٹیررزم کی وہ ہے یوز اف ارم بائی ایجنسیز ادر دین اسٹیٹ یہ ہے ٹیررزم کی ڈیفینیشن یوز اف ارم بائی ایجنسیز ادر دین اسٹیٹ یعنی اسٹیٹ کو حق ہے کہ وہ ارم کو استعمال کرے اسٹیٹ کے ساتھ کسی کو حق ہی نہیں ہے اس لیے سے</w:t>
      </w:r>
    </w:p>
    <w:p>
      <w:r>
        <w:rPr>
          <w:b/>
        </w:rPr>
        <w:t xml:space="preserve">[2:07:10] </w:t>
      </w:r>
      <w:r>
        <w:t>is wajah se jo log ceasefire ki baatein karte hain woh bilkul yaani woh wishful thinking ki baatein hain aap ko yahin se yaani here they starting point starting point yahi hai chahe woh kitni harsh ho kitni aap ko kadwi lage ke jitne bhi militant group hain sab ko disarm kiya jaye nahi to phir marte karte rahiye yahan to qayamat aa jayegi aur kuch bhi nahi ho payega</w:t>
      </w:r>
    </w:p>
    <w:p>
      <w:pPr>
        <w:jc w:val="right"/>
      </w:pPr>
      <w:r>
        <w:t>اس وجہ سے جو لوگ سیز فائر کی باتیں کرتے ہیں وہ بالکل یعنی وہ وش فل تھنکنگ کی باتیں ہیں اپ کو یہیں سے یعنی ہیئر دے سٹارٹنگ پوائنٹ سٹارٹنگ پوائنٹ یہی ہے چاہے وہ کتنی ہیارش ہو کتنی اپ کو کڑوی لگے کہ جتنے بھی ملٹنٹ گروپ ہیں سب کو ڈسارم کیا جائے نہیں تو پھر مرتے کرتے رہیے یہاں تو قیامت ا جائے گی اور کچھ بھی نہیں ہو پائے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