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Ramadan October 2, 2005 Maulana Wahiduddin Khan</w:t>
      </w:r>
    </w:p>
    <w:p>
      <w:r>
        <w:t>https://www.youtube.com/watch?v=s3XMFRsiqC0</w:t>
      </w:r>
    </w:p>
    <w:p>
      <w:r>
        <w:rPr>
          <w:b/>
        </w:rPr>
        <w:t xml:space="preserve">[00:13] </w:t>
      </w:r>
      <w:r>
        <w:t>rabbishrah sadri main sirri appeal</w:t>
      </w:r>
    </w:p>
    <w:p>
      <w:pPr>
        <w:jc w:val="right"/>
      </w:pPr>
      <w:r>
        <w:t>رب شہید صدری، میں سرّی اپیل۔</w:t>
      </w:r>
    </w:p>
    <w:p>
      <w:r>
        <w:rPr>
          <w:b/>
        </w:rPr>
        <w:t xml:space="preserve">[00:24] </w:t>
      </w:r>
      <w:r>
        <w:t>sirf do din ke baad ramzan ka mahina shuru ho jayega, yani roze ka mahina.</w:t>
      </w:r>
    </w:p>
    <w:p>
      <w:pPr>
        <w:jc w:val="right"/>
      </w:pPr>
      <w:r>
        <w:t>صرف دو دن کے بعد رمضان کا مہینہ شروع ہو جائے گا، یعنی روزے کا مہینہ۔</w:t>
      </w:r>
    </w:p>
    <w:p>
      <w:r>
        <w:rPr>
          <w:b/>
        </w:rPr>
        <w:t xml:space="preserve">[00:35] </w:t>
      </w:r>
      <w:r>
        <w:t>is liye aaj, in sha Allah, main</w:t>
      </w:r>
    </w:p>
    <w:p>
      <w:pPr>
        <w:jc w:val="right"/>
      </w:pPr>
      <w:r>
        <w:t>اس لیے آج، ان شاء اللہ، میں</w:t>
      </w:r>
    </w:p>
    <w:p>
      <w:r>
        <w:rPr>
          <w:b/>
        </w:rPr>
        <w:t xml:space="preserve">[00:41] </w:t>
      </w:r>
      <w:r>
        <w:t>roze ki nisbat se kuch baatein kahunga.</w:t>
      </w:r>
    </w:p>
    <w:p>
      <w:pPr>
        <w:jc w:val="right"/>
      </w:pPr>
      <w:r>
        <w:t>روزے کی نسبت سے کچھ باتیں کہوں گا۔</w:t>
      </w:r>
    </w:p>
    <w:p>
      <w:r>
        <w:rPr>
          <w:b/>
        </w:rPr>
        <w:t xml:space="preserve">[00:48] </w:t>
      </w:r>
      <w:r>
        <w:t>roza ke liye arabi mein jo lafz hai woh hai saum. roza parshian word hai, asal jo lafz hai woh roza nahi hai, asal lafz saum hai.</w:t>
      </w:r>
    </w:p>
    <w:p>
      <w:pPr>
        <w:jc w:val="right"/>
      </w:pPr>
      <w:r>
        <w:t>روزہ کے لیے عربی میں جو لفظ ہے وہ ہے صوم۔ روزہ پرشین ورڈ ہے، اصل جو لفظ ہے وہ روزہ نہیں ہے، اصل لفظ صوم ہے۔</w:t>
      </w:r>
    </w:p>
    <w:p>
      <w:r>
        <w:rPr>
          <w:b/>
        </w:rPr>
        <w:t xml:space="preserve">[01:02] </w:t>
      </w:r>
      <w:r>
        <w:t>kutiba alaikumus siyam.</w:t>
      </w:r>
    </w:p>
    <w:p>
      <w:pPr>
        <w:jc w:val="right"/>
      </w:pPr>
      <w:r>
        <w:t>کتب علیکم الصیام۔</w:t>
      </w:r>
    </w:p>
    <w:p>
      <w:r>
        <w:rPr>
          <w:b/>
        </w:rPr>
        <w:t xml:space="preserve">[01:07] </w:t>
      </w:r>
      <w:r>
        <w:t>saum ke mani arabi zaban mein hote hain: abstinence, yani rukna. saum means abstinence.</w:t>
      </w:r>
    </w:p>
    <w:p>
      <w:pPr>
        <w:jc w:val="right"/>
      </w:pPr>
      <w:r>
        <w:t>صوم کے معنی عربی زبان میں ہوتے ہیں: abstinence، یعنی رکنا۔ صوم means abstinence۔</w:t>
      </w:r>
    </w:p>
    <w:p>
      <w:r>
        <w:rPr>
          <w:b/>
        </w:rPr>
        <w:t xml:space="preserve">[01:20] </w:t>
      </w:r>
      <w:r>
        <w:t>is se aap samajh sakte hain ke roze ki spirit kya hai.</w:t>
      </w:r>
    </w:p>
    <w:p>
      <w:pPr>
        <w:jc w:val="right"/>
      </w:pPr>
      <w:r>
        <w:t>اس سے آپ سمجھ سکتے ہیں کہ روزہ کی اسپرٹ کیا ہے۔</w:t>
      </w:r>
    </w:p>
    <w:p>
      <w:r>
        <w:rPr>
          <w:b/>
        </w:rPr>
        <w:t xml:space="preserve">[01:27] </w:t>
      </w:r>
      <w:r>
        <w:t>roze ki spirit hai rukna, abstinence. rukna kis cheez se?</w:t>
      </w:r>
    </w:p>
    <w:p>
      <w:pPr>
        <w:jc w:val="right"/>
      </w:pPr>
      <w:r>
        <w:t>روزہ کی اسپرٹ ہے رکنا، abstinence۔ رکنا کس چیز سے؟</w:t>
      </w:r>
    </w:p>
    <w:p>
      <w:r>
        <w:rPr>
          <w:b/>
        </w:rPr>
        <w:t xml:space="preserve">[01:36] </w:t>
      </w:r>
      <w:r>
        <w:t>bataur to roze mein roka jata hai khane aur peene jaisi cheezon se. haqeeqat mein yeh symbolic</w:t>
      </w:r>
    </w:p>
    <w:p>
      <w:pPr>
        <w:jc w:val="right"/>
      </w:pPr>
      <w:r>
        <w:t>بظاہر تو روزے میں رکا جاتا ہے کھانے اور پینے جیسی چیزوں سے۔ حقیقت میں یہ symbolic</w:t>
      </w:r>
    </w:p>
    <w:p>
      <w:r>
        <w:rPr>
          <w:b/>
        </w:rPr>
        <w:t xml:space="preserve">[01:45] </w:t>
      </w:r>
      <w:r>
        <w:t>rukna hai.</w:t>
      </w:r>
    </w:p>
    <w:p>
      <w:pPr>
        <w:jc w:val="right"/>
      </w:pPr>
      <w:r>
        <w:t>رکنا ہے۔</w:t>
      </w:r>
    </w:p>
    <w:p>
      <w:r>
        <w:rPr>
          <w:b/>
        </w:rPr>
        <w:t xml:space="preserve">[01:51] </w:t>
      </w:r>
      <w:r>
        <w:t>ek temporary period ke liye kuch cheezon se ruk kar rozedar is baat ki training leta hai ya is baat ka apne dil mein irada karta hai</w:t>
      </w:r>
    </w:p>
    <w:p>
      <w:pPr>
        <w:jc w:val="right"/>
      </w:pPr>
      <w:r>
        <w:t>ایک temporary period کے لیے کچھ چیزوں سے رک کر روزے دار اس بات کی training لیتا ہے یا اس بات کا اپنے دل میں ارادہ کرتا ہے</w:t>
      </w:r>
    </w:p>
    <w:p>
      <w:r>
        <w:rPr>
          <w:b/>
        </w:rPr>
        <w:t xml:space="preserve">[02:08] </w:t>
      </w:r>
      <w:r>
        <w:t>ke woh apni poori zindagi mein rukne wali zindagi ikhtiyar karega. yani discipline.</w:t>
      </w:r>
    </w:p>
    <w:p>
      <w:pPr>
        <w:jc w:val="right"/>
      </w:pPr>
      <w:r>
        <w:t>کہ وہ اپنی پوری زندگی میں رکنے والی زندگی اختیار کرے گا۔ یعنی discipline۔</w:t>
      </w:r>
    </w:p>
    <w:p>
      <w:r>
        <w:rPr>
          <w:b/>
        </w:rPr>
        <w:t xml:space="preserve">[02:22] </w:t>
      </w:r>
      <w:r>
        <w:t>to in this sense roza means</w:t>
      </w:r>
    </w:p>
    <w:p>
      <w:pPr>
        <w:jc w:val="right"/>
      </w:pPr>
      <w:r>
        <w:t>تو in this sense روزہ means</w:t>
      </w:r>
    </w:p>
    <w:p>
      <w:r>
        <w:rPr>
          <w:b/>
        </w:rPr>
        <w:t xml:space="preserve">[02:26] </w:t>
      </w:r>
      <w:r>
        <w:t>self-discipline.</w:t>
      </w:r>
    </w:p>
    <w:p>
      <w:pPr>
        <w:jc w:val="right"/>
      </w:pPr>
      <w:r>
        <w:t>self-discipline۔</w:t>
      </w:r>
    </w:p>
    <w:p>
      <w:r>
        <w:rPr>
          <w:b/>
        </w:rPr>
        <w:t xml:space="preserve">[02:32] </w:t>
      </w:r>
      <w:r>
        <w:t>apne aap par ek discipline, khud apne irade se taari karna, yeh roza hai. lekin hamara jo solar system hai woh bhi apne upar ek discipline ko taari kiye hue hai.</w:t>
      </w:r>
    </w:p>
    <w:p>
      <w:pPr>
        <w:jc w:val="right"/>
      </w:pPr>
      <w:r>
        <w:t>اپنے آپ پر ایک discipline، خود اپنے ارادے سے طاری کرنا، یہ روزہ ہے۔ لیکن ہمارا جو solar system ہے وہ بھی اپنے اوپر ایک discipline کو طاری کی ہوئی ہے۔</w:t>
      </w:r>
    </w:p>
    <w:p>
      <w:r>
        <w:rPr>
          <w:b/>
        </w:rPr>
        <w:t xml:space="preserve">[02:48] </w:t>
      </w:r>
      <w:r>
        <w:t>aap jante hain ke solar system</w:t>
      </w:r>
    </w:p>
    <w:p>
      <w:pPr>
        <w:jc w:val="right"/>
      </w:pPr>
      <w:r>
        <w:t>آپ جانتے ہیں کہ solar system</w:t>
      </w:r>
    </w:p>
    <w:p>
      <w:r>
        <w:rPr>
          <w:b/>
        </w:rPr>
        <w:t xml:space="preserve">[02:51] </w:t>
      </w:r>
      <w:r>
        <w:t>hazaron saal mein ek second ke barabar bhi farq nahi hota is mein. bohat hi tight discipline ke andar woh move karta hai.</w:t>
      </w:r>
    </w:p>
    <w:p>
      <w:pPr>
        <w:jc w:val="right"/>
      </w:pPr>
      <w:r>
        <w:t>ہزاروں سال میں ایک سیکنڈ کے برابر بھی فرق نہیں ہوتا اس میں۔ بہت ہی tight discipline کے اندر وہ move کرتا ہے۔</w:t>
      </w:r>
    </w:p>
    <w:p>
      <w:r>
        <w:rPr>
          <w:b/>
        </w:rPr>
        <w:t xml:space="preserve">[03:04] </w:t>
      </w:r>
      <w:r>
        <w:t>to wahan par kya hai? woh discipline</w:t>
      </w:r>
    </w:p>
    <w:p>
      <w:pPr>
        <w:jc w:val="right"/>
      </w:pPr>
      <w:r>
        <w:t>تو وہاں پر کیا ہے؟ وہ discipline</w:t>
      </w:r>
    </w:p>
    <w:p>
      <w:r>
        <w:rPr>
          <w:b/>
        </w:rPr>
        <w:t xml:space="preserve">[03:09] </w:t>
      </w:r>
      <w:r>
        <w:t>under compulsion hai. aur Khuda ka jo manane wala hai, yani momin, woh apni zindagi mein discipline ko khud apne irade se apnata hai.</w:t>
      </w:r>
    </w:p>
    <w:p>
      <w:pPr>
        <w:jc w:val="right"/>
      </w:pPr>
      <w:r>
        <w:t>under compulsion ہے۔ اور خدا کا جو ماننے والا ہے، یعنی مومن، وہ اپنی زندگی میں discipline کو خود اپنے ارادے سے اپناتا ہے۔</w:t>
      </w:r>
    </w:p>
    <w:p>
      <w:r>
        <w:rPr>
          <w:b/>
        </w:rPr>
        <w:t xml:space="preserve">[03:28] </w:t>
      </w:r>
      <w:r>
        <w:t>is liye yeh kehna sahi hoga ke roze ka matlab hai self-discipline ki training.</w:t>
      </w:r>
    </w:p>
    <w:p>
      <w:pPr>
        <w:jc w:val="right"/>
      </w:pPr>
      <w:r>
        <w:t>اس لیے یہ کہنا صحیح ہوگا کہ روزہ کا مطلب ہے self-discipline کی training۔</w:t>
      </w:r>
    </w:p>
    <w:p>
      <w:r>
        <w:rPr>
          <w:b/>
        </w:rPr>
        <w:t xml:space="preserve">[03:39] </w:t>
      </w:r>
      <w:r>
        <w:t>yani aap jante hain ke is dunya mein zindagi</w:t>
      </w:r>
    </w:p>
    <w:p>
      <w:pPr>
        <w:jc w:val="right"/>
      </w:pPr>
      <w:r>
        <w:t>یعنی آپ جانتے ہیں کہ اس دنیا میں زندگی</w:t>
      </w:r>
    </w:p>
    <w:p>
      <w:r>
        <w:rPr>
          <w:b/>
        </w:rPr>
        <w:t xml:space="preserve">[03:45] </w:t>
      </w:r>
      <w:r>
        <w:t>guzarne ke do tareeqe hain. har aadmi desire se bhara hua hai. koi bhi insan desire se khali nahi.</w:t>
      </w:r>
    </w:p>
    <w:p>
      <w:pPr>
        <w:jc w:val="right"/>
      </w:pPr>
      <w:r>
        <w:t>گزارنے کے دو طریقے ہیں۔ ہر آدمی desire سے بھرا ہوا ہے۔ کوئی بھی انسان desire سے خالی نہیں۔</w:t>
      </w:r>
    </w:p>
    <w:p>
      <w:r>
        <w:rPr>
          <w:b/>
        </w:rPr>
        <w:t xml:space="preserve">[04:02] </w:t>
      </w:r>
      <w:r>
        <w:t>desire hi desire hai jiska naam insan hai. to ab zindagi ke do tareeqe hain. ek yeh ke aap apni desire ko follow karen.</w:t>
      </w:r>
    </w:p>
    <w:p>
      <w:pPr>
        <w:jc w:val="right"/>
      </w:pPr>
      <w:r>
        <w:t>desire ہی desire ہے جس کا نام انسان ہے۔ تو اب زندگی کے دو طریقے ہیں۔ ایک یہ کہ آپ اپنی desire کو follow کریں۔</w:t>
      </w:r>
    </w:p>
    <w:p>
      <w:r>
        <w:rPr>
          <w:b/>
        </w:rPr>
        <w:t xml:space="preserve">[04:19] </w:t>
      </w:r>
      <w:r>
        <w:t>jo desire aa gayi</w:t>
      </w:r>
    </w:p>
    <w:p>
      <w:pPr>
        <w:jc w:val="right"/>
      </w:pPr>
      <w:r>
        <w:t>جو desire آ گئی</w:t>
      </w:r>
    </w:p>
    <w:p>
      <w:r>
        <w:rPr>
          <w:b/>
        </w:rPr>
        <w:t xml:space="preserve">[04:22] </w:t>
      </w:r>
      <w:r>
        <w:t>dil mein, bas usko poora karte rahen.</w:t>
      </w:r>
    </w:p>
    <w:p>
      <w:pPr>
        <w:jc w:val="right"/>
      </w:pPr>
      <w:r>
        <w:t>دل میں، بس اس کو پورا کرتے رہیں۔</w:t>
      </w:r>
    </w:p>
    <w:p>
      <w:r>
        <w:rPr>
          <w:b/>
        </w:rPr>
        <w:t xml:space="preserve">[04:33] </w:t>
      </w:r>
      <w:r>
        <w:t>kisi ko kisi par revenge aa gaya hai to revenge poora karen. paisa lootne ka aa gaya to paisa loten.</w:t>
      </w:r>
    </w:p>
    <w:p>
      <w:pPr>
        <w:jc w:val="right"/>
      </w:pPr>
      <w:r>
        <w:t>کسی کو کسی پر revenge آ گیا ہے تو revenge پورا کریں۔ پیسہ لوٹنے کا آ گیا تو پیسہ لوٹیں۔</w:t>
      </w:r>
    </w:p>
    <w:p>
      <w:r>
        <w:rPr>
          <w:b/>
        </w:rPr>
        <w:t xml:space="preserve">[04:44] </w:t>
      </w:r>
      <w:r>
        <w:t>corruption ki desire aa gayi to corruption karen.</w:t>
      </w:r>
    </w:p>
    <w:p>
      <w:pPr>
        <w:jc w:val="right"/>
      </w:pPr>
      <w:r>
        <w:t>corruption کی desire آ گئی تو corruption کریں۔</w:t>
      </w:r>
    </w:p>
    <w:p>
      <w:r>
        <w:rPr>
          <w:b/>
        </w:rPr>
        <w:t xml:space="preserve">[04:50] </w:t>
      </w:r>
      <w:r>
        <w:t>qarze ke lust, malice, revenge, anger,</w:t>
      </w:r>
    </w:p>
    <w:p>
      <w:pPr>
        <w:jc w:val="right"/>
      </w:pPr>
      <w:r>
        <w:t>قرضے کے lust، malice، revenge، anger،</w:t>
      </w:r>
    </w:p>
    <w:p>
      <w:r>
        <w:rPr>
          <w:b/>
        </w:rPr>
        <w:t xml:space="preserve">[04:58] </w:t>
      </w:r>
      <w:r>
        <w:t>selfishness.</w:t>
      </w:r>
    </w:p>
    <w:p>
      <w:pPr>
        <w:jc w:val="right"/>
      </w:pPr>
      <w:r>
        <w:t>selfishness۔</w:t>
      </w:r>
    </w:p>
    <w:p>
      <w:r>
        <w:rPr>
          <w:b/>
        </w:rPr>
        <w:t xml:space="preserve">[05:03] </w:t>
      </w:r>
      <w:r>
        <w:t>aur superior banna. apne ko sab se ooncha uthana. egoism.</w:t>
      </w:r>
    </w:p>
    <w:p>
      <w:pPr>
        <w:jc w:val="right"/>
      </w:pPr>
      <w:r>
        <w:t>اور superior بننا۔ اپنے کو سب سے اونچا اٹھانا۔ egoism۔</w:t>
      </w:r>
    </w:p>
    <w:p>
      <w:r>
        <w:rPr>
          <w:b/>
        </w:rPr>
        <w:t xml:space="preserve">[05:12] </w:t>
      </w:r>
      <w:r>
        <w:t>jitna bhi hai, agar sochein aap to sab sab desire hi desire hain.</w:t>
      </w:r>
    </w:p>
    <w:p>
      <w:pPr>
        <w:jc w:val="right"/>
      </w:pPr>
      <w:r>
        <w:t>جتنا بھی ہے، اگر سوچیے آپ تو سب سب desire ہی desire ہیں۔</w:t>
      </w:r>
    </w:p>
    <w:p>
      <w:r>
        <w:rPr>
          <w:b/>
        </w:rPr>
        <w:t xml:space="preserve">[05:20] </w:t>
      </w:r>
      <w:r>
        <w:t>to zindagi ke do tareeqe hain. ek yeh hai ke aap har desire ko free chhod den. aur jahan koi desire aayi, us ko aap poora karne lagen.</w:t>
      </w:r>
    </w:p>
    <w:p>
      <w:pPr>
        <w:jc w:val="right"/>
      </w:pPr>
      <w:r>
        <w:t>تو زندگی کے دو طریقے ہیں۔ ایک یہ ہے کہ آپ ہر desire کو free چھوڑ دیں۔ اور جہاں کوئی desire آئی، اس کو آپ پورا کرنے لگیں۔</w:t>
      </w:r>
    </w:p>
    <w:p>
      <w:r>
        <w:rPr>
          <w:b/>
        </w:rPr>
        <w:t xml:space="preserve">[05:34] </w:t>
      </w:r>
      <w:r>
        <w:t>ek hai aap desire ko manage karen, desire ko control karen.</w:t>
      </w:r>
    </w:p>
    <w:p>
      <w:pPr>
        <w:jc w:val="right"/>
      </w:pPr>
      <w:r>
        <w:t>ایک ہے آپ desire کو manage کریں، desire کو کنٹرول کریں۔</w:t>
      </w:r>
    </w:p>
    <w:p>
      <w:r>
        <w:rPr>
          <w:b/>
        </w:rPr>
        <w:t xml:space="preserve">[05:41] </w:t>
      </w:r>
      <w:r>
        <w:t>duniya mein zindagi guzarne ke yahi do tareeqe hain. koi bhi teesra tareeqa nahin. to Khuda ne aadmi ko</w:t>
      </w:r>
    </w:p>
    <w:p>
      <w:pPr>
        <w:jc w:val="right"/>
      </w:pPr>
      <w:r>
        <w:t>دنیا میں زندگی گزارنے کے یہی دو طریقے ہیں۔ کوئی بھی تیسرا طریقہ نہیں۔ تو خدا نے آدمی کو</w:t>
      </w:r>
    </w:p>
    <w:p>
      <w:r>
        <w:rPr>
          <w:b/>
        </w:rPr>
        <w:t xml:space="preserve">[05:57] </w:t>
      </w:r>
      <w:r>
        <w:t>free will diya hai, freedom diya hai. aur is ka test yahi hai ke apni freedom ko misuse na karen.</w:t>
      </w:r>
    </w:p>
    <w:p>
      <w:pPr>
        <w:jc w:val="right"/>
      </w:pPr>
      <w:r>
        <w:t>free will دیا ہے، freedom دیا ہے۔ اور اس کا ٹیسٹ یہی ہے کہ اپنی freedom کو misuse نہ کرے۔</w:t>
      </w:r>
    </w:p>
    <w:p>
      <w:r>
        <w:rPr>
          <w:b/>
        </w:rPr>
        <w:t xml:space="preserve">[06:10] </w:t>
      </w:r>
      <w:r>
        <w:t>yaani desire ko control mein</w:t>
      </w:r>
    </w:p>
    <w:p>
      <w:pPr>
        <w:jc w:val="right"/>
      </w:pPr>
      <w:r>
        <w:t>یعنی desire کو کنٹرول میں</w:t>
      </w:r>
    </w:p>
    <w:p>
      <w:r>
        <w:rPr>
          <w:b/>
        </w:rPr>
        <w:t xml:space="preserve">[06:15] </w:t>
      </w:r>
      <w:r>
        <w:t>rakhen. jo aadmi apni desire ko control mein rakhega, wahi test mein poora utra.</w:t>
      </w:r>
    </w:p>
    <w:p>
      <w:pPr>
        <w:jc w:val="right"/>
      </w:pPr>
      <w:r>
        <w:t>رکھے۔ جو آدمی اپنی desire کو کنٹرول میں رکھے گا، وہی ٹیسٹ میں پورا اترا۔</w:t>
      </w:r>
    </w:p>
    <w:p>
      <w:r>
        <w:rPr>
          <w:b/>
        </w:rPr>
        <w:t xml:space="preserve">[06:27] </w:t>
      </w:r>
      <w:r>
        <w:t>aur jo aadmi apni desire ko control na kare,</w:t>
      </w:r>
    </w:p>
    <w:p>
      <w:pPr>
        <w:jc w:val="right"/>
      </w:pPr>
      <w:r>
        <w:t>اور جو آدمی اپنی desire کو کنٹرول نہ کرے،</w:t>
      </w:r>
    </w:p>
    <w:p>
      <w:r>
        <w:rPr>
          <w:b/>
        </w:rPr>
        <w:t xml:space="preserve">[06:33] </w:t>
      </w:r>
      <w:r>
        <w:t>woh apne test mein poora nahin utra. jaise bahut se, meri zindagi mein bahut se aise experience hue hain.</w:t>
      </w:r>
    </w:p>
    <w:p>
      <w:pPr>
        <w:jc w:val="right"/>
      </w:pPr>
      <w:r>
        <w:t>وہ اپنے ٹیسٹ میں پورا نہیں اترا۔ جیسے بہت سے، میری زندگی میں بہت سے ایسے experience ہوئے ہیں۔</w:t>
      </w:r>
    </w:p>
    <w:p>
      <w:r>
        <w:rPr>
          <w:b/>
        </w:rPr>
        <w:t xml:space="preserve">[06:42] </w:t>
      </w:r>
      <w:r>
        <w:t>ek baar mein ek town mein gaya, wahan koi program tha. to logon ne bataya ke yahan par</w:t>
      </w:r>
    </w:p>
    <w:p>
      <w:pPr>
        <w:jc w:val="right"/>
      </w:pPr>
      <w:r>
        <w:t>ایک بار میں ایک ٹاؤن میں گیا، وہاں کوئی program تھا۔ تو لوگوں نے بتایا کہ یہاں پر</w:t>
      </w:r>
    </w:p>
    <w:p>
      <w:r>
        <w:rPr>
          <w:b/>
        </w:rPr>
        <w:t xml:space="preserve">[06:51] </w:t>
      </w:r>
      <w:r>
        <w:t>do bade log aapas mein lad rahe hain. do Musalman, dono namaz parhne wale hain. to kisi, koi ego problem aa gaya dono mein to lad rahe hain aapas mein.</w:t>
      </w:r>
    </w:p>
    <w:p>
      <w:pPr>
        <w:jc w:val="right"/>
      </w:pPr>
      <w:r>
        <w:t>دو بڑے لوگ آپس میں لڑ رہے ہیں۔ دو مسلمان، دونوں نماز پڑھنے والے ہیں۔ تو کسی، کوئی ego problem آ گیا دونوں میں تو لڑ رہے ہیں آپس میں۔</w:t>
      </w:r>
    </w:p>
    <w:p>
      <w:r>
        <w:rPr>
          <w:b/>
        </w:rPr>
        <w:t xml:space="preserve">[07:06] </w:t>
      </w:r>
      <w:r>
        <w:t>to</w:t>
      </w:r>
    </w:p>
    <w:p>
      <w:pPr>
        <w:jc w:val="right"/>
      </w:pPr>
      <w:r>
        <w:t>تو</w:t>
      </w:r>
    </w:p>
    <w:p>
      <w:r>
        <w:rPr>
          <w:b/>
        </w:rPr>
        <w:t xml:space="preserve">[07:08] </w:t>
      </w:r>
      <w:r>
        <w:t>logon ne kaha ke aap in se miliye aur in ko samjhaiye kyunke bada nuqsan ho raha hai is ki wajah se. to mein masjid mein, kisi masjid mein mein namaz parhi to wahan in mein se ek sahib maujood the.</w:t>
      </w:r>
    </w:p>
    <w:p>
      <w:pPr>
        <w:jc w:val="right"/>
      </w:pPr>
      <w:r>
        <w:t>لوگوں نے کہا کہ آپ ان سے ملیے اور ان کو سمجھائیے کیونکہ بڑا نقصان ہو رہا ہے اس کی وجہ سے۔ تو میں مسجد میں، کسی مسجد میں میں نماز پڑھی تو وہاں ان میں سے ایک صاحب موجود تھے۔</w:t>
      </w:r>
    </w:p>
    <w:p>
      <w:r>
        <w:rPr>
          <w:b/>
        </w:rPr>
        <w:t xml:space="preserve">[07:27] </w:t>
      </w:r>
      <w:r>
        <w:t>to unhon ne bataya ke dekhen ek sahib yahi hain jo yahan par namaz parhne, woh masjid ke mutawalli bhi the ghaliban. to mein un se mila.</w:t>
      </w:r>
    </w:p>
    <w:p>
      <w:pPr>
        <w:jc w:val="right"/>
      </w:pPr>
      <w:r>
        <w:t>تو انہوں نے بتایا کہ دیکھیں ایک صاحب یہی ہیں جو یہاں پر نماز پڑھنے، وہ مسجد کے متولی بھی تھے غالباً۔ تو میں ان سے ملا۔</w:t>
      </w:r>
    </w:p>
    <w:p>
      <w:r>
        <w:rPr>
          <w:b/>
        </w:rPr>
        <w:t xml:space="preserve">[07:37] </w:t>
      </w:r>
      <w:r>
        <w:t>to pehle to unhon ne badi aao bhagat ki, chaye waghera ka intezam kiya aur bahut achhi achhi baaten keen.</w:t>
      </w:r>
    </w:p>
    <w:p>
      <w:pPr>
        <w:jc w:val="right"/>
      </w:pPr>
      <w:r>
        <w:t>تو پہلے تو انہوں نے بڑی آؤ بھگت کی، چائے وغیرہ کا انتظام کیا اور بہت اچھی اچھی باتیں کیں۔</w:t>
      </w:r>
    </w:p>
    <w:p>
      <w:r>
        <w:rPr>
          <w:b/>
        </w:rPr>
        <w:t xml:space="preserve">[07:46] </w:t>
      </w:r>
      <w:r>
        <w:t>phir mein ne kaha ke dekhen mein ne suna hai ke aap mein aur falan sahib mein muqadma bazi ho rahi hai. aur koi is ka base nahin hai, sirf ego ka problem hai jis ke liye aap log lad rahe hain aapas mein.</w:t>
      </w:r>
    </w:p>
    <w:p>
      <w:pPr>
        <w:jc w:val="right"/>
      </w:pPr>
      <w:r>
        <w:t>پھر میں نے کہا کہ دیکھیں میں نے سنا ہے کہ آپ میں اور فلاں صاحب میں مقدمہ بازی ہو رہی ہے۔ اور کوئی اس کا base نہیں ہے، صرف ego کا problem ہے جس کے لیے آپ لوگ لڑ رہے ہیں آپس میں۔</w:t>
      </w:r>
    </w:p>
    <w:p>
      <w:r>
        <w:rPr>
          <w:b/>
        </w:rPr>
        <w:t xml:space="preserve">[08:03] </w:t>
      </w:r>
      <w:r>
        <w:t>to mein ne kaha ke is ko settle kar lijie, khatam kar dijie is ko.</w:t>
      </w:r>
    </w:p>
    <w:p>
      <w:pPr>
        <w:jc w:val="right"/>
      </w:pPr>
      <w:r>
        <w:t>تو میں نے کہا کہ اس کو settle کر لیجیے، ختم کر دیجیے اس کو۔</w:t>
      </w:r>
    </w:p>
    <w:p>
      <w:r>
        <w:rPr>
          <w:b/>
        </w:rPr>
        <w:t xml:space="preserve">[08:07] </w:t>
      </w:r>
      <w:r>
        <w:t>achanak hi un ka mood badal gaya. unhon ne kaha ke Maulana sahib is bare mein to aap kuch na kahein. to is ka matlab yahan par woh apni desire ko khula chhodna chahte the.</w:t>
      </w:r>
    </w:p>
    <w:p>
      <w:pPr>
        <w:jc w:val="right"/>
      </w:pPr>
      <w:r>
        <w:t>اچانک ہی ان کا موڈ بدل گیا۔ انہوں نے کہا کہ مولانا صاحب اس بارے میں تو آپ کچھ نہ کہیے۔ تو اس کا مطلب یہاں پر وہ اپنی desire کو کھلا چھوڑنا چاہتے تھے۔</w:t>
      </w:r>
    </w:p>
    <w:p>
      <w:r>
        <w:rPr>
          <w:b/>
        </w:rPr>
        <w:t xml:space="preserve">[08:24] </w:t>
      </w:r>
      <w:r>
        <w:t>ke un ke ego ko agar thes pahunchi hai to unhein is ka badla le nahin lena hai. aur ek insaan woh hai jo ruk jaye.</w:t>
      </w:r>
    </w:p>
    <w:p>
      <w:pPr>
        <w:jc w:val="right"/>
      </w:pPr>
      <w:r>
        <w:t>کہ ان کے ego کو اگر ٹھیس پہنچی ہے تو انہیں اس کا بدلہ لے نہیں لینا ہے۔ اور ایک انسان وہ ہے جو رک جائے۔</w:t>
      </w:r>
    </w:p>
    <w:p>
      <w:r>
        <w:rPr>
          <w:b/>
        </w:rPr>
        <w:t xml:space="preserve">[08:40] </w:t>
      </w:r>
      <w:r>
        <w:t>jaise mein ne is se pehle aap ke samne ek qissa bataya tha ke ek Sahabi the, un ka naam tha Abu Masood.</w:t>
      </w:r>
    </w:p>
    <w:p>
      <w:pPr>
        <w:jc w:val="right"/>
      </w:pPr>
      <w:r>
        <w:t>جیسے میں نے اس سے پہلے آپ کے سامنے ایک قصہ بتایا تھا کہ ایک صحابی تھے، ان کا نام تھا ابو مسعود۔</w:t>
      </w:r>
    </w:p>
    <w:p>
      <w:r>
        <w:rPr>
          <w:b/>
        </w:rPr>
        <w:t xml:space="preserve">[08:50] </w:t>
      </w:r>
      <w:r>
        <w:t>madina mein. to woh ek din apne servant ko</w:t>
      </w:r>
    </w:p>
    <w:p>
      <w:pPr>
        <w:jc w:val="right"/>
      </w:pPr>
      <w:r>
        <w:t>مدینہ میں۔ تو وہ ایک دن اپنے سرونٹ کو</w:t>
      </w:r>
    </w:p>
    <w:p>
      <w:r>
        <w:rPr>
          <w:b/>
        </w:rPr>
        <w:t xml:space="preserve">[08:56] </w:t>
      </w:r>
      <w:r>
        <w:t>maar rahe thay, stick se. to rasool Allah wahan se guzre. aap ne un ko dekh kar kaha ke aalam aba masood,</w:t>
      </w:r>
    </w:p>
    <w:p>
      <w:pPr>
        <w:jc w:val="right"/>
      </w:pPr>
      <w:r>
        <w:t>مار رہے تھے، اسٹک سے۔ تو رسول اللہ وہاں سے گزرے۔ آپ نے ان کو دیکھ کر کہا کہ اعلم ابا مسعود،</w:t>
      </w:r>
    </w:p>
    <w:p>
      <w:r>
        <w:rPr>
          <w:b/>
        </w:rPr>
        <w:t xml:space="preserve">[09:09] </w:t>
      </w:r>
      <w:r>
        <w:t>lillah afzal alaik minka ali alghulam.</w:t>
      </w:r>
    </w:p>
    <w:p>
      <w:pPr>
        <w:jc w:val="right"/>
      </w:pPr>
      <w:r>
        <w:t>للہ افضل علیک منک علی الغلام۔</w:t>
      </w:r>
    </w:p>
    <w:p>
      <w:r>
        <w:rPr>
          <w:b/>
        </w:rPr>
        <w:t xml:space="preserve">[09:15] </w:t>
      </w:r>
      <w:r>
        <w:t>un ka naam tha abu masood. to aap ne kaha ke aey abu masood jaan lo, tum ko jitni qudrat is tumhare is servant par hai,</w:t>
      </w:r>
    </w:p>
    <w:p>
      <w:pPr>
        <w:jc w:val="right"/>
      </w:pPr>
      <w:r>
        <w:t>ان کا نام تھا ابو مسعود۔ تو آپ نے کہا کہ اے ابو مسعود جان لو، تم کو جتنی قدرت اس تمہارے اس سرونٹ پر ہے،</w:t>
      </w:r>
    </w:p>
    <w:p>
      <w:r>
        <w:rPr>
          <w:b/>
        </w:rPr>
        <w:t xml:space="preserve">[09:32] </w:t>
      </w:r>
      <w:r>
        <w:t>is se ziyada qudrat tumhare upar Khuda ko hai.</w:t>
      </w:r>
    </w:p>
    <w:p>
      <w:pPr>
        <w:jc w:val="right"/>
      </w:pPr>
      <w:r>
        <w:t>اس سے زیادہ قدرت تمہارے اوپر خدا کو ہے۔</w:t>
      </w:r>
    </w:p>
    <w:p>
      <w:r>
        <w:rPr>
          <w:b/>
        </w:rPr>
        <w:t xml:space="preserve">[09:41] </w:t>
      </w:r>
      <w:r>
        <w:t>to yahan par dekhen woh waqia nahin hua jo mere sath guzra tha is masjid mein. yahan par yeh hua ke is aadmi ka stick jo tha chhoot kar gir pada.</w:t>
      </w:r>
    </w:p>
    <w:p>
      <w:pPr>
        <w:jc w:val="right"/>
      </w:pPr>
      <w:r>
        <w:t>تو یہاں پر دیکھیں وہ واقعہ نہیں ہوا جو میرے ساتھ گزرا تھا اس مسجد میں۔ یہاں پر یہ ہوا کہ اس آدمی کا اسٹک جو تھا چھوٹ کر گر پڑا۔</w:t>
      </w:r>
    </w:p>
    <w:p>
      <w:r>
        <w:rPr>
          <w:b/>
        </w:rPr>
        <w:t xml:space="preserve">[09:53] </w:t>
      </w:r>
      <w:r>
        <w:t>aur woh is servant se maafi mangne laga.</w:t>
      </w:r>
    </w:p>
    <w:p>
      <w:pPr>
        <w:jc w:val="right"/>
      </w:pPr>
      <w:r>
        <w:t>اور وہ اس سرونٹ سے معافی مانگنے لگا۔</w:t>
      </w:r>
    </w:p>
    <w:p>
      <w:r>
        <w:rPr>
          <w:b/>
        </w:rPr>
        <w:t xml:space="preserve">[10:00] </w:t>
      </w:r>
      <w:r>
        <w:t>wohi jo mein aksar kaha karta hoon ke aap yeh keh saken, yeh karne ki aap ko himmat ho ke you areright, I am wrong. to yeh tha desire ko apne control mein lena.</w:t>
      </w:r>
    </w:p>
    <w:p>
      <w:pPr>
        <w:jc w:val="right"/>
      </w:pPr>
      <w:r>
        <w:t>وہی جو میں اکثر کہا کرتا ہوں کہ آپ یہ کہہ سکیں، یہ کرنے کی آپ کو ہمت ہو کہ you areright, I am wrong۔ تو یہ تھا desire کو اپنے کنٹرول میں لینا۔</w:t>
      </w:r>
    </w:p>
    <w:p>
      <w:r>
        <w:rPr>
          <w:b/>
        </w:rPr>
        <w:t xml:space="preserve">[10:13] </w:t>
      </w:r>
      <w:r>
        <w:t>aur woh misaal thi desire ko free chhod dena.</w:t>
      </w:r>
    </w:p>
    <w:p>
      <w:pPr>
        <w:jc w:val="right"/>
      </w:pPr>
      <w:r>
        <w:t>اور وہ مثال تھی desire کو free چھوڑ دینا۔</w:t>
      </w:r>
    </w:p>
    <w:p>
      <w:r>
        <w:rPr>
          <w:b/>
        </w:rPr>
        <w:t xml:space="preserve">[10:20] </w:t>
      </w:r>
      <w:r>
        <w:t>ghor kijiye to poori hi zindagi mein yahi muamla chal raha hai. jo bhi kuch kab karte hain, chhota ya bada kaam.</w:t>
      </w:r>
    </w:p>
    <w:p>
      <w:pPr>
        <w:jc w:val="right"/>
      </w:pPr>
      <w:r>
        <w:t>غور کیجیے تو پوری ہی زندگی میں یہی معاملہ چل رہا ہے۔ جو بھی کچھ کب کرتے ہیں، چھوٹا یا بڑا کام۔</w:t>
      </w:r>
    </w:p>
    <w:p>
      <w:r>
        <w:rPr>
          <w:b/>
        </w:rPr>
        <w:t xml:space="preserve">[10:30] </w:t>
      </w:r>
      <w:r>
        <w:t>jaan ka ho ya maal ka ho, zabaan ka ho ya haath ka ho, har jagah.</w:t>
      </w:r>
    </w:p>
    <w:p>
      <w:pPr>
        <w:jc w:val="right"/>
      </w:pPr>
      <w:r>
        <w:t>جان کا ہو یا مال کا ہو، زبان کا ہو یا ہاتھ کا ہو، ہر جگہ۔</w:t>
      </w:r>
    </w:p>
    <w:p>
      <w:r>
        <w:rPr>
          <w:b/>
        </w:rPr>
        <w:t xml:space="preserve">[10:38] </w:t>
      </w:r>
      <w:r>
        <w:t>koi na koi desire hamein wahan par active banaye hue hain. kisi ke desire ko poora karne ke liye hum daud rahe hain.</w:t>
      </w:r>
    </w:p>
    <w:p>
      <w:pPr>
        <w:jc w:val="right"/>
      </w:pPr>
      <w:r>
        <w:t>کوئی نہ کوئی desire ہمیں وہاں پر active بنائے ہوئے ہیں۔ کسی کے desire کو پورا کرنے کے لیے ہم دوڑ رہے ہیں۔</w:t>
      </w:r>
    </w:p>
    <w:p>
      <w:r>
        <w:rPr>
          <w:b/>
        </w:rPr>
        <w:t xml:space="preserve">[10:48] </w:t>
      </w:r>
      <w:r>
        <w:t>yahan tak ke kal mein ne Times of India mein ek report parhi. jo Dilli ke modern school ke bare mein hai.</w:t>
      </w:r>
    </w:p>
    <w:p>
      <w:pPr>
        <w:jc w:val="right"/>
      </w:pPr>
      <w:r>
        <w:t>یہاں تک کہ کل میں نے Times of India میں ایک رپورٹ پڑھی۔ جو دلی کے ماڈرن اسکول کے بارے میں ہے۔</w:t>
      </w:r>
    </w:p>
    <w:p>
      <w:r>
        <w:rPr>
          <w:b/>
        </w:rPr>
        <w:t xml:space="preserve">[10:58] </w:t>
      </w:r>
      <w:r>
        <w:t>Dilli mein ek school hai, is ka naam hai modern school. is ke bare mein ek report chhapi hai kal ke Times of India mein.</w:t>
      </w:r>
    </w:p>
    <w:p>
      <w:pPr>
        <w:jc w:val="right"/>
      </w:pPr>
      <w:r>
        <w:t>دلی میں ایک اسکول ہے، اس کا نام ہے ماڈرن اسکول۔ اس کے بارے میں ایک رپورٹ چھپی ہے کل کے Times of India میں۔</w:t>
      </w:r>
    </w:p>
    <w:p>
      <w:r>
        <w:rPr>
          <w:b/>
        </w:rPr>
        <w:t xml:space="preserve">[11:06] </w:t>
      </w:r>
      <w:r>
        <w:t xml:space="preserve">to wahan ladke ladkiyan keh rahi hain ke virginity is nothing. hum jo chahenge woh karenge. </w:t>
      </w:r>
    </w:p>
    <w:p>
      <w:pPr>
        <w:jc w:val="right"/>
      </w:pPr>
      <w:r>
        <w:t>تو وہاں لڑکے لڑکیاں کہہ رہی ہیں کہ virginity is nothing۔ ہم جو چاہیں گے وہ کریں گے۔</w:t>
      </w:r>
    </w:p>
    <w:p>
      <w:r>
        <w:rPr>
          <w:b/>
        </w:rPr>
        <w:t xml:space="preserve">[11:17] </w:t>
      </w:r>
      <w:r>
        <w:t>yeh sab myth hai, virginity kya cheez hoti hai? sab myth hai. jo hum chahenge wahi karenge. ab dekhen ke kis had tak insan pahunch pahunch raha hai, apni desire ko chhod kar ke.</w:t>
      </w:r>
    </w:p>
    <w:p>
      <w:pPr>
        <w:jc w:val="right"/>
      </w:pPr>
      <w:r>
        <w:t>یہ سب myth ہے، virginity کیا چیز ہوتی ہے؟ سب myth ہے۔ جو ہم چاہیں گے وہی کریں گے۔ اب دیکھیں کہ کس حد تک انسان پہنچ پہنچ رہا ہے، اپنی desire کو چھوڑ کر کے۔</w:t>
      </w:r>
    </w:p>
    <w:p>
      <w:r>
        <w:rPr>
          <w:b/>
        </w:rPr>
        <w:t xml:space="preserve">[11:35] </w:t>
      </w:r>
      <w:r>
        <w:t>to yaad rakhiye is duniya mein aadmi</w:t>
      </w:r>
    </w:p>
    <w:p>
      <w:pPr>
        <w:jc w:val="right"/>
      </w:pPr>
      <w:r>
        <w:t>تو یاد رکھیے اس دنیا میں آدمی</w:t>
      </w:r>
    </w:p>
    <w:p>
      <w:r>
        <w:rPr>
          <w:b/>
        </w:rPr>
        <w:t xml:space="preserve">[11:42] </w:t>
      </w:r>
      <w:r>
        <w:t>aazad rakha hai Khuda ne. lekin yaad rakhiye ke aazadi right nahin kisi ka.</w:t>
      </w:r>
    </w:p>
    <w:p>
      <w:pPr>
        <w:jc w:val="right"/>
      </w:pPr>
      <w:r>
        <w:t>آزاد رکھا ہے خدا نے۔ لیکن یاد رکھیے کہ آزادیright نہیں کسی کا۔</w:t>
      </w:r>
    </w:p>
    <w:p>
      <w:r>
        <w:rPr>
          <w:b/>
        </w:rPr>
        <w:t xml:space="preserve">[11:51] </w:t>
      </w:r>
      <w:r>
        <w:t>yeh test paper hai. sab se badi cheez jo logon ko pata nahin hai,</w:t>
      </w:r>
    </w:p>
    <w:p>
      <w:pPr>
        <w:jc w:val="right"/>
      </w:pPr>
      <w:r>
        <w:t>یہ ٹیسٹ پیپر ہے۔ سب سے بڑی چیز جو لوگوں کو پتہ نہیں ہے،</w:t>
      </w:r>
    </w:p>
    <w:p>
      <w:r>
        <w:rPr>
          <w:b/>
        </w:rPr>
        <w:t xml:space="preserve">[11:58] </w:t>
      </w:r>
      <w:r>
        <w:t>chahe woh ek aam aadmi ho ya koi ruler ho, koi poor ho ya rich ho, sab se badi cheez jis ko log bhule hue hain, woh yeh hai ke hum ko jo aazadi mili hui hai, woh hamara right nahin hai.</w:t>
      </w:r>
    </w:p>
    <w:p>
      <w:pPr>
        <w:jc w:val="right"/>
      </w:pPr>
      <w:r>
        <w:t>چاہے وہ ایک عام آدمی ہو یا کوئی ruler ہو، کوئی poor ہو یا rich ہو، سب سے بڑی چیز جس کو لوگ بھولے ہوئے ہیں، وہ یہ ہے کہ ہم کو جو آزادی ملی ہوئی ہے، وہ ہماراright نہیں ہے۔</w:t>
      </w:r>
    </w:p>
    <w:p>
      <w:r>
        <w:rPr>
          <w:b/>
        </w:rPr>
        <w:t xml:space="preserve">[12:17] </w:t>
      </w:r>
      <w:r>
        <w:t>woh hamara test paper hai.</w:t>
      </w:r>
    </w:p>
    <w:p>
      <w:pPr>
        <w:jc w:val="right"/>
      </w:pPr>
      <w:r>
        <w:t>وہ ہمارا ٹیسٹ پیپر ہے۔</w:t>
      </w:r>
    </w:p>
    <w:p>
      <w:r>
        <w:rPr>
          <w:b/>
        </w:rPr>
        <w:t xml:space="preserve">[12:21] </w:t>
      </w:r>
      <w:r>
        <w:t>agar woh hamara right hoti to hum jo chahen karen. jo chahen karen, jaise ke modern school ke ladkiyon ne, ladkon ne kaha.</w:t>
      </w:r>
    </w:p>
    <w:p>
      <w:pPr>
        <w:jc w:val="right"/>
      </w:pPr>
      <w:r>
        <w:t>اگر وہ ہماراright ہوتی تو ہم جو چاہیں کریں۔ جو چاہیں کریں، جیسے کہ ماڈرن اسکول کے لڑکیوں نے، لڑکوں نے کہا۔</w:t>
      </w:r>
    </w:p>
    <w:p>
      <w:r>
        <w:rPr>
          <w:b/>
        </w:rPr>
        <w:t xml:space="preserve">[12:33] </w:t>
      </w:r>
      <w:r>
        <w:t>lekin unhein yeh janne ki zaroorat hai ke tum jo apni freedom</w:t>
      </w:r>
    </w:p>
    <w:p>
      <w:pPr>
        <w:jc w:val="right"/>
      </w:pPr>
      <w:r>
        <w:t>لیکن انہیں یہ جاننے کی ضرورت ہے کہ تم جو اپنی freedom</w:t>
      </w:r>
    </w:p>
    <w:p>
      <w:r>
        <w:rPr>
          <w:b/>
        </w:rPr>
        <w:t xml:space="preserve">[12:40] </w:t>
      </w:r>
      <w:r>
        <w:t>ko enjoy kar rahe ho, woh tumhara right nahin hai.</w:t>
      </w:r>
    </w:p>
    <w:p>
      <w:pPr>
        <w:jc w:val="right"/>
      </w:pPr>
      <w:r>
        <w:t>کو enjoy کر رہے ہو، وہ تمہاراright نہیں ہے۔</w:t>
      </w:r>
    </w:p>
    <w:p>
      <w:r>
        <w:rPr>
          <w:b/>
        </w:rPr>
        <w:t xml:space="preserve">[12:48] </w:t>
      </w:r>
      <w:r>
        <w:t>jaise ke is se pehle mein ne ek hadith sunai thi aap ki khidmat mein ke misl al momin wa misl al imaan hai.</w:t>
      </w:r>
    </w:p>
    <w:p>
      <w:pPr>
        <w:jc w:val="right"/>
      </w:pPr>
      <w:r>
        <w:t>جیسے کہ اس سے پہلے میں نے ایک حدیث سنائی تھی آپ کی خدمت میں کہ مثل المومن و مثل الایمان ہے۔</w:t>
      </w:r>
    </w:p>
    <w:p>
      <w:r>
        <w:rPr>
          <w:b/>
        </w:rPr>
        <w:t xml:space="preserve">[13:03] </w:t>
      </w:r>
      <w:r>
        <w:t>keh faithful ki misaal ek momin ki misaal aisi hai jaise rassi mein bandha hua ghoda. ek khunti ho, us mein ek rassi ho.</w:t>
      </w:r>
    </w:p>
    <w:p>
      <w:pPr>
        <w:jc w:val="right"/>
      </w:pPr>
      <w:r>
        <w:t>کہ faithful کی مثال ایک مومن کی مثال ایسی ہے جیسے رسی میں بندھا ہوا گھوڑا۔ ایک کھونٹی ہو، اس میں ایک رسی ہو۔</w:t>
      </w:r>
    </w:p>
    <w:p>
      <w:r>
        <w:rPr>
          <w:b/>
        </w:rPr>
        <w:t xml:space="preserve">[13:16] </w:t>
      </w:r>
      <w:r>
        <w:t>farz kare ke rassi jo hai woh</w:t>
      </w:r>
    </w:p>
    <w:p>
      <w:pPr>
        <w:jc w:val="right"/>
      </w:pPr>
      <w:r>
        <w:t>فرض کیے کہ رسی جو ہے وہ</w:t>
      </w:r>
    </w:p>
    <w:p>
      <w:r>
        <w:rPr>
          <w:b/>
        </w:rPr>
        <w:t xml:space="preserve">[13:20] </w:t>
      </w:r>
      <w:r>
        <w:t>paanch meter ki hai ya das meter ki hai. to ghoda itna hi door ja payega jitna ke woh rassi us ko allow kar rahi hai.</w:t>
      </w:r>
    </w:p>
    <w:p>
      <w:pPr>
        <w:jc w:val="right"/>
      </w:pPr>
      <w:r>
        <w:t>پانچ میٹر کی ہے یا دس میٹر کی ہے۔ تو گھوڑا اتنا ہی دور جا پائے گا جتنا کہ وہ رسی اس کو allow کر رہی ہے۔</w:t>
      </w:r>
    </w:p>
    <w:p>
      <w:r>
        <w:rPr>
          <w:b/>
        </w:rPr>
        <w:t xml:space="preserve">[13:33] </w:t>
      </w:r>
      <w:r>
        <w:t>is se aage nahin.</w:t>
      </w:r>
    </w:p>
    <w:p>
      <w:pPr>
        <w:jc w:val="right"/>
      </w:pPr>
      <w:r>
        <w:t>اس سے آگے نہیں۔</w:t>
      </w:r>
    </w:p>
    <w:p>
      <w:r>
        <w:rPr>
          <w:b/>
        </w:rPr>
        <w:t xml:space="preserve">[13:38] </w:t>
      </w:r>
      <w:r>
        <w:t>to yeh misaal batati hai ke Khuda aap se kya chahta hai. Khuda yeh chahta hai ke haram aur halaal, do's aur don'ts ki jo ek Khuda ne bata di hai list, us ko follow karen.</w:t>
      </w:r>
    </w:p>
    <w:p>
      <w:pPr>
        <w:jc w:val="right"/>
      </w:pPr>
      <w:r>
        <w:t>تو یہ مثال بتاتی ہے کہ خدا آپ سے کیا چاہتا ہے۔ خدا یہ چاہتا ہے کہ حرام اور حلال، do's اور don'ts کی جو ایک خدا نے بتا دی ہے list، اس کو follow کریں۔</w:t>
      </w:r>
    </w:p>
    <w:p>
      <w:r>
        <w:rPr>
          <w:b/>
        </w:rPr>
        <w:t xml:space="preserve">[13:57] </w:t>
      </w:r>
      <w:r>
        <w:t>yaani Khuda ke, Khuda ke qanoon ki jo rassi hai, jis jo us ki limit hai, wahi tak jayen.</w:t>
      </w:r>
    </w:p>
    <w:p>
      <w:pPr>
        <w:jc w:val="right"/>
      </w:pPr>
      <w:r>
        <w:t>یعنی خدا کے، خدا کے قانون کی جو رسی ہے، جس جو اس کی limit ہے، وہی تک جائیں۔</w:t>
      </w:r>
    </w:p>
    <w:p>
      <w:r>
        <w:rPr>
          <w:b/>
        </w:rPr>
        <w:t xml:space="preserve">[14:07] </w:t>
      </w:r>
      <w:r>
        <w:t>is ke aage aap aage na jayen. warna pre-death period mein to aap kar sakte hain aisa.</w:t>
      </w:r>
    </w:p>
    <w:p>
      <w:pPr>
        <w:jc w:val="right"/>
      </w:pPr>
      <w:r>
        <w:t>اس کے آگے آپ آگے نہ جائیں۔ ورنہ pre-death period میں تو آپ کر سکتے ہیں ایسا۔</w:t>
      </w:r>
    </w:p>
    <w:p>
      <w:r>
        <w:rPr>
          <w:b/>
        </w:rPr>
        <w:t xml:space="preserve">[14:15] </w:t>
      </w:r>
      <w:r>
        <w:t>lekin post-death period jo hai, wahan is ka bohat bura punishment saamne aa jayega. to yeh roza jo hai, har saal.</w:t>
      </w:r>
    </w:p>
    <w:p>
      <w:pPr>
        <w:jc w:val="right"/>
      </w:pPr>
      <w:r>
        <w:t>لیکن post-death period جو ہے، وہاں اس کا بہت برا punishment سامنے آ جائے گا۔ تو یہ روزہ جو ہے، ہر سال۔</w:t>
      </w:r>
    </w:p>
    <w:p>
      <w:r>
        <w:rPr>
          <w:b/>
        </w:rPr>
        <w:t xml:space="preserve">[14:28] </w:t>
      </w:r>
      <w:r>
        <w:t>yeh Ramzan ka mahina hijri calendar ka nawaan mahina hai.</w:t>
      </w:r>
    </w:p>
    <w:p>
      <w:pPr>
        <w:jc w:val="right"/>
      </w:pPr>
      <w:r>
        <w:t>یہ رمضان کا مہینہ ہجری کیلنڈر کا نواں مہینہ ہے۔</w:t>
      </w:r>
    </w:p>
    <w:p>
      <w:r>
        <w:rPr>
          <w:b/>
        </w:rPr>
        <w:t xml:space="preserve">[14:35] </w:t>
      </w:r>
      <w:r>
        <w:t>is nawaan mahine ko Khuda ne saal ke ek mahine mein is ke liye muqarrar kiya ke log apni, yaani ek ek temporary period ke liye apni khwahishon par rok laga kar</w:t>
      </w:r>
    </w:p>
    <w:p>
      <w:pPr>
        <w:jc w:val="right"/>
      </w:pPr>
      <w:r>
        <w:t>اس نویں مہینے کو خدا نے سال کے ایک مہینے میں اس کے لیے مقرر کیا کہ لوگ اپنی، یعنی ایک ایک temporary period کے لیے اپنی خواہشوں پر روک لگا کر</w:t>
      </w:r>
    </w:p>
    <w:p>
      <w:r>
        <w:rPr>
          <w:b/>
        </w:rPr>
        <w:t xml:space="preserve">[14:54] </w:t>
      </w:r>
      <w:r>
        <w:t>is baat ki training len. is baat, is is lesson ko dohraen apne mind mein ke hum dunya mein apni khwahishon ko, apni desire ko be-lagaam chhod nahin sakte.</w:t>
      </w:r>
    </w:p>
    <w:p>
      <w:pPr>
        <w:jc w:val="right"/>
      </w:pPr>
      <w:r>
        <w:t>اس بات کی training لیں۔ اس بات، اس اس lesson کو دہرائیں اپنے mind میں کہ ہم دنیا میں اپنی خواہشوں کو، اپنی desire کو بے لگام چھوڑ نہیں سکتے۔</w:t>
      </w:r>
    </w:p>
    <w:p>
      <w:r>
        <w:rPr>
          <w:b/>
        </w:rPr>
        <w:t xml:space="preserve">[15:12] </w:t>
      </w:r>
      <w:r>
        <w:t>humein apni desire par control karna hai. ya aap keh sakte hain ke roza jo hai, woh hai art of desire management ki training.</w:t>
      </w:r>
    </w:p>
    <w:p>
      <w:pPr>
        <w:jc w:val="right"/>
      </w:pPr>
      <w:r>
        <w:t>ہمیں اپنی desire پر کنٹرول کرنا ہے۔ یا آپ کہہ سکتے ہیں کہ روزہ جو ہے، وہ ہے art of desire management کی training۔</w:t>
      </w:r>
    </w:p>
    <w:p>
      <w:r>
        <w:rPr>
          <w:b/>
        </w:rPr>
        <w:t xml:space="preserve">[15:28] </w:t>
      </w:r>
      <w:r>
        <w:t>ab dekhiye Quran mein jo ayat hai, woh yeh hai: kutiba alaikumus siyamu kama kutiba allazeena min qablikum la'allakum tattaqoona</w:t>
      </w:r>
    </w:p>
    <w:p>
      <w:pPr>
        <w:jc w:val="right"/>
      </w:pPr>
      <w:r>
        <w:t>اب دیکھیے قرآن میں جو آیت ہے، وہ یہ ہے: كتب علیکم الصيام کما کتب الذین من قبلکم لعلكم تتقون</w:t>
      </w:r>
    </w:p>
    <w:p>
      <w:r>
        <w:rPr>
          <w:b/>
        </w:rPr>
        <w:t xml:space="preserve">[15:46] </w:t>
      </w:r>
      <w:r>
        <w:t>yaani roze tumhare upar farz kiye gaye, jis tarah pichlon par farz kiye gaye the.</w:t>
      </w:r>
    </w:p>
    <w:p>
      <w:pPr>
        <w:jc w:val="right"/>
      </w:pPr>
      <w:r>
        <w:t>یعنی روزے تمہارے اوپر فرض کیے گئے، جس طرح پچھلوں پر فرض کیے گئے تھے۔</w:t>
      </w:r>
    </w:p>
    <w:p>
      <w:r>
        <w:rPr>
          <w:b/>
        </w:rPr>
        <w:t xml:space="preserve">[15:57] </w:t>
      </w:r>
      <w:r>
        <w:t>is mein ek baat yeh maloom hui ke roza ek, roza</w:t>
      </w:r>
    </w:p>
    <w:p>
      <w:pPr>
        <w:jc w:val="right"/>
      </w:pPr>
      <w:r>
        <w:t>اس میں ایک بات یہ معلوم ہوئی کہ روزہ ایک، روزہ</w:t>
      </w:r>
    </w:p>
    <w:p>
      <w:r>
        <w:rPr>
          <w:b/>
        </w:rPr>
        <w:t xml:space="preserve">[16:07] </w:t>
      </w:r>
      <w:r>
        <w:t>Khuda ki shariyat ka ek abadi usool hai. jab se insaan dunya mein hai, jitne bhi paighambar aate rahe, har paighambar ne jo Khuda ki shariyat di insaan ko, sab mein roza bhi zaroor shamil tha.</w:t>
      </w:r>
    </w:p>
    <w:p>
      <w:pPr>
        <w:jc w:val="right"/>
      </w:pPr>
      <w:r>
        <w:t>خدا کی شریعت کا ایک ابدی اصول ہے۔ جب سے انسان دنیا میں ہے، جتنے بھی پیغمبر آتے رہے، ہر پیغمبر نے جو خدا کی شریعت دی انسان کو، سب میں روزہ بھی ضرور شامل تھا۔</w:t>
      </w:r>
    </w:p>
    <w:p>
      <w:r>
        <w:rPr>
          <w:b/>
        </w:rPr>
        <w:t xml:space="preserve">[16:27] </w:t>
      </w:r>
      <w:r>
        <w:t>is se is ki eternity maloom hoti hai. yaani har mazhab mein roze ka tareeqa apne zamane ke paighambaron ne bataya.</w:t>
      </w:r>
    </w:p>
    <w:p>
      <w:pPr>
        <w:jc w:val="right"/>
      </w:pPr>
      <w:r>
        <w:t>اس سے اس کی eternity معلوم ہوتی ہے۔ یعنی ہر مذہب میں روزے کا طریقہ اپنے زمانے کے پیغمبروں نے بتایا۔</w:t>
      </w:r>
    </w:p>
    <w:p>
      <w:r>
        <w:rPr>
          <w:b/>
        </w:rPr>
        <w:t xml:space="preserve">[16:37] </w:t>
      </w:r>
      <w:r>
        <w:t>to agar roza sirf is Islam ka hissa nahin, balkeh saare mazahib ka hissa raha hai.</w:t>
      </w:r>
    </w:p>
    <w:p>
      <w:pPr>
        <w:jc w:val="right"/>
      </w:pPr>
      <w:r>
        <w:t>تو اگر روزہ صرف اس اسلام کا حصہ نہیں، بلکہ سارے مذہبوں کا حصہ رہا ہے۔</w:t>
      </w:r>
    </w:p>
    <w:p>
      <w:r>
        <w:rPr>
          <w:b/>
        </w:rPr>
        <w:t xml:space="preserve">[16:46] </w:t>
      </w:r>
      <w:r>
        <w:t>ab yeh alag baat hai ke doosre mazahib mein roza apni sahi form mein baqi nahin raha hai, aur Islam mein woh sahi form mein baqi hai.</w:t>
      </w:r>
    </w:p>
    <w:p>
      <w:pPr>
        <w:jc w:val="right"/>
      </w:pPr>
      <w:r>
        <w:t>اب یہ الگ بات ہے کہ دوسرے مذہبوں میں روزہ اپنی صحیح فارم میں باقی نہیں رہا ہے، اور اسلام میں وہ صحیح فارم میں باقی ہے۔</w:t>
      </w:r>
    </w:p>
    <w:p>
      <w:r>
        <w:rPr>
          <w:b/>
        </w:rPr>
        <w:t xml:space="preserve">[16:58] </w:t>
      </w:r>
      <w:r>
        <w:t>yeh farq hai, baqi warna roza har shariyat mein Khuda ki taraf se bataya gaya.</w:t>
      </w:r>
    </w:p>
    <w:p>
      <w:pPr>
        <w:jc w:val="right"/>
      </w:pPr>
      <w:r>
        <w:t>یہ فرق ہے، باقی ورنہ روزہ ہر شریعت میں خدا کی طرف سے بتایا گیا۔</w:t>
      </w:r>
    </w:p>
    <w:p>
      <w:r>
        <w:rPr>
          <w:b/>
        </w:rPr>
        <w:t xml:space="preserve">[17:07] </w:t>
      </w:r>
      <w:r>
        <w:t>doosri baat yeh is mein nikalti hai ke la'allakum tattaqoona taake tum dunya mein mutaqqi bankar reh sako.</w:t>
      </w:r>
    </w:p>
    <w:p>
      <w:pPr>
        <w:jc w:val="right"/>
      </w:pPr>
      <w:r>
        <w:t>دوسری بات یہ اس میں نکلتی ہے کہ لعلكم تتقون تاکہ تم دنیا میں متقی بن کر رہ سکو۔</w:t>
      </w:r>
    </w:p>
    <w:p>
      <w:r>
        <w:rPr>
          <w:b/>
        </w:rPr>
        <w:t xml:space="preserve">[17:18] </w:t>
      </w:r>
      <w:r>
        <w:t>yaani Quran mein jo bataya gaya roze ka faida, woh hai taqwa. yaani roza rakhwaya Khuda ne is liye taake hum mutaqqi bankar reh saken.</w:t>
      </w:r>
    </w:p>
    <w:p>
      <w:pPr>
        <w:jc w:val="right"/>
      </w:pPr>
      <w:r>
        <w:t>یعنی قرآن میں جو بتایا گیا روزے کا فائدہ، وہ ہے تقویٰ۔ یعنی روزہ رکھوایا خدا نے اس لیے تاکہ ہم متقی بن کر رہ سکیں۔</w:t>
      </w:r>
    </w:p>
    <w:p>
      <w:r>
        <w:rPr>
          <w:b/>
        </w:rPr>
        <w:t xml:space="preserve">[17:31] </w:t>
      </w:r>
      <w:r>
        <w:t>dekhen, taqwa ya mutaqqi ka matlab kya hai? taqwa ka wahi matlab hai jis ko angrezi mein kehte hain "cautious".</w:t>
      </w:r>
    </w:p>
    <w:p>
      <w:pPr>
        <w:jc w:val="right"/>
      </w:pPr>
      <w:r>
        <w:t>دیکھیں، تقویٰ یا متقی کا مطلب کیا ہے؟ تقویٰ کا وہی مطلب ہے جس کو انگریزی میں کہتے ہیں "cautious"۔</w:t>
      </w:r>
    </w:p>
    <w:p>
      <w:r>
        <w:rPr>
          <w:b/>
        </w:rPr>
        <w:t xml:space="preserve">[17:42] </w:t>
      </w:r>
      <w:r>
        <w:t>"cautious" yaani bohat zyada parhez ke sath rehna, ehtiyat ke sath rehna,</w:t>
      </w:r>
    </w:p>
    <w:p>
      <w:pPr>
        <w:jc w:val="right"/>
      </w:pPr>
      <w:r>
        <w:t>"cautious" یعنی بہت زیادہ پرہیز کے ساتھ رہنا، احتیاط کے ساتھ رہنا،</w:t>
      </w:r>
    </w:p>
    <w:p>
      <w:r>
        <w:rPr>
          <w:b/>
        </w:rPr>
        <w:t xml:space="preserve">[17:51] </w:t>
      </w:r>
      <w:r>
        <w:t>parwah karke rehna.</w:t>
      </w:r>
    </w:p>
    <w:p>
      <w:pPr>
        <w:jc w:val="right"/>
      </w:pPr>
      <w:r>
        <w:t>پرواہ کر کے رہنا۔</w:t>
      </w:r>
    </w:p>
    <w:p>
      <w:r>
        <w:rPr>
          <w:b/>
        </w:rPr>
        <w:t xml:space="preserve">[17:56] </w:t>
      </w:r>
      <w:r>
        <w:t>woh kaise? to is ki mein aik misaal deta hoon. Hazrat Umar, jo second khaleefa thay, un se aik musalman ne poocha ke taqwa kya hai?</w:t>
      </w:r>
    </w:p>
    <w:p>
      <w:pPr>
        <w:jc w:val="right"/>
      </w:pPr>
      <w:r>
        <w:t>وہ کیسے؟ تو اس کی میں ایک مثال دیتا ہوں۔ حضرت عمر، جو سیکنڈ خلیفہ تھے، ان سے ایک مسلمان نے پوچھا کہ تقویٰ کیا ہے؟</w:t>
      </w:r>
    </w:p>
    <w:p>
      <w:r>
        <w:rPr>
          <w:b/>
        </w:rPr>
        <w:t xml:space="preserve">[18:17] </w:t>
      </w:r>
      <w:r>
        <w:t>jaisa ke maine bataya ke roze ka maqsad bataya gaya hai taqwa, to mein taqwa ki wazahat kar raha hoon. yeh jumla Hazrat Umar ka hai.</w:t>
      </w:r>
    </w:p>
    <w:p>
      <w:pPr>
        <w:jc w:val="right"/>
      </w:pPr>
      <w:r>
        <w:t>جیسا کہ میں نے بتایا کہ روزے کا مقصد بتایا گیا ہے تقویٰ، تو میں تقویٰ کی وضاحت کر رہا ہوں۔ یہ جملہ حضرت عمر کا ہے۔</w:t>
      </w:r>
    </w:p>
    <w:p>
      <w:r>
        <w:rPr>
          <w:b/>
        </w:rPr>
        <w:t xml:space="preserve">[18:25] </w:t>
      </w:r>
      <w:r>
        <w:t>is aadmi ne, jo sahabi thay aur aalim thay, Hazrat Umar se poocha ke aap ne aisi jhaari se guzarte hue kya kiya?</w:t>
      </w:r>
    </w:p>
    <w:p>
      <w:pPr>
        <w:jc w:val="right"/>
      </w:pPr>
      <w:r>
        <w:t>اس آدمی نے، جو صحابی تھے اور عالم تھے، حضرت عمر سے پوچھا کہ آپ نے ایسی جھاڑی سے گزرتے ہوئے کیا کیا؟</w:t>
      </w:r>
    </w:p>
    <w:p>
      <w:r>
        <w:rPr>
          <w:b/>
        </w:rPr>
        <w:t xml:space="preserve">[18:35] </w:t>
      </w:r>
      <w:r>
        <w:t>to Hazrat Umar ne kaha ke shamberat wajtahadat yaani maine apne daaman aur apne kapde khoob sameyt liye aur bachta hua guzar gaya.</w:t>
      </w:r>
    </w:p>
    <w:p>
      <w:pPr>
        <w:jc w:val="right"/>
      </w:pPr>
      <w:r>
        <w:t>تو حضرت عمر نے کہا کہ شمبرت واجتحدت یعنی میں نے اپنے دامن اور اپنے کپڑے خوب سمیٹ لیے اور بچتا ہوا گزر گیا۔</w:t>
      </w:r>
    </w:p>
    <w:p>
      <w:r>
        <w:rPr>
          <w:b/>
        </w:rPr>
        <w:t xml:space="preserve">[18:49] </w:t>
      </w:r>
      <w:r>
        <w:t>to sahabi ne kaha ke zalk taqwa yahi taqwa hai.</w:t>
      </w:r>
    </w:p>
    <w:p>
      <w:pPr>
        <w:jc w:val="right"/>
      </w:pPr>
      <w:r>
        <w:t>تو صحابی نے کہا کہ ذالک التقویٰ یہی تقویٰ ہے۔</w:t>
      </w:r>
    </w:p>
    <w:p>
      <w:r>
        <w:rPr>
          <w:b/>
        </w:rPr>
        <w:t xml:space="preserve">[19:00] </w:t>
      </w:r>
      <w:r>
        <w:t>yeh bohat achi misaal hai janne ke liye ke dunya mein hamein kaise rehna hai. dunya mein jhaariyan hain, kaante hain, keechad hai, daldal hai.</w:t>
      </w:r>
    </w:p>
    <w:p>
      <w:pPr>
        <w:jc w:val="right"/>
      </w:pPr>
      <w:r>
        <w:t>یہ بہت اچھی مثال ہے جاننے کے لیے کہ دنیا میں ہمیں کیسے رہنا ہے۔ دنیا میں جھاڑیاں ہیں، کانٹے ہیں، کیچڑ ہے، دلدل ہے۔</w:t>
      </w:r>
    </w:p>
    <w:p>
      <w:r>
        <w:rPr>
          <w:b/>
        </w:rPr>
        <w:t xml:space="preserve">[19:13] </w:t>
      </w:r>
      <w:r>
        <w:t>matlab buraiyon ki bohat sari sooraten dunya mein har taraf maujood hain.</w:t>
      </w:r>
    </w:p>
    <w:p>
      <w:pPr>
        <w:jc w:val="right"/>
      </w:pPr>
      <w:r>
        <w:t>مطلب برائیوں کی بہت ساری صورتیں دنیا میں ہر طرف موجود ہیں۔</w:t>
      </w:r>
    </w:p>
    <w:p>
      <w:r>
        <w:rPr>
          <w:b/>
        </w:rPr>
        <w:t xml:space="preserve">[19:21] </w:t>
      </w:r>
      <w:r>
        <w:t>woh buraiyan bhi sach much hamare hi dil mein hain, bahar nahi hain. yaani paise ki lalach, apni ego ki taskeen, apni badai ko hasil karna waghera.</w:t>
      </w:r>
    </w:p>
    <w:p>
      <w:pPr>
        <w:jc w:val="right"/>
      </w:pPr>
      <w:r>
        <w:t>وہ برائیاں بھی سچ مچ ہمارے ہی دل میں ہیں، باہر نہیں ہیں۔ یعنی پیسے کی لالچ، اپنی ego کی تسکین، اپنی بڑائی کو حاصل کرنا وغیرہ۔</w:t>
      </w:r>
    </w:p>
    <w:p>
      <w:r>
        <w:rPr>
          <w:b/>
        </w:rPr>
        <w:t xml:space="preserve">[19:39] </w:t>
      </w:r>
      <w:r>
        <w:t>to jahan koi aisa mauqa aata hai to hamare jazbaat bhark uthte hain. woh desire jo hain, jaag uthti hain.</w:t>
      </w:r>
    </w:p>
    <w:p>
      <w:pPr>
        <w:jc w:val="right"/>
      </w:pPr>
      <w:r>
        <w:t>تو جہاں کوئی ایسا موقع آتا ہے تو ہمارے جذبات بھڑک اٹھتے ہیں۔ وہ desire جو ہیں، جاگ اٹھتی ہیں۔</w:t>
      </w:r>
    </w:p>
    <w:p>
      <w:r>
        <w:rPr>
          <w:b/>
        </w:rPr>
        <w:t xml:space="preserve">[19:46] </w:t>
      </w:r>
      <w:r>
        <w:t>to wahan par hamein kya karna hai? bachte hue aage badhna hai. bachte hue aage badhna hai. agar hum na bach sakein to kya hum test mein fail ho gaye?</w:t>
      </w:r>
    </w:p>
    <w:p>
      <w:pPr>
        <w:jc w:val="right"/>
      </w:pPr>
      <w:r>
        <w:t>تو وہاں پر ہمیں کیا کرنا ہے؟ بچتے ہوئے آگے بڑھنا ہے۔ بچتے ہوئے آگے بڑھنا ہے۔ اگر ہم نہ بچ سکیں تو کیا ہم ٹیسٹ میں فیل ہو گئے؟</w:t>
      </w:r>
    </w:p>
    <w:p>
      <w:r>
        <w:rPr>
          <w:b/>
        </w:rPr>
        <w:t xml:space="preserve">[20:04] </w:t>
      </w:r>
      <w:r>
        <w:t>to roza jo hai, woh isi qism ki zindagi ki tarbiyat hai ke desire ko control karte hue dunya mein zindagi guzarna.</w:t>
      </w:r>
    </w:p>
    <w:p>
      <w:pPr>
        <w:jc w:val="right"/>
      </w:pPr>
      <w:r>
        <w:t>تو روزہ جو ہے، وہ اسی قسم کی زندگی کی تربیت ہے کہ desire کو کنٹرول کرتے ہوئے دنیا میں زندگی گزارنا۔</w:t>
      </w:r>
    </w:p>
    <w:p>
      <w:r>
        <w:rPr>
          <w:b/>
        </w:rPr>
        <w:t xml:space="preserve">[20:17] </w:t>
      </w:r>
      <w:r>
        <w:t>yeh yeh hai roze ka maqsad jo Quran mein bataya gaya hai. ab hadees ko lijiye. hadees mein aaya hai</w:t>
      </w:r>
    </w:p>
    <w:p>
      <w:pPr>
        <w:jc w:val="right"/>
      </w:pPr>
      <w:r>
        <w:t>یہ یہ ہے روزے کا مقصد جو قرآن میں بتایا گیا ہے۔ اب حدیث کو لیجیے۔ حدیث میں آیا ہے</w:t>
      </w:r>
    </w:p>
    <w:p>
      <w:r>
        <w:rPr>
          <w:b/>
        </w:rPr>
        <w:t xml:space="preserve">[20:31] </w:t>
      </w:r>
      <w:r>
        <w:t>roza ke mahine ke baray mein, Ramzan ke baray mein. ho shahr al-sabr woh sabr ka mahina hai.</w:t>
      </w:r>
    </w:p>
    <w:p>
      <w:pPr>
        <w:jc w:val="right"/>
      </w:pPr>
      <w:r>
        <w:t>روزہ کے مہینے کے بارے میں، رمضان کے بارے میں۔ هو شهر الصبر وہ صبر کا مہینہ ہے۔</w:t>
      </w:r>
    </w:p>
    <w:p>
      <w:r>
        <w:rPr>
          <w:b/>
        </w:rPr>
        <w:t xml:space="preserve">[20:42] </w:t>
      </w:r>
      <w:r>
        <w:t>yahan par ghor kijiye ke yeh nahi farmaya ke woh bhooka pyasa rehne ka mahina hai.</w:t>
      </w:r>
    </w:p>
    <w:p>
      <w:pPr>
        <w:jc w:val="right"/>
      </w:pPr>
      <w:r>
        <w:t>یہاں پر غور کیجیے کہ یہ نہیں فرمایا کہ وہ بھوکا پیاسا رہنے کا مہینہ ہے۔</w:t>
      </w:r>
    </w:p>
    <w:p>
      <w:r>
        <w:rPr>
          <w:b/>
        </w:rPr>
        <w:t xml:space="preserve">[20:53] </w:t>
      </w:r>
      <w:r>
        <w:t>yaani bhooka pyasa rehna agar yahi asal ho, yaani bazahir jo soorat hai roze ki, agar wohi asal ho to aap kehte ke roza naam hai bhooka pyasa rehne ka.</w:t>
      </w:r>
    </w:p>
    <w:p>
      <w:pPr>
        <w:jc w:val="right"/>
      </w:pPr>
      <w:r>
        <w:t>یعنی بھوکا پیاسا رہنا اگر یہی اصل ہو، یعنی بظاہر جو صورت ہے روزے کی، اگر وہی اصل ہو تو آپ کہتے کہ روزہ نام ہے بھوکا پیاسا رہنے کا۔</w:t>
      </w:r>
    </w:p>
    <w:p>
      <w:r>
        <w:rPr>
          <w:b/>
        </w:rPr>
        <w:t xml:space="preserve">[21:09] </w:t>
      </w:r>
      <w:r>
        <w:t>aap ne farmaya ke ho shahr al-sabr woh sabr ka mahina hai.</w:t>
      </w:r>
    </w:p>
    <w:p>
      <w:pPr>
        <w:jc w:val="right"/>
      </w:pPr>
      <w:r>
        <w:t>آپ نے فرمایا کہ هو شهر الصبر وہ صبر کا مہینہ ہے۔</w:t>
      </w:r>
    </w:p>
    <w:p>
      <w:r>
        <w:rPr>
          <w:b/>
        </w:rPr>
        <w:t xml:space="preserve">[21:13] </w:t>
      </w:r>
      <w:r>
        <w:t>yaani yeh jo hum karte hain, bhook aur pyas bardasht karte hain, woh aik maqsad ke liye hai.</w:t>
      </w:r>
    </w:p>
    <w:p>
      <w:pPr>
        <w:jc w:val="right"/>
      </w:pPr>
      <w:r>
        <w:t>یعنی یہ جو ہم کرتے ہیں، بھوک اور پیاس برداشت کرتے ہیں، وہ ایک مقصد کے لیے ہے۔</w:t>
      </w:r>
    </w:p>
    <w:p>
      <w:r>
        <w:rPr>
          <w:b/>
        </w:rPr>
        <w:t xml:space="preserve">[21:22] </w:t>
      </w:r>
      <w:r>
        <w:t>ab woh hai sabrana zindagi, patience wali zindagi. sabr means patience.</w:t>
      </w:r>
    </w:p>
    <w:p>
      <w:pPr>
        <w:jc w:val="right"/>
      </w:pPr>
      <w:r>
        <w:t>اب وہ ہے صابرانہ زندگی، patience والی زندگی۔ صبر means patience۔</w:t>
      </w:r>
    </w:p>
    <w:p>
      <w:r>
        <w:rPr>
          <w:b/>
        </w:rPr>
        <w:t xml:space="preserve">[21:32] </w:t>
      </w:r>
      <w:r>
        <w:t>sabr means self-control. sabr means self-discipline. to goya ke roze mein</w:t>
      </w:r>
    </w:p>
    <w:p>
      <w:pPr>
        <w:jc w:val="right"/>
      </w:pPr>
      <w:r>
        <w:t>صبر means self-control۔ صبر means self-discipline۔ تو گویا کہ روزے میں</w:t>
      </w:r>
    </w:p>
    <w:p>
      <w:r>
        <w:rPr>
          <w:b/>
        </w:rPr>
        <w:t xml:space="preserve">[21:45] </w:t>
      </w:r>
      <w:r>
        <w:t>kuch cheezon par jo rok lagai jati hai, woh poori zindagi mein rok wali, rok wale tareeqay ikhtiyar karne ki aik alamat hai.</w:t>
      </w:r>
    </w:p>
    <w:p>
      <w:pPr>
        <w:jc w:val="right"/>
      </w:pPr>
      <w:r>
        <w:t>کچھ چیزوں پر جو روک لگائی جاتی ہے، وہ پوری زندگی میں روک والی، روک والے طریقے اختیار کرنے کی ایک علامت ہے۔</w:t>
      </w:r>
    </w:p>
    <w:p>
      <w:r>
        <w:rPr>
          <w:b/>
        </w:rPr>
        <w:t xml:space="preserve">[22:00] </w:t>
      </w:r>
      <w:r>
        <w:t>sabr wali zindagi, control wali zindagi, discipline wali zindagi, bach kar rehne wali zindagi, isi ki tarbiyat hai roza.</w:t>
      </w:r>
    </w:p>
    <w:p>
      <w:pPr>
        <w:jc w:val="right"/>
      </w:pPr>
      <w:r>
        <w:t>صبر والی زندگی، کنٹرول والی زندگی، discipline والی زندگی، بچ کر رہنے والی زندگی، اسی کی تربیت ہے روزہ۔</w:t>
      </w:r>
    </w:p>
    <w:p>
      <w:r>
        <w:rPr>
          <w:b/>
        </w:rPr>
        <w:t xml:space="preserve">[22:16] </w:t>
      </w:r>
      <w:r>
        <w:t>hadees mein is ki wazahat bohat achay tareeqay se aayi hai. mislan Rasool Allah Sal Allahu Alaihi Wasallam ne farmaya ke man lam yad'a qawl al-zur wa al-'amal bihi fa laysa lilahi hajja fi an yad'a ta'amahu wa sharabahu</w:t>
      </w:r>
    </w:p>
    <w:p>
      <w:pPr>
        <w:jc w:val="right"/>
      </w:pPr>
      <w:r>
        <w:t>حدیث میں اس کی وضاحت بہت اچھے طریقے سے آئی ہے۔ مثلاً رسول اللہ صلی اللہ علیہ وسلم نے فرمایا کہ من لمیدا قول الزور والعمل به فلیس للہ حاجۃ فی انیدا طعامہ وشرابہ</w:t>
      </w:r>
    </w:p>
    <w:p>
      <w:r>
        <w:rPr>
          <w:b/>
        </w:rPr>
        <w:t xml:space="preserve">[22:39] </w:t>
      </w:r>
      <w:r>
        <w:t>aap ne farmaya ke</w:t>
      </w:r>
    </w:p>
    <w:p>
      <w:pPr>
        <w:jc w:val="right"/>
      </w:pPr>
      <w:r>
        <w:t>آپ نے فرمایا کہ</w:t>
      </w:r>
    </w:p>
    <w:p>
      <w:r>
        <w:rPr>
          <w:b/>
        </w:rPr>
        <w:t xml:space="preserve">[22:43] </w:t>
      </w:r>
      <w:r>
        <w:t>jo aadmi roza rakhe magar</w:t>
      </w:r>
    </w:p>
    <w:p>
      <w:pPr>
        <w:jc w:val="right"/>
      </w:pPr>
      <w:r>
        <w:t>جو آدمی روزہ رکھے مگر</w:t>
      </w:r>
    </w:p>
    <w:p>
      <w:r>
        <w:rPr>
          <w:b/>
        </w:rPr>
        <w:t xml:space="preserve">[22:50] </w:t>
      </w:r>
      <w:r>
        <w:t>woh jhoot bolna aur jhoot par amal karna na chhoday, to Khuda ko is ki hajat nahi ke woh apna khana aur peena chhod de.</w:t>
      </w:r>
    </w:p>
    <w:p>
      <w:pPr>
        <w:jc w:val="right"/>
      </w:pPr>
      <w:r>
        <w:t>وہ جھوٹ بولنا اور جھوٹ پر عمل کرنا نہ چھوڑے، تو خدا کو اس کی حاجت نہیں کہ وہ اپنا کھانا اور پینا چھوڑ دے۔</w:t>
      </w:r>
    </w:p>
    <w:p>
      <w:r>
        <w:rPr>
          <w:b/>
        </w:rPr>
        <w:t xml:space="preserve">[23:07] </w:t>
      </w:r>
      <w:r>
        <w:t>ab is par aap ghhor kijiye,</w:t>
      </w:r>
    </w:p>
    <w:p>
      <w:pPr>
        <w:jc w:val="right"/>
      </w:pPr>
      <w:r>
        <w:t>اب اس پر آپ غور کیجیے،</w:t>
      </w:r>
    </w:p>
    <w:p>
      <w:r>
        <w:rPr>
          <w:b/>
        </w:rPr>
        <w:t xml:space="preserve">[23:10] </w:t>
      </w:r>
      <w:r>
        <w:t>kitna wazeh tor par is mein roze ka maqsad bataya gaya hai.</w:t>
      </w:r>
    </w:p>
    <w:p>
      <w:pPr>
        <w:jc w:val="right"/>
      </w:pPr>
      <w:r>
        <w:t>کتنا واضح طور پر اس میں روزے کا مقصد بتایا گیا ہے۔</w:t>
      </w:r>
    </w:p>
    <w:p>
      <w:r>
        <w:rPr>
          <w:b/>
        </w:rPr>
        <w:t xml:space="preserve">[23:20] </w:t>
      </w:r>
      <w:r>
        <w:t>bohat hi wazeh tor par. goya ke yeh jo khane peena chhodne ki taleem hai, woh alamaati tark hai.</w:t>
      </w:r>
    </w:p>
    <w:p>
      <w:pPr>
        <w:jc w:val="right"/>
      </w:pPr>
      <w:r>
        <w:t>بہت ہی واضح طور پر۔ گویا کہ یہ جو کھانے پینا چھوڑنے کی تعلیم ہے، وہ علامتی ترک ہے۔</w:t>
      </w:r>
    </w:p>
    <w:p>
      <w:r>
        <w:rPr>
          <w:b/>
        </w:rPr>
        <w:t xml:space="preserve">[23:32] </w:t>
      </w:r>
      <w:r>
        <w:t>woh hai alamaati tor par chhodna. asal chhodna kya hai?</w:t>
      </w:r>
    </w:p>
    <w:p>
      <w:pPr>
        <w:jc w:val="right"/>
      </w:pPr>
      <w:r>
        <w:t>وہ ہے علامتی طور پر چھوڑنا۔ اصل چھوڑنا کیا ہے؟</w:t>
      </w:r>
    </w:p>
    <w:p>
      <w:r>
        <w:rPr>
          <w:b/>
        </w:rPr>
        <w:t xml:space="preserve">[23:37] </w:t>
      </w:r>
      <w:r>
        <w:t>aadmi jhoot na bolay aur ghalat kaam na karay. isi liye to farmaya aap ne ke jis shakhs ne jhoot bolna aur jhoot par amal karna na chhora, to Khuda ko us ki hajat nahi ke woh</w:t>
      </w:r>
    </w:p>
    <w:p>
      <w:pPr>
        <w:jc w:val="right"/>
      </w:pPr>
      <w:r>
        <w:t>آدمی جھوٹ نہ بولے اور غلط کام نہ کرے۔ اسی لیے تو فرمایا آپ نے کہ جس شخص نے جھوٹ بولنا اور جھوٹ پر عمل کرنا نہ چھوڑا، تو خدا کو اس کی حاجت نہیں کہ وہ</w:t>
      </w:r>
    </w:p>
    <w:p>
      <w:r>
        <w:rPr>
          <w:b/>
        </w:rPr>
        <w:t xml:space="preserve">[23:57] </w:t>
      </w:r>
      <w:r>
        <w:t>apna khana aur peena chhod de. isi tarah</w:t>
      </w:r>
    </w:p>
    <w:p>
      <w:pPr>
        <w:jc w:val="right"/>
      </w:pPr>
      <w:r>
        <w:t>اپنا کھانا اور پینا چھوڑ دے۔ اسی طرح</w:t>
      </w:r>
    </w:p>
    <w:p>
      <w:r>
        <w:rPr>
          <w:b/>
        </w:rPr>
        <w:t xml:space="preserve">[24:06] </w:t>
      </w:r>
      <w:r>
        <w:t>ek hadith hai ke do aadmi ne roza rakha aur roza rakh kar ke woh aapas mein baith kar ghaybat karne lagay.</w:t>
      </w:r>
    </w:p>
    <w:p>
      <w:pPr>
        <w:jc w:val="right"/>
      </w:pPr>
      <w:r>
        <w:t>ایک حدیث ہے کہ دو آدمی نے روزہ رکھا اور روزہ رکھ کر کے وہ آپس میں بیٹھ کر غیبت کرنے لگے۔</w:t>
      </w:r>
    </w:p>
    <w:p>
      <w:r>
        <w:rPr>
          <w:b/>
        </w:rPr>
        <w:t xml:space="preserve">[24:18] </w:t>
      </w:r>
      <w:r>
        <w:t>yani doosron ko bura kehne ko ghaybat kaha jata hai.</w:t>
      </w:r>
    </w:p>
    <w:p>
      <w:pPr>
        <w:jc w:val="right"/>
      </w:pPr>
      <w:r>
        <w:t>یعنی دوسروں کو برا کہنے کو غیبت کہا جاتا ہے۔</w:t>
      </w:r>
    </w:p>
    <w:p>
      <w:r>
        <w:rPr>
          <w:b/>
        </w:rPr>
        <w:t xml:space="preserve">[24:24] </w:t>
      </w:r>
      <w:r>
        <w:t>jaise ke aap ko adat hoti hai ke doosron ki shikayatein aur doosron ki buraiyan log bayan karte rehte hain baith kar ke, to is ko ghaybat kaha jata hai.</w:t>
      </w:r>
    </w:p>
    <w:p>
      <w:pPr>
        <w:jc w:val="right"/>
      </w:pPr>
      <w:r>
        <w:t>جیسے کہ آپ کو عادت ہوتی ہے کہ دوسروں کی شکایتیں اور دوسروں کی برائیاں لوگ بیان کرتے رہتے ہیں بیٹھ کر کے، تو اس کو غیبت کہا جاتا ہے۔</w:t>
      </w:r>
    </w:p>
    <w:p>
      <w:r>
        <w:rPr>
          <w:b/>
        </w:rPr>
        <w:t xml:space="preserve">[24:33] </w:t>
      </w:r>
      <w:r>
        <w:t>to do aadmi dono rozedar thay aur dono</w:t>
      </w:r>
    </w:p>
    <w:p>
      <w:pPr>
        <w:jc w:val="right"/>
      </w:pPr>
      <w:r>
        <w:t>تو دو آدمی دونوں روزے دار تھے اور دونوں</w:t>
      </w:r>
    </w:p>
    <w:p>
      <w:r>
        <w:rPr>
          <w:b/>
        </w:rPr>
        <w:t xml:space="preserve">[24:42] </w:t>
      </w:r>
      <w:r>
        <w:t>kisi ki ghaybat kar rahe thay, burai bayan kar rahe thay. to Rasool Allah sal Allah alaihi wasallam ne farmaya ke in logon ne</w:t>
      </w:r>
    </w:p>
    <w:p>
      <w:pPr>
        <w:jc w:val="right"/>
      </w:pPr>
      <w:r>
        <w:t>کسی کی غیبت کر رہے تھے، برائی بیان کر رہے تھے۔ تو رسول اللہ صلی اللہ علیہ وسلم نے فرمایا کہ ان لوگوں نے</w:t>
      </w:r>
    </w:p>
    <w:p>
      <w:r>
        <w:rPr>
          <w:b/>
        </w:rPr>
        <w:t xml:space="preserve">[24:53] </w:t>
      </w:r>
      <w:r>
        <w:t>Khuda ki jaiz cheez se roza rakha aur</w:t>
      </w:r>
    </w:p>
    <w:p>
      <w:pPr>
        <w:jc w:val="right"/>
      </w:pPr>
      <w:r>
        <w:t>خدا کی جائز چیز سے روزہ رکھا اور</w:t>
      </w:r>
    </w:p>
    <w:p>
      <w:r>
        <w:rPr>
          <w:b/>
        </w:rPr>
        <w:t xml:space="preserve">[25:00] </w:t>
      </w:r>
      <w:r>
        <w:t>Khuda ke haram ki hui cheez se iftar kar liya. kitni sochne wali baat hai ke in logon ne khane peene se to roza rakha lekin ghaybat kar ke is roze ko tod diya.</w:t>
      </w:r>
    </w:p>
    <w:p>
      <w:pPr>
        <w:jc w:val="right"/>
      </w:pPr>
      <w:r>
        <w:t>خدا کے حرام کی ہوئی چیز سے افطار کر لیا۔ کتنی سوچنے والی بات ہے کہ ان لوگوں نے کھانے پینے سے تو روزہ رکھا لیکن غیبت کر کے اس روزے کو توڑ دیا۔</w:t>
      </w:r>
    </w:p>
    <w:p>
      <w:r>
        <w:rPr>
          <w:b/>
        </w:rPr>
        <w:t xml:space="preserve">[25:17] </w:t>
      </w:r>
      <w:r>
        <w:t>is se maloom hua ke agar koi shakhs</w:t>
      </w:r>
    </w:p>
    <w:p>
      <w:pPr>
        <w:jc w:val="right"/>
      </w:pPr>
      <w:r>
        <w:t>اس سے معلوم ہوا کہ اگر کوئی شخص</w:t>
      </w:r>
    </w:p>
    <w:p>
      <w:r>
        <w:rPr>
          <w:b/>
        </w:rPr>
        <w:t xml:space="preserve">[25:23] </w:t>
      </w:r>
      <w:r>
        <w:t>khana peena chhoday lekin woh burai na chhoday, apni zaban ka ghalat istemal na chhoday, apne hath ka ghalat istemal na chhoday,</w:t>
      </w:r>
    </w:p>
    <w:p>
      <w:pPr>
        <w:jc w:val="right"/>
      </w:pPr>
      <w:r>
        <w:t>کھانا پینا چھوڑے لیکن وہ برائی نہ چھوڑے، اپنی زبان کا غلط استعمال نہ چھوڑے، اپنے ہاتھ کا غلط استعمال نہ چھوڑے،</w:t>
      </w:r>
    </w:p>
    <w:p>
      <w:r>
        <w:rPr>
          <w:b/>
        </w:rPr>
        <w:t xml:space="preserve">[25:34] </w:t>
      </w:r>
      <w:r>
        <w:t>apni soch ka ghalat istemal na chhoday, to goya ke roza rakh kar, to goya ke woh</w:t>
      </w:r>
    </w:p>
    <w:p>
      <w:pPr>
        <w:jc w:val="right"/>
      </w:pPr>
      <w:r>
        <w:t>اپنی سوچ کا غلط استعمال نہ چھوڑے، تو گویا کہ روزہ رکھ کر، تو گویا کہ وہ</w:t>
      </w:r>
    </w:p>
    <w:p>
      <w:r>
        <w:rPr>
          <w:b/>
        </w:rPr>
        <w:t xml:space="preserve">[25:44] </w:t>
      </w:r>
      <w:r>
        <w:t>khane peene se roza rakh raha hai woh, lekin gunahon se iftar kar raha hai apne roze ka. gunahon ke zariye woh apne roze ko tod raha hai.</w:t>
      </w:r>
    </w:p>
    <w:p>
      <w:pPr>
        <w:jc w:val="right"/>
      </w:pPr>
      <w:r>
        <w:t>کھانے پینے سے روزہ رکھ رہا ہے وہ، لیکن گناہوں سے افطار کر رہا ہے اپنے روزے کا۔ گناہوں کے ذریعے وہ اپنے روزے کو توڑ رہا ہے۔</w:t>
      </w:r>
    </w:p>
    <w:p>
      <w:r>
        <w:rPr>
          <w:b/>
        </w:rPr>
        <w:t xml:space="preserve">[25:54] </w:t>
      </w:r>
      <w:r>
        <w:t>kitni ajeeb baat hai yeh. isi tarah</w:t>
      </w:r>
    </w:p>
    <w:p>
      <w:pPr>
        <w:jc w:val="right"/>
      </w:pPr>
      <w:r>
        <w:t>کتنی عجیب بات ہے یہ۔ اسی طرح</w:t>
      </w:r>
    </w:p>
    <w:p>
      <w:r>
        <w:rPr>
          <w:b/>
        </w:rPr>
        <w:t xml:space="preserve">[25:59] </w:t>
      </w:r>
      <w:r>
        <w:t>hadith mein aaya hai ke aap ne farmaya</w:t>
      </w:r>
    </w:p>
    <w:p>
      <w:pPr>
        <w:jc w:val="right"/>
      </w:pPr>
      <w:r>
        <w:t>حدیث میں آیا ہے کہ آپ نے فرمایا</w:t>
      </w:r>
    </w:p>
    <w:p>
      <w:r>
        <w:rPr>
          <w:b/>
        </w:rPr>
        <w:t xml:space="preserve">[26:05] </w:t>
      </w:r>
      <w:r>
        <w:t>ke</w:t>
      </w:r>
    </w:p>
    <w:p>
      <w:pPr>
        <w:jc w:val="right"/>
      </w:pPr>
      <w:r>
        <w:t>کہ</w:t>
      </w:r>
    </w:p>
    <w:p>
      <w:r>
        <w:rPr>
          <w:b/>
        </w:rPr>
        <w:t xml:space="preserve">[26:11] </w:t>
      </w:r>
      <w:r>
        <w:t>ke jo shakhs tum mein se jo shakhs roza rakhe</w:t>
      </w:r>
    </w:p>
    <w:p>
      <w:pPr>
        <w:jc w:val="right"/>
      </w:pPr>
      <w:r>
        <w:t>کہ جو شخص تم میں سے جو شخص روزہ رکھے</w:t>
      </w:r>
    </w:p>
    <w:p>
      <w:r>
        <w:rPr>
          <w:b/>
        </w:rPr>
        <w:t xml:space="preserve">[26:19] </w:t>
      </w:r>
      <w:r>
        <w:t>man saama ahadukum falayurfus walayaskhaf wa in saabahoo ahadun falyaqul in saayim in saayim is ka matlab yeh hai ke</w:t>
      </w:r>
    </w:p>
    <w:p>
      <w:pPr>
        <w:jc w:val="right"/>
      </w:pPr>
      <w:r>
        <w:t>من سام احدکم فلایرفس ولا یسخف وان صابہ احد فلیقل ان سایم ان سایم اس کا مطلب یہ ہے کہ</w:t>
      </w:r>
    </w:p>
    <w:p>
      <w:r>
        <w:rPr>
          <w:b/>
        </w:rPr>
        <w:t xml:space="preserve">[26:37] </w:t>
      </w:r>
      <w:r>
        <w:t>jab tum mein se koi shakhs</w:t>
      </w:r>
    </w:p>
    <w:p>
      <w:pPr>
        <w:jc w:val="right"/>
      </w:pPr>
      <w:r>
        <w:t>جب تم میں سے کوئی شخص</w:t>
      </w:r>
    </w:p>
    <w:p>
      <w:r>
        <w:rPr>
          <w:b/>
        </w:rPr>
        <w:t xml:space="preserve">[26:42] </w:t>
      </w:r>
      <w:r>
        <w:t>roza rakhe to woh</w:t>
      </w:r>
    </w:p>
    <w:p>
      <w:pPr>
        <w:jc w:val="right"/>
      </w:pPr>
      <w:r>
        <w:t>روزہ رکھے تو وہ</w:t>
      </w:r>
    </w:p>
    <w:p>
      <w:r>
        <w:rPr>
          <w:b/>
        </w:rPr>
        <w:t xml:space="preserve">[26:47] </w:t>
      </w:r>
      <w:r>
        <w:t>apne munh se buri baat na nikale aur na kisi ko gaali de, kisi ko bura kahe. agar koi shakhs is se kahe, agar koi shakhs is ko gaali de,</w:t>
      </w:r>
    </w:p>
    <w:p>
      <w:pPr>
        <w:jc w:val="right"/>
      </w:pPr>
      <w:r>
        <w:t>اپنے منہ سے بری بات نہ نکالے اور نہ کسی کو گالی دے، کسی کو برا کہے۔ اگر کوئی شخص اس سے کہے، اگر کوئی شخص اس کو گالی دے،</w:t>
      </w:r>
    </w:p>
    <w:p>
      <w:r>
        <w:rPr>
          <w:b/>
        </w:rPr>
        <w:t xml:space="preserve">[27:02] </w:t>
      </w:r>
      <w:r>
        <w:t>is ko bharkane wali baat kahe,</w:t>
      </w:r>
    </w:p>
    <w:p>
      <w:pPr>
        <w:jc w:val="right"/>
      </w:pPr>
      <w:r>
        <w:t>اس کو بھڑکانے والی بات کہے،</w:t>
      </w:r>
    </w:p>
    <w:p>
      <w:r>
        <w:rPr>
          <w:b/>
        </w:rPr>
        <w:t xml:space="preserve">[27:05] </w:t>
      </w:r>
      <w:r>
        <w:t>to is ka jawab woh is tarah de ke woh yeh kahe ke in barham saaye mein to rozay daar ho. kitni ajeeb baat hai yeh.</w:t>
      </w:r>
    </w:p>
    <w:p>
      <w:pPr>
        <w:jc w:val="right"/>
      </w:pPr>
      <w:r>
        <w:t>تو اس کا جواب وہ اس طرح دے کہ وہ یہ کہے کہ ان برہم سائے میں تو روزے دار ہوں۔ کتنی عجیب بات ہے یہ۔</w:t>
      </w:r>
    </w:p>
    <w:p>
      <w:r>
        <w:rPr>
          <w:b/>
        </w:rPr>
        <w:t xml:space="preserve">[27:19] </w:t>
      </w:r>
      <w:r>
        <w:t>main yeh yahi asal facts hai rozay ka</w:t>
      </w:r>
    </w:p>
    <w:p>
      <w:pPr>
        <w:jc w:val="right"/>
      </w:pPr>
      <w:r>
        <w:t>میں یہ یہی اصل فیکٹس ہے روزے کا</w:t>
      </w:r>
    </w:p>
    <w:p>
      <w:r>
        <w:rPr>
          <w:b/>
        </w:rPr>
        <w:t xml:space="preserve">[27:23] </w:t>
      </w:r>
      <w:r>
        <w:t>ke doosra bharkaye to hum yeh soch kar na bharkain ke maine to Khuda ki taraf se hamesha ke liye roza rakh liya hai ke main nahi bharkun ga.</w:t>
      </w:r>
    </w:p>
    <w:p>
      <w:pPr>
        <w:jc w:val="right"/>
      </w:pPr>
      <w:r>
        <w:t>کہ دوسرا بھڑکائے تو ہم یہ سوچ کر نہ بھڑکیں کہ میں نے تو خدا کی طرف سے ہمیشہ کے لیے روزہ رکھ لیا ہے کہ میں نہیں بھڑکوں گا۔</w:t>
      </w:r>
    </w:p>
    <w:p>
      <w:r>
        <w:rPr>
          <w:b/>
        </w:rPr>
        <w:t xml:space="preserve">[27:37] </w:t>
      </w:r>
      <w:r>
        <w:t>doosra aadmi agar be roza hai,</w:t>
      </w:r>
    </w:p>
    <w:p>
      <w:pPr>
        <w:jc w:val="right"/>
      </w:pPr>
      <w:r>
        <w:t>دوسرا آدمی اگر بے روزہ ہے،</w:t>
      </w:r>
    </w:p>
    <w:p>
      <w:r>
        <w:rPr>
          <w:b/>
        </w:rPr>
        <w:t xml:space="preserve">[27:40] </w:t>
      </w:r>
      <w:r>
        <w:t>be roza ka matlab hai ke woh apne ko chhod diye hue hai, apne desire ko chhod diye hue hai, to maine to apne ko lagaam laga rakhi hai.</w:t>
      </w:r>
    </w:p>
    <w:p>
      <w:pPr>
        <w:jc w:val="right"/>
      </w:pPr>
      <w:r>
        <w:t>بے روزہ کا معنی ہے کہ وہ اپنے کو چھوڑ دیے ہوئے ہے، اپنے ڈیزائر کو چھوڑ دیے ہوئے ہے، تو میں نے تو اپنے کو لگام لگا رکھی ہے۔</w:t>
      </w:r>
    </w:p>
    <w:p>
      <w:r>
        <w:rPr>
          <w:b/>
        </w:rPr>
        <w:t xml:space="preserve">[27:51] </w:t>
      </w:r>
      <w:r>
        <w:t>falyaqul inna ibn saim ke doosra burai bolay,</w:t>
      </w:r>
    </w:p>
    <w:p>
      <w:pPr>
        <w:jc w:val="right"/>
      </w:pPr>
      <w:r>
        <w:t>فلیقل ان ابن سائم کہ دوسرا برائی بولے،</w:t>
      </w:r>
    </w:p>
    <w:p>
      <w:r>
        <w:rPr>
          <w:b/>
        </w:rPr>
        <w:t xml:space="preserve">[27:56] </w:t>
      </w:r>
      <w:r>
        <w:t>buri baat kahe, bharkaye to momin ko chahiye ke woh keh de ke bhai tu azaad ho lekin main to rozay daar ho.</w:t>
      </w:r>
    </w:p>
    <w:p>
      <w:pPr>
        <w:jc w:val="right"/>
      </w:pPr>
      <w:r>
        <w:t>بری بات کہے، بھڑکائے تو مومن کو چاہیے کہ وہ کہہ دے کہ بھئی تو آزاد ہو لیکن میں تو روزے دار ہوں۔</w:t>
      </w:r>
    </w:p>
    <w:p>
      <w:r>
        <w:rPr>
          <w:b/>
        </w:rPr>
        <w:t xml:space="preserve">[28:07] </w:t>
      </w:r>
      <w:r>
        <w:t>main gaali ke jawab mein gaali nahi de sakta. main ghusse ke jawab mein intiqam tak nahi aa sakta.</w:t>
      </w:r>
    </w:p>
    <w:p>
      <w:pPr>
        <w:jc w:val="right"/>
      </w:pPr>
      <w:r>
        <w:t>میں گالی کے جواب میں گالی نہیں دے سکتا۔ میں غصے کے جواب میں انتقام تک نہیں آ سکتا۔</w:t>
      </w:r>
    </w:p>
    <w:p>
      <w:r>
        <w:rPr>
          <w:b/>
        </w:rPr>
        <w:t xml:space="preserve">[28:17] </w:t>
      </w:r>
      <w:r>
        <w:t>agar tum ne mujhe nuqsaan pohanchaya hai to main yeh nahi kar sakta ke main bhi tumhein nuqsaan pohanchane lagoon. agar tumhara ego bharka hua hai to main nahi kar sakta ke mera ego bhi bada kuth hai.</w:t>
      </w:r>
    </w:p>
    <w:p>
      <w:pPr>
        <w:jc w:val="right"/>
      </w:pPr>
      <w:r>
        <w:t>اگر تم نے مجھے نقصان پہنچایا ہے تو میں یہ نہیں کر سکتا کہ میں بھی تمہیں نقصان پہنچانے لگوں۔ اگر تمہارا ایگو بھڑکا ہوا ہے تو میں نہیں کر سکتا کہ میرا ایگو بھی بڑا کٹھ ہے۔</w:t>
      </w:r>
    </w:p>
    <w:p>
      <w:r>
        <w:rPr>
          <w:b/>
        </w:rPr>
        <w:t xml:space="preserve">[28:31] </w:t>
      </w:r>
      <w:r>
        <w:t>yeh sab main nahi kar sakta. falyaqul inni ibn saim</w:t>
      </w:r>
    </w:p>
    <w:p>
      <w:pPr>
        <w:jc w:val="right"/>
      </w:pPr>
      <w:r>
        <w:t>یہ سب میں نہیں کر سکتا۔ فلیقل انی ابن سائم</w:t>
      </w:r>
    </w:p>
    <w:p>
      <w:r>
        <w:rPr>
          <w:b/>
        </w:rPr>
        <w:t xml:space="preserve">[28:38] </w:t>
      </w:r>
      <w:r>
        <w:t>goya ke aap ko unilateral ethics par paband banata hai roza. roza aap ko unilateral ethic ka paband banata hai.</w:t>
      </w:r>
    </w:p>
    <w:p>
      <w:pPr>
        <w:jc w:val="right"/>
      </w:pPr>
      <w:r>
        <w:t>گویا کہ آپ کو انلیٹرل ایتھکس پر پابند بناتا ہے روزہ۔ روزہ آپ کو انلیٹرل ایتھک کا پابند بناتا ہے۔</w:t>
      </w:r>
    </w:p>
    <w:p>
      <w:r>
        <w:rPr>
          <w:b/>
        </w:rPr>
        <w:t xml:space="preserve">[28:52] </w:t>
      </w:r>
      <w:r>
        <w:t>yaani doosra aadmi chahe acha kare ya bura kare,</w:t>
      </w:r>
    </w:p>
    <w:p>
      <w:pPr>
        <w:jc w:val="right"/>
      </w:pPr>
      <w:r>
        <w:t>یعنی دوسرا آدمی چاہے اچھا کرے یا برا کرے،</w:t>
      </w:r>
    </w:p>
    <w:p>
      <w:r>
        <w:rPr>
          <w:b/>
        </w:rPr>
        <w:t xml:space="preserve">[28:56] </w:t>
      </w:r>
      <w:r>
        <w:t>lekin roza rakhne wale ko phir bhi achhe hi par qaim rehna hai. isi liye ek hadith mein aaya hai ke la takunuu ama tum</w:t>
      </w:r>
    </w:p>
    <w:p>
      <w:pPr>
        <w:jc w:val="right"/>
      </w:pPr>
      <w:r>
        <w:t>لیکن روزہ رکھنے والے کو پھر بھی اچھے ہی پر قائم رہنا ہے۔ اسی لیے ایک حدیث میں آیا ہے کہ لا تكونوا اما تم</w:t>
      </w:r>
    </w:p>
    <w:p>
      <w:r>
        <w:rPr>
          <w:b/>
        </w:rPr>
        <w:t xml:space="preserve">[29:10] </w:t>
      </w:r>
      <w:r>
        <w:t>ama na bano ama arabi mein kehte hain jis ko hamari urdu mein yaani slang language mein kehte hain jaise ko tisa.</w:t>
      </w:r>
    </w:p>
    <w:p>
      <w:pPr>
        <w:jc w:val="right"/>
      </w:pPr>
      <w:r>
        <w:t>اما نہ بنو اما عربی میں کہتے ہیں جس کو ہماری اردو میں یعنی سلینگ لینگویج میں کہتے ہیں جیسے کو تیسا۔</w:t>
      </w:r>
    </w:p>
    <w:p>
      <w:r>
        <w:rPr>
          <w:b/>
        </w:rPr>
        <w:t xml:space="preserve">[29:21] </w:t>
      </w:r>
      <w:r>
        <w:t>yaani jaisa woh karega waisa main bhi karunga. is ko kehte hain ama. to farmaya ke tum ama na bano ke doosra jo kare wahi tum bhi karne lagoo.</w:t>
      </w:r>
    </w:p>
    <w:p>
      <w:pPr>
        <w:jc w:val="right"/>
      </w:pPr>
      <w:r>
        <w:t>یعنی جیسا وہ کرے گا ویسے میں بھی کروں گا۔ اس کو کہتے ہیں اما۔ تو فرمایا کہ تم اما نہ بنو کہ دوسرا جو کرے وہی تم بھی کرنے لگو۔</w:t>
      </w:r>
    </w:p>
    <w:p>
      <w:r>
        <w:rPr>
          <w:b/>
        </w:rPr>
        <w:t xml:space="preserve">[29:34] </w:t>
      </w:r>
      <w:r>
        <w:t>yeh karne ka hum hamein haq nahi hai. balkeh hadith mein aata hai ke ahsin ila man asaa ilaik</w:t>
      </w:r>
    </w:p>
    <w:p>
      <w:pPr>
        <w:jc w:val="right"/>
      </w:pPr>
      <w:r>
        <w:t>یہ کرنے کا ہم ہمیں حق نہیں ہے۔ بلکہ حدیث میں آتا ہے کہ احسن الى من اساء الیک</w:t>
      </w:r>
    </w:p>
    <w:p>
      <w:r>
        <w:rPr>
          <w:b/>
        </w:rPr>
        <w:t xml:space="preserve">[29:47] </w:t>
      </w:r>
      <w:r>
        <w:t>jo tumhare saath bura kare us ke saath tum acha karo.</w:t>
      </w:r>
    </w:p>
    <w:p>
      <w:pPr>
        <w:jc w:val="right"/>
      </w:pPr>
      <w:r>
        <w:t>جو تمہارے ساتھ برا کرے اس کے ساتھ تم اچھا کرو۔</w:t>
      </w:r>
    </w:p>
    <w:p>
      <w:r>
        <w:rPr>
          <w:b/>
        </w:rPr>
        <w:t xml:space="preserve">[29:55] </w:t>
      </w:r>
      <w:r>
        <w:t>yeh baatein aaj rozay daron mein aap nahi dekhti hain, nahi dekhte hain. to kyun? roza ko logon ne ek rituals ke tor par le liya hai.</w:t>
      </w:r>
    </w:p>
    <w:p>
      <w:pPr>
        <w:jc w:val="right"/>
      </w:pPr>
      <w:r>
        <w:t>یہ باتیں آج روزے داروں میں آپ نہیں دیکھتی ہیں، نہیں دیکھتے ہیں۔ تو کیوں؟ روزہ کو لوگوں نے ایک ریچولز کے طور پر لے لیا ہے۔</w:t>
      </w:r>
    </w:p>
    <w:p>
      <w:r>
        <w:rPr>
          <w:b/>
        </w:rPr>
        <w:t xml:space="preserve">[30:08] </w:t>
      </w:r>
      <w:r>
        <w:t>ek rituals ek form hai,</w:t>
      </w:r>
    </w:p>
    <w:p>
      <w:pPr>
        <w:jc w:val="right"/>
      </w:pPr>
      <w:r>
        <w:t>ایک ریچولز ایک فارم ہے،</w:t>
      </w:r>
    </w:p>
    <w:p>
      <w:r>
        <w:rPr>
          <w:b/>
        </w:rPr>
        <w:t xml:space="preserve">[30:11] </w:t>
      </w:r>
      <w:r>
        <w:t>ek rasam hai. to woh samajhte hain ke subah se shaam tak khana peena chhod diya to woh roza ho gaya. mazeed yeh ke ek nazariya yeh ban gaya hai ke itna khao piyo aur koi aisi cheezein khao piyo ke bhooki na lagay.</w:t>
      </w:r>
    </w:p>
    <w:p>
      <w:pPr>
        <w:jc w:val="right"/>
      </w:pPr>
      <w:r>
        <w:t>ایک رسم ہے۔ تو وہ سمجھتے ہیں کہ صبح سے شام تک کھانا پینا چھوڑ دیا تو وہ روزہ ہو گیا۔ مزید یہ کہ ایک نظریہ یہ بن گیا ہے کہ اتنا کھاؤ پیو اور کوئی ایسی چیزیں کھاؤ پیو کہ بھوکی نہ لگے۔</w:t>
      </w:r>
    </w:p>
    <w:p>
      <w:r>
        <w:rPr>
          <w:b/>
        </w:rPr>
        <w:t xml:space="preserve">[30:31] </w:t>
      </w:r>
      <w:r>
        <w:t>mujhe apne bare mein ek bada anokha tajurba hua ke kuch baras pehle mujhe morocco ke jo king hain, king of morocco ki taraf se dawat nama mila poora ramzan wahan guzarnay ka.</w:t>
      </w:r>
    </w:p>
    <w:p>
      <w:pPr>
        <w:jc w:val="right"/>
      </w:pPr>
      <w:r>
        <w:t>مجھے اپنے بارے میں ایک بڑا انوکھا تجربہ ہوا کہ کچھ برس پہلے مجھے مراکش کے جو کنگ ہیں، کنگ آف مراکش کی طرف سے دعوت نامہ ملا پورا رمضان وہاں گزارنے کا۔</w:t>
      </w:r>
    </w:p>
    <w:p>
      <w:r>
        <w:rPr>
          <w:b/>
        </w:rPr>
        <w:t xml:space="preserve">[30:51] </w:t>
      </w:r>
      <w:r>
        <w:t>duniya bhar ke kuch ulma bulaye gaye thay to mujhe bhi bulaya gaya tha. jab main morocco gaya to bohat hi zabardast hotel tha wahan ka, bohat acha.</w:t>
      </w:r>
    </w:p>
    <w:p>
      <w:pPr>
        <w:jc w:val="right"/>
      </w:pPr>
      <w:r>
        <w:t>دنیا بھر کے کچھ علماء بلائے گئے تھے تو مجھے بھی بلایا گیا تھا۔ جب میں مراکش گیا تو بہت ہی زبردست ہوٹل تھا وہاں کا، بہت اچھا۔</w:t>
      </w:r>
    </w:p>
    <w:p>
      <w:r>
        <w:rPr>
          <w:b/>
        </w:rPr>
        <w:t xml:space="preserve">[31:02] </w:t>
      </w:r>
      <w:r>
        <w:t>is mein hum logon ko thehraya gaya tha rozay ka mahina. itna zyada khane peene ka saman tha wahan</w:t>
      </w:r>
    </w:p>
    <w:p>
      <w:pPr>
        <w:jc w:val="right"/>
      </w:pPr>
      <w:r>
        <w:t>اس میں ہم لوگوں کو ٹھہرایا گیا تھا روزے کا مہینہ۔ اتنا زیادہ کھانے پینے کا سامان تھا وہاں</w:t>
      </w:r>
    </w:p>
    <w:p>
      <w:r>
        <w:rPr>
          <w:b/>
        </w:rPr>
        <w:t xml:space="preserve">[31:11] </w:t>
      </w:r>
      <w:r>
        <w:t>ke mujhe pehli baar tajurba yeh hua ke aap is tarah se kha pi sakte hain ke aap ko bhooki na lagay.</w:t>
      </w:r>
    </w:p>
    <w:p>
      <w:pPr>
        <w:jc w:val="right"/>
      </w:pPr>
      <w:r>
        <w:t>کہ مجھے پہلی بار تجربہ یہ ہوا کہ آپ اس طرح سے کھا پی سکتے ہیں کہ آپ کو بھوکی نہ لگے۔</w:t>
      </w:r>
    </w:p>
    <w:p>
      <w:r>
        <w:rPr>
          <w:b/>
        </w:rPr>
        <w:t xml:space="preserve">[31:21] </w:t>
      </w:r>
      <w:r>
        <w:t>waqatan wahan aisa hota tha, bohat achhi qism ke saman khane ke, bohat hi fresh qism ke juice waghera, aik aik cheez bohat hi umda.</w:t>
      </w:r>
    </w:p>
    <w:p>
      <w:pPr>
        <w:jc w:val="right"/>
      </w:pPr>
      <w:r>
        <w:t>واقعتاً وہاں ایسا ہوتا تھا، بہت اچھی قسم کے سامان کھانے کے، بہت ہی فریش قسم کے جوس وغیرہ، ایک ایک چیز بہت ہی عمدہ۔</w:t>
      </w:r>
    </w:p>
    <w:p>
      <w:r>
        <w:rPr>
          <w:b/>
        </w:rPr>
        <w:t xml:space="preserve">[31:33] </w:t>
      </w:r>
      <w:r>
        <w:t>to sach much bhook nahi lagti thi. to main wahan se bhaga.</w:t>
      </w:r>
    </w:p>
    <w:p>
      <w:pPr>
        <w:jc w:val="right"/>
      </w:pPr>
      <w:r>
        <w:t>تو سچ مچ بھوک نہیں لگتی تھی۔ تو میں وہاں سے بھاگا۔</w:t>
      </w:r>
    </w:p>
    <w:p>
      <w:r>
        <w:rPr>
          <w:b/>
        </w:rPr>
        <w:t xml:space="preserve">[31:48] </w:t>
      </w:r>
      <w:r>
        <w:t>mujhe mujh ko bulaya gaya tha aik mahine ke liye. aik hafte mein meri meri rooh jo hai itni bechain ho gayi ke main wahan reh nahi saka.</w:t>
      </w:r>
    </w:p>
    <w:p>
      <w:pPr>
        <w:jc w:val="right"/>
      </w:pPr>
      <w:r>
        <w:t>مجھے مجھ کو بلایا گیا تھا ایک مہینے کے لیے۔ ایک ہفتے میں میری میری روح جو ہے اتنی بے چین ہو گئی کہ میں وہاں رہ نہیں سکا۔</w:t>
      </w:r>
    </w:p>
    <w:p>
      <w:r>
        <w:rPr>
          <w:b/>
        </w:rPr>
        <w:t xml:space="preserve">[32:06] </w:t>
      </w:r>
      <w:r>
        <w:t>aise roze se kya faida?</w:t>
      </w:r>
    </w:p>
    <w:p>
      <w:pPr>
        <w:jc w:val="right"/>
      </w:pPr>
      <w:r>
        <w:t>ایسے روزے سے کیا فائدہ؟</w:t>
      </w:r>
    </w:p>
    <w:p>
      <w:r>
        <w:rPr>
          <w:b/>
        </w:rPr>
        <w:t xml:space="preserve">[32:16] </w:t>
      </w:r>
      <w:r>
        <w:t>yani wahan par aik mahine ke liye main royal guest tha lekin main aik hafte hi ke baad wahan se bhaga.</w:t>
      </w:r>
    </w:p>
    <w:p>
      <w:pPr>
        <w:jc w:val="right"/>
      </w:pPr>
      <w:r>
        <w:t>یعنی وہاں پر ایک مہینے کے لیے میں رائل گیسٹ تھا لیکن میں ایک ہفتے ہی کے بعد وہاں سے بھاگا۔</w:t>
      </w:r>
    </w:p>
    <w:p>
      <w:r>
        <w:rPr>
          <w:b/>
        </w:rPr>
        <w:t xml:space="preserve">[32:25] </w:t>
      </w:r>
      <w:r>
        <w:t>wahan par aik bohat zabardast qism ka program hota hai roze ke zamane mein. khair to main yeh keh raha tha</w:t>
      </w:r>
    </w:p>
    <w:p>
      <w:pPr>
        <w:jc w:val="right"/>
      </w:pPr>
      <w:r>
        <w:t>وہاں پر ایک بہت زبردست قسم کا پروگرام ہوتا ہے روزے کے زمانے میں۔ خیر تو میں یہ کہہ رہا تھا</w:t>
      </w:r>
    </w:p>
    <w:p>
      <w:r>
        <w:rPr>
          <w:b/>
        </w:rPr>
        <w:t xml:space="preserve">[32:33] </w:t>
      </w:r>
      <w:r>
        <w:t>ke roza agar aap ko bhook ka ehsas na dilaye, piyas ka ehsas na dilaye to roze ne apna kaam nahi kiya.</w:t>
      </w:r>
    </w:p>
    <w:p>
      <w:pPr>
        <w:jc w:val="right"/>
      </w:pPr>
      <w:r>
        <w:t>کہ روزہ اگر آپ کو بھوک کا احساس نہ دلائے، پیاس کا احساس نہ دلائے تو روزے نے اپنا کام نہیں کیا۔</w:t>
      </w:r>
    </w:p>
    <w:p>
      <w:r>
        <w:rPr>
          <w:b/>
        </w:rPr>
        <w:t xml:space="preserve">[32:48] </w:t>
      </w:r>
      <w:r>
        <w:t>aap bataiye ke agar bhook ka ehsas na ho to kaise aap janenge ke Khuda ki tartib nemat hai khana?</w:t>
      </w:r>
    </w:p>
    <w:p>
      <w:pPr>
        <w:jc w:val="right"/>
      </w:pPr>
      <w:r>
        <w:t>آپ بتائیے کہ اگر بھوک کا احساس نہ ہو تو کیسے آپ جانیں گے کہ خدا کی ترتیب نعمت ہے کھانا؟</w:t>
      </w:r>
    </w:p>
    <w:p>
      <w:r>
        <w:rPr>
          <w:b/>
        </w:rPr>
        <w:t xml:space="preserve">[32:59] </w:t>
      </w:r>
      <w:r>
        <w:t>agar aap ko pyasi na lage, aise aise aap drink piyein, aise aise juice piyein ke din bhar aap aap seeri hasil rahe, aap ko</w:t>
      </w:r>
    </w:p>
    <w:p>
      <w:pPr>
        <w:jc w:val="right"/>
      </w:pPr>
      <w:r>
        <w:t>اگر آپ کو پیاسی نہ لگے، ایسے ایسے آپ ڈرنک پیئیں، ایسے ایسے جوس پیئیں کہ دن بھر آپ آپ سیری حاصل رہے، آپ کو</w:t>
      </w:r>
    </w:p>
    <w:p>
      <w:r>
        <w:rPr>
          <w:b/>
        </w:rPr>
        <w:t xml:space="preserve">[33:11] </w:t>
      </w:r>
      <w:r>
        <w:t>to aap ko kaise pata chalega ke pani kitni bari nemat hai?</w:t>
      </w:r>
    </w:p>
    <w:p>
      <w:pPr>
        <w:jc w:val="right"/>
      </w:pPr>
      <w:r>
        <w:t>تو آپ کو کیسے پتہ چلے گا کہ پانی کتنی بڑی نعمت ہے؟</w:t>
      </w:r>
    </w:p>
    <w:p>
      <w:r>
        <w:rPr>
          <w:b/>
        </w:rPr>
        <w:t xml:space="preserve">[33:23] </w:t>
      </w:r>
      <w:r>
        <w:t>yaqeen kijiye ke bhook bhi aik lazzat hai.</w:t>
      </w:r>
    </w:p>
    <w:p>
      <w:pPr>
        <w:jc w:val="right"/>
      </w:pPr>
      <w:r>
        <w:t>یقین کیجئے کہ بھوک بھی ایک لذت ہے۔</w:t>
      </w:r>
    </w:p>
    <w:p>
      <w:r>
        <w:rPr>
          <w:b/>
        </w:rPr>
        <w:t xml:space="preserve">[33:35] </w:t>
      </w:r>
      <w:r>
        <w:t>jo bhook aap ko Khuda ki yaad dilaye, wo bhook khud aik lazzat ban jati hai.</w:t>
      </w:r>
    </w:p>
    <w:p>
      <w:pPr>
        <w:jc w:val="right"/>
      </w:pPr>
      <w:r>
        <w:t>جو بھوک آپ کو خدا کی یاد دلائے، وہ بھوک خود ایک لذت بن جاتی ہے۔</w:t>
      </w:r>
    </w:p>
    <w:p>
      <w:r>
        <w:rPr>
          <w:b/>
        </w:rPr>
        <w:t xml:space="preserve">[33:45] </w:t>
      </w:r>
      <w:r>
        <w:t>jo pyas aap ko Khuda ki nemat ki yaad dilaye,</w:t>
      </w:r>
    </w:p>
    <w:p>
      <w:pPr>
        <w:jc w:val="right"/>
      </w:pPr>
      <w:r>
        <w:t>جو پیاس آپ کو خدا کی نعمت کی یاد دلائے،</w:t>
      </w:r>
    </w:p>
    <w:p>
      <w:r>
        <w:rPr>
          <w:b/>
        </w:rPr>
        <w:t xml:space="preserve">[33:52] </w:t>
      </w:r>
      <w:r>
        <w:t>wo pyas khud bhi aik lazzat ban jati hai.</w:t>
      </w:r>
    </w:p>
    <w:p>
      <w:pPr>
        <w:jc w:val="right"/>
      </w:pPr>
      <w:r>
        <w:t>وہ پیاس خود بھی ایک لذت بن جاتی ہے۔</w:t>
      </w:r>
    </w:p>
    <w:p>
      <w:r>
        <w:rPr>
          <w:b/>
        </w:rPr>
        <w:t xml:space="preserve">[33:59] </w:t>
      </w:r>
      <w:r>
        <w:t>isi ko aik shayar ne, Fani aik shayar the Urdu ke, isi ko unhon ne kaha tha ke lazzat dard se kama yeh gham hai mehroom.</w:t>
      </w:r>
    </w:p>
    <w:p>
      <w:pPr>
        <w:jc w:val="right"/>
      </w:pPr>
      <w:r>
        <w:t>اسی کو ایک شاعر نے، فانی ایک شاعر تھے اردو کے، اسی کو انہوں نے کہا تھا کہ لذت درد سے کما یہ غم ہے محروم۔</w:t>
      </w:r>
    </w:p>
    <w:p>
      <w:r>
        <w:rPr>
          <w:b/>
        </w:rPr>
        <w:t xml:space="preserve">[34:12] </w:t>
      </w:r>
      <w:r>
        <w:t>jism jins harma ko Khuda</w:t>
      </w:r>
    </w:p>
    <w:p>
      <w:pPr>
        <w:jc w:val="right"/>
      </w:pPr>
      <w:r>
        <w:t>جسم جنس حرما کو خدا</w:t>
      </w:r>
    </w:p>
    <w:p>
      <w:r>
        <w:rPr>
          <w:b/>
        </w:rPr>
        <w:t xml:space="preserve">[34:15] </w:t>
      </w:r>
      <w:r>
        <w:t>izzat arzani de.</w:t>
      </w:r>
    </w:p>
    <w:p>
      <w:pPr>
        <w:jc w:val="right"/>
      </w:pPr>
      <w:r>
        <w:t>عزت ارزانی دے۔</w:t>
      </w:r>
    </w:p>
    <w:p>
      <w:r>
        <w:rPr>
          <w:b/>
        </w:rPr>
        <w:t xml:space="preserve">[34:21] </w:t>
      </w:r>
      <w:r>
        <w:t>lazzat dard se kam, lazzat dard se kama gham hai mehroom.</w:t>
      </w:r>
    </w:p>
    <w:p>
      <w:pPr>
        <w:jc w:val="right"/>
      </w:pPr>
      <w:r>
        <w:t>لذت درد سے کم، لذت درد سے کما غم ہے محروم۔</w:t>
      </w:r>
    </w:p>
    <w:p>
      <w:r>
        <w:rPr>
          <w:b/>
        </w:rPr>
        <w:t xml:space="preserve">[34:32] </w:t>
      </w:r>
      <w:r>
        <w:t>jins harma ko Khuda izzat arzani de. yaqeen kijiye ke</w:t>
      </w:r>
    </w:p>
    <w:p>
      <w:pPr>
        <w:jc w:val="right"/>
      </w:pPr>
      <w:r>
        <w:t>جنس حرما کو خدا عزت ارزانی دے۔ یقین کیجئے کہ</w:t>
      </w:r>
    </w:p>
    <w:p>
      <w:r>
        <w:rPr>
          <w:b/>
        </w:rPr>
        <w:t xml:space="preserve">[34:40] </w:t>
      </w:r>
      <w:r>
        <w:t>Khuda ki yaad tamam lazzaton se bari lazzat hai.</w:t>
      </w:r>
    </w:p>
    <w:p>
      <w:pPr>
        <w:jc w:val="right"/>
      </w:pPr>
      <w:r>
        <w:t>خدا کی یاد تمام لذتوں سے بڑی لذت ہے۔</w:t>
      </w:r>
    </w:p>
    <w:p>
      <w:r>
        <w:rPr>
          <w:b/>
        </w:rPr>
        <w:t xml:space="preserve">[34:47] </w:t>
      </w:r>
      <w:r>
        <w:t>Khuda ki yaad se bari koi lazzat nahi.</w:t>
      </w:r>
    </w:p>
    <w:p>
      <w:pPr>
        <w:jc w:val="right"/>
      </w:pPr>
      <w:r>
        <w:t>خدا کی یاد سے بڑی کوئی لذت نہیں۔</w:t>
      </w:r>
    </w:p>
    <w:p>
      <w:r>
        <w:rPr>
          <w:b/>
        </w:rPr>
        <w:t xml:space="preserve">[34:53] </w:t>
      </w:r>
      <w:r>
        <w:t>to Khuda ki yaad kab aayegi? jab aap ke pait bhare hue hon aur dakar aa rahi ho to aap Khuda ko yaad karenge?</w:t>
      </w:r>
    </w:p>
    <w:p>
      <w:pPr>
        <w:jc w:val="right"/>
      </w:pPr>
      <w:r>
        <w:t>تو خدا کی یاد کب آئے گی؟ جب آپ کے پیٹ بھرے ہوئے ہوں اور ڈکار آ رہی ہو تو آپ خدا کو یاد کریں گے؟</w:t>
      </w:r>
    </w:p>
    <w:p>
      <w:r>
        <w:rPr>
          <w:b/>
        </w:rPr>
        <w:t xml:space="preserve">[35:06] </w:t>
      </w:r>
      <w:r>
        <w:t>iska mani yeh hai ke roze ka maqsad hai Khuda ko yaad karne ke qabil banana.</w:t>
      </w:r>
    </w:p>
    <w:p>
      <w:pPr>
        <w:jc w:val="right"/>
      </w:pPr>
      <w:r>
        <w:t>اس کا معنی یہ ہے کہ روزے کا مقصد ہے خدا کو یاد کرنے کے قابل بنانا۔</w:t>
      </w:r>
    </w:p>
    <w:p>
      <w:r>
        <w:rPr>
          <w:b/>
        </w:rPr>
        <w:t xml:space="preserve">[35:20] </w:t>
      </w:r>
      <w:r>
        <w:t>sab se bari yaad Khuda ki yeh hai ke hamein Khuda ki nematوں ka ehsas ho tabhi to sachi yaad aati hai.</w:t>
      </w:r>
    </w:p>
    <w:p>
      <w:pPr>
        <w:jc w:val="right"/>
      </w:pPr>
      <w:r>
        <w:t>سب سے بڑی یاد خدا کی یہ ہے کہ ہمیں خدا کی نعمتوں کا احساس ہو۔ تبھی تو سچی یاد آتی ہے۔</w:t>
      </w:r>
    </w:p>
    <w:p>
      <w:r>
        <w:rPr>
          <w:b/>
        </w:rPr>
        <w:t xml:space="preserve">[35:33] </w:t>
      </w:r>
      <w:r>
        <w:t>jab tak nematوں ka ehsas na ho, Khuda ki sachi yaad kaise aayegi? aur Khuda ki sachi yaad se bari koi lazzat insan ke liye nahi.</w:t>
      </w:r>
    </w:p>
    <w:p>
      <w:pPr>
        <w:jc w:val="right"/>
      </w:pPr>
      <w:r>
        <w:t>جب تک نعمتوں کا احساس نہ ہو، خدا کی سچی یاد کیسے آئے گی؟ اور خدا کی سچی یاد سے بڑی کوئی لذت انسان کے لیے نہیں۔</w:t>
      </w:r>
    </w:p>
    <w:p>
      <w:r>
        <w:rPr>
          <w:b/>
        </w:rPr>
        <w:t xml:space="preserve">[35:48] </w:t>
      </w:r>
      <w:r>
        <w:t>khuda ki yaad kya hai? khuda ki yaad presence of god ka experience hai.</w:t>
      </w:r>
    </w:p>
    <w:p>
      <w:pPr>
        <w:jc w:val="right"/>
      </w:pPr>
      <w:r>
        <w:t>خدا کی یاد کیا ہے؟ خدا کی یاد پریزنس آف گاڈ کا ایکسپیرینس ہے۔</w:t>
      </w:r>
    </w:p>
    <w:p>
      <w:r>
        <w:rPr>
          <w:b/>
        </w:rPr>
        <w:t xml:space="preserve">[35:58] </w:t>
      </w:r>
      <w:r>
        <w:t>khuda ki yaad koi saada baat nahi hai ke ungliyon par aap ne allah allah allah allah allah gin liya.</w:t>
      </w:r>
    </w:p>
    <w:p>
      <w:pPr>
        <w:jc w:val="right"/>
      </w:pPr>
      <w:r>
        <w:t>خدا کی یاد کوئی سادہ بات نہیں ہے کہ انگلیوں پر آپ نے اللہ اللہ اللہ اللہ اللہ گن لیا۔</w:t>
      </w:r>
    </w:p>
    <w:p>
      <w:r>
        <w:rPr>
          <w:b/>
        </w:rPr>
        <w:t xml:space="preserve">[36:06] </w:t>
      </w:r>
      <w:r>
        <w:t>yeh to ek ridiculous baat hai. yeh khuda ki, khuda ko underestimate karna hai.</w:t>
      </w:r>
    </w:p>
    <w:p>
      <w:pPr>
        <w:jc w:val="right"/>
      </w:pPr>
      <w:r>
        <w:t>یہ تو ایک ریڈیکولس بات ہے۔ یہ خدا کی، خدا کو انڈرسٹیمیٹ کرنا ہے۔</w:t>
      </w:r>
    </w:p>
    <w:p>
      <w:r>
        <w:rPr>
          <w:b/>
        </w:rPr>
        <w:t xml:space="preserve">[36:15] </w:t>
      </w:r>
      <w:r>
        <w:t>khuda ki yaad,</w:t>
      </w:r>
    </w:p>
    <w:p>
      <w:pPr>
        <w:jc w:val="right"/>
      </w:pPr>
      <w:r>
        <w:t>خدا کی یاد،</w:t>
      </w:r>
    </w:p>
    <w:p>
      <w:r>
        <w:rPr>
          <w:b/>
        </w:rPr>
        <w:t xml:space="preserve">[36:19] </w:t>
      </w:r>
      <w:r>
        <w:t>khuda ke presence ka experience hai. aap soch sakte hain ke khuda ke presence ka experience kitna ajeeb o ghareeb hoga.</w:t>
      </w:r>
    </w:p>
    <w:p>
      <w:pPr>
        <w:jc w:val="right"/>
      </w:pPr>
      <w:r>
        <w:t>خدا کے پریزنس کا ایکسپیرینس ہے۔ آپ سوچ سکتے ہیں کہ خدا کے پریزنس کا ایکسپیرینس کتنا عجیب و غریب ہوگا۔</w:t>
      </w:r>
    </w:p>
    <w:p>
      <w:r>
        <w:rPr>
          <w:b/>
        </w:rPr>
        <w:t xml:space="preserve">[36:32] </w:t>
      </w:r>
      <w:r>
        <w:t>woh khuda jis ne itni badi universe ko paida kiya.</w:t>
      </w:r>
    </w:p>
    <w:p>
      <w:pPr>
        <w:jc w:val="right"/>
      </w:pPr>
      <w:r>
        <w:t>وہ خدا جس نے اتنی بڑی یونیورس کو پیدا کیا۔</w:t>
      </w:r>
    </w:p>
    <w:p>
      <w:r>
        <w:rPr>
          <w:b/>
        </w:rPr>
        <w:t xml:space="preserve">[36:39] </w:t>
      </w:r>
      <w:r>
        <w:t>mein aksar sochta hoon ke kis qadar ajeeb o ghareeb taqat hogi khuda ki ke itni badi universe paida kiya is ne aur poori poori universe zero defect par chal rahi hai.</w:t>
      </w:r>
    </w:p>
    <w:p>
      <w:pPr>
        <w:jc w:val="right"/>
      </w:pPr>
      <w:r>
        <w:t>میں اکثر سوچتا ہوں کہ کس قدر عجیب و غریب طاقت ہوگی خدا کی کہ اتنی بڑی یونیورس پیدا کیا اس نے اور پوری پوری یونیورس زیرو ڈیفیکٹ پر چل رہی ہے۔</w:t>
      </w:r>
    </w:p>
    <w:p>
      <w:r>
        <w:rPr>
          <w:b/>
        </w:rPr>
        <w:t xml:space="preserve">[36:52] </w:t>
      </w:r>
      <w:r>
        <w:t>zero defect universe hai yeh.</w:t>
      </w:r>
    </w:p>
    <w:p>
      <w:pPr>
        <w:jc w:val="right"/>
      </w:pPr>
      <w:r>
        <w:t>زیرو ڈیفیکٹ یونیورس ہے یہ۔</w:t>
      </w:r>
    </w:p>
    <w:p>
      <w:r>
        <w:rPr>
          <w:b/>
        </w:rPr>
        <w:t xml:space="preserve">[36:58] </w:t>
      </w:r>
      <w:r>
        <w:t>yaani million billion saal se kar rahe hain, move kar rahe hain saare stars, saare planets aur solar system. lekin ek second ka farq nahi.</w:t>
      </w:r>
    </w:p>
    <w:p>
      <w:pPr>
        <w:jc w:val="right"/>
      </w:pPr>
      <w:r>
        <w:t>یعنی ملین بلین سال سے کر رہے ہیں، موو کر رہے ہیں سارے سٹارز، سارے پلینٹس اور سولر سسٹم۔ لیکن ایک سیکنڈ کا فرق نہیں۔</w:t>
      </w:r>
    </w:p>
    <w:p>
      <w:r>
        <w:rPr>
          <w:b/>
        </w:rPr>
        <w:t xml:space="preserve">[37:14] </w:t>
      </w:r>
      <w:r>
        <w:t>yaani poori poori universe predictable hai. hazar saal pehle yeh bata sakta hai ek scientist ke hazar saal baad falan planet kahan hoga, fly star kahan hoga.</w:t>
      </w:r>
    </w:p>
    <w:p>
      <w:pPr>
        <w:jc w:val="right"/>
      </w:pPr>
      <w:r>
        <w:t>یعنی پوری پوری یونیورس پریڈکٹیبل ہے۔ ہزار سال پہلے یہ بتا سکتا ہے ایک سائنٹسٹ کہ ہزار سال بعد فلاں پلینٹ کہاں ہوگا، فلائی سٹار کہاں ہوگا۔</w:t>
      </w:r>
    </w:p>
    <w:p>
      <w:r>
        <w:rPr>
          <w:b/>
        </w:rPr>
        <w:t xml:space="preserve">[37:28] </w:t>
      </w:r>
      <w:r>
        <w:t>itni badi universe ka predictable hona</w:t>
      </w:r>
    </w:p>
    <w:p>
      <w:pPr>
        <w:jc w:val="right"/>
      </w:pPr>
      <w:r>
        <w:t>اتنی بڑی یونیورس کا پریڈکٹیبل ہونا</w:t>
      </w:r>
    </w:p>
    <w:p>
      <w:r>
        <w:rPr>
          <w:b/>
        </w:rPr>
        <w:t xml:space="preserve">[37:32] </w:t>
      </w:r>
      <w:r>
        <w:t>yaani kitna bada azeem hoga khuda.</w:t>
      </w:r>
    </w:p>
    <w:p>
      <w:pPr>
        <w:jc w:val="right"/>
      </w:pPr>
      <w:r>
        <w:t>یعنی کتنا بڑا عظیم ہوگا خدا۔</w:t>
      </w:r>
    </w:p>
    <w:p>
      <w:r>
        <w:rPr>
          <w:b/>
        </w:rPr>
        <w:t xml:space="preserve">[37:37] </w:t>
      </w:r>
      <w:r>
        <w:t>aur phir dekhiye kitna beautiful hoga khuda jis ne phool paida kiye, jis ne husn paida kiya.</w:t>
      </w:r>
    </w:p>
    <w:p>
      <w:pPr>
        <w:jc w:val="right"/>
      </w:pPr>
      <w:r>
        <w:t>اور پھر دیکھیے کتنا بیوٹی فل ہوگا خدا جس نے پھول پیدا کیے، جس نے حسن پیدا کیا۔</w:t>
      </w:r>
    </w:p>
    <w:p>
      <w:r>
        <w:rPr>
          <w:b/>
        </w:rPr>
        <w:t xml:space="preserve">[37:49] </w:t>
      </w:r>
      <w:r>
        <w:t>to aisa khuda, is ka presence</w:t>
      </w:r>
    </w:p>
    <w:p>
      <w:pPr>
        <w:jc w:val="right"/>
      </w:pPr>
      <w:r>
        <w:t>تو ایسا خدا، اس کا پریزنس</w:t>
      </w:r>
    </w:p>
    <w:p>
      <w:r>
        <w:rPr>
          <w:b/>
        </w:rPr>
        <w:t xml:space="preserve">[37:56] </w:t>
      </w:r>
      <w:r>
        <w:t>kya be-lazzat hoga? is is ke presence ka experience be-lazzat ho jayega. to yeh koi saada baat nahi hai.</w:t>
      </w:r>
    </w:p>
    <w:p>
      <w:pPr>
        <w:jc w:val="right"/>
      </w:pPr>
      <w:r>
        <w:t>کیا بے لذت ہوگا؟ اس اس کے پریزنس کا ایکسپیرینس بے لذت ہو جائے گا۔ تو یہ کوئی سادہ بات نہیں ہے۔</w:t>
      </w:r>
    </w:p>
    <w:p>
      <w:r>
        <w:rPr>
          <w:b/>
        </w:rPr>
        <w:t xml:space="preserve">[38:09] </w:t>
      </w:r>
      <w:r>
        <w:t>roza sach poochhiye to presence of god ka tajurba karane ka ek ibaadat hai.</w:t>
      </w:r>
    </w:p>
    <w:p>
      <w:pPr>
        <w:jc w:val="right"/>
      </w:pPr>
      <w:r>
        <w:t>روزہ سچ پوچھیے تو پریزنس آف گاڈ کا تجربہ کرانے کا ایک عبادت ہے۔</w:t>
      </w:r>
    </w:p>
    <w:p>
      <w:r>
        <w:rPr>
          <w:b/>
        </w:rPr>
        <w:t xml:space="preserve">[38:19] </w:t>
      </w:r>
      <w:r>
        <w:t>jab aap apni khwahishon ko poora na ho kar ke tarpain,</w:t>
      </w:r>
    </w:p>
    <w:p>
      <w:pPr>
        <w:jc w:val="right"/>
      </w:pPr>
      <w:r>
        <w:t>جب آپ اپنی خواہشوں کو پورا نہ ہو کر کے تڑپیں،</w:t>
      </w:r>
    </w:p>
    <w:p>
      <w:r>
        <w:rPr>
          <w:b/>
        </w:rPr>
        <w:t xml:space="preserve">[38:35] </w:t>
      </w:r>
      <w:r>
        <w:t>us waqt aap apne aap apne paas khuda ko pa lete hain. shaam ko jab iftar kiya to aap ki zabaan se yeh alfaaz nikle ke dhahab al-zama' wa inqata' al-'uruq</w:t>
      </w:r>
    </w:p>
    <w:p>
      <w:pPr>
        <w:jc w:val="right"/>
      </w:pPr>
      <w:r>
        <w:t>اس وقت آپ اپنے آپ اپنے پاس خدا کو پا لیتے ہیں۔ شام کو جب افطار کیا تو آپ کی زبان سے یہ الفاظ نکلے کہ ذهب الذبح وقتلۃ العروق</w:t>
      </w:r>
    </w:p>
    <w:p>
      <w:r>
        <w:rPr>
          <w:b/>
        </w:rPr>
        <w:t xml:space="preserve">[38:55] </w:t>
      </w:r>
      <w:r>
        <w:t>wa sabat al-ajr insha allah ta'ala</w:t>
      </w:r>
    </w:p>
    <w:p>
      <w:pPr>
        <w:jc w:val="right"/>
      </w:pPr>
      <w:r>
        <w:t>وثبت الاجر انشاء اللہ تعالی</w:t>
      </w:r>
    </w:p>
    <w:p>
      <w:r>
        <w:rPr>
          <w:b/>
        </w:rPr>
        <w:t xml:space="preserve">[39:04] </w:t>
      </w:r>
      <w:r>
        <w:t>dhahab al-zama' wa inqata' al-'uruq wa dhahab wa sabat al-ajr insha allah ta'ala yaani pyaas chali gayi</w:t>
      </w:r>
    </w:p>
    <w:p>
      <w:pPr>
        <w:jc w:val="right"/>
      </w:pPr>
      <w:r>
        <w:t>ذهب الذبح وقتلۃ العروق وذهب وثبت الاجر انشاء اللہ تعالی یعنی پیاس چلی گئی</w:t>
      </w:r>
    </w:p>
    <w:p>
      <w:r>
        <w:rPr>
          <w:b/>
        </w:rPr>
        <w:t xml:space="preserve">[39:18] </w:t>
      </w:r>
      <w:r>
        <w:t>aur ragen tar ho gayeen. zara in alfaaz par ghaur kijiye ke pyaas chali gayi aur ragen tar ho gayeen aur is ka reward insha allah milna pakka ho gaya.</w:t>
      </w:r>
    </w:p>
    <w:p>
      <w:pPr>
        <w:jc w:val="right"/>
      </w:pPr>
      <w:r>
        <w:t>اور رگیں تر ہو گئیں۔ ذرا ان الفاظ پر غور کیجئے کہ پیاس چلی گئی اور رگیں تر ہو گئیں اور اس کا ریوارڈ انشاء اللہ ملنا پکا ہو گیا۔</w:t>
      </w:r>
    </w:p>
    <w:p>
      <w:r>
        <w:rPr>
          <w:b/>
        </w:rPr>
        <w:t xml:space="preserve">[39:37] </w:t>
      </w:r>
      <w:r>
        <w:t>ab ghaur kijiye ke agar aadmi pyaas se tarp na raha ho to aisa lafz niklega is ki zabaan se. jab din din bhar pyaasi na lagi ho to aisa niklega is ke munh se.</w:t>
      </w:r>
    </w:p>
    <w:p>
      <w:pPr>
        <w:jc w:val="right"/>
      </w:pPr>
      <w:r>
        <w:t>اب غور کیجئے کہ اگر آدمی پیاس سے تڑپ نہ رہا ہو تو ایسا لفظ نکلے گا اس کی زبان سے۔ جب دن دن بھر پیاسی نہ لگی ہو تو ایسا نکلے گا اس کے منہ سے۔</w:t>
      </w:r>
    </w:p>
    <w:p>
      <w:r>
        <w:rPr>
          <w:b/>
        </w:rPr>
        <w:t xml:space="preserve">[39:49] </w:t>
      </w:r>
      <w:r>
        <w:t>jab din bhar aadmi ko bhook lagi ho, din bhar pyaas lagi ho,</w:t>
      </w:r>
    </w:p>
    <w:p>
      <w:pPr>
        <w:jc w:val="right"/>
      </w:pPr>
      <w:r>
        <w:t>جب دن بھر آدمی کو بھوک لگی ہو، دن بھر پیاس لگی ہو،</w:t>
      </w:r>
    </w:p>
    <w:p>
      <w:r>
        <w:rPr>
          <w:b/>
        </w:rPr>
        <w:t xml:space="preserve">[39:54] </w:t>
      </w:r>
      <w:r>
        <w:t>is ne bhook aur pyaas ka sach mach tajurba kiya ho, tab is ki zabaan se nikal padega dhahab al-zama' wa inqata' al-'uruq insha allah ta'ala wa sabat al-ajr insha allah ta'ala</w:t>
      </w:r>
    </w:p>
    <w:p>
      <w:pPr>
        <w:jc w:val="right"/>
      </w:pPr>
      <w:r>
        <w:t>اس نے بھوک اور پیاس کا سچ مچ تجربہ کیا ہو، تب اس کی زبان سے نکل پڑے گا ذهب الذبح وقتلۃ العروق انشاء اللہ تعالی وثبت الاجر انشاء اللہ تعالی</w:t>
      </w:r>
    </w:p>
    <w:p>
      <w:r>
        <w:rPr>
          <w:b/>
        </w:rPr>
        <w:t xml:space="preserve">[40:13] </w:t>
      </w:r>
      <w:r>
        <w:t>ke pyaas chali gayi aur ragen tar ho gayeen aur is ka ajr insha allah khuda ke haan pakka ho gaya.</w:t>
      </w:r>
    </w:p>
    <w:p>
      <w:pPr>
        <w:jc w:val="right"/>
      </w:pPr>
      <w:r>
        <w:t>کہ پیاس چلی گئی اور رگیں تر ہو گئیں اور اس کا اجر انشاء اللہ خدا کے ہاں پکا ہو گیا۔</w:t>
      </w:r>
    </w:p>
    <w:p>
      <w:r>
        <w:rPr>
          <w:b/>
        </w:rPr>
        <w:t xml:space="preserve">[40:23] </w:t>
      </w:r>
      <w:r>
        <w:t>to yaad rakhiye, roza jo hai ek form ka, roza jo hai ek form ka naam nahi hai, roza ek spirit ka naam hai.</w:t>
      </w:r>
    </w:p>
    <w:p>
      <w:pPr>
        <w:jc w:val="right"/>
      </w:pPr>
      <w:r>
        <w:t>تو یاد رکھیے، روزہ جو ہے ایک فارم کا، روزہ جو ہے ایک فارم کا نام نہیں ہے، روزہ ایک اسپرٹ کا نام ہے۔</w:t>
      </w:r>
    </w:p>
    <w:p>
      <w:r>
        <w:rPr>
          <w:b/>
        </w:rPr>
        <w:t xml:space="preserve">[40:39] </w:t>
      </w:r>
      <w:r>
        <w:t>ek baar mein gorakhpur gaya, bahut pehle ki baat hai, azaadi se pehle ki baat hai, shayad 60 60 baras ho gaye honge is waaqeye ko.</w:t>
      </w:r>
    </w:p>
    <w:p>
      <w:pPr>
        <w:jc w:val="right"/>
      </w:pPr>
      <w:r>
        <w:t>ایک بار میں گورکھپور گیا، بہت پہلے کی بات ہے، آزادی سے پہلے کی بات ہے، شاید 60 60 برس ہو گئے ہوں گے اس واقعے کو۔</w:t>
      </w:r>
    </w:p>
    <w:p>
      <w:r>
        <w:rPr>
          <w:b/>
        </w:rPr>
        <w:t xml:space="preserve">[40:51] </w:t>
      </w:r>
      <w:r>
        <w:t>to wahan par ek bahut bade afsar hua karte the, musalman afsar the, wo</w:t>
      </w:r>
    </w:p>
    <w:p>
      <w:pPr>
        <w:jc w:val="right"/>
      </w:pPr>
      <w:r>
        <w:t>تو وہاں پر ایک بہت بڑے افسر ہوا کرتے تھے، مسلمان افسر تھے، وہ</w:t>
      </w:r>
    </w:p>
    <w:p>
      <w:r>
        <w:rPr>
          <w:b/>
        </w:rPr>
        <w:t xml:space="preserve">[40:56] </w:t>
      </w:r>
      <w:r>
        <w:t>railway ke bahut bade afsar the. Is zamane mein unka naam DTS hua karta tha, ab shayad kuch aur naam hote hain. To wo DTS the is zamane mein,</w:t>
      </w:r>
    </w:p>
    <w:p>
      <w:pPr>
        <w:jc w:val="right"/>
      </w:pPr>
      <w:r>
        <w:t>ریلوے کے بہت بڑے افسر تھے۔ اس زمانے میں ان کا نام ڈی ٹی ایس ہوا کرتا تھا، اب شاید کچھ اور نام ہوتے ہیں۔ تو وہ ڈی ٹی ایس تھے اس زمانے میں،</w:t>
      </w:r>
    </w:p>
    <w:p>
      <w:r>
        <w:rPr>
          <w:b/>
        </w:rPr>
        <w:t xml:space="preserve">[41:09] </w:t>
      </w:r>
      <w:r>
        <w:t>wo BNWNR is zamane mein retail hua karte the, ab to iska naam bhi badal gaya hai. To khair, main wahan gaya to</w:t>
      </w:r>
    </w:p>
    <w:p>
      <w:pPr>
        <w:jc w:val="right"/>
      </w:pPr>
      <w:r>
        <w:t>وہ بی این ڈبلیو آر اس زمانے میں ریٹیل ہوا کرتے تھے، اب تو اس کا نام بھی بدل گیا ہے۔ تو خیر، میں وہاں گیا تو</w:t>
      </w:r>
    </w:p>
    <w:p>
      <w:r>
        <w:rPr>
          <w:b/>
        </w:rPr>
        <w:t xml:space="preserve">[41:22] </w:t>
      </w:r>
      <w:r>
        <w:t>wo hamare gaadoor ke rishtedaar the, wo to maine dekha ke unka jo bangla hai, bahut zabardast bangla tha.</w:t>
      </w:r>
    </w:p>
    <w:p>
      <w:pPr>
        <w:jc w:val="right"/>
      </w:pPr>
      <w:r>
        <w:t>وہ ہمارے گدور کے رشتہ دار تھے، وہ تو میں نے دیکھا کہ ان کا جو بنگلہ ہے، بہت زبردست بنگلہ تھا۔</w:t>
      </w:r>
    </w:p>
    <w:p>
      <w:r>
        <w:rPr>
          <w:b/>
        </w:rPr>
        <w:t xml:space="preserve">[41:31] </w:t>
      </w:r>
      <w:r>
        <w:t>to bahar ek jagah thi, ek saahab rozana aate the, wo quran padhte the, ek haafiz saahab</w:t>
      </w:r>
    </w:p>
    <w:p>
      <w:pPr>
        <w:jc w:val="right"/>
      </w:pPr>
      <w:r>
        <w:t>تو باہر ایک جگہ تھی، ایک صاحب روزانہ آتے تھے، وہ قرآن پڑھتے تھے، ایک حافظ صاحب</w:t>
      </w:r>
    </w:p>
    <w:p>
      <w:r>
        <w:rPr>
          <w:b/>
        </w:rPr>
        <w:t xml:space="preserve">[41:40] </w:t>
      </w:r>
      <w:r>
        <w:t>quran padh kar ke wo subah ko chale aate the. Wo khamoshi se aate, baithte, quran padhte aur chale aate. To maine dekha ke subah ko rozana aisa karte hain.</w:t>
      </w:r>
    </w:p>
    <w:p>
      <w:pPr>
        <w:jc w:val="right"/>
      </w:pPr>
      <w:r>
        <w:t>قرآن پڑھ کر کے وہ صبح کو چلے آتے تھے۔ وہ خاموشی سے آتے، بیٹھتے، قرآن پڑھتے اور چلے آتے۔ تو میں نے دیکھا کہ صبح کو روزانہ ایسا کرتے ہیں۔</w:t>
      </w:r>
    </w:p>
    <w:p>
      <w:r>
        <w:rPr>
          <w:b/>
        </w:rPr>
        <w:t xml:space="preserve">[41:55] </w:t>
      </w:r>
      <w:r>
        <w:t>to ek din maine poocha ke yeh yeh kaun saahab aate hain subah ko?</w:t>
      </w:r>
    </w:p>
    <w:p>
      <w:pPr>
        <w:jc w:val="right"/>
      </w:pPr>
      <w:r>
        <w:t>تو ایک دن میں نے پوچھا کہ یہ یہ کون صاحب آتے ہیں صبح کو؟</w:t>
      </w:r>
    </w:p>
    <w:p>
      <w:r>
        <w:rPr>
          <w:b/>
        </w:rPr>
        <w:t xml:space="preserve">[42:02] </w:t>
      </w:r>
      <w:r>
        <w:t>to unhone kaha ke wo haafiz saahab hain, unse keh diya hai hum log to roza nahi rakh paate, to aa kar quran padh dete hain.</w:t>
      </w:r>
    </w:p>
    <w:p>
      <w:pPr>
        <w:jc w:val="right"/>
      </w:pPr>
      <w:r>
        <w:t>تو انہوں نے کہا کہ وہ حافظ صاحب ہیں، ان سے کہہ دیا ہے ہم لوگ تو روزہ نہیں رکھ پاتے، تو آ کر قرآن پڑھ دیتے ہیں۔</w:t>
      </w:r>
    </w:p>
    <w:p>
      <w:r>
        <w:rPr>
          <w:b/>
        </w:rPr>
        <w:t xml:space="preserve">[42:12] </w:t>
      </w:r>
      <w:r>
        <w:t>ab dekhiye ke roza ki spirit hi kyun nahi samjha insaan ne.</w:t>
      </w:r>
    </w:p>
    <w:p>
      <w:pPr>
        <w:jc w:val="right"/>
      </w:pPr>
      <w:r>
        <w:t>اب دیکھیے کہ روزہ کی اسپرٹ ہی کیوں نہیں سمجھا انسان نے۔</w:t>
      </w:r>
    </w:p>
    <w:p>
      <w:r>
        <w:rPr>
          <w:b/>
        </w:rPr>
        <w:t xml:space="preserve">[42:20] </w:t>
      </w:r>
      <w:r>
        <w:t>roza kuch ritual samajhte hain, kuch rasam samajhte hain.</w:t>
      </w:r>
    </w:p>
    <w:p>
      <w:pPr>
        <w:jc w:val="right"/>
      </w:pPr>
      <w:r>
        <w:t>روزہ کچھ ریچول سمجھتے ہیں، کچھ رسم سمجھتے ہیں۔</w:t>
      </w:r>
    </w:p>
    <w:p>
      <w:r>
        <w:rPr>
          <w:b/>
        </w:rPr>
        <w:t xml:space="preserve">[42:27] </w:t>
      </w:r>
      <w:r>
        <w:t>roza to Khuda se qareeb hone ki tadbeer hai. To kiraye ke aadmi saahab Khuda se qareeb ho sakte hain?</w:t>
      </w:r>
    </w:p>
    <w:p>
      <w:pPr>
        <w:jc w:val="right"/>
      </w:pPr>
      <w:r>
        <w:t>روزہ تو خدا سے قریب ہونے کی تدبیر ہے۔ تو کرائے کے آدمی صاحب خدا سے قریب ہو سکتے ہیں؟</w:t>
      </w:r>
    </w:p>
    <w:p>
      <w:r>
        <w:rPr>
          <w:b/>
        </w:rPr>
        <w:t xml:space="preserve">[42:38] </w:t>
      </w:r>
      <w:r>
        <w:t>kya ek kiraye ka aadmi aap ko Khuda ke qareeb pahuncha dega?</w:t>
      </w:r>
    </w:p>
    <w:p>
      <w:pPr>
        <w:jc w:val="right"/>
      </w:pPr>
      <w:r>
        <w:t>کیا ایک کرائے کا آدمی آپ کو خدا کے قریب پہنچا دے گا؟</w:t>
      </w:r>
    </w:p>
    <w:p>
      <w:r>
        <w:rPr>
          <w:b/>
        </w:rPr>
        <w:t xml:space="preserve">[42:44] </w:t>
      </w:r>
      <w:r>
        <w:t>dekhiye, Khuda se Khuda ka meeting insaan aur Khuda ke darmiyan meeting point kya hai, us ko samjhiye.</w:t>
      </w:r>
    </w:p>
    <w:p>
      <w:pPr>
        <w:jc w:val="right"/>
      </w:pPr>
      <w:r>
        <w:t>دیکھیے، خدا سے خدا کا کا میٹنگ انسان اور خدا کے درمیان میٹنگ پوائنٹ کیا ہے، اس کو سمجھیے۔</w:t>
      </w:r>
    </w:p>
    <w:p>
      <w:r>
        <w:rPr>
          <w:b/>
        </w:rPr>
        <w:t xml:space="preserve">[42:55] </w:t>
      </w:r>
      <w:r>
        <w:t>roza isi meeting point ko provide karta hai.</w:t>
      </w:r>
    </w:p>
    <w:p>
      <w:pPr>
        <w:jc w:val="right"/>
      </w:pPr>
      <w:r>
        <w:t>روزہ اسی میٹنگ پوائنٹ کو پرووائیڈ کرتا ہے۔</w:t>
      </w:r>
    </w:p>
    <w:p>
      <w:r>
        <w:rPr>
          <w:b/>
        </w:rPr>
        <w:t xml:space="preserve">[43:02] </w:t>
      </w:r>
      <w:r>
        <w:t>yaani maine yeh kaha ke Khuda aur insaan ke darmiyan meeting point kahan hai? Yaani kahan wo wo kaun si jagah hai jahan Khuda aap se milta hai?</w:t>
      </w:r>
    </w:p>
    <w:p>
      <w:pPr>
        <w:jc w:val="right"/>
      </w:pPr>
      <w:r>
        <w:t>یعنی میں نے یہ کہا کہ خدا اور انسان کے درمیان میٹنگ پوائنٹ کہاں ہے؟ یعنی کہاں وہ وہ کون سی جگہ ہے جہاں خدا آپ سے ملتا ہے؟</w:t>
      </w:r>
    </w:p>
    <w:p>
      <w:r>
        <w:rPr>
          <w:b/>
        </w:rPr>
        <w:t xml:space="preserve">[43:17] </w:t>
      </w:r>
      <w:r>
        <w:t>wo hai az,</w:t>
      </w:r>
    </w:p>
    <w:p>
      <w:pPr>
        <w:jc w:val="right"/>
      </w:pPr>
      <w:r>
        <w:t>وہ ہے از،</w:t>
      </w:r>
    </w:p>
    <w:p>
      <w:r>
        <w:rPr>
          <w:b/>
        </w:rPr>
        <w:t xml:space="preserve">[43:21] </w:t>
      </w:r>
      <w:r>
        <w:t>yaani helplessness. Az means helplessness. Jab helplessness ka aakhri darja aa jaye</w:t>
      </w:r>
    </w:p>
    <w:p>
      <w:pPr>
        <w:jc w:val="right"/>
      </w:pPr>
      <w:r>
        <w:t>یعنی ہیلپ لیسنس۔ از مینز ہیلپ لیسنس۔ جب ہیلپ لیسنس کا آخری درجہ آ جائے</w:t>
      </w:r>
    </w:p>
    <w:p>
      <w:r>
        <w:rPr>
          <w:b/>
        </w:rPr>
        <w:t xml:space="preserve">[43:35] </w:t>
      </w:r>
      <w:r>
        <w:t>to wahi aap Khuda se mulaqaat hoti hai aap ki.</w:t>
      </w:r>
    </w:p>
    <w:p>
      <w:pPr>
        <w:jc w:val="right"/>
      </w:pPr>
      <w:r>
        <w:t>تو وہی آپ خدا سے ملاقات ہوتی ہے آپ کی۔</w:t>
      </w:r>
    </w:p>
    <w:p>
      <w:r>
        <w:rPr>
          <w:b/>
        </w:rPr>
        <w:t xml:space="preserve">[43:42] </w:t>
      </w:r>
      <w:r>
        <w:t>kyun ke dekhiye, Khuda all powerful hai aur insaan poori tarah helpless hai. To jab is helplessness ka tajruba karta hai insaan, to iska matlab hai ke wo apni jo asal haqeeqat hai, uska tajruba karta hai.</w:t>
      </w:r>
    </w:p>
    <w:p>
      <w:pPr>
        <w:jc w:val="right"/>
      </w:pPr>
      <w:r>
        <w:t>کیونکہ دیکھیے، خدا ال پاور فل ہے اور انسان پوری طرح ہیلپ لیس ہے۔ تو جب اس ہیلپ لیسنس کا تجربہ کرتا ہے انسان، تو اس کا مطلب ہے کہ وہ اپنی جو اصل حقیقت ہے، اس کا تجربہ کرتا ہے۔</w:t>
      </w:r>
    </w:p>
    <w:p>
      <w:r>
        <w:rPr>
          <w:b/>
        </w:rPr>
        <w:t xml:space="preserve">[43:59] </w:t>
      </w:r>
      <w:r>
        <w:t>wo</w:t>
      </w:r>
    </w:p>
    <w:p>
      <w:pPr>
        <w:jc w:val="right"/>
      </w:pPr>
      <w:r>
        <w:t>وہ</w:t>
      </w:r>
    </w:p>
    <w:p>
      <w:r>
        <w:rPr>
          <w:b/>
        </w:rPr>
        <w:t xml:space="preserve">[44:00] </w:t>
      </w:r>
      <w:r>
        <w:t>wohin iski Khuda se mulaqaat hoti hai.</w:t>
      </w:r>
    </w:p>
    <w:p>
      <w:pPr>
        <w:jc w:val="right"/>
      </w:pPr>
      <w:r>
        <w:t>وہیں اس کی خدا سے ملاقات ہوتی ہے۔</w:t>
      </w:r>
    </w:p>
    <w:p>
      <w:r>
        <w:rPr>
          <w:b/>
        </w:rPr>
        <w:t xml:space="preserve">[44:05] </w:t>
      </w:r>
      <w:r>
        <w:t>ek arrogant aadmi kabhi bhi Khuda se qurbat ka tajruba nahi kar sakta.</w:t>
      </w:r>
    </w:p>
    <w:p>
      <w:pPr>
        <w:jc w:val="right"/>
      </w:pPr>
      <w:r>
        <w:t>ایک اروگنٹ آدمی کبھی بھی خدا سے قربت کا تجربہ نہیں کر سکتا۔</w:t>
      </w:r>
    </w:p>
    <w:p>
      <w:r>
        <w:rPr>
          <w:b/>
        </w:rPr>
        <w:t xml:space="preserve">[44:13] </w:t>
      </w:r>
      <w:r>
        <w:t>to insaan jab aap jaante hain ke baghair khaye hue insaan zinda nahi reh sakta. Ek baar maine qasdan, main bhooka raha do din, meri jeb mein paise the, main South India ke mein safar kar raha tha,</w:t>
      </w:r>
    </w:p>
    <w:p>
      <w:pPr>
        <w:jc w:val="right"/>
      </w:pPr>
      <w:r>
        <w:t>تو انسان جب آپ جانتے ہیں کہ بغیر کھائے ہوئے انسان زندہ نہیں رہ سکتا۔ ایک بار میں نے قصداً، میں بھوکا رہا دو دن، میری جیب میں پیسے تھے، میں ساؤتھ انڈیا کے میں سفر کر رہا تھا،</w:t>
      </w:r>
    </w:p>
    <w:p>
      <w:r>
        <w:rPr>
          <w:b/>
        </w:rPr>
        <w:t xml:space="preserve">[44:31] </w:t>
      </w:r>
      <w:r>
        <w:t>qasdan mein ne do din nahin khaya. to haalat yeh ho gayi ke aankh saamne andhera chha gaya, saamne ka insaan bhi nahin dikhai deta tha.</w:t>
      </w:r>
    </w:p>
    <w:p>
      <w:pPr>
        <w:jc w:val="right"/>
      </w:pPr>
      <w:r>
        <w:t>قصداً میں نے دو دن نہیں کھایا۔ تو حالت یہ ہو گئی کہ آنکھ سامنے اندھیرا چھا گیا، سامنے کا انسان بھی نہیں دکھائی دیتا تھا۔</w:t>
      </w:r>
    </w:p>
    <w:p>
      <w:r>
        <w:rPr>
          <w:b/>
        </w:rPr>
        <w:t xml:space="preserve">[44:45] </w:t>
      </w:r>
      <w:r>
        <w:t>to zindagi mein woh mujhe ab tak woh lamha yaad hai ke sach much maine jaana, yaani jo hum</w:t>
      </w:r>
    </w:p>
    <w:p>
      <w:pPr>
        <w:jc w:val="right"/>
      </w:pPr>
      <w:r>
        <w:t>تو زندگی میں وہ مجھے اب تک وہ لمحہ یاد ہے کہ سچ مچ میں نے جانا، یعنی جو ہم</w:t>
      </w:r>
    </w:p>
    <w:p>
      <w:r>
        <w:rPr>
          <w:b/>
        </w:rPr>
        <w:t xml:space="preserve">[44:52] </w:t>
      </w:r>
      <w:r>
        <w:t>ek din ka jo roza rakhte hain, is mein poora poora ehsaas nahin hota ke bhook kya cheez hai. lekin jab do dinon bhooka raha mein to poora poora mujhe ehsaas hua ke bhook kya cheez hai, khana kya cheez hai,</w:t>
      </w:r>
    </w:p>
    <w:p>
      <w:pPr>
        <w:jc w:val="right"/>
      </w:pPr>
      <w:r>
        <w:t>ایک دن کا جو روزہ رکھتے ہیں، اس میں پورا پورا احساس نہیں ہوتا کہ بھوک کیا چیز ہے۔ لیکن جب دو دنوں بھوکا رہا میں تو پورا پورا مجھے احساس ہوا کہ بھوک کیا چیز ہے، کھانا کیا چیز ہے،</w:t>
      </w:r>
    </w:p>
    <w:p>
      <w:r>
        <w:rPr>
          <w:b/>
        </w:rPr>
        <w:t xml:space="preserve">[45:08] </w:t>
      </w:r>
      <w:r>
        <w:t>pani kya cheez hai,</w:t>
      </w:r>
    </w:p>
    <w:p>
      <w:pPr>
        <w:jc w:val="right"/>
      </w:pPr>
      <w:r>
        <w:t>پانی کیا چیز ہے،</w:t>
      </w:r>
    </w:p>
    <w:p>
      <w:r>
        <w:rPr>
          <w:b/>
        </w:rPr>
        <w:t xml:space="preserve">[45:10] </w:t>
      </w:r>
      <w:r>
        <w:t>kitna zyada hum is ke mohtaaj hain.</w:t>
      </w:r>
    </w:p>
    <w:p>
      <w:pPr>
        <w:jc w:val="right"/>
      </w:pPr>
      <w:r>
        <w:t>کتنا زیادہ ہم اس کے محتاج ہیں۔</w:t>
      </w:r>
    </w:p>
    <w:p>
      <w:r>
        <w:rPr>
          <w:b/>
        </w:rPr>
        <w:t xml:space="preserve">[45:16] </w:t>
      </w:r>
      <w:r>
        <w:t>jab aadmi ko is mohtaaji ka tajurba hota hai, tabhi woh samajhta hai ke kitna bada hai woh Khuda jis ne meri is mohtaaji ka, meri is mohtaaji ko jaana aur mere khane aur peene ka intezaam kiya.</w:t>
      </w:r>
    </w:p>
    <w:p>
      <w:pPr>
        <w:jc w:val="right"/>
      </w:pPr>
      <w:r>
        <w:t>جب آدمی کو اس محتاجی کا تجربہ ہوتا ہے، تبھی وہ سمجھتا ہے کہ کتنا بڑا ہے وہ خدا جس نے میری اس محتاجی کا، میری اس محتاجی کو جانا اور میرے کھانے اور پینے کا انتظام کیا۔</w:t>
      </w:r>
    </w:p>
    <w:p>
      <w:r>
        <w:rPr>
          <w:b/>
        </w:rPr>
        <w:t xml:space="preserve">[45:32] </w:t>
      </w:r>
      <w:r>
        <w:t>yaani apne sacha jo benefactor hai aap ka,</w:t>
      </w:r>
    </w:p>
    <w:p>
      <w:pPr>
        <w:jc w:val="right"/>
      </w:pPr>
      <w:r>
        <w:t>یعنی اپنے سچا جو بینیفیکٹر ہے آپ کا،</w:t>
      </w:r>
    </w:p>
    <w:p>
      <w:r>
        <w:rPr>
          <w:b/>
        </w:rPr>
        <w:t xml:space="preserve">[45:35] </w:t>
      </w:r>
      <w:r>
        <w:t>us ka woh discover karte hain aap. wahi lamha hota hai Khuda se mulaqaat ka.</w:t>
      </w:r>
    </w:p>
    <w:p>
      <w:pPr>
        <w:jc w:val="right"/>
      </w:pPr>
      <w:r>
        <w:t>اس کا وہ ڈسکور کرتے ہیں آپ۔ وہی لمحہ ہوتا ہے خدا سے ملاقات کا۔</w:t>
      </w:r>
    </w:p>
    <w:p>
      <w:r>
        <w:rPr>
          <w:b/>
        </w:rPr>
        <w:t xml:space="preserve">[45:45] </w:t>
      </w:r>
      <w:r>
        <w:t>to roza jo hai, na to ritual hai, na koi rasam hai,</w:t>
      </w:r>
    </w:p>
    <w:p>
      <w:pPr>
        <w:jc w:val="right"/>
      </w:pPr>
      <w:r>
        <w:t>تو روزہ جو ہے، نہ تو ریچولز ہے، نہ کوئی رسم ہے،</w:t>
      </w:r>
    </w:p>
    <w:p>
      <w:r>
        <w:rPr>
          <w:b/>
        </w:rPr>
        <w:t xml:space="preserve">[45:53] </w:t>
      </w:r>
      <w:r>
        <w:t>na woh koi birth hai. woh Khuda se qareeb pahunchne ki koshish hai.</w:t>
      </w:r>
    </w:p>
    <w:p>
      <w:pPr>
        <w:jc w:val="right"/>
      </w:pPr>
      <w:r>
        <w:t>نہ وہ کوئی برتھ ہے۔ وہ خدا سے قریب پہنچنے کی کوشش ہے۔</w:t>
      </w:r>
    </w:p>
    <w:p>
      <w:r>
        <w:rPr>
          <w:b/>
        </w:rPr>
        <w:t xml:space="preserve">[46:08] </w:t>
      </w:r>
      <w:r>
        <w:t>ek mein aksar yeh kaha karta hoon ke insaan ka sab se bada amal kya hai?</w:t>
      </w:r>
    </w:p>
    <w:p>
      <w:pPr>
        <w:jc w:val="right"/>
      </w:pPr>
      <w:r>
        <w:t>ایک میں اکثر یہ کہا کرتا ہوں کہ انسان کا سب سے بڑا عمل کیا ہے؟</w:t>
      </w:r>
    </w:p>
    <w:p>
      <w:r>
        <w:rPr>
          <w:b/>
        </w:rPr>
        <w:t xml:space="preserve">[46:17] </w:t>
      </w:r>
      <w:r>
        <w:t>sab se badi insaan ki sifat kya hai? woh yeh hai</w:t>
      </w:r>
    </w:p>
    <w:p>
      <w:pPr>
        <w:jc w:val="right"/>
      </w:pPr>
      <w:r>
        <w:t>سب سے بڑی انسان کی صفت کیا ہے؟ وہ یہ ہے</w:t>
      </w:r>
    </w:p>
    <w:p>
      <w:r>
        <w:rPr>
          <w:b/>
        </w:rPr>
        <w:t xml:space="preserve">[46:24] </w:t>
      </w:r>
      <w:r>
        <w:t>ke insaan waahid insani ek aisa makhlooq hai jo is universe mein</w:t>
      </w:r>
    </w:p>
    <w:p>
      <w:pPr>
        <w:jc w:val="right"/>
      </w:pPr>
      <w:r>
        <w:t>کہ انسان واحد انسانی ایک ایسا مخلوق ہے جو اس یونیورس میں</w:t>
      </w:r>
    </w:p>
    <w:p>
      <w:r>
        <w:rPr>
          <w:b/>
        </w:rPr>
        <w:t xml:space="preserve">[46:36] </w:t>
      </w:r>
      <w:r>
        <w:t>Khuda ke muqable mein doosra extend banata hai. yaani Khuda ki qudrat ke muqable mein uska ek extend. yeh yeh sirf insaan kar sakta hai.</w:t>
      </w:r>
    </w:p>
    <w:p>
      <w:pPr>
        <w:jc w:val="right"/>
      </w:pPr>
      <w:r>
        <w:t>خدا کے مقابلے میں دوسرا ایکسٹینڈ بناتا ہے۔ یعنی خدا کی قدرت کے مقابلے میں از کا ایکسٹینڈ۔ یہ یہ صرف انسان کر سکتا ہے۔</w:t>
      </w:r>
    </w:p>
    <w:p>
      <w:r>
        <w:rPr>
          <w:b/>
        </w:rPr>
        <w:t xml:space="preserve">[46:55] </w:t>
      </w:r>
      <w:r>
        <w:t>is duniya mein koi bhi cheez chahe ghaas ho ya pahaad ho ya planet hon ya stars hon, sab isi extend par hain.</w:t>
      </w:r>
    </w:p>
    <w:p>
      <w:pPr>
        <w:jc w:val="right"/>
      </w:pPr>
      <w:r>
        <w:t>اس دنیا میں کوئی بھی چیز چاہے گھاس ہو یا پہاڑ ہو یا پلینٹ ہوں یا سٹارز ہوں، سب اسی ایکسٹینڈ پر ہیں۔</w:t>
      </w:r>
    </w:p>
    <w:p>
      <w:r>
        <w:rPr>
          <w:b/>
        </w:rPr>
        <w:t xml:space="preserve">[47:04] </w:t>
      </w:r>
      <w:r>
        <w:t>yaani helplessness ke extend par Khuda all powerful hai aur tamam cheezein, tamam cheezein woh helpless hain.</w:t>
      </w:r>
    </w:p>
    <w:p>
      <w:pPr>
        <w:jc w:val="right"/>
      </w:pPr>
      <w:r>
        <w:t>یعنی ہیلپ لیسنس کے ایکسٹینڈ پر خدا ال پاور فل ہے اور تمام چیزیں، تمام چیزیں وہ ہیلپ لیس ہیں۔</w:t>
      </w:r>
    </w:p>
    <w:p>
      <w:r>
        <w:rPr>
          <w:b/>
        </w:rPr>
        <w:t xml:space="preserve">[47:16] </w:t>
      </w:r>
      <w:r>
        <w:t>lekin koi jaanta nahin apne helplessness ko. hamare yeh pahaad ko pata nahin ke woh helpless hai.</w:t>
      </w:r>
    </w:p>
    <w:p>
      <w:pPr>
        <w:jc w:val="right"/>
      </w:pPr>
      <w:r>
        <w:t>لیکن کوئی جانتا نہیں اپنے ہیلپ لیسنس کو۔ ہمارے یہ پہاڑ کو پتہ نہیں کہ وہ ہیلپ لیس ہے۔</w:t>
      </w:r>
    </w:p>
    <w:p>
      <w:r>
        <w:rPr>
          <w:b/>
        </w:rPr>
        <w:t xml:space="preserve">[47:25] </w:t>
      </w:r>
      <w:r>
        <w:t>kisi star ya planet ko, solar system ko, kisi ko hi yeh pata nahin. yaani consciously woh nahin jaante is cheez ko.</w:t>
      </w:r>
    </w:p>
    <w:p>
      <w:pPr>
        <w:jc w:val="right"/>
      </w:pPr>
      <w:r>
        <w:t>کسی اسٹار یا پلینٹ کو، سولر سسٹم کو، کسی کو ہی یہ پتہ نہیں۔ یعنی کانشیسلی وہ نہیں جانتے اس چیز کو۔</w:t>
      </w:r>
    </w:p>
    <w:p>
      <w:r>
        <w:rPr>
          <w:b/>
        </w:rPr>
        <w:t xml:space="preserve">[47:35] </w:t>
      </w:r>
      <w:r>
        <w:t>insaan hi ek aisa makhlooq hai jo consciously is ko discover karta hai. consciously</w:t>
      </w:r>
    </w:p>
    <w:p>
      <w:pPr>
        <w:jc w:val="right"/>
      </w:pPr>
      <w:r>
        <w:t>انسان ہی ایک ایسا مخلوق ہے جو کانشیسلی اس کو ڈسکور کرتا ہے۔ کانشیسلی</w:t>
      </w:r>
    </w:p>
    <w:p>
      <w:r>
        <w:rPr>
          <w:b/>
        </w:rPr>
        <w:t xml:space="preserve">[47:46] </w:t>
      </w:r>
      <w:r>
        <w:t>ke Khuda all powerful hai aur main poori tarah helpless hoon us ke aage. is ka shaoori adraak, yaani consciously jaanna is baat ko, is ka koi realize karna, yeh sirf insaan ka kaam hai.</w:t>
      </w:r>
    </w:p>
    <w:p>
      <w:pPr>
        <w:jc w:val="right"/>
      </w:pPr>
      <w:r>
        <w:t>کہ خدا ال پاور فل ہے اور میں پوری طرح ہیلپ لیس ہوں اس کے آگے۔ اس کا شعوری ادراک، یعنی کانشیسلی جاننا اس بات کو، اس کا کوئی ریلائز کرنا، یہ صرف انسان کا کام ہے۔</w:t>
      </w:r>
    </w:p>
    <w:p>
      <w:r>
        <w:rPr>
          <w:b/>
        </w:rPr>
        <w:t xml:space="preserve">[48:02] </w:t>
      </w:r>
      <w:r>
        <w:t>isi sense mein mein kaha karta hoon ke insaan ki sab se badi</w:t>
      </w:r>
    </w:p>
    <w:p>
      <w:pPr>
        <w:jc w:val="right"/>
      </w:pPr>
      <w:r>
        <w:t>اسی سینس میں میں کہا کرتا ہوں کہ انسان کی سب سے بڑی</w:t>
      </w:r>
    </w:p>
    <w:p>
      <w:r>
        <w:rPr>
          <w:b/>
        </w:rPr>
        <w:t xml:space="preserve">[48:07] </w:t>
      </w:r>
      <w:r>
        <w:t>ibadat yeh hai, sab se bada amal yeh hai ke woh kainat mein Khuda ke muqable mein doosra extend banata hai.</w:t>
      </w:r>
    </w:p>
    <w:p>
      <w:pPr>
        <w:jc w:val="right"/>
      </w:pPr>
      <w:r>
        <w:t>عبادت یہ ہے، سب سے بڑا عمل یہ ہے کہ وہ کائنات میں خدا کے مقابلے میں دوسرا ایکسٹینڈ بناتا ہے۔</w:t>
      </w:r>
    </w:p>
    <w:p>
      <w:r>
        <w:rPr>
          <w:b/>
        </w:rPr>
        <w:t xml:space="preserve">[48:19] </w:t>
      </w:r>
      <w:r>
        <w:t>aur jo is, jo yeh, jo yeh kar sake, isi ke liye paradise hai.</w:t>
      </w:r>
    </w:p>
    <w:p>
      <w:pPr>
        <w:jc w:val="right"/>
      </w:pPr>
      <w:r>
        <w:t>اور جو اس، جو یہ، جو یہ کر سکے، اسی کے لیے پیراڈائز ہے۔</w:t>
      </w:r>
    </w:p>
    <w:p>
      <w:r>
        <w:rPr>
          <w:b/>
        </w:rPr>
        <w:t xml:space="preserve">[48:28] </w:t>
      </w:r>
      <w:r>
        <w:t>to roza jo hai, aap jaante hain ke ek mahine ke liye hota hai. yaani Ramzan ka poora mahina jo hai, is mein hukum diya gaya ke roze rakho.</w:t>
      </w:r>
    </w:p>
    <w:p>
      <w:pPr>
        <w:jc w:val="right"/>
      </w:pPr>
      <w:r>
        <w:t>تو روزہ جو ہے، آپ جانتے ہیں کہ ایک مہینے کے لیے ہوتا ہے۔ یعنی رمضان کا پورا مہینہ جو ہے، اس میں حکم دیا گیا کہ روزے رکھو۔</w:t>
      </w:r>
    </w:p>
    <w:p>
      <w:r>
        <w:rPr>
          <w:b/>
        </w:rPr>
        <w:t xml:space="preserve">[48:48] </w:t>
      </w:r>
      <w:r>
        <w:t>agarche jo jo log jin ko koi uzr ho, to un ke liye rukhsat hai. rukhsat hai Quran o Hadees mein is ko bata diya gaya hai.</w:t>
      </w:r>
    </w:p>
    <w:p>
      <w:pPr>
        <w:jc w:val="right"/>
      </w:pPr>
      <w:r>
        <w:t>اگرچہ جو جو لوگ جن کو کوئی عذر ہو، تو ان کے لیے رخصت ہے۔ رخصت ہے قرآن و حدیث میں اس کو بتا دیا گیا ہے۔</w:t>
      </w:r>
    </w:p>
    <w:p>
      <w:r>
        <w:rPr>
          <w:b/>
        </w:rPr>
        <w:t xml:space="preserve">[49:00] </w:t>
      </w:r>
      <w:r>
        <w:t>lekin aam usool jo hai, woh yeh hai ke poora ek mahine ka roza rakhna.</w:t>
      </w:r>
    </w:p>
    <w:p>
      <w:pPr>
        <w:jc w:val="right"/>
      </w:pPr>
      <w:r>
        <w:t>لیکن عام اصول جو ہے، وہ یہ ہے کہ پورا ایک مہینے کا روزہ رکھنا۔</w:t>
      </w:r>
    </w:p>
    <w:p>
      <w:r>
        <w:rPr>
          <w:b/>
        </w:rPr>
        <w:t xml:space="preserve">[49:07] </w:t>
      </w:r>
      <w:r>
        <w:t>aur roza rakhne ka jo maqsad hai, woh yahi hai. ab yahan mein ek aur baat arz karunga ke quran mein jahan hukum diya gaya hai roze ka, to wahan yeh farmaya</w:t>
      </w:r>
    </w:p>
    <w:p>
      <w:pPr>
        <w:jc w:val="right"/>
      </w:pPr>
      <w:r>
        <w:t>اور روزہ رکھنے کا جو مقصد ہے، وہ یہی ہے۔ اب یہاں میں ایک اور بات عرض کروں گا کہ قرآن میں جہاں حکم دیا گیا ہے روزے کا، تو وہاں یہ فرمایا</w:t>
      </w:r>
    </w:p>
    <w:p>
      <w:r>
        <w:rPr>
          <w:b/>
        </w:rPr>
        <w:t xml:space="preserve">[49:24] </w:t>
      </w:r>
      <w:r>
        <w:t>ke shahr ramzan allazi unzil fi alquran ramzan mein roze ka hukum diya gaya hai, to is liye ke isi mahine mein quran utra.</w:t>
      </w:r>
    </w:p>
    <w:p>
      <w:pPr>
        <w:jc w:val="right"/>
      </w:pPr>
      <w:r>
        <w:t>کہ شهر رمضان الذی انزل فی القرآن رمضان میں روزے کا حکم دیا گیا ہے، تو اس لیے کہ اسی مہینے میں قرآن اترا۔</w:t>
      </w:r>
    </w:p>
    <w:p>
      <w:r>
        <w:rPr>
          <w:b/>
        </w:rPr>
        <w:t xml:space="preserve">[49:38] </w:t>
      </w:r>
      <w:r>
        <w:t>ramzan ka jo mahina hai, is ko jo roza rakhne ke liye khaas kiya gaya, to is liye</w:t>
      </w:r>
    </w:p>
    <w:p>
      <w:pPr>
        <w:jc w:val="right"/>
      </w:pPr>
      <w:r>
        <w:t>رمضان کا جو مہینہ ہے، اس کو جو روزہ رکھنے کے لیے خاص کیا گیا، تو اس لیے</w:t>
      </w:r>
    </w:p>
    <w:p>
      <w:r>
        <w:rPr>
          <w:b/>
        </w:rPr>
        <w:t xml:space="preserve">[49:45] </w:t>
      </w:r>
      <w:r>
        <w:t>ke isi mahine mein quran utara gaya.</w:t>
      </w:r>
    </w:p>
    <w:p>
      <w:pPr>
        <w:jc w:val="right"/>
      </w:pPr>
      <w:r>
        <w:t>کہ اسی مہینے میں قرآن اتارا گیا۔</w:t>
      </w:r>
    </w:p>
    <w:p>
      <w:r>
        <w:rPr>
          <w:b/>
        </w:rPr>
        <w:t xml:space="preserve">[49:51] </w:t>
      </w:r>
      <w:r>
        <w:t>is mein sochiye to yeh, is mein yeh sochiye ke quran mein aur ramzan mein ya quran mein aur roze mein kya link hai, kya rabt hai?</w:t>
      </w:r>
    </w:p>
    <w:p>
      <w:pPr>
        <w:jc w:val="right"/>
      </w:pPr>
      <w:r>
        <w:t>اس میں سوچیے تو یہ، اس میں یہ سوچیے کہ قرآن میں اور رمضان میں یا قرآن میں اور روزے میں کیا لنک ہے، کیا ربط ہے؟</w:t>
      </w:r>
    </w:p>
    <w:p>
      <w:r>
        <w:rPr>
          <w:b/>
        </w:rPr>
        <w:t xml:space="preserve">[50:05] </w:t>
      </w:r>
      <w:r>
        <w:t>koi rabt hona chahiye.</w:t>
      </w:r>
    </w:p>
    <w:p>
      <w:pPr>
        <w:jc w:val="right"/>
      </w:pPr>
      <w:r>
        <w:t>کوئی ربط ہونا چاہیے۔</w:t>
      </w:r>
    </w:p>
    <w:p>
      <w:r>
        <w:rPr>
          <w:b/>
        </w:rPr>
        <w:t xml:space="preserve">[50:09] </w:t>
      </w:r>
      <w:r>
        <w:t>yeh jo quran mein farmaya ke roze ka mahina, jo ramzan ka mahina jo hai, isi mein quran utara gaya tha, is liye hum ne isi mahine mein roza farz kiya.</w:t>
      </w:r>
    </w:p>
    <w:p>
      <w:pPr>
        <w:jc w:val="right"/>
      </w:pPr>
      <w:r>
        <w:t>یہ جو قرآن میں فرمایا کہ روزے کا مہینہ، جو رمضان کا مہینہ جو ہے، اسی میں قرآن اتارا گیا تھا، اس لیے ہم نے اسی مہینے میں روزہ فرض کیا۔</w:t>
      </w:r>
    </w:p>
    <w:p>
      <w:r>
        <w:rPr>
          <w:b/>
        </w:rPr>
        <w:t xml:space="preserve">[50:21] </w:t>
      </w:r>
      <w:r>
        <w:t>to quran mein aur roze mein kya nisbat hai? yeh janne ki baat hai.</w:t>
      </w:r>
    </w:p>
    <w:p>
      <w:pPr>
        <w:jc w:val="right"/>
      </w:pPr>
      <w:r>
        <w:t>تو قرآن میں اور روزے میں کیا نسبت ہے؟ یہ جاننے کی بات ہے۔</w:t>
      </w:r>
    </w:p>
    <w:p>
      <w:r>
        <w:rPr>
          <w:b/>
        </w:rPr>
        <w:t xml:space="preserve">[50:29] </w:t>
      </w:r>
      <w:r>
        <w:t>to mein samajhta hoon ke quran isi cheez ki, yani detail hai,</w:t>
      </w:r>
    </w:p>
    <w:p>
      <w:pPr>
        <w:jc w:val="right"/>
      </w:pPr>
      <w:r>
        <w:t>تو میں سمجھتا ہوں کہ قرآن اسی چیز کی، یعنی ڈیٹیل ہے،</w:t>
      </w:r>
    </w:p>
    <w:p>
      <w:r>
        <w:rPr>
          <w:b/>
        </w:rPr>
        <w:t xml:space="preserve">[50:39] </w:t>
      </w:r>
      <w:r>
        <w:t>jis jis ki training ke liye roza farz kiya gaya hai. yani roze ka maqsad yeh hai ke aadmi desire management ko jaane, aadmi desire control ko jaane,</w:t>
      </w:r>
    </w:p>
    <w:p>
      <w:pPr>
        <w:jc w:val="right"/>
      </w:pPr>
      <w:r>
        <w:t>جس جس کی ٹریننگ کے لیے روزہ فرض کیا گیا ہے۔ یعنی روزے کا مقصد یہ ہے کہ آدمی ڈیزائر مینجمنٹ کو جانے، آدمی ڈیزائر کنٹرول کو جانے،</w:t>
      </w:r>
    </w:p>
    <w:p>
      <w:r>
        <w:rPr>
          <w:b/>
        </w:rPr>
        <w:t xml:space="preserve">[50:55] </w:t>
      </w:r>
      <w:r>
        <w:t>aadmi self discipline life batane ko jaane.</w:t>
      </w:r>
    </w:p>
    <w:p>
      <w:pPr>
        <w:jc w:val="right"/>
      </w:pPr>
      <w:r>
        <w:t>آدمی سیلف ڈسپلن لائف بتانے کو جانے۔</w:t>
      </w:r>
    </w:p>
    <w:p>
      <w:r>
        <w:rPr>
          <w:b/>
        </w:rPr>
        <w:t xml:space="preserve">[51:00] </w:t>
      </w:r>
      <w:r>
        <w:t>yeh maqsad hai roze ka. to is ki detail agar aap janna chahte hain to woh quran mein mile gi. yani poori zindagi mein kis tarah se mein desire ko control karoon?</w:t>
      </w:r>
    </w:p>
    <w:p>
      <w:pPr>
        <w:jc w:val="right"/>
      </w:pPr>
      <w:r>
        <w:t>یہ مقصد ہے روزے کا۔ تو اس کی ڈیٹیل اگر آپ جاننا چاہتے ہیں تو وہ قرآن میں ملے گی۔ یعنی پوری زندگی میں کس طرح سے میں ڈیزائر کو کنٹرول کروں؟</w:t>
      </w:r>
    </w:p>
    <w:p>
      <w:r>
        <w:rPr>
          <w:b/>
        </w:rPr>
        <w:t xml:space="preserve">[51:14] </w:t>
      </w:r>
      <w:r>
        <w:t>jis ko mein ne kaha ke art of desire management,</w:t>
      </w:r>
    </w:p>
    <w:p>
      <w:pPr>
        <w:jc w:val="right"/>
      </w:pPr>
      <w:r>
        <w:t>جس کو میں نے کہا کہ آرٹ آف ڈیزائر مینجمنٹ،</w:t>
      </w:r>
    </w:p>
    <w:p>
      <w:r>
        <w:rPr>
          <w:b/>
        </w:rPr>
        <w:t xml:space="preserve">[51:18] </w:t>
      </w:r>
      <w:r>
        <w:t>to is ki poori detail agar janna chahe aadmi to us ko quran parhna pare ga. isi liye ramzan ke mahine mein quran zyada parha jata hai.</w:t>
      </w:r>
    </w:p>
    <w:p>
      <w:pPr>
        <w:jc w:val="right"/>
      </w:pPr>
      <w:r>
        <w:t>تو اس کی پوری ڈیٹیل اگر جاننا چاہے آدمی تو اس کو قرآن پڑھنا پڑے گا۔ اسی لیے رمضان کے مہینے میں قرآن زیادہ پڑھا جاتا ہے۔</w:t>
      </w:r>
    </w:p>
    <w:p>
      <w:r>
        <w:rPr>
          <w:b/>
        </w:rPr>
        <w:t xml:space="preserve">[51:33] </w:t>
      </w:r>
      <w:r>
        <w:t>mahine bhar is ki tilawat ki jati hai,</w:t>
      </w:r>
    </w:p>
    <w:p>
      <w:pPr>
        <w:jc w:val="right"/>
      </w:pPr>
      <w:r>
        <w:t>مہینے بھر اس کی تلاوت کی جاتی ہے،</w:t>
      </w:r>
    </w:p>
    <w:p>
      <w:r>
        <w:rPr>
          <w:b/>
        </w:rPr>
        <w:t xml:space="preserve">[51:35] </w:t>
      </w:r>
      <w:r>
        <w:t>taraveeh mein quran parhaya jata hai. lekin yahan bhi mein kahunga ke log yeh samajhte hain ke sirf lafzi taur par quran ko parhna yahi parhna hai.</w:t>
      </w:r>
    </w:p>
    <w:p>
      <w:pPr>
        <w:jc w:val="right"/>
      </w:pPr>
      <w:r>
        <w:t>تراویح میں قرآن پڑھایا جاتا ہے۔ لیکن یہاں بھی میں کہوں گا کہ لوگ یہ سمجھتے ہیں کہ صرف لفظی طور پر قرآن کو پڑھنا یہی پڑھنا ہے۔</w:t>
      </w:r>
    </w:p>
    <w:p>
      <w:r>
        <w:rPr>
          <w:b/>
        </w:rPr>
        <w:t xml:space="preserve">[51:47] </w:t>
      </w:r>
      <w:r>
        <w:t>hazrat ayesha se, jo hazrat ayesha jo rasool allah salallahu alaihi wasallam ki ahliya theen, un se kisi ne kaha ke falan aadmi jo hai,</w:t>
      </w:r>
    </w:p>
    <w:p>
      <w:pPr>
        <w:jc w:val="right"/>
      </w:pPr>
      <w:r>
        <w:t>حضرت عائشہ سے، جو حضرت عائشہ جو رسول اللہ صلی اللہ علیہ وسلم کی اہلیہ تھیں، ان سے کسی نے کہا کہ فلاں آدمی جو ہے،</w:t>
      </w:r>
    </w:p>
    <w:p>
      <w:r>
        <w:rPr>
          <w:b/>
        </w:rPr>
        <w:t xml:space="preserve">[51:59] </w:t>
      </w:r>
      <w:r>
        <w:t>is tarah namaz quran parhta hai jo aaj kal hum parhte hain quran. to unhon ne kaha ke olaiq qaru wa lam yaqru unhon ne parha magar unhon ne nahi parha.</w:t>
      </w:r>
    </w:p>
    <w:p>
      <w:pPr>
        <w:jc w:val="right"/>
      </w:pPr>
      <w:r>
        <w:t>اس طرح نماز قرآن پڑھتا ہے جو آج کل ہم پڑھتے ہیں قرآن۔ تو انہوں نے کہا کہ اولئک قرو ولم یقرو انہوں نے پڑھا مگر انہوں نے نہیں پڑھا۔</w:t>
      </w:r>
    </w:p>
    <w:p>
      <w:r>
        <w:rPr>
          <w:b/>
        </w:rPr>
        <w:t xml:space="preserve">[52:13] </w:t>
      </w:r>
      <w:r>
        <w:t>hazrat ayesha ke alfaaz poori tarah aaj kal taraveeh mein saadiq aate hain.</w:t>
      </w:r>
    </w:p>
    <w:p>
      <w:pPr>
        <w:jc w:val="right"/>
      </w:pPr>
      <w:r>
        <w:t>حضرت عائشہ کے الفاظ پوری طرح آج کل تراویح میں صادق آتے ہیں۔</w:t>
      </w:r>
    </w:p>
    <w:p>
      <w:r>
        <w:rPr>
          <w:b/>
        </w:rPr>
        <w:t xml:space="preserve">[52:18] </w:t>
      </w:r>
      <w:r>
        <w:t>unhon ne jo poocha to us aadmi ne ke farfar parh kar ke woh mahine mein khatam kar dalta hai. to unhon ne kaha ke olaiq qaru wa lam yaqru ke unhon ne parha magar unhon ne nahi parha.</w:t>
      </w:r>
    </w:p>
    <w:p>
      <w:pPr>
        <w:jc w:val="right"/>
      </w:pPr>
      <w:r>
        <w:t>انہوں نے جو پوچھا تو اس آدمی نے کہ فرفر پڑھ کر کے وہ مہینے میں ختم کر ڈالتا ہے۔ تو انہوں نے کہا کہ اولئک قرو ولم یقرو کہ انہوں نے پڑھا مگر انہوں نے نہیں پڑھا۔</w:t>
      </w:r>
    </w:p>
    <w:p>
      <w:r>
        <w:rPr>
          <w:b/>
        </w:rPr>
        <w:t xml:space="preserve">[52:34] </w:t>
      </w:r>
      <w:r>
        <w:t>to quran jo ramzan ke mahine mein parhne ke liye kaha gaya hai, to is ka matlab yeh nahi ke hum farfar farfar khatam karein. khali</w:t>
      </w:r>
    </w:p>
    <w:p>
      <w:pPr>
        <w:jc w:val="right"/>
      </w:pPr>
      <w:r>
        <w:t>تو قرآن جو رمضان کے مہینے میں پڑھنے کے لیے کہا گیا ہے، تو اس کا مطلب یہ نہیں کہ ہم فرفر فرفر ختم کریں۔ خالی</w:t>
      </w:r>
    </w:p>
    <w:p>
      <w:r>
        <w:rPr>
          <w:b/>
        </w:rPr>
        <w:t xml:space="preserve">[52:41] </w:t>
      </w:r>
      <w:r>
        <w:t>khatam karna yeh kahin bhi quran o hadith mein likha nahi hai ke khatam karo. yani ghaur karo, is se sabak lo, is se maloom karo.</w:t>
      </w:r>
    </w:p>
    <w:p>
      <w:pPr>
        <w:jc w:val="right"/>
      </w:pPr>
      <w:r>
        <w:t>ختم کرنا یہ کہیں بھی قرآن و حدیث میں لکھا نہیں ہے کہ ختم کرو۔ یعنی غور کرو، اس سے سبق لو، اس سے معلوم کرو۔</w:t>
      </w:r>
    </w:p>
    <w:p>
      <w:r>
        <w:rPr>
          <w:b/>
        </w:rPr>
        <w:t xml:space="preserve">[52:55] </w:t>
      </w:r>
      <w:r>
        <w:t>yani jis self control ki</w:t>
      </w:r>
    </w:p>
    <w:p>
      <w:pPr>
        <w:jc w:val="right"/>
      </w:pPr>
      <w:r>
        <w:t>یعنی جس سیلف کنٹرول کی</w:t>
      </w:r>
    </w:p>
    <w:p>
      <w:r>
        <w:rPr>
          <w:b/>
        </w:rPr>
        <w:t xml:space="preserve">[52:59] </w:t>
      </w:r>
      <w:r>
        <w:t>zindagi batane ki jo tarbiyat tum le rahe ho, is ki training jo le rahe ho roze mein, to pata karo quran ko parh kar ke is ki aur detail kya hai. aur detail kya hai?</w:t>
      </w:r>
    </w:p>
    <w:p>
      <w:pPr>
        <w:jc w:val="right"/>
      </w:pPr>
      <w:r>
        <w:t>زندگی بتانے کی جو تربیت تم لے رہے ہو، اس کی ٹریننگ جو لے رہے ہو روزے میں، تو پتہ کرو قرآن کو پڑھ کر کے اس کی اور ڈیٹیل کیا ہے۔ اور ڈیٹیل کیا ہے؟</w:t>
      </w:r>
    </w:p>
    <w:p>
      <w:r>
        <w:rPr>
          <w:b/>
        </w:rPr>
        <w:t xml:space="preserve">[53:12] </w:t>
      </w:r>
      <w:r>
        <w:t>misalan mein aap ko chand ek misaal doon ga ke agar hum roza rakh kar quran ko parhein to hamein roza</w:t>
      </w:r>
    </w:p>
    <w:p>
      <w:pPr>
        <w:jc w:val="right"/>
      </w:pPr>
      <w:r>
        <w:t>مثلاً میں آپ کو چند ایک مثال دوں گا کہ اگر ہم روزہ رکھ کر قرآن کو پڑھیں تو ہمیں روزہ</w:t>
      </w:r>
    </w:p>
    <w:p>
      <w:r>
        <w:rPr>
          <w:b/>
        </w:rPr>
        <w:t xml:space="preserve">[53:19] </w:t>
      </w:r>
      <w:r>
        <w:t>ke baray mein ya ya zindagi ke baray mein quran aur kya kya detail deta hai. misalan aap parhein ge to aap ko ek ayat yeh mile gi ke wa idha ma ghadiboo hum yaghfiroon</w:t>
      </w:r>
    </w:p>
    <w:p>
      <w:pPr>
        <w:jc w:val="right"/>
      </w:pPr>
      <w:r>
        <w:t>کے بارے میں یا یا زندگی کے بارے میں قرآن اور کیا کیا ڈیٹیل دیتا ہے۔ مثلاً آپ پڑھیں گے تو آپ کو ایک آیت یہ ملے گی کہ واذا ما غضبوا هم يغفرون</w:t>
      </w:r>
    </w:p>
    <w:p>
      <w:r>
        <w:rPr>
          <w:b/>
        </w:rPr>
        <w:t xml:space="preserve">[53:40] </w:t>
      </w:r>
      <w:r>
        <w:t>jab unhein ghussa aata hai to maaf kar dete hain. aise hi farmaya ke wal kazibeen al ghaib wal lafeen al naas aur ghussa pee janay walay.</w:t>
      </w:r>
    </w:p>
    <w:p>
      <w:pPr>
        <w:jc w:val="right"/>
      </w:pPr>
      <w:r>
        <w:t>جب انہیں غصہ آتا ہے تو معاف کر دیتے ہیں۔ ایسے ہی فرمایا کہ والكاذبین الغیب واللافین الناس اور غصہ پی جانے والے۔</w:t>
      </w:r>
    </w:p>
    <w:p>
      <w:r>
        <w:rPr>
          <w:b/>
        </w:rPr>
        <w:t xml:space="preserve">[53:52] </w:t>
      </w:r>
      <w:r>
        <w:t>dekhein, yahan par yeh nahi farmaya ke wal faqiddeen al ghaib ke un ke andar ghussa hota hi nahi.</w:t>
      </w:r>
    </w:p>
    <w:p>
      <w:pPr>
        <w:jc w:val="right"/>
      </w:pPr>
      <w:r>
        <w:t>دیکھیں، یہاں پر یہ نہیں فرمایا کہ والفاقدین الغیب کہ ان کے اندر غصہ ہوتا ہی نہیں۔</w:t>
      </w:r>
    </w:p>
    <w:p>
      <w:r>
        <w:rPr>
          <w:b/>
        </w:rPr>
        <w:t xml:space="preserve">[53:59] </w:t>
      </w:r>
      <w:r>
        <w:t>yeh nahi farmaya, balkeh ghussa aaya to us ko pee gaye. to ab yeh ek baat hamein quran mein yeh mili ke ghussa ko hamein pee lena hai, ghusse ko utarna nahi hai, ghusse ko zahir nahi karna hai.</w:t>
      </w:r>
    </w:p>
    <w:p>
      <w:pPr>
        <w:jc w:val="right"/>
      </w:pPr>
      <w:r>
        <w:t>یہ نہیں فرمایا، بلکہ غصہ آیا تو اس کو پی گئے۔ تو اب یہ ایک بات ہمیں قرآن میں یہ ملی کہ غصہ کو ہمیں پی لینا ہے، غصے کو اتارنا نہیں ہے، غصے کو ظاہر نہیں کرنا ہے۔</w:t>
      </w:r>
    </w:p>
    <w:p>
      <w:r>
        <w:rPr>
          <w:b/>
        </w:rPr>
        <w:t xml:space="preserve">[54:15] </w:t>
      </w:r>
      <w:r>
        <w:t>jab hum soch kar parhein ge,</w:t>
      </w:r>
    </w:p>
    <w:p>
      <w:pPr>
        <w:jc w:val="right"/>
      </w:pPr>
      <w:r>
        <w:t>جب ہم سوچ کر پڑھیں گے،</w:t>
      </w:r>
    </w:p>
    <w:p>
      <w:r>
        <w:rPr>
          <w:b/>
        </w:rPr>
        <w:t xml:space="preserve">[54:18] </w:t>
      </w:r>
      <w:r>
        <w:t>ghor kar ke parhein ge to ek taleem rozay wali hamein quran mein yeh mile gi ke ghussa to tum ko zaroor aaye ga, lekin tumhein ghusse ko utarna nahi hai, ghusse ko intiqam nahi banana hai, balkeh ghusse ko pee jana hai.</w:t>
      </w:r>
    </w:p>
    <w:p>
      <w:pPr>
        <w:jc w:val="right"/>
      </w:pPr>
      <w:r>
        <w:t>غور کر کے پڑھیں گے تو ایک تعلیم روزے والی ہمیں قرآن میں یہ ملے گی کہ غصہ تو تم کو ضرور آئے گا، لیکن تمہیں غصے کو اتارنا نہیں ہے، غصے کو انتقام نہیں بنانا ہے، بلکہ غصے کو پی جانا ہے۔</w:t>
      </w:r>
    </w:p>
    <w:p>
      <w:r>
        <w:rPr>
          <w:b/>
        </w:rPr>
        <w:t xml:space="preserve">[54:38] </w:t>
      </w:r>
      <w:r>
        <w:t>wal kazibeen al ghaib aise hi hum parhein ge asal khair</w:t>
      </w:r>
    </w:p>
    <w:p>
      <w:pPr>
        <w:jc w:val="right"/>
      </w:pPr>
      <w:r>
        <w:t>والكاذبین الغیب ایسے ہی ہم پڑھیں گے أصل خير</w:t>
      </w:r>
    </w:p>
    <w:p>
      <w:r>
        <w:rPr>
          <w:b/>
        </w:rPr>
        <w:t xml:space="preserve">[54:45] </w:t>
      </w:r>
      <w:r>
        <w:t>sulh behtar hai reconciliation is the best yani jab controversy aaye, takrao aaye to tum ko takrao nahi jana hai.</w:t>
      </w:r>
    </w:p>
    <w:p>
      <w:pPr>
        <w:jc w:val="right"/>
      </w:pPr>
      <w:r>
        <w:t>صلح بہتر ہے Reconciliation is the best یعنی جب کنٹروورسی آئے، ٹکراؤ آئے تو تم کو ٹکرا نہیں جانا ہے۔</w:t>
      </w:r>
    </w:p>
    <w:p>
      <w:r>
        <w:rPr>
          <w:b/>
        </w:rPr>
        <w:t xml:space="preserve">[54:57] </w:t>
      </w:r>
      <w:r>
        <w:t>confrontational approach nahi ikhtiyar karna hai, balkeh</w:t>
      </w:r>
    </w:p>
    <w:p>
      <w:pPr>
        <w:jc w:val="right"/>
      </w:pPr>
      <w:r>
        <w:t>کنفرنٹیشنل اپروچ نہیں اختیار کرنا ہے، بلکہ</w:t>
      </w:r>
    </w:p>
    <w:p>
      <w:r>
        <w:rPr>
          <w:b/>
        </w:rPr>
        <w:t xml:space="preserve">[55:02] </w:t>
      </w:r>
      <w:r>
        <w:t>yeh karna hai ke sulh kar lo, conciliatory approach ikhtiyar karo. yeh hum quran mein parhein ge.</w:t>
      </w:r>
    </w:p>
    <w:p>
      <w:pPr>
        <w:jc w:val="right"/>
      </w:pPr>
      <w:r>
        <w:t>یہ کرنا ہے کہ صلح کر لو، کانسلیٹری اپروچ اختیار کرو۔ یہ ہم قرآن میں پڑھیں گے۔</w:t>
      </w:r>
    </w:p>
    <w:p>
      <w:r>
        <w:rPr>
          <w:b/>
        </w:rPr>
        <w:t xml:space="preserve">[55:13] </w:t>
      </w:r>
      <w:r>
        <w:t>isi tarah se aap farmaya quran mein parhein ge ke</w:t>
      </w:r>
    </w:p>
    <w:p>
      <w:pPr>
        <w:jc w:val="right"/>
      </w:pPr>
      <w:r>
        <w:t>اسی طرح سے آپ فرمایا قرآن میں پڑھیں گے کہ</w:t>
      </w:r>
    </w:p>
    <w:p>
      <w:r>
        <w:rPr>
          <w:b/>
        </w:rPr>
        <w:t xml:space="preserve">[55:19] </w:t>
      </w:r>
      <w:r>
        <w:t>la yajramana lakum shana'u qawmin ala allaa ta'diloo al taqwa yani kisi ke baray mein ghussa aa jaye to aisa na karo ke us ke baray mein just baat na kaho, balkeh just baat hi kaho us waqt bhi jab ke tumhein us se shikayat ho gayi ho.</w:t>
      </w:r>
    </w:p>
    <w:p>
      <w:pPr>
        <w:jc w:val="right"/>
      </w:pPr>
      <w:r>
        <w:t>لا یجرمن لکم شنان قوم علی اللہ تعادلوا التقوی یعنی کسی کے بارے میں غصہ آ جائے تو ایسا نہ کرو کہ اس کے بارے میں جسٹ بات نہ کہو، بلکہ جسٹ بات ہی کہو اس وقت بھی جب کہ تمہیں اس سے شکایت ہو گئی ہو۔</w:t>
      </w:r>
    </w:p>
    <w:p>
      <w:r>
        <w:rPr>
          <w:b/>
        </w:rPr>
        <w:t xml:space="preserve">[55:40] </w:t>
      </w:r>
      <w:r>
        <w:t>ab yeh ek taleem hamein yeh mili ke dunya mein shikayatein hon gi, lekin shikayat ke waqt aisa nahi karna hai hamein ke hum be insafi ki baat bolein,</w:t>
      </w:r>
    </w:p>
    <w:p>
      <w:pPr>
        <w:jc w:val="right"/>
      </w:pPr>
      <w:r>
        <w:t>اب یہ ایک تعلیم ہمیں یہ ملی کہ دنیا میں شکایتیں ہوں گی، لیکن شکایت کے وقت ایسا نہیں کرنا ہے ہمیں کہ ہم بے انصافی کی بات بولیں،</w:t>
      </w:r>
    </w:p>
    <w:p>
      <w:r>
        <w:rPr>
          <w:b/>
        </w:rPr>
        <w:t xml:space="preserve">[55:55] </w:t>
      </w:r>
      <w:r>
        <w:t>just baat na kahein. yeh ek taleem hum ko mili. to ramzan ke zamanay mein</w:t>
      </w:r>
    </w:p>
    <w:p>
      <w:pPr>
        <w:jc w:val="right"/>
      </w:pPr>
      <w:r>
        <w:t>جسٹ بات نہ کہیں۔ یہ ایک تعلیم ہم کو ملی۔ تو رمضان کے زمانے میں</w:t>
      </w:r>
    </w:p>
    <w:p>
      <w:r>
        <w:rPr>
          <w:b/>
        </w:rPr>
        <w:t xml:space="preserve">[56:02] </w:t>
      </w:r>
      <w:r>
        <w:t>yeh jo kaha gaya ke quran khoob parho, khoob parho, to us ka matlab yeh nahi ke khatam karo, khatam karo, harghiz nahi. balkeh quran par ghor kar ke, is ka mutalia kar ke, is detail ko pata karo ke kis tarah se mujhe self control kar ke rehna hai, kis tarah mujhe desire management ko</w:t>
      </w:r>
    </w:p>
    <w:p>
      <w:pPr>
        <w:jc w:val="right"/>
      </w:pPr>
      <w:r>
        <w:t>یہ جو کہا گیا کہ قرآن خوب پڑھو، خوب پڑھو، تو اس کا مطلب یہ نہیں کہ ختم کرو، ختم کرو، ہرگز نہیں۔ بلکہ قرآن پر غور کر کے، اس کا مطالعہ کر کے، اس ڈیٹیل کو پتہ کرو کہ کس طرح سے مجھے سیلف کنٹرول کر کے رہنا ہے، کس طرح مجھے ڈیزائر مینجمنٹ کو</w:t>
      </w:r>
    </w:p>
    <w:p>
      <w:r>
        <w:rPr>
          <w:b/>
        </w:rPr>
        <w:t xml:space="preserve">[56:22] </w:t>
      </w:r>
      <w:r>
        <w:t>ikhtiyar karna hai. is in sab baton ko janna</w:t>
      </w:r>
    </w:p>
    <w:p>
      <w:pPr>
        <w:jc w:val="right"/>
      </w:pPr>
      <w:r>
        <w:t>اختیار کرنا ہے۔ اس ان سب باتوں کو جاننا</w:t>
      </w:r>
    </w:p>
    <w:p>
      <w:r>
        <w:rPr>
          <w:b/>
        </w:rPr>
        <w:t xml:space="preserve">[56:28] </w:t>
      </w:r>
      <w:r>
        <w:t>to yeh hai kuch baatein ramzan ke baray mein, aur mein samajhta hoon ke</w:t>
      </w:r>
    </w:p>
    <w:p>
      <w:pPr>
        <w:jc w:val="right"/>
      </w:pPr>
      <w:r>
        <w:t>تو یہ ہے کچھ باتیں رمضان کے بارے میں، اور میں سمجھتا ہوں کہ</w:t>
      </w:r>
    </w:p>
    <w:p>
      <w:r>
        <w:rPr>
          <w:b/>
        </w:rPr>
        <w:t xml:space="preserve">[56:39] </w:t>
      </w:r>
      <w:r>
        <w:t>kafi baatein mein ne arz kar di hain. aur agar is ke baray mein kuch aur detail, koi hisab janna chahein ge to inshallah hum is baray mein baat karein ge.</w:t>
      </w:r>
    </w:p>
    <w:p>
      <w:pPr>
        <w:jc w:val="right"/>
      </w:pPr>
      <w:r>
        <w:t>کافی باتیں میں نے عرض کر دی ہیں۔ اور اگر اس کے بارے میں کچھ اور ڈیٹیل، کوئی حساب جاننا چاہیں گے تو انشاءاللہ ہم اس بارے میں بات کریں گے۔</w:t>
      </w:r>
    </w:p>
    <w:p>
      <w:r>
        <w:rPr>
          <w:b/>
        </w:rPr>
        <w:t xml:space="preserve">[56:52] </w:t>
      </w:r>
      <w:r>
        <w:t>aqoolu qawli hadha wa astaghfirullaha li walakum ajmaeen</w:t>
      </w:r>
    </w:p>
    <w:p>
      <w:pPr>
        <w:jc w:val="right"/>
      </w:pPr>
      <w:r>
        <w:t>اقول قولی هذا واستغفراللہ لی ولكم اجمعین</w:t>
      </w:r>
    </w:p>
    <w:p>
      <w:r>
        <w:rPr>
          <w:b/>
        </w:rPr>
        <w:t xml:space="preserve">[56:59] </w:t>
      </w:r>
      <w:r>
        <w:t>rozay mein asal cheez spirit hai, is mein koi shakk nahi. lekin form bhi itna hi zaroori hai, hissa hai rozay ka jitna ke spirit.</w:t>
      </w:r>
    </w:p>
    <w:p>
      <w:pPr>
        <w:jc w:val="right"/>
      </w:pPr>
      <w:r>
        <w:t>روزے میں اصل چیز اسپرٹ ہے، اس میں کوئی شک نہیں۔ لیکن فارم بھی اتنا ہی ضروری ہے، حصہ ہے روزے کا جتنا کہ اسپرٹ۔</w:t>
      </w:r>
    </w:p>
    <w:p>
      <w:r>
        <w:rPr>
          <w:b/>
        </w:rPr>
        <w:t xml:space="preserve">[57:12] </w:t>
      </w:r>
      <w:r>
        <w:t>agarche spirit real part hai aur form is ka relative part hai.</w:t>
      </w:r>
    </w:p>
    <w:p>
      <w:pPr>
        <w:jc w:val="right"/>
      </w:pPr>
      <w:r>
        <w:t>اگرچہ اسپرٹ ریئل پارٹ ہے اور فارم اس کا ریلیٹو پارٹ ہے۔</w:t>
      </w:r>
    </w:p>
    <w:p>
      <w:r>
        <w:rPr>
          <w:b/>
        </w:rPr>
        <w:t xml:space="preserve">[57:21] </w:t>
      </w:r>
      <w:r>
        <w:t>insan aap jantay hain ke ek hai insan ki rooh ya soul, ek hai is ka body. lekin sab log jantay hain ke asal bilashubha rooh hai ya andar ka soul hai, lekin</w:t>
      </w:r>
    </w:p>
    <w:p>
      <w:pPr>
        <w:jc w:val="right"/>
      </w:pPr>
      <w:r>
        <w:t>انسان آپ جانتے ہیں کہ ایک ہے انسان کی روح یا سول، ایک ہے اس کا باڈی۔ لیکن سب لوگ جانتے ہیں کہ اصل بلاشبہ روح ہے یا اندر کا سول ہے، لیکن</w:t>
      </w:r>
    </w:p>
    <w:p>
      <w:r>
        <w:rPr>
          <w:b/>
        </w:rPr>
        <w:t xml:space="preserve">[57:38] </w:t>
      </w:r>
      <w:r>
        <w:t>body ke baghair soul bhi nahi. to insan poore tor par mukammal hota hai jab woh body aur soul dono mila kar ho.</w:t>
      </w:r>
    </w:p>
    <w:p>
      <w:pPr>
        <w:jc w:val="right"/>
      </w:pPr>
      <w:r>
        <w:t>باڈی کے بغیر سول بھی نہیں۔ تو انسان پورے طور پر مکمل ہوتا ہے جب وہ باڈی اور سول دونوں ملا کر ہو۔</w:t>
      </w:r>
    </w:p>
    <w:p>
      <w:r>
        <w:rPr>
          <w:b/>
        </w:rPr>
        <w:t xml:space="preserve">[57:48] </w:t>
      </w:r>
      <w:r>
        <w:t>isi tarah rozay mein asal cheez agarche spirit hai, magar is ka form bhi zaroori hai.</w:t>
      </w:r>
    </w:p>
    <w:p>
      <w:pPr>
        <w:jc w:val="right"/>
      </w:pPr>
      <w:r>
        <w:t>اسی طرح روزے میں اصل چیز اگرچہ اسپرٹ ہے، مگر اس کا فارم بھی ضروری ہے۔</w:t>
      </w:r>
    </w:p>
    <w:p>
      <w:r>
        <w:rPr>
          <w:b/>
        </w:rPr>
        <w:t xml:space="preserve">[57:56] </w:t>
      </w:r>
      <w:r>
        <w:t>aap jante hain ke roza pure ek mahine ke liye rakha gaya hai. yeh ek mahina jo hai, yeh bohat hi zaroori hai.</w:t>
      </w:r>
    </w:p>
    <w:p>
      <w:pPr>
        <w:jc w:val="right"/>
      </w:pPr>
      <w:r>
        <w:t>آپ جانتے ہیں کہ روزہ پورے ایک مہینے کے لیے رکھا گیا ہے۔ یہ ایک مہینہ جو ہے، یہ بہت ہی ضروری ہے۔</w:t>
      </w:r>
    </w:p>
    <w:p>
      <w:r>
        <w:rPr>
          <w:b/>
        </w:rPr>
        <w:t xml:space="preserve">[58:06] </w:t>
      </w:r>
      <w:r>
        <w:t>kyun ke psychology mein yeh jo research hui hai, is se maloom hua hai ke</w:t>
      </w:r>
    </w:p>
    <w:p>
      <w:pPr>
        <w:jc w:val="right"/>
      </w:pPr>
      <w:r>
        <w:t>کیونکہ سائیکالوجی میں یہ جو ریسرچ ہوئی ہے، اس سے معلوم ہوا ہے کہ</w:t>
      </w:r>
    </w:p>
    <w:p>
      <w:r>
        <w:rPr>
          <w:b/>
        </w:rPr>
        <w:t xml:space="preserve">[58:12] </w:t>
      </w:r>
      <w:r>
        <w:t>kisi cheez ko insan ki habit banane ke liye, yaani us ki personality ka hissa ban jaye, woh woh cheez to do char din mein aisa nahi hota.</w:t>
      </w:r>
    </w:p>
    <w:p>
      <w:pPr>
        <w:jc w:val="right"/>
      </w:pPr>
      <w:r>
        <w:t>کسی چیز کو انسان کی ہیبٹ بنانے کے لیے، یعنی اس کی پرسنیلٹی کا حصہ بن جائے، وہ وہ چیز تو دو چار دن میں ایسا نہیں ہوتا۔</w:t>
      </w:r>
    </w:p>
    <w:p>
      <w:r>
        <w:rPr>
          <w:b/>
        </w:rPr>
        <w:t xml:space="preserve">[58:26] </w:t>
      </w:r>
      <w:r>
        <w:t>kam az kam 30 din chahiye, yaani ek pura mahina.</w:t>
      </w:r>
    </w:p>
    <w:p>
      <w:pPr>
        <w:jc w:val="right"/>
      </w:pPr>
      <w:r>
        <w:t>کم از کم 30 دن چاہیے، یعنی ایک پورا مہینہ۔</w:t>
      </w:r>
    </w:p>
    <w:p>
      <w:r>
        <w:rPr>
          <w:b/>
        </w:rPr>
        <w:t xml:space="preserve">[58:31] </w:t>
      </w:r>
      <w:r>
        <w:t>ek pure mahine tak regular tor par jab aadmi is cheez ko karta hai, tab woh us ki personality ka hissa banta hai. to roze ke zariye jo training chahiye, aur insan ki personality mein jo</w:t>
      </w:r>
    </w:p>
    <w:p>
      <w:pPr>
        <w:jc w:val="right"/>
      </w:pPr>
      <w:r>
        <w:t>ایک پورے مہینے تک ریگولر طور پر جب آدمی اس چیز کو کرتا ہے، تب وہ اس کی پرسنیلٹی کا حصہ بنتا ہے۔ تو روزے کے ذریعے جو ٹریننگ چاہیے، اور انسان کی پرسنیلٹی میں جو</w:t>
      </w:r>
    </w:p>
    <w:p>
      <w:r>
        <w:rPr>
          <w:b/>
        </w:rPr>
        <w:t xml:space="preserve">[58:48] </w:t>
      </w:r>
      <w:r>
        <w:t>baatein lana matlab hai shariyat mein, woh do char din ya das din ki training se nahi ho sakta tha. isi liye pure ek mahine ko is ke liye khaas kiya gaya.</w:t>
      </w:r>
    </w:p>
    <w:p>
      <w:pPr>
        <w:jc w:val="right"/>
      </w:pPr>
      <w:r>
        <w:t>باتیں لانا مطلوب ہے شریعت میں، وہ دو چار دن یا دس دن کی ٹریننگ سے نہیں ہو سکتا تھا۔ اسی لیے پورے ایک مہینے کو اس کے لیے خاص کیا گیا۔</w:t>
      </w:r>
    </w:p>
    <w:p>
      <w:r>
        <w:rPr>
          <w:b/>
        </w:rPr>
        <w:t xml:space="preserve">[58:58] </w:t>
      </w:r>
      <w:r>
        <w:t>jab regular tor par har din, har din 30 din tak aadmi in baaton par amal karta hai jo roze mein batai gayi hain, tab ja kar woh us ki personality ka hissa ban jata hai, jo kam az kam ek saal tak chalta rehta hai.</w:t>
      </w:r>
    </w:p>
    <w:p>
      <w:pPr>
        <w:jc w:val="right"/>
      </w:pPr>
      <w:r>
        <w:t>جب ریگولر طور پر ہر دن، ہر دن 30 دن تک آدمی ان باتوں پر عمل کرتا ہے جو روزے میں بتائی گئی ہیں، تب جا کر وہ اس کی پرسنیلٹی کا حصہ بن جاتا ہے، جو کم از کم ایک سال تک چلتا رہتا ہے۔</w:t>
      </w:r>
    </w:p>
    <w:p>
      <w:r>
        <w:rPr>
          <w:b/>
        </w:rPr>
        <w:t xml:space="preserve">[59:14] </w:t>
      </w:r>
      <w:r>
        <w:t>doosri baatein chand mein kahunga is ke aur jo aspect hain is ke. maslan roze mein aap jante hain ke roza shuru hota hai jis ko kehte hain "morning to alight".</w:t>
      </w:r>
    </w:p>
    <w:p>
      <w:pPr>
        <w:jc w:val="right"/>
      </w:pPr>
      <w:r>
        <w:t>دوسری باتیں چند میں کہوں گا اس کے اور جو اسپیکٹ ہیں اس کے۔ مثلاً روزے میں آپ جانتے ہیں کہ روزہ شروع ہوتا ہے جس کو کہتے ہیں "مارننگ ٹو الائٹ"۔</w:t>
      </w:r>
    </w:p>
    <w:p>
      <w:r>
        <w:rPr>
          <w:b/>
        </w:rPr>
        <w:t xml:space="preserve">[59:30] </w:t>
      </w:r>
      <w:r>
        <w:t>urdu mein kehte hain "paon phatna".</w:t>
      </w:r>
    </w:p>
    <w:p>
      <w:pPr>
        <w:jc w:val="right"/>
      </w:pPr>
      <w:r>
        <w:t>اردو میں کہتے ہیں "پاؤں پھٹنا"۔</w:t>
      </w:r>
    </w:p>
    <w:p>
      <w:r>
        <w:rPr>
          <w:b/>
        </w:rPr>
        <w:t xml:space="preserve">[59:32] </w:t>
      </w:r>
      <w:r>
        <w:t>us waqt se roza shuru hota hai. to is mein hadith mein aata hai ke sehri khana sunnat hai, yaani sehri balkeh sehri ki taakeed ki gayi hai.</w:t>
      </w:r>
    </w:p>
    <w:p>
      <w:pPr>
        <w:jc w:val="right"/>
      </w:pPr>
      <w:r>
        <w:t>اس وقت سے روزہ شروع ہوتا ہے۔ تو اس میں حدیث میں آتا ہے کہ سحری کھانا سنت ہے، یعنی سحری بلکہ سحری کی تاکید کی گئی ہے۔</w:t>
      </w:r>
    </w:p>
    <w:p>
      <w:r>
        <w:rPr>
          <w:b/>
        </w:rPr>
        <w:t xml:space="preserve">[59:46] </w:t>
      </w:r>
      <w:r>
        <w:t>kyun? jab subah ko uth kar aap sehri khate hain</w:t>
      </w:r>
    </w:p>
    <w:p>
      <w:pPr>
        <w:jc w:val="right"/>
      </w:pPr>
      <w:r>
        <w:t>کیوں؟ جب صبح کو اٹھ کر آپ سحری کھاتے ہیں</w:t>
      </w:r>
    </w:p>
    <w:p>
      <w:r>
        <w:rPr>
          <w:b/>
        </w:rPr>
        <w:t xml:space="preserve">[59:50] </w:t>
      </w:r>
      <w:r>
        <w:t>to aap Khuda ki nematon ko yaad karte hain. to sehri khane ke waqt jo duaen hain kai, to in duaon ka parhna zaroori nahi hai.</w:t>
      </w:r>
    </w:p>
    <w:p>
      <w:pPr>
        <w:jc w:val="right"/>
      </w:pPr>
      <w:r>
        <w:t>تو آپ خدا کی نعمتوں کو یاد کرتے ہیں۔ تو سحری کھانے کے وقت جو دعائیں ہیں کئی، تو ان دعاؤں کا پڑھنا ضروری نہیں ہے۔</w:t>
      </w:r>
    </w:p>
    <w:p>
      <w:r>
        <w:rPr>
          <w:b/>
        </w:rPr>
        <w:t xml:space="preserve">[1:00:02] </w:t>
      </w:r>
      <w:r>
        <w:t>lekin agar aap duaon ko parh lein to wahi bohat acha hai.</w:t>
      </w:r>
    </w:p>
    <w:p>
      <w:pPr>
        <w:jc w:val="right"/>
      </w:pPr>
      <w:r>
        <w:t>لیکن اگر آپ دعاؤں کو پڑھ لیں تو وہی بہت اچھا ہے۔</w:t>
      </w:r>
    </w:p>
    <w:p>
      <w:r>
        <w:rPr>
          <w:b/>
        </w:rPr>
        <w:t xml:space="preserve">[1:00:08] </w:t>
      </w:r>
      <w:r>
        <w:t>maslan kehte hain ke "وبسوم غد نویت" jab aap ne sehri khayi to aap ke munh se yeh nikla ke "وبسوم غد نویت" yaani agle din ke roze ki maine niyat ki.</w:t>
      </w:r>
    </w:p>
    <w:p>
      <w:pPr>
        <w:jc w:val="right"/>
      </w:pPr>
      <w:r>
        <w:t>مثلاً کہتے ہیں کہ وبسوم غد نویت جب آپ نے سحری کھائی تو آپ کے منہ سے یہ نکلا کہ وبسوم غد نویت یعنی اگلے دن کے روزے کی میں نے نیت کی۔</w:t>
      </w:r>
    </w:p>
    <w:p>
      <w:r>
        <w:rPr>
          <w:b/>
        </w:rPr>
        <w:t xml:space="preserve">[1:00:21] </w:t>
      </w:r>
      <w:r>
        <w:t>yeh keh kar aap ne apni personality ke andar, apne mind ke andar yeh baat dali ke agla din mera roze ka din hoga.</w:t>
      </w:r>
    </w:p>
    <w:p>
      <w:pPr>
        <w:jc w:val="right"/>
      </w:pPr>
      <w:r>
        <w:t>یہ کہہ کر آپ نے اپنی پرسنیلٹی کے اندر، اپنے مائنڈ کے اندر یہ بات ڈالی کہ اگلا دن میرا روزے کا دن ہوگا۔</w:t>
      </w:r>
    </w:p>
    <w:p>
      <w:r>
        <w:rPr>
          <w:b/>
        </w:rPr>
        <w:t xml:space="preserve">[1:00:30] </w:t>
      </w:r>
      <w:r>
        <w:t>is tarike se sham ko jab aap iftar karte hain, us waqt bhi kai duaen hain. main zaati tor par is dua ko bohat pasand karta hoon jo abhi maine kaha tha ke "ذهب الذبح وقتل العروق وثبت الأجر إن شاء الله تعالی"</w:t>
      </w:r>
    </w:p>
    <w:p>
      <w:pPr>
        <w:jc w:val="right"/>
      </w:pPr>
      <w:r>
        <w:t>اس طریقے سے شام کو جب آپ افطار کرتے ہیں، اس وقت بھی کئی دعائیں ہیں۔ میں ذاتی طور پر اس دعا کو بہت پسند کرتا ہوں جو ابھی میں نے کہا تھا کہ ذهب الذبح وقتل العروق وثبت الأجر إن شاء الله تعالی</w:t>
      </w:r>
    </w:p>
    <w:p>
      <w:r>
        <w:rPr>
          <w:b/>
        </w:rPr>
        <w:t xml:space="preserve">[1:00:48] </w:t>
      </w:r>
      <w:r>
        <w:t>ke bhook chali gayi aur ragen tar ho gayin, aur Allah ke haan ajr hamara musallam ho gaya.</w:t>
      </w:r>
    </w:p>
    <w:p>
      <w:pPr>
        <w:jc w:val="right"/>
      </w:pPr>
      <w:r>
        <w:t>کہ بھوک چلی گئی اور رگیں تر ہو گئیں، اور اللہ کے ہاں اجر ہمارا مسلم ہو گیا۔</w:t>
      </w:r>
    </w:p>
    <w:p>
      <w:r>
        <w:rPr>
          <w:b/>
        </w:rPr>
        <w:t xml:space="preserve">[1:00:57] </w:t>
      </w:r>
      <w:r>
        <w:t>to aur bhi bohat sari duaen hain, lekin yaad rakhiye duaen aap agar arabi baat yaad na hon, tab bhi apni zaban mein bhi in duaon ko aap dohra sakte hain.</w:t>
      </w:r>
    </w:p>
    <w:p>
      <w:pPr>
        <w:jc w:val="right"/>
      </w:pPr>
      <w:r>
        <w:t>تو اور بھی بہت ساری دعائیں ہیں، لیکن یاد رکھیے دعائیں آپ اگر عربی بات یاد نہ ہوں، تب بھی اپنی زبان میں بھی ان دعاؤں کو آپ دہرا سکتے ہیں۔</w:t>
      </w:r>
    </w:p>
    <w:p>
      <w:r>
        <w:rPr>
          <w:b/>
        </w:rPr>
        <w:t xml:space="preserve">[1:01:10] </w:t>
      </w:r>
      <w:r>
        <w:t>ramzan mein aap jante hain ke tarawih parhi jati hai. tarawih kya hai? ulma ne yeh likha hai ke tarawih asal mein tahajjud ki taqdeem hai.</w:t>
      </w:r>
    </w:p>
    <w:p>
      <w:pPr>
        <w:jc w:val="right"/>
      </w:pPr>
      <w:r>
        <w:t>رمضان میں آپ جانتے ہیں کہ تراویح پڑھی جاتی ہے۔ تراویح کیا ہے؟ علماء نے یہ لکھا ہے کہ تراویح اصل میں تہجد کی تقدیم ہے۔</w:t>
      </w:r>
    </w:p>
    <w:p>
      <w:r>
        <w:rPr>
          <w:b/>
        </w:rPr>
        <w:t xml:space="preserve">[1:01:24] </w:t>
      </w:r>
      <w:r>
        <w:t>yaani raat ko fajar se pehle</w:t>
      </w:r>
    </w:p>
    <w:p>
      <w:pPr>
        <w:jc w:val="right"/>
      </w:pPr>
      <w:r>
        <w:t>یعنی رات کو فجر سے پہلے</w:t>
      </w:r>
    </w:p>
    <w:p>
      <w:r>
        <w:rPr>
          <w:b/>
        </w:rPr>
        <w:t xml:space="preserve">[1:01:29] </w:t>
      </w:r>
      <w:r>
        <w:t>tahajjud ki namaz ki taleem di gayi hai Quran majeed mein "وتحجت به نافلة لك" to yeh tahajjud parhi jati hai fajar se pehle, fajar ki namaz se pehle.</w:t>
      </w:r>
    </w:p>
    <w:p>
      <w:pPr>
        <w:jc w:val="right"/>
      </w:pPr>
      <w:r>
        <w:t>تہجد کی نماز کی تعلیم دی گئی ہے قرآن مجید میں وتحجت به نافلة لك تو یہ تہجد پڑھی جاتی ہے فجر سے پہلے، فجر کی نماز سے پہلے۔</w:t>
      </w:r>
    </w:p>
    <w:p>
      <w:r>
        <w:rPr>
          <w:b/>
        </w:rPr>
        <w:t xml:space="preserve">[1:01:41] </w:t>
      </w:r>
      <w:r>
        <w:t>lekin ramzan mein is ko</w:t>
      </w:r>
    </w:p>
    <w:p>
      <w:pPr>
        <w:jc w:val="right"/>
      </w:pPr>
      <w:r>
        <w:t>لیکن رمضان میں اس کو</w:t>
      </w:r>
    </w:p>
    <w:p>
      <w:r>
        <w:rPr>
          <w:b/>
        </w:rPr>
        <w:t xml:space="preserve">[1:01:45] </w:t>
      </w:r>
      <w:r>
        <w:t>jamaat ki soorat mein ada karne ke liye isha ke baad kar diya gaya. kyun ke isha ke baad aasani se log ikhatta ho sakte hain.</w:t>
      </w:r>
    </w:p>
    <w:p>
      <w:pPr>
        <w:jc w:val="right"/>
      </w:pPr>
      <w:r>
        <w:t>جماعت کی صورت میں ادا کرنے کے لیے عشاء کے بعد کر دیا گیا۔ کیونکہ عشاء کے بعد آسانی سے لوگ اکٹھا ہو سکتے ہیں۔</w:t>
      </w:r>
    </w:p>
    <w:p>
      <w:r>
        <w:rPr>
          <w:b/>
        </w:rPr>
        <w:t xml:space="preserve">[1:01:54] </w:t>
      </w:r>
      <w:r>
        <w:t>to is ko is ko congregational prayer banane ke liye aisa kiya gaya ke jo namaz</w:t>
      </w:r>
    </w:p>
    <w:p>
      <w:pPr>
        <w:jc w:val="right"/>
      </w:pPr>
      <w:r>
        <w:t>تو اس کو اس کو کانگریگیشنل پریئر بنانے کے لیے ایسا کیا گیا کہ جو نماز</w:t>
      </w:r>
    </w:p>
    <w:p>
      <w:r>
        <w:rPr>
          <w:b/>
        </w:rPr>
        <w:t xml:space="preserve">[1:02:01] </w:t>
      </w:r>
      <w:r>
        <w:t>tahajjud ki aam tor par hoti hai fajar se pehle, us ko isha ke baad rakh diya gaya. tarawih ke bare mein aam tor par do maslak hain.</w:t>
      </w:r>
    </w:p>
    <w:p>
      <w:pPr>
        <w:jc w:val="right"/>
      </w:pPr>
      <w:r>
        <w:t>تہجد کی عام طور پر ہوتی ہے فجر سے پہلے، اس کو عشاء کے بعد رکھ دیا گیا۔ تراویح کے بارے میں عام طور پر دو مسلک ہیں۔</w:t>
      </w:r>
    </w:p>
    <w:p>
      <w:r>
        <w:rPr>
          <w:b/>
        </w:rPr>
        <w:t xml:space="preserve">[1:02:12] </w:t>
      </w:r>
      <w:r>
        <w:t>ek hinfi hazraat ka hai, ek salfi hazraat ka. to hinfi hazraat jo hain, woh bees rak'at namaz padhte hain.</w:t>
      </w:r>
    </w:p>
    <w:p>
      <w:pPr>
        <w:jc w:val="right"/>
      </w:pPr>
      <w:r>
        <w:t>ایک حنفی حضرات کا ہے، ایک سلفی حضرات کا۔ تو حنفی حضرات جو ہیں، وہ بیس رکعت نماز پڑھتے ہیں۔</w:t>
      </w:r>
    </w:p>
    <w:p>
      <w:r>
        <w:rPr>
          <w:b/>
        </w:rPr>
        <w:t xml:space="preserve">[1:02:20] </w:t>
      </w:r>
      <w:r>
        <w:t>yeh bhi theek hai. salfi hazraat ka kehna hai ke nahi, aath rak'at. mere nazdeek woh bhi theek hai. yaani aisa nahi hai ke aath rak'at sahi ho, bees rak'at galat ho.</w:t>
      </w:r>
    </w:p>
    <w:p>
      <w:pPr>
        <w:jc w:val="right"/>
      </w:pPr>
      <w:r>
        <w:t>یہ بھی ٹھیک ہے۔ سلفی حضرات کا کہنا ہے کہ نہیں، آٹھ رکعت۔ میرے نزدیک وہ بھی ٹھیک ہے۔ یعنی ایسا نہیں ہے کہ آٹھ رکعت صحیح ہو، بیس رکعت غلط ہو۔</w:t>
      </w:r>
    </w:p>
    <w:p>
      <w:r>
        <w:rPr>
          <w:b/>
        </w:rPr>
        <w:t xml:space="preserve">[1:02:31] </w:t>
      </w:r>
      <w:r>
        <w:t>ya bees rak'at sahi ho, aath rak'at galat ho. mere nazdeek dono hi sahi hain. asal cheez kya hai?</w:t>
      </w:r>
    </w:p>
    <w:p>
      <w:pPr>
        <w:jc w:val="right"/>
      </w:pPr>
      <w:r>
        <w:t>یا بیس رکعت صحیح ہو، آٹھ رکعت غلط ہو۔ میرے نزدیک دونوں ہی صحیح ہیں۔ اصل چیز کیا ہے؟</w:t>
      </w:r>
    </w:p>
    <w:p>
      <w:r>
        <w:rPr>
          <w:b/>
        </w:rPr>
        <w:t xml:space="preserve">[1:02:38] </w:t>
      </w:r>
      <w:r>
        <w:t>ke taraveeh ke zariye hum roze mein haalat-e-namaz mein quran ko dohrate hain.</w:t>
      </w:r>
    </w:p>
    <w:p>
      <w:pPr>
        <w:jc w:val="right"/>
      </w:pPr>
      <w:r>
        <w:t>کہ تراویح کے ذریعے ہم روزے میں حالت نماز میں قرآن کو دہراتے ہیں۔</w:t>
      </w:r>
    </w:p>
    <w:p>
      <w:r>
        <w:rPr>
          <w:b/>
        </w:rPr>
        <w:t xml:space="preserve">[1:02:48] </w:t>
      </w:r>
      <w:r>
        <w:t>to maqsad jo hai, woh hai quran ko dohrana. to poora poora quran is liye khatm kiya jata hai ke saare jo mazameen quran mein aaye hain, woh sab aap ke samne aa jayen</w:t>
      </w:r>
    </w:p>
    <w:p>
      <w:pPr>
        <w:jc w:val="right"/>
      </w:pPr>
      <w:r>
        <w:t>تو مقصد جو ہے، وہ ہے قرآن کو دہرانا۔ تو پورا پورا قرآن اس لیے ختم کیا جاتا ہے کہ سارے جو مضامین قرآن میں آئے ہیں، وہ سب آپ کے سامنے آ جائیں</w:t>
      </w:r>
    </w:p>
    <w:p>
      <w:r>
        <w:rPr>
          <w:b/>
        </w:rPr>
        <w:t xml:space="preserve">[1:02:58] </w:t>
      </w:r>
      <w:r>
        <w:t>aur woh sab aap ko mind ka hissa ban jayen. to taraveeh ka matlab hai roze ke zamane mein namaz ki haalat mein poore quran ko sunna.</w:t>
      </w:r>
    </w:p>
    <w:p>
      <w:pPr>
        <w:jc w:val="right"/>
      </w:pPr>
      <w:r>
        <w:t>اور وہ سب آپ کو مائنڈ کا حصہ بن جائیں۔ تو تراویح کا مطلب ہے روزے کے زمانے میں نماز کی حالت میں پورے قرآن کو سننا۔</w:t>
      </w:r>
    </w:p>
    <w:p>
      <w:r>
        <w:rPr>
          <w:b/>
        </w:rPr>
        <w:t xml:space="preserve">[1:03:14] </w:t>
      </w:r>
      <w:r>
        <w:t>aur sun kar ke dhyan mein</w:t>
      </w:r>
    </w:p>
    <w:p>
      <w:pPr>
        <w:jc w:val="right"/>
      </w:pPr>
      <w:r>
        <w:t>اور سن کر کے دھیان میں</w:t>
      </w:r>
    </w:p>
    <w:p>
      <w:r>
        <w:rPr>
          <w:b/>
        </w:rPr>
        <w:t xml:space="preserve">[1:03:16] </w:t>
      </w:r>
      <w:r>
        <w:t>rakhna aur is par amal karne ka shauq paida hona. is tarah se ramzan ke zamane mein quran ki tilawat ki taakeed ki gayi hai.</w:t>
      </w:r>
    </w:p>
    <w:p>
      <w:pPr>
        <w:jc w:val="right"/>
      </w:pPr>
      <w:r>
        <w:t>رکھنا اور اس پر عمل کرنے کا شوق پیدا ہونا۔ اس طریقے سے رمضان کے زمانے میں قرآن کی تلاوت کی تاکید کی گئی ہے۔</w:t>
      </w:r>
    </w:p>
    <w:p>
      <w:r>
        <w:rPr>
          <w:b/>
        </w:rPr>
        <w:t xml:space="preserve">[1:03:27] </w:t>
      </w:r>
      <w:r>
        <w:t>woh bhi isi liye hai ke tilawat kar ke hum quran par ghaur karen, quran ke mazameen ko samjhen.</w:t>
      </w:r>
    </w:p>
    <w:p>
      <w:pPr>
        <w:jc w:val="right"/>
      </w:pPr>
      <w:r>
        <w:t>وہ بھی اسی لیے ہے کہ تلاوت کر کے ہم قرآن پر غور کریں، قرآن کے مضامین کو سمجھیں۔</w:t>
      </w:r>
    </w:p>
    <w:p>
      <w:r>
        <w:rPr>
          <w:b/>
        </w:rPr>
        <w:t xml:space="preserve">[1:03:35] </w:t>
      </w:r>
      <w:r>
        <w:t>aur chunke ramzan ke mahine mein quran utara gaya, to is nisbat se humein zyada tawajjuh ke sath quran ko padhna chahiye.</w:t>
      </w:r>
    </w:p>
    <w:p>
      <w:pPr>
        <w:jc w:val="right"/>
      </w:pPr>
      <w:r>
        <w:t>اور چونکہ رمضان کے مہینے میں قرآن اتارا گیا، تو اس نسبت سے ہمیں زیادہ توجہ کے ساتھ قرآن کو پڑھنا چاہیے۔</w:t>
      </w:r>
    </w:p>
    <w:p>
      <w:r>
        <w:rPr>
          <w:b/>
        </w:rPr>
        <w:t xml:space="preserve">[1:03:46] </w:t>
      </w:r>
      <w:r>
        <w:t>aur ramzan ke mahine mein zyada se zyada quran ke mazameen ko apne mind mein bithana chahiye.</w:t>
      </w:r>
    </w:p>
    <w:p>
      <w:pPr>
        <w:jc w:val="right"/>
      </w:pPr>
      <w:r>
        <w:t>اور رمضان کے مہینے میں زیادہ سے زیادہ قرآن کے مضامین کو اپنے مائنڈ میں بٹھانا چاہیے۔</w:t>
      </w:r>
    </w:p>
    <w:p>
      <w:r>
        <w:rPr>
          <w:b/>
        </w:rPr>
        <w:t xml:space="preserve">[1:03:54] </w:t>
      </w:r>
      <w:r>
        <w:t>aur ramzan ke mahine mein aap jante hain ke shab-e-qadr aati hai. yaani ramzan ke aakhri ashra mein taaq raaton mein kaha jata hai.</w:t>
      </w:r>
    </w:p>
    <w:p>
      <w:pPr>
        <w:jc w:val="right"/>
      </w:pPr>
      <w:r>
        <w:t>اور رمضان کے مہینے میں آپ جانتے ہیں کہ شب قدر آتی ہے۔ یعنی رمضان کے آخری عشرہ میں طاق راتوں میں کہا جاتا ہے۔</w:t>
      </w:r>
    </w:p>
    <w:p>
      <w:r>
        <w:rPr>
          <w:b/>
        </w:rPr>
        <w:t xml:space="preserve">[1:04:09] </w:t>
      </w:r>
      <w:r>
        <w:t>hadees mein aata hai ke taaq raaton mein shab-e-qadr ko talash karo.</w:t>
      </w:r>
    </w:p>
    <w:p>
      <w:pPr>
        <w:jc w:val="right"/>
      </w:pPr>
      <w:r>
        <w:t>حدیث میں آتا ہے کہ طاق راتوں میں شب قدر کو تلاش کرو۔</w:t>
      </w:r>
    </w:p>
    <w:p>
      <w:r>
        <w:rPr>
          <w:b/>
        </w:rPr>
        <w:t xml:space="preserve">[1:04:14] </w:t>
      </w:r>
      <w:r>
        <w:t>yaani to shab-e-qadr ke bare mein yeh hai ke koi yaani mutayyan tareekh hadees mein batai nahi gayi hai ke isi tareekh ko shab-e-qadr hogi.</w:t>
      </w:r>
    </w:p>
    <w:p>
      <w:pPr>
        <w:jc w:val="right"/>
      </w:pPr>
      <w:r>
        <w:t>یعنی تو شب قدر کے بارے میں یہ ہے کہ کوئی یعنی متعین تاریخ حدیث میں بتائی نہیں گئی ہے کہ اسی تاریخ کو شب قدر ہوگی۔</w:t>
      </w:r>
    </w:p>
    <w:p>
      <w:r>
        <w:rPr>
          <w:b/>
        </w:rPr>
        <w:t xml:space="preserve">[1:04:30] </w:t>
      </w:r>
      <w:r>
        <w:t>lekin probably woh hoti hai</w:t>
      </w:r>
    </w:p>
    <w:p>
      <w:pPr>
        <w:jc w:val="right"/>
      </w:pPr>
      <w:r>
        <w:t>لیکن probably وہ ہوتی ہے</w:t>
      </w:r>
    </w:p>
    <w:p>
      <w:r>
        <w:rPr>
          <w:b/>
        </w:rPr>
        <w:t xml:space="preserve">[1:04:33] </w:t>
      </w:r>
      <w:r>
        <w:t>yaani aakhri ashra mein aur most probably hoti hai kisi taaq raat mein. to shab-e-qadr ke bare mein ek riwayat aati hai ke Hazrat Aisha ne poocha Rasool Allah se ke agar mujhe shab-e-qadr mil jaye to main kya kahoon?</w:t>
      </w:r>
    </w:p>
    <w:p>
      <w:pPr>
        <w:jc w:val="right"/>
      </w:pPr>
      <w:r>
        <w:t>یعنی آخری عشرہ میں اور most probably ہوتی ہے کسی طاق رات میں۔ تو شب قدر کے بارے میں ایک روایت آتی ہے کہ حضرت عائشہ نے پوچھا رسول اللہ سے کہ اگر مجھے شب قدر مل جائے تو میں کیا کہوں؟</w:t>
      </w:r>
    </w:p>
    <w:p>
      <w:r>
        <w:rPr>
          <w:b/>
        </w:rPr>
        <w:t xml:space="preserve">[1:04:53] </w:t>
      </w:r>
      <w:r>
        <w:t>to aap ne farmaya ke yeh kaho ke Allahumma anta afuwwun tuhibbul afwa fafu anni aye Khuda!</w:t>
      </w:r>
    </w:p>
    <w:p>
      <w:pPr>
        <w:jc w:val="right"/>
      </w:pPr>
      <w:r>
        <w:t>تو آپ نے فرمایا کہ یہ کہو کہ اللهم أنت عفو تحب العفو فاعفو عني اے خدا!</w:t>
      </w:r>
    </w:p>
    <w:p>
      <w:r>
        <w:rPr>
          <w:b/>
        </w:rPr>
        <w:t xml:space="preserve">[1:05:05] </w:t>
      </w:r>
      <w:r>
        <w:t>to maaf karne wala hai, to maafi ko pasand karta hai, to tu mujh ko maaf farma de.</w:t>
      </w:r>
    </w:p>
    <w:p>
      <w:pPr>
        <w:jc w:val="right"/>
      </w:pPr>
      <w:r>
        <w:t>تو معاف کرنے والا ہے، تو معافی کو پسند کرتا ہے، تو تو مجھ کو معاف فرما دے۔</w:t>
      </w:r>
    </w:p>
    <w:p>
      <w:r>
        <w:rPr>
          <w:b/>
        </w:rPr>
        <w:t xml:space="preserve">[1:05:15] </w:t>
      </w:r>
      <w:r>
        <w:t>is se woh spirit maloom hoti hai ke agar shab-e-qadr kisi ko mil jaye to us ke andar kya spirit jaagna chahiye?</w:t>
      </w:r>
    </w:p>
    <w:p>
      <w:pPr>
        <w:jc w:val="right"/>
      </w:pPr>
      <w:r>
        <w:t>اس سے وہ اسپرٹ معلوم ہوتی ہے کہ اگر شب قدر کسی کو مل جائے تو اس کے اندر کیا اسپرٹ جاگنا چاہیے؟</w:t>
      </w:r>
    </w:p>
    <w:p>
      <w:r>
        <w:rPr>
          <w:b/>
        </w:rPr>
        <w:t xml:space="preserve">[1:05:27] </w:t>
      </w:r>
      <w:r>
        <w:t>kya dua karna chahiye? Allah se kis cheez ka talib hona chahiye? woh hai maafi. maafi ka matlab kya hai?</w:t>
      </w:r>
    </w:p>
    <w:p>
      <w:pPr>
        <w:jc w:val="right"/>
      </w:pPr>
      <w:r>
        <w:t>کیا دعا کرنا چاہیے؟ اللہ سے کس چیز کا طالب ہونا چاہیے؟ وہ ہے معافی۔ معافی کا مطلب کیا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