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Conversation with Maulana Wahiduddin Khan on Ramadan</w:t>
      </w:r>
    </w:p>
    <w:p>
      <w:r>
        <w:t>https://www.youtube.com/watch?v=CFsdIL4yWQg</w:t>
      </w:r>
    </w:p>
    <w:p>
      <w:r>
        <w:rPr>
          <w:b/>
        </w:rPr>
        <w:t xml:space="preserve">[00:13] </w:t>
      </w:r>
      <w:r>
        <w:t>Bismillah hir rahman nir rahim, wa salla Allahu ala nabiyyil kareem. Muhtaram nazreen-e-karam, Assalamu Alaikum wa Rahmatullahi.</w:t>
      </w:r>
    </w:p>
    <w:p>
      <w:pPr>
        <w:jc w:val="right"/>
      </w:pPr>
      <w:r>
        <w:t>بسم اللہ الرحمن الرحیم، وصلی اللہ علی النبی الکریم۔ محترم ناظرینِ کرام، السلام علیکم ورحمۃ اللہ۔</w:t>
      </w:r>
    </w:p>
    <w:p>
      <w:r>
        <w:rPr>
          <w:b/>
        </w:rPr>
        <w:t xml:space="preserve">[00:26] </w:t>
      </w:r>
      <w:r>
        <w:t>jaisa ke aap ko maloom hai</w:t>
      </w:r>
    </w:p>
    <w:p>
      <w:pPr>
        <w:jc w:val="right"/>
      </w:pPr>
      <w:r>
        <w:t>جیسا کہ آپ کو معلوم ہے</w:t>
      </w:r>
    </w:p>
    <w:p>
      <w:r>
        <w:rPr>
          <w:b/>
        </w:rPr>
        <w:t xml:space="preserve">[00:30] </w:t>
      </w:r>
      <w:r>
        <w:t>ke ramzan al-mubarak ka mahina shuru ho raha hai, yeh mahina badi rehmaton aur barkaton ka mahina hai.</w:t>
      </w:r>
    </w:p>
    <w:p>
      <w:pPr>
        <w:jc w:val="right"/>
      </w:pPr>
      <w:r>
        <w:t>کہ رمضان المبارک کا مہینہ شروع ہو رہا ہے، یہ مہینہ بڑی رحمتوں اور برکتوں کا مہینہ ہے۔</w:t>
      </w:r>
    </w:p>
    <w:p>
      <w:r>
        <w:rPr>
          <w:b/>
        </w:rPr>
        <w:t xml:space="preserve">[00:41] </w:t>
      </w:r>
      <w:r>
        <w:t>is mahine ki khusoosi ibadat roza hai.</w:t>
      </w:r>
    </w:p>
    <w:p>
      <w:pPr>
        <w:jc w:val="right"/>
      </w:pPr>
      <w:r>
        <w:t>اس مہینے کی خصوصی عبادت روزہ ہے۔</w:t>
      </w:r>
    </w:p>
    <w:p>
      <w:r>
        <w:rPr>
          <w:b/>
        </w:rPr>
        <w:t xml:space="preserve">[00:48] </w:t>
      </w:r>
      <w:r>
        <w:t>is mahine mein hum roza rakh kar Khuda ki ibadat karte hain aur naik kamon mein zyada se zyada aage badh kar Khuda ki khushi hasil karne ki koshish karte hain.</w:t>
      </w:r>
    </w:p>
    <w:p>
      <w:pPr>
        <w:jc w:val="right"/>
      </w:pPr>
      <w:r>
        <w:t>اس مہینے میں ہم روزہ رکھ کر خدا کی عبادت کرتے ہیں اور نیک کاموں میں زیادہ سے زیادہ آگے بڑھ کر خدا کی خوشی حاصل کرنے کی کوشش کرتے ہیں۔</w:t>
      </w:r>
    </w:p>
    <w:p>
      <w:r>
        <w:rPr>
          <w:b/>
        </w:rPr>
        <w:t xml:space="preserve">[01:05] </w:t>
      </w:r>
      <w:r>
        <w:t>roze ki nisbat se sowen ramzan ka yeh khusoosi program shuru kiya ja raha hai.</w:t>
      </w:r>
    </w:p>
    <w:p>
      <w:pPr>
        <w:jc w:val="right"/>
      </w:pPr>
      <w:r>
        <w:t>روزے کی نسبت سے سوویں رمضان کا یہ خصوصی پروگرام شروع کیا جا رہا ہے۔</w:t>
      </w:r>
    </w:p>
    <w:p>
      <w:r>
        <w:rPr>
          <w:b/>
        </w:rPr>
        <w:t xml:space="preserve">[01:16] </w:t>
      </w:r>
      <w:r>
        <w:t>is program ke tehat inshallah hum rozana maah ramzan ke mukhtalif</w:t>
      </w:r>
    </w:p>
    <w:p>
      <w:pPr>
        <w:jc w:val="right"/>
      </w:pPr>
      <w:r>
        <w:t>اس پروگرام کے تحت انشاءاللہ ہم روزانہ ماہ رمضان کے مختلف</w:t>
      </w:r>
    </w:p>
    <w:p>
      <w:r>
        <w:rPr>
          <w:b/>
        </w:rPr>
        <w:t xml:space="preserve">[01:24] </w:t>
      </w:r>
      <w:r>
        <w:t>pehluon par baat karenge. is program ke liye hum ne aalam e islam ki mashhoor ilmi shakhsiyat aur maroof aalim e deen hazrat Maulana Wahiduddin Khan sahib</w:t>
      </w:r>
    </w:p>
    <w:p>
      <w:pPr>
        <w:jc w:val="right"/>
      </w:pPr>
      <w:r>
        <w:t>پہلوؤں پر بات کریں گے۔ اس پروگرام کے لیے ہم نے عالم اسلام کی مشہور علمی شخصیت اور معروف عالم دین حضرت مولانا وحید الدین خان صاحب</w:t>
      </w:r>
    </w:p>
    <w:p>
      <w:r>
        <w:rPr>
          <w:b/>
        </w:rPr>
        <w:t xml:space="preserve">[01:43] </w:t>
      </w:r>
      <w:r>
        <w:t>ko zehmat di hai. aap ko maloom hai ke Maulana mohtaram taqreeban 200 kitabon ke musannif hain aur sari dunya mein Maulana ki tehreeron ke zariye</w:t>
      </w:r>
    </w:p>
    <w:p>
      <w:pPr>
        <w:jc w:val="right"/>
      </w:pPr>
      <w:r>
        <w:t>کو زحمت دی ہے۔ آپ کو معلوم ہے کہ مولانا موصوف تقریباً 200 کتابوں کے مصنف ہیں اور ساری دنیا میں مولانا کی تحریروں کے ذریعے</w:t>
      </w:r>
    </w:p>
    <w:p>
      <w:r>
        <w:rPr>
          <w:b/>
        </w:rPr>
        <w:t xml:space="preserve">[02:02] </w:t>
      </w:r>
      <w:r>
        <w:t>logon ko naya iman aur nayi fikr mil rahi hai. sowen ramzan ke is program ke tehat hum Maulana se guftagu karenge aur ramzan ke mukhtalif</w:t>
      </w:r>
    </w:p>
    <w:p>
      <w:pPr>
        <w:jc w:val="right"/>
      </w:pPr>
      <w:r>
        <w:t>لوگوں کو نیا ایمان اور نئی فکر مل رہی ہے۔ سوویں رمضان کے اس پروگرام کے تحت ہم مولانا سے گفتگو کریں گے اور رمضان کے مختلف</w:t>
      </w:r>
    </w:p>
    <w:p>
      <w:r>
        <w:rPr>
          <w:b/>
        </w:rPr>
        <w:t xml:space="preserve">[02:20] </w:t>
      </w:r>
      <w:r>
        <w:t>ilmi aur deeni aur tarbiyati pehluon se mutalliq hum Maulana se maloomat hasil karenge. aaj ke is program ka mozu hai:</w:t>
      </w:r>
    </w:p>
    <w:p>
      <w:pPr>
        <w:jc w:val="right"/>
      </w:pPr>
      <w:r>
        <w:t>علمی اور دینی اور تربیتی پہلوؤں سے متعلق ہم مولانا سے معلومات حاصل کریں گے۔ آج کے اس پروگرام کا موضوع ہے:</w:t>
      </w:r>
    </w:p>
    <w:p>
      <w:r>
        <w:rPr>
          <w:b/>
        </w:rPr>
        <w:t xml:space="preserve">[02:35] </w:t>
      </w:r>
      <w:r>
        <w:t>roza kya hai?</w:t>
      </w:r>
    </w:p>
    <w:p>
      <w:pPr>
        <w:jc w:val="right"/>
      </w:pPr>
      <w:r>
        <w:t>روزہ کیا ہے؟</w:t>
      </w:r>
    </w:p>
    <w:p>
      <w:r>
        <w:rPr>
          <w:b/>
        </w:rPr>
        <w:t xml:space="preserve">[02:37] </w:t>
      </w:r>
      <w:r>
        <w:t>roza kyun farz kiya gaya hai? is ki islami nuqta nazar se kya ahmiyat hai? to aaiye ab hum is mozu par Maulana se apni guftagu ka aaghaz karte hain.</w:t>
      </w:r>
    </w:p>
    <w:p>
      <w:pPr>
        <w:jc w:val="right"/>
      </w:pPr>
      <w:r>
        <w:t>روزہ کیوں فرض کیا گیا ہے؟ اس کی اسلامی نقطہ نظر سے کیا اہمیت ہے؟ تو آئیے اب ہم اس موضوع پر مولانا سے اپنی گفتگو کا آغاز کرتے ہیں۔</w:t>
      </w:r>
    </w:p>
    <w:p>
      <w:r>
        <w:rPr>
          <w:b/>
        </w:rPr>
        <w:t xml:space="preserve">[02:59] </w:t>
      </w:r>
      <w:r>
        <w:t>jaisa ke maloom hai ke aaj ke is program ka mozu hai: roza kya hai? to hum aap se yeh janna chahenge ke islami nuqta nazar se roze ki ahmiyat kya hai, aap is par roshni daliye.</w:t>
      </w:r>
    </w:p>
    <w:p>
      <w:pPr>
        <w:jc w:val="right"/>
      </w:pPr>
      <w:r>
        <w:t>جیسا کہ معلوم ہے کہ آج کے اس پروگرام کا موضوع ہے: روزہ کیا ہے؟ تو ہم آپ سے یہ جاننا چاہیں گے کہ اسلامی نقطہ نظر سے روزے کی اہمیت کیا ہے، آپ اس پر روشنی ڈالیے۔</w:t>
      </w:r>
    </w:p>
    <w:p>
      <w:r>
        <w:rPr>
          <w:b/>
        </w:rPr>
        <w:t xml:space="preserve">[03:17] </w:t>
      </w:r>
      <w:r>
        <w:t>dekhiye, roze ko hadith mein aur quran mein saum kaha gaya hai. saum ke maani hote hain rukna, yaani abstinence.</w:t>
      </w:r>
    </w:p>
    <w:p>
      <w:pPr>
        <w:jc w:val="right"/>
      </w:pPr>
      <w:r>
        <w:t>دیکھیے، روزہ کو حدیث میں اور قرآن میں صوم کہا گیا ہے۔ صوم کے معنی ہوتے ہیں رکنا، یعنی abstinence۔</w:t>
      </w:r>
    </w:p>
    <w:p>
      <w:r>
        <w:rPr>
          <w:b/>
        </w:rPr>
        <w:t xml:space="preserve">[03:34] </w:t>
      </w:r>
      <w:r>
        <w:t>to roze ki haqeeqat hai apne aap ko</w:t>
      </w:r>
    </w:p>
    <w:p>
      <w:pPr>
        <w:jc w:val="right"/>
      </w:pPr>
      <w:r>
        <w:t>تو روزے کی حقیقت ہے اپنے آپ کو</w:t>
      </w:r>
    </w:p>
    <w:p>
      <w:r>
        <w:rPr>
          <w:b/>
        </w:rPr>
        <w:t xml:space="preserve">[03:38] </w:t>
      </w:r>
      <w:r>
        <w:t>rokna unwanted cheezon se. main samajhta hoon ke roza ek bohat bari ahmiyat ki cheez hai islami zindagi mein.</w:t>
      </w:r>
    </w:p>
    <w:p>
      <w:pPr>
        <w:jc w:val="right"/>
      </w:pPr>
      <w:r>
        <w:t>روکنا unwanted چیزوں سے۔ میں سمجھتا ہوں کہ روزہ ایک بہت بڑی اہمیت کی چیز ہے اسلامی زندگی میں۔</w:t>
      </w:r>
    </w:p>
    <w:p>
      <w:r>
        <w:rPr>
          <w:b/>
        </w:rPr>
        <w:t xml:space="preserve">[03:54] </w:t>
      </w:r>
      <w:r>
        <w:t>aur main samajhta hoon ke roze ka silsila shuru ho gaya tha Hazrat Adam se,</w:t>
      </w:r>
    </w:p>
    <w:p>
      <w:pPr>
        <w:jc w:val="right"/>
      </w:pPr>
      <w:r>
        <w:t>اور میں سمجھتا ہوں کہ روزہ کا سلسلہ شروع ہو گیا تھا حضرت آدم سے،</w:t>
      </w:r>
    </w:p>
    <w:p>
      <w:r>
        <w:rPr>
          <w:b/>
        </w:rPr>
        <w:t xml:space="preserve">[03:59] </w:t>
      </w:r>
      <w:r>
        <w:t>apni haqeeqat ke aitbar se. Hazrat Adam se jab kaha gaya ke tum jannat mein raho lekin is darakht ke paas na jana, is darakht ka phal na khana,</w:t>
      </w:r>
    </w:p>
    <w:p>
      <w:pPr>
        <w:jc w:val="right"/>
      </w:pPr>
      <w:r>
        <w:t>اپنی حقیقت کے اعتبار سے۔ حضرت آدم سے جب کہا گیا کہ تم جنت میں رہو لیکن اس درخت کے پاس نہ جانا، اس درخت کا پھل نہ کھانا،</w:t>
      </w:r>
    </w:p>
    <w:p>
      <w:r>
        <w:rPr>
          <w:b/>
        </w:rPr>
        <w:t xml:space="preserve">[04:13] </w:t>
      </w:r>
      <w:r>
        <w:t>to woh bhi ek roza tha.</w:t>
      </w:r>
    </w:p>
    <w:p>
      <w:pPr>
        <w:jc w:val="right"/>
      </w:pPr>
      <w:r>
        <w:t>تو وہ بھی ایک روزہ تھا۔</w:t>
      </w:r>
    </w:p>
    <w:p>
      <w:r>
        <w:rPr>
          <w:b/>
        </w:rPr>
        <w:t xml:space="preserve">[04:16] </w:t>
      </w:r>
      <w:r>
        <w:t>jannat mein sab kuch aap ke liye hai lekin is se aap ko roza rakhna hai. yeh kya cheez hai? main samajhta hoon ke insan ko Khuda ne jab banaya hai to is ke andar bohat si khwahishein hain, desire hain.</w:t>
      </w:r>
    </w:p>
    <w:p>
      <w:pPr>
        <w:jc w:val="right"/>
      </w:pPr>
      <w:r>
        <w:t>جنت میں سب کچھ آپ کے لیے ہے لیکن اس سے آپ کو روزہ رکھنا ہے۔ یہ کیا چیز ہے؟ میں سمجھتا ہوں کہ انسان کو خدا نے جب بنایا ہے تو اس کے اندر بہت سی خواہشیں ہیں، desire ہیں۔</w:t>
      </w:r>
    </w:p>
    <w:p>
      <w:r>
        <w:rPr>
          <w:b/>
        </w:rPr>
        <w:t xml:space="preserve">[04:33] </w:t>
      </w:r>
      <w:r>
        <w:t>aur is dunya mein jis ko imtehan ke taur par banaya gaya hai to is mein bar bar bohat si baatein hoti hain, maslan shatar angizi hai, kisi ne gaali de diya, kisi ne nuqsan pohanchaya.</w:t>
      </w:r>
    </w:p>
    <w:p>
      <w:pPr>
        <w:jc w:val="right"/>
      </w:pPr>
      <w:r>
        <w:t>اور اس دنیا میں جس کو امتحان کے طور پر بنایا گیا ہے تو اس میں بار بار بہت سی باتیں ہوتی ہیں، مثلاً شطار انگیزی ہے، کسی نے گالی دے دیا، کسی نے نقصان پہنچایا۔</w:t>
      </w:r>
    </w:p>
    <w:p>
      <w:r>
        <w:rPr>
          <w:b/>
        </w:rPr>
        <w:t xml:space="preserve">[04:47] </w:t>
      </w:r>
      <w:r>
        <w:t>to kai baar aisa hota hai ke aap</w:t>
      </w:r>
    </w:p>
    <w:p>
      <w:pPr>
        <w:jc w:val="right"/>
      </w:pPr>
      <w:r>
        <w:t>تو کئی بار ایسا ہوتا ہے کہ آپ</w:t>
      </w:r>
    </w:p>
    <w:p>
      <w:r>
        <w:rPr>
          <w:b/>
        </w:rPr>
        <w:t xml:space="preserve">[04:50] </w:t>
      </w:r>
      <w:r>
        <w:t>ko namuwafeq jo sahib ka paish aata hai, wahan kya karein? to wahan par Khuda yeh chahta hai ke aap apne ko thaamein, apne ko rokein.</w:t>
      </w:r>
    </w:p>
    <w:p>
      <w:pPr>
        <w:jc w:val="right"/>
      </w:pPr>
      <w:r>
        <w:t>کو ناموافق جو صاحب کا پیش آتا ہے، وہاں کیا کریں؟ تو وہاں پر خدا یہ چاہتا ہے کہ آپ اپنے کو تھامیں، اپنے کو روکیں۔</w:t>
      </w:r>
    </w:p>
    <w:p>
      <w:r>
        <w:rPr>
          <w:b/>
        </w:rPr>
        <w:t xml:space="preserve">[05:02] </w:t>
      </w:r>
      <w:r>
        <w:t>yeh nahi ke react karne lagen, ladne lagen, foran the trouble</w:t>
      </w:r>
    </w:p>
    <w:p>
      <w:pPr>
        <w:jc w:val="right"/>
      </w:pPr>
      <w:r>
        <w:t>یہ نہیں کہ react کرنے لگیں، لڑنے لگیں، فوراً the double</w:t>
      </w:r>
    </w:p>
    <w:p>
      <w:r>
        <w:rPr>
          <w:b/>
        </w:rPr>
        <w:t xml:space="preserve">[05:09] </w:t>
      </w:r>
      <w:r>
        <w:t>zahair karne lagen. yeh Khuda ka tareeqa nahi hai. kyun? agar aap namuwafeq cheezon se ulajh gaye to aap apni taraqqi ka jo process hai,</w:t>
      </w:r>
    </w:p>
    <w:p>
      <w:pPr>
        <w:jc w:val="right"/>
      </w:pPr>
      <w:r>
        <w:t>ظاہر کرنے لگیں۔ یہ خدا کا طریقہ نہیں ہے۔ کیوں؟ اگر آپ ناموافق چیزوں سے الجھ گئے تو آپ اپنی ترقی کا جو process ہے،</w:t>
      </w:r>
    </w:p>
    <w:p>
      <w:r>
        <w:rPr>
          <w:b/>
        </w:rPr>
        <w:t xml:space="preserve">[05:22] </w:t>
      </w:r>
      <w:r>
        <w:t>is ko aap jaari nahi rakh sakenge.</w:t>
      </w:r>
    </w:p>
    <w:p>
      <w:pPr>
        <w:jc w:val="right"/>
      </w:pPr>
      <w:r>
        <w:t>اس کو آپ جاری نہیں رکھ سکیں گے۔</w:t>
      </w:r>
    </w:p>
    <w:p>
      <w:r>
        <w:rPr>
          <w:b/>
        </w:rPr>
        <w:t xml:space="preserve">[05:27] </w:t>
      </w:r>
      <w:r>
        <w:t>is dunya mein jo sab se bara kaam hai woh yeh hai ke hum apne andar intellectual development, spiritual development yeh sab karein.</w:t>
      </w:r>
    </w:p>
    <w:p>
      <w:pPr>
        <w:jc w:val="right"/>
      </w:pPr>
      <w:r>
        <w:t>اس دنیا میں جو سب سے بڑا کام ہے وہ یہ ہے کہ ہم اپنے اندر intellectual development، spiritual development یہ سب کریں۔</w:t>
      </w:r>
    </w:p>
    <w:p>
      <w:r>
        <w:rPr>
          <w:b/>
        </w:rPr>
        <w:t xml:space="preserve">[05:36] </w:t>
      </w:r>
      <w:r>
        <w:t>is ke liye zaroori hai ke distraction se bachna.</w:t>
      </w:r>
    </w:p>
    <w:p>
      <w:pPr>
        <w:jc w:val="right"/>
      </w:pPr>
      <w:r>
        <w:t>اس کے لیے ضروری ہے کہ distraction سے بچنا۔</w:t>
      </w:r>
    </w:p>
    <w:p>
      <w:r>
        <w:rPr>
          <w:b/>
        </w:rPr>
        <w:t xml:space="preserve">[05:42] </w:t>
      </w:r>
      <w:r>
        <w:t>jo cheezein aap ko munharif karne wali hain, us se apne aap ko rokna. to isi ki tarbiyat hai roza.</w:t>
      </w:r>
    </w:p>
    <w:p>
      <w:pPr>
        <w:jc w:val="right"/>
      </w:pPr>
      <w:r>
        <w:t>جو چیزیں آپ کو منحرف کرنے والی ہیں، اس سے اپنے آپ کو روکنا۔ تو اسی کی تربیت ہے روزہ۔</w:t>
      </w:r>
    </w:p>
    <w:p>
      <w:r>
        <w:rPr>
          <w:b/>
        </w:rPr>
        <w:t xml:space="preserve">[05:52] </w:t>
      </w:r>
      <w:r>
        <w:t>roze ka rukne ki tarbiyat hai. aap yun keh sakte hain doosre lafzon mein ke yeh self discipline ki tarbiyat hai.</w:t>
      </w:r>
    </w:p>
    <w:p>
      <w:pPr>
        <w:jc w:val="right"/>
      </w:pPr>
      <w:r>
        <w:t>روزہ کا رکنے کی تربیت ہے۔ آپ یوں کہہ سکتے ہیں دوسرے لفظوں میں کہ یہ self discipline کی تربیت ہے۔</w:t>
      </w:r>
    </w:p>
    <w:p>
      <w:r>
        <w:rPr>
          <w:b/>
        </w:rPr>
        <w:t xml:space="preserve">[06:03] </w:t>
      </w:r>
      <w:r>
        <w:t>apne aap ko nazm mein rakhna, discipline mein rakhna. to self discipline ya self control ki tarbiyat hai roza.</w:t>
      </w:r>
    </w:p>
    <w:p>
      <w:pPr>
        <w:jc w:val="right"/>
      </w:pPr>
      <w:r>
        <w:t>اپنے آپ کو نظم میں رکھنا، discipline میں رکھنا۔ تو self discipline یا self کنٹرول کی تربیت ہے روزہ۔</w:t>
      </w:r>
    </w:p>
    <w:p>
      <w:r>
        <w:rPr>
          <w:b/>
        </w:rPr>
        <w:t xml:space="preserve">[06:14] </w:t>
      </w:r>
      <w:r>
        <w:t>aur zindagi mein bohat ziyada ahmiyat hai self discipline ki.</w:t>
      </w:r>
    </w:p>
    <w:p>
      <w:pPr>
        <w:jc w:val="right"/>
      </w:pPr>
      <w:r>
        <w:t>اور زندگی میں بہت زیادہ اہمیت ہے self discipline کی۔</w:t>
      </w:r>
    </w:p>
    <w:p>
      <w:r>
        <w:rPr>
          <w:b/>
        </w:rPr>
        <w:t xml:space="preserve">[06:19] </w:t>
      </w:r>
      <w:r>
        <w:t>jo taraqqiyat hamein karni hain in terms of spiritual development, in terms of intellectual development, woh ho nahi sakti is ke baghair ke aap self discipline ka tareeqa ikhtiyar karein.</w:t>
      </w:r>
    </w:p>
    <w:p>
      <w:pPr>
        <w:jc w:val="right"/>
      </w:pPr>
      <w:r>
        <w:t>جو ترقیات ہمیں کرنی ہیں in terms of spiritual development، in terms of intellectual development، وہ ہو نہیں سکتی اس کے بغیر کہ آپ self discipline کا طریقہ اختیار کریں۔</w:t>
      </w:r>
    </w:p>
    <w:p>
      <w:r>
        <w:rPr>
          <w:b/>
        </w:rPr>
        <w:t xml:space="preserve">[06:36] </w:t>
      </w:r>
      <w:r>
        <w:t>to main samajhta hoon ke roze ke liye jo saum ka lafz aaya hai, isi mein yeh saari baat chupi hui hai. aur phir quran aur hadith ke mutale se yeh baat samajh mein aati hai.</w:t>
      </w:r>
    </w:p>
    <w:p>
      <w:pPr>
        <w:jc w:val="right"/>
      </w:pPr>
      <w:r>
        <w:t>تو میں سمجھتا ہوں کہ روزے کے لیے جو صوم کا لفظ آیا ہے، اسی میں یہ ساری بات چھپی ہوئی ہے۔ اور پھر قرآن اور حدیث کے مطالعے سے یہ بات سمجھ میں آتی ہے۔</w:t>
      </w:r>
    </w:p>
    <w:p>
      <w:r>
        <w:rPr>
          <w:b/>
        </w:rPr>
        <w:t xml:space="preserve">[06:49] </w:t>
      </w:r>
      <w:r>
        <w:t>maulana sahib, hum aap se yeh maloom karna chahenge ke islami nuqte nazar se roza kya hai? dekhiye, roze ki jo haqeeqat hai, woh is se aap samajh sakte hain ke roze ke liye jo lafz hadith aur quran mein istemal kiya gaya hai, woh hai saum.</w:t>
      </w:r>
    </w:p>
    <w:p>
      <w:pPr>
        <w:jc w:val="right"/>
      </w:pPr>
      <w:r>
        <w:t>مولانا صاحب، ہم آپ سے یہ معلوم کرنا چاہیں گے کہ اسلامی نقطہ نظر سے روزہ کیا ہے؟ دیکھیں، روزہ کی جو حقیقت ہے، وہ اس سے آپ سمجھ سکتے ہیں کہ روزے کے لیے جو لفظ حدیث اور قرآن میں استعمال کیا گیا ہے، وہ ہے صوم۔</w:t>
      </w:r>
    </w:p>
    <w:p>
      <w:r>
        <w:rPr>
          <w:b/>
        </w:rPr>
        <w:t xml:space="preserve">[07:10] </w:t>
      </w:r>
      <w:r>
        <w:t>saum ke maani hote hain rukna.</w:t>
      </w:r>
    </w:p>
    <w:p>
      <w:pPr>
        <w:jc w:val="right"/>
      </w:pPr>
      <w:r>
        <w:t>صوم کے معنی ہوتے ہیں رکنا۔</w:t>
      </w:r>
    </w:p>
    <w:p>
      <w:r>
        <w:rPr>
          <w:b/>
        </w:rPr>
        <w:t xml:space="preserve">[07:15] </w:t>
      </w:r>
      <w:r>
        <w:t>arabic mein kaha jata hai ke khail siyam o khail ghair saimt. rozedar ghore.</w:t>
      </w:r>
    </w:p>
    <w:p>
      <w:pPr>
        <w:jc w:val="right"/>
      </w:pPr>
      <w:r>
        <w:t>عربک میں کہا جاتا ہے کہ خیل سیام و خیل غیر سائمت۔ روزے دار گھوڑے۔</w:t>
      </w:r>
    </w:p>
    <w:p>
      <w:r>
        <w:rPr>
          <w:b/>
        </w:rPr>
        <w:t xml:space="preserve">[07:25] </w:t>
      </w:r>
      <w:r>
        <w:t>to rozedar ghore kaun hote the? jin ko ke khane peene</w:t>
      </w:r>
    </w:p>
    <w:p>
      <w:pPr>
        <w:jc w:val="right"/>
      </w:pPr>
      <w:r>
        <w:t>تو روزے دار گھوڑے کون ہوتے تھے؟ جن کو کہ کھانے پینے</w:t>
      </w:r>
    </w:p>
    <w:p>
      <w:r>
        <w:rPr>
          <w:b/>
        </w:rPr>
        <w:t xml:space="preserve">[07:32] </w:t>
      </w:r>
      <w:r>
        <w:t>se roke kar ke unhein tarbiyat di jati thi ke woh ziyada daud saken. to roze ka matlab hai apne aap ko khwahishon se rokna, apne aap ko ishtial anghez baaton se rokna,</w:t>
      </w:r>
    </w:p>
    <w:p>
      <w:pPr>
        <w:jc w:val="right"/>
      </w:pPr>
      <w:r>
        <w:t>سے روک کر کے انہیں تربیت دی جاتی تھی کہ وہ زیادہ دوڑ سکیں۔ تو روزہ کا مطلب ہے اپنے آپ کو خواہشوں سے روکنا، اپنے آپ کو اشتعال انگیز باتوں سے روکنا،</w:t>
      </w:r>
    </w:p>
    <w:p>
      <w:r>
        <w:rPr>
          <w:b/>
        </w:rPr>
        <w:t xml:space="preserve">[07:52] </w:t>
      </w:r>
      <w:r>
        <w:t>apne aap ko tahammul wali zindagi guzarnay ke qabil banana. main samajhta hoon ke yeh hai roze ki haqeeqat.</w:t>
      </w:r>
    </w:p>
    <w:p>
      <w:pPr>
        <w:jc w:val="right"/>
      </w:pPr>
      <w:r>
        <w:t>اپنے آپ کو تحمل والی زندگی گزارنے کے قابل بنانا۔ میں سمجھتا ہوں کہ یہ ہے روزہ کی حقیقت۔</w:t>
      </w:r>
    </w:p>
    <w:p>
      <w:r>
        <w:rPr>
          <w:b/>
        </w:rPr>
        <w:t xml:space="preserve">[08:04] </w:t>
      </w:r>
      <w:r>
        <w:t>roze mein islami roze mein akhlaqi discipline ki ahmiyat kya hai? haan, dekhiye, main samajhta hoon ke yeh bohat sahi aap ne kaha.</w:t>
      </w:r>
    </w:p>
    <w:p>
      <w:pPr>
        <w:jc w:val="right"/>
      </w:pPr>
      <w:r>
        <w:t>روزے میں اسلامی روزے میں اخلاقی discipline کی اہمیت کیا ہے؟ ہاں، دیکھیے، میں سمجھتا ہوں کہ یہ بہت صحیح آپ نے کہا۔</w:t>
      </w:r>
    </w:p>
    <w:p>
      <w:r>
        <w:rPr>
          <w:b/>
        </w:rPr>
        <w:t xml:space="preserve">[08:17] </w:t>
      </w:r>
      <w:r>
        <w:t>akhlaqi discipline jo hai, woh roze ko bohat achhi tarah batata hai.</w:t>
      </w:r>
    </w:p>
    <w:p>
      <w:pPr>
        <w:jc w:val="right"/>
      </w:pPr>
      <w:r>
        <w:t>اخلاقی discipline جو ہے، وہ روزے کو بہت اچھی طرح بتاتا ہے۔</w:t>
      </w:r>
    </w:p>
    <w:p>
      <w:r>
        <w:rPr>
          <w:b/>
        </w:rPr>
        <w:t xml:space="preserve">[08:26] </w:t>
      </w:r>
      <w:r>
        <w:t>kyun ke roze mein dekhiye, mana kiya gaya hadith mein ke aap gaali na dein. koi gaali de to aap kahiye ke inni min hum saim.</w:t>
      </w:r>
    </w:p>
    <w:p>
      <w:pPr>
        <w:jc w:val="right"/>
      </w:pPr>
      <w:r>
        <w:t>کیونکہ روزے میں دیکھیے، منع کیا گیا حدیث میں کہ آپ گالی نہ دیں۔ کوئی گالی دے تو آپ کہیے کہ انی منہم صائم۔</w:t>
      </w:r>
    </w:p>
    <w:p>
      <w:r>
        <w:rPr>
          <w:b/>
        </w:rPr>
        <w:t xml:space="preserve">[08:37] </w:t>
      </w:r>
      <w:r>
        <w:t>main to rozedar hoon, mujhe to gaali dena nahi hai. to</w:t>
      </w:r>
    </w:p>
    <w:p>
      <w:pPr>
        <w:jc w:val="right"/>
      </w:pPr>
      <w:r>
        <w:t>میں تو روزے دار ہوں، مجھے تو گالی دینا نہیں ہے۔ تو</w:t>
      </w:r>
    </w:p>
    <w:p>
      <w:r>
        <w:rPr>
          <w:b/>
        </w:rPr>
        <w:t xml:space="preserve">[08:43] </w:t>
      </w:r>
      <w:r>
        <w:t>khane se rukna, pani se rukna, gaali dene se rukna, ishtial se rukna, manfi rad-e-amal se rukna, yeh sab kya hai?</w:t>
      </w:r>
    </w:p>
    <w:p>
      <w:pPr>
        <w:jc w:val="right"/>
      </w:pPr>
      <w:r>
        <w:t>کھانے سے رکنا، پانی سے رکنا، گالی دینے سے رکنا، اشتعال سے رکنا، منفی ردعمل سے رکنا، یہ سب کیا ہے؟</w:t>
      </w:r>
    </w:p>
    <w:p>
      <w:r>
        <w:rPr>
          <w:b/>
        </w:rPr>
        <w:t xml:space="preserve">[08:54] </w:t>
      </w:r>
      <w:r>
        <w:t>akhlaqi discipline. to akhlaqi discipline bohat hi</w:t>
      </w:r>
    </w:p>
    <w:p>
      <w:pPr>
        <w:jc w:val="right"/>
      </w:pPr>
      <w:r>
        <w:t>اخلاقی discipline۔ تو اخلاقی discipline بہت ہی</w:t>
      </w:r>
    </w:p>
    <w:p>
      <w:r>
        <w:rPr>
          <w:b/>
        </w:rPr>
        <w:t xml:space="preserve">[09:00] </w:t>
      </w:r>
      <w:r>
        <w:t>ziyada matloob cheez hai islam mein. to roze ke zariye se saal ke ek mahine mein hamein akhlaqi discipline ke sath zindagi guzarnay ki tarbiyat di jati hai.</w:t>
      </w:r>
    </w:p>
    <w:p>
      <w:pPr>
        <w:jc w:val="right"/>
      </w:pPr>
      <w:r>
        <w:t>زیادہ مطلوب چیز ہے اسلام میں۔ تو روزے کے ذریعے سے سال کے ایک مہینے میں ہمیں اخلاقی discipline کے ساتھ زندگی گزارنے کی تربیت دی جاتی ہے۔</w:t>
      </w:r>
    </w:p>
    <w:p>
      <w:r>
        <w:rPr>
          <w:b/>
        </w:rPr>
        <w:t xml:space="preserve">[09:16] </w:t>
      </w:r>
      <w:r>
        <w:t>quran mein roze ke silsile mein taqwa ka bohat zikr aaya hai. to hum yeh janna chahenge ke taqwa ka matlab kya hai?</w:t>
      </w:r>
    </w:p>
    <w:p>
      <w:pPr>
        <w:jc w:val="right"/>
      </w:pPr>
      <w:r>
        <w:t>قرآن میں روزے کے سلسلے میں تقویٰ کا بہت ذکر آیا ہے۔ تو ہم یہ جاننا چاہیں گے کہ تقویٰ کا مطلب کیا ہے؟</w:t>
      </w:r>
    </w:p>
    <w:p>
      <w:r>
        <w:rPr>
          <w:b/>
        </w:rPr>
        <w:t xml:space="preserve">[09:26] </w:t>
      </w:r>
      <w:r>
        <w:t>dekhiye, taqwa ke maani hain bachna. lafzi maani. bachna. ek hadith se is ki wazahat hoti hai ke ek bar hazrat umar se aur ek sahabi se baat ho rahi thi.</w:t>
      </w:r>
    </w:p>
    <w:p>
      <w:pPr>
        <w:jc w:val="right"/>
      </w:pPr>
      <w:r>
        <w:t>دیکھیے، تقویٰ کے معنی ہیں بچنا۔ لفظی معنی۔ بچنا۔ ایک حدیث سے اس کی وضاحت ہوتی ہے کہ ایک بار حضرت عمر سے اور ایک صحابی سے بات ہو رہی تھی۔</w:t>
      </w:r>
    </w:p>
    <w:p>
      <w:r>
        <w:rPr>
          <w:b/>
        </w:rPr>
        <w:t xml:space="preserve">[09:45] </w:t>
      </w:r>
      <w:r>
        <w:t>hazrat umar ne poocha doosre sahabi se ke taqwa kya hai? to unhon ne kaha ke kya aap kabhi aise rastay se guzre hon jis ke dono taraf jhariyan hon?</w:t>
      </w:r>
    </w:p>
    <w:p>
      <w:pPr>
        <w:jc w:val="right"/>
      </w:pPr>
      <w:r>
        <w:t>حضرت عمر نے پوچھا دوسرے صحابی سے کہ تقویٰ کیا ہے؟ تو انہوں نے کہا کہ کیا آپ کبھی ایسے راستے سے گزرے ہوں جس کے دونوں طرف جھاڑیاں ہوں؟</w:t>
      </w:r>
    </w:p>
    <w:p>
      <w:r>
        <w:rPr>
          <w:b/>
        </w:rPr>
        <w:t xml:space="preserve">[09:57] </w:t>
      </w:r>
      <w:r>
        <w:t>to unhon ne kaha ke haan. to kya kiya aap ne phir? to unhon ne kaha ke shamart wa shtahat.</w:t>
      </w:r>
    </w:p>
    <w:p>
      <w:pPr>
        <w:jc w:val="right"/>
      </w:pPr>
      <w:r>
        <w:t>تو انہوں نے کہا کہ ہاں۔ تو کیا کیا آپ نے پھر؟ تو انہوں نے کہا کہ شمرت وشتحت۔</w:t>
      </w:r>
    </w:p>
    <w:p>
      <w:r>
        <w:rPr>
          <w:b/>
        </w:rPr>
        <w:t xml:space="preserve">[10:04] </w:t>
      </w:r>
      <w:r>
        <w:t>yani kapre ko khoob maine sameta aur guzar gaya. to unhon ne kaha ke dhalik al-taqwa. yani apne ko samet te hue, bachate hue guzar jana yahi taqwa hai.</w:t>
      </w:r>
    </w:p>
    <w:p>
      <w:pPr>
        <w:jc w:val="right"/>
      </w:pPr>
      <w:r>
        <w:t>یعنی کپڑے کو خوب میں نے سمیٹا اور گزر گیا۔ تو انہوں نے کہا کہ ذالک التقویٰ۔ یعنی اپنے کو سمیٹتے ہوئے، بچاتے ہوئے گزر جانا یہی تقویٰ ہے۔</w:t>
      </w:r>
    </w:p>
    <w:p>
      <w:r>
        <w:rPr>
          <w:b/>
        </w:rPr>
        <w:t xml:space="preserve">[10:17] </w:t>
      </w:r>
      <w:r>
        <w:t>to yeh duniya kya hai? duniya jo hai, jhariyon ki duniya hai.</w:t>
      </w:r>
    </w:p>
    <w:p>
      <w:pPr>
        <w:jc w:val="right"/>
      </w:pPr>
      <w:r>
        <w:t>تو یہ دنیا کیا ہے؟ دنیا جو ہے، جھاڑیوں کی دنیا ہے۔</w:t>
      </w:r>
    </w:p>
    <w:p>
      <w:r>
        <w:rPr>
          <w:b/>
        </w:rPr>
        <w:t xml:space="preserve">[10:22] </w:t>
      </w:r>
      <w:r>
        <w:t>har aadmi ko azadi hai, khuda ne azadi di hai. to har aadmi tarah tarah ki baatein karega. kabhi ghussa dilaye ga, kabhi nuqsan karega, kuch aap ka.</w:t>
      </w:r>
    </w:p>
    <w:p>
      <w:pPr>
        <w:jc w:val="right"/>
      </w:pPr>
      <w:r>
        <w:t>ہر آدمی کو آزادی ہے، خدا نے آزادی دی ہے۔ تو ہر آدمی طرح طرح کی باتیں کرے گا۔ کبھی غصہ دلائے گا، کبھی نقصان کرے گا، کچھ آپ کا۔</w:t>
      </w:r>
    </w:p>
    <w:p>
      <w:r>
        <w:rPr>
          <w:b/>
        </w:rPr>
        <w:t xml:space="preserve">[10:36] </w:t>
      </w:r>
      <w:r>
        <w:t>rozana aisi cheezen paish aa gayi hain ke jo</w:t>
      </w:r>
    </w:p>
    <w:p>
      <w:pPr>
        <w:jc w:val="right"/>
      </w:pPr>
      <w:r>
        <w:t>روزانہ ایسی چیزیں پیش آ گئی ہیں کہ جو</w:t>
      </w:r>
    </w:p>
    <w:p>
      <w:r>
        <w:rPr>
          <w:b/>
        </w:rPr>
        <w:t xml:space="preserve">[10:40] </w:t>
      </w:r>
      <w:r>
        <w:t>jo zindagi mein goya ke jhaariyon jaisi zindagi ban jaye gi. wahan par kya karna hai? ulajhne se bachna hai.</w:t>
      </w:r>
    </w:p>
    <w:p>
      <w:pPr>
        <w:jc w:val="right"/>
      </w:pPr>
      <w:r>
        <w:t>جو زندگی میں گویا کہ جھاڑیوں جیسی زندگی بن جائے گی۔ وہاں پر کیا کرنا ہے؟ الجھنے سے بچنا ہے۔</w:t>
      </w:r>
    </w:p>
    <w:p>
      <w:r>
        <w:rPr>
          <w:b/>
        </w:rPr>
        <w:t xml:space="preserve">[10:52] </w:t>
      </w:r>
      <w:r>
        <w:t>manfi rad-e-amal se bachna hai.</w:t>
      </w:r>
    </w:p>
    <w:p>
      <w:pPr>
        <w:jc w:val="right"/>
      </w:pPr>
      <w:r>
        <w:t>منفی ردعمل سے بچنا ہے۔</w:t>
      </w:r>
    </w:p>
    <w:p>
      <w:r>
        <w:rPr>
          <w:b/>
        </w:rPr>
        <w:t xml:space="preserve">[10:57] </w:t>
      </w:r>
      <w:r>
        <w:t>to isi ka naam taqwa hai. to roza jo hai, is baat ki tarbiyat hai ke hum muttaqiyana usloob ko ikhtiyar karte hue zindagi mein aage chalte rahen, aage chalte rahen yahan tak ke Khuda tak pahunch jayen.</w:t>
      </w:r>
    </w:p>
    <w:p>
      <w:pPr>
        <w:jc w:val="right"/>
      </w:pPr>
      <w:r>
        <w:t>تو اسی کا نام تقویٰ ہے۔ تو روزہ جو ہے، اس بات کی تربیت ہے کہ ہم متقیانہ اسلوب کو اختیار کرتے ہوئے زندگی میں آگے چلتے رہیں، آگے چلتے رہیں یہاں تک کہ خدا تک پہنچ جائیں۔</w:t>
      </w:r>
    </w:p>
    <w:p>
      <w:r>
        <w:rPr>
          <w:b/>
        </w:rPr>
        <w:t xml:space="preserve">[11:14] </w:t>
      </w:r>
      <w:r>
        <w:t>kya is aitbar se yeh kehna sahi hoga ke roza self discipline ki tarbiyat hai?</w:t>
      </w:r>
    </w:p>
    <w:p>
      <w:pPr>
        <w:jc w:val="right"/>
      </w:pPr>
      <w:r>
        <w:t>کیا اس اعتبار سے یہ کہنا صحیح ہوگا کہ روزہ self discipline کی تربیت ہے؟</w:t>
      </w:r>
    </w:p>
    <w:p>
      <w:r>
        <w:rPr>
          <w:b/>
        </w:rPr>
        <w:t xml:space="preserve">[11:23] </w:t>
      </w:r>
      <w:r>
        <w:t>bilashuba. self discipline ki tarbiyat hai, bilkul sahi kaha aap ne. kyunke roze mein kya hota hai?</w:t>
      </w:r>
    </w:p>
    <w:p>
      <w:pPr>
        <w:jc w:val="right"/>
      </w:pPr>
      <w:r>
        <w:t>بلاشبہ۔ self discipline کی تربیت ہے، بالکل صحیح کہا آپ نے۔ کیونکہ روزے میں کیا ہوتا ہے؟</w:t>
      </w:r>
    </w:p>
    <w:p>
      <w:r>
        <w:rPr>
          <w:b/>
        </w:rPr>
        <w:t xml:space="preserve">[11:32] </w:t>
      </w:r>
      <w:r>
        <w:t>koi jabr nahin, koi chokidar khara hua nahin hai. khud se apne aap ko rokna padta hai. yaani khwahishon se rokna, pani peene se rokna, khane se rokna.</w:t>
      </w:r>
    </w:p>
    <w:p>
      <w:pPr>
        <w:jc w:val="right"/>
      </w:pPr>
      <w:r>
        <w:t>کوئی جبر نہیں، کوئی چوکیدار کھڑا ہوا نہیں ہے۔ خود سے اپنے آپ کو روکنا پڑتا ہے۔ یعنی خواہشوں سے روکنا، پانی پینے سے روکنا، کھانے سے روکنا۔</w:t>
      </w:r>
    </w:p>
    <w:p>
      <w:r>
        <w:rPr>
          <w:b/>
        </w:rPr>
        <w:t xml:space="preserve">[11:45] </w:t>
      </w:r>
      <w:r>
        <w:t>to khud apne oopar ek control qaim karna padta hai. to yeh self discipline, self control, jo kehte hain zabt-e-nafs ki tarbiyat hai.</w:t>
      </w:r>
    </w:p>
    <w:p>
      <w:pPr>
        <w:jc w:val="right"/>
      </w:pPr>
      <w:r>
        <w:t>تو خود اپنے اوپر ایک کنٹرول قائم کرنا پڑتا ہے۔ تو یہ self discipline, self کنٹرول، جو کہتے ہیں ضبط نفس کی تربیت ہے۔</w:t>
      </w:r>
    </w:p>
    <w:p>
      <w:r>
        <w:rPr>
          <w:b/>
        </w:rPr>
        <w:t xml:space="preserve">[11:56] </w:t>
      </w:r>
      <w:r>
        <w:t>aur yeh roze ka khaas pehlu hai.</w:t>
      </w:r>
    </w:p>
    <w:p>
      <w:pPr>
        <w:jc w:val="right"/>
      </w:pPr>
      <w:r>
        <w:t>اور یہ روزے کا خاص پہلو ہے۔</w:t>
      </w:r>
    </w:p>
    <w:p>
      <w:r>
        <w:rPr>
          <w:b/>
        </w:rPr>
        <w:t xml:space="preserve">[12:03] </w:t>
      </w:r>
      <w:r>
        <w:t>roze ke bare mein Quran mein yeh aaya hai ke Khuda is ke zariye hamare andar shukr paida karna chahta hai. to shukr se is ka kya ta'alluq hai roze ka</w:t>
      </w:r>
    </w:p>
    <w:p>
      <w:pPr>
        <w:jc w:val="right"/>
      </w:pPr>
      <w:r>
        <w:t>روزے کے بارے میں قرآن میں یہ آیا ہے کہ خدا اس کے ذریعے ہمارے اندر شکر پیدا کرنا چاہتا ہے۔ تو شکر سے اس کا کیا تعلق ہے روزے کا</w:t>
      </w:r>
    </w:p>
    <w:p>
      <w:r>
        <w:rPr>
          <w:b/>
        </w:rPr>
        <w:t xml:space="preserve">[12:14] </w:t>
      </w:r>
      <w:r>
        <w:t>? haan, haan, Quran mein aaya hai Surah Baqarah mein: la'allakum tashkaroon. taake tum shukr karo. taake tumhare andar shukr ki spirit paida ho.</w:t>
      </w:r>
    </w:p>
    <w:p>
      <w:pPr>
        <w:jc w:val="right"/>
      </w:pPr>
      <w:r>
        <w:t>؟ ہاں، ہاں، قرآن میں آیا ہے سورہ بقرہ میں: لعلکم تشکرون۔ تاکہ تم شکر کرو۔ تاکہ تمہارے اندر شکر کی اسپرٹ پیدا ہو۔</w:t>
      </w:r>
    </w:p>
    <w:p>
      <w:r>
        <w:rPr>
          <w:b/>
        </w:rPr>
        <w:t xml:space="preserve">[12:29] </w:t>
      </w:r>
      <w:r>
        <w:t>yeh hum samajhte hain ek hadith se</w:t>
      </w:r>
    </w:p>
    <w:p>
      <w:pPr>
        <w:jc w:val="right"/>
      </w:pPr>
      <w:r>
        <w:t>یہ ہم سمجھتے ہیں ایک حدیث سے</w:t>
      </w:r>
    </w:p>
    <w:p>
      <w:r>
        <w:rPr>
          <w:b/>
        </w:rPr>
        <w:t xml:space="preserve">[12:32] </w:t>
      </w:r>
      <w:r>
        <w:t>ke Rasool Allah Sal-lal-lahu Alaihi Wasallam ne roza rakha. ab bohat zahir hai ke pyas lagi shaam tak. to aap ne jab pani piya to aap ki zuban se nikla: dhahabat zam'u wa'talaat al-'urooq wa'thabat al-arju insha'Allah ta'ala.</w:t>
      </w:r>
    </w:p>
    <w:p>
      <w:pPr>
        <w:jc w:val="right"/>
      </w:pPr>
      <w:r>
        <w:t>کہ رسول اللہ صلی اللہ علیہ وسلم نے روزہ رکھا۔ اب بہت ظاہر ہے کہ پیاس لگی شام تک۔ تو آپ نے جب پانی پیا تو آپ کی زبان سے نکلا: ذہبت زمع وطلت العروق وثبت الارج انشاء اللہ تعالیٰ۔</w:t>
      </w:r>
    </w:p>
    <w:p>
      <w:r>
        <w:rPr>
          <w:b/>
        </w:rPr>
        <w:t xml:space="preserve">[12:51] </w:t>
      </w:r>
      <w:r>
        <w:t>pyas chali gayi aur ragen tar ho gayeen. aur insha'Allah sabr mutahaqiq ho gaya.</w:t>
      </w:r>
    </w:p>
    <w:p>
      <w:pPr>
        <w:jc w:val="right"/>
      </w:pPr>
      <w:r>
        <w:t>پیاس چلی گئی اور رگیں تر ہو گئیں۔ اور انشاء اللہ صبر متحقق ہو گیا۔</w:t>
      </w:r>
    </w:p>
    <w:p>
      <w:r>
        <w:rPr>
          <w:b/>
        </w:rPr>
        <w:t xml:space="preserve">[13:02] </w:t>
      </w:r>
      <w:r>
        <w:t>to yeh hai shukr. aam halaat mein cheezen aap ko har waqt milti rehti hain.</w:t>
      </w:r>
    </w:p>
    <w:p>
      <w:pPr>
        <w:jc w:val="right"/>
      </w:pPr>
      <w:r>
        <w:t>تو یہ ہے شکر۔ عام حالات میں چیزیں آپ کو ہر وقت ملتی رہتی ہیں۔</w:t>
      </w:r>
    </w:p>
    <w:p>
      <w:r>
        <w:rPr>
          <w:b/>
        </w:rPr>
        <w:t xml:space="preserve">[13:08] </w:t>
      </w:r>
      <w:r>
        <w:t>to aap samajhte hain is ko for granted le lete hain ke yeh to hota hi rehta hai. to roze mein rok kar, yaani barah ghante, chaudah ghante rok kar ke in cheezon se aap ko</w:t>
      </w:r>
    </w:p>
    <w:p>
      <w:pPr>
        <w:jc w:val="right"/>
      </w:pPr>
      <w:r>
        <w:t>تو آپ سمجھتے ہیں اس کو for granted لے لیتے ہیں کہ یہ تو ہوتا ہی رہتا ہے۔ تو روزے میں روک کر، یعنی بارہ گھنٹہ، چودہ گھنٹہ روک کر کے ان چیزوں سے آپ کو</w:t>
      </w:r>
    </w:p>
    <w:p>
      <w:r>
        <w:rPr>
          <w:b/>
        </w:rPr>
        <w:t xml:space="preserve">[13:25] </w:t>
      </w:r>
      <w:r>
        <w:t>pyas ki halat mein laya jata hai, bhook ki halat mein laya jata hai. aur phir jab aap shaam ko khana khate hain to aap mehsoos karte hain ke yeh jo khana, yeh jo pani mujhe rozana milta rehta hai,</w:t>
      </w:r>
    </w:p>
    <w:p>
      <w:pPr>
        <w:jc w:val="right"/>
      </w:pPr>
      <w:r>
        <w:t>پیاس کی حالت میں لایا جاتا ہے، بھوک کی حالت میں لایا جاتا ہے۔ اور پھر جب آپ شام کو کھانا کھاتے ہیں تو آپ محسوس کرتے ہیں کہ یہ جو کھانا، یہ جو پانی مجھے روزانہ ملتا رہتا ہے،</w:t>
      </w:r>
    </w:p>
    <w:p>
      <w:r>
        <w:rPr>
          <w:b/>
        </w:rPr>
        <w:t xml:space="preserve">[13:39] </w:t>
      </w:r>
      <w:r>
        <w:t>kitni bari qeemti cheez hai.</w:t>
      </w:r>
    </w:p>
    <w:p>
      <w:pPr>
        <w:jc w:val="right"/>
      </w:pPr>
      <w:r>
        <w:t>کتنی بڑی قیمتی چیز ہے۔</w:t>
      </w:r>
    </w:p>
    <w:p>
      <w:r>
        <w:rPr>
          <w:b/>
        </w:rPr>
        <w:t xml:space="preserve">[13:42] </w:t>
      </w:r>
      <w:r>
        <w:t>tab sacha shukr niklta hai. yun to aap keh sakte hain Alhamdulillah, lekin woh lip service ho gayi. aur jab bhook lage, pyas lage, aur phir aap ko khana peena mile,</w:t>
      </w:r>
    </w:p>
    <w:p>
      <w:pPr>
        <w:jc w:val="right"/>
      </w:pPr>
      <w:r>
        <w:t>تب سچا شکر نکلتا ہے۔ یوں تو آپ کہہ سکتے ہیں الحمدللہ، لیکن وہ lip service ہو گئی۔ اور جب بھوک لگے، پیاس لگے، اور پھر آپ کو کھانا پینا ملے،</w:t>
      </w:r>
    </w:p>
    <w:p>
      <w:r>
        <w:rPr>
          <w:b/>
        </w:rPr>
        <w:t xml:space="preserve">[13:56] </w:t>
      </w:r>
      <w:r>
        <w:t>us waqt sache</w:t>
      </w:r>
    </w:p>
    <w:p>
      <w:pPr>
        <w:jc w:val="right"/>
      </w:pPr>
      <w:r>
        <w:t>اس وقت سچے</w:t>
      </w:r>
    </w:p>
    <w:p>
      <w:r>
        <w:rPr>
          <w:b/>
        </w:rPr>
        <w:t xml:space="preserve">[13:58] </w:t>
      </w:r>
      <w:r>
        <w:t>jazbe ke sath niklta hai: Khudaaya tera shukr hai. yeh hai maqsad roze ka.</w:t>
      </w:r>
    </w:p>
    <w:p>
      <w:pPr>
        <w:jc w:val="right"/>
      </w:pPr>
      <w:r>
        <w:t>جذبے کے ساتھ نکلتا ہے: خدایا تیرا شکر ہے۔ یہ ہے مقصد روزے کا۔</w:t>
      </w:r>
    </w:p>
    <w:p>
      <w:r>
        <w:rPr>
          <w:b/>
        </w:rPr>
        <w:t xml:space="preserve">[14:08] </w:t>
      </w:r>
      <w:r>
        <w:t>ek hadith mein aaya hai ke huwa shahr al-sabr. ke roza sabr ka mahina hai. to is silsile mein aap kya far</w:t>
      </w:r>
    </w:p>
    <w:p>
      <w:pPr>
        <w:jc w:val="right"/>
      </w:pPr>
      <w:r>
        <w:t>ایک حدیث میں آیا ہے کہ ہوا شہر الصبر۔ کہ روزہ صبر کا مہینہ ہے۔ تو اس سلسلے میں آپ کیا فر</w:t>
      </w:r>
    </w:p>
    <w:p>
      <w:r>
        <w:rPr>
          <w:b/>
        </w:rPr>
        <w:t xml:space="preserve">[14:16] </w:t>
      </w:r>
      <w:r>
        <w:t>mayenge? haan, huwa shahr al-sabr. bilkul sahi kaha aap ne. to mein taake roze ke kai pehluon mein se ek pehlu sabr hai.</w:t>
      </w:r>
    </w:p>
    <w:p>
      <w:pPr>
        <w:jc w:val="right"/>
      </w:pPr>
      <w:r>
        <w:t>مائیں گے؟ ہاں، ہوا شہر الصبر۔ بالکل صحیح کہا آپ نے۔ تو میں تاکہ روزے کے کئی پہلوؤں میں سے ایک پہلو صبر ہے۔</w:t>
      </w:r>
    </w:p>
    <w:p>
      <w:r>
        <w:rPr>
          <w:b/>
        </w:rPr>
        <w:t xml:space="preserve">[14:29] </w:t>
      </w:r>
      <w:r>
        <w:t>har cheez ke kai pehlu hote hain.</w:t>
      </w:r>
    </w:p>
    <w:p>
      <w:pPr>
        <w:jc w:val="right"/>
      </w:pPr>
      <w:r>
        <w:t>ہر چیز کے کئی پہلو ہوتے ہیں۔</w:t>
      </w:r>
    </w:p>
    <w:p>
      <w:r>
        <w:rPr>
          <w:b/>
        </w:rPr>
        <w:t xml:space="preserve">[14:32] </w:t>
      </w:r>
      <w:r>
        <w:t>to roze ka ek pehlu hai taqwa, ek pehlu hai shukr. to ek pehlu hai sabr. kyunke yeh sabri to hai jab aap apni khwahishon ko rokte hain.</w:t>
      </w:r>
    </w:p>
    <w:p>
      <w:pPr>
        <w:jc w:val="right"/>
      </w:pPr>
      <w:r>
        <w:t>تو روزے کا ایک پہلو ہے تقویٰ، ایک پہلو ہے شکر۔ تو ایک پہلو ہے صبر۔ کیونکہ یہ صبری تو ہے جب آپ اپنی خواہشوں کو روکتے ہیں۔</w:t>
      </w:r>
    </w:p>
    <w:p>
      <w:r>
        <w:rPr>
          <w:b/>
        </w:rPr>
        <w:t xml:space="preserve">[14:45] </w:t>
      </w:r>
      <w:r>
        <w:t>gaali koi de to gaali ka jawab gaali se nahi detey. khaaney peeney se apney aap ko roktey hain. to sabri to hua yeh.</w:t>
      </w:r>
    </w:p>
    <w:p>
      <w:pPr>
        <w:jc w:val="right"/>
      </w:pPr>
      <w:r>
        <w:t>گالی کوئی دے تو گالی کا جواب گالی سے نہیں دیتے۔ کھانے پینے سے اپنے آپ کو روکتے ہیں۔ تو صبری تو ہوا یہ۔</w:t>
      </w:r>
    </w:p>
    <w:p>
      <w:r>
        <w:rPr>
          <w:b/>
        </w:rPr>
        <w:t xml:space="preserve">[14:53] </w:t>
      </w:r>
      <w:r>
        <w:t>to poori zindagi mein isi tarah sabr karna padta hai. aadmi ko ek aisi duniya mein rehna padta hai jo imtehaan ki duniya hai.</w:t>
      </w:r>
    </w:p>
    <w:p>
      <w:pPr>
        <w:jc w:val="right"/>
      </w:pPr>
      <w:r>
        <w:t>تو پوری زندگی میں اسی طرح صبر کرنا پڑتا ہے۔ آدمی کو ایک ایسی دنیا میں رہنا پڑتا ہے جو امتحان کی دنیا ہے۔</w:t>
      </w:r>
    </w:p>
    <w:p>
      <w:r>
        <w:rPr>
          <w:b/>
        </w:rPr>
        <w:t xml:space="preserve">[15:04] </w:t>
      </w:r>
      <w:r>
        <w:t>yeh jannat nahi hai hamare liye. yeh imtehaan ki jagah hai.</w:t>
      </w:r>
    </w:p>
    <w:p>
      <w:pPr>
        <w:jc w:val="right"/>
      </w:pPr>
      <w:r>
        <w:t>یہ جنت نہیں ہے ہمارے لیے۔ یہ امتحان کی جگہ ہے۔</w:t>
      </w:r>
    </w:p>
    <w:p>
      <w:r>
        <w:rPr>
          <w:b/>
        </w:rPr>
        <w:t xml:space="preserve">[15:12] </w:t>
      </w:r>
      <w:r>
        <w:t>jab imtehaan hai to zahir hai ke aisi baatein pesh aayengi jo hamein achhi na lagti hon.</w:t>
      </w:r>
    </w:p>
    <w:p>
      <w:pPr>
        <w:jc w:val="right"/>
      </w:pPr>
      <w:r>
        <w:t>جب امتحان ہے تو ظاہر ہے کہ ایسی باتیں پیش آئیں گی جو ہمیں اچھی نہ لگتی ہوں۔</w:t>
      </w:r>
    </w:p>
    <w:p>
      <w:r>
        <w:rPr>
          <w:b/>
        </w:rPr>
        <w:t xml:space="preserve">[15:21] </w:t>
      </w:r>
      <w:r>
        <w:t>to wahan par sabr karna hai. yaani reaction se bachna. manfi radd-e-amal se bachna.</w:t>
      </w:r>
    </w:p>
    <w:p>
      <w:pPr>
        <w:jc w:val="right"/>
      </w:pPr>
      <w:r>
        <w:t>تو وہاں پر صبر کرنا ہے۔ یعنی reaction سے بچنا۔ منفی ردعمل سے بچنا۔</w:t>
      </w:r>
    </w:p>
    <w:p>
      <w:r>
        <w:rPr>
          <w:b/>
        </w:rPr>
        <w:t xml:space="preserve">[15:30] </w:t>
      </w:r>
      <w:r>
        <w:t>isi ka naam sabr hai. to sab bohat hi ziyada ahmiyat hai is baat ki ke aadmi apney aap ko manfi radd-e-amal se ya negative reaction se bachaye.</w:t>
      </w:r>
    </w:p>
    <w:p>
      <w:pPr>
        <w:jc w:val="right"/>
      </w:pPr>
      <w:r>
        <w:t>اسی کا نام صبر ہے۔ تو سب بہت ہی زیادہ اہمیت ہے اس بات کی کہ آدمی اپنے آپ کو منفی ردعمل سے یا negative reaction سے بچائے۔</w:t>
      </w:r>
    </w:p>
    <w:p>
      <w:r>
        <w:rPr>
          <w:b/>
        </w:rPr>
        <w:t xml:space="preserve">[15:45] </w:t>
      </w:r>
      <w:r>
        <w:t>isi ka naam sabr hai.</w:t>
      </w:r>
    </w:p>
    <w:p>
      <w:pPr>
        <w:jc w:val="right"/>
      </w:pPr>
      <w:r>
        <w:t>اسی کا نام صبر ہے۔</w:t>
      </w:r>
    </w:p>
    <w:p>
      <w:r>
        <w:rPr>
          <w:b/>
        </w:rPr>
        <w:t xml:space="preserve">[15:47] </w:t>
      </w:r>
      <w:r>
        <w:t>aur isi ko Ramzan ke zamane mein roze ki shakal mein isi ki tarbiyat di jaati hai. isi ke liye train kiya jaata hai.</w:t>
      </w:r>
    </w:p>
    <w:p>
      <w:pPr>
        <w:jc w:val="right"/>
      </w:pPr>
      <w:r>
        <w:t>اور اسی کو رمضان کے زمانے میں روزے کی شکل میں اسی کی تربیت دی جاتی ہے۔ اسی کے لیے train کیا جاتا ہے۔</w:t>
      </w:r>
    </w:p>
    <w:p>
      <w:r>
        <w:rPr>
          <w:b/>
        </w:rPr>
        <w:t xml:space="preserve">[15:58] </w:t>
      </w:r>
      <w:r>
        <w:t>sabr ki ahmiyat aadmi ki infiradi zindagi mein hi hai ya ijtimai zindagi par bhi is ke asraat padte hain?</w:t>
      </w:r>
    </w:p>
    <w:p>
      <w:pPr>
        <w:jc w:val="right"/>
      </w:pPr>
      <w:r>
        <w:t>صبر کی اہمیت آدمی کی انفرادی زندگی میں ہی ہے یا اجتماعی زندگی پر بھی اس کے اثرات پڑتے ہیں؟</w:t>
      </w:r>
    </w:p>
    <w:p>
      <w:r>
        <w:rPr>
          <w:b/>
        </w:rPr>
        <w:t xml:space="preserve">[16:08] </w:t>
      </w:r>
      <w:r>
        <w:t>haqeeqat yeh hai ke sabr ka ta'alluq infiradi aur ijtimai dono se hai. ek to hai ke aadmi ko infiradi taur par koi baat pesh aayi apni zaat ke aitbaar se to wahan sabr karna padta hai is ko.</w:t>
      </w:r>
    </w:p>
    <w:p>
      <w:pPr>
        <w:jc w:val="right"/>
      </w:pPr>
      <w:r>
        <w:t>حقیقت یہ ہے کہ صبر کا تعلق انفرادی اور اجتماعی دونوں سے ہے۔ ایک تو ہے کہ آدمی کو انفرادی طور پر کوئی بات پیش آئی اپنی ذات کے اعتبار سے تو وہاں صبر کرنا پڑتا ہے اس کو۔</w:t>
      </w:r>
    </w:p>
    <w:p>
      <w:r>
        <w:rPr>
          <w:b/>
        </w:rPr>
        <w:t xml:space="preserve">[16:26] </w:t>
      </w:r>
      <w:r>
        <w:t>lekin kabhi aata hai ke koi qaumi masla ban jaata hai.</w:t>
      </w:r>
    </w:p>
    <w:p>
      <w:pPr>
        <w:jc w:val="right"/>
      </w:pPr>
      <w:r>
        <w:t>لیکن کبھی آتا ہے کہ کوئی قومی مسئلہ بن جاتا ہے۔</w:t>
      </w:r>
    </w:p>
    <w:p>
      <w:r>
        <w:rPr>
          <w:b/>
        </w:rPr>
        <w:t xml:space="preserve">[16:30] </w:t>
      </w:r>
      <w:r>
        <w:t>ek aisa waqea pesh aata hai jis se poori poori qaum ke jazbaat ko dhakka lagey. poori poori qaum bhadak uthey. to wahan par sabr ka sabr ki zaroorat ijtimai satah par ho jaati hai.</w:t>
      </w:r>
    </w:p>
    <w:p>
      <w:pPr>
        <w:jc w:val="right"/>
      </w:pPr>
      <w:r>
        <w:t>ایک ایسا واقعہ پیش آتا ہے جس سے پوری پوری قوم کے جذبات کو دھکا لگے۔ پوری پوری قوم بھڑک اٹھے۔ تو وہاں پر صبر کا صبر کی ضرورت اجتماعی سطح پر ہو جاتی ہے۔</w:t>
      </w:r>
    </w:p>
    <w:p>
      <w:r>
        <w:rPr>
          <w:b/>
        </w:rPr>
        <w:t xml:space="preserve">[16:45] </w:t>
      </w:r>
      <w:r>
        <w:t>to jis tarah se ek fard ko roza rakhna hai,</w:t>
      </w:r>
    </w:p>
    <w:p>
      <w:pPr>
        <w:jc w:val="right"/>
      </w:pPr>
      <w:r>
        <w:t>تو جس طرح سے ایک فرد کو روزہ رکھنا ہے،</w:t>
      </w:r>
    </w:p>
    <w:p>
      <w:r>
        <w:rPr>
          <w:b/>
        </w:rPr>
        <w:t xml:space="preserve">[16:49] </w:t>
      </w:r>
      <w:r>
        <w:t>isi tarah se poori poori jamaat ko, poori poori qaum ko roza rakhna padta hai. kyunke agar woh bhadak uthey to ladai chhad jayegi.</w:t>
      </w:r>
    </w:p>
    <w:p>
      <w:pPr>
        <w:jc w:val="right"/>
      </w:pPr>
      <w:r>
        <w:t>اسی طرح سے پوری پوری جماعت کو، پوری پوری قوم کو روزہ رکھنا پڑتا ہے۔ کیونکہ اگر وہ بھڑک اٹھے تو لڑائی چھڑ جائے گی۔</w:t>
      </w:r>
    </w:p>
    <w:p>
      <w:r>
        <w:rPr>
          <w:b/>
        </w:rPr>
        <w:t xml:space="preserve">[16:58] </w:t>
      </w:r>
      <w:r>
        <w:t>bhadak uthey to woh khoon bahega. bhadak uthey to saare kaam bigad jayenge lad jhad kar ke.</w:t>
      </w:r>
    </w:p>
    <w:p>
      <w:pPr>
        <w:jc w:val="right"/>
      </w:pPr>
      <w:r>
        <w:t>بھڑک اٹھے تو وہ خون بہے گا۔ بھڑک اٹھے تو سارے کام بگڑ جائیں گے لڑ جھڑ کر کے۔</w:t>
      </w:r>
    </w:p>
    <w:p>
      <w:r>
        <w:rPr>
          <w:b/>
        </w:rPr>
        <w:t xml:space="preserve">[17:09] </w:t>
      </w:r>
      <w:r>
        <w:t>to jis tarah se ek fard ki zaroorat hoti hai ke woh sabr kar ke apney aap ko haq par jamaye rakhey. isi tareeqe se poori poori jamaat ko, poori poori qaum ko bhi yeh karna padta hai ke bhadakney waley mawaqe par apney aap ko thaam le, apney aap ko roke.</w:t>
      </w:r>
    </w:p>
    <w:p>
      <w:pPr>
        <w:jc w:val="right"/>
      </w:pPr>
      <w:r>
        <w:t>تو جس طرح سے ایک فرد کی ضرورت ہوتی ہے کہ وہ صبر کر کے اپنے آپ کو حق پر جمائے رکھے۔ اسی طریقے سے پوری پوری جماعت کو، پوری پوری قوم کو بھی یہ کرنا پڑتا ہے کہ بھڑکنے والے مواقع پر اپنے آپ کو تھام لے، اپنے آپ کو روکے۔</w:t>
      </w:r>
    </w:p>
    <w:p>
      <w:r>
        <w:rPr>
          <w:b/>
        </w:rPr>
        <w:t xml:space="preserve">[17:29] </w:t>
      </w:r>
      <w:r>
        <w:t>taake ijtimai fasaad se qaum bach sake.</w:t>
      </w:r>
    </w:p>
    <w:p>
      <w:pPr>
        <w:jc w:val="right"/>
      </w:pPr>
      <w:r>
        <w:t>تاکہ اجتماعی فساد سے قوم بچ سکے۔</w:t>
      </w:r>
    </w:p>
    <w:p>
      <w:r>
        <w:rPr>
          <w:b/>
        </w:rPr>
        <w:t xml:space="preserve">[17:37] </w:t>
      </w:r>
      <w:r>
        <w:t>kisi misaal ke zariye aap is ko wazeh farmayein taake hum achhi tarah samajh sakein ke ijtimai zindagi mein hum ko kis tarah sabr ka suboot dena hai?</w:t>
      </w:r>
    </w:p>
    <w:p>
      <w:pPr>
        <w:jc w:val="right"/>
      </w:pPr>
      <w:r>
        <w:t>کسی مثال کے ذریعے آپ اس کو واضح فرمائیں تاکہ ہم اچھی طرح سمجھ سکیں کہ اجتماعی زندگی میں ہم کو کس طرح صبر کا ثبوت دینا ہے؟</w:t>
      </w:r>
    </w:p>
    <w:p>
      <w:r>
        <w:rPr>
          <w:b/>
        </w:rPr>
        <w:t xml:space="preserve">[17:46] </w:t>
      </w:r>
      <w:r>
        <w:t>haan, dekhiye, qareeb ki misaal hai ke Denmark mein kisi akhbar mein cartoon chhaapa. Rasool Allah ke khilaaf woh ek is mein ek naamunasib yaani tasweer banti thi is se.</w:t>
      </w:r>
    </w:p>
    <w:p>
      <w:pPr>
        <w:jc w:val="right"/>
      </w:pPr>
      <w:r>
        <w:t>ہاں، دیکھیے، قریب کی مثال ہے کہ ڈنمارک میں کسی اخبار میں کارٹون چھپا۔ رسول اللہ کے خلاف وہ ایک اس میں ایک نامناسب یعنی تصویر بنتی تھی اس سے۔</w:t>
      </w:r>
    </w:p>
    <w:p>
      <w:r>
        <w:rPr>
          <w:b/>
        </w:rPr>
        <w:t xml:space="preserve">[18:04] </w:t>
      </w:r>
      <w:r>
        <w:t>to zahir hai ke hamare jazbaat ko thes lagegi is se. yeh ek fitri baat hai. lekin is ka matlab yeh nahi ke hum</w:t>
      </w:r>
    </w:p>
    <w:p>
      <w:pPr>
        <w:jc w:val="right"/>
      </w:pPr>
      <w:r>
        <w:t>تو ظاہر ہے کہ ہمارے جذبات کو ٹھیس لگے گی اس سے۔ یہ ایک فطری بات ہے۔ لیکن اس کا مطلب یہ نہیں کہ ہم</w:t>
      </w:r>
    </w:p>
    <w:p>
      <w:r>
        <w:rPr>
          <w:b/>
        </w:rPr>
        <w:t xml:space="preserve">[18:12] </w:t>
      </w:r>
      <w:r>
        <w:t>bhadak kar ke lagein jalane phoonkne. kyunke is ka matlab yeh hai ke ulta nikalta hai. ulta kya?</w:t>
      </w:r>
    </w:p>
    <w:p>
      <w:pPr>
        <w:jc w:val="right"/>
      </w:pPr>
      <w:r>
        <w:t>بھڑک کر کے لگیں جلانے پھونکنے۔ کیونکہ اس کا مطلب یہ ہے کہ الٹا نکلتا ہے۔ الٹا کیا؟</w:t>
      </w:r>
    </w:p>
    <w:p>
      <w:r>
        <w:rPr>
          <w:b/>
        </w:rPr>
        <w:t xml:space="preserve">[18:20] </w:t>
      </w:r>
      <w:r>
        <w:t>Islam badnaam hota hai. ke Islam ke andar tolerance nahi hai. Islam ke andar sabr o bardasht nahi hai.</w:t>
      </w:r>
    </w:p>
    <w:p>
      <w:pPr>
        <w:jc w:val="right"/>
      </w:pPr>
      <w:r>
        <w:t>اسلام بدنام ہوتا ہے۔ کہ اسلام کے اندر tolerance نہیں ہے۔ اسلام کے اندر صبر و برداشت نہیں ہے۔</w:t>
      </w:r>
    </w:p>
    <w:p>
      <w:r>
        <w:rPr>
          <w:b/>
        </w:rPr>
        <w:t xml:space="preserve">[18:28] </w:t>
      </w:r>
      <w:r>
        <w:t>kyunke aaj ki duniya mein dekhiye, bohat ziyada ta'alluqaat badh chuke hain. har waqt interaction hota hai. to agar tolerance na ho to duniya ka nizaam hi nahi chalega is zamane mein.</w:t>
      </w:r>
    </w:p>
    <w:p>
      <w:pPr>
        <w:jc w:val="right"/>
      </w:pPr>
      <w:r>
        <w:t>کیونکہ آج کی دنیا میں دیکھیے، بہت زیادہ تعلقات بڑھ چکے ہیں۔ ہر وقت interaction ہوتا ہے۔ تو اگر tolerance نہ ہو تو دنیا کا نظام ہی نہیں چلے گا اس زمانے میں۔</w:t>
      </w:r>
    </w:p>
    <w:p>
      <w:r>
        <w:rPr>
          <w:b/>
        </w:rPr>
        <w:t xml:space="preserve">[18:44] </w:t>
      </w:r>
      <w:r>
        <w:t>to aaj ki duniya mein tolerance jo hai bohat ziyada ahmiyat ki samjhi gayi hai.</w:t>
      </w:r>
    </w:p>
    <w:p>
      <w:pPr>
        <w:jc w:val="right"/>
      </w:pPr>
      <w:r>
        <w:t>تو آج کی دنیا میں tolerance جو ہے بہت زیادہ اہمیت کی سمجھی گئی ہے۔</w:t>
      </w:r>
    </w:p>
    <w:p>
      <w:r>
        <w:rPr>
          <w:b/>
        </w:rPr>
        <w:t xml:space="preserve">[18:50] </w:t>
      </w:r>
      <w:r>
        <w:t>to jab Musalmanon ne bohat badey paimane par manfi radd-e-amal ka izhaar kiya to Islam ki image kharab ho gayi. aisi jahan jahan jahan us waqt ladai ho rahi hai, woh sab isi liye ho rahi hai ke kuch waqeyat aise hue jo hamein pasand nahi they.</w:t>
      </w:r>
    </w:p>
    <w:p>
      <w:pPr>
        <w:jc w:val="right"/>
      </w:pPr>
      <w:r>
        <w:t>تو جب مسلمانوں نے بہت بڑے پیمانے پر منفی ردعمل کا اظہار کیا تو اسلام کی image خراب ہو گئی۔ ایسی جہاں جہاں جہاں اس وقت لڑائی ہو رہی ہے، وہ سب اسی لیے ہو رہی ہے کہ کچھ واقعات ایسے ہوئے جو ہمیں پسند نہیں تھے۔</w:t>
      </w:r>
    </w:p>
    <w:p>
      <w:r>
        <w:rPr>
          <w:b/>
        </w:rPr>
        <w:t xml:space="preserve">[19:09] </w:t>
      </w:r>
      <w:r>
        <w:t>to pasand na hone ka matlab yeh nahi ke hum bhark uthein. pasand na hon tab bhi hamein sabr karna hai. kyun? sabr aap ko is qabil banata hai ke aap positive planning kar sakein.</w:t>
      </w:r>
    </w:p>
    <w:p>
      <w:pPr>
        <w:jc w:val="right"/>
      </w:pPr>
      <w:r>
        <w:t>تو پسند نہ ہونے کا مطلب یہ نہیں کہ ہم بھڑک اٹھیں۔ پسند نہ ہوں تب بھی ہمیں صبر کرنا ہے۔ کیوں؟ صبر آپ کو اس قابل بناتا ہے کہ آپ positive planning کر سکیں۔</w:t>
      </w:r>
    </w:p>
    <w:p>
      <w:r>
        <w:rPr>
          <w:b/>
        </w:rPr>
        <w:t xml:space="preserve">[19:24] </w:t>
      </w:r>
      <w:r>
        <w:t>well considered response de sakein soorat-e-haal ka.</w:t>
      </w:r>
    </w:p>
    <w:p>
      <w:pPr>
        <w:jc w:val="right"/>
      </w:pPr>
      <w:r>
        <w:t>Well considered response دے سکیں صورتحال کا۔</w:t>
      </w:r>
    </w:p>
    <w:p>
      <w:r>
        <w:rPr>
          <w:b/>
        </w:rPr>
        <w:t xml:space="preserve">[19:28] </w:t>
      </w:r>
      <w:r>
        <w:t>sabr nahi karenge to jazbati radd-e-amal dikhayenge. aur sabr karenge to socha samjha mansooba banayenge.</w:t>
      </w:r>
    </w:p>
    <w:p>
      <w:pPr>
        <w:jc w:val="right"/>
      </w:pPr>
      <w:r>
        <w:t>صبر نہیں کریں گے تو جذباتی ردعمل دکھائیں گے۔ اور صبر کریں گے تو سوچا سمجھا منصوبہ بنائیں گے۔</w:t>
      </w:r>
    </w:p>
    <w:p>
      <w:r>
        <w:rPr>
          <w:b/>
        </w:rPr>
        <w:t xml:space="preserve">[19:40] </w:t>
      </w:r>
      <w:r>
        <w:t>aur socha samjha mansooba jo hai wahi hamesha kaamyaab hota hai.</w:t>
      </w:r>
    </w:p>
    <w:p>
      <w:pPr>
        <w:jc w:val="right"/>
      </w:pPr>
      <w:r>
        <w:t>اور سوچا سمجھا منصوبہ جو ہے وہی ہمیشہ کامیاب ہوتا ہے۔</w:t>
      </w:r>
    </w:p>
    <w:p>
      <w:r>
        <w:rPr>
          <w:b/>
        </w:rPr>
        <w:t xml:space="preserve">[19:46] </w:t>
      </w:r>
      <w:r>
        <w:t>kya paighambar-e-islam sallallahu alaihi wasallam ki zindagi mein iski koi misaal hai ke aap ke saamne logon ne aap ko bura bhala kaha ho aur aap ne iska kis tarah se saamna kiya?</w:t>
      </w:r>
    </w:p>
    <w:p>
      <w:pPr>
        <w:jc w:val="right"/>
      </w:pPr>
      <w:r>
        <w:t>کیا پیغمبر اسلام صلی اللہ علیہ وسلم کی زندگی میں اس کی کوئی مثال ہے کہ آپ کے سامنے لوگوں نے آپ کو برا بھلا کہا ہو اور آپ نے اس کا کس طرح سے سامنا کیا؟</w:t>
      </w:r>
    </w:p>
    <w:p>
      <w:r>
        <w:rPr>
          <w:b/>
        </w:rPr>
        <w:t xml:space="preserve">[20:00] </w:t>
      </w:r>
      <w:r>
        <w:t>haan, main aap ko ek misaal deta hoon. jab rasool Allah Makka mein thay to aap ke khilaaf bohat kuch bura bhala kaha jata tha.</w:t>
      </w:r>
    </w:p>
    <w:p>
      <w:pPr>
        <w:jc w:val="right"/>
      </w:pPr>
      <w:r>
        <w:t>ہاں، میں آپ کو ایک مثال دیتا ہوں۔ جب رسول اللہ مکہ میں تھے تو آپ کے خلاف بہت کچھ برا بھلا کہا جاتا تھا۔</w:t>
      </w:r>
    </w:p>
    <w:p>
      <w:r>
        <w:rPr>
          <w:b/>
        </w:rPr>
        <w:t xml:space="preserve">[20:12] </w:t>
      </w:r>
      <w:r>
        <w:t>hamesha aap bardasht karte thay. iski ek misaal yeh hai ke aap</w:t>
      </w:r>
    </w:p>
    <w:p>
      <w:pPr>
        <w:jc w:val="right"/>
      </w:pPr>
      <w:r>
        <w:t>ہمیشہ آپ برداشت کرتے تھے۔ اس کی ایک مثال یہ ہے کہ آپ</w:t>
      </w:r>
    </w:p>
    <w:p>
      <w:r>
        <w:rPr>
          <w:b/>
        </w:rPr>
        <w:t xml:space="preserve">[20:17] </w:t>
      </w:r>
      <w:r>
        <w:t>kaba mein baithe hue thay to ek aurat jo shaira thi aur mushrika thi woh, woh aayi aur aap ke munh par khare ho kar saamne kehti hai ke muzammaman abina.</w:t>
      </w:r>
    </w:p>
    <w:p>
      <w:pPr>
        <w:jc w:val="right"/>
      </w:pPr>
      <w:r>
        <w:t>کعبہ میں بیٹھے ہوئے تھے تو ایک عورت جو شاعرہ تھی اور مشرکہ تھی وہ، وہ آئی اور آپ کے منہ پر کھڑے ہو کر سامنے کہتی ہے کہ مذمماً ابینا۔</w:t>
      </w:r>
    </w:p>
    <w:p>
      <w:r>
        <w:rPr>
          <w:b/>
        </w:rPr>
        <w:t xml:space="preserve">[20:32] </w:t>
      </w:r>
      <w:r>
        <w:t>aap qabil-e-muzammat hain. hum aap ki muzammat karte hain.</w:t>
      </w:r>
    </w:p>
    <w:p>
      <w:pPr>
        <w:jc w:val="right"/>
      </w:pPr>
      <w:r>
        <w:t>آپ قابل مذمت ہیں۔ ہم آپ کی مذمت کرتے ہیں۔</w:t>
      </w:r>
    </w:p>
    <w:p>
      <w:r>
        <w:rPr>
          <w:b/>
        </w:rPr>
        <w:t xml:space="preserve">[20:36] </w:t>
      </w:r>
      <w:r>
        <w:t>munh dar munh keh rahi hai. rasool Allah yeh sun kar muskara diye. to Hazrat Abu Bakr wahan thay, unhone poocha ke woh to itni buri tarah se aap ko keh rahi hai aur aap muskara diye.</w:t>
      </w:r>
    </w:p>
    <w:p>
      <w:pPr>
        <w:jc w:val="right"/>
      </w:pPr>
      <w:r>
        <w:t>منہ در منہ کہہ رہی ہے۔ رسول اللہ یہ سن کر مسکرا دیے۔ تو حضرت ابوبکر وہاں تھے، انہوں نے پوچھا کہ وہ تو اتنی بری طریقے سے آپ کو کہہ رہی ہے اور آپ مسکرا دیے۔</w:t>
      </w:r>
    </w:p>
    <w:p>
      <w:r>
        <w:rPr>
          <w:b/>
        </w:rPr>
        <w:t xml:space="preserve">[20:50] </w:t>
      </w:r>
      <w:r>
        <w:t>to aap ne kaha ke is ke kehne se kya hua?</w:t>
      </w:r>
    </w:p>
    <w:p>
      <w:pPr>
        <w:jc w:val="right"/>
      </w:pPr>
      <w:r>
        <w:t>تو آپ نے کہا کہ اس کے کہنے سے کیا ہوا؟</w:t>
      </w:r>
    </w:p>
    <w:p>
      <w:r>
        <w:rPr>
          <w:b/>
        </w:rPr>
        <w:t xml:space="preserve">[20:58] </w:t>
      </w:r>
      <w:r>
        <w:t>is aurat ke haath mein tareekh nahi hai. jo is ke munh se nikla wahi tareekh nahi ban jayegi. matlab woh jo kaha tha us ki main tashreeh kar raha hoon.</w:t>
      </w:r>
    </w:p>
    <w:p>
      <w:pPr>
        <w:jc w:val="right"/>
      </w:pPr>
      <w:r>
        <w:t>اس عورت کے ہاتھ میں تاریخ نہیں ہے۔ جو اس کے منہ سے نکلا وہی تاریخ نہیں بن جائے گی۔ مطلب وہ جو کہا تھا اس کی میں تشریح کر رہا ہوں۔</w:t>
      </w:r>
    </w:p>
    <w:p>
      <w:r>
        <w:rPr>
          <w:b/>
        </w:rPr>
        <w:t xml:space="preserve">[21:08] </w:t>
      </w:r>
      <w:r>
        <w:t>is ka matlab yeh tha aap jo jo farmaya tha aap ne ke tareekh ne mere maa baap ne mujhe mohabbat ka naam rakha hai aur tareekh mein main Muhammad bankar ke</w:t>
      </w:r>
    </w:p>
    <w:p>
      <w:pPr>
        <w:jc w:val="right"/>
      </w:pPr>
      <w:r>
        <w:t>اس کا مطلب یہ تھا آپ جو جو فرمایا تھا آپ نے کہ تاریخ نے میرے ماں باپ نے مجھے محبت کا نام رکھا ہے اور تاریخ میں میں محمد بن کر کے</w:t>
      </w:r>
    </w:p>
    <w:p>
      <w:r>
        <w:rPr>
          <w:b/>
        </w:rPr>
        <w:t xml:space="preserve">[21:20] </w:t>
      </w:r>
      <w:r>
        <w:t>inshallah numayan hounga. tareekh mujh ko mohabbat ke roop mein jaane gi. yani parhez vardi. to yeh yeh mujh ko blame vardi keh rahi hai.</w:t>
      </w:r>
    </w:p>
    <w:p>
      <w:pPr>
        <w:jc w:val="right"/>
      </w:pPr>
      <w:r>
        <w:t>انشاء اللہ نمایاں ہوں گا۔ تاریخ مجھ کو محبت کے روپ میں جانے گی۔ یعنی پرہیز وردی۔ تو یہ یہ مجھ کو blame وردی کہہ رہی ہے۔</w:t>
      </w:r>
    </w:p>
    <w:p>
      <w:r>
        <w:rPr>
          <w:b/>
        </w:rPr>
        <w:t xml:space="preserve">[21:32] </w:t>
      </w:r>
      <w:r>
        <w:t>is ke kehne se koi farq nahi padta. kyunke tareekh mein main parhez vardi bankar ke inshallah numayan hounga.</w:t>
      </w:r>
    </w:p>
    <w:p>
      <w:pPr>
        <w:jc w:val="right"/>
      </w:pPr>
      <w:r>
        <w:t>اس کے کہنے سے کوئی فرق نہیں پڑتا۔ کیونکہ تاریخ میں میں پرہیز وردی بن کر کے انشاء اللہ نمایاں ہوں گا۔</w:t>
      </w:r>
    </w:p>
    <w:p>
      <w:r>
        <w:rPr>
          <w:b/>
        </w:rPr>
        <w:t xml:space="preserve">[21:40] </w:t>
      </w:r>
      <w:r>
        <w:t>is tarah se aap ne is ko avoid kiya. yahi hamein karna hai fard ki satah par bhi aur jamaat ki satah par bhi.</w:t>
      </w:r>
    </w:p>
    <w:p>
      <w:pPr>
        <w:jc w:val="right"/>
      </w:pPr>
      <w:r>
        <w:t>اس طرح سے آپ نے اس کو avoid کیا۔ یہی ہمیں کرنا ہے فرد کی سطح پر بھی اور جماعت کی سطح پر بھی۔</w:t>
      </w:r>
    </w:p>
    <w:p>
      <w:r>
        <w:rPr>
          <w:b/>
        </w:rPr>
        <w:t xml:space="preserve">[21:50] </w:t>
      </w:r>
      <w:r>
        <w:t>goya paighambar ka tareeqa yeh hai ke jis tarah ke halaat paish aayen to socha samjha qdam kiya jaye. bhadak kar koi qdam na kiya jaye.</w:t>
      </w:r>
    </w:p>
    <w:p>
      <w:pPr>
        <w:jc w:val="right"/>
      </w:pPr>
      <w:r>
        <w:t>گویا پیغمبر کا طریقہ یہ ہے کہ جس طرح کے حالات پیش آئیں تو سوچا سمجھا اقدام کیا جائے۔ بھڑک کر کوئی اقدام نہ کیا جائے۔</w:t>
      </w:r>
    </w:p>
    <w:p>
      <w:r>
        <w:rPr>
          <w:b/>
        </w:rPr>
        <w:t xml:space="preserve">[22:01] </w:t>
      </w:r>
      <w:r>
        <w:t>bilashuba. rasool Allah sari zindagi yahi karte rahe. misaal ke taur par jab hijrat ka waqt aaya aur unhone tay kiya ke hum rasool Allah ke liye qatl ka faisla kiya to kai sahaba jo thay ladne ke liye tayyar ho gaye.</w:t>
      </w:r>
    </w:p>
    <w:p>
      <w:pPr>
        <w:jc w:val="right"/>
      </w:pPr>
      <w:r>
        <w:t>بلاشبہ۔ رسول اللہ ساری زندگی یہی کرتے رہے۔ مثال کے طور پر جب ہجرت کا وقت آیا اور انہوں نے طے کیا کہ ہم رسول اللہ کے لیے قتل کا فیصلہ کیا تو کئی صحابہ جو تھے لڑنے کے تیار ہو گئے۔</w:t>
      </w:r>
    </w:p>
    <w:p>
      <w:r>
        <w:rPr>
          <w:b/>
        </w:rPr>
        <w:t xml:space="preserve">[22:17] </w:t>
      </w:r>
      <w:r>
        <w:t>hum jehad karenge.</w:t>
      </w:r>
    </w:p>
    <w:p>
      <w:pPr>
        <w:jc w:val="right"/>
      </w:pPr>
      <w:r>
        <w:t>ہم جہاد کریں گے۔</w:t>
      </w:r>
    </w:p>
    <w:p>
      <w:r>
        <w:rPr>
          <w:b/>
        </w:rPr>
        <w:t xml:space="preserve">[22:21] </w:t>
      </w:r>
      <w:r>
        <w:t>hum jehad karenge. lekin rasool Allah ne kya kiya? socha. soch kar ke aap ne faisla kiya ke hum ladenge to kai log maare jayenge.</w:t>
      </w:r>
    </w:p>
    <w:p>
      <w:pPr>
        <w:jc w:val="right"/>
      </w:pPr>
      <w:r>
        <w:t>ہم جہاد کریں گے۔ لیکن رسول اللہ نے کیا کیا؟ سوچا۔ سوچ کر کے آپ نے فیصلہ کیا کہ ہم لڑیں گے تو کئی لوگ مارے جائیں گے۔</w:t>
      </w:r>
    </w:p>
    <w:p>
      <w:r>
        <w:rPr>
          <w:b/>
        </w:rPr>
        <w:t xml:space="preserve">[22:30] </w:t>
      </w:r>
      <w:r>
        <w:t>to aap is saare logon ko le kar aap Madina chale gaye. jin logon ko</w:t>
      </w:r>
    </w:p>
    <w:p>
      <w:pPr>
        <w:jc w:val="right"/>
      </w:pPr>
      <w:r>
        <w:t>تو آپ اس سارے لوگوں کو لے کر آپ مدینہ چلے گئے۔ جن لوگوں کو</w:t>
      </w:r>
    </w:p>
    <w:p>
      <w:r>
        <w:rPr>
          <w:b/>
        </w:rPr>
        <w:t xml:space="preserve">[22:37] </w:t>
      </w:r>
      <w:r>
        <w:t>lad kar ke yani khwamkhwah un ki zindagiyaan chali jaati theen. un ko istemal kiya aap ne tableegh-o-da'wat ke liye Madina le aakar. aur phir kya hua ke Madine mein saare Madine mein Islam phail gaya.</w:t>
      </w:r>
    </w:p>
    <w:p>
      <w:pPr>
        <w:jc w:val="right"/>
      </w:pPr>
      <w:r>
        <w:t>لڑ کر کے یعنی خوامخواہ ان کی زندگیاں چلی جاتی تھیں۔ ان کو استعمال کیا آپ نے تبلیغ و دعوت کے لیے مدینہ لے آ کر۔ اور پھر کیا ہوا کہ مدینے میں سارے مدینے میں اسلام پھیل گیا۔</w:t>
      </w:r>
    </w:p>
    <w:p>
      <w:r>
        <w:rPr>
          <w:b/>
        </w:rPr>
        <w:t xml:space="preserve">[22:51] </w:t>
      </w:r>
      <w:r>
        <w:t>phir Madine ke zariye se phir yeh Makka tak Islam phaila.</w:t>
      </w:r>
    </w:p>
    <w:p>
      <w:pPr>
        <w:jc w:val="right"/>
      </w:pPr>
      <w:r>
        <w:t>پھر مدینے کے ذریعے سے پھر یہ مکہ تک اسلام پھیلا۔</w:t>
      </w:r>
    </w:p>
    <w:p>
      <w:r>
        <w:rPr>
          <w:b/>
        </w:rPr>
        <w:t xml:space="preserve">[22:55] </w:t>
      </w:r>
      <w:r>
        <w:t>to aap ne har mauqe par ishtia'al se bach kar ke sochi samjhi planning ki.</w:t>
      </w:r>
    </w:p>
    <w:p>
      <w:pPr>
        <w:jc w:val="right"/>
      </w:pPr>
      <w:r>
        <w:t>تو آپ نے ہر موقع پر اشتعال سے بچ کر کے سوچی سمجھی planning کی۔</w:t>
      </w:r>
    </w:p>
    <w:p>
      <w:r>
        <w:rPr>
          <w:b/>
        </w:rPr>
        <w:t xml:space="preserve">[23:05] </w:t>
      </w:r>
      <w:r>
        <w:t>poori zindagi mein.</w:t>
      </w:r>
    </w:p>
    <w:p>
      <w:pPr>
        <w:jc w:val="right"/>
      </w:pPr>
      <w:r>
        <w:t>پوری زندگی میں۔</w:t>
      </w:r>
    </w:p>
    <w:p>
      <w:r>
        <w:rPr>
          <w:b/>
        </w:rPr>
        <w:t xml:space="preserve">[23:07] </w:t>
      </w:r>
      <w:r>
        <w:t>rozay ka dawat ilay Allah se kya ta'alluq hai? main samajhta hoon ke roza bohat gehrai ke sath dawat ilay Allah se ta'alluq rakhta hai.</w:t>
      </w:r>
    </w:p>
    <w:p>
      <w:pPr>
        <w:jc w:val="right"/>
      </w:pPr>
      <w:r>
        <w:t>روزے کا دعوت الی اللہ سے کیا تعلق ہے؟ میں سمجھتا ہوں کہ روزہ بہت گہرائی کے ساتھ دعوت الی اللہ سے تعلق رکھتا ہے۔</w:t>
      </w:r>
    </w:p>
    <w:p>
      <w:r>
        <w:rPr>
          <w:b/>
        </w:rPr>
        <w:t xml:space="preserve">[23:17] </w:t>
      </w:r>
      <w:r>
        <w:t>woh kya? dawat mein do fareeq hotay hain. da'ee mad'oo. to da'ee aur mad'oo ke beech mein jab tak mu'addal ta'alluq na ho dawat ka kaam nahi chal sakta.</w:t>
      </w:r>
    </w:p>
    <w:p>
      <w:pPr>
        <w:jc w:val="right"/>
      </w:pPr>
      <w:r>
        <w:t>وہ کیا؟ دعوت میں دو فریق ہوتے ہیں۔ داعی مدعو۔ تو داعی اور مدعو کے بیچ میں جب تک معدل تعلق نہ ہو دعوت کا کام نہیں چل سکتا۔</w:t>
      </w:r>
    </w:p>
    <w:p>
      <w:r>
        <w:rPr>
          <w:b/>
        </w:rPr>
        <w:t xml:space="preserve">[23:34] </w:t>
      </w:r>
      <w:r>
        <w:t>mu'addal ta'alluq kaise paida hoga? mad'oo kyon chahega? mad'oo nahi chahega mu'addal ta'alluq. is ka concern nahi hai.</w:t>
      </w:r>
    </w:p>
    <w:p>
      <w:pPr>
        <w:jc w:val="right"/>
      </w:pPr>
      <w:r>
        <w:t>معدل تعلق کیسے پیدا ہوگا؟ مدعو کیوں چاہے گا؟ مدعو نہیں چاہے گا معدل تعلق۔ اس کا concern نہیں ہے۔</w:t>
      </w:r>
    </w:p>
    <w:p>
      <w:r>
        <w:rPr>
          <w:b/>
        </w:rPr>
        <w:t xml:space="preserve">[23:43] </w:t>
      </w:r>
      <w:r>
        <w:t>to da'ee ko yak-tarfa ya'ni lateral tor par sabr kar ke normal ta'alluq banana parta hai.</w:t>
      </w:r>
    </w:p>
    <w:p>
      <w:pPr>
        <w:jc w:val="right"/>
      </w:pPr>
      <w:r>
        <w:t>تو داعی کو یکطرفہ یعنی lateral طور پر صبر کر کے normal تعلق بنانا پڑتا ہے۔</w:t>
      </w:r>
    </w:p>
    <w:p>
      <w:r>
        <w:rPr>
          <w:b/>
        </w:rPr>
        <w:t xml:space="preserve">[23:54] </w:t>
      </w:r>
      <w:r>
        <w:t>ta'ake dawat ka process jo hai ismoothli jari rahe. is aitbaar se barah-e-rast ta'alluq hai rozay ka dawat se.</w:t>
      </w:r>
    </w:p>
    <w:p>
      <w:pPr>
        <w:jc w:val="right"/>
      </w:pPr>
      <w:r>
        <w:t>تاکہ دعوت کا process جو ہے اسموٹھلی جاری رہے۔ اس اعتبار سے براہ راست تعلق ہے روزے کا دعوت سے۔</w:t>
      </w:r>
    </w:p>
    <w:p>
      <w:r>
        <w:rPr>
          <w:b/>
        </w:rPr>
        <w:t xml:space="preserve">[24:06] </w:t>
      </w:r>
      <w:r>
        <w:t>ba'az log yeh kehte hain ke roza is liye farz kiya gaya hai ta'ake par-mushaqqat zindagi se guzar kar aadmi ko jang ki training ki jaye.</w:t>
      </w:r>
    </w:p>
    <w:p>
      <w:pPr>
        <w:jc w:val="right"/>
      </w:pPr>
      <w:r>
        <w:t>بعض لوگ یہ کہتے ہیں کہ روزہ اس لیے فرض کیا گیا ہے تاکہ پرمشقت زندگی سے گزار کر آدمی کو جنگ کی ٹریننگ کی جائے۔</w:t>
      </w:r>
    </w:p>
    <w:p>
      <w:r>
        <w:rPr>
          <w:b/>
        </w:rPr>
        <w:t xml:space="preserve">[24:17] </w:t>
      </w:r>
      <w:r>
        <w:t>aadmi ko jang ke liye tayyar kiya jaye. kya yeh sahi hai?</w:t>
      </w:r>
    </w:p>
    <w:p>
      <w:pPr>
        <w:jc w:val="right"/>
      </w:pPr>
      <w:r>
        <w:t>آدمی کو جنگ کے لیے تیار کیا جائے۔ کیا یہ صحیح ہے؟</w:t>
      </w:r>
    </w:p>
    <w:p>
      <w:r>
        <w:rPr>
          <w:b/>
        </w:rPr>
        <w:t xml:space="preserve">[24:22] </w:t>
      </w:r>
      <w:r>
        <w:t>mere nazdeek yeh bilkul galat hai. ke galat is liye ke quran mein kahin bhi nahi kaha gaya ke rozay ka yeh maqsad hai.</w:t>
      </w:r>
    </w:p>
    <w:p>
      <w:pPr>
        <w:jc w:val="right"/>
      </w:pPr>
      <w:r>
        <w:t>میرے نزدیک یہ بالکل غلط ہے۔ کہ غلط اس لیے کہ قرآن میں کہیں بھی نہیں کہا گیا کہ روزے کا یہ مقصد ہے۔</w:t>
      </w:r>
    </w:p>
    <w:p>
      <w:r>
        <w:rPr>
          <w:b/>
        </w:rPr>
        <w:t xml:space="preserve">[24:31] </w:t>
      </w:r>
      <w:r>
        <w:t>askari training. na hadith mein kaha gaya kaha gaya askari training. to khud-sakhta baat yeh hai. dekhiye maqsad roza jo hai nikalna chahiye quran o hadith se.</w:t>
      </w:r>
    </w:p>
    <w:p>
      <w:pPr>
        <w:jc w:val="right"/>
      </w:pPr>
      <w:r>
        <w:t>عسکری ٹریننگ۔ نہ حدیث میں کہا گیا کہا گیا عسکری ٹریننگ۔ تو خود ساختہ بات یہ ہے۔ دیکھیے مقصد روزہ جو ہے نکلنا چاہیے قرآن و حدیث سے۔</w:t>
      </w:r>
    </w:p>
    <w:p>
      <w:r>
        <w:rPr>
          <w:b/>
        </w:rPr>
        <w:t xml:space="preserve">[24:45] </w:t>
      </w:r>
      <w:r>
        <w:t>maqsad roza jo hai hum apni aql se nahi nikal sakte. to quran mein hai maqsad roza taqwa aur shukr.</w:t>
      </w:r>
    </w:p>
    <w:p>
      <w:pPr>
        <w:jc w:val="right"/>
      </w:pPr>
      <w:r>
        <w:t>مقصد روزہ جو ہے ہم اپنی عقل سے نہیں نکال سکتے۔ تو قرآن میں ہے مقصد روزہ تقویٰ اور شکر۔</w:t>
      </w:r>
    </w:p>
    <w:p>
      <w:r>
        <w:rPr>
          <w:b/>
        </w:rPr>
        <w:t xml:space="preserve">[24:54] </w:t>
      </w:r>
      <w:r>
        <w:t>hadith mein hai maqsad roza sabr. jang ka to kahin is mein zikr hi nahi. to main samajhta hoon ke yeh is qism ki tashreeh rozay ki jo khud-sakhta hai aur bilkul baseless hai.</w:t>
      </w:r>
    </w:p>
    <w:p>
      <w:pPr>
        <w:jc w:val="right"/>
      </w:pPr>
      <w:r>
        <w:t>حدیث میں ہے مقصد روزہ صبر۔ جنگ کا تو کہیں اس میں ذکر ہی نہیں۔ تو میں سمجھتا ہوں کہ یہ اس قسم کی تشریح روزے کی جو خود ساختہ ہے اور بالکل baseless ہے۔</w:t>
      </w:r>
    </w:p>
    <w:p>
      <w:r>
        <w:rPr>
          <w:b/>
        </w:rPr>
        <w:t xml:space="preserve">[25:15] </w:t>
      </w:r>
      <w:r>
        <w:t>aap ka is silsile mein kya mashwara hai ke hum ramzan ka mahina kis tarah se guzarein ke hamare andar taqwa aur sabr aur shukr ki speed paida ho?</w:t>
      </w:r>
    </w:p>
    <w:p>
      <w:pPr>
        <w:jc w:val="right"/>
      </w:pPr>
      <w:r>
        <w:t>آپ کا اس سلسلے میں کیا مشورہ ہے کہ ہم رمضان کا مہینہ کس طرح سے گزاریں کہ ہمارے اندر تقویٰ اور صبر اور شکر کی سپیڈ پیدا ہو؟</w:t>
      </w:r>
    </w:p>
    <w:p>
      <w:r>
        <w:rPr>
          <w:b/>
        </w:rPr>
        <w:t xml:space="preserve">[25:28] </w:t>
      </w:r>
      <w:r>
        <w:t>dekhiye pehli baat to yeh hai ke yeh shaoor zinda ho hamare andar ke roza koi ritual type ki cheez nahi hai.</w:t>
      </w:r>
    </w:p>
    <w:p>
      <w:pPr>
        <w:jc w:val="right"/>
      </w:pPr>
      <w:r>
        <w:t>دیکھیے پہلی بات تو یہ ہے کہ یہ شعور زندہ ہو ہمارے اندر کہ روزہ کوئی ritual type کی چیز نہیں ہے۔</w:t>
      </w:r>
    </w:p>
    <w:p>
      <w:r>
        <w:rPr>
          <w:b/>
        </w:rPr>
        <w:t xml:space="preserve">[25:38] </w:t>
      </w:r>
      <w:r>
        <w:t>ke rasam nahi hai. ek form ka naam nahi hai. balkeh roza ek spirit ka naam hai.</w:t>
      </w:r>
    </w:p>
    <w:p>
      <w:pPr>
        <w:jc w:val="right"/>
      </w:pPr>
      <w:r>
        <w:t>کہ رسم نہیں ہے۔ ایک فارم کا نام نہیں ہے۔ بلکہ روزہ ایک spirit کا نام ہے۔</w:t>
      </w:r>
    </w:p>
    <w:p>
      <w:r>
        <w:rPr>
          <w:b/>
        </w:rPr>
        <w:t xml:space="preserve">[25:48] </w:t>
      </w:r>
      <w:r>
        <w:t>spirit ka naam hai. warna subah se shaam tak bhookay reh gaye to samjhein roza ho gaya. nahi. woh spirit jo sabr wali spirit, shukr wali spirit, taqwa wali spirit yeh kab aayegi?</w:t>
      </w:r>
    </w:p>
    <w:p>
      <w:pPr>
        <w:jc w:val="right"/>
      </w:pPr>
      <w:r>
        <w:t>Spirit کا نام ہے۔ ورنہ صبح سے شام تک بھوکے رہ گئے تو سمجھیں روزہ ہو گیا۔ نہیں۔ وہ spirit جو صبر والی spirit، شکر والی spirit، تقویٰ والی spirit یہ کب آئے گی؟</w:t>
      </w:r>
    </w:p>
    <w:p>
      <w:r>
        <w:rPr>
          <w:b/>
        </w:rPr>
        <w:t xml:space="preserve">[26:02] </w:t>
      </w:r>
      <w:r>
        <w:t>jab hum quran ko padhein. hadith ko padhein.</w:t>
      </w:r>
    </w:p>
    <w:p>
      <w:pPr>
        <w:jc w:val="right"/>
      </w:pPr>
      <w:r>
        <w:t>جب ہم قرآن کو پڑھیں۔ حدیث کو پڑھیں۔</w:t>
      </w:r>
    </w:p>
    <w:p>
      <w:r>
        <w:rPr>
          <w:b/>
        </w:rPr>
        <w:t xml:space="preserve">[26:06] </w:t>
      </w:r>
      <w:r>
        <w:t>bohat si hadithain rozay ke baray mein hain. quran mein tafseel se rozay ke baray mein hai. to is ko padhna, is par sochna, apna introspection karna.</w:t>
      </w:r>
    </w:p>
    <w:p>
      <w:pPr>
        <w:jc w:val="right"/>
      </w:pPr>
      <w:r>
        <w:t>بہت سی حدیثیں روزے کے بارے میں ہیں۔ قرآن میں تفصیل سے روزے کے بارے میں ہے۔ تو اس کو پڑھنا، اس پر سوچنا، اپنا introspection کرنا۔</w:t>
      </w:r>
    </w:p>
    <w:p>
      <w:r>
        <w:rPr>
          <w:b/>
        </w:rPr>
        <w:t xml:space="preserve">[26:19] </w:t>
      </w:r>
      <w:r>
        <w:t>aur khaas taur par rozana apne aap ko hisab karna. introspection. ke aaj mera roza kaisa guzra?</w:t>
      </w:r>
    </w:p>
    <w:p>
      <w:pPr>
        <w:jc w:val="right"/>
      </w:pPr>
      <w:r>
        <w:t>اور خاص طور پر روزانہ اپنے آپ کو احتساب کرنا۔ Introspection۔ کہ آج میرا روزہ کیسا گزرا؟</w:t>
      </w:r>
    </w:p>
    <w:p>
      <w:r>
        <w:rPr>
          <w:b/>
        </w:rPr>
        <w:t xml:space="preserve">[26:28] </w:t>
      </w:r>
      <w:r>
        <w:t>aaj jo roza maine rakha tha woh kaisa guzra? to is tarah se hum roza rakhein ge to hamara roza jo hai woh roza banega jo ke matloob hai.</w:t>
      </w:r>
    </w:p>
    <w:p>
      <w:pPr>
        <w:jc w:val="right"/>
      </w:pPr>
      <w:r>
        <w:t>آج جو روزہ میں نے رکھا تھا وہ کیسا گزرا؟ تو اس طریقے سے ہم روزہ رکھیں گے تو ہمارا روزہ جو ہے وہ روزہ بنے گا جو کہ مطلوب ہے۔</w:t>
      </w:r>
    </w:p>
    <w:p>
      <w:r>
        <w:rPr>
          <w:b/>
        </w:rPr>
        <w:t xml:space="preserve">[26:42] </w:t>
      </w:r>
      <w:r>
        <w:t>rozay ke mahine mein jo introspection hai kya is ki koi khaas ahmiyat hai? ya aam zindagi mein bhi introspection ki ahmiyat hai?</w:t>
      </w:r>
    </w:p>
    <w:p>
      <w:pPr>
        <w:jc w:val="right"/>
      </w:pPr>
      <w:r>
        <w:t>روزے کے مہینے میں جو introspection ہے کیا اس کی کوئی خصوصی اہمیت ہے؟ یا عام زندگی میں بھی introspection کی اہمیت ہے؟</w:t>
      </w:r>
    </w:p>
    <w:p>
      <w:r>
        <w:rPr>
          <w:b/>
        </w:rPr>
        <w:t xml:space="preserve">[26:53] </w:t>
      </w:r>
      <w:r>
        <w:t>introspection to hamesha chahiye. rasool Allah sal Allah alayhi wasallam aur sahaba karam ka tareeqa tha ke woh rozana hisab karte thay. hisab to hadith mein aata hai ke dekhiye</w:t>
      </w:r>
    </w:p>
    <w:p>
      <w:pPr>
        <w:jc w:val="right"/>
      </w:pPr>
      <w:r>
        <w:t>Introspection تو ہمیشہ چاہیے۔ رسول اللہ صلی اللہ علیہ وسلم اور صحابہ کرام کا طریقہ تھا کہ وہ روزانہ احتساب کرتے تھے۔ احتساب تو حدیث میں آتا ہے کہ دیکھیے</w:t>
      </w:r>
    </w:p>
    <w:p>
      <w:r>
        <w:rPr>
          <w:b/>
        </w:rPr>
        <w:t xml:space="preserve">[27:09] </w:t>
      </w:r>
      <w:r>
        <w:t>hisab ya muhasba ya introspection yeh momin ki zindagi ka ek lazmi hissa hai.</w:t>
      </w:r>
    </w:p>
    <w:p>
      <w:pPr>
        <w:jc w:val="right"/>
      </w:pPr>
      <w:r>
        <w:t>احتساب یا محاسبہ یا introspection یہ مومن کی زندگی کا ایک لازمی حصہ ہے۔</w:t>
      </w:r>
    </w:p>
    <w:p>
      <w:r>
        <w:rPr>
          <w:b/>
        </w:rPr>
        <w:t xml:space="preserve">[27:19] </w:t>
      </w:r>
      <w:r>
        <w:t>rozana ke liye. aur ramzan mein khusoosiyat ke sath aur zyada is ka ehtimam karna chahiye.</w:t>
      </w:r>
    </w:p>
    <w:p>
      <w:pPr>
        <w:jc w:val="right"/>
      </w:pPr>
      <w:r>
        <w:t>روزانہ کے لیے۔ اور رمضان میں خصوصیت کے ساتھ اور زیادہ اس کا اہتمام کرنا چاہیے۔</w:t>
      </w:r>
    </w:p>
    <w:p>
      <w:r>
        <w:rPr>
          <w:b/>
        </w:rPr>
        <w:t xml:space="preserve">[27:27] </w:t>
      </w:r>
      <w:r>
        <w:t>rozay ke mahine mein woh kin khaas cheezon se aadmi ko bachna chahiye? ta'ake is ka roza ek spirit wala roza ban sake?</w:t>
      </w:r>
    </w:p>
    <w:p>
      <w:pPr>
        <w:jc w:val="right"/>
      </w:pPr>
      <w:r>
        <w:t>روزے کے مہینے میں وہ کن خاص چیزوں سے آدمی کو بچنا چاہیے؟ تاکہ اس کا روزہ ایک spirit والا روزہ بن سکے؟</w:t>
      </w:r>
    </w:p>
    <w:p>
      <w:r>
        <w:rPr>
          <w:b/>
        </w:rPr>
        <w:t xml:space="preserve">[27:38] </w:t>
      </w:r>
      <w:r>
        <w:t>main samajhta hoon ke sab se pehle to bachna chahiye ke khane peene ke ehtimam se. sab se zyada galat cheez jo hoti hai khane peene ka ehtimam.</w:t>
      </w:r>
    </w:p>
    <w:p>
      <w:pPr>
        <w:jc w:val="right"/>
      </w:pPr>
      <w:r>
        <w:t>میں سمجھتا ہوں کہ سب سے پہلے تو بچنا چاہیے کہ کھانے پینے کے اہتمام سے۔ سب سے زیادہ غلط چیز جو ہوتی ہے کھانے پینے کا اہتمام۔</w:t>
      </w:r>
    </w:p>
    <w:p>
      <w:r>
        <w:rPr>
          <w:b/>
        </w:rPr>
        <w:t xml:space="preserve">[27:51] </w:t>
      </w:r>
      <w:r>
        <w:t>is se sari tawajjuh chali jati hai khane peene par. woh dhoop machti hai sehri ki aur dhoop machti hai iftar ki.</w:t>
      </w:r>
    </w:p>
    <w:p>
      <w:pPr>
        <w:jc w:val="right"/>
      </w:pPr>
      <w:r>
        <w:t>اس سے ساری توجہ چلی جاتی ہے کھانے پینے پر۔ وہ دھوپ مچتی ہے سحری کی اور دھوپ مچتی ہے افطار کی۔</w:t>
      </w:r>
    </w:p>
    <w:p>
      <w:r>
        <w:rPr>
          <w:b/>
        </w:rPr>
        <w:t xml:space="preserve">[27:59] </w:t>
      </w:r>
      <w:r>
        <w:t>to asal spirit ghayab ho jati hai. ek shair ne kaha hai ke tan parwari khalq fazool sirf daryaft jid garmi iftar nadarad ramzan haij.</w:t>
      </w:r>
    </w:p>
    <w:p>
      <w:pPr>
        <w:jc w:val="right"/>
      </w:pPr>
      <w:r>
        <w:t>تو اصل spirit غائب ہو جاتی ہے۔ ایک شاعر نے کہا ہے کہ تن پروری خلق فضو صرف دریادت جد گرمی افطار ندارد رمضان ہیج۔</w:t>
      </w:r>
    </w:p>
    <w:p>
      <w:r>
        <w:rPr>
          <w:b/>
        </w:rPr>
        <w:t xml:space="preserve">[28:13] </w:t>
      </w:r>
      <w:r>
        <w:t>matlab ek is sehri ki dhoom aur iftar ki dhoom isi ka naam roza hai.</w:t>
      </w:r>
    </w:p>
    <w:p>
      <w:pPr>
        <w:jc w:val="right"/>
      </w:pPr>
      <w:r>
        <w:t>مطلب ایک اس سحری کی دھوم اور افطار کی دھوم اسی کا نام روزہ ہے۔</w:t>
      </w:r>
    </w:p>
    <w:p>
      <w:r>
        <w:rPr>
          <w:b/>
        </w:rPr>
        <w:t xml:space="preserve">[28:18] </w:t>
      </w:r>
      <w:r>
        <w:t>main samajhta hoon ke bohat hi zaroori hai saada khana aur kam khana. yeh kab nahi khayenge?</w:t>
      </w:r>
    </w:p>
    <w:p>
      <w:pPr>
        <w:jc w:val="right"/>
      </w:pPr>
      <w:r>
        <w:t>میں سمجھتا ہوں کہ بہت ہی ضروری ہے سادہ کھانا اور کم کھانا۔ یہ کب نہیں کھائیں گے؟</w:t>
      </w:r>
    </w:p>
    <w:p>
      <w:r>
        <w:rPr>
          <w:b/>
        </w:rPr>
        <w:t xml:space="preserve">[28:28] </w:t>
      </w:r>
      <w:r>
        <w:t>matlab sehri ke waqt khoob bhar kar kha liya peit to to din ko dakar aati rahegi sham tak. to aap ko kya pata chalega</w:t>
      </w:r>
    </w:p>
    <w:p>
      <w:pPr>
        <w:jc w:val="right"/>
      </w:pPr>
      <w:r>
        <w:t>مطلب سحری کے وقت خوب بھر کر کھا لیا پیٹ تو تو دن کو ڈکار آتی رہے گی شام تک۔ تو آپ کو کیا پتہ چلے گا</w:t>
      </w:r>
    </w:p>
    <w:p>
      <w:r>
        <w:rPr>
          <w:b/>
        </w:rPr>
        <w:t xml:space="preserve">[28:36] </w:t>
      </w:r>
      <w:r>
        <w:t>ke bhooka bhooka rehna kya cheez hai? khane ki kya ahmiyat hai? to main samajhta hoon ke saada khana aur kam khana yeh bohat zaroori hai.</w:t>
      </w:r>
    </w:p>
    <w:p>
      <w:pPr>
        <w:jc w:val="right"/>
      </w:pPr>
      <w:r>
        <w:t>کہ بھوکا بھوکا رہنا کیا چیز ہے؟ کھانے کی کیا اہمیت ہے؟ تو میں سمجھتا ہوں کہ سادہ کھانا اور کم کھانا یہ بہت ضروری ہے۔</w:t>
      </w:r>
    </w:p>
    <w:p>
      <w:r>
        <w:rPr>
          <w:b/>
        </w:rPr>
        <w:t xml:space="preserve">[28:48] </w:t>
      </w:r>
      <w:r>
        <w:t>aur quran ki tilawat karna. aur</w:t>
      </w:r>
    </w:p>
    <w:p>
      <w:pPr>
        <w:jc w:val="right"/>
      </w:pPr>
      <w:r>
        <w:t>اور قرآن کی تلاوت کرنا۔ اور</w:t>
      </w:r>
    </w:p>
    <w:p>
      <w:r>
        <w:rPr>
          <w:b/>
        </w:rPr>
        <w:t xml:space="preserve">[28:52] </w:t>
      </w:r>
      <w:r>
        <w:t>fazool baatein na karna. apna auqat ko ziyada se ziyada bachana distraction se yeh sab zaroori hai.</w:t>
      </w:r>
    </w:p>
    <w:p>
      <w:pPr>
        <w:jc w:val="right"/>
      </w:pPr>
      <w:r>
        <w:t>فضول باتیں نہ کرنا۔ اپنا اوقات کو زیادہ سے زیادہ بچانا distraction سے یہ سب ضروری ہے۔</w:t>
      </w:r>
    </w:p>
    <w:p>
      <w:r>
        <w:rPr>
          <w:b/>
        </w:rPr>
        <w:t xml:space="preserve">[29:03] </w:t>
      </w:r>
      <w:r>
        <w:t>roze ke mahine mein aam taur par log quran ki kasrat se tilawat karte hain. lekin tilawat mein maqsad yeh hota hai ke sirf sawab hasil karna.</w:t>
      </w:r>
    </w:p>
    <w:p>
      <w:pPr>
        <w:jc w:val="right"/>
      </w:pPr>
      <w:r>
        <w:t>روزے کے مہینے میں عام طور پر لوگ قرآن کی کثرت سے تلاوت کرتے ہیں۔ لیکن تلاوت میں مقصد یہ ہوتا ہے کہ صرف ثواب حاصل کرنا۔</w:t>
      </w:r>
    </w:p>
    <w:p>
      <w:r>
        <w:rPr>
          <w:b/>
        </w:rPr>
        <w:t xml:space="preserve">[29:13] </w:t>
      </w:r>
      <w:r>
        <w:t>kya yeh tasawwur sahi hai ke sirf sawab ke liye quran ko padha jaye?</w:t>
      </w:r>
    </w:p>
    <w:p>
      <w:pPr>
        <w:jc w:val="right"/>
      </w:pPr>
      <w:r>
        <w:t>کیا یہ تصور صحیح ہے کہ صرف ثواب کے لیے قرآن کو پڑھا جائے؟</w:t>
      </w:r>
    </w:p>
    <w:p>
      <w:r>
        <w:rPr>
          <w:b/>
        </w:rPr>
        <w:t xml:space="preserve">[29:19] </w:t>
      </w:r>
      <w:r>
        <w:t>dekhiye ho sakta hai is mein kuch sawab milta ho. lekin asal faida jo hai woh yeh hai ke quran mein tadabbur karna.</w:t>
      </w:r>
    </w:p>
    <w:p>
      <w:pPr>
        <w:jc w:val="right"/>
      </w:pPr>
      <w:r>
        <w:t>دیکھیے ہو سکتا ہے اس میں کچھ ثواب ملتا ہو۔ لیکن اصل فائدہ جو ہے وہ یہ ہے کہ قرآن میں تدبر کرنا۔</w:t>
      </w:r>
    </w:p>
    <w:p>
      <w:r>
        <w:rPr>
          <w:b/>
        </w:rPr>
        <w:t xml:space="preserve">[29:32] </w:t>
      </w:r>
      <w:r>
        <w:t>quran ka maqsad hi yeh bataya gaya hai ke is par socho. to quran padhaya jata hai sochne ke liye. yeh nahi ke alfaaz ko dehra liya aur khatam kar liya.</w:t>
      </w:r>
    </w:p>
    <w:p>
      <w:pPr>
        <w:jc w:val="right"/>
      </w:pPr>
      <w:r>
        <w:t>قرآن کا مقصد ہی یہ بتایا گیا ہے کہ اس پر سوچو۔ تو قرآن پڑھایا جاتا ہے سوچنے کے لیے۔ یہ نہیں کہ الفاظ کو دہرا لیا اور ختم کر لیا۔</w:t>
      </w:r>
    </w:p>
    <w:p>
      <w:r>
        <w:rPr>
          <w:b/>
        </w:rPr>
        <w:t xml:space="preserve">[29:44] </w:t>
      </w:r>
      <w:r>
        <w:t>dehra liya aur khatam kar liya. aise padhne ko to hazrat ayesha ne kaha tha ke</w:t>
      </w:r>
    </w:p>
    <w:p>
      <w:pPr>
        <w:jc w:val="right"/>
      </w:pPr>
      <w:r>
        <w:t>دہرا لیا اور ختم کر لیا۔ ایسے پڑھنے کو تو حضرت عائشہ نے کہا تھا کہ</w:t>
      </w:r>
    </w:p>
    <w:p>
      <w:r>
        <w:rPr>
          <w:b/>
        </w:rPr>
        <w:t xml:space="preserve">[29:53] </w:t>
      </w:r>
      <w:r>
        <w:t>unhone padha magar unhone nahi padha. to main samajhta hoon ke tilawat ke bajaye tadabbur ko apna nishana banana chahiye.</w:t>
      </w:r>
    </w:p>
    <w:p>
      <w:pPr>
        <w:jc w:val="right"/>
      </w:pPr>
      <w:r>
        <w:t>انہوں نے پڑھا مگر انہوں نے نہیں پڑھا۔ تو میں سمجھتا ہوں کہ تلاوت کے بجائے تدبر کو اپنا نشانہ بنانا چاہیے۔</w:t>
      </w:r>
    </w:p>
    <w:p>
      <w:r>
        <w:rPr>
          <w:b/>
        </w:rPr>
        <w:t xml:space="preserve">[30:03] </w:t>
      </w:r>
      <w:r>
        <w:t>aur roze ke zamane mein khaas taur par bohat hi dhiyan se padhna. sochna kya matlab hai is ka?</w:t>
      </w:r>
    </w:p>
    <w:p>
      <w:pPr>
        <w:jc w:val="right"/>
      </w:pPr>
      <w:r>
        <w:t>اور روزے کے زمانے میں خاص طور پر بہت ہی دھیان سے پڑھنا۔ سوچنا کیا مطلب ہے اس کا؟</w:t>
      </w:r>
    </w:p>
    <w:p>
      <w:r>
        <w:rPr>
          <w:b/>
        </w:rPr>
        <w:t xml:space="preserve">[30:12] </w:t>
      </w:r>
      <w:r>
        <w:t>arabi jaane to arabi mein sochna. tafseeron ko padhna. arabi nahi jante to tarjumo ko padhna. aur padh kar sochna ke kya matlab is ayat ka hai?</w:t>
      </w:r>
    </w:p>
    <w:p>
      <w:pPr>
        <w:jc w:val="right"/>
      </w:pPr>
      <w:r>
        <w:t>عربی جانے تو عربی میں سوچنا۔ تفسیروں کو پڑھنا۔ عربی نہیں جانتے تو ترجموں کو پڑھنا۔ اور پڑھ کر سوچنا کہ کیا مطلب اس آیت کا ہے؟</w:t>
      </w:r>
    </w:p>
    <w:p>
      <w:r>
        <w:rPr>
          <w:b/>
        </w:rPr>
        <w:t xml:space="preserve">[30:24] </w:t>
      </w:r>
      <w:r>
        <w:t>yeh hai sahi maano mein quran ko padhna.</w:t>
      </w:r>
    </w:p>
    <w:p>
      <w:pPr>
        <w:jc w:val="right"/>
      </w:pPr>
      <w:r>
        <w:t>یہ ہے صحیح معنوں میں قرآن کو پڑھنا۔</w:t>
      </w:r>
    </w:p>
    <w:p>
      <w:r>
        <w:rPr>
          <w:b/>
        </w:rPr>
        <w:t xml:space="preserve">[30:30] </w:t>
      </w:r>
      <w:r>
        <w:t>roze ke silsile mein ek sawal jo bohat aata hai woh chand ke mutalliq roiyat hilal. kuch log kehte hain ke chand ko jadeed tareeqon se dekhna chahiye.</w:t>
      </w:r>
    </w:p>
    <w:p>
      <w:pPr>
        <w:jc w:val="right"/>
      </w:pPr>
      <w:r>
        <w:t>روزے کے سلسلے میں ایک سوال جو بہت آتا ہے وہ چاند کے متعلق رویت ہلال۔ کچھ لوگ کہتے ہیں کہ چاند کو جدید طریقوں سے دیکھنا چاہیے۔</w:t>
      </w:r>
    </w:p>
    <w:p>
      <w:r>
        <w:rPr>
          <w:b/>
        </w:rPr>
        <w:t xml:space="preserve">[30:41] </w:t>
      </w:r>
      <w:r>
        <w:t>aur kuch log kehte hain ke chand ko islami tareeqe par ya qadeem tareeqe par dekhna chahiye. to is silsile mein aap ki rai kya hai?</w:t>
      </w:r>
    </w:p>
    <w:p>
      <w:pPr>
        <w:jc w:val="right"/>
      </w:pPr>
      <w:r>
        <w:t>اور کچھ لوگ کہتے ہیں کہ چاند کو اسلامی طریقے پر یا قدیم طریقے پر دیکھنا چاہیے۔ تو اس سلسلے میں آپ کی رائے کیا ہے؟</w:t>
      </w:r>
    </w:p>
    <w:p>
      <w:r>
        <w:rPr>
          <w:b/>
        </w:rPr>
        <w:t xml:space="preserve">[30:51] </w:t>
      </w:r>
      <w:r>
        <w:t>dekhiye arab ulma to aam taur par is ko durust samajhte hain. saudi arab mein baqayda ek al marsad al islami bani hai.</w:t>
      </w:r>
    </w:p>
    <w:p>
      <w:pPr>
        <w:jc w:val="right"/>
      </w:pPr>
      <w:r>
        <w:t>دیکھیے عرب علماء تو عام طور پر اس کو درست سمجھتے ہیں۔ سعودی عرب میں باقاعدہ ایک المرصد الاسلامی بنی ہے۔</w:t>
      </w:r>
    </w:p>
    <w:p>
      <w:r>
        <w:rPr>
          <w:b/>
        </w:rPr>
        <w:t xml:space="preserve">[31:01] </w:t>
      </w:r>
      <w:r>
        <w:t>islamic observatory. to main samajhta hoon ke observatory ke zariye</w:t>
      </w:r>
    </w:p>
    <w:p>
      <w:pPr>
        <w:jc w:val="right"/>
      </w:pPr>
      <w:r>
        <w:t>اسلامک آبزرویٹری۔ تو میں سمجھتا ہوں کہ آبزرویٹری کے ذریعے</w:t>
      </w:r>
    </w:p>
    <w:p>
      <w:r>
        <w:rPr>
          <w:b/>
        </w:rPr>
        <w:t xml:space="preserve">[31:09] </w:t>
      </w:r>
      <w:r>
        <w:t>roiyat hilal ka taayun karna yeh is mein koi harj nahi main samajhta</w:t>
      </w:r>
    </w:p>
    <w:p>
      <w:pPr>
        <w:jc w:val="right"/>
      </w:pPr>
      <w:r>
        <w:t>رویت ہلال کا تعین کرنا یہ اس میں کوئی حرج نہیں میں سمجھتا</w:t>
      </w:r>
    </w:p>
    <w:p>
      <w:r>
        <w:rPr>
          <w:b/>
        </w:rPr>
        <w:t xml:space="preserve">[31:18] </w:t>
      </w:r>
      <w:r>
        <w:t>islami nuqta nazar se. lekin yeh jo riwayati tareeqa hai aankh se dekhne wala is mein ek aur bohat bada faida hai. kyunke aadmi andaza karta hai karta hai ke ab ramzan ka pehla tareekh kab aati hai?</w:t>
      </w:r>
    </w:p>
    <w:p>
      <w:pPr>
        <w:jc w:val="right"/>
      </w:pPr>
      <w:r>
        <w:t>اسلامی نقطہ نظر سے۔ لیکن یہ جو روایتی طریقہ ہے آنکھ سے دیکھنے والا اس میں ایک اور بہت بڑا فائدہ ہے۔ کیونکہ آدمی اندازہ کرتا ہے کرتا ہے کہ اب رمضان کا پہلا تاریخ کب آتی ہے؟</w:t>
      </w:r>
    </w:p>
    <w:p>
      <w:r>
        <w:rPr>
          <w:b/>
        </w:rPr>
        <w:t xml:space="preserve">[31:36] </w:t>
      </w:r>
      <w:r>
        <w:t>ab pehli tareekh aayi. ab sham ko hum nikle ghar se. maghrib ki namaz padh kar</w:t>
      </w:r>
    </w:p>
    <w:p>
      <w:pPr>
        <w:jc w:val="right"/>
      </w:pPr>
      <w:r>
        <w:t>اب پہلی تاریخ آئی۔ اب شام کو ہم نکلے گھر سے۔ مغرب کی نماز پڑھ کر</w:t>
      </w:r>
    </w:p>
    <w:p>
      <w:r>
        <w:rPr>
          <w:b/>
        </w:rPr>
        <w:t xml:space="preserve">[31:43] </w:t>
      </w:r>
      <w:r>
        <w:t>log chhaton par charh kar dekhte hain. maidan mein dekhte hain. saare log aasman ki taraf yani dekh rahe hote hain. to phir koi dekhta hai ke bhai kisi ko nazar aata hai aur kehta hai dekho bhai idhar chand hai.</w:t>
      </w:r>
    </w:p>
    <w:p>
      <w:pPr>
        <w:jc w:val="right"/>
      </w:pPr>
      <w:r>
        <w:t>لوگ چھتوں پر چڑھ کر دیکھتے ہیں۔ میدان میں دیکھتے ہیں۔ سارے لوگ آسمان کی طرف یعنی دیکھ رہے ہوتے ہیں۔ تو پھر کوئی دیکھتا ہے کہ بھئی کسی کو نظر آتا ہے اور کہتا ہے دیکھو بھئی ادھر چاند ہے۔</w:t>
      </w:r>
    </w:p>
    <w:p>
      <w:r>
        <w:rPr>
          <w:b/>
        </w:rPr>
        <w:t xml:space="preserve">[31:57] </w:t>
      </w:r>
      <w:r>
        <w:t>to ek poori sargermi paida hoti hai is se.</w:t>
      </w:r>
    </w:p>
    <w:p>
      <w:pPr>
        <w:jc w:val="right"/>
      </w:pPr>
      <w:r>
        <w:t>تو ایک پوری سرگرمی پیدا ہوتی ہے اس سے۔</w:t>
      </w:r>
    </w:p>
    <w:p>
      <w:r>
        <w:rPr>
          <w:b/>
        </w:rPr>
        <w:t xml:space="preserve">[32:00] </w:t>
      </w:r>
      <w:r>
        <w:t>main samajhta hoon ke riwayati taur par dekhne mein ek bohat bara faida yeh hai ke aap ki poori shakhsiyat se bhi involve ho jati hai. aur phir aap ki zabaan se nikalta hai ke jab dekhte hain chand ke Allah</w:t>
      </w:r>
    </w:p>
    <w:p>
      <w:pPr>
        <w:jc w:val="right"/>
      </w:pPr>
      <w:r>
        <w:t>میں سمجھتا ہوں کہ روایتی طور پر دیکھنے میں ایک بہت بڑا فائدہ یہ ہے کہ آپ کی پوری شخصیت سے بھی involve ہو جاتی ہے۔ اور پھر آپ کی زبان سے نکلتا ہے کہ جب دیکھتے ہیں چاند کہ اللہ</w:t>
      </w:r>
    </w:p>
    <w:p>
      <w:r>
        <w:rPr>
          <w:b/>
        </w:rPr>
        <w:t xml:space="preserve">[32:17] </w:t>
      </w:r>
      <w:r>
        <w:t>alaina bil-amni wal-amani was-salawati was-salam ke khuda is chand ko hamare liye rehmat ka zariya bana de. is mahine ko hamare liye rehmat ka zariya bana de.</w:t>
      </w:r>
    </w:p>
    <w:p>
      <w:pPr>
        <w:jc w:val="right"/>
      </w:pPr>
      <w:r>
        <w:t>علینا بالامن والامان والسلامت والسلام کہ خدا اس چاند کو ہمارے لیے رحمت کا ذریعہ بنا دے۔ اس مہینے کو ہمارے لیے رحمت کا ذریعہ بنا دے۔</w:t>
      </w:r>
    </w:p>
    <w:p>
      <w:r>
        <w:rPr>
          <w:b/>
        </w:rPr>
        <w:t xml:space="preserve">[32:26] </w:t>
      </w:r>
      <w:r>
        <w:t>to jab aap dekhte hain tabhi to yeh sab duaein nikalti hain. calendar dekh kar agar roza rakha hai to aisa kaise ho sakta hai?</w:t>
      </w:r>
    </w:p>
    <w:p>
      <w:pPr>
        <w:jc w:val="right"/>
      </w:pPr>
      <w:r>
        <w:t>تو جب آپ دیکھتے ہیں تبھی تو یہ سب دعائیں نکلتی ہیں۔ کیلنڈر دیکھ کر اگر روزہ رکھا ہے تو ایسا کیسے ہو سکتا ہے؟</w:t>
      </w:r>
    </w:p>
    <w:p>
      <w:r>
        <w:rPr>
          <w:b/>
        </w:rPr>
        <w:t xml:space="preserve">[32:35] </w:t>
      </w:r>
      <w:r>
        <w:t>to chand ko calendar ke zariye se observatory ke zariye se mutayyan karna main is ko galat nahi samajhta.</w:t>
      </w:r>
    </w:p>
    <w:p>
      <w:pPr>
        <w:jc w:val="right"/>
      </w:pPr>
      <w:r>
        <w:t>تو چاند کو کیلنڈر کے ذریعے سے آبزرویٹری کے ذریعے سے متعین کرنا میں اس کو غلط نہیں سمجھتا۔</w:t>
      </w:r>
    </w:p>
    <w:p>
      <w:r>
        <w:rPr>
          <w:b/>
        </w:rPr>
        <w:t xml:space="preserve">[32:45] </w:t>
      </w:r>
      <w:r>
        <w:t>lekin yeh jo ek aur jo faida hai woh aankh se dekhne mein milta hai.</w:t>
      </w:r>
    </w:p>
    <w:p>
      <w:pPr>
        <w:jc w:val="right"/>
      </w:pPr>
      <w:r>
        <w:t>لیکن یہ جو ایک اور جو فائدہ ہے وہ آنکھ سے دیکھنے میں ملتا ہے۔</w:t>
      </w:r>
    </w:p>
    <w:p>
      <w:r>
        <w:rPr>
          <w:b/>
        </w:rPr>
        <w:t xml:space="preserve">[32:51] </w:t>
      </w:r>
      <w:r>
        <w:t>goya aankh se dekhne mein is ka nafsiati pehlu shamil ho jata hai. aadmi ka. bilashuba. bilashuba. jin mulkon mein wahan ke mousmi halaat ki wajah se roiyat-e-hilal mumkin nahi hoti hai wahan ke logon ko kya karna chahiye?</w:t>
      </w:r>
    </w:p>
    <w:p>
      <w:pPr>
        <w:jc w:val="right"/>
      </w:pPr>
      <w:r>
        <w:t>گویا آنکھ سے دیکھنے میں اس کا نفسیاتی پہلو شامل ہو جاتا ہے۔ آدمی کا۔ بلاشبہ۔ بلاشبہ۔ جن ملکوں میں وہاں کے موسمی حالات کی وجہ سے رویت ہلال ممکن نہیں ہوتی ہے وہاں کے لوگوں کو کیا کرنا چاہیے؟</w:t>
      </w:r>
    </w:p>
    <w:p>
      <w:r>
        <w:rPr>
          <w:b/>
        </w:rPr>
        <w:t xml:space="preserve">[33:09] </w:t>
      </w:r>
      <w:r>
        <w:t>dekhiye is par ulama ne fatwa diya hai woh sahi hai mere nazdeek ke kisi qareebi mulk ko miyar ko taur par le liya jaye.</w:t>
      </w:r>
    </w:p>
    <w:p>
      <w:pPr>
        <w:jc w:val="right"/>
      </w:pPr>
      <w:r>
        <w:t>دیکھیے اس پر علماء نے فتویٰ دیا ہے وہ صحیح ہے میرے نزدیک کہ کسی قریبی ملک کو معیار کو طور پر لے لیا جائے۔</w:t>
      </w:r>
    </w:p>
    <w:p>
      <w:r>
        <w:rPr>
          <w:b/>
        </w:rPr>
        <w:t xml:space="preserve">[33:21] </w:t>
      </w:r>
      <w:r>
        <w:t>aisa qareebi mulk jahan chand dikhai deta ho. to wahan ke</w:t>
      </w:r>
    </w:p>
    <w:p>
      <w:pPr>
        <w:jc w:val="right"/>
      </w:pPr>
      <w:r>
        <w:t>ایسا قریبی ملک جہاں چاند دکھائی دیتا ہو۔ تو وہاں کے</w:t>
      </w:r>
    </w:p>
    <w:p>
      <w:r>
        <w:rPr>
          <w:b/>
        </w:rPr>
        <w:t xml:space="preserve">[33:28] </w:t>
      </w:r>
      <w:r>
        <w:t>roiyat ko miyar bana kar ke wahan par roza rakha jaye aur iftar ki jaye.</w:t>
      </w:r>
    </w:p>
    <w:p>
      <w:pPr>
        <w:jc w:val="right"/>
      </w:pPr>
      <w:r>
        <w:t>رویت کو معیار بنا کر کے وہاں پر روزہ رکھا جائے اور افطار کی جائے۔</w:t>
      </w:r>
    </w:p>
    <w:p>
      <w:r>
        <w:rPr>
          <w:b/>
        </w:rPr>
        <w:t xml:space="preserve">[33:39] </w:t>
      </w:r>
      <w:r>
        <w:t>khud is mulk mein aap is position mein nahi hote hain ke aap khud se chand dekhein. to kisi qareebi mulk ke koi miyar bana kar ke aap</w:t>
      </w:r>
    </w:p>
    <w:p>
      <w:pPr>
        <w:jc w:val="right"/>
      </w:pPr>
      <w:r>
        <w:t>خود اس ملک میں آپ اس position میں نہیں ہوتے ہیں کہ آپ خود سے چاند دیکھیں۔ تو کسی قریبی ملک کے کوئی معیار بنا کر کے آپ</w:t>
      </w:r>
    </w:p>
    <w:p>
      <w:r>
        <w:rPr>
          <w:b/>
        </w:rPr>
        <w:t xml:space="preserve">[33:48] </w:t>
      </w:r>
      <w:r>
        <w:t>aaj kal radio ke zariye se khabar milti rehti hai. telephone kar ke ya TV ke zariye se. to jaise aap ko khabar mili ke jis qareebi mulk ko aap ne miyar banaya hai ke wahan chand ho gaya to aap samajh lein ke hamara bhi chand ho gaya.</w:t>
      </w:r>
    </w:p>
    <w:p>
      <w:pPr>
        <w:jc w:val="right"/>
      </w:pPr>
      <w:r>
        <w:t>آج کل ریڈیو کے ذریعے سے خبر ملتی رہتی ہے۔ ٹیلی فون کر کے یا ٹی وی کے ذریعے سے۔ تو جیسے آپ کو خبر ملی کہ جس قریبی ملک کو آپ نے معیار بنایا ہے کہ وہاں چاند ہو گیا تو آپ سمجھ لیں کہ ہمارا بھی چاند ہو گیا۔</w:t>
      </w:r>
    </w:p>
    <w:p>
      <w:r>
        <w:rPr>
          <w:b/>
        </w:rPr>
        <w:t xml:space="preserve">[34:02] </w:t>
      </w:r>
      <w:r>
        <w:t>wahan jo suraj ke doobne ka jo waqt</w:t>
      </w:r>
    </w:p>
    <w:p>
      <w:pPr>
        <w:jc w:val="right"/>
      </w:pPr>
      <w:r>
        <w:t>وہاں جو سورج کے ڈوبنے کا جو وقت</w:t>
      </w:r>
    </w:p>
    <w:p>
      <w:r>
        <w:rPr>
          <w:b/>
        </w:rPr>
        <w:t xml:space="preserve">[34:07] </w:t>
      </w:r>
      <w:r>
        <w:t>hai woh aap ko maloom ho sakta hai. is ke lehaz se aap iftar kar liya karein.</w:t>
      </w:r>
    </w:p>
    <w:p>
      <w:pPr>
        <w:jc w:val="right"/>
      </w:pPr>
      <w:r>
        <w:t>ہے وہ آپ کو معلوم ہو سکتا ہے۔ اس کے لحاظ سے آپ افطار کر لیا کریں۔</w:t>
      </w:r>
    </w:p>
    <w:p>
      <w:r>
        <w:rPr>
          <w:b/>
        </w:rPr>
        <w:t xml:space="preserve">[34:16] </w:t>
      </w:r>
      <w:r>
        <w:t>baaz ulama ka yeh kehna hai ke Saudi Arab ko miyar banaya jaye. to yeh kya theek hai? dekhiye Saudi Arab ko miyar banana is mein koi harj to nahi lagta mujhe.</w:t>
      </w:r>
    </w:p>
    <w:p>
      <w:pPr>
        <w:jc w:val="right"/>
      </w:pPr>
      <w:r>
        <w:t>بعض علماء کا یہ کہنا ہے کہ سعودی عرب کو معیار بنایا جائے۔ تو یہ کیا ٹھیک ہے؟ دیکھیے سعودی عرب کو معیار بنانا اس میں کوئی حرج تو نہیں لگتا مجھے۔</w:t>
      </w:r>
    </w:p>
    <w:p>
      <w:r>
        <w:rPr>
          <w:b/>
        </w:rPr>
        <w:t xml:space="preserve">[34:27] </w:t>
      </w:r>
      <w:r>
        <w:t>lekin jighrafiayai aitbar se kuch bohat zyada yani yani is munasib shayad na ho.</w:t>
      </w:r>
    </w:p>
    <w:p>
      <w:pPr>
        <w:jc w:val="right"/>
      </w:pPr>
      <w:r>
        <w:t>لیکن جغرافیائی اعتبار سے کچھ بہت زیادہ یعنی یعنی اس مناسب شاید نہ ہو۔</w:t>
      </w:r>
    </w:p>
    <w:p>
      <w:r>
        <w:rPr>
          <w:b/>
        </w:rPr>
        <w:t xml:space="preserve">[34:38] </w:t>
      </w:r>
      <w:r>
        <w:t>kyunke jighrafiayai aitbar se Saudi Arab mein jab chand hota hai to usi waqt doosre mulkon mein nahi ho jayega. kyunke zameen gol hai.</w:t>
      </w:r>
    </w:p>
    <w:p>
      <w:pPr>
        <w:jc w:val="right"/>
      </w:pPr>
      <w:r>
        <w:t>کیونکہ جغرافیائی اعتبار سے سعودی عرب میں جب چاند ہوتا ہے تو اسی وقت دوسرے ملکوں میں نہیں ہو جائے گا۔ کیونکہ زمین گول ہے۔</w:t>
      </w:r>
    </w:p>
    <w:p>
      <w:r>
        <w:rPr>
          <w:b/>
        </w:rPr>
        <w:t xml:space="preserve">[34:48] </w:t>
      </w:r>
      <w:r>
        <w:t>to is mein bhi main kahunga ke Saudi Arab ko miyar banane mein koi harj to nahi hai. lekin zyada behtar yeh hai ke kisi qareebi mulk ko miyar banaya jaye.</w:t>
      </w:r>
    </w:p>
    <w:p>
      <w:pPr>
        <w:jc w:val="right"/>
      </w:pPr>
      <w:r>
        <w:t>تو اس میں بھی میں کہوں گا کہ سعودی عرب کو معیار بنانے میں کوئی حرج تو نہیں ہے۔ لیکن زیادہ بہتر یہ ہے کہ کسی قریبی ملک کو معیار بنایا جائے۔</w:t>
      </w:r>
    </w:p>
    <w:p>
      <w:r>
        <w:rPr>
          <w:b/>
        </w:rPr>
        <w:t xml:space="preserve">[34:58] </w:t>
      </w:r>
      <w:r>
        <w:t>mere nazdeek zyada sahi hai woh.</w:t>
      </w:r>
    </w:p>
    <w:p>
      <w:pPr>
        <w:jc w:val="right"/>
      </w:pPr>
      <w:r>
        <w:t>میرے نزدیک زیادہ صحیح ہے وہ۔</w:t>
      </w:r>
    </w:p>
    <w:p>
      <w:r>
        <w:rPr>
          <w:b/>
        </w:rPr>
        <w:t xml:space="preserve">[35:00] </w:t>
      </w:r>
      <w:r>
        <w:t>Ramzan aur Quran ka aapas mein kya taluq hai? is par aap roshni daliye. main samajhta hoon ke Quran ko samajhne ke liye dil gudaaz qalb chahiye.</w:t>
      </w:r>
    </w:p>
    <w:p>
      <w:pPr>
        <w:jc w:val="right"/>
      </w:pPr>
      <w:r>
        <w:t>رمضان اور قرآن کا آپس میں کیا تعلق ہے؟ اس پر آپ روشنی ڈالیے۔ میں سمجھتا ہوں کہ قرآن کو سمجھنے کے لیے دل گداز قلب چاہیے۔</w:t>
      </w:r>
    </w:p>
    <w:p>
      <w:r>
        <w:rPr>
          <w:b/>
        </w:rPr>
        <w:t xml:space="preserve">[35:16] </w:t>
      </w:r>
      <w:r>
        <w:t>qalb mein</w:t>
      </w:r>
    </w:p>
    <w:p>
      <w:pPr>
        <w:jc w:val="right"/>
      </w:pPr>
      <w:r>
        <w:t>قلب میں</w:t>
      </w:r>
    </w:p>
    <w:p>
      <w:r>
        <w:rPr>
          <w:b/>
        </w:rPr>
        <w:t xml:space="preserve">[35:17] </w:t>
      </w:r>
      <w:r>
        <w:t>Khuda ki tadap chahiye. ek sui chahiye. tab Quran zyada samajh mein aata hai. to roze mein yeh sab baatein paida hoti hain.</w:t>
      </w:r>
    </w:p>
    <w:p>
      <w:pPr>
        <w:jc w:val="right"/>
      </w:pPr>
      <w:r>
        <w:t>خدا کی تڑپ چاہیے۔ ایک سوئی چاہیے۔ تب قرآن زیادہ سمجھ میں آتا ہے۔ تو روزے میں یہ سب باتیں پیدا ہوتی ہیں۔</w:t>
      </w:r>
    </w:p>
    <w:p>
      <w:r>
        <w:rPr>
          <w:b/>
        </w:rPr>
        <w:t xml:space="preserve">[35:26] </w:t>
      </w:r>
      <w:r>
        <w:t>agar sachcha roza rakha jaye. sachcha roza. to is mein aadmi ke andar tadap paida hoti hai.</w:t>
      </w:r>
    </w:p>
    <w:p>
      <w:pPr>
        <w:jc w:val="right"/>
      </w:pPr>
      <w:r>
        <w:t>اگر سچا روزہ رکھا جائے۔ سچا روزہ۔ تو اس میں آدمی کے اندر تڑپ پیدا ہوتی ہے۔</w:t>
      </w:r>
    </w:p>
    <w:p>
      <w:r>
        <w:rPr>
          <w:b/>
        </w:rPr>
        <w:t xml:space="preserve">[35:37] </w:t>
      </w:r>
      <w:r>
        <w:t>aur ek sui aati hai. Khuda ki taraf to tawajjuh lagti hai. to is tarah se woh zyada behtar taur par Quran ko samajhne ki position mein ho jata hai.</w:t>
      </w:r>
    </w:p>
    <w:p>
      <w:pPr>
        <w:jc w:val="right"/>
      </w:pPr>
      <w:r>
        <w:t>اور ایک سوئی آتی ہے۔ خدا کی طرف تو توجہ لگتی ہے۔ تو اس طرح سے وہ زیادہ بہتر طور پر قرآن کو سمجھنے کی position میں ہو جاتا ہے۔</w:t>
      </w:r>
    </w:p>
    <w:p>
      <w:r>
        <w:rPr>
          <w:b/>
        </w:rPr>
        <w:t xml:space="preserve">[35:50] </w:t>
      </w:r>
      <w:r>
        <w:t>to sahi dhang par roza rakhne se aisa hota hai. lekin aaj kal jo hai ke dhoom machate hain sehri ki aur iftar ki.</w:t>
      </w:r>
    </w:p>
    <w:p>
      <w:pPr>
        <w:jc w:val="right"/>
      </w:pPr>
      <w:r>
        <w:t>تو صحیح ڈھنگ پر روزہ رکھنے سے ایسا ہوتا ہے۔ لیکن آج کل جو ہے کہ دھوم مچاتے ہیں سحری کی اور افطار کی۔</w:t>
      </w:r>
    </w:p>
    <w:p>
      <w:r>
        <w:rPr>
          <w:b/>
        </w:rPr>
        <w:t xml:space="preserve">[35:59] </w:t>
      </w:r>
      <w:r>
        <w:t>is se to kuch bhi nahi hoga.</w:t>
      </w:r>
    </w:p>
    <w:p>
      <w:pPr>
        <w:jc w:val="right"/>
      </w:pPr>
      <w:r>
        <w:t>اس سے تو کچھ بھی نہیں ہوگا۔</w:t>
      </w:r>
    </w:p>
    <w:p>
      <w:r>
        <w:rPr>
          <w:b/>
        </w:rPr>
        <w:t xml:space="preserve">[36:02] </w:t>
      </w:r>
      <w:r>
        <w:t>quran mein aya hai ke shahr ramzan allazi unzil fihi alquran. to is mahine ki quran se koi khasoosi nisbat hai?</w:t>
      </w:r>
    </w:p>
    <w:p>
      <w:pPr>
        <w:jc w:val="right"/>
      </w:pPr>
      <w:r>
        <w:t>قرآن میں آیا ہے کہ شہر رمضان الذی انزل فیہ القرآن۔ تو اس مہینے کی قرآن سے کوئی خصوصی نسبت ہے؟</w:t>
      </w:r>
    </w:p>
    <w:p>
      <w:r>
        <w:rPr>
          <w:b/>
        </w:rPr>
        <w:t xml:space="preserve">[36:12] </w:t>
      </w:r>
      <w:r>
        <w:t>ya kis wajah se yahan par aisa kaha gaya?</w:t>
      </w:r>
    </w:p>
    <w:p>
      <w:pPr>
        <w:jc w:val="right"/>
      </w:pPr>
      <w:r>
        <w:t>یا کس وجہ سے یہاں پر ایسا کہا گیا؟</w:t>
      </w:r>
    </w:p>
    <w:p>
      <w:r>
        <w:rPr>
          <w:b/>
        </w:rPr>
        <w:t xml:space="preserve">[36:17] </w:t>
      </w:r>
      <w:r>
        <w:t>yahi jo maine arz kiya yahi nisbat hai ke quran fahmi mein madadgar hai roza. main yeh nahi manta ke is mein koi purasar sifat hai roze ke mahine mein.</w:t>
      </w:r>
    </w:p>
    <w:p>
      <w:pPr>
        <w:jc w:val="right"/>
      </w:pPr>
      <w:r>
        <w:t>یہی جو میں نے عرض کیا یہی نسبت ہے کہ قرآن فہمی میں مددگار ہے روزہ۔ میں یہ نہیں مانتا کہ اس میں کوئی پراسرار صفت ہے روزے کے مہینے میں۔</w:t>
      </w:r>
    </w:p>
    <w:p>
      <w:r>
        <w:rPr>
          <w:b/>
        </w:rPr>
        <w:t xml:space="preserve">[36:31] </w:t>
      </w:r>
      <w:r>
        <w:t>yeh meri samajh mein nahi aati ke purasar yani mysterious sifat koi hai. balke roza rakhne se jo spirit jagti hai. sacha roza rakhne se.</w:t>
      </w:r>
    </w:p>
    <w:p>
      <w:pPr>
        <w:jc w:val="right"/>
      </w:pPr>
      <w:r>
        <w:t>یہ میری سمجھ میں نہیں آتی کہ پراسرار یعنی mysterious صفت کوئی ہے۔ بلکہ روزہ رکھنے سے جو spirit جاگتی ہے۔ سچا روزہ رکھنے سے۔</w:t>
      </w:r>
    </w:p>
    <w:p>
      <w:r>
        <w:rPr>
          <w:b/>
        </w:rPr>
        <w:t xml:space="preserve">[36:42] </w:t>
      </w:r>
      <w:r>
        <w:t>aadmi ki receptivity barhti hai. dil gadazi aati hai is ke andar. tadap aati hai. khuda ki taraf tawajjuh lag jati hai.</w:t>
      </w:r>
    </w:p>
    <w:p>
      <w:pPr>
        <w:jc w:val="right"/>
      </w:pPr>
      <w:r>
        <w:t>آدمی کی receptivity بڑھتی ہے۔ دل گدازی آتی ہے اس کے اندر۔ تڑپ آتی ہے۔ خدا کی طرف توجہ لگ جاتی ہے۔</w:t>
      </w:r>
    </w:p>
    <w:p>
      <w:r>
        <w:rPr>
          <w:b/>
        </w:rPr>
        <w:t xml:space="preserve">[36:52] </w:t>
      </w:r>
      <w:r>
        <w:t>spiritual aspect jo hai insaan ki zindagi ka woh jagta hai. rohani pehlu mein woh zyada rohaniyat ko farogh milta hai.</w:t>
      </w:r>
    </w:p>
    <w:p>
      <w:pPr>
        <w:jc w:val="right"/>
      </w:pPr>
      <w:r>
        <w:t>Spiritual aspect جو ہے انسان کی زندگی کا وہ جاگتا ہے۔ روحانی پہلو میں وہ زیادہ روحانیت کو فروغ ملتا ہے۔</w:t>
      </w:r>
    </w:p>
    <w:p>
      <w:r>
        <w:rPr>
          <w:b/>
        </w:rPr>
        <w:t xml:space="preserve">[37:07] </w:t>
      </w:r>
      <w:r>
        <w:t>in cheezon se aisa hota hai ke aadmi quran ko zyada samajhne ki position mein ho jata hai.</w:t>
      </w:r>
    </w:p>
    <w:p>
      <w:pPr>
        <w:jc w:val="right"/>
      </w:pPr>
      <w:r>
        <w:t>ان چیزوں سے ایسا ہوتا ہے کہ آدمی قرآن کو زیادہ سمجھنے کی position میں ہو جاتا ہے۔</w:t>
      </w:r>
    </w:p>
    <w:p>
      <w:r>
        <w:rPr>
          <w:b/>
        </w:rPr>
        <w:t xml:space="preserve">[37:17] </w:t>
      </w:r>
      <w:r>
        <w:t>aaj ke is program ke liye hum aap ke bohat shukr guzar hain. inshallah agli bar hum is program mein aap se mulaqat karenge.</w:t>
      </w:r>
    </w:p>
    <w:p>
      <w:pPr>
        <w:jc w:val="right"/>
      </w:pPr>
      <w:r>
        <w:t>آج کے اس پروگرام کے لیے ہم آپ کے بہت شکر گزار ہیں۔ انشاءاللہ اگلی بار ہم اس پروگرام میں آپ سے ملاقات کریں گے۔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