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Salah (Prayer) (Part 3) 22 Jan 2006 - Maulana Wahiduddin Khan</w:t>
      </w:r>
    </w:p>
    <w:p>
      <w:r>
        <w:t>https://www.youtube.com/watch?v=1Q_hU89Hqok</w:t>
      </w:r>
    </w:p>
    <w:p>
      <w:r>
        <w:rPr>
          <w:b/>
        </w:rPr>
        <w:t xml:space="preserve">[00:13] </w:t>
      </w:r>
      <w:r>
        <w:t>wasalli Allahu ala nabiyyil karim.</w:t>
      </w:r>
    </w:p>
    <w:p>
      <w:pPr>
        <w:jc w:val="right"/>
      </w:pPr>
      <w:r>
        <w:t>وصلی اللہ علی النبی الکریم۔</w:t>
      </w:r>
    </w:p>
    <w:p>
      <w:r>
        <w:rPr>
          <w:b/>
        </w:rPr>
        <w:t xml:space="preserve">[00:22] </w:t>
      </w:r>
      <w:r>
        <w:t>hadith mein ata hai ke</w:t>
      </w:r>
    </w:p>
    <w:p>
      <w:pPr>
        <w:jc w:val="right"/>
      </w:pPr>
      <w:r>
        <w:t>حدیث میں آتا ہے کہ</w:t>
      </w:r>
    </w:p>
    <w:p>
      <w:r>
        <w:rPr>
          <w:b/>
        </w:rPr>
        <w:t xml:space="preserve">[00:26] </w:t>
      </w:r>
      <w:r>
        <w:t>"min al-abdi wal-kufri tark al-salat" . yani namaz hi se aadmi</w:t>
      </w:r>
    </w:p>
    <w:p>
      <w:pPr>
        <w:jc w:val="right"/>
      </w:pPr>
      <w:r>
        <w:t>"من العبد والكفر ترك الصلاة" ۔ یعنی نماز ہی سے آدمی</w:t>
      </w:r>
    </w:p>
    <w:p>
      <w:r>
        <w:rPr>
          <w:b/>
        </w:rPr>
        <w:t xml:space="preserve">[00:36] </w:t>
      </w:r>
      <w:r>
        <w:t>momin banta hai, aur namaz chhod kar woh iman uska khatm ho jata hai. yeh itni bari cheez hai namaz.</w:t>
      </w:r>
    </w:p>
    <w:p>
      <w:pPr>
        <w:jc w:val="right"/>
      </w:pPr>
      <w:r>
        <w:t>مومن بنتا ہے، اور نماز چھوڑ کر وہ ایمان اس کا ختم ہو جاتا ہے۔ یہ اتنی بڑی چیز ہے نماز۔</w:t>
      </w:r>
    </w:p>
    <w:p>
      <w:r>
        <w:rPr>
          <w:b/>
        </w:rPr>
        <w:t xml:space="preserve">[00:47] </w:t>
      </w:r>
      <w:r>
        <w:t>ek persian poet ne, ek sufi poet ne, namaz ke bare mein kaha ke "roz-e-mehshar ke jagdaz bud,</w:t>
      </w:r>
    </w:p>
    <w:p>
      <w:pPr>
        <w:jc w:val="right"/>
      </w:pPr>
      <w:r>
        <w:t>ایک پرشین پوئٹ نے، ایک صوفی پوئٹ نے، نماز کے بارے میں کہا کہ "روز محشر کے جاگداز بود،</w:t>
      </w:r>
    </w:p>
    <w:p>
      <w:r>
        <w:rPr>
          <w:b/>
        </w:rPr>
        <w:t xml:space="preserve">[01:01] </w:t>
      </w:r>
      <w:r>
        <w:t>awwalin pursish namaz bud" .</w:t>
      </w:r>
    </w:p>
    <w:p>
      <w:pPr>
        <w:jc w:val="right"/>
      </w:pPr>
      <w:r>
        <w:t>اولین پرسش نماز بود" ۔</w:t>
      </w:r>
    </w:p>
    <w:p>
      <w:r>
        <w:rPr>
          <w:b/>
        </w:rPr>
        <w:t xml:space="preserve">[01:06] </w:t>
      </w:r>
      <w:r>
        <w:t>iska matlab yeh hai ke</w:t>
      </w:r>
    </w:p>
    <w:p>
      <w:pPr>
        <w:jc w:val="right"/>
      </w:pPr>
      <w:r>
        <w:t>اس کا مطلب یہ ہے کہ</w:t>
      </w:r>
    </w:p>
    <w:p>
      <w:r>
        <w:rPr>
          <w:b/>
        </w:rPr>
        <w:t xml:space="preserve">[01:12] </w:t>
      </w:r>
      <w:r>
        <w:t>namaz is the first to be questioned in the crucial day of judgment.</w:t>
      </w:r>
    </w:p>
    <w:p>
      <w:pPr>
        <w:jc w:val="right"/>
      </w:pPr>
      <w:r>
        <w:t>نماز is the first to be questioned in the crucial day of judgment.</w:t>
      </w:r>
    </w:p>
    <w:p>
      <w:r>
        <w:rPr>
          <w:b/>
        </w:rPr>
        <w:t xml:space="preserve">[01:26] </w:t>
      </w:r>
      <w:r>
        <w:t>namaaz is the first to be questioned in the crucial day of judgment.</w:t>
      </w:r>
    </w:p>
    <w:p>
      <w:pPr>
        <w:jc w:val="right"/>
      </w:pPr>
      <w:r>
        <w:t>Namaaz is the first to be questioned in the crucial day of judgment.</w:t>
      </w:r>
    </w:p>
    <w:p>
      <w:r>
        <w:rPr>
          <w:b/>
        </w:rPr>
        <w:t xml:space="preserve">[01:41] </w:t>
      </w:r>
      <w:r>
        <w:t>itni ahmiyat hai namaz ki, jis ko arabi mein salat kehte hain. S-A-L-A-T, salat.</w:t>
      </w:r>
    </w:p>
    <w:p>
      <w:pPr>
        <w:jc w:val="right"/>
      </w:pPr>
      <w:r>
        <w:t>اتنی اہمیت ہے نماز کی، جس کو عربی میں صلاۃ کہتے ہیں۔ S-A-L-A-T، صلاۃ۔</w:t>
      </w:r>
    </w:p>
    <w:p>
      <w:r>
        <w:rPr>
          <w:b/>
        </w:rPr>
        <w:t xml:space="preserve">[01:54] </w:t>
      </w:r>
      <w:r>
        <w:t>to aap sochiye ke jis khuda ne itne bare universe ko banaya, woh kuch form ko itni bari ahmiyat de dega?</w:t>
      </w:r>
    </w:p>
    <w:p>
      <w:pPr>
        <w:jc w:val="right"/>
      </w:pPr>
      <w:r>
        <w:t>تو آپ سوچیے کہ جس خدا نے اتنے بڑے یونیورس کو بنایا، وہ کچھ فارم کو اتنی بڑی اہمیت دے دے گا؟</w:t>
      </w:r>
    </w:p>
    <w:p>
      <w:r>
        <w:rPr>
          <w:b/>
        </w:rPr>
        <w:t xml:space="preserve">[02:04] </w:t>
      </w:r>
      <w:r>
        <w:t>yeh khuda ko underestimate karna hai. kuch form jo hum dohrate hain namaz mein, kuch rituals.</w:t>
      </w:r>
    </w:p>
    <w:p>
      <w:pPr>
        <w:jc w:val="right"/>
      </w:pPr>
      <w:r>
        <w:t>یہ خدا کو انڈر ایسٹیمیٹ کرنا ہے۔ کچھ فارم جو ہم دہراتے ہیں نماز میں، کچھ ریچولز۔</w:t>
      </w:r>
    </w:p>
    <w:p>
      <w:r>
        <w:rPr>
          <w:b/>
        </w:rPr>
        <w:t xml:space="preserve">[02:14] </w:t>
      </w:r>
      <w:r>
        <w:t>to khuda ko underestimate karenge aap agar samjhen ke yahi sab se bari cheez thi jo khuda ko, apne peghambar ke zariye bhejna tha insan ke paas?</w:t>
      </w:r>
    </w:p>
    <w:p>
      <w:pPr>
        <w:jc w:val="right"/>
      </w:pPr>
      <w:r>
        <w:t>تو خدا کو انڈر ایسٹیمیٹ کریں گے آپ اگر سمجھیں کہ یہی سب سے بڑی چیز تھی جو خدا کو، اپنے پیغمبر کے ذریعے بھیجنا تھا انسان کے پاس؟</w:t>
      </w:r>
    </w:p>
    <w:p>
      <w:r>
        <w:rPr>
          <w:b/>
        </w:rPr>
        <w:t xml:space="preserve">[02:25] </w:t>
      </w:r>
      <w:r>
        <w:t>aise hi namaz se to bari cheez ek darakht hai. aise hi namaz se to bari cheez ek darakht hai. darakht se aap ko kya lakri milti hai?</w:t>
      </w:r>
    </w:p>
    <w:p>
      <w:pPr>
        <w:jc w:val="right"/>
      </w:pPr>
      <w:r>
        <w:t>ایسے ہی نماز سے تو بڑی چیز ایک درخت ہے۔ ایسے ہی نماز سے تو بڑی چیز ایک درخت ہے۔ درخت سے آپ کو کیا لکڑی ملتی ہے؟</w:t>
      </w:r>
    </w:p>
    <w:p>
      <w:r>
        <w:rPr>
          <w:b/>
        </w:rPr>
        <w:t xml:space="preserve">[02:36] </w:t>
      </w:r>
      <w:r>
        <w:t>shade milta hai, hari hari patiyan milti hain, phool milta hai,</w:t>
      </w:r>
    </w:p>
    <w:p>
      <w:pPr>
        <w:jc w:val="right"/>
      </w:pPr>
      <w:r>
        <w:t>شیڈو ملتا ہے، ہری ہری پتیاں ملتی ہیں، پھول ملتا ہے،</w:t>
      </w:r>
    </w:p>
    <w:p>
      <w:r>
        <w:rPr>
          <w:b/>
        </w:rPr>
        <w:t xml:space="preserve">[02:41] </w:t>
      </w:r>
      <w:r>
        <w:t>phal milta hai. ek beautiful scene deta hai darakht aap ko. aap ke ghar ke paas darakht ho to us ki beauty mein barhata hai woh.</w:t>
      </w:r>
    </w:p>
    <w:p>
      <w:pPr>
        <w:jc w:val="right"/>
      </w:pPr>
      <w:r>
        <w:t>پھل ملتا ہے۔ ایک بیوٹی فل سین دیتا ہے درخت آپ کو۔ آپ کے گھر کے پاس درخت ہو تو اس کی بیوٹی میں بڑھاتا ہے وہ۔</w:t>
      </w:r>
    </w:p>
    <w:p>
      <w:r>
        <w:rPr>
          <w:b/>
        </w:rPr>
        <w:t xml:space="preserve">[02:52] </w:t>
      </w:r>
      <w:r>
        <w:t>to aisi spirit less namaz se kahin acha hai ek peR.</w:t>
      </w:r>
    </w:p>
    <w:p>
      <w:pPr>
        <w:jc w:val="right"/>
      </w:pPr>
      <w:r>
        <w:t>تو ایسی اسپرٹ لیس نماز سے کہیں اچھا ہے ایک پیڑ۔</w:t>
      </w:r>
    </w:p>
    <w:p>
      <w:r>
        <w:rPr>
          <w:b/>
        </w:rPr>
        <w:t xml:space="preserve">[03:00] </w:t>
      </w:r>
      <w:r>
        <w:t>to aap soch sakte hain ke khuda ne, yaani isi par hi hell aur paradise ka mamla rakh diya ke jo namaz, yeh form wali namaz parh le woh paradise mein jaye, jo na parhe woh hell mein jaye.</w:t>
      </w:r>
    </w:p>
    <w:p>
      <w:pPr>
        <w:jc w:val="right"/>
      </w:pPr>
      <w:r>
        <w:t>تو آپ سوچ سکتے ہیں کہ خدا نے، یعنی اسی پر ہیل اور پیراڈائز کا معاملہ رکھ دیا کہ جو نماز، یہ فارم والی نماز پڑھ لے وہ پیراڈائز میں جائے، جو نہ پڑھے وہ ہیل میں جائے۔</w:t>
      </w:r>
    </w:p>
    <w:p>
      <w:r>
        <w:rPr>
          <w:b/>
        </w:rPr>
        <w:t xml:space="preserve">[03:13] </w:t>
      </w:r>
      <w:r>
        <w:t>to kaisa ajeeb khuda hoga woh.</w:t>
      </w:r>
    </w:p>
    <w:p>
      <w:pPr>
        <w:jc w:val="right"/>
      </w:pPr>
      <w:r>
        <w:t>تو کیسا عجیب خدا ہوگا وہ۔</w:t>
      </w:r>
    </w:p>
    <w:p>
      <w:r>
        <w:rPr>
          <w:b/>
        </w:rPr>
        <w:t xml:space="preserve">[03:18] </w:t>
      </w:r>
      <w:r>
        <w:t>ek aap dekhen ek peR ko, ek river ko jo beh raha hota hai, ek mountain ko, aur suraj ko, aasman ko.</w:t>
      </w:r>
    </w:p>
    <w:p>
      <w:pPr>
        <w:jc w:val="right"/>
      </w:pPr>
      <w:r>
        <w:t>ایک آپ دیکھیں ایک پیڑ کو، ایک ریور کو جو بہہ رہا ہوتا ہے، ایک ماؤنٹین کو، اور سورج کو، آسمان کو۔</w:t>
      </w:r>
    </w:p>
    <w:p>
      <w:r>
        <w:rPr>
          <w:b/>
        </w:rPr>
        <w:t xml:space="preserve">[03:30] </w:t>
      </w:r>
      <w:r>
        <w:t>kitni beautiful nature hai yeh.</w:t>
      </w:r>
    </w:p>
    <w:p>
      <w:pPr>
        <w:jc w:val="right"/>
      </w:pPr>
      <w:r>
        <w:t>کتنی بیوٹی فل نیچر ہے یہ۔</w:t>
      </w:r>
    </w:p>
    <w:p>
      <w:r>
        <w:rPr>
          <w:b/>
        </w:rPr>
        <w:t xml:space="preserve">[03:32] </w:t>
      </w:r>
      <w:r>
        <w:t>is ko dekh kar thrill paida hota hai, thrill. aisi beautiful duniya bana liya hua hai insan. namaz, ek spirit less namaz ko, ek form ko, kahe ke yeh parh lo to phir tum ko paradise de denge.</w:t>
      </w:r>
    </w:p>
    <w:p>
      <w:pPr>
        <w:jc w:val="right"/>
      </w:pPr>
      <w:r>
        <w:t>اس کو دیکھ کر تھرل پیدا ہوتا ہے، تھرل۔ ایسی بیوٹی فل دنیا بنا لیا ہوا ہے انسان۔ نماز، ایک اسپرٹ لیس نماز کو، ایک فارم کو، کہے کہ یہ پڑھ لو تو پھر تم کو پیراڈائز دے دیں گے۔</w:t>
      </w:r>
    </w:p>
    <w:p>
      <w:r>
        <w:rPr>
          <w:b/>
        </w:rPr>
        <w:t xml:space="preserve">[03:48] </w:t>
      </w:r>
      <w:r>
        <w:t>main samajhta hoon ke yeh khuda ka underestimation hai.</w:t>
      </w:r>
    </w:p>
    <w:p>
      <w:pPr>
        <w:jc w:val="right"/>
      </w:pPr>
      <w:r>
        <w:t>میں سمجھتا ہوں کہ یہ خدا کا انڈر ایسٹیمیشن ہے۔</w:t>
      </w:r>
    </w:p>
    <w:p>
      <w:r>
        <w:rPr>
          <w:b/>
        </w:rPr>
        <w:t xml:space="preserve">[03:51] </w:t>
      </w:r>
      <w:r>
        <w:t>khuda ko kam samajhna hai.</w:t>
      </w:r>
    </w:p>
    <w:p>
      <w:pPr>
        <w:jc w:val="right"/>
      </w:pPr>
      <w:r>
        <w:t>خدا کو کم سمجھنا ہے۔</w:t>
      </w:r>
    </w:p>
    <w:p>
      <w:r>
        <w:rPr>
          <w:b/>
        </w:rPr>
        <w:t xml:space="preserve">[03:58] </w:t>
      </w:r>
      <w:r>
        <w:t>khuda ko kam samajhna hai.</w:t>
      </w:r>
    </w:p>
    <w:p>
      <w:pPr>
        <w:jc w:val="right"/>
      </w:pPr>
      <w:r>
        <w:t>خدا کو کم سمجھنا ہے۔</w:t>
      </w:r>
    </w:p>
    <w:p>
      <w:r>
        <w:rPr>
          <w:b/>
        </w:rPr>
        <w:t xml:space="preserve">[04:05] </w:t>
      </w:r>
      <w:r>
        <w:t>hadith mein aata hai ke "Al masajid buyoot ul muttaqeen" . Al masajid buyoot ul muttaqeen.</w:t>
      </w:r>
    </w:p>
    <w:p>
      <w:pPr>
        <w:jc w:val="right"/>
      </w:pPr>
      <w:r>
        <w:t>حدیث میں آتا ہے کہ "المساجد بيوت المتقين" ۔ المساجد بیوت المتقین۔</w:t>
      </w:r>
    </w:p>
    <w:p>
      <w:r>
        <w:rPr>
          <w:b/>
        </w:rPr>
        <w:t xml:space="preserve">[04:18] </w:t>
      </w:r>
      <w:r>
        <w:t>masjiden taqwa ka ghar hain. aage barhne se pehle</w:t>
      </w:r>
    </w:p>
    <w:p>
      <w:pPr>
        <w:jc w:val="right"/>
      </w:pPr>
      <w:r>
        <w:t>مسجدیں تقویٰ کا گھر ہیں۔ آگے بڑھنے سے پہلے</w:t>
      </w:r>
    </w:p>
    <w:p>
      <w:r>
        <w:rPr>
          <w:b/>
        </w:rPr>
        <w:t xml:space="preserve">[04:24] </w:t>
      </w:r>
      <w:r>
        <w:t>main aap ko ek hadith, yaani ek saying of prophet sunana chahta hoon.</w:t>
      </w:r>
    </w:p>
    <w:p>
      <w:pPr>
        <w:jc w:val="right"/>
      </w:pPr>
      <w:r>
        <w:t>میں آپ کو ایک حدیث، یعنی ایک saying of prophet سنانا چاہتا ہوں۔</w:t>
      </w:r>
    </w:p>
    <w:p>
      <w:r>
        <w:rPr>
          <w:b/>
        </w:rPr>
        <w:t xml:space="preserve">[04:35] </w:t>
      </w:r>
      <w:r>
        <w:t>ek hadith hai ke aap ne farmaya:</w:t>
      </w:r>
    </w:p>
    <w:p>
      <w:pPr>
        <w:jc w:val="right"/>
      </w:pPr>
      <w:r>
        <w:t>ایک حدیث ہے کہ آپ نے فرمایا:</w:t>
      </w:r>
    </w:p>
    <w:p>
      <w:r>
        <w:rPr>
          <w:b/>
        </w:rPr>
        <w:t xml:space="preserve">[04:42] </w:t>
      </w:r>
      <w:r>
        <w:t>"Al momin ul qavi khair wa ahabb ilallahi min al momin ul zaeef" . "Al momin ul qavi khair wa ahabb ilallahi min al momin ul zaeef wa likullin khair" .</w:t>
      </w:r>
    </w:p>
    <w:p>
      <w:pPr>
        <w:jc w:val="right"/>
      </w:pPr>
      <w:r>
        <w:t>"المؤمن القوی خیر واحب عند اللہ من المؤمن الضعيف" ۔ "المؤمن القوی خیر واحب عند اللہ من المؤمن الضعيف ولكل خیر" ۔</w:t>
      </w:r>
    </w:p>
    <w:p>
      <w:r>
        <w:rPr>
          <w:b/>
        </w:rPr>
        <w:t xml:space="preserve">[05:01] </w:t>
      </w:r>
      <w:r>
        <w:t>iska matlab yeh hai ke</w:t>
      </w:r>
    </w:p>
    <w:p>
      <w:pPr>
        <w:jc w:val="right"/>
      </w:pPr>
      <w:r>
        <w:t>اس کا مطلب یہ ہے کہ</w:t>
      </w:r>
    </w:p>
    <w:p>
      <w:r>
        <w:rPr>
          <w:b/>
        </w:rPr>
        <w:t xml:space="preserve">[05:09] </w:t>
      </w:r>
      <w:r>
        <w:t>strong believer aur weak believer mein khuda ko strong believer zyada pasand hai,</w:t>
      </w:r>
    </w:p>
    <w:p>
      <w:pPr>
        <w:jc w:val="right"/>
      </w:pPr>
      <w:r>
        <w:t>اسٹرانگ بیلیور اور ویک بیلیور میں خدا کو اسٹرانگ بیلیور زیادہ پسند ہے،</w:t>
      </w:r>
    </w:p>
    <w:p>
      <w:r>
        <w:rPr>
          <w:b/>
        </w:rPr>
        <w:t xml:space="preserve">[05:22] </w:t>
      </w:r>
      <w:r>
        <w:t>kamzor believer se. yaani momin qavi khuda ko zyada pasand hai momin zaeef se. phir aage jo baat kahi gayi woh bohat bari baat hai.</w:t>
      </w:r>
    </w:p>
    <w:p>
      <w:pPr>
        <w:jc w:val="right"/>
      </w:pPr>
      <w:r>
        <w:t>کمزور بیلیور سے۔ یعنی مومن قوی خدا کو زیادہ پسند ہے مومن ضعیف سے۔ پھر آگے جو بات کہی گئی وہ بہت بڑی بات ہے۔</w:t>
      </w:r>
    </w:p>
    <w:p>
      <w:r>
        <w:rPr>
          <w:b/>
        </w:rPr>
        <w:t xml:space="preserve">[05:34] </w:t>
      </w:r>
      <w:r>
        <w:t>"wa likullin khair" . aur dono hi mein</w:t>
      </w:r>
    </w:p>
    <w:p>
      <w:pPr>
        <w:jc w:val="right"/>
      </w:pPr>
      <w:r>
        <w:t>"ولکل خیر" ۔ اور دونوں ہی میں</w:t>
      </w:r>
    </w:p>
    <w:p>
      <w:r>
        <w:rPr>
          <w:b/>
        </w:rPr>
        <w:t xml:space="preserve">[05:40] </w:t>
      </w:r>
      <w:r>
        <w:t>khair hai, dono hi mein kuch point good ke hain. dono hi mein good hai. woh kaise?</w:t>
      </w:r>
    </w:p>
    <w:p>
      <w:pPr>
        <w:jc w:val="right"/>
      </w:pPr>
      <w:r>
        <w:t>خیر ہے، دونوں ہی میں کچھ پوائنٹ گڈ کے ہیں۔ دونوں ہی میں گڈ ہے۔ وہ کیسے؟</w:t>
      </w:r>
    </w:p>
    <w:p>
      <w:r>
        <w:rPr>
          <w:b/>
        </w:rPr>
        <w:t xml:space="preserve">[05:51] </w:t>
      </w:r>
      <w:r>
        <w:t>dekhen, koi mysterious baat nahi hai yeh.</w:t>
      </w:r>
    </w:p>
    <w:p>
      <w:pPr>
        <w:jc w:val="right"/>
      </w:pPr>
      <w:r>
        <w:t>دیکھیں، کوئی مسٹیریس بات نہیں ہے یہ۔</w:t>
      </w:r>
    </w:p>
    <w:p>
      <w:r>
        <w:rPr>
          <w:b/>
        </w:rPr>
        <w:t xml:space="preserve">[05:55] </w:t>
      </w:r>
      <w:r>
        <w:t>yeh mysterious baat nahi hai yeh.</w:t>
      </w:r>
    </w:p>
    <w:p>
      <w:pPr>
        <w:jc w:val="right"/>
      </w:pPr>
      <w:r>
        <w:t>یہ مسٹیریس بات نہیں ہے یہ۔</w:t>
      </w:r>
    </w:p>
    <w:p>
      <w:r>
        <w:rPr>
          <w:b/>
        </w:rPr>
        <w:t xml:space="preserve">[06:01] </w:t>
      </w:r>
      <w:r>
        <w:t>It is quite understandable by applying your reason. woh kaise?</w:t>
      </w:r>
    </w:p>
    <w:p>
      <w:pPr>
        <w:jc w:val="right"/>
      </w:pPr>
      <w:r>
        <w:t>It is quite understandable by applying your reason. وہ کیسے؟</w:t>
      </w:r>
    </w:p>
    <w:p>
      <w:r>
        <w:rPr>
          <w:b/>
        </w:rPr>
        <w:t xml:space="preserve">[06:11] </w:t>
      </w:r>
      <w:r>
        <w:t>dekhen, namaz ki jo spirit mein bata raha hoon, is se bohat juda hua hai yeh saying jo hai prophet ki hai. dono hi ke liye khair ka matlab yeh hai ke dekhne mein ek strong aadmi zyada theek maloom</w:t>
      </w:r>
    </w:p>
    <w:p>
      <w:pPr>
        <w:jc w:val="right"/>
      </w:pPr>
      <w:r>
        <w:t>دیکھیں، نماز کی جو اسپرٹ میں بتا رہا ہوں، اس سے بہت جڑا ہوا ہے یہ saying جو ہے prophet کی ہے۔ دونوں ہی کے لیے خیر کا مطلب یہ ہے کہ دیکھنے میں ایک اسٹرانگ آدمی زیادہ ٹھیک معلوم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