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Time - The Most Precious Resource</w:t>
      </w:r>
    </w:p>
    <w:p>
      <w:r>
        <w:t>https://www.youtube.com/watch?v=WLO90lD8M9c</w:t>
      </w:r>
    </w:p>
    <w:p>
      <w:r>
        <w:rPr>
          <w:b/>
        </w:rPr>
        <w:t xml:space="preserve">[00:00] </w:t>
      </w:r>
      <w:r>
        <w:t>assalamu alaikum everyone. aoozu billahi minash shaitanir rajeem, bismillah-hir-rahman-nir-raheem. rabbi zidni ilman, rabbi shrah</w:t>
      </w:r>
    </w:p>
    <w:p>
      <w:pPr>
        <w:jc w:val="right"/>
      </w:pPr>
      <w:r>
        <w:t>السلام علیکم ایوری ون۔ اعوذ باللہ من الشیطان الرجیم، بسم اللہ الرحمن الرحیم۔ ربی زدنی علما، رب اشرح</w:t>
      </w:r>
    </w:p>
    <w:p>
      <w:r>
        <w:rPr>
          <w:b/>
        </w:rPr>
        <w:t xml:space="preserve">[00:09] </w:t>
      </w:r>
      <w:r>
        <w:t>li sadri, wa yassir li amri, wah-lul uqdata min lisani yaf-qahu qawli.</w:t>
      </w:r>
    </w:p>
    <w:p>
      <w:pPr>
        <w:jc w:val="right"/>
      </w:pPr>
      <w:r>
        <w:t>لی صدری، ویسر لی امری، واحل العقدۃ من لسانی یفقہ قولی۔</w:t>
      </w:r>
    </w:p>
    <w:p>
      <w:r>
        <w:rPr>
          <w:b/>
        </w:rPr>
        <w:t xml:space="preserve">[00:15] </w:t>
      </w:r>
      <w:r>
        <w:t>allahumma salli ala Muhammad wa ala aale Muhammad kama sallaita ala Ibrahim wa ala aale Ibrahim, innaka hameedun majeed. allahumma</w:t>
      </w:r>
    </w:p>
    <w:p>
      <w:pPr>
        <w:jc w:val="right"/>
      </w:pPr>
      <w:r>
        <w:t>اللہم صلی علی محمد وعلی آل محمد کما صلیت علی ابراہیم وعلی آل ابراہیم، انک حمید مجید۔ اللہم</w:t>
      </w:r>
    </w:p>
    <w:p>
      <w:r>
        <w:rPr>
          <w:b/>
        </w:rPr>
        <w:t xml:space="preserve">[00:23] </w:t>
      </w:r>
      <w:r>
        <w:t>barik ala Muhammad wa ala aale Muhammad kama barakta ala Ibrahim wa ala aale Ibrahim, innaka hameedun majeed.</w:t>
      </w:r>
    </w:p>
    <w:p>
      <w:pPr>
        <w:jc w:val="right"/>
      </w:pPr>
      <w:r>
        <w:t>بارک علی محمد وعلی آل محمد کما بارکت علی ابراہیم وعلی آل ابراہیم، انک حمید مجید۔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