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Waqt ki Qadr</w:t>
      </w:r>
    </w:p>
    <w:p>
      <w:r>
        <w:t>https://www.youtube.com/watch?v=F1ILfxjCiCo</w:t>
      </w:r>
    </w:p>
    <w:p>
      <w:r>
        <w:rPr>
          <w:b/>
        </w:rPr>
        <w:t xml:space="preserve">[00:00] </w:t>
      </w:r>
      <w:r>
        <w:t>bismillah hir rehman nir rahim. assalam o alaikum. last class mein hum ne jana tha ke quran fahmi ke liye zaruri hai:</w:t>
      </w:r>
    </w:p>
    <w:p>
      <w:pPr>
        <w:jc w:val="right"/>
      </w:pPr>
      <w:r>
        <w:t>بسم اللہ الرحمن الرحیم۔ السلام علیکم۔ لاسٹ کلاس میں ہم نے جانا تھا کہ قرآن فہمی کے لیے ضروری ہے:</w:t>
      </w:r>
    </w:p>
    <w:p>
      <w:r>
        <w:rPr>
          <w:b/>
        </w:rPr>
        <w:t xml:space="preserve">[00:15] </w:t>
      </w:r>
      <w:r>
        <w:t>pehla, allah ki azmaton ko janna; doosra, quran ki azmat ko janna; teesra, tayyar shuda zehan jis ki taleem rasool se milti hai; chautha,</w:t>
      </w:r>
    </w:p>
    <w:p>
      <w:pPr>
        <w:jc w:val="right"/>
      </w:pPr>
      <w:r>
        <w:t>پہلا، اللہ کی عظمتوں کو جاننا؛ دوسرا، قرآن کی عظمت کو جاننا؛ تیسرا، تیار شدہ ذہن جس کی تعلیم رسول سے ملتی ہے؛ چوتھا،</w:t>
      </w:r>
    </w:p>
    <w:p>
      <w:r>
        <w:rPr>
          <w:b/>
        </w:rPr>
        <w:t xml:space="preserve">[00:31] </w:t>
      </w:r>
      <w:r>
        <w:t>allah ke farman ko personalize karna.</w:t>
      </w:r>
    </w:p>
    <w:p>
      <w:pPr>
        <w:jc w:val="right"/>
      </w:pPr>
      <w:r>
        <w:t>اللہ کے فرمان کو پرسنلائز کرنا۔</w:t>
      </w:r>
    </w:p>
    <w:p>
      <w:r>
        <w:rPr>
          <w:b/>
        </w:rPr>
        <w:t xml:space="preserve">[00:37] </w:t>
      </w:r>
      <w:r>
        <w:t>ab mein miss fatima sarah ko invite karti hoon ke woh aaj ki talk start karein. so over to you, sarah.</w:t>
      </w:r>
    </w:p>
    <w:p>
      <w:pPr>
        <w:jc w:val="right"/>
      </w:pPr>
      <w:r>
        <w:t>اب میں مس فاطمہ سارہ کو انوائٹ کرتی ہوں کہ وہ آج کی ٹاک اسٹارٹ کریں۔ سو اوور ٹو یو، سارہ۔</w:t>
      </w:r>
    </w:p>
    <w:p>
      <w:r>
        <w:rPr>
          <w:b/>
        </w:rPr>
        <w:t xml:space="preserve">[00:47] </w:t>
      </w:r>
      <w:r>
        <w:t>jazak allah, apka. assalam o alaikum. aoozu billah minash shaitan nir rajim. bismillah hir rehman nir rahim.</w:t>
      </w:r>
    </w:p>
    <w:p>
      <w:pPr>
        <w:jc w:val="right"/>
      </w:pPr>
      <w:r>
        <w:t>جزاک اللہ، آپا۔ السلام علیکم۔ اعوذ باللہ من الشیطان الرجیم۔ بسم اللہ الرحمن الرحیم۔</w:t>
      </w:r>
    </w:p>
    <w:p>
      <w:r>
        <w:rPr>
          <w:b/>
        </w:rPr>
        <w:t xml:space="preserve">[00:56] </w:t>
      </w:r>
      <w:r>
        <w:t>rabbi zidni ilman. rabishrah li sadri wa yassir li amri wahlul uqdatan min lisani yafqahu qawli.</w:t>
      </w:r>
    </w:p>
    <w:p>
      <w:pPr>
        <w:jc w:val="right"/>
      </w:pPr>
      <w:r>
        <w:t>ربی زدنی علما۔ رب اشرح لی صدری ویسر لی امری واحل العقدۃ من لسانی یفقہ قولی۔</w:t>
      </w:r>
    </w:p>
    <w:p>
      <w:r>
        <w:rPr>
          <w:b/>
        </w:rPr>
        <w:t xml:space="preserve">[01:05] </w:t>
      </w:r>
      <w:r>
        <w:t>allahumma salli ala muhammad wa ala aale muhammad kama sallaita ala ibrahim wa ala aale ibrahim innaka hamidun majid. allahumma barik ala muhammad wa ala aale muhammad kama barakta ala ibrahim wa ala</w:t>
      </w:r>
    </w:p>
    <w:p>
      <w:pPr>
        <w:jc w:val="right"/>
      </w:pPr>
      <w:r>
        <w:t>اللہم صلی علی محمد وعلی آل محمد کما صلیت علی ابراہیم وعلی آل ابراہیم إنک حمید مجید۔ اللہم بارک علی محمد وعلی آل محمد کما بارکت علی ابراہیم وعلی</w:t>
      </w:r>
    </w:p>
    <w:p>
      <w:r>
        <w:rPr>
          <w:b/>
        </w:rPr>
        <w:t xml:space="preserve">[01:17] </w:t>
      </w:r>
      <w:r>
        <w:t>aale ibrahim innaka hamidun majid. rabbana lakal hamdu wash shukr. mein cps international ki member hoon jis ke founder maulana wahiduddin khan sahib hain.</w:t>
      </w:r>
    </w:p>
    <w:p>
      <w:pPr>
        <w:jc w:val="right"/>
      </w:pPr>
      <w:r>
        <w:t>آل ابراہیم إنک حمید مجید۔ ربنا لک الحمد والشکر۔ میں سی پی ایس انٹرنیشنل کی ممبر ہوں جس کے فاؤنڈر مولانا وحید الدین خان صاحب ہیں۔</w:t>
      </w:r>
    </w:p>
    <w:p>
      <w:r>
        <w:rPr>
          <w:b/>
        </w:rPr>
        <w:t xml:space="preserve">[01:29] </w:t>
      </w:r>
      <w:r>
        <w:t>aaj ke session ka unwan hai: "waqt ki ahmiyat".</w:t>
      </w:r>
    </w:p>
    <w:p>
      <w:pPr>
        <w:jc w:val="right"/>
      </w:pPr>
      <w:r>
        <w:t>آج کے سیشن کا عنوان ہے: "وقت کی اہمیت"۔</w:t>
      </w:r>
    </w:p>
    <w:p>
      <w:r>
        <w:rPr>
          <w:b/>
        </w:rPr>
        <w:t xml:space="preserve">[01:36] </w:t>
      </w:r>
      <w:r>
        <w:t>sab se pehle waqt kya hai yeh samajh lenge. waqt ka matlab hai umar, humein jo allah ne ata farmayi hai.</w:t>
      </w:r>
    </w:p>
    <w:p>
      <w:pPr>
        <w:jc w:val="right"/>
      </w:pPr>
      <w:r>
        <w:t>سب سے پہلے وقت کیا ہے یہ سمجھ لیں گے۔ وقت کا مطلب ہے عمر، ہمیں جو اللہ نے عطا فرمائی ہے۔</w:t>
      </w:r>
    </w:p>
    <w:p>
      <w:r>
        <w:rPr>
          <w:b/>
        </w:rPr>
        <w:t xml:space="preserve">[01:47] </w:t>
      </w:r>
      <w:r>
        <w:t>jitni umar milegi itna waqt humein dunya mein diya gaya hai.</w:t>
      </w:r>
    </w:p>
    <w:p>
      <w:pPr>
        <w:jc w:val="right"/>
      </w:pPr>
      <w:r>
        <w:t>جتنی عمر ملے گی اتنا وقت ہمیں دنیا میں دیا گیا ہے۔</w:t>
      </w:r>
    </w:p>
    <w:p>
      <w:r>
        <w:rPr>
          <w:b/>
        </w:rPr>
        <w:t xml:space="preserve">[01:54] </w:t>
      </w:r>
      <w:r>
        <w:t>waqt ka phenomena is dunya ke liye allah ka banaya hua hai. ab is ko samjhenge quran o hadith se.</w:t>
      </w:r>
    </w:p>
    <w:p>
      <w:pPr>
        <w:jc w:val="right"/>
      </w:pPr>
      <w:r>
        <w:t>وقت کا فیناومینا اس دنیا کے لیے اللہ کا بنایا ہوا ہے۔ اب اس کو سمجھیں گے قرآن و حدیث سے۔</w:t>
      </w:r>
    </w:p>
    <w:p>
      <w:r>
        <w:rPr>
          <w:b/>
        </w:rPr>
        <w:t xml:space="preserve">[02:05] </w:t>
      </w:r>
      <w:r>
        <w:t>allah taala ne, quran majeed ne kai maqamat par</w:t>
      </w:r>
    </w:p>
    <w:p>
      <w:pPr>
        <w:jc w:val="right"/>
      </w:pPr>
      <w:r>
        <w:t>اللہ تعالیٰ نے، قرآن مجید نے کئی مقامات پر</w:t>
      </w:r>
    </w:p>
    <w:p>
      <w:r>
        <w:rPr>
          <w:b/>
        </w:rPr>
        <w:t xml:space="preserve">[02:10] </w:t>
      </w:r>
      <w:r>
        <w:t>mukhtalif auqat ki qasam khai hai jis se waqt ki bepanah ahmiyat samajh mein aati hai kyunke allah kabhi bhi kisi kamtar cheez ki qasam nahi khata.</w:t>
      </w:r>
    </w:p>
    <w:p>
      <w:pPr>
        <w:jc w:val="right"/>
      </w:pPr>
      <w:r>
        <w:t>مختلف اوقات کی قسم کھائی ہے جس سے وقت کی بے پناہ اہمیت سمجھ میں آتی ہے کیونکہ اللہ کبھی بھی کسی کمتر چیز کی قسم نہیں کھاتے۔</w:t>
      </w:r>
    </w:p>
    <w:p>
      <w:r>
        <w:rPr>
          <w:b/>
        </w:rPr>
        <w:t xml:space="preserve">[02:24] </w:t>
      </w:r>
      <w:r>
        <w:t>surah alfajr, chapter 89, verse 1: "qasam hai fajar ki". surah allail, chapter 92, verses 1 and 2: "qasam hai raat ki jab ke woh chha jaye aur din ki</w:t>
      </w:r>
    </w:p>
    <w:p>
      <w:pPr>
        <w:jc w:val="right"/>
      </w:pPr>
      <w:r>
        <w:t>سورہ الفجر، چیپٹر 89، ورس 1: "قسم ہے فجر کی"۔ سورہ لیل، چیپٹر 92، ورسز 1 اینڈ 2: "قسم ہے رات کی جب کہ وہ چھا جائے اور دن کی</w:t>
      </w:r>
    </w:p>
    <w:p>
      <w:r>
        <w:rPr>
          <w:b/>
        </w:rPr>
        <w:t xml:space="preserve">[02:40] </w:t>
      </w:r>
      <w:r>
        <w:t>jab ke woh roshan ho". surah addoha, chapter 93, verses 1 to 2: "qasam hai roz-e-roshan ki aur raat ki jab ke woh chha jaye".</w:t>
      </w:r>
    </w:p>
    <w:p>
      <w:pPr>
        <w:jc w:val="right"/>
      </w:pPr>
      <w:r>
        <w:t>جب کہ وہ روشن ہو"۔ سورہ ضحی، چیپٹر 93، ورسز 1 ٹو 2: "قسم ہے روز روشن کی اور رات کی جب کہ وہ چھا جائے"۔</w:t>
      </w:r>
    </w:p>
    <w:p>
      <w:r>
        <w:rPr>
          <w:b/>
        </w:rPr>
        <w:t xml:space="preserve">[02:55] </w:t>
      </w:r>
      <w:r>
        <w:t>surah al-asr, chapter 103, verses 1 and 2: "waqt ki qasam jis ki gardish insani halaat par gawah hai,</w:t>
      </w:r>
    </w:p>
    <w:p>
      <w:pPr>
        <w:jc w:val="right"/>
      </w:pPr>
      <w:r>
        <w:t>سورہ عصر، چیپٹر 103، ورسز 1 اینڈ 2: "وقت کی قسم جس کی گردش انسانی حالات پر گواہ ہے،</w:t>
      </w:r>
    </w:p>
    <w:p>
      <w:r>
        <w:rPr>
          <w:b/>
        </w:rPr>
        <w:t xml:space="preserve">[03:07] </w:t>
      </w:r>
      <w:r>
        <w:t>beshak insan khasare mein hai ke woh umar-e-aziz gawah raha hai". yeh theen kuch ayatein. in tamam ayaton mein jo mein ne abhi padhein allah ne fajar, subah, raat, din aur zamanay ki qasam khai hai.</w:t>
      </w:r>
    </w:p>
    <w:p>
      <w:pPr>
        <w:jc w:val="right"/>
      </w:pPr>
      <w:r>
        <w:t>بے شک انسان خسارے میں ہے کہ وہ عمر عزیز گواہ رہا ہے"۔ یہ تھیں کچھ آیتیں۔ ان تمام آیات میں جو میں نے ابھی پڑھیں اللہ نے فجر، صبح، رات، دن اور زمانے کی قسم کھائی ہے۔</w:t>
      </w:r>
    </w:p>
    <w:p>
      <w:r>
        <w:rPr>
          <w:b/>
        </w:rPr>
        <w:t xml:space="preserve">[03:26] </w:t>
      </w:r>
      <w:r>
        <w:t>allah ka yeh usool hai ke woh hamesha kisi ghair-mamooli nemat ki qasam khate hain taake insan un ko ghair-mamooli samajh kar is ka sahi istemal kar le, kare.</w:t>
      </w:r>
    </w:p>
    <w:p>
      <w:pPr>
        <w:jc w:val="right"/>
      </w:pPr>
      <w:r>
        <w:t>اللہ کا یہ اصول ہے کہ وہ ہمیشہ کسی غیر معمولی نعمت کی قسم کھاتے ہیں تاکہ انسان ان کو غیر معمولی سمجھ کر اس کا صحیح استعمال کر لے، کرے۔</w:t>
      </w:r>
    </w:p>
    <w:p>
      <w:r>
        <w:rPr>
          <w:b/>
        </w:rPr>
        <w:t xml:space="preserve">[03:41] </w:t>
      </w:r>
      <w:r>
        <w:t>lehaza in ayaton mein jo allah ne mukhtalif auqat ki qasam khai hai</w:t>
      </w:r>
    </w:p>
    <w:p>
      <w:pPr>
        <w:jc w:val="right"/>
      </w:pPr>
      <w:r>
        <w:t>لہذا ان آیات میں جو اللہ نے مختلف اوقات کی قسم کھائی ہے</w:t>
      </w:r>
    </w:p>
    <w:p>
      <w:r>
        <w:rPr>
          <w:b/>
        </w:rPr>
        <w:t xml:space="preserve">[03:48] </w:t>
      </w:r>
      <w:r>
        <w:t>koi mamooli baat nahi balkeh in ke zariye darhaqeeqat humein jhanjhora ja raha hai ke hum apni zindagi ke auqat ko mamooli aur haqeer na samjhein.</w:t>
      </w:r>
    </w:p>
    <w:p>
      <w:pPr>
        <w:jc w:val="right"/>
      </w:pPr>
      <w:r>
        <w:t>کوئی معمولی بات نہیں بلکہ ان کے ذریعے درحقیقت ہمیں جھنجوڑا جا رہا ہے کہ ہم اپنی زندگی کے اوقات کو معمولی اور حقیر نہ سمجھیں۔</w:t>
      </w:r>
    </w:p>
    <w:p>
      <w:r>
        <w:rPr>
          <w:b/>
        </w:rPr>
        <w:t xml:space="preserve">[04:08] </w:t>
      </w:r>
      <w:r>
        <w:t>humein is ke aik aik lamhe ka hisab dena hai. ab kuch ahadees se mazeed waqt ki ahmiyat maloom hoti hai.</w:t>
      </w:r>
    </w:p>
    <w:p>
      <w:pPr>
        <w:jc w:val="right"/>
      </w:pPr>
      <w:r>
        <w:t>ہمیں اس کے ایک ایک لمحے کا حساب دینا ہے۔ اب کچھ احادیث سے مزید وقت کی اہمیت معلوم ہوتی ہے۔</w:t>
      </w:r>
    </w:p>
    <w:p>
      <w:r>
        <w:rPr>
          <w:b/>
        </w:rPr>
        <w:t xml:space="preserve">[04:19] </w:t>
      </w:r>
      <w:r>
        <w:t>aik martaba rasool allah ne suraj gharoob hota dekha to farmaya: "tumhari dunya mein se</w:t>
      </w:r>
    </w:p>
    <w:p>
      <w:pPr>
        <w:jc w:val="right"/>
      </w:pPr>
      <w:r>
        <w:t>ایک مرتبہ رسول اللہ نے سورج غروب ہوتا دیکھا تو فرمایا: "تمہاری دنیا میں سے</w:t>
      </w:r>
    </w:p>
    <w:p>
      <w:r>
        <w:rPr>
          <w:b/>
        </w:rPr>
        <w:t xml:space="preserve">[04:27] </w:t>
      </w:r>
      <w:r>
        <w:t>jo guzar chuki hai sirf itni miqdar baqi hai jitna yeh suraj zindagi guzar kar is din mein baqi bacha hai".</w:t>
      </w:r>
    </w:p>
    <w:p>
      <w:pPr>
        <w:jc w:val="right"/>
      </w:pPr>
      <w:r>
        <w:t>جو گزر چکی ہے صرف اتنی مقدار باقی ہے جتنا یہ سورج زندگی گزار کر اس دن میں باقی بچا ہے"۔</w:t>
      </w:r>
    </w:p>
    <w:p>
      <w:r>
        <w:rPr>
          <w:b/>
        </w:rPr>
        <w:t xml:space="preserve">[04:42] </w:t>
      </w:r>
      <w:r>
        <w:t>aik aur hadith: "qayamat ke din banda us waqt tak allah ki bargah mein khara rahega jab tak ke us se</w:t>
      </w:r>
    </w:p>
    <w:p>
      <w:pPr>
        <w:jc w:val="right"/>
      </w:pPr>
      <w:r>
        <w:t>ایک اور حدیث: "قیامت کے دن بندہ اس وقت تک اللہ کی بارگاہ میں کھڑا رہے گا جب تک کہ اس سے</w:t>
      </w:r>
    </w:p>
    <w:p>
      <w:r>
        <w:rPr>
          <w:b/>
        </w:rPr>
        <w:t xml:space="preserve">[04:52] </w:t>
      </w:r>
      <w:r>
        <w:t>chaar cheezon ke bare mein pooch na liya jayega. sab se pehle sawal hoga ke is ne apni zindagi ke auqat kaise guzare".</w:t>
      </w:r>
    </w:p>
    <w:p>
      <w:pPr>
        <w:jc w:val="right"/>
      </w:pPr>
      <w:r>
        <w:t>چار چیزوں کے بارے میں پوچھ نہ لیا جائے گا۔ سب سے پہلے سوال ہوگا کہ اس نے اپنی زندگی کے اوقات کیسے گزارے"۔</w:t>
      </w:r>
    </w:p>
    <w:p>
      <w:r>
        <w:rPr>
          <w:b/>
        </w:rPr>
        <w:t xml:space="preserve">[05:05] </w:t>
      </w:r>
      <w:r>
        <w:t>Allah taala ke qaim kardah nizam mein</w:t>
      </w:r>
    </w:p>
    <w:p>
      <w:pPr>
        <w:jc w:val="right"/>
      </w:pPr>
      <w:r>
        <w:t>اللہ تعالیٰ کے قائم کردہ نظام میں</w:t>
      </w:r>
    </w:p>
    <w:p>
      <w:r>
        <w:rPr>
          <w:b/>
        </w:rPr>
        <w:t xml:space="preserve">[05:08] </w:t>
      </w:r>
      <w:r>
        <w:t>waqt ki pabandi ka saboot milta hai. har cheez apne apne madar par waqt zaya kiye baghair gardish karti hai.</w:t>
      </w:r>
    </w:p>
    <w:p>
      <w:pPr>
        <w:jc w:val="right"/>
      </w:pPr>
      <w:r>
        <w:t>وقت کی پابندی کا ثبوت ملتا ہے۔ ہر چیز اپنے اپنے مدار پر وقت ضائع کیے بغیر گردش کرتی ہے۔</w:t>
      </w:r>
    </w:p>
    <w:p>
      <w:r>
        <w:rPr>
          <w:b/>
        </w:rPr>
        <w:t xml:space="preserve">[05:20] </w:t>
      </w:r>
      <w:r>
        <w:t>sooraj, chand, sitare sab apne apne muqarrar waqt par nikalte aur gharoob hote hain.</w:t>
      </w:r>
    </w:p>
    <w:p>
      <w:pPr>
        <w:jc w:val="right"/>
      </w:pPr>
      <w:r>
        <w:t>سورج، چاند، ستارے سب اپنے اپنے مقررہ وقت پر نکلتے اور غروب ہوتے ہیں۔</w:t>
      </w:r>
    </w:p>
    <w:p>
      <w:r>
        <w:rPr>
          <w:b/>
        </w:rPr>
        <w:t xml:space="preserve">[05:28] </w:t>
      </w:r>
      <w:r>
        <w:t>poori duniya ka nizam waqt ki pabandi par chal raha hai. ghraz yeh ke kainat ka sara nizam waqt ki ahmiyat o zarurat ka munh bolta saboot hai.</w:t>
      </w:r>
    </w:p>
    <w:p>
      <w:pPr>
        <w:jc w:val="right"/>
      </w:pPr>
      <w:r>
        <w:t>پوری دنیا کا نظام وقت کی پابندی پر چل رہا ہے۔ غرض یہ کہ کائنات کا سارا نظام وقت کی اہمیت و ضرورت کا منہ بولتا ثبوت ہے۔</w:t>
      </w:r>
    </w:p>
    <w:p>
      <w:r>
        <w:rPr>
          <w:b/>
        </w:rPr>
        <w:t xml:space="preserve">[05:43] </w:t>
      </w:r>
      <w:r>
        <w:t>imaan wale hone ke nate hamein waqt ki bohat ziyada qadar karna chahiye kyunke hum jante hain ke dunyavi zindagi</w:t>
      </w:r>
    </w:p>
    <w:p>
      <w:pPr>
        <w:jc w:val="right"/>
      </w:pPr>
      <w:r>
        <w:t>ایمان والے ہونے کے ناطے ہمیں وقت کی بہت زیادہ قدر کرنا چاہیے کیونکہ ہم جانتے ہیں کہ دنیاوی زندگی</w:t>
      </w:r>
    </w:p>
    <w:p>
      <w:r>
        <w:rPr>
          <w:b/>
        </w:rPr>
        <w:t xml:space="preserve">[05:54] </w:t>
      </w:r>
      <w:r>
        <w:t>aakhiri ke liye kheti ki manind hai. hum is mein jo boyenge aakhirat mein wohi kaatenge. agar hum is zindagi mein apne waqt ki qadar karte hue ise bhalai, khair aur neki ke kaam mein sarf karenge to kal yom-e-qayamat ke din</w:t>
      </w:r>
    </w:p>
    <w:p>
      <w:pPr>
        <w:jc w:val="right"/>
      </w:pPr>
      <w:r>
        <w:t>آخرت کے لیے کھیتی کی مانند ہے۔ ہم اس میں جو بوئیں گے آخرت میں وہی کاٹیں گے۔ اگر ہم اس زندگی میں اپنے وقت کی قدر کرتے ہوئے اسے بھلائی، خیر اور نیکی کے کام میں صرف کریں گے تو کل یوم قیامت کے دن</w:t>
      </w:r>
    </w:p>
    <w:p>
      <w:r>
        <w:rPr>
          <w:b/>
        </w:rPr>
        <w:t xml:space="preserve">[06:17] </w:t>
      </w:r>
      <w:r>
        <w:t>hamein falah o nijat ka inshallah samar milega. aise bandon ko jannat mein dakhil kiya jayega aur kaha jayega: surah haqqah mein hai, chapter 69, verse 24:</w:t>
      </w:r>
    </w:p>
    <w:p>
      <w:pPr>
        <w:jc w:val="right"/>
      </w:pPr>
      <w:r>
        <w:t>ہمیں فلاح و نجات کا انشاءاللہ ثمر ملے گا۔ ایسے بندوں کو جنت میں داخل کیا جائے گا اور کہا جائے گا: سورہ حاقہ میں ہے، چیپٹر 69، ورس 24:</w:t>
      </w:r>
    </w:p>
    <w:p>
      <w:r>
        <w:rPr>
          <w:b/>
        </w:rPr>
        <w:t xml:space="preserve">[06:33] </w:t>
      </w:r>
      <w:r>
        <w:t>"khao aur piyo maze ke sath</w:t>
      </w:r>
    </w:p>
    <w:p>
      <w:pPr>
        <w:jc w:val="right"/>
      </w:pPr>
      <w:r>
        <w:t>"کھاؤ اور پیو مزے کے ساتھ</w:t>
      </w:r>
    </w:p>
    <w:p>
      <w:r>
        <w:rPr>
          <w:b/>
        </w:rPr>
        <w:t xml:space="preserve">[06:36] </w:t>
      </w:r>
      <w:r>
        <w:t>in aamal ke badle jo tum ne guzre hue dinon mein kiye hain</w:t>
      </w:r>
    </w:p>
    <w:p>
      <w:pPr>
        <w:jc w:val="right"/>
      </w:pPr>
      <w:r>
        <w:t>ان اعمال کے بدلے جو تم نے گزرے ہوئے دنوں میں کیے ہیں"۔</w:t>
      </w:r>
    </w:p>
    <w:p>
      <w:r>
        <w:rPr>
          <w:b/>
        </w:rPr>
        <w:t xml:space="preserve">[06:43] </w:t>
      </w:r>
      <w:r>
        <w:t>is ke bar aks jinhone waqt ki nakadri ki aur ise ghaflat susti kahili mein guzar diya toh</w:t>
      </w:r>
    </w:p>
    <w:p>
      <w:pPr>
        <w:jc w:val="right"/>
      </w:pPr>
      <w:r>
        <w:t>اس کے برعکس جنہوں نے وقت کی ناخدری کی اور اسے غفلت، سستی، کاہلی میں گزار دیا تو</w:t>
      </w:r>
    </w:p>
    <w:p>
      <w:r>
        <w:rPr>
          <w:b/>
        </w:rPr>
        <w:t xml:space="preserve">[06:53] </w:t>
      </w:r>
      <w:r>
        <w:t>un se kaha jayega: jo surah fatir mein hai, chapter 35, verse 37: "kya hum ne tum</w:t>
      </w:r>
    </w:p>
    <w:p>
      <w:pPr>
        <w:jc w:val="right"/>
      </w:pPr>
      <w:r>
        <w:t>ان سے کہا جائے گا: جو سورہ فاطر میں ہے، چیپٹر 35، ورس 37: "کیا ہم نے تم</w:t>
      </w:r>
    </w:p>
    <w:p>
      <w:r>
        <w:rPr>
          <w:b/>
        </w:rPr>
        <w:t xml:space="preserve">[07:01] </w:t>
      </w:r>
      <w:r>
        <w:t>ko itni umar na di ke jis ko samajhna hota woh samajh</w:t>
      </w:r>
    </w:p>
    <w:p>
      <w:pPr>
        <w:jc w:val="right"/>
      </w:pPr>
      <w:r>
        <w:t>کو اتنی عمر نہ دی کہ جس کو سمجھنا ہوتا وہ سمجھ</w:t>
      </w:r>
    </w:p>
    <w:p>
      <w:r>
        <w:rPr>
          <w:b/>
        </w:rPr>
        <w:t xml:space="preserve">[07:06] </w:t>
      </w:r>
      <w:r>
        <w:t>sakta? pas tumhare paas darane wala aya, pas ab azab ka maza chako, ab zalimon ke liye koi madadgar na hoga".</w:t>
      </w:r>
    </w:p>
    <w:p>
      <w:pPr>
        <w:jc w:val="right"/>
      </w:pPr>
      <w:r>
        <w:t>سکتا؟ پس تمہارے پاس ڈرانے والا آیا، پس اب عذاب کا مزہ چکھو، اب ظالموں کے لیے کوئی مددگار نہ ہوگا"۔</w:t>
      </w:r>
    </w:p>
    <w:p>
      <w:r>
        <w:rPr>
          <w:b/>
        </w:rPr>
        <w:t xml:space="preserve">[07:18] </w:t>
      </w:r>
      <w:r>
        <w:t>yeh thi ayat. dekhiye, waqt ko zaya karna zindagi ko zaya karna hai.</w:t>
      </w:r>
    </w:p>
    <w:p>
      <w:pPr>
        <w:jc w:val="right"/>
      </w:pPr>
      <w:r>
        <w:t>یہ تھی آیت۔ دیکھیے، وقت کو ضائع کرنا زندگی کو ضائع کرنا ہے۔</w:t>
      </w:r>
    </w:p>
    <w:p>
      <w:r>
        <w:rPr>
          <w:b/>
        </w:rPr>
        <w:t xml:space="preserve">[07:26] </w:t>
      </w:r>
      <w:r>
        <w:t>is mein koi shaq nahi ke insan ke paas sab se nafees tareen aur sab se qeemti سرمایہ waqt hai.</w:t>
      </w:r>
    </w:p>
    <w:p>
      <w:pPr>
        <w:jc w:val="right"/>
      </w:pPr>
      <w:r>
        <w:t>اس میں کوئی شک نہیں کہ انسان کے پاس سب سے نفیس ترین اور سب سے قیمتی سرمایہ وقت ہے۔</w:t>
      </w:r>
    </w:p>
    <w:p>
      <w:r>
        <w:rPr>
          <w:b/>
        </w:rPr>
        <w:t xml:space="preserve">[07:36] </w:t>
      </w:r>
      <w:r>
        <w:t>lekin afsos ke sab se badi nemat zaya karte hain aur koi is ka ranj nahi, aur chhoti chhoti dunyavi cheezon ke nuqsan par pareshan hote hain.</w:t>
      </w:r>
    </w:p>
    <w:p>
      <w:pPr>
        <w:jc w:val="right"/>
      </w:pPr>
      <w:r>
        <w:t>لیکن افسوس کہ سب سے بڑی نعمت ضائع کرتے ہیں اور کوئی اس کا رنج نہیں، اور چھوٹی چھوٹی دنیاوی چیزوں کے نقصان پر پریشان ہوتے ہیں۔</w:t>
      </w:r>
    </w:p>
    <w:p>
      <w:r>
        <w:rPr>
          <w:b/>
        </w:rPr>
        <w:t xml:space="preserve">[07:50] </w:t>
      </w:r>
      <w:r>
        <w:t>yeh hamare chote pan ka saboot hai.</w:t>
      </w:r>
    </w:p>
    <w:p>
      <w:pPr>
        <w:jc w:val="right"/>
      </w:pPr>
      <w:r>
        <w:t>یہ ہمارے چھوٹے پن کا ثبوت ہے۔</w:t>
      </w:r>
    </w:p>
    <w:p>
      <w:r>
        <w:rPr>
          <w:b/>
        </w:rPr>
        <w:t xml:space="preserve">[07:57] </w:t>
      </w:r>
      <w:r>
        <w:t>har cheez napne ka ek peymana hota hai. to hamari sanjidgi napne ka peymana hai ke hamare nazdeek waqt ki ahmiyat kitni hai.</w:t>
      </w:r>
    </w:p>
    <w:p>
      <w:pPr>
        <w:jc w:val="right"/>
      </w:pPr>
      <w:r>
        <w:t>ہر چیز ناپنے کا ایک پیمانہ ہوتا ہے۔ تو ہماری سنجیدگی ناپنے کا پیمانہ ہے کہ ہمارے نزدیک وقت کی اہمیت کتنی ہے۔</w:t>
      </w:r>
    </w:p>
    <w:p>
      <w:r>
        <w:rPr>
          <w:b/>
        </w:rPr>
        <w:t xml:space="preserve">[08:11] </w:t>
      </w:r>
      <w:r>
        <w:t>hazrat Abdullah bin Masood farmate the: "beshak mujhe is farigh shakhs se nafrat hai</w:t>
      </w:r>
    </w:p>
    <w:p>
      <w:pPr>
        <w:jc w:val="right"/>
      </w:pPr>
      <w:r>
        <w:t>حضرت عبداللہ بن مسعود فرماتے تھے: "بے شک مجھے اس فارغ شخص سے نفرت ہے</w:t>
      </w:r>
    </w:p>
    <w:p>
      <w:r>
        <w:rPr>
          <w:b/>
        </w:rPr>
        <w:t xml:space="preserve">[08:19] </w:t>
      </w:r>
      <w:r>
        <w:t>jise kisi dunyavi aur ukhrawi amal ki parwah nahi, woh waqt ko aise hi guzar deta hai".</w:t>
      </w:r>
    </w:p>
    <w:p>
      <w:pPr>
        <w:jc w:val="right"/>
      </w:pPr>
      <w:r>
        <w:t>جسے کسی دنیاوی اور اخروی عمل کی پرواہ نہیں، وہ وقت کو ایسے ہی گزار دیتا ہے"۔</w:t>
      </w:r>
    </w:p>
    <w:p>
      <w:r>
        <w:rPr>
          <w:b/>
        </w:rPr>
        <w:t xml:space="preserve">[08:30] </w:t>
      </w:r>
      <w:r>
        <w:t>waqt ki ahmiyat ka andaza is baat se lagaya ja sakta hai ke har kamyab insan bhi kehta hai ke waqt ki qadar karo aur nakaam insan bhi kehta hai ke waqt ki qadar karo.</w:t>
      </w:r>
    </w:p>
    <w:p>
      <w:pPr>
        <w:jc w:val="right"/>
      </w:pPr>
      <w:r>
        <w:t>وقت کی اہمیت کا اندازہ اس بات سے لگایا جا سکتا ہے کہ ہر کامیاب انسان بھی کہتا ہے کہ وقت کی قدر کرو اور ناکام انسان بھی کہتا ہے کہ وقت کی قدر کرو۔</w:t>
      </w:r>
    </w:p>
    <w:p>
      <w:r>
        <w:rPr>
          <w:b/>
        </w:rPr>
        <w:t xml:space="preserve">[08:44] </w:t>
      </w:r>
      <w:r>
        <w:t>kamyab insan waqt ka sahi istemal kar ke kehta hai jabke nakaam insan waqt zaya kar ke yeh baat kehta hai.</w:t>
      </w:r>
    </w:p>
    <w:p>
      <w:pPr>
        <w:jc w:val="right"/>
      </w:pPr>
      <w:r>
        <w:t>کامیاب انسان وقت کا صحیح استعمال کر کے کہتا ہے جبکہ ناکام انسان وقت ضائع کر کے یہ بات کہتا ہے۔</w:t>
      </w:r>
    </w:p>
    <w:p>
      <w:r>
        <w:rPr>
          <w:b/>
        </w:rPr>
        <w:t xml:space="preserve">[08:54] </w:t>
      </w:r>
      <w:r>
        <w:t>ab waqt zaya karne ki taraf aate hain. is mein buniyadi baat hai ke waqt distraction se zaya hota hai.</w:t>
      </w:r>
    </w:p>
    <w:p>
      <w:pPr>
        <w:jc w:val="right"/>
      </w:pPr>
      <w:r>
        <w:t>اب وقت ضائع کرنے کی طرف آتے ہیں۔ اس میں بنیادی بات ہے کہ وقت ڈسٹریکشن سے ضائع ہوتا ہے۔</w:t>
      </w:r>
    </w:p>
    <w:p>
      <w:r>
        <w:rPr>
          <w:b/>
        </w:rPr>
        <w:t xml:space="preserve">[09:05] </w:t>
      </w:r>
      <w:r>
        <w:t>Maulana sahib distraction se bachne ki baat bohat ziyada karte hain. main is par bohat sochti thi.</w:t>
      </w:r>
    </w:p>
    <w:p>
      <w:pPr>
        <w:jc w:val="right"/>
      </w:pPr>
      <w:r>
        <w:t>مولانا صاحب ڈسٹریکشن سے بچنے کی بات بہت زیادہ کرتے ہیں۔ میں اس پر بہت سوچتی تھی۔</w:t>
      </w:r>
    </w:p>
    <w:p>
      <w:r>
        <w:rPr>
          <w:b/>
        </w:rPr>
        <w:t xml:space="preserve">[09:15] </w:t>
      </w:r>
      <w:r>
        <w:t>ek tajrube se kuch baatein is zimn mein samajh mein aayin. yeh ek airport ke common scene se samjha maine.</w:t>
      </w:r>
    </w:p>
    <w:p>
      <w:pPr>
        <w:jc w:val="right"/>
      </w:pPr>
      <w:r>
        <w:t>ایک تجربے سے کچھ باتیں اس ضمن میں سمجھ میں آئیں۔ یہ ایک ایئرپورٹ کے کامن سین سے سمجھا میں نے۔</w:t>
      </w:r>
    </w:p>
    <w:p>
      <w:r>
        <w:rPr>
          <w:b/>
        </w:rPr>
        <w:t xml:space="preserve">[09:24] </w:t>
      </w:r>
      <w:r>
        <w:t>dekhiye, hum dekhte hain ke airport par sare passengers jo hote hain bohat focused rehte hain, apna saman gaadi se utarne se le kar check in karne tak apne documents ke bare mein bhi bohat careful rehte hain, apni har cheez ke bare mein careful rehte hain.</w:t>
      </w:r>
    </w:p>
    <w:p>
      <w:pPr>
        <w:jc w:val="right"/>
      </w:pPr>
      <w:r>
        <w:t>دیکھیے، ہم دیکھتے ہیں کہ ایئرپورٹ پر سارے پیسنجرز جو ہوتے ہیں بہت فوکسڈ رہتے ہیں، اپنا سامان گاڑی سے اتارنے سے لے کر چیک ان کرنے تک اپنے ڈاکومنٹس کے بارے میں بھی بہت کیئرفل رہتے ہیں، اپنی ہر چیز کے بارے میں کیئرفل رہتے ہیں۔</w:t>
      </w:r>
    </w:p>
    <w:p>
      <w:r>
        <w:rPr>
          <w:b/>
        </w:rPr>
        <w:t xml:space="preserve">[09:47] </w:t>
      </w:r>
      <w:r>
        <w:t>un ke atraf bohat kuch hota hai dekhne ke liye lekin koi bhi kisi aur cheez par dhyan hi nahi deta jab tak ke sari zaroori karrawai poori na ho jaye.</w:t>
      </w:r>
    </w:p>
    <w:p>
      <w:pPr>
        <w:jc w:val="right"/>
      </w:pPr>
      <w:r>
        <w:t>ان کے اطراف بہت کچھ ہوتا ہے دیکھنے کے لیے لیکن کوئی بھی کسی اور چیز پر دھیان ہی نہیں دیتا جب تک کہ ساری ضروری کارروائی پوری نہ ہو جائے۔</w:t>
      </w:r>
    </w:p>
    <w:p>
      <w:r>
        <w:rPr>
          <w:b/>
        </w:rPr>
        <w:t xml:space="preserve">[10:01] </w:t>
      </w:r>
      <w:r>
        <w:t>ab dekhiye, is ke baad kya hota hai? jab sab kaam poore ho gaye,</w:t>
      </w:r>
    </w:p>
    <w:p>
      <w:pPr>
        <w:jc w:val="right"/>
      </w:pPr>
      <w:r>
        <w:t>اب دیکھیے، اس کے بعد کیا ہوتا ہے؟ جب سب کام پورے ہو گئے،</w:t>
      </w:r>
    </w:p>
    <w:p>
      <w:r>
        <w:rPr>
          <w:b/>
        </w:rPr>
        <w:t xml:space="preserve">[10:07] </w:t>
      </w:r>
      <w:r>
        <w:t>saamaan ki hifaazat ho gayi, boarding ka intezaar mein baitha hua passenger ab advertisements, aane jaane wale logon ko, dukaanon mein sajaai hui cheezon ko dekhne lagta hai.</w:t>
      </w:r>
    </w:p>
    <w:p>
      <w:pPr>
        <w:jc w:val="right"/>
      </w:pPr>
      <w:r>
        <w:t>سامان کی حفاظت ہو گئی، بورڈنگ کا انتظار میں بیٹھا ہوا پیسنجر اب ایڈورٹائزمنٹس، آنے جانے والے لوگوں کو، دکانوں میں سجائی ہوئی چیزوں کو دیکھنے لگتا ہے۔</w:t>
      </w:r>
    </w:p>
    <w:p>
      <w:r>
        <w:rPr>
          <w:b/>
        </w:rPr>
        <w:t xml:space="preserve">[10:22] </w:t>
      </w:r>
      <w:r>
        <w:t>sabhi ka ravaiyya aisa hi hai.</w:t>
      </w:r>
    </w:p>
    <w:p>
      <w:pPr>
        <w:jc w:val="right"/>
      </w:pPr>
      <w:r>
        <w:t>سبھی کا رویہ ایسا ہی ہے۔</w:t>
      </w:r>
    </w:p>
    <w:p>
      <w:r>
        <w:rPr>
          <w:b/>
        </w:rPr>
        <w:t xml:space="preserve">[10:25] </w:t>
      </w:r>
      <w:r>
        <w:t>is ravaiye ko dekh kar mujhe samajh mein aaya ke Allah ne insaan ke andar focused rehne ki salahiyat rakh di hai lekin is salahiyat ko istemaal karne ke liye ek hamare command ki zaroorat hoti hai.</w:t>
      </w:r>
    </w:p>
    <w:p>
      <w:pPr>
        <w:jc w:val="right"/>
      </w:pPr>
      <w:r>
        <w:t>اس رویے کو دیکھ کر مجھے سمجھ میں آیا کہ اللہ نے انسان کے اندر فوکسڈ رہنے کی صلاحیت رکھ دی ہے لیکن اس صلاحیت کو استعمال کرنے کے لیے ایک ہمارے کمانڈ کی ضرورت ہوتی ہے۔</w:t>
      </w:r>
    </w:p>
    <w:p>
      <w:r>
        <w:rPr>
          <w:b/>
        </w:rPr>
        <w:t xml:space="preserve">[10:44] </w:t>
      </w:r>
      <w:r>
        <w:t>wo command kya hai? wo hai khauf. dekhiye, log is liye focused the airport mein ke unhein saamaan chhootne ka dar tha,</w:t>
      </w:r>
    </w:p>
    <w:p>
      <w:pPr>
        <w:jc w:val="right"/>
      </w:pPr>
      <w:r>
        <w:t>وہ کمانڈ کیا ہے؟ وہ ہے خوف۔ دیکھیے، لوگ اس لیے فوکسڈ تھے ایئرپورٹ میں کہ انہیں سامان چھوٹنے کا ڈر تھا،</w:t>
      </w:r>
    </w:p>
    <w:p>
      <w:r>
        <w:rPr>
          <w:b/>
        </w:rPr>
        <w:t xml:space="preserve">[10:59] </w:t>
      </w:r>
      <w:r>
        <w:t>documents ke gum hone ka dar tha.</w:t>
      </w:r>
    </w:p>
    <w:p>
      <w:pPr>
        <w:jc w:val="right"/>
      </w:pPr>
      <w:r>
        <w:t>ڈاکومنٹس کے گم ہونے کا ڈر تھا۔</w:t>
      </w:r>
    </w:p>
    <w:p>
      <w:r>
        <w:rPr>
          <w:b/>
        </w:rPr>
        <w:t xml:space="preserve">[11:04] </w:t>
      </w:r>
      <w:r>
        <w:t>yeh sab khauf hote the, is ki wajah se itne focused the. ab chunke sab saamaan ki jab safety ho gayi, zaroori kaarwai poori ho gayi to idhar udhar dekhne ki azaadi mil gayi.</w:t>
      </w:r>
    </w:p>
    <w:p>
      <w:pPr>
        <w:jc w:val="right"/>
      </w:pPr>
      <w:r>
        <w:t>یہ سب خوف ہوتے تھے، اس کی وجہ سے اتنے فوکسڈ تھے۔ اب چونکہ سب سامان کی جب سیفٹی ہو گئی، ضروری کارروائی پوری ہو گئی تو ادھر ادھر دیکھنے کی آزادی مل گئی۔</w:t>
      </w:r>
    </w:p>
    <w:p>
      <w:r>
        <w:rPr>
          <w:b/>
        </w:rPr>
        <w:t xml:space="preserve">[11:19] </w:t>
      </w:r>
      <w:r>
        <w:t>to dekhiye, distraction se bachne ka ek hi tareeqa hai:</w:t>
      </w:r>
    </w:p>
    <w:p>
      <w:pPr>
        <w:jc w:val="right"/>
      </w:pPr>
      <w:r>
        <w:t>تو دیکھیے، ڈسٹریکشن سے بچنے کا ایک ہی طریقہ ہے:</w:t>
      </w:r>
    </w:p>
    <w:p>
      <w:r>
        <w:rPr>
          <w:b/>
        </w:rPr>
        <w:t xml:space="preserve">[11:25] </w:t>
      </w:r>
      <w:r>
        <w:t>badha hua khauf.</w:t>
      </w:r>
    </w:p>
    <w:p>
      <w:pPr>
        <w:jc w:val="right"/>
      </w:pPr>
      <w:r>
        <w:t>بڑھا ہوا خوف۔</w:t>
      </w:r>
    </w:p>
    <w:p>
      <w:r>
        <w:rPr>
          <w:b/>
        </w:rPr>
        <w:t xml:space="preserve">[11:30] </w:t>
      </w:r>
      <w:r>
        <w:t>bahut zyada conscious hona hai is ke baare mein. ab kaun sa khauf? dunya mein apne aap ko develop karne ki opportunity ko khone ka khauf, aur aakhirat ke abdi inaamaat se mehroom reh jaane ka khauf.</w:t>
      </w:r>
    </w:p>
    <w:p>
      <w:pPr>
        <w:jc w:val="right"/>
      </w:pPr>
      <w:r>
        <w:t>بہت زیادہ کانشیس ہونا ہے اس کے بارے میں۔ اب کون سا خوف؟ دنیا میں اپنے آپ کو ڈیولپ کرنے کی اپرچونیٹی کو کھونے کا خوف، اور آخرت کے ابدی انعامات سے محروم رہ جانے کا خوف۔</w:t>
      </w:r>
    </w:p>
    <w:p>
      <w:r>
        <w:rPr>
          <w:b/>
        </w:rPr>
        <w:t xml:space="preserve">[11:53] </w:t>
      </w:r>
      <w:r>
        <w:t>Allah ne Quran mein farmaya hai ke jo Allah ke saamne khada hone se dara, us ke liye do do jannatein.</w:t>
      </w:r>
    </w:p>
    <w:p>
      <w:pPr>
        <w:jc w:val="right"/>
      </w:pPr>
      <w:r>
        <w:t>اللہ نے قرآن میں فرمایا ہے کہ جو اللہ کے سامنے کھڑا ہونے سے ڈرا، اس کے لیے دو دو جنتیں۔</w:t>
      </w:r>
    </w:p>
    <w:p>
      <w:r>
        <w:rPr>
          <w:b/>
        </w:rPr>
        <w:t xml:space="preserve">[12:03] </w:t>
      </w:r>
      <w:r>
        <w:t>yeh do jannatein kya hain? ek to aakhirat wali,</w:t>
      </w:r>
    </w:p>
    <w:p>
      <w:pPr>
        <w:jc w:val="right"/>
      </w:pPr>
      <w:r>
        <w:t>یہ دو جنتیں کیا ہیں؟ ایک تو آخرت والی،</w:t>
      </w:r>
    </w:p>
    <w:p>
      <w:r>
        <w:rPr>
          <w:b/>
        </w:rPr>
        <w:t xml:space="preserve">[12:10] </w:t>
      </w:r>
      <w:r>
        <w:t>doosri dunya mein aafiyat aur itminaan wali zindagi jo distraction se bachne walon ko mayassar aati hai.</w:t>
      </w:r>
    </w:p>
    <w:p>
      <w:pPr>
        <w:jc w:val="right"/>
      </w:pPr>
      <w:r>
        <w:t>دوسری دنیا میں عافیت اور اطمینان والی زندگی جو ڈسٹریکشن سے بچنے والوں کو میسر آتی ہے۔</w:t>
      </w:r>
    </w:p>
    <w:p>
      <w:r>
        <w:rPr>
          <w:b/>
        </w:rPr>
        <w:t xml:space="preserve">[12:22] </w:t>
      </w:r>
      <w:r>
        <w:t>so distraction se bachna hai to khauf ko badhana hai.</w:t>
      </w:r>
    </w:p>
    <w:p>
      <w:pPr>
        <w:jc w:val="right"/>
      </w:pPr>
      <w:r>
        <w:t>سو ڈسٹریکشن سے بچنا ہے تو خوف کو بڑھانا ہے۔</w:t>
      </w:r>
    </w:p>
    <w:p>
      <w:r>
        <w:rPr>
          <w:b/>
        </w:rPr>
        <w:t xml:space="preserve">[12:30] </w:t>
      </w:r>
      <w:r>
        <w:t>ab waqt zaaya karne ke zimn mein doosri aham baat hai ke hamara waqt zaaya karne mein wo kya cheez hai jo sab se badi wajah hai?</w:t>
      </w:r>
    </w:p>
    <w:p>
      <w:pPr>
        <w:jc w:val="right"/>
      </w:pPr>
      <w:r>
        <w:t>اب وقت ضائع کرنے کے ضمن میں دوسری اہم بات ہے کہ ہمارا وقت ضائع کرنے میں وہ کیا چیز ہے جو سب سے بڑی وجہ ہے؟</w:t>
      </w:r>
    </w:p>
    <w:p>
      <w:r>
        <w:rPr>
          <w:b/>
        </w:rPr>
        <w:t xml:space="preserve">[12:43] </w:t>
      </w:r>
      <w:r>
        <w:t>ab aap bahut shocked ho jayenge sun kar. wo hai hum khud. hum khud. kisi ko na ilzaam dijiye ga,</w:t>
      </w:r>
    </w:p>
    <w:p>
      <w:pPr>
        <w:jc w:val="right"/>
      </w:pPr>
      <w:r>
        <w:t>اب آپ بہت شاکڈ ہو جائیں گے سن کر۔ وہ ہے ہم خود۔ ہم خود۔ کسی کو نہ الزام دیجئے گا،</w:t>
      </w:r>
    </w:p>
    <w:p>
      <w:r>
        <w:rPr>
          <w:b/>
        </w:rPr>
        <w:t xml:space="preserve">[12:53] </w:t>
      </w:r>
      <w:r>
        <w:t>saare insaan ko is ka zimmedaar thahraate hain. yeh jhoot hai. yeh creation plan ke khilaaf baat hai ke ek taraf Allah ne kaha ke hamein dunya mein amal ki azaadi di gayi hai aur doosri taraf hamare upar doosron ko musallat kar diya gaya ho ke hum kuch kar nahi sakte.</w:t>
      </w:r>
    </w:p>
    <w:p>
      <w:pPr>
        <w:jc w:val="right"/>
      </w:pPr>
      <w:r>
        <w:t>سارے انسان کو اس کا ذمہ دار ٹھہراتے ہیں۔ یہ جھوٹ ہے۔ یہ کریشن پلان کے خلاف بات ہے کہ ایک طرف اللہ نے کہا کہ ہمیں دنیا میں عمل کی آزادی دی گئی ہے اور دوسری طرف ہمارے اوپر دوسروں کو مسلط کر دیا گیا ہو کہ ہم کچھ کر نہیں سکتے۔</w:t>
      </w:r>
    </w:p>
    <w:p>
      <w:r>
        <w:rPr>
          <w:b/>
        </w:rPr>
        <w:t xml:space="preserve">[13:20] </w:t>
      </w:r>
      <w:r>
        <w:t>doosre kuch bhi karein, hamare liye sahi response dene ka poora mauqa hai. sahi response hi ko to naik amal kehte hain.</w:t>
      </w:r>
    </w:p>
    <w:p>
      <w:pPr>
        <w:jc w:val="right"/>
      </w:pPr>
      <w:r>
        <w:t>دوسرے کچھ بھی کریں، ہمارے لیے صحیح رسپانس دینے کا پورا موقع ہے۔ صحیح رسپانس ہی کو تو نیک عمل کہتے ہیں۔</w:t>
      </w:r>
    </w:p>
    <w:p>
      <w:r>
        <w:rPr>
          <w:b/>
        </w:rPr>
        <w:t xml:space="preserve">[13:34] </w:t>
      </w:r>
      <w:r>
        <w:t>hamein is baat ko samajhne ke liye ek experiment kijiye. ek hafte ke liye aap ek log book maintain kijiye.</w:t>
      </w:r>
    </w:p>
    <w:p>
      <w:pPr>
        <w:jc w:val="right"/>
      </w:pPr>
      <w:r>
        <w:t>ہمیں اس بات کو سمجھنے کے لیے ایک ایکسپیریمنٹ کیجئے۔ ایک ہفتے کے لیے آپ ایک لاگ بک مینٹین کیجئے۔</w:t>
      </w:r>
    </w:p>
    <w:p>
      <w:r>
        <w:rPr>
          <w:b/>
        </w:rPr>
        <w:t xml:space="preserve">[13:44] </w:t>
      </w:r>
      <w:r>
        <w:t>main abhi screen pe dikha rahi hoon, kuch aisa hona chahiye. is ko ya aap to paper par rakhein, laptop mein ya mobile phone par bhi kar sakte hain.</w:t>
      </w:r>
    </w:p>
    <w:p>
      <w:pPr>
        <w:jc w:val="right"/>
      </w:pPr>
      <w:r>
        <w:t>میں ابھی سکرین پہ دکھا رہی ہوں، کچھ ایسا ہونا چاہیے۔ اس کو یا آپ تو پیپر پر رکھیں، لیپ ٹاپ میں یا موبائل فون پر بھی کر سکتے ہیں۔</w:t>
      </w:r>
    </w:p>
    <w:p>
      <w:r>
        <w:rPr>
          <w:b/>
        </w:rPr>
        <w:t xml:space="preserve">[13:56] </w:t>
      </w:r>
      <w:r>
        <w:t>dekhiye, is mein maine kuch sample ki baatein likh di hain. aap apni zindagi ko saamne rakhte hue time slots bana kar, aap apne activities aur baazu wale column mein, aap</w:t>
      </w:r>
    </w:p>
    <w:p>
      <w:pPr>
        <w:jc w:val="right"/>
      </w:pPr>
      <w:r>
        <w:t>دیکھیے، اس میں میں نے کچھ سیمپل کی باتیں لکھ دی ہیں۔ آپ اپنی زندگی کو سامنے رکھتے ہوئے ٹائم سلاٹس بنا کر، آپ اپنے ایکٹیویٹیز اور بازو والے کالم میں، آپ</w:t>
      </w:r>
    </w:p>
    <w:p>
      <w:r>
        <w:rPr>
          <w:b/>
        </w:rPr>
        <w:t xml:space="preserve">[14:13] </w:t>
      </w:r>
      <w:r>
        <w:t>is time slot mein jo karte hain kaam, sachai ke saath us ko record karna hai aap ko.</w:t>
      </w:r>
    </w:p>
    <w:p>
      <w:pPr>
        <w:jc w:val="right"/>
      </w:pPr>
      <w:r>
        <w:t>اس ٹائم سلاٹ میں جو کرتے ہیں کام، سچائی کے ساتھ اس کو ریکارڈ کرنا ہے آپ کو۔</w:t>
      </w:r>
    </w:p>
    <w:p>
      <w:r>
        <w:rPr>
          <w:b/>
        </w:rPr>
        <w:t xml:space="preserve">[14:24] </w:t>
      </w:r>
      <w:r>
        <w:t>jaise misaal ke taur pe do ghante, kisi bhi slot ke do ghante, aap ne kuch phone calls ya social media</w:t>
      </w:r>
    </w:p>
    <w:p>
      <w:pPr>
        <w:jc w:val="right"/>
      </w:pPr>
      <w:r>
        <w:t>جیسے مثال کے طور پہ دو گھنٹے، کسی بھی سلاٹ کے دو گھنٹے، آپ نے کچھ فون کالز یا سوشل میڈیا</w:t>
      </w:r>
    </w:p>
    <w:p>
      <w:r>
        <w:rPr>
          <w:b/>
        </w:rPr>
        <w:t xml:space="preserve">[14:33] </w:t>
      </w:r>
      <w:r>
        <w:t>ka istemaal hua to us ko likhna hai. is se kya hota hai? ab hamein yeh ek hafte tak karne se hamein pata chalega ke hum kaun si activity mein kitna waqt laga rahe hain.</w:t>
      </w:r>
    </w:p>
    <w:p>
      <w:pPr>
        <w:jc w:val="right"/>
      </w:pPr>
      <w:r>
        <w:t>کا استعمال ہوا تو اس کو لکھنا ہے۔ اس سے کیا ہوتا ہے؟ اب ہمیں یہ ایک ہفتے تک کرنے سے ہمیں پتہ چلے گا کہ ہم کون سی ایکٹیویٹی میں کتنا وقت لگا رہے ہیں۔</w:t>
      </w:r>
    </w:p>
    <w:p>
      <w:r>
        <w:rPr>
          <w:b/>
        </w:rPr>
        <w:t xml:space="preserve">[14:51] </w:t>
      </w:r>
      <w:r>
        <w:t>ab yeh dekhne se hamein hamari galtiyon ka pata chalega. phir jab galti samajh mein aati hai tabhi to us ki correction samajh mein aayegi.</w:t>
      </w:r>
    </w:p>
    <w:p>
      <w:pPr>
        <w:jc w:val="right"/>
      </w:pPr>
      <w:r>
        <w:t>اب یہ دیکھنے سے ہمیں ہماری غلطیوں کا پتہ چلے گا۔ پھر جب غلطی سمجھ میں آتی ہے تبھی تو اس کی کریکشن سمجھ میں آئے گی۔</w:t>
      </w:r>
    </w:p>
    <w:p>
      <w:r>
        <w:rPr>
          <w:b/>
        </w:rPr>
        <w:t xml:space="preserve">[15:05] </w:t>
      </w:r>
      <w:r>
        <w:t>ek misaal deti hoon. bachchon ke school mein parent teachers meeting mein kai issues par parents ke mashware lete thay.</w:t>
      </w:r>
    </w:p>
    <w:p>
      <w:pPr>
        <w:jc w:val="right"/>
      </w:pPr>
      <w:r>
        <w:t>ایک مثال دیتی ہوں۔ بچوں کے سکول میں پیرنٹ ٹیچرز میٹنگ میں کئی ایشوز پر پیرنٹس کے مشورے لیتے تھے۔</w:t>
      </w:r>
    </w:p>
    <w:p>
      <w:r>
        <w:rPr>
          <w:b/>
        </w:rPr>
        <w:t xml:space="preserve">[15:15] </w:t>
      </w:r>
      <w:r>
        <w:t>ek waqt yeh discussion tha ke aaj ke education system mein itne extra curricular activities yani festivals, kai tarah tarah ke competition,</w:t>
      </w:r>
    </w:p>
    <w:p>
      <w:pPr>
        <w:jc w:val="right"/>
      </w:pPr>
      <w:r>
        <w:t>ایک وقت یہ ڈسکشن تھا کہ آج کے ایجوکیشن سسٹم میں اتنے ایکسٹرا کریکولر ایکٹیویٹیز یعنی فیسٹیولز، کئی طرح طرح کے کمپیٹیشن،</w:t>
      </w:r>
    </w:p>
    <w:p>
      <w:r>
        <w:rPr>
          <w:b/>
        </w:rPr>
        <w:t xml:space="preserve">[15:30] </w:t>
      </w:r>
      <w:r>
        <w:t>is ke baad sports ki bohat sari activities</w:t>
      </w:r>
    </w:p>
    <w:p>
      <w:pPr>
        <w:jc w:val="right"/>
      </w:pPr>
      <w:r>
        <w:t>اس کے بعد سپورٹس کی بہت ساری ایکٹیویٹیز</w:t>
      </w:r>
    </w:p>
    <w:p>
      <w:r>
        <w:rPr>
          <w:b/>
        </w:rPr>
        <w:t xml:space="preserve">[15:34] </w:t>
      </w:r>
      <w:r>
        <w:t>aur kya kya, yeh sab ho gaye hain jo bachchon ko parhai se, jis se bachchon ko parhai se stress hone laga hai, jis se bachchon ki sehat par asar par raha hai, to is ka kya hal hai?</w:t>
      </w:r>
    </w:p>
    <w:p>
      <w:pPr>
        <w:jc w:val="right"/>
      </w:pPr>
      <w:r>
        <w:t>اور کیا کیا، یہ سب ہو گئے ہیں جو بچوں کو پڑھائی سے، جس سے بچوں کو پڑھائی سے سٹریس ہونے لگا ہے، جس سے بچوں کی صحت پر اثر پڑ رہا ہے، تو اس کا کیا حل ہے؟</w:t>
      </w:r>
    </w:p>
    <w:p>
      <w:r>
        <w:rPr>
          <w:b/>
        </w:rPr>
        <w:t xml:space="preserve">[15:49] </w:t>
      </w:r>
      <w:r>
        <w:t>hmm, sab ne mashware diye ke sehat improve karne ke mashware, counseling, therapy, yoga, nutritious food, pata nahi kya kiya.</w:t>
      </w:r>
    </w:p>
    <w:p>
      <w:pPr>
        <w:jc w:val="right"/>
      </w:pPr>
      <w:r>
        <w:t>ہمم، سب نے مشورے دیے کہ صحت امپروو کرنے کے مشورے، کاؤنسلنگ، تھیراپی، یوگا، نیوٹریشس فوڈ، پتہ نہیں کیا کیا۔</w:t>
      </w:r>
    </w:p>
    <w:p>
      <w:r>
        <w:rPr>
          <w:b/>
        </w:rPr>
        <w:t xml:space="preserve">[16:00] </w:t>
      </w:r>
      <w:r>
        <w:t>kisi ne to kaha ke academic subjects hi kuch kam kar diye</w:t>
      </w:r>
    </w:p>
    <w:p>
      <w:pPr>
        <w:jc w:val="right"/>
      </w:pPr>
      <w:r>
        <w:t>کسی نے تو کہا کہ اکیڈمک سبجیکٹس ہی کچھ کم کر دیے</w:t>
      </w:r>
    </w:p>
    <w:p>
      <w:r>
        <w:rPr>
          <w:b/>
        </w:rPr>
        <w:t xml:space="preserve">[16:04] </w:t>
      </w:r>
      <w:r>
        <w:t>jayen, kisi ne kaha hafte ka din bhi chutti ka kar diya jaye, kisi ne kaha imtehan ka tareeqa badal diya jaye. to mashware ke liye jab meri bari aayi to maine kaha ke yeh extra activities jo doosre schoolon se invitation ke taur par ate hain, un ka qabool karna ya na karna school ke authorities ki azadi ka mamla hai.</w:t>
      </w:r>
    </w:p>
    <w:p>
      <w:pPr>
        <w:jc w:val="right"/>
      </w:pPr>
      <w:r>
        <w:t>جائیں، کسی نے کہا ہفتے کا دن بھی چھٹی کا کر دیا جائے، کسی نے کہا امتحان کا طریقہ بدل دیا جائے۔ تو مشورے کے لیے جب میری باری آئی تو میں نے کہا کہ یہ ایکسٹرا ایکٹیویٹیز جو دوسرے سکولوں سے انویٹیشن کے طور پر آتے ہیں، ان کا قبول کرنا یا نہ کرنا سکول کے اتھارٹیز کی آزادی کا معاملہ ہے۔</w:t>
      </w:r>
    </w:p>
    <w:p>
      <w:r>
        <w:rPr>
          <w:b/>
        </w:rPr>
        <w:t xml:space="preserve">[16:30] </w:t>
      </w:r>
      <w:r>
        <w:t>to mera suggestion tha</w:t>
      </w:r>
    </w:p>
    <w:p>
      <w:pPr>
        <w:jc w:val="right"/>
      </w:pPr>
      <w:r>
        <w:t>تو میرا سجیشن تھا</w:t>
      </w:r>
    </w:p>
    <w:p>
      <w:r>
        <w:rPr>
          <w:b/>
        </w:rPr>
        <w:t xml:space="preserve">[16:32] </w:t>
      </w:r>
      <w:r>
        <w:t>ke aap school ke authorities is mein selective ho jayen aur bas wohi activity qabool karen jo healthy le woh un ke students ko involve kar saken.</w:t>
      </w:r>
    </w:p>
    <w:p>
      <w:pPr>
        <w:jc w:val="right"/>
      </w:pPr>
      <w:r>
        <w:t>کہ آپ سکول کے اتھارٹیز اس میں سلیکٹو ہو جائیں اور بس وہی ایکٹیویٹی قبول کریں جو ہیلدی لی وہ ان کے سٹوڈنٹس کو انوالو کر سکیں۔</w:t>
      </w:r>
    </w:p>
    <w:p>
      <w:r>
        <w:rPr>
          <w:b/>
        </w:rPr>
        <w:t xml:space="preserve">[16:46] </w:t>
      </w:r>
      <w:r>
        <w:t>aap jaise hi ek activity qabool kar lete hain to is ke baad aap ka koi control nahi ho sakta is par. jo is ke taqaze hain woh nibhana hi pare ga.</w:t>
      </w:r>
    </w:p>
    <w:p>
      <w:pPr>
        <w:jc w:val="right"/>
      </w:pPr>
      <w:r>
        <w:t>آپ جیسے ہی ایک ایکٹیویٹی قبول کر لیتے ہیں تو اس کے بعد آپ کا کوئی کنٹرول نہیں ہو سکتا اس پر۔ جو اس کے تقاضے ہیں وہ نبھانا ہی پڑے گا۔</w:t>
      </w:r>
    </w:p>
    <w:p>
      <w:r>
        <w:rPr>
          <w:b/>
        </w:rPr>
        <w:t xml:space="preserve">[17:00] </w:t>
      </w:r>
      <w:r>
        <w:t>koi activity ke bure anjam se bachna hai to aqalmandi isi mein hai ke us activity ko shuru hone hi na diya jaye.</w:t>
      </w:r>
    </w:p>
    <w:p>
      <w:pPr>
        <w:jc w:val="right"/>
      </w:pPr>
      <w:r>
        <w:t>کوئی ایکٹیویٹی کے برے انجام سے بچنا ہے تو عقلمندی اسی میں ہے کہ اس ایکٹیویٹی کو شروع ہونے ہی نہ دیا جائے۔</w:t>
      </w:r>
    </w:p>
    <w:p>
      <w:r>
        <w:rPr>
          <w:b/>
        </w:rPr>
        <w:t xml:space="preserve">[17:12] </w:t>
      </w:r>
      <w:r>
        <w:t>yeh usool sirf college ya school ke liye nahi, individual life ke liye bhi yahi hai. khoob ghor karen is par.</w:t>
      </w:r>
    </w:p>
    <w:p>
      <w:pPr>
        <w:jc w:val="right"/>
      </w:pPr>
      <w:r>
        <w:t>یہ اصول صرف کالج یا سکول کے لیے نہیں، انڈیویجول لائف کے لیے بھی یہی ہے۔ خوب غور کریں اس پر۔</w:t>
      </w:r>
    </w:p>
    <w:p>
      <w:r>
        <w:rPr>
          <w:b/>
        </w:rPr>
        <w:t xml:space="preserve">[17:21] </w:t>
      </w:r>
      <w:r>
        <w:t>ab waqt ke bare mein do anokhe points share kar rahi hoon. they are very unique. quran ki baat hai, surah taha ayat number 103, 104.</w:t>
      </w:r>
    </w:p>
    <w:p>
      <w:pPr>
        <w:jc w:val="right"/>
      </w:pPr>
      <w:r>
        <w:t>اب وقت کے بارے میں دو انوکھے پوائنٹس شیئر کر رہی ہوں۔ دے آر ویری یونیک۔ قرآن کی بات ہے، سورہ طہٰ آیت نمبر 103، 104۔</w:t>
      </w:r>
    </w:p>
    <w:p>
      <w:r>
        <w:rPr>
          <w:b/>
        </w:rPr>
        <w:t xml:space="preserve">[17:34] </w:t>
      </w:r>
      <w:r>
        <w:t>surah taha chapter number 20. allah farmate hain, yeh akhirat wala scene hai. allah farmate hain, aapas mein chupke chupke kehte honge ke tum sirf das din rahe hoge.</w:t>
      </w:r>
    </w:p>
    <w:p>
      <w:pPr>
        <w:jc w:val="right"/>
      </w:pPr>
      <w:r>
        <w:t>سورہ طہٰ چیپٹر نمبر 20۔ اللہ فرماتے ہیں، یہ آخرت والا سین ہے۔ اللہ فرماتے ہیں، آپس میں چپکے چپکے کہتے ہوں گے کہ تم صرف دس دن رہے ہو گے۔</w:t>
      </w:r>
    </w:p>
    <w:p>
      <w:r>
        <w:rPr>
          <w:b/>
        </w:rPr>
        <w:t xml:space="preserve">[17:49] </w:t>
      </w:r>
      <w:r>
        <w:t>hum khoob jante hain jo kuch woh kahen ge, jabke un ka sab se zyada waqif kar kahega ke tum sirf ek din thehre.</w:t>
      </w:r>
    </w:p>
    <w:p>
      <w:pPr>
        <w:jc w:val="right"/>
      </w:pPr>
      <w:r>
        <w:t>ہم خوب جانتے ہیں جو کچھ وہ کہیں گے، جبکہ ان کا سب سے زیادہ واقف کار کہے گا کہ تم صرف ایک دن ٹھہرے۔</w:t>
      </w:r>
    </w:p>
    <w:p>
      <w:r>
        <w:rPr>
          <w:b/>
        </w:rPr>
        <w:t xml:space="preserve">[18:00] </w:t>
      </w:r>
      <w:r>
        <w:t>yeh thi, yeh tha ayat ka tarjuma. dunya mein guzre hue waqt ke bare mein, yani dunya mein guzre hue waqt ke bare mein aisa mehsoos karenge.</w:t>
      </w:r>
    </w:p>
    <w:p>
      <w:pPr>
        <w:jc w:val="right"/>
      </w:pPr>
      <w:r>
        <w:t>یہ تھی، یہ تھا آیت کا ترجمہ۔ دنیا میں گزرے ہوئے وقت کے بارے میں، یعنی دنیا میں گزرے ہوئے وقت کے بارے میں ایسا محسوس کریں گے۔</w:t>
      </w:r>
    </w:p>
    <w:p>
      <w:r>
        <w:rPr>
          <w:b/>
        </w:rPr>
        <w:t xml:space="preserve">[18:14] </w:t>
      </w:r>
      <w:r>
        <w:t>to iman lana chahiye na hamein is ayat par ke hamare mind mein jab allah farma rahe hain ke hamara aisa ehsas rahega, koi sau saal jee kar mara hoga, koi sattar saal jee kar mara hoga, lekin aisi aisi un ki impression rahegi akhirat mein.</w:t>
      </w:r>
    </w:p>
    <w:p>
      <w:pPr>
        <w:jc w:val="right"/>
      </w:pPr>
      <w:r>
        <w:t>تو ایمان لانا چاہیے نا ہمیں اس آیت پر کہ ہمارے مائنڈ میں جب اللہ فرما رہے ہیں کہ ہمارا ایسا احساس رہے گا، کوئی سو سال جی کر مرا ہوگا، کوئی ستر سال جی کر مرا ہوگا، لیکن ایسی ایسی ان کی امپریشن رہے گی آخرت میں۔</w:t>
      </w:r>
    </w:p>
    <w:p>
      <w:r>
        <w:rPr>
          <w:b/>
        </w:rPr>
        <w:t xml:space="preserve">[18:33] </w:t>
      </w:r>
      <w:r>
        <w:t>to</w:t>
      </w:r>
    </w:p>
    <w:p>
      <w:pPr>
        <w:jc w:val="right"/>
      </w:pPr>
      <w:r>
        <w:t>تو</w:t>
      </w:r>
    </w:p>
    <w:p>
      <w:r>
        <w:rPr>
          <w:b/>
        </w:rPr>
        <w:t xml:space="preserve">[18:33] </w:t>
      </w:r>
      <w:r>
        <w:t>hum yeh na sochein ke zindagi lambi hai aur lambi lambi planning se gurez karen. yeh baat samajhne ke liye ek aur experiment karenge.</w:t>
      </w:r>
    </w:p>
    <w:p>
      <w:pPr>
        <w:jc w:val="right"/>
      </w:pPr>
      <w:r>
        <w:t>ہم یہ نہ سوچیں کہ زندگی لمبی ہے اور لمبی لمبی پلاننگ سے گریز کریں۔ یہ بات سمجھنے کے لیے ایک اور ایکسپیریمنٹ کریں گے۔</w:t>
      </w:r>
    </w:p>
    <w:p>
      <w:r>
        <w:rPr>
          <w:b/>
        </w:rPr>
        <w:t xml:space="preserve">[18:48] </w:t>
      </w:r>
      <w:r>
        <w:t>jitni umar hamari hai, us ke bare mein jahan se aap ko yaad hai woh Sochiye.</w:t>
      </w:r>
    </w:p>
    <w:p>
      <w:pPr>
        <w:jc w:val="right"/>
      </w:pPr>
      <w:r>
        <w:t>جتنی عمر ہماری ہے، اس کے بارے میں جہاں سے آپ کو یاد ہے وہ سوچیے۔</w:t>
      </w:r>
    </w:p>
    <w:p>
      <w:r>
        <w:rPr>
          <w:b/>
        </w:rPr>
        <w:t xml:space="preserve">[18:54] </w:t>
      </w:r>
      <w:r>
        <w:t>to aisa lagega ke kitna bhi waqfa guzra ho, bohat jald guzar gaya. jaise kisi ki umar agar ab pachas saal hai to pachas kuch lambi muddat nahi mehsoos hogi.</w:t>
      </w:r>
    </w:p>
    <w:p>
      <w:pPr>
        <w:jc w:val="right"/>
      </w:pPr>
      <w:r>
        <w:t>تو ایسا لگے گا کہ کتنا بھی وقفہ گزرا ہو، بہت جلد گزر گیا۔ جیسے کسی کی عمر اگر اب پچاس سال ہے تو پچاس کچھ لمبی مدت نہیں محسوس ہوگی۔</w:t>
      </w:r>
    </w:p>
    <w:p>
      <w:r>
        <w:rPr>
          <w:b/>
        </w:rPr>
        <w:t xml:space="preserve">[19:09] </w:t>
      </w:r>
      <w:r>
        <w:t>lekin aage pachas saal ke bare mein sochne baith jayen to lagega bohat lambi hai.</w:t>
      </w:r>
    </w:p>
    <w:p>
      <w:pPr>
        <w:jc w:val="right"/>
      </w:pPr>
      <w:r>
        <w:t>لیکن آگے پچاس سال کے بارے میں سوچنے بیٹھ جائیں تو لگے گا بہت لمبی ہے۔</w:t>
      </w:r>
    </w:p>
    <w:p>
      <w:r>
        <w:rPr>
          <w:b/>
        </w:rPr>
        <w:t xml:space="preserve">[19:16] </w:t>
      </w:r>
      <w:r>
        <w:t>yeh haqeeqat nahi hai, yeh ek illusion hai. allah farma rahe hain ke akhirat mein hum kahenge ek din, ek din rahe honge.</w:t>
      </w:r>
    </w:p>
    <w:p>
      <w:pPr>
        <w:jc w:val="right"/>
      </w:pPr>
      <w:r>
        <w:t>یہ حقیقت نہیں ہے، یہ ایک الیوژن ہے۔ اللہ فرما رہے ہیں کہ آخرت میں ہم کہیں گے ایک دن، ایک دن رہے ہوں گے۔</w:t>
      </w:r>
    </w:p>
    <w:p>
      <w:r>
        <w:rPr>
          <w:b/>
        </w:rPr>
        <w:t xml:space="preserve">[19:32] </w:t>
      </w:r>
      <w:r>
        <w:t>yeh tha ek unique concept.</w:t>
      </w:r>
    </w:p>
    <w:p>
      <w:pPr>
        <w:jc w:val="right"/>
      </w:pPr>
      <w:r>
        <w:t>یہ تھا ایک یونیک کانسیپٹ۔</w:t>
      </w:r>
    </w:p>
    <w:p>
      <w:r>
        <w:rPr>
          <w:b/>
        </w:rPr>
        <w:t xml:space="preserve">[19:35] </w:t>
      </w:r>
      <w:r>
        <w:t>doosra unique concept hai, dekhen, dekha hai ke allah ne har qism ka miracle kiye hain, moajzat.</w:t>
      </w:r>
    </w:p>
    <w:p>
      <w:pPr>
        <w:jc w:val="right"/>
      </w:pPr>
      <w:r>
        <w:t>دوسرا یونیک کانسیپٹ ہے، دیکھیں، دیکھا ہے کہ اللہ نے ہر قسم کا میریکل کیے ہیں، معجزات۔</w:t>
      </w:r>
    </w:p>
    <w:p>
      <w:r>
        <w:rPr>
          <w:b/>
        </w:rPr>
        <w:t xml:space="preserve">[19:45] </w:t>
      </w:r>
      <w:r>
        <w:t>murde ko zindah kiya, asa ko saanp banaya, asab kahf ko saalon saal</w:t>
      </w:r>
    </w:p>
    <w:p>
      <w:pPr>
        <w:jc w:val="right"/>
      </w:pPr>
      <w:r>
        <w:t>مردے کو زندہ کیا، عصا کو سانپ بنایا، عصاب کہف کو سالوں سال</w:t>
      </w:r>
    </w:p>
    <w:p>
      <w:r>
        <w:rPr>
          <w:b/>
        </w:rPr>
        <w:t xml:space="preserve">[19:52] </w:t>
      </w:r>
      <w:r>
        <w:t>sila ke phir uthaye, moosa علیہ السلام ke liye samandar mein rasta banaye, ibrahim علیہ السلام ke liye aag thandi kar di.</w:t>
      </w:r>
    </w:p>
    <w:p>
      <w:pPr>
        <w:jc w:val="right"/>
      </w:pPr>
      <w:r>
        <w:t>سلا کے پھر اٹھائے، موسیٰ علیہ السلام کے لیے سمندر میں راستہ بنائے، ابراہیم علیہ السلام کے لیے آگ ٹھنڈی کر دی۔</w:t>
      </w:r>
    </w:p>
    <w:p>
      <w:r>
        <w:rPr>
          <w:b/>
        </w:rPr>
        <w:t xml:space="preserve">[20:01] </w:t>
      </w:r>
      <w:r>
        <w:t>hmm, lekin Allah ne kabhi guzre hue waqt ko wapas nahi lotaye hain.</w:t>
      </w:r>
    </w:p>
    <w:p>
      <w:pPr>
        <w:jc w:val="right"/>
      </w:pPr>
      <w:r>
        <w:t>ہمم، لیکن اللہ نے کبھی گزرے ہوئے وقت کو واپس نہیں لوٹائے ہیں۔</w:t>
      </w:r>
    </w:p>
    <w:p>
      <w:r>
        <w:rPr>
          <w:b/>
        </w:rPr>
        <w:t xml:space="preserve">[20:10] </w:t>
      </w:r>
      <w:r>
        <w:t>is se maloom hota hai ke abadi waqt abadi taur par zaya ho jata hai.</w:t>
      </w:r>
    </w:p>
    <w:p>
      <w:pPr>
        <w:jc w:val="right"/>
      </w:pPr>
      <w:r>
        <w:t>اس سے معلوم ہوتا ہے کہ ابدی وقت ابدی طور پر ضائع ہو جاتا ہے۔</w:t>
      </w:r>
    </w:p>
    <w:p>
      <w:r>
        <w:rPr>
          <w:b/>
        </w:rPr>
        <w:t xml:space="preserve">[20:20] </w:t>
      </w:r>
      <w:r>
        <w:t>kabhi zaya ho kya hua waqt wapas nahi aayega.</w:t>
      </w:r>
    </w:p>
    <w:p>
      <w:pPr>
        <w:jc w:val="right"/>
      </w:pPr>
      <w:r>
        <w:t>کبھی ضائع ہو کیا ہوا وقت واپس نہیں آئے گا۔</w:t>
      </w:r>
    </w:p>
    <w:p>
      <w:r>
        <w:rPr>
          <w:b/>
        </w:rPr>
        <w:t xml:space="preserve">[20:28] </w:t>
      </w:r>
      <w:r>
        <w:t>ab is baat ko le kar do points aur janen ge. woh hain kuch baatein jo society mein hum sunte aaye hain. ek hai time is money.</w:t>
      </w:r>
    </w:p>
    <w:p>
      <w:pPr>
        <w:jc w:val="right"/>
      </w:pPr>
      <w:r>
        <w:t>اب اس بات کو لے کر دو پوائنٹس اور جانیں گے۔ وہ ہیں کچھ باتیں جو سوسائٹی میں ہم سنتے آئے ہیں۔ ایک ہے ٹائم از منی۔</w:t>
      </w:r>
    </w:p>
    <w:p>
      <w:r>
        <w:rPr>
          <w:b/>
        </w:rPr>
        <w:t xml:space="preserve">[20:38] </w:t>
      </w:r>
      <w:r>
        <w:t>hmm, is ki sachai janen ge. yeh bhi mujhe ek tajrube se samajh mein aaya.</w:t>
      </w:r>
    </w:p>
    <w:p>
      <w:pPr>
        <w:jc w:val="right"/>
      </w:pPr>
      <w:r>
        <w:t>ہمم، اس کی سچائی جانیں گے۔ یہ بھی مجھے ایک تجربے سے سمجھ میں آیا۔</w:t>
      </w:r>
    </w:p>
    <w:p>
      <w:r>
        <w:rPr>
          <w:b/>
        </w:rPr>
        <w:t xml:space="preserve">[20:45] </w:t>
      </w:r>
      <w:r>
        <w:t>kuch rishtedaron ke sath ek safar ka mauqa hua to train se utar kar doosre maqam par hamare jaane ke liye ek gaadi mein jana tha.</w:t>
      </w:r>
    </w:p>
    <w:p>
      <w:pPr>
        <w:jc w:val="right"/>
      </w:pPr>
      <w:r>
        <w:t>کچھ رشتہ داروں کے ساتھ ایک سفر کا موقع ہوا تو ٹرین سے اتر کر دوسرے مقام پر ہمارے جانے کے لیے ایک گاڑی میں جانا تھا۔</w:t>
      </w:r>
    </w:p>
    <w:p>
      <w:r>
        <w:rPr>
          <w:b/>
        </w:rPr>
        <w:t xml:space="preserve">[20:54] </w:t>
      </w:r>
      <w:r>
        <w:t>to pata karne par maloom hua ke ek public transport hai aur ek private vehicle. public transport ka ticket tha pachas rupaye, private transport ka ticket tha dhai so rupaye.</w:t>
      </w:r>
    </w:p>
    <w:p>
      <w:pPr>
        <w:jc w:val="right"/>
      </w:pPr>
      <w:r>
        <w:t>تو پتہ کرنے پر معلوم ہوا کہ ایک پبلک ٹرانسپورٹ ہے اور ایک پرائیویٹ وہیکل۔ پبلک ٹرانسپورٹ کا ٹکٹ تھا پچاس روپے، پرائیویٹ ٹرانسپورٹ کا ٹکٹ تھا ڈھائی سو روپے۔</w:t>
      </w:r>
    </w:p>
    <w:p>
      <w:r>
        <w:rPr>
          <w:b/>
        </w:rPr>
        <w:t xml:space="preserve">[21:06] </w:t>
      </w:r>
      <w:r>
        <w:t>rishtedar tabsarah karne lage ke itna zyada farq, yeh to dhoka hai. agar public transport pachas hai to private transport derh so rupaye le le.</w:t>
      </w:r>
    </w:p>
    <w:p>
      <w:pPr>
        <w:jc w:val="right"/>
      </w:pPr>
      <w:r>
        <w:t>رشتہ دار تبصرہ کرنے لگے کہ اتنا زیادہ فرق، یہ تو دھوکہ ہے۔ اگر پبلک ٹرانسپورٹ پچاس ہے تو پرائیویٹ ٹرانسپورٹ ڈیڑھ سو روپے لے لے۔</w:t>
      </w:r>
    </w:p>
    <w:p>
      <w:r>
        <w:rPr>
          <w:b/>
        </w:rPr>
        <w:t xml:space="preserve">[21:17] </w:t>
      </w:r>
      <w:r>
        <w:t>to main bhi soch rahi thi un ki baaton ko sun kar ke yeh farq kyun hai. to main ne jana ke public transport is maqam par pounchaney dhai ghante leti hai kyunke raaste mein ruk ruk kar jati hai.</w:t>
      </w:r>
    </w:p>
    <w:p>
      <w:pPr>
        <w:jc w:val="right"/>
      </w:pPr>
      <w:r>
        <w:t>تو میں بھی سوچ رہی تھی ان کی باتوں کو سن کر کہ یہ فرق کیوں ہے۔ تو میں نے جانا کہ پبلک ٹرانسپورٹ اس مقام پر پہنچانے ڈھائی گھنٹہ لیتی ہے کیونکہ راستے میں رک رک کر جاتی ہے۔</w:t>
      </w:r>
    </w:p>
    <w:p>
      <w:r>
        <w:rPr>
          <w:b/>
        </w:rPr>
        <w:t xml:space="preserve">[21:31] </w:t>
      </w:r>
      <w:r>
        <w:t>lekin private transport ek ghante mein pounchati hai.</w:t>
      </w:r>
    </w:p>
    <w:p>
      <w:pPr>
        <w:jc w:val="right"/>
      </w:pPr>
      <w:r>
        <w:t>لیکن پرائیویٹ ٹرانسپورٹ ایک گھنٹے میں پہنچاتی ہے۔</w:t>
      </w:r>
    </w:p>
    <w:p>
      <w:r>
        <w:rPr>
          <w:b/>
        </w:rPr>
        <w:t xml:space="preserve">[21:35] </w:t>
      </w:r>
      <w:r>
        <w:t>to yeh dhoka nahi, yeh derh ghante ki bachat ki qeemat hai. to yahan par sahi lagta hai na ke time is equal to money.</w:t>
      </w:r>
    </w:p>
    <w:p>
      <w:pPr>
        <w:jc w:val="right"/>
      </w:pPr>
      <w:r>
        <w:t>تو یہ دھوکہ نہیں، یہ ڈیڑھ گھنٹے کی بچت کی قیمت ہے۔ تو یہاں پر صحیح لگتا ہے نا کہ ٹائم از ایکول ٹو منی۔</w:t>
      </w:r>
    </w:p>
    <w:p>
      <w:r>
        <w:rPr>
          <w:b/>
        </w:rPr>
        <w:t xml:space="preserve">[21:49] </w:t>
      </w:r>
      <w:r>
        <w:t>lekin time loss and money loss equal nahi hai. lekin society mein is ko bhi equate kiya jata hai. yeh baat mere nazdeek sahi nahi kyunke paise ke loss ka</w:t>
      </w:r>
    </w:p>
    <w:p>
      <w:pPr>
        <w:jc w:val="right"/>
      </w:pPr>
      <w:r>
        <w:t>لیکن ٹائم لاس اینڈ منی لاس ایکول نہیں ہے۔ لیکن سوسائٹی میں اس کو بھی ایکویٹ کیا جاتا ہے۔ یہ بات میرے نزدیک صحیح نہیں کیونکہ پیسے کے لاس کا</w:t>
      </w:r>
    </w:p>
    <w:p>
      <w:r>
        <w:rPr>
          <w:b/>
        </w:rPr>
        <w:t xml:space="preserve">[22:02] </w:t>
      </w:r>
      <w:r>
        <w:t>compensation ho sakta hai. loss se zyada aindah nafa ho sakta hai lekin waqt nahi milta hai wapas. to yeh baat sahi nahi hai.</w:t>
      </w:r>
    </w:p>
    <w:p>
      <w:pPr>
        <w:jc w:val="right"/>
      </w:pPr>
      <w:r>
        <w:t>کمپنزیشن ہو سکتا ہے۔ لاس سے زیادہ آئندہ نفع ہو سکتا ہے لیکن وقت نہیں ملتا ہے واپس۔ تو یہ بات صحیح نہیں ہے۔</w:t>
      </w:r>
    </w:p>
    <w:p>
      <w:r>
        <w:rPr>
          <w:b/>
        </w:rPr>
        <w:t xml:space="preserve">[22:14] </w:t>
      </w:r>
      <w:r>
        <w:t>waqt ka loss hamesha ka loss. to is mein bhi hamein clarity honi chahiye. to ab aate hain</w:t>
      </w:r>
    </w:p>
    <w:p>
      <w:pPr>
        <w:jc w:val="right"/>
      </w:pPr>
      <w:r>
        <w:t>وقت کا لاس ہمیشہ کا لاس۔ تو اس میں بھی ہمیں کلیرٹی ہونی چاہیے۔ تو اب آتے ہیں</w:t>
      </w:r>
    </w:p>
    <w:p>
      <w:r>
        <w:rPr>
          <w:b/>
        </w:rPr>
        <w:t xml:space="preserve">[22:23] </w:t>
      </w:r>
      <w:r>
        <w:t>waqt ki sahi planning ke taraf. is ke baghair baat adhuri reh jayegi. planning ke do hisse hain. ek zindagi ki planning, doosre ek din ki planning.</w:t>
      </w:r>
    </w:p>
    <w:p>
      <w:pPr>
        <w:jc w:val="right"/>
      </w:pPr>
      <w:r>
        <w:t>وقت کی صحیح پلاننگ کے طرف۔ اس کے بغیر بات ادھوری رہ جائے گی۔ پلاننگ کے دو حصے ہیں۔ ایک زندگی کی پلاننگ، دوسرے ایک دن کی پلاننگ۔</w:t>
      </w:r>
    </w:p>
    <w:p>
      <w:r>
        <w:rPr>
          <w:b/>
        </w:rPr>
        <w:t xml:space="preserve">[22:36] </w:t>
      </w:r>
      <w:r>
        <w:t>yahan par ek farq janna zaroori hai.</w:t>
      </w:r>
    </w:p>
    <w:p>
      <w:pPr>
        <w:jc w:val="right"/>
      </w:pPr>
      <w:r>
        <w:t>یہاں پر ایک فرق جاننا ضروری ہے۔</w:t>
      </w:r>
    </w:p>
    <w:p>
      <w:r>
        <w:rPr>
          <w:b/>
        </w:rPr>
        <w:t xml:space="preserve">[22:40] </w:t>
      </w:r>
      <w:r>
        <w:t>zindagi ki planning mein umar shamil hai hamari. day ki planning mein lamhat shamil hain. yeh dono alag alag hain.</w:t>
      </w:r>
    </w:p>
    <w:p>
      <w:pPr>
        <w:jc w:val="right"/>
      </w:pPr>
      <w:r>
        <w:t>زندگی کی پلاننگ میں عمر شامل ہے ہماری۔ ڈے کی پلاننگ میں لمحات شامل ہیں۔ یہ دونوں الگ الگ ہیں۔</w:t>
      </w:r>
    </w:p>
    <w:p>
      <w:r>
        <w:rPr>
          <w:b/>
        </w:rPr>
        <w:t xml:space="preserve">[22:51] </w:t>
      </w:r>
      <w:r>
        <w:t>Allah ne umar alag alag di hai, kisi ko kam, kisi ko zyada.</w:t>
      </w:r>
    </w:p>
    <w:p>
      <w:pPr>
        <w:jc w:val="right"/>
      </w:pPr>
      <w:r>
        <w:t>اللہ نے عمر الگ الگ دی ہے، کسی کو کم، کسی کو زیادہ۔</w:t>
      </w:r>
    </w:p>
    <w:p>
      <w:r>
        <w:rPr>
          <w:b/>
        </w:rPr>
        <w:t xml:space="preserve">[22:56] </w:t>
      </w:r>
      <w:r>
        <w:t>lamhat sab ke liye same hain. chobis ghante ek din mein, yani eighty six thousand four hundred seconds per day, lamhat.</w:t>
      </w:r>
    </w:p>
    <w:p>
      <w:pPr>
        <w:jc w:val="right"/>
      </w:pPr>
      <w:r>
        <w:t>لمحات سب کے لیے سیم ہیں۔ چوبیس گھنٹے ایک دن میں، یعنی ایٹی سکس تھاؤزنڈ فور ہنڈرڈ سیکنڈز پر ڈے، لمحات۔</w:t>
      </w:r>
    </w:p>
    <w:p>
      <w:r>
        <w:rPr>
          <w:b/>
        </w:rPr>
        <w:t xml:space="preserve">[23:10] </w:t>
      </w:r>
      <w:r>
        <w:t>zindagi ki planning ke bare mein sirf yeh kahun gi ke marifat aur dawat ko rakh kar insan apni zindagi ki planning kare.</w:t>
      </w:r>
    </w:p>
    <w:p>
      <w:pPr>
        <w:jc w:val="right"/>
      </w:pPr>
      <w:r>
        <w:t>زندگی کی پلاننگ کے بارے میں صرف یہ کہوں گی کہ معرفت اور دعوت کو رکھ کر انسان اپنی زندگی کی پلاننگ کرے۔</w:t>
      </w:r>
    </w:p>
    <w:p>
      <w:r>
        <w:rPr>
          <w:b/>
        </w:rPr>
        <w:t xml:space="preserve">[23:19] </w:t>
      </w:r>
      <w:r>
        <w:t>baqi duniyavi mamlaat ko zarooriyat ke tehat pragmatism se pura karte hue chalte rehna hai. aaj ke session mein day ki planning share karni hai mujhe.</w:t>
      </w:r>
    </w:p>
    <w:p>
      <w:pPr>
        <w:jc w:val="right"/>
      </w:pPr>
      <w:r>
        <w:t>بقیہ دنیاوی معاملات کو ضروریات کے تحت پریگمیٹزم سے پورا کرتے ہوئے چلتے رہنا ہے۔ آج کے سیشن میں ڈے کی پلاننگ شیئر کرنی ہے مجھے۔</w:t>
      </w:r>
    </w:p>
    <w:p>
      <w:r>
        <w:rPr>
          <w:b/>
        </w:rPr>
        <w:t xml:space="preserve">[23:33] </w:t>
      </w:r>
      <w:r>
        <w:t>kyunke ek din plus ek din plus ek din, saat din aap ne add kiye to ho gaya ek hafta, char hafte ka ho gaya ek mahina,</w:t>
      </w:r>
    </w:p>
    <w:p>
      <w:pPr>
        <w:jc w:val="right"/>
      </w:pPr>
      <w:r>
        <w:t>کیونکہ ایک دن پلس ایک دن پلس ایک دن، سات دن آپ نے ایڈ کیے تو ہو گیا ایک ہفتہ، چار ہفتے کا ہو گیا ایک مہینہ،</w:t>
      </w:r>
    </w:p>
    <w:p>
      <w:r>
        <w:rPr>
          <w:b/>
        </w:rPr>
        <w:t xml:space="preserve">[23:43] </w:t>
      </w:r>
      <w:r>
        <w:t>barah mahinon ka ho gaya ek saal, aur jitne bhi saal ki umar Allah hamein ata farmaye, use ban gayi ek zindagi. to ab sawal, kya quran o hadith se koi rehnumai hai hamari day ki planning ke liye?</w:t>
      </w:r>
    </w:p>
    <w:p>
      <w:pPr>
        <w:jc w:val="right"/>
      </w:pPr>
      <w:r>
        <w:t>بارہ مہینوں کا ہو گیا ایک سال، اور جتنے بھی سال کی عمر اللہ ہمیں عطا فرمائے، اسے بن گئی ایک زندگی۔ تو اب سوال، کیا قرآن و حدیث سے کوئی رہنمائی ہے ہماری ڈے کی پلاننگ کے لیے؟</w:t>
      </w:r>
    </w:p>
    <w:p>
      <w:r>
        <w:rPr>
          <w:b/>
        </w:rPr>
        <w:t xml:space="preserve">[23:57] </w:t>
      </w:r>
      <w:r>
        <w:t>bilkul hai. quran mein paanch waqt ki namaz ke auqat se maloom hota hai ke humein kab uthna hai, kab sona hai,</w:t>
      </w:r>
    </w:p>
    <w:p>
      <w:pPr>
        <w:jc w:val="right"/>
      </w:pPr>
      <w:r>
        <w:t>بالکل ہے۔ قرآن میں پانچ وقت کی نماز کے اوقات سے معلوم ہوتا ہے کہ ہمیں کب اٹھنا ہے، کب سونا ہے،</w:t>
      </w:r>
    </w:p>
    <w:p>
      <w:r>
        <w:rPr>
          <w:b/>
        </w:rPr>
        <w:t xml:space="preserve">[24:06] </w:t>
      </w:r>
      <w:r>
        <w:t>kaise day ki planning karni hai, dopehar ke waqt aaram karna, yeh sab baatein hain day planning mein rehnumai karne wali.</w:t>
      </w:r>
    </w:p>
    <w:p>
      <w:pPr>
        <w:jc w:val="right"/>
      </w:pPr>
      <w:r>
        <w:t>کیسے ڈے کی پلاننگ کرنی ہے، دوپہر کے وقت آرام کرنا، یہ سب باتیں ہیں ڈے پلاننگ میں رہنمائی کرنے والی۔</w:t>
      </w:r>
    </w:p>
    <w:p>
      <w:r>
        <w:rPr>
          <w:b/>
        </w:rPr>
        <w:t xml:space="preserve">[24:17] </w:t>
      </w:r>
      <w:r>
        <w:t>ek riwayat ke mutabiq peghambar-e-islam ne farmaya: "aqalmand shakhs ke liye laazim hai</w:t>
      </w:r>
    </w:p>
    <w:p>
      <w:pPr>
        <w:jc w:val="right"/>
      </w:pPr>
      <w:r>
        <w:t>ایک روایت کے مطابق پیغمبر اسلام نے فرمایا: "عقلمند شخص کے لیے لازم ہے</w:t>
      </w:r>
    </w:p>
    <w:p>
      <w:r>
        <w:rPr>
          <w:b/>
        </w:rPr>
        <w:t xml:space="preserve">[24:25] </w:t>
      </w:r>
      <w:r>
        <w:t>ke us par kuch ghariyan guzaren, aisi ghari jab ke woh apne rab se baatein kare, aisi ghari jab ke woh apni zaat ka muhasiba kare, aisi ghari jab ke woh khuda ki takhleeq mein ghore kar raha ho, aur aisi ghari jab ke woh khane peene ki zarooriyat ke liye waqt nikale."</w:t>
      </w:r>
    </w:p>
    <w:p>
      <w:pPr>
        <w:jc w:val="right"/>
      </w:pPr>
      <w:r>
        <w:t>کہ اس پر کچھ گھڑیاں گزریں، ایسی گھڑی جب کہ وہ اپنے رب سے باتیں کرے، ایسی گھڑی جب کہ وہ اپنی ذات کا محاسبہ کرے، ایسی گھڑی جب کہ وہ خدا کی تخلیق میں غور کر رہا ہو، اور ایسی گھڑی جب کہ وہ کھانے پینے کی ضرورتوں کے لیے وقت نکالے۔"</w:t>
      </w:r>
    </w:p>
    <w:p>
      <w:r>
        <w:rPr>
          <w:b/>
        </w:rPr>
        <w:t xml:space="preserve">[24:51] </w:t>
      </w:r>
      <w:r>
        <w:t>dekhiye, is mein bhi day ki planning samjhai gayi hai. ek martaba kisi ne hazrat umar bin abdul aziz se arz kiya: "ya amir-ul-momineen, yeh kaam aap kal par chhod dijiye."</w:t>
      </w:r>
    </w:p>
    <w:p>
      <w:pPr>
        <w:jc w:val="right"/>
      </w:pPr>
      <w:r>
        <w:t>دیکھیے، اس میں بھی ڈے کی پلاننگ سمجھائی گئی ہے۔ ایک مرتبہ کسی نے حضرت عمر بن عبدالعزیز سے عرض کیا: "یا امیرالمومنین، یہ کام آپ کل پر چھوڑ دیجئے۔" آپ نے کہا:</w:t>
      </w:r>
    </w:p>
    <w:p>
      <w:r>
        <w:rPr>
          <w:b/>
        </w:rPr>
        <w:t xml:space="preserve">[25:08] </w:t>
      </w:r>
      <w:r>
        <w:t>aap ne kaha: "main rozana ka kaam ek din mein baimushkil mukammal kar paata hoon. agar aaj ka kaam bhi kal par chhod doonga to phir do din ka kaam ek din mein kaise kar sakoon ga?" kitna bada nuqta hai, dekhiye is mein.</w:t>
      </w:r>
    </w:p>
    <w:p>
      <w:pPr>
        <w:jc w:val="right"/>
      </w:pPr>
      <w:r>
        <w:t>"میں روزانہ کا کام ایک دن میں بمشکل مکمل کر پاتا ہوں۔ اگر آج کا کام بھی کل پر چھوڑ دوں گا تو پھر دو دن کا کام ایک دن میں کیسے کر سکوں گا؟" کتنا بڑا نقطہ ہے، دیکھیے اس میں۔</w:t>
      </w:r>
    </w:p>
    <w:p>
      <w:r>
        <w:rPr>
          <w:b/>
        </w:rPr>
        <w:t xml:space="preserve">[25:27] </w:t>
      </w:r>
      <w:r>
        <w:t>to yeh thi chand baatein waqt ki ahmiyat ke bare mein. ab ek creative dua se end karti hoon jo main allah se karti hoon.</w:t>
      </w:r>
    </w:p>
    <w:p>
      <w:pPr>
        <w:jc w:val="right"/>
      </w:pPr>
      <w:r>
        <w:t>تو یہ تھی چند باتیں وقت کی اہمیت کے بارے میں۔ اب ایک کریئیٹو دعا سے اینڈ کرتی ہوں جو میں اللہ سے کرتی ہوں۔</w:t>
      </w:r>
    </w:p>
    <w:p>
      <w:r>
        <w:rPr>
          <w:b/>
        </w:rPr>
        <w:t xml:space="preserve">[25:36] </w:t>
      </w:r>
      <w:r>
        <w:t>ae allah, main kal ke din ke guzre hue achhe lamhaat ka shukr ada karti hoon.</w:t>
      </w:r>
    </w:p>
    <w:p>
      <w:pPr>
        <w:jc w:val="right"/>
      </w:pPr>
      <w:r>
        <w:t>اے اللہ، میں کل کے دن کے گزرے ہوئے اچھے لمحات کا شکر ادا کرتی ہوں۔</w:t>
      </w:r>
    </w:p>
    <w:p>
      <w:r>
        <w:rPr>
          <w:b/>
        </w:rPr>
        <w:t xml:space="preserve">[25:43] </w:t>
      </w:r>
      <w:r>
        <w:t>jo lamhaat maine zaya kiye, us ke liye paashiman hoon. meri zindagi ke baqi lamhaat ka tahaffuz aap se mangti hoon.</w:t>
      </w:r>
    </w:p>
    <w:p>
      <w:pPr>
        <w:jc w:val="right"/>
      </w:pPr>
      <w:r>
        <w:t>جو لمحات میں نے ضائع کیے، اس کے لیے پشیمان ہوں۔ میری زندگی کے بقیہ لمحات کا تحفظ آپ سے مانگتی ہوں۔</w:t>
      </w:r>
    </w:p>
    <w:p>
      <w:r>
        <w:rPr>
          <w:b/>
        </w:rPr>
        <w:t xml:space="preserve">[25:56] </w:t>
      </w:r>
      <w:r>
        <w:t>aap ne nahi hifazat ki to main barbaad ho jaoongi,</w:t>
      </w:r>
    </w:p>
    <w:p>
      <w:pPr>
        <w:jc w:val="right"/>
      </w:pPr>
      <w:r>
        <w:t>آپ نے نہیں حفاظت کی تو میں برباد ہو جاؤں گی،</w:t>
      </w:r>
    </w:p>
    <w:p>
      <w:r>
        <w:rPr>
          <w:b/>
        </w:rPr>
        <w:t xml:space="preserve">[26:01] </w:t>
      </w:r>
      <w:r>
        <w:t>zaya ho jaoongi. ek lamhe ke liye bhi main ghaflat mein na rahoon. ae allah, main zindagi ke behtareen hisse ko zaya kar chuki, ab jo baqi hai use bacha lijiyega aur in bache hue lamhaat mein khoob khoob barkat ata farmaiyega.</w:t>
      </w:r>
    </w:p>
    <w:p>
      <w:pPr>
        <w:jc w:val="right"/>
      </w:pPr>
      <w:r>
        <w:t>ضائع ہو جاؤں گی۔ ایک لمحے کے لیے بھی میں غفلت میں نہ رہوں۔ اے اللہ، میں زندگی کے بہترین حصے کو ضائع کر چکی، اب جو باقی ہے اسے بچا لیجئے اور ان بچے ہوئے لمحات میں خوب خوب برکت عطا فرمائیے۔</w:t>
      </w:r>
    </w:p>
    <w:p>
      <w:r>
        <w:rPr>
          <w:b/>
        </w:rPr>
        <w:t xml:space="preserve">[26:22] </w:t>
      </w:r>
      <w:r>
        <w:t>yeh jazbat mehsoos kar rahi thi toh rasool sallallahu alaihi wasallam ki ek dua samajh mein aayi:</w:t>
      </w:r>
    </w:p>
    <w:p>
      <w:pPr>
        <w:jc w:val="right"/>
      </w:pPr>
      <w:r>
        <w:t>یہ جذبات محسوس کر رہی تھی تو رسول صلی اللہ علیہ وسلم کی ایک دعا سمجھ میں آئی:</w:t>
      </w:r>
    </w:p>
    <w:p>
      <w:r>
        <w:rPr>
          <w:b/>
        </w:rPr>
        <w:t xml:space="preserve">[26:29] </w:t>
      </w:r>
      <w:r>
        <w:t>"ae Allah, humein hamara behtareen rizq hamari aakhri umar mein dena, hamare behtareen aamal hamare aakhri aamal hon,</w:t>
      </w:r>
    </w:p>
    <w:p>
      <w:pPr>
        <w:jc w:val="right"/>
      </w:pPr>
      <w:r>
        <w:t>"اے اللہ، ہمیں ہمارا بہترین رزق ہماری آخری عمر میں دینا، ہمارے بہترین اعمال ہمارے آخری اعمال ہوں،</w:t>
      </w:r>
    </w:p>
    <w:p>
      <w:r>
        <w:rPr>
          <w:b/>
        </w:rPr>
        <w:t xml:space="preserve">[26:40] </w:t>
      </w:r>
      <w:r>
        <w:t>aur hamara hamare behtareen hamara behtareen din woh ho jab hum aap se milein."</w:t>
      </w:r>
    </w:p>
    <w:p>
      <w:pPr>
        <w:jc w:val="right"/>
      </w:pPr>
      <w:r>
        <w:t>اور ہمارا ہمارے بہترین ہمارا بہترین دن وہ ہو جب ہم آپ سے ملیں۔"</w:t>
      </w:r>
    </w:p>
    <w:p>
      <w:r>
        <w:rPr>
          <w:b/>
        </w:rPr>
        <w:t xml:space="preserve">[26:46] </w:t>
      </w:r>
      <w:r>
        <w:t>dekhiye, aakhri din yaani maut ka din achanak ek akela behtareen nahi</w:t>
      </w:r>
    </w:p>
    <w:p>
      <w:pPr>
        <w:jc w:val="right"/>
      </w:pPr>
      <w:r>
        <w:t>دیکھیے، آخری دن یعنی موت کا دن اچانک ایک اکیلا بہترین نہیں</w:t>
      </w:r>
    </w:p>
    <w:p>
      <w:r>
        <w:rPr>
          <w:b/>
        </w:rPr>
        <w:t xml:space="preserve">[26:52] </w:t>
      </w:r>
      <w:r>
        <w:t>ho sakta jab tak ke humne zindagi ke har din ko behtareen banane ki sachhi koshish na ki ho.</w:t>
      </w:r>
    </w:p>
    <w:p>
      <w:pPr>
        <w:jc w:val="right"/>
      </w:pPr>
      <w:r>
        <w:t>ہو سکتا جب تک کہ ہم نے زندگی کے ہر دن کو بہترین بنانے کی سچی کوشش نہ کی ہو۔</w:t>
      </w:r>
    </w:p>
    <w:p>
      <w:r>
        <w:rPr>
          <w:b/>
        </w:rPr>
        <w:t xml:space="preserve">[27:02] </w:t>
      </w:r>
      <w:r>
        <w:t>wa akhiru da'wana anil hamdu lillahi rabbil alameen.</w:t>
      </w:r>
    </w:p>
    <w:p>
      <w:pPr>
        <w:jc w:val="right"/>
      </w:pPr>
      <w:r>
        <w:t>واخر دعوانا ان الحمدللہ رب العالمین۔</w:t>
      </w:r>
    </w:p>
    <w:p>
      <w:r>
        <w:rPr>
          <w:b/>
        </w:rPr>
        <w:t xml:space="preserve">[27:13] </w:t>
      </w:r>
      <w:r>
        <w:t>jazak allah. waqt ko zaya karna zindagi ko zaya karna hua. aaj ke talk ke related agar koi question hai to aap mujhe whatsapp karein ya facebook ke comment section mein daal dein,</w:t>
      </w:r>
    </w:p>
    <w:p>
      <w:pPr>
        <w:jc w:val="right"/>
      </w:pPr>
      <w:r>
        <w:t>جزاک اللہ۔ وقت کو ضائع کرنا زندگی کو ضائع کرنا ہوا۔ آج کے ٹاک کے ریلیٹڈ اگر کوئی کوئسچن ہے تو آپ مجھے واٹس ایپ کریں یا فیس بک کے کمنٹ سیکشن میں ڈال دیں،</w:t>
      </w:r>
    </w:p>
    <w:p>
      <w:r>
        <w:rPr>
          <w:b/>
        </w:rPr>
        <w:t xml:space="preserve">[27:29] </w:t>
      </w:r>
      <w:r>
        <w:t>jiska answer next session mein sarah dengi. ab pichhle class ke teen question hain jinka jawab diya jayega.</w:t>
      </w:r>
    </w:p>
    <w:p>
      <w:pPr>
        <w:jc w:val="right"/>
      </w:pPr>
      <w:r>
        <w:t>جس کا انسر نیکسٹ سیشن میں سارہ دیں گی۔ اب پچھلے کلاس کے تین کوئسچن ہیں جن کا جواب دیا جائے گا۔</w:t>
      </w:r>
    </w:p>
    <w:p>
      <w:r>
        <w:rPr>
          <w:b/>
        </w:rPr>
        <w:t xml:space="preserve">[27:40] </w:t>
      </w:r>
      <w:r>
        <w:t>sarah, please ab aap answer karein.</w:t>
      </w:r>
    </w:p>
    <w:p>
      <w:pPr>
        <w:jc w:val="right"/>
      </w:pPr>
      <w:r>
        <w:t>سارہ، پلیز اب آپ انسر کریں۔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