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Salah (Prayer) (Part 2) 22 Jan 2006 - Maulana Wahiduddin Khan</w:t>
      </w:r>
    </w:p>
    <w:p>
      <w:r>
        <w:t>https://www.youtube.com/watch?v=NL9OG_8LJVk</w:t>
      </w:r>
    </w:p>
    <w:p>
      <w:r>
        <w:rPr>
          <w:b/>
        </w:rPr>
        <w:t xml:space="preserve">[00:13] </w:t>
      </w:r>
      <w:r>
        <w:t>bismillah hir rahman nir rahim, wa sallallahu ala nabiyyil karim.</w:t>
      </w:r>
    </w:p>
    <w:p>
      <w:pPr>
        <w:jc w:val="right"/>
      </w:pPr>
      <w:r>
        <w:t>بسم اللہ الرحمن الرحیم، وصلی اللہ علی النبی الکریم۔</w:t>
      </w:r>
    </w:p>
    <w:p>
      <w:r>
        <w:rPr>
          <w:b/>
        </w:rPr>
        <w:t xml:space="preserve">[00:22] </w:t>
      </w:r>
      <w:r>
        <w:t>jaisa ke aap jante hain, is waqt namaz ke bare mein baat ho rahi hai.</w:t>
      </w:r>
    </w:p>
    <w:p>
      <w:pPr>
        <w:jc w:val="right"/>
      </w:pPr>
      <w:r>
        <w:t>جیسا کہ آپ جانتے ہیں، اس وقت نماز کے بارے میں بات ہو رہی ہے۔</w:t>
      </w:r>
    </w:p>
    <w:p>
      <w:r>
        <w:rPr>
          <w:b/>
        </w:rPr>
        <w:t xml:space="preserve">[00:35] </w:t>
      </w:r>
      <w:r>
        <w:t>main ne bataya aap ko ke namaz mein jo 5 time daily padhi jati hai, to sab se zyada jo word bola jata hai woh hai "allah o akbar".</w:t>
      </w:r>
    </w:p>
    <w:p>
      <w:pPr>
        <w:jc w:val="right"/>
      </w:pPr>
      <w:r>
        <w:t>میں نے بتایا آپ کو کہ نماز میں جو 5 ٹائم ڈیلی پڑھی جاتی ہے، تو سب سے زیادہ جو ورڈ بولا جاتا ہے وہ ہے "اللہ اکبر"۔</w:t>
      </w:r>
    </w:p>
    <w:p>
      <w:r>
        <w:rPr>
          <w:b/>
        </w:rPr>
        <w:t xml:space="preserve">[00:53] </w:t>
      </w:r>
      <w:r>
        <w:t>yaani more than 300 times.</w:t>
      </w:r>
    </w:p>
    <w:p>
      <w:pPr>
        <w:jc w:val="right"/>
      </w:pPr>
      <w:r>
        <w:t>یعنی more than 300 times۔</w:t>
      </w:r>
    </w:p>
    <w:p>
      <w:r>
        <w:rPr>
          <w:b/>
        </w:rPr>
        <w:t xml:space="preserve">[01:00] </w:t>
      </w:r>
      <w:r>
        <w:t>"allah o akbar" ka word namazon mein more than 300 times padha jata hai. is ka matlab hai "God is great".</w:t>
      </w:r>
    </w:p>
    <w:p>
      <w:pPr>
        <w:jc w:val="right"/>
      </w:pPr>
      <w:r>
        <w:t>"اللہ اکبر" کا ورڈ نمازوں میں more than 300 times پڑھا جاتا ہے۔ اس کا مطلب ہے "God is great"۔</w:t>
      </w:r>
    </w:p>
    <w:p>
      <w:r>
        <w:rPr>
          <w:b/>
        </w:rPr>
        <w:t xml:space="preserve">[01:13] </w:t>
      </w:r>
      <w:r>
        <w:t>"God is great". dekhein, har baat mein kuch cheez understood hoti hai.</w:t>
      </w:r>
    </w:p>
    <w:p>
      <w:pPr>
        <w:jc w:val="right"/>
      </w:pPr>
      <w:r>
        <w:t>"God is great"۔ دیکھیں، ہر بات میں کچھ چیز understood ہوتی ہے۔</w:t>
      </w:r>
    </w:p>
    <w:p>
      <w:r>
        <w:rPr>
          <w:b/>
        </w:rPr>
        <w:t xml:space="preserve">[01:21] </w:t>
      </w:r>
      <w:r>
        <w:t>har baat mein, koi bhi baat ho to jo sentence aap bolte hain, sari baat usi ke andar nahi aati.</w:t>
      </w:r>
    </w:p>
    <w:p>
      <w:pPr>
        <w:jc w:val="right"/>
      </w:pPr>
      <w:r>
        <w:t>ہر بات میں، کوئی بھی بات ہو تو جو sentence آپ بولتے ہیں، ساری بات اسی کے اندر نہیں آتی۔</w:t>
      </w:r>
    </w:p>
    <w:p>
      <w:r>
        <w:rPr>
          <w:b/>
        </w:rPr>
        <w:t xml:space="preserve">[01:34] </w:t>
      </w:r>
      <w:r>
        <w:t>kuch understood rehti hai. yeh ek principle hai. to isi tarah se jab aap kehte hain "God is great" to is mein ek cheez understood hai.</w:t>
      </w:r>
    </w:p>
    <w:p>
      <w:pPr>
        <w:jc w:val="right"/>
      </w:pPr>
      <w:r>
        <w:t>کچھ understood رہتی ہے۔ یہ ایک principle ہے۔ تو اسی طرح سے جب آپ کہتے ہیں "God is great" تو اس میں ایک چیز understood ہے۔</w:t>
      </w:r>
    </w:p>
    <w:p>
      <w:r>
        <w:rPr>
          <w:b/>
        </w:rPr>
        <w:t xml:space="preserve">[01:46] </w:t>
      </w:r>
      <w:r>
        <w:t>woh kya? "I am not great"۔ agar apnay aap ko bhi bara mante rahen aap, to is ka matlab kya hua?</w:t>
      </w:r>
    </w:p>
    <w:p>
      <w:pPr>
        <w:jc w:val="right"/>
      </w:pPr>
      <w:r>
        <w:t>وہ کیا؟ "I am not great"۔ اگر اپنے آپ کو بھی بڑا مانتے رہیں آپ، تو اس کا مطلب کیا ہوا؟</w:t>
      </w:r>
    </w:p>
    <w:p>
      <w:r>
        <w:rPr>
          <w:b/>
        </w:rPr>
        <w:t xml:space="preserve">[01:57] </w:t>
      </w:r>
      <w:r>
        <w:t>ke aap ne Khuda ko nahi bara mana.</w:t>
      </w:r>
    </w:p>
    <w:p>
      <w:pPr>
        <w:jc w:val="right"/>
      </w:pPr>
      <w:r>
        <w:t>کہ آپ نے خدا کو نہیں بڑا مانا۔</w:t>
      </w:r>
    </w:p>
    <w:p>
      <w:r>
        <w:rPr>
          <w:b/>
        </w:rPr>
        <w:t xml:space="preserve">[02:01] </w:t>
      </w:r>
      <w:r>
        <w:t>jab bhi do linein hain, aap kahein ke yeh line bari hai, is ka matlab yeh hai ke doosri line choti hai. agar choti line ko bhi aap bara mante rahen to aap ne bari line ko bhi bara nahi mana.</w:t>
      </w:r>
    </w:p>
    <w:p>
      <w:pPr>
        <w:jc w:val="right"/>
      </w:pPr>
      <w:r>
        <w:t>جب بھی دو لائنیں ہیں، آپ کہیں کہ یہ لائن بڑی ہے، اس کا مطلب یہ ہے کہ دوسری لائن چھوٹی ہے۔ اگر چھوٹی لائن کو بھی آپ بڑا مانتے رہیں تو آپ نے بڑی لائن کو بھی بڑا نہیں مانا۔</w:t>
      </w:r>
    </w:p>
    <w:p>
      <w:r>
        <w:rPr>
          <w:b/>
        </w:rPr>
        <w:t xml:space="preserve">[02:19] </w:t>
      </w:r>
      <w:r>
        <w:t>to jab aap yeh kehte hain ke "God is great" to is mein apnay aap yeh baat included hai ke "I am not great"۔</w:t>
      </w:r>
    </w:p>
    <w:p>
      <w:pPr>
        <w:jc w:val="right"/>
      </w:pPr>
      <w:r>
        <w:t>تو جب آپ یہ کہتے ہیں کہ "God is great" تو اس میں اپنے آپ یہ بات included ہے کہ "I am not great"۔</w:t>
      </w:r>
    </w:p>
    <w:p>
      <w:r>
        <w:rPr>
          <w:b/>
        </w:rPr>
        <w:t xml:space="preserve">[02:31] </w:t>
      </w:r>
      <w:r>
        <w:t>is se hamein aik criterion mila. yani how to judge the true spirit of namaz۔</w:t>
      </w:r>
    </w:p>
    <w:p>
      <w:pPr>
        <w:jc w:val="right"/>
      </w:pPr>
      <w:r>
        <w:t>اس سے ہمیں ایک criterion ملا۔ یعنی how to judge the true spirit of نماز۔</w:t>
      </w:r>
    </w:p>
    <w:p>
      <w:r>
        <w:rPr>
          <w:b/>
        </w:rPr>
        <w:t xml:space="preserve">[02:40] </w:t>
      </w:r>
      <w:r>
        <w:t>aik aadmi jo namaz parhta hai, aur aaj kal to karoron log namaz parh rahe hain, to jaisa ke maine aik hadith sunai aap ko ke kisi ki namaz ko dekh kar Prophet ne kaha:</w:t>
      </w:r>
    </w:p>
    <w:p>
      <w:pPr>
        <w:jc w:val="right"/>
      </w:pPr>
      <w:r>
        <w:t>ایک آدمی جو نماز پڑھتا ہے، اور آج کل تو کروڑوں لوگ نماز پڑھ رہے ہیں، تو جیسا کہ میں نے ایک حدیث سنائی آپ کو کہ کسی کی نماز کو دیکھ کر Prophet نے کہا:</w:t>
      </w:r>
    </w:p>
    <w:p>
      <w:r>
        <w:rPr>
          <w:b/>
        </w:rPr>
        <w:t xml:space="preserve">[02:54] </w:t>
      </w:r>
      <w:r>
        <w:t>"jao phir se namaz parho kyunke tum ne namaz nahi parhi"۔</w:t>
      </w:r>
    </w:p>
    <w:p>
      <w:pPr>
        <w:jc w:val="right"/>
      </w:pPr>
      <w:r>
        <w:t>"جاؤ پھر سے نماز پڑھو کیونکہ تم نے نماز نہیں پڑھی"۔</w:t>
      </w:r>
    </w:p>
    <w:p>
      <w:r>
        <w:rPr>
          <w:b/>
        </w:rPr>
        <w:t xml:space="preserve">[03:04] </w:t>
      </w:r>
      <w:r>
        <w:t>to main aap ko aik criterion deta hoon, bohat hi clear cut criterion. woh kya?</w:t>
      </w:r>
    </w:p>
    <w:p>
      <w:pPr>
        <w:jc w:val="right"/>
      </w:pPr>
      <w:r>
        <w:t>تو میں آپ کو ایک criterion دیتا ہوں، بہت ہی clear cut criterion۔ وہ کیا؟</w:t>
      </w:r>
    </w:p>
    <w:p>
      <w:r>
        <w:rPr>
          <w:b/>
        </w:rPr>
        <w:t xml:space="preserve">[03:13] </w:t>
      </w:r>
      <w:r>
        <w:t>ke yeh jo maine arz kiya ke "Allah o Akbar" ka matlab yeh hai ke "God is great and I am not great"۔</w:t>
      </w:r>
    </w:p>
    <w:p>
      <w:pPr>
        <w:jc w:val="right"/>
      </w:pPr>
      <w:r>
        <w:t>کہ یہ جو میں نے عرض کیا کہ "اللہ اکبر" کا مطلب یہ ہے کہ "God is great and I am not great"۔</w:t>
      </w:r>
    </w:p>
    <w:p>
      <w:r>
        <w:rPr>
          <w:b/>
        </w:rPr>
        <w:t xml:space="preserve">[03:22] </w:t>
      </w:r>
      <w:r>
        <w:t>In other words, is ka matlab kya hai? Spirit of modesty. yani is namaz inculcate karti hai spirit of modesty ko۔</w:t>
      </w:r>
    </w:p>
    <w:p>
      <w:pPr>
        <w:jc w:val="right"/>
      </w:pPr>
      <w:r>
        <w:t>In other words، اس کا مطلب کیا ہے؟ Spirit of modesty۔ یعنی اس نماز inculcate کرتی ہے spirit of modesty کو۔</w:t>
      </w:r>
    </w:p>
    <w:p>
      <w:r>
        <w:rPr>
          <w:b/>
        </w:rPr>
        <w:t xml:space="preserve">[03:39] </w:t>
      </w:r>
      <w:r>
        <w:t>yani Khuda ko bara man kar apnay aap ko</w:t>
      </w:r>
    </w:p>
    <w:p>
      <w:pPr>
        <w:jc w:val="right"/>
      </w:pPr>
      <w:r>
        <w:t>یعنی خدا کو بڑا مان کر اپنے آپ کو</w:t>
      </w:r>
    </w:p>
    <w:p>
      <w:r>
        <w:rPr>
          <w:b/>
        </w:rPr>
        <w:t xml:space="preserve">[03:42] </w:t>
      </w:r>
      <w:r>
        <w:t>chota bana lena. yeh hai criterion. koi bhi shakhs jo aap ko namaz parhta hua dikhai deta hai, to agar aap paayein ke sach much is ke andar modesty hai,</w:t>
      </w:r>
    </w:p>
    <w:p>
      <w:pPr>
        <w:jc w:val="right"/>
      </w:pPr>
      <w:r>
        <w:t>چھوٹا بنا لینا۔ یہ ہے criterion۔ کوئی بھی شخص جو آپ کو نماز پڑھتا ہوا دکھائی دیتا ہے، تو اگر آپ پائیں کہ سچ مچ اس کے اندر modesty ہے،</w:t>
      </w:r>
    </w:p>
    <w:p>
      <w:r>
        <w:rPr>
          <w:b/>
        </w:rPr>
        <w:t xml:space="preserve">[03:56] </w:t>
      </w:r>
      <w:r>
        <w:t>arrogance khatam ho gaya hai,</w:t>
      </w:r>
    </w:p>
    <w:p>
      <w:pPr>
        <w:jc w:val="right"/>
      </w:pPr>
      <w:r>
        <w:t>arrogance ختم ہو گیا ہے،</w:t>
      </w:r>
    </w:p>
    <w:p>
      <w:r>
        <w:rPr>
          <w:b/>
        </w:rPr>
        <w:t xml:space="preserve">[03:58] </w:t>
      </w:r>
      <w:r>
        <w:t>egoism nahi hai is ke andar, tab samjhiye ke is ne spirit wali namaz parhi. aur agar namaz parh kar bhi is ke andar arrogance hai, egoism hai, to usay keh dijiye ke "jao tum phir se namaz parho"۔</w:t>
      </w:r>
    </w:p>
    <w:p>
      <w:pPr>
        <w:jc w:val="right"/>
      </w:pPr>
      <w:r>
        <w:t>egoism نہیں ہے اس کے اندر، تب سمجھئے کہ اس نے spirit والی نماز پڑھی۔ اور اگر نماز پڑھ کر بھی اس کے اندر arrogance ہے، egoism ہے، تو اسے کہہ دیجئے کہ "جاؤ تم پھر سے نماز پڑھو"۔</w:t>
      </w:r>
    </w:p>
    <w:p>
      <w:r>
        <w:rPr>
          <w:b/>
        </w:rPr>
        <w:t xml:space="preserve">[04:16] </w:t>
      </w:r>
      <w:r>
        <w:t>kyunke tum ne namaz nahi parhi۔</w:t>
      </w:r>
    </w:p>
    <w:p>
      <w:pPr>
        <w:jc w:val="right"/>
      </w:pPr>
      <w:r>
        <w:t>کیوں کہ تم نے نماز نہیں پڑھی۔</w:t>
      </w:r>
    </w:p>
    <w:p>
      <w:r>
        <w:rPr>
          <w:b/>
        </w:rPr>
        <w:t xml:space="preserve">[04:20] </w:t>
      </w:r>
      <w:r>
        <w:t>yani prophetic language mein aap yeh keh sakte hain. to namaz, ya salat, ya prayer, kisi aadmi ki, jo aadmi namaz parhta ho, us ko janchne ka jo criterion hai woh yeh hai</w:t>
      </w:r>
    </w:p>
    <w:p>
      <w:pPr>
        <w:jc w:val="right"/>
      </w:pPr>
      <w:r>
        <w:t>یعنی prophetic language میں آپ یہ کہہ سکتے ہیں۔ تو نماز، یا صلاۃ، یا prayer، کسی آدمی کی، جو آدمی نماز پڑھتا ہو، اس کو جانچنے کا جو criterion ہے وہ یہ ہے</w:t>
      </w:r>
    </w:p>
    <w:p>
      <w:r>
        <w:rPr>
          <w:b/>
        </w:rPr>
        <w:t xml:space="preserve">[04:39] </w:t>
      </w:r>
      <w:r>
        <w:t>ke is ke andar modesty ki spirit aayi ho.</w:t>
      </w:r>
    </w:p>
    <w:p>
      <w:pPr>
        <w:jc w:val="right"/>
      </w:pPr>
      <w:r>
        <w:t>کہ اس کے اندر modesty کی spirit آئی ہو۔</w:t>
      </w:r>
    </w:p>
    <w:p>
      <w:r>
        <w:rPr>
          <w:b/>
        </w:rPr>
        <w:t xml:space="preserve">[04:48] </w:t>
      </w:r>
      <w:r>
        <w:t>to maine arz kiya ke agar aap kisi namaz parhne wale ke andar modesty ki spirit na paayein, woh ladta jhaghata ho, ladte jhaghne ka matlab kya hai?</w:t>
      </w:r>
    </w:p>
    <w:p>
      <w:pPr>
        <w:jc w:val="right"/>
      </w:pPr>
      <w:r>
        <w:t>تو میں نے عرض کیا کہ اگر آپ کسی نماز پڑھنے والے کے اندر modesty کی spirit نہ پائیں، وہ لڑتا جھگڑتا ہو، لڑتے جھگڑنے کا مطلب کیا ہے؟</w:t>
      </w:r>
    </w:p>
    <w:p>
      <w:r>
        <w:rPr>
          <w:b/>
        </w:rPr>
        <w:t xml:space="preserve">[05:00] </w:t>
      </w:r>
      <w:r>
        <w:t>aik bhai egoist hona. sirf egoist log hi aap ladte jhaghate rehte hain.</w:t>
      </w:r>
    </w:p>
    <w:p>
      <w:pPr>
        <w:jc w:val="right"/>
      </w:pPr>
      <w:r>
        <w:t>ایک بھئی egoist ہونا۔ صرف egoist لوگ ہی آپ لڑتے جھگڑتے رہتے ہیں۔</w:t>
      </w:r>
    </w:p>
    <w:p>
      <w:r>
        <w:rPr>
          <w:b/>
        </w:rPr>
        <w:t xml:space="preserve">[05:08] </w:t>
      </w:r>
      <w:r>
        <w:t>Arrogance ka matlab kya hai? jo aadmi doosre ko acknowledge na kare, woh arrogant hota hai. to jo aadmi ke andar arrogance na jaye, egoism na jaye,</w:t>
      </w:r>
    </w:p>
    <w:p>
      <w:pPr>
        <w:jc w:val="right"/>
      </w:pPr>
      <w:r>
        <w:t>Arrogance کا مطلب کیا ہے؟ جو آدمی دوسرے کو acknowledge نہ کرے، وہ arrogant ہوتا ہے۔ تو جو آدمی کے اندر arrogance نہ جائے، egoism نہ جائے،</w:t>
      </w:r>
    </w:p>
    <w:p>
      <w:r>
        <w:rPr>
          <w:b/>
        </w:rPr>
        <w:t xml:space="preserve">[05:23] </w:t>
      </w:r>
      <w:r>
        <w:t>ladna jhaghna na jaye,</w:t>
      </w:r>
    </w:p>
    <w:p>
      <w:pPr>
        <w:jc w:val="right"/>
      </w:pPr>
      <w:r>
        <w:t>لڑنا جھگڑنا نہ جائے،</w:t>
      </w:r>
    </w:p>
    <w:p>
      <w:r>
        <w:rPr>
          <w:b/>
        </w:rPr>
        <w:t xml:space="preserve">[05:25] </w:t>
      </w:r>
      <w:r>
        <w:t>to keh sakte hain aap ke Prophet ne jo kaha hai woh to war par apply ho raha hai ke "jao phir se namaz parho"۔</w:t>
      </w:r>
    </w:p>
    <w:p>
      <w:pPr>
        <w:jc w:val="right"/>
      </w:pPr>
      <w:r>
        <w:t>تو کہہ سکتے ہیں آپ کہ Prophet نے جو کہا ہے وہ تو وار پر اپلائی ہو رہا ہے کہ "جاؤ پھر سے نماز پڑھو"۔</w:t>
      </w:r>
    </w:p>
    <w:p>
      <w:r>
        <w:rPr>
          <w:b/>
        </w:rPr>
        <w:t xml:space="preserve">[05:35] </w:t>
      </w:r>
      <w:r>
        <w:t>ke tum ne abhi namaz nahi parhi hai.</w:t>
      </w:r>
    </w:p>
    <w:p>
      <w:pPr>
        <w:jc w:val="right"/>
      </w:pPr>
      <w:r>
        <w:t>کہ تم نے ابھی نماز نہیں پڑھی ہے۔</w:t>
      </w:r>
    </w:p>
    <w:p>
      <w:r>
        <w:rPr>
          <w:b/>
        </w:rPr>
        <w:t xml:space="preserve">[05:40] </w:t>
      </w:r>
      <w:r>
        <w:t>yeh hai namaz ki asli spirit. to maine aap ki khidmat mein kuch baatein arz kien, aap aage ko leejie.</w:t>
      </w:r>
    </w:p>
    <w:p>
      <w:pPr>
        <w:jc w:val="right"/>
      </w:pPr>
      <w:r>
        <w:t>یہ ہے نماز کی اصلی spirit۔ تو میں نے آپ کی خدمت میں کچھ باتیں عرض کیں، آپ آگے کو لیجئے۔</w:t>
      </w:r>
    </w:p>
    <w:p>
      <w:r>
        <w:rPr>
          <w:b/>
        </w:rPr>
        <w:t xml:space="preserve">[05:49] </w:t>
      </w:r>
      <w:r>
        <w:t>jab aik shakhs namaz shuru karta hai to namaz mein kuch duaein, kuch aayatein parhi jati hain.</w:t>
      </w:r>
    </w:p>
    <w:p>
      <w:pPr>
        <w:jc w:val="right"/>
      </w:pPr>
      <w:r>
        <w:t>جب ایک شخص نماز شروع کرتا ہے تو نماز میں کچھ دعائیں، کچھ آیتیں پڑھی جاتی ہیں۔</w:t>
      </w:r>
    </w:p>
    <w:p>
      <w:r>
        <w:rPr>
          <w:b/>
        </w:rPr>
        <w:t xml:space="preserve">[06:04] </w:t>
      </w:r>
      <w:r>
        <w:t>kuchh quran ki aayaten aur kuchh duaen padhi jaati hain. to main sari baaton ka, ya sari duaon ka, ya sari aayaton ka charcha nahin karunga is waqt.</w:t>
      </w:r>
    </w:p>
    <w:p>
      <w:pPr>
        <w:jc w:val="right"/>
      </w:pPr>
      <w:r>
        <w:t>کچھ قرآن کی آیتیں اور کچھ دعائیں پڑھی جاتی ہیں۔ تو میں ساری باتوں کا، یا ساری دعاؤں کا، یا ساری آیتوں کا چرچا نہیں کروں گا اس وقت۔</w:t>
      </w:r>
    </w:p>
    <w:p>
      <w:r>
        <w:rPr>
          <w:b/>
        </w:rPr>
        <w:t xml:space="preserve">[06:14] </w:t>
      </w:r>
      <w:r>
        <w:t>selected way mein kuchh baaton ka charcha karunga. ki kis tarah woh</w:t>
      </w:r>
    </w:p>
    <w:p>
      <w:pPr>
        <w:jc w:val="right"/>
      </w:pPr>
      <w:r>
        <w:t>Selected way میں کچھ باتوں کا چرچا کروں گا۔ کہ کس طرح وہ</w:t>
      </w:r>
    </w:p>
    <w:p>
      <w:r>
        <w:rPr>
          <w:b/>
        </w:rPr>
        <w:t xml:space="preserve">[06:20] </w:t>
      </w:r>
      <w:r>
        <w:t>related hai namaz ki asli spirit se. dekhen, har namaz mein</w:t>
      </w:r>
    </w:p>
    <w:p>
      <w:pPr>
        <w:jc w:val="right"/>
      </w:pPr>
      <w:r>
        <w:t>related ہے نماز کی اصلی spirit سے۔ دیکھیں، ہر نماز میں</w:t>
      </w:r>
    </w:p>
    <w:p>
      <w:r>
        <w:rPr>
          <w:b/>
        </w:rPr>
        <w:t xml:space="preserve">[06:30] </w:t>
      </w:r>
      <w:r>
        <w:t>quran ki ek surah padhi jaati hai, ek chapter chhota jo hai, pehla chapter jo quran ka hai, bilkul pehla. quran mein aap jaante hain ki 114 chapters hain.</w:t>
      </w:r>
    </w:p>
    <w:p>
      <w:pPr>
        <w:jc w:val="right"/>
      </w:pPr>
      <w:r>
        <w:t>قرآن کی ایک سورۃ پڑھی جاتی ہے، ایک chapter چھوٹا جو ہے، پہلا chapter جو قرآن کا ہے، بالکل پہلا۔ قرآن میں آپ جانتے ہیں کہ 114 chapters ہیں۔</w:t>
      </w:r>
    </w:p>
    <w:p>
      <w:r>
        <w:rPr>
          <w:b/>
        </w:rPr>
        <w:t xml:space="preserve">[06:42] </w:t>
      </w:r>
      <w:r>
        <w:t>kuchh chhote, kuchh bade. to ek bahut hi chhota sa chapter hai jo</w:t>
      </w:r>
    </w:p>
    <w:p>
      <w:pPr>
        <w:jc w:val="right"/>
      </w:pPr>
      <w:r>
        <w:t>کچھ چھوٹے، کچھ بڑے۔ تو ایک بہت ہی چھوٹا سا chapter ہے جو</w:t>
      </w:r>
    </w:p>
    <w:p>
      <w:r>
        <w:rPr>
          <w:b/>
        </w:rPr>
        <w:t xml:space="preserve">[06:48] </w:t>
      </w:r>
      <w:r>
        <w:t>quran ka, agar aap pehla chapter hoga quran ka, preface samajh lijiye us ko, us ko har namaz mein zaroor padha jaata hai.</w:t>
      </w:r>
    </w:p>
    <w:p>
      <w:pPr>
        <w:jc w:val="right"/>
      </w:pPr>
      <w:r>
        <w:t>قرآن کا، اگر آپ پہلا chapter ہوگا قرآن کا، preface سمجھ لیجئے اس کو، اس کو ہر نماز میں ضرور پڑھا جاتا ہے۔</w:t>
      </w:r>
    </w:p>
    <w:p>
      <w:r>
        <w:rPr>
          <w:b/>
        </w:rPr>
        <w:t xml:space="preserve">[07:01] </w:t>
      </w:r>
      <w:r>
        <w:t>har namaz mein.</w:t>
      </w:r>
    </w:p>
    <w:p>
      <w:pPr>
        <w:jc w:val="right"/>
      </w:pPr>
      <w:r>
        <w:t>ہر نماز میں۔</w:t>
      </w:r>
    </w:p>
    <w:p>
      <w:r>
        <w:rPr>
          <w:b/>
        </w:rPr>
        <w:t xml:space="preserve">[07:07] </w:t>
      </w:r>
      <w:r>
        <w:t>hadith mein aata hai ki "allah salat illa billah yiqrab wafaat al-kitab". ki jo aadmi is surah ko namaz mein na padhe to us ki namaz namaz nahin.</w:t>
      </w:r>
    </w:p>
    <w:p>
      <w:pPr>
        <w:jc w:val="right"/>
      </w:pPr>
      <w:r>
        <w:t>حدیث میں آتا ہے کہ "اللہ صلاۃ الا باللہ یقرب وفات الکتاب"۔ کہ جو آدمی اس سورۃ کو نماز میں نہ پڑھے تو اس کی نماز نماز نہیں۔</w:t>
      </w:r>
    </w:p>
    <w:p>
      <w:r>
        <w:rPr>
          <w:b/>
        </w:rPr>
        <w:t xml:space="preserve">[07:20] </w:t>
      </w:r>
      <w:r>
        <w:t>us ko kehte hain "al-fatiha". to</w:t>
      </w:r>
    </w:p>
    <w:p>
      <w:pPr>
        <w:jc w:val="right"/>
      </w:pPr>
      <w:r>
        <w:t>اس کو کہتے ہیں "الفاتحہ"۔ تو</w:t>
      </w:r>
    </w:p>
    <w:p>
      <w:r>
        <w:rPr>
          <w:b/>
        </w:rPr>
        <w:t xml:space="preserve">[07:27] </w:t>
      </w:r>
      <w:r>
        <w:t>us ka jo pehla sentence hai dekhiye, kya hai? "alhamdulillah rabbil alameen".</w:t>
      </w:r>
    </w:p>
    <w:p>
      <w:pPr>
        <w:jc w:val="right"/>
      </w:pPr>
      <w:r>
        <w:t>اس کا جو پہلا sentence ہے دیکھئے، کیا ہے؟ "الحمدللہ رب العالمین"۔</w:t>
      </w:r>
    </w:p>
    <w:p>
      <w:r>
        <w:rPr>
          <w:b/>
        </w:rPr>
        <w:t xml:space="preserve">[07:39] </w:t>
      </w:r>
      <w:r>
        <w:t>yani main shukr karta hoon allah ka, jo malik hai saare alam ka. to kaha pehla jo lesson hai namaz ka woh yeh hai ki aadmi ke andar shukr ki spirit paida ho.</w:t>
      </w:r>
    </w:p>
    <w:p>
      <w:pPr>
        <w:jc w:val="right"/>
      </w:pPr>
      <w:r>
        <w:t>یعنی میں شکر کرتا ہوں اللہ کا، جو مالک ہے سارے عالم کا۔ تو کہا پہلا جو lesson ہے نماز کا وہ یہ ہے کہ آدمی کے اندر شکر کی spirit پیدا ہو۔</w:t>
      </w:r>
    </w:p>
    <w:p>
      <w:r>
        <w:rPr>
          <w:b/>
        </w:rPr>
        <w:t xml:space="preserve">[07:58] </w:t>
      </w:r>
      <w:r>
        <w:t>yani acknowledge karna.</w:t>
      </w:r>
    </w:p>
    <w:p>
      <w:pPr>
        <w:jc w:val="right"/>
      </w:pPr>
      <w:r>
        <w:t>یعنی acknowledge کرنا۔</w:t>
      </w:r>
    </w:p>
    <w:p>
      <w:r>
        <w:rPr>
          <w:b/>
        </w:rPr>
        <w:t xml:space="preserve">[08:01] </w:t>
      </w:r>
      <w:r>
        <w:t>shukr ka matlab hai acknowledge karna.</w:t>
      </w:r>
    </w:p>
    <w:p>
      <w:pPr>
        <w:jc w:val="right"/>
      </w:pPr>
      <w:r>
        <w:t>شکر کا مطلب ہے acknowledge کرنا۔</w:t>
      </w:r>
    </w:p>
    <w:p>
      <w:r>
        <w:rPr>
          <w:b/>
        </w:rPr>
        <w:t xml:space="preserve">[08:10] </w:t>
      </w:r>
      <w:r>
        <w:t>shukr ka matlab hai acknowledge karna. hadith mein aata hai ki "man lam yashkur al-nas lam yashkur allah".</w:t>
      </w:r>
    </w:p>
    <w:p>
      <w:pPr>
        <w:jc w:val="right"/>
      </w:pPr>
      <w:r>
        <w:t>شکر کا مطلب ہے acknowledge کرنا۔ حدیث میں آتا ہے کہ "من لم یشکر الناس لم یشکر اللہ"۔</w:t>
      </w:r>
    </w:p>
    <w:p>
      <w:r>
        <w:rPr>
          <w:b/>
        </w:rPr>
        <w:t xml:space="preserve">[08:20] </w:t>
      </w:r>
      <w:r>
        <w:t>jo aadmi insaan ko acknowledge nahin karega, woh khuda ko bhi acknowledge nahin karega.</w:t>
      </w:r>
    </w:p>
    <w:p>
      <w:pPr>
        <w:jc w:val="right"/>
      </w:pPr>
      <w:r>
        <w:t>جو آدمی انسان کو acknowledge نہیں کرے گا، وہ خدا کو بھی acknowledge نہیں کرے گا۔</w:t>
      </w:r>
    </w:p>
    <w:p>
      <w:r>
        <w:rPr>
          <w:b/>
        </w:rPr>
        <w:t xml:space="preserve">[08:28] </w:t>
      </w:r>
      <w:r>
        <w:t>jo insaan ka shukr ada na kare, woh khuda ka shukr bhi ada nahin karega. to acknowledge karna yeh pehli cheez hai jo namaz mein sikhayi gayi.</w:t>
      </w:r>
    </w:p>
    <w:p>
      <w:pPr>
        <w:jc w:val="right"/>
      </w:pPr>
      <w:r>
        <w:t>جو انسان کا شکر ادا نہ کرے، وہ خدا کا شکر بھی ادا نہیں کرے گا۔ تو acknowledge کرنا یہ پہلی چیز ہے جو نماز میں سکھائی گئی۔</w:t>
      </w:r>
    </w:p>
    <w:p>
      <w:r>
        <w:rPr>
          <w:b/>
        </w:rPr>
        <w:t xml:space="preserve">[08:43] </w:t>
      </w:r>
      <w:r>
        <w:t>mazhabi zaban mein is ko shukr kehte hain.</w:t>
      </w:r>
    </w:p>
    <w:p>
      <w:pPr>
        <w:jc w:val="right"/>
      </w:pPr>
      <w:r>
        <w:t>مذہبی زبان میں اس کو شکر کہتے ہیں۔</w:t>
      </w:r>
    </w:p>
    <w:p>
      <w:r>
        <w:rPr>
          <w:b/>
        </w:rPr>
        <w:t xml:space="preserve">[08:47] </w:t>
      </w:r>
      <w:r>
        <w:t>yani religious language mein isi ko shukr kehte hain. shukr kya hai? shukr yeh nahin hai ki aap ke paas kothi motor ho jaaye, bada sa job mil jaaye, bahut fame mil jaaye aap ko, bahut political power mil jaaye,</w:t>
      </w:r>
    </w:p>
    <w:p>
      <w:pPr>
        <w:jc w:val="right"/>
      </w:pPr>
      <w:r>
        <w:t>یعنی religious language میں اسی کو شکر کہتے ہیں۔ شکر کیا ہے؟ شکر یہ نہیں ہے کہ آپ کے پاس کوٹی موٹر ہو جائے، بڑا سا جاب مل جائے، بہت fame مل جائے آپ کو، بہت political power مل جائے،</w:t>
      </w:r>
    </w:p>
    <w:p>
      <w:r>
        <w:rPr>
          <w:b/>
        </w:rPr>
        <w:t xml:space="preserve">[09:04] </w:t>
      </w:r>
      <w:r>
        <w:t>to aap kahen ki khuda ka shukr hai. nahin. yeh mere nazdeek jhootha shukr hai.</w:t>
      </w:r>
    </w:p>
    <w:p>
      <w:pPr>
        <w:jc w:val="right"/>
      </w:pPr>
      <w:r>
        <w:t>تو آپ کہیں کہ خدا کا شکر ہے۔ نہیں۔ یہ میرے نزدیک جھوٹا شکر ہے۔</w:t>
      </w:r>
    </w:p>
    <w:p>
      <w:r>
        <w:rPr>
          <w:b/>
        </w:rPr>
        <w:t xml:space="preserve">[09:16] </w:t>
      </w:r>
      <w:r>
        <w:t>jhootha shukr kyon hai? sachcha shukr sirf woh ho sakta hai jis mein saare insaan barabar hon.</w:t>
      </w:r>
    </w:p>
    <w:p>
      <w:pPr>
        <w:jc w:val="right"/>
      </w:pPr>
      <w:r>
        <w:t>جھوٹا شکر کیوں ہے؟ سچا شکر صرف وہ ہو سکتا ہے جس میں سارے انسان برابر ہوں۔</w:t>
      </w:r>
    </w:p>
    <w:p>
      <w:r>
        <w:rPr>
          <w:b/>
        </w:rPr>
        <w:t xml:space="preserve">[09:26] </w:t>
      </w:r>
      <w:r>
        <w:t>saare insaan barabar hon. agar aap yeh kahen ki sania mirza ko jo achievement mili to us ne kaha khuda ka shukr hai, to sab ko to nahin milegi woh?</w:t>
      </w:r>
    </w:p>
    <w:p>
      <w:pPr>
        <w:jc w:val="right"/>
      </w:pPr>
      <w:r>
        <w:t>سارے انسان برابر ہوں۔ اگر آپ یہ کہیں کہ ثانیہ مرزا کو جو achievement ملی تو اس نے کہا خدا کا شکر ہے، تو سب کو تو نہیں ملے گی وہ؟</w:t>
      </w:r>
    </w:p>
    <w:p>
      <w:r>
        <w:rPr>
          <w:b/>
        </w:rPr>
        <w:t xml:space="preserve">[09:39] </w:t>
      </w:r>
      <w:r>
        <w:t>sab ko to nahin milegi. to khuda</w:t>
      </w:r>
    </w:p>
    <w:p>
      <w:pPr>
        <w:jc w:val="right"/>
      </w:pPr>
      <w:r>
        <w:t>سب کو تو نہیں ملے گی۔ تو خدا</w:t>
      </w:r>
    </w:p>
    <w:p>
      <w:r>
        <w:rPr>
          <w:b/>
        </w:rPr>
        <w:t xml:space="preserve">[09:44] </w:t>
      </w:r>
      <w:r>
        <w:t>kaise aisa kar sakta hai ki ek aisa criterion muqarrar kare jo kuchh hi logon ko mile? kyon ke sab se bada reward jo hai khuda ke haan woh hai shukr par.</w:t>
      </w:r>
    </w:p>
    <w:p>
      <w:pPr>
        <w:jc w:val="right"/>
      </w:pPr>
      <w:r>
        <w:t>کیسے ایسا کر سکتا ہے کہ ایک ایسا criterion مقرر کرے جو کچھ ہی لوگوں کو ملے؟ کیوں کہ سب سے بڑا reward جو ہے خدا کے ہاں وہ ہے شکر پر۔</w:t>
      </w:r>
    </w:p>
    <w:p>
      <w:r>
        <w:rPr>
          <w:b/>
        </w:rPr>
        <w:t xml:space="preserve">[09:59] </w:t>
      </w:r>
      <w:r>
        <w:t>shukr par. yani alhamdulillah jo hai,</w:t>
      </w:r>
    </w:p>
    <w:p>
      <w:pPr>
        <w:jc w:val="right"/>
      </w:pPr>
      <w:r>
        <w:t>شکر پر۔ یعنی الحمدللہ جو ہے،</w:t>
      </w:r>
    </w:p>
    <w:p>
      <w:r>
        <w:rPr>
          <w:b/>
        </w:rPr>
        <w:t xml:space="preserve">[10:03] </w:t>
      </w:r>
      <w:r>
        <w:t>shukr. us par sab se bada reward hai. to aap sochiye ki kya khuda aisa karega ki ek aisa principle banaye jis mein do chaar logon hi ko bada reward milne wala ho?</w:t>
      </w:r>
    </w:p>
    <w:p>
      <w:pPr>
        <w:jc w:val="right"/>
      </w:pPr>
      <w:r>
        <w:t>شکر۔ اس پر سب سے بڑا reward ہے۔ تو آپ سوچیے کہ کیا خدا ایسا کرے گا کہ ایک ایسا principle بنائے جس میں دو چار لوگوں ہی کو بڑا reward ملنے والا ہو؟</w:t>
      </w:r>
    </w:p>
    <w:p>
      <w:r>
        <w:rPr>
          <w:b/>
        </w:rPr>
        <w:t xml:space="preserve">[10:19] </w:t>
      </w:r>
      <w:r>
        <w:t>aur log jo hain un ko koi reward hi nahin mile? aisa kabhi nahin ho sakta. Khuda sab ko ek nazar se dekhta hai. Sab ko.</w:t>
      </w:r>
    </w:p>
    <w:p>
      <w:pPr>
        <w:jc w:val="right"/>
      </w:pPr>
      <w:r>
        <w:t>اور لوگ جو ہیں ان کو کوئی reward ہی نہیں ملے؟ ایسا کبھی نہیں ہو سکتا۔ خدا سب کو ایک نظر سے دیکھتا ہے۔ سب کو۔</w:t>
      </w:r>
    </w:p>
    <w:p>
      <w:r>
        <w:rPr>
          <w:b/>
        </w:rPr>
        <w:t xml:space="preserve">[10:31] </w:t>
      </w:r>
      <w:r>
        <w:t>Jaise maa apne sab bachon ko ek nazar se dekhti hai.</w:t>
      </w:r>
    </w:p>
    <w:p>
      <w:pPr>
        <w:jc w:val="right"/>
      </w:pPr>
      <w:r>
        <w:t>جیسے ماں اپنے سب بچوں کو ایک نظر سے دیکھتی ہے۔</w:t>
      </w:r>
    </w:p>
    <w:p>
      <w:r>
        <w:rPr>
          <w:b/>
        </w:rPr>
        <w:t xml:space="preserve">[10:37] </w:t>
      </w:r>
      <w:r>
        <w:t>To Khuda ne jab yeh kaha ke sab se bara reward mile ga shukr par, to is ka matlab yeh hua ke har ek ke liye woh achievable ho.</w:t>
      </w:r>
    </w:p>
    <w:p>
      <w:pPr>
        <w:jc w:val="right"/>
      </w:pPr>
      <w:r>
        <w:t>تو خدا نے جب یہ کہا کہ سب سے بڑا reward ملے گا شکر پر، تو اس کا مطلب یہ ہوا کہ ہر ایک کے لیے وہ achievable ہو۔</w:t>
      </w:r>
    </w:p>
    <w:p>
      <w:r>
        <w:rPr>
          <w:b/>
        </w:rPr>
        <w:t xml:space="preserve">[10:47] </w:t>
      </w:r>
      <w:r>
        <w:t>Agar har ek ke liye woh achievable na ho to woh phir Khuda ki baat hi nahin hui.</w:t>
      </w:r>
    </w:p>
    <w:p>
      <w:pPr>
        <w:jc w:val="right"/>
      </w:pPr>
      <w:r>
        <w:t>اگر ہر ایک کے لیے وہ achievable نہ ہو تو وہ پھر خدا کی بات ہی نہیں ہوئی۔</w:t>
      </w:r>
    </w:p>
    <w:p>
      <w:r>
        <w:rPr>
          <w:b/>
        </w:rPr>
        <w:t xml:space="preserve">[10:54] </w:t>
      </w:r>
      <w:r>
        <w:t>Woh to discrimination aa gaya is ke andar. To koi bhi aisa interpretation shukr ka jis mein saare log,</w:t>
      </w:r>
    </w:p>
    <w:p>
      <w:pPr>
        <w:jc w:val="right"/>
      </w:pPr>
      <w:r>
        <w:t>وہ تو discrimination آ گیا اس کے اندر۔ تو کوئی بھی ایسا interpretation شکر کا جس میں سارے لوگ،</w:t>
      </w:r>
    </w:p>
    <w:p>
      <w:r>
        <w:rPr>
          <w:b/>
        </w:rPr>
        <w:t xml:space="preserve">[11:09] </w:t>
      </w:r>
      <w:r>
        <w:t>Saare logon ke liye woh achievable na ho, to woh woh woh sahi nahin hai. Woh sahi nahin hai, woh galat hai woh.</w:t>
      </w:r>
    </w:p>
    <w:p>
      <w:pPr>
        <w:jc w:val="right"/>
      </w:pPr>
      <w:r>
        <w:t>سارے لوگوں کے لیے وہ achievable نہ ہو، تو وہ وہ وہ صحیح نہیں ہے۔ وہ صحیح نہیں ہے، وہ غلط ہے وہ۔</w:t>
      </w:r>
    </w:p>
    <w:p>
      <w:r>
        <w:rPr>
          <w:b/>
        </w:rPr>
        <w:t xml:space="preserve">[11:19] </w:t>
      </w:r>
      <w:r>
        <w:t>Is liye sahi baat kya hai? Shukr Khuda ka karna is cheez par jo already har ek ko mila hua hai.</w:t>
      </w:r>
    </w:p>
    <w:p>
      <w:pPr>
        <w:jc w:val="right"/>
      </w:pPr>
      <w:r>
        <w:t>اس لیے صحیح بات کیا ہے؟ شکر خدا کا کرنا اس چیز پر جو already ہر ایک کو ملا ہوا ہے۔</w:t>
      </w:r>
    </w:p>
    <w:p>
      <w:r>
        <w:rPr>
          <w:b/>
        </w:rPr>
        <w:t xml:space="preserve">[11:31] </w:t>
      </w:r>
      <w:r>
        <w:t>Paida hote hi mil jata hai. Har ek ko, har ek ko, har ek ko. Maslan aap ka yeh body, aap ka yeh mind, aap ki yeh aankh, aap ke body mein digestive system, bolne ki</w:t>
      </w:r>
    </w:p>
    <w:p>
      <w:pPr>
        <w:jc w:val="right"/>
      </w:pPr>
      <w:r>
        <w:t>پیدا ہوتے ہی مل جاتا ہے۔ ہر ایک کو، ہر ایک کو، ہر ایک کو۔ مثلاً آپ کا یہ body، آپ کا یہ mind، آپ کی یہ آنکھ، آپ کے body میں digestive system، بولنے کی</w:t>
      </w:r>
    </w:p>
    <w:p>
      <w:r>
        <w:rPr>
          <w:b/>
        </w:rPr>
        <w:t xml:space="preserve">[11:50] </w:t>
      </w:r>
      <w:r>
        <w:t>power, sunne ki power, inhi par shukr karna hai. Jo har ek ko barabar mila hua hai, janam hi se mil jata hai.</w:t>
      </w:r>
    </w:p>
    <w:p>
      <w:pPr>
        <w:jc w:val="right"/>
      </w:pPr>
      <w:r>
        <w:t>power، سننے کی power، انہی پر شکر کرنا ہے۔ جو ہر ایک کو برابر ملا ہوا ہے، جنم ہی سے مل جاتا ہے۔</w:t>
      </w:r>
    </w:p>
    <w:p>
      <w:r>
        <w:rPr>
          <w:b/>
        </w:rPr>
        <w:t xml:space="preserve">[12:02] </w:t>
      </w:r>
      <w:r>
        <w:t>To kaha shukr woh hai jo kiya jaye is par jo already</w:t>
      </w:r>
    </w:p>
    <w:p>
      <w:pPr>
        <w:jc w:val="right"/>
      </w:pPr>
      <w:r>
        <w:t>تو کہا شکر وہ ہے جو کیا جائے اس پر جو already</w:t>
      </w:r>
    </w:p>
    <w:p>
      <w:r>
        <w:rPr>
          <w:b/>
        </w:rPr>
        <w:t xml:space="preserve">[12:09] </w:t>
      </w:r>
      <w:r>
        <w:t>Har ek ko mila hua hai. Woh nahin ke jo kama kar kama kar aap hasil karte hain. Phir to phir to har aadmi bara shukr ada nahin kar sakta.</w:t>
      </w:r>
    </w:p>
    <w:p>
      <w:pPr>
        <w:jc w:val="right"/>
      </w:pPr>
      <w:r>
        <w:t>ہر ایک کو ملا ہوا ہے۔ وہ نہیں کہ جو کما کر کما کر آپ حاصل کرتے ہیں۔ پھر تو پھر تو ہر آدمی بڑا شکر ادا نہیں کر سکتا۔</w:t>
      </w:r>
    </w:p>
    <w:p>
      <w:r>
        <w:rPr>
          <w:b/>
        </w:rPr>
        <w:t xml:space="preserve">[12:24] </w:t>
      </w:r>
      <w:r>
        <w:t>Main ek qissa arz karoon. Main ek baar Srinagar mein tha,</w:t>
      </w:r>
    </w:p>
    <w:p>
      <w:pPr>
        <w:jc w:val="right"/>
      </w:pPr>
      <w:r>
        <w:t>میں ایک قصہ عرض کروں۔ میں ایک بار سری نگر میں تھا،</w:t>
      </w:r>
    </w:p>
    <w:p>
      <w:r>
        <w:rPr>
          <w:b/>
        </w:rPr>
        <w:t xml:space="preserve">[12:28] </w:t>
      </w:r>
      <w:r>
        <w:t>Kashmir mein. To wahan par meri ek speech thi. Woh open place mein thi, woh khula maidan tha. To samne hamein Himalaya pahad dikhai de raha tha.</w:t>
      </w:r>
    </w:p>
    <w:p>
      <w:pPr>
        <w:jc w:val="right"/>
      </w:pPr>
      <w:r>
        <w:t>کشمیر میں۔ تو وہاں پر میری ایک speech تھی۔ وہ open place میں تھی، وہ کھلا میدان تھا۔ تو سامنے ہمیں ہمالیہ پہاڑ دکھائی دے رہا تھا۔</w:t>
      </w:r>
    </w:p>
    <w:p>
      <w:r>
        <w:rPr>
          <w:b/>
        </w:rPr>
        <w:t xml:space="preserve">[12:43] </w:t>
      </w:r>
      <w:r>
        <w:t>To wahan par thi.</w:t>
      </w:r>
    </w:p>
    <w:p>
      <w:pPr>
        <w:jc w:val="right"/>
      </w:pPr>
      <w:r>
        <w:t>تو وہاں پر تھی۔</w:t>
      </w:r>
    </w:p>
    <w:p>
      <w:r>
        <w:rPr>
          <w:b/>
        </w:rPr>
        <w:t xml:space="preserve">[12:46] </w:t>
      </w:r>
      <w:r>
        <w:t>To yahi baat chal rahi thi, shukr ki baat. To maine wahan yeh baat kahi ke shukr jo hai woh kiya cheez hai?</w:t>
      </w:r>
    </w:p>
    <w:p>
      <w:pPr>
        <w:jc w:val="right"/>
      </w:pPr>
      <w:r>
        <w:t>تو یہی بات چل رہی تھی، شکر کی بات۔ تو میں نے وہاں یہ بات کہی کہ شکر جو ہے وہ کیا چیز ہے؟</w:t>
      </w:r>
    </w:p>
    <w:p>
      <w:r>
        <w:rPr>
          <w:b/>
        </w:rPr>
        <w:t xml:space="preserve">[12:56] </w:t>
      </w:r>
      <w:r>
        <w:t>To maine ek ek sawal kiya. Maine kaha ke aankh jo hai, sirf aankh hi itni bari cheez hai</w:t>
      </w:r>
    </w:p>
    <w:p>
      <w:pPr>
        <w:jc w:val="right"/>
      </w:pPr>
      <w:r>
        <w:t>تو میں نے ایک ایک سوال کیا۔ میں نے کہا کہ آنکھ جو ہے، صرف آنکھ ہی اتنی بڑی چیز ہے</w:t>
      </w:r>
    </w:p>
    <w:p>
      <w:r>
        <w:rPr>
          <w:b/>
        </w:rPr>
        <w:t xml:space="preserve">[13:04] </w:t>
      </w:r>
      <w:r>
        <w:t>Ke jis par shukr karne ke liye aap ke paas zuban nahin. Jo har ek ko paida hote hi mil jati hai. Idhar aadmi paida hua aur aankh le kar aa gaya.</w:t>
      </w:r>
    </w:p>
    <w:p>
      <w:pPr>
        <w:jc w:val="right"/>
      </w:pPr>
      <w:r>
        <w:t>کہ جس پر شکر کرنے کے لیے آپ کے پاس زبان نہیں۔ جو ہر ایک کو پیدا ہوتے ہی مل جاتی ہے۔ ادھر آدمی پیدا ہوا اور آنکھ لے کر آ گیا۔</w:t>
      </w:r>
    </w:p>
    <w:p>
      <w:r>
        <w:rPr>
          <w:b/>
        </w:rPr>
        <w:t xml:space="preserve">[13:16] </w:t>
      </w:r>
      <w:r>
        <w:t>Koi kamai kiye baghair aankh mil gayi hai is ko. To maine kaha ke</w:t>
      </w:r>
    </w:p>
    <w:p>
      <w:pPr>
        <w:jc w:val="right"/>
      </w:pPr>
      <w:r>
        <w:t>کوئی کمائی کیے بغیر آنکھ مل گئی ہے اس کو۔ تو میں نے کہا کہ</w:t>
      </w:r>
    </w:p>
    <w:p>
      <w:r>
        <w:rPr>
          <w:b/>
        </w:rPr>
        <w:t xml:space="preserve">[13:23] </w:t>
      </w:r>
      <w:r>
        <w:t>Itni bari cheez, aap jante hain ke aankh jo hai, aadmi ke paas agar na ho to sari dunya andheri ho jaye. Aap aankh band kar ke paanch minute kahin khare ho jaiye to yeh sari dunya aap ke liye andheri hogi.</w:t>
      </w:r>
    </w:p>
    <w:p>
      <w:pPr>
        <w:jc w:val="right"/>
      </w:pPr>
      <w:r>
        <w:t>اتنی بڑی چیز، آپ جانتے ہیں کہ آنکھ جو ہے، آدمی کے پاس اگر نہ ہو تو ساری دنیا اندھیری ہو جائے۔ آپ آنکھ بند کر کے پانچ منٹ کہیں کھڑے ہو جائیے تو یہ ساری دنیا آپ کے لیے اندھیری ہوگی۔</w:t>
      </w:r>
    </w:p>
    <w:p>
      <w:r>
        <w:rPr>
          <w:b/>
        </w:rPr>
        <w:t xml:space="preserve">[13:41] </w:t>
      </w:r>
      <w:r>
        <w:t>Woh exist hi nahin kar rahi hogi. Abhi main yahan aankh band kar loon to yahan na koi hal hai, na koi insaan hai, na koi yahan par camera hai, kuch bhi nahin.</w:t>
      </w:r>
    </w:p>
    <w:p>
      <w:pPr>
        <w:jc w:val="right"/>
      </w:pPr>
      <w:r>
        <w:t>وہ exist ہی نہیں کر رہی ہوگی۔ ابھی میں یہاں آنکھ بند کر لوں تو یہاں نہ کوئی حال ہے، نہ کوئی انسان ہے، نہ کوئی یہاں پر کیمرہ ہے، کچھ بھی نہیں۔</w:t>
      </w:r>
    </w:p>
    <w:p>
      <w:r>
        <w:rPr>
          <w:b/>
        </w:rPr>
        <w:t xml:space="preserve">[13:52] </w:t>
      </w:r>
      <w:r>
        <w:t>Sab khatam. To kaha jata hai ke jo information hum</w:t>
      </w:r>
    </w:p>
    <w:p>
      <w:pPr>
        <w:jc w:val="right"/>
      </w:pPr>
      <w:r>
        <w:t>سب ختم۔ تو کہا جاتا ہے کہ جو information ہم</w:t>
      </w:r>
    </w:p>
    <w:p>
      <w:r>
        <w:rPr>
          <w:b/>
        </w:rPr>
        <w:t xml:space="preserve">[13:59] </w:t>
      </w:r>
      <w:r>
        <w:t>Gather karte hain bahar se, us mein more than eighty percent aankh ke through hoti hai. Aankh ke zariye hoti hai. More than eighty percent.</w:t>
      </w:r>
    </w:p>
    <w:p>
      <w:pPr>
        <w:jc w:val="right"/>
      </w:pPr>
      <w:r>
        <w:t>gather کرتے ہیں باہر سے، اس میں more than eighty percent آنکھ کے through ہوتی ہے۔ آنکھ کے ذریعے ہوتی ہے۔ More than eighty percent۔</w:t>
      </w:r>
    </w:p>
    <w:p>
      <w:r>
        <w:rPr>
          <w:b/>
        </w:rPr>
        <w:t xml:space="preserve">[14:09] </w:t>
      </w:r>
      <w:r>
        <w:t>To maine kaha ke yeh bataiye, ek sawal kiya maine audience se.</w:t>
      </w:r>
    </w:p>
    <w:p>
      <w:pPr>
        <w:jc w:val="right"/>
      </w:pPr>
      <w:r>
        <w:t>تو میں نے کہا کہ یہ بتائیے، ایک سوال کیا میں نے audience سے۔</w:t>
      </w:r>
    </w:p>
    <w:p>
      <w:r>
        <w:rPr>
          <w:b/>
        </w:rPr>
        <w:t xml:space="preserve">[14:16] </w:t>
      </w:r>
      <w:r>
        <w:t>Yeh bataiye ke agar ek angel aata hai Khuda ki taraf se aur woh kehta hai ke yeh Himalaya, jo dunya ka sab se bara pahad hai,</w:t>
      </w:r>
    </w:p>
    <w:p>
      <w:pPr>
        <w:jc w:val="right"/>
      </w:pPr>
      <w:r>
        <w:t>یہ بتائیے کہ اگر ایک angel آتا ہے خدا کی طرف سے اور وہ کہتا ہے کہ یہ ہمالیہ، جو دنیا کا سب سے بڑا پہاڑ ہے،</w:t>
      </w:r>
    </w:p>
    <w:p>
      <w:r>
        <w:rPr>
          <w:b/>
        </w:rPr>
        <w:t xml:space="preserve">[14:32] </w:t>
      </w:r>
      <w:r>
        <w:t>Yeh poora ka poora aap ko golden mountain bana kar de diya jaye ga.</w:t>
      </w:r>
    </w:p>
    <w:p>
      <w:pPr>
        <w:jc w:val="right"/>
      </w:pPr>
      <w:r>
        <w:t>یہ پورا کا پورا آپ کو golden mountain بنا کر دے دیا جائے گا۔</w:t>
      </w:r>
    </w:p>
    <w:p>
      <w:r>
        <w:rPr>
          <w:b/>
        </w:rPr>
        <w:t xml:space="preserve">[14:37] </w:t>
      </w:r>
      <w:r>
        <w:t>sone ka pahaar. condition sirf ek hai. aur woh yeh hai ke aap ki dono aankhein le li jayengi.</w:t>
      </w:r>
    </w:p>
    <w:p>
      <w:pPr>
        <w:jc w:val="right"/>
      </w:pPr>
      <w:r>
        <w:t>سونے کا پہاڑ۔ Condition صرف ایک ہے۔ اور وہ یہ ہے کہ آپ کی دونوں آنکھیں لے لی جائیں گی۔</w:t>
      </w:r>
    </w:p>
    <w:p>
      <w:r>
        <w:rPr>
          <w:b/>
        </w:rPr>
        <w:t xml:space="preserve">[14:51] </w:t>
      </w:r>
      <w:r>
        <w:t>Golden mountain aap ko milega is is shart par, is condition par ke phir aap dekhne qabil nahi honge.</w:t>
      </w:r>
    </w:p>
    <w:p>
      <w:pPr>
        <w:jc w:val="right"/>
      </w:pPr>
      <w:r>
        <w:t>Golden mountain آپ کو ملے گا اس اس شرط پر، اس condition پر کہ پھر آپ دیکھنے قابل نہیں ہوں گے۔</w:t>
      </w:r>
    </w:p>
    <w:p>
      <w:r>
        <w:rPr>
          <w:b/>
        </w:rPr>
        <w:t xml:space="preserve">[15:01] </w:t>
      </w:r>
      <w:r>
        <w:t>dono aankhein bator price ke le li jayengi. to kya aap ko manzoor hoga?</w:t>
      </w:r>
    </w:p>
    <w:p>
      <w:pPr>
        <w:jc w:val="right"/>
      </w:pPr>
      <w:r>
        <w:t>دونوں آنکھیں بطور price کے لے لی جائیں گی۔ تو کیا آپ کو منظور ہوگا؟</w:t>
      </w:r>
    </w:p>
    <w:p>
      <w:r>
        <w:rPr>
          <w:b/>
        </w:rPr>
        <w:t xml:space="preserve">[15:10] </w:t>
      </w:r>
      <w:r>
        <w:t>to ek aadmi, ek senior aadmi khada hua. us ne bare hi dard ke sath kaha</w:t>
      </w:r>
    </w:p>
    <w:p>
      <w:pPr>
        <w:jc w:val="right"/>
      </w:pPr>
      <w:r>
        <w:t>تو ایک آدمی، ایک senior آدمی کھڑا ہوا۔ اس نے بڑے ہی درد کے ساتھ کہا</w:t>
      </w:r>
    </w:p>
    <w:p>
      <w:r>
        <w:rPr>
          <w:b/>
        </w:rPr>
        <w:t xml:space="preserve">[15:24] </w:t>
      </w:r>
      <w:r>
        <w:t>ke aise golden mountain ko le kar hum kya karein? jis ko dekhne ke liye hamare paas do aankhein bhi na hon.</w:t>
      </w:r>
    </w:p>
    <w:p>
      <w:pPr>
        <w:jc w:val="right"/>
      </w:pPr>
      <w:r>
        <w:t>کہ ایسے golden mountain کو لے کر ہم کیا کریں؟ جس کو دیکھنے کے لیے ہمارے پاس دو آنکھیں بھی نہ ہوں۔</w:t>
      </w:r>
    </w:p>
    <w:p>
      <w:r>
        <w:rPr>
          <w:b/>
        </w:rPr>
        <w:t xml:space="preserve">[15:38] </w:t>
      </w:r>
      <w:r>
        <w:t>aise sone ke pahaar ko le kar hum kya karein? jis ko dekhne, jis ko dekhne ke liye hamare do aankhein bhi na hon. to maine is par add kiya ke dekhiye, is ka matlab kya hai?</w:t>
      </w:r>
    </w:p>
    <w:p>
      <w:pPr>
        <w:jc w:val="right"/>
      </w:pPr>
      <w:r>
        <w:t>ایسے سونے کے پہاڑ کو لے کر ہم کیا کریں؟ جس کو دین، جس کو دیکھنے کے لیے ہمارے دو آنکھیں بھی نہ ہوں۔ تو میں نے اس پر add کیا کہ دیکھیے، اس کا مطلب کیا ہے؟</w:t>
      </w:r>
    </w:p>
    <w:p>
      <w:r>
        <w:rPr>
          <w:b/>
        </w:rPr>
        <w:t xml:space="preserve">[15:53] </w:t>
      </w:r>
      <w:r>
        <w:t>yeh do aankhein</w:t>
      </w:r>
    </w:p>
    <w:p>
      <w:pPr>
        <w:jc w:val="right"/>
      </w:pPr>
      <w:r>
        <w:t>یہ دو آنکھیں</w:t>
      </w:r>
    </w:p>
    <w:p>
      <w:r>
        <w:rPr>
          <w:b/>
        </w:rPr>
        <w:t xml:space="preserve">[15:55] </w:t>
      </w:r>
      <w:r>
        <w:t>jo Khuda ki taraf se hum ko free mein mili hui hain. to maine kaha yeh do aankhein sone ke pahaar se zyada qimti hain.</w:t>
      </w:r>
    </w:p>
    <w:p>
      <w:pPr>
        <w:jc w:val="right"/>
      </w:pPr>
      <w:r>
        <w:t>جو خدا کی طرف سے ہم کو free میں ملی ہوئی ہیں۔ تو میں نے کہا یہ دو آنکھیں سونے کے پہاڑ سے زیادہ قیمتی ہیں۔</w:t>
      </w:r>
    </w:p>
    <w:p>
      <w:r>
        <w:rPr>
          <w:b/>
        </w:rPr>
        <w:t xml:space="preserve">[16:10] </w:t>
      </w:r>
      <w:r>
        <w:t>yeh do aankhein sone ke pahaar se zyada qimti hain.</w:t>
      </w:r>
    </w:p>
    <w:p>
      <w:pPr>
        <w:jc w:val="right"/>
      </w:pPr>
      <w:r>
        <w:t>یہ دو آنکھیں سونے کے پہاڑ سے زیادہ قیمتی ہیں۔</w:t>
      </w:r>
    </w:p>
    <w:p>
      <w:r>
        <w:rPr>
          <w:b/>
        </w:rPr>
        <w:t xml:space="preserve">[16:17] </w:t>
      </w:r>
      <w:r>
        <w:t>is par shukr karna hai.</w:t>
      </w:r>
    </w:p>
    <w:p>
      <w:pPr>
        <w:jc w:val="right"/>
      </w:pPr>
      <w:r>
        <w:t>اس پر شکر کرنا ہے۔</w:t>
      </w:r>
    </w:p>
    <w:p>
      <w:r>
        <w:rPr>
          <w:b/>
        </w:rPr>
        <w:t xml:space="preserve">[16:22] </w:t>
      </w:r>
      <w:r>
        <w:t>shukr ke liye hamein intezar nahi karna hai ke mere paas bohat bari kothi ho jaye. mere paas bohat bari car ho jaye. mere paas bohat bara bank balance ho jaye.</w:t>
      </w:r>
    </w:p>
    <w:p>
      <w:pPr>
        <w:jc w:val="right"/>
      </w:pPr>
      <w:r>
        <w:t>شکر کے لیے ہمیں انتظار نہیں کرنا ہے کہ میرے پاس بہت بڑی کوٹی ہو جائے۔ میرے پاس بہت بڑی کار ہو جائے۔ میرے پاس بہت بڑا بینک بیلنس ہو جائے۔</w:t>
      </w:r>
    </w:p>
    <w:p>
      <w:r>
        <w:rPr>
          <w:b/>
        </w:rPr>
        <w:t xml:space="preserve">[16:31] </w:t>
      </w:r>
      <w:r>
        <w:t>mere mujh ko bohat bara political power mil jaye. is ko jo aadmi wait karega to woh kabhi shukr nahi kar sakta.</w:t>
      </w:r>
    </w:p>
    <w:p>
      <w:pPr>
        <w:jc w:val="right"/>
      </w:pPr>
      <w:r>
        <w:t>میرے مجھ کو بہت بڑا political power مل جائے۔ اس کو جو آدمی wait کرے گا تو وہ کبھی شکر نہیں کر سکتا۔</w:t>
      </w:r>
    </w:p>
    <w:p>
      <w:r>
        <w:rPr>
          <w:b/>
        </w:rPr>
        <w:t xml:space="preserve">[16:40] </w:t>
      </w:r>
      <w:r>
        <w:t>yeh hi already jo kuch mila hua hai, usi par shukr karna hai.</w:t>
      </w:r>
    </w:p>
    <w:p>
      <w:pPr>
        <w:jc w:val="right"/>
      </w:pPr>
      <w:r>
        <w:t>یہی already جو کچھ ملا ہوا ہے، اسی پر شکر کرنا ہے۔</w:t>
      </w:r>
    </w:p>
    <w:p>
      <w:r>
        <w:rPr>
          <w:b/>
        </w:rPr>
        <w:t xml:space="preserve">[16:46] </w:t>
      </w:r>
      <w:r>
        <w:t>yeh haath, yeh paon, yeh aankh, yeh kaan, yeh naak. ek scientist ne likha hai jo Khuda ko nahi manta tha.</w:t>
      </w:r>
    </w:p>
    <w:p>
      <w:pPr>
        <w:jc w:val="right"/>
      </w:pPr>
      <w:r>
        <w:t>یہ ہاتھ، یہ پاؤں، یہ آنکھ، یہ کان، یہ ناک۔ ایک scientist نے لکھا ہے جو خدا کو نہیں مانتا تھا۔</w:t>
      </w:r>
    </w:p>
    <w:p>
      <w:r>
        <w:rPr>
          <w:b/>
        </w:rPr>
        <w:t xml:space="preserve">[16:59] </w:t>
      </w:r>
      <w:r>
        <w:t>to us ne kaha ke ek din aisa hua ke meri bachi aa kar meri kursi ke paas khadi ho gayi. galiban us ki granddaughter thi woh.</w:t>
      </w:r>
    </w:p>
    <w:p>
      <w:pPr>
        <w:jc w:val="right"/>
      </w:pPr>
      <w:r>
        <w:t>تو اس نے کہا کہ ایک دن ایسا ہوا کہ میری بچی آ کر میری کرسی کے پاس کھڑی ہو گئی۔ غالباً اس کی granddaughter تھی وہ۔</w:t>
      </w:r>
    </w:p>
    <w:p>
      <w:r>
        <w:rPr>
          <w:b/>
        </w:rPr>
        <w:t xml:space="preserve">[17:13] </w:t>
      </w:r>
      <w:r>
        <w:t>to jab khadi ho gayi</w:t>
      </w:r>
    </w:p>
    <w:p>
      <w:pPr>
        <w:jc w:val="right"/>
      </w:pPr>
      <w:r>
        <w:t>تو جب کھڑی ہو گئی</w:t>
      </w:r>
    </w:p>
    <w:p>
      <w:r>
        <w:rPr>
          <w:b/>
        </w:rPr>
        <w:t xml:space="preserve">[17:16] </w:t>
      </w:r>
      <w:r>
        <w:t>aur us se woh baat kar raha tha to achaanak us ke andar yeh soch aayi ke kaise aisa possible hota hai ke main bol raha hoon aur meri bachi sun rahi hai is ko.</w:t>
      </w:r>
    </w:p>
    <w:p>
      <w:pPr>
        <w:jc w:val="right"/>
      </w:pPr>
      <w:r>
        <w:t>اور اس سے وہ بات کر رہا تھا تو اچانک اس کے اندر یہ سوچ آئی کہ کیسے ایسا possible ہوتا ہے کہ میں بول رہا ہوں اور میری بچی سن رہی ہے اس کو۔</w:t>
      </w:r>
    </w:p>
    <w:p>
      <w:r>
        <w:rPr>
          <w:b/>
        </w:rPr>
        <w:t xml:space="preserve">[17:30] </w:t>
      </w:r>
      <w:r>
        <w:t>to kaan ke mechanism par sochne laga main. kya cheez hai kaan?</w:t>
      </w:r>
    </w:p>
    <w:p>
      <w:pPr>
        <w:jc w:val="right"/>
      </w:pPr>
      <w:r>
        <w:t>تو کان کے mechanism پر سوچنے لگا میں۔ کیا چیز ہے کان؟</w:t>
      </w:r>
    </w:p>
    <w:p>
      <w:r>
        <w:rPr>
          <w:b/>
        </w:rPr>
        <w:t xml:space="preserve">[17:36] </w:t>
      </w:r>
      <w:r>
        <w:t>kya cheez hai zubaan? kaise main bolta hoon, kaise bachi sunti hai aur kaise mind is ko samajhta hai?</w:t>
      </w:r>
    </w:p>
    <w:p>
      <w:pPr>
        <w:jc w:val="right"/>
      </w:pPr>
      <w:r>
        <w:t>کیا چیز ہے زبان؟ کیسے میں بولتا ہوں، کیسے بچی سنتی ہے اور کیسے mind اس کو سمجھتا ہے؟</w:t>
      </w:r>
    </w:p>
    <w:p>
      <w:r>
        <w:rPr>
          <w:b/>
        </w:rPr>
        <w:t xml:space="preserve">[17:46] </w:t>
      </w:r>
      <w:r>
        <w:t>to woh likhta hai ke yeh sochte hue, sochte hue mujhe aisa laga ke main Khuda ke belief ke paas pahunch raha hoon.</w:t>
      </w:r>
    </w:p>
    <w:p>
      <w:pPr>
        <w:jc w:val="right"/>
      </w:pPr>
      <w:r>
        <w:t>تو وہ لکھتا ہے کہ یہ سوچتے ہوئے، سوچتے ہوئے مجھے ایسا لگا کہ میں خدا کے belief کے پاس پہنچ رہا ہوں۔</w:t>
      </w:r>
    </w:p>
    <w:p>
      <w:r>
        <w:rPr>
          <w:b/>
        </w:rPr>
        <w:t xml:space="preserve">[17:58] </w:t>
      </w:r>
      <w:r>
        <w:t>Khuda ko manne ke qareeb hota ja raha hoon. to jaldi us ne mind ko jhatak diya aur sochna band kar diya.</w:t>
      </w:r>
    </w:p>
    <w:p>
      <w:pPr>
        <w:jc w:val="right"/>
      </w:pPr>
      <w:r>
        <w:t>خدا کو ماننے کے قریب ہوتا جا رہا ہوں۔ تو جلدی اس نے mind کو جھٹک دیا اور سوچنا بند کر دیا۔</w:t>
      </w:r>
    </w:p>
    <w:p>
      <w:r>
        <w:rPr>
          <w:b/>
        </w:rPr>
        <w:t xml:space="preserve">[18:10] </w:t>
      </w:r>
      <w:r>
        <w:t>har lamha, har waqt, har moment aadmi jin tajurbaat mein jeeta hai, woh tajurbaat us ko Khuda ki yaad dilate hain.</w:t>
      </w:r>
    </w:p>
    <w:p>
      <w:pPr>
        <w:jc w:val="right"/>
      </w:pPr>
      <w:r>
        <w:t>ہر لمحہ، ہر وقت، ہر moment آدمی جن تجربات میں جیتا ہے، وہ تجربات اس کو خدا کی یاد دلاتے ہیں۔</w:t>
      </w:r>
    </w:p>
    <w:p>
      <w:r>
        <w:rPr>
          <w:b/>
        </w:rPr>
        <w:t xml:space="preserve">[18:22] </w:t>
      </w:r>
      <w:r>
        <w:t>lekin</w:t>
      </w:r>
    </w:p>
    <w:p>
      <w:pPr>
        <w:jc w:val="right"/>
      </w:pPr>
      <w:r>
        <w:t>لیکن</w:t>
      </w:r>
    </w:p>
    <w:p>
      <w:r>
        <w:rPr>
          <w:b/>
        </w:rPr>
        <w:t xml:space="preserve">[18:26] </w:t>
      </w:r>
      <w:r>
        <w:t>kayi baar aisa hota hai ke chunke woh tajurbaat, woh experience hamari apni khwahish ke khilaf hote hain, to hum us ko manne ko tayyar nahi hote.</w:t>
      </w:r>
    </w:p>
    <w:p>
      <w:pPr>
        <w:jc w:val="right"/>
      </w:pPr>
      <w:r>
        <w:t>کئی بار ایسا ہوتا ہے کہ چونکہ وہ تجربات، وہ experience ہماری اپنی خواہش کے خلاف ہوتے ہیں، تو ہم اس کو ماننے کو تیار نہیں ہوتے۔</w:t>
      </w:r>
    </w:p>
    <w:p>
      <w:r>
        <w:rPr>
          <w:b/>
        </w:rPr>
        <w:t xml:space="preserve">[18:36] </w:t>
      </w:r>
      <w:r>
        <w:t>chunke is scientist ne yeh maan liya tha ke Khuda nahi hai. ab jab yeh ek cheez kuch samne aayi</w:t>
      </w:r>
    </w:p>
    <w:p>
      <w:pPr>
        <w:jc w:val="right"/>
      </w:pPr>
      <w:r>
        <w:t>چونکہ اس scientist نے یہ مان لیا تھا کہ خدا نہیں ہے۔ اب جب یہ ایک چیز کچھ سامنے آئی</w:t>
      </w:r>
    </w:p>
    <w:p>
      <w:r>
        <w:rPr>
          <w:b/>
        </w:rPr>
        <w:t xml:space="preserve">[18:49] </w:t>
      </w:r>
      <w:r>
        <w:t>jo keh rahi thi ke Khuda exist kar raha hai, to apni is chahat ki wajah se, na ke kisi reason ki wajah se, us ke peeche koi reason nahi thi, sirf chahat.</w:t>
      </w:r>
    </w:p>
    <w:p>
      <w:pPr>
        <w:jc w:val="right"/>
      </w:pPr>
      <w:r>
        <w:t>جو کہہ رہی تھی کہ خدا exist کر رہا ہے، تو اپنی اس چاہت کی وجہ سے، نہ کہ کسی reason کی وجہ سے، اس کے پیچھے کوئی reason نہیں تھی، صرف چاہت۔</w:t>
      </w:r>
    </w:p>
    <w:p>
      <w:r>
        <w:rPr>
          <w:b/>
        </w:rPr>
        <w:t xml:space="preserve">[19:00] </w:t>
      </w:r>
      <w:r>
        <w:t>us ne inkar kar diya. To khair main yeh keh raha tha ke</w:t>
      </w:r>
    </w:p>
    <w:p>
      <w:pPr>
        <w:jc w:val="right"/>
      </w:pPr>
      <w:r>
        <w:t>اس نے انکار کر دیا۔ تو خیر میں یہ کہہ رہا تھا کہ</w:t>
      </w:r>
    </w:p>
    <w:p>
      <w:r>
        <w:rPr>
          <w:b/>
        </w:rPr>
        <w:t xml:space="preserve">[19:06] </w:t>
      </w:r>
      <w:r>
        <w:t>namaz mein jo kaha jata hai Alhamdulillah Rabb al-Alameen, ke simply yeh kuch ek ek word nahi hai jis ko recite karna kafi ho.</w:t>
      </w:r>
    </w:p>
    <w:p>
      <w:pPr>
        <w:jc w:val="right"/>
      </w:pPr>
      <w:r>
        <w:t>نماز میں جو کہا جاتا ہے الحمدللہ رب العالمین، کہ simply یہ کچھ ایک ایک word نہیں ہے جس کو recite کرنا کافی ہو۔</w:t>
      </w:r>
    </w:p>
    <w:p>
      <w:r>
        <w:rPr>
          <w:b/>
        </w:rPr>
        <w:t xml:space="preserve">[19:17] </w:t>
      </w:r>
      <w:r>
        <w:t>wo ek spirit ko inculcate karna hai. Spirit of shukr. Ek spirit of acknowledgement.</w:t>
      </w:r>
    </w:p>
    <w:p>
      <w:pPr>
        <w:jc w:val="right"/>
      </w:pPr>
      <w:r>
        <w:t>وہ ایک spirit کو inculcate کرنا ہے۔ Spirit of شکر۔ ایک spirit of acknowledgement۔</w:t>
      </w:r>
    </w:p>
    <w:p>
      <w:r>
        <w:rPr>
          <w:b/>
        </w:rPr>
        <w:t xml:space="preserve">[19:27] </w:t>
      </w:r>
      <w:r>
        <w:t>lekin wo</w:t>
      </w:r>
    </w:p>
    <w:p>
      <w:pPr>
        <w:jc w:val="right"/>
      </w:pPr>
      <w:r>
        <w:t>لیکن وہ</w:t>
      </w:r>
    </w:p>
    <w:p>
      <w:r>
        <w:rPr>
          <w:b/>
        </w:rPr>
        <w:t xml:space="preserve">[19:28] </w:t>
      </w:r>
      <w:r>
        <w:t>lip service ka koi mamla yeh nahi hai. Wo yeh hai ke aap ke seene mein ek ek storm aa jaye. Yeh soch kar ke kaisa bada Khuda hoga wo.</w:t>
      </w:r>
    </w:p>
    <w:p>
      <w:pPr>
        <w:jc w:val="right"/>
      </w:pPr>
      <w:r>
        <w:t>lip service کا کوئی معاملہ یہ نہیں ہے۔ وہ یہ ہے کہ آپ کے سینے میں ایک ایک storm آ جائے۔ یہ سوچ کر کے کہ کیسا بڑا خدا ہوگا وہ۔</w:t>
      </w:r>
    </w:p>
    <w:p>
      <w:r>
        <w:rPr>
          <w:b/>
        </w:rPr>
        <w:t xml:space="preserve">[19:40] </w:t>
      </w:r>
      <w:r>
        <w:t>jis ne universe ko banaya. Jis ne solar system ko banaya.</w:t>
      </w:r>
    </w:p>
    <w:p>
      <w:pPr>
        <w:jc w:val="right"/>
      </w:pPr>
      <w:r>
        <w:t>جس نے universe کو بنایا۔ جس نے solar system کو بنایا۔</w:t>
      </w:r>
    </w:p>
    <w:p>
      <w:r>
        <w:rPr>
          <w:b/>
        </w:rPr>
        <w:t xml:space="preserve">[19:45] </w:t>
      </w:r>
      <w:r>
        <w:t>jis ne star ko banaya. Jis ne planet ko banaya. Jis ne mujh ko banaya. Aur aise beautiful duniya rehne ke liye di.</w:t>
      </w:r>
    </w:p>
    <w:p>
      <w:pPr>
        <w:jc w:val="right"/>
      </w:pPr>
      <w:r>
        <w:t>جس نے star کو بنایا۔ جس نے planet کو بنایا۔ جس نے مجھ کو بنایا۔ اور ایسے beautiful دنیا رہنے کے لیے دی۔</w:t>
      </w:r>
    </w:p>
    <w:p>
      <w:r>
        <w:rPr>
          <w:b/>
        </w:rPr>
        <w:t xml:space="preserve">[19:55] </w:t>
      </w:r>
      <w:r>
        <w:t>yeh soch kar ke, yeh soch kar ke aap ke andar ek ek ek ek star jaag pade shukr ka.</w:t>
      </w:r>
    </w:p>
    <w:p>
      <w:pPr>
        <w:jc w:val="right"/>
      </w:pPr>
      <w:r>
        <w:t>یہ سوچ کر کے، یہ سوچ کر کے آپ کے اندر ایک ایک ایک ایک star جاگ پڑے شکر کا۔</w:t>
      </w:r>
    </w:p>
    <w:p>
      <w:r>
        <w:rPr>
          <w:b/>
        </w:rPr>
        <w:t xml:space="preserve">[20:02] </w:t>
      </w:r>
      <w:r>
        <w:t>aur aap jhuk jayein Khuda ke aage. Yeh hai Alhamdulillah Rabb al-Alameen.</w:t>
      </w:r>
    </w:p>
    <w:p>
      <w:pPr>
        <w:jc w:val="right"/>
      </w:pPr>
      <w:r>
        <w:t>اور آپ جھک جائیں خدا کے آگے۔ یہ ہے الحمدللہ رب العالمین۔</w:t>
      </w:r>
    </w:p>
    <w:p>
      <w:r>
        <w:rPr>
          <w:b/>
        </w:rPr>
        <w:t xml:space="preserve">[20:11] </w:t>
      </w:r>
      <w:r>
        <w:t>Alhamdulillah Rabb al-Alameen koi kuch recite karne ka ek kuch word nahi hai, ek sentence nahi hai. Ek spirit ko apne andar inculcate karne ka mamla hai yeh.</w:t>
      </w:r>
    </w:p>
    <w:p>
      <w:pPr>
        <w:jc w:val="right"/>
      </w:pPr>
      <w:r>
        <w:t>الحمدللہ رب العالمین کوئی کچھ recite کرنے کا ایک کچھ word نہیں ہے، ایک sentence نہیں ہے۔ ایک spirit کو اپنے اندر inculcate کرنے کا معاملہ ہے یہ۔</w:t>
      </w:r>
    </w:p>
    <w:p>
      <w:r>
        <w:rPr>
          <w:b/>
        </w:rPr>
        <w:t xml:space="preserve">[20:29] </w:t>
      </w:r>
      <w:r>
        <w:t>to is tarah ki cheezein namaz mein padhi jati hain.</w:t>
      </w:r>
    </w:p>
    <w:p>
      <w:pPr>
        <w:jc w:val="right"/>
      </w:pPr>
      <w:r>
        <w:t>تو اس طرح کی چیزیں نماز میں پڑھی جاتی ہیں۔</w:t>
      </w:r>
    </w:p>
    <w:p>
      <w:r>
        <w:rPr>
          <w:b/>
        </w:rPr>
        <w:t xml:space="preserve">[20:37] </w:t>
      </w:r>
      <w:r>
        <w:t>aam taur par namaz ka qaidah yeh hai ke pehle padhaya jata hai Alhamdulillah Rabb al-Alameen. Baaz sooraton mein.</w:t>
      </w:r>
    </w:p>
    <w:p>
      <w:pPr>
        <w:jc w:val="right"/>
      </w:pPr>
      <w:r>
        <w:t>عام طور پر نماز کا قاعدہ یہ ہے کہ پہلے پڑھایا جاتا ہے الحمدللہ رب العالمین۔ بعض صورتوں میں۔</w:t>
      </w:r>
    </w:p>
    <w:p>
      <w:r>
        <w:rPr>
          <w:b/>
        </w:rPr>
        <w:t xml:space="preserve">[20:46] </w:t>
      </w:r>
      <w:r>
        <w:t>aur us ke baad ek koi surah padhi jati hai. Baaz rakaton mein akele Alhamdulillah padha jata hai.</w:t>
      </w:r>
    </w:p>
    <w:p>
      <w:pPr>
        <w:jc w:val="right"/>
      </w:pPr>
      <w:r>
        <w:t>اور اس کے بعد ایک کوئی سورۃ پڑھی جاتی ہے۔ بعض رکعتوں میں اکیلے الحمدللہ پڑھا جاتا ہے۔</w:t>
      </w:r>
    </w:p>
    <w:p>
      <w:r>
        <w:rPr>
          <w:b/>
        </w:rPr>
        <w:t xml:space="preserve">[20:54] </w:t>
      </w:r>
      <w:r>
        <w:t>lekin zyada tar Alhamdulillah ke sath ek aur koi, ek aur koi surah ya chapter jis ko hum kehte hain, us ko shamil kiya jata hai.</w:t>
      </w:r>
    </w:p>
    <w:p>
      <w:pPr>
        <w:jc w:val="right"/>
      </w:pPr>
      <w:r>
        <w:t>لیکن زیادہ تر الحمدللہ کے ساتھ ایک اور کوئی، ایک اور کوئی سورۃ یا چیپٹر جس کو ہم کہتے ہیں، اس کو شامل کیا جاتا ہے۔</w:t>
      </w:r>
    </w:p>
    <w:p>
      <w:r>
        <w:rPr>
          <w:b/>
        </w:rPr>
        <w:t xml:space="preserve">[21:04] </w:t>
      </w:r>
      <w:r>
        <w:t>to misaal ke taur par ek chhoti si chapter jo aap sabhi namaz walon ko yaad rehti hai, wo hai Surah Al-Asr. Yeh padhte hain, aksar log padhte hain is ko namaz mein.</w:t>
      </w:r>
    </w:p>
    <w:p>
      <w:pPr>
        <w:jc w:val="right"/>
      </w:pPr>
      <w:r>
        <w:t>تو مثال کے طور پر ایک چھوٹی سی چیپٹر جو آپ سبھی نماز والوں کو یاد رہتی ہے، وہ ہے سورۃ العصر۔ یہ پڑھتے ہیں، اکثر لوگ پڑھتے ہیں اس کو نماز میں۔</w:t>
      </w:r>
    </w:p>
    <w:p>
      <w:r>
        <w:rPr>
          <w:b/>
        </w:rPr>
        <w:t xml:space="preserve">[21:18] </w:t>
      </w:r>
      <w:r>
        <w:t>Wal Asr. Innal insaana lafi khusr.</w:t>
      </w:r>
    </w:p>
    <w:p>
      <w:pPr>
        <w:jc w:val="right"/>
      </w:pPr>
      <w:r>
        <w:t>والعصر ان الانسان علی فی خسر۔</w:t>
      </w:r>
    </w:p>
    <w:p>
      <w:r>
        <w:rPr>
          <w:b/>
        </w:rPr>
        <w:t xml:space="preserve">[21:26] </w:t>
      </w:r>
      <w:r>
        <w:t>Illal lazeena aamano wa amilus saalihaat. Is ka matlab yeh hai ke time is a witness.</w:t>
      </w:r>
    </w:p>
    <w:p>
      <w:pPr>
        <w:jc w:val="right"/>
      </w:pPr>
      <w:r>
        <w:t>الا الذین آمنوا وعملوا الصالحات۔ اس کا مطلب یہ ہے کہ ٹائم از اے witness۔</w:t>
      </w:r>
    </w:p>
    <w:p>
      <w:r>
        <w:rPr>
          <w:b/>
        </w:rPr>
        <w:t xml:space="preserve">[21:34] </w:t>
      </w:r>
      <w:r>
        <w:t>Time is a witness that man is in loss. Ae laudable.</w:t>
      </w:r>
    </w:p>
    <w:p>
      <w:pPr>
        <w:jc w:val="right"/>
      </w:pPr>
      <w:r>
        <w:t>ٹائم از اے witness that man is in loss۔ اے لوڈبلز۔</w:t>
      </w:r>
    </w:p>
    <w:p>
      <w:r>
        <w:rPr>
          <w:b/>
        </w:rPr>
        <w:t xml:space="preserve">[21:43] </w:t>
      </w:r>
      <w:r>
        <w:t>Zamana gawah hai ke insaan ghaate mein hai.</w:t>
      </w:r>
    </w:p>
    <w:p>
      <w:pPr>
        <w:jc w:val="right"/>
      </w:pPr>
      <w:r>
        <w:t>زمانہ گواہ ہے کہ انسان گھاٹے میں ہے۔</w:t>
      </w:r>
    </w:p>
    <w:p>
      <w:r>
        <w:rPr>
          <w:b/>
        </w:rPr>
        <w:t xml:space="preserve">[21:49] </w:t>
      </w:r>
      <w:r>
        <w:t>Time is a witness that man is in loss. Is par ek commentator hain, un ka naam hai Imam Razi. Quran ke commentator.</w:t>
      </w:r>
    </w:p>
    <w:p>
      <w:pPr>
        <w:jc w:val="right"/>
      </w:pPr>
      <w:r>
        <w:t>ٹائم از اے witness that man is in loss۔ اس پر ایک کمنٹیٹر ہیں، ان کا نام ہے امام رازی۔ قرآن کے کمنٹیٹر۔</w:t>
      </w:r>
    </w:p>
    <w:p>
      <w:r>
        <w:rPr>
          <w:b/>
        </w:rPr>
        <w:t xml:space="preserve">[22:02] </w:t>
      </w:r>
      <w:r>
        <w:t>unhone is ki commentary likhte hue likha hai</w:t>
      </w:r>
    </w:p>
    <w:p>
      <w:pPr>
        <w:jc w:val="right"/>
      </w:pPr>
      <w:r>
        <w:t>انہوں نے اس کی کمنٹری لکھتے ہوئے لکھا ہے</w:t>
      </w:r>
    </w:p>
    <w:p>
      <w:r>
        <w:rPr>
          <w:b/>
        </w:rPr>
        <w:t xml:space="preserve">[22:06] </w:t>
      </w:r>
      <w:r>
        <w:t>ke is mein jo baat kahi gayi hai ke guzarta hua zamana ko Khuda ne witness banaya. Kis baat ka?</w:t>
      </w:r>
    </w:p>
    <w:p>
      <w:pPr>
        <w:jc w:val="right"/>
      </w:pPr>
      <w:r>
        <w:t>کہ اس میں جو بات کہی گئی ہے کہ گزرتا ہوا زمانہ کو خدا نے witness بنایا۔ اس کس بات کا؟</w:t>
      </w:r>
    </w:p>
    <w:p>
      <w:r>
        <w:rPr>
          <w:b/>
        </w:rPr>
        <w:t xml:space="preserve">[22:17] </w:t>
      </w:r>
      <w:r>
        <w:t>ke insaan ghaate mein hai. To unhone kaha is ko aap samajh sakte hain</w:t>
      </w:r>
    </w:p>
    <w:p>
      <w:pPr>
        <w:jc w:val="right"/>
      </w:pPr>
      <w:r>
        <w:t>کہ انسان گھاٹے میں ہے۔ تو انہوں نے کہا اس کو آپ سمجھ سکتے ہیں</w:t>
      </w:r>
    </w:p>
    <w:p>
      <w:r>
        <w:rPr>
          <w:b/>
        </w:rPr>
        <w:t xml:space="preserve">[22:24] </w:t>
      </w:r>
      <w:r>
        <w:t>ice, barf ki misaal se. Unhone kaha barf kya cheez hai? Barf is something different from iron aur stone.</w:t>
      </w:r>
    </w:p>
    <w:p>
      <w:pPr>
        <w:jc w:val="right"/>
      </w:pPr>
      <w:r>
        <w:t>آئس، برف کی مثال سے۔ انہوں نے کہا برف کیا چیز ہے؟ برف is something different from iron اور stone۔</w:t>
      </w:r>
    </w:p>
    <w:p>
      <w:r>
        <w:rPr>
          <w:b/>
        </w:rPr>
        <w:t xml:space="preserve">[22:36] </w:t>
      </w:r>
      <w:r>
        <w:t>lohay ka tukra hai, waise hi pachas baras tak pada rahega woh.</w:t>
      </w:r>
    </w:p>
    <w:p>
      <w:pPr>
        <w:jc w:val="right"/>
      </w:pPr>
      <w:r>
        <w:t>لوہے کا ٹکڑا ہے، ویسے ہی پچاس برس تک پڑا رہے گا وہ۔</w:t>
      </w:r>
    </w:p>
    <w:p>
      <w:r>
        <w:rPr>
          <w:b/>
        </w:rPr>
        <w:t xml:space="preserve">[22:42] </w:t>
      </w:r>
      <w:r>
        <w:t>pathar ka tukra hai, waise hi hazar baras tak pada rahega woh. lekin ice kya hai? woh barabar pighalti rehti hai. pighal pighal kam hoti rehti hai hatta ke khatm ho jati hai.</w:t>
      </w:r>
    </w:p>
    <w:p>
      <w:pPr>
        <w:jc w:val="right"/>
      </w:pPr>
      <w:r>
        <w:t>پتھر کا ٹکڑا ہے، ویسے ہی ہزار برس تک پڑا رہے گا وہ۔ لیکن آئس کیا ہے؟ وہ برابر پگھلتی رہتی ہے۔ پگھل پگھل کم ہوتی رہتی ہے حتیٰ کہ ختم ہو جاتی ہے۔</w:t>
      </w:r>
    </w:p>
    <w:p>
      <w:r>
        <w:rPr>
          <w:b/>
        </w:rPr>
        <w:t xml:space="preserve">[22:57] </w:t>
      </w:r>
      <w:r>
        <w:t>to woh likhte hain ke yeh quran ka yeh verse jo hai, yeh chapter hai, woh bata raha hai ke insan ki life jo hai, just like ice hai.</w:t>
      </w:r>
    </w:p>
    <w:p>
      <w:pPr>
        <w:jc w:val="right"/>
      </w:pPr>
      <w:r>
        <w:t>تو وہ لکھتے ہیں کہ یہ قرآن کا یہ verse جو ہے، یہ چیپٹر ہے، وہ بتا رہا ہے کہ انسان کی life جو ہے، just like آئس ہے۔</w:t>
      </w:r>
    </w:p>
    <w:p>
      <w:r>
        <w:rPr>
          <w:b/>
        </w:rPr>
        <w:t xml:space="preserve">[23:12] </w:t>
      </w:r>
      <w:r>
        <w:t>kyunke aap jante hain ke hum paida hone ke baad din bad din kya hota hai? hum hamari umar ghatti rehti hai, khatm hote rehte hain, khatm hote rehte hain, badh jate hain.</w:t>
      </w:r>
    </w:p>
    <w:p>
      <w:pPr>
        <w:jc w:val="right"/>
      </w:pPr>
      <w:r>
        <w:t>کیونکہ آپ جانتے ہیں کہ ہم پیدا ہونے کے بعد دن بدن کیا ہوتا ہے؟ ہم ہماری عمر گھٹتی رہتی ہے، ختم ہوتے رہتے ہیں، ختم ہوتے رہتے ہیں، بڑھ جاتے ہیں۔</w:t>
      </w:r>
    </w:p>
    <w:p>
      <w:r>
        <w:rPr>
          <w:b/>
        </w:rPr>
        <w:t xml:space="preserve">[23:25] </w:t>
      </w:r>
      <w:r>
        <w:t>yani paida hote hi count down shuru ho gaya.</w:t>
      </w:r>
    </w:p>
    <w:p>
      <w:pPr>
        <w:jc w:val="right"/>
      </w:pPr>
      <w:r>
        <w:t>یعنی پیدا ہوتے ہی count down شروع ہو گیا۔</w:t>
      </w:r>
    </w:p>
    <w:p>
      <w:r>
        <w:rPr>
          <w:b/>
        </w:rPr>
        <w:t xml:space="preserve">[23:31] </w:t>
      </w:r>
      <w:r>
        <w:t>paida hote hi agar aap farz kijiye chalis baras jeene wale hain to ek saal khatm hua to thirty nine ho gaya. aur khatm hua to thirty eight ho gaya. aur khatm hua to thirty seven ho gaya.</w:t>
      </w:r>
    </w:p>
    <w:p>
      <w:pPr>
        <w:jc w:val="right"/>
      </w:pPr>
      <w:r>
        <w:t>پیدا ہوتے ہی اگر آپ فرض کیجیے چالیس برس جینے والے ہیں تو ایک سال ختم ہوا تو تھرٹی نائن ہو گیا۔ اور ختم ہوا تو تھرٹی ایٹ ہو گیا۔ اور ختم ہوا تو تھرٹی سیون ہو گیا۔</w:t>
      </w:r>
    </w:p>
    <w:p>
      <w:r>
        <w:rPr>
          <w:b/>
        </w:rPr>
        <w:t xml:space="preserve">[23:41] </w:t>
      </w:r>
      <w:r>
        <w:t>ghatte gatte gatte gatte do par aya, phir ek par aya, phir khatm ho gaya.</w:t>
      </w:r>
    </w:p>
    <w:p>
      <w:pPr>
        <w:jc w:val="right"/>
      </w:pPr>
      <w:r>
        <w:t>گھٹتے گھٹتے گھٹتے گھٹتے دو پر آیا، پھر ایک پر آیا، پھر ختم ہو گیا۔</w:t>
      </w:r>
    </w:p>
    <w:p>
      <w:r>
        <w:rPr>
          <w:b/>
        </w:rPr>
        <w:t xml:space="preserve">[23:47] </w:t>
      </w:r>
      <w:r>
        <w:t>to kya paida hote hi count down shuru ho gaya.</w:t>
      </w:r>
    </w:p>
    <w:p>
      <w:pPr>
        <w:jc w:val="right"/>
      </w:pPr>
      <w:r>
        <w:t>تو کیا پیدا ہوتے ہی count down شروع ہو گیا۔</w:t>
      </w:r>
    </w:p>
    <w:p>
      <w:r>
        <w:rPr>
          <w:b/>
        </w:rPr>
        <w:t xml:space="preserve">[23:55] </w:t>
      </w:r>
      <w:r>
        <w:t>ab kitni kitni kitni sochne ki baat yeh hai ke idhar mein paida hua, idhar count down bhi shuru ho gaya. hote hote mar jaunga mein.</w:t>
      </w:r>
    </w:p>
    <w:p>
      <w:pPr>
        <w:jc w:val="right"/>
      </w:pPr>
      <w:r>
        <w:t>اب کتنی کتنی کتنی سوچنے کی بات یہ ہے کہ ادھر میں پیدا ہوا، ادھر count down بھی شروع ہو گیا۔ ہوتے ہوتے مر جاؤں گا میں۔</w:t>
      </w:r>
    </w:p>
    <w:p>
      <w:r>
        <w:rPr>
          <w:b/>
        </w:rPr>
        <w:t xml:space="preserve">[24:06] </w:t>
      </w:r>
      <w:r>
        <w:t>to barf ka mamla to hua. jaise par pighal pighal kam ho rahi hai, aise hi mein</w:t>
      </w:r>
    </w:p>
    <w:p>
      <w:pPr>
        <w:jc w:val="right"/>
      </w:pPr>
      <w:r>
        <w:t>تو برف کا معاملہ تو ہوا۔ جیسے پر پگھل پگھل کم ہو رہی ہے، ایسے ہی میں</w:t>
      </w:r>
    </w:p>
    <w:p>
      <w:r>
        <w:rPr>
          <w:b/>
        </w:rPr>
        <w:t xml:space="preserve">[24:13] </w:t>
      </w:r>
      <w:r>
        <w:t>yani har din kam hota chala ja raha hoon. hatta ke maut tak pahunch jata hoon mein. to unhone kaha ke aise hi mamla insan ka hai, barf jaisa.</w:t>
      </w:r>
    </w:p>
    <w:p>
      <w:pPr>
        <w:jc w:val="right"/>
      </w:pPr>
      <w:r>
        <w:t>یعنی ہر دن کم ہوتا چلا جا رہا ہوں۔ حتیٰ کہ موت تک پہنچ جاتا ہوں میں۔ تو انہوں نے کہا کہ ایسے ہی معاملہ انسان کا ہے، برف جیسا۔</w:t>
      </w:r>
    </w:p>
    <w:p>
      <w:r>
        <w:rPr>
          <w:b/>
        </w:rPr>
        <w:t xml:space="preserve">[24:25] </w:t>
      </w:r>
      <w:r>
        <w:t>ke jis tarah se barf. unhone likha hai ke maine samjha is ayat ko baghdad ke ek ek jagah maine dekha ke ek aadmi barf bech raha tha, ice.</w:t>
      </w:r>
    </w:p>
    <w:p>
      <w:pPr>
        <w:jc w:val="right"/>
      </w:pPr>
      <w:r>
        <w:t>کہ جس طرح سے برف۔ انہوں نے لکھا ہے کہ میں نے سمجھا اس آیت کو بغداد کے ایک ایک جگہ میں نے دیکھا کہ ایک آدمی برف بیچ رہا تھا، آئس۔</w:t>
      </w:r>
    </w:p>
    <w:p>
      <w:r>
        <w:rPr>
          <w:b/>
        </w:rPr>
        <w:t xml:space="preserve">[24:39] </w:t>
      </w:r>
      <w:r>
        <w:t>us zamane mein barf ki ice factory nahi hoti thi lekin ek aur tareeqa tha barf banane ka. is se bana barf bana kar bech bechte the log.</w:t>
      </w:r>
    </w:p>
    <w:p>
      <w:pPr>
        <w:jc w:val="right"/>
      </w:pPr>
      <w:r>
        <w:t>اس زمانے میں برف کی آئس فیکٹری نہیں ہوتی تھی لیکن ایک اور طریقہ تھا برف بنانے کا۔ اس سے بنا برف بنا کر بیچ بیچتے تھے لوگ۔</w:t>
      </w:r>
    </w:p>
    <w:p>
      <w:r>
        <w:rPr>
          <w:b/>
        </w:rPr>
        <w:t xml:space="preserve">[24:48] </w:t>
      </w:r>
      <w:r>
        <w:t>to woh ek aadmi bech raha tha barf, yani woh ghoom ghoom kar ke aur kehta tha, pukarta tha,</w:t>
      </w:r>
    </w:p>
    <w:p>
      <w:pPr>
        <w:jc w:val="right"/>
      </w:pPr>
      <w:r>
        <w:t>تو وہ ایک آدمی بیچ رہا تھا برف، یعنی وہ گھوم گھوم کر کے اور کہتا تھا، پکارتا تھا،</w:t>
      </w:r>
    </w:p>
    <w:p>
      <w:r>
        <w:rPr>
          <w:b/>
        </w:rPr>
        <w:t xml:space="preserve">[24:56] </w:t>
      </w:r>
      <w:r>
        <w:t>ae logon!</w:t>
      </w:r>
    </w:p>
    <w:p>
      <w:pPr>
        <w:jc w:val="right"/>
      </w:pPr>
      <w:r>
        <w:t>اے لوگوں!</w:t>
      </w:r>
    </w:p>
    <w:p>
      <w:r>
        <w:rPr>
          <w:b/>
        </w:rPr>
        <w:t xml:space="preserve">[24:58] </w:t>
      </w:r>
      <w:r>
        <w:t>ek aise aadmi ki madad karo. jis ka saman har lamha pighal kar khatm ho raha hai.</w:t>
      </w:r>
    </w:p>
    <w:p>
      <w:pPr>
        <w:jc w:val="right"/>
      </w:pPr>
      <w:r>
        <w:t>ایک ایسے آدمی کی مدد کرو۔ جس کا سامان ہر لمحہ پگھل کر ختم ہو رہا ہے۔</w:t>
      </w:r>
    </w:p>
    <w:p>
      <w:r>
        <w:rPr>
          <w:b/>
        </w:rPr>
        <w:t xml:space="preserve">[25:09] </w:t>
      </w:r>
      <w:r>
        <w:t>matlab agar tum kharido ge nahi aur mujhe aise hi mera barf jo hai aise hi pada rahega to kuch der ke baad sara pighal ke beh chuka hoga.</w:t>
      </w:r>
    </w:p>
    <w:p>
      <w:pPr>
        <w:jc w:val="right"/>
      </w:pPr>
      <w:r>
        <w:t>مطلب اگر تم خریدو گے نہیں اور مجھے ایسے ہی میرا برف جو ہے ایسے ہی پڑا رہے گا تو کچھ دیر کے بعد سارا پگھل کے بہہ چکا ہوگا۔</w:t>
      </w:r>
    </w:p>
    <w:p>
      <w:r>
        <w:rPr>
          <w:b/>
        </w:rPr>
        <w:t xml:space="preserve">[25:18] </w:t>
      </w:r>
      <w:r>
        <w:t>mere paas kuch bhi nahi rahega. to unhone kaha ke jab maine suna is aadmi ko yeh kehte hue ke ae logon!</w:t>
      </w:r>
    </w:p>
    <w:p>
      <w:pPr>
        <w:jc w:val="right"/>
      </w:pPr>
      <w:r>
        <w:t>میرے پاس کچھ بھی نہیں رہے گا۔ تو انہوں نے کہا کہ جب میں نے سنا اس آدمی کو یہ کہتے ہوئے کہ اے لوگوں!</w:t>
      </w:r>
    </w:p>
    <w:p>
      <w:r>
        <w:rPr>
          <w:b/>
        </w:rPr>
        <w:t xml:space="preserve">[25:26] </w:t>
      </w:r>
      <w:r>
        <w:t>ek aise insaan ki madad karo. jis ka سرمایہ, jis ka capital har waqt kam ho raha hai, kam ho raha hai, kam ho raha hai, decrease ho raha hai.</w:t>
      </w:r>
    </w:p>
    <w:p>
      <w:pPr>
        <w:jc w:val="right"/>
      </w:pPr>
      <w:r>
        <w:t>ایک ایسے انسان کی مدد کرو۔ جس کا سرمایہ، جس کا capital ہر وقت کم ہو رہا ہے، کم ہو رہا ہے، کم ہو رہا ہے، decrease ہو رہا ہے۔</w:t>
      </w:r>
    </w:p>
    <w:p>
      <w:r>
        <w:rPr>
          <w:b/>
        </w:rPr>
        <w:t xml:space="preserve">[25:37] </w:t>
      </w:r>
      <w:r>
        <w:t>to unhone kaha ke yahi zindagi ka mamla hai. zindagi kya hai? har lamha count down ho raha hai. hum maut ki taraf ja rahe hain.</w:t>
      </w:r>
    </w:p>
    <w:p>
      <w:pPr>
        <w:jc w:val="right"/>
      </w:pPr>
      <w:r>
        <w:t>تو انہوں نے کہا کہ یہی زندگی کا معاملہ ہے۔ زندگی کیا ہے؟ ہر لمحہ count down ہو رہا ہے۔ ہم موت کی طرف جا رہے ہیں۔</w:t>
      </w:r>
    </w:p>
    <w:p>
      <w:r>
        <w:rPr>
          <w:b/>
        </w:rPr>
        <w:t xml:space="preserve">[25:49] </w:t>
      </w:r>
      <w:r>
        <w:t>in log birthday manate hain, halanke halanke death day manana chahiye. kyunke har agla saal kya hota hai? woh death ko yaad dilata hai.</w:t>
      </w:r>
    </w:p>
    <w:p>
      <w:pPr>
        <w:jc w:val="right"/>
      </w:pPr>
      <w:r>
        <w:t>ان لوگ birthday مناتے ہیں، حالانکہ حالانکہ death day منانا چاہیے۔ کیونکہ ہر اگلا سال کیا ہوتا ہے؟ وہ death کو یاد دلاتا ہے۔</w:t>
      </w:r>
    </w:p>
    <w:p>
      <w:r>
        <w:rPr>
          <w:b/>
        </w:rPr>
        <w:t xml:space="preserve">[25:58] </w:t>
      </w:r>
      <w:r>
        <w:t>ke meri umar mein ek saal aur kam ho gaya. jab hum birthday manate hote hain to aisa nahi hai ke birthday</w:t>
      </w:r>
    </w:p>
    <w:p>
      <w:pPr>
        <w:jc w:val="right"/>
      </w:pPr>
      <w:r>
        <w:t>کہ میری عمر میں ایک سال اور کم ہو گیا۔ جب ہم birthday مناتے ہوتے ہیں تو ایسا نہیں ہے کہ birthday</w:t>
      </w:r>
    </w:p>
    <w:p>
      <w:r>
        <w:rPr>
          <w:b/>
        </w:rPr>
        <w:t xml:space="preserve">[26:07] </w:t>
      </w:r>
      <w:r>
        <w:t>ke din hamara hamari umar badh rahi hai. har saal jab khatm hua mera, har saal jab poora hota hai to woh ek reminder hai ke tumhari zindagi jitni thi us mein ek saal aur kam hoga, ek saal aur kam hoga.</w:t>
      </w:r>
    </w:p>
    <w:p>
      <w:pPr>
        <w:jc w:val="right"/>
      </w:pPr>
      <w:r>
        <w:t>کے دن ہمارا ہماری عمر بڑھ رہی ہے۔ ہر سال جب ختم ہوا میرا، ہر سال جب پورا ہوتا ہے تو وہ ایک reminder ہے کہ تمہاری زندگی جتنی تھی اس میں ایک سال اور کم ہوگا، ایک سال اور کم ہوگا۔</w:t>
      </w:r>
    </w:p>
    <w:p>
      <w:r>
        <w:rPr>
          <w:b/>
        </w:rPr>
        <w:t xml:space="preserve">[26:22] </w:t>
      </w:r>
      <w:r>
        <w:t>to yeh mamla count down ka mamla hai.</w:t>
      </w:r>
    </w:p>
    <w:p>
      <w:pPr>
        <w:jc w:val="right"/>
      </w:pPr>
      <w:r>
        <w:t>تو یہ معاملہ count down کا معاملہ ہے۔</w:t>
      </w:r>
    </w:p>
    <w:p>
      <w:r>
        <w:rPr>
          <w:b/>
        </w:rPr>
        <w:t xml:space="preserve">[26:26] </w:t>
      </w:r>
      <w:r>
        <w:t>to unhone likha hai ke yeh surat bata rahi hai ke ae insan!</w:t>
      </w:r>
    </w:p>
    <w:p>
      <w:pPr>
        <w:jc w:val="right"/>
      </w:pPr>
      <w:r>
        <w:t>تو انہوں نے لکھا ہے کہ یہ سورۃ بتا رہی ہے کہ اے انسان!</w:t>
      </w:r>
    </w:p>
    <w:p>
      <w:r>
        <w:rPr>
          <w:b/>
        </w:rPr>
        <w:t xml:space="preserve">[26:31] </w:t>
      </w:r>
      <w:r>
        <w:t>hoshiyar ho ja, alert ho ja. avail kar le apne time ko. avail na karna hi ghaate mein jana hai.</w:t>
      </w:r>
    </w:p>
    <w:p>
      <w:pPr>
        <w:jc w:val="right"/>
      </w:pPr>
      <w:r>
        <w:t>ہوشیار ہو جا، alert ہو جا۔ اویل کر لے اپنے ٹائم کو۔ اویل نہ کرنا ہی گھاٹے میں جانا ہے۔</w:t>
      </w:r>
    </w:p>
    <w:p>
      <w:r>
        <w:rPr>
          <w:b/>
        </w:rPr>
        <w:t xml:space="preserve">[26:42] </w:t>
      </w:r>
      <w:r>
        <w:t>matlab barf na bechna hi barf ko khatam karna hai. bech lo, yani barf ko istemal kar lo to mil gaya. agar chhode raho, chhode raho to khatam.</w:t>
      </w:r>
    </w:p>
    <w:p>
      <w:pPr>
        <w:jc w:val="right"/>
      </w:pPr>
      <w:r>
        <w:t>مطلب برف نہ بیچنا ہی برف کو ختم کرنا ہے۔ بیچ لو، یعنی برف کو استعمال کر لو تو مل گیا۔ اگر چھوڑے رہو، چھوڑے رہو تو ختم۔</w:t>
      </w:r>
    </w:p>
    <w:p>
      <w:r>
        <w:rPr>
          <w:b/>
        </w:rPr>
        <w:t xml:space="preserve">[26:54] </w:t>
      </w:r>
      <w:r>
        <w:t>to unhon ne likha hai ke zindagi aise hi hai bas. ke ghata to apne aap ho raha hai. loss to apne aap hi ho raha hai.</w:t>
      </w:r>
    </w:p>
    <w:p>
      <w:pPr>
        <w:jc w:val="right"/>
      </w:pPr>
      <w:r>
        <w:t>تو انہوں نے لکھا ہے کہ زندگی ایسے ہی ہے بس۔ کہ گھاٹا تو اپنے آپ ہو رہا ہے۔ لاس تو اپنے آپ ہی ہو رہا ہے۔</w:t>
      </w:r>
    </w:p>
    <w:p>
      <w:r>
        <w:rPr>
          <w:b/>
        </w:rPr>
        <w:t xml:space="preserve">[27:06] </w:t>
      </w:r>
      <w:r>
        <w:t>lekin avail karna hai to woh aap ko planning karni paregi, struggle karni paregi, koshish karni paregi.</w:t>
      </w:r>
    </w:p>
    <w:p>
      <w:pPr>
        <w:jc w:val="right"/>
      </w:pPr>
      <w:r>
        <w:t>لیکن اویل کرنا ہے تو وہ آپ کو planning کرنی پڑے گی، struggle کرنی پڑے گی، کوشش کرنی پڑے گی۔</w:t>
      </w:r>
    </w:p>
    <w:p>
      <w:r>
        <w:rPr>
          <w:b/>
        </w:rPr>
        <w:t xml:space="preserve">[27:19] </w:t>
      </w:r>
      <w:r>
        <w:t>un ka failure to apne aap aa rahi hai. achievement jo hai woh koshish kar ke aayega.</w:t>
      </w:r>
    </w:p>
    <w:p>
      <w:pPr>
        <w:jc w:val="right"/>
      </w:pPr>
      <w:r>
        <w:t>ان کا failure تو اپنے آپ آ رہی ہے۔ Achievement جو ہے وہ کوشش کر کے آئے گا۔</w:t>
      </w:r>
    </w:p>
    <w:p>
      <w:r>
        <w:rPr>
          <w:b/>
        </w:rPr>
        <w:t xml:space="preserve">[27:27] </w:t>
      </w:r>
      <w:r>
        <w:t>kaisi ajib baat hai.</w:t>
      </w:r>
    </w:p>
    <w:p>
      <w:pPr>
        <w:jc w:val="right"/>
      </w:pPr>
      <w:r>
        <w:t>کیسی عجیب بات ہے۔</w:t>
      </w:r>
    </w:p>
    <w:p>
      <w:r>
        <w:rPr>
          <w:b/>
        </w:rPr>
        <w:t xml:space="preserve">[27:29] </w:t>
      </w:r>
      <w:r>
        <w:t>ab yeh namaz mein parha aadmi ne.</w:t>
      </w:r>
    </w:p>
    <w:p>
      <w:pPr>
        <w:jc w:val="right"/>
      </w:pPr>
      <w:r>
        <w:t>اب یہ نماز میں پڑھا آدمی نے۔</w:t>
      </w:r>
    </w:p>
    <w:p>
      <w:r>
        <w:rPr>
          <w:b/>
        </w:rPr>
        <w:t xml:space="preserve">[27:34] </w:t>
      </w:r>
      <w:r>
        <w:t>aksar namazon mein log chhoti surtein parhte hain to yeh suratul asr sab log parhte hain, bohat log parhte hain. ab bataiye ke yeh yeh jo hai kitna hila dene wali baat hai.</w:t>
      </w:r>
    </w:p>
    <w:p>
      <w:pPr>
        <w:jc w:val="right"/>
      </w:pPr>
      <w:r>
        <w:t>اکثر نمازوں میں لوگ چھوٹی سورتیں پڑھتے ہیں تو یہ سورۃ العصر سب لوگ پڑھتے ہیں، بہت لوگ پڑھتے ہیں۔ اب بتائیے کہ یہ یہ جو ہے کتنا ہلا دینے والی بات ہے۔</w:t>
      </w:r>
    </w:p>
    <w:p>
      <w:r>
        <w:rPr>
          <w:b/>
        </w:rPr>
        <w:t xml:space="preserve">[27:49] </w:t>
      </w:r>
      <w:r>
        <w:t>yeh reminder jo hai kitna hila dene wala</w:t>
      </w:r>
    </w:p>
    <w:p>
      <w:pPr>
        <w:jc w:val="right"/>
      </w:pPr>
      <w:r>
        <w:t>یہ reminder جو ہے کتنا ہلا دینے والا</w:t>
      </w:r>
    </w:p>
    <w:p>
      <w:r>
        <w:rPr>
          <w:b/>
        </w:rPr>
        <w:t xml:space="preserve">[27:52] </w:t>
      </w:r>
      <w:r>
        <w:t>hai. jab aadmi yeh surat ko parh kar nikle bahar, namaz ke bahar. to aap yani aaj kal to aap dekhen ke masjid ke bahar khade ho jaiye, gate par.</w:t>
      </w:r>
    </w:p>
    <w:p>
      <w:pPr>
        <w:jc w:val="right"/>
      </w:pPr>
      <w:r>
        <w:t>ہے۔ جب آدمی یہ سورۃ کو پڑھ کر نکلے باہر، نماز کے باہر۔ تو آپ یعنی آج کل تو آپ دیکھیں کہ مسجد کے باہر کھڑے ہو جائیے، gate پر۔</w:t>
      </w:r>
    </w:p>
    <w:p>
      <w:r>
        <w:rPr>
          <w:b/>
        </w:rPr>
        <w:t xml:space="preserve">[28:03] </w:t>
      </w:r>
      <w:r>
        <w:t>nikle gaye log to ho ha karte hue, baatein karte hue, hansi mazak karte hue nikalte hain.</w:t>
      </w:r>
    </w:p>
    <w:p>
      <w:pPr>
        <w:jc w:val="right"/>
      </w:pPr>
      <w:r>
        <w:t>نکلے گئے لوگ تو ہو ہا کرتے ہوئے، باتیں کرتے ہوئے، ہنسی مذاق کرتے ہوئے نکلتے ہیں۔</w:t>
      </w:r>
    </w:p>
    <w:p>
      <w:r>
        <w:rPr>
          <w:b/>
        </w:rPr>
        <w:t xml:space="preserve">[28:10] </w:t>
      </w:r>
      <w:r>
        <w:t>kafi kisi masjid ke samne khade ho jaiye aap. lekin profit ke jo companion the to aata hai kitabon mein ke jab woh nikalte the to har ek chup hota tha.</w:t>
      </w:r>
    </w:p>
    <w:p>
      <w:pPr>
        <w:jc w:val="right"/>
      </w:pPr>
      <w:r>
        <w:t>کافی کسی مسجد کے سامنے کھڑے ہو جائیے آپ۔ لیکن پرافٹ کے جو companion تھے تو آتا ہے کتابوں میں کہ جب وہ نکلتے تھے تو ہر ایک چپ ہوتا تھا۔</w:t>
      </w:r>
    </w:p>
    <w:p>
      <w:r>
        <w:rPr>
          <w:b/>
        </w:rPr>
        <w:t xml:space="preserve">[28:22] </w:t>
      </w:r>
      <w:r>
        <w:t>sab speechless hota tha. chup chap sar jhukaye hue</w:t>
      </w:r>
    </w:p>
    <w:p>
      <w:pPr>
        <w:jc w:val="right"/>
      </w:pPr>
      <w:r>
        <w:t>سب speechless ہوتا تھا۔ چپ چاپ سر جھکائے ہوئے</w:t>
      </w:r>
    </w:p>
    <w:p>
      <w:r>
        <w:rPr>
          <w:b/>
        </w:rPr>
        <w:t xml:space="preserve">[28:28] </w:t>
      </w:r>
      <w:r>
        <w:t>apne ghar ki taraf ja ja rahe hote the. ab sochiye kyun aisa hai? aaj masjidon se jab bahar niklte hain log to khoob ha haoo karte hue, hanste hue, bolte hue nikalte hain.</w:t>
      </w:r>
    </w:p>
    <w:p>
      <w:pPr>
        <w:jc w:val="right"/>
      </w:pPr>
      <w:r>
        <w:t>اپنے گھر کی طرف جا جا رہے ہوتے تھے۔ اب سوچیے کیوں ایسا ہے؟ آج مسجدوں سے جب باہر نکلتے ہیں لوگ تو خوب ہا ہاؤ کرتے ہوئے، ہنستے ہوئے، بولتے ہوئے نکلتے ہیں۔</w:t>
      </w:r>
    </w:p>
    <w:p>
      <w:r>
        <w:rPr>
          <w:b/>
        </w:rPr>
        <w:t xml:space="preserve">[28:40] </w:t>
      </w:r>
      <w:r>
        <w:t>woh nikalte the speechless ho kar ke. kyun? yeh yaad karte the</w:t>
      </w:r>
    </w:p>
    <w:p>
      <w:pPr>
        <w:jc w:val="right"/>
      </w:pPr>
      <w:r>
        <w:t>وہ نکلتے تھے speechless ہو کر کے۔ کیوں؟ یہ یاد کرتے تھے</w:t>
      </w:r>
    </w:p>
    <w:p>
      <w:r>
        <w:rPr>
          <w:b/>
        </w:rPr>
        <w:t xml:space="preserve">[28:47] </w:t>
      </w:r>
      <w:r>
        <w:t>ke hamara to countdown ho raha hai. har din hum maut ki taraf badh rahe hain. avail kar lo, avail kar lo, avail kar lo.</w:t>
      </w:r>
    </w:p>
    <w:p>
      <w:pPr>
        <w:jc w:val="right"/>
      </w:pPr>
      <w:r>
        <w:t>کہ ہمارا تو count down ہو رہا ہے۔ ہر دن ہم موت کی طرف بڑھ رہے ہیں۔ اویل کر لو، اویل کر لو، اویل کر لو۔</w:t>
      </w:r>
    </w:p>
    <w:p>
      <w:r>
        <w:rPr>
          <w:b/>
        </w:rPr>
        <w:t xml:space="preserve">[28:56] </w:t>
      </w:r>
      <w:r>
        <w:t>kya maloom kal hi maut aane wali ho. to un ke liye namaz reminder ban jati thi. aaj kal kya hai?</w:t>
      </w:r>
    </w:p>
    <w:p>
      <w:pPr>
        <w:jc w:val="right"/>
      </w:pPr>
      <w:r>
        <w:t>کیا معلوم کل ہی موت آنے والی ہو۔ تو ان کے لیے نماز reminder بن جاتی تھی۔ آج کل کیا ہے؟</w:t>
      </w:r>
    </w:p>
    <w:p>
      <w:r>
        <w:rPr>
          <w:b/>
        </w:rPr>
        <w:t xml:space="preserve">[29:06] </w:t>
      </w:r>
      <w:r>
        <w:t>namaz ko samajhte hain ritual. ek form ada kar liya, baat khatam.</w:t>
      </w:r>
    </w:p>
    <w:p>
      <w:pPr>
        <w:jc w:val="right"/>
      </w:pPr>
      <w:r>
        <w:t>نماز کو سمجھتے ہیں ritual۔ ایک فارم ادا کر لیا، بات ختم۔</w:t>
      </w:r>
    </w:p>
    <w:p>
      <w:r>
        <w:rPr>
          <w:b/>
        </w:rPr>
        <w:t xml:space="preserve">[29:16] </w:t>
      </w:r>
      <w:r>
        <w:t>aisi namaz ke bare mein wohi rasool Allah ka qaul hai ke jao phir se namaz parho kyunke tum ne namaz nahi parhi.</w:t>
      </w:r>
    </w:p>
    <w:p>
      <w:pPr>
        <w:jc w:val="right"/>
      </w:pPr>
      <w:r>
        <w:t>ایسی نماز کے بارے میں وہی رسول اللہ کا قول ہے کہ جاؤ پھر سے نماز پڑھو کیونکہ تم نے نماز نہیں پڑھی۔</w:t>
      </w:r>
    </w:p>
    <w:p>
      <w:r>
        <w:rPr>
          <w:b/>
        </w:rPr>
        <w:t xml:space="preserve">[29:28] </w:t>
      </w:r>
      <w:r>
        <w:t>to is tarah ki baatein parhte hue aadmi aur aage badhta hai. to phir is mein woh cheez hoti hai jis ko hum kehte hain ruku aur sujud.</w:t>
      </w:r>
    </w:p>
    <w:p>
      <w:pPr>
        <w:jc w:val="right"/>
      </w:pPr>
      <w:r>
        <w:t>تو اس طرح کی باتیں پڑھتے ہوئے آدمی اور آگے بڑھتا ہے۔ تو پھر اس میں وہ چیز ہوتی ہے جس کو ہم کہتے ہیں رکوع اور سجود.</w:t>
      </w:r>
    </w:p>
    <w:p>
      <w:r>
        <w:rPr>
          <w:b/>
        </w:rPr>
        <w:t xml:space="preserve">[29:40] </w:t>
      </w:r>
      <w:r>
        <w:t>ruku kehte hain aadmi sar jhukaya, aadmi ne. aur sajda kehte hain ke sar ko zameen par rakh diya.</w:t>
      </w:r>
    </w:p>
    <w:p>
      <w:pPr>
        <w:jc w:val="right"/>
      </w:pPr>
      <w:r>
        <w:t>رکوع کہتے ہیں آدمی سر جھکایا، آدمی نے۔ اور سجدہ کہتے ہیں کہ سر کو زمین پر رکھ دیا۔</w:t>
      </w:r>
    </w:p>
    <w:p>
      <w:r>
        <w:rPr>
          <w:b/>
        </w:rPr>
        <w:t xml:space="preserve">[29:49] </w:t>
      </w:r>
      <w:r>
        <w:t>pehle jhuka aur phir yani jo kehte hain bow karna, bow kiya, phir zameen par sar rakh diya. yeh kya hai?</w:t>
      </w:r>
    </w:p>
    <w:p>
      <w:pPr>
        <w:jc w:val="right"/>
      </w:pPr>
      <w:r>
        <w:t>پہلے جھکا اور پھر یعنی جو کہتے ہیں باؤ کرنا، باؤ کیا، پھر زمین پر سر رکھ دیا۔ یہ کیا ہے؟</w:t>
      </w:r>
    </w:p>
    <w:p>
      <w:r>
        <w:rPr>
          <w:b/>
        </w:rPr>
        <w:t xml:space="preserve">[30:02] </w:t>
      </w:r>
      <w:r>
        <w:t>isi spirit ka yeh ek ek woh hai demonstration hai.</w:t>
      </w:r>
    </w:p>
    <w:p>
      <w:pPr>
        <w:jc w:val="right"/>
      </w:pPr>
      <w:r>
        <w:t>اسی spirit کا یہ ایک ایک وہ ہے demonstration ہے۔</w:t>
      </w:r>
    </w:p>
    <w:p>
      <w:r>
        <w:rPr>
          <w:b/>
        </w:rPr>
        <w:t xml:space="preserve">[30:09] </w:t>
      </w:r>
      <w:r>
        <w:t>ruku aur sajda bhi koi ritual nahi hai, koi rasam nahi hai. yani bow karna ya apna sar zameen par rakh dena yeh koi ritual ki baat nahi hai.</w:t>
      </w:r>
    </w:p>
    <w:p>
      <w:pPr>
        <w:jc w:val="right"/>
      </w:pPr>
      <w:r>
        <w:t>رکوع اور سجدہ بھی کوئی ritual نہیں ہے، کوئی رسم نہیں ہے۔ یعنی باؤ کرنا یا اپنا سر زمین پر رکھ دینا یہ کوئی ritual کی بات نہیں ہے۔</w:t>
      </w:r>
    </w:p>
    <w:p>
      <w:r>
        <w:rPr>
          <w:b/>
        </w:rPr>
        <w:t xml:space="preserve">[30:22] </w:t>
      </w:r>
      <w:r>
        <w:t>woh spirit jo jaagi aadmi ke andar</w:t>
      </w:r>
    </w:p>
    <w:p>
      <w:pPr>
        <w:jc w:val="right"/>
      </w:pPr>
      <w:r>
        <w:t>وہ spirit جو جاگی آدمی کے اندر</w:t>
      </w:r>
    </w:p>
    <w:p>
      <w:r>
        <w:rPr>
          <w:b/>
        </w:rPr>
        <w:t xml:space="preserve">[30:25] </w:t>
      </w:r>
      <w:r>
        <w:t>keh bara tu khud sirf khuda hai, mein to chota houn. shukr to khuda hi ke liye hai. isi ko sari barhai hai.</w:t>
      </w:r>
    </w:p>
    <w:p>
      <w:pPr>
        <w:jc w:val="right"/>
      </w:pPr>
      <w:r>
        <w:t>کہ بڑا تو خود صرف خدا ہے، میں تو چھوٹا ہوں۔ شکر تو خدا ہی کے لیے ہے۔ اسی کو ساری بڑائی ہے۔</w:t>
      </w:r>
    </w:p>
    <w:p>
      <w:r>
        <w:rPr>
          <w:b/>
        </w:rPr>
        <w:t xml:space="preserve">[30:37] </w:t>
      </w:r>
      <w:r>
        <w:t>meri zindagi</w:t>
      </w:r>
    </w:p>
    <w:p>
      <w:pPr>
        <w:jc w:val="right"/>
      </w:pPr>
      <w:r>
        <w:t>میری زندگی</w:t>
      </w:r>
    </w:p>
    <w:p>
      <w:r>
        <w:rPr>
          <w:b/>
        </w:rPr>
        <w:t xml:space="preserve">[30:41] </w:t>
      </w:r>
      <w:r>
        <w:t>is waqt ka meri zindagi is waqt kamyab hogi jab ke khuda ki mujhe madad mile, uski help mile, nahi to mein kamyab nahi ho sakta.</w:t>
      </w:r>
    </w:p>
    <w:p>
      <w:pPr>
        <w:jc w:val="right"/>
      </w:pPr>
      <w:r>
        <w:t>اس وقت کا میری زندگی اس وقت کامیاب ہوگی جب کہ خدا کی مجھے مدد ملے، اس کی help ملے، نہیں تو میں کامیاب نہیں ہو سکتا ہوں۔</w:t>
      </w:r>
    </w:p>
    <w:p>
      <w:r>
        <w:rPr>
          <w:b/>
        </w:rPr>
        <w:t xml:space="preserve">[30:52] </w:t>
      </w:r>
      <w:r>
        <w:t>yani yeh sab ehsasat jo jaage admi ke andar to woh ehsasat jo hai</w:t>
      </w:r>
    </w:p>
    <w:p>
      <w:pPr>
        <w:jc w:val="right"/>
      </w:pPr>
      <w:r>
        <w:t>یعنی یہ سب احساسات جو جاگے آدمی کے اندر تو وہ احساسات جو ہے</w:t>
      </w:r>
    </w:p>
    <w:p>
      <w:r>
        <w:rPr>
          <w:b/>
        </w:rPr>
        <w:t xml:space="preserve">[30:59] </w:t>
      </w:r>
      <w:r>
        <w:t>manifest hue is tarah se ke admi sajde mein gir pada. ruku mein gir pada. aur phir wahan par kya kehte hain?</w:t>
      </w:r>
    </w:p>
    <w:p>
      <w:pPr>
        <w:jc w:val="right"/>
      </w:pPr>
      <w:r>
        <w:t>manifest ہوئے اس طرح سے کہ آدمی سجدے میں گر پڑا۔ رکوع میں گر پڑا۔ اور پھر وہاں پر کیا کہتے ہیں؟</w:t>
      </w:r>
    </w:p>
    <w:p>
      <w:r>
        <w:rPr>
          <w:b/>
        </w:rPr>
        <w:t xml:space="preserve">[31:11] </w:t>
      </w:r>
      <w:r>
        <w:t>to mislan is mein kai duain hoti hain. aam taur par to namaz mein kuch ek dua dua hai woh yaad kar lete hain, log parhte rehte hain. lekin hadithon mein aur duain aati hain bohat si.</w:t>
      </w:r>
    </w:p>
    <w:p>
      <w:pPr>
        <w:jc w:val="right"/>
      </w:pPr>
      <w:r>
        <w:t>تو مثلاً اس میں کئی دعائیں ہوتی ہیں۔ عام طور پر تو نماز میں کچھ ایک دعا دعا ہے وہ یاد کر لیتے ہیں، لوگ پڑھتے رہتے ہیں۔ لیکن حدیثوں میں اور دعائیں آتی ہیں بہت سی۔</w:t>
      </w:r>
    </w:p>
    <w:p>
      <w:r>
        <w:rPr>
          <w:b/>
        </w:rPr>
        <w:t xml:space="preserve">[31:24] </w:t>
      </w:r>
      <w:r>
        <w:t>mislan ruku ke bare mein hadith mein hai ke aap ne jab ruku mein gaye, ruku kehte hain</w:t>
      </w:r>
    </w:p>
    <w:p>
      <w:pPr>
        <w:jc w:val="right"/>
      </w:pPr>
      <w:r>
        <w:t>مثلاً رکوع کے بارے میں حدیث میں ہے کہ آپ نے جب رکوع میں گئے، رکوع کہتے ہیں</w:t>
      </w:r>
    </w:p>
    <w:p>
      <w:r>
        <w:rPr>
          <w:b/>
        </w:rPr>
        <w:t xml:space="preserve">[31:32] </w:t>
      </w:r>
      <w:r>
        <w:t>ghahista jhukne ko. to aap ke zuban se nikla allah-hum lak rakatt wa bik aamantu allah-hum rakatt allah-hum rakatt</w:t>
      </w:r>
    </w:p>
    <w:p>
      <w:pPr>
        <w:jc w:val="right"/>
      </w:pPr>
      <w:r>
        <w:t>گھائستہ جھکنے کو۔ تو آپ کے زبان سے نکلا اللہم لک رکعت وبک آمنت اللہم رکعت اللہم رکعت</w:t>
      </w:r>
    </w:p>
    <w:p>
      <w:r>
        <w:rPr>
          <w:b/>
        </w:rPr>
        <w:t xml:space="preserve">[31:49] </w:t>
      </w:r>
      <w:r>
        <w:t>makh basri wa sam'i wa azmi azmi wa mukhi wa asabi aye khuda</w:t>
      </w:r>
    </w:p>
    <w:p>
      <w:pPr>
        <w:jc w:val="right"/>
      </w:pPr>
      <w:r>
        <w:t>مخ بصری و سمعی و عظمی عظمی و مخی وعصبی اے خدا</w:t>
      </w:r>
    </w:p>
    <w:p>
      <w:r>
        <w:rPr>
          <w:b/>
        </w:rPr>
        <w:t xml:space="preserve">[31:59] </w:t>
      </w:r>
      <w:r>
        <w:t>! mein jhuk gaya tere aage. mera sar tere aage jhuk gaya. meri aankh tere aage jhuk gayi. mera kaan tere aage jhuk gaya.</w:t>
      </w:r>
    </w:p>
    <w:p>
      <w:pPr>
        <w:jc w:val="right"/>
      </w:pPr>
      <w:r>
        <w:t>! میں جھک گیا تیرے آگے۔ میرا سر تیرے آگے جھک گیا۔ میری آنکھ تیرے آگے جھک گئی۔ میرا کان تیرے آگے جھک گیا۔</w:t>
      </w:r>
    </w:p>
    <w:p>
      <w:r>
        <w:rPr>
          <w:b/>
        </w:rPr>
        <w:t xml:space="preserve">[32:11] </w:t>
      </w:r>
      <w:r>
        <w:t>mera pura sab kuch jhuk gaya tere aage. woh spirit jo hai woh bol rahi hoti thi. woh spirit</w:t>
      </w:r>
    </w:p>
    <w:p>
      <w:pPr>
        <w:jc w:val="right"/>
      </w:pPr>
      <w:r>
        <w:t>میرا پورا سب کچھ جھک گیا تیرے آگے۔ وہ spirit جو ہے وہ بول رہی ہوتی تھی۔ وہ spirit</w:t>
      </w:r>
    </w:p>
    <w:p>
      <w:r>
        <w:rPr>
          <w:b/>
        </w:rPr>
        <w:t xml:space="preserve">[32:23] </w:t>
      </w:r>
      <w:r>
        <w:t>to allah ko jab aap ne bara mana, apne ko chota mana to kya hua? surrender ki spirit aayi, submission ki spirit aayi. to yeh ruku aur sajda jo hai haqiqatan submission aur surrender ki spirit ka kya</w:t>
      </w:r>
    </w:p>
    <w:p>
      <w:pPr>
        <w:jc w:val="right"/>
      </w:pPr>
      <w:r>
        <w:t>تو اللہ کو جب آپ نے بڑا مانا، اپنے کو چھوٹا مانا تو کیا ہوا؟ surrender کی spirit آئی، submission کی spirit آئی۔ تو یہ رکوع اور سجدہ جو ہے حقیقتاً submission اور surrender کی spirit کا کیا</w:t>
      </w:r>
    </w:p>
    <w:p>
      <w:r>
        <w:rPr>
          <w:b/>
        </w:rPr>
        <w:t xml:space="preserve">[32:40] </w:t>
      </w:r>
      <w:r>
        <w:t>demonstration hai? isi ka manifestation hai.</w:t>
      </w:r>
    </w:p>
    <w:p>
      <w:pPr>
        <w:jc w:val="right"/>
      </w:pPr>
      <w:r>
        <w:t>demonstration ہے؟ اسی کا manifestation ہے۔</w:t>
      </w:r>
    </w:p>
    <w:p>
      <w:r>
        <w:rPr>
          <w:b/>
        </w:rPr>
        <w:t xml:space="preserve">[32:46] </w:t>
      </w:r>
      <w:r>
        <w:t>wohi cheez jo andar ek storm utha tha, wohi storm is tarah ruku aur sajde ki surat mein dhal gaya. yeh spirit wali namaz.</w:t>
      </w:r>
    </w:p>
    <w:p>
      <w:pPr>
        <w:jc w:val="right"/>
      </w:pPr>
      <w:r>
        <w:t>وہی چیز جو اندر ایک storm اٹھا تھا، وہی storm اس طرح رکوع اور سجدے کی صورت میں ڈھل گیا۔ یہ spirit والی نماز۔</w:t>
      </w:r>
    </w:p>
    <w:p>
      <w:r>
        <w:rPr>
          <w:b/>
        </w:rPr>
        <w:t xml:space="preserve">[33:01] </w:t>
      </w:r>
      <w:r>
        <w:t>is tarah se aap parhte hue aage barhte hain.</w:t>
      </w:r>
    </w:p>
    <w:p>
      <w:pPr>
        <w:jc w:val="right"/>
      </w:pPr>
      <w:r>
        <w:t>اس طرح سے آپ پڑھتے ہوئے آگے بڑھتے ہیں۔</w:t>
      </w:r>
    </w:p>
    <w:p>
      <w:r>
        <w:rPr>
          <w:b/>
        </w:rPr>
        <w:t xml:space="preserve">[33:05] </w:t>
      </w:r>
      <w:r>
        <w:t>aur aam taur par namazen do unit, char unit ya maghrib mein teen unit hoti hain. to namazon ko khatam karne ke baad kya hota hai?</w:t>
      </w:r>
    </w:p>
    <w:p>
      <w:pPr>
        <w:jc w:val="right"/>
      </w:pPr>
      <w:r>
        <w:t>اور عام طور پر نمازیں دو unit، چار unit یا مغرب میں تین unit ہوتی ہیں۔ تو نمازوں کو ختم کرنے کے بعد کیا ہوتا ہے؟</w:t>
      </w:r>
    </w:p>
    <w:p>
      <w:r>
        <w:rPr>
          <w:b/>
        </w:rPr>
        <w:t xml:space="preserve">[33:22] </w:t>
      </w:r>
      <w:r>
        <w:t>aap aakhir mein apna sar dayen aur bayen mor kar kehte hain assalam-o-alaikum wa rahmatullah, assalam-o-alaikum wa rahmatullah.</w:t>
      </w:r>
    </w:p>
    <w:p>
      <w:pPr>
        <w:jc w:val="right"/>
      </w:pPr>
      <w:r>
        <w:t>آپ آخر میں اپنا سر دائیں اور بائیں موڑ کر کہتے ہیں السلام علیکم ورحمتہ اللہ، السلام علیکم ورحمتہ اللہ۔</w:t>
      </w:r>
    </w:p>
    <w:p>
      <w:r>
        <w:rPr>
          <w:b/>
        </w:rPr>
        <w:t xml:space="preserve">[33:35] </w:t>
      </w:r>
      <w:r>
        <w:t>yeh har namaz ke baad kaha jata hai.</w:t>
      </w:r>
    </w:p>
    <w:p>
      <w:pPr>
        <w:jc w:val="right"/>
      </w:pPr>
      <w:r>
        <w:t>یہ ہر نماز کے بعد کہا جاتا ہے۔</w:t>
      </w:r>
    </w:p>
    <w:p>
      <w:r>
        <w:rPr>
          <w:b/>
        </w:rPr>
        <w:t xml:space="preserve">[33:40] </w:t>
      </w:r>
      <w:r>
        <w:t>peace be upon you. peace and blessing be upon you. you se kaun murad hai? sari duniya ke log.</w:t>
      </w:r>
    </w:p>
    <w:p>
      <w:pPr>
        <w:jc w:val="right"/>
      </w:pPr>
      <w:r>
        <w:t>Peace be upon you۔ Peace and blessing be upon you۔ you سے کون مراد ہے؟ ساری دنیا کے لوگ۔</w:t>
      </w:r>
    </w:p>
    <w:p>
      <w:r>
        <w:rPr>
          <w:b/>
        </w:rPr>
        <w:t xml:space="preserve">[33:50] </w:t>
      </w:r>
      <w:r>
        <w:t>yani east mein, west mein, south mein, north mein har taraf jo log hain un sab ke liye.</w:t>
      </w:r>
    </w:p>
    <w:p>
      <w:pPr>
        <w:jc w:val="right"/>
      </w:pPr>
      <w:r>
        <w:t>یعنی east میں، west میں، ساؤتھ میں، north میں ہر طرف جو لوگ ہیں ان سب کے لیے۔</w:t>
      </w:r>
    </w:p>
    <w:p>
      <w:r>
        <w:rPr>
          <w:b/>
        </w:rPr>
        <w:t xml:space="preserve">[33:59] </w:t>
      </w:r>
      <w:r>
        <w:t>to sar jab ghumata hai, sar jab ghumata hai namaz parhne wala idhar aur udhar to sare woh insan jo globe par hain chahe east ke hon ya west ke hon, north ke hon, south ke hon un se keh raha hota hai aye logon!</w:t>
      </w:r>
    </w:p>
    <w:p>
      <w:pPr>
        <w:jc w:val="right"/>
      </w:pPr>
      <w:r>
        <w:t>تو سر جب گھماتا ہے، سر جب گھماتا ہے نماز پڑھنے والا ادھر اور ادھر تو سارے وہ انسان جو گلوب پر ہیں چاہے east کے ہوں یا west کے ہوں، north کے ہوں، ساؤتھ کے ہوں ان سے کہہ رہا ہوتا ہے اے لوگوں!</w:t>
      </w:r>
    </w:p>
    <w:p>
      <w:r>
        <w:rPr>
          <w:b/>
        </w:rPr>
        <w:t xml:space="preserve">[34:16] </w:t>
      </w:r>
      <w:r>
        <w:t>assalam-o-alaikum wa rahmatullah. tumhare upar peace ho khuda ki, tumhare upar blessing ho khuda ki. is ko ek bohat bare scholar the un ka naam tha ibn owaynah.</w:t>
      </w:r>
    </w:p>
    <w:p>
      <w:pPr>
        <w:jc w:val="right"/>
      </w:pPr>
      <w:r>
        <w:t>السلام علیکم ورحمتہ اللہ۔ تمہارے اوپر peace ہو خدا کی، تمہارے اوپر blessing ہو خدا کی۔ اس کو ایک بہت بڑے scholar تھے ان کا نام تھا ابن عوینہ۔</w:t>
      </w:r>
    </w:p>
    <w:p>
      <w:r>
        <w:rPr>
          <w:b/>
        </w:rPr>
        <w:t xml:space="preserve">[34:30] </w:t>
      </w:r>
      <w:r>
        <w:t>ibn owaynah. to unhon ne is ko kaha yeh assalam-o-alaikum kehna kya hai?</w:t>
      </w:r>
    </w:p>
    <w:p>
      <w:pPr>
        <w:jc w:val="right"/>
      </w:pPr>
      <w:r>
        <w:t>ابن عوینہ۔ تو انہوں نے اس کو کہا یہ السلام علیکم کہنا کیا ہے؟</w:t>
      </w:r>
    </w:p>
    <w:p>
      <w:r>
        <w:rPr>
          <w:b/>
        </w:rPr>
        <w:t xml:space="preserve">[34:40] </w:t>
      </w:r>
      <w:r>
        <w:t>to unhon ne kaha ke assalam</w:t>
      </w:r>
    </w:p>
    <w:p>
      <w:pPr>
        <w:jc w:val="right"/>
      </w:pPr>
      <w:r>
        <w:t>تو انہوں نے کہا کہ السلام</w:t>
      </w:r>
    </w:p>
    <w:p>
      <w:r>
        <w:rPr>
          <w:b/>
        </w:rPr>
        <w:t xml:space="preserve">[34:46] </w:t>
      </w:r>
      <w:r>
        <w:t>assalam kya tum jante ho ke assalam-o-alaikum jab kehta hai namazi to kya matlab hota hai is ka? woh kehta hai ke ant aamin minni, ant aamin minni.</w:t>
      </w:r>
    </w:p>
    <w:p>
      <w:pPr>
        <w:jc w:val="right"/>
      </w:pPr>
      <w:r>
        <w:t>السلام کیا تم جانتے ہو کہ السلام علیکم جب کہتا ہے نمازی تو کیا مطلب ہوتا ہے اس کا؟ وہ کہتا ہے کہ انت آمن منی، انت آمن منی۔</w:t>
      </w:r>
    </w:p>
    <w:p>
      <w:r>
        <w:rPr>
          <w:b/>
        </w:rPr>
        <w:t xml:space="preserve">[35:02] </w:t>
      </w:r>
      <w:r>
        <w:t>kaisi anokhi baat hai dekhiye ant aamin minni, ant aamin minni.</w:t>
      </w:r>
    </w:p>
    <w:p>
      <w:pPr>
        <w:jc w:val="right"/>
      </w:pPr>
      <w:r>
        <w:t>کیسی انوکھی بات ہے دیکھیے انت آمن منی، انت آمن منی۔</w:t>
      </w:r>
    </w:p>
    <w:p>
      <w:r>
        <w:rPr>
          <w:b/>
        </w:rPr>
        <w:t xml:space="preserve">[35:09] </w:t>
      </w:r>
      <w:r>
        <w:t>a logon! tum mujh se safe ho, a logon! tum mujh se safe ho.</w:t>
      </w:r>
    </w:p>
    <w:p>
      <w:pPr>
        <w:jc w:val="right"/>
      </w:pPr>
      <w:r>
        <w:t>اے لوگوں! تم مجھ سے safe ہو، اے لوگوں! تم مجھ سے safe ہو۔</w:t>
      </w:r>
    </w:p>
    <w:p>
      <w:r>
        <w:rPr>
          <w:b/>
        </w:rPr>
        <w:t xml:space="preserve">[35:17] </w:t>
      </w:r>
      <w:r>
        <w:t>yani ab jo purify ho kar nikla hoon masjid se main, ab jo main khuda ki spirit le kar nikla hoon masjid se main to kya hoga?</w:t>
      </w:r>
    </w:p>
    <w:p>
      <w:pPr>
        <w:jc w:val="right"/>
      </w:pPr>
      <w:r>
        <w:t>یعنی اب جو purify ہو کر نکلا ہوں مسجد سے میں، اب جو میں خدا کی spirit لے کر نکلا ہوں مسجد سے میں تو کیا ہوگا؟</w:t>
      </w:r>
    </w:p>
    <w:p>
      <w:r>
        <w:rPr>
          <w:b/>
        </w:rPr>
        <w:t xml:space="preserve">[35:32] </w:t>
      </w:r>
      <w:r>
        <w:t>duniya mein modest ban kar rahoon ga.</w:t>
      </w:r>
    </w:p>
    <w:p>
      <w:pPr>
        <w:jc w:val="right"/>
      </w:pPr>
      <w:r>
        <w:t>دنیا میں modest بن کر رہوں گا۔</w:t>
      </w:r>
    </w:p>
    <w:p>
      <w:r>
        <w:rPr>
          <w:b/>
        </w:rPr>
        <w:t xml:space="preserve">[35:36] </w:t>
      </w:r>
      <w:r>
        <w:t>duniya mein khuda ko surrender kar ke rahoon ga. duniya mein</w:t>
      </w:r>
    </w:p>
    <w:p>
      <w:pPr>
        <w:jc w:val="right"/>
      </w:pPr>
      <w:r>
        <w:t>دنیا میں خدا کو surrender کر کے رہوں گا۔ دنیا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