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39 Al-Zumar (The Crowds) - Maulana Wahiduddin Khan</w:t>
      </w:r>
    </w:p>
    <w:p>
      <w:r>
        <w:t>https://www.youtube.com/watch?v=dRhB9qT8kTM</w:t>
      </w:r>
    </w:p>
    <w:p>
      <w:r>
        <w:rPr>
          <w:b/>
        </w:rPr>
        <w:t xml:space="preserve">[00:01] </w:t>
      </w:r>
      <w:r>
        <w:t>bismillah rahman rahim.</w:t>
      </w:r>
    </w:p>
    <w:p>
      <w:pPr>
        <w:jc w:val="right"/>
      </w:pPr>
      <w:r>
        <w:t>بسم الله الرحمن الرحيم.</w:t>
      </w:r>
    </w:p>
    <w:p>
      <w:r>
        <w:rPr>
          <w:b/>
        </w:rPr>
        <w:t xml:space="preserve">[00:07] </w:t>
      </w:r>
      <w:r>
        <w:t>tanzil al-kitab min Allah al-aziz al-hakim.</w:t>
      </w:r>
    </w:p>
    <w:p>
      <w:pPr>
        <w:jc w:val="right"/>
      </w:pPr>
      <w:r>
        <w:t>تنزيل الكتاب من الله العزيز الحكيم.</w:t>
      </w:r>
    </w:p>
    <w:p>
      <w:r>
        <w:rPr>
          <w:b/>
        </w:rPr>
        <w:t xml:space="preserve">[00:15] </w:t>
      </w:r>
      <w:r>
        <w:t>inna anzalna ilayka al-kitab bil-haqq fa'abud Allah mukhlisan lah al-din.</w:t>
      </w:r>
    </w:p>
    <w:p>
      <w:pPr>
        <w:jc w:val="right"/>
      </w:pPr>
      <w:r>
        <w:t>إنا أنزلنا إليك الكتاب بالحق فاعبد الله مخلصًا له الدين.</w:t>
      </w:r>
    </w:p>
    <w:p>
      <w:r>
        <w:rPr>
          <w:b/>
        </w:rPr>
        <w:t xml:space="preserve">[00:31] </w:t>
      </w:r>
      <w:r>
        <w:t>ala lillah al-din al-khalis? wa alladhina attakhadhu min dunih awliya' ma na'buduhum illa li-yuqarribuna</w:t>
      </w:r>
    </w:p>
    <w:p>
      <w:pPr>
        <w:jc w:val="right"/>
      </w:pPr>
      <w:r>
        <w:t>ألا لله الدين الخالص؟ والذين اتخذوا من دونه أولياء ما نعبدهم إلا ليقربونا</w:t>
      </w:r>
    </w:p>
    <w:p>
      <w:r>
        <w:rPr>
          <w:b/>
        </w:rPr>
        <w:t xml:space="preserve">[00:51] </w:t>
      </w:r>
      <w:r>
        <w:t>ila Allah zulfan. illa li-yuqarribuna ila Allah zulfan.</w:t>
      </w:r>
    </w:p>
    <w:p>
      <w:pPr>
        <w:jc w:val="right"/>
      </w:pPr>
      <w:r>
        <w:t>إلى الله زلفى. إلا ليقربونا إلى الله زلفى.</w:t>
      </w:r>
    </w:p>
    <w:p>
      <w:r>
        <w:rPr>
          <w:b/>
        </w:rPr>
        <w:t xml:space="preserve">[01:03] </w:t>
      </w:r>
      <w:r>
        <w:t>i</w:t>
      </w:r>
    </w:p>
    <w:p>
      <w:pPr>
        <w:jc w:val="right"/>
      </w:pPr>
      <w:r>
        <w:t>إ</w:t>
      </w:r>
    </w:p>
    <w:p>
      <w:r>
        <w:rPr>
          <w:b/>
        </w:rPr>
        <w:t xml:space="preserve">[01:04] </w:t>
      </w:r>
      <w:r>
        <w:t>inna Allah yahkumu baynahum fima hum fih yakhtalifun.</w:t>
      </w:r>
    </w:p>
    <w:p>
      <w:pPr>
        <w:jc w:val="right"/>
      </w:pPr>
      <w:r>
        <w:t>ن الله يحكم بينهم فيما هم فيه يختلفون.</w:t>
      </w:r>
    </w:p>
    <w:p>
      <w:r>
        <w:rPr>
          <w:b/>
        </w:rPr>
        <w:t xml:space="preserve">[01:13] </w:t>
      </w:r>
      <w:r>
        <w:t>inna Allah la yahdi man huwa kadhibun kaffar.</w:t>
      </w:r>
    </w:p>
    <w:p>
      <w:pPr>
        <w:jc w:val="right"/>
      </w:pPr>
      <w:r>
        <w:t>إن الله لا يهدي من هو كاذب كفار.</w:t>
      </w:r>
    </w:p>
    <w:p>
      <w:r>
        <w:rPr>
          <w:b/>
        </w:rPr>
        <w:t xml:space="preserve">[01:22] </w:t>
      </w:r>
      <w:r>
        <w:t>shuru Allah ke naam se jo bara meherban, nihayat reham wala hai. yeh kitab Allah ki taraf se utari gayi hai, jo zabardast hai, hikmat wala hai.</w:t>
      </w:r>
    </w:p>
    <w:p>
      <w:pPr>
        <w:jc w:val="right"/>
      </w:pPr>
      <w:r>
        <w:t>شروع اللہ کے نام سے جو بڑا مہربان، نہایت رحم والا ہے۔ یہ کتاب اللہ کی طرف سے اتاری گئی ہے، جو زبردست ہے، حکمت والا ہے۔</w:t>
      </w:r>
    </w:p>
    <w:p>
      <w:r>
        <w:rPr>
          <w:b/>
        </w:rPr>
        <w:t xml:space="preserve">[01:36] </w:t>
      </w:r>
      <w:r>
        <w:t>beshak hum ne yeh kitab tumhari taraf haq ke sath utari hai, pas tum Allah hi ki ibadat karo, usi ke liye deen ko khalis karte hue.</w:t>
      </w:r>
    </w:p>
    <w:p>
      <w:pPr>
        <w:jc w:val="right"/>
      </w:pPr>
      <w:r>
        <w:t>بے شک ہم نے یہ کتاب تمہاری طرف حق کے ساتھ اتاری ہے، پس تم اللہ ہی کی عبادت کرو، اسی کے لیے دین کو خالص کرتے ہوئے۔</w:t>
      </w:r>
    </w:p>
    <w:p>
      <w:r>
        <w:rPr>
          <w:b/>
        </w:rPr>
        <w:t xml:space="preserve">[01:49] </w:t>
      </w:r>
      <w:r>
        <w:t>aagah: deen khalis sirf Allah ke liye hai,</w:t>
      </w:r>
    </w:p>
    <w:p>
      <w:pPr>
        <w:jc w:val="right"/>
      </w:pPr>
      <w:r>
        <w:t>آگاہ: دین خالص صرف اللہ کے لیے ہے،</w:t>
      </w:r>
    </w:p>
    <w:p>
      <w:r>
        <w:rPr>
          <w:b/>
        </w:rPr>
        <w:t xml:space="preserve">[01:53] </w:t>
      </w:r>
      <w:r>
        <w:t>aur jin logon ne is ke siwa doosre himayati bana rakhe hain ke hum to un ki ibadat sirf is liye karte hain ke woh hum ko Khuda se qareeb kar dein, beshak Allah un ke darmiyan is baat ka faisla kar de ga jis mein woh ikhtilaf kar rahe hain.</w:t>
      </w:r>
    </w:p>
    <w:p>
      <w:pPr>
        <w:jc w:val="right"/>
      </w:pPr>
      <w:r>
        <w:t>اور جن لوگوں نے اس کے سوا دوسرے حمایتی بنا رکھے ہیں کہ ہم تو ان کی عبادت صرف اس لیے کرتے ہیں کہ وہ ہم کو خدا سے قریب کر دیں، بے شک اللہ ان کے درمیان اس بات کا فیصلہ کر دے گا جس میں وہ اختلاف کر رہے ہیں۔</w:t>
      </w:r>
    </w:p>
    <w:p>
      <w:r>
        <w:rPr>
          <w:b/>
        </w:rPr>
        <w:t xml:space="preserve">[02:13] </w:t>
      </w:r>
      <w:r>
        <w:t>Allah aise shakhs ko hidayat nahi deta jo jhoota haq ko na manane wala ho. tashreeh: quran haqiqat waqe ka khudai bayan hai.</w:t>
      </w:r>
    </w:p>
    <w:p>
      <w:pPr>
        <w:jc w:val="right"/>
      </w:pPr>
      <w:r>
        <w:t>اللہ ایسے شخص کو ہدایت نہیں دیتا جو جھوٹا حق کو نہ ماننے والا ہو۔ تشریح: قرآن حقیقت واقعہ کا خدائی بیان ہے۔</w:t>
      </w:r>
    </w:p>
    <w:p>
      <w:r>
        <w:rPr>
          <w:b/>
        </w:rPr>
        <w:t xml:space="preserve">[02:26] </w:t>
      </w:r>
      <w:r>
        <w:t>is ka hakimana usloob aur</w:t>
      </w:r>
    </w:p>
    <w:p>
      <w:pPr>
        <w:jc w:val="right"/>
      </w:pPr>
      <w:r>
        <w:t>اس کا حکیمانہ اسلوب اور</w:t>
      </w:r>
    </w:p>
    <w:p>
      <w:r>
        <w:rPr>
          <w:b/>
        </w:rPr>
        <w:t xml:space="preserve">[02:30] </w:t>
      </w:r>
      <w:r>
        <w:t>is ke ghair maamooli taur par pakhtah mazameen is baat ka dakhli saboot hain ke yeh waqe'atan khudai ki taraf se hai, koi insan is qism ka ghair maamooli kalam pesh karne par qadir nahi.</w:t>
      </w:r>
    </w:p>
    <w:p>
      <w:pPr>
        <w:jc w:val="right"/>
      </w:pPr>
      <w:r>
        <w:t>اس کے غیر معمولی طور پر پختہ مضامین اس بات کا داخلی ثبوت ہیں کہ یہ واقعتاً خدائی کی طرف سے ہے، کوئی انسان اس قسم کا غیر معمولی کلام پیش کرنے پر قادر نہیں۔</w:t>
      </w:r>
    </w:p>
    <w:p>
      <w:r>
        <w:rPr>
          <w:b/>
        </w:rPr>
        <w:t xml:space="preserve">[02:47] </w:t>
      </w:r>
      <w:r>
        <w:t>deen ko Allah ke liye khalis karne ka matlab hai ibadat ko Allah ke liye khalis karna, yani yeh ke tum sirf aik Allah ki ibadat karo, apni ibadat ko usi ke liye khalis karte hue.</w:t>
      </w:r>
    </w:p>
    <w:p>
      <w:pPr>
        <w:jc w:val="right"/>
      </w:pPr>
      <w:r>
        <w:t>دین کو اللہ کے لیے خالص کرنے کا مطلب ہے عبادت کو اللہ کے لیے خالص کرنا، یعنی یہ کہ تم صرف ایک اللہ کی عبادت کرو، اپنی عبادت کو اسی کے لیے خالص کرتے ہوئے۔</w:t>
      </w:r>
    </w:p>
    <w:p>
      <w:r>
        <w:rPr>
          <w:b/>
        </w:rPr>
        <w:t xml:space="preserve">[03:05] </w:t>
      </w:r>
      <w:r>
        <w:t>har insan ke andar purasrar taur par ibadat ka jazba maujood hai, yani kisi ko bara tasawwur kar ke us ke liye ista'jab ka ehsas paida hona.</w:t>
      </w:r>
    </w:p>
    <w:p>
      <w:pPr>
        <w:jc w:val="right"/>
      </w:pPr>
      <w:r>
        <w:t>ہر انسان کے اندر پراسرار طور پر عبادت کا جذبہ موجود ہے، یعنی کسی کو بڑا تصور کر کے اس کے لیے استعجاب کا احساس پیدا ہونا۔</w:t>
      </w:r>
    </w:p>
    <w:p>
      <w:r>
        <w:rPr>
          <w:b/>
        </w:rPr>
        <w:t xml:space="preserve">[03:18] </w:t>
      </w:r>
      <w:r>
        <w:t>jis hasti ke baray mein aadmi ke andar yeh ehsas paida ho jaye,</w:t>
      </w:r>
    </w:p>
    <w:p>
      <w:pPr>
        <w:jc w:val="right"/>
      </w:pPr>
      <w:r>
        <w:t>جس ہستی کے بارے میں آدمی کے اندر یہ احساس پیدا ہو جائے،</w:t>
      </w:r>
    </w:p>
    <w:p>
      <w:r>
        <w:rPr>
          <w:b/>
        </w:rPr>
        <w:t xml:space="preserve">[03:22] </w:t>
      </w:r>
      <w:r>
        <w:t>us ko woh sab se ziyada muqaddas samajhta hai. us ke aage us ki poori hasti jhuk jati hai, us ke janab mein woh ghair maamooli qism ke ehtiram ka izhar karta hai.</w:t>
      </w:r>
    </w:p>
    <w:p>
      <w:pPr>
        <w:jc w:val="right"/>
      </w:pPr>
      <w:r>
        <w:t>اس کو وہ سب سے زیادہ مقدس سمجھتا ہے۔ اس کے آگے اس کی پوری ہستی جھک جاتی ہے، اس کے جناب میں وہ غیر معمولی قسم کے احترام کا اظہار کرتا ہے۔</w:t>
      </w:r>
    </w:p>
    <w:p>
      <w:r>
        <w:rPr>
          <w:b/>
        </w:rPr>
        <w:t xml:space="preserve">[03:36] </w:t>
      </w:r>
      <w:r>
        <w:t>is se woh sab se ziyada darta hai, aur usi se woh sab se ziyada mohabbat karta hai.</w:t>
      </w:r>
    </w:p>
    <w:p>
      <w:pPr>
        <w:jc w:val="right"/>
      </w:pPr>
      <w:r>
        <w:t>اس سے وہ سب سے زیادہ ڈرتا ہے، اور اسی سے وہ سب سے زیادہ محبت کرتا ہے۔</w:t>
      </w:r>
    </w:p>
    <w:p>
      <w:r>
        <w:rPr>
          <w:b/>
        </w:rPr>
        <w:t xml:space="preserve">[03:44] </w:t>
      </w:r>
      <w:r>
        <w:t>us ki yaad se us ki rooh ko lazzat milti hai, wohi us ki zindagi ka sab se bara sahara ban jata hai.</w:t>
      </w:r>
    </w:p>
    <w:p>
      <w:pPr>
        <w:jc w:val="right"/>
      </w:pPr>
      <w:r>
        <w:t>اس کی یاد سے اس کی روح کو لذت ملتی ہے، وہی اس کی زندگی کا سب سے بڑا سہارا بن جاتا ہے۔</w:t>
      </w:r>
    </w:p>
    <w:p>
      <w:r>
        <w:rPr>
          <w:b/>
        </w:rPr>
        <w:t xml:space="preserve">[03:54] </w:t>
      </w:r>
      <w:r>
        <w:t>isi ka naam ibadat hai, aur yeh ibadat sirf aik khuda ka haq hai, magar insaan aisa karta hai ke woh khuda ko maante hue ibadat mein ghair khuda ko shareek karta hai.</w:t>
      </w:r>
    </w:p>
    <w:p>
      <w:pPr>
        <w:jc w:val="right"/>
      </w:pPr>
      <w:r>
        <w:t>اسی کا نام عبادت ہے، اور یہ عبادت صرف ایک خدا کا حق ہے، مگر انسان ایسا کرتا ہے کہ وہ خدا کو مانتے ہوئے عبادت میں غیر خدا کو شریک کرتا ہے۔</w:t>
      </w:r>
    </w:p>
    <w:p>
      <w:r>
        <w:rPr>
          <w:b/>
        </w:rPr>
        <w:t xml:space="preserve">[04:09] </w:t>
      </w:r>
      <w:r>
        <w:t>woh ghair khuda ke liye ibadati afaal anjaam deta hai.</w:t>
      </w:r>
    </w:p>
    <w:p>
      <w:pPr>
        <w:jc w:val="right"/>
      </w:pPr>
      <w:r>
        <w:t>وہ غیر خدا کے لیے عبادتی افعال انجام دیتا ہے۔</w:t>
      </w:r>
    </w:p>
    <w:p>
      <w:r>
        <w:rPr>
          <w:b/>
        </w:rPr>
        <w:t xml:space="preserve">[04:14] </w:t>
      </w:r>
      <w:r>
        <w:t>yahi insaan ki asal gumrahi hai. haqeeqat yeh hai ke jis tarah khodai na qabil e taqseem hai, usi tarah ibadat ki bhi taqseem nahi kiya sakti.</w:t>
      </w:r>
    </w:p>
    <w:p>
      <w:pPr>
        <w:jc w:val="right"/>
      </w:pPr>
      <w:r>
        <w:t>یہی انسان کی اصل گمراہی ہے۔ حقیقت یہ ہے کہ جس طرح خدائی ناقابل تقسیم ہے، اسی طرح عبادت کی بھی تقسیم نہیں کیا سکتی۔</w:t>
      </w:r>
    </w:p>
    <w:p>
      <w:r>
        <w:rPr>
          <w:b/>
        </w:rPr>
        <w:t xml:space="preserve">[04:29] </w:t>
      </w:r>
      <w:r>
        <w:t>lo arad allahu</w:t>
      </w:r>
    </w:p>
    <w:p>
      <w:pPr>
        <w:jc w:val="right"/>
      </w:pPr>
      <w:r>
        <w:t>لو أراد الله</w:t>
      </w:r>
    </w:p>
    <w:p>
      <w:r>
        <w:rPr>
          <w:b/>
        </w:rPr>
        <w:t xml:space="preserve">[04:31] </w:t>
      </w:r>
      <w:r>
        <w:t>an yattakhiza waladan la stafaa mimma yakhluqu ma yashaa.</w:t>
      </w:r>
    </w:p>
    <w:p>
      <w:pPr>
        <w:jc w:val="right"/>
      </w:pPr>
      <w:r>
        <w:t>أن يتخذ ولدًا لاصطفى مما يخلق ما يشاء.</w:t>
      </w:r>
    </w:p>
    <w:p>
      <w:r>
        <w:rPr>
          <w:b/>
        </w:rPr>
        <w:t xml:space="preserve">[04:41] </w:t>
      </w:r>
      <w:r>
        <w:t>subhanahu huwallahu al wahidul qahhar. khalaqas samawati wal arda bil haqq yukawwirul laila 'alan nahari wa yukawwir</w:t>
      </w:r>
    </w:p>
    <w:p>
      <w:pPr>
        <w:jc w:val="right"/>
      </w:pPr>
      <w:r>
        <w:t>سبحانه هو الله الواحد القهار. خلق السماوات والأرض بالحق يكور الليل على النهار ويكور</w:t>
      </w:r>
    </w:p>
    <w:p>
      <w:r>
        <w:rPr>
          <w:b/>
        </w:rPr>
        <w:t xml:space="preserve">[04:57] </w:t>
      </w:r>
      <w:r>
        <w:t>un nahara 'alal laili wa yukawwirun nahara 'alal laili wa sakhkhar ash shamsa wal qamara kullun yajri li ajalim musamma.</w:t>
      </w:r>
    </w:p>
    <w:p>
      <w:pPr>
        <w:jc w:val="right"/>
      </w:pPr>
      <w:r>
        <w:t>النهار على الليل. ويكور النهار على الليل وسخر الشمس والقمر كل يجري لأجل مسمى.</w:t>
      </w:r>
    </w:p>
    <w:p>
      <w:r>
        <w:rPr>
          <w:b/>
        </w:rPr>
        <w:t xml:space="preserve">[05:15] </w:t>
      </w:r>
      <w:r>
        <w:t>ala huwal azizul ghaffar? agar Allah chahta ke woh beta banaye to apni makhlooq mein se jis ko chahta chun leta.</w:t>
      </w:r>
    </w:p>
    <w:p>
      <w:pPr>
        <w:jc w:val="right"/>
      </w:pPr>
      <w:r>
        <w:t>ألا هو العزيز الغفار؟ اگر اللہ چاہتا کہ وہ بیٹا بنائے تو اپنی مخلوق میں سے جس کو چاہتا چن لیتا۔</w:t>
      </w:r>
    </w:p>
    <w:p>
      <w:r>
        <w:rPr>
          <w:b/>
        </w:rPr>
        <w:t xml:space="preserve">[05:29] </w:t>
      </w:r>
      <w:r>
        <w:t>woh pak hai, woh Allah hai,</w:t>
      </w:r>
    </w:p>
    <w:p>
      <w:pPr>
        <w:jc w:val="right"/>
      </w:pPr>
      <w:r>
        <w:t>وہ پاک ہے، وہ اللہ ہے،</w:t>
      </w:r>
    </w:p>
    <w:p>
      <w:r>
        <w:rPr>
          <w:b/>
        </w:rPr>
        <w:t xml:space="preserve">[05:32] </w:t>
      </w:r>
      <w:r>
        <w:t>akela, sab par ghalib. us ne aasmano aur zameen ko haq ke saath paida kiya. woh raat ko din par lapetta hai aur din ko raat par lapetta hai.</w:t>
      </w:r>
    </w:p>
    <w:p>
      <w:pPr>
        <w:jc w:val="right"/>
      </w:pPr>
      <w:r>
        <w:t>اکیلا، سب پر غالب۔ اس نے آسمانوں اور زمین کو حق کے ساتھ پیدا کیا۔ وہ رات کو دن پر لپیٹتا ہے اور دن کو رات پر لپیٹتا ہے۔</w:t>
      </w:r>
    </w:p>
    <w:p>
      <w:r>
        <w:rPr>
          <w:b/>
        </w:rPr>
        <w:t xml:space="preserve">[05:46] </w:t>
      </w:r>
      <w:r>
        <w:t>aur us ne suraj aur chand ko musakhkhar kar rakha hai.</w:t>
      </w:r>
    </w:p>
    <w:p>
      <w:pPr>
        <w:jc w:val="right"/>
      </w:pPr>
      <w:r>
        <w:t>اور اس نے سورج اور چاند کو مسخر کر رکھا ہے۔</w:t>
      </w:r>
    </w:p>
    <w:p>
      <w:r>
        <w:rPr>
          <w:b/>
        </w:rPr>
        <w:t xml:space="preserve">[05:51] </w:t>
      </w:r>
      <w:r>
        <w:t>har aik aik thehri hui muddat par chalta hai. sun lo ke woh zabardast hai, bakhshne wala hai.</w:t>
      </w:r>
    </w:p>
    <w:p>
      <w:pPr>
        <w:jc w:val="right"/>
      </w:pPr>
      <w:r>
        <w:t>ہر ایک ایک ٹھہری ہوئی مدت پر چلتا ہے۔ سن لو کہ وہ زبردست ہے، بخشنے والا ہے۔</w:t>
      </w:r>
    </w:p>
    <w:p>
      <w:r>
        <w:rPr>
          <w:b/>
        </w:rPr>
        <w:t xml:space="preserve">[06:02] </w:t>
      </w:r>
      <w:r>
        <w:t>tashreeh: aadmi ke andar fitri taur par yeh jazba hai ke woh khuda ki taraf lapke, woh khuda ki parastish kare.</w:t>
      </w:r>
    </w:p>
    <w:p>
      <w:pPr>
        <w:jc w:val="right"/>
      </w:pPr>
      <w:r>
        <w:t>تشریح: آدمی کے اندر فطری طور پر یہ جذبہ ہے کہ وہ خدا کی طرف لپکے، وہ خدا کی پرستش کرے۔</w:t>
      </w:r>
    </w:p>
    <w:p>
      <w:r>
        <w:rPr>
          <w:b/>
        </w:rPr>
        <w:t xml:space="preserve">[06:16] </w:t>
      </w:r>
      <w:r>
        <w:t>shaitan ki koshish hamesha yeh hoti hai</w:t>
      </w:r>
    </w:p>
    <w:p>
      <w:pPr>
        <w:jc w:val="right"/>
      </w:pPr>
      <w:r>
        <w:t>شیطان کی کوشش ہمیشہ یہ ہوتی ہے</w:t>
      </w:r>
    </w:p>
    <w:p>
      <w:r>
        <w:rPr>
          <w:b/>
        </w:rPr>
        <w:t xml:space="preserve">[06:20] </w:t>
      </w:r>
      <w:r>
        <w:t>ke woh is jazbe ko khuda ki taraf se hatta kar doosri taraf mor de. is ke liye woh logon ke zehn mein dalta hai ke khuda ki bargah oonchi hai,</w:t>
      </w:r>
    </w:p>
    <w:p>
      <w:pPr>
        <w:jc w:val="right"/>
      </w:pPr>
      <w:r>
        <w:t>کہ وہ اس جذبے کو خدا کی طرف سے ہٹا کر دوسری طرف موڑ دے۔ اس کے لیے وہ لوگوں کے ذہن میں ڈالتا ہے کہ خدا کی بارگاہ اونچی ہے،</w:t>
      </w:r>
    </w:p>
    <w:p>
      <w:r>
        <w:rPr>
          <w:b/>
        </w:rPr>
        <w:t xml:space="preserve">[06:34] </w:t>
      </w:r>
      <w:r>
        <w:t>tum barah e raast khuda tak nahi pahunch sakte,</w:t>
      </w:r>
    </w:p>
    <w:p>
      <w:pPr>
        <w:jc w:val="right"/>
      </w:pPr>
      <w:r>
        <w:t>تم براہ راست خدا تک نہیں پہنچ سکتے،</w:t>
      </w:r>
    </w:p>
    <w:p>
      <w:r>
        <w:rPr>
          <w:b/>
        </w:rPr>
        <w:t xml:space="preserve">[06:37] </w:t>
      </w:r>
      <w:r>
        <w:t>is liye tum ko buzurgon ke waseele se khuda tak pahunchne ki koshish karna chahiye. isi tarah woh logon ke zehn mein yeh aqeedah bathata hai ke jis tarah insano ki aulaad hoti hai,</w:t>
      </w:r>
    </w:p>
    <w:p>
      <w:pPr>
        <w:jc w:val="right"/>
      </w:pPr>
      <w:r>
        <w:t>اس لیے تم کو بزرگوں کے وسیلے سے خدا تک پہنچنے کی کوشش کرنا چاہیے۔ اسی طرح وہ لوگوں کے ذہن میں یہ عقیدہ بٹھاتا ہے کہ جس طرح انسانوں کی اولاد ہوتی ہے،</w:t>
      </w:r>
    </w:p>
    <w:p>
      <w:r>
        <w:rPr>
          <w:b/>
        </w:rPr>
        <w:t xml:space="preserve">[06:54] </w:t>
      </w:r>
      <w:r>
        <w:t>usi tarah khuda ki bhi aulaad hai. aur khuda ko khush rakhne ka aasan tareeqa yeh hai ke tum khuda ki aulaad ko khush rakho.</w:t>
      </w:r>
    </w:p>
    <w:p>
      <w:pPr>
        <w:jc w:val="right"/>
      </w:pPr>
      <w:r>
        <w:t>اسی طرح خدا کی بھی اولاد ہے۔ اور خدا کو خوش رکھنے کا آسان طریقہ یہ ہے کہ تم خدا کی اولاد کو خوش رکھو۔</w:t>
      </w:r>
    </w:p>
    <w:p>
      <w:r>
        <w:rPr>
          <w:b/>
        </w:rPr>
        <w:t xml:space="preserve">[07:04] </w:t>
      </w:r>
      <w:r>
        <w:t>jadeed mada parasti bhi isi ki aik bigri hui soorat hai jis ne aadmi ke jazba e parastish ko</w:t>
      </w:r>
    </w:p>
    <w:p>
      <w:pPr>
        <w:jc w:val="right"/>
      </w:pPr>
      <w:r>
        <w:t>جدید مادہ پرستی بھی اسی کی ایک بگڑی ہوئی صورت ہے جس نے آدمی کے جذبہ پرستش کو</w:t>
      </w:r>
    </w:p>
    <w:p>
      <w:r>
        <w:rPr>
          <w:b/>
        </w:rPr>
        <w:t xml:space="preserve">[07:12] </w:t>
      </w:r>
      <w:r>
        <w:t>khaliq se hatta kar makhlooq ki taraf kar diya hai. is qism ki tamam baatein khuda ki tasgheer hain.</w:t>
      </w:r>
    </w:p>
    <w:p>
      <w:pPr>
        <w:jc w:val="right"/>
      </w:pPr>
      <w:r>
        <w:t>خالق سے ہٹا کر مخلوق کی طرف کر دیا ہے۔ اس قسم کی تمام باتیں خدا کی تصغیر ہیں۔</w:t>
      </w:r>
    </w:p>
    <w:p>
      <w:r>
        <w:rPr>
          <w:b/>
        </w:rPr>
        <w:t xml:space="preserve">[07:22] </w:t>
      </w:r>
      <w:r>
        <w:t>jo khuda shamsi nizaam ko chala raha hai aur jis ne azeem kainat ko sambhal rakha hai,</w:t>
      </w:r>
    </w:p>
    <w:p>
      <w:pPr>
        <w:jc w:val="right"/>
      </w:pPr>
      <w:r>
        <w:t>جو خدا شمشی نظام کو چلا رہا ہے اور جس نے عظیم کائنات کو سنبھال رکھا ہے،</w:t>
      </w:r>
    </w:p>
    <w:p>
      <w:r>
        <w:rPr>
          <w:b/>
        </w:rPr>
        <w:t xml:space="preserve">[07:29] </w:t>
      </w:r>
      <w:r>
        <w:t>woh yaqeenan is se buland hai ke is ke yahan kisi ki sifarish chale ya is ke bete betiyan hon.</w:t>
      </w:r>
    </w:p>
    <w:p>
      <w:pPr>
        <w:jc w:val="right"/>
      </w:pPr>
      <w:r>
        <w:t>وہ یقینا اس سے بلند ہے کہ اس کے یہاں کسی کی سفارش چلے یا اس کے بیٹے بیٹیاں ہوں۔</w:t>
      </w:r>
    </w:p>
    <w:p>
      <w:r>
        <w:rPr>
          <w:b/>
        </w:rPr>
        <w:t xml:space="preserve">[07:39] </w:t>
      </w:r>
      <w:r>
        <w:t>khalaqakum min nafsin wahidatin thumma</w:t>
      </w:r>
    </w:p>
    <w:p>
      <w:pPr>
        <w:jc w:val="right"/>
      </w:pPr>
      <w:r>
        <w:t>خلقكم من نفس واحدة ثم</w:t>
      </w:r>
    </w:p>
    <w:p>
      <w:r>
        <w:rPr>
          <w:b/>
        </w:rPr>
        <w:t xml:space="preserve">[07:46] </w:t>
      </w:r>
      <w:r>
        <w:t>ja'ala minha zawjaha wa anzala lakum minal an'ami thamaniyata azwaj.</w:t>
      </w:r>
    </w:p>
    <w:p>
      <w:pPr>
        <w:jc w:val="right"/>
      </w:pPr>
      <w:r>
        <w:t>جعل منها زوجها وأنزل لكم من الأنعام ثمانية أزواج.</w:t>
      </w:r>
    </w:p>
    <w:p>
      <w:r>
        <w:rPr>
          <w:b/>
        </w:rPr>
        <w:t xml:space="preserve">[07:58] </w:t>
      </w:r>
      <w:r>
        <w:t>yakhluqakum fi butooni ummahatikum khalqan</w:t>
      </w:r>
    </w:p>
    <w:p>
      <w:pPr>
        <w:jc w:val="right"/>
      </w:pPr>
      <w:r>
        <w:t>يخلقكم في بطون أمهاتكم خلقًا</w:t>
      </w:r>
    </w:p>
    <w:p>
      <w:r>
        <w:rPr>
          <w:b/>
        </w:rPr>
        <w:t xml:space="preserve">[08:06] </w:t>
      </w:r>
      <w:r>
        <w:t>min baad khalq fi zulumaat thalaath. thalakum Allahu rabbukum lahul mulk.</w:t>
      </w:r>
    </w:p>
    <w:p>
      <w:pPr>
        <w:jc w:val="right"/>
      </w:pPr>
      <w:r>
        <w:t>من بعد خلق في ظلمات ثلاث. ذلكم الله ربكم له الملك.</w:t>
      </w:r>
    </w:p>
    <w:p>
      <w:r>
        <w:rPr>
          <w:b/>
        </w:rPr>
        <w:t xml:space="preserve">[08:19] </w:t>
      </w:r>
      <w:r>
        <w:t>la ilaha illa huwa fa anna tusrafoon.</w:t>
      </w:r>
    </w:p>
    <w:p>
      <w:pPr>
        <w:jc w:val="right"/>
      </w:pPr>
      <w:r>
        <w:t>لا إله إلا هو فأنا تصرفون.</w:t>
      </w:r>
    </w:p>
    <w:p>
      <w:r>
        <w:rPr>
          <w:b/>
        </w:rPr>
        <w:t xml:space="preserve">[08:29] </w:t>
      </w:r>
      <w:r>
        <w:t>Allah ne tum ko ek jaan se paida kiya, phir us ne usi se is ka joda banaya, aur usi ne tumhare liye narmaada chopayon ki aath qismein utarein.</w:t>
      </w:r>
    </w:p>
    <w:p>
      <w:pPr>
        <w:jc w:val="right"/>
      </w:pPr>
      <w:r>
        <w:t>اللہ نے تم کو ایک جان سے پیدا کیا، پھر اس نے اسی سے اس کا جوڑا بنایا، اور اسی نے تمہارے لیے نرمادہ چوپائیوں کی آٹھ قسمیں اتاریں۔</w:t>
      </w:r>
    </w:p>
    <w:p>
      <w:r>
        <w:rPr>
          <w:b/>
        </w:rPr>
        <w:t xml:space="preserve">[08:42] </w:t>
      </w:r>
      <w:r>
        <w:t>woh tum ko tumhari maon ke pait mein banata hai,</w:t>
      </w:r>
    </w:p>
    <w:p>
      <w:pPr>
        <w:jc w:val="right"/>
      </w:pPr>
      <w:r>
        <w:t>وہ تم کو تمہاری ماؤں کے پیٹ میں بناتا ہے،</w:t>
      </w:r>
    </w:p>
    <w:p>
      <w:r>
        <w:rPr>
          <w:b/>
        </w:rPr>
        <w:t xml:space="preserve">[08:46] </w:t>
      </w:r>
      <w:r>
        <w:t>ek khalqat ke baad doosri khalqat, teen tareekiyon ke andar. yahi Allah tumhara rab hai, badshahi usi ki hai, us ke siwa koi maabood nahin.</w:t>
      </w:r>
    </w:p>
    <w:p>
      <w:pPr>
        <w:jc w:val="right"/>
      </w:pPr>
      <w:r>
        <w:t>ایک خلقت کے بعد دوسری خلقت، تین تاریکیوں کے اندر۔ یہی اللہ تمہارا رب ہے، بادشاہی اسی کی ہے، اس کے سوا کوئی معبود نہیں۔</w:t>
      </w:r>
    </w:p>
    <w:p>
      <w:r>
        <w:rPr>
          <w:b/>
        </w:rPr>
        <w:t xml:space="preserve">[08:57] </w:t>
      </w:r>
      <w:r>
        <w:t>phir tum kahan se phere jaate ho? tashreeh:</w:t>
      </w:r>
    </w:p>
    <w:p>
      <w:pPr>
        <w:jc w:val="right"/>
      </w:pPr>
      <w:r>
        <w:t>پھر تم کہاں سے پھیرے جاتے ہو؟ تشریح:</w:t>
      </w:r>
    </w:p>
    <w:p>
      <w:r>
        <w:rPr>
          <w:b/>
        </w:rPr>
        <w:t xml:space="preserve">[09:05] </w:t>
      </w:r>
      <w:r>
        <w:t>awalan ek insaan wajood mein aaya, phir ain us ke mutabiq is ka ek joda nikala gaya. is tarah ibtidaai mard o aurat ke zariye insani nasl chali.</w:t>
      </w:r>
    </w:p>
    <w:p>
      <w:pPr>
        <w:jc w:val="right"/>
      </w:pPr>
      <w:r>
        <w:t>اولاً ایک انسان وجود میں آیا، پھر عین اس کے مطابق اس کا ایک جوڑا نکالا گیا۔ اس طرح ابتدائی مرد و عورت کے ذریعے انسانی نسل چلی۔</w:t>
      </w:r>
    </w:p>
    <w:p>
      <w:r>
        <w:rPr>
          <w:b/>
        </w:rPr>
        <w:t xml:space="preserve">[09:17] </w:t>
      </w:r>
      <w:r>
        <w:t>phir insaan ki zaroorat ke liye us se bahar Allah taala ne beshumar cheezein banayin: bhed, bakri, oont, aur gaaye narmaada ko mila kar aath qismein.</w:t>
      </w:r>
    </w:p>
    <w:p>
      <w:pPr>
        <w:jc w:val="right"/>
      </w:pPr>
      <w:r>
        <w:t>پھر انسان کی ضرورت کے لیے اس سے باہر اللہ تعالی نے بے شمار چیزیں بنائیں: بھیڑ، بکری، اونٹ، اور گائے نرمادہ کو ملا کر آٹھ قسمیں۔</w:t>
      </w:r>
    </w:p>
    <w:p>
      <w:r>
        <w:rPr>
          <w:b/>
        </w:rPr>
        <w:t xml:space="preserve">[09:31] </w:t>
      </w:r>
      <w:r>
        <w:t>tehzeeb ke ibtidaai daur mein hazaron saal tak insaan ki maishat ka zariya bani rahin. phir jab tehzeeb agle marhale mein pahunchi to doosri beshumar cheezon ko insaan ne istemal karna shuru kiya jin ko Khuda ne awwal roz se aisa bana rakha tha ke insaan un ko apne kaam mein la sake.</w:t>
      </w:r>
    </w:p>
    <w:p>
      <w:pPr>
        <w:jc w:val="right"/>
      </w:pPr>
      <w:r>
        <w:t>تہذیب کے ابتدائی دور میں ہزاروں سال تک انسان کی معیشت کا ذریعہ بنی رہیں۔ پھر جب تہذیب اگلے مرحلے میں پہنچی تو دوسری بے شمار چیزوں کو انسان نے استعمال کرنا شروع کیا جن کو خدا نے اول روز سے ایسا بنا رکھا تھا کہ انسان ان کو اپنے کام میں لا سکے۔</w:t>
      </w:r>
    </w:p>
    <w:p>
      <w:r>
        <w:rPr>
          <w:b/>
        </w:rPr>
        <w:t xml:space="preserve">[09:52] </w:t>
      </w:r>
      <w:r>
        <w:t>jis tarah paaltu janwar tabee'i taur par insaan ke liye maskhar hain, usi tarah gasein aur معدنیات bhi maskhar ki hui hain warna insaan un ko istemal na kar sake.</w:t>
      </w:r>
    </w:p>
    <w:p>
      <w:pPr>
        <w:jc w:val="right"/>
      </w:pPr>
      <w:r>
        <w:t>جس طرح پالتو جانور طبیعی طور پر انسان کے لیے مسخر ہیں، اسی طرح گیسیں اور معدنیات بھی مسخر کی ہوئی ہیں ورنہ انسان ان کو استعمال نہ کر سکے۔</w:t>
      </w:r>
    </w:p>
    <w:p>
      <w:r>
        <w:rPr>
          <w:b/>
        </w:rPr>
        <w:t xml:space="preserve">[10:05] </w:t>
      </w:r>
      <w:r>
        <w:t>insaan ki paidaish ke silsile mein yahan jin teen tareekiyon ka zikr hai, us se muraad teen parde hain:</w:t>
      </w:r>
    </w:p>
    <w:p>
      <w:pPr>
        <w:jc w:val="right"/>
      </w:pPr>
      <w:r>
        <w:t>انسان کی پیدائش کے سلسلے میں یہاں جن تین تاریکیوں کا ذکر ہے، اس سے مراد تین پردے ہیں:</w:t>
      </w:r>
    </w:p>
    <w:p>
      <w:r>
        <w:rPr>
          <w:b/>
        </w:rPr>
        <w:t xml:space="preserve">[10:16] </w:t>
      </w:r>
      <w:r>
        <w:t>pait ki deewar, phir reham maadar ka parda, aur phir janin ki bayroni jhilli. yeh saara nizam itna hairaan kun had tak pecheeda aur azeem hai ke khaliq-e-kaenat ke siwa koi aur in ko zahoor mein nahin la sakta.</w:t>
      </w:r>
    </w:p>
    <w:p>
      <w:pPr>
        <w:jc w:val="right"/>
      </w:pPr>
      <w:r>
        <w:t>پیٹ کی دیوار، پھر رحم مادر کا پردہ، اور پھر جنین کی بیرونی جھلی۔ یہ سارا نظام اتنا حیرت ناک حد تک پیچیدہ اور عظیم ہے کہ خالق کائنات کے سوا کوئی اور ان کو ظہور میں نہیں لا سکتا۔</w:t>
      </w:r>
    </w:p>
    <w:p>
      <w:r>
        <w:rPr>
          <w:b/>
        </w:rPr>
        <w:t xml:space="preserve">[10:34] </w:t>
      </w:r>
      <w:r>
        <w:t>phir us ke siwa kaun is qabil hai ke us ko maabood ka darja diya jaaye? in takfuru fa inna Allaha ghaniyun ankum wala yarda li ibadihil kufru.</w:t>
      </w:r>
    </w:p>
    <w:p>
      <w:pPr>
        <w:jc w:val="right"/>
      </w:pPr>
      <w:r>
        <w:t>پھر اس کے سوا کون اس قابل ہے کہ اس کو معبود کا درجہ دیا جائے؟ إن تكفروا فإن الله غني عنكم ولا يرضى لعباده الكفر.</w:t>
      </w:r>
    </w:p>
    <w:p>
      <w:r>
        <w:rPr>
          <w:b/>
        </w:rPr>
        <w:t xml:space="preserve">[10:53] </w:t>
      </w:r>
      <w:r>
        <w:t>wala yarda li ibadihil kufru wa in tashkuru yarda lakum. wala taziru waziratun wizra ukhra.</w:t>
      </w:r>
    </w:p>
    <w:p>
      <w:pPr>
        <w:jc w:val="right"/>
      </w:pPr>
      <w:r>
        <w:t>ولا يرضى لعباده الكفر وإن تشكروا يرضى لكم. ولا تزروا وازرة وزر أخرى.</w:t>
      </w:r>
    </w:p>
    <w:p>
      <w:r>
        <w:rPr>
          <w:b/>
        </w:rPr>
        <w:t xml:space="preserve">[11:07] </w:t>
      </w:r>
      <w:r>
        <w:t>thumma ila rabbikum</w:t>
      </w:r>
    </w:p>
    <w:p>
      <w:pPr>
        <w:jc w:val="right"/>
      </w:pPr>
      <w:r>
        <w:t>ثم إلى ربكم</w:t>
      </w:r>
    </w:p>
    <w:p>
      <w:r>
        <w:rPr>
          <w:b/>
        </w:rPr>
        <w:t xml:space="preserve">[11:11] </w:t>
      </w:r>
      <w:r>
        <w:t>narji'ukum fa yunabbi'ukum bima kuntum ta'maloon.</w:t>
      </w:r>
    </w:p>
    <w:p>
      <w:pPr>
        <w:jc w:val="right"/>
      </w:pPr>
      <w:r>
        <w:t>نرجعكم فينبئكم بما كنتم تعملون.</w:t>
      </w:r>
    </w:p>
    <w:p>
      <w:r>
        <w:rPr>
          <w:b/>
        </w:rPr>
        <w:t xml:space="preserve">[11:21] </w:t>
      </w:r>
      <w:r>
        <w:t>innahu aleemun bi zaatis sudoor. agar tum inkaar karo to Allah tum se be niaz hai, aur woh apne bondon ke liye inkaar ko pasand nahin karta.</w:t>
      </w:r>
    </w:p>
    <w:p>
      <w:pPr>
        <w:jc w:val="right"/>
      </w:pPr>
      <w:r>
        <w:t>إنه عليم بذات الصدور. اگر تم انکار کرو تو اللہ تم سے بے نیاز ہے، اور وہ اپنے بندوں کے لیے انکار کو پسند نہیں کرتا۔</w:t>
      </w:r>
    </w:p>
    <w:p>
      <w:r>
        <w:rPr>
          <w:b/>
        </w:rPr>
        <w:t xml:space="preserve">[11:35] </w:t>
      </w:r>
      <w:r>
        <w:t>aur agar tum shukr karo to woh is ko tumhare liye pasand karta hai, aur koi bojh uthane wala kisi doosre ka bojh na uthaye ga.</w:t>
      </w:r>
    </w:p>
    <w:p>
      <w:pPr>
        <w:jc w:val="right"/>
      </w:pPr>
      <w:r>
        <w:t>اور اگر تم شکر کرو تو وہ اس کو تمہارے لیے پسند کرتا ہے، اور کوئی بوجھ اٹھانے والا کسی دوسرے کا بوجھ نہ اٹھائے گا۔</w:t>
      </w:r>
    </w:p>
    <w:p>
      <w:r>
        <w:rPr>
          <w:b/>
        </w:rPr>
        <w:t xml:space="preserve">[11:44] </w:t>
      </w:r>
      <w:r>
        <w:t>phir tumhare rab hi ki taraf tumhari wapsi hai, to woh tum ko bata de ga jo tum karte thay. beshak woh dilon ki baat ko janne wala hai.</w:t>
      </w:r>
    </w:p>
    <w:p>
      <w:pPr>
        <w:jc w:val="right"/>
      </w:pPr>
      <w:r>
        <w:t>پھر تمہارے رب ہی کی طرف تمہاری واپسی ہے، تو وہ تم کو بتا دے گا جو تم کرتے تھے۔ بے شک وہ دلوں کی بات کو جاننے والا ہے۔</w:t>
      </w:r>
    </w:p>
    <w:p>
      <w:r>
        <w:rPr>
          <w:b/>
        </w:rPr>
        <w:t xml:space="preserve">[11:55] </w:t>
      </w:r>
      <w:r>
        <w:t>tashreeh: Khuda ko manna aur us ka shukr guzar banna khud insani aqal ka taqaza hai,</w:t>
      </w:r>
    </w:p>
    <w:p>
      <w:pPr>
        <w:jc w:val="right"/>
      </w:pPr>
      <w:r>
        <w:t>تشریح: خدا کو ماننا اور اس کا شکر گزار بننا خود انسانی عقل کا تقاضا ہے،</w:t>
      </w:r>
    </w:p>
    <w:p>
      <w:r>
        <w:rPr>
          <w:b/>
        </w:rPr>
        <w:t xml:space="preserve">[12:03] </w:t>
      </w:r>
      <w:r>
        <w:t>kyun ke yeh haqeeqat waqe'a ka eteraaf hai, aur haqeeqat waqe'a ka eteraaf bilashuba sab se bara aqli taqaza hai.</w:t>
      </w:r>
    </w:p>
    <w:p>
      <w:pPr>
        <w:jc w:val="right"/>
      </w:pPr>
      <w:r>
        <w:t>کیونکہ یہ حقیقت واقعہ کا اعتراف ہے، اور حقیقت واقعہ کا اعتراف بلاشبہ سب سے بڑا عقلی تقاضا ہے۔</w:t>
      </w:r>
    </w:p>
    <w:p>
      <w:r>
        <w:rPr>
          <w:b/>
        </w:rPr>
        <w:t xml:space="preserve">[12:14] </w:t>
      </w:r>
      <w:r>
        <w:t>aakhirat adl kamil ka zahoor hai, aur yeh namumkin hai ke adl kamil ki duniya mein</w:t>
      </w:r>
    </w:p>
    <w:p>
      <w:pPr>
        <w:jc w:val="right"/>
      </w:pPr>
      <w:r>
        <w:t>آخرت عدل کامل کا ظہور ہے، اور یہ ناممکن ہے کہ عدل کامل کی دنیا میں</w:t>
      </w:r>
    </w:p>
    <w:p>
      <w:r>
        <w:rPr>
          <w:b/>
        </w:rPr>
        <w:t xml:space="preserve">[12:20] </w:t>
      </w:r>
      <w:r>
        <w:t>woh naqis soorat-e-haal jaari rahe jo maujooda duniya mein nazar aati hai. adl ka taqaza hai ke har aadmi ain wohi sabit ho jo ke fi waqe'a woh hai, aur ain wohi paaye jis ka woh haqeeqatan mustahiq tha.</w:t>
      </w:r>
    </w:p>
    <w:p>
      <w:pPr>
        <w:jc w:val="right"/>
      </w:pPr>
      <w:r>
        <w:t>وہ ناقص صورتحال جاری رہے جو موجہ دنیا میں نظر آتی ہے۔ عدل کا تقاضا ہے کہ ہر آدمی عین وہی ثابت ہو جو کہ فی الواقع وہ ہے، اور عین وہی پائے جس کا وہ حقیقتاً مستحق تھا۔</w:t>
      </w:r>
    </w:p>
    <w:p>
      <w:r>
        <w:rPr>
          <w:b/>
        </w:rPr>
        <w:t xml:space="preserve">[12:39] </w:t>
      </w:r>
      <w:r>
        <w:t>maujooda duniya mein aisa nahin hota. aakhirat is liye aaye gi ke woh duniya ki is kami ko door kare, aur naqis duniya ko aakhri had tak kamil duniya bana de.</w:t>
      </w:r>
    </w:p>
    <w:p>
      <w:pPr>
        <w:jc w:val="right"/>
      </w:pPr>
      <w:r>
        <w:t>موجہ دنیا میں ایسا نہیں ہوتا۔ آخرت اس لیے آئے گی کہ وہ دنیا کی اس کمی کو دور کرے، اور ناقص دنیا کو آخری حد تک کامل دنیا بنا دے۔</w:t>
      </w:r>
    </w:p>
    <w:p>
      <w:r>
        <w:rPr>
          <w:b/>
        </w:rPr>
        <w:t xml:space="preserve">[12:52] </w:t>
      </w:r>
      <w:r>
        <w:t>wa idha massa al insana durrun da'a rabbahu muneeban ilayhi thumma</w:t>
      </w:r>
    </w:p>
    <w:p>
      <w:pPr>
        <w:jc w:val="right"/>
      </w:pPr>
      <w:r>
        <w:t>وإذا مس الإنسان ضر دعا ربه منيباً إليه ثم</w:t>
      </w:r>
    </w:p>
    <w:p>
      <w:r>
        <w:rPr>
          <w:b/>
        </w:rPr>
        <w:t xml:space="preserve">[13:01] </w:t>
      </w:r>
      <w:r>
        <w:t>jab khawlah nimat minhu nisa. tum nisa ma kan yad'u ilayhi min qabl waj'al lillah</w:t>
      </w:r>
    </w:p>
    <w:p>
      <w:pPr>
        <w:jc w:val="right"/>
      </w:pPr>
      <w:r>
        <w:t>إذا خوله نعمة منه نسي. ثم إذا خوله نعمة منه نسي ما كان يدعو إليه من قبل وجعل لله</w:t>
      </w:r>
    </w:p>
    <w:p>
      <w:r>
        <w:rPr>
          <w:b/>
        </w:rPr>
        <w:t xml:space="preserve">[13:22] </w:t>
      </w:r>
      <w:r>
        <w:t>andadan liyudalla 'an sabilih. qul tamatta' bikufrik qaleelan innaka min ashabin nar.</w:t>
      </w:r>
    </w:p>
    <w:p>
      <w:pPr>
        <w:jc w:val="right"/>
      </w:pPr>
      <w:r>
        <w:t>أنداداً ليضل عن سبيله. قل تمتع بكفرك قليلاً إنك من أصحاب النار.</w:t>
      </w:r>
    </w:p>
    <w:p>
      <w:r>
        <w:rPr>
          <w:b/>
        </w:rPr>
        <w:t xml:space="preserve">[13:39] </w:t>
      </w:r>
      <w:r>
        <w:t>aman huwa qanit</w:t>
      </w:r>
    </w:p>
    <w:p>
      <w:pPr>
        <w:jc w:val="right"/>
      </w:pPr>
      <w:r>
        <w:t>أمن هو قانت</w:t>
      </w:r>
    </w:p>
    <w:p>
      <w:r>
        <w:rPr>
          <w:b/>
        </w:rPr>
        <w:t xml:space="preserve">[13:41] </w:t>
      </w:r>
      <w:r>
        <w:t>ana'al layli sajidan wa qa'iman yahdharul akhirata wa yarju rahmat rabbih.</w:t>
      </w:r>
    </w:p>
    <w:p>
      <w:pPr>
        <w:jc w:val="right"/>
      </w:pPr>
      <w:r>
        <w:t>آناء الليل ساجداً وقائماً يحذر الآخرة ويرجو رحمة ربه.</w:t>
      </w:r>
    </w:p>
    <w:p>
      <w:r>
        <w:rPr>
          <w:b/>
        </w:rPr>
        <w:t xml:space="preserve">[13:55] </w:t>
      </w:r>
      <w:r>
        <w:t>qul hal yastawi alladhina ya'lamuna walladhina la ya'lamun?</w:t>
      </w:r>
    </w:p>
    <w:p>
      <w:pPr>
        <w:jc w:val="right"/>
      </w:pPr>
      <w:r>
        <w:t>قل هل يستوي الذين يعلمون والذين لا يعلمون؟</w:t>
      </w:r>
    </w:p>
    <w:p>
      <w:r>
        <w:rPr>
          <w:b/>
        </w:rPr>
        <w:t xml:space="preserve">[14:04] </w:t>
      </w:r>
      <w:r>
        <w:t>innama yatadhakkaru ulul albab. aur jab insan ko koi takleef pahunchti hai to woh apne rab ko pukarta hai, us ki taraf rujoo' ho kar.</w:t>
      </w:r>
    </w:p>
    <w:p>
      <w:pPr>
        <w:jc w:val="right"/>
      </w:pPr>
      <w:r>
        <w:t>إنما يتذكر أولو الألباب. اور جب انسان کو کوئی تکلیف پہنچتی ہے تو وہ اپنے رب کو پکارتا ہے، اس کی طرف رجوع ہو کر۔</w:t>
      </w:r>
    </w:p>
    <w:p>
      <w:r>
        <w:rPr>
          <w:b/>
        </w:rPr>
        <w:t xml:space="preserve">[14:20] </w:t>
      </w:r>
      <w:r>
        <w:t>phir jab woh us ko apne paas se nemat de deta hai</w:t>
      </w:r>
    </w:p>
    <w:p>
      <w:pPr>
        <w:jc w:val="right"/>
      </w:pPr>
      <w:r>
        <w:t>پھر جب وہ اس کو اپنے پاس سے نعمت دے دیتا ہے</w:t>
      </w:r>
    </w:p>
    <w:p>
      <w:r>
        <w:rPr>
          <w:b/>
        </w:rPr>
        <w:t xml:space="preserve">[14:24] </w:t>
      </w:r>
      <w:r>
        <w:t>to woh us cheez ko bhool jata hai jis ke liye woh pehle pukara raha tha, aur woh doosron ko Allah ka barabar thehrane lagta hai taake us ki rah se gumrah kar de.</w:t>
      </w:r>
    </w:p>
    <w:p>
      <w:pPr>
        <w:jc w:val="right"/>
      </w:pPr>
      <w:r>
        <w:t>تو وہ اس چیز کو بھول جاتا ہے جس کے لیے وہ پہلے پکار رہا تھا، اور وہ دوسروں کو اللہ کا برابر ٹھہرانے لگتا ہے تاکہ اس کی راہ سے گمراہ کر دے۔</w:t>
      </w:r>
    </w:p>
    <w:p>
      <w:r>
        <w:rPr>
          <w:b/>
        </w:rPr>
        <w:t xml:space="preserve">[14:35] </w:t>
      </w:r>
      <w:r>
        <w:t>kaho ke apne kufr se thore din faida utha lo, beshak tu aag walon mein se hai.</w:t>
      </w:r>
    </w:p>
    <w:p>
      <w:pPr>
        <w:jc w:val="right"/>
      </w:pPr>
      <w:r>
        <w:t>کہو کہ اپنے کفر سے تھوڑے دن فائدہ اٹھا لو، بے شک تو آگ والوں میں سے ہے۔</w:t>
      </w:r>
    </w:p>
    <w:p>
      <w:r>
        <w:rPr>
          <w:b/>
        </w:rPr>
        <w:t xml:space="preserve">[14:43] </w:t>
      </w:r>
      <w:r>
        <w:t>bhala jo shakhs raat ki ghariyon mein sajda aur qiyam ki halat mein aajzi kar raha ho, akhirat se darta ho, aur apne rab ki rehmat ka ummeedwar ho, kaho kya janne walay aur na janne walay dono barabar ho sakte hain?</w:t>
      </w:r>
    </w:p>
    <w:p>
      <w:pPr>
        <w:jc w:val="right"/>
      </w:pPr>
      <w:r>
        <w:t>بھلا جو شخص رات کی گھڑیوں میں سجدہ اور قیام کی حالت میں عاجزی کر رہا ہو، آخرت سے ڈرتا ہو، اور اپنے رب کی رحمت کا امیدوار ہو، کہو کیا جاننے والے اور نہ جاننے والے دونوں برابر ہو سکتے ہیں؟</w:t>
      </w:r>
    </w:p>
    <w:p>
      <w:r>
        <w:rPr>
          <w:b/>
        </w:rPr>
        <w:t xml:space="preserve">[15:01] </w:t>
      </w:r>
      <w:r>
        <w:t>naseehat to wohi log pakarte hain jo aql walay hain. tashreeh: har aadmi par aisay lamhat atay hain jab ke woh apne aap ko bebas mehsoos karne lagta hai.</w:t>
      </w:r>
    </w:p>
    <w:p>
      <w:pPr>
        <w:jc w:val="right"/>
      </w:pPr>
      <w:r>
        <w:t>نصیحت تو وہی لوگ پکڑتے ہیں جو عقل والے ہیں۔ تشریح: ہر آدمی پر ایسے لمحات آتے ہیں جب کہ وہ اپنے آپ کو بے بس محسوس کرنے لگتا ہے۔</w:t>
      </w:r>
    </w:p>
    <w:p>
      <w:r>
        <w:rPr>
          <w:b/>
        </w:rPr>
        <w:t xml:space="preserve">[15:15] </w:t>
      </w:r>
      <w:r>
        <w:t>woh jin cheezon ko apna sahara samajh raha tha, woh bhi us nazuk lamhe mein us ke madadgar nahin bante.</w:t>
      </w:r>
    </w:p>
    <w:p>
      <w:pPr>
        <w:jc w:val="right"/>
      </w:pPr>
      <w:r>
        <w:t>وہ جن چیزوں کو اپنا سہارا سمجھ رہا تھا، وہ بھی اس نازک لمحے میں اس کے مددگار نہیں بنتے۔</w:t>
      </w:r>
    </w:p>
    <w:p>
      <w:r>
        <w:rPr>
          <w:b/>
        </w:rPr>
        <w:t xml:space="preserve">[15:22] </w:t>
      </w:r>
      <w:r>
        <w:t>us waqt aadmi sab kuch bhool kar Khuda ko pukarne lagta hai. is tarah museebat ki ghariyon mein har aadmi jaan leta hai ke ek Khuda ke siwa koi mabood nahin,</w:t>
      </w:r>
    </w:p>
    <w:p>
      <w:pPr>
        <w:jc w:val="right"/>
      </w:pPr>
      <w:r>
        <w:t>اس وقت آدمی سب کچھ بھول کر خدا کو پکارنے لگتا ہے۔ اس طرح مصیبت کی گھڑیوں میں ہر آدمی جان لیتا ہے کہ ایک خدا کے سوا کوئی معبود نہیں،</w:t>
      </w:r>
    </w:p>
    <w:p>
      <w:r>
        <w:rPr>
          <w:b/>
        </w:rPr>
        <w:t xml:space="preserve">[15:36] </w:t>
      </w:r>
      <w:r>
        <w:t>magar museebat door hote hi woh dobara pehle ki tarah ban jata hai.</w:t>
      </w:r>
    </w:p>
    <w:p>
      <w:pPr>
        <w:jc w:val="right"/>
      </w:pPr>
      <w:r>
        <w:t>مگر مصیبت دور ہوتے ہی وہ دوبارہ پہلے کی طرح بن جاتا ہے۔</w:t>
      </w:r>
    </w:p>
    <w:p>
      <w:r>
        <w:rPr>
          <w:b/>
        </w:rPr>
        <w:t xml:space="preserve">[15:42] </w:t>
      </w:r>
      <w:r>
        <w:t>insan ki mazeed sarkashi yeh hai ke woh apni nijaat ko Khuda ke siwa doosri cheezon ki taraf mansoob karne lagta hai. kuch log is ko asbab ka karishma batate hain, aur kuch log farzi maboodon ka karishma.</w:t>
      </w:r>
    </w:p>
    <w:p>
      <w:pPr>
        <w:jc w:val="right"/>
      </w:pPr>
      <w:r>
        <w:t>انسان کی مزید سرکشی یہ ہے کہ وہ اپنی نجات کو خدا کے سوا دوسری چیزوں کی طرف منسوب کرنے لگتا ہے۔ کچھ لوگ اس کو اسباب کا کرشمہ بتاتے ہیں، اور کچھ لوگ فرضی معبودوں کا کرشمہ۔</w:t>
      </w:r>
    </w:p>
    <w:p>
      <w:r>
        <w:rPr>
          <w:b/>
        </w:rPr>
        <w:t xml:space="preserve">[15:59] </w:t>
      </w:r>
      <w:r>
        <w:t>aadmi agar ghalati kar ke khamosh rahe to yeh sirf ek shakhs ka gumrah hona hai, magar jab woh apni ghalati ko sahi sabit karne ke liye us ki jhooti tawjeeh karne lage to woh gumrah hone ke sath gumrah karne wala bhi bana.</w:t>
      </w:r>
    </w:p>
    <w:p>
      <w:pPr>
        <w:jc w:val="right"/>
      </w:pPr>
      <w:r>
        <w:t>آدمی اگر غلطی کر کے خاموش رہے تو یہ صرف ایک شخص کا گمراہ ہونا ہے، مگر جب وہ اپنی غلطی کو صحیح ثابت کرنے کے لیے اس کی جھوٹی توجیح کرنے لگے تو وہ گمراہ ہونے کے ساتھ گمراہ کرنے والا بھی بنا۔</w:t>
      </w:r>
    </w:p>
    <w:p>
      <w:r>
        <w:rPr>
          <w:b/>
        </w:rPr>
        <w:t xml:space="preserve">[16:18] </w:t>
      </w:r>
      <w:r>
        <w:t>ek insan woh hai jis ko sirf madi gham beqarar kare, doosra insan woh hai jis ko Khuda ki yaad beqarar kar deti ho.</w:t>
      </w:r>
    </w:p>
    <w:p>
      <w:pPr>
        <w:jc w:val="right"/>
      </w:pPr>
      <w:r>
        <w:t>ایک انسان وہ ہے جس کو صرف مادی غم بے قرار کرے، دوسرا انسان وہ ہے جس کو خدا کی یاد بے قرار کر دیتی ہو۔</w:t>
      </w:r>
    </w:p>
    <w:p>
      <w:r>
        <w:rPr>
          <w:b/>
        </w:rPr>
        <w:t xml:space="preserve">[16:30] </w:t>
      </w:r>
      <w:r>
        <w:t>yehi doosra insan darasal Khuda wala insan hai. is ka iqrar Khuda halaat ki pedawar nahin hota,</w:t>
      </w:r>
    </w:p>
    <w:p>
      <w:pPr>
        <w:jc w:val="right"/>
      </w:pPr>
      <w:r>
        <w:t>یہی دوسرا انسان دراصل خدا والا انسان ہے۔ اس کا اقرار خدا حالات کی پیداوار نہیں ہوتا،</w:t>
      </w:r>
    </w:p>
    <w:p>
      <w:r>
        <w:rPr>
          <w:b/>
        </w:rPr>
        <w:t xml:space="preserve">[16:37] </w:t>
      </w:r>
      <w:r>
        <w:t>woh us ki sho'oori daryaft hota hai. to woh Khuda ko ek aisi bartar hasti ki hesiyat se pata hai ke us ki ummeedein aur us ke andeshay sab ek Khuda ki zaat ke sath wabasta ho jatay hain.</w:t>
      </w:r>
    </w:p>
    <w:p>
      <w:pPr>
        <w:jc w:val="right"/>
      </w:pPr>
      <w:r>
        <w:t>وہ اس کی شعوری دریافت ہوتا ہے۔ تو وہ خدا کو ایک ایسی برتر ہستی کی حیثیت سے پاتا ہے کہ اس کی امیدیں اور اس کے اندیشے سب ایک خدا کی ذات کے ساتھ وابستہ ہو جاتے ہیں۔</w:t>
      </w:r>
    </w:p>
    <w:p>
      <w:r>
        <w:rPr>
          <w:b/>
        </w:rPr>
        <w:t xml:space="preserve">[16:52] </w:t>
      </w:r>
      <w:r>
        <w:t>us ki beqarariyan raat ke lamhat mein bhi us ko bistar se juda kar deti hain.</w:t>
      </w:r>
    </w:p>
    <w:p>
      <w:pPr>
        <w:jc w:val="right"/>
      </w:pPr>
      <w:r>
        <w:t>اس کی بے قراریاں رات کے لمحات میں بھی اس کو بستر سے جدا کر دیتی ہیں۔</w:t>
      </w:r>
    </w:p>
    <w:p>
      <w:r>
        <w:rPr>
          <w:b/>
        </w:rPr>
        <w:t xml:space="preserve">[16:58] </w:t>
      </w:r>
      <w:r>
        <w:t>us ki tanhai ghaflat ki tanhai nahin hoti, balkeh Khuda ki yaad ki tanhai ban jati hai. ilm wala woh hai jis ki nafsiyat mein Khuda ki yaad se hulchal paida hoti ho,</w:t>
      </w:r>
    </w:p>
    <w:p>
      <w:pPr>
        <w:jc w:val="right"/>
      </w:pPr>
      <w:r>
        <w:t>اس کی تنہائی غفلت کی تنہائی نہیں ہوتی، بلکہ خدا کی یاد کی تنہائی بن جاتی ہے۔ علم والا وہ ہے جس کی نفسیات میں خدا کی یاد سے ہلچل پیدا ہوتی ہو،</w:t>
      </w:r>
    </w:p>
    <w:p>
      <w:r>
        <w:rPr>
          <w:b/>
        </w:rPr>
        <w:t xml:space="preserve">[17:12] </w:t>
      </w:r>
      <w:r>
        <w:t>aur be-ilm wala woh hai jis ki nafsiyat ko sirf madi halaat bedar karen.</w:t>
      </w:r>
    </w:p>
    <w:p>
      <w:pPr>
        <w:jc w:val="right"/>
      </w:pPr>
      <w:r>
        <w:t>اور بے علم والا وہ ہے جس کی نفسیات کو صرف مادی حالات بیدار کریں۔</w:t>
      </w:r>
    </w:p>
    <w:p>
      <w:r>
        <w:rPr>
          <w:b/>
        </w:rPr>
        <w:t xml:space="preserve">[17:18] </w:t>
      </w:r>
      <w:r>
        <w:t>woh madi jhatkon se jaage, aur us ke baad dobara ghaflat ki neend so jaye. qul ya 'ibadi alladhina amanu ittaqu rabbakum lilladhina ahsanu fi hadhihid dunya husna</w:t>
      </w:r>
    </w:p>
    <w:p>
      <w:pPr>
        <w:jc w:val="right"/>
      </w:pPr>
      <w:r>
        <w:t>وہ مادی جھٹکوں سے جاگے، اور اس کے بعد دوبارہ غفلت کی نیند سو جائے۔ قل یا عبادی الذین آمنوا اتقوا ربكم للذین أحسنوا فی هذه الدنیا حسنہ</w:t>
      </w:r>
    </w:p>
    <w:p>
      <w:r>
        <w:rPr>
          <w:b/>
        </w:rPr>
        <w:t xml:space="preserve">[17:38] </w:t>
      </w:r>
      <w:r>
        <w:t>wa ardullahi wasi'atun innama yuwaffa as-sabiruna ajrahum bighayri hisab.</w:t>
      </w:r>
    </w:p>
    <w:p>
      <w:pPr>
        <w:jc w:val="right"/>
      </w:pPr>
      <w:r>
        <w:t>وأرض اللہ واسعة إنما یوفی الصابرون أجرہ بغير حساب.</w:t>
      </w:r>
    </w:p>
    <w:p>
      <w:r>
        <w:rPr>
          <w:b/>
        </w:rPr>
        <w:t xml:space="preserve">[17:52] </w:t>
      </w:r>
      <w:r>
        <w:t>kaho ke aey mere band</w:t>
      </w:r>
    </w:p>
    <w:p>
      <w:pPr>
        <w:jc w:val="right"/>
      </w:pPr>
      <w:r>
        <w:t>کہو کہ اے میرے بند</w:t>
      </w:r>
    </w:p>
    <w:p>
      <w:r>
        <w:rPr>
          <w:b/>
        </w:rPr>
        <w:t xml:space="preserve">[17:54] </w:t>
      </w:r>
      <w:r>
        <w:t>wa! jo imaan laaye ho, apne rab se daro. jo log is dunya mein neki karen ge, un ke liye nek sila hai, aur Allah ki zameen wasee' hai.</w:t>
      </w:r>
    </w:p>
    <w:p>
      <w:pPr>
        <w:jc w:val="right"/>
      </w:pPr>
      <w:r>
        <w:t>و! جو ایمان لائے ہو، اپنے رب سے ڈرو۔ جو لوگ اس دنیا میں نیکی کریں گے، ان کے لیے نیک صلہ ہے، اور اللہ کی زمین وسیع ہے۔</w:t>
      </w:r>
    </w:p>
    <w:p>
      <w:r>
        <w:rPr>
          <w:b/>
        </w:rPr>
        <w:t xml:space="preserve">[18:07] </w:t>
      </w:r>
      <w:r>
        <w:t>be shak sabr karne walon ko un ka ajar be hisab diya jaye ga.</w:t>
      </w:r>
    </w:p>
    <w:p>
      <w:pPr>
        <w:jc w:val="right"/>
      </w:pPr>
      <w:r>
        <w:t>بے شک صبر کرنے والوں کو ان کا اجر بے حساب دیا جائے گا۔</w:t>
      </w:r>
    </w:p>
    <w:p>
      <w:r>
        <w:rPr>
          <w:b/>
        </w:rPr>
        <w:t xml:space="preserve">[18:14] </w:t>
      </w:r>
      <w:r>
        <w:t>tashreeh: aadmi ko jab Allah ki gehri marifat haasil hoti hai to is ka laazmi nateeja yeh hota hai ke woh Allah se darne wala ban jata hai.</w:t>
      </w:r>
    </w:p>
    <w:p>
      <w:pPr>
        <w:jc w:val="right"/>
      </w:pPr>
      <w:r>
        <w:t>تشریح: آدمی کو جب اللہ کی گہری معرفت حاصل ہوتی ہے تو اس کا لازمی نتیجہ یہ ہوتا ہے کہ وہ اللہ سے ڈرنے والا بن جاتا ہے۔</w:t>
      </w:r>
    </w:p>
    <w:p>
      <w:r>
        <w:rPr>
          <w:b/>
        </w:rPr>
        <w:t xml:space="preserve">[18:26] </w:t>
      </w:r>
      <w:r>
        <w:t>Allah ki azmaton ka idraak is ko Allah ke aage past kar deta hai.</w:t>
      </w:r>
    </w:p>
    <w:p>
      <w:pPr>
        <w:jc w:val="right"/>
      </w:pPr>
      <w:r>
        <w:t>اللہ کی عظمتوں کا ادراک اس کو اللہ کے آگے پست کر دیتا ہے۔</w:t>
      </w:r>
    </w:p>
    <w:p>
      <w:r>
        <w:rPr>
          <w:b/>
        </w:rPr>
        <w:t xml:space="preserve">[18:32] </w:t>
      </w:r>
      <w:r>
        <w:t>is ki amli zindagi Allah ke ahkam ki pabandi mein guzarne lagti hai. woh is maamle mein is had tak sanjeeda ho jata hai ke sab kuch chhod de, magar Allah ko na chhodhe.</w:t>
      </w:r>
    </w:p>
    <w:p>
      <w:pPr>
        <w:jc w:val="right"/>
      </w:pPr>
      <w:r>
        <w:t>اس کی عملی زندگی اللہ کے احکام کی پابندی میں گزرنے لگتی ہے۔ وہ اس معاملے میں اس حد تک سنجیدہ ہو جاتا ہے کہ سب کچھ چھوڑ دے، مگر اللہ کو نہ چھوڑے۔</w:t>
      </w:r>
    </w:p>
    <w:p>
      <w:r>
        <w:rPr>
          <w:b/>
        </w:rPr>
        <w:t xml:space="preserve">[18:47] </w:t>
      </w:r>
      <w:r>
        <w:t>imaan ke upar zindagi ki taameer karna aadmi ke liye zabardast imtehaan hai.</w:t>
      </w:r>
    </w:p>
    <w:p>
      <w:pPr>
        <w:jc w:val="right"/>
      </w:pPr>
      <w:r>
        <w:t>ایمان کے اوپر زندگی کی تعمیر کرنا آدمی کے لیے زبردست امتحان ہے۔</w:t>
      </w:r>
    </w:p>
    <w:p>
      <w:r>
        <w:rPr>
          <w:b/>
        </w:rPr>
        <w:t xml:space="preserve">[18:53] </w:t>
      </w:r>
      <w:r>
        <w:t>is imtehaan mein wohi log poore utarte hain jin ke liye imaan itni qeemti daulat ho ke is ki khatir woh har doosri cheez par sabr karne ke liye raazi ho jayen.</w:t>
      </w:r>
    </w:p>
    <w:p>
      <w:pPr>
        <w:jc w:val="right"/>
      </w:pPr>
      <w:r>
        <w:t>اس امتحان میں وہی لوگ پورے اترتے ہیں جن کے لیے ایمان اتنی قیمتی دولت ہو کہ اس کی خاطر وہ ہر دوسری چیز پر صبر کرنے کے لیے راضی ہو جائیں۔</w:t>
      </w:r>
    </w:p>
    <w:p>
      <w:r>
        <w:rPr>
          <w:b/>
        </w:rPr>
        <w:t xml:space="preserve">[19:07] </w:t>
      </w:r>
      <w:r>
        <w:t>imaani zindagi amal ke aitbaar se sabr wali zindagi ka doosra naam hai.</w:t>
      </w:r>
    </w:p>
    <w:p>
      <w:pPr>
        <w:jc w:val="right"/>
      </w:pPr>
      <w:r>
        <w:t>ایمانی زندگی عمل کے اعتبار سے صبر والی زندگی کا دوسرا نام ہے۔</w:t>
      </w:r>
    </w:p>
    <w:p>
      <w:r>
        <w:rPr>
          <w:b/>
        </w:rPr>
        <w:t xml:space="preserve">[19:12] </w:t>
      </w:r>
      <w:r>
        <w:t>jo log sabr ki qeemat par momin banne ke liye tayyar hon, wohi woh log hain jo Khuda ke aala inaamaat mein hisse daar banaye jayen ge.</w:t>
      </w:r>
    </w:p>
    <w:p>
      <w:pPr>
        <w:jc w:val="right"/>
      </w:pPr>
      <w:r>
        <w:t>جو لوگ صبر کی قیمت پر مومن بننے کے لیے تیار ہوں، وہی وہ لوگ ہیں جو خدا کے اعلیٰ انعامات میں حصے دار بنائے جائیں گے۔</w:t>
      </w:r>
    </w:p>
    <w:p>
      <w:r>
        <w:rPr>
          <w:b/>
        </w:rPr>
        <w:t xml:space="preserve">[19:23] </w:t>
      </w:r>
      <w:r>
        <w:t>qul inni umirtu an a'budallaha mukhlis an lahud deen</w:t>
      </w:r>
    </w:p>
    <w:p>
      <w:pPr>
        <w:jc w:val="right"/>
      </w:pPr>
      <w:r>
        <w:t>قل إني أمرت أن أعبد الله مخلصاً له الدين</w:t>
      </w:r>
    </w:p>
    <w:p>
      <w:r>
        <w:rPr>
          <w:b/>
        </w:rPr>
        <w:t xml:space="preserve">[19:34] </w:t>
      </w:r>
      <w:r>
        <w:t>wa umirtu li an akuna awwalal muslimeen. qul inni akhaafu in asaytu rabbi azaba yawmin azeem.</w:t>
      </w:r>
    </w:p>
    <w:p>
      <w:pPr>
        <w:jc w:val="right"/>
      </w:pPr>
      <w:r>
        <w:t>وأمرت لأن أكون أول المسلمين. قل إني أخاف إن عصيت ربي عذاب يوم عظيم.</w:t>
      </w:r>
    </w:p>
    <w:p>
      <w:r>
        <w:rPr>
          <w:b/>
        </w:rPr>
        <w:t xml:space="preserve">[19:52] </w:t>
      </w:r>
      <w:r>
        <w:t>qul allaha a'budu mukhlis an lahud deeni f'abudu ma shi'tum min doonihi.</w:t>
      </w:r>
    </w:p>
    <w:p>
      <w:pPr>
        <w:jc w:val="right"/>
      </w:pPr>
      <w:r>
        <w:t>قل الله أعبد مخلصاً له ديني فاعبدوا ما شئتم من دونه.</w:t>
      </w:r>
    </w:p>
    <w:p>
      <w:r>
        <w:rPr>
          <w:b/>
        </w:rPr>
        <w:t xml:space="preserve">[20:04] </w:t>
      </w:r>
      <w:r>
        <w:t>qul innal khasi reena allazeena khasiroo</w:t>
      </w:r>
    </w:p>
    <w:p>
      <w:pPr>
        <w:jc w:val="right"/>
      </w:pPr>
      <w:r>
        <w:t>قل إن الخاسرين الذين خسروا</w:t>
      </w:r>
    </w:p>
    <w:p>
      <w:r>
        <w:rPr>
          <w:b/>
        </w:rPr>
        <w:t xml:space="preserve">[20:11] </w:t>
      </w:r>
      <w:r>
        <w:t>anfusahum wa ahleehim yawmal qiyamati ala zhalika huwal khusranul mubeen?</w:t>
      </w:r>
    </w:p>
    <w:p>
      <w:pPr>
        <w:jc w:val="right"/>
      </w:pPr>
      <w:r>
        <w:t>أنفسهم وأهليهم يوم القيامة ألا ذلك هو الخسران المبين؟</w:t>
      </w:r>
    </w:p>
    <w:p>
      <w:r>
        <w:rPr>
          <w:b/>
        </w:rPr>
        <w:t xml:space="preserve">[20:23] </w:t>
      </w:r>
      <w:r>
        <w:t>lahum min fawqihim zhalalu</w:t>
      </w:r>
    </w:p>
    <w:p>
      <w:pPr>
        <w:jc w:val="right"/>
      </w:pPr>
      <w:r>
        <w:t>لهم من فوقهم ظلل</w:t>
      </w:r>
    </w:p>
    <w:p>
      <w:r>
        <w:rPr>
          <w:b/>
        </w:rPr>
        <w:t xml:space="preserve">[20:28] </w:t>
      </w:r>
      <w:r>
        <w:t>minan nari wa min tahtihim zhalalu, zhalika yukhawwifu allahu bihi ibadah.</w:t>
      </w:r>
    </w:p>
    <w:p>
      <w:pPr>
        <w:jc w:val="right"/>
      </w:pPr>
      <w:r>
        <w:t>من النار ومن تحتهم ظلل، ذلك يخوف الله به عباده.</w:t>
      </w:r>
    </w:p>
    <w:p>
      <w:r>
        <w:rPr>
          <w:b/>
        </w:rPr>
        <w:t xml:space="preserve">[20:39] </w:t>
      </w:r>
      <w:r>
        <w:t>ya ibadi fattqoon.</w:t>
      </w:r>
    </w:p>
    <w:p>
      <w:pPr>
        <w:jc w:val="right"/>
      </w:pPr>
      <w:r>
        <w:t>يا عبادي فاتقون.</w:t>
      </w:r>
    </w:p>
    <w:p>
      <w:r>
        <w:rPr>
          <w:b/>
        </w:rPr>
        <w:t xml:space="preserve">[20:45] </w:t>
      </w:r>
      <w:r>
        <w:t>kaho mujh ko hukum diya gaya hai ke main Allah hi ki ibaadat karoon, usi ke liye deen ko khalis karte hue, aur mujh ko hukum diya gaya hai ke main sab se pehle khud muslim banoon.</w:t>
      </w:r>
    </w:p>
    <w:p>
      <w:pPr>
        <w:jc w:val="right"/>
      </w:pPr>
      <w:r>
        <w:t>کہو مجھ کو حکم دیا گیا ہے کہ میں اللہ ہی کی عبادت کروں، اسی کے لیے دین کو خالص کرتے ہوئے، اور مجھ کو حکم دیا گیا ہے کہ میں سب سے پہلے خود مسلم بنوں۔</w:t>
      </w:r>
    </w:p>
    <w:p>
      <w:r>
        <w:rPr>
          <w:b/>
        </w:rPr>
        <w:t xml:space="preserve">[20:59] </w:t>
      </w:r>
      <w:r>
        <w:t>kaho ke agar main apne rab ki nafarmani karoon to main ek holnaak din ke azaab se</w:t>
      </w:r>
    </w:p>
    <w:p>
      <w:pPr>
        <w:jc w:val="right"/>
      </w:pPr>
      <w:r>
        <w:t>کہو کہ اگر میں اپنے رب کی نافرمانی کروں تو میں ایک ہولناک دن کے عذاب سے</w:t>
      </w:r>
    </w:p>
    <w:p>
      <w:r>
        <w:rPr>
          <w:b/>
        </w:rPr>
        <w:t xml:space="preserve">[21:06] </w:t>
      </w:r>
      <w:r>
        <w:t>derta hoon. kaho ke main Allah ki ibaadat karta hoon, usi ke liye deen ko khalis karte hue. pas tum us ke siwa jis ki chahe ibaadat karo.</w:t>
      </w:r>
    </w:p>
    <w:p>
      <w:pPr>
        <w:jc w:val="right"/>
      </w:pPr>
      <w:r>
        <w:t>ڈرتا ہوں۔ کہو کہ میں اللہ کی عبادت کرتا ہوں، اسی کے لیے دین کو خالص کرتے ہوئے۔ پس تم اس کے سوا جس کی چاہے عبادت کرو۔</w:t>
      </w:r>
    </w:p>
    <w:p>
      <w:r>
        <w:rPr>
          <w:b/>
        </w:rPr>
        <w:t xml:space="preserve">[21:19] </w:t>
      </w:r>
      <w:r>
        <w:t>kaho ke asli ghaate wale to woh hain jinhone apne aap ko aur apne ghar walon ko qayamat ke din ghaate mein dala.</w:t>
      </w:r>
    </w:p>
    <w:p>
      <w:pPr>
        <w:jc w:val="right"/>
      </w:pPr>
      <w:r>
        <w:t>کہو کہ اصلی گھاٹے والے تو وہ ہیں جنہوں نے اپنے آپ کو اور اپنے گھر والوں کو قیامت کے دن گھاٹے میں ڈالا۔</w:t>
      </w:r>
    </w:p>
    <w:p>
      <w:r>
        <w:rPr>
          <w:b/>
        </w:rPr>
        <w:t xml:space="preserve">[21:29] </w:t>
      </w:r>
      <w:r>
        <w:t>sun lo, yahi khula hua ghaata hai. un ke liye un ke upar se bhi aag ke sahaba honge, aur un ke neeche se bhi.</w:t>
      </w:r>
    </w:p>
    <w:p>
      <w:pPr>
        <w:jc w:val="right"/>
      </w:pPr>
      <w:r>
        <w:t>سن لو، یہی کھلا ہوا گھاٹا ہے۔ ان کے لیے ان کے اوپر سے بھی آگ کے صاحبان ہوں گے، اور ان کے نیچے سے بھی۔</w:t>
      </w:r>
    </w:p>
    <w:p>
      <w:r>
        <w:rPr>
          <w:b/>
        </w:rPr>
        <w:t xml:space="preserve">[21:38] </w:t>
      </w:r>
      <w:r>
        <w:t>yeh cheez hai jis se Allah apne bando ko darta hai. aye mere bando!</w:t>
      </w:r>
    </w:p>
    <w:p>
      <w:pPr>
        <w:jc w:val="right"/>
      </w:pPr>
      <w:r>
        <w:t>یہ چیز ہے جس سے اللہ اپنے بندوں کو ڈراتا ہے۔ اے میرے بندو!</w:t>
      </w:r>
    </w:p>
    <w:p>
      <w:r>
        <w:rPr>
          <w:b/>
        </w:rPr>
        <w:t xml:space="preserve">[21:44] </w:t>
      </w:r>
      <w:r>
        <w:t>pas mujh se daro. tashreeh: paighambar ki asal dawat yeh hoti hai ke log sirf ek Khuda ke parastar banen, us ke siwa doosri tamam cheezon ki parastari chhod den.</w:t>
      </w:r>
    </w:p>
    <w:p>
      <w:pPr>
        <w:jc w:val="right"/>
      </w:pPr>
      <w:r>
        <w:t>پس مجھ سے ڈرو۔ تشریح: پیغمبر کی اصل دعوت یہ ہوتی ہے کہ لوگ صرف ایک خدا کے پرستار بنیں، اس کے سوا دوسری تمام چیزوں کی پرستاری چھوڑ دیں۔</w:t>
      </w:r>
    </w:p>
    <w:p>
      <w:r>
        <w:rPr>
          <w:b/>
        </w:rPr>
        <w:t xml:space="preserve">[22:00] </w:t>
      </w:r>
      <w:r>
        <w:t>paighambar ke liye yeh ma'roof ma'non mein sirf</w:t>
      </w:r>
    </w:p>
    <w:p>
      <w:pPr>
        <w:jc w:val="right"/>
      </w:pPr>
      <w:r>
        <w:t>پیغمبر کے لیے یہ معروف معنوں میں صرف</w:t>
      </w:r>
    </w:p>
    <w:p>
      <w:r>
        <w:rPr>
          <w:b/>
        </w:rPr>
        <w:t xml:space="preserve">[22:04] </w:t>
      </w:r>
      <w:r>
        <w:t>qiyadati masla nahi hota, balke woh is ka zati masla hota hai. is liye woh sab se pehle khud is par qaim hota hai.</w:t>
      </w:r>
    </w:p>
    <w:p>
      <w:pPr>
        <w:jc w:val="right"/>
      </w:pPr>
      <w:r>
        <w:t>قیادتی مسئلہ نہیں ہوتا، بلکہ وہ اس کا ذاتی مسئلہ ہوتا ہے۔ اس لیے وہ سب سے پہلے خود اس پر قائم ہوتا ہے۔</w:t>
      </w:r>
    </w:p>
    <w:p>
      <w:r>
        <w:rPr>
          <w:b/>
        </w:rPr>
        <w:t xml:space="preserve">[22:13] </w:t>
      </w:r>
      <w:r>
        <w:t>paighambar ko yaqeen hota hai ke aadmi ke nafa aur nuqsan ka asal faisla akhirat mein hone wala hai.</w:t>
      </w:r>
    </w:p>
    <w:p>
      <w:pPr>
        <w:jc w:val="right"/>
      </w:pPr>
      <w:r>
        <w:t>پیغمبر کو یقین ہوتا ہے کہ آدمی کے نفع اور نقصان کا اصل فیصلہ آخرت میں ہونے والا ہے۔</w:t>
      </w:r>
    </w:p>
    <w:p>
      <w:r>
        <w:rPr>
          <w:b/>
        </w:rPr>
        <w:t xml:space="preserve">[22:20] </w:t>
      </w:r>
      <w:r>
        <w:t>is liye woh khud apni zindagi ko akhirat ki rah mein lagata hai, aur doosron ko is ki taraf lagne ki dawat deta hai.</w:t>
      </w:r>
    </w:p>
    <w:p>
      <w:pPr>
        <w:jc w:val="right"/>
      </w:pPr>
      <w:r>
        <w:t>اس لیے وہ خود اپنی زندگی کو آخرت کی راہ میں لگاتا ہے، اور دوسروں کو اس کی طرف لگنے کی دعوت دیتا ہے۔</w:t>
      </w:r>
    </w:p>
    <w:p>
      <w:r>
        <w:rPr>
          <w:b/>
        </w:rPr>
        <w:t xml:space="preserve">[22:31] </w:t>
      </w:r>
      <w:r>
        <w:t>paighambar ke kaam ki yeh noiyat daai ke kaam ki noiyat ko bata rahi hai. haq ka daai wahi shakhs hai jis ke liye haq is ka zati masla ban jaye, jis ki dawat is ki andaruni halat ka ek betaabana izhaar ho, na ke loudspeaker ki tarah sirf ek kharji pukar.</w:t>
      </w:r>
    </w:p>
    <w:p>
      <w:pPr>
        <w:jc w:val="right"/>
      </w:pPr>
      <w:r>
        <w:t>پیغمبر کے کام کی یہ نوعیت داعی کے کام کی نوعیت کو بتا رہی ہے۔ حق کا داعی وہی شخص ہے جس کے لیے حق اس کا ذاتی مسئلہ بن جائے، جس کی دعوت اس کی اندرونی حالت کا ایک بے تابانہ اظہار ہو، نہ کہ لاؤڈ سپیکر کی طرح صرف ایک خارجی پکار۔</w:t>
      </w:r>
    </w:p>
    <w:p>
      <w:r>
        <w:rPr>
          <w:b/>
        </w:rPr>
        <w:t xml:space="preserve">[22:53] </w:t>
      </w:r>
      <w:r>
        <w:t>walazina ijtنبوا الطاغوت أن يعبدوها وأنابوا إلى الله لهم البشری فبشر عباد</w:t>
      </w:r>
    </w:p>
    <w:p>
      <w:pPr>
        <w:jc w:val="right"/>
      </w:pPr>
      <w:r>
        <w:t>والذین اجتنبوا الطاغوت أن يعبدوها وأنابوا إلى الله لهم البشری فبشر عباد</w:t>
      </w:r>
    </w:p>
    <w:p>
      <w:r>
        <w:rPr>
          <w:b/>
        </w:rPr>
        <w:t xml:space="preserve">[23:10] </w:t>
      </w:r>
      <w:r>
        <w:t>الذین یستمعون القول فيتبعون أحسنه أولئک الذین ہداهم اللہ وأولئک هم أولو الألباب.</w:t>
      </w:r>
    </w:p>
    <w:p>
      <w:pPr>
        <w:jc w:val="right"/>
      </w:pPr>
      <w:r>
        <w:t>الذین یستمعون القول فيتبعون أحسنه أولئک الذین ہداهم اللہ وأولئک هم أولو الألباب.</w:t>
      </w:r>
    </w:p>
    <w:p>
      <w:r>
        <w:rPr>
          <w:b/>
        </w:rPr>
        <w:t xml:space="preserve">[23:30] </w:t>
      </w:r>
      <w:r>
        <w:t>aur jo log shaitan se bache ke woh is ki ibadat karein, aur woh Allah ki taraf rujoo hue, un ke liye khushkhabri hai.</w:t>
      </w:r>
    </w:p>
    <w:p>
      <w:pPr>
        <w:jc w:val="right"/>
      </w:pPr>
      <w:r>
        <w:t>اور جو لوگ شیطان سے بچے کہ وہ اس کی عبادت کریں، اور وہ اللہ کی طرف رجوع ہوئے، ان کے لیے خوشخبری ہے۔</w:t>
      </w:r>
    </w:p>
    <w:p>
      <w:r>
        <w:rPr>
          <w:b/>
        </w:rPr>
        <w:t xml:space="preserve">[23:40] </w:t>
      </w:r>
      <w:r>
        <w:t>tum mere bando ko khushkhabri de do jo baat ko ghor se sunte hain, phir is ke behtar ki pairwi karte hain.</w:t>
      </w:r>
    </w:p>
    <w:p>
      <w:pPr>
        <w:jc w:val="right"/>
      </w:pPr>
      <w:r>
        <w:t>تم میرے بندوں کو خوشخبری دے دو جو بات کو غور سے سنتے ہیں، پھر اس کے بہتر کی پیروی کرتے ہیں۔</w:t>
      </w:r>
    </w:p>
    <w:p>
      <w:r>
        <w:rPr>
          <w:b/>
        </w:rPr>
        <w:t xml:space="preserve">[23:50] </w:t>
      </w:r>
      <w:r>
        <w:t>yahi woh log hain jin ko Allah ne hidayat bakhshi hai, aur yahi hain jo aql wale hain. tashreeh: mauja dunya fitne ki dunya hai.</w:t>
      </w:r>
    </w:p>
    <w:p>
      <w:pPr>
        <w:jc w:val="right"/>
      </w:pPr>
      <w:r>
        <w:t>یہی وہ لوگ ہیں جن کو اللہ نے ہدایت بخشی ہے، اور یہی ہیں جو عقل والے ہیں۔ تشریح: موجہ دنیا فتنے کی دنیا ہے۔</w:t>
      </w:r>
    </w:p>
    <w:p>
      <w:r>
        <w:rPr>
          <w:b/>
        </w:rPr>
        <w:t xml:space="preserve">[24:03] </w:t>
      </w:r>
      <w:r>
        <w:t>yahan haqeeqatein apni aakhri be nakab shakal mein zahir nahi hui hain.</w:t>
      </w:r>
    </w:p>
    <w:p>
      <w:pPr>
        <w:jc w:val="right"/>
      </w:pPr>
      <w:r>
        <w:t>یہاں حقیقتیں اپنی آخری بے نقاب شکل میں ظاہر نہیں ہوئی ہیں۔</w:t>
      </w:r>
    </w:p>
    <w:p>
      <w:r>
        <w:rPr>
          <w:b/>
        </w:rPr>
        <w:t xml:space="preserve">[24:08] </w:t>
      </w:r>
      <w:r>
        <w:t>yahi wajah hai ke yahan har baat ko ghalat mani pehnaya ja sakta hai. shaitan isi imkan ko istemal kar ke logon ko rah-e-rast se bhatkata hai.</w:t>
      </w:r>
    </w:p>
    <w:p>
      <w:pPr>
        <w:jc w:val="right"/>
      </w:pPr>
      <w:r>
        <w:t>یہی وجہ ہے کہ یہاں ہر بات کو غلط معنی پہنایا جا سکتا ہے۔ شیطان اسی امکان کو استعمال کر کے لوگوں کو راہ راست سے بھٹکاتا ہے۔</w:t>
      </w:r>
    </w:p>
    <w:p>
      <w:r>
        <w:rPr>
          <w:b/>
        </w:rPr>
        <w:t xml:space="preserve">[24:21] </w:t>
      </w:r>
      <w:r>
        <w:t>jab bhi koi haq samne aata hai to shaitan is ko ghalat mani pehnana</w:t>
      </w:r>
    </w:p>
    <w:p>
      <w:pPr>
        <w:jc w:val="right"/>
      </w:pPr>
      <w:r>
        <w:t>جب بھی کوئی حق سامنے آتا ہے تو شیطان اس کو غلط معنی پہنا کر</w:t>
      </w:r>
    </w:p>
    <w:p>
      <w:r>
        <w:rPr>
          <w:b/>
        </w:rPr>
        <w:t xml:space="preserve">[24:27] </w:t>
      </w:r>
      <w:r>
        <w:t>logon ke zehn ko pherne ki koshish karta hai. woh qaul ke ahsan pehlu se hata kar qaul ke ghair ahsan pehlu ko logon ke samne lata hai.</w:t>
      </w:r>
    </w:p>
    <w:p>
      <w:pPr>
        <w:jc w:val="right"/>
      </w:pPr>
      <w:r>
        <w:t>لوگوں کے ذہن کو پھیرنے کی کوشش کرتا ہے۔ وہ قول کے احسن پہلو سے ہٹا کر قول کے غیر احسن پہلو کو لوگوں کے سامنے لاتا ہے۔</w:t>
      </w:r>
    </w:p>
    <w:p>
      <w:r>
        <w:rPr>
          <w:b/>
        </w:rPr>
        <w:t xml:space="preserve">[24:39] </w:t>
      </w:r>
      <w:r>
        <w:t>yahi woh maqam hai jahan aadmi ka asal imtehan hai.</w:t>
      </w:r>
    </w:p>
    <w:p>
      <w:pPr>
        <w:jc w:val="right"/>
      </w:pPr>
      <w:r>
        <w:t>یہی وہ مقام ہے جہاں آدمی کا اصل امتحان ہے۔</w:t>
      </w:r>
    </w:p>
    <w:p>
      <w:r>
        <w:rPr>
          <w:b/>
        </w:rPr>
        <w:t xml:space="preserve">[24:43] </w:t>
      </w:r>
      <w:r>
        <w:t>aadmi ko is aql ka saboot dena hai ke woh sahi aur ghalat ke darmiyan tamiz kare. woh shaitani fareb ka parda phar kar haqeeqat ko dekh sake.</w:t>
      </w:r>
    </w:p>
    <w:p>
      <w:pPr>
        <w:jc w:val="right"/>
      </w:pPr>
      <w:r>
        <w:t>آدمی کو اس عقل کا ثبوت دینا ہے کہ وہ صحیح اور غلط کے درمیان تمیز کرے۔ وہ شیطانی فریب کا پردہ پھاڑ کر حقیقت کو دیکھ سکے۔</w:t>
      </w:r>
    </w:p>
    <w:p>
      <w:r>
        <w:rPr>
          <w:b/>
        </w:rPr>
        <w:t xml:space="preserve">[24:56] </w:t>
      </w:r>
      <w:r>
        <w:t>jo log is baseerat ka saboot dein, wahi woh khush qismat log hain</w:t>
      </w:r>
    </w:p>
    <w:p>
      <w:pPr>
        <w:jc w:val="right"/>
      </w:pPr>
      <w:r>
        <w:t>جو لوگ اس بصیرت کا ثبوت دیں، وہی وہ خوش قسمت لوگ ہیں</w:t>
      </w:r>
    </w:p>
    <w:p>
      <w:r>
        <w:rPr>
          <w:b/>
        </w:rPr>
        <w:t xml:space="preserve">[25:02] </w:t>
      </w:r>
      <w:r>
        <w:t>jo khudaai sachai ko payenge. aur jo log is baseerat ka saboot dene mein nakaam rahein, un ke liye is dunya mein is ke siwa koi aur anjam muqaddar nahi ke woh qaul ke ghair ahsan pehluon mein uljhe rahein, aur Khuda ke yahan shaitan ke parastar ki hesiyat se uthaye jayein.</w:t>
      </w:r>
    </w:p>
    <w:p>
      <w:pPr>
        <w:jc w:val="right"/>
      </w:pPr>
      <w:r>
        <w:t>جو خدائی سچائی کو پائیں گے۔ اور جو لوگ اس بصیرت کا ثبوت دینے میں ناکام رہیں، ان کے لیے اس دنیا میں اس کے سوا کوئی اور انجام مقدر نہیں کہ وہ قول کے غیر احسن پہلوؤں میں الجھے رہیں، اور خدا کے یہاں شیطان کے پرستار کی حیثیت سے اٹھائے جائیں۔</w:t>
      </w:r>
    </w:p>
    <w:p>
      <w:r>
        <w:rPr>
          <w:b/>
        </w:rPr>
        <w:t xml:space="preserve">[25:26] </w:t>
      </w:r>
      <w:r>
        <w:t>أفمن حق علیہ کلمۃ العذاب أفأنت تنقذ من فی النار؟</w:t>
      </w:r>
    </w:p>
    <w:p>
      <w:pPr>
        <w:jc w:val="right"/>
      </w:pPr>
      <w:r>
        <w:t>أفمن حق علیہ کلمۃ العذاب أفأنت تنقذ من فی النار؟</w:t>
      </w:r>
    </w:p>
    <w:p>
      <w:r>
        <w:rPr>
          <w:b/>
        </w:rPr>
        <w:t xml:space="preserve">[25:38] </w:t>
      </w:r>
      <w:r>
        <w:t>لكن الذین اتقوا ربهم لهم غرف</w:t>
      </w:r>
    </w:p>
    <w:p>
      <w:pPr>
        <w:jc w:val="right"/>
      </w:pPr>
      <w:r>
        <w:t>لكن الذین اتقوا ربهم لهم غرف</w:t>
      </w:r>
    </w:p>
    <w:p>
      <w:r>
        <w:rPr>
          <w:b/>
        </w:rPr>
        <w:t xml:space="preserve">[25:44] </w:t>
      </w:r>
      <w:r>
        <w:t>من فوقها غرف مبنية تجری من تحتها الأنهار.</w:t>
      </w:r>
    </w:p>
    <w:p>
      <w:pPr>
        <w:jc w:val="right"/>
      </w:pPr>
      <w:r>
        <w:t>من فوقها غرف مبنية تجری من تحتها الأنهار.</w:t>
      </w:r>
    </w:p>
    <w:p>
      <w:r>
        <w:rPr>
          <w:b/>
        </w:rPr>
        <w:t xml:space="preserve">[25:56] </w:t>
      </w:r>
      <w:r>
        <w:t>تجری من تحتها الأنهار وعد الله لا يخلف الله</w:t>
      </w:r>
    </w:p>
    <w:p>
      <w:pPr>
        <w:jc w:val="right"/>
      </w:pPr>
      <w:r>
        <w:t>تجری من تحتها الأنهار وعد الله لا يخلف الله</w:t>
      </w:r>
    </w:p>
    <w:p>
      <w:r>
        <w:rPr>
          <w:b/>
        </w:rPr>
        <w:t xml:space="preserve">[26:03] </w:t>
      </w:r>
      <w:r>
        <w:t>الميعاد.</w:t>
      </w:r>
    </w:p>
    <w:p>
      <w:pPr>
        <w:jc w:val="right"/>
      </w:pPr>
      <w:r>
        <w:t>الميعاد.</w:t>
      </w:r>
    </w:p>
    <w:p>
      <w:r>
        <w:rPr>
          <w:b/>
        </w:rPr>
        <w:t xml:space="preserve">[26:07] </w:t>
      </w:r>
      <w:r>
        <w:t>kya jis par azab ki baat sabit ho chuki? pas kya tum aise shakhs ko bacha sakte ho jo aag mein hai? lekin jo log apne Rab se darein, un ke liye baala khane hain jin ke upar aur baala khane hain bane hue.</w:t>
      </w:r>
    </w:p>
    <w:p>
      <w:pPr>
        <w:jc w:val="right"/>
      </w:pPr>
      <w:r>
        <w:t>کیا جس پر عذاب کی بات ثابت ہو چکی؟ پس کیا تم ایسے شخص کو بچا سکتے ہو جو آگ میں ہے؟ لیکن جو لوگ اپنے رب سے ڈریں، ان کے لیے بالا خانے ہیں جن کے اوپر اور بالا خانے ہیں بنے ہوئے۔</w:t>
      </w:r>
    </w:p>
    <w:p>
      <w:r>
        <w:rPr>
          <w:b/>
        </w:rPr>
        <w:t xml:space="preserve">[26:25] </w:t>
      </w:r>
      <w:r>
        <w:t>un ke neeche nehre behti hain. yeh Allah ka wada hai. Allah</w:t>
      </w:r>
    </w:p>
    <w:p>
      <w:pPr>
        <w:jc w:val="right"/>
      </w:pPr>
      <w:r>
        <w:t>ان کے نیچے نہریں بہتی ہیں۔ یہ اللہ کا وعدہ ہے۔ اللہ</w:t>
      </w:r>
    </w:p>
    <w:p>
      <w:r>
        <w:rPr>
          <w:b/>
        </w:rPr>
        <w:t xml:space="preserve">[26:30] </w:t>
      </w:r>
      <w:r>
        <w:t>apne wade ke khilaf nahi karta. tashreeh: har aadmi apne aamal ke anjam ke darmiyan ghira hua hai.</w:t>
      </w:r>
    </w:p>
    <w:p>
      <w:pPr>
        <w:jc w:val="right"/>
      </w:pPr>
      <w:r>
        <w:t>اپنے وعدے کے خلاف نہیں کرتا۔ تشریح: ہر آدمی اپنے اعمال کے انجام کے درمیان گھرا ہوا ہے۔</w:t>
      </w:r>
    </w:p>
    <w:p>
      <w:r>
        <w:rPr>
          <w:b/>
        </w:rPr>
        <w:t xml:space="preserve">[26:40] </w:t>
      </w:r>
      <w:r>
        <w:t>jannat walay ko jannati fiza ghere hue hain, aur jahannum walay ko jahannami fiza ghere hue hai.</w:t>
      </w:r>
    </w:p>
    <w:p>
      <w:pPr>
        <w:jc w:val="right"/>
      </w:pPr>
      <w:r>
        <w:t>جنت والے کو جنتی فضا گھیرے ہوئے ہیں، اور جہنم والے کو جہنمی فضا گھیرے ہوئے ہیں۔</w:t>
      </w:r>
    </w:p>
    <w:p>
      <w:r>
        <w:rPr>
          <w:b/>
        </w:rPr>
        <w:t xml:space="preserve">[26:48] </w:t>
      </w:r>
      <w:r>
        <w:t>ghair marai haqiqaton ko dekhnay wali nigah ho to log jannat walay insan ko isi dunya mein jannat mein dekhein, aur jahannum walay insan ko isi dunya mein jahannum mein ghira hua paein.</w:t>
      </w:r>
    </w:p>
    <w:p>
      <w:pPr>
        <w:jc w:val="right"/>
      </w:pPr>
      <w:r>
        <w:t>غیر مرئی حقیقتوں کو دیکھنے والی نگاہ ہو تو لوگ جنت والے انسان کو اسی دنیا میں جنت میں دیکھیں، اور جہنم والے انسان کو اسی دنیا میں جہنم میں گھرا ہوا پائیں۔</w:t>
      </w:r>
    </w:p>
    <w:p>
      <w:r>
        <w:rPr>
          <w:b/>
        </w:rPr>
        <w:t xml:space="preserve">[27:02] </w:t>
      </w:r>
      <w:r>
        <w:t>jannat aarzoon ki is dunya ki aakhri me'yari surat hai jis ko aadmi dunya mein hasil karna chahta hai,</w:t>
      </w:r>
    </w:p>
    <w:p>
      <w:pPr>
        <w:jc w:val="right"/>
      </w:pPr>
      <w:r>
        <w:t>جنت آرزوؤں کی اس دنیا کی آخری معیاری صورت ہے جس کو آدمی دنیا میں حاصل کرنا چاہتا ہے،</w:t>
      </w:r>
    </w:p>
    <w:p>
      <w:r>
        <w:rPr>
          <w:b/>
        </w:rPr>
        <w:t xml:space="preserve">[27:11] </w:t>
      </w:r>
      <w:r>
        <w:t>magar woh us ko hasil nahi kar pata. is jannat ki qeemat Allah ka taqwa hai. jo log dunya mein khauf-e-Khuda ka saboot dein ge, wohi jannat ki be-khauf zindagi ke malik banen ge.</w:t>
      </w:r>
    </w:p>
    <w:p>
      <w:pPr>
        <w:jc w:val="right"/>
      </w:pPr>
      <w:r>
        <w:t>مگر وہ اس کو حاصل نہیں کر پاتا۔ اس جنت کی قیمت اللہ کا تقویٰ ہے۔ جو لوگ دنیا میں خوف خدا کا ثبوت دیں گے، وہی جنت کی بے خوف زندگی کے مالک بنیں گے۔</w:t>
      </w:r>
    </w:p>
    <w:p>
      <w:r>
        <w:rPr>
          <w:b/>
        </w:rPr>
        <w:t xml:space="preserve">[27:27] </w:t>
      </w:r>
      <w:r>
        <w:t>alam tara annallaha</w:t>
      </w:r>
    </w:p>
    <w:p>
      <w:pPr>
        <w:jc w:val="right"/>
      </w:pPr>
      <w:r>
        <w:t>ألم تر أن الله</w:t>
      </w:r>
    </w:p>
    <w:p>
      <w:r>
        <w:rPr>
          <w:b/>
        </w:rPr>
        <w:t xml:space="preserve">[27:31] </w:t>
      </w:r>
      <w:r>
        <w:t>anzala min assamaa'i</w:t>
      </w:r>
    </w:p>
    <w:p>
      <w:pPr>
        <w:jc w:val="right"/>
      </w:pPr>
      <w:r>
        <w:t>أنزل من السماء</w:t>
      </w:r>
    </w:p>
    <w:p>
      <w:r>
        <w:rPr>
          <w:b/>
        </w:rPr>
        <w:t xml:space="preserve">[27:38] </w:t>
      </w:r>
      <w:r>
        <w:t>anfus lakum yanabee'u fil ardi thumma yukhriju bihi zar'un</w:t>
      </w:r>
    </w:p>
    <w:p>
      <w:pPr>
        <w:jc w:val="right"/>
      </w:pPr>
      <w:r>
        <w:t>أنفس لكه ينابيع فی الأرض ثم یخرج به زرعا؟</w:t>
      </w:r>
    </w:p>
    <w:p>
      <w:r>
        <w:rPr>
          <w:b/>
        </w:rPr>
        <w:t xml:space="preserve">[27:46] </w:t>
      </w:r>
      <w:r>
        <w:t>thumma yukhriju bihi zar'un mukhtalifun alwanuhu thumma yaheej fatarahu musfarran</w:t>
      </w:r>
    </w:p>
    <w:p>
      <w:pPr>
        <w:jc w:val="right"/>
      </w:pPr>
      <w:r>
        <w:t>ثم یخرج به زرعا مختلفا ألوانه ثم یہیج فتراه مصفرا</w:t>
      </w:r>
    </w:p>
    <w:p>
      <w:r>
        <w:rPr>
          <w:b/>
        </w:rPr>
        <w:t xml:space="preserve">[27:58] </w:t>
      </w:r>
      <w:r>
        <w:t>thumma yaj'aluhu hutaman. inna fi zalika ladhikratun li uli al-albab.</w:t>
      </w:r>
    </w:p>
    <w:p>
      <w:pPr>
        <w:jc w:val="right"/>
      </w:pPr>
      <w:r>
        <w:t>ثم یجعله حطاما. إن فی ذلك لذکر لأولی الألباب.</w:t>
      </w:r>
    </w:p>
    <w:p>
      <w:r>
        <w:rPr>
          <w:b/>
        </w:rPr>
        <w:t xml:space="preserve">[28:12] </w:t>
      </w:r>
      <w:r>
        <w:t>afaman sharaḥallahu sadrahu lilislami fahuwa 'ala noorim mirabbihi?</w:t>
      </w:r>
    </w:p>
    <w:p>
      <w:pPr>
        <w:jc w:val="right"/>
      </w:pPr>
      <w:r>
        <w:t>أفمن شرح اللہ صدره للإسلام فهو على نور من ربه؟</w:t>
      </w:r>
    </w:p>
    <w:p>
      <w:r>
        <w:rPr>
          <w:b/>
        </w:rPr>
        <w:t xml:space="preserve">[28:22] </w:t>
      </w:r>
      <w:r>
        <w:t>fawaylun lil qasiyati quloobuhum min dhikrillahi.</w:t>
      </w:r>
    </w:p>
    <w:p>
      <w:pPr>
        <w:jc w:val="right"/>
      </w:pPr>
      <w:r>
        <w:t>فویل للقاسية قلوبهم من ذکر الله.</w:t>
      </w:r>
    </w:p>
    <w:p>
      <w:r>
        <w:rPr>
          <w:b/>
        </w:rPr>
        <w:t xml:space="preserve">[28:31] </w:t>
      </w:r>
      <w:r>
        <w:t>ula'ika fi dalalin mubin. kya tum ne nahi dekha ke Allah ne aasman se pani utara,</w:t>
      </w:r>
    </w:p>
    <w:p>
      <w:pPr>
        <w:jc w:val="right"/>
      </w:pPr>
      <w:r>
        <w:t>أولئک فی ضلال مبین. کیا تم نے نہیں دیکھا کہ اللہ نے آسمان سے پانی اتارا،</w:t>
      </w:r>
    </w:p>
    <w:p>
      <w:r>
        <w:rPr>
          <w:b/>
        </w:rPr>
        <w:t xml:space="preserve">[28:45] </w:t>
      </w:r>
      <w:r>
        <w:t>phir us ko zameen ke chashmon mein jari kar diya?</w:t>
      </w:r>
    </w:p>
    <w:p>
      <w:pPr>
        <w:jc w:val="right"/>
      </w:pPr>
      <w:r>
        <w:t>پھر اس کو زمین کے چشموں میں جاری کر دیا؟</w:t>
      </w:r>
    </w:p>
    <w:p>
      <w:r>
        <w:rPr>
          <w:b/>
        </w:rPr>
        <w:t xml:space="preserve">[28:48] </w:t>
      </w:r>
      <w:r>
        <w:t>phir woh us se mukhtalif qism ki khetiyan nikalta hai, phir woh khushk ho jati hain, to tum us ko zard dekhte ho, phir woh us ko reza reza kar deta hai.</w:t>
      </w:r>
    </w:p>
    <w:p>
      <w:pPr>
        <w:jc w:val="right"/>
      </w:pPr>
      <w:r>
        <w:t>پھر وہ اس سے مختلف قسم کی کھیتیاں نکالتا ہے، پھر وہ خشک ہو جاتی ہیں، تو تم اس کو زرد دیکھتے ہو، پھر وہ اس کو ریزہ ریزہ کر دیتا ہے۔</w:t>
      </w:r>
    </w:p>
    <w:p>
      <w:r>
        <w:rPr>
          <w:b/>
        </w:rPr>
        <w:t xml:space="preserve">[29:01] </w:t>
      </w:r>
      <w:r>
        <w:t>beshak is mein naseehat hai aql walon ke liye.</w:t>
      </w:r>
    </w:p>
    <w:p>
      <w:pPr>
        <w:jc w:val="right"/>
      </w:pPr>
      <w:r>
        <w:t>بے شک اس میں نصیحت ہے عقل والوں کے لیے۔</w:t>
      </w:r>
    </w:p>
    <w:p>
      <w:r>
        <w:rPr>
          <w:b/>
        </w:rPr>
        <w:t xml:space="preserve">[29:05] </w:t>
      </w:r>
      <w:r>
        <w:t>kya woh shakhs jis ka seena Allah ne Islam ke liye khol diya, pas woh apne Rab ki taraf se aik roshni par hai?</w:t>
      </w:r>
    </w:p>
    <w:p>
      <w:pPr>
        <w:jc w:val="right"/>
      </w:pPr>
      <w:r>
        <w:t>کیا وہ شخص جس کا سینہ اللہ نے اسلام کے لیے کھول دیا، پس وہ اپنے رب کی طرف سے ایک روشنی پر ہے؟</w:t>
      </w:r>
    </w:p>
    <w:p>
      <w:r>
        <w:rPr>
          <w:b/>
        </w:rPr>
        <w:t xml:space="preserve">[29:14] </w:t>
      </w:r>
      <w:r>
        <w:t>to kharabi hai un ke liye jin ke dil Allah ki naseehat ke mo'amle mein sakht ho gaye. yeh log</w:t>
      </w:r>
    </w:p>
    <w:p>
      <w:pPr>
        <w:jc w:val="right"/>
      </w:pPr>
      <w:r>
        <w:t>تو خرابی ہے ان کے لیے جن کے دل اللہ کی نصیحت کے معاملے میں سخت ہو گئے۔ یہ لوگ</w:t>
      </w:r>
    </w:p>
    <w:p>
      <w:r>
        <w:rPr>
          <w:b/>
        </w:rPr>
        <w:t xml:space="preserve">[29:21] </w:t>
      </w:r>
      <w:r>
        <w:t>khuli hui gumrahi mein hain. tashreeh: zameen par barish ka herat angez nizam, phir us se sabza ka ugna, phir fasal ki tayari.</w:t>
      </w:r>
    </w:p>
    <w:p>
      <w:pPr>
        <w:jc w:val="right"/>
      </w:pPr>
      <w:r>
        <w:t>کھلی ہوئی گمراہی میں ہیں۔ تشریح: زمین پر بارش کا حیرت انگیز نظام، پھر اس سے سبزہ کا اگنا، پھر فصل کی تیاری۔</w:t>
      </w:r>
    </w:p>
    <w:p>
      <w:r>
        <w:rPr>
          <w:b/>
        </w:rPr>
        <w:t xml:space="preserve">[29:34] </w:t>
      </w:r>
      <w:r>
        <w:t>in madi waqeaat mein beshumar ma'navi naseehaten hain,</w:t>
      </w:r>
    </w:p>
    <w:p>
      <w:pPr>
        <w:jc w:val="right"/>
      </w:pPr>
      <w:r>
        <w:t>ان مادی واقعات میں بے شمار معنوی نصیحتیں ہیں،</w:t>
      </w:r>
    </w:p>
    <w:p>
      <w:r>
        <w:rPr>
          <w:b/>
        </w:rPr>
        <w:t xml:space="preserve">[29:39] </w:t>
      </w:r>
      <w:r>
        <w:t>magar in naseehaton ko wohi log paate hain jo baaton ki gehrai mein utarne ka mizaj rakhte hain. aik taraf Allah ne kharij dunya ko is dhang par banaya ke us ki har cheez haqeeqat-e-aala ki nishani ban gayi.</w:t>
      </w:r>
    </w:p>
    <w:p>
      <w:pPr>
        <w:jc w:val="right"/>
      </w:pPr>
      <w:r>
        <w:t>مگر ان نصیحتوں کو وہی لوگ پاتے ہیں جو باتوں کی گہرائی میں اترنے کا مزاج رکھتے ہوں۔ ایک طرف اللہ نے خارج دنیا کو اس ڈھنگ پر بنایا کہ اس کی ہر چیز حقیقت اعلیٰ کی نشانی بن گئی۔</w:t>
      </w:r>
    </w:p>
    <w:p>
      <w:r>
        <w:rPr>
          <w:b/>
        </w:rPr>
        <w:t xml:space="preserve">[29:57] </w:t>
      </w:r>
      <w:r>
        <w:t>dosri taraf insan ke andar aisi salahiyaten rakh dein ke woh in nishaniyon ko parhein aur un ko samajh sakein. ab jo log apni fitri salahiyaton ko zinda rakhein aur un se kaam le kar dunya ki cheezon par ghaur karein, un ke seenay mein ma'rifat ke darwaze khul jayen ge.</w:t>
      </w:r>
    </w:p>
    <w:p>
      <w:pPr>
        <w:jc w:val="right"/>
      </w:pPr>
      <w:r>
        <w:t>دوسری طرف انسان کے اندر ایسی صلاحیتیں رکھ دیں کہ وہ ان نشانیوں کو پڑھیں اور ان کو سمجھ سکیں۔ اب جو لوگ اپنی فطری صلاحیتوں کو زندہ رکھیں اور ان سے کام لے کر دنیا کی چیزوں پر غور کریں، ان کے سینے میں معرفت کے دروازے کھل جائیں گے۔</w:t>
      </w:r>
    </w:p>
    <w:p>
      <w:r>
        <w:rPr>
          <w:b/>
        </w:rPr>
        <w:t xml:space="preserve">[30:18] </w:t>
      </w:r>
      <w:r>
        <w:t>aur jo log apni fitri salahiyaton ko zinda na rakh sakein, woh naseehaton ke hajoom mein bhi naseehat lene se mehroom rahen ge.</w:t>
      </w:r>
    </w:p>
    <w:p>
      <w:pPr>
        <w:jc w:val="right"/>
      </w:pPr>
      <w:r>
        <w:t>اور جو لوگ اپنی فطری صلاحیتوں کو زندہ نہ رکھ سکیں، وہ نصیحتوں کے ہجوم میں بھی نصیحت لینے سے محروم رہیں گے۔</w:t>
      </w:r>
    </w:p>
    <w:p>
      <w:r>
        <w:rPr>
          <w:b/>
        </w:rPr>
        <w:t xml:space="preserve">[30:28] </w:t>
      </w:r>
      <w:r>
        <w:t>woh dekh kar bhi kuch na dekhen ge aur sun kar bhi kuch na sunen ge.</w:t>
      </w:r>
    </w:p>
    <w:p>
      <w:pPr>
        <w:jc w:val="right"/>
      </w:pPr>
      <w:r>
        <w:t>وہ دیکھ کر بھی کچھ نہ دیکھیں گے اور سن کر بھی کچھ نہ سنیں گے۔</w:t>
      </w:r>
    </w:p>
    <w:p>
      <w:r>
        <w:rPr>
          <w:b/>
        </w:rPr>
        <w:t xml:space="preserve">[30:35] </w:t>
      </w:r>
      <w:r>
        <w:t>allahu nazzala ahsan al-hadithi kitaban mutashabiha mathani taqsha'urru minhu juludhu alladhina yakhshawna rabbahum.</w:t>
      </w:r>
    </w:p>
    <w:p>
      <w:pPr>
        <w:jc w:val="right"/>
      </w:pPr>
      <w:r>
        <w:t>الله نزل أحسن الحديث كتابا متشابها مثاني تقشعر منه جلود الذين يخشون ربهم.</w:t>
      </w:r>
    </w:p>
    <w:p>
      <w:r>
        <w:rPr>
          <w:b/>
        </w:rPr>
        <w:t xml:space="preserve">[30:50] </w:t>
      </w:r>
      <w:r>
        <w:t>taqsha'urru minhu juludhu alladhina yakhshawna rabbahum thumma</w:t>
      </w:r>
    </w:p>
    <w:p>
      <w:pPr>
        <w:jc w:val="right"/>
      </w:pPr>
      <w:r>
        <w:t>تقشعر منه جلود الذين يخشون ربهم ثم</w:t>
      </w:r>
    </w:p>
    <w:p>
      <w:r>
        <w:rPr>
          <w:b/>
        </w:rPr>
        <w:t xml:space="preserve">[30:57] </w:t>
      </w:r>
      <w:r>
        <w:t>tilin juloodihim wa quloobihim ila zikrillah.</w:t>
      </w:r>
    </w:p>
    <w:p>
      <w:pPr>
        <w:jc w:val="right"/>
      </w:pPr>
      <w:r>
        <w:t>تلين جلودهم وقلوبهم إلى ذكر الله.</w:t>
      </w:r>
    </w:p>
    <w:p>
      <w:r>
        <w:rPr>
          <w:b/>
        </w:rPr>
        <w:t xml:space="preserve">[31:05] </w:t>
      </w:r>
      <w:r>
        <w:t>zalika hudaallahi yahdi bihi man yashaa'u wa man</w:t>
      </w:r>
    </w:p>
    <w:p>
      <w:pPr>
        <w:jc w:val="right"/>
      </w:pPr>
      <w:r>
        <w:t>ذلك هدى الله يهدي به من يشاء ومن</w:t>
      </w:r>
    </w:p>
    <w:p>
      <w:r>
        <w:rPr>
          <w:b/>
        </w:rPr>
        <w:t xml:space="preserve">[31:14] </w:t>
      </w:r>
      <w:r>
        <w:t>yudlilillahu famaa lahu minha. Allah ne behtareen kalam utara hai.</w:t>
      </w:r>
    </w:p>
    <w:p>
      <w:pPr>
        <w:jc w:val="right"/>
      </w:pPr>
      <w:r>
        <w:t>يضلل الله فما له منها. اللہ نے بہترین کلام اتارا ہے۔</w:t>
      </w:r>
    </w:p>
    <w:p>
      <w:r>
        <w:rPr>
          <w:b/>
        </w:rPr>
        <w:t xml:space="preserve">[31:24] </w:t>
      </w:r>
      <w:r>
        <w:t>ek aisi kitaab aapas mein milti julti baar baar dohrai hui. is se</w:t>
      </w:r>
    </w:p>
    <w:p>
      <w:pPr>
        <w:jc w:val="right"/>
      </w:pPr>
      <w:r>
        <w:t>ایک ایسی کتاب آپس میں ملتی جلتی بار بار دہرائی ہوئی۔ اس سے</w:t>
      </w:r>
    </w:p>
    <w:p>
      <w:r>
        <w:rPr>
          <w:b/>
        </w:rPr>
        <w:t xml:space="preserve">[31:31] </w:t>
      </w:r>
      <w:r>
        <w:t>un logon ke rongte khade ho jaate hain jo apne rab se darne wale hain. phir un ke badan aur un ke dil narm ho kar Allah ki yaad ki taraf mutawajjah ho jaate hain.</w:t>
      </w:r>
    </w:p>
    <w:p>
      <w:pPr>
        <w:jc w:val="right"/>
      </w:pPr>
      <w:r>
        <w:t>ان لوگوں کے رونگٹے کھڑے ہو جاتے ہیں جو اپنے رب سے ڈرنے والے ہیں۔ پھر ان کے بدن اور ان کے دل نرم ہو کر اللہ کی یاد کی طرف متوجہ ہو جاتے ہیں۔</w:t>
      </w:r>
    </w:p>
    <w:p>
      <w:r>
        <w:rPr>
          <w:b/>
        </w:rPr>
        <w:t xml:space="preserve">[31:44] </w:t>
      </w:r>
      <w:r>
        <w:t>yeh Allah ki hidayat hai. is se woh hidayat deta hai jis ko woh chahta hai.</w:t>
      </w:r>
    </w:p>
    <w:p>
      <w:pPr>
        <w:jc w:val="right"/>
      </w:pPr>
      <w:r>
        <w:t>یہ اللہ کی ہدایت ہے۔ اس سے وہ ہدایت دیتا ہے جس کو وہ چاہتا ہے۔</w:t>
      </w:r>
    </w:p>
    <w:p>
      <w:r>
        <w:rPr>
          <w:b/>
        </w:rPr>
        <w:t xml:space="preserve">[31:50] </w:t>
      </w:r>
      <w:r>
        <w:t>aur jis ko Allah gumrah kar de to us ko koi hidayat dene wala nahin. Tashreeh: Quran ki soorat mein Allah ta'ala ne ek behtareen kitaab insaan ko ata ki hai.</w:t>
      </w:r>
    </w:p>
    <w:p>
      <w:pPr>
        <w:jc w:val="right"/>
      </w:pPr>
      <w:r>
        <w:t>اور جس کو اللہ گمراہ کر دے تو اس کو کوئی ہدایت دینے والا نہیں۔ تشریح: قرآن کی صورت میں اللہ تعالیٰ نے ایک بہترین کتاب انسان کو عطا کی ہے۔</w:t>
      </w:r>
    </w:p>
    <w:p>
      <w:r>
        <w:rPr>
          <w:b/>
        </w:rPr>
        <w:t xml:space="preserve">[32:06] </w:t>
      </w:r>
      <w:r>
        <w:t>is ki do khaas siftien hain.</w:t>
      </w:r>
    </w:p>
    <w:p>
      <w:pPr>
        <w:jc w:val="right"/>
      </w:pPr>
      <w:r>
        <w:t>اس کی دو خاص صفتیں ہیں۔</w:t>
      </w:r>
    </w:p>
    <w:p>
      <w:r>
        <w:rPr>
          <w:b/>
        </w:rPr>
        <w:t xml:space="preserve">[32:08] </w:t>
      </w:r>
      <w:r>
        <w:t>ek yeh ke woh mutashabih milti julti hai. yaani woh ek be-tazad kitaab hai. is ke ek juz aur is ke doosre juz mein koi takrao nahin.</w:t>
      </w:r>
    </w:p>
    <w:p>
      <w:pPr>
        <w:jc w:val="right"/>
      </w:pPr>
      <w:r>
        <w:t>ایک یہ کہ وہ متشابہ ملتی جلتی ہے۔ یعنی وہ ایک بے تضاد کتاب ہے۔ اس کے ایک جز اور اس کے دوسرے جز میں کوئی ٹکراؤ نہیں۔</w:t>
      </w:r>
    </w:p>
    <w:p>
      <w:r>
        <w:rPr>
          <w:b/>
        </w:rPr>
        <w:t xml:space="preserve">[32:22] </w:t>
      </w:r>
      <w:r>
        <w:t>Quran ki yeh sifat batati hai ke yeh kitaab</w:t>
      </w:r>
    </w:p>
    <w:p>
      <w:pPr>
        <w:jc w:val="right"/>
      </w:pPr>
      <w:r>
        <w:t>قرآن کی یہ صفت بتاتی ہے کہ یہ کتاب</w:t>
      </w:r>
    </w:p>
    <w:p>
      <w:r>
        <w:rPr>
          <w:b/>
        </w:rPr>
        <w:t xml:space="preserve">[32:26] </w:t>
      </w:r>
      <w:r>
        <w:t>bayan-e-haqeeqat par mabni hai. agar is ke bayanaat aain haqeeqat na hote to zaroor is ke mukhtalif ajzaa ke darmiyan ikhtilaf aur adam-e-yeksaniyat paai jaati.</w:t>
      </w:r>
    </w:p>
    <w:p>
      <w:pPr>
        <w:jc w:val="right"/>
      </w:pPr>
      <w:r>
        <w:t>بیان حقیقت پر مبنی ہے۔ اگر اس کے بیانات عین حقیقت نہ ہوتے تو ضرور اس کے مختلف اجزاء کے درمیان اختلاف اور عدم یکسانیت پائی جاتی۔</w:t>
      </w:r>
    </w:p>
    <w:p>
      <w:r>
        <w:rPr>
          <w:b/>
        </w:rPr>
        <w:t xml:space="preserve">[32:41] </w:t>
      </w:r>
      <w:r>
        <w:t>Quran ki doosri sifat yeh hai ke woh</w:t>
      </w:r>
    </w:p>
    <w:p>
      <w:pPr>
        <w:jc w:val="right"/>
      </w:pPr>
      <w:r>
        <w:t>قرآن کی دوسری صفت یہ ہے کہ وہ</w:t>
      </w:r>
    </w:p>
    <w:p>
      <w:r>
        <w:rPr>
          <w:b/>
        </w:rPr>
        <w:t xml:space="preserve">[32:44] </w:t>
      </w:r>
      <w:r>
        <w:t>mathani dohrai hui kitaab hai. yaani is ke mazameen baar baar mukhtalif pairaiyon se dohrae gaye hain. Quran ki yeh sifat is ke kitaab-e-naseehat hone ko batati hai.</w:t>
      </w:r>
    </w:p>
    <w:p>
      <w:pPr>
        <w:jc w:val="right"/>
      </w:pPr>
      <w:r>
        <w:t>مثانی دہرائی ہوئی کتاب ہے۔ یعنی اس کے مضامین بار بار مختلف پیرائیوں سے دہرائے گئے ہیں۔ قرآن کی یہ صفت اس کے کتاب نصیحت ہونے کو بتاتی ہے۔</w:t>
      </w:r>
    </w:p>
    <w:p>
      <w:r>
        <w:rPr>
          <w:b/>
        </w:rPr>
        <w:t xml:space="preserve">[32:58] </w:t>
      </w:r>
      <w:r>
        <w:t>naseehat karne wala hamesha yeh chahta hai ke us ki baat sunne wale ke zehen mein baith jaaye.</w:t>
      </w:r>
    </w:p>
    <w:p>
      <w:pPr>
        <w:jc w:val="right"/>
      </w:pPr>
      <w:r>
        <w:t>نصیحت کرنے والا ہمیشہ یہ چاہتا ہے کہ اس کی بات سننے والے کے ذہن میں بیٹھ جائے۔</w:t>
      </w:r>
    </w:p>
    <w:p>
      <w:r>
        <w:rPr>
          <w:b/>
        </w:rPr>
        <w:t xml:space="preserve">[33:04] </w:t>
      </w:r>
      <w:r>
        <w:t>is maqsad ke liye woh apni baat ko mukhtalif andaaz se bayan karta hai. yahi hikmat-e-aala tareen andaaz mein Quran mein bhi hai.</w:t>
      </w:r>
    </w:p>
    <w:p>
      <w:pPr>
        <w:jc w:val="right"/>
      </w:pPr>
      <w:r>
        <w:t>اس مقصد کے لیے وہ اپنی بات کو مختلف انداز سے بیان کرتا ہے۔ یہی حکمت اعلیٰ ترین انداز میں قرآن میں بھی ہے۔</w:t>
      </w:r>
    </w:p>
    <w:p>
      <w:r>
        <w:rPr>
          <w:b/>
        </w:rPr>
        <w:t xml:space="preserve">[33:15] </w:t>
      </w:r>
      <w:r>
        <w:t>insaan ke andar yeh khoosoosiyat hai ke jab woh koi dahshat nak khabar sunta hai to us ke jism ke rongte khade ho jaate hain.</w:t>
      </w:r>
    </w:p>
    <w:p>
      <w:pPr>
        <w:jc w:val="right"/>
      </w:pPr>
      <w:r>
        <w:t>انسان کے اندر یہ خصوصیت ہے کہ جب وہ کوئی دہشت ناک خبر سنتا ہے تو اس کے جسم کے رونگٹے کھڑے ہو جاتے ہیں۔</w:t>
      </w:r>
    </w:p>
    <w:p>
      <w:r>
        <w:rPr>
          <w:b/>
        </w:rPr>
        <w:t xml:space="preserve">[33:23] </w:t>
      </w:r>
      <w:r>
        <w:t>aur us ke wajood mein ek qism ki aajizana narmi paida hoti hai. yahi haal sanjeeda insaan ka Quran ko parh kar hota hai.</w:t>
      </w:r>
    </w:p>
    <w:p>
      <w:pPr>
        <w:jc w:val="right"/>
      </w:pPr>
      <w:r>
        <w:t>اور اس کے وجود میں ایک قسم کی عاجزانہ نرمی پیدا ہوتی ہے۔ یہی حال سنجیدہ انسان کا قرآن کو پڑھ کر ہوتا ہے۔</w:t>
      </w:r>
    </w:p>
    <w:p>
      <w:r>
        <w:rPr>
          <w:b/>
        </w:rPr>
        <w:t xml:space="preserve">[33:35] </w:t>
      </w:r>
      <w:r>
        <w:t>Quran mein zindagi ki sangin haqeeqaton ko intehai mo'assir andaaz mein bayan kiya gaya hai.</w:t>
      </w:r>
    </w:p>
    <w:p>
      <w:pPr>
        <w:jc w:val="right"/>
      </w:pPr>
      <w:r>
        <w:t>قرآن میں زندگی کی سنگین حقیقتوں کو انتہائی موثر انداز میں بیان کیا گیا ہے۔</w:t>
      </w:r>
    </w:p>
    <w:p>
      <w:r>
        <w:rPr>
          <w:b/>
        </w:rPr>
        <w:t xml:space="preserve">[33:42] </w:t>
      </w:r>
      <w:r>
        <w:t>is liye insaan jaisi makhlooq agar waqe'atan is ko samajh kar parhe to us ke jism ke upar wahi kaifiyat taari hogi jo kisi sangin khabar ko sun kar fitri taur par us ke upar taari hona chahiye.</w:t>
      </w:r>
    </w:p>
    <w:p>
      <w:pPr>
        <w:jc w:val="right"/>
      </w:pPr>
      <w:r>
        <w:t>اس لیے انسان جیسی مخلوق اگر واقعتا اس کو سمجھ کر پڑھے تو اس کے جسم کے اوپر وہی کیفیت طاری ہوگی جو کسی سنگین خبر کو سن کر فطری طور پر اس کے اوپر طاری ہونا چاہیے۔</w:t>
      </w:r>
    </w:p>
    <w:p>
      <w:r>
        <w:rPr>
          <w:b/>
        </w:rPr>
        <w:t xml:space="preserve">[34:01] </w:t>
      </w:r>
      <w:r>
        <w:t>afaman yattaqi biwajhihi soo'al azaabi yawmal qiyamah?</w:t>
      </w:r>
    </w:p>
    <w:p>
      <w:pPr>
        <w:jc w:val="right"/>
      </w:pPr>
      <w:r>
        <w:t>أفمن يتقى بوجهه سوء العذاب يوم القيامة؟</w:t>
      </w:r>
    </w:p>
    <w:p>
      <w:r>
        <w:rPr>
          <w:b/>
        </w:rPr>
        <w:t xml:space="preserve">[34:12] </w:t>
      </w:r>
      <w:r>
        <w:t>wa qeela liz zalimeen: zooqoo ma kuntum taksiboon.</w:t>
      </w:r>
    </w:p>
    <w:p>
      <w:pPr>
        <w:jc w:val="right"/>
      </w:pPr>
      <w:r>
        <w:t>وقيل للظالمين: ذوقوا ما كنتم تكسبون.</w:t>
      </w:r>
    </w:p>
    <w:p>
      <w:r>
        <w:rPr>
          <w:b/>
        </w:rPr>
        <w:t xml:space="preserve">[34:21] </w:t>
      </w:r>
      <w:r>
        <w:t>kazaballazeena min qablihim faatahumul azaabu min haisu la yash'uroon.</w:t>
      </w:r>
    </w:p>
    <w:p>
      <w:pPr>
        <w:jc w:val="right"/>
      </w:pPr>
      <w:r>
        <w:t>كذب الذين من قبلهم فاتاهم العذاب من حيث لا يشعرون.</w:t>
      </w:r>
    </w:p>
    <w:p>
      <w:r>
        <w:rPr>
          <w:b/>
        </w:rPr>
        <w:t xml:space="preserve">[34:33] </w:t>
      </w:r>
      <w:r>
        <w:t>faazaaqahumullahu al khizya fil hayatid dunya, wa la azaabul aakhirati akbaru</w:t>
      </w:r>
    </w:p>
    <w:p>
      <w:pPr>
        <w:jc w:val="right"/>
      </w:pPr>
      <w:r>
        <w:t>فأذاقهم الله الخزي في الحياة الدنيا، ولعذاب الآخرة أكبر</w:t>
      </w:r>
    </w:p>
    <w:p>
      <w:r>
        <w:rPr>
          <w:b/>
        </w:rPr>
        <w:t xml:space="preserve">[34:42] </w:t>
      </w:r>
      <w:r>
        <w:t>law kanoo ya'lamoon.</w:t>
      </w:r>
    </w:p>
    <w:p>
      <w:pPr>
        <w:jc w:val="right"/>
      </w:pPr>
      <w:r>
        <w:t>لو كانوا يعلمون.</w:t>
      </w:r>
    </w:p>
    <w:p>
      <w:r>
        <w:rPr>
          <w:b/>
        </w:rPr>
        <w:t xml:space="preserve">[34:47] </w:t>
      </w:r>
      <w:r>
        <w:t>kya woh shakhs jo qayamat ke din apne chehre ko bade azaab ki sipar banaye ga aur zalimon se kaha jayega ke chakho mazaa is kamai ka jo tum karte the?</w:t>
      </w:r>
    </w:p>
    <w:p>
      <w:pPr>
        <w:jc w:val="right"/>
      </w:pPr>
      <w:r>
        <w:t>کیا وہ شخص جو قیامت کے دن اپنے چہرے کو بڑے عذاب کی سپر بنائے گا اور ظالموں سے کہا جائے گا کہ چکھو مزہ اس کمائی کا جو تم کرتے تھے؟</w:t>
      </w:r>
    </w:p>
    <w:p>
      <w:r>
        <w:rPr>
          <w:b/>
        </w:rPr>
        <w:t xml:space="preserve">[35:00] </w:t>
      </w:r>
      <w:r>
        <w:t>in se pehle walon ne bhi jhutlaya to un par azab wahan se aa gaya jidhar un ka khayal bhi na tha.</w:t>
      </w:r>
    </w:p>
    <w:p>
      <w:pPr>
        <w:jc w:val="right"/>
      </w:pPr>
      <w:r>
        <w:t>ان سے پہلے والوں نے بھی جھٹلایا تو ان پر عذاب وہاں سے آ گیا جدھر ان کا خیال بھی نہ تھا۔</w:t>
      </w:r>
    </w:p>
    <w:p>
      <w:r>
        <w:rPr>
          <w:b/>
        </w:rPr>
        <w:t xml:space="preserve">[35:07] </w:t>
      </w:r>
      <w:r>
        <w:t>to Allah ne un ko dunya ki zindagi mein ruswai ka maza chakhaya aur akhirat ka azab aur bhi bada hai. kaash ye log jante.</w:t>
      </w:r>
    </w:p>
    <w:p>
      <w:pPr>
        <w:jc w:val="right"/>
      </w:pPr>
      <w:r>
        <w:t>تو اللہ نے ان کو دنیا کی زندگی میں رسوائی کا مزہ چکھایا اور آخرت کا عذاب اور بھی بڑا ہے۔ کاش یہ لوگ جانتے۔</w:t>
      </w:r>
    </w:p>
    <w:p>
      <w:r>
        <w:rPr>
          <w:b/>
        </w:rPr>
        <w:t xml:space="preserve">[35:19] </w:t>
      </w:r>
      <w:r>
        <w:t>tashreeh: aadmi ki koshish hamesha ye hoti hai ke woh apne chehre ko chot se bachaye, magar qayamat ka azab aadmi ko is tarah ghere hue hoga ke wahan ye mumkin na hoga ke aadmi apne jism ke kisi hisse ko</w:t>
      </w:r>
    </w:p>
    <w:p>
      <w:pPr>
        <w:jc w:val="right"/>
      </w:pPr>
      <w:r>
        <w:t>تشریح: آدمی کی کوشش ہمیشہ یہ ہوتی ہے کہ وہ اپنے چہرے کو چوٹ سے بچائے، مگر قیامت کا عذاب آدمی کو اس طرح گھیرے ہوئے ہوگا کہ وہاں یہ ممکن نہ ہوگا کہ آدمی اپنے جسم کے کسی حصے کو</w:t>
      </w:r>
    </w:p>
    <w:p>
      <w:r>
        <w:rPr>
          <w:b/>
        </w:rPr>
        <w:t xml:space="preserve">[35:36] </w:t>
      </w:r>
      <w:r>
        <w:t>iski zad mein aane se rok sake. woh na qabil difa azab ke samne is tarah khada hua hoga goya woh khud apne chehre ko is ke muqable mein sipar banaye hue hai.</w:t>
      </w:r>
    </w:p>
    <w:p>
      <w:pPr>
        <w:jc w:val="right"/>
      </w:pPr>
      <w:r>
        <w:t>اس کی زد میں آنے سے روک سکے۔ وہ ناقابل دفاع عذاب کے سامنے اس طرح کھڑا ہوا ہوگا گویا وہ خود اپنے چہرے کو اس کے مقابلے میں سپر بنائے ہوئے ہے۔</w:t>
      </w:r>
    </w:p>
    <w:p>
      <w:r>
        <w:rPr>
          <w:b/>
        </w:rPr>
        <w:t xml:space="preserve">[35:50] </w:t>
      </w:r>
      <w:r>
        <w:t>Allah ki nazar mein sab se bada jirm ye hai ke aadmi ke samne haq aaye aur woh is ka etaraf na kare.</w:t>
      </w:r>
    </w:p>
    <w:p>
      <w:pPr>
        <w:jc w:val="right"/>
      </w:pPr>
      <w:r>
        <w:t>اللہ کی نظر میں سب سے بڑا جرم یہ ہے کہ آدمی کے سامنے حق آئے اور وہ اس کا اعتراف نہ کرے۔</w:t>
      </w:r>
    </w:p>
    <w:p>
      <w:r>
        <w:rPr>
          <w:b/>
        </w:rPr>
        <w:t xml:space="preserve">[35:57] </w:t>
      </w:r>
      <w:r>
        <w:t>aise log kisi haal mein Khuda ki pakad se bach nahi sakte. walahad darabna lil nas fi hadha al quran min kulli mathal la allhum yatadhakkarun</w:t>
      </w:r>
    </w:p>
    <w:p>
      <w:pPr>
        <w:jc w:val="right"/>
      </w:pPr>
      <w:r>
        <w:t>ایسے لوگ کسی حال میں خدا کی پکڑ سے بچ نہیں سکتے۔ ولقد ضربنا للناس فی هذا القرآن من کل مثل لعلهم يتذکرون</w:t>
      </w:r>
    </w:p>
    <w:p>
      <w:r>
        <w:rPr>
          <w:b/>
        </w:rPr>
        <w:t xml:space="preserve">[36:16] </w:t>
      </w:r>
      <w:r>
        <w:t>qurana arabiyan ghair dhi awaj la allhum yattaqun.</w:t>
      </w:r>
    </w:p>
    <w:p>
      <w:pPr>
        <w:jc w:val="right"/>
      </w:pPr>
      <w:r>
        <w:t>قرآنا عربيا غير ذي عوج لعلهم يتقون.</w:t>
      </w:r>
    </w:p>
    <w:p>
      <w:r>
        <w:rPr>
          <w:b/>
        </w:rPr>
        <w:t xml:space="preserve">[36:25] </w:t>
      </w:r>
      <w:r>
        <w:t>daraba Allah mathalan rajulan fihi shuraka mutashakisun wa rajulan</w:t>
      </w:r>
    </w:p>
    <w:p>
      <w:pPr>
        <w:jc w:val="right"/>
      </w:pPr>
      <w:r>
        <w:t>ضرب الله مثلا رجلا فيه شركاء متشاكسون ورجلا</w:t>
      </w:r>
    </w:p>
    <w:p>
      <w:r>
        <w:rPr>
          <w:b/>
        </w:rPr>
        <w:t xml:space="preserve">[36:35] </w:t>
      </w:r>
      <w:r>
        <w:t>salman lirajulin hal yastawiyani mathalan? alhamdu lillah,</w:t>
      </w:r>
    </w:p>
    <w:p>
      <w:pPr>
        <w:jc w:val="right"/>
      </w:pPr>
      <w:r>
        <w:t>سلما لرجل، هل يستويان مثلا؟ الحمد لله،</w:t>
      </w:r>
    </w:p>
    <w:p>
      <w:r>
        <w:rPr>
          <w:b/>
        </w:rPr>
        <w:t xml:space="preserve">[36:45] </w:t>
      </w:r>
      <w:r>
        <w:t>bal aktharuhum la ya'lamun</w:t>
      </w:r>
    </w:p>
    <w:p>
      <w:pPr>
        <w:jc w:val="right"/>
      </w:pPr>
      <w:r>
        <w:t>بل أكثرهم لا يعلمون</w:t>
      </w:r>
    </w:p>
    <w:p>
      <w:r>
        <w:rPr>
          <w:b/>
        </w:rPr>
        <w:t xml:space="preserve">[36:52] </w:t>
      </w:r>
      <w:r>
        <w:t>innaka mayyitun wa innahum mayyitun. thumma innakum yawm al qiyamati inda rabbikum takhtasimun.</w:t>
      </w:r>
    </w:p>
    <w:p>
      <w:pPr>
        <w:jc w:val="right"/>
      </w:pPr>
      <w:r>
        <w:t>إنك ميت وإنهم ميتون. ثم إنكم يوم القيامة عند ربكم تختصمون.</w:t>
      </w:r>
    </w:p>
    <w:p>
      <w:r>
        <w:rPr>
          <w:b/>
        </w:rPr>
        <w:t xml:space="preserve">[37:13] </w:t>
      </w:r>
      <w:r>
        <w:t>aur hum ne is Quran mein har qism ki misalein bayan ki hain ta ke woh naseehat hasil karein. ye Arabi Quran hai, is mein koi tedh nahi ta ke log darain.</w:t>
      </w:r>
    </w:p>
    <w:p>
      <w:pPr>
        <w:jc w:val="right"/>
      </w:pPr>
      <w:r>
        <w:t>اور ہم نے اس قرآن میں ہر قسم کی مثلیں بیان کی ہیں تاکہ وہ نصیحت حاصل کریں۔ یہ عربی قرآن ہے، اس میں کوئی ٹیڑھ نہیں تاکہ لوگ ڈریں۔</w:t>
      </w:r>
    </w:p>
    <w:p>
      <w:r>
        <w:rPr>
          <w:b/>
        </w:rPr>
        <w:t xml:space="preserve">[37:26] </w:t>
      </w:r>
      <w:r>
        <w:t>Allah misal bayan karta hai ek shakhs ki jis ki milkiyat mein kayi ziddi aaqa sharik hain</w:t>
      </w:r>
    </w:p>
    <w:p>
      <w:pPr>
        <w:jc w:val="right"/>
      </w:pPr>
      <w:r>
        <w:t>اللہ مثال بیان کرتا ہے ایک شخص کی جس کی ملکیت میں کئی ضدی آقا شریک ہیں</w:t>
      </w:r>
    </w:p>
    <w:p>
      <w:r>
        <w:rPr>
          <w:b/>
        </w:rPr>
        <w:t xml:space="preserve">[37:33] </w:t>
      </w:r>
      <w:r>
        <w:t>aur doosra shakhs poora ka poora ek hi aaqa ka ghulam hai. kya un dono ka haal yaksaan hoga? sab tareef Allah ke liye hai, lekin aksar log nahi jante.</w:t>
      </w:r>
    </w:p>
    <w:p>
      <w:pPr>
        <w:jc w:val="right"/>
      </w:pPr>
      <w:r>
        <w:t>اور دوسرا شخص پورا کا پورا ایک ہی آقا کا غلام ہے۔ کیا ان دونوں کا حال یکساں ہوگا؟ سب تعریف اللہ کے لیے ہے، لیکن اکثر لوگ نہیں جانتے۔</w:t>
      </w:r>
    </w:p>
    <w:p>
      <w:r>
        <w:rPr>
          <w:b/>
        </w:rPr>
        <w:t xml:space="preserve">[37:47] </w:t>
      </w:r>
      <w:r>
        <w:t>tum ko bhi marna hai aur woh bhi marne wale hain.</w:t>
      </w:r>
    </w:p>
    <w:p>
      <w:pPr>
        <w:jc w:val="right"/>
      </w:pPr>
      <w:r>
        <w:t>تم کو بھی مرنا ہے اور وہ بھی مرنے والے ہیں۔</w:t>
      </w:r>
    </w:p>
    <w:p>
      <w:r>
        <w:rPr>
          <w:b/>
        </w:rPr>
        <w:t xml:space="preserve">[37:51] </w:t>
      </w:r>
      <w:r>
        <w:t>phir tum log qayamat ke din apne Rab ke samne apna muqadma pesh karoge. tashreeh: Quran ke bayanat insan ki maloom zaban aur insan ke maloom daira ke andar hote hain</w:t>
      </w:r>
    </w:p>
    <w:p>
      <w:pPr>
        <w:jc w:val="right"/>
      </w:pPr>
      <w:r>
        <w:t>پھر تم لوگ قیامت کے دن اپنے رب کے سامنے اپنا مقدمہ پیش کرو گے۔ تشریح: قرآن کے بیانات انسان کی معلوم زبان اور انسان کے معلوم دائرے کے اندر ہوتے ہیں</w:t>
      </w:r>
    </w:p>
    <w:p>
      <w:r>
        <w:rPr>
          <w:b/>
        </w:rPr>
        <w:t xml:space="preserve">[38:09] </w:t>
      </w:r>
      <w:r>
        <w:t>ta ke kisi ke liye is ka samajhna mushkil na ho. yahan tamseel ki zaban mein bataya gaya hai ke shirk ke muqable mein tauheed ka usool zyada ma'qool aur zyada mutabiq fitrat hai.</w:t>
      </w:r>
    </w:p>
    <w:p>
      <w:pPr>
        <w:jc w:val="right"/>
      </w:pPr>
      <w:r>
        <w:t>تاکہ کسی کے لیے اس کا سمجھنا مشکل نہ ہو۔ یہاں تمثیل کی زبان میں بتایا گیا ہے کہ شرک کے مقابلے میں توحید کا اصول زیادہ معقول اور زیادہ مطابق فطرت ہے۔</w:t>
      </w:r>
    </w:p>
    <w:p>
      <w:r>
        <w:rPr>
          <w:b/>
        </w:rPr>
        <w:t xml:space="preserve">[38:25] </w:t>
      </w:r>
      <w:r>
        <w:t>ek taraf kharji kainat batati hai ke yahan ek hi irade ki karfarmayi hai. agar yahan kayi iradon ki karfarmayi hoti to kainat ka nizam is qadar ham'aahangi ke sath nahi chal sakta tha.</w:t>
      </w:r>
    </w:p>
    <w:p>
      <w:pPr>
        <w:jc w:val="right"/>
      </w:pPr>
      <w:r>
        <w:t>ایک طرف خارجی کائنات بتاتی ہے کہ یہاں ایک ہی ارادے کی کارفرمائی ہے۔ اگر یہاں کئی ارادوں کی کارفرمائی ہوتی تو کائنات کا نظام اس قدر ہم آہنگی کے ساتھ نہیں چل سکتا تھا۔</w:t>
      </w:r>
    </w:p>
    <w:p>
      <w:r>
        <w:rPr>
          <w:b/>
        </w:rPr>
        <w:t xml:space="preserve">[38:40] </w:t>
      </w:r>
      <w:r>
        <w:t>doosri taraf insan ki sakht bhi aisi hai</w:t>
      </w:r>
    </w:p>
    <w:p>
      <w:pPr>
        <w:jc w:val="right"/>
      </w:pPr>
      <w:r>
        <w:t>دوسری طرف انسان کی ساخت بھی ایسی ہے</w:t>
      </w:r>
    </w:p>
    <w:p>
      <w:r>
        <w:rPr>
          <w:b/>
        </w:rPr>
        <w:t xml:space="preserve">[38:43] </w:t>
      </w:r>
      <w:r>
        <w:t>jo wafadari mein wahdat ko pasand karti hai. ye baat insani sakht ke sarasar khilaf hai ke ek insan par ba'ik waqt kayi mukhtalif qism ki wafadariyon ki zimmedari ho aur nateejtan woh ek ko bhi nibha na sake.</w:t>
      </w:r>
    </w:p>
    <w:p>
      <w:pPr>
        <w:jc w:val="right"/>
      </w:pPr>
      <w:r>
        <w:t>جو وفاداری میں وحدت کو پسند کرتی ہے۔ یہ بات انسانی ساخت کے سراسر خلاف ہے کہ ایک انسان پر بیک وقت کئی مختلف قسم کی وفاداریوں کی ذمہ داری ہو اور نتیجتا وہ ایک کو بھی نبھا نہ سکے۔</w:t>
      </w:r>
    </w:p>
    <w:p>
      <w:r>
        <w:rPr>
          <w:b/>
        </w:rPr>
        <w:t xml:space="preserve">[39:00] </w:t>
      </w:r>
      <w:r>
        <w:t>tamam dalail aur qara'in yahi batate hain ke sirf ek Khuda hai jo insan ka khaliq aur uska ma'abood hai. maujooda dunya mein ye haqeeqat apne jaisi insano ki zaban se sunai jati hai.</w:t>
      </w:r>
    </w:p>
    <w:p>
      <w:pPr>
        <w:jc w:val="right"/>
      </w:pPr>
      <w:r>
        <w:t>تمام دلائل اور قرائن یہی بتاتے ہیں کہ صرف ایک خدا ہے جو انسان کا خالق اور اس کا معبود ہے۔ موجودہ دنیا میں یہ حقیقت اپنے جیسے انسانوں کی زبان سے سنائی جاتی ہے۔</w:t>
      </w:r>
    </w:p>
    <w:p>
      <w:r>
        <w:rPr>
          <w:b/>
        </w:rPr>
        <w:t xml:space="preserve">[39:13] </w:t>
      </w:r>
      <w:r>
        <w:t>qayamat mein khud khaliq kainat is haqeeqat ka ailan farmayega. us waqt kisi shakhs ke liye ye mumkin na hoga ke woh is amar ka inkar kar sake.</w:t>
      </w:r>
    </w:p>
    <w:p>
      <w:pPr>
        <w:jc w:val="right"/>
      </w:pPr>
      <w:r>
        <w:t>قیامت میں خود خالق کائنات اس حقیقت کا اعلان فرمائے گا۔ اس وقت کسی شخص کے لیے یہ ممکن نہ ہوگا کہ وہ اس امر کا انکار کر سکے۔</w:t>
      </w:r>
    </w:p>
    <w:p>
      <w:r>
        <w:rPr>
          <w:b/>
        </w:rPr>
        <w:t xml:space="preserve">[39:25] </w:t>
      </w:r>
      <w:r>
        <w:t>faman azlamu mimman kadhaba ala Allah wa kadhaba bis sidqi idh ja'a alaisa fi jahannama mathwaw lil kafirin?</w:t>
      </w:r>
    </w:p>
    <w:p>
      <w:pPr>
        <w:jc w:val="right"/>
      </w:pPr>
      <w:r>
        <w:t>فمن أظلم ممن كذب على الله وكذب بالصدق إذ جاء أليس فی جهنم مثوا للکافرین؟</w:t>
      </w:r>
    </w:p>
    <w:p>
      <w:r>
        <w:rPr>
          <w:b/>
        </w:rPr>
        <w:t xml:space="preserve">[39:45] </w:t>
      </w:r>
      <w:r>
        <w:t>walladhi ja'a bis sidqi wa saddaqa bihi ul'a'ika humu al muttaqun.</w:t>
      </w:r>
    </w:p>
    <w:p>
      <w:pPr>
        <w:jc w:val="right"/>
      </w:pPr>
      <w:r>
        <w:t>والذی جاء بالصدق وصدق به أولئک هم المتقون.</w:t>
      </w:r>
    </w:p>
    <w:p>
      <w:r>
        <w:rPr>
          <w:b/>
        </w:rPr>
        <w:t xml:space="preserve">[40:00] </w:t>
      </w:r>
      <w:r>
        <w:t>lahum ma yashaa'un inda rabbihim. dhalika jaza'u al muhsinin.</w:t>
      </w:r>
    </w:p>
    <w:p>
      <w:pPr>
        <w:jc w:val="right"/>
      </w:pPr>
      <w:r>
        <w:t>لہم ما یشاءون عند ربهم. ذلك جزاء المحسنین.</w:t>
      </w:r>
    </w:p>
    <w:p>
      <w:r>
        <w:rPr>
          <w:b/>
        </w:rPr>
        <w:t xml:space="preserve">[40:16] </w:t>
      </w:r>
      <w:r>
        <w:t>likaffarallahu anhum aswaa alladhi amiloo wayajzeehim ajrahum bi ahsan alladhi kanoo ya'maloon.</w:t>
      </w:r>
    </w:p>
    <w:p>
      <w:pPr>
        <w:jc w:val="right"/>
      </w:pPr>
      <w:r>
        <w:t>لیکفر اللہ عنہم اسوأ الذي عملوا ويجزيهم أجرهم بأحسن الذي كانوا يعملون.</w:t>
      </w:r>
    </w:p>
    <w:p>
      <w:r>
        <w:rPr>
          <w:b/>
        </w:rPr>
        <w:t xml:space="preserve">[40:31] </w:t>
      </w:r>
      <w:r>
        <w:t>us shakhs se zyada zalim kaun hoga jisne Allah par jhoot bandha aur sachai ko jhutla diya jab ke woh iske paas aayi?</w:t>
      </w:r>
    </w:p>
    <w:p>
      <w:pPr>
        <w:jc w:val="right"/>
      </w:pPr>
      <w:r>
        <w:t>اس شخص سے زیادہ ظالم کون ہوگا جس نے اللہ پر جھوٹ باندھا اور سچائی کو جھٹلا دیا جب کہ وہ اس کے پاس آئی؟</w:t>
      </w:r>
    </w:p>
    <w:p>
      <w:r>
        <w:rPr>
          <w:b/>
        </w:rPr>
        <w:t xml:space="preserve">[40:40] </w:t>
      </w:r>
      <w:r>
        <w:t>kya aise kafiron ka thikana jahannum mein na hoga? aur jo shakhs sachai le kar aaya aur jisne iski tasdeeq ki, yahi log Allah se darne wale hain.</w:t>
      </w:r>
    </w:p>
    <w:p>
      <w:pPr>
        <w:jc w:val="right"/>
      </w:pPr>
      <w:r>
        <w:t>کیا ایسے کافروں کا ٹھکانہ جہنم میں نہ ہوگا؟ اور جو شخص سچائی لے کر آیا اور جس نے اس کی تصدیق کی، یہی لوگ اللہ سے ڈرنے والے ہیں۔</w:t>
      </w:r>
    </w:p>
    <w:p>
      <w:r>
        <w:rPr>
          <w:b/>
        </w:rPr>
        <w:t xml:space="preserve">[40:51] </w:t>
      </w:r>
      <w:r>
        <w:t>un ke liye un ke rab ke paas woh sab hai jo woh chahenge. yeh badla hai neki karne walon ka taake Allah un se un ke bure aamal ko door kar de aur un ke nek kaam ke ewaz un ko un ka sawab de.</w:t>
      </w:r>
    </w:p>
    <w:p>
      <w:pPr>
        <w:jc w:val="right"/>
      </w:pPr>
      <w:r>
        <w:t>ان کے لیے ان کے رب کے پاس وہ سب ہے جو وہ چاہیں گے۔ یہ بدلہ ہے نیکی کرنے والوں کا تاکہ اللہ ان سے ان کے برے عملوں کو دور کر دے اور ان کے نیک کاموں کے عوض ان کو ان کا ثواب دے۔</w:t>
      </w:r>
    </w:p>
    <w:p>
      <w:r>
        <w:rPr>
          <w:b/>
        </w:rPr>
        <w:t xml:space="preserve">[41:09] </w:t>
      </w:r>
      <w:r>
        <w:t>tashreeh: har woh nazariya jo mutabiq haqeeqat na ho, woh Allah par jhoot bandhna hai. har daur mein log isi qism ke jhoot par jee rahe hote hain.</w:t>
      </w:r>
    </w:p>
    <w:p>
      <w:pPr>
        <w:jc w:val="right"/>
      </w:pPr>
      <w:r>
        <w:t>تشریح: ہر وہ نظریہ جو مطابق حقیقت نہ ہو، وہ اللہ پر جھوٹ باندھنا ہے۔ ہر دور میں لوگ اسی قسم کے جھوٹ پر جی رہے ہوتے ہیں۔</w:t>
      </w:r>
    </w:p>
    <w:p>
      <w:r>
        <w:rPr>
          <w:b/>
        </w:rPr>
        <w:t xml:space="preserve">[41:21] </w:t>
      </w:r>
      <w:r>
        <w:t>Allah ka daee is liye uthta hai ke woh aise jhoot ka jhoot hona sabit kare. is ke baad bhi jo log apne jhoot par qaim rahein, woh dhattayi karne wale log hain.</w:t>
      </w:r>
    </w:p>
    <w:p>
      <w:pPr>
        <w:jc w:val="right"/>
      </w:pPr>
      <w:r>
        <w:t>اللہ کا داعی اس لیے اٹھتا ہے کہ وہ ایسے جھوٹ کا جھوٹ ہونا ثابت کرے۔ اس کے بعد بھی جو لوگ اپنے جھوٹ پر قائم رہیں، وہ ڈھٹائی کرنے والے لوگ ہیں۔</w:t>
      </w:r>
    </w:p>
    <w:p>
      <w:r>
        <w:rPr>
          <w:b/>
        </w:rPr>
        <w:t xml:space="preserve">[41:33] </w:t>
      </w:r>
      <w:r>
        <w:t>woh jahannum ki aag mein daale jayenge. aur jo log rujoo kar ke haq ke sathi ban jayein, wahi woh log hain jo Allah se darne wale sabit hue.</w:t>
      </w:r>
    </w:p>
    <w:p>
      <w:pPr>
        <w:jc w:val="right"/>
      </w:pPr>
      <w:r>
        <w:t>وہ جہنم کی آگ میں ڈالے جائیں گے۔ اور جو لوگ رجوع کر کے حق کے ساتھی بن جائیں، وہی وہ لوگ ہیں جو اللہ سے ڈرنے والے ثابت ہوئے۔</w:t>
      </w:r>
    </w:p>
    <w:p>
      <w:r>
        <w:rPr>
          <w:b/>
        </w:rPr>
        <w:t xml:space="preserve">[41:43] </w:t>
      </w:r>
      <w:r>
        <w:t>Allah taala aise logon ki buraiyon ko un ke aamal se hadaf kar dega aur un ke nek aamal ki bina par un ki qadrdani farmayega.</w:t>
      </w:r>
    </w:p>
    <w:p>
      <w:pPr>
        <w:jc w:val="right"/>
      </w:pPr>
      <w:r>
        <w:t>اللہ تعالیٰ ایسے لوگوں کی برائیوں کو ان کے اعمال سے حذف کر دے گا اور ان کے نیک اعمال کی بنا پر ان کی قدردانی فرمائے گا۔</w:t>
      </w:r>
    </w:p>
    <w:p>
      <w:r>
        <w:rPr>
          <w:b/>
        </w:rPr>
        <w:t xml:space="preserve">[41:54] </w:t>
      </w:r>
      <w:r>
        <w:t>alaisa allahu bikafin abdihi wayukhawwifoonaka billadhina min doonihi?</w:t>
      </w:r>
    </w:p>
    <w:p>
      <w:pPr>
        <w:jc w:val="right"/>
      </w:pPr>
      <w:r>
        <w:t>ألیس اللہ بکاف عبده ويخوفونک بالذین من دونہ؟</w:t>
      </w:r>
    </w:p>
    <w:p>
      <w:r>
        <w:rPr>
          <w:b/>
        </w:rPr>
        <w:t xml:space="preserve">[42:04] </w:t>
      </w:r>
      <w:r>
        <w:t>waman yudlilillahu fama lahu minha?</w:t>
      </w:r>
    </w:p>
    <w:p>
      <w:pPr>
        <w:jc w:val="right"/>
      </w:pPr>
      <w:r>
        <w:t>ومن یضلل اللہ فما له منها؟</w:t>
      </w:r>
    </w:p>
    <w:p>
      <w:r>
        <w:rPr>
          <w:b/>
        </w:rPr>
        <w:t xml:space="preserve">[42:12] </w:t>
      </w:r>
      <w:r>
        <w:t>waman yahdillahu fama lahu min mudill? alaisa allahu bi azizin dhintiqam?</w:t>
      </w:r>
    </w:p>
    <w:p>
      <w:pPr>
        <w:jc w:val="right"/>
      </w:pPr>
      <w:r>
        <w:t>ومن یہدی اللہ فما له من مضل؟ ألیس اللہ بعزیز ذی انتقام؟</w:t>
      </w:r>
    </w:p>
    <w:p>
      <w:r>
        <w:rPr>
          <w:b/>
        </w:rPr>
        <w:t xml:space="preserve">[42:28] </w:t>
      </w:r>
      <w:r>
        <w:t>kya Allah apne bande ke liye kafi nahi?</w:t>
      </w:r>
    </w:p>
    <w:p>
      <w:pPr>
        <w:jc w:val="right"/>
      </w:pPr>
      <w:r>
        <w:t>کیا اللہ اپنے بندے کے لیے کافی نہیں؟</w:t>
      </w:r>
    </w:p>
    <w:p>
      <w:r>
        <w:rPr>
          <w:b/>
        </w:rPr>
        <w:t xml:space="preserve">[42:32] </w:t>
      </w:r>
      <w:r>
        <w:t>aur yeh log is ke siwa doosron se tum ko darate hain. aur Allah jisko gumrah kar de, us ko koi rasta dikhane wala nahi.</w:t>
      </w:r>
    </w:p>
    <w:p>
      <w:pPr>
        <w:jc w:val="right"/>
      </w:pPr>
      <w:r>
        <w:t>اور یہ لوگ اس کے سوا دوسروں سے تم کو ڈراتے ہیں۔ اور اللہ جس کو گمراہ کر دے، اس کو کوئی راستہ دکھانے والا نہیں۔</w:t>
      </w:r>
    </w:p>
    <w:p>
      <w:r>
        <w:rPr>
          <w:b/>
        </w:rPr>
        <w:t xml:space="preserve">[42:44] </w:t>
      </w:r>
      <w:r>
        <w:t>aur Allah jisko hidayat de, us ko koi gumrah karne wala nahi.</w:t>
      </w:r>
    </w:p>
    <w:p>
      <w:pPr>
        <w:jc w:val="right"/>
      </w:pPr>
      <w:r>
        <w:t>اور اللہ جس کو ہدایت دے، اس کو کوئی گمراہ کرنے والا نہیں۔</w:t>
      </w:r>
    </w:p>
    <w:p>
      <w:r>
        <w:rPr>
          <w:b/>
        </w:rPr>
        <w:t xml:space="preserve">[42:50] </w:t>
      </w:r>
      <w:r>
        <w:t>kya Allah zabardast intiqam lene wala nahi hai? tashreeh: rasool Allah salallahu alaihi wasallam tauheed ke daee the, magar aap ka tareeqa yeh na tha ke Khuda ek hai</w:t>
      </w:r>
    </w:p>
    <w:p>
      <w:pPr>
        <w:jc w:val="right"/>
      </w:pPr>
      <w:r>
        <w:t>کیا اللہ زبردست انتقام لینے والا نہیں ہے؟ تشریح: رسول اللہ صلی اللہ علیہ وسلم توحید کے داعی تھے، مگر آپ کا طریقہ یہ نہ تھا کہ خدا ایک ہے</w:t>
      </w:r>
    </w:p>
    <w:p>
      <w:r>
        <w:rPr>
          <w:b/>
        </w:rPr>
        <w:t xml:space="preserve">[43:07] </w:t>
      </w:r>
      <w:r>
        <w:t>ke musbat elaan par itfa farmaein. isi ke sath aap un ghair Khudai hastiyon ki tardeed bhi farmate the jin ko logon ne bahaisiyat khud maabood ka darja de rakha tha.</w:t>
      </w:r>
    </w:p>
    <w:p>
      <w:pPr>
        <w:jc w:val="right"/>
      </w:pPr>
      <w:r>
        <w:t>کہ مثبت اعلان پر اکتفا فرمائیں۔ اسی کے ساتھ آپ ان غیر خدائی ہستیوں کی تردید بھی فرماتے تھے جن کو لوگوں نے بطور خود معبود کا درجہ دے رکھا تھا۔</w:t>
      </w:r>
    </w:p>
    <w:p>
      <w:r>
        <w:rPr>
          <w:b/>
        </w:rPr>
        <w:t xml:space="preserve">[43:21] </w:t>
      </w:r>
      <w:r>
        <w:t>aap ki dawat ka yahi doosra juz logon ke liye</w:t>
      </w:r>
    </w:p>
    <w:p>
      <w:pPr>
        <w:jc w:val="right"/>
      </w:pPr>
      <w:r>
        <w:t>آپ کی دعوت کا یہی دوسرا جز لوگوں کے لیے</w:t>
      </w:r>
    </w:p>
    <w:p>
      <w:r>
        <w:rPr>
          <w:b/>
        </w:rPr>
        <w:t xml:space="preserve">[43:25] </w:t>
      </w:r>
      <w:r>
        <w:t>naqabil bardasht ban gaya. yeh Khudai hastiyan darasal un ke qaumi akabir thein. sadiyon se woh un ki karamat ki mubalgha aamez dastanain sunte aa rahe the.</w:t>
      </w:r>
    </w:p>
    <w:p>
      <w:pPr>
        <w:jc w:val="right"/>
      </w:pPr>
      <w:r>
        <w:t>ناقابل برداشت بن گیا۔ یہ خدائی ہستیاں دراصل ان کے قومی اکابر تھے۔ صدیوں سے وہ ان کی کرامت کی مبالغہ آمیز داستانیں سنتے آ رہے تھے۔</w:t>
      </w:r>
    </w:p>
    <w:p>
      <w:r>
        <w:rPr>
          <w:b/>
        </w:rPr>
        <w:t xml:space="preserve">[43:40] </w:t>
      </w:r>
      <w:r>
        <w:t>un ke zehan par un hastiyon ki azmat is tarah chha gayi thi ke jab rasool Allah salallahu alaihi wasallam ne</w:t>
      </w:r>
    </w:p>
    <w:p>
      <w:pPr>
        <w:jc w:val="right"/>
      </w:pPr>
      <w:r>
        <w:t>ان کے ذہن پر ان ہستیوں کی عظمت اس طرح چھا گئی تھی کہ جب رسول اللہ صلی اللہ علیہ وسلم نے</w:t>
      </w:r>
    </w:p>
    <w:p>
      <w:r>
        <w:rPr>
          <w:b/>
        </w:rPr>
        <w:t xml:space="preserve">[43:50] </w:t>
      </w:r>
      <w:r>
        <w:t>un ke taqaddus ki tardeed farmayi to un ke samajh mein kisi tarah na aaya ke woh ghair muqaddas kaise ho sakte hain. unhone rasool Allah salallahu alaihi wasallam se kaha ke tum hamare maaboodon ko bura kehna chhod do, warna tum tabah ho jaoge</w:t>
      </w:r>
    </w:p>
    <w:p>
      <w:pPr>
        <w:jc w:val="right"/>
      </w:pPr>
      <w:r>
        <w:t>ان کے تقدس کی تردید فرمائی تو ان کے سمجھ میں کسی طرح نہ آیا کہ وہ غیر مقدس کیسے ہو سکتے ہیں۔ انہوں نے رسول اللہ صلی اللہ علیہ وسلم سے کہا کہ تم ہمارے معبودوں کو برا کہنا چھوڑ دو، ورنہ تم تباہ ہو جاؤ گے</w:t>
      </w:r>
    </w:p>
    <w:p>
      <w:r>
        <w:rPr>
          <w:b/>
        </w:rPr>
        <w:t xml:space="preserve">[44:09] </w:t>
      </w:r>
      <w:r>
        <w:t>ya tum ko junoon ho jayega. magar haq ke daee ko hukum hai ke woh is qism ki baaton ki parwah na kare.</w:t>
      </w:r>
    </w:p>
    <w:p>
      <w:pPr>
        <w:jc w:val="right"/>
      </w:pPr>
      <w:r>
        <w:t>یا تم کو جنون ہو جائے گا۔ مگر حق کے داعی کو حکم ہے کہ وہ اس قسم کی باتوں کی پرواہ نہ کرے۔</w:t>
      </w:r>
    </w:p>
    <w:p>
      <w:r>
        <w:rPr>
          <w:b/>
        </w:rPr>
        <w:t xml:space="preserve">[44:21] </w:t>
      </w:r>
      <w:r>
        <w:t>woh Allah ke bharose par is baat tauheed aur tardeed shirk ka dugna kaam jari rakhe, kyunke is ke baghair amr haq poori tarah</w:t>
      </w:r>
    </w:p>
    <w:p>
      <w:pPr>
        <w:jc w:val="right"/>
      </w:pPr>
      <w:r>
        <w:t>وہ اللہ کے بھروسے پر اس بات توحید اور تردید شرک کا دوگنا کام جاری رکھے، کیونکہ اس کے بغیر امر حق پوری طرح</w:t>
      </w:r>
    </w:p>
    <w:p>
      <w:r>
        <w:rPr>
          <w:b/>
        </w:rPr>
        <w:t xml:space="preserve">[44:32] </w:t>
      </w:r>
      <w:r>
        <w:t>wazeh nahi ho sakta. walain sa altahum man khalaq as samawati wal arda layaqoolunna allahu qul afaraytum</w:t>
      </w:r>
    </w:p>
    <w:p>
      <w:pPr>
        <w:jc w:val="right"/>
      </w:pPr>
      <w:r>
        <w:t>واضح نہیں ہو سکتا۔ ولئن سألتهم من خلق السماوات والأرض ليقولن الله قل أفرأيتم</w:t>
      </w:r>
    </w:p>
    <w:p>
      <w:r>
        <w:rPr>
          <w:b/>
        </w:rPr>
        <w:t xml:space="preserve">[44:49] </w:t>
      </w:r>
      <w:r>
        <w:t>ma tadoona min dooni allahi in aradani allahu bidurrin hal hunna kashifatun dirrihi?</w:t>
      </w:r>
    </w:p>
    <w:p>
      <w:pPr>
        <w:jc w:val="right"/>
      </w:pPr>
      <w:r>
        <w:t>ما تدعون من دون الله إن أرادني الله بضر هل هن كاشفات ضره؟</w:t>
      </w:r>
    </w:p>
    <w:p>
      <w:r>
        <w:rPr>
          <w:b/>
        </w:rPr>
        <w:t xml:space="preserve">[45:02] </w:t>
      </w:r>
      <w:r>
        <w:t>in aradani allahu bidurrin hal hunna</w:t>
      </w:r>
    </w:p>
    <w:p>
      <w:pPr>
        <w:jc w:val="right"/>
      </w:pPr>
      <w:r>
        <w:t>إن أرادني الله بضر هل هن</w:t>
      </w:r>
    </w:p>
    <w:p>
      <w:r>
        <w:rPr>
          <w:b/>
        </w:rPr>
        <w:t xml:space="preserve">[45:07] </w:t>
      </w:r>
      <w:r>
        <w:t>kashifat dirra?</w:t>
      </w:r>
    </w:p>
    <w:p>
      <w:pPr>
        <w:jc w:val="right"/>
      </w:pPr>
      <w:r>
        <w:t>كاشفات ضره؟</w:t>
      </w:r>
    </w:p>
    <w:p>
      <w:r>
        <w:rPr>
          <w:b/>
        </w:rPr>
        <w:t xml:space="preserve">[45:12] </w:t>
      </w:r>
      <w:r>
        <w:t>aw aradani bi rahmatin hal hunn mumsikat rahmatihi? qul hasbiya allahu alayhi yatawakkalu al-mutawakkilun.</w:t>
      </w:r>
    </w:p>
    <w:p>
      <w:pPr>
        <w:jc w:val="right"/>
      </w:pPr>
      <w:r>
        <w:t>أو أرادني برحمة هل هن ممسكات رحمته؟ قل حسبي الله عليه يتوكل المتوكلون.</w:t>
      </w:r>
    </w:p>
    <w:p>
      <w:r>
        <w:rPr>
          <w:b/>
        </w:rPr>
        <w:t xml:space="preserve">[45:28] </w:t>
      </w:r>
      <w:r>
        <w:t>qul ya qawmu i'malu ala makanatikum inni 'amilun fa sawfa ta'lamun.</w:t>
      </w:r>
    </w:p>
    <w:p>
      <w:pPr>
        <w:jc w:val="right"/>
      </w:pPr>
      <w:r>
        <w:t>قل يا قوم اعملوا على مكانتكم إني عامل فسوف تعلمون.</w:t>
      </w:r>
    </w:p>
    <w:p>
      <w:r>
        <w:rPr>
          <w:b/>
        </w:rPr>
        <w:t xml:space="preserve">[45:40] </w:t>
      </w:r>
      <w:r>
        <w:t>man ya'tihi 'adhabun yukhzihi wa yahillu alayhi 'adhabun muqim.</w:t>
      </w:r>
    </w:p>
    <w:p>
      <w:pPr>
        <w:jc w:val="right"/>
      </w:pPr>
      <w:r>
        <w:t>من يأتيه عذاب يخزيه ويحل عليه عذاب مقيم.</w:t>
      </w:r>
    </w:p>
    <w:p>
      <w:r>
        <w:rPr>
          <w:b/>
        </w:rPr>
        <w:t xml:space="preserve">[45:51] </w:t>
      </w:r>
      <w:r>
        <w:t>inna</w:t>
      </w:r>
    </w:p>
    <w:p>
      <w:pPr>
        <w:jc w:val="right"/>
      </w:pPr>
      <w:r>
        <w:t>إنا</w:t>
      </w:r>
    </w:p>
    <w:p>
      <w:r>
        <w:rPr>
          <w:b/>
        </w:rPr>
        <w:t xml:space="preserve">[45:56] </w:t>
      </w:r>
      <w:r>
        <w:t>anzalna alayka al-kitaba lil-nasi bil-haqqi fa mani ihtada falinafsihi.</w:t>
      </w:r>
    </w:p>
    <w:p>
      <w:pPr>
        <w:jc w:val="right"/>
      </w:pPr>
      <w:r>
        <w:t>أنزلنا عليك الكتاب للناس بالحق فمن اهتدى فلنفسه.</w:t>
      </w:r>
    </w:p>
    <w:p>
      <w:r>
        <w:rPr>
          <w:b/>
        </w:rPr>
        <w:t xml:space="preserve">[46:05] </w:t>
      </w:r>
      <w:r>
        <w:t>fa mani ihtada falinafsihi wa man dal fa innama yadillu alayha wa ma</w:t>
      </w:r>
    </w:p>
    <w:p>
      <w:pPr>
        <w:jc w:val="right"/>
      </w:pPr>
      <w:r>
        <w:t>فمن اهتدى فلنفسه ومن ضل فإنما يضل عليها وما</w:t>
      </w:r>
    </w:p>
    <w:p>
      <w:r>
        <w:rPr>
          <w:b/>
        </w:rPr>
        <w:t xml:space="preserve">[46:17] </w:t>
      </w:r>
      <w:r>
        <w:t>anta alayhi bi wakil. aur agar tum un se poocho ke aasmanon ko aur zameen ko kis ne paida kiya to woh kahengay ke Allah ne.</w:t>
      </w:r>
    </w:p>
    <w:p>
      <w:pPr>
        <w:jc w:val="right"/>
      </w:pPr>
      <w:r>
        <w:t>أنت عليه بوكيل. اور اگر تم ان سے پوچھو کہ آسمانوں کو اور زمین کو کس نے پیدا کیا تو وہ کہیں گے کہ اللہ نے۔</w:t>
      </w:r>
    </w:p>
    <w:p>
      <w:r>
        <w:rPr>
          <w:b/>
        </w:rPr>
        <w:t xml:space="preserve">[46:32] </w:t>
      </w:r>
      <w:r>
        <w:t>kaho tumhara kya khayal hai?</w:t>
      </w:r>
    </w:p>
    <w:p>
      <w:pPr>
        <w:jc w:val="right"/>
      </w:pPr>
      <w:r>
        <w:t>کہو تمہارا کیا خیال ہے؟</w:t>
      </w:r>
    </w:p>
    <w:p>
      <w:r>
        <w:rPr>
          <w:b/>
        </w:rPr>
        <w:t xml:space="preserve">[46:35] </w:t>
      </w:r>
      <w:r>
        <w:t>Allah ke siwa tum jin ko pukarte ho, agar Allah mujh ko koi takleef pahunchana chahe to kya yeh us ki di hui takleef ko door kar sakte hain?</w:t>
      </w:r>
    </w:p>
    <w:p>
      <w:pPr>
        <w:jc w:val="right"/>
      </w:pPr>
      <w:r>
        <w:t>اللہ کے سوا تم جن کو پکارتے ہو، اگر اللہ مجھ کو کوئی تکلیف پہنچانا چاہے تو کیا یہ اس کی دی ہوئی تکلیف کو دور کر سکتے ہیں؟</w:t>
      </w:r>
    </w:p>
    <w:p>
      <w:r>
        <w:rPr>
          <w:b/>
        </w:rPr>
        <w:t xml:space="preserve">[46:48] </w:t>
      </w:r>
      <w:r>
        <w:t>ya Allah, mujh par koi meharbani karna chahe to kya yeh us ki meharbani ko</w:t>
      </w:r>
    </w:p>
    <w:p>
      <w:pPr>
        <w:jc w:val="right"/>
      </w:pPr>
      <w:r>
        <w:t>یا اللہ، مجھ پر کوئی مہربانی کرنا چاہے تو کیا یہ اس کی مہربانی کو</w:t>
      </w:r>
    </w:p>
    <w:p>
      <w:r>
        <w:rPr>
          <w:b/>
        </w:rPr>
        <w:t xml:space="preserve">[46:55] </w:t>
      </w:r>
      <w:r>
        <w:t>rokne wale ban sakte hain? kaho ke Allah mere liye kafi hai. bharosa karne wale isi par bharosa karte hain.</w:t>
      </w:r>
    </w:p>
    <w:p>
      <w:pPr>
        <w:jc w:val="right"/>
      </w:pPr>
      <w:r>
        <w:t>روکنے والے بن سکتے ہیں؟ کہو کہ اللہ میرے لیے کافی ہے۔ بھروسہ کرنے والے اسی پر بھروسہ کرتے ہیں۔</w:t>
      </w:r>
    </w:p>
    <w:p>
      <w:r>
        <w:rPr>
          <w:b/>
        </w:rPr>
        <w:t xml:space="preserve">[47:06] </w:t>
      </w:r>
      <w:r>
        <w:t>kaho ke aye meri qom, tum apni jagah amal karo, mein bhi amal kar raha hoon.</w:t>
      </w:r>
    </w:p>
    <w:p>
      <w:pPr>
        <w:jc w:val="right"/>
      </w:pPr>
      <w:r>
        <w:t>کہو کہ اے میری قوم، تم اپنی جگہ عمل کرو، میں بھی عمل کر رہا ہوں۔</w:t>
      </w:r>
    </w:p>
    <w:p>
      <w:r>
        <w:rPr>
          <w:b/>
        </w:rPr>
        <w:t xml:space="preserve">[47:12] </w:t>
      </w:r>
      <w:r>
        <w:t>to tum jald jaan logay ke kis par ruswa karne wala azab aata hai aur kis par woh azab aata hai jo kabhi talne wala nahin.</w:t>
      </w:r>
    </w:p>
    <w:p>
      <w:pPr>
        <w:jc w:val="right"/>
      </w:pPr>
      <w:r>
        <w:t>تو تم جلد جان لو گے کہ کس پر رسوا کرنے والا عذاب آتا ہے اور کس پر وہ عذاب آتا ہے جو کبھی ٹلنے والا نہیں۔</w:t>
      </w:r>
    </w:p>
    <w:p>
      <w:r>
        <w:rPr>
          <w:b/>
        </w:rPr>
        <w:t xml:space="preserve">[47:23] </w:t>
      </w:r>
      <w:r>
        <w:t>hum ne logon ki hidayat ke liye yeh kitab tum par haq ke sath utari hai.</w:t>
      </w:r>
    </w:p>
    <w:p>
      <w:pPr>
        <w:jc w:val="right"/>
      </w:pPr>
      <w:r>
        <w:t>ہم نے لوگوں کی ہدایت کے لیے یہ کتاب تم پر حق کے ساتھ اتاری ہے۔</w:t>
      </w:r>
    </w:p>
    <w:p>
      <w:r>
        <w:rPr>
          <w:b/>
        </w:rPr>
        <w:t xml:space="preserve">[47:30] </w:t>
      </w:r>
      <w:r>
        <w:t>pas jo shakhs hidayat hasil karega, woh apne hi liye karega aur jo shakhs be rah hoga to us ka be rah hona usi par parega aur tum un ke upar zimmedar nahin ho.</w:t>
      </w:r>
    </w:p>
    <w:p>
      <w:pPr>
        <w:jc w:val="right"/>
      </w:pPr>
      <w:r>
        <w:t>پس جو شخص ہدایت حاصل کرے گا، وہ اپنے ہی لیے کرے گا اور جو شخص بے راہ ہوگا تو اس کا بے راہ ہونا اسی پر پڑے گا اور تم ان کے اوپر ذمہ دار نہیں ہو۔</w:t>
      </w:r>
    </w:p>
    <w:p>
      <w:r>
        <w:rPr>
          <w:b/>
        </w:rPr>
        <w:t xml:space="preserve">[47:46] </w:t>
      </w:r>
      <w:r>
        <w:t>tashreeh: insan har daur mein ghairullah ki ibadat karta raha hai magar koi shakhs yeh kehne ki himmat nahin karta ke us ki inhi pasandeeda hastiyon ne zameen o aasman ko banaya hai</w:t>
      </w:r>
    </w:p>
    <w:p>
      <w:pPr>
        <w:jc w:val="right"/>
      </w:pPr>
      <w:r>
        <w:t>تشریح: انسان ہر دور میں غیر اللہ کی عبادت کرتا رہا ہے مگر کوئی شخص یہ کہنے کی ہمت نہیں کرتا کہ اس کی انہی پسندیدہ ہستیوں نے زمین و آسمان کو بنایا ہے</w:t>
      </w:r>
    </w:p>
    <w:p>
      <w:r>
        <w:rPr>
          <w:b/>
        </w:rPr>
        <w:t xml:space="preserve">[48:06] </w:t>
      </w:r>
      <w:r>
        <w:t>ya takleef aur aaram ke waqeat ke haqeeqi asbab un ke ikhtiyar mein hain. is be yaqeeni ke bawajood logon ka yeh yaqeen bara ajeeb hai ke woh apne jhoote ma'boodon ko chhodne par razi nahin hote.</w:t>
      </w:r>
    </w:p>
    <w:p>
      <w:pPr>
        <w:jc w:val="right"/>
      </w:pPr>
      <w:r>
        <w:t>یا تکلیف اور آرام کے واقعات کے حقیقی اسباب ان کے اختیار میں ہیں۔ اس بے یقینی کے باوجود لوگوں کا یہ یقین بڑا عجیب ہے کہ وہ اپنے جھوٹے معبودوں کو چھوڑنے پر راضی نہیں ہوتے۔</w:t>
      </w:r>
    </w:p>
    <w:p>
      <w:r>
        <w:rPr>
          <w:b/>
        </w:rPr>
        <w:t xml:space="preserve">[48:25] </w:t>
      </w:r>
      <w:r>
        <w:t>jab da'i ki daleelain mad'u par be asar sabit hon to us waqt us ke pas kehne ki jo baat hoti hai woh yeh hai ke tum jo chahe karo.</w:t>
      </w:r>
    </w:p>
    <w:p>
      <w:pPr>
        <w:jc w:val="right"/>
      </w:pPr>
      <w:r>
        <w:t>جب داعی کی دلیلیں مدعو پر بے اثر ثابت ہوں تو اس وقت اس کے پاس کہنے کی جو بات ہوتی ہے وہ یہ کہ تم جو چاہے کرو۔</w:t>
      </w:r>
    </w:p>
    <w:p>
      <w:r>
        <w:rPr>
          <w:b/>
        </w:rPr>
        <w:t xml:space="preserve">[48:37] </w:t>
      </w:r>
      <w:r>
        <w:t>jab aakhri faisle ka din aayega to woh bata dega ke kaun haq par tha aur kaun na-haq par.</w:t>
      </w:r>
    </w:p>
    <w:p>
      <w:pPr>
        <w:jc w:val="right"/>
      </w:pPr>
      <w:r>
        <w:t>جب آخری فیصلے کا دن آئے گا تو وہ بتا دے گا کہ کون حق پر تھا اور کون ناحق پر۔</w:t>
      </w:r>
    </w:p>
    <w:p>
      <w:r>
        <w:rPr>
          <w:b/>
        </w:rPr>
        <w:t xml:space="preserve">[48:44] </w:t>
      </w:r>
      <w:r>
        <w:t>yeh daleel ke baad yaqeen ka izhar hai aur da'i ka aakhri kalma hamesha yahi yaqeen hota hai. Allahu yatawaffa al-anfusa hina mawtihawa allati lam tamut fi manamiha fa yumsiku allati qada alayha al-mawt.</w:t>
      </w:r>
    </w:p>
    <w:p>
      <w:pPr>
        <w:jc w:val="right"/>
      </w:pPr>
      <w:r>
        <w:t>یہ دلیل کے بعد یقین کا اظہار ہے اور داعی کا آخری کلمہ ہمیشہ یہی یقین ہوتا ہے۔ الله يتوفى الأنفس حين موتها والتي لم تمت في منامها فيمسك التي قضى عليها الموت.</w:t>
      </w:r>
    </w:p>
    <w:p>
      <w:r>
        <w:rPr>
          <w:b/>
        </w:rPr>
        <w:t xml:space="preserve">[49:10] </w:t>
      </w:r>
      <w:r>
        <w:t>fa yumsiku allati qada alayha al-mawt wa yursilu al-ukhra ila ajalin musamma.</w:t>
      </w:r>
    </w:p>
    <w:p>
      <w:pPr>
        <w:jc w:val="right"/>
      </w:pPr>
      <w:r>
        <w:t>فيمسك التي قضى عليها الموت ويغسل الأخرى إلى أجل مسمى.</w:t>
      </w:r>
    </w:p>
    <w:p>
      <w:r>
        <w:rPr>
          <w:b/>
        </w:rPr>
        <w:t xml:space="preserve">[49:24] </w:t>
      </w:r>
      <w:r>
        <w:t>inna fi dhalika</w:t>
      </w:r>
    </w:p>
    <w:p>
      <w:pPr>
        <w:jc w:val="right"/>
      </w:pPr>
      <w:r>
        <w:t>إن في ذلك</w:t>
      </w:r>
    </w:p>
    <w:p>
      <w:r>
        <w:rPr>
          <w:b/>
        </w:rPr>
        <w:t xml:space="preserve">[49:27] </w:t>
      </w:r>
      <w:r>
        <w:t>la ayatin li qawmin yatafakkarun.</w:t>
      </w:r>
    </w:p>
    <w:p>
      <w:pPr>
        <w:jc w:val="right"/>
      </w:pPr>
      <w:r>
        <w:t>لآيات لقوم يتفكرون.</w:t>
      </w:r>
    </w:p>
    <w:p>
      <w:r>
        <w:rPr>
          <w:b/>
        </w:rPr>
        <w:t xml:space="preserve">[49:35] </w:t>
      </w:r>
      <w:r>
        <w:t>Allah hi wafat deta hai janon ko un ki maut ke waqt aur jin ki maut nahin aayi un ko sone ke waqt.</w:t>
      </w:r>
    </w:p>
    <w:p>
      <w:pPr>
        <w:jc w:val="right"/>
      </w:pPr>
      <w:r>
        <w:t>اللہ ہی وفات دیتا ہے جانوں کو ان کی موت کے وقت اور جن کی موت نہیں آئی ان کو سونے کے وقت۔</w:t>
      </w:r>
    </w:p>
    <w:p>
      <w:r>
        <w:rPr>
          <w:b/>
        </w:rPr>
        <w:t xml:space="preserve">[49:45] </w:t>
      </w:r>
      <w:r>
        <w:t>phir woh un ko rok leta hai jin ki maut ka faisla kar chuka hai aur doosron ko aik waqt muqarrar tak ke liye raha kar deta hai.</w:t>
      </w:r>
    </w:p>
    <w:p>
      <w:pPr>
        <w:jc w:val="right"/>
      </w:pPr>
      <w:r>
        <w:t>پھر وہ ان کو روک لیتا ہے جن کی موت کا فیصلہ کر چکا ہے اور دوسروں کو ایک وقت مقرر تک کے لیے رہا کر دیتا ہے۔</w:t>
      </w:r>
    </w:p>
    <w:p>
      <w:r>
        <w:rPr>
          <w:b/>
        </w:rPr>
        <w:t xml:space="preserve">[49:55] </w:t>
      </w:r>
      <w:r>
        <w:t>beshak is mein nishaniyan hain un logon ke liye jo ghhor karte hain. tashreeh: neend ke waqt aadmi par bekhabri ki haalat taari ho jati hai.</w:t>
      </w:r>
    </w:p>
    <w:p>
      <w:pPr>
        <w:jc w:val="right"/>
      </w:pPr>
      <w:r>
        <w:t>بے شک اس میں نشانیاں ہیں ان لوگوں کے لیے جو غور کرتے ہیں۔ تشریح: نیند کے وقت آدمی پر بے خبری کی حالت طاری ہو جاتی ہے۔</w:t>
      </w:r>
    </w:p>
    <w:p>
      <w:r>
        <w:rPr>
          <w:b/>
        </w:rPr>
        <w:t xml:space="preserve">[50:07] </w:t>
      </w:r>
      <w:r>
        <w:t>is aitbaar se neend goya maut ke mushabeh hai.</w:t>
      </w:r>
    </w:p>
    <w:p>
      <w:pPr>
        <w:jc w:val="right"/>
      </w:pPr>
      <w:r>
        <w:t>اس اعتبار سے نیند گویا موت کے مشابہ ہے۔</w:t>
      </w:r>
    </w:p>
    <w:p>
      <w:r>
        <w:rPr>
          <w:b/>
        </w:rPr>
        <w:t xml:space="preserve">[50:11] </w:t>
      </w:r>
      <w:r>
        <w:t>phir jab aadmi so kar uthta hai to dobara woh hosh ki haalat mein aa jata hai. yeh goya maut ke baad dobara jee uthne ki tasweer hai.</w:t>
      </w:r>
    </w:p>
    <w:p>
      <w:pPr>
        <w:jc w:val="right"/>
      </w:pPr>
      <w:r>
        <w:t>پھر جب آدمی سو کر اٹھتا ہے تو دوبارہ وہ ہوش کی حالت میں آ جاتا ہے۔ یہ گویا موت کے بعد دوبارہ جی اٹھنے کی تصویر ہے۔</w:t>
      </w:r>
    </w:p>
    <w:p>
      <w:r>
        <w:rPr>
          <w:b/>
        </w:rPr>
        <w:t xml:space="preserve">[50:23] </w:t>
      </w:r>
      <w:r>
        <w:t>is qanoon fitrat ke tehat har aadmi ko aaj hi</w:t>
      </w:r>
    </w:p>
    <w:p>
      <w:pPr>
        <w:jc w:val="right"/>
      </w:pPr>
      <w:r>
        <w:t>اس قانون فطرت کے تحت ہر آدمی کو آج ہی</w:t>
      </w:r>
    </w:p>
    <w:p>
      <w:r>
        <w:rPr>
          <w:b/>
        </w:rPr>
        <w:t xml:space="preserve">[50:28] </w:t>
      </w:r>
      <w:r>
        <w:t>ibtedai satah par dikhaya ja raha hai ke woh kis tarah mare ga aur kis tarah woh dobara uth khara hoga. aadmi agar sanjeedgi ke sath ghhor kare to woh dunya ke is waqe mein apne liye</w:t>
      </w:r>
    </w:p>
    <w:p>
      <w:pPr>
        <w:jc w:val="right"/>
      </w:pPr>
      <w:r>
        <w:t>ابتدائی سطح پر دکھایا جا رہا ہے کہ وہ کس طرح مرے گا اور کس طرح وہ دوبارہ اٹھ کھڑا ہوگا۔ آدمی اگر سنجیدگی کے ساتھ غور کرے تو وہ دنیا کے اس واقعے میں اپنے لیے</w:t>
      </w:r>
    </w:p>
    <w:p>
      <w:r>
        <w:rPr>
          <w:b/>
        </w:rPr>
        <w:t xml:space="preserve">[50:44] </w:t>
      </w:r>
      <w:r>
        <w:t>aakhirat ka sabaq pa le ga. man dun illah shufa'a</w:t>
      </w:r>
    </w:p>
    <w:p>
      <w:pPr>
        <w:jc w:val="right"/>
      </w:pPr>
      <w:r>
        <w:t>آخرت کا سبق پا لے گا۔ من دون اللہ شفعا</w:t>
      </w:r>
    </w:p>
    <w:p>
      <w:r>
        <w:rPr>
          <w:b/>
        </w:rPr>
        <w:t xml:space="preserve">[50:55] </w:t>
      </w:r>
      <w:r>
        <w:t>qul ooloo kaanoo la yamlikoon shay'an wa la ya'aqiloon qul lillah al-shafa'atu jamee'an lahu mulk al-samawati wal-ardi thumma</w:t>
      </w:r>
    </w:p>
    <w:p>
      <w:pPr>
        <w:jc w:val="right"/>
      </w:pPr>
      <w:r>
        <w:t>قل أولو كانوا لا يملكون شيئا ولا يعقلون قل لله الشفاعة جميعا له ملك السماوات والأرض ثم</w:t>
      </w:r>
    </w:p>
    <w:p>
      <w:r>
        <w:rPr>
          <w:b/>
        </w:rPr>
        <w:t xml:space="preserve">[51:12] </w:t>
      </w:r>
      <w:r>
        <w:t>ilaihi turja'oon</w:t>
      </w:r>
    </w:p>
    <w:p>
      <w:pPr>
        <w:jc w:val="right"/>
      </w:pPr>
      <w:r>
        <w:t>إليه ترجعون</w:t>
      </w:r>
    </w:p>
    <w:p>
      <w:r>
        <w:rPr>
          <w:b/>
        </w:rPr>
        <w:t xml:space="preserve">[51:17] </w:t>
      </w:r>
      <w:r>
        <w:t>wa izaa zukir allahu wahdahu ishma'azzat quloob alladheena la yu'minoona bil-aakhirati wa izaa zukir alladheena min doonihi izaa hum yastabshiroon</w:t>
      </w:r>
    </w:p>
    <w:p>
      <w:pPr>
        <w:jc w:val="right"/>
      </w:pPr>
      <w:r>
        <w:t>وإذا ذكر الله وحده اشمئزت قلوب الذين لا يؤمنون بالآخرة وإذا ذكر الذين من دونه إذا هم يستبشرون</w:t>
      </w:r>
    </w:p>
    <w:p>
      <w:r>
        <w:rPr>
          <w:b/>
        </w:rPr>
        <w:t xml:space="preserve">[51:37] </w:t>
      </w:r>
      <w:r>
        <w:t>qul allahooma fatir al-samawati wal-ardi 'aalim al-ghaibi wal-shahadati anta tahkumu baina 'ibaadika feema kaanoo feehi yakhtalifoon</w:t>
      </w:r>
    </w:p>
    <w:p>
      <w:pPr>
        <w:jc w:val="right"/>
      </w:pPr>
      <w:r>
        <w:t>قل اللهم فاطر السماوات والأرض عالم الغيب والشهادة أنت تحكم بين عبادك فيما كانوا فيه يختلفون</w:t>
      </w:r>
    </w:p>
    <w:p>
      <w:r>
        <w:rPr>
          <w:b/>
        </w:rPr>
        <w:t xml:space="preserve">[51:55] </w:t>
      </w:r>
      <w:r>
        <w:t>wa law anna alladheena zalamoo ma fil-ardi jamee'an wa mithlahu ma'ahu laftadaw bihi min soo' al-'adhabi yawm al-qiyamati</w:t>
      </w:r>
    </w:p>
    <w:p>
      <w:pPr>
        <w:jc w:val="right"/>
      </w:pPr>
      <w:r>
        <w:t>ولو أن للذين ظلموا ما في الأرض جميعا ومثله معه لافتدوا به من سوء العذاب يوم القيامة</w:t>
      </w:r>
    </w:p>
    <w:p>
      <w:r>
        <w:rPr>
          <w:b/>
        </w:rPr>
        <w:t xml:space="preserve">[52:13] </w:t>
      </w:r>
      <w:r>
        <w:t>wa badaa lahum min allahi ma lam yakoonoo yahtasiboon wa badaa lahum sayyi'atu ma kasaboo wa haqa bihim ma kaanoo bihi yastahzi'oon</w:t>
      </w:r>
    </w:p>
    <w:p>
      <w:pPr>
        <w:jc w:val="right"/>
      </w:pPr>
      <w:r>
        <w:t>وبدا لهم من الله ما لم يكونوا يحتسبون وبدا لهم سيئات ما كسبوا وحاق بهم ما كانوا به يستهزئون</w:t>
      </w:r>
    </w:p>
    <w:p>
      <w:r>
        <w:rPr>
          <w:b/>
        </w:rPr>
        <w:t xml:space="preserve">[52:34] </w:t>
      </w:r>
      <w:r>
        <w:t>kya unhon ne Allah ko chhod kar doosron ko safarshi bana rakha hai? kaho agarchay woh na kuch ikhtiyar rakhte hon aur na kuch samajhte hon.</w:t>
      </w:r>
    </w:p>
    <w:p>
      <w:pPr>
        <w:jc w:val="right"/>
      </w:pPr>
      <w:r>
        <w:t>کیا انہوں نے اللہ کو چھوڑ کر دوسروں کو سفارشی بنا رکھا ہے؟ کہو اگرچہ وہ نہ کچھ اختیار رکھتے ہوں اور نہ کچھ سمجھتے ہوں۔</w:t>
      </w:r>
    </w:p>
    <w:p>
      <w:r>
        <w:rPr>
          <w:b/>
        </w:rPr>
        <w:t xml:space="preserve">[52:46] </w:t>
      </w:r>
      <w:r>
        <w:t>kaho sifarish sari ki sari Allah ke ikhtiyar mein hai.</w:t>
      </w:r>
    </w:p>
    <w:p>
      <w:pPr>
        <w:jc w:val="right"/>
      </w:pPr>
      <w:r>
        <w:t>کہو سفارش ساری کی ساری اللہ کے اختیار میں ہے۔</w:t>
      </w:r>
    </w:p>
    <w:p>
      <w:r>
        <w:rPr>
          <w:b/>
        </w:rPr>
        <w:t xml:space="preserve">[52:51] </w:t>
      </w:r>
      <w:r>
        <w:t>aasmanon aur zameen ki badshahi usi ki hai. phir tum usi ki taraf lotaye jaoge. aur jab akeley Allah ka zikr kiya jata hai to un logon ke dil karhte hain jo aakhirat par iman nahin rakhte.</w:t>
      </w:r>
    </w:p>
    <w:p>
      <w:pPr>
        <w:jc w:val="right"/>
      </w:pPr>
      <w:r>
        <w:t>آسمانوں اور زمین کی بادشاہی اسی کی ہے۔ پھر تم اسی کی طرف لوٹائے جاؤ گے۔ اور جب اکیلے اللہ کا ذکر کیا جاتا ہے تو ان لوگوں کے دل کڑھتے ہیں جو آخرت پر ایمان نہیں رکھتے۔</w:t>
      </w:r>
    </w:p>
    <w:p>
      <w:r>
        <w:rPr>
          <w:b/>
        </w:rPr>
        <w:t xml:space="preserve">[53:08] </w:t>
      </w:r>
      <w:r>
        <w:t>aur jab us ke siwa doosron ka zikr hota hai to us waqt woh khush ho jate hain. kaho ke aey Allah</w:t>
      </w:r>
    </w:p>
    <w:p>
      <w:pPr>
        <w:jc w:val="right"/>
      </w:pPr>
      <w:r>
        <w:t>اور جب اس کے سوا دوسروں کا ذکر ہوتا ہے تو اس وقت وہ خوش ہو جاتے ہیں۔ کہو کہ اے اللہ</w:t>
      </w:r>
    </w:p>
    <w:p>
      <w:r>
        <w:rPr>
          <w:b/>
        </w:rPr>
        <w:t xml:space="preserve">[53:18] </w:t>
      </w:r>
      <w:r>
        <w:t>! aasmanon aur zameen ke paida karne wale, ghayab aur hazir ke janne wale, to apne bandoon ke darmiyan is cheez ka faisla kare ga jis mein woh ikhtilaf kar rahe hain.</w:t>
      </w:r>
    </w:p>
    <w:p>
      <w:pPr>
        <w:jc w:val="right"/>
      </w:pPr>
      <w:r>
        <w:t>! آسمانوں اور زمین کے پیدا کرنے والے، غائب اور حاضر کے جاننے والے، تو اپنے بندوں کے درمیان اس چیز کا فیصلہ کرے گا جس میں وہ اختلاف کر رہے ہیں۔</w:t>
      </w:r>
    </w:p>
    <w:p>
      <w:r>
        <w:rPr>
          <w:b/>
        </w:rPr>
        <w:t xml:space="preserve">[53:31] </w:t>
      </w:r>
      <w:r>
        <w:t>aur agar zulam karne walon ke pas woh sab kuch ho jo zameen mein hai aur usi ke barabar aur bhi to woh qayamat ke din sakht azab se bachne ke liye un ko fidyay mein de dein.</w:t>
      </w:r>
    </w:p>
    <w:p>
      <w:pPr>
        <w:jc w:val="right"/>
      </w:pPr>
      <w:r>
        <w:t>اور اگر ظلم کرنے والوں کے پاس وہ سب کچھ ہو جو زمین میں ہے اور اسی کے برابر اور بھی تو وہ قیامت کے دن سخت عذاب سے بچنے کے لیے ان کو فدیے میں دے دیں۔</w:t>
      </w:r>
    </w:p>
    <w:p>
      <w:r>
        <w:rPr>
          <w:b/>
        </w:rPr>
        <w:t xml:space="preserve">[53:47] </w:t>
      </w:r>
      <w:r>
        <w:t>aur Allah ki taraf se un ko woh muamla pesh aaye ga jis ka un ko guman bhi na tha.</w:t>
      </w:r>
    </w:p>
    <w:p>
      <w:pPr>
        <w:jc w:val="right"/>
      </w:pPr>
      <w:r>
        <w:t>اور اللہ کی طرف سے ان کو وہ معاملہ پیش آئے گا جس کا ان کو گمان بھی نہ تھا۔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