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On Salah (Prayer) (Part 1) January 22, 2006 Maulana Wahiduddin Khan</w:t>
      </w:r>
    </w:p>
    <w:p>
      <w:r>
        <w:t>https://www.youtube.com/watch?v=jUvYhkpx-sM</w:t>
      </w:r>
    </w:p>
    <w:p>
      <w:r>
        <w:rPr>
          <w:b/>
        </w:rPr>
        <w:t xml:space="preserve">[00:13] </w:t>
      </w:r>
      <w:r>
        <w:t>bismillah al-rahman al-rahim, wa salla allahu 'ala al-nabi al-kareem. rab ishrah li sadri, wa yassir li amri,</w:t>
      </w:r>
    </w:p>
    <w:p>
      <w:pPr>
        <w:jc w:val="right"/>
      </w:pPr>
      <w:r>
        <w:t>بسم اللہ الرحمن الرحیم، وصلی اللہ علی النبی الکریم۔ رب اشرح لی صدری، ویسر لی امری،</w:t>
      </w:r>
    </w:p>
    <w:p>
      <w:r>
        <w:rPr>
          <w:b/>
        </w:rPr>
        <w:t xml:space="preserve">[00:28] </w:t>
      </w:r>
      <w:r>
        <w:t>wahlu al-'uqdata min lisani yafqahu qawli.</w:t>
      </w:r>
    </w:p>
    <w:p>
      <w:pPr>
        <w:jc w:val="right"/>
      </w:pPr>
      <w:r>
        <w:t>واحل العقدۃ من لسانی یفقہ قولی۔</w:t>
      </w:r>
    </w:p>
    <w:p>
      <w:r>
        <w:rPr>
          <w:b/>
        </w:rPr>
        <w:t xml:space="preserve">[00:39] </w:t>
      </w:r>
      <w:r>
        <w:t>aap jante hain ke yeh spiritual class, jo CPS ke tehat kiya ja raha hai, weekly basis par, har Sunday ko, yeh shuru hua tha</w:t>
      </w:r>
    </w:p>
    <w:p>
      <w:pPr>
        <w:jc w:val="right"/>
      </w:pPr>
      <w:r>
        <w:t>آپ جانتے ہیں کہ یہ اسپریچول کلاس، جو سی پی ایس کے تحت کیا جا رہا ہے، ویکلی بیسس پر، ہر سنڈے کو، یہ شروع ہوا تھا</w:t>
      </w:r>
    </w:p>
    <w:p>
      <w:r>
        <w:rPr>
          <w:b/>
        </w:rPr>
        <w:t xml:space="preserve">[01:01] </w:t>
      </w:r>
      <w:r>
        <w:t>2001 mein.</w:t>
      </w:r>
    </w:p>
    <w:p>
      <w:pPr>
        <w:jc w:val="right"/>
      </w:pPr>
      <w:r>
        <w:t>2001 میں۔</w:t>
      </w:r>
    </w:p>
    <w:p>
      <w:r>
        <w:rPr>
          <w:b/>
        </w:rPr>
        <w:t xml:space="preserve">[01:09] </w:t>
      </w:r>
      <w:r>
        <w:t>is ka maqsad kya hai,</w:t>
      </w:r>
    </w:p>
    <w:p>
      <w:pPr>
        <w:jc w:val="right"/>
      </w:pPr>
      <w:r>
        <w:t>اس کا مقصد کیا ہے،</w:t>
      </w:r>
    </w:p>
    <w:p>
      <w:r>
        <w:rPr>
          <w:b/>
        </w:rPr>
        <w:t xml:space="preserve">[01:15] </w:t>
      </w:r>
      <w:r>
        <w:t>is ko achhi tarah samajh lijie.</w:t>
      </w:r>
    </w:p>
    <w:p>
      <w:pPr>
        <w:jc w:val="right"/>
      </w:pPr>
      <w:r>
        <w:t>اس کو اچھی طرح سمجھ لیجیے۔</w:t>
      </w:r>
    </w:p>
    <w:p>
      <w:r>
        <w:rPr>
          <w:b/>
        </w:rPr>
        <w:t xml:space="preserve">[01:21] </w:t>
      </w:r>
      <w:r>
        <w:t>yeh ek alag qism ka program hai.</w:t>
      </w:r>
    </w:p>
    <w:p>
      <w:pPr>
        <w:jc w:val="right"/>
      </w:pPr>
      <w:r>
        <w:t>یہ ایک الگ قسم کا پروگرام ہے۔</w:t>
      </w:r>
    </w:p>
    <w:p>
      <w:r>
        <w:rPr>
          <w:b/>
        </w:rPr>
        <w:t xml:space="preserve">[01:27] </w:t>
      </w:r>
      <w:r>
        <w:t>aap jante hain ke aaj ki duniya mein har din sankron, balke hazaron program hote rehte hain, har jagah.</w:t>
      </w:r>
    </w:p>
    <w:p>
      <w:pPr>
        <w:jc w:val="right"/>
      </w:pPr>
      <w:r>
        <w:t>آپ جانتے ہیں کہ آج کی دنیا میں ہر دن سینکڑوں، بلکہ ہزاروں پروگرام ہوتے رہتے ہیں، ہر جگہ۔</w:t>
      </w:r>
    </w:p>
    <w:p>
      <w:r>
        <w:rPr>
          <w:b/>
        </w:rPr>
        <w:t xml:space="preserve">[01:40] </w:t>
      </w:r>
      <w:r>
        <w:t>dusre program jo hote hain, har jagah, un ki kamyabi yeh hoti hai ke woh</w:t>
      </w:r>
    </w:p>
    <w:p>
      <w:pPr>
        <w:jc w:val="right"/>
      </w:pPr>
      <w:r>
        <w:t>دوسرے پروگرام جو ہوتے ہیں، ہر جگہ، ان کی کامیابی یہ ہوتی ہے کہ وہ</w:t>
      </w:r>
    </w:p>
    <w:p>
      <w:r>
        <w:rPr>
          <w:b/>
        </w:rPr>
        <w:t xml:space="preserve">[01:49] </w:t>
      </w:r>
      <w:r>
        <w:t>dusre ko hara dein.</w:t>
      </w:r>
    </w:p>
    <w:p>
      <w:pPr>
        <w:jc w:val="right"/>
      </w:pPr>
      <w:r>
        <w:t>دوسرے کو ہرا دیں۔</w:t>
      </w:r>
    </w:p>
    <w:p>
      <w:r>
        <w:rPr>
          <w:b/>
        </w:rPr>
        <w:t xml:space="preserve">[01:54] </w:t>
      </w:r>
      <w:r>
        <w:t>hamari kamyabi yeh hai ke hum khud apne ko hara saken.</w:t>
      </w:r>
    </w:p>
    <w:p>
      <w:pPr>
        <w:jc w:val="right"/>
      </w:pPr>
      <w:r>
        <w:t>ہماری کامیابی یہ ہے کہ ہم خود اپنے کو ہرا سکیں۔</w:t>
      </w:r>
    </w:p>
    <w:p>
      <w:r>
        <w:rPr>
          <w:b/>
        </w:rPr>
        <w:t xml:space="preserve">[02:02] </w:t>
      </w:r>
      <w:r>
        <w:t>dusre log apni jeet par khushi manate hain, hamare haan apni haar par aap ko mutma'in hona hai.</w:t>
      </w:r>
    </w:p>
    <w:p>
      <w:pPr>
        <w:jc w:val="right"/>
      </w:pPr>
      <w:r>
        <w:t>دوسرے لوگ اپنی جیت پر خوشی مناتے ہیں، ہمارے ہاں اپنی ہار پر آپ کو مطمئن ہونا ہے۔</w:t>
      </w:r>
    </w:p>
    <w:p>
      <w:r>
        <w:rPr>
          <w:b/>
        </w:rPr>
        <w:t xml:space="preserve">[02:15] </w:t>
      </w:r>
      <w:r>
        <w:t>jo aadmi khud apne aap ko harane ke liye tayyar ho jaye, usi ko hamari is spiritual class mein kuch milega.</w:t>
      </w:r>
    </w:p>
    <w:p>
      <w:pPr>
        <w:jc w:val="right"/>
      </w:pPr>
      <w:r>
        <w:t>جو آدمی خود اپنے آپ کو ہرانے کے لیے تیار ہو جائے، اسی کو ہماری اس اسپریچول کلاس میں کچھ ملے گا۔</w:t>
      </w:r>
    </w:p>
    <w:p>
      <w:r>
        <w:rPr>
          <w:b/>
        </w:rPr>
        <w:t xml:space="preserve">[02:28] </w:t>
      </w:r>
      <w:r>
        <w:t>jo log is zehen ke tehat sochte hon ke kamyabi yeh hai ke hum dusre ko hara saken, to un ko hamari is spiritual class mein kuch nahi milega.</w:t>
      </w:r>
    </w:p>
    <w:p>
      <w:pPr>
        <w:jc w:val="right"/>
      </w:pPr>
      <w:r>
        <w:t>جو لوگ اس ذہن کے تحت سوچتے ہوں کہ کامیابی یہ ہے کہ ہم دوسرے کو ہرا سکیں، تو ان کو ہماری اس اسپریچول کلاس میں کچھ نہیں ملے گا۔</w:t>
      </w:r>
    </w:p>
    <w:p>
      <w:r>
        <w:rPr>
          <w:b/>
        </w:rPr>
        <w:t xml:space="preserve">[02:47] </w:t>
      </w:r>
      <w:r>
        <w:t>yeh jo baat mein keh raha hoon, yeh quran o hadith se milti hai.</w:t>
      </w:r>
    </w:p>
    <w:p>
      <w:pPr>
        <w:jc w:val="right"/>
      </w:pPr>
      <w:r>
        <w:t>یہ جو بات میں کہہ رہا ہوں، یہ قرآن و حدیث سے ملتی ہے۔</w:t>
      </w:r>
    </w:p>
    <w:p>
      <w:r>
        <w:rPr>
          <w:b/>
        </w:rPr>
        <w:t xml:space="preserve">[02:55] </w:t>
      </w:r>
      <w:r>
        <w:t>rasool Allah salallaho alaihi wasallam ne farmaya:</w:t>
      </w:r>
    </w:p>
    <w:p>
      <w:pPr>
        <w:jc w:val="right"/>
      </w:pPr>
      <w:r>
        <w:t>رسول اللہ صلی اللہ علیہ وسلم نے فرمایا:</w:t>
      </w:r>
    </w:p>
    <w:p>
      <w:r>
        <w:rPr>
          <w:b/>
        </w:rPr>
        <w:t xml:space="preserve">[03:01] </w:t>
      </w:r>
      <w:r>
        <w:t>"al-mujahid man jahada nafsahu fi ta'atillah" .</w:t>
      </w:r>
    </w:p>
    <w:p>
      <w:pPr>
        <w:jc w:val="right"/>
      </w:pPr>
      <w:r>
        <w:t>"المجاهد من جاهد نفسه فی طاعة الله" ۔</w:t>
      </w:r>
    </w:p>
    <w:p>
      <w:r>
        <w:rPr>
          <w:b/>
        </w:rPr>
        <w:t xml:space="preserve">[03:11] </w:t>
      </w:r>
      <w:r>
        <w:t>yani mujahid woh hai jo apne aap se lade, Allah ki rah mein.</w:t>
      </w:r>
    </w:p>
    <w:p>
      <w:pPr>
        <w:jc w:val="right"/>
      </w:pPr>
      <w:r>
        <w:t>یعنی مجاہد وہ ہے جو اپنے آپ سے لڑے، اللہ کی راہ میں۔</w:t>
      </w:r>
    </w:p>
    <w:p>
      <w:r>
        <w:rPr>
          <w:b/>
        </w:rPr>
        <w:t xml:space="preserve">[03:19] </w:t>
      </w:r>
      <w:r>
        <w:t>to dusron par jeet hasil karna, yeh ek alag dhang ka program hota hai.</w:t>
      </w:r>
    </w:p>
    <w:p>
      <w:pPr>
        <w:jc w:val="right"/>
      </w:pPr>
      <w:r>
        <w:t>تو دوسروں پر جیت حاصل کرنا، یہ ایک الگ ڈھنگ کا پروگرام ہوتا ہے۔</w:t>
      </w:r>
    </w:p>
    <w:p>
      <w:r>
        <w:rPr>
          <w:b/>
        </w:rPr>
        <w:t xml:space="preserve">[03:30] </w:t>
      </w:r>
      <w:r>
        <w:t>hamare program ka maqsad yeh hai ke hum logon ke andar yeh soch paida karen, yeh soch, ke woh apne aap par control karen, apni soch ko badlen,</w:t>
      </w:r>
    </w:p>
    <w:p>
      <w:pPr>
        <w:jc w:val="right"/>
      </w:pPr>
      <w:r>
        <w:t>ہمارے پروگرام کا مقصد یہ ہے کہ ہم لوگوں کے اندر یہ سوچ پیدا کریں، یہ سوچ، کہ وہ اپنے آپ پر کنٹرول کریں، اپنی سوچ کو بدلیں،</w:t>
      </w:r>
    </w:p>
    <w:p>
      <w:r>
        <w:rPr>
          <w:b/>
        </w:rPr>
        <w:t xml:space="preserve">[03:49] </w:t>
      </w:r>
      <w:r>
        <w:t>apne upar shaitan ko havi na hone dein, apne andar jo negative thought hain, us ko zair karen.</w:t>
      </w:r>
    </w:p>
    <w:p>
      <w:pPr>
        <w:jc w:val="right"/>
      </w:pPr>
      <w:r>
        <w:t>اپنے اوپر شیطان کو حاوی نہ ہونے دیں، اپنے اندر جو نیگیٹیو تھاٹ ہیں، اس کو زیر کریں۔</w:t>
      </w:r>
    </w:p>
    <w:p>
      <w:r>
        <w:rPr>
          <w:b/>
        </w:rPr>
        <w:t xml:space="preserve">[04:03] </w:t>
      </w:r>
      <w:r>
        <w:t>to isi ko maine kaha ke hamara maqsad dusron ko harana nahi hai, balke khud apne aap ko harana hai.</w:t>
      </w:r>
    </w:p>
    <w:p>
      <w:pPr>
        <w:jc w:val="right"/>
      </w:pPr>
      <w:r>
        <w:t>تو اسی کو میں نے کہا کہ ہمارا مقصد دوسروں کو ہرانا نہیں ہے، بلکہ خود اپنے آپ کو ہرانا ہے۔</w:t>
      </w:r>
    </w:p>
    <w:p>
      <w:r>
        <w:rPr>
          <w:b/>
        </w:rPr>
        <w:t xml:space="preserve">[04:13] </w:t>
      </w:r>
      <w:r>
        <w:t>yaad rakhiye, duniya mein jis ne haar qabool ki, wahi akhirat mein jeet ka reward payega.</w:t>
      </w:r>
    </w:p>
    <w:p>
      <w:pPr>
        <w:jc w:val="right"/>
      </w:pPr>
      <w:r>
        <w:t>یاد رکھیے، دنیا میں جس نے ہار قبول کی، وہی آخرت میں جیت کا ریوارڈ پائے گا۔</w:t>
      </w:r>
    </w:p>
    <w:p>
      <w:r>
        <w:rPr>
          <w:b/>
        </w:rPr>
        <w:t xml:space="preserve">[04:30] </w:t>
      </w:r>
      <w:r>
        <w:t>yahan haarna, wahan jeetna hai.</w:t>
      </w:r>
    </w:p>
    <w:p>
      <w:pPr>
        <w:jc w:val="right"/>
      </w:pPr>
      <w:r>
        <w:t>یہاں ہارنا، وہاں جیتنا ہے۔</w:t>
      </w:r>
    </w:p>
    <w:p>
      <w:r>
        <w:rPr>
          <w:b/>
        </w:rPr>
        <w:t xml:space="preserve">[04:35] </w:t>
      </w:r>
      <w:r>
        <w:t>yeh hai philosophy hamare is CPS ki.</w:t>
      </w:r>
    </w:p>
    <w:p>
      <w:pPr>
        <w:jc w:val="right"/>
      </w:pPr>
      <w:r>
        <w:t>یہ ہے فلاسفی ہمارے اس سی پی ایس کی۔</w:t>
      </w:r>
    </w:p>
    <w:p>
      <w:r>
        <w:rPr>
          <w:b/>
        </w:rPr>
        <w:t xml:space="preserve">[04:44] </w:t>
      </w:r>
      <w:r>
        <w:t>aaj mujhe, in sha Allah, namaz ke bare mein kuch karna hai.</w:t>
      </w:r>
    </w:p>
    <w:p>
      <w:pPr>
        <w:jc w:val="right"/>
      </w:pPr>
      <w:r>
        <w:t>آج مجھے، ان شاء اللہ، نماز کے بارے میں کچھ کرنا ہے۔</w:t>
      </w:r>
    </w:p>
    <w:p>
      <w:r>
        <w:rPr>
          <w:b/>
        </w:rPr>
        <w:t xml:space="preserve">[04:53] </w:t>
      </w:r>
      <w:r>
        <w:t>namaz ko arabi mein salat kehte hain, english mein us ko prayer kaha jata hai.</w:t>
      </w:r>
    </w:p>
    <w:p>
      <w:pPr>
        <w:jc w:val="right"/>
      </w:pPr>
      <w:r>
        <w:t>نماز کو عربی میں صلاۃ کہتے ہیں، انگلش میں اس کو prayer کہا جاتا ہے۔</w:t>
      </w:r>
    </w:p>
    <w:p>
      <w:r>
        <w:rPr>
          <w:b/>
        </w:rPr>
        <w:t xml:space="preserve">[05:04] </w:t>
      </w:r>
      <w:r>
        <w:t>"buniyal islamu ala khamsin" .</w:t>
      </w:r>
    </w:p>
    <w:p>
      <w:pPr>
        <w:jc w:val="right"/>
      </w:pPr>
      <w:r>
        <w:t>تو ایک حدیث میں پیغمبر اسلام نے فرمایا کہ: "بُنِيَ الْإِسْلَامُ عَلَى خَمْسٍ" ۔</w:t>
      </w:r>
    </w:p>
    <w:p>
      <w:r>
        <w:rPr>
          <w:b/>
        </w:rPr>
        <w:t xml:space="preserve">[05:16] </w:t>
      </w:r>
      <w:r>
        <w:t>yani islam ki base jo hai, woh panch pillars par khadi ki gayi hai. to panch pillars mein se ek hai namaz.</w:t>
      </w:r>
    </w:p>
    <w:p>
      <w:pPr>
        <w:jc w:val="right"/>
      </w:pPr>
      <w:r>
        <w:t>یعنی اسلام کی بیس جو ہے، وہ پانچ پلرز پر کھڑی کی گئی ہے۔ تو پانچ پلرز میں سے ایک ہے نماز۔</w:t>
      </w:r>
    </w:p>
    <w:p>
      <w:r>
        <w:rPr>
          <w:b/>
        </w:rPr>
        <w:t xml:space="preserve">[05:31] </w:t>
      </w:r>
      <w:r>
        <w:t>panch waqt ki namaz</w:t>
      </w:r>
    </w:p>
    <w:p>
      <w:pPr>
        <w:jc w:val="right"/>
      </w:pPr>
      <w:r>
        <w:t>پانچ وقت کی نماز</w:t>
      </w:r>
    </w:p>
    <w:p>
      <w:r>
        <w:rPr>
          <w:b/>
        </w:rPr>
        <w:t xml:space="preserve">[05:35] </w:t>
      </w:r>
      <w:r>
        <w:t>. is silsile mein bohat si aayatain aur hadeesein hain.</w:t>
      </w:r>
    </w:p>
    <w:p>
      <w:pPr>
        <w:jc w:val="right"/>
      </w:pPr>
      <w:r>
        <w:t>۔ اس سلسلے میں بہت سی آیتیں اور حدیثیں ہیں۔</w:t>
      </w:r>
    </w:p>
    <w:p>
      <w:r>
        <w:rPr>
          <w:b/>
        </w:rPr>
        <w:t xml:space="preserve">[05:41] </w:t>
      </w:r>
      <w:r>
        <w:t>mislan rasool Allah ne farmaaya ek hadees mein: "alsalato noorun" .</w:t>
      </w:r>
    </w:p>
    <w:p>
      <w:pPr>
        <w:jc w:val="right"/>
      </w:pPr>
      <w:r>
        <w:t>مثلاً رسول اللہ نے فرمایا ایک حدیث میں: "الصلاة نورٌ" ۔</w:t>
      </w:r>
    </w:p>
    <w:p>
      <w:r>
        <w:rPr>
          <w:b/>
        </w:rPr>
        <w:t xml:space="preserve">[05:50] </w:t>
      </w:r>
      <w:r>
        <w:t>namaz roshni hai.</w:t>
      </w:r>
    </w:p>
    <w:p>
      <w:pPr>
        <w:jc w:val="right"/>
      </w:pPr>
      <w:r>
        <w:t>نماز روشنی ہے۔</w:t>
      </w:r>
    </w:p>
    <w:p>
      <w:r>
        <w:rPr>
          <w:b/>
        </w:rPr>
        <w:t xml:space="preserve">[05:57] </w:t>
      </w:r>
      <w:r>
        <w:t>isi tarah hazrat umar R.A. ne farmaaya: "alsalato imadud deeni man aqamaha aqam ad deena wa man hadamah hadam ad deen" .</w:t>
      </w:r>
    </w:p>
    <w:p>
      <w:pPr>
        <w:jc w:val="right"/>
      </w:pPr>
      <w:r>
        <w:t>اسی طرح حضرت عمر رضی اللہ عنہ نے فرمایا: "الصلاة عماد الدين من أقامها أقام الدين ومن هدمها هدم الدين" ۔</w:t>
      </w:r>
    </w:p>
    <w:p>
      <w:r>
        <w:rPr>
          <w:b/>
        </w:rPr>
        <w:t xml:space="preserve">[06:15] </w:t>
      </w:r>
      <w:r>
        <w:t>namaz islam ka khamba hai.</w:t>
      </w:r>
    </w:p>
    <w:p>
      <w:pPr>
        <w:jc w:val="right"/>
      </w:pPr>
      <w:r>
        <w:t>نماز اسلام کا کھمبا ہے۔</w:t>
      </w:r>
    </w:p>
    <w:p>
      <w:r>
        <w:rPr>
          <w:b/>
        </w:rPr>
        <w:t xml:space="preserve">[06:24] </w:t>
      </w:r>
      <w:r>
        <w:t>yaani islam ko agar ek building se tashbeeh di jaaye to yeh building namaz ke upar khadi hui hai.</w:t>
      </w:r>
    </w:p>
    <w:p>
      <w:pPr>
        <w:jc w:val="right"/>
      </w:pPr>
      <w:r>
        <w:t>یعنی اسلام کو اگر ایک بلڈنگ سے تشبیہ دی جائے تو یہ بلڈنگ نماز کے اوپر کھڑی ہوئی ہے۔</w:t>
      </w:r>
    </w:p>
    <w:p>
      <w:r>
        <w:rPr>
          <w:b/>
        </w:rPr>
        <w:t xml:space="preserve">[06:41] </w:t>
      </w:r>
      <w:r>
        <w:t>to aap ne farmaaya ke jis ne namaz ko qaaim kiya, us ne poore deen ko qaaim kiya. aur jis ne namaz ko dhaya, us ne poore deen ko dhaya.</w:t>
      </w:r>
    </w:p>
    <w:p>
      <w:pPr>
        <w:jc w:val="right"/>
      </w:pPr>
      <w:r>
        <w:t>تو آپ نے فرمایا کہ جس نے نماز کو قائم کیا، اس نے پورے دین کو قائم کیا۔ اور جس نے نماز کو ڈھایا، اس نے پورے دین کو ڈھا دیا۔</w:t>
      </w:r>
    </w:p>
    <w:p>
      <w:r>
        <w:rPr>
          <w:b/>
        </w:rPr>
        <w:t xml:space="preserve">[07:02] </w:t>
      </w:r>
      <w:r>
        <w:t>dekhiye, yeh baat jo hai,</w:t>
      </w:r>
    </w:p>
    <w:p>
      <w:pPr>
        <w:jc w:val="right"/>
      </w:pPr>
      <w:r>
        <w:t>دیکھیے، یہ بات جو ہے،</w:t>
      </w:r>
    </w:p>
    <w:p>
      <w:r>
        <w:rPr>
          <w:b/>
        </w:rPr>
        <w:t xml:space="preserve">[07:06] </w:t>
      </w:r>
      <w:r>
        <w:t>namaz ke form ke baare mein nahin hai.</w:t>
      </w:r>
    </w:p>
    <w:p>
      <w:pPr>
        <w:jc w:val="right"/>
      </w:pPr>
      <w:r>
        <w:t>نماز کے فارم کے بارے میں نہیں ہے۔</w:t>
      </w:r>
    </w:p>
    <w:p>
      <w:r>
        <w:rPr>
          <w:b/>
        </w:rPr>
        <w:t xml:space="preserve">[07:11] </w:t>
      </w:r>
      <w:r>
        <w:t>yaad rakhiye, namaz ki ek spirit hai, ek is ka form hai. agar aap samjhein ke yeh quran ki aayatain aur hadeesein namaz ke form ke baare mein hain, to namaz ek set of rituals ban jaati hai.</w:t>
      </w:r>
    </w:p>
    <w:p>
      <w:pPr>
        <w:jc w:val="right"/>
      </w:pPr>
      <w:r>
        <w:t>یاد رکھیے، نماز کی ایک اسپرٹ ہے، ایک اس کا فارم ہے۔ اگر آپ سمجھیں کہ یہ قرآن کی آیتیں اور حدیثیں نماز کے فارم کے بارے میں ہیں، تو نماز ایک سیٹ آف ریچولز بن جاتی ہے۔</w:t>
      </w:r>
    </w:p>
    <w:p>
      <w:r>
        <w:rPr>
          <w:b/>
        </w:rPr>
        <w:t xml:space="preserve">[07:33] </w:t>
      </w:r>
      <w:r>
        <w:t>kuch rasmi aamaal ka majmooa</w:t>
      </w:r>
    </w:p>
    <w:p>
      <w:pPr>
        <w:jc w:val="right"/>
      </w:pPr>
      <w:r>
        <w:t>کچھ رسمی اعمال کا مجموعہ</w:t>
      </w:r>
    </w:p>
    <w:p>
      <w:r>
        <w:rPr>
          <w:b/>
        </w:rPr>
        <w:t xml:space="preserve">[07:37] </w:t>
      </w:r>
      <w:r>
        <w:t>. main samajhta hoon ke yeh islam ki tazheeb hogi, islam ko underestimate karna hoga. ke hum yeh samjhein ke koi bhi set of rituals, koi bhi form, itni badi cheez ho sakti hai ke usi par islam ki poori building khadi hui ho.</w:t>
      </w:r>
    </w:p>
    <w:p>
      <w:pPr>
        <w:jc w:val="right"/>
      </w:pPr>
      <w:r>
        <w:t>۔ میں سمجھتا ہوں کہ یہ اسلام کی تزہیر ہوگی، اسلام کو انڈر ایسٹیمیٹ کرنا ہوگا۔ کہ ہم یہ سمجھیں کہ کوئی بھی سیٹ آف ریچولز، کوئی بھی فارم، اتنی بڑی چیز ہو سکتی ہے کہ اسی پر اسلام کی پوری بلڈنگ کھڑی ہوئی ہو۔</w:t>
      </w:r>
    </w:p>
    <w:p>
      <w:r>
        <w:rPr>
          <w:b/>
        </w:rPr>
        <w:t xml:space="preserve">[07:56] </w:t>
      </w:r>
      <w:r>
        <w:t>yeh islam ka underestimate hai.</w:t>
      </w:r>
    </w:p>
    <w:p>
      <w:pPr>
        <w:jc w:val="right"/>
      </w:pPr>
      <w:r>
        <w:t>یہ اسلام کا انڈر ایسٹیمیشن ہے۔</w:t>
      </w:r>
    </w:p>
    <w:p>
      <w:r>
        <w:rPr>
          <w:b/>
        </w:rPr>
        <w:t xml:space="preserve">[08:02] </w:t>
      </w:r>
      <w:r>
        <w:t>yeh tamam aayatain aur hadeesein islam ke baare mein, namaz ke baare mein, is ki spirit ke aitbaar se hain.</w:t>
      </w:r>
    </w:p>
    <w:p>
      <w:pPr>
        <w:jc w:val="right"/>
      </w:pPr>
      <w:r>
        <w:t>یہ تمام آیتیں اور حدیثیں اسلام کے بارے میں، نماز کے بارے میں، اس کی اسپرٹ کے اعتبار سے ہیں۔</w:t>
      </w:r>
    </w:p>
    <w:p>
      <w:r>
        <w:rPr>
          <w:b/>
        </w:rPr>
        <w:t xml:space="preserve">[08:14] </w:t>
      </w:r>
      <w:r>
        <w:t>spirit. isi liye aap jab quran ko padhte hain to saare quran mein kahin bhi namaz ka form nahin bataya gaya hai.</w:t>
      </w:r>
    </w:p>
    <w:p>
      <w:pPr>
        <w:jc w:val="right"/>
      </w:pPr>
      <w:r>
        <w:t>اسپرٹ۔ اسی لیے آپ جب قرآن کو پڑھتے ہیں تو سارے قرآن میں کہیں بھی نماز کا فارم نہیں بتایا گیا ہے۔</w:t>
      </w:r>
    </w:p>
    <w:p>
      <w:r>
        <w:rPr>
          <w:b/>
        </w:rPr>
        <w:t xml:space="preserve">[08:28] </w:t>
      </w:r>
      <w:r>
        <w:t>agar aap sirf quran hi ko padhein to aap is ko padh kar ke namaz perform nahin kar sakte.</w:t>
      </w:r>
    </w:p>
    <w:p>
      <w:pPr>
        <w:jc w:val="right"/>
      </w:pPr>
      <w:r>
        <w:t>اگر آپ صرف قرآن ہی کو پڑھیں تو آپ اس کو پڑھ کر کے نماز پرفارم نہیں کر سکتے۔</w:t>
      </w:r>
    </w:p>
    <w:p>
      <w:r>
        <w:rPr>
          <w:b/>
        </w:rPr>
        <w:t xml:space="preserve">[08:39] </w:t>
      </w:r>
      <w:r>
        <w:t>kyun ke kis tarah namaz ko perform kiya jaaye, yeh quran mein kahin bhi bataya nahin gaya hai. is ki kuch detail hadees mein hai aur zyada detail is ki fiqh mein hai.</w:t>
      </w:r>
    </w:p>
    <w:p>
      <w:pPr>
        <w:jc w:val="right"/>
      </w:pPr>
      <w:r>
        <w:t>کیونکہ کس طرح نماز کو پرفارم کیا جائے، یہ قرآن میں کہیں بھی بتایا نہیں گیا ہے۔ اس کی کچھ ڈیٹیل حدیث میں ہے اور زیادہ ڈیٹیل اس کی فقہ میں ہے۔</w:t>
      </w:r>
    </w:p>
    <w:p>
      <w:r>
        <w:rPr>
          <w:b/>
        </w:rPr>
        <w:t xml:space="preserve">[08:54] </w:t>
      </w:r>
      <w:r>
        <w:t>kyun? ek maqsad hai emphasis dena. quran ne form ke baare mein jo detail nahin batai, to yeh emphasis dena tha ke asal cheez spirit hai.</w:t>
      </w:r>
    </w:p>
    <w:p>
      <w:pPr>
        <w:jc w:val="right"/>
      </w:pPr>
      <w:r>
        <w:t>کیوں؟ ایک مقصد ہے ایمفیسز دینا۔ قرآن نے فارم کے بارے میں جو ڈیٹیل نہیں بتائی، تو یہ ایمفیسز دینا تھا کہ اصل چیز اسپرٹ ہے۔</w:t>
      </w:r>
    </w:p>
    <w:p>
      <w:r>
        <w:rPr>
          <w:b/>
        </w:rPr>
        <w:t xml:space="preserve">[09:13] </w:t>
      </w:r>
      <w:r>
        <w:t>isi liye quran mein hai ke "qad aflaha almu'minoona allazeena hum fi salatihim khashi'oon" .</w:t>
      </w:r>
    </w:p>
    <w:p>
      <w:pPr>
        <w:jc w:val="right"/>
      </w:pPr>
      <w:r>
        <w:t>اسی لیے قرآن میں ہے کہ "قد أفلح المؤمنون الذين هم في صلاتهم خاشعون" ۔</w:t>
      </w:r>
    </w:p>
    <w:p>
      <w:r>
        <w:rPr>
          <w:b/>
        </w:rPr>
        <w:t xml:space="preserve">[09:25] </w:t>
      </w:r>
      <w:r>
        <w:t>wo log, wo believers kaamyaab ho gaye jo apni namaz mein khushu karte hain.</w:t>
      </w:r>
    </w:p>
    <w:p>
      <w:pPr>
        <w:jc w:val="right"/>
      </w:pPr>
      <w:r>
        <w:t>وہ لوگ، وہ بلیورز کامیاب ہو گئے جو اپنی نماز میں خشوع کرتے ہیں۔</w:t>
      </w:r>
    </w:p>
    <w:p>
      <w:r>
        <w:rPr>
          <w:b/>
        </w:rPr>
        <w:t xml:space="preserve">[09:35] </w:t>
      </w:r>
      <w:r>
        <w:t>khushu wahi hai, yaani spirit wali namaz padhte hain.</w:t>
      </w:r>
    </w:p>
    <w:p>
      <w:pPr>
        <w:jc w:val="right"/>
      </w:pPr>
      <w:r>
        <w:t>خشوع وہی ہے، یعنی اسپرٹ والی نماز پڑھتے ہیں۔</w:t>
      </w:r>
    </w:p>
    <w:p>
      <w:r>
        <w:rPr>
          <w:b/>
        </w:rPr>
        <w:t xml:space="preserve">[09:40] </w:t>
      </w:r>
      <w:r>
        <w:t>isi tarah hadees mein hai ke "la salata liman la yatahashsha" . is ki namaz namaz nahin jo apni namaz mein khushu na kare.</w:t>
      </w:r>
    </w:p>
    <w:p>
      <w:pPr>
        <w:jc w:val="right"/>
      </w:pPr>
      <w:r>
        <w:t>اسی طرح حدیث میں ہے کہ "لا صلاة لمن لا يتخشى" ۔ اس کی نماز نماز نہیں جو اپنی نماز میں خشوع نہ کرے۔</w:t>
      </w:r>
    </w:p>
    <w:p>
      <w:r>
        <w:rPr>
          <w:b/>
        </w:rPr>
        <w:t xml:space="preserve">[09:52] </w:t>
      </w:r>
      <w:r>
        <w:t>yaani spirit wali namaz na padhe.</w:t>
      </w:r>
    </w:p>
    <w:p>
      <w:pPr>
        <w:jc w:val="right"/>
      </w:pPr>
      <w:r>
        <w:t>یعنی اسپرٹ والی نماز نہ پڑھے۔</w:t>
      </w:r>
    </w:p>
    <w:p>
      <w:r>
        <w:rPr>
          <w:b/>
        </w:rPr>
        <w:t xml:space="preserve">[09:58] </w:t>
      </w:r>
      <w:r>
        <w:t>rasool Allah SAWW madine ki jo masjid hai, jis ko masjid nabwi kaha jaata hai, ek baar wahan aap baithe hue the. to ek musalman saahab wahan aaye,</w:t>
      </w:r>
    </w:p>
    <w:p>
      <w:pPr>
        <w:jc w:val="right"/>
      </w:pPr>
      <w:r>
        <w:t>رسول اللہ صلی اللہ علیہ وسلم مدینے کی جو مسجد ہے، جس کو مسجد نبوی کہا جاتا ہے، ایک بار وہاں آپ بیٹھے ہوئے تھے۔ تو ایک مسلمان صاحب وہاں آئے،</w:t>
      </w:r>
    </w:p>
    <w:p>
      <w:r>
        <w:rPr>
          <w:b/>
        </w:rPr>
        <w:t xml:space="preserve">[10:13] </w:t>
      </w:r>
      <w:r>
        <w:t>unhon ne namaz padhi, gaaliban do rakat namaz padhi.</w:t>
      </w:r>
    </w:p>
    <w:p>
      <w:pPr>
        <w:jc w:val="right"/>
      </w:pPr>
      <w:r>
        <w:t>انہوں نے نماز پڑھی، غالباً دو رکعت نماز پڑھی۔</w:t>
      </w:r>
    </w:p>
    <w:p>
      <w:r>
        <w:rPr>
          <w:b/>
        </w:rPr>
        <w:t xml:space="preserve">[10:19] </w:t>
      </w:r>
      <w:r>
        <w:t>is ke baad woh aap ke paas aaye milne ke liye. to aap ne kya farmaya?</w:t>
      </w:r>
    </w:p>
    <w:p>
      <w:pPr>
        <w:jc w:val="right"/>
      </w:pPr>
      <w:r>
        <w:t>اس کے بعد وہ آپ کے پاس آئے ملنے کے لیے۔ تو آپ نے کیا فرمایا؟</w:t>
      </w:r>
    </w:p>
    <w:p>
      <w:r>
        <w:rPr>
          <w:b/>
        </w:rPr>
        <w:t xml:space="preserve">[10:30] </w:t>
      </w:r>
      <w:r>
        <w:t>aap ne farmaya ke "arja' fasalli fa innaka lam tusalli" . tum jao phir se namaz parho, kyunke tum ne namaz nahi padhi.</w:t>
      </w:r>
    </w:p>
    <w:p>
      <w:pPr>
        <w:jc w:val="right"/>
      </w:pPr>
      <w:r>
        <w:t>آپ نے فرمایا کہ "ارجع فصل فإنك لم تصل" ۔ تم جاؤ پھر سے نماز پڑھو، کیونکہ تم نے نماز نہیں پڑھی۔</w:t>
      </w:r>
    </w:p>
    <w:p>
      <w:r>
        <w:rPr>
          <w:b/>
        </w:rPr>
        <w:t xml:space="preserve">[10:48] </w:t>
      </w:r>
      <w:r>
        <w:t>aap ne dekha ke woh form ko dohra raha hai, lekin us ki ada se, us ke chehre se, us ke body se aap ne yeh samjha ke spirit wali namaz nahi padh raha hai, bas form wali namaz dohra raha hai.</w:t>
      </w:r>
    </w:p>
    <w:p>
      <w:pPr>
        <w:jc w:val="right"/>
      </w:pPr>
      <w:r>
        <w:t>آپ نے دیکھا کہ وہ فارم کو دہرا رہا ہے، لیکن اس کی ادا سے، اس کے چہرے سے، اس کے باڈی سے آپ نے یہ سمجھا کہ اسپرٹ والی نماز نہیں پڑھ رہا ہے، بس فارم والی نماز دہرا رہا ہے۔</w:t>
      </w:r>
    </w:p>
    <w:p>
      <w:r>
        <w:rPr>
          <w:b/>
        </w:rPr>
        <w:t xml:space="preserve">[11:10] </w:t>
      </w:r>
      <w:r>
        <w:t>to aap ne farmaya ke "arja' fasalli fa innaka lam tusalli" . jao phir se namaz parho, kyunke tum ne namaz nahi padhi.</w:t>
      </w:r>
    </w:p>
    <w:p>
      <w:pPr>
        <w:jc w:val="right"/>
      </w:pPr>
      <w:r>
        <w:t>تو آپ نے فرمایا کہ "ارجع فصل فإنك لم تصل" ۔ جاؤ پھر سے نماز پڑھو، کیونکہ تم نے نماز نہیں پڑھی۔</w:t>
      </w:r>
    </w:p>
    <w:p>
      <w:r>
        <w:rPr>
          <w:b/>
        </w:rPr>
        <w:t xml:space="preserve">[11:22] </w:t>
      </w:r>
      <w:r>
        <w:t>to isi tarah se quran mein surah ankaboot mein farmaya ke "innas salata tanha 'anil fahsha'i wal munkar" .</w:t>
      </w:r>
    </w:p>
    <w:p>
      <w:pPr>
        <w:jc w:val="right"/>
      </w:pPr>
      <w:r>
        <w:t>تو اسی طرح سے قرآن میں سورہ العنکبوت میں فرمایا کہ "إن الصلاة تنهى عن الفحشاء والمنكر" ۔</w:t>
      </w:r>
    </w:p>
    <w:p>
      <w:r>
        <w:rPr>
          <w:b/>
        </w:rPr>
        <w:t xml:space="preserve">[11:40] </w:t>
      </w:r>
      <w:r>
        <w:t>is ka transition yeh hai ke namaz rokti hai har qism ke evil se, har qism ki burai se.</w:t>
      </w:r>
    </w:p>
    <w:p>
      <w:pPr>
        <w:jc w:val="right"/>
      </w:pPr>
      <w:r>
        <w:t>اس کا ٹرانسیشن یہ ہے کہ نماز روکتی ہے ہر قسم کے ایول سے، ہر قسم کی برائی سے۔</w:t>
      </w:r>
    </w:p>
    <w:p>
      <w:r>
        <w:rPr>
          <w:b/>
        </w:rPr>
        <w:t xml:space="preserve">[11:57] </w:t>
      </w:r>
      <w:r>
        <w:t>ab dekhiye ke agar namaz ka form jo hai, wahi buraiyon se rokkta hai, to aaj muslim society ko evil free society hona chahiye.</w:t>
      </w:r>
    </w:p>
    <w:p>
      <w:pPr>
        <w:jc w:val="right"/>
      </w:pPr>
      <w:r>
        <w:t>اب دیکھیے کہ اگر نماز کا فارم جو ہے، وہی برائیوں سے روکتا ہے، تو آج مسلم سوسائٹی کو ایول فری سوسائٹی ہونا چاہیے۔</w:t>
      </w:r>
    </w:p>
    <w:p>
      <w:r>
        <w:rPr>
          <w:b/>
        </w:rPr>
        <w:t xml:space="preserve">[12:09] </w:t>
      </w:r>
      <w:r>
        <w:t>kyunke karoron karoron log namaz padh rahe hain. aap jis masjid mein jaiye, har masjid aap ko bhari hui dikhai degi.</w:t>
      </w:r>
    </w:p>
    <w:p>
      <w:pPr>
        <w:jc w:val="right"/>
      </w:pPr>
      <w:r>
        <w:t>کیونکہ کروڑوں کروڑوں لوگ نماز پڑھ رہے ہیں۔ آپ جس مسجد میں جائیے، ہر مسجد آپ کو بھری ہوئی دکھائی دے گی۔</w:t>
      </w:r>
    </w:p>
    <w:p>
      <w:r>
        <w:rPr>
          <w:b/>
        </w:rPr>
        <w:t xml:space="preserve">[12:21] </w:t>
      </w:r>
      <w:r>
        <w:t>dilli mein bohat si masjidें hain, aap kisi bhi masjid mein jaiye.</w:t>
      </w:r>
    </w:p>
    <w:p>
      <w:pPr>
        <w:jc w:val="right"/>
      </w:pPr>
      <w:r>
        <w:t>دلے میں بہت سی مسجدیں ہیں، آپ کسی بھی مسجد میں جائیے۔</w:t>
      </w:r>
    </w:p>
    <w:p>
      <w:r>
        <w:rPr>
          <w:b/>
        </w:rPr>
        <w:t xml:space="preserve">[12:27] </w:t>
      </w:r>
      <w:r>
        <w:t>masjidें bhari hui dikhai dengi.</w:t>
      </w:r>
    </w:p>
    <w:p>
      <w:pPr>
        <w:jc w:val="right"/>
      </w:pPr>
      <w:r>
        <w:t>مسجدیں بھری ہوئی دکھائی دیں گی۔</w:t>
      </w:r>
    </w:p>
    <w:p>
      <w:r>
        <w:rPr>
          <w:b/>
        </w:rPr>
        <w:t xml:space="preserve">[12:32] </w:t>
      </w:r>
      <w:r>
        <w:t>log har jagah namaz padh rahe hain. to form ke aitbaar se. agar form jo hai, wahi namaz hoti, haqeeqatan, to hum yeh scene dekhte, jo is ayat mein bataya gaya hai ke namaz rokti hai har qism ke evil se.</w:t>
      </w:r>
    </w:p>
    <w:p>
      <w:pPr>
        <w:jc w:val="right"/>
      </w:pPr>
      <w:r>
        <w:t>لوگ ہر جگہ نماز پڑھ رہے ہیں۔ تو فارم کے اعتبار سے۔ اگر فارم جو ہے، وہی نماز ہوتی، حقیقتاً، تو ہم یہ سین دیکھتے، جو اس آیت میں بتایا گیا ہے کہ نماز روکتی ہے ہر قسم کے ایول سے۔</w:t>
      </w:r>
    </w:p>
    <w:p>
      <w:r>
        <w:rPr>
          <w:b/>
        </w:rPr>
        <w:t xml:space="preserve">[12:54] </w:t>
      </w:r>
      <w:r>
        <w:t>to musalmanon ki society jo hai, evil free society hoti. lekin is ka ulta hai.</w:t>
      </w:r>
    </w:p>
    <w:p>
      <w:pPr>
        <w:jc w:val="right"/>
      </w:pPr>
      <w:r>
        <w:t>تو مسلمانوں کی سوسائٹی جو ہے، ایول فری سوسائٹی ہوتی۔ لیکن اس کا الٹا ہے۔</w:t>
      </w:r>
    </w:p>
    <w:p>
      <w:r>
        <w:rPr>
          <w:b/>
        </w:rPr>
        <w:t xml:space="preserve">[13:04] </w:t>
      </w:r>
      <w:r>
        <w:t>koi bhi aadmi jo masjid ke paros mein rehta ho, musalmanon ki society mein rehta ho, woh achi tarah jaanta hai ke musalmanon ki society evil free society nahi hai.</w:t>
      </w:r>
    </w:p>
    <w:p>
      <w:pPr>
        <w:jc w:val="right"/>
      </w:pPr>
      <w:r>
        <w:t>کوئی بھی آدمی جو مسجد کے پڑوس میں رہتا ہو، مسلمانوں کی سوسائٹی میں رہتا ہو، وہ اچھی طرح جانتا ہے کہ مسلمانوں کی سوسائٹی ایول فری سوسائٹی نہیں ہے۔</w:t>
      </w:r>
    </w:p>
    <w:p>
      <w:r>
        <w:rPr>
          <w:b/>
        </w:rPr>
        <w:t xml:space="preserve">[13:19] </w:t>
      </w:r>
      <w:r>
        <w:t>is ke liye mujhe koi proof dene ki zaroorat nahi hai.</w:t>
      </w:r>
    </w:p>
    <w:p>
      <w:pPr>
        <w:jc w:val="right"/>
      </w:pPr>
      <w:r>
        <w:t>اس کے لیے مجھے کوئی پروف دینے کی ضرورت نہیں ہے۔</w:t>
      </w:r>
    </w:p>
    <w:p>
      <w:r>
        <w:rPr>
          <w:b/>
        </w:rPr>
        <w:t xml:space="preserve">[13:26] </w:t>
      </w:r>
      <w:r>
        <w:t>aap ek visit kijiye kisi muslim mehle ka, ek visit kijiye kisi muslim colony ka. ek hi visit mein aap jaan lenge ke yeh evil free society nahi hai.</w:t>
      </w:r>
    </w:p>
    <w:p>
      <w:pPr>
        <w:jc w:val="right"/>
      </w:pPr>
      <w:r>
        <w:t>آپ ایک وزٹ کیجیے کسی مسلم محلے کا، ایک وزٹ کیجیے کسی مسلم کالونی کا۔ ایک ہی وزٹ میں آپ جان لیں کہ یہ ایول فری سوسائٹی نہیں ہے۔</w:t>
      </w:r>
    </w:p>
    <w:p>
      <w:r>
        <w:rPr>
          <w:b/>
        </w:rPr>
        <w:t xml:space="preserve">[13:38] </w:t>
      </w:r>
      <w:r>
        <w:t>jabke wahan dhoom hogi masjidon ki, namaziyon ki.</w:t>
      </w:r>
    </w:p>
    <w:p>
      <w:pPr>
        <w:jc w:val="right"/>
      </w:pPr>
      <w:r>
        <w:t>جبکہ وہاں دھوم ہوگی مسجدوں کی، نمازیوں کی۔</w:t>
      </w:r>
    </w:p>
    <w:p>
      <w:r>
        <w:rPr>
          <w:b/>
        </w:rPr>
        <w:t xml:space="preserve">[13:42] </w:t>
      </w:r>
      <w:r>
        <w:t>to kya matlab hai is ka? yeh jo quran mein kaha gaya hai ke namaz rokti hai har qism ki burai se.</w:t>
      </w:r>
    </w:p>
    <w:p>
      <w:pPr>
        <w:jc w:val="right"/>
      </w:pPr>
      <w:r>
        <w:t>تو کیا مطلب ہے اس کا؟ یہ جو قرآن میں کہا گیا ہے کہ نماز روکتی ہے ہر قسم کی برائی سے۔</w:t>
      </w:r>
    </w:p>
    <w:p>
      <w:r>
        <w:rPr>
          <w:b/>
        </w:rPr>
        <w:t xml:space="preserve">[13:54] </w:t>
      </w:r>
      <w:r>
        <w:t>dekhiye, is mein ek cheez understood hai. woh kya? namaz ki spirit rokti hai.</w:t>
      </w:r>
    </w:p>
    <w:p>
      <w:pPr>
        <w:jc w:val="right"/>
      </w:pPr>
      <w:r>
        <w:t>دیکھیے، اس میں ایک چیز انڈرسٹڈ ہے۔ وہ کیا؟ نماز کی اسپرٹ روکتی ہے۔</w:t>
      </w:r>
    </w:p>
    <w:p>
      <w:r>
        <w:rPr>
          <w:b/>
        </w:rPr>
        <w:t xml:space="preserve">[14:04] </w:t>
      </w:r>
      <w:r>
        <w:t>is ko samajhne ke liye ek cheez ko yahan manna padega, jis ko kehte hain mahzoof. yaani understood hai woh.</w:t>
      </w:r>
    </w:p>
    <w:p>
      <w:pPr>
        <w:jc w:val="right"/>
      </w:pPr>
      <w:r>
        <w:t>اس کو سمجھنے کے لیے ایک چیز کو یہاں ماننا پڑے گا، جس کو کہتے ہیں محذوف۔ یعنی انڈرسٹڈ ہے وہ۔</w:t>
      </w:r>
    </w:p>
    <w:p>
      <w:r>
        <w:rPr>
          <w:b/>
        </w:rPr>
        <w:t xml:space="preserve">[14:12] </w:t>
      </w:r>
      <w:r>
        <w:t>to literal transition to yeh hai ke namaz rokti hai. lekin matlab kya hai? namaz ki spirit rokti hai.</w:t>
      </w:r>
    </w:p>
    <w:p>
      <w:pPr>
        <w:jc w:val="right"/>
      </w:pPr>
      <w:r>
        <w:t>تو لٹرل ٹرانسیشن تو یہ ہے کہ نماز روکتی ہے۔ لیکن مطلب کیا ہے؟ نماز کی اسپرٹ روکتی ہے۔</w:t>
      </w:r>
    </w:p>
    <w:p>
      <w:r>
        <w:rPr>
          <w:b/>
        </w:rPr>
        <w:t xml:space="preserve">[14:25] </w:t>
      </w:r>
      <w:r>
        <w:t>to yeh ek waqia hai ke jis ke andar namaz wali spirit aa jaye. aise bhi aap individual aap dekhenge ke jo spirit wali namaz padhte hain, to sach much un ki zindagi evil free zindagi hogi.</w:t>
      </w:r>
    </w:p>
    <w:p>
      <w:pPr>
        <w:jc w:val="right"/>
      </w:pPr>
      <w:r>
        <w:t>تو یہ ایک واقعہ ہے کہ جس کے اندر نماز والی اسپرٹ آ جائے۔ ایسے بھی آپ انڈیویجول آپ دیکھیں گے کہ جو اسپرٹ والی نماز پڑھتے ہیں، تو سچ مچ ان کی زندگی ایول فری زندگی ہوگی۔</w:t>
      </w:r>
    </w:p>
    <w:p>
      <w:r>
        <w:rPr>
          <w:b/>
        </w:rPr>
        <w:t xml:space="preserve">[14:40] </w:t>
      </w:r>
      <w:r>
        <w:t>lekin aise log bohat hi kam hain.</w:t>
      </w:r>
    </w:p>
    <w:p>
      <w:pPr>
        <w:jc w:val="right"/>
      </w:pPr>
      <w:r>
        <w:t>لیکن ایسے لوگ بہت ہی کم ہیں۔</w:t>
      </w:r>
    </w:p>
    <w:p>
      <w:r>
        <w:rPr>
          <w:b/>
        </w:rPr>
        <w:t xml:space="preserve">[14:43] </w:t>
      </w:r>
      <w:r>
        <w:t>to beharhaal, aap jaante hain ke yahan par hum form wale islam ka bohat kam zikr karte hain. kyunke woh sab log jaante hain, har taraf is ka charcha hai.</w:t>
      </w:r>
    </w:p>
    <w:p>
      <w:pPr>
        <w:jc w:val="right"/>
      </w:pPr>
      <w:r>
        <w:t>تو بہرحال، آپ جانتے ہیں کہ یہاں پر ہم فارم والے اسلام کا بہت کم ذکر کرتے ہیں۔ کیونکہ وہ سب لوگ جانتے ہیں، ہر طرف اس کا چرچہ ہے۔</w:t>
      </w:r>
    </w:p>
    <w:p>
      <w:r>
        <w:rPr>
          <w:b/>
        </w:rPr>
        <w:t xml:space="preserve">[14:55] </w:t>
      </w:r>
      <w:r>
        <w:t>hum spirit wale islam ka aaj charcha karte hain yahan par.</w:t>
      </w:r>
    </w:p>
    <w:p>
      <w:pPr>
        <w:jc w:val="right"/>
      </w:pPr>
      <w:r>
        <w:t>ہم اسپرٹ والے اسلام کا آج چرچہ کرتے ہیں یہاں پر۔</w:t>
      </w:r>
    </w:p>
    <w:p>
      <w:r>
        <w:rPr>
          <w:b/>
        </w:rPr>
        <w:t xml:space="preserve">[14:59] </w:t>
      </w:r>
      <w:r>
        <w:t>to aaj mein isi par kuch kahunga ke namaz ki spirit kya hai.</w:t>
      </w:r>
    </w:p>
    <w:p>
      <w:pPr>
        <w:jc w:val="right"/>
      </w:pPr>
      <w:r>
        <w:t>تو آج میں اسی پر کچھ کہوں گا کہ نماز کی اسپرٹ کیا ہے۔</w:t>
      </w:r>
    </w:p>
    <w:p>
      <w:r>
        <w:rPr>
          <w:b/>
        </w:rPr>
        <w:t xml:space="preserve">[15:12] </w:t>
      </w:r>
      <w:r>
        <w:t>yani namaz ki isprt kya hai, jis ko har bilever ke andar incalcat karna chahta hai islam.</w:t>
      </w:r>
    </w:p>
    <w:p>
      <w:pPr>
        <w:jc w:val="right"/>
      </w:pPr>
      <w:r>
        <w:t>یعنی نماز کی اسپرٹ کیا ہے، جس کو ہر بلیور کے اندر انکلکیٹ کرنا چاہتا ہے اسلام۔</w:t>
      </w:r>
    </w:p>
    <w:p>
      <w:r>
        <w:rPr>
          <w:b/>
        </w:rPr>
        <w:t xml:space="preserve">[15:23] </w:t>
      </w:r>
      <w:r>
        <w:t>yahan mein aik hadith se shuru karunga.</w:t>
      </w:r>
    </w:p>
    <w:p>
      <w:pPr>
        <w:jc w:val="right"/>
      </w:pPr>
      <w:r>
        <w:t>یہاں میں ایک حدیث سے شروع کروں گا۔</w:t>
      </w:r>
    </w:p>
    <w:p>
      <w:r>
        <w:rPr>
          <w:b/>
        </w:rPr>
        <w:t xml:space="preserve">[15:30] </w:t>
      </w:r>
      <w:r>
        <w:t>aik hadith jo kai kitabon mein aai hai, mislan sahih muslim mein, musnad ahmad mein.</w:t>
      </w:r>
    </w:p>
    <w:p>
      <w:pPr>
        <w:jc w:val="right"/>
      </w:pPr>
      <w:r>
        <w:t>ایک حدیث جو کئی کتابوں میں آئی ہے، مثلاً صحیح مسلم میں، مسند احمد میں۔</w:t>
      </w:r>
    </w:p>
    <w:p>
      <w:r>
        <w:rPr>
          <w:b/>
        </w:rPr>
        <w:t xml:space="preserve">[15:39] </w:t>
      </w:r>
      <w:r>
        <w:t>to is mein bataya gaya hai ke aik shakhs Prophet ke pas aya.</w:t>
      </w:r>
    </w:p>
    <w:p>
      <w:pPr>
        <w:jc w:val="right"/>
      </w:pPr>
      <w:r>
        <w:t>تو اس میں بتایا گیا ہے کہ ایک شخص پرافٹ کے پاس آیا۔</w:t>
      </w:r>
    </w:p>
    <w:p>
      <w:r>
        <w:rPr>
          <w:b/>
        </w:rPr>
        <w:t xml:space="preserve">[15:48] </w:t>
      </w:r>
      <w:r>
        <w:t>us ne aik sawal kiya.</w:t>
      </w:r>
    </w:p>
    <w:p>
      <w:pPr>
        <w:jc w:val="right"/>
      </w:pPr>
      <w:r>
        <w:t>اس نے ایک سوال کیا۔</w:t>
      </w:r>
    </w:p>
    <w:p>
      <w:r>
        <w:rPr>
          <w:b/>
        </w:rPr>
        <w:t xml:space="preserve">[15:54] </w:t>
      </w:r>
      <w:r>
        <w:t>us ne poocha ke a khuda ke rasool!</w:t>
      </w:r>
    </w:p>
    <w:p>
      <w:pPr>
        <w:jc w:val="right"/>
      </w:pPr>
      <w:r>
        <w:t>اس نے پوچھا کہ اے خدا کے رسول!</w:t>
      </w:r>
    </w:p>
    <w:p>
      <w:r>
        <w:rPr>
          <w:b/>
        </w:rPr>
        <w:t xml:space="preserve">[16:01] </w:t>
      </w:r>
      <w:r>
        <w:t>dunya mein sab se achi jagah kaun si hai? aur dunya mein sab se buri jagah kaun hai?</w:t>
      </w:r>
    </w:p>
    <w:p>
      <w:pPr>
        <w:jc w:val="right"/>
      </w:pPr>
      <w:r>
        <w:t>دنیا میں سب سے اچھی جگہ کون سی ہے؟ اور دنیا میں سب سے بری جگہ کون ہے؟</w:t>
      </w:r>
    </w:p>
    <w:p>
      <w:r>
        <w:rPr>
          <w:b/>
        </w:rPr>
        <w:t xml:space="preserve">[16:12] </w:t>
      </w:r>
      <w:r>
        <w:t>dunya mein sab se achi jagah kaun si hai? aur dunya mein sab se buri jagah kaun si hai? to aap ne kaha ke mujh ko bhi nahi maloom.</w:t>
      </w:r>
    </w:p>
    <w:p>
      <w:pPr>
        <w:jc w:val="right"/>
      </w:pPr>
      <w:r>
        <w:t>دنیا میں سب سے اچھی جگہ کون سی ہے؟ اور دنیا میں سب سے بری جگہ کون سی ہے؟ تو آپ نے کہا کہ مجھ کو بھی نہیں معلوم۔</w:t>
      </w:r>
    </w:p>
    <w:p>
      <w:r>
        <w:rPr>
          <w:b/>
        </w:rPr>
        <w:t xml:space="preserve">[16:25] </w:t>
      </w:r>
      <w:r>
        <w:t>ye hadith mein aata hai, sahih muslim mein aur musnad ahmad mein. aur bhi baz kitabon mein. ke aap ne farmaya ke</w:t>
      </w:r>
    </w:p>
    <w:p>
      <w:pPr>
        <w:jc w:val="right"/>
      </w:pPr>
      <w:r>
        <w:t>یہ حدیث میں آتا ہے، صحیح مسلم میں اور مسند احمد میں۔ اور بھی بعض کتابوں میں۔ کہ آپ نے فرمایا کہ</w:t>
      </w:r>
    </w:p>
    <w:p>
      <w:r>
        <w:rPr>
          <w:b/>
        </w:rPr>
        <w:t xml:space="preserve">[16:34] </w:t>
      </w:r>
      <w:r>
        <w:t>mujhe bhi is sawal ka jawab nahi maloom. is ke bad jibril aaye. ke jibril to aap ke pas aate rehte the.</w:t>
      </w:r>
    </w:p>
    <w:p>
      <w:pPr>
        <w:jc w:val="right"/>
      </w:pPr>
      <w:r>
        <w:t>مجھے بھی اس سوال کا جواب نہیں معلوم۔ اس کے بعد جبرائیل آئے۔ کہ جبرائیل تو آپ کے پاس آتے رہتے تھے۔</w:t>
      </w:r>
    </w:p>
    <w:p>
      <w:r>
        <w:rPr>
          <w:b/>
        </w:rPr>
        <w:t xml:space="preserve">[16:44] </w:t>
      </w:r>
      <w:r>
        <w:t>to aap ne ye sawal jibril, anjal jo the, un se rakha.</w:t>
      </w:r>
    </w:p>
    <w:p>
      <w:pPr>
        <w:jc w:val="right"/>
      </w:pPr>
      <w:r>
        <w:t>تو آپ نے یہ سوال جبرائیل، اینجل جو تھے، ان سے رکھا۔</w:t>
      </w:r>
    </w:p>
    <w:p>
      <w:r>
        <w:rPr>
          <w:b/>
        </w:rPr>
        <w:t xml:space="preserve">[16:51] </w:t>
      </w:r>
      <w:r>
        <w:t>kyun ke aap jante hain ke jibril ka direct contact khuda se hota rehta hai. yani wo is position mein the ke wo khuda se direct pooch saken.</w:t>
      </w:r>
    </w:p>
    <w:p>
      <w:pPr>
        <w:jc w:val="right"/>
      </w:pPr>
      <w:r>
        <w:t>کیونکہ آپ جانتے ہیں کہ جبرائیل کا ڈائریکٹ کنٹیکٹ خدا سے ہوتا رہتا ہے۔ یعنی وہ اس پوزیشن میں تھے کہ وہ خدا سے ڈائریکٹ پوچھ سکیں۔</w:t>
      </w:r>
    </w:p>
    <w:p>
      <w:r>
        <w:rPr>
          <w:b/>
        </w:rPr>
        <w:t xml:space="preserve">[17:02] </w:t>
      </w:r>
      <w:r>
        <w:t>to aap ne</w:t>
      </w:r>
    </w:p>
    <w:p>
      <w:pPr>
        <w:jc w:val="right"/>
      </w:pPr>
      <w:r>
        <w:t>تو آپ نے</w:t>
      </w:r>
    </w:p>
    <w:p>
      <w:r>
        <w:rPr>
          <w:b/>
        </w:rPr>
        <w:t xml:space="preserve">[17:06] </w:t>
      </w:r>
      <w:r>
        <w:t>jibril se ke samne ye sawal rakha.</w:t>
      </w:r>
    </w:p>
    <w:p>
      <w:pPr>
        <w:jc w:val="right"/>
      </w:pPr>
      <w:r>
        <w:t>جبرائیل سے کے سامنے یہ سوال رکھا۔</w:t>
      </w:r>
    </w:p>
    <w:p>
      <w:r>
        <w:rPr>
          <w:b/>
        </w:rPr>
        <w:t xml:space="preserve">[17:12] </w:t>
      </w:r>
      <w:r>
        <w:t>ke sab se achi jagah dunya mein kaun hai? sab se buri jagah dunya mein kaun hai? to jibril ne kaha ke mujh ko bhi nahi maloom.</w:t>
      </w:r>
    </w:p>
    <w:p>
      <w:pPr>
        <w:jc w:val="right"/>
      </w:pPr>
      <w:r>
        <w:t>کہ سب سے اچھی جگہ دنیا میں کون ہے؟ سب سے بری جگہ دنیا میں کون ہے؟ تو جبرائیل نے کہا کہ مجھ کو بھی نہیں معلوم۔</w:t>
      </w:r>
    </w:p>
    <w:p>
      <w:r>
        <w:rPr>
          <w:b/>
        </w:rPr>
        <w:t xml:space="preserve">[17:25] </w:t>
      </w:r>
      <w:r>
        <w:t>is ke bad kya hua? ke hadith mein aata hai ke jibril oopar asman ki taraf uthe. yahan tak ke wo kehte hain, jibril kehte hain ke mein</w:t>
      </w:r>
    </w:p>
    <w:p>
      <w:pPr>
        <w:jc w:val="right"/>
      </w:pPr>
      <w:r>
        <w:t>اس کے بعد کیا ہوا؟ کہ حدیث میں آتا ہے کہ جبرائیل اوپر آسمان کی طرف اٹھے۔ یہاں تک کہ وہ کہتے ہیں، جبرائیل کہتے ہیں کہ میں</w:t>
      </w:r>
    </w:p>
    <w:p>
      <w:r>
        <w:rPr>
          <w:b/>
        </w:rPr>
        <w:t xml:space="preserve">[17:39] </w:t>
      </w:r>
      <w:r>
        <w:t>khuda se itna zyada qareeb hua, jitna qareeb mein is se pehle kabhi nahi hua tha.</w:t>
      </w:r>
    </w:p>
    <w:p>
      <w:pPr>
        <w:jc w:val="right"/>
      </w:pPr>
      <w:r>
        <w:t>خدا سے اتنا زیادہ قریب ہوا، جتنا قریب میں اس سے پہلے کبھی نہیں ہوا تھا۔</w:t>
      </w:r>
    </w:p>
    <w:p>
      <w:r>
        <w:rPr>
          <w:b/>
        </w:rPr>
        <w:t xml:space="preserve">[17:52] </w:t>
      </w:r>
      <w:r>
        <w:t>qareeb hone ka matlab ye nahi ke hum hum aap aik doosre se qareeb hain. khuda se qareeb hona aisi aisi shakal mein nahi hota hai.</w:t>
      </w:r>
    </w:p>
    <w:p>
      <w:pPr>
        <w:jc w:val="right"/>
      </w:pPr>
      <w:r>
        <w:t>قریب ہونے کا مطلب یہ نہیں کہ ہم ہم آپ ایک دوسرے سے قریب ہیں۔ خدا سے قریب ہونا ایسی ایسی شکل میں نہیں ہوتا ہے۔</w:t>
      </w:r>
    </w:p>
    <w:p>
      <w:r>
        <w:rPr>
          <w:b/>
        </w:rPr>
        <w:t xml:space="preserve">[18:03] </w:t>
      </w:r>
      <w:r>
        <w:t>to behal, wo kehte hain ke mein itna zyada qareeb hua, jitna qareeb is se pehle kabhi nahi hua tha. aur phir mein ne poocha khuda se yahi sawal.</w:t>
      </w:r>
    </w:p>
    <w:p>
      <w:pPr>
        <w:jc w:val="right"/>
      </w:pPr>
      <w:r>
        <w:t>تو بہرحال، وہ کہتے ہیں کہ میں اتنا زیادہ قریب ہوا، جتنا قریب اس سے پہلے کبھی نہیں ہوا تھا۔ اور پھر میں نے پوچھا خدا سے یہی سوال۔</w:t>
      </w:r>
    </w:p>
    <w:p>
      <w:r>
        <w:rPr>
          <w:b/>
        </w:rPr>
        <w:t xml:space="preserve">[18:16] </w:t>
      </w:r>
      <w:r>
        <w:t>to khuda ki taraf se jo jawab aaya, wo ye tha ke</w:t>
      </w:r>
    </w:p>
    <w:p>
      <w:pPr>
        <w:jc w:val="right"/>
      </w:pPr>
      <w:r>
        <w:t>تو خدا کی طرف سے جو جواب آیا، وہ یہ تھا کہ</w:t>
      </w:r>
    </w:p>
    <w:p>
      <w:r>
        <w:rPr>
          <w:b/>
        </w:rPr>
        <w:t xml:space="preserve">[18:23] </w:t>
      </w:r>
      <w:r>
        <w:t>khair al-maqam ila Allah masajiduh wa sharr al-maqam ila Allah aswaquh.</w:t>
      </w:r>
    </w:p>
    <w:p>
      <w:pPr>
        <w:jc w:val="right"/>
      </w:pPr>
      <w:r>
        <w:t>خیر المقام الی اللہ مساجدہ وشر المقام الی اللہ اسواقہ ۔</w:t>
      </w:r>
    </w:p>
    <w:p>
      <w:r>
        <w:rPr>
          <w:b/>
        </w:rPr>
        <w:t xml:space="preserve">[18:34] </w:t>
      </w:r>
      <w:r>
        <w:t>is ka matlab ye hai ke khuda ke nazdeek dunya mein sab se buri jagah is ke bazar hain,</w:t>
      </w:r>
    </w:p>
    <w:p>
      <w:pPr>
        <w:jc w:val="right"/>
      </w:pPr>
      <w:r>
        <w:t>اس کا مطلب یہ ہے کہ خدا کے نزدیک دنیا میں سب سے بری جگہ اس کے بازار ہیں،</w:t>
      </w:r>
    </w:p>
    <w:p>
      <w:r>
        <w:rPr>
          <w:b/>
        </w:rPr>
        <w:t xml:space="preserve">[18:48] </w:t>
      </w:r>
      <w:r>
        <w:t>shopping center hain. aur khuda ke nazdeek sab se achi jagah dunya mein masjid hai, jahan namaz ada ki jati hai.</w:t>
      </w:r>
    </w:p>
    <w:p>
      <w:pPr>
        <w:jc w:val="right"/>
      </w:pPr>
      <w:r>
        <w:t>شاپنگ سینٹر ہیں۔ اور خدا کے نزدیک سب سے اچھی جگہ دنیا میں مسجد ہے، جہاں نماز ادا کی جاتی ہے۔</w:t>
      </w:r>
    </w:p>
    <w:p>
      <w:r>
        <w:rPr>
          <w:b/>
        </w:rPr>
        <w:t xml:space="preserve">[19:03] </w:t>
      </w:r>
      <w:r>
        <w:t>ye jawab bohat zyada sochne ka hai. kafi soch kar hi aap samajh sakte hain ke is jawab ke andar kya gehrai hai.</w:t>
      </w:r>
    </w:p>
    <w:p>
      <w:pPr>
        <w:jc w:val="right"/>
      </w:pPr>
      <w:r>
        <w:t>یہ جواب بہت زیادہ سوچنے کا ہے۔ کافی سوچ کر ہی آپ سمجھ سکتے ہیں کہ اس جواب کے اندر کیا گہرائی ہے۔</w:t>
      </w:r>
    </w:p>
    <w:p>
      <w:r>
        <w:rPr>
          <w:b/>
        </w:rPr>
        <w:t xml:space="preserve">[19:14] </w:t>
      </w:r>
      <w:r>
        <w:t>dekhiye, maine is par ghor kiya to meri samajh mein aaya ke kya farq hai shopping center. shopping center bhi represent kar raha hai worldly activities ko.</w:t>
      </w:r>
    </w:p>
    <w:p>
      <w:pPr>
        <w:jc w:val="right"/>
      </w:pPr>
      <w:r>
        <w:t>دیکھیے، میں نے اس پر غور کیا تو میری سمجھ میں آیا کہ کیا فرق ہے شاپنگ سینٹر۔ شاپنگ سینٹر بھی ریپریزنٹ کر رہا ہے ورلڈلی ایکٹیویٹیز کو۔</w:t>
      </w:r>
    </w:p>
    <w:p>
      <w:r>
        <w:rPr>
          <w:b/>
        </w:rPr>
        <w:t xml:space="preserve">[19:28] </w:t>
      </w:r>
      <w:r>
        <w:t>yani sirf wohi spot matlab nahi hai jahan ke koi building khari hai, aap ja kar shopping karte hain. shopping center darasal represent kar raha hai masjid ke bahar jo activities hoti</w:t>
      </w:r>
    </w:p>
    <w:p>
      <w:pPr>
        <w:jc w:val="right"/>
      </w:pPr>
      <w:r>
        <w:t>یعنی صرف وہی اسپاٹ مطلب نہیں ہے جہاں کہ کوئی بلڈنگ کھڑی ہے، آپ جا کر شاپنگ کرتے ہیں۔ شاپنگ سینٹر دراصل ریپریزنٹ کر رہا ہے مسجد کے باہر جو ایکٹیویٹیز ہوتی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