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37 Al-Saffat (The Ranks) - Maulana Wahiduddin Khan</w:t>
      </w:r>
    </w:p>
    <w:p>
      <w:r>
        <w:t>https://www.youtube.com/watch?v=PSqtgnsYEVA</w:t>
      </w:r>
    </w:p>
    <w:p>
      <w:r>
        <w:rPr>
          <w:b/>
        </w:rPr>
        <w:t xml:space="preserve">[00:01] </w:t>
      </w:r>
      <w:r>
        <w:t>bismillah hir rahman nir rahim.</w:t>
      </w:r>
    </w:p>
    <w:p>
      <w:pPr>
        <w:jc w:val="right"/>
      </w:pPr>
      <w:r>
        <w:t>بسم الله الرحمن الرحيم.</w:t>
      </w:r>
    </w:p>
    <w:p>
      <w:r>
        <w:rPr>
          <w:b/>
        </w:rPr>
        <w:t xml:space="preserve">[00:07] </w:t>
      </w:r>
      <w:r>
        <w:t>wal saffati saffa, fal zajirati zajra, fal taliyati zikra.</w:t>
      </w:r>
    </w:p>
    <w:p>
      <w:pPr>
        <w:jc w:val="right"/>
      </w:pPr>
      <w:r>
        <w:t>والصافات صفاء، فالزاجرات زجراً، فالتاليات ذكراً.</w:t>
      </w:r>
    </w:p>
    <w:p>
      <w:r>
        <w:rPr>
          <w:b/>
        </w:rPr>
        <w:t xml:space="preserve">[00:21] </w:t>
      </w:r>
      <w:r>
        <w:t>inna ilahakum la wahid</w:t>
      </w:r>
    </w:p>
    <w:p>
      <w:pPr>
        <w:jc w:val="right"/>
      </w:pPr>
      <w:r>
        <w:t>إن إلهكم لواحد</w:t>
      </w:r>
    </w:p>
    <w:p>
      <w:r>
        <w:rPr>
          <w:b/>
        </w:rPr>
        <w:t xml:space="preserve">[00:26] </w:t>
      </w:r>
      <w:r>
        <w:t>rab as samawati wal ardi wa ma bainahuma, wa rab al mashariq. shuru Allah ke naam se jo bara meherban, nihayat reham wala hai.</w:t>
      </w:r>
    </w:p>
    <w:p>
      <w:pPr>
        <w:jc w:val="right"/>
      </w:pPr>
      <w:r>
        <w:t>، رب السماوات والأرض وما بينهما، ورب المشارق. شروع اللہ کے نام سے جو بڑا مہربان، نہایت رحم والا ہے۔</w:t>
      </w:r>
    </w:p>
    <w:p>
      <w:r>
        <w:rPr>
          <w:b/>
        </w:rPr>
        <w:t xml:space="preserve">[00:43] </w:t>
      </w:r>
      <w:r>
        <w:t>qasam hai qatar dar qatar saf bandhne wale farishton ki, phir danatne walon ki jhaṛak kar, phir un ki jo naseehat sunane wale hain ke tumhara maabood ek hi hai,</w:t>
      </w:r>
    </w:p>
    <w:p>
      <w:pPr>
        <w:jc w:val="right"/>
      </w:pPr>
      <w:r>
        <w:t>قسم ہے قطار در قطار صف باندھنے والے فرشتوں کی، پھر ڈانٹنے والوں کی جھڑک کر، پھر ان کی جو نصیحت سنانے والے ہیں کہ تمہارا معبود ایک ہی ہے،</w:t>
      </w:r>
    </w:p>
    <w:p>
      <w:r>
        <w:rPr>
          <w:b/>
        </w:rPr>
        <w:t xml:space="preserve">[00:59] </w:t>
      </w:r>
      <w:r>
        <w:t>asmanon aur zameen ka rab, aur jo kuch un ke darmiyan hai, aur sare mashriqon ka rab.</w:t>
      </w:r>
    </w:p>
    <w:p>
      <w:pPr>
        <w:jc w:val="right"/>
      </w:pPr>
      <w:r>
        <w:t>آسمانوں اور زمین کا رب، اور جو کچھ ان کے درمیان ہے، اور سارے مشرقوں کا رب۔</w:t>
      </w:r>
    </w:p>
    <w:p>
      <w:r>
        <w:rPr>
          <w:b/>
        </w:rPr>
        <w:t xml:space="preserve">[01:07] </w:t>
      </w:r>
      <w:r>
        <w:t>tashreeh: peghambar ke zariye jin ghaybi haqiqaton ki khabar di gayi hai, un mein se ek farishte ka wajood hai.</w:t>
      </w:r>
    </w:p>
    <w:p>
      <w:pPr>
        <w:jc w:val="right"/>
      </w:pPr>
      <w:r>
        <w:t>تشریح: پیغمبر کے ذریعے جن غیبی حقیقتوں کی خبر دی گئی ہے، ان میں سے ایک فرشتے کا وجود ہے۔</w:t>
      </w:r>
    </w:p>
    <w:p>
      <w:r>
        <w:rPr>
          <w:b/>
        </w:rPr>
        <w:t xml:space="preserve">[01:18] </w:t>
      </w:r>
      <w:r>
        <w:t>yahan farishton ke teen khaas kaam bataye gaye hain: ek yeh ke woh mukammal taur par Khuda ke tabay hain,</w:t>
      </w:r>
    </w:p>
    <w:p>
      <w:pPr>
        <w:jc w:val="right"/>
      </w:pPr>
      <w:r>
        <w:t>یہاں فرشتوں کے تین خاص کام بتائے گئے ہیں: ایک یہ کہ وہ مکمل طور پر خدا کے تابع ہیں،</w:t>
      </w:r>
    </w:p>
    <w:p>
      <w:r>
        <w:rPr>
          <w:b/>
        </w:rPr>
        <w:t xml:space="preserve">[01:27] </w:t>
      </w:r>
      <w:r>
        <w:t>woh adna sar-tabi ke baghair sirf wasf us ki taameel ke liye hazir rehte hain. phir farishton ka ek groh woh hai jo insanon par Khudaai saza ka nafaz karta hai,</w:t>
      </w:r>
    </w:p>
    <w:p>
      <w:pPr>
        <w:jc w:val="right"/>
      </w:pPr>
      <w:r>
        <w:t>وہ ادنیٰ سرتابی کے بغیر صرف وصف اس کی تعمیل کے لیے حاضر رہتے ہیں۔ پھر فرشتوں کا ایک گروہ وہ ہے جو انسانوں پر خدائی سزا کا نفاذ کرتا ہے،</w:t>
      </w:r>
    </w:p>
    <w:p>
      <w:r>
        <w:rPr>
          <w:b/>
        </w:rPr>
        <w:t xml:space="preserve">[01:42] </w:t>
      </w:r>
      <w:r>
        <w:t>khwah woh aafat aur hadsat ki soorat mein ho ya kisi aur soorat mein.</w:t>
      </w:r>
    </w:p>
    <w:p>
      <w:pPr>
        <w:jc w:val="right"/>
      </w:pPr>
      <w:r>
        <w:t>خواہ وہ آفات اور حادثات کی صورت میں ہو یا کسی اور صورت میں۔</w:t>
      </w:r>
    </w:p>
    <w:p>
      <w:r>
        <w:rPr>
          <w:b/>
        </w:rPr>
        <w:t xml:space="preserve">[01:49] </w:t>
      </w:r>
      <w:r>
        <w:t>farishton ka teesra amal yeh bataya gaya hai ke woh Khuda ke bondon par Khuda ki naseehat utarte hain, aam insanon par ilham ya ilqa ki shakal mein, aur peghambaron par wahi ki shakal mein.</w:t>
      </w:r>
    </w:p>
    <w:p>
      <w:pPr>
        <w:jc w:val="right"/>
      </w:pPr>
      <w:r>
        <w:t>فرشتوں کا تیسرا عمل یہ بتایا گیا ہے کہ وہ خدا کے بندوں پر خدا کی نصیحت اتارتے ہیں، عام انسانوں پر الہام یا القاء کی شکل میں، اور پیغمبروں پر وحی کی شکل میں۔</w:t>
      </w:r>
    </w:p>
    <w:p>
      <w:r>
        <w:rPr>
          <w:b/>
        </w:rPr>
        <w:t xml:space="preserve">[02:04] </w:t>
      </w:r>
      <w:r>
        <w:t>Khuda hi in farishton ka malik hai jin ko aam insan nahi dekhta,</w:t>
      </w:r>
    </w:p>
    <w:p>
      <w:pPr>
        <w:jc w:val="right"/>
      </w:pPr>
      <w:r>
        <w:t>خدا ہی ان فرشتوں کا مالک ہے جن کو عام انسان نہیں دیکھتا،</w:t>
      </w:r>
    </w:p>
    <w:p>
      <w:r>
        <w:rPr>
          <w:b/>
        </w:rPr>
        <w:t xml:space="preserve">[02:11] </w:t>
      </w:r>
      <w:r>
        <w:t>aur Khuda hi asman o zameen ka malik bhi hai jin ko har aadmi apni aankhon se dekh raha hai. aisi halat mein Khuda ke siwa jis ko bhi maabood banaya jayega,</w:t>
      </w:r>
    </w:p>
    <w:p>
      <w:pPr>
        <w:jc w:val="right"/>
      </w:pPr>
      <w:r>
        <w:t>اور خدا ہی آسمان و زمین کا مالک بھی ہے جن کو ہر آدمی اپنی آنکھوں سے دیکھ رہا ہے۔ ایسی حالت میں خدا کے سوا جس کو بھی معبود بنایا جائے گا،</w:t>
      </w:r>
    </w:p>
    <w:p>
      <w:r>
        <w:rPr>
          <w:b/>
        </w:rPr>
        <w:t xml:space="preserve">[02:24] </w:t>
      </w:r>
      <w:r>
        <w:t>woh aisa maabood hoga jis ko</w:t>
      </w:r>
    </w:p>
    <w:p>
      <w:pPr>
        <w:jc w:val="right"/>
      </w:pPr>
      <w:r>
        <w:t>وہ ایسا معبود ہوگا جس کو</w:t>
      </w:r>
    </w:p>
    <w:p>
      <w:r>
        <w:rPr>
          <w:b/>
        </w:rPr>
        <w:t xml:space="preserve">[02:28] </w:t>
      </w:r>
      <w:r>
        <w:t>maabood banne ka haq nahi. inna zayanna as sama ad dunya bi zinati al kawkabi, wa hifzan min kulli shaitan</w:t>
      </w:r>
    </w:p>
    <w:p>
      <w:pPr>
        <w:jc w:val="right"/>
      </w:pPr>
      <w:r>
        <w:t>معبود بننے کا حق نہیں۔ إنّا زيّنّا السماء الدنيا بزينة الكواكب، وحفظاً من كل شيطان</w:t>
      </w:r>
    </w:p>
    <w:p>
      <w:r>
        <w:rPr>
          <w:b/>
        </w:rPr>
        <w:t xml:space="preserve">[02:46] </w:t>
      </w:r>
      <w:r>
        <w:t>marid, la yasma'una ila al mala al a'la wa yuqzafuna min kulli janib, duhuran wa lahum azabun asib,</w:t>
      </w:r>
    </w:p>
    <w:p>
      <w:pPr>
        <w:jc w:val="right"/>
      </w:pPr>
      <w:r>
        <w:t>مارد، لا يسمّعون إلى الملأ الأعلى ويقذفون من كل جانب، دحوراً ولهم عذاب واصب،</w:t>
      </w:r>
    </w:p>
    <w:p>
      <w:r>
        <w:rPr>
          <w:b/>
        </w:rPr>
        <w:t xml:space="preserve">[03:04] </w:t>
      </w:r>
      <w:r>
        <w:t>illa man khatafa al khatfata fa atba'ahu shihabun thaqib. hum ne asman-e-dunya ko sitaron ki zeenat se sajaya hai, aur har sarkash shaitan se</w:t>
      </w:r>
    </w:p>
    <w:p>
      <w:pPr>
        <w:jc w:val="right"/>
      </w:pPr>
      <w:r>
        <w:t>إلا من خطف الخطفة فأتبعه شهاب ثاقب. ہم نے آسمانِ دنیا کو ستاروں کی زینت سے سجایا ہے، اور ہر سرکش شیطان سے</w:t>
      </w:r>
    </w:p>
    <w:p>
      <w:r>
        <w:rPr>
          <w:b/>
        </w:rPr>
        <w:t xml:space="preserve">[03:20] </w:t>
      </w:r>
      <w:r>
        <w:t>is ko mehfooz kiya hai. woh mala-e-ala ki taraf kaan nahi laga sakte, aur woh har taraf se mare jate hain bhagane ke liye, aur un ke liye ek daimi azab hai.</w:t>
      </w:r>
    </w:p>
    <w:p>
      <w:pPr>
        <w:jc w:val="right"/>
      </w:pPr>
      <w:r>
        <w:t>اس کو محفوظ کیا ہے۔ وہ ملایالہ کی طرف کان نہیں لگا سکتے، اور وہ ہر طرف سے مارے جاتے ہیں بھگانے کے لیے، اور ان کے لیے ایک دائمی عذاب ہے۔</w:t>
      </w:r>
    </w:p>
    <w:p>
      <w:r>
        <w:rPr>
          <w:b/>
        </w:rPr>
        <w:t xml:space="preserve">[03:35] </w:t>
      </w:r>
      <w:r>
        <w:t>magar jo shaitan koi baat uchak le to ek dehakta hua shola uska peecha karta hai.</w:t>
      </w:r>
    </w:p>
    <w:p>
      <w:pPr>
        <w:jc w:val="right"/>
      </w:pPr>
      <w:r>
        <w:t>مگر جو شیطان کوئی بات اچک لے تو ایک دہکتا ہوا شعلہ اس کا پیچھا کرتا ہے۔</w:t>
      </w:r>
    </w:p>
    <w:p>
      <w:r>
        <w:rPr>
          <w:b/>
        </w:rPr>
        <w:t xml:space="preserve">[03:44] </w:t>
      </w:r>
      <w:r>
        <w:t>tashreeh: sama-e-dunya se murad ghaleban wasee khala ka woh hissa hai jo insan ke qareeb waqe hai, aur jis ko aadmi kisi aala ki madad ke baghair khali aankh se dekh sakta hai.</w:t>
      </w:r>
    </w:p>
    <w:p>
      <w:pPr>
        <w:jc w:val="right"/>
      </w:pPr>
      <w:r>
        <w:t>تشریح: سمائے دنیا سے مراد غالباً وسیع خلا کا وہ حصہ ہے جو انسان کے قریب واقع ہے، اور جس کو آدمی کسی اعلیٰ کی مدد کے بغیر خالی آنکھ سے دیکھ سکتا ہے۔</w:t>
      </w:r>
    </w:p>
    <w:p>
      <w:r>
        <w:rPr>
          <w:b/>
        </w:rPr>
        <w:t xml:space="preserve">[04:04] </w:t>
      </w:r>
      <w:r>
        <w:t>jis tarah insan ek ba-ikhtiyar makhlooq hai, usi tarah jinat bhi ba-ikhtiyar makhlooq hain, chunache woh khala mein parwaz karte hain aur koshish karte hain ke oopar uth kar mala-e-ala tak pahunchein,</w:t>
      </w:r>
    </w:p>
    <w:p>
      <w:pPr>
        <w:jc w:val="right"/>
      </w:pPr>
      <w:r>
        <w:t>جس طرح انسان ایک بااختیار مخلوق ہے، اسی طرح جنات بھی بااختیار مخلوق ہیں، چنانچہ وہ خلا میں پرواز کرتے ہیں اور کوشش کرتے ہیں کہ اوپر اٹھ کر ملایالہ تک پہنچیں،</w:t>
      </w:r>
    </w:p>
    <w:p>
      <w:r>
        <w:rPr>
          <w:b/>
        </w:rPr>
        <w:t xml:space="preserve">[04:22] </w:t>
      </w:r>
      <w:r>
        <w:t>aur wahan se mustaqbil ki khabrein le aayen. magar sama-e-dunya mein Allah taala ne aise muhkam intazamat farmaye hain ke woh yahin se maar kar lauta diye jate hain, aur is se oopar jane ka mauqa nahi paate.</w:t>
      </w:r>
    </w:p>
    <w:p>
      <w:pPr>
        <w:jc w:val="right"/>
      </w:pPr>
      <w:r>
        <w:t>اور وہاں سے مستقبل کی خبریں لے آئیں۔ مگر سمائے دنیا میں اللہ تعالیٰ نے ایسے محکم انتظامات فرمائے ہیں کہ وہ یہیں سے مار کر لوٹا دیے جاتے ہیں، اور اس سے اوپر جانے کا موقع نہیں پاتے۔</w:t>
      </w:r>
    </w:p>
    <w:p>
      <w:r>
        <w:rPr>
          <w:b/>
        </w:rPr>
        <w:t xml:space="preserve">[04:42] </w:t>
      </w:r>
      <w:r>
        <w:t>fastaftehum a hum ashaddu khalqan amman khalaqna? inna khalaqnahum min teenin lazib,</w:t>
      </w:r>
    </w:p>
    <w:p>
      <w:pPr>
        <w:jc w:val="right"/>
      </w:pPr>
      <w:r>
        <w:t>فاستفتهم أهم أشد خلقاً أمن خلقنا؟ إنا خلقناهم من طين لازب،</w:t>
      </w:r>
    </w:p>
    <w:p>
      <w:r>
        <w:rPr>
          <w:b/>
        </w:rPr>
        <w:t xml:space="preserve">[04:56] </w:t>
      </w:r>
      <w:r>
        <w:t>bal ajibta wa yaskharun,</w:t>
      </w:r>
    </w:p>
    <w:p>
      <w:pPr>
        <w:jc w:val="right"/>
      </w:pPr>
      <w:r>
        <w:t>بل عجبت ويسخرون،</w:t>
      </w:r>
    </w:p>
    <w:p>
      <w:r>
        <w:rPr>
          <w:b/>
        </w:rPr>
        <w:t xml:space="preserve">[05:01] </w:t>
      </w:r>
      <w:r>
        <w:t>wa jab zikr kiya jata hai to woh nahi sunte, aur jab woh koi nishani dekhte hain to woh us par hans dete hain,</w:t>
      </w:r>
    </w:p>
    <w:p>
      <w:pPr>
        <w:jc w:val="right"/>
      </w:pPr>
      <w:r>
        <w:t>وإذا ذكروا لا يذكرون، وإذا رأوا آية يستسخرون،</w:t>
      </w:r>
    </w:p>
    <w:p>
      <w:r>
        <w:rPr>
          <w:b/>
        </w:rPr>
        <w:t xml:space="preserve">[05:13] </w:t>
      </w:r>
      <w:r>
        <w:t>aur kehte hain ke yeh to bas khula jadu hai.</w:t>
      </w:r>
    </w:p>
    <w:p>
      <w:pPr>
        <w:jc w:val="right"/>
      </w:pPr>
      <w:r>
        <w:t>وقالوا إن هذا إلا سحر مبين.</w:t>
      </w:r>
    </w:p>
    <w:p>
      <w:r>
        <w:rPr>
          <w:b/>
        </w:rPr>
        <w:t xml:space="preserve">[05:24] </w:t>
      </w:r>
      <w:r>
        <w:t>jab hum mar jayenge aur mitti aur haddiyan ban jayenge,</w:t>
      </w:r>
    </w:p>
    <w:p>
      <w:pPr>
        <w:jc w:val="right"/>
      </w:pPr>
      <w:r>
        <w:t>فإذا متنا وكنا تراباً وعظاماً، أئنا لمبعوثون؟</w:t>
      </w:r>
    </w:p>
    <w:p>
      <w:r>
        <w:rPr>
          <w:b/>
        </w:rPr>
        <w:t xml:space="preserve">[05:36] </w:t>
      </w:r>
      <w:r>
        <w:t>kya hum zaroor uthaye jayenge? Aur kya hamare aaba-o-ajdad bhi? Kaho, haan aur tum zaleel hoge.</w:t>
      </w:r>
    </w:p>
    <w:p>
      <w:pPr>
        <w:jc w:val="right"/>
      </w:pPr>
      <w:r>
        <w:t>أوا آباؤنا الأولون؟ قل نعم وأنتم داخرون.</w:t>
      </w:r>
    </w:p>
    <w:p>
      <w:r>
        <w:rPr>
          <w:b/>
        </w:rPr>
        <w:t xml:space="preserve">[05:49] </w:t>
      </w:r>
      <w:r>
        <w:t>pas un se pucho ke un ki paidaish zyada mushkil hai ya un cheezon ki jo hum ne paida ki hain. Hum ne un ko chipakti mitti se paida kiya hai, balke tum taajjub karte ho aur woh mazak uda rahe hain,</w:t>
      </w:r>
    </w:p>
    <w:p>
      <w:pPr>
        <w:jc w:val="right"/>
      </w:pPr>
      <w:r>
        <w:t>پس ان سے پوچھو کہ ان کی پیدائش زیادہ مشکل ہے یا ان چیزوں کی جو ہم نے پیدا کی ہیں۔ ہم نے ان کو چپکتی مٹی سے پیدا کیا ہے، بلکہ تم تعجب کرتے ہو اور وہ مذاق اڑا رہے ہیں،</w:t>
      </w:r>
    </w:p>
    <w:p>
      <w:r>
        <w:rPr>
          <w:b/>
        </w:rPr>
        <w:t xml:space="preserve">[06:08] </w:t>
      </w:r>
      <w:r>
        <w:t>aur jab un ko samjhaya jata hai to woh samajhte nahi, aur jab woh koi nishani dekhte hain to woh us ko hansi mein daal dete hain, aur kehte hain ke yeh to bas khula hua jadu hai.</w:t>
      </w:r>
    </w:p>
    <w:p>
      <w:pPr>
        <w:jc w:val="right"/>
      </w:pPr>
      <w:r>
        <w:t>اور جب ان کو سمجھایا جاتا ہے تو وہ سمجھتے نہیں، اور جب وہ کوئی نشانی دیکھتے ہیں تو وہ اس کو ہنسی میں ڈال دیتے ہیں، اور کہتے ہیں کہ یہ تو بس کھلا ہوا جادو ہے۔</w:t>
      </w:r>
    </w:p>
    <w:p>
      <w:r>
        <w:rPr>
          <w:b/>
        </w:rPr>
        <w:t xml:space="preserve">[06:24] </w:t>
      </w:r>
      <w:r>
        <w:t>kya jab hum mar jayenge aur mitti aur haddiyan ban jayenge</w:t>
      </w:r>
    </w:p>
    <w:p>
      <w:pPr>
        <w:jc w:val="right"/>
      </w:pPr>
      <w:r>
        <w:t>کیا جب ہم مر جائیں گے اور مٹی اور ہڈیاں بن جائیں گے</w:t>
      </w:r>
    </w:p>
    <w:p>
      <w:r>
        <w:rPr>
          <w:b/>
        </w:rPr>
        <w:t xml:space="preserve">[06:29] </w:t>
      </w:r>
      <w:r>
        <w:t>to phir hum uthaye jayenge, aur kya hamare agle baap dada bhi? Kaho ke haan, aur tum zaleel bhi hoge.</w:t>
      </w:r>
    </w:p>
    <w:p>
      <w:pPr>
        <w:jc w:val="right"/>
      </w:pPr>
      <w:r>
        <w:t>تو پھر ہم اٹھائے جائیں گے، اور کیا ہمارے اگلے باپ دادا بھی؟ کہو کہ ہاں، اور تم ذلیل بھی ہو گے۔</w:t>
      </w:r>
    </w:p>
    <w:p>
      <w:r>
        <w:rPr>
          <w:b/>
        </w:rPr>
        <w:t xml:space="preserve">[06:41] </w:t>
      </w:r>
      <w:r>
        <w:t>tashreeh: zameen o asman ki soorat mein jo kainat hamare mushahde mein aati hai,</w:t>
      </w:r>
    </w:p>
    <w:p>
      <w:pPr>
        <w:jc w:val="right"/>
      </w:pPr>
      <w:r>
        <w:t>تشریح: زمین و آسمان کی صورت میں جو کائنات ہمارے مشاہدے میں آتی ہے،</w:t>
      </w:r>
    </w:p>
    <w:p>
      <w:r>
        <w:rPr>
          <w:b/>
        </w:rPr>
        <w:t xml:space="preserve">[06:49] </w:t>
      </w:r>
      <w:r>
        <w:t>woh itni pecheeda aur itni azeem hai ke us ke baad insano ko doosri duniya mein paida karna muqable ek chhota kaam nazar aane lagta hai.</w:t>
      </w:r>
    </w:p>
    <w:p>
      <w:pPr>
        <w:jc w:val="right"/>
      </w:pPr>
      <w:r>
        <w:t>وہ اتنی پیچیدہ اور اتنی عظیم ہے کہ اس کے بعد انسانوں کو دوسری دنیا میں پیدا کرنا مقابلے ایک چھوٹا کام نظر آنے لگتا ہے۔</w:t>
      </w:r>
    </w:p>
    <w:p>
      <w:r>
        <w:rPr>
          <w:b/>
        </w:rPr>
        <w:t xml:space="preserve">[07:01] </w:t>
      </w:r>
      <w:r>
        <w:t>jis khaliq ki quwwat takhleeq ka azeem tar namuna hamare samne maujood hai,</w:t>
      </w:r>
    </w:p>
    <w:p>
      <w:pPr>
        <w:jc w:val="right"/>
      </w:pPr>
      <w:r>
        <w:t>جس خالق کی قوت تخلیق کا عظیم تر نمونہ ہمارے سامنے موجود ہے،</w:t>
      </w:r>
    </w:p>
    <w:p>
      <w:r>
        <w:rPr>
          <w:b/>
        </w:rPr>
        <w:t xml:space="preserve">[07:07] </w:t>
      </w:r>
      <w:r>
        <w:t>usi khaliq se is se chhoti takhleeq namumkin ya mustaab kyun ho?</w:t>
      </w:r>
    </w:p>
    <w:p>
      <w:pPr>
        <w:jc w:val="right"/>
      </w:pPr>
      <w:r>
        <w:t>اسی خالق سے اس سے چھوٹی تخلیق ناممکن یا مستعبد کیوں ہو؟</w:t>
      </w:r>
    </w:p>
    <w:p>
      <w:r>
        <w:rPr>
          <w:b/>
        </w:rPr>
        <w:t xml:space="preserve">[07:17] </w:t>
      </w:r>
      <w:r>
        <w:t>insani jism ka tajziya karne se maloom hota hai ke woh tamam tar zamini ajzaa ka ek majmooa hai. Zameen mein paye jane wale madde, pani, calcium, loha,</w:t>
      </w:r>
    </w:p>
    <w:p>
      <w:pPr>
        <w:jc w:val="right"/>
      </w:pPr>
      <w:r>
        <w:t>انسانی جسم کا تجزیہ کرنے سے معلوم ہوتا ہے کہ وہ تمام تر زمینی اجزاء کا ایک مجموعہ ہے۔ زمین میں پائے جانے والے مادے، پانی، کیلشیم، لوہا،</w:t>
      </w:r>
    </w:p>
    <w:p>
      <w:r>
        <w:rPr>
          <w:b/>
        </w:rPr>
        <w:t xml:space="preserve">[07:30] </w:t>
      </w:r>
      <w:r>
        <w:t>sodium waghera ki tarkib se insan bana hai.</w:t>
      </w:r>
    </w:p>
    <w:p>
      <w:pPr>
        <w:jc w:val="right"/>
      </w:pPr>
      <w:r>
        <w:t>سوڈیم وغیرہ کی ترکیب سے انسان بنا ہے۔</w:t>
      </w:r>
    </w:p>
    <w:p>
      <w:r>
        <w:rPr>
          <w:b/>
        </w:rPr>
        <w:t xml:space="preserve">[07:35] </w:t>
      </w:r>
      <w:r>
        <w:t>yeh tamam ajzaa hamari duniya mein bohat ifraat ke sath paye jate hain. Phir jin ajzaa ki tarkib se khaliq ne ek baar insan ko bana kar khada kar diya, unhi ajzaa ki tarkib se woh dobara kyun aisa nahi kar sakta?</w:t>
      </w:r>
    </w:p>
    <w:p>
      <w:pPr>
        <w:jc w:val="right"/>
      </w:pPr>
      <w:r>
        <w:t>یہ تمام اجزاء ہماری دنیا میں بہت افراط کے ساتھ پائے جاتے ہیں۔ پھر جن اجزاء کی ترکیب سے خالق نے ایک بار انسان کو بنا کر کھڑا کر دیا، انہی اجزاء کی ترکیب سے وہ دوبارہ کیوں ایسا نہیں کر سکتا؟</w:t>
      </w:r>
    </w:p>
    <w:p>
      <w:r>
        <w:rPr>
          <w:b/>
        </w:rPr>
        <w:t xml:space="preserve">[07:53] </w:t>
      </w:r>
      <w:r>
        <w:t>fa innama hi zajratun wahidatun faiza hum yanzurun wa qalu ya wailana haza yawmud din,</w:t>
      </w:r>
    </w:p>
    <w:p>
      <w:pPr>
        <w:jc w:val="right"/>
      </w:pPr>
      <w:r>
        <w:t>فإنما هي زجرة واحدة فإذا هم ينظرون وقالوا يا ويلنا هذا يوم الدين،</w:t>
      </w:r>
    </w:p>
    <w:p>
      <w:r>
        <w:rPr>
          <w:b/>
        </w:rPr>
        <w:t xml:space="preserve">[08:11] </w:t>
      </w:r>
      <w:r>
        <w:t>haza yawmul fasli allazi kuntum bihi tukazzibun. Uhshurullazina zalamoo wa azwajahum wa ma kanu ya'budun</w:t>
      </w:r>
    </w:p>
    <w:p>
      <w:pPr>
        <w:jc w:val="right"/>
      </w:pPr>
      <w:r>
        <w:t>هذا يوم الفصل الذي كنتم به تكذبون. احشروا الذين ظلموا وأزواجهم وما كانوا يعبدون</w:t>
      </w:r>
    </w:p>
    <w:p>
      <w:r>
        <w:rPr>
          <w:b/>
        </w:rPr>
        <w:t xml:space="preserve">[08:29] </w:t>
      </w:r>
      <w:r>
        <w:t>min dunillahi fahduhum ila siratil jaheem,</w:t>
      </w:r>
    </w:p>
    <w:p>
      <w:pPr>
        <w:jc w:val="right"/>
      </w:pPr>
      <w:r>
        <w:t>من دون الله فاهدوهم إلى صراط الجحيم،</w:t>
      </w:r>
    </w:p>
    <w:p>
      <w:r>
        <w:rPr>
          <w:b/>
        </w:rPr>
        <w:t xml:space="preserve">[08:38] </w:t>
      </w:r>
      <w:r>
        <w:t>wa qifuhum innahum mas'ulun. Ma lakum la tanaṣarun bal</w:t>
      </w:r>
    </w:p>
    <w:p>
      <w:pPr>
        <w:jc w:val="right"/>
      </w:pPr>
      <w:r>
        <w:t>وقفوهم إنهم مسؤولون. ما لكم لا تناصروا بل</w:t>
      </w:r>
    </w:p>
    <w:p>
      <w:r>
        <w:rPr>
          <w:b/>
        </w:rPr>
        <w:t xml:space="preserve">[08:51] </w:t>
      </w:r>
      <w:r>
        <w:t>humul yawma mustaslimun.</w:t>
      </w:r>
    </w:p>
    <w:p>
      <w:pPr>
        <w:jc w:val="right"/>
      </w:pPr>
      <w:r>
        <w:t>هم اليوم مستسلمون.</w:t>
      </w:r>
    </w:p>
    <w:p>
      <w:r>
        <w:rPr>
          <w:b/>
        </w:rPr>
        <w:t xml:space="preserve">[08:57] </w:t>
      </w:r>
      <w:r>
        <w:t>pas woh to ek jharaki hogi, phir usi waqt woh dekhne lagenge aur woh kahenge ke haaye hamari kambakhti,</w:t>
      </w:r>
    </w:p>
    <w:p>
      <w:pPr>
        <w:jc w:val="right"/>
      </w:pPr>
      <w:r>
        <w:t>پس وہ تو ایک جھڑکی ہوگی، پھر اسی وقت وہ دیکھنے لگیں گے اور وہ کہیں گے کہ ہائے ہماری کمبختی،</w:t>
      </w:r>
    </w:p>
    <w:p>
      <w:r>
        <w:rPr>
          <w:b/>
        </w:rPr>
        <w:t xml:space="preserve">[09:07] </w:t>
      </w:r>
      <w:r>
        <w:t>yeh to jaza ka din hai, yeh wohi faisle ka din hai jis ko tum jhutlate the. Jama karo un ko jinhone zulm kiya aur un ke sathiyon ko aur un ma'boodon ko jin ki woh Allah ke siwa ibadat karte the.</w:t>
      </w:r>
    </w:p>
    <w:p>
      <w:pPr>
        <w:jc w:val="right"/>
      </w:pPr>
      <w:r>
        <w:t>یہ تو جزا کا دن ہے، یہ وہی فیصلے کا دن ہے جس کو تم جھٹلاتے تھے۔ جمع کرو ان کو جنہوں نے ظلم کیا اور ان کے ساتھیوں کو اور ان معبودوں کو جن کی وہ اللہ کے سوا عبادت کرتے تھے۔</w:t>
      </w:r>
    </w:p>
    <w:p>
      <w:r>
        <w:rPr>
          <w:b/>
        </w:rPr>
        <w:t xml:space="preserve">[09:26] </w:t>
      </w:r>
      <w:r>
        <w:t>phir un sab ko dozakh ka rasta dikhao aur un ko thehrao, un se kuch poochna hai, tum ko kya hua ke tum ek doosre ki madad nahi karte balke aaj to woh farmabardar hain.</w:t>
      </w:r>
    </w:p>
    <w:p>
      <w:pPr>
        <w:jc w:val="right"/>
      </w:pPr>
      <w:r>
        <w:t>پھر ان سب کو دوزخ کا راستہ دکھاؤ اور ان کو ٹھہراؤ، ان سے کچھ پوچھنا ہے، تم کو کیا ہوا کہ تم ایک دوسرے کی مدد نہیں کرتے بلکہ آج تو وہ فرمانبردار ہیں۔</w:t>
      </w:r>
    </w:p>
    <w:p>
      <w:r>
        <w:rPr>
          <w:b/>
        </w:rPr>
        <w:t xml:space="preserve">[09:44] </w:t>
      </w:r>
      <w:r>
        <w:t>tashreeh: maujooda duniya mein agli zindagi ka maamla ek khabar ke taur par bataya ja raha hai. Aadmi is khabar ko koi ahmiyat nahi deta,</w:t>
      </w:r>
    </w:p>
    <w:p>
      <w:pPr>
        <w:jc w:val="right"/>
      </w:pPr>
      <w:r>
        <w:t>تشریح: موجودہ دنیا میں اگلی زندگی کا معاملہ ایک خبر کے طور پر بتایا جا رہا ہے۔ آدمی اس خبر کو کوئی اہمیت نہیں دیتا،</w:t>
      </w:r>
    </w:p>
    <w:p>
      <w:r>
        <w:rPr>
          <w:b/>
        </w:rPr>
        <w:t xml:space="preserve">[09:57] </w:t>
      </w:r>
      <w:r>
        <w:t>magar akhirat mein agli zindagi ka maamla</w:t>
      </w:r>
    </w:p>
    <w:p>
      <w:pPr>
        <w:jc w:val="right"/>
      </w:pPr>
      <w:r>
        <w:t>مگر آخرت میں اگلی زندگی کا معاملہ</w:t>
      </w:r>
    </w:p>
    <w:p>
      <w:r>
        <w:rPr>
          <w:b/>
        </w:rPr>
        <w:t xml:space="preserve">[10:02] </w:t>
      </w:r>
      <w:r>
        <w:t>ek sangin haqeeqat ban kar logon ke upar toot padega. us waqt aadmi apni sarkashi bhool kar apne aap ko Khuda ke samne daal dega.</w:t>
      </w:r>
    </w:p>
    <w:p>
      <w:pPr>
        <w:jc w:val="right"/>
      </w:pPr>
      <w:r>
        <w:t>ایک سنگین حقیقت بن کر لوگوں کے اوپر ٹوٹ پڑے گا۔ اس وقت آدمی اپنی سرکشی بھول کر اپنے آپ کو خدا کے سامنے ڈال دے گا۔</w:t>
      </w:r>
    </w:p>
    <w:p>
      <w:r>
        <w:rPr>
          <w:b/>
        </w:rPr>
        <w:t xml:space="preserve">[10:15] </w:t>
      </w:r>
      <w:r>
        <w:t>yeh naqabil-e-bayan had tak holnak manzar hoga.</w:t>
      </w:r>
    </w:p>
    <w:p>
      <w:pPr>
        <w:jc w:val="right"/>
      </w:pPr>
      <w:r>
        <w:t>یہ ناقابل بیان حد تک ہولناک منظر ہوگا۔</w:t>
      </w:r>
    </w:p>
    <w:p>
      <w:r>
        <w:rPr>
          <w:b/>
        </w:rPr>
        <w:t xml:space="preserve">[10:20] </w:t>
      </w:r>
      <w:r>
        <w:t>us waqt maidan-e-hashr mein logon ka jo haal hoga, us ka ek naqsha in aayaton mein diya gaya hai. wa aqbala ba'duhum 'ala ba'din yatasā'alūn</w:t>
      </w:r>
    </w:p>
    <w:p>
      <w:pPr>
        <w:jc w:val="right"/>
      </w:pPr>
      <w:r>
        <w:t>اس وقت میدان حشر میں لوگوں کا جو حال ہوگا، اس کا ایک نقشہ ان آیتوں میں دیا گیا ہے۔ وأقبل بعضهم على بعض يتساءلون</w:t>
      </w:r>
    </w:p>
    <w:p>
      <w:r>
        <w:rPr>
          <w:b/>
        </w:rPr>
        <w:t xml:space="preserve">[10:38] </w:t>
      </w:r>
      <w:r>
        <w:t>qālū inna kuntum ta'tūnanā 'an al-yamīn qālū bal lam takūnu mu'minin</w:t>
      </w:r>
    </w:p>
    <w:p>
      <w:pPr>
        <w:jc w:val="right"/>
      </w:pPr>
      <w:r>
        <w:t>قالوا إنكم كنتم تأتوننا عن اليمين قالوا بل لم تكونوا مؤمنين</w:t>
      </w:r>
    </w:p>
    <w:p>
      <w:r>
        <w:rPr>
          <w:b/>
        </w:rPr>
        <w:t xml:space="preserve">[10:54] </w:t>
      </w:r>
      <w:r>
        <w:t>wa mā kāna lanā 'alaikum min sulṭānin bal kuntum qawman ṭāghīn fa ḥaqqa 'alainā qawlu rabbina</w:t>
      </w:r>
    </w:p>
    <w:p>
      <w:pPr>
        <w:jc w:val="right"/>
      </w:pPr>
      <w:r>
        <w:t>وما كان لنا عليكم من سلطان بل كنتم قوماً طاغين فحق علينا قول ربنا</w:t>
      </w:r>
    </w:p>
    <w:p>
      <w:r>
        <w:rPr>
          <w:b/>
        </w:rPr>
        <w:t xml:space="preserve">[11:14] </w:t>
      </w:r>
      <w:r>
        <w:t>innā ladhā'iqūn fa aghwaynākum innā kunnā ghāwīn fa innahum yawma'idhin</w:t>
      </w:r>
    </w:p>
    <w:p>
      <w:pPr>
        <w:jc w:val="right"/>
      </w:pPr>
      <w:r>
        <w:t>إنا لذائقون فأغويناكم إنا كنا غاوين فإنهم يومئذ</w:t>
      </w:r>
    </w:p>
    <w:p>
      <w:r>
        <w:rPr>
          <w:b/>
        </w:rPr>
        <w:t xml:space="preserve">[11:31] </w:t>
      </w:r>
      <w:r>
        <w:t>fi al-'adhābi mushtarikūn. aur woh ek doosre ki taraf mutawajjah ho kar sawal o jawab karenge.</w:t>
      </w:r>
    </w:p>
    <w:p>
      <w:pPr>
        <w:jc w:val="right"/>
      </w:pPr>
      <w:r>
        <w:t>في العذاب مشتركون. اور وہ ایک دوسرے کی طرف متوجہ ہو کر سوال و جواب کریں گے۔</w:t>
      </w:r>
    </w:p>
    <w:p>
      <w:r>
        <w:rPr>
          <w:b/>
        </w:rPr>
        <w:t xml:space="preserve">[11:43] </w:t>
      </w:r>
      <w:r>
        <w:t>kahenge tum hamare paas dā'in taraf se aate the.</w:t>
      </w:r>
    </w:p>
    <w:p>
      <w:pPr>
        <w:jc w:val="right"/>
      </w:pPr>
      <w:r>
        <w:t>کہیں گے تم ہمارے پاس دائیں طرف سے آتے تھے۔</w:t>
      </w:r>
    </w:p>
    <w:p>
      <w:r>
        <w:rPr>
          <w:b/>
        </w:rPr>
        <w:t xml:space="preserve">[11:49] </w:t>
      </w:r>
      <w:r>
        <w:t>woh jawab denge balke tum khud imaan laane wale nahin the aur hamara tumhare upar koi zor na tha balke tum khud hi sarkash log the.</w:t>
      </w:r>
    </w:p>
    <w:p>
      <w:pPr>
        <w:jc w:val="right"/>
      </w:pPr>
      <w:r>
        <w:t>وہ جواب دیں گے بلکہ تم خود ایمان لانے والے نہیں تھے اور ہمارا تمہارے اوپر کوئی زور نہ تھا بلکہ تم خود ہی سرکش لوگ تھے۔</w:t>
      </w:r>
    </w:p>
    <w:p>
      <w:r>
        <w:rPr>
          <w:b/>
        </w:rPr>
        <w:t xml:space="preserve">[12:02] </w:t>
      </w:r>
      <w:r>
        <w:t>pas hum sab par hamare Rabb ki baat poori ho kar rahi,</w:t>
      </w:r>
    </w:p>
    <w:p>
      <w:pPr>
        <w:jc w:val="right"/>
      </w:pPr>
      <w:r>
        <w:t>پس ہم سب پر ہمارے رب کی بات پوری ہو کر رہی،</w:t>
      </w:r>
    </w:p>
    <w:p>
      <w:r>
        <w:rPr>
          <w:b/>
        </w:rPr>
        <w:t xml:space="preserve">[12:07] </w:t>
      </w:r>
      <w:r>
        <w:t>hum ko is ka mazah chakhna hi hai. hum ne tum ko gumrah kiya, hum khud bhi gumrah the. pas woh sab is din azaab mein mushtarik honge.</w:t>
      </w:r>
    </w:p>
    <w:p>
      <w:pPr>
        <w:jc w:val="right"/>
      </w:pPr>
      <w:r>
        <w:t>ہم کو اس کا مزہ چکھنا ہی ہے۔ ہم نے تم کو گمراہ کیا، ہم خود بھی گمراہ تھے۔ پس وہ سب اس دن عذاب میں مشترک ہوں گے۔</w:t>
      </w:r>
    </w:p>
    <w:p>
      <w:r>
        <w:rPr>
          <w:b/>
        </w:rPr>
        <w:t xml:space="preserve">[12:20] </w:t>
      </w:r>
      <w:r>
        <w:t>tashreeh: yeh awam aur leaderon ki guftagu hai.</w:t>
      </w:r>
    </w:p>
    <w:p>
      <w:pPr>
        <w:jc w:val="right"/>
      </w:pPr>
      <w:r>
        <w:t>تشریح: یہ عوام اور لیڈروں کی گفتگو ہے۔</w:t>
      </w:r>
    </w:p>
    <w:p>
      <w:r>
        <w:rPr>
          <w:b/>
        </w:rPr>
        <w:t xml:space="preserve">[12:25] </w:t>
      </w:r>
      <w:r>
        <w:t>qayamat mein awam apni barbadi ki zimmedari apne gumrah leaderon par dalenge aur kahenge ke aap logon ne hamein tarah tarah se behkaya.</w:t>
      </w:r>
    </w:p>
    <w:p>
      <w:pPr>
        <w:jc w:val="right"/>
      </w:pPr>
      <w:r>
        <w:t>قیامت میں عوام اپنی بربادی کی ذمہ داری اپنے گمراہ لیڈروں پر ڈالیں گے اور کہیں گے کہ آپ لوگوں نے ہمیں طرح طرح سے بہکایا۔</w:t>
      </w:r>
    </w:p>
    <w:p>
      <w:r>
        <w:rPr>
          <w:b/>
        </w:rPr>
        <w:t xml:space="preserve">[12:37] </w:t>
      </w:r>
      <w:r>
        <w:t>leader kahenge ke tumhara yeh ilzam galat hai. koi behkaney wala kisi ko nahin behkata.</w:t>
      </w:r>
    </w:p>
    <w:p>
      <w:pPr>
        <w:jc w:val="right"/>
      </w:pPr>
      <w:r>
        <w:t>لیڈر کہیں گے کہ تمہارا یہ الزام غلط ہے۔ کوئی بہکانے والا کسی کو نہیں بہکاتا۔</w:t>
      </w:r>
    </w:p>
    <w:p>
      <w:r>
        <w:rPr>
          <w:b/>
        </w:rPr>
        <w:t xml:space="preserve">[12:45] </w:t>
      </w:r>
      <w:r>
        <w:t>tum logon ke andar khud sarkashi ka mizaj tha. hamari baat tum ko apne mizaj ke muwafiq nazar aayi, is liye tum ne us ko maan liya.</w:t>
      </w:r>
    </w:p>
    <w:p>
      <w:pPr>
        <w:jc w:val="right"/>
      </w:pPr>
      <w:r>
        <w:t>تم لوگوں کے اندر خود سرکشی کا مزاج تھا۔ ہماری بات تم کو اپنے مزاج کے موافق نظر آئی، اس لیے تم نے اس کو مان لیا۔</w:t>
      </w:r>
    </w:p>
    <w:p>
      <w:r>
        <w:rPr>
          <w:b/>
        </w:rPr>
        <w:t xml:space="preserve">[12:56] </w:t>
      </w:r>
      <w:r>
        <w:t>tum ne haqeeqatan apni khwahishat ka saath diya, na ke hamara.</w:t>
      </w:r>
    </w:p>
    <w:p>
      <w:pPr>
        <w:jc w:val="right"/>
      </w:pPr>
      <w:r>
        <w:t>تم نے حقیقتاً اپنی خواہشات کا ساتھ دیا، نہ کہ ہمارا۔</w:t>
      </w:r>
    </w:p>
    <w:p>
      <w:r>
        <w:rPr>
          <w:b/>
        </w:rPr>
        <w:t xml:space="preserve">[13:02] </w:t>
      </w:r>
      <w:r>
        <w:t>donon ka jurm ek hai. haqeeqat yeh hai ke qayamat mein leader aur پیرو dono ek hi mushtarik anjam se dochar honge.</w:t>
      </w:r>
    </w:p>
    <w:p>
      <w:pPr>
        <w:jc w:val="right"/>
      </w:pPr>
      <w:r>
        <w:t>دونوں کا جرم ایک ہے۔ حقیقت یہ ہے کہ قیامت میں لیڈر اور پیرو دونوں ایک ہی مشترک انجام سے دوچار ہوں گے۔</w:t>
      </w:r>
    </w:p>
    <w:p>
      <w:r>
        <w:rPr>
          <w:b/>
        </w:rPr>
        <w:t xml:space="preserve">[13:14] </w:t>
      </w:r>
      <w:r>
        <w:t>na leader ki azmat us ko azaab se bacha sakegi aur na</w:t>
      </w:r>
    </w:p>
    <w:p>
      <w:pPr>
        <w:jc w:val="right"/>
      </w:pPr>
      <w:r>
        <w:t>نہ لیڈر کی عظمت اس کو عذاب سے بچا سکے گی اور نہ</w:t>
      </w:r>
    </w:p>
    <w:p>
      <w:r>
        <w:rPr>
          <w:b/>
        </w:rPr>
        <w:t xml:space="preserve">[13:19] </w:t>
      </w:r>
      <w:r>
        <w:t>awam ka yeh uzr un ko bachane wala banega ke hum to be-ilm the, hum ko hamare leaderon ne gumrah kiya. innā kadhālik naf'alu bil mujrimīn innahum kānū</w:t>
      </w:r>
    </w:p>
    <w:p>
      <w:pPr>
        <w:jc w:val="right"/>
      </w:pPr>
      <w:r>
        <w:t>عوام کا یہ عذر ان کو بچانے والا بنے گا کہ ہم تو بے علم تھے، ہم کو ہمارے لیڈروں نے گمراہ کیا۔ إنا كذلك نفعل بالمجرمين إنهم كانوا</w:t>
      </w:r>
    </w:p>
    <w:p>
      <w:r>
        <w:rPr>
          <w:b/>
        </w:rPr>
        <w:t xml:space="preserve">[13:38] </w:t>
      </w:r>
      <w:r>
        <w:t>idhā qīla lahum lā ilāha illā Allāhu yastakbirūn</w:t>
      </w:r>
    </w:p>
    <w:p>
      <w:pPr>
        <w:jc w:val="right"/>
      </w:pPr>
      <w:r>
        <w:t>إذا قيل لهم لا إله إلا الله يستكبرون</w:t>
      </w:r>
    </w:p>
    <w:p>
      <w:r>
        <w:rPr>
          <w:b/>
        </w:rPr>
        <w:t xml:space="preserve">[13:49] </w:t>
      </w:r>
      <w:r>
        <w:t>wa yaqūlūna a'innā latārikūna ālihatinā li shā'iri majnūnin bal jā'a bil ḥaqqi wa ṣadaqa al-mursalin</w:t>
      </w:r>
    </w:p>
    <w:p>
      <w:pPr>
        <w:jc w:val="right"/>
      </w:pPr>
      <w:r>
        <w:t>ويقولون أئنا لتاركون آلهتنا لشاعر مجنون بل جاء بالحق وصدق المرسلين</w:t>
      </w:r>
    </w:p>
    <w:p>
      <w:r>
        <w:rPr>
          <w:b/>
        </w:rPr>
        <w:t xml:space="preserve">[14:10] </w:t>
      </w:r>
      <w:r>
        <w:t>innakum ladhā'iqū al-'adhābi al-alīmi wa mā tujzawna illā mā kuntum ta'malūn.</w:t>
      </w:r>
    </w:p>
    <w:p>
      <w:pPr>
        <w:jc w:val="right"/>
      </w:pPr>
      <w:r>
        <w:t>إنكم لذائق العذاب الأليم وما تجزون إلا ما كنتم تعملون.</w:t>
      </w:r>
    </w:p>
    <w:p>
      <w:r>
        <w:rPr>
          <w:b/>
        </w:rPr>
        <w:t xml:space="preserve">[14:27] </w:t>
      </w:r>
      <w:r>
        <w:t>hum mujrimon ke saath aisa hi karte hain. yeh woh log the ke jab un se kaha jata ke Allah ke siwa koi ma'bud nahin to woh takabbur karte the aur woh kehte the ke kya hum ek shayar deewane ke kehne par</w:t>
      </w:r>
    </w:p>
    <w:p>
      <w:pPr>
        <w:jc w:val="right"/>
      </w:pPr>
      <w:r>
        <w:t>ہم مجرموں کے ساتھ ایسا ہی کرتے ہیں۔ یہ وہ لوگ تھے کہ جب ان سے کہا جاتا کہ اللہ کے سوا کوئی معبود نہیں تو وہ تکبر کرتے تھے اور وہ کہتے تھے کہ کیا ہم ایک شاعر دیوانے کے کہنے پر</w:t>
      </w:r>
    </w:p>
    <w:p>
      <w:r>
        <w:rPr>
          <w:b/>
        </w:rPr>
        <w:t xml:space="preserve">[14:43] </w:t>
      </w:r>
      <w:r>
        <w:t>apne in ma'budon ko chhod den? balke woh haq le kar aaya hai aur woh rasulon ki peshangoi ka misdaq hai.</w:t>
      </w:r>
    </w:p>
    <w:p>
      <w:pPr>
        <w:jc w:val="right"/>
      </w:pPr>
      <w:r>
        <w:t>اپنے ان معبودوں کو چھوڑ دیں؟ بلکہ وہ حق لے کر آیا ہے اور وہ رسولوں کی پیشنگوئی کا مصداق ہے۔</w:t>
      </w:r>
    </w:p>
    <w:p>
      <w:r>
        <w:rPr>
          <w:b/>
        </w:rPr>
        <w:t xml:space="preserve">[14:53] </w:t>
      </w:r>
      <w:r>
        <w:t>beshak tum ko dardnak azaab chakhna hoga aur tum isi ka badla diye ja rahe ho jo tum karte the.</w:t>
      </w:r>
    </w:p>
    <w:p>
      <w:pPr>
        <w:jc w:val="right"/>
      </w:pPr>
      <w:r>
        <w:t>بے شک تم کو دردناک عذاب چکھنا ہوگا اور تم اسی کا بدلہ دیے جا رہے ہو جو تم کرتے تھے۔</w:t>
      </w:r>
    </w:p>
    <w:p>
      <w:r>
        <w:rPr>
          <w:b/>
        </w:rPr>
        <w:t xml:space="preserve">[15:02] </w:t>
      </w:r>
      <w:r>
        <w:t>tashreeh: jab un se kaha jata ke Allah ke siwa koi ilaah nahi to woh ghamand karte thay. is ka matlab yeh nahi ke woh Khuda ke muqable mein ghamand karte thay.</w:t>
      </w:r>
    </w:p>
    <w:p>
      <w:pPr>
        <w:jc w:val="right"/>
      </w:pPr>
      <w:r>
        <w:t>تشریح: جب ان سے کہا جاتا کہ اللہ کے سوا کوئی الہ نہیں تو وہ گھمنڈ کرتے تھے۔ اس کا مطلب یہ نہیں کہ وہ خدا کے مقابلے میں گھمنڈ کرتے تھے۔</w:t>
      </w:r>
    </w:p>
    <w:p>
      <w:r>
        <w:rPr>
          <w:b/>
        </w:rPr>
        <w:t xml:space="preserve">[15:17] </w:t>
      </w:r>
      <w:r>
        <w:t>aisa koi bhi nahi karta.</w:t>
      </w:r>
    </w:p>
    <w:p>
      <w:pPr>
        <w:jc w:val="right"/>
      </w:pPr>
      <w:r>
        <w:t>ایسا کوئی بھی نہیں کرتا۔</w:t>
      </w:r>
    </w:p>
    <w:p>
      <w:r>
        <w:rPr>
          <w:b/>
        </w:rPr>
        <w:t xml:space="preserve">[15:20] </w:t>
      </w:r>
      <w:r>
        <w:t>Khuda ki azmat is se zyada hai ke koi is ke muqable mein bada banne ki jurrat kare. un ka ghamand darasal Khuda ke paighambar ke muqable mein tha, na ke khud Khuda ke muqable mein.</w:t>
      </w:r>
    </w:p>
    <w:p>
      <w:pPr>
        <w:jc w:val="right"/>
      </w:pPr>
      <w:r>
        <w:t>خدا کی عظمت اس سے زیادہ ہے کہ کوئی اس کے مقابلے میں بڑا بننے کی جرات کرے۔ ان کا گھمنڈ دراصل خدا کے پیغمبر کے مقابلے میں تھا، نہ کہ خود خدا کے مقابلے میں۔</w:t>
      </w:r>
    </w:p>
    <w:p>
      <w:r>
        <w:rPr>
          <w:b/>
        </w:rPr>
        <w:t xml:space="preserve">[15:38] </w:t>
      </w:r>
      <w:r>
        <w:t>paighambar ke paigham toheed ki zid in akabir par padti thi jin ke naam par woh apne mushrikana aamaal mein mubtala thay.</w:t>
      </w:r>
    </w:p>
    <w:p>
      <w:pPr>
        <w:jc w:val="right"/>
      </w:pPr>
      <w:r>
        <w:t>پیغمبر کے پیغام توحید کی ضد ان اکابر پر پڑتی تھی جن کے نام پر وہ اپنے مشرکانہ اعمال میں مبتلا تھے۔</w:t>
      </w:r>
    </w:p>
    <w:p>
      <w:r>
        <w:rPr>
          <w:b/>
        </w:rPr>
        <w:t xml:space="preserve">[15:47] </w:t>
      </w:r>
      <w:r>
        <w:t>ab ek taraf paighambar hota aur doosri taraf un ke mufrada akabir. chunaanche paighambar bazahir unhein</w:t>
      </w:r>
    </w:p>
    <w:p>
      <w:pPr>
        <w:jc w:val="right"/>
      </w:pPr>
      <w:r>
        <w:t>اب ایک طرف پیغمبر ہوتا اور دوسری طرف ان کے مفروضہ اکابر۔ چونکہ پیغمبر بظاہر انہیں</w:t>
      </w:r>
    </w:p>
    <w:p>
      <w:r>
        <w:rPr>
          <w:b/>
        </w:rPr>
        <w:t xml:space="preserve">[15:56] </w:t>
      </w:r>
      <w:r>
        <w:t>apne akabir se kam dikhai deta tha, is liye woh paighambar ko chhota samajh kar nazar andaaz kar dete thay. woh apne mufrada akabir ke saath wabasta reh kar samajhte ke woh barhon ke saath wabasta hain.</w:t>
      </w:r>
    </w:p>
    <w:p>
      <w:pPr>
        <w:jc w:val="right"/>
      </w:pPr>
      <w:r>
        <w:t>اپنے اکابر سے کم دکھائی دیتا تھا، اس لیے وہ پیغمبر کو چھوٹا سمجھ کر نظر انداز کر دیتے تھے۔ وہ اپنے مفروضہ اکابر کے ساتھ وابستہ رہ کر سمجھتے کہ وہ بڑوں کے ساتھ وابستہ ہیں۔</w:t>
      </w:r>
    </w:p>
    <w:p>
      <w:r>
        <w:rPr>
          <w:b/>
        </w:rPr>
        <w:t xml:space="preserve">[16:13] </w:t>
      </w:r>
      <w:r>
        <w:t>daleel ka zor bilashuba paighambar ki taraf hota tha, magar zahiri azmat unhein apne barhon mein dikhai deti thi.</w:t>
      </w:r>
    </w:p>
    <w:p>
      <w:pPr>
        <w:jc w:val="right"/>
      </w:pPr>
      <w:r>
        <w:t>دلیل کا زور بلاشبہ پیغمبر کی طرف ہوتا تھا، مگر ظاہری عظمت انہیں اپنے بڑوں میں دکھائی دیتی تھی۔</w:t>
      </w:r>
    </w:p>
    <w:p>
      <w:r>
        <w:rPr>
          <w:b/>
        </w:rPr>
        <w:t xml:space="preserve">[16:22] </w:t>
      </w:r>
      <w:r>
        <w:t>aur tareekh batati hai ke zahiri azmat ke muqable mein daleel ki taqat hamesha be asar sabit hoti hai.</w:t>
      </w:r>
    </w:p>
    <w:p>
      <w:pPr>
        <w:jc w:val="right"/>
      </w:pPr>
      <w:r>
        <w:t>اور تاریخ بتاتی ہے کہ ظاہری عظمت کے مقابلے میں دلیل کی طاقت ہمیشہ بے اثر ثابت ہوتی ہے۔</w:t>
      </w:r>
    </w:p>
    <w:p>
      <w:r>
        <w:rPr>
          <w:b/>
        </w:rPr>
        <w:t xml:space="preserve">[16:32] </w:t>
      </w:r>
      <w:r>
        <w:t>illa ibaad Allah al-mukhliseen</w:t>
      </w:r>
    </w:p>
    <w:p>
      <w:pPr>
        <w:jc w:val="right"/>
      </w:pPr>
      <w:r>
        <w:t>إلا عباد الله المخلصين</w:t>
      </w:r>
    </w:p>
    <w:p>
      <w:r>
        <w:rPr>
          <w:b/>
        </w:rPr>
        <w:t xml:space="preserve">[16:39] </w:t>
      </w:r>
      <w:r>
        <w:t>ulaaika lahum rizqun ma'loomun fawaakihu wa hum mukramoon fi jannati</w:t>
      </w:r>
    </w:p>
    <w:p>
      <w:pPr>
        <w:jc w:val="right"/>
      </w:pPr>
      <w:r>
        <w:t>أولئك لهم رزق معلوم فواكه وهم مكرمون فی جنات</w:t>
      </w:r>
    </w:p>
    <w:p>
      <w:r>
        <w:rPr>
          <w:b/>
        </w:rPr>
        <w:t xml:space="preserve">[16:56] </w:t>
      </w:r>
      <w:r>
        <w:t>na'eemi 'ala sururim mutaqabileen</w:t>
      </w:r>
    </w:p>
    <w:p>
      <w:pPr>
        <w:jc w:val="right"/>
      </w:pPr>
      <w:r>
        <w:t>نعیم علی سرر متقابلین</w:t>
      </w:r>
    </w:p>
    <w:p>
      <w:r>
        <w:rPr>
          <w:b/>
        </w:rPr>
        <w:t xml:space="preserve">[17:06] </w:t>
      </w:r>
      <w:r>
        <w:t>yutafu 'alaihim bikasin mim ma'eenin baydaa'in lad'datun lish-sharibeena la fiha ghawlun</w:t>
      </w:r>
    </w:p>
    <w:p>
      <w:pPr>
        <w:jc w:val="right"/>
      </w:pPr>
      <w:r>
        <w:t>یطاف علیہم بکاس من معین بیضاء لذة للشاربین لا فیہا غول</w:t>
      </w:r>
    </w:p>
    <w:p>
      <w:r>
        <w:rPr>
          <w:b/>
        </w:rPr>
        <w:t xml:space="preserve">[17:24] </w:t>
      </w:r>
      <w:r>
        <w:t>wa la hum 'anha yunzafoona wa 'indahum qasiraatu-t-tarfi 'een</w:t>
      </w:r>
    </w:p>
    <w:p>
      <w:pPr>
        <w:jc w:val="right"/>
      </w:pPr>
      <w:r>
        <w:t>ولا هم عنهاینزفون وعندهم قاصرات الطرفعین</w:t>
      </w:r>
    </w:p>
    <w:p>
      <w:r>
        <w:rPr>
          <w:b/>
        </w:rPr>
        <w:t xml:space="preserve">[17:36] </w:t>
      </w:r>
      <w:r>
        <w:t>ka'annahum baydun maknoon. magar jo Allah ke chune hue bande hain, un ke liye ma'loom rizq hoga,</w:t>
      </w:r>
    </w:p>
    <w:p>
      <w:pPr>
        <w:jc w:val="right"/>
      </w:pPr>
      <w:r>
        <w:t>کأنهن بيض مكنون. مگر جو اللہ کے چنے ہوئے بندے ہیں، ان کے لیے معلوم رزق ہوگا،</w:t>
      </w:r>
    </w:p>
    <w:p>
      <w:r>
        <w:rPr>
          <w:b/>
        </w:rPr>
        <w:t xml:space="preserve">[17:50] </w:t>
      </w:r>
      <w:r>
        <w:t>mewe, aur woh nihayat izzat se honge.</w:t>
      </w:r>
    </w:p>
    <w:p>
      <w:pPr>
        <w:jc w:val="right"/>
      </w:pPr>
      <w:r>
        <w:t>میوے، اور وہ نہایت عزت سے ہوں گے۔</w:t>
      </w:r>
    </w:p>
    <w:p>
      <w:r>
        <w:rPr>
          <w:b/>
        </w:rPr>
        <w:t xml:space="preserve">[17:55] </w:t>
      </w:r>
      <w:r>
        <w:t>aaraam ke baaghon mein, takhton par aamne saamne baithe honge. un ke paas aisa pyala laya jayega jo behti hui sharab se bhara jayega.</w:t>
      </w:r>
    </w:p>
    <w:p>
      <w:pPr>
        <w:jc w:val="right"/>
      </w:pPr>
      <w:r>
        <w:t>آرام کے باغوں میں، تختوں پر آمنے سامنے بیٹھے ہوں گے۔ ان کے پاس ایسا پیالہ لایا جائے گا جو بہتی ہوئی شراب سے بھرا جائے گا۔</w:t>
      </w:r>
    </w:p>
    <w:p>
      <w:r>
        <w:rPr>
          <w:b/>
        </w:rPr>
        <w:t xml:space="preserve">[18:07] </w:t>
      </w:r>
      <w:r>
        <w:t>saaf shaffaf peene walon ke liye lazzat.</w:t>
      </w:r>
    </w:p>
    <w:p>
      <w:pPr>
        <w:jc w:val="right"/>
      </w:pPr>
      <w:r>
        <w:t>صاف شفاف پینے والوں کے لیے لذت۔</w:t>
      </w:r>
    </w:p>
    <w:p>
      <w:r>
        <w:rPr>
          <w:b/>
        </w:rPr>
        <w:t xml:space="preserve">[18:11] </w:t>
      </w:r>
      <w:r>
        <w:t>na is mein koi zarar hoga aur na is se aqal kharab hogi. aur un ke paas neechi nigah wali, bari aankhon wali auratein hongi, goya ke woh ande hain jo chhupe hue rakhe hain.</w:t>
      </w:r>
    </w:p>
    <w:p>
      <w:pPr>
        <w:jc w:val="right"/>
      </w:pPr>
      <w:r>
        <w:t>نہ اس میں کوئی ضرر ہوگا اور نہ اس سے عقل خراب ہوگی۔ اور ان کے پاس نیچی نگاہ والی، بڑی آنکھوں والی عورتیں ہوں گی، گویا کہ وہ انڈے ہیں جو چھپے ہوئے رکھے ہوں۔</w:t>
      </w:r>
    </w:p>
    <w:p>
      <w:r>
        <w:rPr>
          <w:b/>
        </w:rPr>
        <w:t xml:space="preserve">[18:28] </w:t>
      </w:r>
      <w:r>
        <w:t>tashreeh: maujooda duniya aazmaish ki duniya hai. yahan logon ko aazadana amal ka mauqa de kar un ka intikhab kiya ja raha hai.</w:t>
      </w:r>
    </w:p>
    <w:p>
      <w:pPr>
        <w:jc w:val="right"/>
      </w:pPr>
      <w:r>
        <w:t>تشریح: موجودہ دنیا آزمائش کی دنیا ہے۔ یہاں لوگوں کو آزادانہ عمل کا موقع دے کر ان کا انتخاب کیا جا رہا ہے۔</w:t>
      </w:r>
    </w:p>
    <w:p>
      <w:r>
        <w:rPr>
          <w:b/>
        </w:rPr>
        <w:t xml:space="preserve">[18:42] </w:t>
      </w:r>
      <w:r>
        <w:t>jo log apne qaul o amal se is ka saboot denge ke woh jannat ki lateef aur nafees duniya mein</w:t>
      </w:r>
    </w:p>
    <w:p>
      <w:pPr>
        <w:jc w:val="right"/>
      </w:pPr>
      <w:r>
        <w:t>جو لوگ اپنے قول و عمل سے اس کا ثبوت دیں گے کہ وہ جنت کی لطیف اور نفیس دنیا میں</w:t>
      </w:r>
    </w:p>
    <w:p>
      <w:r>
        <w:rPr>
          <w:b/>
        </w:rPr>
        <w:t xml:space="preserve">[18:49] </w:t>
      </w:r>
      <w:r>
        <w:t>basaye jaane ke qabil hain, un ko un ka Khuda apni jannat mein basane ke liye chun lega. wahan unhein har qism ki aala nematein faraham ki jayengi.</w:t>
      </w:r>
    </w:p>
    <w:p>
      <w:pPr>
        <w:jc w:val="right"/>
      </w:pPr>
      <w:r>
        <w:t>بسائے جانے کے قابل ہیں، ان کو ان کا خدا اپنی جنت میں بسانے کے لیے چن لے گا۔ وہاں انہیں ہر قسم کی اعلیٰ نعمتیں فراہم کی جائیں گی۔</w:t>
      </w:r>
    </w:p>
    <w:p>
      <w:r>
        <w:rPr>
          <w:b/>
        </w:rPr>
        <w:t xml:space="preserve">[19:02] </w:t>
      </w:r>
      <w:r>
        <w:t>aur phir un se kaha jayega ke rahton aur lazzaton ke baaghon mein</w:t>
      </w:r>
    </w:p>
    <w:p>
      <w:pPr>
        <w:jc w:val="right"/>
      </w:pPr>
      <w:r>
        <w:t>اور پھر ان سے کہا جائے گا کہ راحتوں اور لذتوں کے باغات میں</w:t>
      </w:r>
    </w:p>
    <w:p>
      <w:r>
        <w:rPr>
          <w:b/>
        </w:rPr>
        <w:t xml:space="preserve">[19:08] </w:t>
      </w:r>
      <w:r>
        <w:t>abadi tor par abad raho. fa'aqbala ba'duhum 'ala ba'din yatasā'aloon qāla qā'ilun</w:t>
      </w:r>
    </w:p>
    <w:p>
      <w:pPr>
        <w:jc w:val="right"/>
      </w:pPr>
      <w:r>
        <w:t>ابدی طور پر آباد رہو۔ فأقبل بعضهم على بعض يتساءلون قال قائل</w:t>
      </w:r>
    </w:p>
    <w:p>
      <w:r>
        <w:rPr>
          <w:b/>
        </w:rPr>
        <w:t xml:space="preserve">[19:24] </w:t>
      </w:r>
      <w:r>
        <w:t>minhum innī kāna lī qarīnun yaqūlu a'innaka laminal-muṣaddiqīna a'idhā mutnā wa kunnā turāban</w:t>
      </w:r>
    </w:p>
    <w:p>
      <w:pPr>
        <w:jc w:val="right"/>
      </w:pPr>
      <w:r>
        <w:t>منهم إني كان لي قرين يقول أإنك لمن المصدقين أإذا متنا وكنا ترابا</w:t>
      </w:r>
    </w:p>
    <w:p>
      <w:r>
        <w:rPr>
          <w:b/>
        </w:rPr>
        <w:t xml:space="preserve">[19:42] </w:t>
      </w:r>
      <w:r>
        <w:t>wa 'iẓāman a'innā lamadīnūna qāla hal antum muṭṭali'ūna</w:t>
      </w:r>
    </w:p>
    <w:p>
      <w:pPr>
        <w:jc w:val="right"/>
      </w:pPr>
      <w:r>
        <w:t>وعظاما أإنا لمدينون قال هل أنتم مطلعون</w:t>
      </w:r>
    </w:p>
    <w:p>
      <w:r>
        <w:rPr>
          <w:b/>
        </w:rPr>
        <w:t xml:space="preserve">[19:55] </w:t>
      </w:r>
      <w:r>
        <w:t>fa-tala'a fa-ra'ahu fi sawa' al-jaheem qalat allahu in kuntu la-turdeen wa-laula ni'mat rabbi likuntu min al-muhdareen</w:t>
      </w:r>
    </w:p>
    <w:p>
      <w:pPr>
        <w:jc w:val="right"/>
      </w:pPr>
      <w:r>
        <w:t>فاطلع فرآه في سواء الجحيم قالت الله إن كدت لتردين ولولا نعمة ربي لكنت من المحضرين</w:t>
      </w:r>
    </w:p>
    <w:p>
      <w:r>
        <w:rPr>
          <w:b/>
        </w:rPr>
        <w:t xml:space="preserve">[20:19] </w:t>
      </w:r>
      <w:r>
        <w:t>af-ma nahnu bi-mayyiteena illa mawtatana al-oola wa ma nahnu bi-mu'adhabeen</w:t>
      </w:r>
    </w:p>
    <w:p>
      <w:pPr>
        <w:jc w:val="right"/>
      </w:pPr>
      <w:r>
        <w:t>أفما نحن بميتين إلا موتتنا الأولى وما نحن بمعذبين</w:t>
      </w:r>
    </w:p>
    <w:p>
      <w:r>
        <w:rPr>
          <w:b/>
        </w:rPr>
        <w:t xml:space="preserve">[20:33] </w:t>
      </w:r>
      <w:r>
        <w:t>in hatha la-huwa al-fawz al-'adheem</w:t>
      </w:r>
    </w:p>
    <w:p>
      <w:pPr>
        <w:jc w:val="right"/>
      </w:pPr>
      <w:r>
        <w:t>إن هذا لهو الفوز العظيم</w:t>
      </w:r>
    </w:p>
    <w:p>
      <w:r>
        <w:rPr>
          <w:b/>
        </w:rPr>
        <w:t xml:space="preserve">[20:39] </w:t>
      </w:r>
      <w:r>
        <w:t>li-mithli hatha fa-l-ya'mal al-'amiloon</w:t>
      </w:r>
    </w:p>
    <w:p>
      <w:pPr>
        <w:jc w:val="right"/>
      </w:pPr>
      <w:r>
        <w:t>لمثل هذا فليعمل العاملون.</w:t>
      </w:r>
    </w:p>
    <w:p>
      <w:r>
        <w:rPr>
          <w:b/>
        </w:rPr>
        <w:t xml:space="preserve">[20:46] </w:t>
      </w:r>
      <w:r>
        <w:t>phir woh aik doosray ki taraf mutawajjah ho kar baat karein ge. Un mein se aik kehne wala kahe ga ke mera aik mulaqati tha.</w:t>
      </w:r>
    </w:p>
    <w:p>
      <w:pPr>
        <w:jc w:val="right"/>
      </w:pPr>
      <w:r>
        <w:t>پھر وہ ایک دوسرے کی طرف متوجہ ہو کر بات کریں گے۔ ان میں سے ایک کہنے والا کہے گا کہ میرا ایک ملاقاتی تھا۔</w:t>
      </w:r>
    </w:p>
    <w:p>
      <w:r>
        <w:rPr>
          <w:b/>
        </w:rPr>
        <w:t xml:space="preserve">[20:56] </w:t>
      </w:r>
      <w:r>
        <w:t>woh kaha karta tha ke kia tum bhi tasdeeq karne walon mein se ho? Kia jab hum mar jayein ge aur mitti aur hadiyan ho jayein ge to kia hum ko jaza mile gi?</w:t>
      </w:r>
    </w:p>
    <w:p>
      <w:pPr>
        <w:jc w:val="right"/>
      </w:pPr>
      <w:r>
        <w:t>وہ کہا کرتا تھا کہ کیا تم بھی تصدیق کرنے والوں میں سے ہو؟ کیا جب ہم مر جائیں گے اور مٹی اور ہڈیاں ہو جائیں گے تو کیا ہم کو جزا ملے گی؟</w:t>
      </w:r>
    </w:p>
    <w:p>
      <w:r>
        <w:rPr>
          <w:b/>
        </w:rPr>
        <w:t xml:space="preserve">[21:09] </w:t>
      </w:r>
      <w:r>
        <w:t>kahe ga kia tum jhank kar dekho ge? To woh jhanake ga aur us ko jahannum ke beech mein dekhe ga. kahe ga ke Khuda ki qasam tum to mujh ko tabah kar dene walay thay.</w:t>
      </w:r>
    </w:p>
    <w:p>
      <w:pPr>
        <w:jc w:val="right"/>
      </w:pPr>
      <w:r>
        <w:t>کہے گا کیا تم جھانک کر دیکھو گے؟ تو وہ جھانکے گا اور اس کو جہنم کے بیچ میں دیکھے گا۔ کہے گا کہ خدا کی قسم تم تو مجھ کو تباہ کر دینے والے تھے۔</w:t>
      </w:r>
    </w:p>
    <w:p>
      <w:r>
        <w:rPr>
          <w:b/>
        </w:rPr>
        <w:t xml:space="preserve">[21:25] </w:t>
      </w:r>
      <w:r>
        <w:t>aur agar mere Rab ka fazal na hota</w:t>
      </w:r>
    </w:p>
    <w:p>
      <w:pPr>
        <w:jc w:val="right"/>
      </w:pPr>
      <w:r>
        <w:t>اور اگر میرے رب کا فضل نہ ہوتا</w:t>
      </w:r>
    </w:p>
    <w:p>
      <w:r>
        <w:rPr>
          <w:b/>
        </w:rPr>
        <w:t xml:space="preserve">[21:28] </w:t>
      </w:r>
      <w:r>
        <w:t>to mein bhi unhi logon mein hota jo pakray hue aaye hain. Kia ab hum ko marna nahi hai? Magar pehli baar jo hum mar chukay aur ab hum ko azaab na hoga.</w:t>
      </w:r>
    </w:p>
    <w:p>
      <w:pPr>
        <w:jc w:val="right"/>
      </w:pPr>
      <w:r>
        <w:t>تو میں بھی انہی لوگوں میں ہوتا جو پکڑے ہوئے آئے ہیں۔ کیا اب ہم کو مرنا نہیں ہے؟ مگر پہلی بار جو ہم مر چکے اور اب ہم کو عذاب نہ ہوگا۔</w:t>
      </w:r>
    </w:p>
    <w:p>
      <w:r>
        <w:rPr>
          <w:b/>
        </w:rPr>
        <w:t xml:space="preserve">[21:43] </w:t>
      </w:r>
      <w:r>
        <w:t>beshak yahi bari kamyabi hai.</w:t>
      </w:r>
    </w:p>
    <w:p>
      <w:pPr>
        <w:jc w:val="right"/>
      </w:pPr>
      <w:r>
        <w:t>بے شک یہی بڑی کامیابی ہے۔</w:t>
      </w:r>
    </w:p>
    <w:p>
      <w:r>
        <w:rPr>
          <w:b/>
        </w:rPr>
        <w:t xml:space="preserve">[21:46] </w:t>
      </w:r>
      <w:r>
        <w:t>aisi hi kamyabi ke liye amal karne walon ko amal karna chahiye.</w:t>
      </w:r>
    </w:p>
    <w:p>
      <w:pPr>
        <w:jc w:val="right"/>
      </w:pPr>
      <w:r>
        <w:t>ایسی ہی کامیابی کے لیے عمل کرنے والوں کو عمل کرنا چاہیے۔</w:t>
      </w:r>
    </w:p>
    <w:p>
      <w:r>
        <w:rPr>
          <w:b/>
        </w:rPr>
        <w:t xml:space="preserve">[21:53] </w:t>
      </w:r>
      <w:r>
        <w:t>tashreeh: Jannat lateef tareen sargarmion ki dunya hogi. Wahan dilchasp mulaqatein hongi. Wahan pur lutf mashahadat honge.</w:t>
      </w:r>
    </w:p>
    <w:p>
      <w:pPr>
        <w:jc w:val="right"/>
      </w:pPr>
      <w:r>
        <w:t>تشریح: جنت لطیف ترین سرگرمیوں کی دنیا ہوگی۔ وہاں دلچسپ ملاقاتیں ہوں گی۔ وہاں پرلطف مشاہدات ہوں گے۔</w:t>
      </w:r>
    </w:p>
    <w:p>
      <w:r>
        <w:rPr>
          <w:b/>
        </w:rPr>
        <w:t xml:space="preserve">[22:05] </w:t>
      </w:r>
      <w:r>
        <w:t>wahan aik doosray ke darmiyan afaq satah par guftaguayein hongi.</w:t>
      </w:r>
    </w:p>
    <w:p>
      <w:pPr>
        <w:jc w:val="right"/>
      </w:pPr>
      <w:r>
        <w:t>وہاں ایک دوسرے کے درمیان افاق سطح پر گفتگوئیں ہوں گی۔</w:t>
      </w:r>
    </w:p>
    <w:p>
      <w:r>
        <w:rPr>
          <w:b/>
        </w:rPr>
        <w:t xml:space="preserve">[22:11] </w:t>
      </w:r>
      <w:r>
        <w:t>har qism ki mahdoodiyat aur har qism ki na khushgawari ka wahan khatma ho chuka hoga. Aakhirat ko mannay se murad saada tor par sirf us ko man lena nahi hai balkay aakhirat ke mamlay ko</w:t>
      </w:r>
    </w:p>
    <w:p>
      <w:pPr>
        <w:jc w:val="right"/>
      </w:pPr>
      <w:r>
        <w:t>ہر قسم کی محدودیت اور ہر قسم کی ناخوشگواری کا وہاں خاتمہ ہو چکا ہوگا۔ آخرت کو ماننے سے مراد سادہ طور پر صرف اس کو مان لینا نہیں ہے بلکہ آخرت کے معاملے کو</w:t>
      </w:r>
    </w:p>
    <w:p>
      <w:r>
        <w:rPr>
          <w:b/>
        </w:rPr>
        <w:t xml:space="preserve">[22:28] </w:t>
      </w:r>
      <w:r>
        <w:t>itna haqeeqi aur itna aham samajhna hai ke woh aadmi ki poori zindagi par chha jaye. Aadmi apna sab kuch aakhirat ke liye laga de.</w:t>
      </w:r>
    </w:p>
    <w:p>
      <w:pPr>
        <w:jc w:val="right"/>
      </w:pPr>
      <w:r>
        <w:t>اتنا حقیقی اور اتنا اہم سمجھنا ہے کہ وہ آدمی کی پوری زندگی پر چھا جائے۔ آدمی اپنا سب کچھ آخرت کے لیے لگا دے۔</w:t>
      </w:r>
    </w:p>
    <w:p>
      <w:r>
        <w:rPr>
          <w:b/>
        </w:rPr>
        <w:t xml:space="preserve">[22:41] </w:t>
      </w:r>
      <w:r>
        <w:t>jo log aisay aakhirat pasandon ko dewana samajhte thay, woh aakhirat mein un ki kamyabiyan dekh kar</w:t>
      </w:r>
    </w:p>
    <w:p>
      <w:pPr>
        <w:jc w:val="right"/>
      </w:pPr>
      <w:r>
        <w:t>جو لوگ ایسے آخرت پسندوں کو دیوانہ سمجھتے تھے، وہ آخرت میں ان کی کامیابیاں دیکھ کر</w:t>
      </w:r>
    </w:p>
    <w:p>
      <w:r>
        <w:rPr>
          <w:b/>
        </w:rPr>
        <w:t xml:space="preserve">[22:49] </w:t>
      </w:r>
      <w:r>
        <w:t>dam ba-khud reh jayein ge. Doosri taraf aakhirat pasandon ka haal yeh hoga ke woh apne shandar anjam ko is tarah hairat ke sath dekhein ge jaisay ke unhein yaqeen na aa raha ho ke un ke chhotay se amal ka Khuda ne unhein</w:t>
      </w:r>
    </w:p>
    <w:p>
      <w:pPr>
        <w:jc w:val="right"/>
      </w:pPr>
      <w:r>
        <w:t>دم بخود رہ جائیں گے۔ دوسری طرف آخرت پسندوں کا حال یہ ہوگا کہ وہ اپنے شاندار انجام کو اس طرح حیرت کے ساتھ دیکھیں گے جیسے کہ انہیں یقین نہ آ رہا ہو کہ ان کے چھوٹے سے عمل کا خدا نے انہیں</w:t>
      </w:r>
    </w:p>
    <w:p>
      <w:r>
        <w:rPr>
          <w:b/>
        </w:rPr>
        <w:t xml:space="preserve">[23:07] </w:t>
      </w:r>
      <w:r>
        <w:t>itna bara badla de diya hai. Kaisa ajeeb hoga woh insaan jo aisi jannat ka hareese na ho.</w:t>
      </w:r>
    </w:p>
    <w:p>
      <w:pPr>
        <w:jc w:val="right"/>
      </w:pPr>
      <w:r>
        <w:t>اتنا بڑا بدلہ دے دیا ہے۔ کیسا عجیب ہوگا وہ انسان جو ایسی جنت کا حریص نہ ہو۔</w:t>
      </w:r>
    </w:p>
    <w:p>
      <w:r>
        <w:rPr>
          <w:b/>
        </w:rPr>
        <w:t xml:space="preserve">[23:17] </w:t>
      </w:r>
      <w:r>
        <w:t>jo aisi jannat ke liye amal na kare. Khair</w:t>
      </w:r>
    </w:p>
    <w:p>
      <w:pPr>
        <w:jc w:val="right"/>
      </w:pPr>
      <w:r>
        <w:t>جو ایسی جنت کے لیے عمل نہ کرے۔ خیر</w:t>
      </w:r>
    </w:p>
    <w:p>
      <w:r>
        <w:rPr>
          <w:b/>
        </w:rPr>
        <w:t xml:space="preserve">[23:24] </w:t>
      </w:r>
      <w:r>
        <w:t>nazlan am shajarat az-zaqoom</w:t>
      </w:r>
    </w:p>
    <w:p>
      <w:pPr>
        <w:jc w:val="right"/>
      </w:pPr>
      <w:r>
        <w:t>نزلا أم شجرة الزقوم</w:t>
      </w:r>
    </w:p>
    <w:p>
      <w:r>
        <w:rPr>
          <w:b/>
        </w:rPr>
        <w:t xml:space="preserve">[23:30] </w:t>
      </w:r>
      <w:r>
        <w:t>inna ja'alnaha fitnatan liz-zalimeen</w:t>
      </w:r>
    </w:p>
    <w:p>
      <w:pPr>
        <w:jc w:val="right"/>
      </w:pPr>
      <w:r>
        <w:t>إنا جعلناها فتنة للظالمين</w:t>
      </w:r>
    </w:p>
    <w:p>
      <w:r>
        <w:rPr>
          <w:b/>
        </w:rPr>
        <w:t xml:space="preserve">[23:37] </w:t>
      </w:r>
      <w:r>
        <w:t>innaha shajaratun takhruju fi asli al-jaheem tal'uha ka'annahu ru'oos ash-shayateen</w:t>
      </w:r>
    </w:p>
    <w:p>
      <w:pPr>
        <w:jc w:val="right"/>
      </w:pPr>
      <w:r>
        <w:t>إنها شجرة تخرج فی أصل الجحیم طلعها كأنه رؤوس الشياطين</w:t>
      </w:r>
    </w:p>
    <w:p>
      <w:r>
        <w:rPr>
          <w:b/>
        </w:rPr>
        <w:t xml:space="preserve">[23:55] </w:t>
      </w:r>
      <w:r>
        <w:t>fa-innahum la-a'kiluna minha fa-mal'oon minha al-butoon thumma inna lahum 'alayha la-shouban min hameem</w:t>
      </w:r>
    </w:p>
    <w:p>
      <w:pPr>
        <w:jc w:val="right"/>
      </w:pPr>
      <w:r>
        <w:t>فإنهم لآكلون منها فمالئون منها البطون ثم إن لهم عليها لشوبا من حميم</w:t>
      </w:r>
    </w:p>
    <w:p>
      <w:r>
        <w:rPr>
          <w:b/>
        </w:rPr>
        <w:t xml:space="preserve">[24:14] </w:t>
      </w:r>
      <w:r>
        <w:t>thumma inna marji'ahum la-ila al-jaheem</w:t>
      </w:r>
    </w:p>
    <w:p>
      <w:pPr>
        <w:jc w:val="right"/>
      </w:pPr>
      <w:r>
        <w:t>ثم إن مرجعهم لإلى الجحيم</w:t>
      </w:r>
    </w:p>
    <w:p>
      <w:r>
        <w:rPr>
          <w:b/>
        </w:rPr>
        <w:t xml:space="preserve">[24:22] </w:t>
      </w:r>
      <w:r>
        <w:t>innahum alfaw abaa'ahum dalleena fa-hum 'ala atharihim yahr'oon</w:t>
      </w:r>
    </w:p>
    <w:p>
      <w:pPr>
        <w:jc w:val="right"/>
      </w:pPr>
      <w:r>
        <w:t>إنهم ألفوا آباءهم ضالين فهم على آثارهم يهرعون</w:t>
      </w:r>
    </w:p>
    <w:p>
      <w:r>
        <w:rPr>
          <w:b/>
        </w:rPr>
        <w:t xml:space="preserve">[24:42] </w:t>
      </w:r>
      <w:r>
        <w:t>walqad dalla qablahum aktharul awwaleen walqad arsalna feehim mundhireen</w:t>
      </w:r>
    </w:p>
    <w:p>
      <w:pPr>
        <w:jc w:val="right"/>
      </w:pPr>
      <w:r>
        <w:t>ولقد ضل قبلهم أكثر الأولين ولقد أرسلنا فيهم منذرين</w:t>
      </w:r>
    </w:p>
    <w:p>
      <w:r>
        <w:rPr>
          <w:b/>
        </w:rPr>
        <w:t xml:space="preserve">[24:57] </w:t>
      </w:r>
      <w:r>
        <w:t>fanzur kaifa kana 'aaqibatul mundhareen illa 'ibadallahi al-mukhleseen.</w:t>
      </w:r>
    </w:p>
    <w:p>
      <w:pPr>
        <w:jc w:val="right"/>
      </w:pPr>
      <w:r>
        <w:t>فانظر كيف كان عاقبة المنذرين إلا عباد الله المخلصين.</w:t>
      </w:r>
    </w:p>
    <w:p>
      <w:r>
        <w:rPr>
          <w:b/>
        </w:rPr>
        <w:t xml:space="preserve">[25:11] </w:t>
      </w:r>
      <w:r>
        <w:t>yeh ziyafat achhi hai ya zakoom ka drakht? hum ne is ko zalimon ke liye fitna banaya hai. woh ek drakht hai jo dozakh ki teh se nikalta hai.</w:t>
      </w:r>
    </w:p>
    <w:p>
      <w:pPr>
        <w:jc w:val="right"/>
      </w:pPr>
      <w:r>
        <w:t>یہ ضیافت اچھی ہے یا زقوم کا درخت؟ ہم نے اس کو ظالموں کے لیے فتنہ بنایا ہے۔ وہ ایک درخت ہے جو دوزخ کی تہ سے نکلتا ہے۔</w:t>
      </w:r>
    </w:p>
    <w:p>
      <w:r>
        <w:rPr>
          <w:b/>
        </w:rPr>
        <w:t xml:space="preserve">[25:24] </w:t>
      </w:r>
      <w:r>
        <w:t>iska khosha aisa hai jaise shaitan ka sir.</w:t>
      </w:r>
    </w:p>
    <w:p>
      <w:pPr>
        <w:jc w:val="right"/>
      </w:pPr>
      <w:r>
        <w:t>اس کا خوشہ ایسا ہے جیسے شیطان کا سر۔</w:t>
      </w:r>
    </w:p>
    <w:p>
      <w:r>
        <w:rPr>
          <w:b/>
        </w:rPr>
        <w:t xml:space="preserve">[25:28] </w:t>
      </w:r>
      <w:r>
        <w:t>toh woh log us se khayenge. phir usi se pait bharenge. phir un ko kholta hua pani mila kar diya jayega.</w:t>
      </w:r>
    </w:p>
    <w:p>
      <w:pPr>
        <w:jc w:val="right"/>
      </w:pPr>
      <w:r>
        <w:t>تو وہ لوگ اس سے کھائیں گے۔ پھر اسی سے پیٹ بھریں گے۔ پھر ان کو کھولتا ہوا پانی ملا کر دیا جائے گا۔</w:t>
      </w:r>
    </w:p>
    <w:p>
      <w:r>
        <w:rPr>
          <w:b/>
        </w:rPr>
        <w:t xml:space="preserve">[25:38] </w:t>
      </w:r>
      <w:r>
        <w:t>phir un ki wapsi dozakhi ki taraf hogi. unhon ne apne baap dada ko gumrahi mein paya. phir woh bhi unhi ke qadam ba qadam daudte rahe.</w:t>
      </w:r>
    </w:p>
    <w:p>
      <w:pPr>
        <w:jc w:val="right"/>
      </w:pPr>
      <w:r>
        <w:t>پھر ان کی واپسی دوزخی کی طرف ہوگی۔ انہوں نے اپنے باپ دادا کو گمراہی میں پایا۔ پھر وہ بھی انہی کے قدم بقدم دوڑتے رہے۔</w:t>
      </w:r>
    </w:p>
    <w:p>
      <w:r>
        <w:rPr>
          <w:b/>
        </w:rPr>
        <w:t xml:space="preserve">[25:50] </w:t>
      </w:r>
      <w:r>
        <w:t>aur un se pehle bhi agle logon mein aksar gumrah hue. aur hum ne un mein bhi darane wale bheje. toh dekho un logon ka anjam kya hua jin ko daraya gaya tha.</w:t>
      </w:r>
    </w:p>
    <w:p>
      <w:pPr>
        <w:jc w:val="right"/>
      </w:pPr>
      <w:r>
        <w:t>اور ان سے پہلے بھی اگلے لوگوں میں اکثر گمراہ ہوئے۔ اور ہم نے ان میں بھی ڈرانے والے بھیجے۔ تو دیکھو ان لوگوں کا انجام کیا ہوا جن کو ڈرایا گیا تھا۔</w:t>
      </w:r>
    </w:p>
    <w:p>
      <w:r>
        <w:rPr>
          <w:b/>
        </w:rPr>
        <w:t xml:space="preserve">[26:03] </w:t>
      </w:r>
      <w:r>
        <w:t>magar woh jo Allah ke chune hue bande the.</w:t>
      </w:r>
    </w:p>
    <w:p>
      <w:pPr>
        <w:jc w:val="right"/>
      </w:pPr>
      <w:r>
        <w:t>مگر وہ جو اللہ کے چنے ہوئے بندے تھے۔</w:t>
      </w:r>
    </w:p>
    <w:p>
      <w:r>
        <w:rPr>
          <w:b/>
        </w:rPr>
        <w:t xml:space="preserve">[26:10] </w:t>
      </w:r>
      <w:r>
        <w:t>tashreeh: quran mein bataya gaya hai ke dozakh mein zakoom ka drakht hoga. aur dozakhi log jab bhook se beqarar honge toh is ko khayenge.</w:t>
      </w:r>
    </w:p>
    <w:p>
      <w:pPr>
        <w:jc w:val="right"/>
      </w:pPr>
      <w:r>
        <w:t>تشریح: قرآن میں بتایا گیا ہے کہ دوزخ میں زقوم کا درخت ہوگا۔ اور دوزخی لوگ جب بھوک سے بے قرار ہوں گے تو اس کو کھائیں گے۔</w:t>
      </w:r>
    </w:p>
    <w:p>
      <w:r>
        <w:rPr>
          <w:b/>
        </w:rPr>
        <w:t xml:space="preserve">[26:23] </w:t>
      </w:r>
      <w:r>
        <w:t>quran mein yeh khabar di gayi toh qadeem arab ke logon ne is ka mazak urana shuru kiya.</w:t>
      </w:r>
    </w:p>
    <w:p>
      <w:pPr>
        <w:jc w:val="right"/>
      </w:pPr>
      <w:r>
        <w:t>قرآن میں یہ خبر دی گئی تو قدیم عرب کے لوگوں نے اس کا مذاق اڑانا شروع کیا۔</w:t>
      </w:r>
    </w:p>
    <w:p>
      <w:r>
        <w:rPr>
          <w:b/>
        </w:rPr>
        <w:t xml:space="preserve">[26:28] </w:t>
      </w:r>
      <w:r>
        <w:t>ek sardar ne kaha ke aatish dozakh ke darmiyan drakht kaise agega jabke aag drakht ko jalati hai.</w:t>
      </w:r>
    </w:p>
    <w:p>
      <w:pPr>
        <w:jc w:val="right"/>
      </w:pPr>
      <w:r>
        <w:t>ایک سردار نے کہا کہ آتش دوزخ کے درمیان درخت کیسے اگے گا جبکہ آگ درخت کو جلاتی ہے۔</w:t>
      </w:r>
    </w:p>
    <w:p>
      <w:r>
        <w:rPr>
          <w:b/>
        </w:rPr>
        <w:t xml:space="preserve">[26:40] </w:t>
      </w:r>
      <w:r>
        <w:t>ek aur sardar ne kaha Muhammad hum ko zakoom se darate hain.</w:t>
      </w:r>
    </w:p>
    <w:p>
      <w:pPr>
        <w:jc w:val="right"/>
      </w:pPr>
      <w:r>
        <w:t>ایک اور سردار نے کہا محمد ہم کو زقوم سے ڈراتے ہیں۔</w:t>
      </w:r>
    </w:p>
    <w:p>
      <w:r>
        <w:rPr>
          <w:b/>
        </w:rPr>
        <w:t xml:space="preserve">[26:45] </w:t>
      </w:r>
      <w:r>
        <w:t>halanke zakoom barbar zaban mein khajoor aur makkhan ko kehte hain. abujahal kuch logon ko apne ghar le gaya aur apni khadima se kaha ke khajoor aur makkhan le aao.</w:t>
      </w:r>
    </w:p>
    <w:p>
      <w:pPr>
        <w:jc w:val="right"/>
      </w:pPr>
      <w:r>
        <w:t>حالانکہ زقوم بربر زبان میں کھجور اور مکھن کو کہتے ہیں۔ ابوجہل کچھ لوگوں کو اپنے گھر لے گیا اور اپنی خادمہ سے کہا کہ کھجور اور مکھن لے آؤ۔</w:t>
      </w:r>
    </w:p>
    <w:p>
      <w:r>
        <w:rPr>
          <w:b/>
        </w:rPr>
        <w:t xml:space="preserve">[26:59] </w:t>
      </w:r>
      <w:r>
        <w:t>woh layi. toh abujahal ne apne sathiyon se kaha ke lo is ko khao.</w:t>
      </w:r>
    </w:p>
    <w:p>
      <w:pPr>
        <w:jc w:val="right"/>
      </w:pPr>
      <w:r>
        <w:t>وہ لائی۔ تو ابوجہل نے اپنے ساتھیوں سے کہا کہ لو اس کو کھاؤ۔</w:t>
      </w:r>
    </w:p>
    <w:p>
      <w:r>
        <w:rPr>
          <w:b/>
        </w:rPr>
        <w:t xml:space="preserve">[27:05] </w:t>
      </w:r>
      <w:r>
        <w:t>yeh woh zakoom hai jis ki Muhammad tum ko dhamki de rahe hain. is qism ke quraani bayanat mukhalifeen ke liye behtareen hathiyar the jin ke zariye woh awam ki nazar mein quran ko ghair mu'tabar sabit kar saken.</w:t>
      </w:r>
    </w:p>
    <w:p>
      <w:pPr>
        <w:jc w:val="right"/>
      </w:pPr>
      <w:r>
        <w:t>یہ وہ زقوم ہے جس کی محمد تم کو دھمکی دے رہے ہیں۔ اس قسم کے قرآنی بیانات مخالفین کے لیے بہترین ہتھیار تھے جن کے ذریعے وہ عوام کی نظر میں قرآن کو غیر معتبر ثابت کر سکیں۔</w:t>
      </w:r>
    </w:p>
    <w:p>
      <w:r>
        <w:rPr>
          <w:b/>
        </w:rPr>
        <w:t xml:space="preserve">[27:23] </w:t>
      </w:r>
      <w:r>
        <w:t>Allah ke liye yeh mumkin tha ke woh quran mein aisa lafz istemal na kare jis mein mukhalifeen ke liye shoshe nikalne ka mauqa ho.</w:t>
      </w:r>
    </w:p>
    <w:p>
      <w:pPr>
        <w:jc w:val="right"/>
      </w:pPr>
      <w:r>
        <w:t>اللہ کے لیے یہ ممکن تھا کہ وہ قرآن میں ایسا لفظ استعمال نہ کرے جس میں مخالفین کے لیے شوشہ نکالنے کا موقع ہو۔</w:t>
      </w:r>
    </w:p>
    <w:p>
      <w:r>
        <w:rPr>
          <w:b/>
        </w:rPr>
        <w:t xml:space="preserve">[27:33] </w:t>
      </w:r>
      <w:r>
        <w:t>magar Allah ne aisa nahi kiya. is ki wajah yeh hai ke yahi woh maqam hai jahan</w:t>
      </w:r>
    </w:p>
    <w:p>
      <w:pPr>
        <w:jc w:val="right"/>
      </w:pPr>
      <w:r>
        <w:t>مگر اللہ نے ایسا نہیں کیا۔ اس کی وجہ یہ ہے کہ یہی وہ مقام ہے جہاں</w:t>
      </w:r>
    </w:p>
    <w:p>
      <w:r>
        <w:rPr>
          <w:b/>
        </w:rPr>
        <w:t xml:space="preserve">[27:41] </w:t>
      </w:r>
      <w:r>
        <w:t>aadmi ka imtehan ho raha hai. aadmi ko nijat yafta banne ke liye yeh saboot dena hai ke us ne shoshe ki baaton se bach kar asal haqeeqat par dhyan diya.</w:t>
      </w:r>
    </w:p>
    <w:p>
      <w:pPr>
        <w:jc w:val="right"/>
      </w:pPr>
      <w:r>
        <w:t>آدمی کا امتحان ہو رہا ہے۔ آدمی کو نجات یافتہ بننے کے لیے یہ ثبوت دینا ہے کہ اس نے شوشے کی باتوں سے بچ کر اصل حقیقت پر دھیان دیا۔</w:t>
      </w:r>
    </w:p>
    <w:p>
      <w:r>
        <w:rPr>
          <w:b/>
        </w:rPr>
        <w:t xml:space="preserve">[27:55] </w:t>
      </w:r>
      <w:r>
        <w:t>us ne galat fehmiyon ko ubbour kar ke kalam ke haqeeqi mudda ko paya.</w:t>
      </w:r>
    </w:p>
    <w:p>
      <w:pPr>
        <w:jc w:val="right"/>
      </w:pPr>
      <w:r>
        <w:t>اس نے غلط فہمیوں کو عبور کر کے کلام کے حقیقی مدعا کو پایا۔</w:t>
      </w:r>
    </w:p>
    <w:p>
      <w:r>
        <w:rPr>
          <w:b/>
        </w:rPr>
        <w:t xml:space="preserve">[28:01] </w:t>
      </w:r>
      <w:r>
        <w:t>us ne zehni inhiraaf ke mauqe hote hue apne zehn ko inhiraaf se bachaya.</w:t>
      </w:r>
    </w:p>
    <w:p>
      <w:pPr>
        <w:jc w:val="right"/>
      </w:pPr>
      <w:r>
        <w:t>اس نے ذہنی انحراف کے مواقع ہوتے ہوئے اپنے ذہن کو انحراف سے بچایا۔</w:t>
      </w:r>
    </w:p>
    <w:p>
      <w:r>
        <w:rPr>
          <w:b/>
        </w:rPr>
        <w:t xml:space="preserve">[28:10] </w:t>
      </w:r>
      <w:r>
        <w:t>Allah ke chune hue bande woh hain jo riwaj-e-deen se oopar uth kar sachai ko daryaft karen.</w:t>
      </w:r>
    </w:p>
    <w:p>
      <w:pPr>
        <w:jc w:val="right"/>
      </w:pPr>
      <w:r>
        <w:t>اللہ کے چنے ہوئے بندے وہ ہیں جو رواج دین سے اوپر اٹھ کر سچائی کو دریافت کریں۔</w:t>
      </w:r>
    </w:p>
    <w:p>
      <w:r>
        <w:rPr>
          <w:b/>
        </w:rPr>
        <w:t xml:space="preserve">[28:18] </w:t>
      </w:r>
      <w:r>
        <w:t>jo zahir se buland ho kar ma'ni ka idrak karen. jo Khuda ke bashri numainde ko pehchan kar us ke sathi ban jayen.</w:t>
      </w:r>
    </w:p>
    <w:p>
      <w:pPr>
        <w:jc w:val="right"/>
      </w:pPr>
      <w:r>
        <w:t>جو ظواہر سے بلند ہو کر معنی کا ادراک کریں۔ جو خدا کے بشری نمائندے کو پہچان کر اس کے ساتھی بن جائیں۔</w:t>
      </w:r>
    </w:p>
    <w:p>
      <w:r>
        <w:rPr>
          <w:b/>
        </w:rPr>
        <w:t xml:space="preserve">[28:29] </w:t>
      </w:r>
      <w:r>
        <w:t>walqad nadana nooh falani'mal mujibooon</w:t>
      </w:r>
    </w:p>
    <w:p>
      <w:pPr>
        <w:jc w:val="right"/>
      </w:pPr>
      <w:r>
        <w:t>ولقد نادانا نوح فلنعم المجيبون</w:t>
      </w:r>
    </w:p>
    <w:p>
      <w:r>
        <w:rPr>
          <w:b/>
        </w:rPr>
        <w:t xml:space="preserve">[28:37] </w:t>
      </w:r>
      <w:r>
        <w:t>wanajjainahu wa'ahla hu minal karbil 'azeem waja'alna dhurriyyata humul baaqeen wa tarakna 'alayhi fi'l aakhireen</w:t>
      </w:r>
    </w:p>
    <w:p>
      <w:pPr>
        <w:jc w:val="right"/>
      </w:pPr>
      <w:r>
        <w:t>ونجيناه وأهله من الكرب العظيم وجعلنا ذريته هم الباقين وتركنا عليه فی الآخرین</w:t>
      </w:r>
    </w:p>
    <w:p>
      <w:r>
        <w:rPr>
          <w:b/>
        </w:rPr>
        <w:t xml:space="preserve">[28:56] </w:t>
      </w:r>
      <w:r>
        <w:t>salaamun 'ala noohin fil 'alameen</w:t>
      </w:r>
    </w:p>
    <w:p>
      <w:pPr>
        <w:jc w:val="right"/>
      </w:pPr>
      <w:r>
        <w:t>سلام على نوح فی العالمین</w:t>
      </w:r>
    </w:p>
    <w:p>
      <w:r>
        <w:rPr>
          <w:b/>
        </w:rPr>
        <w:t xml:space="preserve">[29:03] </w:t>
      </w:r>
      <w:r>
        <w:t>inna kadhalika najzi al-muhsinin innahu min ibadina al-mu'minin thumma aghraqna al-akharin.</w:t>
      </w:r>
    </w:p>
    <w:p>
      <w:pPr>
        <w:jc w:val="right"/>
      </w:pPr>
      <w:r>
        <w:t>إنا كذلك نجزي المحسنین إنه من عبادنا المؤمنین ثم أغرقنا الآخرین.</w:t>
      </w:r>
    </w:p>
    <w:p>
      <w:r>
        <w:rPr>
          <w:b/>
        </w:rPr>
        <w:t xml:space="preserve">[29:23] </w:t>
      </w:r>
      <w:r>
        <w:t>aur hum ko nuh ne pukara to hum kya khoob pukara sunne wale hain. aur hum ne us ko aur us ke logon ko bohat bade gham se bacha liya.</w:t>
      </w:r>
    </w:p>
    <w:p>
      <w:pPr>
        <w:jc w:val="right"/>
      </w:pPr>
      <w:r>
        <w:t>اور ہم کو نوح نے پکارا تو ہم کیا خوب پکار سننے والے ہیں۔ اور ہم نے اس کو اور اس کے لوگوں کو بہت بڑے غم سے بچا لیا۔</w:t>
      </w:r>
    </w:p>
    <w:p>
      <w:r>
        <w:rPr>
          <w:b/>
        </w:rPr>
        <w:t xml:space="preserve">[29:34] </w:t>
      </w:r>
      <w:r>
        <w:t>aur hum ne us ki nasal ko baqi rehne wala bana diya. aur hum ne us ke tareeqe par</w:t>
      </w:r>
    </w:p>
    <w:p>
      <w:pPr>
        <w:jc w:val="right"/>
      </w:pPr>
      <w:r>
        <w:t>اور ہم نے اس کی نسل کو باقی رہنے والا بنا دیا۔ اور ہم نے اس کے طریقے پر</w:t>
      </w:r>
    </w:p>
    <w:p>
      <w:r>
        <w:rPr>
          <w:b/>
        </w:rPr>
        <w:t xml:space="preserve">[29:42] </w:t>
      </w:r>
      <w:r>
        <w:t>pichlon mein aik giroh ko chhod diya. salam hai nuh par tamam dunya walon mein. hum neki karne walon ko aisa hi badla dete hain.</w:t>
      </w:r>
    </w:p>
    <w:p>
      <w:pPr>
        <w:jc w:val="right"/>
      </w:pPr>
      <w:r>
        <w:t>پچھلوں میں ایک گروہ کو چھوڑا۔ سلام ہے نوح پر تمام دنیا والوں میں۔ ہم نیکی کرنے والوں کو ایسا ہی بدلہ دیتے ہیں۔</w:t>
      </w:r>
    </w:p>
    <w:p>
      <w:r>
        <w:rPr>
          <w:b/>
        </w:rPr>
        <w:t xml:space="preserve">[29:54] </w:t>
      </w:r>
      <w:r>
        <w:t>beshak woh hamare momin bando mein se tha. phir hum ne doosron ko gharaq kar diya.</w:t>
      </w:r>
    </w:p>
    <w:p>
      <w:pPr>
        <w:jc w:val="right"/>
      </w:pPr>
      <w:r>
        <w:t>بے شک وہ ہمارے مومن بندوں میں سے تھا۔ پھر ہم نے دوسروں کو غرق کر دیا۔</w:t>
      </w:r>
    </w:p>
    <w:p>
      <w:r>
        <w:rPr>
          <w:b/>
        </w:rPr>
        <w:t xml:space="preserve">[30:02] </w:t>
      </w:r>
      <w:r>
        <w:t>tashreeh: hazrat nuh alaihi assalam ki qaum un ki dushman ho gayi. unhon ne qaum ke muqable mein madad ke liye allah ko pukara to allah ne behtareen taur par aap ki madad ki.</w:t>
      </w:r>
    </w:p>
    <w:p>
      <w:pPr>
        <w:jc w:val="right"/>
      </w:pPr>
      <w:r>
        <w:t>تشریح: حضرت نوح علیہ السلام کی قوم ان کی دشمن ہو گئی۔ انہوں نے قوم کے مقابلے میں مدد کے لیے اللہ کو پکارا تو اللہ نے بہترین طور پر آپ کی مدد کی۔</w:t>
      </w:r>
    </w:p>
    <w:p>
      <w:r>
        <w:rPr>
          <w:b/>
        </w:rPr>
        <w:t xml:space="preserve">[30:17] </w:t>
      </w:r>
      <w:r>
        <w:t>yeh alfaaz batate hain ke jab allah ka aik banda allah ko pukarta hai to allah ki taraf se</w:t>
      </w:r>
    </w:p>
    <w:p>
      <w:pPr>
        <w:jc w:val="right"/>
      </w:pPr>
      <w:r>
        <w:t>یہ الفاظ بتاتے ہیں کہ جب اللہ کا ایک بندہ اللہ کو پکارتا ہے تو اللہ کی طرف سے</w:t>
      </w:r>
    </w:p>
    <w:p>
      <w:r>
        <w:rPr>
          <w:b/>
        </w:rPr>
        <w:t xml:space="preserve">[30:25] </w:t>
      </w:r>
      <w:r>
        <w:t>woh is ka behtareen jawab pata hai. magar is mamle ko samajhne ke liye zaroori hai ke is mein aik aur baat ko shamil kiya jaye.</w:t>
      </w:r>
    </w:p>
    <w:p>
      <w:pPr>
        <w:jc w:val="right"/>
      </w:pPr>
      <w:r>
        <w:t>وہ اس کا بہترین جواب پاتا ہے۔ مگر اس معاملے کو سمجھنے کے لیے ضروری ہے کہ اس میں ایک اور بات کو شامل کیا جائے۔</w:t>
      </w:r>
    </w:p>
    <w:p>
      <w:r>
        <w:rPr>
          <w:b/>
        </w:rPr>
        <w:t xml:space="preserve">[30:35] </w:t>
      </w:r>
      <w:r>
        <w:t>woh yeh ke hazrat nuh saade nau so saal tak kaam karte rahe.</w:t>
      </w:r>
    </w:p>
    <w:p>
      <w:pPr>
        <w:jc w:val="right"/>
      </w:pPr>
      <w:r>
        <w:t>وہ یہ کہ حضرت نوح ساڑھے نو سو سال تک کام کرتے رہے۔</w:t>
      </w:r>
    </w:p>
    <w:p>
      <w:r>
        <w:rPr>
          <w:b/>
        </w:rPr>
        <w:t xml:space="preserve">[30:41] </w:t>
      </w:r>
      <w:r>
        <w:t>unhon ne sabr aur hikmat aur khirqai ke tamam aadab ko malhooz rakhte hue qaum ko dawat di. is tarah lambi muddat ke baad woh waqt aaya ke woh qaum ke khilaf allah ko pukarein aur allah apni tamam taqaton ke sath un ki madad par aa jaye.</w:t>
      </w:r>
    </w:p>
    <w:p>
      <w:pPr>
        <w:jc w:val="right"/>
      </w:pPr>
      <w:r>
        <w:t>انہوں نے صبر اور حکمت اور خرقائی کے تمام آداب کو ملحوظ رکھتے ہوئے قوم کو دعوت دی۔ اس طرح لمبی مدت کے بعد وہ وقت آیا کہ وہ قوم کے خلاف اللہ کو پکاریں اور اللہ اپنی تمام طاقتوں کے ساتھ ان کی مدد پر آ جائے۔</w:t>
      </w:r>
    </w:p>
    <w:p>
      <w:r>
        <w:rPr>
          <w:b/>
        </w:rPr>
        <w:t xml:space="preserve">[31:04] </w:t>
      </w:r>
      <w:r>
        <w:t>hazrat nuh ke mukhalifeen aik holnak toofan mein is tarah halak hue ke un ki poori nasal khatam ho gayi. is ke baad dobara jo nasal chali woh inhi chand afraad ke zariye chali jo hazrat nuh ke sath</w:t>
      </w:r>
    </w:p>
    <w:p>
      <w:pPr>
        <w:jc w:val="right"/>
      </w:pPr>
      <w:r>
        <w:t>حضرت نوح کے مخالفین ایک ہولناک طوفان میں اس طرح ہلاک ہوئے کہ ان کی پوری نسل ختم ہوگئی۔ اس کے بعد دوبارہ جو نسل چلی وہ انہی چند افراد کے ذریعے چلی جو حضرت نوح کے ساتھ</w:t>
      </w:r>
    </w:p>
    <w:p>
      <w:r>
        <w:rPr>
          <w:b/>
        </w:rPr>
        <w:t xml:space="preserve">[31:20] </w:t>
      </w:r>
      <w:r>
        <w:t>kashti mein bacha liye gaye the. wa inna min shia tihi li ibrahim</w:t>
      </w:r>
    </w:p>
    <w:p>
      <w:pPr>
        <w:jc w:val="right"/>
      </w:pPr>
      <w:r>
        <w:t>کشتی میں بچا لیے گئے تھے۔ وإن من شيعته لإبراهيم</w:t>
      </w:r>
    </w:p>
    <w:p>
      <w:r>
        <w:rPr>
          <w:b/>
        </w:rPr>
        <w:t xml:space="preserve">[31:32] </w:t>
      </w:r>
      <w:r>
        <w:t>iz jaa a rabbahu bi qalbin saleem iz qala li abee hi wa qawmihi ma ta'budoona?</w:t>
      </w:r>
    </w:p>
    <w:p>
      <w:pPr>
        <w:jc w:val="right"/>
      </w:pPr>
      <w:r>
        <w:t>إذ جاء ربه بقلب سليم إذ قال لأبيه وقومه ماذا تعبدون؟</w:t>
      </w:r>
    </w:p>
    <w:p>
      <w:r>
        <w:rPr>
          <w:b/>
        </w:rPr>
        <w:t xml:space="preserve">[31:49] </w:t>
      </w:r>
      <w:r>
        <w:t>a'idhan aalihatun</w:t>
      </w:r>
    </w:p>
    <w:p>
      <w:pPr>
        <w:jc w:val="right"/>
      </w:pPr>
      <w:r>
        <w:t>أإذ كن آلهة</w:t>
      </w:r>
    </w:p>
    <w:p>
      <w:r>
        <w:rPr>
          <w:b/>
        </w:rPr>
        <w:t xml:space="preserve">[31:51] </w:t>
      </w:r>
      <w:r>
        <w:t>doona allahi tureedoona? fa ma zannukum bi rabbil aalameen?</w:t>
      </w:r>
    </w:p>
    <w:p>
      <w:pPr>
        <w:jc w:val="right"/>
      </w:pPr>
      <w:r>
        <w:t>دون الله تريدون؟ فما ظنكم برب العالمين؟</w:t>
      </w:r>
    </w:p>
    <w:p>
      <w:r>
        <w:rPr>
          <w:b/>
        </w:rPr>
        <w:t xml:space="preserve">[32:03] </w:t>
      </w:r>
      <w:r>
        <w:t>aur isi ke tareeqe walon mein se ibrahim bhi tha jab ke woh aaya apne rab ke paas qalb saleem ke sath.</w:t>
      </w:r>
    </w:p>
    <w:p>
      <w:pPr>
        <w:jc w:val="right"/>
      </w:pPr>
      <w:r>
        <w:t>اور اسی کے طریقے والوں میں سے ابراہیم بھی تھا جب کہ وہ آیا اپنے رب کے پاس قلب سلیم کے ساتھ۔</w:t>
      </w:r>
    </w:p>
    <w:p>
      <w:r>
        <w:rPr>
          <w:b/>
        </w:rPr>
        <w:t xml:space="preserve">[32:12] </w:t>
      </w:r>
      <w:r>
        <w:t>jab us ne apne baap se aur apni qaum se kaha ke tum kis cheez ki ibadat karte ho? kya tum allah ke siwa manghadat maboodon ko chahte ho?</w:t>
      </w:r>
    </w:p>
    <w:p>
      <w:pPr>
        <w:jc w:val="right"/>
      </w:pPr>
      <w:r>
        <w:t>جب اس نے اپنے باپ سے اور اپنی قوم سے کہا کہ تم کس چیز کی عبادت کرتے ہو؟ کیا تم اللہ کے سوا من گھڑت معبودوں کو چاہتے ہو؟</w:t>
      </w:r>
    </w:p>
    <w:p>
      <w:r>
        <w:rPr>
          <w:b/>
        </w:rPr>
        <w:t xml:space="preserve">[32:23] </w:t>
      </w:r>
      <w:r>
        <w:t>to khawand-e-alam ke bab mein tumhara kya khayal hai? tashreeh:</w:t>
      </w:r>
    </w:p>
    <w:p>
      <w:pPr>
        <w:jc w:val="right"/>
      </w:pPr>
      <w:r>
        <w:t>تو خداوند عالم کے باب میں تمہارا کیا خیال ہے؟ تشریح:</w:t>
      </w:r>
    </w:p>
    <w:p>
      <w:r>
        <w:rPr>
          <w:b/>
        </w:rPr>
        <w:t xml:space="preserve">[32:31] </w:t>
      </w:r>
      <w:r>
        <w:t>hazrat ibrahim bhi isi deen par the jis deen par hazrat nuh the. tamam nabiyon ki dawat hamesha aik rahi hai.</w:t>
      </w:r>
    </w:p>
    <w:p>
      <w:pPr>
        <w:jc w:val="right"/>
      </w:pPr>
      <w:r>
        <w:t>حضرت ابراہیم بھی اسی دین پر تھے جس دین پر حضرت نوح تھے۔ تمام نبیوں کی دعوت ہمیشہ ایک رہی ہے۔</w:t>
      </w:r>
    </w:p>
    <w:p>
      <w:r>
        <w:rPr>
          <w:b/>
        </w:rPr>
        <w:t xml:space="preserve">[32:40] </w:t>
      </w:r>
      <w:r>
        <w:t>woh yeh ke aadmi qalb saleem ke sath khuda ke haan pahunche. qalb saleem ke ma'ne hain pak dil.</w:t>
      </w:r>
    </w:p>
    <w:p>
      <w:pPr>
        <w:jc w:val="right"/>
      </w:pPr>
      <w:r>
        <w:t>وہ یہ کہ آدمی قلب سلیم کے ساتھ خدا کے ہاں پہنچے۔ قلب سلیم کے معنی ہیں پاک دل۔</w:t>
      </w:r>
    </w:p>
    <w:p>
      <w:r>
        <w:rPr>
          <w:b/>
        </w:rPr>
        <w:t xml:space="preserve">[32:49] </w:t>
      </w:r>
      <w:r>
        <w:t>yani</w:t>
      </w:r>
    </w:p>
    <w:p>
      <w:pPr>
        <w:jc w:val="right"/>
      </w:pPr>
      <w:r>
        <w:t>یعنی</w:t>
      </w:r>
    </w:p>
    <w:p>
      <w:r>
        <w:rPr>
          <w:b/>
        </w:rPr>
        <w:t xml:space="preserve">[32:50] </w:t>
      </w:r>
      <w:r>
        <w:t>afaat se mehfooz dil. yahi asal cheez hai jo allah taala ko insaan se matloob hai. allah ne insaan ko fitrat-e-sehih par paida kar ke dunya mein bheja.</w:t>
      </w:r>
    </w:p>
    <w:p>
      <w:pPr>
        <w:jc w:val="right"/>
      </w:pPr>
      <w:r>
        <w:t>آفات سے محفوظ دل۔ یہی اصل چیز ہے جو اللہ تعالیٰ کو انسان سے مطلوب ہے۔ اللہ نے انسان کو فطرت صحیح پر پیدا کر کے دنیا میں بھیجا۔</w:t>
      </w:r>
    </w:p>
    <w:p>
      <w:r>
        <w:rPr>
          <w:b/>
        </w:rPr>
        <w:t xml:space="preserve">[33:04] </w:t>
      </w:r>
      <w:r>
        <w:t>ab is ka imtehan yeh hai ke woh dunya ke fitnon se apne aap ko bachaye.</w:t>
      </w:r>
    </w:p>
    <w:p>
      <w:pPr>
        <w:jc w:val="right"/>
      </w:pPr>
      <w:r>
        <w:t>اب اس کا امتحان یہ ہے کہ وہ دنیا کے فتنوں سے اپنے آپ کو بچائے۔</w:t>
      </w:r>
    </w:p>
    <w:p>
      <w:r>
        <w:rPr>
          <w:b/>
        </w:rPr>
        <w:t xml:space="preserve">[33:10] </w:t>
      </w:r>
      <w:r>
        <w:t>woh har qism ki nafsi aur shaitani aloodgi se pak reh kar khuda ke haan pahunche. yahi pak aur mehfooz insaan hain jin ko khuda apni jannaton mein basaye ga.</w:t>
      </w:r>
    </w:p>
    <w:p>
      <w:pPr>
        <w:jc w:val="right"/>
      </w:pPr>
      <w:r>
        <w:t>وہ ہر قسم کی نفسی اور شیطانی آلودگی سے پاک رہ کر خدا کے ہاں پہنچے۔ یہی پاک اور محفوظ انسان ہیں جن کو خدا اپنی جنتوں میں بسائے گا۔</w:t>
      </w:r>
    </w:p>
    <w:p>
      <w:r>
        <w:rPr>
          <w:b/>
        </w:rPr>
        <w:t xml:space="preserve">[33:26] </w:t>
      </w:r>
      <w:r>
        <w:t>shirk allah ki tasgheer hai.</w:t>
      </w:r>
    </w:p>
    <w:p>
      <w:pPr>
        <w:jc w:val="right"/>
      </w:pPr>
      <w:r>
        <w:t>شرک خدا کی تصغیر ہے۔</w:t>
      </w:r>
    </w:p>
    <w:p>
      <w:r>
        <w:rPr>
          <w:b/>
        </w:rPr>
        <w:t xml:space="preserve">[33:28] </w:t>
      </w:r>
      <w:r>
        <w:t>aadmi khuda ko sab se barhe ki hesiyat se nahin pata is liye woh dusri barhaiyon mein gum ho kar un ki parastish karne lagta hai.</w:t>
      </w:r>
    </w:p>
    <w:p>
      <w:pPr>
        <w:jc w:val="right"/>
      </w:pPr>
      <w:r>
        <w:t>آدمی خدا کو سب سے بڑے کی حیثیت سے نہیں پاتا اس لیے وہ دوسری بڑائیوں میں گم ہو کر ان کی پرستش کرنے لگتا ہے۔</w:t>
      </w:r>
    </w:p>
    <w:p>
      <w:r>
        <w:rPr>
          <w:b/>
        </w:rPr>
        <w:t xml:space="preserve">[33:39] </w:t>
      </w:r>
      <w:r>
        <w:t>fanzar nazratan fi an-nujoom</w:t>
      </w:r>
    </w:p>
    <w:p>
      <w:pPr>
        <w:jc w:val="right"/>
      </w:pPr>
      <w:r>
        <w:t>فنظر نظرۃ فی النجوم</w:t>
      </w:r>
    </w:p>
    <w:p>
      <w:r>
        <w:rPr>
          <w:b/>
        </w:rPr>
        <w:t xml:space="preserve">[33:46] </w:t>
      </w:r>
      <w:r>
        <w:t>fa-qal inni saqeem fa-tawallaw anhu mudbireen</w:t>
      </w:r>
    </w:p>
    <w:p>
      <w:pPr>
        <w:jc w:val="right"/>
      </w:pPr>
      <w:r>
        <w:t>فقال إنی سقیم فتولوا عنه مدبرین</w:t>
      </w:r>
    </w:p>
    <w:p>
      <w:r>
        <w:rPr>
          <w:b/>
        </w:rPr>
        <w:t xml:space="preserve">[33:57] </w:t>
      </w:r>
      <w:r>
        <w:t>fa-ragha ila aalihati-him fa-qal a-la ta'kuloon?</w:t>
      </w:r>
    </w:p>
    <w:p>
      <w:pPr>
        <w:jc w:val="right"/>
      </w:pPr>
      <w:r>
        <w:t>فراغ إلى آلهتهم فقال ألا تأكلون؟</w:t>
      </w:r>
    </w:p>
    <w:p>
      <w:r>
        <w:rPr>
          <w:b/>
        </w:rPr>
        <w:t xml:space="preserve">[34:07] </w:t>
      </w:r>
      <w:r>
        <w:t>ma lakum la tantiquoon? fa-ragha alaihim darban</w:t>
      </w:r>
    </w:p>
    <w:p>
      <w:pPr>
        <w:jc w:val="right"/>
      </w:pPr>
      <w:r>
        <w:t>ما لكم لا تنطقون؟ فراغ علیہم ضربا</w:t>
      </w:r>
    </w:p>
    <w:p>
      <w:r>
        <w:rPr>
          <w:b/>
        </w:rPr>
        <w:t xml:space="preserve">[34:18] </w:t>
      </w:r>
      <w:r>
        <w:t>bil-yameen fa-aqbaloo ilaihi yaziffoon qal a-ta'budoona ma tan-hatoona?</w:t>
      </w:r>
    </w:p>
    <w:p>
      <w:pPr>
        <w:jc w:val="right"/>
      </w:pPr>
      <w:r>
        <w:t>باليمین فأقبلوا إليه يزفون قال أتعبدون ما تنحتون؟</w:t>
      </w:r>
    </w:p>
    <w:p>
      <w:r>
        <w:rPr>
          <w:b/>
        </w:rPr>
        <w:t xml:space="preserve">[34:34] </w:t>
      </w:r>
      <w:r>
        <w:t>wallahu khalaqakum wa ma ta'maloon?</w:t>
      </w:r>
    </w:p>
    <w:p>
      <w:pPr>
        <w:jc w:val="right"/>
      </w:pPr>
      <w:r>
        <w:t>والله خلقكم وما تعملون؟</w:t>
      </w:r>
    </w:p>
    <w:p>
      <w:r>
        <w:rPr>
          <w:b/>
        </w:rPr>
        <w:t xml:space="preserve">[34:40] </w:t>
      </w:r>
      <w:r>
        <w:t>qaloo banaw lahu bunyanan fa-alqoo-hu fil-jaheem fa-aradū bihi kaydan fa-ja'alnahum al-asfaleen wa qal inni dhahibun ila rabbi sahidin</w:t>
      </w:r>
    </w:p>
    <w:p>
      <w:pPr>
        <w:jc w:val="right"/>
      </w:pPr>
      <w:r>
        <w:t>قالوا بنوا له بنيانا فألقوه فی الجحیم فأرادوا به كيدا فجعلناهم الأسفلین وقال إنی ذاهب إلى ربی ساهدین</w:t>
      </w:r>
    </w:p>
    <w:p>
      <w:r>
        <w:rPr>
          <w:b/>
        </w:rPr>
        <w:t xml:space="preserve">[35:05] </w:t>
      </w:r>
      <w:r>
        <w:t>rabbi hab li min as-saleheen fa-bashsharnahu bi-ghulamin haleem</w:t>
      </w:r>
    </w:p>
    <w:p>
      <w:pPr>
        <w:jc w:val="right"/>
      </w:pPr>
      <w:r>
        <w:t>رب هب لی من الصالحین فبشرناه بغلام حلیم</w:t>
      </w:r>
    </w:p>
    <w:p>
      <w:r>
        <w:rPr>
          <w:b/>
        </w:rPr>
        <w:t xml:space="preserve">[35:17] </w:t>
      </w:r>
      <w:r>
        <w:t>phir ibrahim ne sitaron par ek nazar dali. pas kaha ke mein bimar hoon. phir woh log us ko chhod kar chale gaye.</w:t>
      </w:r>
    </w:p>
    <w:p>
      <w:pPr>
        <w:jc w:val="right"/>
      </w:pPr>
      <w:r>
        <w:t>پھر ابراہیم نے ستاروں پر ایک نظر ڈالی۔ پس کہا کہ میں بیمار ہوں۔ پھر وہ لوگ اس کو چھوڑ کر چلے گئے۔</w:t>
      </w:r>
    </w:p>
    <w:p>
      <w:r>
        <w:rPr>
          <w:b/>
        </w:rPr>
        <w:t xml:space="preserve">[35:27] </w:t>
      </w:r>
      <w:r>
        <w:t>to woh un ke batoon mein ghus gaya. kaha ke kya tum khate nahin ho? tum ko kya hua ke tum kuch bolte nahin?</w:t>
      </w:r>
    </w:p>
    <w:p>
      <w:pPr>
        <w:jc w:val="right"/>
      </w:pPr>
      <w:r>
        <w:t>تو وہ ان کے بتوں میں گھس گیا۔ کہا کہ کیا تم کھاتے نہیں ہو؟ تم کو کیا ہوا کہ تم کچھ بولتے نہیں؟</w:t>
      </w:r>
    </w:p>
    <w:p>
      <w:r>
        <w:rPr>
          <w:b/>
        </w:rPr>
        <w:t xml:space="preserve">[35:38] </w:t>
      </w:r>
      <w:r>
        <w:t>phir un ko mara poori quwwat ke sath. phir log us ke pas daure hue aaye. ibrahim ne kaha kya tum log un cheezon ko poojhte ho jin ko khud tarashte ho?</w:t>
      </w:r>
    </w:p>
    <w:p>
      <w:pPr>
        <w:jc w:val="right"/>
      </w:pPr>
      <w:r>
        <w:t>پھر ان کو مارا پوری قوت کے ساتھ۔ پھر لوگ اس کے پاس دوڑے ہوئے آئے۔ ابراہیم نے کہا کیا تم لوگ ان چیزوں کو پوچھتے ہو جن کو خود تراشتے ہو؟</w:t>
      </w:r>
    </w:p>
    <w:p>
      <w:r>
        <w:rPr>
          <w:b/>
        </w:rPr>
        <w:t xml:space="preserve">[35:54] </w:t>
      </w:r>
      <w:r>
        <w:t>aur allah ne hi paida kiya hai tum ko bhi aur un cheezon ko bhi jin ko tum banate ho. unhon ne kaha us ke liye ek makan banao.</w:t>
      </w:r>
    </w:p>
    <w:p>
      <w:pPr>
        <w:jc w:val="right"/>
      </w:pPr>
      <w:r>
        <w:t>اور اللہ ہی نے پیدا کیا ہے تم کو بھی اور ان چیزوں کو بھی جن کو تم بناتے ہو۔ انہوں نے کہا اس کے لیے ایک مکان بناؤ۔</w:t>
      </w:r>
    </w:p>
    <w:p>
      <w:r>
        <w:rPr>
          <w:b/>
        </w:rPr>
        <w:t xml:space="preserve">[36:06] </w:t>
      </w:r>
      <w:r>
        <w:t>phir us ko dehakti aag mein daal do. pas unhon ne us ke khilaf</w:t>
      </w:r>
    </w:p>
    <w:p>
      <w:pPr>
        <w:jc w:val="right"/>
      </w:pPr>
      <w:r>
        <w:t>پھر اس کو دہکتی آگ میں ڈال دو۔ پس انہوں نے اس کے خلاف</w:t>
      </w:r>
    </w:p>
    <w:p>
      <w:r>
        <w:rPr>
          <w:b/>
        </w:rPr>
        <w:t xml:space="preserve">[36:14] </w:t>
      </w:r>
      <w:r>
        <w:t>ek karrawai karni chahi. to hum ne unhi ko necha kar diya. aur us ne kaha ke mein apne rab ki taraf ja raha hoon.</w:t>
      </w:r>
    </w:p>
    <w:p>
      <w:pPr>
        <w:jc w:val="right"/>
      </w:pPr>
      <w:r>
        <w:t>ایک کارروائی کرنی چاہی۔ تو ہم نے انہی کو نیچا کر دیا۔ اور اس نے کہا کہ میں اپنے رب کی طرف جا رہا ہوں۔</w:t>
      </w:r>
    </w:p>
    <w:p>
      <w:r>
        <w:rPr>
          <w:b/>
        </w:rPr>
        <w:t xml:space="preserve">[36:26] </w:t>
      </w:r>
      <w:r>
        <w:t>woh meri rehnumai farmaye ga. aye mere rab mujh ko</w:t>
      </w:r>
    </w:p>
    <w:p>
      <w:pPr>
        <w:jc w:val="right"/>
      </w:pPr>
      <w:r>
        <w:t>وہ میری رہنمائی فرمائے گا۔ اے میرے رب مجھ کو</w:t>
      </w:r>
    </w:p>
    <w:p>
      <w:r>
        <w:rPr>
          <w:b/>
        </w:rPr>
        <w:t xml:space="preserve">[36:32] </w:t>
      </w:r>
      <w:r>
        <w:t>saleh aulad ata farma. to hum ne us ko ek bardbar ladke ki basharat di. tashreeh: hazrat ibrahim ki qom ke log ghhaliban kisi tehwar mein shirkat ke liye shahar se bahar ja rahe the.</w:t>
      </w:r>
    </w:p>
    <w:p>
      <w:pPr>
        <w:jc w:val="right"/>
      </w:pPr>
      <w:r>
        <w:t>صالح اولاد عطا فرما۔ تو ہم نے اس کو ایک بردبار لڑکے کی بشارت دی۔ تشریح: حضرت ابراہیم کی قوم کے لوگ غالباً کسی تہوار میں شرکت کے لیے شہر سے باہر جا رہے تھے۔</w:t>
      </w:r>
    </w:p>
    <w:p>
      <w:r>
        <w:rPr>
          <w:b/>
        </w:rPr>
        <w:t xml:space="preserve">[36:50] </w:t>
      </w:r>
      <w:r>
        <w:t>aap ke ghar walon ne aap se bhi chalne ke liye kaha. aap ne tūriya ke andaz mein un se mazrat kar li.</w:t>
      </w:r>
    </w:p>
    <w:p>
      <w:pPr>
        <w:jc w:val="right"/>
      </w:pPr>
      <w:r>
        <w:t>آپ کے گھر والوں نے آپ سے بھی چلنے کے لیے کہا۔ آپ نے توریہ کے انداز میں ان سے معذرت کر لی۔</w:t>
      </w:r>
    </w:p>
    <w:p>
      <w:r>
        <w:rPr>
          <w:b/>
        </w:rPr>
        <w:t xml:space="preserve">[36:59] </w:t>
      </w:r>
      <w:r>
        <w:t>jab tamam log chale gaye to raat ke waqt aap butkhane mein dakhil hue aur us ke batoon ko tod dala.</w:t>
      </w:r>
    </w:p>
    <w:p>
      <w:pPr>
        <w:jc w:val="right"/>
      </w:pPr>
      <w:r>
        <w:t>جب تمام لوگ چلے گئے تو رات کے وقت آپ بت خانے میں داخل ہوئے اور اس کے بتوں کو توڑ ڈالا۔</w:t>
      </w:r>
    </w:p>
    <w:p>
      <w:r>
        <w:rPr>
          <w:b/>
        </w:rPr>
        <w:t xml:space="preserve">[37:09] </w:t>
      </w:r>
      <w:r>
        <w:t>yeh aap ne us waqt kiya jab ke musalsal dawat ke zariye aap un par itmam-e-hujjat kar chuke the. jab unhon ne dalail se batoon ka be-haqeeqat hona tasleem nahin kiya to batoon ko tod kar aap ne amal ki zaban mein bataya</w:t>
      </w:r>
    </w:p>
    <w:p>
      <w:pPr>
        <w:jc w:val="right"/>
      </w:pPr>
      <w:r>
        <w:t>یہ آپ نے اس وقت کیا جب کہ مسلسل دعوت کے ذریعے آپ ان پر اتمام حجت کر چکے تھے۔ جب انہوں نے دلائل سے بتوں کا بے حقیقت ہونا تسلیم نہیں کیا تو بتوں کو توڑ کر آپ نے عمل کی زبان میں بتایا</w:t>
      </w:r>
    </w:p>
    <w:p>
      <w:r>
        <w:rPr>
          <w:b/>
        </w:rPr>
        <w:t xml:space="preserve">[37:27] </w:t>
      </w:r>
      <w:r>
        <w:t>ke in batoon ki koi haqeeqat nahin. agar haqeeqat hoti to woh apne aap ko tode jaane se bacha lete. aap ki is aakhri karrawai ke baad qom ne bhi apni aakhri karrawai ki.</w:t>
      </w:r>
    </w:p>
    <w:p>
      <w:pPr>
        <w:jc w:val="right"/>
      </w:pPr>
      <w:r>
        <w:t>کہ ان بتوں کی کوئی حقیقت نہیں۔ اگر حقیقت ہوتی تو وہ اپنے آپ کو توڑے جانے سے بچا لیتے۔ آپ کی اس آخری کارروائی کے بعد قوم نے بھی اپنی آخری کارروائی کی۔</w:t>
      </w:r>
    </w:p>
    <w:p>
      <w:r>
        <w:rPr>
          <w:b/>
        </w:rPr>
        <w:t xml:space="preserve">[37:44] </w:t>
      </w:r>
      <w:r>
        <w:t>unhon ne aap ko aag mein daal diya. magar allah ne aap ko aag se bacha liya. is ke baad aap apne watan iraq ko chhod kar chale gaye.</w:t>
      </w:r>
    </w:p>
    <w:p>
      <w:pPr>
        <w:jc w:val="right"/>
      </w:pPr>
      <w:r>
        <w:t>انہوں نے آپ کو آگ میں ڈال دیا۔ مگر اللہ نے آپ کو آگ سے بچا لیا۔ اس کے بعد آپ اپنے وطن عراق کو چھوڑ کر چلے گئے۔</w:t>
      </w:r>
    </w:p>
    <w:p>
      <w:r>
        <w:rPr>
          <w:b/>
        </w:rPr>
        <w:t xml:space="preserve">[37:58] </w:t>
      </w:r>
      <w:r>
        <w:t>us waqt aap ne dua ki ke khuda ya</w:t>
      </w:r>
    </w:p>
    <w:p>
      <w:pPr>
        <w:jc w:val="right"/>
      </w:pPr>
      <w:r>
        <w:t>اس وقت آپ نے دعا کی کہ خدایا</w:t>
      </w:r>
    </w:p>
    <w:p>
      <w:r>
        <w:rPr>
          <w:b/>
        </w:rPr>
        <w:t xml:space="preserve">[38:01] </w:t>
      </w:r>
      <w:r>
        <w:t>tu mere yahan saleh aulad paida kar ta ke mein us ko taleem o tarbiyat ke zariye momin o muslim banaoon aur woh mere baad dawat-e-tauheed ka tasalsul jari rakhay.</w:t>
      </w:r>
    </w:p>
    <w:p>
      <w:pPr>
        <w:jc w:val="right"/>
      </w:pPr>
      <w:r>
        <w:t>تو میرے یہاں صالح اولاد پیدا کر تاکہ میں اس کو تعلیم و تربیت کے ذریعے مومن و مسلم بناؤں اور وہ میرے بعد دعوت توحید کا تسلسل جاری رکھے۔</w:t>
      </w:r>
    </w:p>
    <w:p>
      <w:r>
        <w:rPr>
          <w:b/>
        </w:rPr>
        <w:t xml:space="preserve">[38:18] </w:t>
      </w:r>
      <w:r>
        <w:t>falamma balagha ma'ahu as-sa'y qal ya bunayya inni ara fi al-manami inni azbahuka fanzur madha tara?</w:t>
      </w:r>
    </w:p>
    <w:p>
      <w:pPr>
        <w:jc w:val="right"/>
      </w:pPr>
      <w:r>
        <w:t>فلما بلغ معه السعي قال يا بني إنی أرى فی المنام إنی أذبحک فانظر ماذا ترى؟</w:t>
      </w:r>
    </w:p>
    <w:p>
      <w:r>
        <w:rPr>
          <w:b/>
        </w:rPr>
        <w:t xml:space="preserve">[38:36] </w:t>
      </w:r>
      <w:r>
        <w:t>qaala ya</w:t>
      </w:r>
    </w:p>
    <w:p>
      <w:pPr>
        <w:jc w:val="right"/>
      </w:pPr>
      <w:r>
        <w:t>قال يا</w:t>
      </w:r>
    </w:p>
    <w:p>
      <w:r>
        <w:rPr>
          <w:b/>
        </w:rPr>
        <w:t xml:space="preserve">[38:39] </w:t>
      </w:r>
      <w:r>
        <w:t>abati if'al ma tu'maru satajiduni</w:t>
      </w:r>
    </w:p>
    <w:p>
      <w:pPr>
        <w:jc w:val="right"/>
      </w:pPr>
      <w:r>
        <w:t>أبت افعل ما تؤمر ستجدنی</w:t>
      </w:r>
    </w:p>
    <w:p>
      <w:r>
        <w:rPr>
          <w:b/>
        </w:rPr>
        <w:t xml:space="preserve">[38:45] </w:t>
      </w:r>
      <w:r>
        <w:t>in sha'a allahu minas sabireen falamma aslamaa wa tallahu lil jabeeni wa nadaynaahu</w:t>
      </w:r>
    </w:p>
    <w:p>
      <w:pPr>
        <w:jc w:val="right"/>
      </w:pPr>
      <w:r>
        <w:t>إن شاء الله من الصابرین فلما أسلم وتله للجبين وناديناه</w:t>
      </w:r>
    </w:p>
    <w:p>
      <w:r>
        <w:rPr>
          <w:b/>
        </w:rPr>
        <w:t xml:space="preserve">[39:04] </w:t>
      </w:r>
      <w:r>
        <w:t>ya ibraheem</w:t>
      </w:r>
    </w:p>
    <w:p>
      <w:pPr>
        <w:jc w:val="right"/>
      </w:pPr>
      <w:r>
        <w:t>إن يا ابراهيم</w:t>
      </w:r>
    </w:p>
    <w:p>
      <w:r>
        <w:rPr>
          <w:b/>
        </w:rPr>
        <w:t xml:space="preserve">[39:11] </w:t>
      </w:r>
      <w:r>
        <w:t>qad saddaqtar ru'yaa inna kadhalika najzil muhsineen</w:t>
      </w:r>
    </w:p>
    <w:p>
      <w:pPr>
        <w:jc w:val="right"/>
      </w:pPr>
      <w:r>
        <w:t>قد صدقت الرؤيا إنا كذلك نجزي المحسنين</w:t>
      </w:r>
    </w:p>
    <w:p>
      <w:r>
        <w:rPr>
          <w:b/>
        </w:rPr>
        <w:t xml:space="preserve">[39:22] </w:t>
      </w:r>
      <w:r>
        <w:t>inna hadha lahuwal balaa'ul mubeen</w:t>
      </w:r>
    </w:p>
    <w:p>
      <w:pPr>
        <w:jc w:val="right"/>
      </w:pPr>
      <w:r>
        <w:t>إن هذا لهو البلاء المبين</w:t>
      </w:r>
    </w:p>
    <w:p>
      <w:r>
        <w:rPr>
          <w:b/>
        </w:rPr>
        <w:t xml:space="preserve">[39:31] </w:t>
      </w:r>
      <w:r>
        <w:t>wa fadaynaahu bi dhibhin 'adheem</w:t>
      </w:r>
    </w:p>
    <w:p>
      <w:pPr>
        <w:jc w:val="right"/>
      </w:pPr>
      <w:r>
        <w:t>وفديناه بذبح عظيم</w:t>
      </w:r>
    </w:p>
    <w:p>
      <w:r>
        <w:rPr>
          <w:b/>
        </w:rPr>
        <w:t xml:space="preserve">[39:36] </w:t>
      </w:r>
      <w:r>
        <w:t>wa taraknaa 'alayhi fil aakhireen</w:t>
      </w:r>
    </w:p>
    <w:p>
      <w:pPr>
        <w:jc w:val="right"/>
      </w:pPr>
      <w:r>
        <w:t>وتركنا عليه فی الآخرین</w:t>
      </w:r>
    </w:p>
    <w:p>
      <w:r>
        <w:rPr>
          <w:b/>
        </w:rPr>
        <w:t xml:space="preserve">[39:42] </w:t>
      </w:r>
      <w:r>
        <w:t>salaamun 'ala ibraheem</w:t>
      </w:r>
    </w:p>
    <w:p>
      <w:pPr>
        <w:jc w:val="right"/>
      </w:pPr>
      <w:r>
        <w:t>سلام على ابراهیم</w:t>
      </w:r>
    </w:p>
    <w:p>
      <w:r>
        <w:rPr>
          <w:b/>
        </w:rPr>
        <w:t xml:space="preserve">[39:49] </w:t>
      </w:r>
      <w:r>
        <w:t>kadhalika najzil muhsineen</w:t>
      </w:r>
    </w:p>
    <w:p>
      <w:pPr>
        <w:jc w:val="right"/>
      </w:pPr>
      <w:r>
        <w:t>كذلك نجزي المحسنین</w:t>
      </w:r>
    </w:p>
    <w:p>
      <w:r>
        <w:rPr>
          <w:b/>
        </w:rPr>
        <w:t xml:space="preserve">[39:55] </w:t>
      </w:r>
      <w:r>
        <w:t>innahu min 'ibaadinaal mu'mineen</w:t>
      </w:r>
    </w:p>
    <w:p>
      <w:pPr>
        <w:jc w:val="right"/>
      </w:pPr>
      <w:r>
        <w:t>إنه من عبادنا المؤمنين</w:t>
      </w:r>
    </w:p>
    <w:p>
      <w:r>
        <w:rPr>
          <w:b/>
        </w:rPr>
        <w:t xml:space="preserve">[40:02] </w:t>
      </w:r>
      <w:r>
        <w:t>wa bashirnaahu bi ishaqa nabiyyan minas saaliheen</w:t>
      </w:r>
    </w:p>
    <w:p>
      <w:pPr>
        <w:jc w:val="right"/>
      </w:pPr>
      <w:r>
        <w:t>وبشرناه بإسحاق نبيا من الصالحین</w:t>
      </w:r>
    </w:p>
    <w:p>
      <w:r>
        <w:rPr>
          <w:b/>
        </w:rPr>
        <w:t xml:space="preserve">[40:10] </w:t>
      </w:r>
      <w:r>
        <w:t>wa baaraknaa 'alayhi wa 'ala ishaaq</w:t>
      </w:r>
    </w:p>
    <w:p>
      <w:pPr>
        <w:jc w:val="right"/>
      </w:pPr>
      <w:r>
        <w:t>وباركنا عليه وعلى إسحاق</w:t>
      </w:r>
    </w:p>
    <w:p>
      <w:r>
        <w:rPr>
          <w:b/>
        </w:rPr>
        <w:t xml:space="preserve">[40:18] </w:t>
      </w:r>
      <w:r>
        <w:t>wa min dhurriyyatihim muhsinunw wa dhaalimul linafsihi mubeen</w:t>
      </w:r>
    </w:p>
    <w:p>
      <w:pPr>
        <w:jc w:val="right"/>
      </w:pPr>
      <w:r>
        <w:t>ومن ذريتهما محسن وظالم لنفسه مبین</w:t>
      </w:r>
    </w:p>
    <w:p>
      <w:r>
        <w:rPr>
          <w:b/>
        </w:rPr>
        <w:t xml:space="preserve">[40:29] </w:t>
      </w:r>
      <w:r>
        <w:t>pas jab woh is ke saath chalne phirne ki umar ko pohncha us ne kaha ae mere bete main khwaab mein dekhta hoon ke tum ko zabah kar raha hoon pas tum soch lo ke tumhari rai kya hai</w:t>
      </w:r>
    </w:p>
    <w:p>
      <w:pPr>
        <w:jc w:val="right"/>
      </w:pPr>
      <w:r>
        <w:t>پس جب وہ اس کے ساتھ چلنے پھرنے کی عمر کو پہنچا اس نے کہا اے میرے بیٹے میں خواب میں دیکھتا ہوں کہ تم کو ذبح کر رہا ہوں پس تم سوچ لو کہ تمہاری رائے کیا ہے</w:t>
      </w:r>
    </w:p>
    <w:p>
      <w:r>
        <w:rPr>
          <w:b/>
        </w:rPr>
        <w:t xml:space="preserve">[40:47] </w:t>
      </w:r>
      <w:r>
        <w:t>us ne kaha ke ae mere baap aap ko jo hukum diya ja raha hai us ko kar daliye insha'Allah aap mujh ko sabiroun mein se paayenge pas jab dono muti ho gaye</w:t>
      </w:r>
    </w:p>
    <w:p>
      <w:pPr>
        <w:jc w:val="right"/>
      </w:pPr>
      <w:r>
        <w:t>اس نے کہا کہ اے میرے باپ آپ کو جو حکم دیا جا رہا ہے اس کو کر ڈالیے انشاءاللہ آپ مجھ کو صابروں میں سے پائیں گے پس جب دونوں مطیع ہو گئے</w:t>
      </w:r>
    </w:p>
    <w:p>
      <w:r>
        <w:rPr>
          <w:b/>
        </w:rPr>
        <w:t xml:space="preserve">[41:04] </w:t>
      </w:r>
      <w:r>
        <w:t>aur ibrahim ne us ko maathe ke bal gira diya aur hum ne us ko aawaaz di ke ae ibrahim tum ne khwaab ko sach kar dikhaya beshak hum neki karne walon ko</w:t>
      </w:r>
    </w:p>
    <w:p>
      <w:pPr>
        <w:jc w:val="right"/>
      </w:pPr>
      <w:r>
        <w:t>اور ابراہیم نے اس کو ماتھے کے بل گرا دیا اور ہم نے اس کو آواز دی کہ اے ابراہیم تم نے خواب کو سچ کر دکھایا بے شک ہم نیکی کرنے والوں کو</w:t>
      </w:r>
    </w:p>
    <w:p>
      <w:r>
        <w:rPr>
          <w:b/>
        </w:rPr>
        <w:t xml:space="preserve">[41:22] </w:t>
      </w:r>
      <w:r>
        <w:t>aisa hi badla dete hain yaqeenan yeh ek khuli hui aazmaish thi aur hum ne ek badi qurbaani ke ewaz us ko chuda liya aur hum ne us par</w:t>
      </w:r>
    </w:p>
    <w:p>
      <w:pPr>
        <w:jc w:val="right"/>
      </w:pPr>
      <w:r>
        <w:t>ایسا ہی بدلہ دیتے ہیں یقینا یہ ایک کھلی ہوئی آزمائش تھی اور ہم نے ایک بڑی قربانی کے عوض اس کو چھڑا لیا اور ہم نے اس پر</w:t>
      </w:r>
    </w:p>
    <w:p>
      <w:r>
        <w:rPr>
          <w:b/>
        </w:rPr>
        <w:t xml:space="preserve">[41:39] </w:t>
      </w:r>
      <w:r>
        <w:t>pichlon mein ek giroh ko choda salaamati ho ibrahim par</w:t>
      </w:r>
    </w:p>
    <w:p>
      <w:pPr>
        <w:jc w:val="right"/>
      </w:pPr>
      <w:r>
        <w:t>پچھلوں میں ایک گروہ کو چھوڑا سلامتی ہو ابراہیم پر</w:t>
      </w:r>
    </w:p>
    <w:p>
      <w:r>
        <w:rPr>
          <w:b/>
        </w:rPr>
        <w:t xml:space="preserve">[41:46] </w:t>
      </w:r>
      <w:r>
        <w:t>hum neki karne walon ko isi tarah badla dete hain</w:t>
      </w:r>
    </w:p>
    <w:p>
      <w:pPr>
        <w:jc w:val="right"/>
      </w:pPr>
      <w:r>
        <w:t>ہم نیکی کرنے والوں کو اسی طرح بدلہ دیتے ہیں</w:t>
      </w:r>
    </w:p>
    <w:p>
      <w:r>
        <w:rPr>
          <w:b/>
        </w:rPr>
        <w:t xml:space="preserve">[41:54] </w:t>
      </w:r>
      <w:r>
        <w:t>beshak woh hamare momin bando'n mein se tha aur hum ne us ko ishaq ki khushkhabri di ek nabi saaliheen mein se aur hum ne us ko aur ishaq ko barkat di</w:t>
      </w:r>
    </w:p>
    <w:p>
      <w:pPr>
        <w:jc w:val="right"/>
      </w:pPr>
      <w:r>
        <w:t>بے شک وہ ہمارے مومن بندوں میں سے تھا اور ہم نے اس کو اسحاق کی خوشخبری دی ایک نبی صالحین میں سے اور ہم نے اس کو اور اسحاق کو برکت دی</w:t>
      </w:r>
    </w:p>
    <w:p>
      <w:r>
        <w:rPr>
          <w:b/>
        </w:rPr>
        <w:t xml:space="preserve">[42:13] </w:t>
      </w:r>
      <w:r>
        <w:t>aur un dono'n ki nasal mein achhe bhi hain aur aise bhi jo apne nafs par sareeh zulm karne wale hain</w:t>
      </w:r>
    </w:p>
    <w:p>
      <w:pPr>
        <w:jc w:val="right"/>
      </w:pPr>
      <w:r>
        <w:t>اور ان دونوں کی نسل میں اچھے بھی ہیں اور ایسے بھی جو اپنے نفس پر صریح ظلم کرنے والے ہیں</w:t>
      </w:r>
    </w:p>
    <w:p>
      <w:r>
        <w:rPr>
          <w:b/>
        </w:rPr>
        <w:t xml:space="preserve">[42:26] </w:t>
      </w:r>
      <w:r>
        <w:t>tashreeh hazrat ibrahim ke zamane mein shirk ka is tarah aam ghalba hua ke tareekh mein is ka tasalsul qaaim ho gaya ab jo bachcha paida hota woh mahaul ke asar se</w:t>
      </w:r>
    </w:p>
    <w:p>
      <w:pPr>
        <w:jc w:val="right"/>
      </w:pPr>
      <w:r>
        <w:t>تشریح حضرت ابراہیم کے زمانے میں شرک کا اس طرح عمومی غلبہ ہوا کہ تاریخ میں اس کا تسلسل قائم ہو گیا اب جو بچہ پیدا ہوتا وہ ماحول کے اثر سے</w:t>
      </w:r>
    </w:p>
    <w:p>
      <w:r>
        <w:rPr>
          <w:b/>
        </w:rPr>
        <w:t xml:space="preserve">[42:43] </w:t>
      </w:r>
      <w:r>
        <w:t>shirk mein itna pakhta ho jata ke koi bhi dawat ki koshish us ke zehan ko shirk se hatane mein kaamyaab nahi hoti thi hazrat ibrahim jab lambi dawat ki jahad ke baad</w:t>
      </w:r>
    </w:p>
    <w:p>
      <w:pPr>
        <w:jc w:val="right"/>
      </w:pPr>
      <w:r>
        <w:t>شرک میں اتنا پختہ ہو جاتا کہ کوئی بھی دعوتی کوشش اس کے ذہن کو شرک سے ہٹانے میں کامیاب نہیں ہوتی تھی حضرت ابراہیم جب لمبی دعوتی جدوجہد کے بعد</w:t>
      </w:r>
    </w:p>
    <w:p>
      <w:r>
        <w:rPr>
          <w:b/>
        </w:rPr>
        <w:t xml:space="preserve">[43:01] </w:t>
      </w:r>
      <w:r>
        <w:t>iraq se nikle to un ke saath sirf do momin the ek aap ki ahliya saara doosre aap ke bhatije loot log dawat ke zariye</w:t>
      </w:r>
    </w:p>
    <w:p>
      <w:pPr>
        <w:jc w:val="right"/>
      </w:pPr>
      <w:r>
        <w:t>عراق سے نکلے تو ان کے ساتھ صرف دو مومن تھے ایک آپ کی اہلیہ سارہ دوسرے آپ کے بھتیجے لوط لوگ دعوت کے ذریعے</w:t>
      </w:r>
    </w:p>
    <w:p>
      <w:r>
        <w:rPr>
          <w:b/>
        </w:rPr>
        <w:t xml:space="preserve">[43:17] </w:t>
      </w:r>
      <w:r>
        <w:t>tauheed ke raste par nahi aa rahe the is liye Allah taala ka yeh mansooba hua ke ek aisi nasal tayyar ki jaye jo shirk ki fiza se alag ho kar parwarish paaye is ke liye hijaz ke ilaqe ka intekhab hua</w:t>
      </w:r>
    </w:p>
    <w:p>
      <w:pPr>
        <w:jc w:val="right"/>
      </w:pPr>
      <w:r>
        <w:t>توحید کے راستے پر نہیں آ رہے تھے اس لیے اللہ تعالیٰ کا یہ منصوبہ ہوا کہ ایک ایسی نسل تیار کی جائے جو شرک کی فضا سے الگ ہو کر پرورش پائے اس کے لیے حجاز کے علاقے کا انتخاب ہوا</w:t>
      </w:r>
    </w:p>
    <w:p>
      <w:r>
        <w:rPr>
          <w:b/>
        </w:rPr>
        <w:t xml:space="preserve">[43:35] </w:t>
      </w:r>
      <w:r>
        <w:t>jo biyaban o gayah hone ki wajah se bilkul ghair abad pada hua tha mansooba yeh tha ke is ghair abad ilaqe mein ek shakhs ko abad kiya jaye aur is se</w:t>
      </w:r>
    </w:p>
    <w:p>
      <w:pPr>
        <w:jc w:val="right"/>
      </w:pPr>
      <w:r>
        <w:t>جو بیاب و گیاہ ہونے کی وجہ سے بالکل غیر آباد پڑا ہوا تھا منصوبہ یہ تھا کہ اس غیر آباد علاقے میں ایک شخص کو آباد کیا جائے اور اس سے</w:t>
      </w:r>
    </w:p>
    <w:p>
      <w:r>
        <w:rPr>
          <w:b/>
        </w:rPr>
        <w:t xml:space="preserve">[43:52] </w:t>
      </w:r>
      <w:r>
        <w:t>tawulud o tanasul ke zariye ek mehfooz nasal tayyar ki jaye magar is waqt hijaz mukammal taur par ek khushk sehra tha aur is khushk sehra mein kisi shakhs ko abad karna is ko</w:t>
      </w:r>
    </w:p>
    <w:p>
      <w:pPr>
        <w:jc w:val="right"/>
      </w:pPr>
      <w:r>
        <w:t>تولد و تناسل کے ذریعے ایک محفوظ نسل تیار کی جائے مگر اس وقت حجاز مکمل طور پر ایک خشک صحرا تھا اور اس خشک صحرا میں کسی شخص کو آباد کرنا اس کو</w:t>
      </w:r>
    </w:p>
    <w:p>
      <w:r>
        <w:rPr>
          <w:b/>
        </w:rPr>
        <w:t xml:space="preserve">[44:10] </w:t>
      </w:r>
      <w:r>
        <w:t>jite ji zabah kar dene ke hamana tha hazrat ibrahim ko Allah taala ne apne bete ke haq mein isi zabiha ka hukum diya aur unhon ne poori tarah matee ho kar apne bete ko is zabiha ke liye hazir kar diya</w:t>
      </w:r>
    </w:p>
    <w:p>
      <w:pPr>
        <w:jc w:val="right"/>
      </w:pPr>
      <w:r>
        <w:t>جیتے جی ذبح کر دینے کے ہمانا تھا حضرت ابراہیم کو اللہ تعالیٰ نے اپنے بیٹے کے حق میں اسی ذبیحہ کا حکم دیا اور انہوں نے پوری طرح مطیع ہو کر اپنے بیٹے کو اس ذبیحہ کے لیے حاضر کر دیا</w:t>
      </w:r>
    </w:p>
    <w:p>
      <w:r>
        <w:rPr>
          <w:b/>
        </w:rPr>
        <w:t xml:space="preserve">[44:30] </w:t>
      </w:r>
      <w:r>
        <w:t>hazrat ibrahim ke doosre bete hazrat ishaq the un ki nasal mein musalsal nubuwat jari rahi yahan tak ke bano ismail mein aakhri nabi paida ho gaye unhon ne muzkurah mehfooz nasal ko istemal kar ke woh inqalab barpa kiya jis ne hamesha ke liye</w:t>
      </w:r>
    </w:p>
    <w:p>
      <w:pPr>
        <w:jc w:val="right"/>
      </w:pPr>
      <w:r>
        <w:t>حضرت ابراہیم کے دوسرے بیٹے حضرت اسحاق تھے ان کی نسل میں مسلسل نبوت جاری رہی یہاں تک کہ بنو اسماعیل میں آخری نبی پیدا ہوگئے انہوں نے مذکورہ محفوظ نسل کو استعمال کر کے وہ انقلاب برپا کیا جس نے ہمیشہ کے لیے</w:t>
      </w:r>
    </w:p>
    <w:p>
      <w:r>
        <w:rPr>
          <w:b/>
        </w:rPr>
        <w:t xml:space="preserve">[44:51] </w:t>
      </w:r>
      <w:r>
        <w:t>shirk ko ghalib fikr ki hesiyat se khatam kar diya wa laqad manana moosa wa haroon wa najjaynahuma wa qawmahum min al-karb al-azeem</w:t>
      </w:r>
    </w:p>
    <w:p>
      <w:pPr>
        <w:jc w:val="right"/>
      </w:pPr>
      <w:r>
        <w:t>شرک کو غالب فکر کی حیثیت سے ختم کر دیا ولقد منا موسی وهارون ونجيناهما وقومهما من الكرب العظيم</w:t>
      </w:r>
    </w:p>
    <w:p>
      <w:r>
        <w:rPr>
          <w:b/>
        </w:rPr>
        <w:t xml:space="preserve">[45:10] </w:t>
      </w:r>
      <w:r>
        <w:t>wa nasarnahum fa kanoo hum al-ghalibeen wa ataynahuma al-kitab al-mustabeen wa hadaynahuma al-sirat al-mustaqeem</w:t>
      </w:r>
    </w:p>
    <w:p>
      <w:pPr>
        <w:jc w:val="right"/>
      </w:pPr>
      <w:r>
        <w:t>ونصرناهم فكانوا هم الغالبين واتيناهما الكتاب المستبین وهديناهما الصراط المستقیم</w:t>
      </w:r>
    </w:p>
    <w:p>
      <w:r>
        <w:rPr>
          <w:b/>
        </w:rPr>
        <w:t xml:space="preserve">[45:30] </w:t>
      </w:r>
      <w:r>
        <w:t>wa tarakna alayhim fi al-akhereen</w:t>
      </w:r>
    </w:p>
    <w:p>
      <w:pPr>
        <w:jc w:val="right"/>
      </w:pPr>
      <w:r>
        <w:t>وتركنا عليهما فی الآخرین</w:t>
      </w:r>
    </w:p>
    <w:p>
      <w:r>
        <w:rPr>
          <w:b/>
        </w:rPr>
        <w:t xml:space="preserve">[45:37] </w:t>
      </w:r>
      <w:r>
        <w:t>salam ala moosa wa haroon</w:t>
      </w:r>
    </w:p>
    <w:p>
      <w:pPr>
        <w:jc w:val="right"/>
      </w:pPr>
      <w:r>
        <w:t>سلام على موسی وهارون</w:t>
      </w:r>
    </w:p>
    <w:p>
      <w:r>
        <w:rPr>
          <w:b/>
        </w:rPr>
        <w:t xml:space="preserve">[45:43] </w:t>
      </w:r>
      <w:r>
        <w:t>inna kazalika najzi al-muhsineen</w:t>
      </w:r>
    </w:p>
    <w:p>
      <w:pPr>
        <w:jc w:val="right"/>
      </w:pPr>
      <w:r>
        <w:t>إنا كذلك نجزي المحسنين</w:t>
      </w:r>
    </w:p>
    <w:p>
      <w:r>
        <w:rPr>
          <w:b/>
        </w:rPr>
        <w:t xml:space="preserve">[45:50] </w:t>
      </w:r>
      <w:r>
        <w:t>innahu min ibadina al-mu'mineen</w:t>
      </w:r>
    </w:p>
    <w:p>
      <w:pPr>
        <w:jc w:val="right"/>
      </w:pPr>
      <w:r>
        <w:t>إنهما من عبادنا المؤمنين</w:t>
      </w:r>
    </w:p>
    <w:p>
      <w:r>
        <w:rPr>
          <w:b/>
        </w:rPr>
        <w:t xml:space="preserve">[45:57] </w:t>
      </w:r>
      <w:r>
        <w:t>aur hum ne moosa aur haroon par ehsan kiya aur un ko aur un ki qom ko ek bari museebat se nijat di aur hum ne un ki madad ki to wohi ghalib aane wale bane aur hum ne un dono ko wazeh kitab di</w:t>
      </w:r>
    </w:p>
    <w:p>
      <w:pPr>
        <w:jc w:val="right"/>
      </w:pPr>
      <w:r>
        <w:t>اور ہم نے موسی اور ہارون پر احسان کیا اور ان کو اور ان کی قوم کو ایک بڑی مصیبت سے نجات دی اور ہم نے ان کی مدد کی تو وہی غالب آنے والے بنے اور ہم نے ان دونوں کو واضح کتاب دی</w:t>
      </w:r>
    </w:p>
    <w:p>
      <w:r>
        <w:rPr>
          <w:b/>
        </w:rPr>
        <w:t xml:space="preserve">[46:17] </w:t>
      </w:r>
      <w:r>
        <w:t>aur hum ne un dono ko seedha rasta dikhaya aur hum ne un ke tareeqe par peechay walon mein ek groh ko choda salamati ho moosa aur haroon par</w:t>
      </w:r>
    </w:p>
    <w:p>
      <w:pPr>
        <w:jc w:val="right"/>
      </w:pPr>
      <w:r>
        <w:t>اور ہم نے ان دونوں کو سیدھا راستہ دکھایا اور ہم نے ان کے طریقے پر پیچھے والوں میں ایک گروہ کو چھوڑا سلامتی ہو موسی اور ہارون پر</w:t>
      </w:r>
    </w:p>
    <w:p>
      <w:r>
        <w:rPr>
          <w:b/>
        </w:rPr>
        <w:t xml:space="preserve">[46:32] </w:t>
      </w:r>
      <w:r>
        <w:t>hum neki karne walon ko aisa hi badla dete hain beshak woh dono hamare momin bandoon mein se the tashreeh Allah taala ne hazrat moosa aur un ki qom ki madad ki</w:t>
      </w:r>
    </w:p>
    <w:p>
      <w:pPr>
        <w:jc w:val="right"/>
      </w:pPr>
      <w:r>
        <w:t>ہم نیکی کرنے والوں کو ایسا ہی بدلہ دیتے ہیں بے شک وہ دونوں ہمارے مومن بندوں میں سے تھے تشریح اللہ تعالیٰ نے حضرت موسی اور ان کی قوم کی مدد کی</w:t>
      </w:r>
    </w:p>
    <w:p>
      <w:r>
        <w:rPr>
          <w:b/>
        </w:rPr>
        <w:t xml:space="preserve">[46:50] </w:t>
      </w:r>
      <w:r>
        <w:t>aur un ko firoun ke zulm se nijat di yahan sawal yeh hai ke yeh kaise hua yeh dawat ila Allah ke zariye hua hazrat moosa ne firoun par haq ki talib ki</w:t>
      </w:r>
    </w:p>
    <w:p>
      <w:pPr>
        <w:jc w:val="right"/>
      </w:pPr>
      <w:r>
        <w:t>اور ان کو فرعون کے ظلم سے نجات دی یہاں سوال یہ ہے کہ یہ کیسے ہوا یہ دعوت الی اللہ کے ذریعے ہوا حضرت موسی نے فرعون پر حق کی تبلیغ کی</w:t>
      </w:r>
    </w:p>
    <w:p>
      <w:r>
        <w:rPr>
          <w:b/>
        </w:rPr>
        <w:t xml:space="preserve">[47:07] </w:t>
      </w:r>
      <w:r>
        <w:t>lambi juhud ke zariye aap ne is ko itmam e hujjat tak pohanchaya is ke baad woh waqt aaya ke firoun ko mujrim qarar de kar use halak kiya jaye aur hazrat moosa aur un ki qom ko ghalba hasil ho</w:t>
      </w:r>
    </w:p>
    <w:p>
      <w:pPr>
        <w:jc w:val="right"/>
      </w:pPr>
      <w:r>
        <w:t>لمبی جدوجہد کے ذریعے آپ نے اس کو اتمام حجت تک پہنچایا اس کے بعد وہ وقت آیا کہ فرعون کو مجرم قرار دے کر اسے ہلاک کیا جائے اور حضرت موسی اور ان کی قوم کو غلبہ حاصل ہو</w:t>
      </w:r>
    </w:p>
    <w:p>
      <w:r>
        <w:rPr>
          <w:b/>
        </w:rPr>
        <w:t xml:space="preserve">[47:28] </w:t>
      </w:r>
      <w:r>
        <w:t>is siyahq mein sirat e mustaqeem dikhane ka ek matlab yeh hai ke firoun ke masle ka sahi hal un par khola gaya bani israel ke liye agarche yeh ek qomi masla tha magar is ka hal unhein</w:t>
      </w:r>
    </w:p>
    <w:p>
      <w:pPr>
        <w:jc w:val="right"/>
      </w:pPr>
      <w:r>
        <w:t>اس سیاق میں صراط مستقیم دکھانے کا ایک مطلب یہ ہے کہ فرعون کے مسئلے کا صحیح حل ان پر کھولا گیا بنی اسرائیل کے لیے اگرچہ یہ ایک قومی مسئلہ تھا مگر اس کا حل انہیں</w:t>
      </w:r>
    </w:p>
    <w:p>
      <w:r>
        <w:rPr>
          <w:b/>
        </w:rPr>
        <w:t xml:space="preserve">[47:45] </w:t>
      </w:r>
      <w:r>
        <w:t>dawat ki shakal mein bataya gaya chunancha un ko jo ghalba mila woh un ko daawti juhud ke nateejay mein mila na ke firoun ke khilaf maroof qism ki qomi juhud ke nateejay mein</w:t>
      </w:r>
    </w:p>
    <w:p>
      <w:pPr>
        <w:jc w:val="right"/>
      </w:pPr>
      <w:r>
        <w:t>دعوت کی شکل میں بتایا گیا چنانچہ ان کو جو غلبہ ملا وہ ان کو دعوتی جدوجہد کے نتیجے میں ملا نہ کہ فرعون کے خلاف معروف قسم کی قومی جدوجہد کے نتیجے میں</w:t>
      </w:r>
    </w:p>
    <w:p>
      <w:r>
        <w:rPr>
          <w:b/>
        </w:rPr>
        <w:t xml:space="preserve">[48:04] </w:t>
      </w:r>
      <w:r>
        <w:t>wa inna ilyas la min al-mursaleen</w:t>
      </w:r>
    </w:p>
    <w:p>
      <w:pPr>
        <w:jc w:val="right"/>
      </w:pPr>
      <w:r>
        <w:t>وان الياس لمن المرسلین</w:t>
      </w:r>
    </w:p>
    <w:p>
      <w:r>
        <w:rPr>
          <w:b/>
        </w:rPr>
        <w:t xml:space="preserve">[48:10] </w:t>
      </w:r>
      <w:r>
        <w:t>qala li qawmihi ala tattaqoon atad'oona ba'lan wa tadhroona ahsan al-khaliqeen</w:t>
      </w:r>
    </w:p>
    <w:p>
      <w:pPr>
        <w:jc w:val="right"/>
      </w:pPr>
      <w:r>
        <w:t>قال لقومہ الا تتقون اتدعون بعلا وتذرون احسن الخالقین</w:t>
      </w:r>
    </w:p>
    <w:p>
      <w:r>
        <w:rPr>
          <w:b/>
        </w:rPr>
        <w:t xml:space="preserve">[48:28] </w:t>
      </w:r>
      <w:r>
        <w:t>allaha rabbukum wa rabba abaikum al-awwaleen fa kadhaboohu fa innahum la muhdaroon</w:t>
      </w:r>
    </w:p>
    <w:p>
      <w:pPr>
        <w:jc w:val="right"/>
      </w:pPr>
      <w:r>
        <w:t>اللہ ربکم ورب ابائکم الاولین فکذبوہ فانهم لمحضرون</w:t>
      </w:r>
    </w:p>
    <w:p>
      <w:r>
        <w:rPr>
          <w:b/>
        </w:rPr>
        <w:t xml:space="preserve">[48:44] </w:t>
      </w:r>
      <w:r>
        <w:t>illa ibad Allah al-mukhlaseen</w:t>
      </w:r>
    </w:p>
    <w:p>
      <w:pPr>
        <w:jc w:val="right"/>
      </w:pPr>
      <w:r>
        <w:t>الا عباد اللہ المخلصین</w:t>
      </w:r>
    </w:p>
    <w:p>
      <w:r>
        <w:rPr>
          <w:b/>
        </w:rPr>
        <w:t xml:space="preserve">[48:50] </w:t>
      </w:r>
      <w:r>
        <w:t>wa tarakna alayhi fi al-akhereen</w:t>
      </w:r>
    </w:p>
    <w:p>
      <w:pPr>
        <w:jc w:val="right"/>
      </w:pPr>
      <w:r>
        <w:t>وتركنا عليه فی الآخرین</w:t>
      </w:r>
    </w:p>
    <w:p>
      <w:r>
        <w:rPr>
          <w:b/>
        </w:rPr>
        <w:t xml:space="preserve">[48:57] </w:t>
      </w:r>
      <w:r>
        <w:t>salam ala ilyaseen</w:t>
      </w:r>
    </w:p>
    <w:p>
      <w:pPr>
        <w:jc w:val="right"/>
      </w:pPr>
      <w:r>
        <w:t>سلام على الياسین</w:t>
      </w:r>
    </w:p>
    <w:p>
      <w:r>
        <w:rPr>
          <w:b/>
        </w:rPr>
        <w:t xml:space="preserve">[49:05] </w:t>
      </w:r>
      <w:r>
        <w:t>inna kazalika najzi al-muhsineen</w:t>
      </w:r>
    </w:p>
    <w:p>
      <w:pPr>
        <w:jc w:val="right"/>
      </w:pPr>
      <w:r>
        <w:t>إنا كذلك نجزي المحسنین</w:t>
      </w:r>
    </w:p>
    <w:p>
      <w:r>
        <w:rPr>
          <w:b/>
        </w:rPr>
        <w:t xml:space="preserve">[49:11] </w:t>
      </w:r>
      <w:r>
        <w:t>innahu min 'ibadina al-mu'minina</w:t>
      </w:r>
    </w:p>
    <w:p>
      <w:pPr>
        <w:jc w:val="right"/>
      </w:pPr>
      <w:r>
        <w:t>إنه من عبادنا المؤمنین</w:t>
      </w:r>
    </w:p>
    <w:p>
      <w:r>
        <w:rPr>
          <w:b/>
        </w:rPr>
        <w:t xml:space="preserve">[49:18] </w:t>
      </w:r>
      <w:r>
        <w:t>aur ilyas bhi paighambaron mein se tha jab keh us ne apni qaum se kaha kya tum darte nahin kya tum log baal ko pukarte ho aur behtareen khaliq ko chhod dete ho Allah ko jo tumhara bhi rab hai aur tumhare agle baap dada ka bhi</w:t>
      </w:r>
    </w:p>
    <w:p>
      <w:pPr>
        <w:jc w:val="right"/>
      </w:pPr>
      <w:r>
        <w:t>اور الیاس بھی پیغمبروں میں سے تھا جب کہ اس نے اپنی قوم سے کہا کیا تم ڈرتے نہیں کیا تم لوگ بال کو پکارتے ہو اور بہترین خالق کو چھوڑ دیتے ہو اللہ کو جو تمہارا بھی رب ہے اور تمہارے اگلے باپ دادا کا بھی</w:t>
      </w:r>
    </w:p>
    <w:p>
      <w:r>
        <w:rPr>
          <w:b/>
        </w:rPr>
        <w:t xml:space="preserve">[49:42] </w:t>
      </w:r>
      <w:r>
        <w:t>pas unhon ne us ko jhutlaya to woh pakde jaane walon mein se honge magar jo Allah ke khaas bande the aur hum ne us ke tareeqe par pichhlon mein ek giroh ko chhora salamati ho ilyas par</w:t>
      </w:r>
    </w:p>
    <w:p>
      <w:pPr>
        <w:jc w:val="right"/>
      </w:pPr>
      <w:r>
        <w:t>پس انہوں نے اس کو جھٹلایا تو وہ پکڑے جانے والوں میں سے ہوں گے مگر جو اللہ کے خاص بندے تھے اور ہم نے اس کے طریقے پر پچھلوں میں ایک گروہ کو چھوڑا سلامتی ہو الیاس پر</w:t>
      </w:r>
    </w:p>
    <w:p>
      <w:r>
        <w:rPr>
          <w:b/>
        </w:rPr>
        <w:t xml:space="preserve">[50:00] </w:t>
      </w:r>
      <w:r>
        <w:t>hum neki karne walon ko aisa hi badla dete hain beshak woh hamare momin bandon mein se tha tashreeh hazrat ilyas 'alahis salam ghaliban</w:t>
      </w:r>
    </w:p>
    <w:p>
      <w:pPr>
        <w:jc w:val="right"/>
      </w:pPr>
      <w:r>
        <w:t>ہم نیکی کرنے والوں کو ایسا ہی بدلہ دیتے ہیں بے شک وہ ہمارے مومن بندوں میں سے تھا تشریح حضرت الیاس علیہ السلام غالباً</w:t>
      </w:r>
    </w:p>
    <w:p>
      <w:r>
        <w:rPr>
          <w:b/>
        </w:rPr>
        <w:t xml:space="preserve">[50:17] </w:t>
      </w:r>
      <w:r>
        <w:t>hazrat haroon ki nasal se the un ka zamana nawin sadi qabl maseeh hai is zamane mein falasteen ka yahoodi badshah akhi ab tha aur lubnan mein finiqi qaum ki hukumat thi</w:t>
      </w:r>
    </w:p>
    <w:p>
      <w:pPr>
        <w:jc w:val="right"/>
      </w:pPr>
      <w:r>
        <w:t>حضرت ہارون کی نسل سے تھے ان کا زمانہ نویں صدی قبل مسیح ہے اس زمانے میں فلسطین کا یہودی بادشاہ اخی اب تھا اور لبنان میں فنیقی قوم کی حکومت تھی</w:t>
      </w:r>
    </w:p>
    <w:p>
      <w:r>
        <w:rPr>
          <w:b/>
        </w:rPr>
        <w:t xml:space="preserve">[50:35] </w:t>
      </w:r>
      <w:r>
        <w:t>jo mushrik thi aur baal namī but ki pooja karti thi akhi ab ne mushrik badshah ki ladki se shadi kar li is mushrik shahzadi ke asar se yahudiyon ke darmiyan baal ki parastish hone lagi</w:t>
      </w:r>
    </w:p>
    <w:p>
      <w:pPr>
        <w:jc w:val="right"/>
      </w:pPr>
      <w:r>
        <w:t>جو مشرک تھی اور بال نامی بت کی پوجا کرتی تھی اخی اب نے مشرک بادشاہ کی لڑکی سے شادی کر لی اس مشرک شہزادی کے اثر سے یہودیوں کے درمیان بال کی پرستش ہونے لگی</w:t>
      </w:r>
    </w:p>
    <w:p>
      <w:r>
        <w:rPr>
          <w:b/>
        </w:rPr>
        <w:t xml:space="preserve">[50:55] </w:t>
      </w:r>
      <w:r>
        <w:t>is waqt hazrat ilyas ne yahudiyon ko daraya aur un ko Khuda-e-wahid ki parastish ki taraf bulaya jo un ka asal abai deen tha hazrat ilyas ke halaat tafseel se baibil mein maujood hain hazrat ilyas ke zamane mein sirf thode se yahudiyon ne aap ka saath diya</w:t>
      </w:r>
    </w:p>
    <w:p>
      <w:pPr>
        <w:jc w:val="right"/>
      </w:pPr>
      <w:r>
        <w:t>اس وقت حضرت الیاس نے یہودیوں کو ڈرایا اور ان کو خدائے واحد کی پرستش کی طرف بلایا جو ان کا اصل ابائی دین تھا حضرت الیاس کے حالات تفصیل سے بائبل میں موجود ہیں حضرت الیاس کے زمانے میں صرف تھوڑے سے یہودیوں نے آپ کا ساتھ دیا</w:t>
      </w:r>
    </w:p>
    <w:p>
      <w:r>
        <w:rPr>
          <w:b/>
        </w:rPr>
        <w:t xml:space="preserve">[51:17] </w:t>
      </w:r>
      <w:r>
        <w:t>beshtar tadad ne aap ki mukhalifat ki hatta keh woh aap ke qatl ke dar pe ho gaye is ki wajah se Allah ta'ala ne un par sazaein bhejin magar baad ko yahudiyon ke yahan hazrat ilyas</w:t>
      </w:r>
    </w:p>
    <w:p>
      <w:pPr>
        <w:jc w:val="right"/>
      </w:pPr>
      <w:r>
        <w:t>بیشتر تعداد نے آپ کی مخالفت کی حتی کہ وہ آپ کے قتل کے در پہ ہو گئے اس کی وجہ سے اللہ تعالیٰ نے ان پر سزائیں بھیجیں مگر بعد کو یہودیوں کے یہاں حضرت الیاس</w:t>
      </w:r>
    </w:p>
    <w:p>
      <w:r>
        <w:rPr>
          <w:b/>
        </w:rPr>
        <w:t xml:space="preserve">[51:35] </w:t>
      </w:r>
      <w:r>
        <w:t>iliya ko bahut ooncha maqam mila ab woh yahudiyon ki tareekh mein bahut bade nabī shumar kiye jate hain waan loot min al-mursalin</w:t>
      </w:r>
    </w:p>
    <w:p>
      <w:pPr>
        <w:jc w:val="right"/>
      </w:pPr>
      <w:r>
        <w:t>ایلیا کو بہت اونچا مقام ملا اب وہ یہودیوں کی تاریخ میں بہت بڑے نبی شمار کیے جاتے ہیں وان لوط من المرسلین</w:t>
      </w:r>
    </w:p>
    <w:p>
      <w:r>
        <w:rPr>
          <w:b/>
        </w:rPr>
        <w:t xml:space="preserve">[51:51] </w:t>
      </w:r>
      <w:r>
        <w:t>najina wa ahl ajma'in</w:t>
      </w:r>
    </w:p>
    <w:p>
      <w:pPr>
        <w:jc w:val="right"/>
      </w:pPr>
      <w:r>
        <w:t>نجینا واہل اجمعین</w:t>
      </w:r>
    </w:p>
    <w:p>
      <w:r>
        <w:rPr>
          <w:b/>
        </w:rPr>
        <w:t xml:space="preserve">[51:59] </w:t>
      </w:r>
      <w:r>
        <w:t>illa 'ajuzan fi al-ghabirin thumma dammarna al-akhirin</w:t>
      </w:r>
    </w:p>
    <w:p>
      <w:pPr>
        <w:jc w:val="right"/>
      </w:pPr>
      <w:r>
        <w:t>الا عجوزا فی الغابرین ثم دمرنا الاخرین</w:t>
      </w:r>
    </w:p>
    <w:p>
      <w:r>
        <w:rPr>
          <w:b/>
        </w:rPr>
        <w:t xml:space="preserve">[52:12] </w:t>
      </w:r>
      <w:r>
        <w:t>wa innakum latamurruna 'alayhim musbihin</w:t>
      </w:r>
    </w:p>
    <w:p>
      <w:pPr>
        <w:jc w:val="right"/>
      </w:pPr>
      <w:r>
        <w:t>وانکم لتمرون علیہم مصبحین</w:t>
      </w:r>
    </w:p>
    <w:p>
      <w:r>
        <w:rPr>
          <w:b/>
        </w:rPr>
        <w:t xml:space="preserve">[52:21] </w:t>
      </w:r>
      <w:r>
        <w:t>wa bil-layli afila ta'qilun</w:t>
      </w:r>
    </w:p>
    <w:p>
      <w:pPr>
        <w:jc w:val="right"/>
      </w:pPr>
      <w:r>
        <w:t>وباللیل افلا تعقلون</w:t>
      </w:r>
    </w:p>
    <w:p>
      <w:r>
        <w:rPr>
          <w:b/>
        </w:rPr>
        <w:t xml:space="preserve">[52:30] </w:t>
      </w:r>
      <w:r>
        <w:t>aur beshak loot bhi paighambaron mein se tha jab keh hum ne us ko aur us ke logon ko nijat di magar ek badhiya jo pichhe reh jaane walon mein se thi phir hum ne doosron ko halak kar diya</w:t>
      </w:r>
    </w:p>
    <w:p>
      <w:pPr>
        <w:jc w:val="right"/>
      </w:pPr>
      <w:r>
        <w:t>اور بے شک لوط بھی پیغمبروں میں سے تھا جب کہ ہم نے اس کو اور اس کے لوگوں کو نجات دی مگر ایک بڑھیا جو پیچھے رہ جانے والوں میں سے تھی پھر ہم نے دوسروں کو ہلاک کر دیا</w:t>
      </w:r>
    </w:p>
    <w:p>
      <w:r>
        <w:rPr>
          <w:b/>
        </w:rPr>
        <w:t xml:space="preserve">[52:46] </w:t>
      </w:r>
      <w:r>
        <w:t>aur tum un ki bastiyon par guzarte ho subah ko bhi aur raat ko bhi to kya tum nahin samajhte tashreeh hazrat loot hazrat ibrahim ke bhatije the woh bahr-e-murdar ke ilaqe mein</w:t>
      </w:r>
    </w:p>
    <w:p>
      <w:pPr>
        <w:jc w:val="right"/>
      </w:pPr>
      <w:r>
        <w:t>اور تم ان کی بستیوں پر گزرتے ہو صبح کو بھی اور رات کو بھی تو کیا تم نہیں سمجھتے تشریح حضرت لوط حضرت ابراہیم کے بھتیجے تھے وہ بحر مردار کے علاقے میں</w:t>
      </w:r>
    </w:p>
    <w:p>
      <w:r>
        <w:rPr>
          <w:b/>
        </w:rPr>
        <w:t xml:space="preserve">[53:06] </w:t>
      </w:r>
      <w:r>
        <w:t>sadum aur 'amurah ki hidayat ke liye bheje gaye jin ke bashinde ghairullah ki parastish mein mubtala the magar unhon ne hidayat qubool nahin ki aakhir kar un par Khuda ki aft aayi aur hazrat loot aur un ke chand saathi'on ko chhod kar sab ke sab halak kar diye gaye</w:t>
      </w:r>
    </w:p>
    <w:p>
      <w:pPr>
        <w:jc w:val="right"/>
      </w:pPr>
      <w:r>
        <w:t>صدوم اور عمورہ کی ہدایت کے لیے بھیجے گئے جن کے باشندے غیر اللہ کی پرستش میں مبتلا تھے مگر انہوں نے ہدایت قبول نہیں کی آخر کار ان پر خدا کی افت آئی اور حضرت لوط اور ان کے چند ساتھیوں کو چھوڑ کر سب کے سب ہلاک کر دیے گئے</w:t>
      </w:r>
    </w:p>
    <w:p>
      <w:r>
        <w:rPr>
          <w:b/>
        </w:rPr>
        <w:t xml:space="preserve">[53:30] </w:t>
      </w:r>
      <w:r>
        <w:t>qaum loot ki bastiyon ke khandar bahr-e-murdar ke kinare maujood the aur quraish ke log jab tijarat ke liye sham aur falasteen jaate to woh raste mein un barbaad shuda bastiyon ko dekhte</w:t>
      </w:r>
    </w:p>
    <w:p>
      <w:pPr>
        <w:jc w:val="right"/>
      </w:pPr>
      <w:r>
        <w:t>قوم لوط کی بستیوں کے کھڈر بحر مردار کے کنارے موجود تھے اور قریش کے لوگ جب تجارت کے لیے شام اور فلسطین جاتے تو وہ راستے میں ان برباد شدہ بستیوں کو دیکھتے</w:t>
      </w:r>
    </w:p>
    <w:p>
      <w:r>
        <w:rPr>
          <w:b/>
        </w:rPr>
        <w:t xml:space="preserve">[53:47] </w:t>
      </w:r>
      <w:r>
        <w:t>magar insan ka haal yeh hai ke woh sirf usi hadse ko jaanta hai jo khud us ke apne upar pade doosron ke anjam se woh kabhi sabq nahin leta wa in yunus la min al-mursalin</w:t>
      </w:r>
    </w:p>
    <w:p>
      <w:pPr>
        <w:jc w:val="right"/>
      </w:pPr>
      <w:r>
        <w:t>مگر انسان کا حال یہ ہے کہ وہ صرف اسی حادثے کو جانتا ہے جو خود اس کے اپنے اوپر پڑے دوسروں کے انجام سے وہ کبھی سبق نہیں لیتا وان یونس لمن المرسلین</w:t>
      </w:r>
    </w:p>
    <w:p>
      <w:r>
        <w:rPr>
          <w:b/>
        </w:rPr>
        <w:t xml:space="preserve">[54:09] </w:t>
      </w:r>
      <w:r>
        <w:t>abqa ila al-fulki al-mashhun</w:t>
      </w:r>
    </w:p>
    <w:p>
      <w:pPr>
        <w:jc w:val="right"/>
      </w:pPr>
      <w:r>
        <w:t>ابق الى الفلك المشحون</w:t>
      </w:r>
    </w:p>
    <w:p>
      <w:r>
        <w:rPr>
          <w:b/>
        </w:rPr>
        <w:t xml:space="preserve">[54:15] </w:t>
      </w:r>
      <w:r>
        <w:t>fasahama fa kana min al-mudhadin faltaqamahu al-hutu wa huwa malim</w:t>
      </w:r>
    </w:p>
    <w:p>
      <w:pPr>
        <w:jc w:val="right"/>
      </w:pPr>
      <w:r>
        <w:t>فساهم فكان من المدحضین فالتقمه الحوت وهو مليم</w:t>
      </w:r>
    </w:p>
    <w:p>
      <w:r>
        <w:rPr>
          <w:b/>
        </w:rPr>
        <w:t xml:space="preserve">[54:27] </w:t>
      </w:r>
      <w:r>
        <w:t>falaw la annahu kana min al-musabbiha li-lubitha fi batnihi ila yawmi yub'athun</w:t>
      </w:r>
    </w:p>
    <w:p>
      <w:pPr>
        <w:jc w:val="right"/>
      </w:pPr>
      <w:r>
        <w:t>فلولا انه كان من المسبحين للبث في بطنه الى يوم يبعثون</w:t>
      </w:r>
    </w:p>
    <w:p>
      <w:r>
        <w:rPr>
          <w:b/>
        </w:rPr>
        <w:t xml:space="preserve">[54:46] </w:t>
      </w:r>
      <w:r>
        <w:t>fanabadhnahu bil-'ara'i wa huwa saqim</w:t>
      </w:r>
    </w:p>
    <w:p>
      <w:pPr>
        <w:jc w:val="right"/>
      </w:pPr>
      <w:r>
        <w:t>فنبذناه بالعراء وهو سقيم</w:t>
      </w:r>
    </w:p>
    <w:p>
      <w:r>
        <w:rPr>
          <w:b/>
        </w:rPr>
        <w:t xml:space="preserve">[54:55] </w:t>
      </w:r>
      <w:r>
        <w:t>wa anbatna 'alayhi shajaratan min yaqtin wa arsalnahu ila mi'ati alf aw yazidun fa'amanu fa matta'nahum ila hin</w:t>
      </w:r>
    </w:p>
    <w:p>
      <w:pPr>
        <w:jc w:val="right"/>
      </w:pPr>
      <w:r>
        <w:t>وانبتنا عليه شجره من يقطين وارسلناه الى مائه الف او يزيدون فامنوا فمتعناهم الى حين</w:t>
      </w:r>
    </w:p>
    <w:p>
      <w:r>
        <w:rPr>
          <w:b/>
        </w:rPr>
        <w:t xml:space="preserve">[55:18] </w:t>
      </w:r>
      <w:r>
        <w:t>aur beshak yunus bhi rasulon mein se tha jab keh woh bhag kar bhari hui kashti par pahuncha phir qura' dala to wohi khatavar nikla phir us ko machhli ne nigal liya aur woh apne ko malamat kar raha tha</w:t>
      </w:r>
    </w:p>
    <w:p>
      <w:pPr>
        <w:jc w:val="right"/>
      </w:pPr>
      <w:r>
        <w:t>اور بے شک یونس بھی رسولوں میں سے تھا جب کہ وہ بھاگ کر بھری ہوئی کشتی پر پہنچا پھر قراء ڈالا تو وہی خطاوار نکلا پھر اس کو مچھلی نے نگل لیا اور وہ اپنے کو ملامت کر رہا تھا</w:t>
      </w:r>
    </w:p>
    <w:p>
      <w:r>
        <w:rPr>
          <w:b/>
        </w:rPr>
        <w:t xml:space="preserve">[55:38] </w:t>
      </w:r>
      <w:r>
        <w:t>pas agar woh tasbih karne walon mein se na hota to logon ke uthaye jaane ke din tak us ke pet mein rehta phir hum ne us ko ek maidan mein daal diya aur woh narehal tha aur hum ne us par</w:t>
      </w:r>
    </w:p>
    <w:p>
      <w:pPr>
        <w:jc w:val="right"/>
      </w:pPr>
      <w:r>
        <w:t>پس اگر وہ تسبیح کرنے والوں میں سے نہ ہوتا تو لوگوں کے اٹھائے جانے کے دن تک اس کے پیٹھی میں رہتا پھر ہم نے اس کو ایک میدان میں ڈال دیا اور وہ نرہال تھا اور ہم نے اس پر</w:t>
      </w:r>
    </w:p>
    <w:p>
      <w:r>
        <w:rPr>
          <w:b/>
        </w:rPr>
        <w:t xml:space="preserve">[55:55] </w:t>
      </w:r>
      <w:r>
        <w:t>aik beldar drakht aga diya aur hum ne us ko aik lakh ya is se ziyada logon ki taraf bheja phir woh log iman laye to hum ne un ko faida uthane diya aik muddat tak</w:t>
      </w:r>
    </w:p>
    <w:p>
      <w:pPr>
        <w:jc w:val="right"/>
      </w:pPr>
      <w:r>
        <w:t>ایک بیلدار درخت اگا دیا اور ہم نے اس کو ایک لاکھ یا اس سے زیادہ لوگوں کی طرف بھیجا پھر وہ لوگ ایمان لائے تو ہم نے ان کو فائدہ اٹھانے دیا ایک مدت تک</w:t>
      </w:r>
    </w:p>
    <w:p>
      <w:r>
        <w:rPr>
          <w:b/>
        </w:rPr>
        <w:t xml:space="preserve">[56:15] </w:t>
      </w:r>
      <w:r>
        <w:t>tashreeh hazrat yunus alaihi assalam ka zamana athween sadi qabl maseeh hai woh iraq ke qadeem shahar nainwa mein rasool bana kar bheje gaye aik muddat tak tablegh ke baad aap ne andaza kiya</w:t>
      </w:r>
    </w:p>
    <w:p>
      <w:pPr>
        <w:jc w:val="right"/>
      </w:pPr>
      <w:r>
        <w:t>تشریح حضرت یونس علیہ السلام کا زمانہ اٹھویں صدی قبل مسیح ہے وہ عراق کے قدیم شہر نینوا میں رسول بنا کر بھیجے گئے ایک مدت تک تبلیغ کے بعد آپ نے اندازہ کیا</w:t>
      </w:r>
    </w:p>
    <w:p>
      <w:r>
        <w:rPr>
          <w:b/>
        </w:rPr>
        <w:t xml:space="preserve">[56:33] </w:t>
      </w:r>
      <w:r>
        <w:t>ke qaum iman lanay wali nahi hai aap ne shahar chhod diya agay janay ke liye aap ghaleban دجلہ ke kinare aik kashti mein sawar hue kashti ziyada bhari hui thi darmiyan mein pahunch kar doobne ka andesha hua</w:t>
      </w:r>
    </w:p>
    <w:p>
      <w:pPr>
        <w:jc w:val="right"/>
      </w:pPr>
      <w:r>
        <w:t>کہ قوم ایمان لانے والی نہیں ہے آپ نے شہر چھوڑ دیا اگے جانے کے لیے آپ غالباً دجلہ کے کنارے ایک کشتی میں سوار ہوئے کشتی زیادہ بھری ہوئی تھی درمیان میں پہنچ کر ڈوبنے کا اندیشہ ہوا</w:t>
      </w:r>
    </w:p>
    <w:p>
      <w:r>
        <w:rPr>
          <w:b/>
        </w:rPr>
        <w:t xml:space="preserve">[56:52] </w:t>
      </w:r>
      <w:r>
        <w:t>chunancha kashti ko halka karne ke liye qura dala gaya ke jis ka naam nikle us ko darya mein phenk diya jaye qura hazrat yunus ke naam nikla aur kashti walon ne aap ko darya mein daal diya</w:t>
      </w:r>
    </w:p>
    <w:p>
      <w:pPr>
        <w:jc w:val="right"/>
      </w:pPr>
      <w:r>
        <w:t>چنانچہ کشتی کو ہلکا کرنے کے لیے قراء ڈالا گیا کہ جس کا نام نکلے اس کو دریا میں پھینک دیا جائے قراء حضرت یونس کے نام نکلا اور کشتی والوں نے آپ کو دریا میں ڈال دیا</w:t>
      </w:r>
    </w:p>
    <w:p>
      <w:r>
        <w:rPr>
          <w:b/>
        </w:rPr>
        <w:t xml:space="preserve">[57:09] </w:t>
      </w:r>
      <w:r>
        <w:t>is waqt khuda ke hukum se aik bari machhli ne aap ko nigal liya aur aap ko le ja kar darya ke kinare khushki mein daal diya hazrat yunus ne apni qaum ko qabl az waqt chhod diya tha</w:t>
      </w:r>
    </w:p>
    <w:p>
      <w:pPr>
        <w:jc w:val="right"/>
      </w:pPr>
      <w:r>
        <w:t>اس وقت خدا کے حکم سے ایک بڑی مچھلی نے آپ کو نگل لیا اور آپ کو لے جا کر دریا کے کنارے خشکی میں ڈال دیا حضرت یونس نے اپنی قوم کو قبل از وقت چھوڑ دیا تھا</w:t>
      </w:r>
    </w:p>
    <w:p>
      <w:r>
        <w:rPr>
          <w:b/>
        </w:rPr>
        <w:t xml:space="preserve">[57:26] </w:t>
      </w:r>
      <w:r>
        <w:t>chunancha allah ka hukum hua ke aap dobara apni qaum ki taraf wapas jayen aap ne dobara aa kar tablegh ki to shahar ke tamam sawalakh bashinday momin ban gaye is waqe se andaza hota hai ke daai ke liye</w:t>
      </w:r>
    </w:p>
    <w:p>
      <w:pPr>
        <w:jc w:val="right"/>
      </w:pPr>
      <w:r>
        <w:t>چنانچہ اللہ کا حکم ہوا کہ آپ دوبارہ اپنی قوم کی طرف واپس جائیں آپ نے دوبارہ آ کر تبلیغ کی تو شہر کے تمام سوا لاکھ باشندے مومن بن گئے اس واقعے سے اندازہ ہوتا ہے کہ داعی کے لیے</w:t>
      </w:r>
    </w:p>
    <w:p>
      <w:r>
        <w:rPr>
          <w:b/>
        </w:rPr>
        <w:t xml:space="preserve">[57:45] </w:t>
      </w:r>
      <w:r>
        <w:t>sabr intehai had tak zaroori hai hatta ke us waqt bhi jab ke logon ka rawaiyah bazahir mayoosi paida karne wala ban jaye fastefihimul banata waluhumul banoon</w:t>
      </w:r>
    </w:p>
    <w:p>
      <w:pPr>
        <w:jc w:val="right"/>
      </w:pPr>
      <w:r>
        <w:t>صبر انتہائی حد تک ضروری ہے حتی کہ اس وقت بھی جب کہ لوگوں کا رویہ بظاہر مایوسی پیدا کرنے والا بن جائے فاستفتهم البنات ولهم البنون</w:t>
      </w:r>
    </w:p>
    <w:p>
      <w:r>
        <w:rPr>
          <w:b/>
        </w:rPr>
        <w:t xml:space="preserve">[58:05] </w:t>
      </w:r>
      <w:r>
        <w:t>am khalaqnal malaikata inathaw wahum shahidoon</w:t>
      </w:r>
    </w:p>
    <w:p>
      <w:pPr>
        <w:jc w:val="right"/>
      </w:pPr>
      <w:r>
        <w:t>ام خلقنا الملائكه اناثا وهم شاهدون</w:t>
      </w:r>
    </w:p>
    <w:p>
      <w:r>
        <w:rPr>
          <w:b/>
        </w:rPr>
        <w:t xml:space="preserve">[58:16] </w:t>
      </w:r>
      <w:r>
        <w:t>ala innahum min athikahum la qooloon waladallahi wa innahum lakaziboon istaf al banata alal banoon</w:t>
      </w:r>
    </w:p>
    <w:p>
      <w:pPr>
        <w:jc w:val="right"/>
      </w:pPr>
      <w:r>
        <w:t>الا انهم من اثكهم لا قولون ولد الله وانهم لكاذبون اصطف البنات على البنين</w:t>
      </w:r>
    </w:p>
    <w:p>
      <w:r>
        <w:rPr>
          <w:b/>
        </w:rPr>
        <w:t xml:space="preserve">[58:39] </w:t>
      </w:r>
      <w:r>
        <w:t>malakum kaifa tahkumoon</w:t>
      </w:r>
    </w:p>
    <w:p>
      <w:pPr>
        <w:jc w:val="right"/>
      </w:pPr>
      <w:r>
        <w:t>ما لكم كيف تحكمون</w:t>
      </w:r>
    </w:p>
    <w:p>
      <w:r>
        <w:rPr>
          <w:b/>
        </w:rPr>
        <w:t xml:space="preserve">[58:44] </w:t>
      </w:r>
      <w:r>
        <w:t>afala tazakkaroon</w:t>
      </w:r>
    </w:p>
    <w:p>
      <w:pPr>
        <w:jc w:val="right"/>
      </w:pPr>
      <w:r>
        <w:t>افلا تذكرون</w:t>
      </w:r>
    </w:p>
    <w:p>
      <w:r>
        <w:rPr>
          <w:b/>
        </w:rPr>
        <w:t xml:space="preserve">[58:49] </w:t>
      </w:r>
      <w:r>
        <w:t>am lakum sultanun mubeen faatoo bikitabikum in kuntum sadiqeen</w:t>
      </w:r>
    </w:p>
    <w:p>
      <w:pPr>
        <w:jc w:val="right"/>
      </w:pPr>
      <w:r>
        <w:t>ام لكم سلطان مبين فاتوا بكتابكم ان كنتم صادقين</w:t>
      </w:r>
    </w:p>
    <w:p>
      <w:r>
        <w:rPr>
          <w:b/>
        </w:rPr>
        <w:t xml:space="preserve">[59:04] </w:t>
      </w:r>
      <w:r>
        <w:t>pas un se poochho kya tumhare rab ke liye betiyan hain aur un ke liye bete kya hum ne farishton ko aurat banaya hai aur woh dekh rahe the sun lo</w:t>
      </w:r>
    </w:p>
    <w:p>
      <w:pPr>
        <w:jc w:val="right"/>
      </w:pPr>
      <w:r>
        <w:t>پس ان سے پوچھو کیا تمہارے رب کے لیے بیٹیاں ہیں اور ان کے لیے بیٹے کیا ہم نے فرشتوں کو عورت بنایا ہے اور وہ دیکھ رہے تھے سن لو</w:t>
      </w:r>
    </w:p>
    <w:p>
      <w:r>
        <w:rPr>
          <w:b/>
        </w:rPr>
        <w:t xml:space="preserve">[59:17] </w:t>
      </w:r>
      <w:r>
        <w:t>yeh log sirf munh ghadaat ke taur par aisa kehte hain ke allah aulad rakhta hai aur yaqeenan woh jhootay hain kya allah ne beton ke muqable mein betiyan pasand ki hain tum ko kya ho gaya hai tum kaisa hukum laga rahe ho phir kya tum soch se kaam nahi lete kya tumhare paas koi wazeh daleel hai to apni kitab lao agar</w:t>
      </w:r>
    </w:p>
    <w:p>
      <w:pPr>
        <w:jc w:val="right"/>
      </w:pPr>
      <w:r>
        <w:t>یہ لوگ صرف من گھڑت کے طور پر ایسا کہتے ہیں کہ اللہ اولاد رکھتا ہے اور یقینا وہ جھوٹے ہیں کیا اللہ نے بیٹوں کے مقابلے میں بیٹیاں پسند کی ہیں تم کو کیا ہو گیا ہے تم کیسا حکم لگا رہے ہو پھر کیا تم سوچ سے کام نہیں لیتے کیا تمہارے پاس کوئی واضح دلیل ہے تو اپنی کتاب لاؤ اگر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