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Farwell Hajj of The Prophet June 18, 2023</w:t>
      </w:r>
    </w:p>
    <w:p>
      <w:r>
        <w:t>https://youtu.be/jY24n6ArZaM</w:t>
      </w:r>
    </w:p>
    <w:p>
      <w:r>
        <w:rPr>
          <w:b/>
        </w:rPr>
        <w:t xml:space="preserve">[00:00] </w:t>
      </w:r>
      <w:r>
        <w:t>Assalam o Alaikum. Today we will have conversation with Dr. Saniya Hasnain Khan on the farewell Hajj of the Prophet. Hajj is an annual Islamic pilgrimage to the city of Mecca in Saudi Arabia.</w:t>
      </w:r>
    </w:p>
    <w:p>
      <w:pPr>
        <w:jc w:val="right"/>
      </w:pPr>
      <w:r>
        <w:t>السلام علیکم۔ ٹوڈے وی ویل ہیو کانورسیشن ود ڈاکٹر ثانیہ حسنین خان آن دا فیرویل حج آف دا پرافٹ۔ حج از این اینول اسلامک پلگرمج ٹو دا سٹی آف مکہ ان سعودی عربیہ۔</w:t>
      </w:r>
    </w:p>
    <w:p>
      <w:r>
        <w:rPr>
          <w:b/>
        </w:rPr>
        <w:t xml:space="preserve">[00:14] </w:t>
      </w:r>
      <w:r>
        <w:t>It is one of the five pillars of Islam which are fundamental acts of worship for the Muslims.</w:t>
      </w:r>
    </w:p>
    <w:p>
      <w:pPr>
        <w:jc w:val="right"/>
      </w:pPr>
      <w:r>
        <w:t>اٹ از ون آف دا فائیو پلرز آف اسلام وچ آر فنڈامینٹل ایکٹس آف ورشپ فار دا مسلمز۔</w:t>
      </w:r>
    </w:p>
    <w:p>
      <w:r>
        <w:rPr>
          <w:b/>
        </w:rPr>
        <w:t xml:space="preserve">[00:21] </w:t>
      </w:r>
      <w:r>
        <w:t>Hajj holds spiritual and religious significance as millions of Muslims from different countries and diverse backgrounds come together to perform a series of sacred rituals.</w:t>
      </w:r>
    </w:p>
    <w:p>
      <w:pPr>
        <w:jc w:val="right"/>
      </w:pPr>
      <w:r>
        <w:t>حج ہولڈز سپرچول اینڈ ریلیجیس سگنیفیکنس ایز ملینز آف مسلمز فرام ڈفرنٹ کنٹریز اینڈ ڈائیورس بیک گراؤنڈز کم ٹوگیدر ٹو پرفارم ا سیریز آف سیکرڈ ریچولز۔</w:t>
      </w:r>
    </w:p>
    <w:p>
      <w:r>
        <w:rPr>
          <w:b/>
        </w:rPr>
        <w:t xml:space="preserve">[00:35] </w:t>
      </w:r>
      <w:r>
        <w:t>Hajj gives an opportunity to Muslims to seek spiritual renewal, to purify themselves, and to strengthen their connection with God Almighty and the global Muslim community.</w:t>
      </w:r>
    </w:p>
    <w:p>
      <w:pPr>
        <w:jc w:val="right"/>
      </w:pPr>
      <w:r>
        <w:t>حج گوز این اپرچونیٹی ٹو مسلمز ٹو سیک سپرچول رینیول، ٹو پیوریفائی دیم سیلف، اینڈ ٹو سٹرینتھن دیر کنیکشن ود گاڈ المائٹی اینڈ دا گلوبل مسلم کمیونٹی</w:t>
      </w:r>
    </w:p>
    <w:p>
      <w:r>
        <w:rPr>
          <w:b/>
        </w:rPr>
        <w:t xml:space="preserve">[00:47] </w:t>
      </w:r>
      <w:r>
        <w:t>. To chaliye aaj isi mauzu par charcha karte hain Dr. Sahab ke sath. Assalam o Alaikum Dr. Sahab, kaise hain aap? Wa alaikum assalam, alhamdulillah.</w:t>
      </w:r>
    </w:p>
    <w:p>
      <w:pPr>
        <w:jc w:val="right"/>
      </w:pPr>
      <w:r>
        <w:t>۔ تو چلیے آج اسی موضوع پر چرچا کرتے ہیں ڈاکٹر صاحب کے ساتھ۔ السلام علیکم ڈاکٹر صاحب، کیسے ہیں آپ؟ وعلیکم السلام، الحمدللہ۔</w:t>
      </w:r>
    </w:p>
    <w:p>
      <w:r>
        <w:rPr>
          <w:b/>
        </w:rPr>
        <w:t xml:space="preserve">[00:55] </w:t>
      </w:r>
      <w:r>
        <w:t>aap kaise hain? alhamdulillah. doctor sahib, hajj ka mahina bhi chal raha hai aur aaj ka topic bohat appropriate hai. to doctor sahib, jaisa ke hum jante hain ke prophet ibrahim played a significant role in the establishment and the origin of the hajj pilgrimage</w:t>
      </w:r>
    </w:p>
    <w:p>
      <w:pPr>
        <w:jc w:val="right"/>
      </w:pPr>
      <w:r>
        <w:t>آپ کیسے ہیں؟ الحمدللہ۔ ڈاکٹر صاحب، حج کا مہینہ بھی چل رہا ہے اور آج کا ٹاپک بہت اپروپریٹ ہے۔ تو ڈاکٹر صاحب، جیسا کہ ہم جانتے ہیں کہ پرافٹ ابراہیم پلیڈ ا سگنیفیکنٹ رول ان دی اسٹیبلشمنٹ اینڈ دی اوریجن آف دی حج پلگرمج</w:t>
      </w:r>
    </w:p>
    <w:p>
      <w:r>
        <w:rPr>
          <w:b/>
        </w:rPr>
        <w:t xml:space="preserve">[01:12] </w:t>
      </w:r>
      <w:r>
        <w:t>in one of the islamic traditions, it is said that god commanded prophet ibrahim to give a call to humanity for the hajj.</w:t>
      </w:r>
    </w:p>
    <w:p>
      <w:pPr>
        <w:jc w:val="right"/>
      </w:pPr>
      <w:r>
        <w:t>۔ ان ون آف دی اسلامک ٹریڈیشن، اٹ از سیڈ دیٹ گاڈ کمانڈڈ پرافٹ ابراہیم ٹو گیو ا کال ٹو ہیومینٹی فار دی حج۔</w:t>
      </w:r>
    </w:p>
    <w:p>
      <w:r>
        <w:rPr>
          <w:b/>
        </w:rPr>
        <w:t xml:space="preserve">[01:21] </w:t>
      </w:r>
      <w:r>
        <w:t>to doctor sahib, main chahunga ke aap yahan se is call se aap shuru karen jo hazrat ibrahim, prophet ibrahim ne di thi for performing of hajj.</w:t>
      </w:r>
    </w:p>
    <w:p>
      <w:pPr>
        <w:jc w:val="right"/>
      </w:pPr>
      <w:r>
        <w:t>تو ڈاکٹر صاحب، میں چاہوں گا کہ آپ یہاں سے اس کال سے آپ شروع کریں جو حضرت ابراہیم، پرافٹ ابراہیم نے دی تھی فار پرفارمنگ آف حج۔</w:t>
      </w:r>
    </w:p>
    <w:p>
      <w:r>
        <w:rPr>
          <w:b/>
        </w:rPr>
        <w:t xml:space="preserve">[01:32] </w:t>
      </w:r>
      <w:r>
        <w:t>inshallah. bismillah rahman rahim. rab ishrah li sadri, wa yassir li amri, wah-ul-uqdatan min lisani, yafqahu qawli.</w:t>
      </w:r>
    </w:p>
    <w:p>
      <w:pPr>
        <w:jc w:val="right"/>
      </w:pPr>
      <w:r>
        <w:t>انشاءاللہ۔ بسم اللہ الرحمن الرحیم۔ رب اشرح لی صدری، ویسر لی امری، واحل العقدۃ من لسانی، یفقہ قولی۔</w:t>
      </w:r>
    </w:p>
    <w:p>
      <w:r>
        <w:rPr>
          <w:b/>
        </w:rPr>
        <w:t xml:space="preserve">[01:46] </w:t>
      </w:r>
      <w:r>
        <w:t>taqreeban chaar hazar saal pehle allah taala ne hukum diya hazrat ibrahim alaihissalam ko ke woh kaaba ki taameer karen.</w:t>
      </w:r>
    </w:p>
    <w:p>
      <w:pPr>
        <w:jc w:val="right"/>
      </w:pPr>
      <w:r>
        <w:t>تقریباً چار ہزار سال پہلے اللہ تعالی نے حکم دیا حضرت ابراہیم علیہ السلام کو کہ وہ کعبہ کی تعمیر کریں۔</w:t>
      </w:r>
    </w:p>
    <w:p>
      <w:r>
        <w:rPr>
          <w:b/>
        </w:rPr>
        <w:t xml:space="preserve">[01:58] </w:t>
      </w:r>
      <w:r>
        <w:t>to hazrat ibrahim alaihissalam aur unke bete hazrat ismail alaihissalam ne kaaba ki taameer shuru ki. aur ismail chote the, young the, to woh pathar laye karte the aas paas ki pahariyon se,</w:t>
      </w:r>
    </w:p>
    <w:p>
      <w:pPr>
        <w:jc w:val="right"/>
      </w:pPr>
      <w:r>
        <w:t>تو حضرت ابراہیم علیہ السلام اور ان کے بیٹے حضرت اسماعیل علیہ السلام نے کعبہ کی تعمیر شروع کی۔ اور اسماعیل چھوٹے تھے،ینگ تھے، تو وہ پتھر لائے کرتے تھے اس پاس کی پہاڑیوں سے،</w:t>
      </w:r>
    </w:p>
    <w:p>
      <w:r>
        <w:rPr>
          <w:b/>
        </w:rPr>
        <w:t xml:space="preserve">[02:14] </w:t>
      </w:r>
      <w:r>
        <w:t>aur hazrat ibrahim alaihissalam usko jorte the aur deewar banate the.</w:t>
      </w:r>
    </w:p>
    <w:p>
      <w:pPr>
        <w:jc w:val="right"/>
      </w:pPr>
      <w:r>
        <w:t>اور حضرت ابراہیم علیہ السلام اس کو جوڑتے تھے اور دیوار بناتے تھے۔</w:t>
      </w:r>
    </w:p>
    <w:p>
      <w:r>
        <w:rPr>
          <w:b/>
        </w:rPr>
        <w:t xml:space="preserve">[02:21] </w:t>
      </w:r>
      <w:r>
        <w:t>to quran mein aata hai ke وَإِذْ يَرْفَعُ إِبْرَاهِيمُ الْقَوَائِدَ مِنَ الْبَيْتِ وَإِسْمَاعِيلَ . when ibrahim and ismail were raising the foundation of the kaaba, they prayed.</w:t>
      </w:r>
    </w:p>
    <w:p>
      <w:pPr>
        <w:jc w:val="right"/>
      </w:pPr>
      <w:r>
        <w:t>تو قرآن میں آتا ہے کہ وَإِذْ يَرْفَعُ إِبْرَاهِيمُ الْقَوَائِدَ مِنَ الْبَيْتِ وَإِسْمَاعِيلَ ۔ وین ابراہیم اینڈ اسماعیل وار ریزنگ دا فاؤنڈیشن آف دی کعبہ، دے پریڈ۔</w:t>
      </w:r>
    </w:p>
    <w:p>
      <w:r>
        <w:rPr>
          <w:b/>
        </w:rPr>
        <w:t xml:space="preserve">[02:34] </w:t>
      </w:r>
      <w:r>
        <w:t>رَبَّنَا تَقَبَّلْ مِنَّا إِنَّكَ أَنْتَ السَّمِيعُ الْعَلِيمُ . our lord, accept this from us, for you are all hearing, all knowing.</w:t>
      </w:r>
    </w:p>
    <w:p>
      <w:pPr>
        <w:jc w:val="right"/>
      </w:pPr>
      <w:r>
        <w:t>رَبَّنَا تَقَبَّلْ مِنَّا إِنَّكَ أَنْتَ السَّمِيعُ الْعَلِيمُ ۔ ابرلارڈ، ایکسیپٹ دس فرام اس، فار یو آر آل ہیئرنگ، آل نوئنگ۔</w:t>
      </w:r>
    </w:p>
    <w:p>
      <w:r>
        <w:rPr>
          <w:b/>
        </w:rPr>
        <w:t xml:space="preserve">[02:45] </w:t>
      </w:r>
      <w:r>
        <w:t>وَتُبْ عَلَيْنَا إِنَّكَ أَنْتَ التَّوَّابُ الرَّحِيمُ, and forgive us, you are the forgiving one, and the merciful.</w:t>
      </w:r>
    </w:p>
    <w:p>
      <w:pPr>
        <w:jc w:val="right"/>
      </w:pPr>
      <w:r>
        <w:t>وَتُبْ عَلَيْنَا إِنَّكَ أَنْتَ التَّوَّابُ الرَّحِيمُ، اینڈ فورگیو اس، یو آر دا فورگیونگ ون، اینڈ دا مرسی فل۔</w:t>
      </w:r>
    </w:p>
    <w:p>
      <w:r>
        <w:rPr>
          <w:b/>
        </w:rPr>
        <w:t xml:space="preserve">[02:54] </w:t>
      </w:r>
      <w:r>
        <w:t>to is tareeqe se kaaba ki taameer ho gayi. jab jab tayyar ho gaya to allah taala ne hukum diya, jaisa abhi aap ne bataya ke allah taala ne farmaya, quran mein aata hai</w:t>
      </w:r>
    </w:p>
    <w:p>
      <w:pPr>
        <w:jc w:val="right"/>
      </w:pPr>
      <w:r>
        <w:t>تو اس طریقے سے کعبہ کی تعمیر ہو گئی۔ جب جب تیار ہو گیا تو اللہ تعالی نے حکم دیا، جیسا ابھی آپ نے بتایا کہ اللہ تعالی نے فرمایا، قرآن میں آتا ہے</w:t>
      </w:r>
    </w:p>
    <w:p>
      <w:r>
        <w:rPr>
          <w:b/>
        </w:rPr>
        <w:t xml:space="preserve">[03:09] </w:t>
      </w:r>
      <w:r>
        <w:t>وَأَزِّنْ فِي النَّاسِ بِالْحَجِّ . call the mankind to pilgrimage. يَأْتُوكَ رِجَالًا وَعَلَى كُلِّ دَامِرٍ مِنْ كُلِّ فَجٍّ عَمِيقٍ .</w:t>
      </w:r>
    </w:p>
    <w:p>
      <w:pPr>
        <w:jc w:val="right"/>
      </w:pPr>
      <w:r>
        <w:t>وَأَزِّنْ فِي النَّاسِ بِالْحَجِّ ۔ کال دا مین کائنڈ ٹو پلگرمج۔ يَأْتُوكَ رِجَالًا وَعَلَى كُلِّ دَامِرٍ مِنْ كُلِّ فَجٍّ عَمِيقٍ ۔</w:t>
      </w:r>
    </w:p>
    <w:p>
      <w:r>
        <w:rPr>
          <w:b/>
        </w:rPr>
        <w:t xml:space="preserve">[03:20] </w:t>
      </w:r>
      <w:r>
        <w:t>they will come on foot and on every kind of lean camel. from every corner of the earth.</w:t>
      </w:r>
    </w:p>
    <w:p>
      <w:pPr>
        <w:jc w:val="right"/>
      </w:pPr>
      <w:r>
        <w:t>دے ویل کم آن فٹ اینڈ آن ایوری کائنڈ آف لین کیمل۔ فرام ایوری کارنر آف دی ارتھ۔</w:t>
      </w:r>
    </w:p>
    <w:p>
      <w:r>
        <w:rPr>
          <w:b/>
        </w:rPr>
        <w:t xml:space="preserve">[03:28] </w:t>
      </w:r>
      <w:r>
        <w:t>ji to ibrahim alaihissalam ne kaha allah taala se ke aye allah, main kaise pukaru logon ko</w:t>
      </w:r>
    </w:p>
    <w:p>
      <w:pPr>
        <w:jc w:val="right"/>
      </w:pPr>
      <w:r>
        <w:t>جی تو ابراہیم علیہ السلام نے کہا اللہ تعالی سے کہ اے اللہ، میں کیسے پکاروں لوگوں کو</w:t>
      </w:r>
    </w:p>
    <w:p>
      <w:r>
        <w:rPr>
          <w:b/>
        </w:rPr>
        <w:t xml:space="preserve">[03:38] </w:t>
      </w:r>
      <w:r>
        <w:t>? meri awaz kaise pahunchegi? yahan to pahad hai, ret hai, desert hai, chattan hai, koi insaan bhi nazar nahi aata.</w:t>
      </w:r>
    </w:p>
    <w:p>
      <w:pPr>
        <w:jc w:val="right"/>
      </w:pPr>
      <w:r>
        <w:t>؟ میری آواز کیسے پہنچے گی؟ یہاں تو پہاڑ ہے، ریت ہے، ڈیزرٹ ہے، چٹان ہے، کوئی انسان بھی نظر نہیں آتا۔</w:t>
      </w:r>
    </w:p>
    <w:p>
      <w:r>
        <w:rPr>
          <w:b/>
        </w:rPr>
        <w:t xml:space="preserve">[03:51] </w:t>
      </w:r>
      <w:r>
        <w:t>to allah taala ne kaha ke وَأَزِّنْ وَعَلَيَّ الْإِبْلَاغِ . that you proclaim and it is our job to convey the call.</w:t>
      </w:r>
    </w:p>
    <w:p>
      <w:pPr>
        <w:jc w:val="right"/>
      </w:pPr>
      <w:r>
        <w:t>تو اللہ تعالی نے کہا کہ وَأَزِّنْ وَعَلَيَّ الْإِبْلَاغِ ۔ کہ یو پروکلیم اینڈ اٹ از اور جاب ٹو کنوے دی کال۔</w:t>
      </w:r>
    </w:p>
    <w:p>
      <w:r>
        <w:rPr>
          <w:b/>
        </w:rPr>
        <w:t xml:space="preserve">[04:03] </w:t>
      </w:r>
      <w:r>
        <w:t>yani hum tumhari awaz pahunchayenge</w:t>
      </w:r>
    </w:p>
    <w:p>
      <w:pPr>
        <w:jc w:val="right"/>
      </w:pPr>
      <w:r>
        <w:t>یعنی ہم تمہاری آواز پہنچائیں گے</w:t>
      </w:r>
    </w:p>
    <w:p>
      <w:r>
        <w:rPr>
          <w:b/>
        </w:rPr>
        <w:t xml:space="preserve">[04:07] </w:t>
      </w:r>
      <w:r>
        <w:t>aur bas tum awaz do. ji to ibrahim alaihissalam aas paas jo pahadiyan thin, safa, mount abu qubais, us par gaye aur khade ho ke awaz di ke aye insanon,</w:t>
      </w:r>
    </w:p>
    <w:p>
      <w:pPr>
        <w:jc w:val="right"/>
      </w:pPr>
      <w:r>
        <w:t>اور بس تم آواز دو۔ جی تو ابراہیم علیہ السلام اس پاس جو پہاڑیاں تھیں، صفا ماؤنٹ ابو قبیس، اس پر گئے اور کھڑے ہو کے آواز دی کہ اے انسانوں،</w:t>
      </w:r>
    </w:p>
    <w:p>
      <w:r>
        <w:rPr>
          <w:b/>
        </w:rPr>
        <w:t xml:space="preserve">[04:23] </w:t>
      </w:r>
      <w:r>
        <w:t>allah taala ne apna ghar banaya hai to tum aao aur you perform hajj. ji</w:t>
      </w:r>
    </w:p>
    <w:p>
      <w:pPr>
        <w:jc w:val="right"/>
      </w:pPr>
      <w:r>
        <w:t>اللہ تعالی نے اپنا گھر بنایا ہے تو تم آؤ اور یو پرفارم حج۔ جی</w:t>
      </w:r>
    </w:p>
    <w:p>
      <w:r>
        <w:rPr>
          <w:b/>
        </w:rPr>
        <w:t xml:space="preserve">[04:31] </w:t>
      </w:r>
      <w:r>
        <w:t>to hazrat abdullah ibn abbas ki riwayat hai, tafsir ibn kathir mein aayi hai yeh ke when ibrahim made the announcement, even the mountains took it, and every single creature in the planet heard it, even the souls which are yet to be born.</w:t>
      </w:r>
    </w:p>
    <w:p>
      <w:pPr>
        <w:jc w:val="right"/>
      </w:pPr>
      <w:r>
        <w:t>تو حضرت عبداللہ ابن عباس کی روایت ہے، تفسیر ابن کثیر میں آئی ہے یہ کہ وین ابراہیم میڈ دی اناؤنسمنٹ، ایون دا ماؤنٹینز ٹوک اٹ، اینڈ ایوری سنگل کریچر ان دا پلینٹ ہرڈ اٹ، ایون دا سولز وچ آر یٹ ٹو بی بورن۔</w:t>
      </w:r>
    </w:p>
    <w:p>
      <w:r>
        <w:rPr>
          <w:b/>
        </w:rPr>
        <w:t xml:space="preserve">[04:52] </w:t>
      </w:r>
      <w:r>
        <w:t>yani poori insaniyat jo paida hogi qayamat tak, us us ne bhi sun li awaz. mashallah! aur aur labbaik kaha.</w:t>
      </w:r>
    </w:p>
    <w:p>
      <w:pPr>
        <w:jc w:val="right"/>
      </w:pPr>
      <w:r>
        <w:t>یعنی پوری انسانیت جو پیدا ہوگی قیامت تک، اس اس نے بھی سن لی آواز۔ ماشاءاللہ! اور اور لبیک کہا۔</w:t>
      </w:r>
    </w:p>
    <w:p>
      <w:r>
        <w:rPr>
          <w:b/>
        </w:rPr>
        <w:t xml:space="preserve">[05:00] </w:t>
      </w:r>
      <w:r>
        <w:t>ji balkeh hadees mein aata hai ke jis ne ek baar labbaik kaha, woh ek baar hajj karega aur jis ne do baar labbaik kaha, woh do baar hajj karega.</w:t>
      </w:r>
    </w:p>
    <w:p>
      <w:pPr>
        <w:jc w:val="right"/>
      </w:pPr>
      <w:r>
        <w:t>جی بلکہ حدیث میں آتا ہے کہ جس نے ایک بار لبیک کہا، وہ ایک بار حج کرے گا اور جس نے دو بار لبیک کہا، وہ دو بار حج کرے گا۔</w:t>
      </w:r>
    </w:p>
    <w:p>
      <w:r>
        <w:rPr>
          <w:b/>
        </w:rPr>
        <w:t xml:space="preserve">[05:10] </w:t>
      </w:r>
      <w:r>
        <w:t>ji to yeh to ek bohat hi mu'jize ke andaaz ki cheez thi ke allah taala ne adam ki sari nasal ko yeh awaz suna di aur aaj bhi woh hazrat ibrahim alaihissalam ki awaz goonj rahi hai fazaon mein.</w:t>
      </w:r>
    </w:p>
    <w:p>
      <w:pPr>
        <w:jc w:val="right"/>
      </w:pPr>
      <w:r>
        <w:t>جی تو یہ تو ایک بہت ہی معجزے کے انداز کی چیز تھی کہ اللہ تعالی نے آدم کی ساری نسل کو یہ آواز سنا دی اور آج بھی وہ حضرت ابراہیم علیہ السلام کی آواز گونج رہی ہے فضاؤں میں۔</w:t>
      </w:r>
    </w:p>
    <w:p>
      <w:r>
        <w:rPr>
          <w:b/>
        </w:rPr>
        <w:t xml:space="preserve">[05:28] </w:t>
      </w:r>
      <w:r>
        <w:t>jazak allah doctor sahib. doctor sahib, phir jaisa aap ne bataya, chaar hazar saal pehle ki aap ne baat</w:t>
      </w:r>
    </w:p>
    <w:p>
      <w:pPr>
        <w:jc w:val="right"/>
      </w:pPr>
      <w:r>
        <w:t>جزاک اللہ ڈاکٹر صاحب۔ ڈاکٹر صاحب، پھر جیسے آپ نے بتایا، چار ہزار سال پہلے کی آپ نے بات</w:t>
      </w:r>
    </w:p>
    <w:p>
      <w:r>
        <w:rPr>
          <w:b/>
        </w:rPr>
        <w:t xml:space="preserve">[05:34] </w:t>
      </w:r>
      <w:r>
        <w:t>batayi, phir is se hote hue prophet muhammad ka daur aata hai aur doctor sahib, in the tenth year of the migration, prophet announced his intention to do hajj.</w:t>
      </w:r>
    </w:p>
    <w:p>
      <w:pPr>
        <w:jc w:val="right"/>
      </w:pPr>
      <w:r>
        <w:t>بتائی، پھر اس سے ہوتے ہوئے پرافٹ محمد کا دور آتا ہے اور ڈاکٹر صاحب، ان دی ٹینتھ ایئر آف دی مائیگریشن، پرافٹ اناؤنسڈ ہز انٹینشن ٹو ڈو حج۔</w:t>
      </w:r>
    </w:p>
    <w:p>
      <w:r>
        <w:rPr>
          <w:b/>
        </w:rPr>
        <w:t xml:space="preserve">[05:45] </w:t>
      </w:r>
      <w:r>
        <w:t>it is also called as the year of the fairwell, which is 632 ad. and doctor sahib, jaise historical account mein aata hai ke he received an overwhelming response as people from different tribes and region decided to join in this historical</w:t>
      </w:r>
    </w:p>
    <w:p>
      <w:pPr>
        <w:jc w:val="right"/>
      </w:pPr>
      <w:r>
        <w:t>اٹ از السو کالڈ ایز دی ایئر آف دا فیرویل، وچ از 632 اے ڈی۔ اینڈ ڈاکٹر صاحب، جیسے ہسٹوریکل اکاؤنٹ میں آتا ہے کہ ہی ریسیوڈ این اوور ویلمنگ رسپانس ایز پیپل فرام ڈفرنٹ ٹرائبز اینڈ ریجن ڈیسائیڈڈ ٹو جوائن ان دس ہسٹوریکل</w:t>
      </w:r>
    </w:p>
    <w:p>
      <w:r>
        <w:rPr>
          <w:b/>
        </w:rPr>
        <w:t xml:space="preserve">[06:04] </w:t>
      </w:r>
      <w:r>
        <w:t>event. to doctor sahib, is ke bare mein kuch bataein. haan, aap ne sahi kaha ke makka jo fateh hua tha, woh eighth hijri mein hua tha.</w:t>
      </w:r>
    </w:p>
    <w:p>
      <w:pPr>
        <w:jc w:val="right"/>
      </w:pPr>
      <w:r>
        <w:t>ایونٹ۔ تو ڈاکٹر صاحب، اس کے بارے میں کچھ بتائیں۔ ہاں، آپ نے صحیح کہا کہ مکہ جو فتح ہوا تھا، وہ ایٹھ ہجری میں ہوا تھا۔</w:t>
      </w:r>
    </w:p>
    <w:p>
      <w:r>
        <w:rPr>
          <w:b/>
        </w:rPr>
        <w:t xml:space="preserve">[06:15] </w:t>
      </w:r>
      <w:r>
        <w:t>yaani after eight years, after the migration from makka to madina. to athveen saal mein rasool allah ne hajj nahi kiya, nauveen saal mein bhi hajj nahi kiya.</w:t>
      </w:r>
    </w:p>
    <w:p>
      <w:pPr>
        <w:jc w:val="right"/>
      </w:pPr>
      <w:r>
        <w:t>یعنی افٹر ایٹ ایئرز، افٹر دی مائیگریشن فرام مکہ ٹو مدینہ۔ تو اٹھویں سال میں رسول اللہ نے حج نہیں کیا، نویں سال میں بھی حج نہیں کیا۔</w:t>
      </w:r>
    </w:p>
    <w:p>
      <w:r>
        <w:rPr>
          <w:b/>
        </w:rPr>
        <w:t xml:space="preserve">[06:26] </w:t>
      </w:r>
      <w:r>
        <w:t>tenth hijri mein prophet announce the intention to go for hajj,</w:t>
      </w:r>
    </w:p>
    <w:p>
      <w:pPr>
        <w:jc w:val="right"/>
      </w:pPr>
      <w:r>
        <w:t>ٹینتھ ہجری میں پرافٹ اناؤنس دا انٹینشن ٹو گو فار حج،</w:t>
      </w:r>
    </w:p>
    <w:p>
      <w:r>
        <w:rPr>
          <w:b/>
        </w:rPr>
        <w:t xml:space="preserve">[06:33] </w:t>
      </w:r>
      <w:r>
        <w:t>taqreeban do mahine pehle announce kiya tha safar se. to logon ko pata chala to sari jagah se log aane lage aur madina mein aa gaye.</w:t>
      </w:r>
    </w:p>
    <w:p>
      <w:pPr>
        <w:jc w:val="right"/>
      </w:pPr>
      <w:r>
        <w:t>تقریباً دو مہینے پہلے اناؤنس کیا تھا سفر سے۔ تو لوگوں کو پتہ چلا تو ساری جگہ سے لوگ آنے لگے اور مدینہ میں آ گئے۔</w:t>
      </w:r>
    </w:p>
    <w:p>
      <w:r>
        <w:rPr>
          <w:b/>
        </w:rPr>
        <w:t xml:space="preserve">[06:44] </w:t>
      </w:r>
      <w:r>
        <w:t>sab ne apne tent laga diye, poora madina jo bhar gaya. yaani the city swelled up and there were tents of thousands of people all around madina.</w:t>
      </w:r>
    </w:p>
    <w:p>
      <w:pPr>
        <w:jc w:val="right"/>
      </w:pPr>
      <w:r>
        <w:t>سب نے اپنے ٹینٹ لگا دیے، پورا مدینہ جو بھر گیا۔ یعنی دا سٹی سویلڈ اپ اینڈ دیر وار ٹینز آف تھاؤزنڈز آف پیپل ال اراؤنڈ مدینہ۔</w:t>
      </w:r>
    </w:p>
    <w:p>
      <w:r>
        <w:rPr>
          <w:b/>
        </w:rPr>
        <w:t xml:space="preserve">[06:54] </w:t>
      </w:r>
      <w:r>
        <w:t>they pitch their tent,</w:t>
      </w:r>
    </w:p>
    <w:p>
      <w:pPr>
        <w:jc w:val="right"/>
      </w:pPr>
      <w:r>
        <w:t>دے پچ دیر ٹینٹ،</w:t>
      </w:r>
    </w:p>
    <w:p>
      <w:r>
        <w:rPr>
          <w:b/>
        </w:rPr>
        <w:t xml:space="preserve">[06:56] </w:t>
      </w:r>
      <w:r>
        <w:t>they were just waiting for the prophet to embark upon the journey. yaani woh sab chahte the kis tarah se hum rasool allah ke saath niklein.</w:t>
      </w:r>
    </w:p>
    <w:p>
      <w:pPr>
        <w:jc w:val="right"/>
      </w:pPr>
      <w:r>
        <w:t>دے وار جسٹ ویٹنگ فار دی پرافٹ ٹو ایمبارک اپون دی جرنی۔ یعنی وہ سب چاہتے تھے کس طریقے سے ہم رسول اللہ کے ساتھ نکلیں۔</w:t>
      </w:r>
    </w:p>
    <w:p>
      <w:r>
        <w:rPr>
          <w:b/>
        </w:rPr>
        <w:t xml:space="preserve">[07:05] </w:t>
      </w:r>
      <w:r>
        <w:t>to yeh, balkeh raaste mein bhi jab chale prophet to raaste mein bhi bohat hazaron log log milte gaye.</w:t>
      </w:r>
    </w:p>
    <w:p>
      <w:pPr>
        <w:jc w:val="right"/>
      </w:pPr>
      <w:r>
        <w:t>تو یہ، بلکہ راستے میں بھی جب چلے پرافٹ تو راستے میں بھی بہت ہزاروں لوگ لوگ ملتے گئے۔</w:t>
      </w:r>
    </w:p>
    <w:p>
      <w:r>
        <w:rPr>
          <w:b/>
        </w:rPr>
        <w:t xml:space="preserve">[07:15] </w:t>
      </w:r>
      <w:r>
        <w:t>to phir ek bohat hi bara hujoom wahan madina mein jama ho gaya aur sab intezar kar rahe the ke kab rasool allah yeh safar shuru karein aur hum bhi un ke saath ho lein.</w:t>
      </w:r>
    </w:p>
    <w:p>
      <w:pPr>
        <w:jc w:val="right"/>
      </w:pPr>
      <w:r>
        <w:t>تو پھر ایک بہت ہی بڑا ہجوم وہاں مدینہ میں جمع ہو گیا اور سب انتظار کر رہے تھے کہ کب رسول اللہ یہ سفر شروع کریں اور ہم بھی ان کے ساتھ ہو لیں۔</w:t>
      </w:r>
    </w:p>
    <w:p>
      <w:r>
        <w:rPr>
          <w:b/>
        </w:rPr>
        <w:t xml:space="preserve">[07:29] </w:t>
      </w:r>
      <w:r>
        <w:t>ek waqea mein leta hoon, isi waqt ka hai ke ek sahabi thi, un ka naam umm sinan aata hai, aur bhi naam aata hai kitabon mein.</w:t>
      </w:r>
    </w:p>
    <w:p>
      <w:pPr>
        <w:jc w:val="right"/>
      </w:pPr>
      <w:r>
        <w:t>ایک واقعہ میں لیتا ہوں، اسی وقت کا ہے کہ ایک صحابیہ تھیں، ان کا نام ام سنان آتا ہے، اور بھی نام آتا ہے کتابوں میں۔</w:t>
      </w:r>
    </w:p>
    <w:p>
      <w:r>
        <w:rPr>
          <w:b/>
        </w:rPr>
        <w:t xml:space="preserve">[07:40] </w:t>
      </w:r>
      <w:r>
        <w:t>to unhone apne husband se kaha ke main bhi prophet ke saath hajj karne jana chahti hoon. ji, aap mujhe bhi bhej dein. to un ke husband ne kaha, mere paas koi sawari nahi hai tumhare liye,</w:t>
      </w:r>
    </w:p>
    <w:p>
      <w:pPr>
        <w:jc w:val="right"/>
      </w:pPr>
      <w:r>
        <w:t>تو انہوں نے اپنے ہسبینڈ سے کہا کہ میں بھی پرافٹ کے ساتھ حج کرنے جانا چاہتی ہوں۔ جی، آپ مجھے بھی بھیج دیں۔ تو ان کے ہسبینڈ نے کہا، میرے پاس کوئی سواری نہیں ہے تمہارے لیے،</w:t>
      </w:r>
    </w:p>
    <w:p>
      <w:r>
        <w:rPr>
          <w:b/>
        </w:rPr>
        <w:t xml:space="preserve">[07:55] </w:t>
      </w:r>
      <w:r>
        <w:t>yaani koi oont nahi hai. to unhone kaha, woh pani bharne wala oont hai, us se bhej dijiye. un ka koi aur chata wagera tha, khajoor ka, to us mein woh oont pani wagera lata hoga.</w:t>
      </w:r>
    </w:p>
    <w:p>
      <w:pPr>
        <w:jc w:val="right"/>
      </w:pPr>
      <w:r>
        <w:t>یعنی کوئی اونٹ نہیں ہے۔ تو انہوں نے کہا، وہ پانی بھرنے والا اونٹ ہے، اس سے بھیج دیجئے۔ ان کا کوئی اور چٹ وغیرہ تھا، کھجور کا، تو اس میں وہ اونٹ پانی وغیرہ لاتا ہوگا۔</w:t>
      </w:r>
    </w:p>
    <w:p>
      <w:r>
        <w:rPr>
          <w:b/>
        </w:rPr>
        <w:t xml:space="preserve">[08:08] </w:t>
      </w:r>
      <w:r>
        <w:t>to unhone kaha, woh oont to main ne de diya allah ki raah mein, ab main wapas nahi le sakta use. to unhone kaha, acha falan oont pe bhej dijiye.</w:t>
      </w:r>
    </w:p>
    <w:p>
      <w:pPr>
        <w:jc w:val="right"/>
      </w:pPr>
      <w:r>
        <w:t>تو انہوں نے کہا، وہ اونٹ تو میں نے دے دیا اللہ کی راہ میں، اب میں واپس نہیں لے سکتا اسے۔ تو انہوں نے کہا، اچھا فلاں اونٹ پہ بھیج دیجئے۔</w:t>
      </w:r>
    </w:p>
    <w:p>
      <w:r>
        <w:rPr>
          <w:b/>
        </w:rPr>
        <w:t xml:space="preserve">[08:18] </w:t>
      </w:r>
      <w:r>
        <w:t>ji, to unhone kaha, woh woh oont to us pe to hum hi ja rahe hain, main aur tumhara beta, yeh hum bari bari baithein ge us pe. alternate baithe the taake oont thak na jaye.</w:t>
      </w:r>
    </w:p>
    <w:p>
      <w:pPr>
        <w:jc w:val="right"/>
      </w:pPr>
      <w:r>
        <w:t>جی، تو انہوں نے کہا، وہ وہ اونٹ تو اس پہ تو ہم ہی جا رہے ہیں، میں اور تمہارا بیٹا، یہ ہم باری باری بیٹھیں گے اس پہ۔ الٹرنیٹ بیٹھتے تھے تاکہ اونٹ تھک نہ جائے۔</w:t>
      </w:r>
    </w:p>
    <w:p>
      <w:r>
        <w:rPr>
          <w:b/>
        </w:rPr>
        <w:t xml:space="preserve">[08:31] </w:t>
      </w:r>
      <w:r>
        <w:t>to unhone kaha, acha khajoorein bhej dijiye,</w:t>
      </w:r>
    </w:p>
    <w:p>
      <w:pPr>
        <w:jc w:val="right"/>
      </w:pPr>
      <w:r>
        <w:t>تو انہوں نے کہا، اچھا کھجوریں بھیج دیجئے،</w:t>
      </w:r>
    </w:p>
    <w:p>
      <w:r>
        <w:rPr>
          <w:b/>
        </w:rPr>
        <w:t xml:space="preserve">[08:34] </w:t>
      </w:r>
      <w:r>
        <w:t>jo bhi un ke paas khajoor rahi hogi. woh zamane mein water system tha, khajoor diya aur grains le liye. to un ke husband ne kaha, agar hum khajoor bhej dein ge to bech dein ge, to hum khayein ge kya?</w:t>
      </w:r>
    </w:p>
    <w:p>
      <w:pPr>
        <w:jc w:val="right"/>
      </w:pPr>
      <w:r>
        <w:t>جو بھی ان کے پاس کھجور رہی ہوگی۔ وہ زمانے میں واٹر سسٹم تھا، کھجور دیا اور گرینز لے لیے۔ تو ان کے ہسبینڈ نے کہا، اگر ہم کھجور بھیج دیں گے تو بیچ دیں گے، تو ہم کھائیں گے کیا؟</w:t>
      </w:r>
    </w:p>
    <w:p>
      <w:r>
        <w:rPr>
          <w:b/>
        </w:rPr>
        <w:t xml:space="preserve">[08:45] </w:t>
      </w:r>
      <w:r>
        <w:t>ji, to thoda udas ho gayeen. unhone kaha ke acha, aap aisa kariye, prophet ke paas jaiye, puchiye ke aap ke saath hajj karne ke barabar kya cheez hai?</w:t>
      </w:r>
    </w:p>
    <w:p>
      <w:pPr>
        <w:jc w:val="right"/>
      </w:pPr>
      <w:r>
        <w:t>جی، تو تھوڑا اداس ہو گئیں۔ انہوں نے کہا کہ اچھا، آپ ایسا کریے، پرافٹ کے پاس جائیے، پوچھیے کہ آپ کے ساتھ حج کرنے کے برابر کیا چیز ہے؟</w:t>
      </w:r>
    </w:p>
    <w:p>
      <w:r>
        <w:rPr>
          <w:b/>
        </w:rPr>
        <w:t xml:space="preserve">[08:56] </w:t>
      </w:r>
      <w:r>
        <w:t>yaani konsa amal aisa hai jis ka reward aap ke saath hajj karne ke barabar hai?</w:t>
      </w:r>
    </w:p>
    <w:p>
      <w:pPr>
        <w:jc w:val="right"/>
      </w:pPr>
      <w:r>
        <w:t>یعنی کون سا عمل ایسا ہے جس کا ریوارڈ آپ کے ساتھ حج کرنے کے برابر ہے؟</w:t>
      </w:r>
    </w:p>
    <w:p>
      <w:r>
        <w:rPr>
          <w:b/>
        </w:rPr>
        <w:t xml:space="preserve">[09:01] </w:t>
      </w:r>
      <w:r>
        <w:t>to un ke husband gaye aur kaha ke meri wife ne salam aap ko bheja hai aur poora waqea sunaya. to rasool allah ko bohat pasand aaya aur prophet hunsay.</w:t>
      </w:r>
    </w:p>
    <w:p>
      <w:pPr>
        <w:jc w:val="right"/>
      </w:pPr>
      <w:r>
        <w:t>تو ان کے ہسبینڈ گئے اور کہا کہ میری وائف نے سلام آپ کو بھیجا ہے اور پورا واقعہ سنایا۔ تو رسول اللہ کو بہت پسند آیا اور پرافٹ ہنسے۔</w:t>
      </w:r>
    </w:p>
    <w:p>
      <w:r>
        <w:rPr>
          <w:b/>
        </w:rPr>
        <w:t xml:space="preserve">[09:12] </w:t>
      </w:r>
      <w:r>
        <w:t>to halanke prophet keh sakte hain, koi baat nahi, agle saal hajj kar lena. ji, is mein kya tumhein woh hai? balkeh aisi baat kahi ke jo ummat ke liye qayamat tak ke liye blessing ban gayi.</w:t>
      </w:r>
    </w:p>
    <w:p>
      <w:pPr>
        <w:jc w:val="right"/>
      </w:pPr>
      <w:r>
        <w:t>تو حالانکہ پرافٹ کہہ سکتے ہیں، کوئی بات نہیں، اگلے سال حج کر لینا۔ جی، اس میں کیا تمہیں وہ ہے؟ بلکہ ایسی بات کہی کہ جو امت کے لیے قیامت تک کے لیے بلیسنگ بن گئی۔</w:t>
      </w:r>
    </w:p>
    <w:p>
      <w:r>
        <w:rPr>
          <w:b/>
        </w:rPr>
        <w:t xml:space="preserve">[09:25] </w:t>
      </w:r>
      <w:r>
        <w:t>kaha ke ramzan mein umrah karna mere saath hajj karne ke barabar hai. ji, lekin spirit ke saath. to yaani is se pata chalta hai ke kitni zyada jazba tha ke log kis tarah tayyar the ke kisi bhi tarah se chale jayein rasool allah ke saath hajj mein.</w:t>
      </w:r>
    </w:p>
    <w:p>
      <w:pPr>
        <w:jc w:val="right"/>
      </w:pPr>
      <w:r>
        <w:t>کہا کہ رمضان میں عمرہ کرنا میرے ساتھ حج کرنے کے برابر ہے۔ جی، لیکن سپرٹ کے ساتھ۔ تو یعنی اس سے پتہ چلتا ہے کہ کتنی زیادہ جذبہ تھا کہ لوگ کس طرح تیار تھے کہ کسی بھی طرح سے چلے جائیں رسول اللہ کے ساتھ حج میں۔</w:t>
      </w:r>
    </w:p>
    <w:p>
      <w:r>
        <w:rPr>
          <w:b/>
        </w:rPr>
        <w:t xml:space="preserve">[09:48] </w:t>
      </w:r>
      <w:r>
        <w:t>ji, aur phir doctor sahib, is ke baad prophet sets out from madina towards dhul-hulaifah, which is the entry point for the people of madina.</w:t>
      </w:r>
    </w:p>
    <w:p>
      <w:pPr>
        <w:jc w:val="right"/>
      </w:pPr>
      <w:r>
        <w:t>جی، اور پھر ڈاکٹر صاحب، اس کے بعد پرافٹ سیٹس آؤٹ فرام مدینہ ٹورڈز ذوالحلیفہ، وچ از دی انٹری پوائنٹ فار دا پیپل آف مدینہ۔</w:t>
      </w:r>
    </w:p>
    <w:p>
      <w:r>
        <w:rPr>
          <w:b/>
        </w:rPr>
        <w:t xml:space="preserve">[09:58] </w:t>
      </w:r>
      <w:r>
        <w:t>this has huge, doctor sahib, historical and spiritual significance. to main chahoon ga is ke bare mein aap kuch bataein. haan, to prophet ne pehle appoint kiya, ek bohat bare sa</w:t>
      </w:r>
    </w:p>
    <w:p>
      <w:pPr>
        <w:jc w:val="right"/>
      </w:pPr>
      <w:r>
        <w:t>دس ہیز ہیوج، ڈاکٹر صاحب، ہسٹوریکل اینڈ سپرچول سگنیفیکنس۔ تو میں چاہوں گا اس کے بارے میں آپ کچھ بتائیں۔ ہاں، تو پرافٹ نے پہلے اپوائنٹ کیا، ایک بہت بڑے صح</w:t>
      </w:r>
    </w:p>
    <w:p>
      <w:r>
        <w:rPr>
          <w:b/>
        </w:rPr>
        <w:t xml:space="preserve">[10:11] </w:t>
      </w:r>
      <w:r>
        <w:t>habi the, he appointed Hazrat Abu Dujana R.A., who was a very great sahabi as governor of madina in his absence.</w:t>
      </w:r>
    </w:p>
    <w:p>
      <w:pPr>
        <w:jc w:val="right"/>
      </w:pPr>
      <w:r>
        <w:t>ابی تھے، ہی اپوائنٹڈ حضرت ابو دجانہ رضی اللہ عنہ، ہو واز اے ویری گریٹ صحابی ایز گورنر آف مدینہ ان ہز ایبسنس۔</w:t>
      </w:r>
    </w:p>
    <w:p>
      <w:r>
        <w:rPr>
          <w:b/>
        </w:rPr>
        <w:t xml:space="preserve">[10:21] </w:t>
      </w:r>
      <w:r>
        <w:t>aur 25 zilhajj, wich corresponds to february 630, rasool Allah nikle makka se aur miqat,</w:t>
      </w:r>
    </w:p>
    <w:p>
      <w:pPr>
        <w:jc w:val="right"/>
      </w:pPr>
      <w:r>
        <w:t>اور 25 ذوالقعدہ، وچ کورسپونڈز ٹو فروری 630، رسول اللہ نکلے مکہ سے اور میقات،</w:t>
      </w:r>
    </w:p>
    <w:p>
      <w:r>
        <w:rPr>
          <w:b/>
        </w:rPr>
        <w:t xml:space="preserve">[10:35] </w:t>
      </w:r>
      <w:r>
        <w:t>jis ka naam hai zool hulaifa, is ki taraf gaye. woh</w:t>
      </w:r>
    </w:p>
    <w:p>
      <w:pPr>
        <w:jc w:val="right"/>
      </w:pPr>
      <w:r>
        <w:t>جس کا نام ہے ذوالحلیفہ، اس کی طرف گئے۔ وہ</w:t>
      </w:r>
    </w:p>
    <w:p>
      <w:r>
        <w:rPr>
          <w:b/>
        </w:rPr>
        <w:t xml:space="preserve">[10:39] </w:t>
      </w:r>
      <w:r>
        <w:t>taqreeban paanch meel door hai masjid nabwi se, outskirts pe samajh lijiye. darasal aisa hai ke miqat usay kehte hain jo entry point hota hai haji ya jo umrah karne ja raha hai, to wahan pohanchta hai.</w:t>
      </w:r>
    </w:p>
    <w:p>
      <w:pPr>
        <w:jc w:val="right"/>
      </w:pPr>
      <w:r>
        <w:t>تقریباً پانچ میل دور ہے مسجد نبوی سے، آؤٹ سکرٹس پہ سمجھ لیجئے۔ دراصل ایسا ہے کہ میقات اسے کہتے ہیں جو انٹری پوائنٹ ہوتا ہے حاجی یا جو عمرہ کرنے جا رہا ہے، تو وہاں پہنچتا ہے۔</w:t>
      </w:r>
    </w:p>
    <w:p>
      <w:r>
        <w:rPr>
          <w:b/>
        </w:rPr>
        <w:t xml:space="preserve">[10:54] </w:t>
      </w:r>
      <w:r>
        <w:t>kai miqat hain madina walon ke liye, jo miqat hai, uska naam hai zool hulaifa.</w:t>
      </w:r>
    </w:p>
    <w:p>
      <w:pPr>
        <w:jc w:val="right"/>
      </w:pPr>
      <w:r>
        <w:t>کئی میقات ہیں مدینہ والوں کے لیے، جو میقات ہے، اس کا نام ہے ذوالحلیفہ۔</w:t>
      </w:r>
    </w:p>
    <w:p>
      <w:r>
        <w:rPr>
          <w:b/>
        </w:rPr>
        <w:t xml:space="preserve">[11:00] </w:t>
      </w:r>
      <w:r>
        <w:t>to zool hulaifa wahan ja ke haji ya umrah karne wala niyat karta hai, intention karta hai, ehram pehanta hai, do rak'at namaz parh ke phir labbaik Allahumma labbaik kar ke nikalta hai.</w:t>
      </w:r>
    </w:p>
    <w:p>
      <w:pPr>
        <w:jc w:val="right"/>
      </w:pPr>
      <w:r>
        <w:t>تو ذوالحلیفہ وہاں جا کے حاجی یا عمرہ کرنے والا نیت کرتا ہے، انٹینشن کرتا ہے، احرام پہنتا ہے، دو رکعت نماز پڑھ کے پھر لبیک اللہم لبیک کر کے نکلتا ہے۔</w:t>
      </w:r>
    </w:p>
    <w:p>
      <w:r>
        <w:rPr>
          <w:b/>
        </w:rPr>
        <w:t xml:space="preserve">[11:14] </w:t>
      </w:r>
      <w:r>
        <w:t>to rasool Allah wahan pohanche to sham ho gayi thi, chunaanche dopahar ko to nikle hi thay, zuhr ki namaz parh ke nikle thay.</w:t>
      </w:r>
    </w:p>
    <w:p>
      <w:pPr>
        <w:jc w:val="right"/>
      </w:pPr>
      <w:r>
        <w:t>تو رسول اللہ وہاں پہنچے تو شام ہو گئی تھی، چونکہ دوپہر کو تو نکلے ہی تھے، ظہر کی نماز پڑھ کے نکلے تھے۔</w:t>
      </w:r>
    </w:p>
    <w:p>
      <w:r>
        <w:rPr>
          <w:b/>
        </w:rPr>
        <w:t xml:space="preserve">[11:26] </w:t>
      </w:r>
      <w:r>
        <w:t>to phir wahan ruk gaye aur rest kiya raat ko. aur rasool Allah ne subah bataya ke raat ko mere paas ek farishta aaya tha, ghaliban jibril alaihissalam aaye thay, aur kaha ke is wadi mein,</w:t>
      </w:r>
    </w:p>
    <w:p>
      <w:pPr>
        <w:jc w:val="right"/>
      </w:pPr>
      <w:r>
        <w:t>تو پھر وہاں رک گئے اور ریسٹ کیا رات کو۔ اور رسول اللہ نے صبح بتایا کہ رات کو میرے پاس ایک فرشتہ آیا تھا، غالباً جبرائیل علیہ السلام آئے تھے، اور کہا کہ اس وادی میں،</w:t>
      </w:r>
    </w:p>
    <w:p>
      <w:r>
        <w:rPr>
          <w:b/>
        </w:rPr>
        <w:t xml:space="preserve">[11:42] </w:t>
      </w:r>
      <w:r>
        <w:t>in ten blessed valley of al-aqeeq, yahan par tum dua karo</w:t>
      </w:r>
    </w:p>
    <w:p>
      <w:pPr>
        <w:jc w:val="right"/>
      </w:pPr>
      <w:r>
        <w:t>ان دس بلیسڈ ویلی آف العقیق، یہاں پر تم دعا کرو</w:t>
      </w:r>
    </w:p>
    <w:p>
      <w:r>
        <w:rPr>
          <w:b/>
        </w:rPr>
        <w:t xml:space="preserve">[11:48] </w:t>
      </w:r>
      <w:r>
        <w:t>. to rasool Allah ne dua ki, aur phir jab tayyar ho rahe thay, phir</w:t>
      </w:r>
    </w:p>
    <w:p>
      <w:pPr>
        <w:jc w:val="right"/>
      </w:pPr>
      <w:r>
        <w:t>۔ تو رسول اللہ نے دعا کی، اور پھر جب تیار ہو رہے تھے، پھر</w:t>
      </w:r>
    </w:p>
    <w:p>
      <w:r>
        <w:rPr>
          <w:b/>
        </w:rPr>
        <w:t xml:space="preserve">[11:59] </w:t>
      </w:r>
      <w:r>
        <w:t>he took bath, and prayed, and changed ehram, and he entered into ehram.</w:t>
      </w:r>
    </w:p>
    <w:p>
      <w:pPr>
        <w:jc w:val="right"/>
      </w:pPr>
      <w:r>
        <w:t>ہی ٹوک بات، اینڈ پریڈ، اینڈ چینجڈ احرام، اینڈ ہی انٹرڈ انٹو احرام۔</w:t>
      </w:r>
    </w:p>
    <w:p>
      <w:r>
        <w:rPr>
          <w:b/>
        </w:rPr>
        <w:t xml:space="preserve">[12:07] </w:t>
      </w:r>
      <w:r>
        <w:t>to jo ehram, jo kapra tha, ek to kapre ko bhi ehram kehte hain, lekin ehram is a state, yaani is mein aap jab dakhil hote hain to phir bohat sari cheezein forbidden ho jaati</w:t>
      </w:r>
    </w:p>
    <w:p>
      <w:pPr>
        <w:jc w:val="right"/>
      </w:pPr>
      <w:r>
        <w:t>تو جو احرام، جو کپڑا تھا، ایک تو کپڑے کو بھی احرام کہتے ہیں، لیکن احرام از اے اسٹیٹ، یعنی اس میں آپ جب داخل ہوتے ہیں تو پھر بہت ساری چیزیں فابڈن ہو جاتی</w:t>
      </w:r>
    </w:p>
    <w:p>
      <w:r>
        <w:rPr>
          <w:b/>
        </w:rPr>
        <w:t xml:space="preserve">[12:18] </w:t>
      </w:r>
      <w:r>
        <w:t>hain. ji, to rasool Allah ne ehram pehna, yaman se cotton ki sheets aayi thi, sab ke liye wahi thi.</w:t>
      </w:r>
    </w:p>
    <w:p>
      <w:pPr>
        <w:jc w:val="right"/>
      </w:pPr>
      <w:r>
        <w:t>ہیں۔ جی، تو رسول اللہ نے احرام پہنا،یمن سے کاٹن کی شیٹس آئی تھیں، سب کے لیے وہی تھی۔</w:t>
      </w:r>
    </w:p>
    <w:p>
      <w:r>
        <w:rPr>
          <w:b/>
        </w:rPr>
        <w:t xml:space="preserve">[12:27] </w:t>
      </w:r>
      <w:r>
        <w:t>rasool Allah ne bhi wahi pehna, saare logon ne bhi wahi pehna, yaani everyone was wearing the same cloth. ji, everyone was riding camel. ji, and the prophet was also riding the camel.</w:t>
      </w:r>
    </w:p>
    <w:p>
      <w:pPr>
        <w:jc w:val="right"/>
      </w:pPr>
      <w:r>
        <w:t>رسول اللہ نے بھی وہی پہنا، سارے لوگوں نے بھی وہی پہنا، یعنی ایوری ون واز ویئرنگ دا سیم کلوتھ۔ جی، ایوری ون واز رائیڈنگ کیمل۔ جی، اینڈ دا پرافٹ واز السو رائیڈنگ دا کیمل۔</w:t>
      </w:r>
    </w:p>
    <w:p>
      <w:r>
        <w:rPr>
          <w:b/>
        </w:rPr>
        <w:t xml:space="preserve">[12:38] </w:t>
      </w:r>
      <w:r>
        <w:t>ji, everyone carrying his luggage, and the prophet was also carrying his luggage. koi</w:t>
      </w:r>
    </w:p>
    <w:p>
      <w:pPr>
        <w:jc w:val="right"/>
      </w:pPr>
      <w:r>
        <w:t>جی، ایوری ون کیرینگ ہز لگیج، اینڈ دا پرافٹ واز السو کیرینگ ہز لگیج۔ کوئی ڈ</w:t>
      </w:r>
    </w:p>
    <w:p>
      <w:r>
        <w:rPr>
          <w:b/>
        </w:rPr>
        <w:t xml:space="preserve">[12:42] </w:t>
      </w:r>
      <w:r>
        <w:t>distinction nahi, koi aisa nahi ke koi khaas alag tarah ke kapre pehne hon ya kuch sar pe taaj ho. bilkul jaise sab log, waise hi woh.</w:t>
      </w:r>
    </w:p>
    <w:p>
      <w:pPr>
        <w:jc w:val="right"/>
      </w:pPr>
      <w:r>
        <w:t>سٹنکشن نہیں، کوئی ایسا نہیں کہ کوئی خاص الگ طرح کے کپڑے پہنے ہوں یا کچھ سر پہ تاج ہو۔ بالکل جیسے سب لوگ، ویسے ہی وہ۔</w:t>
      </w:r>
    </w:p>
    <w:p>
      <w:r>
        <w:rPr>
          <w:b/>
        </w:rPr>
        <w:t xml:space="preserve">[12:52] </w:t>
      </w:r>
      <w:r>
        <w:t>to ek waqia aata hai is mein ke ek sahabi jinka naam tha nabeeh bin shareek razi Allahu anhu, woh apne bachpan ka waqia batate hain ke main chhota tha,</w:t>
      </w:r>
    </w:p>
    <w:p>
      <w:pPr>
        <w:jc w:val="right"/>
      </w:pPr>
      <w:r>
        <w:t>تو ایک واقعہ آتا ہے اس میں کہ ایک صحابی جن کا نام تھا نبید ابن شریعت رضی اللہ عنہ، وہ اپنے بچپن کا واقعہ بتاتے ہیں کہ میں چھوٹا تھا،</w:t>
      </w:r>
    </w:p>
    <w:p>
      <w:r>
        <w:rPr>
          <w:b/>
        </w:rPr>
        <w:t xml:space="preserve">[13:07] </w:t>
      </w:r>
      <w:r>
        <w:t>shayad das barah saal ke rahe honge, to main bhi is safar mein shamil tha, hajj ke safar mein. hajjtuma abi wa umi, unhone kaha hai ke I performed Hajj with my uncle and my father.</w:t>
      </w:r>
    </w:p>
    <w:p>
      <w:pPr>
        <w:jc w:val="right"/>
      </w:pPr>
      <w:r>
        <w:t>شاید دس بارہ سال کے رہے ہوں گے، تو میں بھی اس سفر میں شامل تھا، حج کے سفر میں۔ حجشتما ابی و امی، انہوں نے کہا ہے کہ ائی پرفارمڈ حج ود مائی انکل اینڈ مائی فادر۔</w:t>
      </w:r>
    </w:p>
    <w:p>
      <w:r>
        <w:rPr>
          <w:b/>
        </w:rPr>
        <w:t xml:space="preserve">[13:21] </w:t>
      </w:r>
      <w:r>
        <w:t>to woh kehte hain ke my father tapped me, and said, "atra zaak sahib al-jamal al-ahmar alladhi yakhtab, you see that man in the red camel, riding the red camel al-qaswah?" ji, and he is given khutbah.</w:t>
      </w:r>
    </w:p>
    <w:p>
      <w:pPr>
        <w:jc w:val="right"/>
      </w:pPr>
      <w:r>
        <w:t>تو وہ کہتے ہیں کہ مائی فادر ٹیب می، اینڈ سیڈ، "اترا ذاک صاحب الجمل الاحمر الذی یختب، یو سی دیٹ مین ان دا ریڈ کیمل، رائیڈنگ دا ریڈ کیمل القسوہ؟" جی، اینڈ ہی از گیون خطبہ۔</w:t>
      </w:r>
    </w:p>
    <w:p>
      <w:r>
        <w:rPr>
          <w:b/>
        </w:rPr>
        <w:t xml:space="preserve">[13:41] </w:t>
      </w:r>
      <w:r>
        <w:t>to unhone kaha, "naam ya abi?" "yes, my father." to phir unke father ne aise kaha, "zaak rasool Allah sallallahu alaihi wasallam,</w:t>
      </w:r>
    </w:p>
    <w:p>
      <w:pPr>
        <w:jc w:val="right"/>
      </w:pPr>
      <w:r>
        <w:t>تو انہوں نے کہا، "نام یا ابی؟" "یس، مائی فادر۔" تو پھر ان کے فادر نے ایسے کہا، "ذاک رسول اللہ صلی اللہ علیہ وسلم،</w:t>
      </w:r>
    </w:p>
    <w:p>
      <w:r>
        <w:rPr>
          <w:b/>
        </w:rPr>
        <w:t xml:space="preserve">[13:50] </w:t>
      </w:r>
      <w:r>
        <w:t>he is the prophet, he is the messenger of Allah." to bohat saare sahaba ne pehli baar dekha rasool Allah ko.</w:t>
      </w:r>
    </w:p>
    <w:p>
      <w:pPr>
        <w:jc w:val="right"/>
      </w:pPr>
      <w:r>
        <w:t>ہی از دا پرافٹ، ہی از دا میسنجر آف اللہ۔" تو بہت سارے صحابہ نے پہلی بار دیکھا رسول اللہ کو۔</w:t>
      </w:r>
    </w:p>
    <w:p>
      <w:r>
        <w:rPr>
          <w:b/>
        </w:rPr>
        <w:t xml:space="preserve">[13:59] </w:t>
      </w:r>
      <w:r>
        <w:t>ji, yaani bohat saare sahaba, sahaba bane hi isi isi safar mein, isi trip mein. chunaanche ek baar rasool Allah ko dekhna imaan ki haalat mein to woh sahabi kehlata hai.</w:t>
      </w:r>
    </w:p>
    <w:p>
      <w:pPr>
        <w:jc w:val="right"/>
      </w:pPr>
      <w:r>
        <w:t>جی، یعنی بہت سارے صحابہ، صحابہ بنے ہی اسی اسی سفر میں، اسی ٹرپ میں۔ چونکہ ایک بار رسول اللہ کو دیکھنا ایمان کی حالت میں تو وہ صحابی کہلاتا ہے۔</w:t>
      </w:r>
    </w:p>
    <w:p>
      <w:r>
        <w:rPr>
          <w:b/>
        </w:rPr>
        <w:t xml:space="preserve">[14:13] </w:t>
      </w:r>
      <w:r>
        <w:t>to ek badi ajeeb cheez hui, very unusual thing,</w:t>
      </w:r>
    </w:p>
    <w:p>
      <w:pPr>
        <w:jc w:val="right"/>
      </w:pPr>
      <w:r>
        <w:t>تو ایک بڑی عجیب چیز ہوئی، ویری ان یوزل تھنگ،</w:t>
      </w:r>
    </w:p>
    <w:p>
      <w:r>
        <w:rPr>
          <w:b/>
        </w:rPr>
        <w:t xml:space="preserve">[14:18] </w:t>
      </w:r>
      <w:r>
        <w:t>when they were packing their goods and about to leave for makka. to Hazrat Asees, Hazrat Asma bint Asees, she was the wife of Hazrat Abu Bakr razi Allahu anhu,</w:t>
      </w:r>
    </w:p>
    <w:p>
      <w:pPr>
        <w:jc w:val="right"/>
      </w:pPr>
      <w:r>
        <w:t>وین ہی وین دے وار پیکنگ دیر گڈز اینڈ اباؤٹ ٹو لیو فار مکہ۔ تو حضرت امیس، حضرت اسماء بنت امیس، شی واز دی وائف آف حضرت ابوبکر رضی اللہ عنہ،</w:t>
      </w:r>
    </w:p>
    <w:p>
      <w:r>
        <w:rPr>
          <w:b/>
        </w:rPr>
        <w:t xml:space="preserve">[14:36] </w:t>
      </w:r>
      <w:r>
        <w:t>she gave birth to a child at the miqat. ji, aur Hazrat Asma was married to Ja'far razi Allahu anhu.</w:t>
      </w:r>
    </w:p>
    <w:p>
      <w:pPr>
        <w:jc w:val="right"/>
      </w:pPr>
      <w:r>
        <w:t>شی گیو برتھ ٹو اے چائلڈ ایٹ دا میقات۔ جی، اور حضرت اسماء واز میریڈ ٹو جعفر رضی اللہ عنہ۔</w:t>
      </w:r>
    </w:p>
    <w:p>
      <w:r>
        <w:rPr>
          <w:b/>
        </w:rPr>
        <w:t xml:space="preserve">[14:48] </w:t>
      </w:r>
      <w:r>
        <w:t>Ja'far was the elder brother of Ali, and when Ja'far died, she married to Hazrat Abu Bakr razi Allahu anhu, and when Hazrat Abu Bakr died, she married to Ali razi Allahu anhu.</w:t>
      </w:r>
    </w:p>
    <w:p>
      <w:pPr>
        <w:jc w:val="right"/>
      </w:pPr>
      <w:r>
        <w:t>جعفر واز دی ایلڈر برادر آف علی، اینڈ وین جعفر ڈائیڈ، شی میریڈ ٹو حضرت ابوبکر رضی اللہ عنہ، اینڈ وین حضرت ابوبکر ڈائیڈ، شی میریڈ ٹو علی رضی اللہ عنہ۔</w:t>
      </w:r>
    </w:p>
    <w:p>
      <w:r>
        <w:rPr>
          <w:b/>
        </w:rPr>
        <w:t xml:space="preserve">[15:00] </w:t>
      </w:r>
      <w:r>
        <w:t>to hazrat asma ne phir aaein Prophet ke paas, kaha ke "I give birth to a child, but still I want to continue the journey."</w:t>
      </w:r>
    </w:p>
    <w:p>
      <w:pPr>
        <w:jc w:val="right"/>
      </w:pPr>
      <w:r>
        <w:t>تو حضرت اسماء نے پھر آئیں پرافٹ کے پاس، کہا کہ "آئی گیو برتھ ٹو اے چائلڈ، بٹ سٹل آئی وانٹ ٹو کنٹینیو دا جرنی۔"</w:t>
      </w:r>
    </w:p>
    <w:p>
      <w:r>
        <w:rPr>
          <w:b/>
        </w:rPr>
        <w:t xml:space="preserve">[15:13] </w:t>
      </w:r>
      <w:r>
        <w:t>to rasool allah ne kuch instructions dein unhein aur kaha ke "theek hai, you can proceed with us." to aap jazbe dekhiye ke yaani she is ready to travel in that day.</w:t>
      </w:r>
    </w:p>
    <w:p>
      <w:pPr>
        <w:jc w:val="right"/>
      </w:pPr>
      <w:r>
        <w:t>تو رسول اللہ نے کچھ انسٹرکشنز دیں انہیں اور کہا کہ "ٹھیک ہے، یو کین پروسیڈ ود اس۔" تو آپ جذبہ دیکھیے کہ یعنی شی از ریڈی ٹو ٹریول ان دیٹ ڈے۔</w:t>
      </w:r>
    </w:p>
    <w:p>
      <w:r>
        <w:rPr>
          <w:b/>
        </w:rPr>
        <w:t xml:space="preserve">[15:25] </w:t>
      </w:r>
      <w:r>
        <w:t>ji, bilkul, its amazing, unthinkable. ji, yaani kis qadar jazba tha, hairat angez ke yaani they wanted to travel at any cost, kuch bhi ho jaye, rasool allah ke sath safar karna hai.</w:t>
      </w:r>
    </w:p>
    <w:p>
      <w:pPr>
        <w:jc w:val="right"/>
      </w:pPr>
      <w:r>
        <w:t>جی، بالکل، اٹس امیزنگ، ان تھنکیبل۔ جی، یعنی کس قدر جذبہ تھا، حیرت انگیز کہ یعنی دے وانٹڈ ٹو ٹریول ایٹ اینی کاسٹ، کچھ بھی ہو جائے، رسول اللہ کے ساتھ سفر کرنا ہے۔</w:t>
      </w:r>
    </w:p>
    <w:p>
      <w:r>
        <w:rPr>
          <w:b/>
        </w:rPr>
        <w:t xml:space="preserve">[15:39] </w:t>
      </w:r>
      <w:r>
        <w:t>ji, to yeh ek waqea wahan par hua.</w:t>
      </w:r>
    </w:p>
    <w:p>
      <w:pPr>
        <w:jc w:val="right"/>
      </w:pPr>
      <w:r>
        <w:t>جی، تو یہ ایک واقعہ وہاں پر ہوا۔</w:t>
      </w:r>
    </w:p>
    <w:p>
      <w:r>
        <w:rPr>
          <w:b/>
        </w:rPr>
        <w:t xml:space="preserve">[15:43] </w:t>
      </w:r>
      <w:r>
        <w:t>ji, doctor sahib, abhi aap ne ehram ka zikr kiya, aur kyunke bohat se log, people from different faith, watch this program, to mein chahunga ke thoda is ko bhi aap wazeh karein.</w:t>
      </w:r>
    </w:p>
    <w:p>
      <w:pPr>
        <w:jc w:val="right"/>
      </w:pPr>
      <w:r>
        <w:t>جی، ڈاکٹر صاحب، ابھی آپ نے احرام کا ذکر کیا، اور کیونکہ بہت سے لوگ، پیپل فرام ڈفرنٹ فیتھ، واچ دس پروگرام، تو میں چاہوں گا کہ تھوڑا اس کو بھی آپ واضح کریں۔</w:t>
      </w:r>
    </w:p>
    <w:p>
      <w:r>
        <w:rPr>
          <w:b/>
        </w:rPr>
        <w:t xml:space="preserve">[15:55] </w:t>
      </w:r>
      <w:r>
        <w:t>as we know, that ehram is special garment, it is an un-tailored cloth, cloth that pilgrims wrap around them self. to doctor sahib, are there different types of ehram?</w:t>
      </w:r>
    </w:p>
    <w:p>
      <w:pPr>
        <w:jc w:val="right"/>
      </w:pPr>
      <w:r>
        <w:t>ایز وی نو، دیٹ احرام از اسپیشل گارمنٹ، اٹ از این ان ٹیلرڈ کلوتھ، کلوتھ دیٹ پیلگرمز ریپ اراؤنڈ دیم سیلف۔ تو ڈاکٹر صاحب، ار دیر ڈفرنٹ ٹائپس اف احرام؟</w:t>
      </w:r>
    </w:p>
    <w:p>
      <w:r>
        <w:rPr>
          <w:b/>
        </w:rPr>
        <w:t xml:space="preserve">[16:07] </w:t>
      </w:r>
      <w:r>
        <w:t>is ke bare mein bhi aap batayein.</w:t>
      </w:r>
    </w:p>
    <w:p>
      <w:pPr>
        <w:jc w:val="right"/>
      </w:pPr>
      <w:r>
        <w:t>اس کے بارے میں بھی آپ بتائیں۔</w:t>
      </w:r>
    </w:p>
    <w:p>
      <w:r>
        <w:rPr>
          <w:b/>
        </w:rPr>
        <w:t xml:space="preserve">[16:10] </w:t>
      </w:r>
      <w:r>
        <w:t>jaise maine kaha na ke ehram ek to kapde ka naam bhi hai, lekin ehram ek state ka bhi naam hai. ji, to teen tarah se ehram pehne ja sakte hain, yaani teen states hain is ki.</w:t>
      </w:r>
    </w:p>
    <w:p>
      <w:pPr>
        <w:jc w:val="right"/>
      </w:pPr>
      <w:r>
        <w:t>جیسے میں نے کہا نا کہ احرام ایک تو کپڑے کا نام بھی ہے، لیکن احرام ایک اسٹیٹ کا بھی نام ہے۔ جی، تو تین طرح سے احرام پہنے جا سکتے ہیں، یعنی تین اسٹیٹس ہیں اس کی۔</w:t>
      </w:r>
    </w:p>
    <w:p>
      <w:r>
        <w:rPr>
          <w:b/>
        </w:rPr>
        <w:t xml:space="preserve">[16:22] </w:t>
      </w:r>
      <w:r>
        <w:t>pehla hai qiran. qiran ka matlab hota hai combining, yaani combining hajj and umrah in the same ehram.</w:t>
      </w:r>
    </w:p>
    <w:p>
      <w:pPr>
        <w:jc w:val="right"/>
      </w:pPr>
      <w:r>
        <w:t>پہلا ہے قران۔ قران کا مطلب ہوتا ہے کمبائننگ، یعنی کمبائننگ حج اینڈ عمرہ ان دا سیم احرام۔</w:t>
      </w:r>
    </w:p>
    <w:p>
      <w:r>
        <w:rPr>
          <w:b/>
        </w:rPr>
        <w:t xml:space="preserve">[16:31] </w:t>
      </w:r>
      <w:r>
        <w:t>matlab yeh hai ke jab haji hajj karne jata hai to use umrah bhi karna hota hai. jaate hi woh umrah karta hai.</w:t>
      </w:r>
    </w:p>
    <w:p>
      <w:pPr>
        <w:jc w:val="right"/>
      </w:pPr>
      <w:r>
        <w:t>مطلب یہ ہے کہ جب حاجی حج کرنے جاتا ہے تو اسے عمرہ بھی کرنا ہوتا ہے۔ جاتے ہی وہ عمرہ کرتا ہے۔</w:t>
      </w:r>
    </w:p>
    <w:p>
      <w:r>
        <w:rPr>
          <w:b/>
        </w:rPr>
        <w:t xml:space="preserve">[16:41] </w:t>
      </w:r>
      <w:r>
        <w:t>to agar woh is case mein, woh jo ehram us ne pehna hai, usi ehram mein woh umrah karega, phir usi ehram mein hajj karega, woh change nahi karega.</w:t>
      </w:r>
    </w:p>
    <w:p>
      <w:pPr>
        <w:jc w:val="right"/>
      </w:pPr>
      <w:r>
        <w:t>تو اگر وہ اس کیس میں، وہ جو احرام اس نے پہنا ہے، اسی احرام میں وہ عمرہ کرے گا، پھر اسی احرام میں حج کرے گا، وہ چینج نہیں کرے گا۔</w:t>
      </w:r>
    </w:p>
    <w:p>
      <w:r>
        <w:rPr>
          <w:b/>
        </w:rPr>
        <w:t xml:space="preserve">[16:52] </w:t>
      </w:r>
      <w:r>
        <w:t>ji,</w:t>
      </w:r>
    </w:p>
    <w:p>
      <w:pPr>
        <w:jc w:val="right"/>
      </w:pPr>
      <w:r>
        <w:t>جی،</w:t>
      </w:r>
    </w:p>
    <w:p>
      <w:r>
        <w:rPr>
          <w:b/>
        </w:rPr>
        <w:t xml:space="preserve">[16:53] </w:t>
      </w:r>
      <w:r>
        <w:t>aur rasool allah ne yahi wala tareeqa kiya tha, haalanke baad mein rasool allah ne pahunch ke kaha ke behtar hota mein doosra tareeqa apnata hai.</w:t>
      </w:r>
    </w:p>
    <w:p>
      <w:pPr>
        <w:jc w:val="right"/>
      </w:pPr>
      <w:r>
        <w:t>اور رسول اللہ نے یہی والا طریقہ کیا تھا، حالانکہ بعد میں رسول اللہ نے پہنچ کے کہا کہ بہتر ہوتا میں دوسرا طریقہ اپناتا ہے۔</w:t>
      </w:r>
    </w:p>
    <w:p>
      <w:r>
        <w:rPr>
          <w:b/>
        </w:rPr>
        <w:t xml:space="preserve">[17:02] </w:t>
      </w:r>
      <w:r>
        <w:t>chunki agar maan lijiye koi shakhs, jaise rasool allah char din pehle pahunch gaye the makkah, to agar char din pehle pahunch gaye ya ek hafte pehle pahunch gaye, aur aap ne yeh niyat ki hui hai, aap niyat badal nahi sakte.</w:t>
      </w:r>
    </w:p>
    <w:p>
      <w:pPr>
        <w:jc w:val="right"/>
      </w:pPr>
      <w:r>
        <w:t>چونکہ اگر مان لیجئے کوئی شخص، جیسے رسول اللہ چار دن پہلے پہنچ گئے تھے مکہ، تو اگر چار دن پہلے پہنچ گئے یا ایک ہفتے پہلے پہنچ گئے، اور آپ نے یہ نیت کی ہوئی ہے، آپ نیت بدل نہیں سکتے۔</w:t>
      </w:r>
    </w:p>
    <w:p>
      <w:r>
        <w:rPr>
          <w:b/>
        </w:rPr>
        <w:t xml:space="preserve">[17:14] </w:t>
      </w:r>
      <w:r>
        <w:t>profit bhi nahi, profit ne bhi apni niyat change nahi ki. jo kar li to woh woh niyat ho gayi. to agar aap ne yeh niyat ki hui hai to makkah pahunch ke aap umrah karenge, aur usi ehram mein rahenge,</w:t>
      </w:r>
    </w:p>
    <w:p>
      <w:pPr>
        <w:jc w:val="right"/>
      </w:pPr>
      <w:r>
        <w:t>پرافٹ بھی نہیں، پرافٹ نے بھی اپنی نیت چینج نہیں کی۔ جو کر لی تو وہ وہ نیت ہو گئی۔ تو اگر آپ نے یہ نیت کی ہوئی ہے تو مکہ پہنچ کے آپ عمرہ کریں گے، اور اسی احرام میں رہیں گے،</w:t>
      </w:r>
    </w:p>
    <w:p>
      <w:r>
        <w:rPr>
          <w:b/>
        </w:rPr>
        <w:t xml:space="preserve">[17:27] </w:t>
      </w:r>
      <w:r>
        <w:t>change nahi karenge kapda. ji, aur phir jab char din baad, ek hafte baad, das din ke baad hajj shuru hoga to phir aap usi ehram mein hajj karenge.</w:t>
      </w:r>
    </w:p>
    <w:p>
      <w:pPr>
        <w:jc w:val="right"/>
      </w:pPr>
      <w:r>
        <w:t>چینج نہیں کریں گے کپڑا۔ جی، اور پھر جب چار دن بعد، ایک ہفتے بعد، دس دن کے بعد حج شروع ہوگا تو پھر آپ اسی احرام میں حج کریں گے۔</w:t>
      </w:r>
    </w:p>
    <w:p>
      <w:r>
        <w:rPr>
          <w:b/>
        </w:rPr>
        <w:t xml:space="preserve">[17:36] </w:t>
      </w:r>
      <w:r>
        <w:t>to kafi, yaani ek dikkat ka maamla hai ke kapde usi kapde mein rehna. to</w:t>
      </w:r>
    </w:p>
    <w:p>
      <w:pPr>
        <w:jc w:val="right"/>
      </w:pPr>
      <w:r>
        <w:t>تو کافی، یعنی ایک دقت کا معاملہ ہے کہ کپڑے اسی کپڑے میں رہنا۔ تو</w:t>
      </w:r>
    </w:p>
    <w:p>
      <w:r>
        <w:rPr>
          <w:b/>
        </w:rPr>
        <w:t xml:space="preserve">[17:43] </w:t>
      </w:r>
      <w:r>
        <w:t>yeh yeh tareeqa hai, aur jo niyat hai, jo intention hai, woh is tarah ki jati hai: "allahumma labbaik umrah wa hajj".</w:t>
      </w:r>
    </w:p>
    <w:p>
      <w:pPr>
        <w:jc w:val="right"/>
      </w:pPr>
      <w:r>
        <w:t>یہ یہ طریقہ ہے، اور جو نیت ہے، جو انٹینشن ہے، وہ اس طرح کی جاتی ہے: "اللہم لبیک عمرۃ وحجا"۔</w:t>
      </w:r>
    </w:p>
    <w:p>
      <w:r>
        <w:rPr>
          <w:b/>
        </w:rPr>
        <w:t xml:space="preserve">[17:53] </w:t>
      </w:r>
      <w:r>
        <w:t>is is condition mein, qiran mein: "allahumma labbaik umrah wa hajj" ke "ya allah, mein umrah aur hajj ke liye hazir hoon".</w:t>
      </w:r>
    </w:p>
    <w:p>
      <w:pPr>
        <w:jc w:val="right"/>
      </w:pPr>
      <w:r>
        <w:t>اس اس کنڈیشن میں، قران میں: "اللہم لبیک عمرۃ وحجا" کہ "یا اللہ، میں عمرہ اور حج کے لیے حاضر ہوں"۔</w:t>
      </w:r>
    </w:p>
    <w:p>
      <w:r>
        <w:rPr>
          <w:b/>
        </w:rPr>
        <w:t xml:space="preserve">[18:03] </w:t>
      </w:r>
      <w:r>
        <w:t>o allah, i am here ready to perform umrah and hajj. zaroori nahi hai ke aap arabic mein karein,</w:t>
      </w:r>
    </w:p>
    <w:p>
      <w:pPr>
        <w:jc w:val="right"/>
      </w:pPr>
      <w:r>
        <w:t>او اللہ، آئی ایم ہیر ریڈی ٹو پرفارم عمرہ اینڈ حج۔ ضروری نہیں ہے کہ آپ عربک میں کریں،</w:t>
      </w:r>
    </w:p>
    <w:p>
      <w:r>
        <w:rPr>
          <w:b/>
        </w:rPr>
        <w:t xml:space="preserve">[18:10] </w:t>
      </w:r>
      <w:r>
        <w:t>aap urdu mein, kisi bhi zaban mein kar sakte hain, lekin ulama ka kehna hai ke "one should pronounce it", yaani dil mein jo niyat hoti hai, jaise hum namaz ke liye, roze ke liye, dil ki niyat kafi hai, lekin hajj ki niyat jo hai, us mein aap ko verbal bolna hota hai: "allahumma labbaik umrah wa hajj".</w:t>
      </w:r>
    </w:p>
    <w:p>
      <w:pPr>
        <w:jc w:val="right"/>
      </w:pPr>
      <w:r>
        <w:t>آپ اردو میں، کسی بھی زبان میں کر سکتے ہیں، لیکن علماء کا کہنا ہے کہ "ون شوڈ پروناؤنس اٹ"، یعنی دل میں جو نیت ہوتی ہے، جیسے ہم نماز کے لیے، روزے کے لیے، دل کی نیت کافی ہے، لیکن حج کی نیت جو ہے، اس میں آپ کو وربل بولنا ہوتا ہے: "اللہم لبیک عمرۃ وحجا"۔</w:t>
      </w:r>
    </w:p>
    <w:p>
      <w:r>
        <w:rPr>
          <w:b/>
        </w:rPr>
        <w:t xml:space="preserve">[18:28] </w:t>
      </w:r>
      <w:r>
        <w:t>to yeh to ek tareeqa hai jo jo rasool allah sallallahu alaihi wasallam ne bhi isi ko follow kiya tha. aur jo doosra hai, us ko kehte hain tamattu.</w:t>
      </w:r>
    </w:p>
    <w:p>
      <w:pPr>
        <w:jc w:val="right"/>
      </w:pPr>
      <w:r>
        <w:t>تو یہ تو ایک طریقہ ہے جو جو رسول اللہ صلی اللہ علیہ وسلم نے بھی اسی کو فالو کیا تھا۔ اور جو دوسرا ہے، اس کو کہتے ہیں تمتع۔</w:t>
      </w:r>
    </w:p>
    <w:p>
      <w:r>
        <w:rPr>
          <w:b/>
        </w:rPr>
        <w:t xml:space="preserve">[18:40] </w:t>
      </w:r>
      <w:r>
        <w:t>tamattu jo hai, aam taur se jo log yahan se india se jaate hain ya abroad se aate hain, woh isi ko karte hain. is mein yeh hai ke is mein do ehram, yaani aap ne hajj umrah ka pehle ehram bandha, aur phir aap umrah kar ke us ko hata diya, aap normal dress mein aa gaye.</w:t>
      </w:r>
    </w:p>
    <w:p>
      <w:pPr>
        <w:jc w:val="right"/>
      </w:pPr>
      <w:r>
        <w:t>تمتع جو ہے، عام طور سے جو لوگ یہاں سے انڈیا سے جاتے ہیں یا ابراڈ سے آتے ہیں، وہ اسی کو کرتے ہیں۔ اس میں یہ ہے کہ اس میں دو احرام، یعنی آپ نے حج عمرہ کا پہلے احرام باندھا، اور پھر آپ عمرہ کر کے اس کو ہٹا دیا، آپ نارمل ڈریس میں آ گئے۔</w:t>
      </w:r>
    </w:p>
    <w:p>
      <w:r>
        <w:rPr>
          <w:b/>
        </w:rPr>
        <w:t xml:space="preserve">[19:00] </w:t>
      </w:r>
      <w:r>
        <w:t>ji, phir woh sari pabandiyan hain, woh khatam ho jati hain, chahe aap char din rukein, das din rukein, kitne bhi din. to woh woh yeh tamattu</w:t>
      </w:r>
    </w:p>
    <w:p>
      <w:pPr>
        <w:jc w:val="right"/>
      </w:pPr>
      <w:r>
        <w:t>جی، پھر وہ جو ساری پابندیاں ہیں، وہ ختم ہو جاتی ہیں، چاہے آپ چار دن رکیں، دس دن رکیں، کتنے بھی دن۔ تو وہ وہ یہ تمت</w:t>
      </w:r>
    </w:p>
    <w:p>
      <w:r>
        <w:rPr>
          <w:b/>
        </w:rPr>
        <w:t xml:space="preserve">[19:07] </w:t>
      </w:r>
      <w:r>
        <w:t>ah kehlata hai. zyada tar log isi ko follow karte hain, aur is mein jo niyat hogi, woh is tarah hogi: "allahumma labbaik umrah", yaani pehle umrah.</w:t>
      </w:r>
    </w:p>
    <w:p>
      <w:pPr>
        <w:jc w:val="right"/>
      </w:pPr>
      <w:r>
        <w:t>ع کہلاتا ہے۔ زیادہ تر لوگ اسی کو فالو کرتے ہیں، اور اس میں جو نیت ہوگی، وہ اس طرح ہوگی: "اللہم لبیک عمرۃ"، یعنی پہلے عمرہ۔</w:t>
      </w:r>
    </w:p>
    <w:p>
      <w:r>
        <w:rPr>
          <w:b/>
        </w:rPr>
        <w:t xml:space="preserve">[19:16] </w:t>
      </w:r>
      <w:r>
        <w:t>ji, sirf umrah. bas phir ja ke jab aap wahan dobara change karenge, phir kahenge: "allahumma labbaik hij" ke "ae allah, main umrah ke liye hazir hoon".</w:t>
      </w:r>
    </w:p>
    <w:p>
      <w:pPr>
        <w:jc w:val="right"/>
      </w:pPr>
      <w:r>
        <w:t>جی، صرف عمرہ۔ بس پھر جا کے جب آپ وہاں دوبارہ چینج کریں گے، پھر کہیں گے: "اللہم لبیک حجا" کہ "اے اللہ، میں عمرہ کے لیے حاضر ہوں"۔</w:t>
      </w:r>
    </w:p>
    <w:p>
      <w:r>
        <w:rPr>
          <w:b/>
        </w:rPr>
        <w:t xml:space="preserve">[19:27] </w:t>
      </w:r>
      <w:r>
        <w:t>ae allah, main hajj ke liye hazir hoon. achha, agar kisi ke behanf pe karna hai, yaani log kisi ke behanf pe bhi karte hain, umrah bhi karte hain, hajj bhi karte hain, maan lijiye kisi ke parents nahi ja sake to unki niyat thi, ya aap karna chahte hain to wo bhi kar sakte hain, unko sawab milta hai.</w:t>
      </w:r>
    </w:p>
    <w:p>
      <w:pPr>
        <w:jc w:val="right"/>
      </w:pPr>
      <w:r>
        <w:t>اے اللہ، میں حج کے لیے حاضر ہوں۔ اچھا، اگر کسی کے بہاف پہ کرنا ہے، یعنی لوگ کسی کے بہاف پہ بھی کرتے ہیں، عمرہ بھی کرتے ہیں، حج بھی کرتے ہیں، مان لیجئے کسی کے پیرنٹس نہیں جا سکے تو ان کی نیت تھی، یا آپ کرنا چاہتے ہیں تو وہ بھی کر سکتے ہیں، ان کو ثواب ملتا ہے۔</w:t>
      </w:r>
    </w:p>
    <w:p>
      <w:r>
        <w:rPr>
          <w:b/>
        </w:rPr>
        <w:t xml:space="preserve">[19:43] </w:t>
      </w:r>
      <w:r>
        <w:t>to is mein niyat is tarah ho jati hai: "allahumma labbaik umratan an mister so and so", jo bhi naam hai ke yaani main umrah karne aaya hoon apne father ke naam se, ya apne mother ke naam se.</w:t>
      </w:r>
    </w:p>
    <w:p>
      <w:pPr>
        <w:jc w:val="right"/>
      </w:pPr>
      <w:r>
        <w:t>تو اس میں نیت اس طرح ہو جاتی ہے: "اللہم لبیک عمرۃ عن مسٹر سو اینڈ سو"، جو بھی نام ہے کہ یعنی میں عمرہ کرنے آیا ہوں اپنے فادر کے نام سے، یا اپنے مدر کے نام سے۔</w:t>
      </w:r>
    </w:p>
    <w:p>
      <w:r>
        <w:rPr>
          <w:b/>
        </w:rPr>
        <w:t xml:space="preserve">[19:58] </w:t>
      </w:r>
      <w:r>
        <w:t>aise bhi kar sakte</w:t>
      </w:r>
    </w:p>
    <w:p>
      <w:pPr>
        <w:jc w:val="right"/>
      </w:pPr>
      <w:r>
        <w:t>ایسے بھی کر سکتے</w:t>
      </w:r>
    </w:p>
    <w:p>
      <w:r>
        <w:rPr>
          <w:b/>
        </w:rPr>
        <w:t xml:space="preserve">[20:00] </w:t>
      </w:r>
      <w:r>
        <w:t>hain. to yeh tamattu hai, yahi zyada tar log follow karte hain, khas taur se jo bahar se aate hain. aur ek jo teesra hai, wo hai ifraad.</w:t>
      </w:r>
    </w:p>
    <w:p>
      <w:pPr>
        <w:jc w:val="right"/>
      </w:pPr>
      <w:r>
        <w:t>ہیں۔ تو یہ تمتع ہے، یہی زیادہ تر لوگ فالو کرتے ہیں، خاص طور سے جو باہر سے آتے ہیں۔ اور ایک جو تیسرا ہے، وہ ہے افراد۔</w:t>
      </w:r>
    </w:p>
    <w:p>
      <w:r>
        <w:rPr>
          <w:b/>
        </w:rPr>
        <w:t xml:space="preserve">[20:09] </w:t>
      </w:r>
      <w:r>
        <w:t>ifraad yaani mufrad, akela. matlab yeh hai ke is mein sirf hajj ki niyat. jo local log hain, wo umrah to karte hi rehte hain, to wo seedhe hajj ki niyat karte hain, aur seedhe hajj mein pahunch jaate hain.</w:t>
      </w:r>
    </w:p>
    <w:p>
      <w:pPr>
        <w:jc w:val="right"/>
      </w:pPr>
      <w:r>
        <w:t>افراد یعنی مفرد، اکیلا۔ مطلب یہ ہے کہ اس میں صرف حج کی نیت۔ جو لوکل لوگ ہیں، وہ عمرہ تو کرتے ہی رہتے ہیں، تو وہ سیدھے حج کی نیت کرتے ہیں، اور سیدھے حج میں پہنچ جاتے ہیں۔</w:t>
      </w:r>
    </w:p>
    <w:p>
      <w:r>
        <w:rPr>
          <w:b/>
        </w:rPr>
        <w:t xml:space="preserve">[20:23] </w:t>
      </w:r>
      <w:r>
        <w:t>yaani wahan to unko theharna nahi hai, wo makkah mein hi rehne wale hain. to unke liye yeh ifraad, yeh log follow karte hain: "allahumma labbaik hij".</w:t>
      </w:r>
    </w:p>
    <w:p>
      <w:pPr>
        <w:jc w:val="right"/>
      </w:pPr>
      <w:r>
        <w:t>یعنی وہاں تو ان کو ٹھہرنا نہیں ہے، وہ مکہ میں ہی رہنے والے ہیں۔ تو ان کے لیے یہ افراد، یہ لوگ فالو کرتے ہیں: "اللہم لبیک حجا"۔</w:t>
      </w:r>
    </w:p>
    <w:p>
      <w:r>
        <w:rPr>
          <w:b/>
        </w:rPr>
        <w:t xml:space="preserve">[20:32] </w:t>
      </w:r>
      <w:r>
        <w:t>seedhe hajj ki ki ki niyat. yaani yeh char teen tareeqe hain, hajj ya umrah karne ke liye.</w:t>
      </w:r>
    </w:p>
    <w:p>
      <w:pPr>
        <w:jc w:val="right"/>
      </w:pPr>
      <w:r>
        <w:t>سیدھے حج کی کی کی نیت۔ یعنی یہ چار تین طریقے ہیں، حج یا عمرہ کرنے کے لیے۔</w:t>
      </w:r>
    </w:p>
    <w:p>
      <w:r>
        <w:rPr>
          <w:b/>
        </w:rPr>
        <w:t xml:space="preserve">[20:42] </w:t>
      </w:r>
      <w:r>
        <w:t>ji,</w:t>
      </w:r>
    </w:p>
    <w:p>
      <w:pPr>
        <w:jc w:val="right"/>
      </w:pPr>
      <w:r>
        <w:t>جی،</w:t>
      </w:r>
    </w:p>
    <w:p>
      <w:r>
        <w:rPr>
          <w:b/>
        </w:rPr>
        <w:t xml:space="preserve">[20:43] </w:t>
      </w:r>
      <w:r>
        <w:t>par yeh doctor sahab, bohat achhe se aap ne wazeh kar diya ke yeh ehram az a state of purity and devotion, that symbolizes unity and equality of all the pilgrims in the eyes of god.</w:t>
      </w:r>
    </w:p>
    <w:p>
      <w:pPr>
        <w:jc w:val="right"/>
      </w:pPr>
      <w:r>
        <w:t>پر یہ ڈاکٹر صاحب، بہت اچھے سے آپ نے واضح کر دیا کہ یہ احرام از ا سٹیٹ اف پیورٹی اینڈ ڈیوشن، دیٹ سمبلائزز یونٹی اینڈ ایکوالٹی اف ال دی پیلگرمز ان دی ائیز اف گاڈ۔</w:t>
      </w:r>
    </w:p>
    <w:p>
      <w:r>
        <w:rPr>
          <w:b/>
        </w:rPr>
        <w:t xml:space="preserve">[20:56] </w:t>
      </w:r>
      <w:r>
        <w:t>doctor sahab, is ke baad phir prophet rode on his camel qaswa towards makkah. to is ke bare mein bataein, doctor sahab.</w:t>
      </w:r>
    </w:p>
    <w:p>
      <w:pPr>
        <w:jc w:val="right"/>
      </w:pPr>
      <w:r>
        <w:t>ڈاکٹر صاحب، اس کے بعد پھر پرافٹ روڈ ان ہز کیمل قسوہ ٹورڈز مکہ۔ تو اس کے بارے میں بتائیں، ڈاکٹر صاحب۔</w:t>
      </w:r>
    </w:p>
    <w:p>
      <w:r>
        <w:rPr>
          <w:b/>
        </w:rPr>
        <w:t xml:space="preserve">[21:06] </w:t>
      </w:r>
      <w:r>
        <w:t>yeh jo ab rasool allah wahan se shuru hue, miqat se, aur is ki bohat zyada narration aayi hai hadith ki kitabon mein.</w:t>
      </w:r>
    </w:p>
    <w:p>
      <w:pPr>
        <w:jc w:val="right"/>
      </w:pPr>
      <w:r>
        <w:t>یہ جو اب رسول اللہ وہاں سے شروع ہوئے، میقات سے، اور اس کی بہت زیادہ نیریشن آئی ہے حدیث کی کتابوں میں۔</w:t>
      </w:r>
    </w:p>
    <w:p>
      <w:r>
        <w:rPr>
          <w:b/>
        </w:rPr>
        <w:t xml:space="preserve">[21:17] </w:t>
      </w:r>
      <w:r>
        <w:t>chunki itne sare sahaba the, sab ne narrate kiya hai, lekin jo sab se zyada detailed hai, wo hazrat jaber ibn abdullah r.a. ki hai.</w:t>
      </w:r>
    </w:p>
    <w:p>
      <w:pPr>
        <w:jc w:val="right"/>
      </w:pPr>
      <w:r>
        <w:t>چونکہ اتنے سارے صحابہ تھے، سب نے نیریٹ کیا ہے، لیکن جو سب سے زیادہ ڈیٹیلڈ ہے، وہ حضرت جابر ابن عبداللہ رضی اللہ عنہ کی ہے۔</w:t>
      </w:r>
    </w:p>
    <w:p>
      <w:r>
        <w:rPr>
          <w:b/>
        </w:rPr>
        <w:t xml:space="preserve">[21:26] </w:t>
      </w:r>
      <w:r>
        <w:t>bohat hi detail</w:t>
      </w:r>
    </w:p>
    <w:p>
      <w:pPr>
        <w:jc w:val="right"/>
      </w:pPr>
      <w:r>
        <w:t>بہت ہی ڈیٹیل</w:t>
      </w:r>
    </w:p>
    <w:p>
      <w:r>
        <w:rPr>
          <w:b/>
        </w:rPr>
        <w:t xml:space="preserve">[21:27] </w:t>
      </w:r>
      <w:r>
        <w:t>ed hai, har cheez shuru se le ke aakhir tak unhon ne rasool allah ki jo ka hajj tha, us ko bayan kiya hai. to wo describe karte hain ke prophet was mounted on his favorite camel qaswa,</w:t>
      </w:r>
    </w:p>
    <w:p>
      <w:pPr>
        <w:jc w:val="right"/>
      </w:pPr>
      <w:r>
        <w:t>ڈ ہے، ہر چیز شروع سے لے کے آخر تک انہوں نے رسول اللہ کی جو کا حج تھا، اس کو بیان کیا ہے۔ تو وہ ڈسکرائب کرتے ہیں کہ پرافٹ واز ماؤنٹڈ ان ہز فیورٹ کیمل قسوہ،</w:t>
      </w:r>
    </w:p>
    <w:p>
      <w:r>
        <w:rPr>
          <w:b/>
        </w:rPr>
        <w:t xml:space="preserve">[21:41] </w:t>
      </w:r>
      <w:r>
        <w:t>and people were surrounded all around him. aur kehte hain ke nazar to ala basri bainidi, as far as i could see, there were people, mashallah, mun rakib o mashin, either someone is walking or riding,</w:t>
      </w:r>
    </w:p>
    <w:p>
      <w:pPr>
        <w:jc w:val="right"/>
      </w:pPr>
      <w:r>
        <w:t>اینڈ پیپل وار سراؤنڈڈ ال اراؤنڈ ہم۔ اور کہتے ہیں کہ نظر تو الا مد بصری بینیدی، ایز فار ایز آئی کڈ سی، دیر وار پیپل، ماشاءاللہ، من راکب او ماشین، ائیدر سم ون از واکنگ اور رائیڈنگ،</w:t>
      </w:r>
    </w:p>
    <w:p>
      <w:r>
        <w:rPr>
          <w:b/>
        </w:rPr>
        <w:t xml:space="preserve">[21:58] </w:t>
      </w:r>
      <w:r>
        <w:t>wa inimina mithl dhalik, in my right. yahi haal tha, yaani right side mein bhi log aise hi the ke jitne bhi mein door tak hadd-e-nigah log the, aur wa yasar mithl dhalik, in the left side the same, and women khalfahu mithl dhalik, aur peeche bhi aise hi tha.</w:t>
      </w:r>
    </w:p>
    <w:p>
      <w:pPr>
        <w:jc w:val="right"/>
      </w:pPr>
      <w:r>
        <w:t>وانیمینہ مثل ذالک، ان مائی رائٹ۔ یہی حال تھا، یعنی رائٹ سائیڈ میں بھی لوگ ایسے ہی تھے کہ جتنے بھی میں دور تک تحد نگاہ لوگ تھے، اور وان یسارہ مثل ذالک، ان دا لیفٹ سائیڈ دا سیم، اینڈ ومن خلفہ مثل ذالک، اور پیچھے بھی ایسے ہی تھا۔</w:t>
      </w:r>
    </w:p>
    <w:p>
      <w:r>
        <w:rPr>
          <w:b/>
        </w:rPr>
        <w:t xml:space="preserve">[22:17] </w:t>
      </w:r>
      <w:r>
        <w:t>yaani aage, peeche, left, right, bas ek samandar tha insano ka, jo ek hujoom tha, wo rasool allah ke sath chal raha tha. aur phir bohat achhi baat kahi ke rasool allah sallallahu alaihi wasallam bain azharina, and the prophet was amongst us,</w:t>
      </w:r>
    </w:p>
    <w:p>
      <w:pPr>
        <w:jc w:val="right"/>
      </w:pPr>
      <w:r>
        <w:t>یعنی آگے، پیچھے، لیفٹ، رائٹ، بس ایک سمندر تھا انسانوں کا، جو ایک ہجوم تھا، وہ رسول اللہ کے ساتھ چل رہا تھا۔ اور پھر بہت اچھی بات کہی کہ رسول اللہ صلی اللہ علیہ وسلم بین ازہرنا، اینڈ دا پرافٹ واز امنگسٹ اس،</w:t>
      </w:r>
    </w:p>
    <w:p>
      <w:r>
        <w:rPr>
          <w:b/>
        </w:rPr>
        <w:t xml:space="preserve">[22:35] </w:t>
      </w:r>
      <w:r>
        <w:t>wa alaihi yanzil al quran, and the quran was descending upon him. deen hi was, yaani sahaba dekh rahe hain, rasool allah is pe hain, oont pe, qaswa pe, aur quran nazil ho raha hai.</w:t>
      </w:r>
    </w:p>
    <w:p>
      <w:pPr>
        <w:jc w:val="right"/>
      </w:pPr>
      <w:r>
        <w:t>وعلیہینزل القران، اینڈ دا قران واز ڈیسینڈنگ اپون ہم۔ دین ہی واز، یعنی صحابہ دیکھ رہے ہیں، رسول اللہ اس پہ ہیں، اونٹ پہ، قسوہ پہ، اور قران نازل ہو رہا ہے۔</w:t>
      </w:r>
    </w:p>
    <w:p>
      <w:r>
        <w:rPr>
          <w:b/>
        </w:rPr>
        <w:t xml:space="preserve">[22:55] </w:t>
      </w:r>
      <w:r>
        <w:t>yaani kya scene hoga? wo yeh ek khaas, ek jab sahaba jab rasool allah ke upar quran nazil hota tha, wo ek alag hi surat hoti thi.</w:t>
      </w:r>
    </w:p>
    <w:p>
      <w:pPr>
        <w:jc w:val="right"/>
      </w:pPr>
      <w:r>
        <w:t>یعنی کیا سین ہوگا؟ وہ یہ ایک خاص، ایک جب صحابہ جب رسول اللہ کے اوپر قران نازل ہوتا تھا، وہ ایک الگ ہی صورت ہوتی تھی۔</w:t>
      </w:r>
    </w:p>
    <w:p>
      <w:r>
        <w:rPr>
          <w:b/>
        </w:rPr>
        <w:t xml:space="preserve">[23:06] </w:t>
      </w:r>
      <w:r>
        <w:t>ji, aur kai baar aisa hua ke qaswa mein baithe hue the, aur quran nazil hua, wa alaihi yanzil al quran, aur hum un ko dekh rahe the, aur un ke upar quran nazil ho raha tha.</w:t>
      </w:r>
    </w:p>
    <w:p>
      <w:pPr>
        <w:jc w:val="right"/>
      </w:pPr>
      <w:r>
        <w:t>جی، اور کئی بار ایسا ہوا کہ قسوہ میں بیٹھے ہوئے تھے، اور قران نازل ہوا، وعلیہینزل القران، اور ہم ان کو دیکھ رہے تھے، اور ان کے اوپر قران نازل ہو رہا تھا۔</w:t>
      </w:r>
    </w:p>
    <w:p>
      <w:r>
        <w:rPr>
          <w:b/>
        </w:rPr>
        <w:t xml:space="preserve">[23:18] </w:t>
      </w:r>
      <w:r>
        <w:t>j</w:t>
      </w:r>
    </w:p>
    <w:p>
      <w:pPr>
        <w:jc w:val="right"/>
      </w:pPr>
      <w:r>
        <w:t>ج</w:t>
      </w:r>
    </w:p>
    <w:p>
      <w:r>
        <w:rPr>
          <w:b/>
        </w:rPr>
        <w:t xml:space="preserve">[23:19] </w:t>
      </w:r>
      <w:r>
        <w:t>i, aur sahaba kehte hain ke wa amil bihi, wa ma amil bihi, shai'un amilna bihi, whatever he did, we did the same.</w:t>
      </w:r>
    </w:p>
    <w:p>
      <w:pPr>
        <w:jc w:val="right"/>
      </w:pPr>
      <w:r>
        <w:t>ی، اور صحابہ کہتے ہیں کہ وعمل بہی، وما عمل بہی، شین عملنا بہی، واٹ ایور ہی ڈیڈ، وی ڈیڈ دا سیم۔</w:t>
      </w:r>
    </w:p>
    <w:p>
      <w:r>
        <w:rPr>
          <w:b/>
        </w:rPr>
        <w:t xml:space="preserve">[23:29] </w:t>
      </w:r>
      <w:r>
        <w:t>chunki wo pehla hajj tha, logon ko sab wo kuch pata nahi tha, to jo bhi prophet kar rahe the, wo log follow kar rahe the. sahaba kehte hain, fa ahalla bil tawheed, yaani he started reciting the chant of monotheism</w:t>
      </w:r>
    </w:p>
    <w:p>
      <w:pPr>
        <w:jc w:val="right"/>
      </w:pPr>
      <w:r>
        <w:t>چونکہ وہ پہلا حج تھا، لوگوں کو سب وہ کچھ پتہ نہیں تھا، تو جو بھی پرافٹ کر رہے تھے، وہ لوگ فالو کر رہے تھے۔ صحابہ کہتے ہیں، فاہل بالتوحید، یعنی ہی سٹارٹڈ ریسائٹنگ دی چینٹ اف مونوتھیزم</w:t>
      </w:r>
    </w:p>
    <w:p>
      <w:r>
        <w:rPr>
          <w:b/>
        </w:rPr>
        <w:t xml:space="preserve">[23:45] </w:t>
      </w:r>
      <w:r>
        <w:t>. he started reciting the, and chanting the chant of monotheism, yaani jo labbaik hai, wo is ko agar dekhen to is mein sara zor monotheism, tawheed</w:t>
      </w:r>
    </w:p>
    <w:p>
      <w:pPr>
        <w:jc w:val="right"/>
      </w:pPr>
      <w:r>
        <w:t>۔ ہی سٹارٹڈ ریسائٹنگ دا، اور چینٹنگ دا چینٹ اف مونوتھیزم، یعنی جو لبیک ہے، وہ اس کو اگر دیکھیں تو اس میں سارا زور مونوتھیزم، توحید</w:t>
      </w:r>
    </w:p>
    <w:p>
      <w:r>
        <w:rPr>
          <w:b/>
        </w:rPr>
        <w:t xml:space="preserve">[24:00] </w:t>
      </w:r>
      <w:r>
        <w:t>ke upar hai. ji ke labbaik allāhumma labbaik, labbaik lā sharīka laka labbaik, innal ḥamda wa-n-niʿmata laka, innal ḥamda wa-n-niʿmata laka wa-l-mulka lā sharīka laka,</w:t>
      </w:r>
    </w:p>
    <w:p>
      <w:pPr>
        <w:jc w:val="right"/>
      </w:pPr>
      <w:r>
        <w:t>کے اوپر ہے۔ جی کہ لبیک اللہم لبیک، لبیک لا شریک لک لبیک، ان الحمد والنعمت لک، ان الحمد والنعمت لک والملک لا شریک لک،</w:t>
      </w:r>
    </w:p>
    <w:p>
      <w:r>
        <w:rPr>
          <w:b/>
        </w:rPr>
        <w:t xml:space="preserve">[24:14] </w:t>
      </w:r>
      <w:r>
        <w:t>labbaik allāhumma labbaik, at your service, o allāh, at your service, labbaik lā sharīka laka labbaik, ke at your service, you have no partner, at your service, you are no partner, innal ḥamda wa-n-niʿmata laka wa-l-mal</w:t>
      </w:r>
    </w:p>
    <w:p>
      <w:pPr>
        <w:jc w:val="right"/>
      </w:pPr>
      <w:r>
        <w:t>لبیک اللہم لبیک، ایٹ یور سروس، او اللہ، ایٹ یور سروس، لبیک لا شریک لک لبیک، کہ ایٹ یور سروس، یو ہیو نو پارٹنر، ایٹ یور سروس، یو آر نو پارٹنر، ان الحمد والنعمت لک والمل</w:t>
      </w:r>
    </w:p>
    <w:p>
      <w:r>
        <w:rPr>
          <w:b/>
        </w:rPr>
        <w:t xml:space="preserve">[24:31] </w:t>
      </w:r>
      <w:r>
        <w:t>ka, truly, all praise, all favor, and sovereignty is yours, lā sharīka laka, and you have no partner.</w:t>
      </w:r>
    </w:p>
    <w:p>
      <w:pPr>
        <w:jc w:val="right"/>
      </w:pPr>
      <w:r>
        <w:t>ک، ٹرولی، ال پریز، ال فیور، اینڈ سورنٹی از یورز، لا شریک لک، اینڈ یو ہیو نو پارٹنر۔</w:t>
      </w:r>
    </w:p>
    <w:p>
      <w:r>
        <w:rPr>
          <w:b/>
        </w:rPr>
        <w:t xml:space="preserve">[24:40] </w:t>
      </w:r>
      <w:r>
        <w:t>to</w:t>
      </w:r>
    </w:p>
    <w:p>
      <w:pPr>
        <w:jc w:val="right"/>
      </w:pPr>
      <w:r>
        <w:t>تو</w:t>
      </w:r>
    </w:p>
    <w:p>
      <w:r>
        <w:rPr>
          <w:b/>
        </w:rPr>
        <w:t xml:space="preserve">[24:41] </w:t>
      </w:r>
      <w:r>
        <w:t>ṣaḥābah kehte hain ke hum bhi talbiyah paṛhne lage, labbaik allāhumma labbaik kehne lage, until we reached makkah, aur rasūl allāh jab bhi raste mein kisi pahāṛ se guzarte the, koi chaṭān, koi pahāṛī, to allāhu akbar kehte the, yani he was proclaiming god's greatness to the humanity.</w:t>
      </w:r>
    </w:p>
    <w:p>
      <w:pPr>
        <w:jc w:val="right"/>
      </w:pPr>
      <w:r>
        <w:t>صحابہ کہتے ہیں کہ ہم بھی تلبیہ پڑھنے لگے، لبیک اللہم لبیک کہنے لگے، انٹل وی ریچڈ مکہ، اور رسول اللہ جب بھی راستے میں کسی پہاڑ سے گزرتے تھے، کوئی چٹان، کوئی پہاڑی، تو اللہ اکبر کہتے تھے، یعنی ہی واز پروکلیمنگ گاڈز گریٹنس ٹو دا ہیومینٹی۔</w:t>
      </w:r>
    </w:p>
    <w:p>
      <w:r>
        <w:rPr>
          <w:b/>
        </w:rPr>
        <w:t xml:space="preserve">[25:05] </w:t>
      </w:r>
      <w:r>
        <w:t>to rasūl allāh ṣallā allāhu ʿalayhi wa-sallam forth dhul ḥijjah ko makkah pahuñche, aur lagbhag das din lage makkah pahuñchne mein, aur shām ho gaī thi, raat hone wālī thī.</w:t>
      </w:r>
    </w:p>
    <w:p>
      <w:pPr>
        <w:jc w:val="right"/>
      </w:pPr>
      <w:r>
        <w:t>تو رسول اللہ صلی اللہ علیہ وسلم فورتھ ذوالحجہ کو مکہ پہنچے، اور تقریباً دس دن لگے مکہ پہنچنے میں، اور شام ہو گئی تھی، رات ہونے والی تھی۔</w:t>
      </w:r>
    </w:p>
    <w:p>
      <w:r>
        <w:rPr>
          <w:b/>
        </w:rPr>
        <w:t xml:space="preserve">[25:18] </w:t>
      </w:r>
      <w:r>
        <w:t>to rasūl allāh makkah ke bāhar hi ruk gaye, wahāñ par ṭenṭ lagāye,</w:t>
      </w:r>
    </w:p>
    <w:p>
      <w:pPr>
        <w:jc w:val="right"/>
      </w:pPr>
      <w:r>
        <w:t>تو رسول اللہ مکہ کے باہر ہی رک گئے، وہاں پر ٹینٹ لگائے،</w:t>
      </w:r>
    </w:p>
    <w:p>
      <w:r>
        <w:rPr>
          <w:b/>
        </w:rPr>
        <w:t xml:space="preserve">[25:24] </w:t>
      </w:r>
      <w:r>
        <w:t>he camped out side, just out side makkah, and waited in the valley of ṭūʾa. aur subaḥ sawere uṭh ke rasūl allāh ṣallā allāhu ʿalayhi wa-sallam ne ḥajr-e-aswad ke baad, and then he entered in makkah in fifth dhul ḥijjah.</w:t>
      </w:r>
    </w:p>
    <w:p>
      <w:pPr>
        <w:jc w:val="right"/>
      </w:pPr>
      <w:r>
        <w:t>ہی کیمپڈ آؤٹ سائیڈ، جسٹ آؤٹ سائیڈ مکہ، اینڈ ویٹڈ ان دا ویلی اف طوع۔ اور صبح سویرے اٹھ کے رسول اللہ صلی اللہ علیہ وسلم نے ہیٹو کے بعد، اینڈ دین ہی انٹرڈ ان مکہ ان ففتھ ذوالحجہ۔</w:t>
      </w:r>
    </w:p>
    <w:p>
      <w:r>
        <w:rPr>
          <w:b/>
        </w:rPr>
        <w:t xml:space="preserve">[25:42] </w:t>
      </w:r>
      <w:r>
        <w:t>to is is tarīqe se lagbhag chār din pehle rasūl allāh ṣallā allāhu ʿalayhi wa-sallam makkah pahuñch gaye. ji,</w:t>
      </w:r>
    </w:p>
    <w:p>
      <w:pPr>
        <w:jc w:val="right"/>
      </w:pPr>
      <w:r>
        <w:t>تو اس اس طریقے سے تقریباً چار دن پہلے رسول اللہ صلی اللہ علیہ وسلم مکہ پہنچ گئے۔ جی،</w:t>
      </w:r>
    </w:p>
    <w:p>
      <w:r>
        <w:rPr>
          <w:b/>
        </w:rPr>
        <w:t xml:space="preserve">[25:50] </w:t>
      </w:r>
      <w:r>
        <w:t>doctor ṣāḥib, aap quswah ke bāre mein jo prophet ka camel tha, us ka zikr kar rahe the, and as we know, that he was, i mean, quswah was the trusted camel of the prophet, and many significant events prophet rode in quswah.</w:t>
      </w:r>
    </w:p>
    <w:p>
      <w:pPr>
        <w:jc w:val="right"/>
      </w:pPr>
      <w:r>
        <w:t>ڈاکٹر صاحب، آپ قسوہ کے بارے میں جو پرافٹ کا کیمل تھا، اس کا ذکر کر رہے تھے، اینڈ ایز وی نو، دیٹ ہی واز، آئی مین، قسوہ واز دی ٹرسٹڈ کیمل اف دا پرافٹ، اینڈ مینی سگنیفیکنٹ ایونٹس پرافٹ روڈ ان قسوہ۔</w:t>
      </w:r>
    </w:p>
    <w:p>
      <w:r>
        <w:rPr>
          <w:b/>
        </w:rPr>
        <w:t xml:space="preserve">[26:06] </w:t>
      </w:r>
      <w:r>
        <w:t>migration bhi jo kiyā, woh quswah pe kiyā, aur abhi farewell pilgrimage tha, woh bhi quswah pe unhoñ ne kiyā, and quswah is known for its exceptional qualities.</w:t>
      </w:r>
    </w:p>
    <w:p>
      <w:pPr>
        <w:jc w:val="right"/>
      </w:pPr>
      <w:r>
        <w:t>مائیگریشن بھی جو کیا، وہ قسوہ پہ کیا، اور ابھی فیئر ویل پیلگرمج تھا، وہ بھی قسوہ پہ انہوں نے کیا، اینڈ قسوہ از نون فار اٹس ایکسیپشنل کوالٹیز۔</w:t>
      </w:r>
    </w:p>
    <w:p>
      <w:r>
        <w:rPr>
          <w:b/>
        </w:rPr>
        <w:t xml:space="preserve">[26:16] </w:t>
      </w:r>
      <w:r>
        <w:t>to main chāhūñgā ke thoṛā aap is ko aur</w:t>
      </w:r>
    </w:p>
    <w:p>
      <w:pPr>
        <w:jc w:val="right"/>
      </w:pPr>
      <w:r>
        <w:t>تو میں چاہوں گا کہ تھوڑا آپ اس کو اور</w:t>
      </w:r>
    </w:p>
    <w:p>
      <w:r>
        <w:rPr>
          <w:b/>
        </w:rPr>
        <w:t xml:space="preserve">[26:19] </w:t>
      </w:r>
      <w:r>
        <w:t>wāzeḥ kareñ, kuchh camel ke bāre mein batāyeñ aap. ji hañ, yeh wāqiʿī jaise aap ne kahā, bahut hi khās uṇṭnī thī. dar'aṣal kyā huā ke jab rasūl allāh, rasūl allāh ṣallā allāhu ʿalayhi wa-sallam ne kabhi koi, un ke pās koi uṇṭ nahīñ thā, he never bought or owned any camel.</w:t>
      </w:r>
    </w:p>
    <w:p>
      <w:pPr>
        <w:jc w:val="right"/>
      </w:pPr>
      <w:r>
        <w:t>واضح کریں، کچھ کیمل کے بارے میں بتائیں آپ۔ جی ہاں، یہ واقعی جیسے آپ نے کہا، بہت ہی خاص اونٹنی تھی۔ دراصل کیا ہوا کہ جب رسول اللہ، رسول اللہ صلی اللہ علیہ وسلم نے کبھی کوئی، ان کے پاس کوئی اونٹ نہیں تھا، ہی نیور باٹ اور اونڈ اینی کیمل۔</w:t>
      </w:r>
    </w:p>
    <w:p>
      <w:r>
        <w:rPr>
          <w:b/>
        </w:rPr>
        <w:t xml:space="preserve">[26:35] </w:t>
      </w:r>
      <w:r>
        <w:t>ji, before migration. to jab migration ka waqt āyā</w:t>
      </w:r>
    </w:p>
    <w:p>
      <w:pPr>
        <w:jc w:val="right"/>
      </w:pPr>
      <w:r>
        <w:t>جی، بیفور مائیگریشن۔ تو جب مائیگریشن کا وقت آیا</w:t>
      </w:r>
    </w:p>
    <w:p>
      <w:r>
        <w:rPr>
          <w:b/>
        </w:rPr>
        <w:t xml:space="preserve">[26:43] </w:t>
      </w:r>
      <w:r>
        <w:t>makkah se madīnah jāne kā, to rasūl allāh ne ḥazrat abūbakr se kahā ke do uṇṭ kā intizām karo. to jo time aur jagah batāī thī, ḥazrat abūbakr raḍiyallāhu ʿanhu do uṇṭ le ke ā gaye aur kahā ke yeh ek uṇṭ main āp ko gift kartā huñ.</w:t>
      </w:r>
    </w:p>
    <w:p>
      <w:pPr>
        <w:jc w:val="right"/>
      </w:pPr>
      <w:r>
        <w:t>مکہ سے مدینہ جانے کا، تو رسول اللہ نے حضرت ابوبکر سے کہا کہ دو اونٹ کا انتظام کرو۔ تو جو ٹائم اور جگہ بتائی تھی، حضرت ابوبکر رضی اللہ عنہ دو اونٹ لے کے آ گئے اور کہا کہ یہ ایک اونٹ میں آپ کو گفٹ کرتا ہوں۔</w:t>
      </w:r>
    </w:p>
    <w:p>
      <w:r>
        <w:rPr>
          <w:b/>
        </w:rPr>
        <w:t xml:space="preserve">[27:04] </w:t>
      </w:r>
      <w:r>
        <w:t>to prophet ne kahā ke no, i will buy it bismillah o abūbakr, i will pay for a</w:t>
      </w:r>
    </w:p>
    <w:p>
      <w:pPr>
        <w:jc w:val="right"/>
      </w:pPr>
      <w:r>
        <w:t>تو پرافٹ نے کہا کہ نو، آئی ویل بائے اٹ بسم یا ابوبکر، آئی ویل پے فار ا</w:t>
      </w:r>
    </w:p>
    <w:p>
      <w:r>
        <w:rPr>
          <w:b/>
        </w:rPr>
        <w:t xml:space="preserve">[27:10] </w:t>
      </w:r>
      <w:r>
        <w:t>it. to rasūl allāh ne bāqāʿdah is ko pay kiyā, yani yeh payambar kī shāʾan nahīñ hai ke woh gift le logoñ se. to is ko ab pay kiyā, aur is pe phir safar huā.</w:t>
      </w:r>
    </w:p>
    <w:p>
      <w:pPr>
        <w:jc w:val="right"/>
      </w:pPr>
      <w:r>
        <w:t>ٹ۔ تو رسول اللہ نے باقاعدہ اس کو پے کیا، یعنی یہ پیغمبر کی شائے نشان نہیں ہے کہ وہ گفٹ لے لوگوں سے۔ تو اس کو اب پے کیا، اور اس پہ پھر سفر ہوا۔</w:t>
      </w:r>
    </w:p>
    <w:p>
      <w:r>
        <w:rPr>
          <w:b/>
        </w:rPr>
        <w:t xml:space="preserve">[27:23] </w:t>
      </w:r>
      <w:r>
        <w:t>to jab madīnah pahuñche to sāre log chāhte the, they were trying to hold his reins, and they wanted to take the camel to their tri</w:t>
      </w:r>
    </w:p>
    <w:p>
      <w:pPr>
        <w:jc w:val="right"/>
      </w:pPr>
      <w:r>
        <w:t>تو جب مدینہ پہنچے تو سارے لوگ چاہتے تھے، دے وار ٹرائنگ ٹو ہولڈ ہز رینز، اینڈ دے وانٹڈ ٹو ٹیک دی کیمل ٹو دیر ٹرائ</w:t>
      </w:r>
    </w:p>
    <w:p>
      <w:r>
        <w:rPr>
          <w:b/>
        </w:rPr>
        <w:t xml:space="preserve">[27:38] </w:t>
      </w:r>
      <w:r>
        <w:t>be. to rasūl allāh ne kahā ke leave quswah alone, allāh is guiding quswah. to quswah woh shahar mein, madīnah mein chaltī rahī, phir ek jagah jā ke baith gaī.</w:t>
      </w:r>
    </w:p>
    <w:p>
      <w:pPr>
        <w:jc w:val="right"/>
      </w:pPr>
      <w:r>
        <w:t>ب۔ تو رسول اللہ نے کہا کہ لیو قسوہ الون، اللہ از گائیڈنگ قسوہ۔ تو قسوہ وہ شہر میں، مدینہ میں چلتی رہی، پھر ایک جگہ جا کے بیٹھ گئی۔</w:t>
      </w:r>
    </w:p>
    <w:p>
      <w:r>
        <w:rPr>
          <w:b/>
        </w:rPr>
        <w:t xml:space="preserve">[27:50] </w:t>
      </w:r>
      <w:r>
        <w:t>ji, aur us jagah jahāñ baithī hai, āj ṭhīk wahāñ masjid nabawī kā main gate hai.</w:t>
      </w:r>
    </w:p>
    <w:p>
      <w:pPr>
        <w:jc w:val="right"/>
      </w:pPr>
      <w:r>
        <w:t>جی، اور اس جگہ جہاں بیٹھی ہے، آج ٹھیک وہاں مسجد نبوی کا مین گیٹ ہے۔</w:t>
      </w:r>
    </w:p>
    <w:p>
      <w:r>
        <w:rPr>
          <w:b/>
        </w:rPr>
        <w:t xml:space="preserve">[27:56] </w:t>
      </w:r>
      <w:r>
        <w:t>ji, prophet ne masjid nabawī wahīñ banāī jahāñ par quswah baithī thī. aur kaī bār jaise main ne abhi batāyā ke quswah ke safar mein rasūl allāh is pe safar kar rahe the, aur qurʾān nāzil huā.</w:t>
      </w:r>
    </w:p>
    <w:p>
      <w:pPr>
        <w:jc w:val="right"/>
      </w:pPr>
      <w:r>
        <w:t>جی، پرافٹ نے مسجد نبوی وہیں بنائی جہاں پر قسوہ بیٹھی تھی۔ اور کئی بار جیسے میں نے ابھی بتایا کہ قسوہ کے سفر میں رسول اللہ اس پہ سفر کر رہے تھے، اور قرآن نازل ہوا۔</w:t>
      </w:r>
    </w:p>
    <w:p>
      <w:r>
        <w:rPr>
          <w:b/>
        </w:rPr>
        <w:t xml:space="preserve">[28:13] </w:t>
      </w:r>
      <w:r>
        <w:t>aur ḥudaybiyyah kā jo wāqiʿah thā ke ḥudaybiyyah mein prophet ruk gaye the makkah ke safar ke liye jab ā rahe the, to quswah wahāñ jā ke baith gaye, baith gaī.</w:t>
      </w:r>
    </w:p>
    <w:p>
      <w:pPr>
        <w:jc w:val="right"/>
      </w:pPr>
      <w:r>
        <w:t>اور حدیبیہ کا جو واقعہ تھا کہ حدیبیہ میں پرافٹ رک گئے تھے مکہ کے سفر کے لیے جب آ رہے تھے، تو قسوہ وہاں جا کے بیٹھ گئے، بیٹھ گئی۔</w:t>
      </w:r>
    </w:p>
    <w:p>
      <w:r>
        <w:rPr>
          <w:b/>
        </w:rPr>
        <w:t xml:space="preserve">[28:25] </w:t>
      </w:r>
      <w:r>
        <w:t>aur jab uṭhānā chāhā ṣaḥābah ne to uṭhī nahīñ rahī thī.</w:t>
      </w:r>
    </w:p>
    <w:p>
      <w:pPr>
        <w:jc w:val="right"/>
      </w:pPr>
      <w:r>
        <w:t>اور جب اٹھانا چاہا صحابہ نے تو اٹھی نہیں رہی تھی۔</w:t>
      </w:r>
    </w:p>
    <w:p>
      <w:r>
        <w:rPr>
          <w:b/>
        </w:rPr>
        <w:t xml:space="preserve">[28:31] </w:t>
      </w:r>
      <w:r>
        <w:t>to rasūl allāh ne kahā ke is ko chhoṛ do, aise hi, aur hum yahīñ rukēñge. yani quswah kī wajah se wahāñ rasūl allāh ḥudaybiyyah mein ruke.</w:t>
      </w:r>
    </w:p>
    <w:p>
      <w:pPr>
        <w:jc w:val="right"/>
      </w:pPr>
      <w:r>
        <w:t>تو رسول اللہ نے کہا کہ اس کو چھوڑ دو، ایسے ہی، اور ہم یہیں رکیں گے۔ یعنی قسوہ کی وجہ سے وہاں رسول اللہ حدیبیہ میں رکے۔</w:t>
      </w:r>
    </w:p>
    <w:p>
      <w:r>
        <w:rPr>
          <w:b/>
        </w:rPr>
        <w:t xml:space="preserve">[28:44] </w:t>
      </w:r>
      <w:r>
        <w:t>aur kahā jātā hai ke jab rasūl allāh kī death huī to quswah bahut roī, yahāñ tak ke blind ho gaī, aur khānā pīnā chhoṛ diyā.</w:t>
      </w:r>
    </w:p>
    <w:p>
      <w:pPr>
        <w:jc w:val="right"/>
      </w:pPr>
      <w:r>
        <w:t>اور کہا جاتا ہے کہ جب رسول اللہ کی ڈیتھ ہوئی تو قسوہ بہت روئی، یہاں تک کہ بلائنڈ ہو گئی، اور کھانا پینا چھوڑ دیا۔</w:t>
      </w:r>
    </w:p>
    <w:p>
      <w:r>
        <w:rPr>
          <w:b/>
        </w:rPr>
        <w:t xml:space="preserve">[28:53] </w:t>
      </w:r>
      <w:r>
        <w:t>aur kuch mahinon mein is ki death ho gayi, halankay bohating thi.</w:t>
      </w:r>
    </w:p>
    <w:p>
      <w:pPr>
        <w:jc w:val="right"/>
      </w:pPr>
      <w:r>
        <w:t>اور کچھ مہینوں میں اس کی ڈیتھ ہو گئی، حالانکہ بہتینگ تھی۔</w:t>
      </w:r>
    </w:p>
    <w:p>
      <w:r>
        <w:rPr>
          <w:b/>
        </w:rPr>
        <w:t xml:space="preserve">[28:58] </w:t>
      </w:r>
      <w:r>
        <w:t>jab is ko rasool Allah ne khareeda tha to i think she was hardly ten year old. oont jo hai na, woh das saal mein bilkul is ke laiq ho jata hai.</w:t>
      </w:r>
    </w:p>
    <w:p>
      <w:pPr>
        <w:jc w:val="right"/>
      </w:pPr>
      <w:r>
        <w:t>جب اس کو رسول اللہ نے خریدا تھا تو آئی تھنک شی واز ہارڈلی ٹین ایئر اولڈ۔ اونٹ جو ہے نا، وہ دس سال میں بالکل اس کے لائق ہو جاتا ہے۔</w:t>
      </w:r>
    </w:p>
    <w:p>
      <w:r>
        <w:rPr>
          <w:b/>
        </w:rPr>
        <w:t xml:space="preserve">[29:09] </w:t>
      </w:r>
      <w:r>
        <w:t>to its a ek aur waqia hai ke qaswah jo thi, woh bohat hi taiz raftaar oontni thi, to hamesha race mein jeetti thi.</w:t>
      </w:r>
    </w:p>
    <w:p>
      <w:pPr>
        <w:jc w:val="right"/>
      </w:pPr>
      <w:r>
        <w:t>تو اٹس اے ایک اور واقعہ ہے کہ قسوہ جو تھی، وہ بہت ہی تیز رفتار اونٹنی تھی، تو ہمیشہ ریس میں جیتتی تھی۔</w:t>
      </w:r>
    </w:p>
    <w:p>
      <w:r>
        <w:rPr>
          <w:b/>
        </w:rPr>
        <w:t xml:space="preserve">[29:19] </w:t>
      </w:r>
      <w:r>
        <w:t>ji, aik baar haar gayi woh. to rasool Allah to sahaba baray udas hue.</w:t>
      </w:r>
    </w:p>
    <w:p>
      <w:pPr>
        <w:jc w:val="right"/>
      </w:pPr>
      <w:r>
        <w:t>جی، ایک بار ہار گئی وہ۔ تو رسول اللہ تو صحابہ بڑے اداس ہوئے۔</w:t>
      </w:r>
    </w:p>
    <w:p>
      <w:r>
        <w:rPr>
          <w:b/>
        </w:rPr>
        <w:t xml:space="preserve">[29:25] </w:t>
      </w:r>
      <w:r>
        <w:t>to rasool Allah ne bohat achi baat kahi ke dunya ki cheezon mein jis cheez ko log bohat ziyada buland maqam dete hain, to Allah zaroor un ko is maqam se gira deta hai.</w:t>
      </w:r>
    </w:p>
    <w:p>
      <w:pPr>
        <w:jc w:val="right"/>
      </w:pPr>
      <w:r>
        <w:t>تو رسول اللہ نے بہت اچھی بات کہی کہ دنیا کی چیزوں میں جس چیز کو لوگ بہت زیادہ بلند مقام دیتے ہیں، تو اللہ ضرور ان کو اس مقام سے گرا دیتا ہے۔</w:t>
      </w:r>
    </w:p>
    <w:p>
      <w:r>
        <w:rPr>
          <w:b/>
        </w:rPr>
        <w:t xml:space="preserve">[29:38] </w:t>
      </w:r>
      <w:r>
        <w:t>yani aik general baat kahi. ji,</w:t>
      </w:r>
    </w:p>
    <w:p>
      <w:pPr>
        <w:jc w:val="right"/>
      </w:pPr>
      <w:r>
        <w:t>یعنی ایک جنرل بات کہی۔ جی،</w:t>
      </w:r>
    </w:p>
    <w:p>
      <w:r>
        <w:rPr>
          <w:b/>
        </w:rPr>
        <w:t xml:space="preserve">[29:40] </w:t>
      </w:r>
      <w:r>
        <w:t>to yeh aik bara zabardast principle hai. aur fath e makkah ke waqt bhi qaswah ke oopar aap baithe hue thay, balkay itna ziyada jhuke hue thay jab enter kar rahay thay, to aisay jhuk jhukay hue thay ke qaswah ka jo kohan hota hai na, jo woh aik hump, haan, us us pe touch kar rahi thi rasool Allah ki daadhi, bilkul touch kar rahi thi.</w:t>
      </w:r>
    </w:p>
    <w:p>
      <w:pPr>
        <w:jc w:val="right"/>
      </w:pPr>
      <w:r>
        <w:t>تو یہ ایک بڑا زبردست پرنسپل ہے۔ اور فتح مکہ کے وقت بھی قسوہ کے اوپر آپ بیٹھے ہوئے تھے، بلکہ اتنا زیادہ جھکے ہوئے تھے جب انٹر کر رہے تھے، تو ایسے جھک جھکے ہوئے تھے کہ قسوہ کا جو کوہان ہوتا ہے نا، جو وہ ایک ہمپ، ہاں، اس اس پہ ٹچ کر رہی تھی رسول اللہ کی داڑھی، بالکل ٹچ کر رہی تھی۔</w:t>
      </w:r>
    </w:p>
    <w:p>
      <w:r>
        <w:rPr>
          <w:b/>
        </w:rPr>
        <w:t xml:space="preserve">[30:06] </w:t>
      </w:r>
      <w:r>
        <w:t>aur</w:t>
      </w:r>
    </w:p>
    <w:p>
      <w:pPr>
        <w:jc w:val="right"/>
      </w:pPr>
      <w:r>
        <w:t>اور</w:t>
      </w:r>
    </w:p>
    <w:p>
      <w:r>
        <w:rPr>
          <w:b/>
        </w:rPr>
        <w:t xml:space="preserve">[30:10] </w:t>
      </w:r>
      <w:r>
        <w:t>jo yeh safar hua farewell, is mein bhi qaswah pe aap</w:t>
      </w:r>
    </w:p>
    <w:p>
      <w:pPr>
        <w:jc w:val="right"/>
      </w:pPr>
      <w:r>
        <w:t>جو یہ سفر ہوا فیئر ویل، اس میں بھی قسوہ پہ آپ</w:t>
      </w:r>
    </w:p>
    <w:p>
      <w:r>
        <w:rPr>
          <w:b/>
        </w:rPr>
        <w:t xml:space="preserve">[30:16] </w:t>
      </w:r>
      <w:r>
        <w:t>thay. to yeh to aik bohat hi khaas khaas oontni thi. doctor sahib, kuch comments parhna chahoon ga agla sawal lainay se pehlay.</w:t>
      </w:r>
    </w:p>
    <w:p>
      <w:pPr>
        <w:jc w:val="right"/>
      </w:pPr>
      <w:r>
        <w:t>تھے۔ تو یہ تو ایک بہت ہی خاص خاص اونٹنی تھی۔ ڈاکٹر صاحب، کچھ کمنٹس پڑھنا چاہوں گا اگلا سوال لینے سے پہلے۔</w:t>
      </w:r>
    </w:p>
    <w:p>
      <w:r>
        <w:rPr>
          <w:b/>
        </w:rPr>
        <w:t xml:space="preserve">[30:25] </w:t>
      </w:r>
      <w:r>
        <w:t>yeh comment bheja hai miss fareeda kamran ne islamabad se. unhon ne likha hai: "jazak Allah, absolutely very informative session and easy to understand the importance of hajj." meala reward cps team, maulana iqbal umri ne ch</w:t>
      </w:r>
    </w:p>
    <w:p>
      <w:pPr>
        <w:jc w:val="right"/>
      </w:pPr>
      <w:r>
        <w:t>یہ کمنٹ بھیجا ہے مس فریدہ کامران نے اسلام آباد سے۔ انہوں نے لکھا ہے: "جزاک اللہ، ایبسولیوٹلی ویری انفارمیٹیو سیشن اینڈ ایزی ٹو انڈرسٹینڈ دی امپورٹنس اف حج۔" میالہ ریوارڈ سی پی ایس ٹیم، مولانا اقبال عمری نے چ</w:t>
      </w:r>
    </w:p>
    <w:p>
      <w:r>
        <w:rPr>
          <w:b/>
        </w:rPr>
        <w:t xml:space="preserve">[30:43] </w:t>
      </w:r>
      <w:r>
        <w:t>nai se likha hai: "this is a very interesting documentary on hajj and inspiring moments." meala accept doctor sahib. doctor aslam sahib ne saharanpur se likha hai: "really, doctor sani, you are right, actually muslims don't worship the kaaba, but in but it is islam's most sacred site, because it represents the metaphorical house of god and the oneness of god in islam."</w:t>
      </w:r>
    </w:p>
    <w:p>
      <w:pPr>
        <w:jc w:val="right"/>
      </w:pPr>
      <w:r>
        <w:t>نئی سے لکھا ہے: "دس از ا ویری انٹرسٹنگ ڈاکومنٹری ان حج اینڈ انسپائرنگ مومنٹس۔" میالہ ایکسیپٹ ڈاکٹر صاحب۔ ڈاکٹر اسلم صاحب نے سہارن پور سے لکھا ہے: "ریلی، ڈاکٹر ثانی، یو آر رائٹ، ایکچولی مسلمز ڈونٹ ورشپ دا کعبہ، بٹ ان بٹ اٹ از اسلامز موسٹ سیکرٹ سائیٹ، بیکاز اٹ ریپریزنٹس دی میٹافوریکل ہاؤس اف گاڈ اینڈ دی وننس اف گاڈ ان اسلام۔"</w:t>
      </w:r>
    </w:p>
    <w:p>
      <w:r>
        <w:rPr>
          <w:b/>
        </w:rPr>
        <w:t xml:space="preserve">[31:11] </w:t>
      </w:r>
      <w:r>
        <w:t>acha doctor sahib, phir is ke baad hum dekhte hain jo historical account mein aata hai ke prophet performs umrah in makkah. to is ke baray mein batain.</w:t>
      </w:r>
    </w:p>
    <w:p>
      <w:pPr>
        <w:jc w:val="right"/>
      </w:pPr>
      <w:r>
        <w:t>اچھا ڈاکٹر صاحب، پھر اس کے بعد ہم دیکھتے ہیں جو ہسٹوریکل اکاؤنٹ میں آتا ہے کہ پرافٹ پرفارمز عمرہ ان مکہ۔ تو اس کے بارے میں بتائیں۔</w:t>
      </w:r>
    </w:p>
    <w:p>
      <w:r>
        <w:rPr>
          <w:b/>
        </w:rPr>
        <w:t xml:space="preserve">[31:21] </w:t>
      </w:r>
      <w:r>
        <w:t>ji, to subah phir rasool Allah makkah mein dakhil hue aur kaaba mein gaye. andar hi entered the kaaba and he prayed two rakat of tahiyat al-masjid.</w:t>
      </w:r>
    </w:p>
    <w:p>
      <w:pPr>
        <w:jc w:val="right"/>
      </w:pPr>
      <w:r>
        <w:t>جی، تو صبح پھر رسول اللہ مکہ میں داخل ہوئے اور کعبہ میں گئے۔ اندر ہی انٹرڈ دی کعبہ اینڈ ہی پریز ٹو رکعت اف تحیت المسجد۔</w:t>
      </w:r>
    </w:p>
    <w:p>
      <w:r>
        <w:rPr>
          <w:b/>
        </w:rPr>
        <w:t xml:space="preserve">[31:35] </w:t>
      </w:r>
      <w:r>
        <w:t>tahiyat al-masjid yeh hai ke kisi bhi masjid mein agar aap jayen, tahiyat al-masjid ka matlab hota hai the prayer of greeting the mosque.</w:t>
      </w:r>
    </w:p>
    <w:p>
      <w:pPr>
        <w:jc w:val="right"/>
      </w:pPr>
      <w:r>
        <w:t>تحیت المسجد یہ ہے کہ کسی بھی مسجد میں اگر آپ جائیں، تحیت المسجد کا مطلب ہوتا ہے دا پریئر اف گریٹنگ دا ماسک۔</w:t>
      </w:r>
    </w:p>
    <w:p>
      <w:r>
        <w:rPr>
          <w:b/>
        </w:rPr>
        <w:t xml:space="preserve">[31:44] </w:t>
      </w:r>
      <w:r>
        <w:t>yeh tareeqa rasool Allah ka tha ke jab bhi kisi masjid mein jatay thay to do rakat namaz parhtay thay. ji, to woh do do rakat namaz parhi and he touched the rukn al-yamani and kissed the black stone.</w:t>
      </w:r>
    </w:p>
    <w:p>
      <w:pPr>
        <w:jc w:val="right"/>
      </w:pPr>
      <w:r>
        <w:t>یہ طریقہ رسول اللہ کا تھا کہ جب بھی کسی مسجد میں جاتے تھے تو دو رکعت نماز پڑھتے تھے۔ جی، تو وہ دو دو رکعت نماز پڑھی اینڈ ہی ٹچ دا رکن الیمانی اینڈ کسڈ دا بلیک سٹون۔</w:t>
      </w:r>
    </w:p>
    <w:p>
      <w:r>
        <w:rPr>
          <w:b/>
        </w:rPr>
        <w:t xml:space="preserve">[32:00] </w:t>
      </w:r>
      <w:r>
        <w:t>a</w:t>
      </w:r>
    </w:p>
    <w:p>
      <w:pPr>
        <w:jc w:val="right"/>
      </w:pPr>
      <w:r>
        <w:t>ا</w:t>
      </w:r>
    </w:p>
    <w:p>
      <w:r>
        <w:rPr>
          <w:b/>
        </w:rPr>
        <w:t xml:space="preserve">[32:01] </w:t>
      </w:r>
      <w:r>
        <w:t>sal mein yeh jo rukn al-yamani hai, chaar corners hain. jaisay yeh agar maan li jiye kaaba ki base hai to chaar corners hain.</w:t>
      </w:r>
    </w:p>
    <w:p>
      <w:pPr>
        <w:jc w:val="right"/>
      </w:pPr>
      <w:r>
        <w:t>صل میں یہ جو رکن الیمانی ہے، چار کارنرز ہیں۔ جیسے یہ اگر مان لیجئے کعبہ کی بیس ہے تو چار کارنرز ہیں۔</w:t>
      </w:r>
    </w:p>
    <w:p>
      <w:r>
        <w:rPr>
          <w:b/>
        </w:rPr>
        <w:t xml:space="preserve">[32:11] </w:t>
      </w:r>
      <w:r>
        <w:t>chaaron corners ke naam hain: aik ka hai black stone corner, aik ka hai yamani corner, aik ka hai iraqi corner, aur aik ka hai sirian corner.</w:t>
      </w:r>
    </w:p>
    <w:p>
      <w:pPr>
        <w:jc w:val="right"/>
      </w:pPr>
      <w:r>
        <w:t>چاروں کارنرز کے نام ہیں: ایک کا ہے بلیک سٹون کارنر، ایک کا ہےیمنی کارنر، ایک کا ہے عراقی کارنر، اور ایک کا ہے سیرین کارنر۔</w:t>
      </w:r>
    </w:p>
    <w:p>
      <w:r>
        <w:rPr>
          <w:b/>
        </w:rPr>
        <w:t xml:space="preserve">[32:20] </w:t>
      </w:r>
      <w:r>
        <w:t>okay, to yeh jo kaaba tha, pehlay aisa nahi tha, abhi to square shape</w:t>
      </w:r>
    </w:p>
    <w:p>
      <w:pPr>
        <w:jc w:val="right"/>
      </w:pPr>
      <w:r>
        <w:t>اوکے، تو یہ جو کعبہ تھا، پہلے ایسا نہیں تھا، ابھی تو سکوئر شیپ</w:t>
      </w:r>
    </w:p>
    <w:p>
      <w:r>
        <w:rPr>
          <w:b/>
        </w:rPr>
        <w:t xml:space="preserve">[32:27] </w:t>
      </w:r>
      <w:r>
        <w:t>mein hai. ji, kaaba pehlay aisa tha, rectangle tha, aur idhar se thora sa round, rounded bhi tha, rounded tha. ji, aisay tha kuch.</w:t>
      </w:r>
    </w:p>
    <w:p>
      <w:pPr>
        <w:jc w:val="right"/>
      </w:pPr>
      <w:r>
        <w:t>میں ہے۔ جی، کعبہ پہلے ایسا تھا، ریکٹینگل تھا، اور ادھر سے تھوڑا سا راؤنڈ، راؤنڈڈ بھی تھا، راؤنڈڈ تھا۔ جی، ایسے تھا کچھ۔</w:t>
      </w:r>
    </w:p>
    <w:p>
      <w:r>
        <w:rPr>
          <w:b/>
        </w:rPr>
        <w:t xml:space="preserve">[32:36] </w:t>
      </w:r>
      <w:r>
        <w:t>to kya hua ke kaaba aik baar kuch damage ho gaya, shayad earthquake waghera ki wajah se, to gir gaya.</w:t>
      </w:r>
    </w:p>
    <w:p>
      <w:pPr>
        <w:jc w:val="right"/>
      </w:pPr>
      <w:r>
        <w:t>تو کیا ہوا کہ کعبہ ایک بار کچھ ڈیمج ہو گیا، شاید ارتھ کویک وغیرہ کی وجہ سے، تو گر گیا۔</w:t>
      </w:r>
    </w:p>
    <w:p>
      <w:r>
        <w:rPr>
          <w:b/>
        </w:rPr>
        <w:t xml:space="preserve">[32:45] </w:t>
      </w:r>
      <w:r>
        <w:t>woh to quraish ne dobara banaya. to jo original foundation thi, jo rectangle foundation thi, woh baqi nahi rahi.</w:t>
      </w:r>
    </w:p>
    <w:p>
      <w:pPr>
        <w:jc w:val="right"/>
      </w:pPr>
      <w:r>
        <w:t>وہ تو قریش نے دوبارہ بنایا۔ تو جو اوریجنل فاؤنڈیشن تھی، جو ریکٹینگل فاؤنڈیشن تھی، وہ باقی نہیں رہی۔</w:t>
      </w:r>
    </w:p>
    <w:p>
      <w:r>
        <w:rPr>
          <w:b/>
        </w:rPr>
        <w:t xml:space="preserve">[32:54] </w:t>
      </w:r>
      <w:r>
        <w:t>unhon ne square bana diya.</w:t>
      </w:r>
    </w:p>
    <w:p>
      <w:pPr>
        <w:jc w:val="right"/>
      </w:pPr>
      <w:r>
        <w:t>انہوں نے سکوئر بنا دیا۔</w:t>
      </w:r>
    </w:p>
    <w:p>
      <w:r>
        <w:rPr>
          <w:b/>
        </w:rPr>
        <w:t xml:space="preserve">[32:56] </w:t>
      </w:r>
      <w:r>
        <w:t>jo ab square hai, woh quraish ne banaya tha. rasool aur hazrat ibrahim ne jo banaya tha, woh rectangle tha, aur thora sa aik side se thora woh rounded tha, rectangle, aur aik side se thora rounded.</w:t>
      </w:r>
    </w:p>
    <w:p>
      <w:pPr>
        <w:jc w:val="right"/>
      </w:pPr>
      <w:r>
        <w:t>جو اب سکوئر ہے، وہ قریش نے بنایا تھا۔ رسول اور حضرت ابراہیم نے جو بنایا تھا، وہ ریکٹینگل تھا، اور تھوڑا سا ایک سائیڈ سے تھوڑا وہ راؤنڈڈ تھا، ریکٹینگل، اور ایک سائیڈ سے تھوڑا راؤنڈڈ۔</w:t>
      </w:r>
    </w:p>
    <w:p>
      <w:r>
        <w:rPr>
          <w:b/>
        </w:rPr>
        <w:t xml:space="preserve">[33:08] </w:t>
      </w:r>
      <w:r>
        <w:t>to</w:t>
      </w:r>
    </w:p>
    <w:p>
      <w:pPr>
        <w:jc w:val="right"/>
      </w:pPr>
      <w:r>
        <w:t>تو</w:t>
      </w:r>
    </w:p>
    <w:p>
      <w:r>
        <w:rPr>
          <w:b/>
        </w:rPr>
        <w:t xml:space="preserve">[33:09] </w:t>
      </w:r>
      <w:r>
        <w:t>to ab jo agar aap jayen ge to wahan aap dekhen ge ke jo kaba ka square shape hai, us ke baad aik hatim kehte hain, aik arched wall hai, arch shape ki, about four feet height.</w:t>
      </w:r>
    </w:p>
    <w:p>
      <w:pPr>
        <w:jc w:val="right"/>
      </w:pPr>
      <w:r>
        <w:t>اب جو اگر آپ جائیں گے تو وہاں آپ دیکھیں گے کہ جو کعبہ کا سکوئر شیپ ہے، اس کے بعد ایک حتیم کہتے ہیں، ایک ارجڈ وال ہے، ارج شیپ کی، اباؤٹ فور فٹ ہائیٹ۔</w:t>
      </w:r>
    </w:p>
    <w:p>
      <w:r>
        <w:rPr>
          <w:b/>
        </w:rPr>
        <w:t xml:space="preserve">[33:24] </w:t>
      </w:r>
      <w:r>
        <w:t>to wo wo us ko symbolize kar rahi hai ke yahan tak tha pehle kaba, pehle ye wall thi kaba ki. to log is mein ja ke namaz parhte hain, thori si space hai. ji, samajhte hain ke as if you are praying inside the kaba.</w:t>
      </w:r>
    </w:p>
    <w:p>
      <w:pPr>
        <w:jc w:val="right"/>
      </w:pPr>
      <w:r>
        <w:t>تو وہ وہ اس کو سمبلائز کر رہی ہے کہ یہاں تک تھا پہلے کعبہ، پہلے یہ وال تھی کعبہ کی۔ تو لوگ اس میں جا کے نماز پڑھتے ہیں، تھوڑی سی سپیس ہے۔ جی، سمجھتے ہیں کہ ایز اف یو آر پریئنگ انسائیڈ دا کعبہ۔</w:t>
      </w:r>
    </w:p>
    <w:p>
      <w:r>
        <w:rPr>
          <w:b/>
        </w:rPr>
        <w:t xml:space="preserve">[33:35] </w:t>
      </w:r>
      <w:r>
        <w:t>ji, to</w:t>
      </w:r>
    </w:p>
    <w:p>
      <w:pPr>
        <w:jc w:val="right"/>
      </w:pPr>
      <w:r>
        <w:t>جی، تو</w:t>
      </w:r>
    </w:p>
    <w:p>
      <w:r>
        <w:rPr>
          <w:b/>
        </w:rPr>
        <w:t xml:space="preserve">[33:36] </w:t>
      </w:r>
      <w:r>
        <w:t>wo jo rasool Allah ne touch kiya rukn e yamani ko aur kiss kiya black stone ko, chuna ke ye dono original foundation hain hazrat ibrahim alaihissalam ki, rukn e yamani bhi, aur jo black stone corner hai, wo bhi.</w:t>
      </w:r>
    </w:p>
    <w:p>
      <w:pPr>
        <w:jc w:val="right"/>
      </w:pPr>
      <w:r>
        <w:t>وہ جو رسول اللہ نے ٹچ کیا رکن الیمانی کو اور کس کیا بلیک سٹون کو، چونکہ یہ دونوں اوریجنل فاؤنڈیشن ہیں حضرت ابراہیم علیہ السلام کی، رکن الیمانی بھی، اور جو بلیک سٹون کارنر ہے، وہ بھی۔</w:t>
      </w:r>
    </w:p>
    <w:p>
      <w:r>
        <w:rPr>
          <w:b/>
        </w:rPr>
        <w:t xml:space="preserve">[33:50] </w:t>
      </w:r>
      <w:r>
        <w:t>to yehi do original foundations hain is waqt kaba ki.</w:t>
      </w:r>
    </w:p>
    <w:p>
      <w:pPr>
        <w:jc w:val="right"/>
      </w:pPr>
      <w:r>
        <w:t>تو یہی دو اوریجنل فاؤنڈیشنز ہیں اس وقت کعبہ کی۔</w:t>
      </w:r>
    </w:p>
    <w:p>
      <w:r>
        <w:rPr>
          <w:b/>
        </w:rPr>
        <w:t xml:space="preserve">[33:55] </w:t>
      </w:r>
      <w:r>
        <w:t>to phir rasool Allah ne tawaf shuru kiya, aur pehle jo teen laps thay chakar, wo thora tez lagaya.</w:t>
      </w:r>
    </w:p>
    <w:p>
      <w:pPr>
        <w:jc w:val="right"/>
      </w:pPr>
      <w:r>
        <w:t>تو پھر رسول اللہ نے طواف شروع کیا، اور پہلے جو تین لیپس تھے چکر، وہ تھوڑا تیز لگایا۔</w:t>
      </w:r>
    </w:p>
    <w:p>
      <w:r>
        <w:rPr>
          <w:b/>
        </w:rPr>
        <w:t xml:space="preserve">[34:08] </w:t>
      </w:r>
      <w:r>
        <w:t>ji, aur phir jo aakhir ke char thay, wo halke lagaye, yani aik normal speed pe, aur aik thora brisk andaaz mein walk walk ki. pehle pehle teen chakar mein thora sa brisk thi, aur baad mein wo normal speed pe.</w:t>
      </w:r>
    </w:p>
    <w:p>
      <w:pPr>
        <w:jc w:val="right"/>
      </w:pPr>
      <w:r>
        <w:t>جی، اور پھر جو آخر کے چار تھے، وہ ہلکے لگائے، یعنی ایک نارمل سپیڈ پہ، اور ایک تھوڑا برسک انداز میں واک واک کی۔ پہلے پہلے تین چکر میں تھوڑا سا برسک تھی، اور بعد میں وہ نارمل سپیڈ پہ۔</w:t>
      </w:r>
    </w:p>
    <w:p>
      <w:r>
        <w:rPr>
          <w:b/>
        </w:rPr>
        <w:t xml:space="preserve">[34:22] </w:t>
      </w:r>
      <w:r>
        <w:t>to phir jab tawaf khatam kiya to maqam e ibrahim pe aaye. maqam e ibrahim aik aik pathar tha jo hai, matlab abhi wo is pe khare ho ke prophet ibrahim alaihissalam khana e kaba ki taameer karte thay.</w:t>
      </w:r>
    </w:p>
    <w:p>
      <w:pPr>
        <w:jc w:val="right"/>
      </w:pPr>
      <w:r>
        <w:t>تو پھر جب طواف ختم کیا تو مقام ابراہیم پہ آئے۔ مقام ابراہیم ایک ایک پتھر تھا جو ہے، مطلب ابھی وہ اس پہ کھڑے ہو کے پرافٹ ابراہیم علیہ السلام خانہ کعبہ کی تعمیر کرتے تھے۔</w:t>
      </w:r>
    </w:p>
    <w:p>
      <w:r>
        <w:rPr>
          <w:b/>
        </w:rPr>
        <w:t xml:space="preserve">[34:37] </w:t>
      </w:r>
      <w:r>
        <w:t>to pehle wo it was attached to the kaba, ab wo us ko hata diya gaya, thora door kar diya, about 20 feet away us ko kar diya hai ta ke log jo tawaf karte hain, is mein un ke rastay mein na aayein.</w:t>
      </w:r>
    </w:p>
    <w:p>
      <w:pPr>
        <w:jc w:val="right"/>
      </w:pPr>
      <w:r>
        <w:t>تو پہلے وہ اٹ واز اٹیچڈ ٹو دا کعبہ، اب وہ اس کو ہٹا دیا گیا، تھوڑا دور کر دیا، اباؤٹ 20 فٹ اوے اس کو کر دیا ہے تاکہ لوگ جو طواف کرتے ہیں، اس میں ان کے راستے میں نہ آئیں۔</w:t>
      </w:r>
    </w:p>
    <w:p>
      <w:r>
        <w:rPr>
          <w:b/>
        </w:rPr>
        <w:t xml:space="preserve">[34:51] </w:t>
      </w:r>
      <w:r>
        <w:t>aur aik enclosure sa hai, us ka bana diya hai, us ko maqam e ibrahim kehte hain, the station of Abraham</w:t>
      </w:r>
    </w:p>
    <w:p>
      <w:pPr>
        <w:jc w:val="right"/>
      </w:pPr>
      <w:r>
        <w:t>اور ایک انکلوزر سا ہے، اس کا بنا دیا ہے، اس کو مقام ابراہیم کہتے ہیں، دا اسٹیشن اف ابراہم</w:t>
      </w:r>
    </w:p>
    <w:p>
      <w:r>
        <w:rPr>
          <w:b/>
        </w:rPr>
        <w:t xml:space="preserve">[34:56] </w:t>
      </w:r>
      <w:r>
        <w:t>. to wahan gaye aur wahan do rak'at namaz parhi, aur aur ye quran ki ayat parhi: "wa'takhidh min maqam e ibrahima musalla and make the station of Abraham your place of worship, your place of prayer."</w:t>
      </w:r>
    </w:p>
    <w:p>
      <w:pPr>
        <w:jc w:val="right"/>
      </w:pPr>
      <w:r>
        <w:t>۔ تو وہاں گئے اور وہاں دو رکعت نماز پڑھی، اور اور یہ قرآن کی آیت پڑھی: "وتخذ من مقام ابراہیم مصلی اینڈ میک دا اسٹیشن اف ابراہیم یور پلیس اف ورشپ، یور پلیس اف پریئر۔"</w:t>
      </w:r>
    </w:p>
    <w:p>
      <w:r>
        <w:rPr>
          <w:b/>
        </w:rPr>
        <w:t xml:space="preserve">[35:18] </w:t>
      </w:r>
      <w:r>
        <w:t>to yahan do rak'at jo namaz parhi, is mein pehle mein parhi surah al kafirun, aur doosre mein parhi surah al ikhlas, aur yani wahan bhi tauheed wali ayatein parhi: "qul huwallahu ahad" se "God is One".</w:t>
      </w:r>
    </w:p>
    <w:p>
      <w:pPr>
        <w:jc w:val="right"/>
      </w:pPr>
      <w:r>
        <w:t>تو یہاں دو رکعت جو نماز پڑھی، اس میں پہلے میں پڑھی سورہ الکافرون، اور دوسرے میں پڑھی سورہ الاخلاص، اور یعنی وہاں بھی توحید والی آیتیں پڑھی: "قلھو اللہھو واحد" سے "گاڈ از ون"۔</w:t>
      </w:r>
    </w:p>
    <w:p>
      <w:r>
        <w:rPr>
          <w:b/>
        </w:rPr>
        <w:t xml:space="preserve">[35:37] </w:t>
      </w:r>
      <w:r>
        <w:t>to phir is ke baad rasool Allah ne zam zam piya. zam zam is waqt kuan tha, actual physical kuan,</w:t>
      </w:r>
    </w:p>
    <w:p>
      <w:pPr>
        <w:jc w:val="right"/>
      </w:pPr>
      <w:r>
        <w:t>تو پھر اس کے بعد رسول اللہ نے زم زم پیا۔ زم زم اس وقت کنواں تھا، ایکچول فزیکل کنواں،</w:t>
      </w:r>
    </w:p>
    <w:p>
      <w:r>
        <w:rPr>
          <w:b/>
        </w:rPr>
        <w:t xml:space="preserve">[35:45] </w:t>
      </w:r>
      <w:r>
        <w:t>abhi to khair wo aik soorat badal gayi hai. to wahan kuan pe ja ke pani piya, aur phir jo safa aur marwa do mountains hain, mountains kya, aik choti choti tilay hain, bohat chote chote.</w:t>
      </w:r>
    </w:p>
    <w:p>
      <w:pPr>
        <w:jc w:val="right"/>
      </w:pPr>
      <w:r>
        <w:t>ابھی تو خیر وہ ایک صورت بدل گئی ہے۔ تو وہاں کنویں پہ جا کے پانی پیا، اور پھر جو صفا اور مروہ دو ماؤنٹنز ہیں، ماؤنٹنز کیا، ایک چھوٹی چھوٹی ٹیلے ہیں، بہت چھوٹے چھوٹے۔</w:t>
      </w:r>
    </w:p>
    <w:p>
      <w:r>
        <w:rPr>
          <w:b/>
        </w:rPr>
        <w:t xml:space="preserve">[36:01] </w:t>
      </w:r>
      <w:r>
        <w:t>wo pehle wo jo haram hai, jo masjid hai, us se bahar thay. ji, log oont pe bhi sa'i karte thay, ab wo masjid ke andar hai, balkay kai level hain</w:t>
      </w:r>
    </w:p>
    <w:p>
      <w:pPr>
        <w:jc w:val="right"/>
      </w:pPr>
      <w:r>
        <w:t>وہ پہلے وہ جو حرم ہے، جو مسجد ہے، اس سے باہر تھے۔ جی، لوگ اونٹ پہ بھی صحیح کرتے تھے، اب وہ مسجد کے اندر ہے، بلکہ کئی لیول ہیں</w:t>
      </w:r>
    </w:p>
    <w:p>
      <w:r>
        <w:rPr>
          <w:b/>
        </w:rPr>
        <w:t xml:space="preserve">[36:14] </w:t>
      </w:r>
      <w:r>
        <w:t>, basement bhi hai, ground bhi hai, first bhi hai, aap kisi bhi jagah sa'i kar sakte hain. to rasool Allah wahan gaye safa pe, aur aik waqt tha ke rasool Allah sab se pehle pehli call jo di thi, safa pe di thi.</w:t>
      </w:r>
    </w:p>
    <w:p>
      <w:pPr>
        <w:jc w:val="right"/>
      </w:pPr>
      <w:r>
        <w:t>، بیسمنٹ بھی ہے، گراؤنڈ بھی ہے، فرسٹ بھی ہے، آپ کسی بھی جگہ صحیح کر سکتے ہیں۔ تو رسول اللہ وہاں گئے صفا پہ، اور ایک وقت تھا کہ رسول اللہ سب سے پہلے پہلی کال جو دی تھی، صفا پہ دی تھی۔</w:t>
      </w:r>
    </w:p>
    <w:p>
      <w:r>
        <w:rPr>
          <w:b/>
        </w:rPr>
        <w:t xml:space="preserve">[36:30] </w:t>
      </w:r>
      <w:r>
        <w:t>ji, aur kisi ne no body res</w:t>
      </w:r>
    </w:p>
    <w:p>
      <w:pPr>
        <w:jc w:val="right"/>
      </w:pPr>
      <w:r>
        <w:t>جی، اور کسی نے نو بڈی ریس</w:t>
      </w:r>
    </w:p>
    <w:p>
      <w:r>
        <w:rPr>
          <w:b/>
        </w:rPr>
        <w:t xml:space="preserve">[36:34] </w:t>
      </w:r>
      <w:r>
        <w:t>responded to him, only Abu Lahab responded, and he moved at the at at the prophet, and abused him.</w:t>
      </w:r>
    </w:p>
    <w:p>
      <w:pPr>
        <w:jc w:val="right"/>
      </w:pPr>
      <w:r>
        <w:t>پانڈڈ ٹو ہم، اونلی ابو لہب ریسپانڈڈ، اینڈ ہی موگڈ ایٹ دا ایٹ دا ایٹ دا پرافٹ، اینڈ ابیوزڈ ہم۔</w:t>
      </w:r>
    </w:p>
    <w:p>
      <w:r>
        <w:rPr>
          <w:b/>
        </w:rPr>
        <w:t xml:space="preserve">[36:43] </w:t>
      </w:r>
      <w:r>
        <w:t>and now Allah has surrounded about 150 thousand sahaba all around him. to rasool Allah ko wo waqt yaad aaya hoga ke jab akele thay, koi nahi tha sathiyon, aur aaj aaj Allah taala ne log hain, taqreeban aik dehr lakh sahaba.</w:t>
      </w:r>
    </w:p>
    <w:p>
      <w:pPr>
        <w:jc w:val="right"/>
      </w:pPr>
      <w:r>
        <w:t>اینڈ ناو اللہ ہیز سراؤنڈڈ اباؤٹ 150 تھا صحابہ ال اراؤنڈ ہم۔ تو رسول اللہ کو وہ وقت یاد آیا ہوگا کہ جب اکیلے تھے، کوئی نہیں تھا ساتھیوں، اور آج آج اللہ تعالی نے لوگ ہیں، تقریباً ایک ڈیڑھ لاکھ صحابہ۔</w:t>
      </w:r>
    </w:p>
    <w:p>
      <w:r>
        <w:rPr>
          <w:b/>
        </w:rPr>
        <w:t xml:space="preserve">[36:59] </w:t>
      </w:r>
      <w:r>
        <w:t>to wahan rasool Allah ne wo quran ki ayat parhi: "inna as safa wal marwata min sha'air Allah ke very really safa and marwa the signs of Allah", aur kaha ke: "abda'u bima bada'allahu bihi, I will start with what Allah has started".</w:t>
      </w:r>
    </w:p>
    <w:p>
      <w:pPr>
        <w:jc w:val="right"/>
      </w:pPr>
      <w:r>
        <w:t>تو وہاں رسول اللہ نے وہ قرآن کی آیت پڑھی: "ان الصفا والمروۃ من شاعر اللہ کہ ویری لی صفا اینڈ مروہ دی سائنز اف اللہ"، اور کہا کہ: "ابدع کما بد اللہ بہ، آئی ویل سٹارٹ ود واٹ اللہ ہیز سٹارٹڈ"۔</w:t>
      </w:r>
    </w:p>
    <w:p>
      <w:r>
        <w:rPr>
          <w:b/>
        </w:rPr>
        <w:t xml:space="preserve">[37:19] </w:t>
      </w:r>
      <w:r>
        <w:t>yani safa aur marwa, safa pehla lafz aaya, phir marwa aaya quran ki ayat mein. to rasool Allah ne kaha ke main bhi isi sequence mein karunga</w:t>
      </w:r>
    </w:p>
    <w:p>
      <w:pPr>
        <w:jc w:val="right"/>
      </w:pPr>
      <w:r>
        <w:t>یعنی صفا اور مروہ، صفا پہلا لفظ آیا، پھر مروہ آیا قرآن کی آیت میں۔ تو رسول اللہ نے کہا کہ میں بھی اسی سیکوئنس میں کروں گ</w:t>
      </w:r>
    </w:p>
    <w:p>
      <w:r>
        <w:rPr>
          <w:b/>
        </w:rPr>
        <w:t xml:space="preserve">[37:28] </w:t>
      </w:r>
      <w:r>
        <w:t>ke safa se marwa, aur marwa se safa. ji, safa se jab marwa aik bar haji ye jata hai to wo aik count hota hai, jab marwa se safa aata hai to do count hota hai.</w:t>
      </w:r>
    </w:p>
    <w:p>
      <w:pPr>
        <w:jc w:val="right"/>
      </w:pPr>
      <w:r>
        <w:t>ا کہ صفا سے مروہ، اور مروہ سے صفا۔ جی، صفا سے جب مروہ ایک بار حاجی یہ جاتا ہے تو وہ ایک کاؤنٹ ہوتا ہے، جب مروہ سے صفا آتا ہے تو دو کاؤنٹ ہوتا ہے۔</w:t>
      </w:r>
    </w:p>
    <w:p>
      <w:r>
        <w:rPr>
          <w:b/>
        </w:rPr>
        <w:t xml:space="preserve">[37:40] </w:t>
      </w:r>
      <w:r>
        <w:t>to aise saat bar, yani poora chakar nahi karna, aik bar safa se marwa gaye to aik ho gaya, dobara aaye to do ho gaya. aise hi saat bar kar ke marwa pe wo sa'i khatam ho jati hai.</w:t>
      </w:r>
    </w:p>
    <w:p>
      <w:pPr>
        <w:jc w:val="right"/>
      </w:pPr>
      <w:r>
        <w:t>تو ایسے سات بار، یعنی پورا چکر نہیں کرنا، ایک بار صفا سے مروہ گئے تو ایک ہو گیا، دوبارہ آئے تو دو ہو گیا۔ ایسے ہی سات بار کر کے مروہ پہ وہ صحیح ختم ہو جاتی ہے۔</w:t>
      </w:r>
    </w:p>
    <w:p>
      <w:r>
        <w:rPr>
          <w:b/>
        </w:rPr>
        <w:t xml:space="preserve">[37:51] </w:t>
      </w:r>
      <w:r>
        <w:t>to</w:t>
      </w:r>
    </w:p>
    <w:p>
      <w:pPr>
        <w:jc w:val="right"/>
      </w:pPr>
      <w:r>
        <w:t>تو</w:t>
      </w:r>
    </w:p>
    <w:p>
      <w:r>
        <w:rPr>
          <w:b/>
        </w:rPr>
        <w:t xml:space="preserve">[37:53] </w:t>
      </w:r>
      <w:r>
        <w:t>wohan per safa pe kharay ho ke rasool Allah ne dua ki aur kaha ke: "la ilaha illallah wahdahu la shareeka lah, lahul mulk wa lahul hamd, wa huwa ala kulli shai qadeer, deer az no no god but Allah".</w:t>
      </w:r>
    </w:p>
    <w:p>
      <w:pPr>
        <w:jc w:val="right"/>
      </w:pPr>
      <w:r>
        <w:t>وہاں پر صفا پہ کھڑے ہو کے رسول اللہ نے دعا کی اور کہا کہ: "لا الہ الا اللہ وحدہ لا شریک لہ، لہ الملک ولہ الحمد، وھو علی کل شی قدیر، دیر از نو نو گاڈ بٹ اللہ"۔</w:t>
      </w:r>
    </w:p>
    <w:p>
      <w:r>
        <w:rPr>
          <w:b/>
        </w:rPr>
        <w:t xml:space="preserve">[38:09] </w:t>
      </w:r>
      <w:r>
        <w:t>yahan bhi aap dekhen to tauheed</w:t>
      </w:r>
    </w:p>
    <w:p>
      <w:pPr>
        <w:jc w:val="right"/>
      </w:pPr>
      <w:r>
        <w:t>یہاں بھی آپ دیکھیں تو توحید</w:t>
      </w:r>
    </w:p>
    <w:p>
      <w:r>
        <w:rPr>
          <w:b/>
        </w:rPr>
        <w:t xml:space="preserve">[38:11] </w:t>
      </w:r>
      <w:r>
        <w:t>, yeh yeh jo kalmaat hain, yeh baar baar aaye hain hajj ke douran: "la ilaha illallah, deer is no god but Allah, wahdahu wahdahu la shareeka lah, da one having no partner with him, lahul mulk wa lahul hamd,</w:t>
      </w:r>
    </w:p>
    <w:p>
      <w:pPr>
        <w:jc w:val="right"/>
      </w:pPr>
      <w:r>
        <w:t>، یہ یہ جو کلمات ہیں، یہ بار بار آئے ہیں حج کے دوران: "لا الہ الا اللہ، دیر از نو گاڈ بٹ اللہ، وحدہ وحدہ لا شریک لہ، دا ون ہیونگ نو پارٹنر ود ہم، لہ الملک ولہ الحمد،</w:t>
      </w:r>
    </w:p>
    <w:p>
      <w:r>
        <w:rPr>
          <w:b/>
        </w:rPr>
        <w:t xml:space="preserve">[38:27] </w:t>
      </w:r>
      <w:r>
        <w:t>sovereignty belongs to him, and all praise belongs to him, due to him, wa huwa ala kulli shai qadeer, he is power over all things,</w:t>
      </w:r>
    </w:p>
    <w:p>
      <w:pPr>
        <w:jc w:val="right"/>
      </w:pPr>
      <w:r>
        <w:t>سورنٹی بیلانگز ٹو ہم، اینڈ ال پریز بیلانگ ٹو ہم، ڈیو ٹو ہم، وھو علی کل شی قدیر، ہی از پاور اوور ال تھنگز،</w:t>
      </w:r>
    </w:p>
    <w:p>
      <w:r>
        <w:rPr>
          <w:b/>
        </w:rPr>
        <w:t xml:space="preserve">[38:39] </w:t>
      </w:r>
      <w:r>
        <w:t>la ilaha illallah wahdahu, deer is no god but Allah da one". ji, phir bohat achi dua ki jo rasool Allah ne fateh makkah ke waqt bhi ki thi: "anjaz waada, wa nasara abda, wa hazam al ahzaab wahdahu,</w:t>
      </w:r>
    </w:p>
    <w:p>
      <w:pPr>
        <w:jc w:val="right"/>
      </w:pPr>
      <w:r>
        <w:t>لا الہ الا اللہ وحدہ، دیر از نو گاڈ بٹ اللہ دا ون"۔ جی، پھر بہت اچھی دعا کی جو رسول اللہ نے فتح مکہ کے وقت بھی کی تھی: "انجز وعدہ، ونصر عبدہ، وحزم الاحزاب وحدہ،</w:t>
      </w:r>
    </w:p>
    <w:p>
      <w:r>
        <w:rPr>
          <w:b/>
        </w:rPr>
        <w:t xml:space="preserve">[38:57] </w:t>
      </w:r>
      <w:r>
        <w:t>he fulfilled his promises, anjaz waada, he fulfilled his pro</w:t>
      </w:r>
    </w:p>
    <w:p>
      <w:pPr>
        <w:jc w:val="right"/>
      </w:pPr>
      <w:r>
        <w:t>ہی فلفلڈ ہز پرومس، انجز وعدہ، ہی فلفلڈ ہز پرو</w:t>
      </w:r>
    </w:p>
    <w:p>
      <w:r>
        <w:rPr>
          <w:b/>
        </w:rPr>
        <w:t xml:space="preserve">[39:02] </w:t>
      </w:r>
      <w:r>
        <w:t>mise, nasara abda, he helped his servant". yani the prophet: "wa hazam al ahzaab wahdahu, he destroyed the confederates him self".</w:t>
      </w:r>
    </w:p>
    <w:p>
      <w:pPr>
        <w:jc w:val="right"/>
      </w:pPr>
      <w:r>
        <w:t>مس، نصر عبدہ، ہی ہیلپڈ ہز سرونٹ"۔ یعنی دا پرافٹ: "وحزم الاحزاب وحدہ، ہی ڈسٹرائڈ دی کنفیڈریٹس ہم سیلف"۔</w:t>
      </w:r>
    </w:p>
    <w:p>
      <w:r>
        <w:rPr>
          <w:b/>
        </w:rPr>
        <w:t xml:space="preserve">[39:12] </w:t>
      </w:r>
      <w:r>
        <w:t>ji, yani Allah taala ko credit diya ke jo bhi hamein kamyabi hasil hui hai, woh tune ki ke tune khud hamare jo enemies thay, un ko khatam kiya.</w:t>
      </w:r>
    </w:p>
    <w:p>
      <w:pPr>
        <w:jc w:val="right"/>
      </w:pPr>
      <w:r>
        <w:t>جی، یعنی اللہ تعالی کو کریڈٹ دیا کہ جو بھی ہمیں کامیابی حاصل ہوئی ہے، وہ تو نے کی کہ تو نے خود ہمارے جو اینمیز تھے، ان کو ختم کیا۔</w:t>
      </w:r>
    </w:p>
    <w:p>
      <w:r>
        <w:rPr>
          <w:b/>
        </w:rPr>
        <w:t xml:space="preserve">[39:26] </w:t>
      </w:r>
      <w:r>
        <w:t>phir woh rasool Allah utre marwah ki taraf to us waqt kya tha ke woh valley ki shape thi, yani idhar marwah hai, idhar safa hai, to woh aik valley thi.</w:t>
      </w:r>
    </w:p>
    <w:p>
      <w:pPr>
        <w:jc w:val="right"/>
      </w:pPr>
      <w:r>
        <w:t>پھر وہ رسول اللہ اترے مروہ کی طرف تو اس وقت کیا تھا کہ وہ ویلی کی شیپ تھی، یعنی ادھر مروہ ہے، ادھر صفا ہے، تو وہ ایک ویلی تھی۔</w:t>
      </w:r>
    </w:p>
    <w:p>
      <w:r>
        <w:rPr>
          <w:b/>
        </w:rPr>
        <w:t xml:space="preserve">[39:38] </w:t>
      </w:r>
      <w:r>
        <w:t>jab Hazrat Hajra dori theen, tab bhi woh aik valley thi, to isi liye woh dor ke idhar jati thi, idhar jati thi. to jab rasool Allah sallallahu alaihi wasallam thay to us waqt bhi valley thi, abhi to kya hai ke jab expansion hua to woh flat ho gayi.</w:t>
      </w:r>
    </w:p>
    <w:p>
      <w:pPr>
        <w:jc w:val="right"/>
      </w:pPr>
      <w:r>
        <w:t>جب حضرت ہاجرہ دوڑی تھیں، تب بھی وہ ایک ویلی تھی، تو اسی لیے وہ دوڑ کے ادھر جاتی تھی، ادھر جاتی تھی۔ تو جب رسول اللہ صلی اللہ علیہ وسلم تھے تو اس وقت بھی ویلی تھی، ابھی تو کیا ہے کہ جب ایکسپینشن ہوا تو وہ فلیٹ ہو گئی۔</w:t>
      </w:r>
    </w:p>
    <w:p>
      <w:r>
        <w:rPr>
          <w:b/>
        </w:rPr>
        <w:t xml:space="preserve">[39:49] </w:t>
      </w:r>
      <w:r>
        <w:t>hmm, ab koi valley nahi hai, koi aisa nashi</w:t>
      </w:r>
    </w:p>
    <w:p>
      <w:pPr>
        <w:jc w:val="right"/>
      </w:pPr>
      <w:r>
        <w:t>ہمم، اب کوئی ویلی نہیں ہے، کوئی ایسا نشی</w:t>
      </w:r>
    </w:p>
    <w:p>
      <w:r>
        <w:rPr>
          <w:b/>
        </w:rPr>
        <w:t xml:space="preserve">[39:53] </w:t>
      </w:r>
      <w:r>
        <w:t>b nahi hai. okay, to to rasool Allah sallallahu alaihi wasallam jab marwah se,</w:t>
      </w:r>
    </w:p>
    <w:p>
      <w:pPr>
        <w:jc w:val="right"/>
      </w:pPr>
      <w:r>
        <w:t>ب نہیں ہے۔ اوکے، تو تو رسول اللہ صلی اللہ علیہ وسلم جب مروہ سے،</w:t>
      </w:r>
    </w:p>
    <w:p>
      <w:r>
        <w:rPr>
          <w:b/>
        </w:rPr>
        <w:t xml:space="preserve">[40:00] </w:t>
      </w:r>
      <w:r>
        <w:t>jab safa se marwah ki taraf gaye to jab nishib aaya, woh jo to phir woh wahan thora dorne lage. hmm, to zahir hai jab aadmi upar se utarta hai na to thora dorne lagta hai.</w:t>
      </w:r>
    </w:p>
    <w:p>
      <w:pPr>
        <w:jc w:val="right"/>
      </w:pPr>
      <w:r>
        <w:t>جب صفا سے مروہ کی طرف گئے تو جب نشیب آیا، وہ جو تو پھر وہ وہاں تھوڑا دوڑنے لگے۔ ہمم، تو ظاہر ہے جب آدمی اوپر سے اترتا ہے نا تو تھوڑا دوڑنے لگتا ہے۔</w:t>
      </w:r>
    </w:p>
    <w:p>
      <w:r>
        <w:rPr>
          <w:b/>
        </w:rPr>
        <w:t xml:space="preserve">[40:11] </w:t>
      </w:r>
      <w:r>
        <w:t>phir jab woh khatam ho gaya, phir apne normal speed pe. to aaj bhi jo haji hain, jab sahi karte hain safa se marwah to woh jagah jahan prophet daure thay,</w:t>
      </w:r>
    </w:p>
    <w:p>
      <w:pPr>
        <w:jc w:val="right"/>
      </w:pPr>
      <w:r>
        <w:t>پھر جب وہ ختم ہو گیا، پھر اپنے نارمل سپیڈ پہ۔ تو آج بھی جو حاجی ہیں، جب صحیح کرتے ہیں صفا سے مروہ تو وہ جگہ جہاں پرافٹ دوڑے تھے،</w:t>
      </w:r>
    </w:p>
    <w:p>
      <w:r>
        <w:rPr>
          <w:b/>
        </w:rPr>
        <w:t xml:space="preserve">[40:22] </w:t>
      </w:r>
      <w:r>
        <w:t>wohan pe daurte hain, wahan daurte hain. chounke wahan green color ki lights hain, ji, green posts hain jo batati hain ke yeh woh jagah hai jahan dorna hai. to yani isi ko follow karte hain jis tarah rasool Allah sallallahu alaihi wasallam ne hajj hajj kiya tha.</w:t>
      </w:r>
    </w:p>
    <w:p>
      <w:pPr>
        <w:jc w:val="right"/>
      </w:pPr>
      <w:r>
        <w:t>وہاں پہ دوڑتے ہیں، وہاں دوڑتے ہیں۔ چونکہ وہاں گرین کلر کی لائٹس ہیں، جی، گرین پوسٹ ہیں جو بتاتی ہیں کہ یہ وہ جگہ ہے جہاں دوڑنا ہے۔ تو یعنی اسی کو فالو کرتے ہیں جس طرح رسول اللہ صلی اللہ علیہ وسلم نے حج حج کیا تھا۔</w:t>
      </w:r>
    </w:p>
    <w:p>
      <w:r>
        <w:rPr>
          <w:b/>
        </w:rPr>
        <w:t xml:space="preserve">[40:36] </w:t>
      </w:r>
      <w:r>
        <w:t>to is tarike se prophet ka umrah khatam hua, ji, aur rasool Allah ne apne tent ko lagane ke liye kaha ke hajoon aik ilaaqa hai, wahan makkah mein, wahan lagwaya.</w:t>
      </w:r>
    </w:p>
    <w:p>
      <w:pPr>
        <w:jc w:val="right"/>
      </w:pPr>
      <w:r>
        <w:t>تو اس طریقے سے پرافٹ کا عمرہ ختم ہوا، جی، اور رسول اللہ نے اپنے ٹینٹ کو لگانے کے لیے کہا کہ حجون ایک علاقہ ہے، وہاں مکہ میں، وہاں لگوایا۔</w:t>
      </w:r>
    </w:p>
    <w:p>
      <w:r>
        <w:rPr>
          <w:b/>
        </w:rPr>
        <w:t xml:space="preserve">[40:53] </w:t>
      </w:r>
      <w:r>
        <w:t>woh wohi jagah hai jahan Hazrat Khadijah ki qabar hai. ji, aap ko yaad hoga jab prophet makkah se aaye thay to bhi he pitched his tent next to the grave of khadi</w:t>
      </w:r>
    </w:p>
    <w:p>
      <w:pPr>
        <w:jc w:val="right"/>
      </w:pPr>
      <w:r>
        <w:t>وہ وہی جگہ ہے جہاں حضرت خدیجہ کی قبر ہے۔ جی، آپ کو یاد ہوگا جب پرافٹ مکہ سے آئے تھے تو بھی ہی پچڈ ہز ٹینٹ نیکسٹ ٹو دا گریو اف خدی</w:t>
      </w:r>
    </w:p>
    <w:p>
      <w:r>
        <w:rPr>
          <w:b/>
        </w:rPr>
        <w:t xml:space="preserve">[41:03] </w:t>
      </w:r>
      <w:r>
        <w:t>jah. is baar bhi rasool Allah sallallahu alaihi wasallam ne wahin par qabar, qabar ke paas tent lagaya, ji.</w:t>
      </w:r>
    </w:p>
    <w:p>
      <w:pPr>
        <w:jc w:val="right"/>
      </w:pPr>
      <w:r>
        <w:t>جہ۔ اس بار بھی رسول اللہ صلی اللہ علیہ وسلم نے وہیں پر قبر، قبر کے پاس ٹینٹ لگایا، جی۔</w:t>
      </w:r>
    </w:p>
    <w:p>
      <w:r>
        <w:rPr>
          <w:b/>
        </w:rPr>
        <w:t xml:space="preserve">[41:11] </w:t>
      </w:r>
      <w:r>
        <w:t>aur doctor sahib, phir umrah ke baad, in the 8th of dhul hijjah, prophet departs for arafat via mina.</w:t>
      </w:r>
    </w:p>
    <w:p>
      <w:pPr>
        <w:jc w:val="right"/>
      </w:pPr>
      <w:r>
        <w:t>اور ڈاکٹر صاحب، پھر عمرہ کے بعد، ان دی ایٹھ اف ذوالحجہ، پرافٹ ڈیپارٹس فار عرفات وایا مینہ۔</w:t>
      </w:r>
    </w:p>
    <w:p>
      <w:r>
        <w:rPr>
          <w:b/>
        </w:rPr>
        <w:t xml:space="preserve">[41:20] </w:t>
      </w:r>
      <w:r>
        <w:t>mina pe aik din unhon ne bataya, and phir arafat par ja kar unhon ne khutba diya. to main chahunga is ke baray mein bhi aap sab ko batai</w:t>
      </w:r>
    </w:p>
    <w:p>
      <w:pPr>
        <w:jc w:val="right"/>
      </w:pPr>
      <w:r>
        <w:t>مینہ پہ ایک دن انہوں نے بتایا، اینڈ پھر عرفات پر جا کر انہوں نے خطبہ دیا۔ تو میں چاہوں گا اس کے بارے میں بھی آپ سب کو بتائ</w:t>
      </w:r>
    </w:p>
    <w:p>
      <w:r>
        <w:rPr>
          <w:b/>
        </w:rPr>
        <w:t xml:space="preserve">[41:30] </w:t>
      </w:r>
      <w:r>
        <w:t>n. ji, bilkul aap ne sahi kaha ke 8th dhul hijjah ko rasool Allah mina ki taraf gaye. mina aur arafat aur muzdalifah yeh bilkul paas mein hain, makkah ka hi samajh lijiye hissa hain, zyada door nahi hai, do kilometer, teen kilometer ke distance pe.</w:t>
      </w:r>
    </w:p>
    <w:p>
      <w:pPr>
        <w:jc w:val="right"/>
      </w:pPr>
      <w:r>
        <w:t>یں۔ جی، بالکل آپ نے صحیح کہا کہ ایٹھ ذوالحجہ کو رسول اللہ منی کی طرف گئے۔ منی اور عرفات اور مزدلفہ یہ بالکل پاس میں ہیں، مکہ کا ہی سمجھ لیجئے حصہ ہیں، زیادہ دور نہیں ہے، دو کلومیٹر، تین کلومیٹر کے ڈسٹنس پہ۔</w:t>
      </w:r>
    </w:p>
    <w:p>
      <w:r>
        <w:rPr>
          <w:b/>
        </w:rPr>
        <w:t xml:space="preserve">[41:47] </w:t>
      </w:r>
      <w:r>
        <w:t>to</w:t>
      </w:r>
    </w:p>
    <w:p>
      <w:pPr>
        <w:jc w:val="right"/>
      </w:pPr>
      <w:r>
        <w:t>تو</w:t>
      </w:r>
    </w:p>
    <w:p>
      <w:r>
        <w:rPr>
          <w:b/>
        </w:rPr>
        <w:t xml:space="preserve">[41:49] </w:t>
      </w:r>
      <w:r>
        <w:t>rasool Allah aur sahaba mina ke liye nikle aur wahan pohanch kar zuhr aur asr aur maghrib aur isha ki namaz parhi, aur subah phir fajr ki bhi namaz p</w:t>
      </w:r>
    </w:p>
    <w:p>
      <w:pPr>
        <w:jc w:val="right"/>
      </w:pPr>
      <w:r>
        <w:t>رسول اللہ اور صحابہ منی کے لیے نکلے اور وہاں پہنچ کر ظہر اور عصر اور مغرب اور عشاء کی نماز پڑھی، اور صبح پھر فجر کی بھی نماز پ</w:t>
      </w:r>
    </w:p>
    <w:p>
      <w:r>
        <w:rPr>
          <w:b/>
        </w:rPr>
        <w:t xml:space="preserve">[42:06] </w:t>
      </w:r>
      <w:r>
        <w:t>arhi. phir agle din, yani 9th dhul hijjah ko rasool Allah arafat ke liye nikle jab suraj thora nikal gaya tha, aur aik jagah hai namirah jo ke border pe hai mina aur arafat ke aik tarike se bilkul border pe hai.</w:t>
      </w:r>
    </w:p>
    <w:p>
      <w:pPr>
        <w:jc w:val="right"/>
      </w:pPr>
      <w:r>
        <w:t>ڑھی۔ پھر اگلے دن، یعنی نائنتھ ذوالحجہ کو رسول اللہ عرفات کے لیے نکلے جب سورج تھوڑا نکل گیا تھا، اور ایک جگہ ہے نمیرہ جو کہ بارڈر پہ ہے منی اور عرفات کے ایک طریقے سے بالکل بارڈر پہ ہے۔</w:t>
      </w:r>
    </w:p>
    <w:p>
      <w:r>
        <w:rPr>
          <w:b/>
        </w:rPr>
        <w:t xml:space="preserve">[42:22] </w:t>
      </w:r>
      <w:r>
        <w:t>to wahan rasool Allah ne tent lagaya aur wahan ruke. ab wahan par aik masjid hai jahan ruke thay rasool Allah, woh uska naam hai masjid namirah</w:t>
      </w:r>
    </w:p>
    <w:p>
      <w:pPr>
        <w:jc w:val="right"/>
      </w:pPr>
      <w:r>
        <w:t>تو وہاں رسول اللہ نے ٹینٹ لگایا اور وہاں رکے۔ اب وہاں پر ایک مسجد ہے جہاں رکے تھے رسول اللہ، وہ اس کا نام ہے مسجد نمیرہ</w:t>
      </w:r>
    </w:p>
    <w:p>
      <w:r>
        <w:rPr>
          <w:b/>
        </w:rPr>
        <w:t xml:space="preserve">[42:34] </w:t>
      </w:r>
      <w:r>
        <w:t>to wahan par zuhr ke waqt tak ruke, is ke baad arafat mein dakhil hue aur wahan jo woh famous sermon hai, khutba woh diya.</w:t>
      </w:r>
    </w:p>
    <w:p>
      <w:pPr>
        <w:jc w:val="right"/>
      </w:pPr>
      <w:r>
        <w:t>۔ تو وہاں پر ظہر کے وقت تک رکے، اس کے بعد عرفات میں داخل ہوئے اور وہاں جو وہ فیمس سرمن ہے، خطبہ وہ دیا۔</w:t>
      </w:r>
    </w:p>
    <w:p>
      <w:r>
        <w:rPr>
          <w:b/>
        </w:rPr>
        <w:t xml:space="preserve">[42:46] </w:t>
      </w:r>
      <w:r>
        <w:t>aur rasool Allah ne kaha ke: "a logon! listen to me very carefully, this might be the last year I meet with you." Actually, Rasool Allah was indicating that this will be the last year that I be meeting you,</w:t>
      </w:r>
    </w:p>
    <w:p>
      <w:pPr>
        <w:jc w:val="right"/>
      </w:pPr>
      <w:r>
        <w:t>اور رسول اللہ نے کہا کہ: "اے لوگوں! لسن ٹو می ویری کیئرفلی، دس مائٹ بی دا لاسٹ ایئر آئی میٹ ود یو۔" ایکچولی رسول اللہ واز انڈیکیٹنگ دیٹ دس ول بی دا لاسٹ ایئر دیٹ آئی بی میٹنگ یو،</w:t>
      </w:r>
    </w:p>
    <w:p>
      <w:r>
        <w:rPr>
          <w:b/>
        </w:rPr>
        <w:t xml:space="preserve">[43:04] </w:t>
      </w:r>
      <w:r>
        <w:t>lekin sahaba yeh samajh nahin paaye, hmm, ke rasool Allah ki wafat ho jayegi, death ho jayegi is hajj ke baad. to kai baar rasool Allah sallallahu alaihi wasallam ne yeh baat kahi ke: "ah, ho sakta hai ke main is ah, ah hajj ke baad tum se na milun</w:t>
      </w:r>
    </w:p>
    <w:p>
      <w:pPr>
        <w:jc w:val="right"/>
      </w:pPr>
      <w:r>
        <w:t>لیکن صحابہ یہ سمجھ نہیں پائے، ہمم، کہ رسول اللہ کی وفات ہو جائے گی، ڈیتھ ہو جائے گی اس حج کے بعد۔ تو کئی بار رسول اللہ صلی اللہ علیہ وسلم نے یہ بات کہی کہ: "اہ، ہو سکتا ہے کہ میں اس اہ، اہ حج کے بعد تم سے نہ ملوں</w:t>
      </w:r>
    </w:p>
    <w:p>
      <w:r>
        <w:rPr>
          <w:b/>
        </w:rPr>
        <w:t xml:space="preserve">[43:22] </w:t>
      </w:r>
      <w:r>
        <w:t>". phir wahan par khutba diya aur is mein kaha ke: "ana dmaakum wamwalukum haram al</w:t>
      </w:r>
    </w:p>
    <w:p>
      <w:pPr>
        <w:jc w:val="right"/>
      </w:pPr>
      <w:r>
        <w:t>۔" پھر وہاں پر خطبہ دیا اور اس میں کہا کہ: "انا دماءکم واموالکم حرام علیکم، یومکمھذا، فی شہرکمھذا، فی بلدکمھذا۔</w:t>
      </w:r>
    </w:p>
    <w:p>
      <w:r>
        <w:rPr>
          <w:b/>
        </w:rPr>
        <w:t xml:space="preserve">[43:37] </w:t>
      </w:r>
      <w:r>
        <w:t>"Do know that your blood, your wealth are forbidden upon each other, ah, in this day of yours, in this month of yours, in this city of yours."</w:t>
      </w:r>
    </w:p>
    <w:p>
      <w:pPr>
        <w:jc w:val="right"/>
      </w:pPr>
      <w:r>
        <w:t>دین نو دیٹ یور بلڈ، یور ویلتھ ار فوربیڈن اپون ایچ ادر، اہ، ان دس ڈے اف یورز، ان دس منتھ اف یورز، ان دس سٹی اف یورز۔</w:t>
      </w:r>
    </w:p>
    <w:p>
      <w:r>
        <w:rPr>
          <w:b/>
        </w:rPr>
        <w:t xml:space="preserve">[43:50] </w:t>
      </w:r>
      <w:r>
        <w:t>yani is ka matlab yeh tha ke: "ah, no more fighting, ah, between the tribes." ah, chounke woh tribal age ka zamana tha, to tribal age mein generation upon generation log larte the, ah, to woh jo dushmniyan thin, sab rivalries, to is ko khatm kar diya, ji.</w:t>
      </w:r>
    </w:p>
    <w:p>
      <w:pPr>
        <w:jc w:val="right"/>
      </w:pPr>
      <w:r>
        <w:t>" یعنی اس کا مطلب یہ تھا کہ: "اہ، نو مور فائٹنگ، اہ، بٹوین دا ٹرائبز۔" اہ، چونکہ وہ ٹرائبل ایج کا زمانہ تھا، تو ٹرائبل ایج میں جنریشن اپون جنریشن لوگ لڑتے تھے، اہ، تو وہ جو دشمنیاں تھیں، سب رائیولریز، تو اس کو ختم کر دیا، جی۔</w:t>
      </w:r>
    </w:p>
    <w:p>
      <w:r>
        <w:rPr>
          <w:b/>
        </w:rPr>
        <w:t xml:space="preserve">[44:12] </w:t>
      </w:r>
      <w:r>
        <w:t>aur ah, phir rasool Allah ne kaha ke: "ah, ai abolish all such rivalries, all such, ah, feud and fighting among the, among the tribe." aur ah, rasool Allah ne kaha ke: "the first, ah, ah, one, I I am abolishing the right of my own tribe." yani jo bhi un ki rasool Allah ki tribe thi, is mein bhi jo dushmani wagera thi, woh sab khatm.</w:t>
      </w:r>
    </w:p>
    <w:p>
      <w:pPr>
        <w:jc w:val="right"/>
      </w:pPr>
      <w:r>
        <w:t>اور اہ، پھر رسول اللہ نے کہا کہ: "اہ، آئی ابالش ال سچ رائیولریز، ال سچ، اہ، فیوڈ اینڈ فائٹنگ امنگ دا، امنگ دا ٹرائب۔" اور اہ، رسول اللہ نے کہا کہ: "دا فرسٹ، اہ، اہ، ون، آئی آئی ایم ابالشنگ دا رائٹ اف مائی اون ٹرائب۔" یعنی جو بھی ان کی رسول اللہ کی ٹرائب تھی، اس میں بھی جو دشمنی وغیرہ تھی، وہ سب ختم۔</w:t>
      </w:r>
    </w:p>
    <w:p>
      <w:r>
        <w:rPr>
          <w:b/>
        </w:rPr>
        <w:t xml:space="preserve">[44:39] </w:t>
      </w:r>
      <w:r>
        <w:t>he said: "everything is crushed under my feet." to is ke baad Rasool Allah ne kaha ke: "I am abolishing riba." Riba yani usually pehle yeh hota tha ke boht hi high interest rate pe log loan diya karte the, aur Rasool Allah ne kaha hai ke: "the first riba which I abolish is that of my uncle Al-Abbas." Hazrat Abbas RaziAllahu Anhu bhi yeh karte the lending boht high rate pe</w:t>
      </w:r>
    </w:p>
    <w:p>
      <w:pPr>
        <w:jc w:val="right"/>
      </w:pPr>
      <w:r>
        <w:t>ہی سیڈ: "ایوری تھنگ از کرشڈ انڈر مائی فیٹ۔" تو اس کے بعد رسول اللہ نے کہا کہ: "آئی آئی ایم ابالشنگ ربا۔" ربا یعنی یوزلی پہلے یہ ہوتا تھا کہ بہت ہی ہائی انٹرسٹ ریٹ پہ لوگ لون دیا کرتے تھے، اور رسول اللہ نے کہا ہے کہ: "دا فرسٹ ربا وچ آئی ابالش از دیٹ اف مائی انکل العباس۔" حضرت عباس رضی اللہ عنہ بھی یہ کرتے تھے لینڈنگ بہت ہائی ریٹ پہ</w:t>
      </w:r>
    </w:p>
    <w:p>
      <w:r>
        <w:rPr>
          <w:b/>
        </w:rPr>
        <w:t xml:space="preserve">[45:05] </w:t>
      </w:r>
      <w:r>
        <w:t>. to yani riba ko abolish karne ka matlab yeh hai ke: "You can only, ah, pay the, you can only take the principal." Baqi jo interest hai aur sari chizen hain, woh sab khatm, sirf principal ki had tak aap le sakte hain wapas, aur baqi koi chiz nahin.</w:t>
      </w:r>
    </w:p>
    <w:p>
      <w:pPr>
        <w:jc w:val="right"/>
      </w:pPr>
      <w:r>
        <w:t>۔ تو یعنی ربا کو ابالش کرنے کا مطلب یہ ہے کہ: "یو کین اونلی، اہ، پے دا، یو کین اونلی ٹیک دا پرنسپل۔" باقی جو انٹرسٹ ہے اور ساری چیزیں ہیں، وہ سب ختم، صرف پرنسپل کی حد تک آپ لے سکتے ہیں واپس، اور باقی کوئی چیز نہیں۔</w:t>
      </w:r>
    </w:p>
    <w:p>
      <w:r>
        <w:rPr>
          <w:b/>
        </w:rPr>
        <w:t xml:space="preserve">[45:26] </w:t>
      </w:r>
      <w:r>
        <w:t>aur ek boht hi zabardast baat rasool Allah ne jo kahi, ah, jo rasool Allah se pehle kisi ne nahin kahi ke: "la fadlah li-arabin ala ajamain, and Arab has no superiority on a non-Arab, and a non-Arab has no superiority, superiority on an Arab, and a white man has no superiority on a black man, and a black man has no superiority on a white man</w:t>
      </w:r>
    </w:p>
    <w:p>
      <w:pPr>
        <w:jc w:val="right"/>
      </w:pPr>
      <w:r>
        <w:t>اور ایک بہت ہی زبردست بات رسول اللہ نے جو کہی، اہ، جو رسول اللہ سے پہلے کسی نے نہیں کہی کہ: "لا فضلہ لعربین علی عجمین، اینڈ عرب ہیز نو سپیریورٹی ان اے نان عرب، اینڈ اے نان عرب ہیز نو سپیریورٹی، سپیریورٹی ان اے عرب، اینڈ اے وائٹ مین ہیز نو سپیریورٹی ان اے بلیک مین، اینڈ اے بلیک مین ہیز نو سپیریورٹی ان اے وائٹ مین</w:t>
      </w:r>
    </w:p>
    <w:p>
      <w:r>
        <w:rPr>
          <w:b/>
        </w:rPr>
        <w:t xml:space="preserve">[45:51] </w:t>
      </w:r>
      <w:r>
        <w:t>". ji, to yeh badi zabardast baat kahi thi, yani he completely, ah, abolished all kind of racism and classism, jo ke bilkul hi, ah, is zamane ke lihaz se boht hi nai baat thi.</w:t>
      </w:r>
    </w:p>
    <w:p>
      <w:pPr>
        <w:jc w:val="right"/>
      </w:pPr>
      <w:r>
        <w:t>۔" جی، تو یہ بڑی زبردست بات کہی تھی، یعنی ہی ہی کمپلیٹلی، اہ، ابالشڈ ال کائنڈ اف ریسزم اینڈ کلرزم، جو کہ بالکل ہی، اہ، اس زمانے کے لحاظ سے بہت ہی نئی بات تھی۔</w:t>
      </w:r>
    </w:p>
    <w:p>
      <w:r>
        <w:rPr>
          <w:b/>
        </w:rPr>
        <w:t xml:space="preserve">[46:05] </w:t>
      </w:r>
      <w:r>
        <w:t>aur phir kaha: "watqwa Allah fi nisa, treat your women well."</w:t>
      </w:r>
    </w:p>
    <w:p>
      <w:pPr>
        <w:jc w:val="right"/>
      </w:pPr>
      <w:r>
        <w:t>اور پھر کہا: "وتقوا اللہ فی النساء، ٹریٹ یور وومن ویل۔"</w:t>
      </w:r>
    </w:p>
    <w:p>
      <w:r>
        <w:rPr>
          <w:b/>
        </w:rPr>
        <w:t xml:space="preserve">[46:09] </w:t>
      </w:r>
      <w:r>
        <w:t>aur is waqt quran ki ek boht hi aham ayat utri: "alyom akmalt lakum dinakum, watmammt alaikum nimti, wardaittu lakum al-islam dinan." ke: "Today I have completed your religion for you, and completed my blessings upon you.</w:t>
      </w:r>
    </w:p>
    <w:p>
      <w:pPr>
        <w:jc w:val="right"/>
      </w:pPr>
      <w:r>
        <w:t>اور اس وقت قرآن کی ایک بہت ہی اہم آیت اتری: "الیوم اکملت لکم دینکم، واتممت علیکم نعمتی، وردیت لکم الاسلام دینا۔" کہ: "ٹوڈے آئی ہیو کمپلیٹڈ یور ریلیجن فار یو، اینڈ کمپلیٹڈ مائی بلیسنگز اپون یو۔</w:t>
      </w:r>
    </w:p>
    <w:p>
      <w:r>
        <w:rPr>
          <w:b/>
        </w:rPr>
        <w:t xml:space="preserve">[46:29] </w:t>
      </w:r>
      <w:r>
        <w:t>ai hiv chozn for yu islam az yor relijan."</w:t>
      </w:r>
    </w:p>
    <w:p>
      <w:pPr>
        <w:jc w:val="right"/>
      </w:pPr>
      <w:r>
        <w:t>آئی ہیو چوزن فار یو اسلام ایز یور ریلیجن۔"</w:t>
      </w:r>
    </w:p>
    <w:p>
      <w:r>
        <w:rPr>
          <w:b/>
        </w:rPr>
        <w:t xml:space="preserve">[46:35] </w:t>
      </w:r>
      <w:r>
        <w:t>ek waqea hai ke ek jab, ah, Hazrat Umar R.A. ki khilafat thi to ek Jew aaya un ke pas, aur woh bola ke: "ah, ek Quran mein aap ki kitab mein ek aisi ayat hai, agar woh ayat hamare kitab mein hoti to hum festival banate, yani woh hamare liye ek holy day hoti." Ji, to Hazrat Umar ne pucha: "Kon si ayat?" To us ne yahi kaha ke: "alyom akmalt lak</w:t>
      </w:r>
    </w:p>
    <w:p>
      <w:pPr>
        <w:jc w:val="right"/>
      </w:pPr>
      <w:r>
        <w:t>ایک واقعہ ہے کہ ایک جب، اہ، حضرت عمر رضی اللہ عنہ کی خلافت تھی تو ایک جیو آیا ان کے پاس، اور وہ بولا کہ: "اہ، ایک قرآن میں آپ کی کتاب میں ایک ایسی آیت ہے، اگر وہ آیت ہمارے کتاب میں ہوتی تو ہم فیسٹیول بناتے، یعنی وہ ہمارے لیے ایک ہالی ڈے ہوتی۔" جی، تو حضرت عمر نے پوچھا: "کون سی آیت؟" تو اس نے یہی کہا کہ: "الیوم اکملت لک</w:t>
      </w:r>
    </w:p>
    <w:p>
      <w:r>
        <w:rPr>
          <w:b/>
        </w:rPr>
        <w:t xml:space="preserve">[47:03] </w:t>
      </w:r>
      <w:r>
        <w:t>m dinakum." to hazrat umar ne kaha: "han, ai remember</w:t>
      </w:r>
    </w:p>
    <w:p>
      <w:pPr>
        <w:jc w:val="right"/>
      </w:pPr>
      <w:r>
        <w:t>م دینکم۔" تو حضرت عمر نے کہا: "ہاں، آئی ریممبر دا پرافٹ، اہ، گاٹ دس آیا، اٹ واز ریویلڈ ان ان دا ڈے اف عرفہ، وین ہی واز گیونگ خطبہ۔" جی، اور اینڈ لوک ایٹ دا ہیومیلٹی اف دا پرافٹ۔</w:t>
      </w:r>
    </w:p>
    <w:p>
      <w:r>
        <w:rPr>
          <w:b/>
        </w:rPr>
        <w:t xml:space="preserve">[47:32] </w:t>
      </w:r>
      <w:r>
        <w:t>he asked the people, "antum tasalon an maai, fa ma antum qailun?" that, "you will be asked about me, God will ask about me, whether I have done my job, whether I have fulfilled my job, whether I have conveyed the message, and what will you reply?" And at this time, Rasul Allah cried a lot.</w:t>
      </w:r>
    </w:p>
    <w:p>
      <w:pPr>
        <w:jc w:val="right"/>
      </w:pPr>
      <w:r>
        <w:t>ہی اسکڈ دا پیپل کہ: "انتم تسعلون عنی، فما انتم قائلون؟" کہ: "یو ول بی اسکڈ اباؤٹ می، گاڈ ول اسک اباؤٹ می، ویدر آئی ہیو ڈن مائی جاب، ویدر آئی ہیو فلفلڈ مائی جاب، ویدر آئی ہیو کنویڈ دا میسج، اینڈ واٹ ول یو ریپلائی؟" اور اس وقت رسول اللہ بہت روئے</w:t>
      </w:r>
    </w:p>
    <w:p>
      <w:r>
        <w:rPr>
          <w:b/>
        </w:rPr>
        <w:t xml:space="preserve">[47:58] </w:t>
      </w:r>
      <w:r>
        <w:t>jab yeh keh rahe the to boht hi was crying a lot. to sahaba ne kaha ke sare sahaba ne kaha ke: "nashhadu anka kad balaghta wadaitta wanshadu wanshadu,</w:t>
      </w:r>
    </w:p>
    <w:p>
      <w:pPr>
        <w:jc w:val="right"/>
      </w:pPr>
      <w:r>
        <w:t>جب یہ کہہ رہے تھے تو بہت ہی واز کرائنگ ا لاٹ۔ تو صحابہ نے کہا کہ سارے صحابہ نے کہا کہ: "نشہد انک قد بلغت ودیت ونسہد ونسہد،</w:t>
      </w:r>
    </w:p>
    <w:p>
      <w:r>
        <w:rPr>
          <w:b/>
        </w:rPr>
        <w:t xml:space="preserve">[48:17] </w:t>
      </w:r>
      <w:r>
        <w:t>vi bier vitnes dat yu hiv dilivrd da mesij, yu hiv fulfild da mesij, and yu hiv givn as sansiyar kansal, sansiyar advais." to rasool Allah ne asman ki taraf hath uthaya aur teen baar kaha: "Allahumma shhid, Allahumma shhid, Allahumma shhid." ji, o Allah bier vitnes, o Allah bier vitnes, o Allah bier vitnes.</w:t>
      </w:r>
    </w:p>
    <w:p>
      <w:pPr>
        <w:jc w:val="right"/>
      </w:pPr>
      <w:r>
        <w:t>وی بیئر وٹنس دیٹ یو ہیو ڈیلیورڈ دا میسج، یو ہیو فلفلڈ دا میسج، اینڈ یو ہیو گیون اس سنسیئر کونسل، سنسیئر ایڈوائس۔" تو رسول اللہ نے اسمان کی طرف ہاتھ اٹھایا اور تین بار کہا: "اللہم اشھد، اللہم اشھد، اللہم اشھد۔" جی، او اللہ بیئر وٹنس، او اللہ بیئر وٹنس، او اللہ بیئر وٹنس۔</w:t>
      </w:r>
    </w:p>
    <w:p>
      <w:r>
        <w:rPr>
          <w:b/>
        </w:rPr>
        <w:t xml:space="preserve">[48:42] </w:t>
      </w:r>
      <w:r>
        <w:t>phir is ke baad rasool Allah ne khutba khatm kar diya: "was-salamu alaikum wa rahmatullahi wa barakatuh" keh ke. ji, daktar sahib, aap ne boht achhi duain bhi batai, and in islam, ah, dua hiz gret signifikans, splikeshan to Allah.</w:t>
      </w:r>
    </w:p>
    <w:p>
      <w:pPr>
        <w:jc w:val="right"/>
      </w:pPr>
      <w:r>
        <w:t>پھر اس کے بعد رسول اللہ نے خطبہ ختم کر دیا: "والسلام علیکم ورحمۃ اللہ وبرکاتہ" کہہ کے۔ جی، ڈاکٹر صاحب، آپ نے بہت اچھی دعائیں بھی بتائیں، اینڈ ان اسلام، اہ، دعا ہیز گریٹ سگنیفیکنس، سپلیکیشن ٹو اللہ۔</w:t>
      </w:r>
    </w:p>
    <w:p>
      <w:r>
        <w:rPr>
          <w:b/>
        </w:rPr>
        <w:t xml:space="preserve">[48:58] </w:t>
      </w:r>
      <w:r>
        <w:t>and molana sahib khud bolte the ke agar kabhi aisi situeshan aye ke aap phans jayen kahin pe to foran dua</w:t>
      </w:r>
    </w:p>
    <w:p>
      <w:pPr>
        <w:jc w:val="right"/>
      </w:pPr>
      <w:r>
        <w:t>اینڈ مولانا صاحب خود بولتے تھے کہ اگر کبھی ایسی سچوئیشن آئے کہ آپ پھنس جائیں کہیں پہ تو فوراً دعا</w:t>
      </w:r>
    </w:p>
    <w:p>
      <w:r>
        <w:rPr>
          <w:b/>
        </w:rPr>
        <w:t xml:space="preserve">[49:05] </w:t>
      </w:r>
      <w:r>
        <w:t>kijiye. to daktar sahib, ah, yeh model bhi hamein prafat se hi milta hai, jaisa ke hum dekhte hain un ki zindagi se ke khoob dua dua karte the.</w:t>
      </w:r>
    </w:p>
    <w:p>
      <w:pPr>
        <w:jc w:val="right"/>
      </w:pPr>
      <w:r>
        <w:t>کیجئے۔ تو ڈاکٹر صاحب، اہ، یہ ماڈل بھی ہمیں پرافٹ سے ہی ملتا ہے، جیسا کہ ہم دیکھتے ہیں ان کی زندگی سے کہ خوب دعا دعا کرتے تھے۔</w:t>
      </w:r>
    </w:p>
    <w:p>
      <w:r>
        <w:rPr>
          <w:b/>
        </w:rPr>
        <w:t xml:space="preserve">[49:14] </w:t>
      </w:r>
      <w:r>
        <w:t>sahabi bhi baad mein, ah, dua karte rahe. to daktar sahib, khutba ke baad hum jaise, ah, dekhte hain ke hi ofrs hart felt splikeshanz, dua to Allah.</w:t>
      </w:r>
    </w:p>
    <w:p>
      <w:pPr>
        <w:jc w:val="right"/>
      </w:pPr>
      <w:r>
        <w:t>صحابی بھی بعد میں، اہ، دعا کرتے رہے۔ تو ڈاکٹر صاحب، خطبہ کے بعد ہم جیسے، اہ، دیکھتے ہیں کہ ہی افرز ہارٹ فیلٹ سپلیکیشنز، دعا ٹو اللہ۔</w:t>
      </w:r>
    </w:p>
    <w:p>
      <w:r>
        <w:rPr>
          <w:b/>
        </w:rPr>
        <w:t xml:space="preserve">[49:26] </w:t>
      </w:r>
      <w:r>
        <w:t>to is ke bare mein thoda bataen hum sab ko.</w:t>
      </w:r>
    </w:p>
    <w:p>
      <w:pPr>
        <w:jc w:val="right"/>
      </w:pPr>
      <w:r>
        <w:t>تو اس کے بارے میں تھوڑا بتائیں ہم سب کو۔</w:t>
      </w:r>
    </w:p>
    <w:p>
      <w:r>
        <w:rPr>
          <w:b/>
        </w:rPr>
        <w:t xml:space="preserve">[49:29] </w:t>
      </w:r>
      <w:r>
        <w:t>aj jab khutba khatm hua to phir rasool Allah sallallahu alaihi wasallam ne zuhr aur asr ki namaz padhi jama kar ke, yani pehle hi padh li. aur is ke baad, ah, jo pahad tha jis ko jabal-e-rahmah kehte hain, jahan par khutba diya tha, us se niche aa gaye aur phir kntiniyasli khade ho ke wahan dua ki.</w:t>
      </w:r>
    </w:p>
    <w:p>
      <w:pPr>
        <w:jc w:val="right"/>
      </w:pPr>
      <w:r>
        <w:t>آج جب خطبہ ختم ہوا تو پھر رسول اللہ صلی اللہ علیہ وسلم نے ظہر اور عصر کی نماز پڑھی جمع کر کے، یعنی پہلے ہی پڑھ لی۔ اور اس کے بعد، اہ، جو پہاڑ تھا جس کو جبل الرحمہ کہتے ہیں، جہاں پر خطبہ دیا تھا، اس سے نیچے آگئے اور پھر کنٹینیوسلی کھڑے ہو کے وہاں دعا کی۔</w:t>
      </w:r>
    </w:p>
    <w:p>
      <w:r>
        <w:rPr>
          <w:b/>
        </w:rPr>
        <w:t xml:space="preserve">[49:48] </w:t>
      </w:r>
      <w:r>
        <w:t>ji, yani his hand was up in the sky like this, and he was praying for me five six or hours non-stopped.</w:t>
      </w:r>
    </w:p>
    <w:p>
      <w:pPr>
        <w:jc w:val="right"/>
      </w:pPr>
      <w:r>
        <w:t>جی، یعنی ہز ہینڈ واز اپ ان دا سکائی لائک دس، اینڈ ہی واز پرینگ فار می بی فائو سکس اورز نان اسٹاپڈ۔</w:t>
      </w:r>
    </w:p>
    <w:p>
      <w:r>
        <w:rPr>
          <w:b/>
        </w:rPr>
        <w:t xml:space="preserve">[49:57] </w:t>
      </w:r>
      <w:r>
        <w:t>aap tasawwur karein ke ji, ah, dhoop bhi hoti hai wahan aur panch chhe ghante tak, ah, ah, dua karte rahe aur haath aise, ah, aur ek log yeh samjhe ke shayad rasool Allah rozay se hain.</w:t>
      </w:r>
    </w:p>
    <w:p>
      <w:pPr>
        <w:jc w:val="right"/>
      </w:pPr>
      <w:r>
        <w:t>آپ تصور کریے کہ جی، اہ، دھوپ بھی ہوتی ہے وہاں اور پانچ چھ گھنٹے تک، اہ، اہ، دعا کرتے رہے اور ہاتھ ایسے، اہ، اور ایک لوگ یہ سمجھے کہ شاید رسول اللہ روزے سے ہیں۔</w:t>
      </w:r>
    </w:p>
    <w:p>
      <w:r>
        <w:rPr>
          <w:b/>
        </w:rPr>
        <w:t xml:space="preserve">[50:18] </w:t>
      </w:r>
      <w:r>
        <w:t>he was fasting, people thought he he might be fasting, chunke is is zamane mein sahaba Arafat ke din roza rakha karte the</w:t>
      </w:r>
    </w:p>
    <w:p>
      <w:pPr>
        <w:jc w:val="right"/>
      </w:pPr>
      <w:r>
        <w:t>ہی واز فاسٹنگ، پیپل تھوٹ ہی ہی ہی مائٹ بی فاسٹنگ، چونکہ اس اس زمانے میں صحابہ عرفات کے دن روزہ رکھا کرتے تھے</w:t>
      </w:r>
    </w:p>
    <w:p>
      <w:r>
        <w:rPr>
          <w:b/>
        </w:rPr>
        <w:t xml:space="preserve">[50:26] </w:t>
      </w:r>
      <w:r>
        <w:t>to clear nahi tha unko ke, ah, rasool Allah, ah, rozay se hain. aur bahut garmi thi, log pani bhi nahi pi rahe the.</w:t>
      </w:r>
    </w:p>
    <w:p>
      <w:pPr>
        <w:jc w:val="right"/>
      </w:pPr>
      <w:r>
        <w:t>تو کلیئر نہیں تھا ان کو کہ، اہ، رسول اللہ، اہ، روزے سے ہیں۔ اور بہت گرمی تھی، لوگ پانی بھی نہیں پی پی رہے تھے۔</w:t>
      </w:r>
    </w:p>
    <w:p>
      <w:r>
        <w:rPr>
          <w:b/>
        </w:rPr>
        <w:t xml:space="preserve">[50:37] </w:t>
      </w:r>
      <w:r>
        <w:t>to Hazrat Maimuna R.A., jo prophet ki wife theen, unhon ne bhi dekha ke koi pani nahi pi raha hai aur is is wajah se shayad log samajhte hain.</w:t>
      </w:r>
    </w:p>
    <w:p>
      <w:pPr>
        <w:jc w:val="right"/>
      </w:pPr>
      <w:r>
        <w:t>تو حضرت میمونہ رضی اللہ عنہ، جو پرافٹ کی وائف تھیں، انہوں نے بھی دیکھا کہ کوئی پانی نہیں پی رہا ہے اور اس اس وجہ سے شاید لوگ سمجھتے ہیں۔</w:t>
      </w:r>
    </w:p>
    <w:p>
      <w:r>
        <w:rPr>
          <w:b/>
        </w:rPr>
        <w:t xml:space="preserve">[50:46] </w:t>
      </w:r>
      <w:r>
        <w:t>to unhon ne ek glass, ah, doodh ka diya prophet ko.</w:t>
      </w:r>
    </w:p>
    <w:p>
      <w:pPr>
        <w:jc w:val="right"/>
      </w:pPr>
      <w:r>
        <w:t>تو انہوں نے ایک گلاس، اہ، دودھ کا دیا پرافٹ کو۔</w:t>
      </w:r>
    </w:p>
    <w:p>
      <w:r>
        <w:rPr>
          <w:b/>
        </w:rPr>
        <w:t xml:space="preserve">[50:52] </w:t>
      </w:r>
      <w:r>
        <w:t>to prophet aise dua kar rahe the to ek haath se glass liya aur woh samajh gaye ke yeh kyun diya ja raha hai taake logon ko pata chal chal jaye ke main ne roza nahi rakha.</w:t>
      </w:r>
    </w:p>
    <w:p>
      <w:pPr>
        <w:jc w:val="right"/>
      </w:pPr>
      <w:r>
        <w:t>تو پرافٹ ایسے دعا کر رہے تھے تو ایک ہاتھ سے گلاس لیا اور وہ سمجھ گئے کہ یہ کیوں دیا جا رہا ہے تاکہ لوگوں کو پتہ چل چل جائے کہ میں نے روزہ نہیں رکھا۔</w:t>
      </w:r>
    </w:p>
    <w:p>
      <w:r>
        <w:rPr>
          <w:b/>
        </w:rPr>
        <w:t xml:space="preserve">[51:02] </w:t>
      </w:r>
      <w:r>
        <w:t>to rasool Allah ne aise glass dikhaya logon ko ke: "I am going to drink this milk to show that I am not fasting." to rasool Allah ne phir piya is ko aur phir dua karne lage.</w:t>
      </w:r>
    </w:p>
    <w:p>
      <w:pPr>
        <w:jc w:val="right"/>
      </w:pPr>
      <w:r>
        <w:t>تو رسول اللہ نے ایسے گلاس دکھایا لوگوں کو کہ: "آئی ایم گوئنگ ٹو ڈرنک دس ملک ٹو شو دیٹ آئی ایم ناٹ فاسٹنگ۔" تو رسول اللہ نے پھر پیا اس کو اور پھر دعا کرنے لگے۔</w:t>
      </w:r>
    </w:p>
    <w:p>
      <w:r>
        <w:rPr>
          <w:b/>
        </w:rPr>
        <w:t xml:space="preserve">[51:14] </w:t>
      </w:r>
      <w:r>
        <w:t>phir logon ne pani waghera jo un ke paas tha woh piya. to</w:t>
      </w:r>
    </w:p>
    <w:p>
      <w:pPr>
        <w:jc w:val="right"/>
      </w:pPr>
      <w:r>
        <w:t>پھر لوگوں نے پانی وغیرہ جو ان کے پاس تھا وہ پیا۔ تو</w:t>
      </w:r>
    </w:p>
    <w:p>
      <w:r>
        <w:rPr>
          <w:b/>
        </w:rPr>
        <w:t xml:space="preserve">[51:19] </w:t>
      </w:r>
      <w:r>
        <w:t>yeh jo, ah, dua ki rasool Allah ne, ah, panch chhe ghante yahi darasal Hajj ka essence hai. isi liye prophet, ah, Muhammad (SAW) ne kaha tha ke: "Al Hajj Arafah" yani Hajj is Arafah, presence in Hajj, ah,</w:t>
      </w:r>
    </w:p>
    <w:p>
      <w:pPr>
        <w:jc w:val="right"/>
      </w:pPr>
      <w:r>
        <w:t>یہ جو، اہ، دعا کی رسول اللہ نے، اہ، پانچ چھ گھنٹے یہی دراصل حج کا ایسنس ہے۔ اسی لیے پرافٹ، اہ، محمد صلی اللہ علیہ وسلم نے کہا تھا کہ: "الحج عرفہ" یعنی حج از عرفہ، پریزنس ان حج، اہ،</w:t>
      </w:r>
    </w:p>
    <w:p>
      <w:r>
        <w:rPr>
          <w:b/>
        </w:rPr>
        <w:t xml:space="preserve">[51:36] </w:t>
      </w:r>
      <w:r>
        <w:t>presence in Arafah is Hajj. ji</w:t>
      </w:r>
    </w:p>
    <w:p>
      <w:pPr>
        <w:jc w:val="right"/>
      </w:pPr>
      <w:r>
        <w:t>پریزنس ان عرفہ از حج۔ جی</w:t>
      </w:r>
    </w:p>
    <w:p>
      <w:r>
        <w:rPr>
          <w:b/>
        </w:rPr>
        <w:t xml:space="preserve">[51:39] </w:t>
      </w:r>
      <w:r>
        <w:t>to, ah, ek, ah, chand, ah, duaen jo Maulana ne Hajj mein li hain woh main parhta hoon.</w:t>
      </w:r>
    </w:p>
    <w:p>
      <w:pPr>
        <w:jc w:val="right"/>
      </w:pPr>
      <w:r>
        <w:t>تو، اہ، ایک، اہ، چند، اہ، دعائیں جو مولانا نے حقیقت حج میں لی ہیں وہ میں پڑھتا ہوں۔</w:t>
      </w:r>
    </w:p>
    <w:p>
      <w:r>
        <w:rPr>
          <w:b/>
        </w:rPr>
        <w:t xml:space="preserve">[51:48] </w:t>
      </w:r>
      <w:r>
        <w:t>ji jis se andaza hoga ke kis tarah ki duaen rasool Allah (SAW) ne us waqt ki theen: "Ae Allah! tu meri baat sun raha hai aur tu meri jagah ko dekh raha hai, tu mere chhupe aur khule ko jaanta hai,</w:t>
      </w:r>
    </w:p>
    <w:p>
      <w:pPr>
        <w:jc w:val="right"/>
      </w:pPr>
      <w:r>
        <w:t>جی جس سے اندازہ ہوگا کہ کس طرح کی دعائیں رسول اللہ صلی اللہ علیہ وسلم نے اس وقت کی تھیں: "اے اللہ! تو میری بات سن رہا ہے اور تو میری جگہ کو دیکھ رہا ہے، تو میرے چھپے اور کھلے کو جانتا ہے،</w:t>
      </w:r>
    </w:p>
    <w:p>
      <w:r>
        <w:rPr>
          <w:b/>
        </w:rPr>
        <w:t xml:space="preserve">[52:04] </w:t>
      </w:r>
      <w:r>
        <w:t>meri koi baat tujh se chhupti nahi hai.</w:t>
      </w:r>
    </w:p>
    <w:p>
      <w:pPr>
        <w:jc w:val="right"/>
      </w:pPr>
      <w:r>
        <w:t>میری کوئی بات تجھ سے چھپی نہیں ہے۔</w:t>
      </w:r>
    </w:p>
    <w:p>
      <w:r>
        <w:rPr>
          <w:b/>
        </w:rPr>
        <w:t xml:space="preserve">[52:07] </w:t>
      </w:r>
      <w:r>
        <w:t>main musibat zada hoon, mohtaj hoon, tujh se faryad kar raha hoon, teri panah chahta hoon, pareshan hoon, khauf zada hoon, apne gunahon ka iqrar aur eteraf kar raha hoon, tujh se be kas aadmi ki tarah sawal kar raha hoon</w:t>
      </w:r>
    </w:p>
    <w:p>
      <w:pPr>
        <w:jc w:val="right"/>
      </w:pPr>
      <w:r>
        <w:t>میں مصیبت زدہ ہوں، محتاج ہوں، تجھ سے فریاد کر رہا ہوں، تیری پناہ چاہتا ہوں، پریشان ہوں، خوفزدہ ہوں، اپنے گناہوں کا اقرار اور اعتراف کر رہا ہوں، تجھ سے بے کس آدمی کی طرح سوال کر رہا ہوں</w:t>
      </w:r>
    </w:p>
    <w:p>
      <w:r>
        <w:rPr>
          <w:b/>
        </w:rPr>
        <w:t xml:space="preserve">[52:26] </w:t>
      </w:r>
      <w:r>
        <w:t>aur gunhegar aur haqeer insaan ki tarah tere samne gidgida raha hoon aur tujh se khauf zada aur ift rasida aadmi ke manind sawal karta hoon jaise woh shakhs jis ki gardan tere aage jhuki hui ho aur us ki aankhen tere liye beh padi hon aur us ka jism tere samne kaanp raha ho aur apni naak woh tere samne ragad raha ho.</w:t>
      </w:r>
    </w:p>
    <w:p>
      <w:pPr>
        <w:jc w:val="right"/>
      </w:pPr>
      <w:r>
        <w:t>اور گنہگار اور حقیر انسان کی طرح تیرے سامنے گڑگڑا رہا ہوں اور تجھ سے خوفزدہ اور افت رسیدہ آدمی کے مانند سوال کرتا ہوں جیسے وہ شخص جس کی گردن تیرے آگے جھکی ہوئی ہو اور اس کی آنکھیں تیرے لیے بہہ پڑی ہوں اور اس کا جسم تیرے سامنے کانپ رہا ہو اور اپنی ناک وہ تیرے سامنے رگڑ رہا ہو۔</w:t>
      </w:r>
    </w:p>
    <w:p>
      <w:r>
        <w:rPr>
          <w:b/>
        </w:rPr>
        <w:t xml:space="preserve">[52:51] </w:t>
      </w:r>
      <w:r>
        <w:t>Ae Allah! tu mujhe apni dua mangne se nakaam na rakh aur tu</w:t>
      </w:r>
    </w:p>
    <w:p>
      <w:pPr>
        <w:jc w:val="right"/>
      </w:pPr>
      <w:r>
        <w:t>اے اللہ! تو مجھے اپنی دعا مانگنے سے ناکام نہ رکھ اور تو</w:t>
      </w:r>
    </w:p>
    <w:p>
      <w:r>
        <w:rPr>
          <w:b/>
        </w:rPr>
        <w:t xml:space="preserve">[52:57] </w:t>
      </w:r>
      <w:r>
        <w:t>mere haq mein bara meherban, nihayat reham wala hai, ae tamam mange jaane walon se behtar aur ae sab se dene walon se acha.</w:t>
      </w:r>
    </w:p>
    <w:p>
      <w:pPr>
        <w:jc w:val="right"/>
      </w:pPr>
      <w:r>
        <w:t>میرے حق میں بڑا مہربان، نہایت رحم والا ہے، اے تمام مانگے جانے والوں سے بہتر اور اے سب سے دینے والوں سے اچھا۔</w:t>
      </w:r>
    </w:p>
    <w:p>
      <w:r>
        <w:rPr>
          <w:b/>
        </w:rPr>
        <w:t xml:space="preserve">[53:09] </w:t>
      </w:r>
      <w:r>
        <w:t>" to yeh ek namuna hai jis se aap andaza kar sakte hain ke kis tarah ki gehri, bahut hi zabard</w:t>
      </w:r>
    </w:p>
    <w:p>
      <w:pPr>
        <w:jc w:val="right"/>
      </w:pPr>
      <w:r>
        <w:t>" تو یہ ایک نمونہ ہے جس سے آپ اندازہ کر سکتے ہیں کہ کس طرح کی گہری، بہت ہی زبرد</w:t>
      </w:r>
    </w:p>
    <w:p>
      <w:r>
        <w:rPr>
          <w:b/>
        </w:rPr>
        <w:t xml:space="preserve">[53:15] </w:t>
      </w:r>
      <w:r>
        <w:t>ast duaen rasool Allah, ah, ke dil se us waqt nikal rahi theen. aur isi liye, ah, ah, is ko, ah,</w:t>
      </w:r>
    </w:p>
    <w:p>
      <w:pPr>
        <w:jc w:val="right"/>
      </w:pPr>
      <w:r>
        <w:t>ست دعائیں رسول اللہ، اہ، کے دل سے اس وقت نکل رہی تھیں۔ اور اسی لیے، اہ، اہ، اس کو، اہ،</w:t>
      </w:r>
    </w:p>
    <w:p>
      <w:r>
        <w:rPr>
          <w:b/>
        </w:rPr>
        <w:t xml:space="preserve">[53:29] </w:t>
      </w:r>
      <w:r>
        <w:t>Al Hajj wa Arafah kaha gaya hai yani Arafat mein maujoodgi haji ki wohi darasal Hajj hai. aur hadith mein aata hai ke: "In this day God himself descend to the lowest heaven and call all the angels and he he tells them that he he he he sees to the angels that look at at my servants,</w:t>
      </w:r>
    </w:p>
    <w:p>
      <w:pPr>
        <w:jc w:val="right"/>
      </w:pPr>
      <w:r>
        <w:t>الحج و عرفہ کہا گیا ہے یعنی عرفات میں موجودگی حاجی کی وہی دراصل حج ہے۔ اور حدیث میں آتا ہے کہ: "ان دس ڈے گاڈ ہم سیلف ڈیسینڈ ٹو دا لوئسٹ ہیون اینڈ کال ال دا اینجلز اینڈ ہی ہی ٹیلز دیٹ ہی ہی ہی ہی ہی سیز ٹو دا اینجل کہ لوک ایٹ ایٹ مائی سرونٹس،</w:t>
      </w:r>
    </w:p>
    <w:p>
      <w:r>
        <w:rPr>
          <w:b/>
        </w:rPr>
        <w:t xml:space="preserve">[53:57] </w:t>
      </w:r>
      <w:r>
        <w:t>they have come from all over and they are thirsty, they are hungry aur dhool un ke upar hai. kapde zahir hai ke safar kar ke aaye hain to dhool lagi hui hai aur aur woh faryad kar rahe hain.</w:t>
      </w:r>
    </w:p>
    <w:p>
      <w:pPr>
        <w:jc w:val="right"/>
      </w:pPr>
      <w:r>
        <w:t>دے ہیو کم فرام ال اوور اینڈ دے آر تھرسٹی، دے آر ہنگری اور دھول ان کے اوپر ہے۔ کپڑے ظاہر ہے کہ سفر کر کے آئے ہیں تو دھول لگی ہوئی ہے اور اور وہ فریاد کر رہے ہیں۔</w:t>
      </w:r>
    </w:p>
    <w:p>
      <w:r>
        <w:rPr>
          <w:b/>
        </w:rPr>
        <w:t xml:space="preserve">[54:12] </w:t>
      </w:r>
      <w:r>
        <w:t>to, ah, Allah taala kehta hai farishton se ke: "Bear witness, ah, that I have forgiven them." ji ke tum gawah rehna ae farishton, main ne un sab ko maaf kar kar diya</w:t>
      </w:r>
    </w:p>
    <w:p>
      <w:pPr>
        <w:jc w:val="right"/>
      </w:pPr>
      <w:r>
        <w:t>تو، اہ، اللہ تعالی کہتا ہے فرشتوں سے کہ: "بیئر وٹنس، اہ، دیٹ آئی ہیو فorgiven دیم۔" جی کہ تم گواہ رہنا اے فرشتوں، میں نے ان سب کو معاف کر کر دیا</w:t>
      </w:r>
    </w:p>
    <w:p>
      <w:r>
        <w:rPr>
          <w:b/>
        </w:rPr>
        <w:t xml:space="preserve">[54:25] </w:t>
      </w:r>
      <w:r>
        <w:t>hai. yani aap tasawwur karein ke, ah, when the prophet was praying and Hazrat Abu Bakr R.A. and Hazrat Aisha R.A. and, ah, ah, Hazrat Umm Salama R.A. and Hazrat Usman, Hazrat Ali,</w:t>
      </w:r>
    </w:p>
    <w:p>
      <w:pPr>
        <w:jc w:val="right"/>
      </w:pPr>
      <w:r>
        <w:t>ہے۔ یعنی آپ تصور کریں کہ، اہ، وین دا پرافٹ واز پرینگ اینڈ حضرت ابوبکر رضی اللہ عنہ اینڈ حضرت عائشہ رضی اللہ عنہا اینڈ، اہ، اہ، حضرت ام سلمہ رضی اللہ عنہا اینڈ حضرت عثمان، حضرت علی،</w:t>
      </w:r>
    </w:p>
    <w:p>
      <w:r>
        <w:rPr>
          <w:b/>
        </w:rPr>
        <w:t xml:space="preserve">[54:46] </w:t>
      </w:r>
      <w:r>
        <w:t>ah, and Hazrat Fatima, they are, they are all praying together and in complete silence. and what kind of blessings were descending upon them at that time.</w:t>
      </w:r>
    </w:p>
    <w:p>
      <w:pPr>
        <w:jc w:val="right"/>
      </w:pPr>
      <w:r>
        <w:t>اہ، اینڈ حضرت فاطمہ، دے آر، دے آر ال پرینگ ٹوگیدر اینڈ ان کمپلیٹ سائلنس۔ اینڈ واٹ کائنڈ اف بلیسنگز وار ڈیسینڈنگ اپون دیم ایٹ دیٹ ٹائم۔</w:t>
      </w:r>
    </w:p>
    <w:p>
      <w:r>
        <w:rPr>
          <w:b/>
        </w:rPr>
        <w:t xml:space="preserve">[54:57] </w:t>
      </w:r>
      <w:r>
        <w:t>ji</w:t>
      </w:r>
    </w:p>
    <w:p>
      <w:pPr>
        <w:jc w:val="right"/>
      </w:pPr>
      <w:r>
        <w:t>جی</w:t>
      </w:r>
    </w:p>
    <w:p>
      <w:r>
        <w:rPr>
          <w:b/>
        </w:rPr>
        <w:t xml:space="preserve">[55:00] </w:t>
      </w:r>
      <w:r>
        <w:t>ji doctor sahib, phir after the, ah, khutba and the dua that prophet did, he moved along with his companions to Muzdalifah.</w:t>
      </w:r>
    </w:p>
    <w:p>
      <w:pPr>
        <w:jc w:val="right"/>
      </w:pPr>
      <w:r>
        <w:t>جی ڈاکٹر صاحب، پھر افٹر دی، اہ، خطبہ اینڈ دی دعا دیٹ پرافٹ ڈیڈ، ہی مووڈ الونگ ود ہز کمپینینز ٹو مزدلفہ۔</w:t>
      </w:r>
    </w:p>
    <w:p>
      <w:r>
        <w:rPr>
          <w:b/>
        </w:rPr>
        <w:t xml:space="preserve">[55:11] </w:t>
      </w:r>
      <w:r>
        <w:t>aur jaisa aap ne bataya ke it is located between Arafat and Mina. To is ke bare mein bataein doctor sahib, is ke significance ke bare mein zaroor.</w:t>
      </w:r>
    </w:p>
    <w:p>
      <w:pPr>
        <w:jc w:val="right"/>
      </w:pPr>
      <w:r>
        <w:t>اور جیسا آپ نے بتایا کہ اٹ از لوکیٹڈ بٹوین عرفات اینڈ مینہ۔ تو اس کے بارے میں بتائیں ڈاکٹر صاحب، اس کے سگنیفیکنس کے بارے میں ضرور۔</w:t>
      </w:r>
    </w:p>
    <w:p>
      <w:r>
        <w:rPr>
          <w:b/>
        </w:rPr>
        <w:t xml:space="preserve">[55:22] </w:t>
      </w:r>
      <w:r>
        <w:t>ah, ah, ah</w:t>
      </w:r>
    </w:p>
    <w:p>
      <w:pPr>
        <w:jc w:val="right"/>
      </w:pPr>
      <w:r>
        <w:t>اہ، اہ، اہ</w:t>
      </w:r>
    </w:p>
    <w:p>
      <w:r>
        <w:rPr>
          <w:b/>
        </w:rPr>
        <w:t xml:space="preserve">[55:24] </w:t>
      </w:r>
      <w:r>
        <w:t>jo khutba Arafat ka tha us mein aik baat aur yeh hai ke hadith mein aata hai: "khair yom, ah, talat fi shams yom Arafah" yani the best day the sun has risen upon is the day of Arafah.</w:t>
      </w:r>
    </w:p>
    <w:p>
      <w:pPr>
        <w:jc w:val="right"/>
      </w:pPr>
      <w:r>
        <w:t>، جو خطبہ عرفات کا تھا اس میں ایک بات اور یہ ہے کہ حدیث میں آتا ہے: "خیر یوم، اہ، طلعت فی الشمس یوم عرفہ" یعنی دا بیسٹ ڈے دا سن ہیز ریزن اپون از دا ڈے اف عرفہ۔</w:t>
      </w:r>
    </w:p>
    <w:p>
      <w:r>
        <w:rPr>
          <w:b/>
        </w:rPr>
        <w:t xml:space="preserve">[55:40] </w:t>
      </w:r>
      <w:r>
        <w:t>wa khair al-dua, dua Arafah yani the best dua is dua of Arafah. Ji</w:t>
      </w:r>
    </w:p>
    <w:p>
      <w:pPr>
        <w:jc w:val="right"/>
      </w:pPr>
      <w:r>
        <w:t>وخیر الدعا، دعا عرفہ یعنی دا بیسٹ دعا از دعا اف عرفہ۔ جی</w:t>
      </w:r>
    </w:p>
    <w:p>
      <w:r>
        <w:rPr>
          <w:b/>
        </w:rPr>
        <w:t xml:space="preserve">[55:47] </w:t>
      </w:r>
      <w:r>
        <w:t>to yeh aap ne jaisa kaha ke phir wahan se Muzdalifah ke liye rawana hue to, ah, jab dua khatam ho gayi yani taqreeban shaam ho gayi thi aur Maghrib, ah, ke qareeb puhanch gaye the to us waqt Rasool Allah ne dua khatam ki aur phir apne oont pe baithe.</w:t>
      </w:r>
    </w:p>
    <w:p>
      <w:pPr>
        <w:jc w:val="right"/>
      </w:pPr>
      <w:r>
        <w:t>تو یہ آپ نے جیسے کہا کہ پھر وہاں سے مزدلفہ کے لیے روانہ ہوئے تو، اہ، جب دعا ختم ہوگئی یعنی تقریباً شام ہوگئی تھی اور مغرب، اہ، کے قریب پہنچ گئے تھے تو اس وقت رسول اللہ نے دعا ختم کی اور پھر اپنے اونٹ پہ بیٹھے۔</w:t>
      </w:r>
    </w:p>
    <w:p>
      <w:r>
        <w:rPr>
          <w:b/>
        </w:rPr>
        <w:t xml:space="preserve">[56:07] </w:t>
      </w:r>
      <w:r>
        <w:t>aur Hazrat, ah, Usama bin Zaid</w:t>
      </w:r>
    </w:p>
    <w:p>
      <w:pPr>
        <w:jc w:val="right"/>
      </w:pPr>
      <w:r>
        <w:t>اور حضرت، اہ، اسامہ بن زید</w:t>
      </w:r>
    </w:p>
    <w:p>
      <w:r>
        <w:rPr>
          <w:b/>
        </w:rPr>
        <w:t xml:space="preserve">[56:12] </w:t>
      </w:r>
      <w:r>
        <w:t>do log saath the prophet ke oont pe. Aik shakhs jo peechay baithta hai to do logon ko chuna tha aap ne. Dono young the, aik Usama bin Zaid aur doosre Fazl, ah, ibn Abbas.</w:t>
      </w:r>
    </w:p>
    <w:p>
      <w:pPr>
        <w:jc w:val="right"/>
      </w:pPr>
      <w:r>
        <w:t>دو لوگ ساتھ تھے پرافٹ کے اونٹ پہ۔ ایک شخص جو پیچھے بیٹھتا ہے تو دو لوگوں کو چنا تھا آپ نے۔ دونوںینگ تھے، ایک اسامہ بن زید اور دوسرے فضل، اہ، ابن عباس۔</w:t>
      </w:r>
    </w:p>
    <w:p>
      <w:r>
        <w:rPr>
          <w:b/>
        </w:rPr>
        <w:t xml:space="preserve">[56:25] </w:t>
      </w:r>
      <w:r>
        <w:t>to yeh Usama bin Zaid Razi Allah Anhu jo ke he was the son of Zaid ibn Harithah, chuna ke khud bohat baray prophet the and he was like son prophet son.</w:t>
      </w:r>
    </w:p>
    <w:p>
      <w:pPr>
        <w:jc w:val="right"/>
      </w:pPr>
      <w:r>
        <w:t>تو یہ اسامہ بن زید رضی اللہ عنہ جو کہ ہی واز دا سن اف زید ابن حارثہ، چونکہ خود بہت بڑے پرافٹ تھے اینڈ ہی واز لائک سن پرافٹ سن۔</w:t>
      </w:r>
    </w:p>
    <w:p>
      <w:r>
        <w:rPr>
          <w:b/>
        </w:rPr>
        <w:t xml:space="preserve">[56:36] </w:t>
      </w:r>
      <w:r>
        <w:t>to, ah, un ko liya saath mein oont pe peechay baithe. To woh jo time hota hai na Arafat se, ah, nikalna aur phir Muzdalifah jana, that is the most chaotic time.</w:t>
      </w:r>
    </w:p>
    <w:p>
      <w:pPr>
        <w:jc w:val="right"/>
      </w:pPr>
      <w:r>
        <w:t>تو، اہ، ان کو لیا ساتھ میں اونٹ پہ پیچھے بیٹھے۔ تو وہ جو ٹائم ہوتا ہے نا عرفات سے، اہ، نکلنا اور پھر مزدلفہ جانا، دیٹ از دا موسٹ کیوٹک ٹائم۔</w:t>
      </w:r>
    </w:p>
    <w:p>
      <w:r>
        <w:rPr>
          <w:b/>
        </w:rPr>
        <w:t xml:space="preserve">[56:51] </w:t>
      </w:r>
      <w:r>
        <w:t>ji log rush karte hain aur jaldi jana chahte hain, shaam bhi ho jati hai. To Rasool Allah apna jo reins thi na us ke oont ki woh aise pakre hue the y</w:t>
      </w:r>
    </w:p>
    <w:p>
      <w:pPr>
        <w:jc w:val="right"/>
      </w:pPr>
      <w:r>
        <w:t>جی لوگ رش کرتے ہیں اور جلدی جانا چاہتے ہیں، شام بھی ہو جاتی ہے۔ تو رسول اللہ اپنا جو رینز تھی نا اس کے اونٹ کی وہ ایسے پکڑے ہوئے تھے ی</w:t>
      </w:r>
    </w:p>
    <w:p>
      <w:r>
        <w:rPr>
          <w:b/>
        </w:rPr>
        <w:t xml:space="preserve">[57:01] </w:t>
      </w:r>
      <w:r>
        <w:t>ani taake woh oont bohat ahista ahista chale aur logon se keh rahe the ke: "Al-sakina ayya al-nas, al-sakina zara aaram se chalo, aaram se chalo." Ah to is tareeqay se phir woh, ah, kisi ne poocha ke: "Al-Salah yani Maghrib kab parhein ge hum?" To Rasool Allah ne kaha: "Al-Salah imamak, Salah is in front of you" yani hum Muzdalifah ja ke</w:t>
      </w:r>
    </w:p>
    <w:p>
      <w:pPr>
        <w:jc w:val="right"/>
      </w:pPr>
      <w:r>
        <w:t>عنی تاکہ وہ اونٹ بہت آہستہ آہستہ چلے اور لوگوں سے کہہ رہے تھے کہ: "السکین ایائی الناس، السکینہ ذرا آرام سے چلو، آرام سے چلو۔" اہ تو اس طریقے سے پھر وہ، اہ، کسی نے پوچھا کہ: "الصلاۃ یعنی مغرب کب پڑھیں گے ہم؟" تو رسول اللہ نے کہا: "الصلاۃ امامک، صلاۃ از ان فرنٹ اف یو" یعنی ہم مزدلفہ جا کے</w:t>
      </w:r>
    </w:p>
    <w:p>
      <w:r>
        <w:rPr>
          <w:b/>
        </w:rPr>
        <w:t xml:space="preserve">[57:26] </w:t>
      </w:r>
      <w:r>
        <w:t>namaz parhein ge. To Rasool Allah phir puhanche Muzdalifah aur wahan Maghrib ki namaz parhi, Maghrib aur Isha dono combine kar kar ke, ah, aik azan aur do iqamat ke saath.</w:t>
      </w:r>
    </w:p>
    <w:p>
      <w:pPr>
        <w:jc w:val="right"/>
      </w:pPr>
      <w:r>
        <w:t>نماز پڑھیں گے۔ تو رسول اللہ پھر پہنچے مزدلفہ اور وہاں مغرب کی نماز پڑھی، مغرب اور عشاء دونوں کمبائن کر کر کے، اہ، ایک اذان اور دو اقامت کے ساتھ۔</w:t>
      </w:r>
    </w:p>
    <w:p>
      <w:r>
        <w:rPr>
          <w:b/>
        </w:rPr>
        <w:t xml:space="preserve">[57:39] </w:t>
      </w:r>
      <w:r>
        <w:t>aur phir Rasool Allah ne rest kiya Muzdalifah mein aur phir subah Fajr ki namaz parhi, ah, aur phir dua ki yani Muzdalifah mein raat guzarna hota hai.</w:t>
      </w:r>
    </w:p>
    <w:p>
      <w:pPr>
        <w:jc w:val="right"/>
      </w:pPr>
      <w:r>
        <w:t>اور پھر رسول اللہ نے ریسٹ کیا مزدلفہ میں اور پھر صبح فجر کی نماز پڑھی، اہ، اور پھر دعا کی یعنی مزدلفہ میں رات گزارنا ہوتا ہے۔</w:t>
      </w:r>
    </w:p>
    <w:p>
      <w:r>
        <w:rPr>
          <w:b/>
        </w:rPr>
        <w:t xml:space="preserve">[57:52] </w:t>
      </w:r>
      <w:r>
        <w:t>ji haji ko raat guzarna hota hai aur wahan namaz parhna bohat, ah, zaroori hai aur dua karna bohat zaroori hai.</w:t>
      </w:r>
    </w:p>
    <w:p>
      <w:pPr>
        <w:jc w:val="right"/>
      </w:pPr>
      <w:r>
        <w:t>جی حاجی کو رات گزارنا ہوتا ہے اور وہاں نماز پڑھنا بہت، اہ، ضروری ہے اور دعا کرنا بہت ضروری ہے۔</w:t>
      </w:r>
    </w:p>
    <w:p>
      <w:r>
        <w:rPr>
          <w:b/>
        </w:rPr>
        <w:t xml:space="preserve">[58:01] </w:t>
      </w:r>
      <w:r>
        <w:t>phir jab suraj nikalne laga Fajr ki namaz ke baad to Rasool Allah wahan se nikle aur, ah, aik jagah Muzdalifah mein hai Mashar al-Haram,</w:t>
      </w:r>
    </w:p>
    <w:p>
      <w:pPr>
        <w:jc w:val="right"/>
      </w:pPr>
      <w:r>
        <w:t>پھر جب سورج نکلنے لگا فجر کی نماز کے بعد تو رسول اللہ وہاں سے نکلے اور، اہ، ایک جگہ مزدلفہ میں ہے مشہر الحرام،</w:t>
      </w:r>
    </w:p>
    <w:p>
      <w:r>
        <w:rPr>
          <w:b/>
        </w:rPr>
        <w:t xml:space="preserve">[58:13] </w:t>
      </w:r>
      <w:r>
        <w:t>wahan ruke. Asal mein yeh jo khutba tha yeh to, ah, Arafat ka bohat mashhoor khutba hai lekin wahan kai jagahon pe khutba hai, chotay chotay khutbe kai diye</w:t>
      </w:r>
    </w:p>
    <w:p>
      <w:pPr>
        <w:jc w:val="right"/>
      </w:pPr>
      <w:r>
        <w:t>وہاں رکے۔ اصل میں یہ جو خطبہ تھا یہ تو، اہ، عرفات کا بہت مشہور خطبہ ہے لیکن وہاں کئی جگہوں پہ خطبہ ہے، چھوٹے چھوٹے خطبے کئی دیے</w:t>
      </w:r>
    </w:p>
    <w:p>
      <w:r>
        <w:rPr>
          <w:b/>
        </w:rPr>
        <w:t xml:space="preserve">[58:23] </w:t>
      </w:r>
      <w:r>
        <w:t>to kai jagahon pe khutba diya. Aur phir wahan se, ah, aik aik waqia aata hai jo thora interesting hai jo Fazl ibn Abbas maine bataya saath mein the.</w:t>
      </w:r>
    </w:p>
    <w:p>
      <w:pPr>
        <w:jc w:val="right"/>
      </w:pPr>
      <w:r>
        <w:t>تو کئی جگہوں پہ خطبہ دیا۔ اور پھر وہاں سے، اہ، ایک ایک واقعہ آتا ہے جو تھوڑا انٹرسٹنگ ہے جو فضل ابن عباس میں نے بتایا ساتھ میں تھے۔</w:t>
      </w:r>
    </w:p>
    <w:p>
      <w:r>
        <w:rPr>
          <w:b/>
        </w:rPr>
        <w:t xml:space="preserve">[58:37] </w:t>
      </w:r>
      <w:r>
        <w:t>yeh Hazrat Abdullah ibn Abbas ke chotay bhai the aur Hazrat Abbas prophet ke uncle ke bete the to yani prophet ke cousin the but he was younger than him.</w:t>
      </w:r>
    </w:p>
    <w:p>
      <w:pPr>
        <w:jc w:val="right"/>
      </w:pPr>
      <w:r>
        <w:t>یہ حضرت عبداللہ ابن عباس کے چھوٹے بھائی تھے اور حضرت عباس پرافٹ کے انکل کے بیٹے تھے تو یعنی پرافٹ کے کزن تھے بٹ ہی واز مچینگر دین ہم۔</w:t>
      </w:r>
    </w:p>
    <w:p>
      <w:r>
        <w:rPr>
          <w:b/>
        </w:rPr>
        <w:t xml:space="preserve">[58:47] </w:t>
      </w:r>
      <w:r>
        <w:t>to he was sitting behind him to Rasool Allah ja rahe the to log aa ke poochte the kuch sawal poochte the ke maine sahi pehle kar di, maine yeh pehle kar diya, woh baad mein kiya.</w:t>
      </w:r>
    </w:p>
    <w:p>
      <w:pPr>
        <w:jc w:val="right"/>
      </w:pPr>
      <w:r>
        <w:t>تو ہی واز سٹنگ بیہائنڈ ہم تو رسول اللہ جا رہے تھے تو لوگ ا کے پوچھتے تھے کچھ سوال پوچھتے تھے کہ میں نے صحیح پہلے کر دی، میں نے یہ پہلے کر دیا، وہ بعد میں کیا۔</w:t>
      </w:r>
    </w:p>
    <w:p>
      <w:r>
        <w:rPr>
          <w:b/>
        </w:rPr>
        <w:t xml:space="preserve">[58:57] </w:t>
      </w:r>
      <w:r>
        <w:t>to Rasool Allah kehte the ke: "If al-haraj theek hai, yeh bhi yeh bhi aisa kar lo, koi baat</w:t>
      </w:r>
    </w:p>
    <w:p>
      <w:pPr>
        <w:jc w:val="right"/>
      </w:pPr>
      <w:r>
        <w:t>تو رسول اللہ کہتے تھے کہ: "اف الحرج ٹھیک ہے، یہ بھی یہ بھی ایسا کر لو، کوئی بات</w:t>
      </w:r>
    </w:p>
    <w:p>
      <w:r>
        <w:rPr>
          <w:b/>
        </w:rPr>
        <w:t xml:space="preserve">[59:02] </w:t>
      </w:r>
      <w:r>
        <w:t>nahin." To kuch ladies aaein, young ladies aaein, woh bhi kuch pooch rahi theen. To Hazrat, ah, Fazl ibn Abbas was staring at them, staring at them.</w:t>
      </w:r>
    </w:p>
    <w:p>
      <w:pPr>
        <w:jc w:val="right"/>
      </w:pPr>
      <w:r>
        <w:t>نہیں۔" تو کچھ لیڈیز آئیں،ینگ لیڈیز آئیں، وہ بھی کچھ پوچھ رہی تھیں۔ تو حضرت، اہ، فضل ابن عباس واز سٹیرنگ ایٹ ہم، سٹیرنگ ایٹ دیم۔</w:t>
      </w:r>
    </w:p>
    <w:p>
      <w:r>
        <w:rPr>
          <w:b/>
        </w:rPr>
        <w:t xml:space="preserve">[59:13] </w:t>
      </w:r>
      <w:r>
        <w:t>to Rasool Allah ne gently he turned his face like this, doosri taraf kar diya. Ji to Rasool Allah ne dekha phir thori dair baad woh dekh rahe hain.</w:t>
      </w:r>
    </w:p>
    <w:p>
      <w:pPr>
        <w:jc w:val="right"/>
      </w:pPr>
      <w:r>
        <w:t>تو رسول اللہ نے جنٹلی ہی ٹرنڈ ہز فیس لائک دس، دوسری طرف کر دیا۔ جی تو رسول اللہ نے دیکھا پھر تھوڑی دیر بعد وہ دیکھ رہے ہیں۔</w:t>
      </w:r>
    </w:p>
    <w:p>
      <w:r>
        <w:rPr>
          <w:b/>
        </w:rPr>
        <w:t xml:space="preserve">[59:23] </w:t>
      </w:r>
      <w:r>
        <w:t>phir Rasool Allah ne gently he turned his face to this direction. Ji</w:t>
      </w:r>
    </w:p>
    <w:p>
      <w:pPr>
        <w:jc w:val="right"/>
      </w:pPr>
      <w:r>
        <w:t>پھر رسول اللہ نے جنٹلی ہی ٹرنڈ ہز فیس ٹو دس ڈائریکشن۔ جی</w:t>
      </w:r>
    </w:p>
    <w:p>
      <w:r>
        <w:rPr>
          <w:b/>
        </w:rPr>
        <w:t xml:space="preserve">[59:27] </w:t>
      </w:r>
      <w:r>
        <w:t>yani in in dat chaotic circumstances rasool Allah was teaching him to lower his gaze. yeh thora sa aik waqia hai is mauqa ka hai.</w:t>
      </w:r>
    </w:p>
    <w:p>
      <w:pPr>
        <w:jc w:val="right"/>
      </w:pPr>
      <w:r>
        <w:t>یعنی ان ان دیٹ کیوٹک سرکمسٹانسز رسول اللہ واز ٹیچنگ ہم ٹو لوور ہز گیز۔ یہ تھوڑا سا ایک واقعہ ہے اس موقع کا ہے۔</w:t>
      </w:r>
    </w:p>
    <w:p>
      <w:r>
        <w:rPr>
          <w:b/>
        </w:rPr>
        <w:t xml:space="preserve">[59:36] </w:t>
      </w:r>
      <w:r>
        <w:t>ji ji doctor sahib phir jaisay aap ne bataya ke fajar ki namaz parhi and then they decided to proceed towards mina, ah, where prophet performed very important ritual which is stoning of the pillar and he also offered the sac</w:t>
      </w:r>
    </w:p>
    <w:p>
      <w:pPr>
        <w:jc w:val="right"/>
      </w:pPr>
      <w:r>
        <w:t>جی جی ڈاکٹر صاحب پھر جیسے آپ نے بتایا کہ فجر کی نماز پڑھی اینڈ دین دے ڈیسائیڈڈ ٹو پروسیڈ ٹوورڈز مینہ، اہ، ویئر پرافٹ پرفارمڈ ویری امپورٹنٹ ریچول وچ از سٹوننگ اف دا پلر اینڈ ہی السو افرڈ دی سیک</w:t>
      </w:r>
    </w:p>
    <w:p>
      <w:r>
        <w:rPr>
          <w:b/>
        </w:rPr>
        <w:t xml:space="preserve">[59:55] </w:t>
      </w:r>
      <w:r>
        <w:t>rifice. is ke baad phir doctor sahib woh makkah jatay hain, tawaf karte hain and then makes his way back to madina. to doctor sahib is ke baray mein batayein, ah, mina mein rukna hota hai</w:t>
      </w:r>
    </w:p>
    <w:p>
      <w:pPr>
        <w:jc w:val="right"/>
      </w:pPr>
      <w:r>
        <w:t>ریفائس۔ اس کے بعد پھر ڈاکٹر صاحب وہ مکہ جاتے ہیں، طواف کرتے ہیں اینڈ دین میکس ہز وے بیک ٹو مدینہ۔ تو ڈاکٹر صاحب اس کے بارے میں بتائیں، اہ، مینہ میں رکنا ہوتا ہے</w:t>
      </w:r>
    </w:p>
    <w:p>
      <w:r>
        <w:rPr>
          <w:b/>
        </w:rPr>
        <w:t xml:space="preserve">[1:00:09] </w:t>
      </w:r>
      <w:r>
        <w:t>hajjiyon ko kuch din tent hotay hain wahan to wahan ruk jatay hain aur wahan par jo stoning pillars hain, hmm, jimarra kehte hain is ko, teen hain woh to un pe symbolically pebbles ji phenkni hoti hain.</w:t>
      </w:r>
    </w:p>
    <w:p>
      <w:pPr>
        <w:jc w:val="right"/>
      </w:pPr>
      <w:r>
        <w:t>حاجیوں کو کچھ دن ٹینٹ ہوتے ہیں وہاں تو وہاں رک جاتے ہیں اور وہاں پر جو سٹوننگ پلرز ہیں، ہمم، جمرات کہتے ہیں اس کو، تین ہیں وہ تو ان پہ سمبولیکلی پیبلز جی پھینکنی ہوتی ہے۔</w:t>
      </w:r>
    </w:p>
    <w:p>
      <w:r>
        <w:rPr>
          <w:b/>
        </w:rPr>
        <w:t xml:space="preserve">[1:00:25] </w:t>
      </w:r>
      <w:r>
        <w:t>to rasool Allah ne bhi woh kiya aur har baar jab pebble phenki to Allah o Akbar kaha aur phir wahan qurbani hui.</w:t>
      </w:r>
    </w:p>
    <w:p>
      <w:pPr>
        <w:jc w:val="right"/>
      </w:pPr>
      <w:r>
        <w:t>تو رسول اللہ نے بھی وہ کیا اور ہر بار جب پیبل پھینکی تو اللہ اکبر کہا اور پھر وہاں قربانی ہوئی۔</w:t>
      </w:r>
    </w:p>
    <w:p>
      <w:r>
        <w:rPr>
          <w:b/>
        </w:rPr>
        <w:t xml:space="preserve">[1:00:34] </w:t>
      </w:r>
      <w:r>
        <w:t>rasool Allah ne bhi qurbani ki aur, ah, is ke baad rasool Allah jaisay aap ne kaha ke makkah gaye ji aur wahan zuhar ki namaz parhi aur tawaf kiya aur phir wapas aa gaye, zam zam ka pani piya aur wapas aa gaye aur phir chand din ruke.</w:t>
      </w:r>
    </w:p>
    <w:p>
      <w:pPr>
        <w:jc w:val="right"/>
      </w:pPr>
      <w:r>
        <w:t>رسول اللہ نے بھی قربانی کی اور، اہ، اس کے بعد رسول اللہ جیسے آپ نے کہا کہ مکہ گئے جی اور وہاں ظہر کی نماز پڑھی اور طواف کیا اور پھر واپس آگئے، زم زم کا پانی پیا اور واپس آگئے اور پھر چند دن رکے۔</w:t>
      </w:r>
    </w:p>
    <w:p>
      <w:r>
        <w:rPr>
          <w:b/>
        </w:rPr>
        <w:t xml:space="preserve">[1:00:54] </w:t>
      </w:r>
      <w:r>
        <w:t>wahan jab zam zam ka ke pani ke kuwein pe gaye to wahan, ah, ah, abdul muttalib ki jo tribe thay woh log pani nikal rahe thay aur pila rahe thay.</w:t>
      </w:r>
    </w:p>
    <w:p>
      <w:pPr>
        <w:jc w:val="right"/>
      </w:pPr>
      <w:r>
        <w:t>وہاں جب زم زم کا کے پانی کے کنویں پہ گئے تو وہاں، اہ، اہ، عبدالمطلب کی جو ٹرائب تھے وہ لوگ پانی نکال رہے تھے اور پلا رہے تھے۔</w:t>
      </w:r>
    </w:p>
    <w:p>
      <w:r>
        <w:rPr>
          <w:b/>
        </w:rPr>
        <w:t xml:space="preserve">[1:01:06] </w:t>
      </w:r>
      <w:r>
        <w:t>to rasool Allah ne kaha ke, ah, agar mujhe dar nahi hota ke log tum se yeh kaam le len ge to main khud pani nikalta.</w:t>
      </w:r>
    </w:p>
    <w:p>
      <w:pPr>
        <w:jc w:val="right"/>
      </w:pPr>
      <w:r>
        <w:t>تو رسول اللہ نے کہا کہ، اہ، اگر مجھے ڈر نہیں ہوتا کہ لوگ تم سے یہ کام لے لیں گے تو میں خود پانی نکالتا ہوں۔</w:t>
      </w:r>
    </w:p>
    <w:p>
      <w:r>
        <w:rPr>
          <w:b/>
        </w:rPr>
        <w:t xml:space="preserve">[1:01:16] </w:t>
      </w:r>
      <w:r>
        <w:t>to rasool Allah ne kaha tum nikal ke do mujhe. pani diya aur pi</w:t>
      </w:r>
    </w:p>
    <w:p>
      <w:pPr>
        <w:jc w:val="right"/>
      </w:pPr>
      <w:r>
        <w:t>تو رسول اللہ نے کہا تم نکال کے دو مجھے۔ پانی دیا اور پ</w:t>
      </w:r>
    </w:p>
    <w:p>
      <w:r>
        <w:rPr>
          <w:b/>
        </w:rPr>
        <w:t xml:space="preserve">[1:01:20] </w:t>
      </w:r>
      <w:r>
        <w:t>ya. rasool Allah ne matlab yeh tha ke agar rasool Allah sal Allah o alaihi wasallam pani nikalte hain to madina ke log kehte hain ke hum hum bhi nikalen ge.</w:t>
      </w:r>
    </w:p>
    <w:p>
      <w:pPr>
        <w:jc w:val="right"/>
      </w:pPr>
      <w:r>
        <w:t>یا۔ رسول اللہ نے مطلب یہ تھا کہ اگر رسول اللہ صلی اللہ علیہ وسلم پانی نکالتے ہیں تو مدینہ کے لوگ کہتے ہیں کہ ہم ہم بھی نکالیں گے۔</w:t>
      </w:r>
    </w:p>
    <w:p>
      <w:r>
        <w:rPr>
          <w:b/>
        </w:rPr>
        <w:t xml:space="preserve">[1:01:29] </w:t>
      </w:r>
      <w:r>
        <w:t>aur woh jo rasool Allah ka yeh tareeqa tha ke jo system bana hua hai na, kai saray wahan par offices thay pani nikalna aur hajjiyon ki khidmat karna aur kai tarah ke.</w:t>
      </w:r>
    </w:p>
    <w:p>
      <w:pPr>
        <w:jc w:val="right"/>
      </w:pPr>
      <w:r>
        <w:t>اور وہ جو رسول اللہ کا یہ طریقہ تھا کہ جو سسٹم بنا ہوا ہے نا، کئی سارے وہاں پر افسز تھے پانی نکالنا اور حاجیوں کی خدمت کرنا اور کئی طرح کے۔</w:t>
      </w:r>
    </w:p>
    <w:p>
      <w:r>
        <w:rPr>
          <w:b/>
        </w:rPr>
        <w:t xml:space="preserve">[1:01:40] </w:t>
      </w:r>
      <w:r>
        <w:t>to is mein koi change nahi kiya ji, balkay sahaba chahte thay apne ghar waghera wapas le</w:t>
      </w:r>
    </w:p>
    <w:p>
      <w:pPr>
        <w:jc w:val="right"/>
      </w:pPr>
      <w:r>
        <w:t>تو اس میں کوئی چینج نہیں کیا جی، بلکہ صحابہ چاہتے تھے اپنے گھر وغیرہ واپس لے</w:t>
      </w:r>
    </w:p>
    <w:p>
      <w:r>
        <w:rPr>
          <w:b/>
        </w:rPr>
        <w:t xml:space="preserve">[1:01:47] </w:t>
      </w:r>
      <w:r>
        <w:t>lena. jab hijrat hijrat ki to jo quraish thay unhon ne ghar le liye thay sahaba ke sab. to woh baatein karne lagay ke hamara ghar unhon ne le liya, unhon ne le liya.</w:t>
      </w:r>
    </w:p>
    <w:p>
      <w:pPr>
        <w:jc w:val="right"/>
      </w:pPr>
      <w:r>
        <w:t>لینا۔ جب ہجرت ہجرت کی تو جو قریش تھے انہوں نے گھر لے لیے تھے صحابہ کے سب۔ تو وہ باتیں کرنے لگے کہ ہمارا گھر انہوں نے لے لیا، انہوں نے لے لیا۔</w:t>
      </w:r>
    </w:p>
    <w:p>
      <w:r>
        <w:rPr>
          <w:b/>
        </w:rPr>
        <w:t xml:space="preserve">[1:01:56] </w:t>
      </w:r>
      <w:r>
        <w:t>prophet ne kaha ke nahi, bas chalo tum wapas. yani koi is tarah ki cheez cheez nahi, ah, ta ke koi bhi conflict paida na ho.</w:t>
      </w:r>
    </w:p>
    <w:p>
      <w:pPr>
        <w:jc w:val="right"/>
      </w:pPr>
      <w:r>
        <w:t>پرافٹ نے کہا کہ نہیں، بس چلو تم واپس۔ یعنی کوئی اس طرح کی چیز چیز نہیں، اہ، تاکہ کوئی بھی کنفلکٹ پیدا نہ ہو۔</w:t>
      </w:r>
    </w:p>
    <w:p>
      <w:r>
        <w:rPr>
          <w:b/>
        </w:rPr>
        <w:t xml:space="preserve">[1:02:07] </w:t>
      </w:r>
      <w:r>
        <w:t>aah</w:t>
      </w:r>
    </w:p>
    <w:p>
      <w:pPr>
        <w:jc w:val="right"/>
      </w:pPr>
      <w:r>
        <w:t>اہ</w:t>
      </w:r>
    </w:p>
    <w:p>
      <w:r>
        <w:rPr>
          <w:b/>
        </w:rPr>
        <w:t xml:space="preserve">[1:02:08] </w:t>
      </w:r>
      <w:r>
        <w:t>ah, phir rasool Allah dobara wapas mina aaye, wahan kuch, ah, ruke aur phir mere khayal se 12 aur 13 zilhajjah wahan ruke.</w:t>
      </w:r>
    </w:p>
    <w:p>
      <w:pPr>
        <w:jc w:val="right"/>
      </w:pPr>
      <w:r>
        <w:t>، پھر رسول اللہ دوبارہ واپس منی آئے، وہاں کچھ، اہ، رکے اور پھر میرے خیال سے 12 اور 13 ذوالحجہ وہاں رکے۔</w:t>
      </w:r>
    </w:p>
    <w:p>
      <w:r>
        <w:rPr>
          <w:b/>
        </w:rPr>
        <w:t xml:space="preserve">[1:02:19] </w:t>
      </w:r>
      <w:r>
        <w:t>aur next day, ah, late at night he went to haram and performed tawaf al wida yani farewell, farewell tawaf.</w:t>
      </w:r>
    </w:p>
    <w:p>
      <w:pPr>
        <w:jc w:val="right"/>
      </w:pPr>
      <w:r>
        <w:t>اور نیکسٹ ڈے، اہ، لیٹ ایٹ نائٹ ہی وینٹ ٹو حرم اینڈ پرفارمڈ طواف الوداع یعنی فیئر ویل، فیئر ویل طواف۔</w:t>
      </w:r>
    </w:p>
    <w:p>
      <w:r>
        <w:rPr>
          <w:b/>
        </w:rPr>
        <w:t xml:space="preserve">[1:02:32] </w:t>
      </w:r>
      <w:r>
        <w:t>to</w:t>
      </w:r>
    </w:p>
    <w:p>
      <w:pPr>
        <w:jc w:val="right"/>
      </w:pPr>
      <w:r>
        <w:t>تو</w:t>
      </w:r>
    </w:p>
    <w:p>
      <w:r>
        <w:rPr>
          <w:b/>
        </w:rPr>
        <w:t xml:space="preserve">[1:02:33] </w:t>
      </w:r>
      <w:r>
        <w:t>phir is ke baad, ah, fajar ki namaz parhi aur woh wapas madina ke safar ke liye nikal gaye.</w:t>
      </w:r>
    </w:p>
    <w:p>
      <w:pPr>
        <w:jc w:val="right"/>
      </w:pPr>
      <w:r>
        <w:t>پھر اس کے بعد، اہ، فجر کی نماز پڑھی اور وہ واپس مدینہ کے سفر کے لیے نکل گئے۔</w:t>
      </w:r>
    </w:p>
    <w:p>
      <w:r>
        <w:rPr>
          <w:b/>
        </w:rPr>
        <w:t xml:space="preserve">[1:02:42] </w:t>
      </w:r>
      <w:r>
        <w:t>aur jab madina ke qareeb, ah, pohanchay to pehle zulhulaifa gaye, jo woh jagah jahan miqat thi, aur wahan ruke aik raat.</w:t>
      </w:r>
    </w:p>
    <w:p>
      <w:pPr>
        <w:jc w:val="right"/>
      </w:pPr>
      <w:r>
        <w:t>اور جب مدینہ کے قریب، اہ، پہنچے تو پہلے ذوالحلیفہ گئے، جو وہ جگہ جہاں میقات تھی، اور وہاں رکے ایک رات۔</w:t>
      </w:r>
    </w:p>
    <w:p>
      <w:r>
        <w:rPr>
          <w:b/>
        </w:rPr>
        <w:t xml:space="preserve">[1:02:53] </w:t>
      </w:r>
      <w:r>
        <w:t>aur phir aglay din madine ke liye niklay. aur jab, ah, qareeb pohanchay, ah, madina ke aur madina ki cheezein nazar anay lagin to rasool Allah ne, ah, ah, teen baar takbeer kahi: Allah o Akbar, Allah o Akbar, aur kaha ke Allah o Akbar, la ilaha illallah, wahdahu la shareeka lah, lahul mulku wa lahul hamdu, wa huwa ala kulli shai qadeer</w:t>
      </w:r>
    </w:p>
    <w:p>
      <w:pPr>
        <w:jc w:val="right"/>
      </w:pPr>
      <w:r>
        <w:t>اور پھر اگلے دن مدینے کے لیے نکلے۔ اور جب، اہ، قریب پہنچے، اہ، مدینہ کے اور مدینہ کی چیزیں نظر آنے لگیں تو رسول اللہ نے، اہ، اہ، تین بار تکبیر کہی: اللہ اکبر، اللہ اکبر، اور کہا کہ اللہ اکبر، لا الہ الا اللہ، وحدہ لا شریک لہ، لہ الملک ولہ الحمد، وھو علی کل شی قدیر</w:t>
      </w:r>
    </w:p>
    <w:p>
      <w:r>
        <w:rPr>
          <w:b/>
        </w:rPr>
        <w:t xml:space="preserve">[1:03:19] </w:t>
      </w:r>
      <w:r>
        <w:t>ah, wohi jo pehle bhi yeh baatein kahi theen, yeh dua ki thi Allah ta'ala ki wahdaniyat ko bayan kiya aur kaha: aibuna, tayyibuna, hamiduna, sajiduna, lirabbina hamdun ke we return repentant to our lord, worshiping our lord and praising our lord.</w:t>
      </w:r>
    </w:p>
    <w:p>
      <w:pPr>
        <w:jc w:val="right"/>
      </w:pPr>
      <w:r>
        <w:t>۔ اہ، وہی جو پہلے بھی یہ باتیں کہی تھیں، یہ دعا کی تھی اللہ تعالی کی وحدانیت کو بیان کیا اور کہا: عیبونا، طیبونا، حامدونا، ساجدونا، لربنا حامدون کہ وی ریٹرن ریپینٹنٹ ٹو اور لارڈ، ورشپنگ اور لارڈ اینڈ پریزنگ اور لارڈ۔</w:t>
      </w:r>
    </w:p>
    <w:p>
      <w:r>
        <w:rPr>
          <w:b/>
        </w:rPr>
        <w:t xml:space="preserve">[1:03:42] </w:t>
      </w:r>
      <w:r>
        <w:t>aur phir woh baat dohrai jo pehle bhi kahi thi: saddaqallahu wa'dahu, wa nasara 'abdahu, wa hazamal ahzaaba wahdahu.</w:t>
      </w:r>
    </w:p>
    <w:p>
      <w:pPr>
        <w:jc w:val="right"/>
      </w:pPr>
      <w:r>
        <w:t>اور پھر وہ بات دہرائی جو پہلے بھی کہی تھی: صدق اللہ وعدہ، ونصر عبدہ، وحزم الاحزاب وحدہ۔</w:t>
      </w:r>
    </w:p>
    <w:p>
      <w:r>
        <w:rPr>
          <w:b/>
        </w:rPr>
        <w:t xml:space="preserve">[1:03:52] </w:t>
      </w:r>
      <w:r>
        <w:t>ah, he has fulfilled his promise and aided his servant, meaning the prophet, and he alone defeated the confederate</w:t>
      </w:r>
    </w:p>
    <w:p>
      <w:pPr>
        <w:jc w:val="right"/>
      </w:pPr>
      <w:r>
        <w:t>اہ، ہی ہیز فلفلڈ ہز پرومس اینڈ ایڈڈ ہز سرونٹ، میننگ دا پرافٹ، اینڈ ہی الون ڈیفیٹڈ دی کانفیڈنٹ</w:t>
      </w:r>
    </w:p>
    <w:p>
      <w:r>
        <w:rPr>
          <w:b/>
        </w:rPr>
        <w:t xml:space="preserve">[1:04:03] </w:t>
      </w:r>
      <w:r>
        <w:t>s. to is tarah rasool Allah ka hajj mukammal ho jata hai aur wapas madina rasool Allah pohanch jatay hain.</w:t>
      </w:r>
    </w:p>
    <w:p>
      <w:pPr>
        <w:jc w:val="right"/>
      </w:pPr>
      <w:r>
        <w:t>س۔ تو اس طرح رسول اللہ کا حج مکمل ہو جاتا ہے اور واپس مدینہ رسول اللہ پہنچ جاتے ہیں۔</w:t>
      </w:r>
    </w:p>
    <w:p>
      <w:r>
        <w:rPr>
          <w:b/>
        </w:rPr>
        <w:t xml:space="preserve">[1:04:11] </w:t>
      </w:r>
      <w:r>
        <w:t>ji doctor sahib, ek comment lena chahunga, yeh muhammad asif khan sahib ne bheja hai kanpur se. unhon ne likha hai: "i learned a deep meaning of hajj, alhamdulillah, cps team is doing a great work." ah, doctor sahib ko allah bahut bahut ajr de.</w:t>
      </w:r>
    </w:p>
    <w:p>
      <w:pPr>
        <w:jc w:val="right"/>
      </w:pPr>
      <w:r>
        <w:t>جی ڈاکٹر صاحب، ایک کمنٹ لینا چاہوں گا، یہ محمد اصف خان صاحب نے بھیجا ہے کانپور سے۔ انہوں نے لکھا ہے: "آئی لرنڈ ا ڈیپ میننگ اف حج، الحمدللہ، سی پی ایس ٹیم از ڈوئنگ ا گریٹ ورک۔" اہ، ڈاکٹر صاحب کو اللہ بہت بہت اجر دے۔</w:t>
      </w:r>
    </w:p>
    <w:p>
      <w:r>
        <w:rPr>
          <w:b/>
        </w:rPr>
        <w:t xml:space="preserve">[1:04:31] </w:t>
      </w:r>
      <w:r>
        <w:t>doctor sahib, aakhri sawal ki taraf rukh karte hain. aaj, ah, to aaj bahut kuch seekhne ko mila aap se. doctor sahib, jazak allah. ah, doctor sahib, as you know, we gather from the conversation today, that hajj, hajj serves as a profound reminder, you know, for the values and principles that muslims, ah, ah, are encouraged to embody throughout their</w:t>
      </w:r>
    </w:p>
    <w:p>
      <w:pPr>
        <w:jc w:val="right"/>
      </w:pPr>
      <w:r>
        <w:t>ڈاکٹر صاحب، آخری سوال کی طرف رخ کرتے ہیں۔ آج، اہ، تو آج بہت کچھ سیکھنے کو ملا آپ سے۔ ڈاکٹر صاحب، جزاک اللہ۔ اہ، ڈاکٹر صاحب، ایز یو نو، وی گیدر فرام دی کنورزیشن ٹوڈے، دیٹ حج، حج سروز ایز ا پروفاؤنڈ ریمائنڈر، یو نو، فار دا ویلیوز اینڈ پرنسپلز دیٹ مسلمز، اہ، اہ، ار انکریج ٹو ایمبادی تھرو آؤٹ دیر</w:t>
      </w:r>
    </w:p>
    <w:p>
      <w:r>
        <w:rPr>
          <w:b/>
        </w:rPr>
        <w:t xml:space="preserve">[1:04:54] </w:t>
      </w:r>
      <w:r>
        <w:t>life. to some sayings of the prophet, if you can share with us in the virtues of hajj, is par bata kar aap aaj ka session khatam karen, inshallah.</w:t>
      </w:r>
    </w:p>
    <w:p>
      <w:pPr>
        <w:jc w:val="right"/>
      </w:pPr>
      <w:r>
        <w:t>لائف۔ تو سم سینگز اف دا پرافٹ، اف یو کین شیئر ود اس ان دی ورچیوز اف حج، اس پر بتا کر آپ آج کا سیشن ختم کریں، انشاءاللہ۔</w:t>
      </w:r>
    </w:p>
    <w:p>
      <w:r>
        <w:rPr>
          <w:b/>
        </w:rPr>
        <w:t xml:space="preserve">[1:05:04] </w:t>
      </w:r>
      <w:r>
        <w:t>ji, ah, hadith mein aata hai ke, ah, jab haji nikalte hain hajj ke liye to un hajiyon ke liye wufood allah ka lafz aaya hai, yani delegates of god.</w:t>
      </w:r>
    </w:p>
    <w:p>
      <w:pPr>
        <w:jc w:val="right"/>
      </w:pPr>
      <w:r>
        <w:t>جی، اہ، حدیث میں آتا ہے کہ، اہ، جب حاجی نکلتے ہیں حج کے لیے تو ان حاجیوں کے لیے وفود اللہ کا لفظ آیا ہے، یعنی ڈیلیگیٹس اف گاڈ۔</w:t>
      </w:r>
    </w:p>
    <w:p>
      <w:r>
        <w:rPr>
          <w:b/>
        </w:rPr>
        <w:t xml:space="preserve">[1:05:20] </w:t>
      </w:r>
      <w:r>
        <w:t>ek tarike se jab conference mein jaate hain to delegates hote hain, to isi tarike se wufood allah ka lafz aaya hai. isi se, ah, jo haji aaj kal jaate hain, un ko dayoof ur rehman kaha jata hai, the guests of the merciful, dayoof ur rehman.</w:t>
      </w:r>
    </w:p>
    <w:p>
      <w:pPr>
        <w:jc w:val="right"/>
      </w:pPr>
      <w:r>
        <w:t>ایک طریقے سے جب کانفرنس میں جاتے ہیں تو ڈیلیگیٹس ہوتے ہیں، تو اسی طریقے سے وفود اللہ کا لفظ آیا ہے۔ اسی سے، اہ، جو حاجی آج کل جاتے ہیں، ان کو دیوف الرحمن کہا جاتا ہے، دا گیسٹس اف دا مرسی فل، دیوف الرحمن۔</w:t>
      </w:r>
    </w:p>
    <w:p>
      <w:r>
        <w:rPr>
          <w:b/>
        </w:rPr>
        <w:t xml:space="preserve">[1:05:36] </w:t>
      </w:r>
      <w:r>
        <w:t>to</w:t>
      </w:r>
    </w:p>
    <w:p>
      <w:pPr>
        <w:jc w:val="right"/>
      </w:pPr>
      <w:r>
        <w:t>تو</w:t>
      </w:r>
    </w:p>
    <w:p>
      <w:r>
        <w:rPr>
          <w:b/>
        </w:rPr>
        <w:t xml:space="preserve">[1:05:37] </w:t>
      </w:r>
      <w:r>
        <w:t>aise hadith mein aata hai ke jab koi haji nikalta hai labbaik allahumma labbaik kehte hue to each and every creature and each and every rock and stone</w:t>
      </w:r>
    </w:p>
    <w:p>
      <w:pPr>
        <w:jc w:val="right"/>
      </w:pPr>
      <w:r>
        <w:t>ایسے حدیث میں آتا ہے کہ جب کوئی حاجی نکلتا ہے لبیک اللہم لبیک کہتے ہوئے تو ایچ اینڈ ایوری کریچر اینڈ ایچ اینڈ ایوری راک اینڈ سٹون</w:t>
      </w:r>
    </w:p>
    <w:p>
      <w:r>
        <w:rPr>
          <w:b/>
        </w:rPr>
        <w:t xml:space="preserve">[1:05:50] </w:t>
      </w:r>
      <w:r>
        <w:t>hears it, ah, even the plants and the animals, they hear it, they hear it, and they also say labbaik allahumma labbaik, and they will testify in the day of judgment that this person, ah, responded to your call for hajj.</w:t>
      </w:r>
    </w:p>
    <w:p>
      <w:pPr>
        <w:jc w:val="right"/>
      </w:pPr>
      <w:r>
        <w:t>ہیئرز اٹ، اہ، ایون دا پلانٹس اینڈ دا اینیملز، دے ہیئرز اٹ، دے ہیئر اٹ، اینڈ دے السو سے لبیک اللہم لبیک، اینڈ دے ویل ٹیسٹفائی ان دا ڈے اف ججمنٹ دیٹ دس پرسن، اہ، ریسپانڈڈ ٹو یور کال فار حج۔</w:t>
      </w:r>
    </w:p>
    <w:p>
      <w:r>
        <w:rPr>
          <w:b/>
        </w:rPr>
        <w:t xml:space="preserve">[1:06:07] </w:t>
      </w:r>
      <w:r>
        <w:t>to bahut zabardast hadith hai yeh, aur hadith mein aise aata hai ke when a person travels for hajj, every step that he takes, his rank is elevated, and his sins are forgiven.</w:t>
      </w:r>
    </w:p>
    <w:p>
      <w:pPr>
        <w:jc w:val="right"/>
      </w:pPr>
      <w:r>
        <w:t>تو بہت زبردست حدیث ہے یہ، اور حدیث میں ایسے آتا ہے کہ وین ا پرسن ٹریولز فار حج، ایوری سٹیپ دیٹ ہی ٹیکس، ہز رینک از ایلیویٹڈ، اینڈ ہز سنز ار فارگیون۔</w:t>
      </w:r>
    </w:p>
    <w:p>
      <w:r>
        <w:rPr>
          <w:b/>
        </w:rPr>
        <w:t xml:space="preserve">[1:06:23] </w:t>
      </w:r>
      <w:r>
        <w:t>and the prophet has said: "as you throw the pebble in the jمرةt, in the stoning pillar, god keeps a recording of it, he counts</w:t>
      </w:r>
    </w:p>
    <w:p>
      <w:pPr>
        <w:jc w:val="right"/>
      </w:pPr>
      <w:r>
        <w:t>اینڈ دا پرافٹ ہیز سیڈ: "ایز یو تھرو دی پیبل ان دا جمرات، ان دا سٹوننگ پلر، گاڈ کیپس اے ریکارڈنگ اف اٹ، ہی کاؤنٹس</w:t>
      </w:r>
    </w:p>
    <w:p>
      <w:r>
        <w:rPr>
          <w:b/>
        </w:rPr>
        <w:t xml:space="preserve">[1:06:33] </w:t>
      </w:r>
      <w:r>
        <w:t>it." yani, ah, kitni zabardast baat hai yeh. and the prophet has said, ah, that when, ah, he finishes the tawaf al-ifada, jo aakhri rite of hajj ki, jab woh tawaf al-ifada karta hai to he is as if he is born, ah, today.</w:t>
      </w:r>
    </w:p>
    <w:p>
      <w:pPr>
        <w:jc w:val="right"/>
      </w:pPr>
      <w:r>
        <w:t>اٹ۔" یعنی، اہ، کتنی زبردست بات ہے یہ۔ اینڈ دا پرافٹ ہیز سیڈ، اہ، دیٹ وین، اہ، ہی فنشز دی طواف الافادہ، جو آخری رائٹ ہے حج کی، جب وہ طواف الافادہ کرتا ہے تو ہی از ایز اف ہی از بورن، اہ، ٹوڈے۔</w:t>
      </w:r>
    </w:p>
    <w:p>
      <w:r>
        <w:rPr>
          <w:b/>
        </w:rPr>
        <w:t xml:space="preserve">[1:06:55] </w:t>
      </w:r>
      <w:r>
        <w:t>yani jaise us us ki maa ne us ko abhi, ah, paida kiya hai, is tarike se koi sins, no sins attached to him. aur aise hi, ah, ah, rasool allah ne kaha hai ke, ah, ek, ah, ek,</w:t>
      </w:r>
    </w:p>
    <w:p>
      <w:pPr>
        <w:jc w:val="right"/>
      </w:pPr>
      <w:r>
        <w:t>یعنی جیسے اس اس کی ماں نے اس کو ابھی، اہ، پیدا کیا ہے، اس طریقے سے کوئی سنز، نو سنز اٹیچڈ ٹو ہم۔ اور ایسے ہی، اہ، اہ، رسول اللہ نے کہا ہے کہ، اہ، ایک، اہ، ایک،</w:t>
      </w:r>
    </w:p>
    <w:p>
      <w:r>
        <w:rPr>
          <w:b/>
        </w:rPr>
        <w:t xml:space="preserve">[1:07:12] </w:t>
      </w:r>
      <w:r>
        <w:t>ah, ek ek khatoon aain prophet ke paas aur unhon ne kaha ke main jihad pe jana chahti hoon.</w:t>
      </w:r>
    </w:p>
    <w:p>
      <w:pPr>
        <w:jc w:val="right"/>
      </w:pPr>
      <w:r>
        <w:t>اہ، ایک ایک خاتون آئیں پرافٹ کے پاس اور انہوں نے کہا کہ میں جہاد پہ جانا چاہتی ہوں۔</w:t>
      </w:r>
    </w:p>
    <w:p>
      <w:r>
        <w:rPr>
          <w:b/>
        </w:rPr>
        <w:t xml:space="preserve">[1:07:21] </w:t>
      </w:r>
      <w:r>
        <w:t>to, ah, i want to participate in jihad. to prophet ne kaha ke main koi is se better baat bataun aap ko? ji, shayad i give you something better, tell you something better.</w:t>
      </w:r>
    </w:p>
    <w:p>
      <w:pPr>
        <w:jc w:val="right"/>
      </w:pPr>
      <w:r>
        <w:t>تو، اہ، آئی وانٹ ٹو پارٹیسپیٹ ان جہاد۔ تو پرافٹ نے کہا کہ میں کوئی اس سے بیٹر بات بتاؤں آپ کو؟ جی، شاید آئی گیو یو سمتھنگ بیٹر، ٹیل یو سمتھنگ بیٹر۔</w:t>
      </w:r>
    </w:p>
    <w:p>
      <w:r>
        <w:rPr>
          <w:b/>
        </w:rPr>
        <w:t xml:space="preserve">[1:07:32] </w:t>
      </w:r>
      <w:r>
        <w:t>to unhon ne kaha haan. to rasool allah ne farmaya ke al-hajj, hajj is the jihad for you.</w:t>
      </w:r>
    </w:p>
    <w:p>
      <w:pPr>
        <w:jc w:val="right"/>
      </w:pPr>
      <w:r>
        <w:t>تو انہوں نے کہا ہاں۔ تو رسول اللہ نے فرمایا کہ الحج، حج از دا جہاد فار یو۔</w:t>
      </w:r>
    </w:p>
    <w:p>
      <w:r>
        <w:rPr>
          <w:b/>
        </w:rPr>
        <w:t xml:space="preserve">[1:07:39] </w:t>
      </w:r>
      <w:r>
        <w:t>hmm, aur aise hi rasool allah ne farmaya tha ke al-hajj jihad li kull da'if, hajj is the, ah, jihad for every weak.</w:t>
      </w:r>
    </w:p>
    <w:p>
      <w:pPr>
        <w:jc w:val="right"/>
      </w:pPr>
      <w:r>
        <w:t>ہمم، اور ایسے ہی رسول اللہ نے فرمایا تھا کہ الحج جہاد لکل ضعیف، حج از دا، اہ، جہاد فار ایوری ویک۔</w:t>
      </w:r>
    </w:p>
    <w:p>
      <w:r>
        <w:rPr>
          <w:b/>
        </w:rPr>
        <w:t xml:space="preserve">[1:07:48] </w:t>
      </w:r>
      <w:r>
        <w:t>yani jo aadmi weak hai, bimar hai, us ke liye yahi jihad hai. aur aise hi rasool allah ne farmaya tha ke kutiba alaikum al-hajj, fahujju.</w:t>
      </w:r>
    </w:p>
    <w:p>
      <w:pPr>
        <w:jc w:val="right"/>
      </w:pPr>
      <w:r>
        <w:t>یعنی جو آدمی ویک ہے، بیمار ہے، اس کے لیے یہی جہاد ہے۔ اور ایسے ہی رسول اللہ نے فرمایا تھا کہ کتب علیکم الحج، فحجو۔</w:t>
      </w:r>
    </w:p>
    <w:p>
      <w:r>
        <w:rPr>
          <w:b/>
        </w:rPr>
        <w:t xml:space="preserve">[1:07:57] </w:t>
      </w:r>
      <w:r>
        <w:t>yani, ah, allah has prescribed hajj on you, so you do pilgrimage.</w:t>
      </w:r>
    </w:p>
    <w:p>
      <w:pPr>
        <w:jc w:val="right"/>
      </w:pPr>
      <w:r>
        <w:t>یعنی، اہ، اللہ ہیز پریسکرائبڈ حج ان یو، سو یو ڈو پلگرمج۔</w:t>
      </w:r>
    </w:p>
    <w:p>
      <w:r>
        <w:rPr>
          <w:b/>
        </w:rPr>
        <w:t xml:space="preserve">[1:08:04] </w:t>
      </w:r>
      <w:r>
        <w:t>aur, ah, do cheezain se insaan ke upar hajj farz ho jata hai. ek to hai ke he can, he has, he can travel, he has ability to travel.</w:t>
      </w:r>
    </w:p>
    <w:p>
      <w:pPr>
        <w:jc w:val="right"/>
      </w:pPr>
      <w:r>
        <w:t>اور، اہ، دو چیزیں سے انسان کے اوپر حج فرض ہو جاتا ہے۔ ایک تو ہے کہ ہی کین، ہی ہے، ہی کین ٹریول، ہی ہیز ایبیلیٹی ٹو ٹریول۔</w:t>
      </w:r>
    </w:p>
    <w:p>
      <w:r>
        <w:rPr>
          <w:b/>
        </w:rPr>
        <w:t xml:space="preserve">[1:08:17] </w:t>
      </w:r>
      <w:r>
        <w:t>ah, yani, ah, he he can, he has, ah, ah, funds and to to take up the journey, and he is, his health is good, he can go for for this</w:t>
      </w:r>
    </w:p>
    <w:p>
      <w:pPr>
        <w:jc w:val="right"/>
      </w:pPr>
      <w:r>
        <w:t>اہ، یعنی، اہ، ہی ہی کین، ہی ہیز، اہ، اہ، فنڈز اینڈ ٹو ٹو ٹیک اپ دا جرنی، اینڈ ہی از، ہز ہیلتھ از گڈ، ہی کین گو فار فار دس</w:t>
      </w:r>
    </w:p>
    <w:p>
      <w:r>
        <w:rPr>
          <w:b/>
        </w:rPr>
        <w:t xml:space="preserve">[1:08:31] </w:t>
      </w:r>
      <w:r>
        <w:t>travel. to yeh jo do cheezain agar kisi ko ho jati hain ke us ki health sahi hai aur woh us ke paas means hain to hajj us ke upar farz ho jata hai.</w:t>
      </w:r>
    </w:p>
    <w:p>
      <w:pPr>
        <w:jc w:val="right"/>
      </w:pPr>
      <w:r>
        <w:t>ٹریول۔ تو یہ جو دو چیزیں اگر کسی کو ہو جاتی ہیں کہ اس کی ہیلتھ صحیح ہے اور وہ اس کے پاس مینز ہیں تو حج اس کے اوپر فرض ہو جاتا ہے۔</w:t>
      </w:r>
    </w:p>
    <w:p>
      <w:r>
        <w:rPr>
          <w:b/>
        </w:rPr>
        <w:t xml:space="preserve">[1:08:40] </w:t>
      </w:r>
      <w:r>
        <w:t>aur us ko jaldi karna chahiye. prophet ne yeh bhi kaha hai ke jis ke upar hajj farz hai, he should do it as soon as possible, taale nahi us ko.</w:t>
      </w:r>
    </w:p>
    <w:p>
      <w:pPr>
        <w:jc w:val="right"/>
      </w:pPr>
      <w:r>
        <w:t>اور اس کو جلدی کرنا چاہیے۔ پرافٹ نے یہ بھی کہا ہے کہ جس کے اوپر حج فرض ہے، ہی شوڈ ڈو اٹ ایز سون ایز پوسیبل، ٹالے نہیں اس کو۔</w:t>
      </w:r>
    </w:p>
    <w:p>
      <w:r>
        <w:rPr>
          <w:b/>
        </w:rPr>
        <w:t xml:space="preserve">[1:08:49] </w:t>
      </w:r>
      <w:r>
        <w:t>ji, ah</w:t>
      </w:r>
    </w:p>
    <w:p>
      <w:pPr>
        <w:jc w:val="right"/>
      </w:pPr>
      <w:r>
        <w:t>جی، اہ</w:t>
      </w:r>
    </w:p>
    <w:p>
      <w:r>
        <w:rPr>
          <w:b/>
        </w:rPr>
        <w:t xml:space="preserve">[1:08:50] </w:t>
      </w:r>
      <w:r>
        <w:t>, aur, ah, kuch aisi bhi hadithain hain ke jo log hajj nahi kar sake, hmm, to woh soch rahe hain ke hum nahi hajj kar sake.</w:t>
      </w:r>
    </w:p>
    <w:p>
      <w:pPr>
        <w:jc w:val="right"/>
      </w:pPr>
      <w:r>
        <w:t>، اور، اہ، کچھ ایسی بھی حدیثیں ہیں کہ جو لوگ حج نہیں کر سکے، ہمم، تو وہ سوچ رہے ہیں کہ ہم نہیں حج کر سکے۔</w:t>
      </w:r>
    </w:p>
    <w:p>
      <w:r>
        <w:rPr>
          <w:b/>
        </w:rPr>
        <w:t xml:space="preserve">[1:09:01] </w:t>
      </w:r>
      <w:r>
        <w:t>un ke liye bhi hope hai.</w:t>
      </w:r>
    </w:p>
    <w:p>
      <w:pPr>
        <w:jc w:val="right"/>
      </w:pPr>
      <w:r>
        <w:t>ان کے لیے بھی ہوپ ہے۔</w:t>
      </w:r>
    </w:p>
    <w:p>
      <w:r>
        <w:rPr>
          <w:b/>
        </w:rPr>
        <w:t xml:space="preserve">[1:09:03] </w:t>
      </w:r>
      <w:r>
        <w:t>ah, rasool Allah ne farmaya ke ek shakhs jo fajar ki namaz ke liye ghar se nikalta hai aur masjid mein jata hai aur namaz padhta hai congregation mein, phir woh baith ke wahan zikr karta hai, Allah ko yaad karta hai, yahan tak ke suraj nikalna shuru ho jata hai, aur phir woh do rak'at namaz padhta hai aur wapas aata hai, to yeh amal us ke liye hajj ke barabar hoga.</w:t>
      </w:r>
    </w:p>
    <w:p>
      <w:pPr>
        <w:jc w:val="right"/>
      </w:pPr>
      <w:r>
        <w:t>اہ، رسول اللہ نے فرمایا کہ ایک شخص جو فجر کی نماز کے لیے گھر سے نکلتا ہے اور مسجد میں جاتا ہے اور نماز پڑھتا ہے کانگریگیشن میں، پھر وہ بیٹھ کے وہاں ذکر کرتا ہے، اللہ کو یاد کرتا ہے، یہاں تک کہ سورج نکلنا شروع ہو جاتا ہے، اور پھر وہ دو رکعت نماز پڑھتا ہے اور واپس آتا ہے، تو یہ عمل اس کے لیے حج کے برابر ہوگا۔</w:t>
      </w:r>
    </w:p>
    <w:p>
      <w:r>
        <w:rPr>
          <w:b/>
        </w:rPr>
        <w:t xml:space="preserve">[1:09:31] </w:t>
      </w:r>
      <w:r>
        <w:t>aur rasool Allah ne kaha: "tammah, tammah, tammah, complete, complete, complete</w:t>
      </w:r>
    </w:p>
    <w:p>
      <w:pPr>
        <w:jc w:val="right"/>
      </w:pPr>
      <w:r>
        <w:t>اور رسول اللہ نے کہا: "تامہ، تامہ، تامہ، کمپلیٹ، کمپلیٹ، کمپلیٹ</w:t>
      </w:r>
    </w:p>
    <w:p>
      <w:r>
        <w:rPr>
          <w:b/>
        </w:rPr>
        <w:t xml:space="preserve">[1:09:35] </w:t>
      </w:r>
      <w:r>
        <w:t>"۔ yani is liye kaha yeh ke log yeh na samjhein ke itni choti si baat namaz padh ke aa gaye to hajj ka reward, balkeh ek doosri hadith mein hai ke hajj aur umrah dono ka reward hai.</w:t>
      </w:r>
    </w:p>
    <w:p>
      <w:pPr>
        <w:jc w:val="right"/>
      </w:pPr>
      <w:r>
        <w:t>"۔ یعنی اس لیے کہا یہ کہ لوگ یہ نہ سمجھیں کہ اتنی چھوٹی سی بات نماز پڑھ کے آگئے تو حج کا ریوارڈ، بلکہ ایک دوسری حدیث میں ہے کہ حج اور عمرہ دونوں کا ریوارڈ ہے۔</w:t>
      </w:r>
    </w:p>
    <w:p>
      <w:r>
        <w:rPr>
          <w:b/>
        </w:rPr>
        <w:t xml:space="preserve">[1:09:44] </w:t>
      </w:r>
      <w:r>
        <w:t>j</w:t>
      </w:r>
    </w:p>
    <w:p>
      <w:pPr>
        <w:jc w:val="right"/>
      </w:pPr>
      <w:r>
        <w:t>ج</w:t>
      </w:r>
    </w:p>
    <w:p>
      <w:r>
        <w:rPr>
          <w:b/>
        </w:rPr>
        <w:t xml:space="preserve">[1:09:45] </w:t>
      </w:r>
      <w:r>
        <w:t>y, to yeh to matlab ke is spirit ke upar hai sara kuch. aur ek ek shakhs aata hai, ah, prophet ke paas,</w:t>
      </w:r>
    </w:p>
    <w:p>
      <w:pPr>
        <w:jc w:val="right"/>
      </w:pPr>
      <w:r>
        <w:t>ی، تو یہ تو مطلب کہ اسپرٹ کے اوپر ہے سارا کچھ۔ اور ایک ایک شخص آتا ہے، اہ، پرافٹ کے پاس،</w:t>
      </w:r>
    </w:p>
    <w:p>
      <w:r>
        <w:rPr>
          <w:b/>
        </w:rPr>
        <w:t xml:space="preserve">[1:09:57] </w:t>
      </w:r>
      <w:r>
        <w:t>aur yeh bohat achi hadith hai, its very authentic hadith, narrated by Anas ibn Malik R.A., ke ek shakhs aata hai aur rasool Allah se kehta hai: "faqal inni ashtah al-jihad ke i want to do jihad,</w:t>
      </w:r>
    </w:p>
    <w:p>
      <w:pPr>
        <w:jc w:val="right"/>
      </w:pPr>
      <w:r>
        <w:t>اور یہ بہت اچھی حدیث ہے، اٹس ویری اتھینٹک حدیث، نیریٹڈ بائے انس ابن مالک رضی اللہ عنہ، کہ ایک شخص آتا ہے اور رسول اللہ سے کہتا ہے: "فقال انی اشتہ الجہاد کہ آئی وانٹ ٹو ڈو جہاد،</w:t>
      </w:r>
    </w:p>
    <w:p>
      <w:r>
        <w:rPr>
          <w:b/>
        </w:rPr>
        <w:t xml:space="preserve">[1:10:14] </w:t>
      </w:r>
      <w:r>
        <w:t>ah, wa la aqdiru 'alayha, but i don't have means for it"۔ to rasool Allah kehte hain, ah, ke kya tumhare parents hain?</w:t>
      </w:r>
    </w:p>
    <w:p>
      <w:pPr>
        <w:jc w:val="right"/>
      </w:pPr>
      <w:r>
        <w:t>اہ، ولا اقدر علیہا، بٹ آئی ڈونٹ ہیو مینز فار اٹ"۔ تو رسول اللہ کہتے ہیں، اہ، کہ کیا تمہارے پیرنٹس ہیں؟</w:t>
      </w:r>
    </w:p>
    <w:p>
      <w:r>
        <w:rPr>
          <w:b/>
        </w:rPr>
        <w:t xml:space="preserve">[1:10:27] </w:t>
      </w:r>
      <w:r>
        <w:t>zindah hain? matlab parents. to woh kehta hai: "qal ummi ke haan, meri mother hai"۔ to rasool Allah farmate hain ke tum jao un ki khidmat karo, take care of her, ah, give her good companionship and look after her,</w:t>
      </w:r>
    </w:p>
    <w:p>
      <w:pPr>
        <w:jc w:val="right"/>
      </w:pPr>
      <w:r>
        <w:t>زندہ ہیں؟ مطلب پیرنٹس۔ تو وہ کہتا ہے: "قال امی کہ ہاں، میری مدر ہے"۔ تو رسول اللہ فرماتے ہیں کہ تم جاؤ ان کی خدمت کرو، ٹیک کیئر آف ہر، اہ، گیو ہر گڈ کمپینین شپ اینڈ لوک آفٹر ہر،</w:t>
      </w:r>
    </w:p>
    <w:p>
      <w:r>
        <w:rPr>
          <w:b/>
        </w:rPr>
        <w:t xml:space="preserve">[1:10:44] </w:t>
      </w:r>
      <w:r>
        <w:t>ah, fa inna fa'alta dhalika, agar tum ne aisa kiya to tumhare liye hajj, umrah aur jihad ka reward hoga.</w:t>
      </w:r>
    </w:p>
    <w:p>
      <w:pPr>
        <w:jc w:val="right"/>
      </w:pPr>
      <w:r>
        <w:t>اہ، فان ازا فعلت ذالک، اگر تم نے ایسا کیا تو تمہارے لیے حج، عمرہ اور جہاد کا ریوارڈ ہوگا۔</w:t>
      </w:r>
    </w:p>
    <w:p>
      <w:r>
        <w:rPr>
          <w:b/>
        </w:rPr>
        <w:t xml:space="preserve">[1:10:53] </w:t>
      </w:r>
      <w:r>
        <w:t>kitni bari baat hai ke, ah, yeh to hamare ghar mein hi maujood hai ke hum yahin baith ke, ah, parents ki khidmat kar sakte hain.</w:t>
      </w:r>
    </w:p>
    <w:p>
      <w:pPr>
        <w:jc w:val="right"/>
      </w:pPr>
      <w:r>
        <w:t>کتنی بڑی بات ہے کہ، اہ، یہ تو ہمارے گھر میں ہی موجود ہے کہ ہم یہیں بیٹھ کے، اہ، پیرنٹس کی خدمت کر سکتے ہیں۔</w:t>
      </w:r>
    </w:p>
    <w:p>
      <w:r>
        <w:rPr>
          <w:b/>
        </w:rPr>
        <w:t xml:space="preserve">[1:11:03] </w:t>
      </w:r>
      <w:r>
        <w:t>ji, aur agar kisi ke parents nahi hain to woh dua karein, yeh bhi bohat bari cheez</w:t>
      </w:r>
    </w:p>
    <w:p>
      <w:pPr>
        <w:jc w:val="right"/>
      </w:pPr>
      <w:r>
        <w:t>جی، اور اگر کسی کے پیرنٹس نہیں ہیں تو وہ دعا کریں، یہ بھی بہت بڑی چیز</w:t>
      </w:r>
    </w:p>
    <w:p>
      <w:r>
        <w:rPr>
          <w:b/>
        </w:rPr>
        <w:t xml:space="preserve">[1:11:09] </w:t>
      </w:r>
      <w:r>
        <w:t>hai. ji, maghfirat ki dua karein ke taake Allah taala un ke darjaat buland kare. to Allah taala hum sab ko yeh mauqa de ke hum hajj karein aur, amin, is ka jo jo spiritual aspect hai woh hasil ho sake.</w:t>
      </w:r>
    </w:p>
    <w:p>
      <w:pPr>
        <w:jc w:val="right"/>
      </w:pPr>
      <w:r>
        <w:t>ہے۔ جی، مغفرت کی دعا کریں کہ تاکہ اللہ تعالی ان کے درجات بلند کرے۔ تو اللہ تعالی ہم سب کو یہ موقع دے کہ ہم حج کریں اور، آمین، اس کا جو جو سپرچول ایسپیکٹ ہے وہ حاصل ہو سکے۔</w:t>
      </w:r>
    </w:p>
    <w:p>
      <w:r>
        <w:rPr>
          <w:b/>
        </w:rPr>
        <w:t xml:space="preserve">[1:11:25] </w:t>
      </w:r>
      <w:r>
        <w:t>asal mein ek baat bas mein keh ke khatam karna chahunga ke aam taur se yeh tasawwur qaim hota hai ke hajj ek ritual hai, woh ja ke aap ne kar li Makkah mein, aap ne tawaf kiya, sa'i kiya, Mina mein gaye, Muzdalifah mein gaye, Arafat mein gaye, aur qurbani ki waghera, aur yeh kar ke wapas aa gaye.</w:t>
      </w:r>
    </w:p>
    <w:p>
      <w:pPr>
        <w:jc w:val="right"/>
      </w:pPr>
      <w:r>
        <w:t>اصل میں ایک بات بس میں کہہ کے ختم کرنا چاہوں گا کہ عام طور سے یہ تصور قائم ہوتا ہے کہ حج ایک ریچول ہے، وہ جا کے آپ نے کر لی مکہ میں، آپ نے طواف کیا، صحیح کیا، منی میں گئے، مزدلفہ میں گئے، عرفات میں گئے، اور قربانی کی وغیرہ، اور یہ کر کے واپس آگئے۔</w:t>
      </w:r>
    </w:p>
    <w:p>
      <w:r>
        <w:rPr>
          <w:b/>
        </w:rPr>
        <w:t xml:space="preserve">[1:11:44] </w:t>
      </w:r>
      <w:r>
        <w:t>ah</w:t>
      </w:r>
    </w:p>
    <w:p>
      <w:pPr>
        <w:jc w:val="right"/>
      </w:pPr>
      <w:r>
        <w:t>اہ</w:t>
      </w:r>
    </w:p>
    <w:p>
      <w:r>
        <w:rPr>
          <w:b/>
        </w:rPr>
        <w:t xml:space="preserve">[1:11:45] </w:t>
      </w:r>
      <w:r>
        <w:t>, lekin yeh to ek ritualistic aspect hai jo us ke peechay, ah, jo asal cheez hai woh yeh hai ke Hazrat Ibrahim A.S. ki zindagi, hmm, ko ek tareeqay se us ko follow kiya gaya hai, us ko dohraiya gaya hai.</w:t>
      </w:r>
    </w:p>
    <w:p>
      <w:pPr>
        <w:jc w:val="right"/>
      </w:pPr>
      <w:r>
        <w:t>، لیکن یہ تو ایک ریچولسٹک ایسپیکٹ ہے جو اس کے پیچھے، اہ، جو اصل چیز ہے وہ یہ ہے کہ حضرت ابراہیم علیہ السلام کی زندگی، ہمم، کو کو ایک طریقے سے اس کو فالو کیا گیا ہے، اس کو دہرایا گیا ہے۔</w:t>
      </w:r>
    </w:p>
    <w:p>
      <w:r>
        <w:rPr>
          <w:b/>
        </w:rPr>
        <w:t xml:space="preserve">[1:12:00] </w:t>
      </w:r>
      <w:r>
        <w:t>ji, to sirf is had tak nahi, ritualistic, ah, ah, bas hum ne us ko follow kar liya aur wapas aa ke phir khatam.</w:t>
      </w:r>
    </w:p>
    <w:p>
      <w:pPr>
        <w:jc w:val="right"/>
      </w:pPr>
      <w:r>
        <w:t>جی، تو صرف اس حد تک نہیں، ریچولسٹک، اہ، اہ، بس ہم نے اس کو فالو کر لیا اور واپس آ کے پھر ختم۔</w:t>
      </w:r>
    </w:p>
    <w:p>
      <w:r>
        <w:rPr>
          <w:b/>
        </w:rPr>
        <w:t xml:space="preserve">[1:12:09] </w:t>
      </w:r>
      <w:r>
        <w:t>to asal to cheez yeh hai ke Hazrat Ibrahim A.S. ki jo zindagi hai, us ko apnana, ji, for the rest of your life. aur woh kya hai?</w:t>
      </w:r>
    </w:p>
    <w:p>
      <w:pPr>
        <w:jc w:val="right"/>
      </w:pPr>
      <w:r>
        <w:t>تو اصل تو چیز یہ ہے کہ حضرت ابراہیم علیہ السلام کی جو زندگی ہے، اس کو اپنانا، جی، فار دی ریسٹ اف یور لائف۔ اور وہ کیا ہے؟</w:t>
      </w:r>
    </w:p>
    <w:p>
      <w:r>
        <w:rPr>
          <w:b/>
        </w:rPr>
        <w:t xml:space="preserve">[1:12:17] </w:t>
      </w:r>
      <w:r>
        <w:t>woh hai da'wah, hmm, ke Hazrat Ibrahim A.S. sari zindagi woh travel karte rahe aur da'wah ke hi kaam karte rahe. yahi Rasool Allah S.A.W., yahi Sahaba ne kiya.</w:t>
      </w:r>
    </w:p>
    <w:p>
      <w:pPr>
        <w:jc w:val="right"/>
      </w:pPr>
      <w:r>
        <w:t>وہ ہے دعوت، ہمم، کہ حضرت ابراہیم علیہ السلام ساری زندگی وہ ٹریول کرتے رہے اور دعوت کے ہی کام کرتے رہے۔ یہی رسول اللہ صلی اللہ علیہ وسلم، یہی صحابہ نے کیا۔</w:t>
      </w:r>
    </w:p>
    <w:p>
      <w:r>
        <w:rPr>
          <w:b/>
        </w:rPr>
        <w:t xml:space="preserve">[1:12:28] </w:t>
      </w:r>
      <w:r>
        <w:t>to agar hajj koi kare aur phir us ke andar da'wah jazba bedar ho, Hazrat Ibrahim A.S. ki zindagi, Hazrat Muhammad S.A.W. aur Sahaba ki zindagi se inspire ho, aur woh phir apni zindagi ko, ah, ko waqf kar de da'wah kaam ke liye, tab woh sare bare bare reward hain jis ke baray mein hadith mein aata hai.</w:t>
      </w:r>
    </w:p>
    <w:p>
      <w:pPr>
        <w:jc w:val="right"/>
      </w:pPr>
      <w:r>
        <w:t>تو اگر حج کوئی کرے اور پھر اس کے اندر دعوتی جذبہ بیدار ہو، حضرت ابراہیم علیہ السلام کی زندگی، حضرت محمد صلی اللہ علیہ وسلم اور صحابہ کی زندگی سے انسپائر ہو، اور وہ پھر اپنی زندگی کو، اہ، کو وقف کر دے دعوتی کام کے لیے، تب وہ سارے بڑے بڑے ریوارڈ ہیں جس کے بارے میں حدیث میں آتا ہے۔</w:t>
      </w:r>
    </w:p>
    <w:p>
      <w:r>
        <w:rPr>
          <w:b/>
        </w:rPr>
        <w:t xml:space="preserve">[1:12:49] </w:t>
      </w:r>
      <w:r>
        <w:t>bilkul bohat sahi kaha doctor sahib aap ne, aur jazak Allah for doing an amazing</w:t>
      </w:r>
    </w:p>
    <w:p>
      <w:pPr>
        <w:jc w:val="right"/>
      </w:pPr>
      <w:r>
        <w:t>بالکل بہت صحیح کہا ڈاکٹر صاحب آپ نے، اور جزاک اللہ فار ڈوئنگ این امی</w:t>
      </w:r>
    </w:p>
    <w:p>
      <w:r>
        <w:rPr>
          <w:b/>
        </w:rPr>
        <w:t xml:space="preserve">[1:12:53] </w:t>
      </w:r>
      <w:r>
        <w:t>session today. it was full of spirituality and lessons of wisdom for all of us. but before we end today's session, doctor sahib, you have to do a book launch.</w:t>
      </w:r>
    </w:p>
    <w:p>
      <w:pPr>
        <w:jc w:val="right"/>
      </w:pPr>
      <w:r>
        <w:t>زنگ سیشن ٹوڈے۔ اٹ واز فل اف سپرچویلٹی اینڈ لیسنز اف وزڈم فار ال اف اس۔ بٹ بیفور وی اینڈ ٹوڈے سیشن، ڈاکٹر صاحب، یو ہیو ٹو ڈو ا بک لانچ۔</w:t>
      </w:r>
    </w:p>
    <w:p>
      <w:r>
        <w:rPr>
          <w:b/>
        </w:rPr>
        <w:t xml:space="preserve">[1:13:04] </w:t>
      </w:r>
      <w:r>
        <w:t>ah, as you all know, that Maulana sahib ki ek bohat hi, ah, popular kitaab, Urdu kitaab "Islam Daur-e-Jadeed Ka Khalik", ah, us ka English translation jo tha "Islam The Creator of Modern Age", that is also very widely read</w:t>
      </w:r>
    </w:p>
    <w:p>
      <w:pPr>
        <w:jc w:val="right"/>
      </w:pPr>
      <w:r>
        <w:t>اہ، ایز یو ال نو، دیٹ مولانا صاحب کی ایک بہت ہی، اہ، پاپولر کتاب، اردو کتاب "اسلام دور جدید کا خالق"، اہ، اس کا انگلش ٹرانسلیشن جو تھا "اسلام دی کریٹر اف ماڈرن ایج"، دیٹ از السو ویری وائیڈلی ری</w:t>
      </w:r>
    </w:p>
    <w:p>
      <w:r>
        <w:rPr>
          <w:b/>
        </w:rPr>
        <w:t xml:space="preserve">[1:13:19] </w:t>
      </w:r>
      <w:r>
        <w:t>read. so good word has revised the, ah, edition, ah, with the improved version and a new design and a cover.</w:t>
      </w:r>
    </w:p>
    <w:p>
      <w:pPr>
        <w:jc w:val="right"/>
      </w:pPr>
      <w:r>
        <w:t>ڈ۔ سو گڈ ورڈ ہیز ریوائز دی، اہ، ایڈیشن، اہ، ود دا امپروو ورژن اینڈ ا نیو ڈیزائن اینڈ ا کور۔</w:t>
      </w:r>
    </w:p>
    <w:p>
      <w:r>
        <w:rPr>
          <w:b/>
        </w:rPr>
        <w:t xml:space="preserve">[1:13:27] </w:t>
      </w:r>
      <w:r>
        <w:t>and for that, i will request doctor Sani Hasnain Khan sahib to do the launch.</w:t>
      </w:r>
    </w:p>
    <w:p>
      <w:pPr>
        <w:jc w:val="right"/>
      </w:pPr>
      <w:r>
        <w:t>اینڈ فار دیٹ، آئی ویل ریکویسٹ ڈاکٹر ثانی حسنین خان صاحب ٹو ڈو دا لانچ۔</w:t>
      </w:r>
    </w:p>
    <w:p>
      <w:r>
        <w:rPr>
          <w:b/>
        </w:rPr>
        <w:t xml:space="preserve">[1:13:36] </w:t>
      </w:r>
      <w:r>
        <w:t>ah, mujhe be had khushi ho rahi hai is kitaab ko release karte hue "Islam Creator of the Modern Age"۔</w:t>
      </w:r>
    </w:p>
    <w:p>
      <w:pPr>
        <w:jc w:val="right"/>
      </w:pPr>
      <w:r>
        <w:t>اہ، مجھے بے حد خوشی ہو رہی ہے اس کتاب کو ریلیز کرتے ہوئے "اسلام کریٹر اف دی ماڈرن ایج"۔</w:t>
      </w:r>
    </w:p>
    <w:p>
      <w:r>
        <w:rPr>
          <w:b/>
        </w:rPr>
        <w:t xml:space="preserve">[1:13:45] </w:t>
      </w:r>
      <w:r>
        <w:t>yeh molana ki waise to bohat zakhim kitab nahi hai,</w:t>
      </w:r>
    </w:p>
    <w:p>
      <w:pPr>
        <w:jc w:val="right"/>
      </w:pPr>
      <w:r>
        <w:t>یہ مولانا کی ویسے تو بہت زخیم کتاب نہیں ہے،</w:t>
      </w:r>
    </w:p>
    <w:p>
      <w:r>
        <w:rPr>
          <w:b/>
        </w:rPr>
        <w:t xml:space="preserve">[1:13:49] </w:t>
      </w:r>
      <w:r>
        <w:t>mere khayal se sau pages ke aas paas hai, ah, lekin bohat aham hai. aur iska jo pas manzar hai ke, ah, taqreeban chalis saal pehle kisi ne molana se kaha tha ke Muhammad ko agar tareekh se nikal diya jaye to kya, kya, kya hoga?</w:t>
      </w:r>
    </w:p>
    <w:p>
      <w:pPr>
        <w:jc w:val="right"/>
      </w:pPr>
      <w:r>
        <w:t>میرے خیال سے سو پیجز کے اس پاس ہے، اہ، لیکن بہت اہم ہے۔ اور اس کا جو پس منظر ہے کہ، اہ، تقریباً چالیس سال پہلے کسی نے مولانا سے کہا تھا کہ محمد کو اگر تاریخ سے نکال دیا جائے تو کیا، کیا، کیا ہوگا؟</w:t>
      </w:r>
    </w:p>
    <w:p>
      <w:r>
        <w:rPr>
          <w:b/>
        </w:rPr>
        <w:t xml:space="preserve">[1:14:10] </w:t>
      </w:r>
      <w:r>
        <w:t>yani</w:t>
      </w:r>
    </w:p>
    <w:p>
      <w:pPr>
        <w:jc w:val="right"/>
      </w:pPr>
      <w:r>
        <w:t>یعنی</w:t>
      </w:r>
    </w:p>
    <w:p>
      <w:r>
        <w:rPr>
          <w:b/>
        </w:rPr>
        <w:t xml:space="preserve">[1:14:11] </w:t>
      </w:r>
      <w:r>
        <w:t>to molana ne kaha tha ke agar Muhammad ko tareekh se nikal diya jaye to tareekh wohin aa jaye gi jahan Muhammad se pehle thi.</w:t>
      </w:r>
    </w:p>
    <w:p>
      <w:pPr>
        <w:jc w:val="right"/>
      </w:pPr>
      <w:r>
        <w:t>تو مولانا نے کہا تھا کہ اگر محمد کو تاریخ سے نکال دیا جائے تو تاریخ وہیں آ جائے گی جہاں محمد سے پہلے تھی۔</w:t>
      </w:r>
    </w:p>
    <w:p>
      <w:r>
        <w:rPr>
          <w:b/>
        </w:rPr>
        <w:t xml:space="preserve">[1:14:21] </w:t>
      </w:r>
      <w:r>
        <w:t>to, ah, ah, molana ne is pe bohat research ki aur is kitab ko likha aur yeh yeh dikhaya is mein ke, ah, jo saare scientific developments hue woh Islam ke baad hue hain.</w:t>
      </w:r>
    </w:p>
    <w:p>
      <w:pPr>
        <w:jc w:val="right"/>
      </w:pPr>
      <w:r>
        <w:t>تو، اہ، اہ، مولانا نے اس پہ بہت ریسرچ کی اور اس کتاب کو لکھا اور یہ یہ دکھایا اس میں کہ، اہ، جو سارے سائنٹیفک ڈیویلپمنٹس ہوئے وہ اسلام کے بعد ہوئے ہیں۔</w:t>
      </w:r>
    </w:p>
    <w:p>
      <w:r>
        <w:rPr>
          <w:b/>
        </w:rPr>
        <w:t xml:space="preserve">[1:14:34] </w:t>
      </w:r>
      <w:r>
        <w:t>chunki jo shirk ka ghalba tha, shirk, shirk ka ghalba tha, ah, zehnon par to woh cheezon ko explore nahi kar rahe thay.</w:t>
      </w:r>
    </w:p>
    <w:p>
      <w:pPr>
        <w:jc w:val="right"/>
      </w:pPr>
      <w:r>
        <w:t>چونکہ جو شرک کا غلبہ تھا، شرک، شرک کا غلبہ تھا، اہ، ذہنوں پر تو وہ چیزوں کو ایکسپلور نہیں کر رہے تھے۔</w:t>
      </w:r>
    </w:p>
    <w:p>
      <w:r>
        <w:rPr>
          <w:b/>
        </w:rPr>
        <w:t xml:space="preserve">[1:14:43] </w:t>
      </w:r>
      <w:r>
        <w:t>to jab aap kisi cheez ko divinity ka darja de dein to kaise us ko investigate karein ge?</w:t>
      </w:r>
    </w:p>
    <w:p>
      <w:pPr>
        <w:jc w:val="right"/>
      </w:pPr>
      <w:r>
        <w:t>تو جب آپ کسی چیز کو ڈیوینیٹی کا درجہ دے دیں تو کیسے اس کو انویسٹیگیٹ کریں گے؟</w:t>
      </w:r>
    </w:p>
    <w:p>
      <w:r>
        <w:rPr>
          <w:b/>
        </w:rPr>
        <w:t xml:space="preserve">[1:14:50] </w:t>
      </w:r>
      <w:r>
        <w:t>to molana ki bari aham kitab hai "Islam Creator of Modern Age". main chahoon ga ke log is ko, ah, logon tak pahunchayein taake yeh ek bohat hi bara aspect jo Islam ka hai, contribution hai, woh logon ke samne wazeh ho.</w:t>
      </w:r>
    </w:p>
    <w:p>
      <w:pPr>
        <w:jc w:val="right"/>
      </w:pPr>
      <w:r>
        <w:t>تو مولانا کی بڑی اہم کتاب ہے "اسلام کریٹر اف ماڈرن ایج"۔ میں چاہوں گا کہ لوگ اس کو، اہ، لوگوں تک پہنچائیں تاکہ یہ ایک بہت ہی بڑا ایسپیکٹ جو اسلام کا ہے، کنٹریبیوشن ہے، وہ لوگوں کے سامنے واضح ہو۔</w:t>
      </w:r>
    </w:p>
    <w:p>
      <w:r>
        <w:rPr>
          <w:b/>
        </w:rPr>
        <w:t xml:space="preserve">[1:15:06] </w:t>
      </w:r>
      <w:r>
        <w:t>inshallah, bohat bohat shukriya doctor sahib. so with this, we will end today's session. we will be back next sunday 10:30 am. thank you.</w:t>
      </w:r>
    </w:p>
    <w:p>
      <w:pPr>
        <w:jc w:val="right"/>
      </w:pPr>
      <w:r>
        <w:t>انشاءاللہ، بہت بہت شکریہ ڈاکٹر صاحب۔ سو ود دس، وی ویل اینڈ ٹوڈے سیشن۔ وی بی بیک نیکسٹ سنڈے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