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in Daily Life May 26, 2013</w:t>
      </w:r>
    </w:p>
    <w:p>
      <w:r>
        <w:t>https://youtu.be/iNyWPrbyyhA</w:t>
      </w:r>
    </w:p>
    <w:p>
      <w:r>
        <w:rPr>
          <w:b/>
        </w:rPr>
        <w:t xml:space="preserve">[00:27] </w:t>
      </w:r>
      <w:r>
        <w:t>waisar li amri, wahal uqdatan min lisani, yafqahu qawli.</w:t>
      </w:r>
    </w:p>
    <w:p>
      <w:pPr>
        <w:jc w:val="right"/>
      </w:pPr>
      <w:r>
        <w:t>ویسر لی امری، واحل العقدۃ من لسانی، یفقہ قولی۔</w:t>
      </w:r>
    </w:p>
    <w:p>
      <w:r>
        <w:rPr>
          <w:b/>
        </w:rPr>
        <w:t xml:space="preserve">[00:39] </w:t>
      </w:r>
      <w:r>
        <w:t>aaj ka topic hai: islam in daily life,</w:t>
      </w:r>
    </w:p>
    <w:p>
      <w:pPr>
        <w:jc w:val="right"/>
      </w:pPr>
      <w:r>
        <w:t>آج کا ٹاپک ہے: اسلام ان ڈیلی لائف،</w:t>
      </w:r>
    </w:p>
    <w:p>
      <w:r>
        <w:rPr>
          <w:b/>
        </w:rPr>
        <w:t xml:space="preserve">[00:48] </w:t>
      </w:r>
      <w:r>
        <w:t>islam rozmaray ki zindagi mein.</w:t>
      </w:r>
    </w:p>
    <w:p>
      <w:pPr>
        <w:jc w:val="right"/>
      </w:pPr>
      <w:r>
        <w:t>اسلام روزمرہ کی زندگی میں۔</w:t>
      </w:r>
    </w:p>
    <w:p>
      <w:r>
        <w:rPr>
          <w:b/>
        </w:rPr>
        <w:t xml:space="preserve">[00:54] </w:t>
      </w:r>
      <w:r>
        <w:t>is topic ki aik tareekh hai.</w:t>
      </w:r>
    </w:p>
    <w:p>
      <w:pPr>
        <w:jc w:val="right"/>
      </w:pPr>
      <w:r>
        <w:t>اس ٹاپک کی ایک تاریخ ہے۔</w:t>
      </w:r>
    </w:p>
    <w:p>
      <w:r>
        <w:rPr>
          <w:b/>
        </w:rPr>
        <w:t xml:space="preserve">[01:00] </w:t>
      </w:r>
      <w:r>
        <w:t>ab se taqreeban 20 saal pehle</w:t>
      </w:r>
    </w:p>
    <w:p>
      <w:pPr>
        <w:jc w:val="right"/>
      </w:pPr>
      <w:r>
        <w:t>اب سے تقریباً 20 سال پہلے</w:t>
      </w:r>
    </w:p>
    <w:p>
      <w:r>
        <w:rPr>
          <w:b/>
        </w:rPr>
        <w:t xml:space="preserve">[01:05] </w:t>
      </w:r>
      <w:r>
        <w:t>kuch mazhabi leaderon ne aik shanti yatra nikali thi, us mein mein bhi shareek tha.</w:t>
      </w:r>
    </w:p>
    <w:p>
      <w:pPr>
        <w:jc w:val="right"/>
      </w:pPr>
      <w:r>
        <w:t>کچھ مذہبی لیڈروں نے ایک شانتی یاترا نکالی تھی، اس میں میں بھی شریک تھا۔</w:t>
      </w:r>
    </w:p>
    <w:p>
      <w:r>
        <w:rPr>
          <w:b/>
        </w:rPr>
        <w:t xml:space="preserve">[01:16] </w:t>
      </w:r>
      <w:r>
        <w:t>us mein zyada tar hindu log thay.</w:t>
      </w:r>
    </w:p>
    <w:p>
      <w:pPr>
        <w:jc w:val="right"/>
      </w:pPr>
      <w:r>
        <w:t>اس میں زیادہ تر ہندو لوگ تھے۔</w:t>
      </w:r>
    </w:p>
    <w:p>
      <w:r>
        <w:rPr>
          <w:b/>
        </w:rPr>
        <w:t xml:space="preserve">[01:22] </w:t>
      </w:r>
      <w:r>
        <w:t>to hum log jab bethte thay aapas mein to mein aksar koi islam ki baatein batata tha, aisi choti moti baatein.</w:t>
      </w:r>
    </w:p>
    <w:p>
      <w:pPr>
        <w:jc w:val="right"/>
      </w:pPr>
      <w:r>
        <w:t>تو ہم لوگ جب بیٹھتے تھے آپس میں تو میں اکثر کوئی اسلام کی باتیں بتاتا تھا، ایسی چھوٹی موٹی باتیں۔</w:t>
      </w:r>
    </w:p>
    <w:p>
      <w:r>
        <w:rPr>
          <w:b/>
        </w:rPr>
        <w:t xml:space="preserve">[01:37] </w:t>
      </w:r>
      <w:r>
        <w:t>to yeh yatra taqreeban do haftay jaari rahi. aakhir mein aik hindu swami, jinka bohat bara trust hai, woh is ke chairman hain.</w:t>
      </w:r>
    </w:p>
    <w:p>
      <w:pPr>
        <w:jc w:val="right"/>
      </w:pPr>
      <w:r>
        <w:t>تو یہ یاترا تقریباً دو ہفتے جاری رہی۔ آخر میں ایک ہندو سوامی، جن کا بہت بڑا ٹرسٹ ہے، وہ اس کے چیئرمین ہیں۔</w:t>
      </w:r>
    </w:p>
    <w:p>
      <w:r>
        <w:rPr>
          <w:b/>
        </w:rPr>
        <w:t xml:space="preserve">[01:53] </w:t>
      </w:r>
      <w:r>
        <w:t>unhon ne kaha ke aap hum ko aik kitaab likh kar dijiye. is ka title yahi tajweez kiya unhon ne: "islam in daily life".</w:t>
      </w:r>
    </w:p>
    <w:p>
      <w:pPr>
        <w:jc w:val="right"/>
      </w:pPr>
      <w:r>
        <w:t>انہوں نے کہا کہ آپ ہم کو ایک کتاب لکھ کر دیجیے۔ اس کا ٹائٹل یہی تجویز کیا انہوں نے: "اسلام ان ڈیلی لائف"۔</w:t>
      </w:r>
    </w:p>
    <w:p>
      <w:r>
        <w:rPr>
          <w:b/>
        </w:rPr>
        <w:t xml:space="preserve">[02:04] </w:t>
      </w:r>
      <w:r>
        <w:t>unhon ne kaha is ko hum das zabanon mein chhaap kar phailayenge. to mein woh kitaab to nahi le saka,</w:t>
      </w:r>
    </w:p>
    <w:p>
      <w:pPr>
        <w:jc w:val="right"/>
      </w:pPr>
      <w:r>
        <w:t>انہوں نے کہا اس کو ہم دس زبانوں میں چھاپ کر پھیلائیں گے۔ تو میں وہ کتاب تو نہیں لے سکا،</w:t>
      </w:r>
    </w:p>
    <w:p>
      <w:r>
        <w:rPr>
          <w:b/>
        </w:rPr>
        <w:t xml:space="preserve">[02:16] </w:t>
      </w:r>
      <w:r>
        <w:t>lekin mein soch raha tha ke is ka kya jawab hai.</w:t>
      </w:r>
    </w:p>
    <w:p>
      <w:pPr>
        <w:jc w:val="right"/>
      </w:pPr>
      <w:r>
        <w:t>لیکن میں سوچ رہا تھا کہ اس کا کیا جواب ہے۔</w:t>
      </w:r>
    </w:p>
    <w:p>
      <w:r>
        <w:rPr>
          <w:b/>
        </w:rPr>
        <w:t xml:space="preserve">[02:26] </w:t>
      </w:r>
      <w:r>
        <w:t>dekhiye, islam in daily life ka koi manual andaaz mein aap ko nahi bata sakte, kyunke islam ka koi manual nahi hai.</w:t>
      </w:r>
    </w:p>
    <w:p>
      <w:pPr>
        <w:jc w:val="right"/>
      </w:pPr>
      <w:r>
        <w:t>دیکھیے، اسلام ان ڈیلی لائف کا کوئی مینول انداز میں آپ کو نہیں بتا سکتے، کیونکہ اسلام کا کوئی مینول نہیں ہے۔</w:t>
      </w:r>
    </w:p>
    <w:p>
      <w:r>
        <w:rPr>
          <w:b/>
        </w:rPr>
        <w:t xml:space="preserve">[02:40] </w:t>
      </w:r>
      <w:r>
        <w:t>koi traditional aik set up ho, kuch dos and don'ts hon, kuch aik list ho rituals ki, us ko hum dohrate rahein rozana.</w:t>
      </w:r>
    </w:p>
    <w:p>
      <w:pPr>
        <w:jc w:val="right"/>
      </w:pPr>
      <w:r>
        <w:t>کوئی ٹریڈیشنل ایک سیٹ اپ ہو، کچھ ڈوز اینڈ ڈونٹس ہوں، کچھ ایک لسٹ ہو ریچولز کی، اس کو ہم دہراتے رہیں روزانہ۔</w:t>
      </w:r>
    </w:p>
    <w:p>
      <w:r>
        <w:rPr>
          <w:b/>
        </w:rPr>
        <w:t xml:space="preserve">[02:54] </w:t>
      </w:r>
      <w:r>
        <w:t>to islam ka maamla aisa nahi hai.</w:t>
      </w:r>
    </w:p>
    <w:p>
      <w:pPr>
        <w:jc w:val="right"/>
      </w:pPr>
      <w:r>
        <w:t>تو اسلام کا معاملہ ایسا نہیں ہے۔</w:t>
      </w:r>
    </w:p>
    <w:p>
      <w:r>
        <w:rPr>
          <w:b/>
        </w:rPr>
        <w:t xml:space="preserve">[03:00] </w:t>
      </w:r>
      <w:r>
        <w:t>islam darasal insaan ke andar aik creativity paida karna chahta hai.</w:t>
      </w:r>
    </w:p>
    <w:p>
      <w:pPr>
        <w:jc w:val="right"/>
      </w:pPr>
      <w:r>
        <w:t>اسلام دراصل انسان کے اندر ایک کریٹیوٹی پیدا کرنا چاہتا ہے۔</w:t>
      </w:r>
    </w:p>
    <w:p>
      <w:r>
        <w:rPr>
          <w:b/>
        </w:rPr>
        <w:t xml:space="preserve">[03:13] </w:t>
      </w:r>
      <w:r>
        <w:t>creative mind, creative thinking. to is ki kya list banayenge aap? is ki koi list nahi hoti.</w:t>
      </w:r>
    </w:p>
    <w:p>
      <w:pPr>
        <w:jc w:val="right"/>
      </w:pPr>
      <w:r>
        <w:t>کریٹیو مائنڈ، کریٹیو تھنکنگ۔ تو اس کی کیا لسٹ بنائیں گے آپ؟ اس کی کوئی لسٹ نہیں ہوتی۔</w:t>
      </w:r>
    </w:p>
    <w:p>
      <w:r>
        <w:rPr>
          <w:b/>
        </w:rPr>
        <w:t xml:space="preserve">[03:24] </w:t>
      </w:r>
      <w:r>
        <w:t>creativity ka matlab yeh hai ke aap ke andar aik intellectual awakening ho chuki ho.</w:t>
      </w:r>
    </w:p>
    <w:p>
      <w:pPr>
        <w:jc w:val="right"/>
      </w:pPr>
      <w:r>
        <w:t>کریٹیوٹی کا مطلب یہ ہے کہ آپ کے اندر ایک انٹلیکچول اویکننگ ہو چکی ہو۔</w:t>
      </w:r>
    </w:p>
    <w:p>
      <w:r>
        <w:rPr>
          <w:b/>
        </w:rPr>
        <w:t xml:space="preserve">[03:34] </w:t>
      </w:r>
      <w:r>
        <w:t>allah se aap ka ta'alluq jud gaya ho. aap jannat aur jahannum ko yaad karte hon.</w:t>
      </w:r>
    </w:p>
    <w:p>
      <w:pPr>
        <w:jc w:val="right"/>
      </w:pPr>
      <w:r>
        <w:t>اللہ سے آپ کا تعلق جڑ گیا ہو۔ آپ جنت اور جہنم کو یاد کرتے ہوں۔</w:t>
      </w:r>
    </w:p>
    <w:p>
      <w:r>
        <w:rPr>
          <w:b/>
        </w:rPr>
        <w:t xml:space="preserve">[03:46] </w:t>
      </w:r>
      <w:r>
        <w:t>aakhirat ka jo maamla hai, jo hashr ke maidan ka, woh aap ko yaad aata rehta ho.</w:t>
      </w:r>
    </w:p>
    <w:p>
      <w:pPr>
        <w:jc w:val="right"/>
      </w:pPr>
      <w:r>
        <w:t>آخرت کا جو معاملہ ہے، جو حشر کے میدان کا، وہ آپ کو یاد آتا رہتا ہو۔</w:t>
      </w:r>
    </w:p>
    <w:p>
      <w:r>
        <w:rPr>
          <w:b/>
        </w:rPr>
        <w:t xml:space="preserve">[03:56] </w:t>
      </w:r>
      <w:r>
        <w:t>allah ke jo</w:t>
      </w:r>
    </w:p>
    <w:p>
      <w:pPr>
        <w:jc w:val="right"/>
      </w:pPr>
      <w:r>
        <w:t>اللہ کے جو</w:t>
      </w:r>
    </w:p>
    <w:p>
      <w:r>
        <w:rPr>
          <w:b/>
        </w:rPr>
        <w:t xml:space="preserve">[04:00] </w:t>
      </w:r>
      <w:r>
        <w:t>creation plan hai, us ko le kar aap sochte rehte hon. to is tarah se aap ke andar aik mind banta hai, aik personality banti hai, aik view of thinking banta hai.</w:t>
      </w:r>
    </w:p>
    <w:p>
      <w:pPr>
        <w:jc w:val="right"/>
      </w:pPr>
      <w:r>
        <w:t>کریشن پلان ہے، اس کو لے کر آپ سوچتے رہتے ہوں۔ تو اس طرح سے آپ کے اندر ایک مائنڈ بنتا ہے، ایک پرسنیلٹی بنتی ہے، ایک ویو آف تھنکنگ بنتا ہے۔</w:t>
      </w:r>
    </w:p>
    <w:p>
      <w:r>
        <w:rPr>
          <w:b/>
        </w:rPr>
        <w:t xml:space="preserve">[04:14] </w:t>
      </w:r>
      <w:r>
        <w:t>is ka expression different shakalon mein hota hai. is ki koi list nahi bana sakte.</w:t>
      </w:r>
    </w:p>
    <w:p>
      <w:pPr>
        <w:jc w:val="right"/>
      </w:pPr>
      <w:r>
        <w:t>اس کا ایکسپریشن ڈفرنٹ شکلوں میں ہوتا ہے۔ اس کی کوئی لسٹ نہیں بنا سکتے۔</w:t>
      </w:r>
    </w:p>
    <w:p>
      <w:r>
        <w:rPr>
          <w:b/>
        </w:rPr>
        <w:t xml:space="preserve">[04:22] </w:t>
      </w:r>
      <w:r>
        <w:t>is ke andar bohat zyada nayapan hota hai, bohat zyada</w:t>
      </w:r>
    </w:p>
    <w:p>
      <w:pPr>
        <w:jc w:val="right"/>
      </w:pPr>
      <w:r>
        <w:t>اس کے اندر بہت زیادہ نیاپن ہوتا ہے، بہت زیادہ</w:t>
      </w:r>
    </w:p>
    <w:p>
      <w:r>
        <w:rPr>
          <w:b/>
        </w:rPr>
        <w:t xml:space="preserve">[04:31] </w:t>
      </w:r>
      <w:r>
        <w:t>har mauqe par naye naye andaaz se is ka izhaar hota hai. jaise misaal ke taur par dekhiye, hazrat ayesha kehti hain rasool allah ke bare mein:</w:t>
      </w:r>
    </w:p>
    <w:p>
      <w:pPr>
        <w:jc w:val="right"/>
      </w:pPr>
      <w:r>
        <w:t>ہر موقع پر نئے نئے انداز سے اس کا اظہار ہوتا ہے۔ جیسے مثال کے طور پر دیکھیے، حضرت عائشہ کہتی ہیں رسول اللہ کے بارے میں:</w:t>
      </w:r>
    </w:p>
    <w:p>
      <w:r>
        <w:rPr>
          <w:b/>
        </w:rPr>
        <w:t xml:space="preserve">[04:46] </w:t>
      </w:r>
      <w:r>
        <w:t>"kaan yadhkurullaha ala kulli ayanihi".</w:t>
      </w:r>
    </w:p>
    <w:p>
      <w:pPr>
        <w:jc w:val="right"/>
      </w:pPr>
      <w:r>
        <w:t>"کان یذکر اللہ علی کل ایانہ" ۔</w:t>
      </w:r>
    </w:p>
    <w:p>
      <w:r>
        <w:rPr>
          <w:b/>
        </w:rPr>
        <w:t xml:space="preserve">[04:52] </w:t>
      </w:r>
      <w:r>
        <w:t>rasool allah har occasion par yaad karte thay allah ko. to is ka matlab yeh nahi ke bas kuch khuda ka naam le liya.</w:t>
      </w:r>
    </w:p>
    <w:p>
      <w:pPr>
        <w:jc w:val="right"/>
      </w:pPr>
      <w:r>
        <w:t>رسول اللہ ہر اوکیژن پر یاد کرتے تھے اللہ کو۔ تو اس کا مطلب یہ نہیں کہ بس کچھ خدا کا نام لے لیا۔</w:t>
      </w:r>
    </w:p>
    <w:p>
      <w:r>
        <w:rPr>
          <w:b/>
        </w:rPr>
        <w:t xml:space="preserve">[05:02] </w:t>
      </w:r>
      <w:r>
        <w:t>koi yeh matlab nahi hai. balke is ka matlab yeh hai ke har occasion ya har experience jo guzarta tha aap par, us ko point of reference bana kar aap allah ko yaad karte rehte thay.</w:t>
      </w:r>
    </w:p>
    <w:p>
      <w:pPr>
        <w:jc w:val="right"/>
      </w:pPr>
      <w:r>
        <w:t>کوئی یہ مطلب نہیں ہے۔ بلکہ اس کا مطلب یہ ہے کہ ہر اوکیژن یا ہر ایکسپیرینس جو گزرتا تھا آپ پر، اس کو پوائنٹ آف ریفرنس بنا کر آپ اللہ کو یاد کرتے رہتے تھے۔</w:t>
      </w:r>
    </w:p>
    <w:p>
      <w:r>
        <w:rPr>
          <w:b/>
        </w:rPr>
        <w:t xml:space="preserve">[05:21] </w:t>
      </w:r>
      <w:r>
        <w:t>yani har experience jo aap ko guzarta tha, woh aap ke liye aik point of reference ban jata tha jo aap ko Allah ki yaad dilata tha.</w:t>
      </w:r>
    </w:p>
    <w:p>
      <w:pPr>
        <w:jc w:val="right"/>
      </w:pPr>
      <w:r>
        <w:t>یعنی ہر ایکسپیرینس جو آپ کو گزرتا تھا، وہ آپ کے لیے ایک پوائنٹ آف ریفرنس بن جاتا تھا جو آپ کو اللہ کی یاد دلاتا تھا۔</w:t>
      </w:r>
    </w:p>
    <w:p>
      <w:r>
        <w:rPr>
          <w:b/>
        </w:rPr>
        <w:t xml:space="preserve">[05:34] </w:t>
      </w:r>
      <w:r>
        <w:t>yeh matlab hai. to is ki kya fees banayenge aap? koi list nahi parh sakti is ki.</w:t>
      </w:r>
    </w:p>
    <w:p>
      <w:pPr>
        <w:jc w:val="right"/>
      </w:pPr>
      <w:r>
        <w:t>یہ مطلب ہے۔ تو اس کی کیا فیس بنائیں گے آپ؟ کوئی لسٹ نہیں پڑھ سکتی اس کی۔</w:t>
      </w:r>
    </w:p>
    <w:p>
      <w:r>
        <w:rPr>
          <w:b/>
        </w:rPr>
        <w:t xml:space="preserve">[05:41] </w:t>
      </w:r>
      <w:r>
        <w:t>main aik misaal deta hoon Quran se. dekhen, Surah Juma jo hai, is mein hai ke "فَإِذَا قُدِيَتِ الصَّلَاةُ فَانْتَشْرُوا فِي الْلَّرْضِ وَابْتَغُوا مِنْ فَضِلِ اللَّهِ وَاذْكُرُوا اللَّهَ كَثِيرًا" ۔</w:t>
      </w:r>
    </w:p>
    <w:p>
      <w:pPr>
        <w:jc w:val="right"/>
      </w:pPr>
      <w:r>
        <w:t>میں ایک مثال دیتا ہوں قرآن سے۔ دیکھیں، سورہ الجمعہ جو ہے، اس میں ہے کہ "فَإِذَا قُدِيَتِ الصَّلَاةُ فَانْتَشْرُوا فِي الْلَّرْضِ وَابْتَغُوا مِنْ فَضِلِ اللَّهِ وَاذْكُرُوا اللَّهَ كَثِيرًا" ۔</w:t>
      </w:r>
    </w:p>
    <w:p>
      <w:r>
        <w:rPr>
          <w:b/>
        </w:rPr>
        <w:t xml:space="preserve">[06:01] </w:t>
      </w:r>
      <w:r>
        <w:t>ke jab Juma ki namaz khatam ho jaye to tum zameen mein phail jao aur apna jo business hai, tumhara karobar jo hai, us ko karo.</w:t>
      </w:r>
    </w:p>
    <w:p>
      <w:pPr>
        <w:jc w:val="right"/>
      </w:pPr>
      <w:r>
        <w:t>کہ جب جمعہ کی نماز ختم ہو جائے تو تم زمین میں پھیل جاؤ اور اپنا جو بزنس ہے، تمہارا کاروبار جو ہے، اس کو کرو۔</w:t>
      </w:r>
    </w:p>
    <w:p>
      <w:r>
        <w:rPr>
          <w:b/>
        </w:rPr>
        <w:t xml:space="preserve">[06:12] </w:t>
      </w:r>
      <w:r>
        <w:t>aur sath sath farmaya ke Allah ko bohat zyada yaad karo "وَاذْكُرُوا اللَّهَ كَثِيرًا" ۔ to is ka yeh matlab nahi hai ke har mauqa par Inshallah, Subhan Allah, Alhamdulillah yeh kehte rahen aap.</w:t>
      </w:r>
    </w:p>
    <w:p>
      <w:pPr>
        <w:jc w:val="right"/>
      </w:pPr>
      <w:r>
        <w:t>اور ساتھ ساتھ فرمایا کہ اللہ کو بہت زیادہ یاد کرو "وَاذْكُرُوا اللَّهَ كَثِيرًا" ۔ تو اس کا یہ مطلب نہیں ہے کہ ہر موقع پر انشاءاللہ، سبحان اللہ، الحمدللہ یہ کہتے رہیں آپ۔</w:t>
      </w:r>
    </w:p>
    <w:p>
      <w:r>
        <w:rPr>
          <w:b/>
        </w:rPr>
        <w:t xml:space="preserve">[06:28] </w:t>
      </w:r>
      <w:r>
        <w:t>hargiz hargiz yeh matlab nahi hai.</w:t>
      </w:r>
    </w:p>
    <w:p>
      <w:pPr>
        <w:jc w:val="right"/>
      </w:pPr>
      <w:r>
        <w:t>ہرگز ہرگز یہ مطلب نہیں ہے۔</w:t>
      </w:r>
    </w:p>
    <w:p>
      <w:r>
        <w:rPr>
          <w:b/>
        </w:rPr>
        <w:t xml:space="preserve">[06:34] </w:t>
      </w:r>
      <w:r>
        <w:t>yani kuch alfaaz bolte rahen, jaisa ke aaj kal riwaj aap dekhte honge, baat baat mein Inshallah, Alhamdulillah yeh sab bolte hain.</w:t>
      </w:r>
    </w:p>
    <w:p>
      <w:pPr>
        <w:jc w:val="right"/>
      </w:pPr>
      <w:r>
        <w:t>یعنی کچھ الفاظ بولتے رہیں، جیسا کہ آج کل رواج آپ دیکھتے ہوں گے، بات بات میں انشاءاللہ، الحمدللہ یہ سب بولتے ہیں۔</w:t>
      </w:r>
    </w:p>
    <w:p>
      <w:r>
        <w:rPr>
          <w:b/>
        </w:rPr>
        <w:t xml:space="preserve">[06:45] </w:t>
      </w:r>
      <w:r>
        <w:t>yeh murad hargiz nahi hai.</w:t>
      </w:r>
    </w:p>
    <w:p>
      <w:pPr>
        <w:jc w:val="right"/>
      </w:pPr>
      <w:r>
        <w:t>یہ مراد ہرگز نہیں ہے۔</w:t>
      </w:r>
    </w:p>
    <w:p>
      <w:r>
        <w:rPr>
          <w:b/>
        </w:rPr>
        <w:t xml:space="preserve">[06:50] </w:t>
      </w:r>
      <w:r>
        <w:t>is ka matlab yeh hai ke apne zindagi karobar ke douran jo mukhtalif waqiat guzarte hain, jo experiences hote hain, us ko le kar aap tosam karen.</w:t>
      </w:r>
    </w:p>
    <w:p>
      <w:pPr>
        <w:jc w:val="right"/>
      </w:pPr>
      <w:r>
        <w:t>اس کا مطلب یہ ہے کہ اپنے زندگی کاروبار کے دوران جو مختلف واقعات گزرتے ہیں، جو ایکسپیرینس ہوتے ہیں، اس کو لے کر آپ توسم کریں۔</w:t>
      </w:r>
    </w:p>
    <w:p>
      <w:r>
        <w:rPr>
          <w:b/>
        </w:rPr>
        <w:t xml:space="preserve">[07:01] </w:t>
      </w:r>
      <w:r>
        <w:t>tosam,</w:t>
      </w:r>
    </w:p>
    <w:p>
      <w:pPr>
        <w:jc w:val="right"/>
      </w:pPr>
      <w:r>
        <w:t>توسم،</w:t>
      </w:r>
    </w:p>
    <w:p>
      <w:r>
        <w:rPr>
          <w:b/>
        </w:rPr>
        <w:t xml:space="preserve">[07:03] </w:t>
      </w:r>
      <w:r>
        <w:t>tosam kehte hain "to draw lesson". is mein lesson nikalte rahen. woh lesson aap ki rooh ke liye ghiza ho.</w:t>
      </w:r>
    </w:p>
    <w:p>
      <w:pPr>
        <w:jc w:val="right"/>
      </w:pPr>
      <w:r>
        <w:t>توسم کہتے ہیں "to draw lesson"۔ اس میں لیسن نکالتے رہیں۔ وہ لیسن آپ کی روح کے لیے غذا ہو۔</w:t>
      </w:r>
    </w:p>
    <w:p>
      <w:r>
        <w:rPr>
          <w:b/>
        </w:rPr>
        <w:t xml:space="preserve">[07:14] </w:t>
      </w:r>
      <w:r>
        <w:t>ghiza ho.</w:t>
      </w:r>
    </w:p>
    <w:p>
      <w:pPr>
        <w:jc w:val="right"/>
      </w:pPr>
      <w:r>
        <w:t>غذا ہو۔</w:t>
      </w:r>
    </w:p>
    <w:p>
      <w:r>
        <w:rPr>
          <w:b/>
        </w:rPr>
        <w:t xml:space="preserve">[07:19] </w:t>
      </w:r>
      <w:r>
        <w:t>misalan koi item aap bech rahe hain, gahaak ke hath. aap ne farz kiye gehoon becha. to aap sochein ke kaisa ajeeb muamla hai Allah ka</w:t>
      </w:r>
    </w:p>
    <w:p>
      <w:pPr>
        <w:jc w:val="right"/>
      </w:pPr>
      <w:r>
        <w:t>مثلاً کوئی آئٹم آپ بیچ رہے ہیں، گاہک کے ہاتھ۔ آپ نے فرض کیے گیہوں بیچا۔ تو آپ سوچیں کہ کیسا عجیب معاملہ ہے اللہ کا</w:t>
      </w:r>
    </w:p>
    <w:p>
      <w:r>
        <w:rPr>
          <w:b/>
        </w:rPr>
        <w:t xml:space="preserve">[07:31] </w:t>
      </w:r>
      <w:r>
        <w:t>ke zameen mein zarkhez soil banaya, wahan aap ne beej dala, us ke andar se yeh sab baatein, sabziyan paida ho rahi hain.</w:t>
      </w:r>
    </w:p>
    <w:p>
      <w:pPr>
        <w:jc w:val="right"/>
      </w:pPr>
      <w:r>
        <w:t>کہ زمین میں زرخیز سوائل بنایا، وہاں آپ نے بیج ڈالا، اس کے اندر سے یہ سب باتیں، سبزیاں پیدا ہو رہی ہیں۔</w:t>
      </w:r>
    </w:p>
    <w:p>
      <w:r>
        <w:rPr>
          <w:b/>
        </w:rPr>
        <w:t xml:space="preserve">[07:42] </w:t>
      </w:r>
      <w:r>
        <w:t>gehoon, chawal, chana, matar, kya kya cheezen. to kaisa ajeeb hai Khuda ki qudrat.</w:t>
      </w:r>
    </w:p>
    <w:p>
      <w:pPr>
        <w:jc w:val="right"/>
      </w:pPr>
      <w:r>
        <w:t>گیہوں، چاول، چنا، مٹر، کیا کیا چیزیں۔ تو کیسا عجیب ہے خدا کی قدرت۔</w:t>
      </w:r>
    </w:p>
    <w:p>
      <w:r>
        <w:rPr>
          <w:b/>
        </w:rPr>
        <w:t xml:space="preserve">[07:55] </w:t>
      </w:r>
      <w:r>
        <w:t>phir aap ko aap ke yaad aaye, aap ka mobile, aap ki bijli jo jal rahi hai aap ke office mein, ya pankha jo chal raha hai, us ko le kar sochein aap ke Allah ne kuch cheezen nature mein hum ko de dein.</w:t>
      </w:r>
    </w:p>
    <w:p>
      <w:pPr>
        <w:jc w:val="right"/>
      </w:pPr>
      <w:r>
        <w:t>پھر آپ کو آپ کے یاد آئے، آپ کا موبائل، آپ کی بجلی جو جل رہی ہے آپ کے آفس میں، یا پنکھا جو چل رہا ہے، اس کو لے کر سوچیں آپ کہ اللہ نے کچھ چیزیں نیچر میں ہم کو دے دیں۔</w:t>
      </w:r>
    </w:p>
    <w:p>
      <w:r>
        <w:rPr>
          <w:b/>
        </w:rPr>
        <w:t xml:space="preserve">[08:17] </w:t>
      </w:r>
      <w:r>
        <w:t>nature mein. aur kuch cheezen zameen mein rakh dein</w:t>
      </w:r>
    </w:p>
    <w:p>
      <w:pPr>
        <w:jc w:val="right"/>
      </w:pPr>
      <w:r>
        <w:t>نیچر میں۔ اور کچھ چیزیں زمین میں رکھ دیں</w:t>
      </w:r>
    </w:p>
    <w:p>
      <w:r>
        <w:rPr>
          <w:b/>
        </w:rPr>
        <w:t xml:space="preserve">[08:25] </w:t>
      </w:r>
      <w:r>
        <w:t>technology ki shakal mein.</w:t>
      </w:r>
    </w:p>
    <w:p>
      <w:pPr>
        <w:jc w:val="right"/>
      </w:pPr>
      <w:r>
        <w:t>ٹیکنالوجی کی شکل میں۔</w:t>
      </w:r>
    </w:p>
    <w:p>
      <w:r>
        <w:rPr>
          <w:b/>
        </w:rPr>
        <w:t xml:space="preserve">[08:28] </w:t>
      </w:r>
      <w:r>
        <w:t>us ko daryaft kar ke aap ne technology banai aur phir yeh sabziyan wajood mein aa gayeen. ya chahe aap yeh kya hai, jab mobile ho, ya computer ho, ya camera ho, ya bijli ho, ya pankha ho, ya motor car ho, ya awaaz, yeh kya hai?</w:t>
      </w:r>
    </w:p>
    <w:p>
      <w:pPr>
        <w:jc w:val="right"/>
      </w:pPr>
      <w:r>
        <w:t>اس کو دریافت کر کے آپ نے ٹیکنالوجی بنائی اور پھر یہ سبزیاں وجود میں آ گئیں۔ یا چاہے آپ یہ کیا ہے، جب موبائل ہو، یا کمپیوٹر ہو، یا کیمرہ ہو، یا بجلی ہو، یا پنکھا ہو، یا موٹر کار ہو، یا آواز، یہ کیا ہے؟</w:t>
      </w:r>
    </w:p>
    <w:p>
      <w:r>
        <w:rPr>
          <w:b/>
        </w:rPr>
        <w:t xml:space="preserve">[08:46] </w:t>
      </w:r>
      <w:r>
        <w:t>yeh sab technology ke karishme hain. to technology kya hai? law of nature jo hidden the zameen mein, us ko aap ne daryaft kiya.</w:t>
      </w:r>
    </w:p>
    <w:p>
      <w:pPr>
        <w:jc w:val="right"/>
      </w:pPr>
      <w:r>
        <w:t>یہ سب ٹیکنالوجی کے کرشمے ہیں۔ تو ٹیکنالوجی کیا ہے؟ لاء آف نیچر جو ہڈن تھے زمین میں، اس کو آپ نے دریافت کیا۔</w:t>
      </w:r>
    </w:p>
    <w:p>
      <w:r>
        <w:rPr>
          <w:b/>
        </w:rPr>
        <w:t xml:space="preserve">[08:57] </w:t>
      </w:r>
      <w:r>
        <w:t>to kuch cheezon ko Allah ne de diya fitri taur par, fitri taur par, jaise ghoda jangalon mein paida kar ke daal diya, aap ne ghoda pakar ke us par sawari shuru kar di.</w:t>
      </w:r>
    </w:p>
    <w:p>
      <w:pPr>
        <w:jc w:val="right"/>
      </w:pPr>
      <w:r>
        <w:t>تو کچھ چیزوں کو اللہ نے دے دیا فطری طور پر، فطری طور پر، جیسے گھوڑا جنگلوں میں پیدا کر کے ڈال دیا، آپ نے گھوڑا پکڑ کے اس پر سواری شروع کر دی۔</w:t>
      </w:r>
    </w:p>
    <w:p>
      <w:r>
        <w:rPr>
          <w:b/>
        </w:rPr>
        <w:t xml:space="preserve">[09:09] </w:t>
      </w:r>
      <w:r>
        <w:t>lekin car aur hawai jahaz ko technology ki shakal mein rakh diya aap ne. taake aap discover karen, daryaft karen, aur phir khud se banayen, aur phir aap kehte hain aik thrilling hamd aaye, thrilling shukr aaye.</w:t>
      </w:r>
    </w:p>
    <w:p>
      <w:pPr>
        <w:jc w:val="right"/>
      </w:pPr>
      <w:r>
        <w:t>لیکن کار اور ہوائی جہاز کو ٹیکنالوجی کی شکل میں رکھ دیا آپ نے۔ تاکہ آپ ڈسکور کریں، دریافت کریں، اور پھر خود سے بنائیں، اور پھر آپ کہتے ہیں ایک تھرلنگ حمد آئے، تھرلنگ شکر آئے۔</w:t>
      </w:r>
    </w:p>
    <w:p>
      <w:r>
        <w:rPr>
          <w:b/>
        </w:rPr>
        <w:t xml:space="preserve">[09:27] </w:t>
      </w:r>
      <w:r>
        <w:t>to har cheez mein aik point of reference hota hai Allah ko yaad karne ka.</w:t>
      </w:r>
    </w:p>
    <w:p>
      <w:pPr>
        <w:jc w:val="right"/>
      </w:pPr>
      <w:r>
        <w:t>تو ہر چیز میں ایک پوائنٹ آف ریفرنس ہوتا ہے اللہ کو یاد کرنے کا۔</w:t>
      </w:r>
    </w:p>
    <w:p>
      <w:r>
        <w:rPr>
          <w:b/>
        </w:rPr>
        <w:t xml:space="preserve">[09:36] </w:t>
      </w:r>
      <w:r>
        <w:t>wohi hai Islam in daily life. aap subah ko uthe, bahar aaye, to aap ne dekha ke suraj nikal raha hai.</w:t>
      </w:r>
    </w:p>
    <w:p>
      <w:pPr>
        <w:jc w:val="right"/>
      </w:pPr>
      <w:r>
        <w:t>وہی ہے اسلام ان ڈیلی لائف۔ آپ صبح کو اٹھے، باہر آئے، تو آپ نے دیکھا کہ سورج نکل رہا ہے۔</w:t>
      </w:r>
    </w:p>
    <w:p>
      <w:r>
        <w:rPr>
          <w:b/>
        </w:rPr>
        <w:t xml:space="preserve">[09:49] </w:t>
      </w:r>
      <w:r>
        <w:t>kitna khoobsurat suraj hota hai.</w:t>
      </w:r>
    </w:p>
    <w:p>
      <w:pPr>
        <w:jc w:val="right"/>
      </w:pPr>
      <w:r>
        <w:t>کتنا خوبصورت سورج ہوتا ہے۔</w:t>
      </w:r>
    </w:p>
    <w:p>
      <w:r>
        <w:rPr>
          <w:b/>
        </w:rPr>
        <w:t xml:space="preserve">[09:53] </w:t>
      </w:r>
      <w:r>
        <w:t>mein radio sun raha tha to subah ki jo khabar aati hai, to sab se pehle woh bolay: "wonderful morning, wonderful morning".</w:t>
      </w:r>
    </w:p>
    <w:p>
      <w:pPr>
        <w:jc w:val="right"/>
      </w:pPr>
      <w:r>
        <w:t>میں ریڈیو سن رہا تھا تو صبح کی جو خبر آتی ہے، تو سب سے پہلے وہ بولے: "ونڈرفل مارننگ، ونڈرفل مارننگ"۔</w:t>
      </w:r>
    </w:p>
    <w:p>
      <w:r>
        <w:rPr>
          <w:b/>
        </w:rPr>
        <w:t xml:space="preserve">[10:06] </w:t>
      </w:r>
      <w:r>
        <w:t>to unhon ne sirf morning ko ka wonderful hona daryaft kiya, bas. aur yeh ke morning ko jis ne create kiya hai, jo paida karne wala hai, us ko is is ke wonder ko daryaft nahi kar sake woh</w:t>
      </w:r>
    </w:p>
    <w:p>
      <w:pPr>
        <w:jc w:val="right"/>
      </w:pPr>
      <w:r>
        <w:t>تو انہوں نے صرف مارننگ کو کا ونڈرفل ہونا دریافت کیا، بس۔ اور یہ کہ مارننگ کو جس نے کریٹ کیا ہے، جو پیدا کرنے والا ہے، اس کو اس اس کے ونڈر کو دریافت نہیں کر سکے وہ</w:t>
      </w:r>
    </w:p>
    <w:p>
      <w:r>
        <w:rPr>
          <w:b/>
        </w:rPr>
        <w:t xml:space="preserve">[10:22] </w:t>
      </w:r>
      <w:r>
        <w:t>. bas wonderful morning. lekin momin kya hai? momin kya karta hai? woh aaftab mein aaftab ke khaliq ko dekh leta hai.</w:t>
      </w:r>
    </w:p>
    <w:p>
      <w:pPr>
        <w:jc w:val="right"/>
      </w:pPr>
      <w:r>
        <w:t>۔ بس ونڈرفل مارننگ۔ لیکن مومن کیا ہے؟ مومن کیا کرتا ہے؟ وہ آفتاب میں آفتاب کے خالق کو دیکھ لیتا ہے۔</w:t>
      </w:r>
    </w:p>
    <w:p>
      <w:r>
        <w:rPr>
          <w:b/>
        </w:rPr>
        <w:t xml:space="preserve">[10:37] </w:t>
      </w:r>
      <w:r>
        <w:t>yeh farq hai. aam insan sirf aaftab ko dekhta hai, sirf suraj ko dekhta hai. momin suraj mein suraj ke khaliq ko dekh leta hai, creator ko dekh leta hai.</w:t>
      </w:r>
    </w:p>
    <w:p>
      <w:pPr>
        <w:jc w:val="right"/>
      </w:pPr>
      <w:r>
        <w:t>یہ فرق ہے۔ عام انسان صرف آفتاب کو دیکھتا ہے، صرف سورج کو دیکھتا ہے۔ مومن سورج میں سورج کے خالق کو دیکھ لیتا ہے، کریٹر کو دیکھ لیتا ہے۔</w:t>
      </w:r>
    </w:p>
    <w:p>
      <w:r>
        <w:rPr>
          <w:b/>
        </w:rPr>
        <w:t xml:space="preserve">[10:50] </w:t>
      </w:r>
      <w:r>
        <w:t>to us ke andar jo thrilling aati hai, woh billion time zyada hoti hai.</w:t>
      </w:r>
    </w:p>
    <w:p>
      <w:pPr>
        <w:jc w:val="right"/>
      </w:pPr>
      <w:r>
        <w:t>تو اس کے اندر جو تھرلنگ آتی ہے، وہ بلین ٹائم زیادہ ہوتی ہے۔</w:t>
      </w:r>
    </w:p>
    <w:p>
      <w:r>
        <w:rPr>
          <w:b/>
        </w:rPr>
        <w:t xml:space="preserve">[10:59] </w:t>
      </w:r>
      <w:r>
        <w:t>yeh hai islam in daily life.</w:t>
      </w:r>
    </w:p>
    <w:p>
      <w:pPr>
        <w:jc w:val="right"/>
      </w:pPr>
      <w:r>
        <w:t>یہ ہے اسلام ان ڈیلی لائف۔</w:t>
      </w:r>
    </w:p>
    <w:p>
      <w:r>
        <w:rPr>
          <w:b/>
        </w:rPr>
        <w:t xml:space="preserve">[11:05] </w:t>
      </w:r>
      <w:r>
        <w:t>ab mein aap ko ek ayat yaad dilata hoon.</w:t>
      </w:r>
    </w:p>
    <w:p>
      <w:pPr>
        <w:jc w:val="right"/>
      </w:pPr>
      <w:r>
        <w:t>اب میں آپ کو ایک آیت یاد دلاتا ہوں۔</w:t>
      </w:r>
    </w:p>
    <w:p>
      <w:r>
        <w:rPr>
          <w:b/>
        </w:rPr>
        <w:t xml:space="preserve">[11:09] </w:t>
      </w:r>
      <w:r>
        <w:t>dekhein, surah al-qasas, jo quran ki surah number 28 hai, us ki ayat 77 lambi ayat hai.</w:t>
      </w:r>
    </w:p>
    <w:p>
      <w:pPr>
        <w:jc w:val="right"/>
      </w:pPr>
      <w:r>
        <w:t>دیکھیں، سورہ القصص، جو قرآن کی سورہ نمبر 28 ہے، اس کی آیت 77 لمبی آیت ہے۔</w:t>
      </w:r>
    </w:p>
    <w:p>
      <w:r>
        <w:rPr>
          <w:b/>
        </w:rPr>
        <w:t xml:space="preserve">[11:21] </w:t>
      </w:r>
      <w:r>
        <w:t>us ka ek tukra yeh hai: "wa abtaghi feema ataqallaha ad-dar al-akhirata wa la tansa naseebaka min ad-dunya".</w:t>
      </w:r>
    </w:p>
    <w:p>
      <w:pPr>
        <w:jc w:val="right"/>
      </w:pPr>
      <w:r>
        <w:t>اس کا ایک ٹکڑا یہ ہے: "وَابْتَغِ فِيمَا أَتَقَى اللَّهِ الدَّارَ الْآخِرَةَ وَلَا تَنْسَ نَصِيبَكَ مِنَ الدُّنْيَا" ۔</w:t>
      </w:r>
    </w:p>
    <w:p>
      <w:r>
        <w:rPr>
          <w:b/>
        </w:rPr>
        <w:t xml:space="preserve">[11:35] </w:t>
      </w:r>
      <w:r>
        <w:t>us ka translation yeh hai ayat number 77 ke duniya mein jo kuch Allah ne tum ko diya hai, us ke zariye tum akhirat ko chaho.</w:t>
      </w:r>
    </w:p>
    <w:p>
      <w:pPr>
        <w:jc w:val="right"/>
      </w:pPr>
      <w:r>
        <w:t>اس کا ٹرانسلیشن یہ ہے آیت نمبر 77 کہ دنیا میں جو کچھ اللہ نے تم کو دیا ہے، اس کے ذریعے تم آخرت کو چاہو۔</w:t>
      </w:r>
    </w:p>
    <w:p>
      <w:r>
        <w:rPr>
          <w:b/>
        </w:rPr>
        <w:t xml:space="preserve">[11:50] </w:t>
      </w:r>
      <w:r>
        <w:t>us ko akhirat ko hasil karne ka zariya banao.</w:t>
      </w:r>
    </w:p>
    <w:p>
      <w:pPr>
        <w:jc w:val="right"/>
      </w:pPr>
      <w:r>
        <w:t>اس کو آخرت کو حاصل کرنے کا ذریعہ بناؤ۔</w:t>
      </w:r>
    </w:p>
    <w:p>
      <w:r>
        <w:rPr>
          <w:b/>
        </w:rPr>
        <w:t xml:space="preserve">[11:56] </w:t>
      </w:r>
      <w:r>
        <w:t>us ke baad farmaya ke "wa la tansa naseebaka min ad-dunya</w:t>
      </w:r>
    </w:p>
    <w:p>
      <w:pPr>
        <w:jc w:val="right"/>
      </w:pPr>
      <w:r>
        <w:t>اس کے بعد فرمایا کہ "وَلَا تَنْسَ نَصِيبَكَ مِنَ الدُّنْيَ</w:t>
      </w:r>
    </w:p>
    <w:p>
      <w:r>
        <w:rPr>
          <w:b/>
        </w:rPr>
        <w:t xml:space="preserve">[12:02] </w:t>
      </w:r>
      <w:r>
        <w:t>a" . duniya mein duniya se apna hissa lena na bhoolo.</w:t>
      </w:r>
    </w:p>
    <w:p>
      <w:pPr>
        <w:jc w:val="right"/>
      </w:pPr>
      <w:r>
        <w:t>ا" ۔ دنیا میں دنیا سے اپنا حصہ لینا نہ بھولو۔</w:t>
      </w:r>
    </w:p>
    <w:p>
      <w:r>
        <w:rPr>
          <w:b/>
        </w:rPr>
        <w:t xml:space="preserve">[12:10] </w:t>
      </w:r>
      <w:r>
        <w:t>aksar log is ko samajhte hain ke ke duniya mein bhi khoob kamao, yeh matlab nahi hai is ka.</w:t>
      </w:r>
    </w:p>
    <w:p>
      <w:pPr>
        <w:jc w:val="right"/>
      </w:pPr>
      <w:r>
        <w:t>اکثر لوگ اس کو سمجھتے ہیں کہ کہ دنیا میں بھی خوب کماؤ، یہ مطلب نہیں ہے اس کا۔</w:t>
      </w:r>
    </w:p>
    <w:p>
      <w:r>
        <w:rPr>
          <w:b/>
        </w:rPr>
        <w:t xml:space="preserve">[12:19] </w:t>
      </w:r>
      <w:r>
        <w:t>yeh ek ajeeb ghareeb matlab se nikal liya hai logon ne ke akhirat bhi kamao, duniya bhi kamao. harghiz harghiz is ka matlab nahi hai.</w:t>
      </w:r>
    </w:p>
    <w:p>
      <w:pPr>
        <w:jc w:val="right"/>
      </w:pPr>
      <w:r>
        <w:t>یہ ایک عجیب غریب مطلب سے نکال لیا ہے لوگوں نے کہ آخرت بھی کماؤ، دنیا بھی کماؤ۔ ہرگز ہرگز اس کا مطلب نہیں ہے۔</w:t>
      </w:r>
    </w:p>
    <w:p>
      <w:r>
        <w:rPr>
          <w:b/>
        </w:rPr>
        <w:t xml:space="preserve">[12:29] </w:t>
      </w:r>
      <w:r>
        <w:t>pehli ayat ki tabeen hai yeh.</w:t>
      </w:r>
    </w:p>
    <w:p>
      <w:pPr>
        <w:jc w:val="right"/>
      </w:pPr>
      <w:r>
        <w:t>پہلی آیت کی تبیین ہے یہ۔</w:t>
      </w:r>
    </w:p>
    <w:p>
      <w:r>
        <w:rPr>
          <w:b/>
        </w:rPr>
        <w:t xml:space="preserve">[12:34] </w:t>
      </w:r>
      <w:r>
        <w:t>yani pehli jo ayat hai "wa abtaghi feema ataqallaha ad-dar al-akhirata" .usi ki tabeen hai "wa la tansa naseebaka min ad-dunya" .</w:t>
      </w:r>
    </w:p>
    <w:p>
      <w:pPr>
        <w:jc w:val="right"/>
      </w:pPr>
      <w:r>
        <w:t>یعنی پہلی جو آیت ہے "وَابْتَغِ فِيمَا أَتَقَى اللَّهِ الدَّارَ الْآخِرَةَ" ۔ اسی کی تبیین ہے "وَلَا تَنْسَ نَصِيبَكَ مِنَ الدُّنْيَا" ۔</w:t>
      </w:r>
    </w:p>
    <w:p>
      <w:r>
        <w:rPr>
          <w:b/>
        </w:rPr>
        <w:t xml:space="preserve">[12:44] </w:t>
      </w:r>
      <w:r>
        <w:t>yeh naseeb ka se logon ko shakk hota hai ke jab ka ka lafz hai, apna hissa nahi. yahan naseeb, yahan matlab hai "naseeb al-akhirat" .</w:t>
      </w:r>
    </w:p>
    <w:p>
      <w:pPr>
        <w:jc w:val="right"/>
      </w:pPr>
      <w:r>
        <w:t>یہ نصیب کا سے لوگوں کو شک ہوتا ہے کہ جب کا کا لفظ ہے، اپنا حصہ نہیں۔ یہاں نصیب، یہاں مطلب ہے "نَصِيبُ الْآخِرَةَ" ۔</w:t>
      </w:r>
    </w:p>
    <w:p>
      <w:r>
        <w:rPr>
          <w:b/>
        </w:rPr>
        <w:t xml:space="preserve">[12:59] </w:t>
      </w:r>
      <w:r>
        <w:t>"naseeb al-akhirat min ad-dunya"</w:t>
      </w:r>
    </w:p>
    <w:p>
      <w:pPr>
        <w:jc w:val="right"/>
      </w:pPr>
      <w:r>
        <w:t>"نَصِيبُ الْآخِرَةَ مِنَ الدُّنْيَا"</w:t>
      </w:r>
    </w:p>
    <w:p>
      <w:r>
        <w:rPr>
          <w:b/>
        </w:rPr>
        <w:t xml:space="preserve">[13:01] </w:t>
      </w:r>
      <w:r>
        <w:t>.yani duniya se akhirat ka hissa lena na bhoolo.</w:t>
      </w:r>
    </w:p>
    <w:p>
      <w:pPr>
        <w:jc w:val="right"/>
      </w:pPr>
      <w:r>
        <w:t>۔ یعنی دنیا سے آخرت کا حصہ لینا نہ بھولو۔</w:t>
      </w:r>
    </w:p>
    <w:p>
      <w:r>
        <w:rPr>
          <w:b/>
        </w:rPr>
        <w:t xml:space="preserve">[13:08] </w:t>
      </w:r>
      <w:r>
        <w:t>duniya se akhirat ka hissa lena na bhoolo. is ka matlab kya hua? ke ek hai duniya fard ka, duniya ka concept hai.</w:t>
      </w:r>
    </w:p>
    <w:p>
      <w:pPr>
        <w:jc w:val="right"/>
      </w:pPr>
      <w:r>
        <w:t>دنیا سے آخرت کا حصہ لینا نہ بھولو۔ اس کا مطلب کیا ہوا؟ کہ ایک ہے دنیا فدس کا، دنیا کا کانسیپٹ ہے۔</w:t>
      </w:r>
    </w:p>
    <w:p>
      <w:r>
        <w:rPr>
          <w:b/>
        </w:rPr>
        <w:t xml:space="preserve">[13:22] </w:t>
      </w:r>
      <w:r>
        <w:t>ek hai duniya fard ka, akhirat ka concept hai.</w:t>
      </w:r>
    </w:p>
    <w:p>
      <w:pPr>
        <w:jc w:val="right"/>
      </w:pPr>
      <w:r>
        <w:t>ایک ہے دنیا فدس کا، آخرت کا کانسیپٹ ہے۔</w:t>
      </w:r>
    </w:p>
    <w:p>
      <w:r>
        <w:rPr>
          <w:b/>
        </w:rPr>
        <w:t xml:space="preserve">[13:26] </w:t>
      </w:r>
      <w:r>
        <w:t>to usi ki is mein tardeed hai ke duniya fard ka, duniya yeh momin ka tareeqa nahi hota hai. momin ka tareeqa hota hai duniya fard ka, akhirat ka.</w:t>
      </w:r>
    </w:p>
    <w:p>
      <w:pPr>
        <w:jc w:val="right"/>
      </w:pPr>
      <w:r>
        <w:t>تو اسی کی اس میں تردید ہے کہ دنیا فدس کا، دنیا یہ مومن کا طریقہ نہیں ہوتا ہے۔ مومن کا طریقہ ہوتا ہے دنیا فدس کا، آخرت کا۔</w:t>
      </w:r>
    </w:p>
    <w:p>
      <w:r>
        <w:rPr>
          <w:b/>
        </w:rPr>
        <w:t xml:space="preserve">[13:41] </w:t>
      </w:r>
      <w:r>
        <w:t>yani duniya ke tamam tajrubaat, duniya mein jo kuch bhi ho raha hai, jis mein subah shaam woh guzar rahe hain aap, to woh aap ko</w:t>
      </w:r>
    </w:p>
    <w:p>
      <w:pPr>
        <w:jc w:val="right"/>
      </w:pPr>
      <w:r>
        <w:t>یعنی دنیا کے تمام تجربات، دنیا میں جو کچھ بھی ہو رہا ہے، جس میں صبح شام وہ گزر رہے ہیں آپ، تو وہ آپ کو</w:t>
      </w:r>
    </w:p>
    <w:p>
      <w:r>
        <w:rPr>
          <w:b/>
        </w:rPr>
        <w:t xml:space="preserve">[13:55] </w:t>
      </w:r>
      <w:r>
        <w:t>b Wazeeha tawassum, is mein aap ko rabbani ghiza milti hai.</w:t>
      </w:r>
    </w:p>
    <w:p>
      <w:pPr>
        <w:jc w:val="right"/>
      </w:pPr>
      <w:r>
        <w:t>بذریعہ توسم، اس میں آپ کو ربانی غذا ملتی ہے۔</w:t>
      </w:r>
    </w:p>
    <w:p>
      <w:r>
        <w:rPr>
          <w:b/>
        </w:rPr>
        <w:t xml:space="preserve">[14:01] </w:t>
      </w:r>
      <w:r>
        <w:t>agar aap ke andar tosam ki sifat ho, yani lesson draw karne ki sifat ho, to har cheez mein aap ko rabbani ghiza milti rahe gi.</w:t>
      </w:r>
    </w:p>
    <w:p>
      <w:pPr>
        <w:jc w:val="right"/>
      </w:pPr>
      <w:r>
        <w:t>اگر آپ کے اندر توسم کی صفت ہو، یعنی لیسن ڈرا کرنے کی صفت ہو، تو ہر چیز میں آپ کو ربانی غذا ملتی رہے گی۔</w:t>
      </w:r>
    </w:p>
    <w:p>
      <w:r>
        <w:rPr>
          <w:b/>
        </w:rPr>
        <w:t xml:space="preserve">[14:13] </w:t>
      </w:r>
      <w:r>
        <w:t>misalan mein aaj ka batata hoon, aaj ka qissa.</w:t>
      </w:r>
    </w:p>
    <w:p>
      <w:pPr>
        <w:jc w:val="right"/>
      </w:pPr>
      <w:r>
        <w:t>مثلاً میں آج کا بتاتا ہوں، آج کا قصہ۔</w:t>
      </w:r>
    </w:p>
    <w:p>
      <w:r>
        <w:rPr>
          <w:b/>
        </w:rPr>
        <w:t xml:space="preserve">[14:18] </w:t>
      </w:r>
      <w:r>
        <w:t>aaj mein subah ko jab chala apne office se yahan aane ke liye, to aap jante hain ke bohat shayad hottest day hai aaj dilli ka, bohat garmi thi.</w:t>
      </w:r>
    </w:p>
    <w:p>
      <w:pPr>
        <w:jc w:val="right"/>
      </w:pPr>
      <w:r>
        <w:t>آج میں صبح کو جب چلا اپنے آفس سے یہاں آنے کے لیے، تو آپ جانتے ہیں کہ بہت شاید ہاٹسٹ ڈے ہے آج دلی کا، بہت گرمی تھی۔</w:t>
      </w:r>
    </w:p>
    <w:p>
      <w:r>
        <w:rPr>
          <w:b/>
        </w:rPr>
        <w:t xml:space="preserve">[14:34] </w:t>
      </w:r>
      <w:r>
        <w:t>to mujhe aik hadith yaad aai. hadith yeh hai ke "inna shiddat al har min fiyhi jahannam".</w:t>
      </w:r>
    </w:p>
    <w:p>
      <w:pPr>
        <w:jc w:val="right"/>
      </w:pPr>
      <w:r>
        <w:t>تو مجھے ایک حدیث یاد آئی۔ حدیث یہ ہے کہ "إِنَّ شِدَّةَ الْحَرِّ مِنْ فَيْهِ جَهَنَّمِ" ۔</w:t>
      </w:r>
    </w:p>
    <w:p>
      <w:r>
        <w:rPr>
          <w:b/>
        </w:rPr>
        <w:t xml:space="preserve">[14:48] </w:t>
      </w:r>
      <w:r>
        <w:t>yani garmi ki shiddat jo hai, woh jahannam ki phoonk se hai. to kuch log yeh samajh lete hain ke literal maani mein le kar ke yeh hadith galat hai.</w:t>
      </w:r>
    </w:p>
    <w:p>
      <w:pPr>
        <w:jc w:val="right"/>
      </w:pPr>
      <w:r>
        <w:t>یعنی گرمی کی شدت جو ہے، وہ جہنم کی پھونک سے ہے۔ تو کچھ لوگ یہ سمجھ لیتے ہیں کہ لیٹرل معنی میں لے کر کے یہ حدیث غلط ہے۔</w:t>
      </w:r>
    </w:p>
    <w:p>
      <w:r>
        <w:rPr>
          <w:b/>
        </w:rPr>
        <w:t xml:space="preserve">[14:58] </w:t>
      </w:r>
      <w:r>
        <w:t>hadith har giz har giz galat nahi hai. bohat sahi hadith hai woh. aur yeh wohi mafhoom yahan jo quran mein hai,</w:t>
      </w:r>
    </w:p>
    <w:p>
      <w:pPr>
        <w:jc w:val="right"/>
      </w:pPr>
      <w:r>
        <w:t>حدیث ہرگز ہرگز غلط نہیں ہے۔ بہت صحیح حدیث ہے وہ۔ اور یہ وہی مفہوم یہاں جو قرآن میں ہے،</w:t>
      </w:r>
    </w:p>
    <w:p>
      <w:r>
        <w:rPr>
          <w:b/>
        </w:rPr>
        <w:t xml:space="preserve">[15:12] </w:t>
      </w:r>
      <w:r>
        <w:t>jo quran mein hai, wohi is ka mafhoom bhi hai.</w:t>
      </w:r>
    </w:p>
    <w:p>
      <w:pPr>
        <w:jc w:val="right"/>
      </w:pPr>
      <w:r>
        <w:t>جو قرآن میں ہے، وہی اس کا مفہوم بھی ہے۔</w:t>
      </w:r>
    </w:p>
    <w:p>
      <w:r>
        <w:rPr>
          <w:b/>
        </w:rPr>
        <w:t xml:space="preserve">[15:16] </w:t>
      </w:r>
      <w:r>
        <w:t>"qul naru jahannama ashadd har ran" . wohi to yahan bhi hai. alfaaz badle hue hain. yani aap jab dunya ki garmi, jo jahannam ki garmi se bohat hi kam hai,</w:t>
      </w:r>
    </w:p>
    <w:p>
      <w:pPr>
        <w:jc w:val="right"/>
      </w:pPr>
      <w:r>
        <w:t>"قُلْ نَارُ جَهَنَّمَ أَشَدُّ حَرًّا" ۔ وہی تو یہاں بھی ہے۔ الفاظ بدلے ہوئے ہیں۔ یعنی آپ جب دنیا کی گرمی، جو جہنم کی گرمی سے بہت ہی کم ہے،</w:t>
      </w:r>
    </w:p>
    <w:p>
      <w:r>
        <w:rPr>
          <w:b/>
        </w:rPr>
        <w:t xml:space="preserve">[15:32] </w:t>
      </w:r>
      <w:r>
        <w:t>is se guzren to aap ko yaad aaye ke jahannam ki garmi to bohat sakht hogi. to aap dua karne lagen, dua.</w:t>
      </w:r>
    </w:p>
    <w:p>
      <w:pPr>
        <w:jc w:val="right"/>
      </w:pPr>
      <w:r>
        <w:t>اس سے گزریں تو آپ کو یاد آئے کہ جہنم کی گرمی تو بہت سخت ہوگی۔ تو آپ دعا کرنے لگیں، دعا۔</w:t>
      </w:r>
    </w:p>
    <w:p>
      <w:r>
        <w:rPr>
          <w:b/>
        </w:rPr>
        <w:t xml:space="preserve">[15:42] </w:t>
      </w:r>
      <w:r>
        <w:t>yani yeh garmi jo hai, may ki garmi aap ke liye aik point of reference ban jaye.</w:t>
      </w:r>
    </w:p>
    <w:p>
      <w:pPr>
        <w:jc w:val="right"/>
      </w:pPr>
      <w:r>
        <w:t>یعنی یہ گرمی جو ہے، مئی کی گرمی آپ کے لیے ایک پوائنٹ آف ریفرنس بن جائے۔</w:t>
      </w:r>
    </w:p>
    <w:p>
      <w:r>
        <w:rPr>
          <w:b/>
        </w:rPr>
        <w:t xml:space="preserve">[15:50] </w:t>
      </w:r>
      <w:r>
        <w:t>khudaya, yeh to bohat hi kam garmi hai, is bari garmi se bacha. is se mujhe mehfooz rakh.</w:t>
      </w:r>
    </w:p>
    <w:p>
      <w:pPr>
        <w:jc w:val="right"/>
      </w:pPr>
      <w:r>
        <w:t>خدایا، یہ تو بہت ہی کم گرمی ہے، اس بڑی گرمی سے بچا۔ اس سے مجھے محفوظ رکھ۔</w:t>
      </w:r>
    </w:p>
    <w:p>
      <w:r>
        <w:rPr>
          <w:b/>
        </w:rPr>
        <w:t xml:space="preserve">[16:03] </w:t>
      </w:r>
      <w:r>
        <w:t>to is garmi ko point of reference banana yeh murad hai. yeh matlab hai aik sach moji woh jahannam ki phoonk se aati hai.</w:t>
      </w:r>
    </w:p>
    <w:p>
      <w:pPr>
        <w:jc w:val="right"/>
      </w:pPr>
      <w:r>
        <w:t>تو اس گرمی کو پوائنٹ آف ریفرنس بنانا یہ مراد ہے۔ یہ مطلب ہے ایک سچ موجی وہ جہنم کی پھونک سے آتی ہے۔</w:t>
      </w:r>
    </w:p>
    <w:p>
      <w:r>
        <w:rPr>
          <w:b/>
        </w:rPr>
        <w:t xml:space="preserve">[16:15] </w:t>
      </w:r>
      <w:r>
        <w:t>to</w:t>
      </w:r>
    </w:p>
    <w:p>
      <w:pPr>
        <w:jc w:val="right"/>
      </w:pPr>
      <w:r>
        <w:t>تو</w:t>
      </w:r>
    </w:p>
    <w:p>
      <w:r>
        <w:rPr>
          <w:b/>
        </w:rPr>
        <w:t xml:space="preserve">[16:16] </w:t>
      </w:r>
      <w:r>
        <w:t>quran mein jo ayat hai, aik ghazwa mein log is liye jaane se ghbra rahe the ke bohat garmi ka mahina tha. to is par yeh ayat utri: "qul naru jahannama ashadd har ran" .</w:t>
      </w:r>
    </w:p>
    <w:p>
      <w:pPr>
        <w:jc w:val="right"/>
      </w:pPr>
      <w:r>
        <w:t>قرآن میں جو آیت ہے، ایک غزوہ میں لوگ اس لیے جانے سے گھبرا رہے تھے کہ بہت گرمی کا مہینہ تھا۔ تو اس پر یہ آیت اتری: "قُلْ نَارُ جَهَنَّمَ أَشَدُّ حَرًّا" ۔</w:t>
      </w:r>
    </w:p>
    <w:p>
      <w:r>
        <w:rPr>
          <w:b/>
        </w:rPr>
        <w:t xml:space="preserve">[16:29] </w:t>
      </w:r>
      <w:r>
        <w:t>yeh garmi kya hai? yeh to bohat hi, yani yeh to affordable limit mein hai. affordable limit mein hai.</w:t>
      </w:r>
    </w:p>
    <w:p>
      <w:pPr>
        <w:jc w:val="right"/>
      </w:pPr>
      <w:r>
        <w:t>یہ گرمی کیا ہے؟ یہ تو بہت ہی، یعنی یہ تو افورڈیبل لیمٹ میں ہے۔ افورڈیبل لیمٹ میں ہے۔</w:t>
      </w:r>
    </w:p>
    <w:p>
      <w:r>
        <w:rPr>
          <w:b/>
        </w:rPr>
        <w:t xml:space="preserve">[16:40] </w:t>
      </w:r>
      <w:r>
        <w:t>to is is garmi ko yaad karo.</w:t>
      </w:r>
    </w:p>
    <w:p>
      <w:pPr>
        <w:jc w:val="right"/>
      </w:pPr>
      <w:r>
        <w:t>تو اس اس گرمی کو یاد کرو۔</w:t>
      </w:r>
    </w:p>
    <w:p>
      <w:r>
        <w:rPr>
          <w:b/>
        </w:rPr>
        <w:t xml:space="preserve">[16:45] </w:t>
      </w:r>
      <w:r>
        <w:t>to jab aap garmi mein na niklen aur AC mein baithe rahen to aap ke liye yeh garmi point of reference nahi banegi. is mein jab aap jab is mein dakhil hote hain, jab jab woh cheez beetti hai aap ke upar, jab jab woh cheez aap ke liye experience ban jati hai, tab woh dua ban ke nikalti hai,</w:t>
      </w:r>
    </w:p>
    <w:p>
      <w:pPr>
        <w:jc w:val="right"/>
      </w:pPr>
      <w:r>
        <w:t>تو جب آپ گرمی میں نہ نکلیں اور اے سی میں بیٹھے رہیں تو آپ کے لیے یہ گرمی پوائنٹ آف ریفرنس نہیں بنے گی۔ اس میں جب آپ جب اس میں داخل ہوتے ہیں، جب جب وہ چیز بیتتی ہے آپ کے اوپر، جب اس وہ چیز آپ کے لیے ایکسپیرینس بن جاتی ہے، تب وہ دعا بن کے نکلتی ہے،</w:t>
      </w:r>
    </w:p>
    <w:p>
      <w:r>
        <w:rPr>
          <w:b/>
        </w:rPr>
        <w:t xml:space="preserve">[17:04] </w:t>
      </w:r>
      <w:r>
        <w:t>warna nahi.</w:t>
      </w:r>
    </w:p>
    <w:p>
      <w:pPr>
        <w:jc w:val="right"/>
      </w:pPr>
      <w:r>
        <w:t>ورنہ نہیں۔</w:t>
      </w:r>
    </w:p>
    <w:p>
      <w:r>
        <w:rPr>
          <w:b/>
        </w:rPr>
        <w:t xml:space="preserve">[17:09] </w:t>
      </w:r>
      <w:r>
        <w:t>aise hi dekhen, jab mein yahan pohncha to seerhi par charhna mere liye thora problem hota hai.</w:t>
      </w:r>
    </w:p>
    <w:p>
      <w:pPr>
        <w:jc w:val="right"/>
      </w:pPr>
      <w:r>
        <w:t>ایسے ہی دیکھیں، جب میں یہاں پہنچا تو سیڑھی پر چڑھنا میرے لیے تھوڑا پرابلم ہوتا ہے۔</w:t>
      </w:r>
    </w:p>
    <w:p>
      <w:r>
        <w:rPr>
          <w:b/>
        </w:rPr>
        <w:t xml:space="preserve">[17:21] </w:t>
      </w:r>
      <w:r>
        <w:t>to mein taqreeban ghaseet ghaseet ke charh raha tha.</w:t>
      </w:r>
    </w:p>
    <w:p>
      <w:pPr>
        <w:jc w:val="right"/>
      </w:pPr>
      <w:r>
        <w:t>تو میں تقریباً گھسیٹ گھسیٹ کے چڑھ رہا تھا۔</w:t>
      </w:r>
    </w:p>
    <w:p>
      <w:r>
        <w:rPr>
          <w:b/>
        </w:rPr>
        <w:t xml:space="preserve">[17:26] </w:t>
      </w:r>
      <w:r>
        <w:t>ghaseet ghaseet ke charh raha tha. aur kafi waqt laga mujhe upar pohnchne mein.</w:t>
      </w:r>
    </w:p>
    <w:p>
      <w:pPr>
        <w:jc w:val="right"/>
      </w:pPr>
      <w:r>
        <w:t>گھسیٹ گھسیٹ کے چڑھ رہا تھا۔ اور کافی وقت لگا مجھے اوپر پہنچنے میں۔</w:t>
      </w:r>
    </w:p>
    <w:p>
      <w:r>
        <w:rPr>
          <w:b/>
        </w:rPr>
        <w:t xml:space="preserve">[17:35] </w:t>
      </w:r>
      <w:r>
        <w:t>to is waqt mujhe aik waqia yaad aaya.</w:t>
      </w:r>
    </w:p>
    <w:p>
      <w:pPr>
        <w:jc w:val="right"/>
      </w:pPr>
      <w:r>
        <w:t>تو اس وقت مجھے ایک واقعہ یاد آیا۔</w:t>
      </w:r>
    </w:p>
    <w:p>
      <w:r>
        <w:rPr>
          <w:b/>
        </w:rPr>
        <w:t xml:space="preserve">[17:43] </w:t>
      </w:r>
      <w:r>
        <w:t>hazrat aisha ne aik bar kaha tha, ab hazrat abdul rehman ke baray mein jo sahabi the,</w:t>
      </w:r>
    </w:p>
    <w:p>
      <w:pPr>
        <w:jc w:val="right"/>
      </w:pPr>
      <w:r>
        <w:t>حضرت عائشہ نے ایک بار کہا تھا، اب حضرت عبدالرحمن کے بارے میں جو صحابی تھے،</w:t>
      </w:r>
    </w:p>
    <w:p>
      <w:r>
        <w:rPr>
          <w:b/>
        </w:rPr>
        <w:t xml:space="preserve">[17:54] </w:t>
      </w:r>
      <w:r>
        <w:t>un ke baray mein kaha tha ke mein ne rasool Allah ke kehte hue suna hai ke abdul rehman ghaseet te hue jannat mein jayenge.</w:t>
      </w:r>
    </w:p>
    <w:p>
      <w:pPr>
        <w:jc w:val="right"/>
      </w:pPr>
      <w:r>
        <w:t>ان کے بارے میں کہا تھا کہ میں نے رسول اللہ کے کہتے ہوئے سنا ہے کہ عبدالرحمن گھسیٹتے ہوئے جنت میں جائیں گے۔</w:t>
      </w:r>
    </w:p>
    <w:p>
      <w:r>
        <w:rPr>
          <w:b/>
        </w:rPr>
        <w:t xml:space="preserve">[18:06] </w:t>
      </w:r>
      <w:r>
        <w:t>kyun ke baray tajir the woh, kafi bara karobar tha un ka. to yeh rasool Allah ki wafat ke baad ki baat hai.</w:t>
      </w:r>
    </w:p>
    <w:p>
      <w:pPr>
        <w:jc w:val="right"/>
      </w:pPr>
      <w:r>
        <w:t>کیونکہ بڑے تاجر تھے وہ، کافی بڑا کاروبار تھا ان کا۔ تو یہ رسول اللہ کی وفات کے بعد کی بات ہے۔</w:t>
      </w:r>
    </w:p>
    <w:p>
      <w:r>
        <w:rPr>
          <w:b/>
        </w:rPr>
        <w:t xml:space="preserve">[18:17] </w:t>
      </w:r>
      <w:r>
        <w:t>to hazrat aisha ne kaha ke main ne suna hai kehte hue rasool Allah ko ke abdul rehman ghasitte hue jannat mein jayenge.</w:t>
      </w:r>
    </w:p>
    <w:p>
      <w:pPr>
        <w:jc w:val="right"/>
      </w:pPr>
      <w:r>
        <w:t>تو حضرت عائشہ نے کہا کہ میں نے سنا ہے کہ کہتے ہوئے رسول اللہ کو کہ عبدالرحمن گھسیٹتے ہوئے جنت میں جائیں گے۔</w:t>
      </w:r>
    </w:p>
    <w:p>
      <w:r>
        <w:rPr>
          <w:b/>
        </w:rPr>
        <w:t xml:space="preserve">[18:32] </w:t>
      </w:r>
      <w:r>
        <w:t>to yeh baat un ko pahunchi</w:t>
      </w:r>
    </w:p>
    <w:p>
      <w:pPr>
        <w:jc w:val="right"/>
      </w:pPr>
      <w:r>
        <w:t>تو یہ بات ان کو پہنچی</w:t>
      </w:r>
    </w:p>
    <w:p>
      <w:r>
        <w:rPr>
          <w:b/>
        </w:rPr>
        <w:t xml:space="preserve">[18:35] </w:t>
      </w:r>
      <w:r>
        <w:t>to unhon ne is din ka sara apna jo business ka faida tha, woh sab sadqa kar diya. aur kaha ke Allah ne chaha to main apne paron par chalta hua jannat mein jaunga.</w:t>
      </w:r>
    </w:p>
    <w:p>
      <w:pPr>
        <w:jc w:val="right"/>
      </w:pPr>
      <w:r>
        <w:t>۔ تو انہوں نے اس دن کا سارا اپنا جو بزنس کا فائدہ تھا، وہ سب صدقہ کر دیا۔ اور کہا کہ اللہ نے چاہا تو میں اپنے پروں پر چلتا ہوا جنت میں جاؤں گا۔</w:t>
      </w:r>
    </w:p>
    <w:p>
      <w:r>
        <w:rPr>
          <w:b/>
        </w:rPr>
        <w:t xml:space="preserve">[18:51] </w:t>
      </w:r>
      <w:r>
        <w:t>yeh yaad aaya hai waqia to mere dil ne kaha ke khudaaya, woh to sahabi the. unhon ne yeh kaha ke main chalta hua jaunga jannat mein.</w:t>
      </w:r>
    </w:p>
    <w:p>
      <w:pPr>
        <w:jc w:val="right"/>
      </w:pPr>
      <w:r>
        <w:t>یہ یاد آیا ہے واقعہ تو میرے دل نے کہا کہ خدایا، وہ تو صحابی تھے۔ انہوں نے یہ کہا کہ میں چلتے ہوئے جاؤں گا جنت میں۔</w:t>
      </w:r>
    </w:p>
    <w:p>
      <w:r>
        <w:rPr>
          <w:b/>
        </w:rPr>
        <w:t xml:space="preserve">[19:06] </w:t>
      </w:r>
      <w:r>
        <w:t>tera yeh banda jo is seedhi par ghasit raha hai,</w:t>
      </w:r>
    </w:p>
    <w:p>
      <w:pPr>
        <w:jc w:val="right"/>
      </w:pPr>
      <w:r>
        <w:t>تیرا یہ بندہ جو اس سیڑھی پر گھسیٹ رہا ہے،</w:t>
      </w:r>
    </w:p>
    <w:p>
      <w:r>
        <w:rPr>
          <w:b/>
        </w:rPr>
        <w:t xml:space="preserve">[19:11] </w:t>
      </w:r>
      <w:r>
        <w:t>shayad farishte meri sifarish karein aakhirat ke din aur kahein ke khudaaya, khudaaya, yeh banda teri taraf ghasitte hue chal kar teri taraf aaya tha.</w:t>
      </w:r>
    </w:p>
    <w:p>
      <w:pPr>
        <w:jc w:val="right"/>
      </w:pPr>
      <w:r>
        <w:t>شاید فرشتے میری سفارش کریں آخرت کے دن اور کہیں کہ خدایا، خدایا، یہ بندہ تیری طرف گھسیٹتے ہوئے چل کر تیری طرف آیا تھا۔</w:t>
      </w:r>
    </w:p>
    <w:p>
      <w:r>
        <w:rPr>
          <w:b/>
        </w:rPr>
        <w:t xml:space="preserve">[19:25] </w:t>
      </w:r>
      <w:r>
        <w:t>yahan to is ke liye sawari muhayya kar de.</w:t>
      </w:r>
    </w:p>
    <w:p>
      <w:pPr>
        <w:jc w:val="right"/>
      </w:pPr>
      <w:r>
        <w:t>یہاں تو اس کے لیے سواری مہیا کر دے۔</w:t>
      </w:r>
    </w:p>
    <w:p>
      <w:r>
        <w:rPr>
          <w:b/>
        </w:rPr>
        <w:t xml:space="preserve">[19:30] </w:t>
      </w:r>
      <w:r>
        <w:t>yahan woh sawari par baith kar ke tere darbar mein dakhil ho.</w:t>
      </w:r>
    </w:p>
    <w:p>
      <w:pPr>
        <w:jc w:val="right"/>
      </w:pPr>
      <w:r>
        <w:t>یہاں وہ سواری پر بیٹھ کر کے تیرے دربار میں داخل ہو۔</w:t>
      </w:r>
    </w:p>
    <w:p>
      <w:r>
        <w:rPr>
          <w:b/>
        </w:rPr>
        <w:t xml:space="preserve">[19:37] </w:t>
      </w:r>
      <w:r>
        <w:t>is tarah har waqia, koi bhi waqia ho,</w:t>
      </w:r>
    </w:p>
    <w:p>
      <w:pPr>
        <w:jc w:val="right"/>
      </w:pPr>
      <w:r>
        <w:t>اس طرح ہر واقعہ، کوئی بھی واقعہ ہو،</w:t>
      </w:r>
    </w:p>
    <w:p>
      <w:r>
        <w:rPr>
          <w:b/>
        </w:rPr>
        <w:t xml:space="preserve">[19:44] </w:t>
      </w:r>
      <w:r>
        <w:t>har waqie mein ek point of reference hota hai. salahiyat jis cheez ki zaroorat hai, woh hai toosam. toosam ki salahiyat agar aap ke andar hai</w:t>
      </w:r>
    </w:p>
    <w:p>
      <w:pPr>
        <w:jc w:val="right"/>
      </w:pPr>
      <w:r>
        <w:t>ہر واقعے میں ایک پوائنٹ آف ریفرنس ہوتا ہے۔ صلاحیت جس چیز کی ضرورت ہے، وہ ہے توسم۔ توسم کی صلاحیت اگر آپ کے اندر ہے</w:t>
      </w:r>
    </w:p>
    <w:p>
      <w:r>
        <w:rPr>
          <w:b/>
        </w:rPr>
        <w:t xml:space="preserve">[20:00] </w:t>
      </w:r>
      <w:r>
        <w:t>to is mein woh cheez dikhai pad jayegi, warna dikhai nahi padegi.</w:t>
      </w:r>
    </w:p>
    <w:p>
      <w:pPr>
        <w:jc w:val="right"/>
      </w:pPr>
      <w:r>
        <w:t>تو اس میں وہ چیز دکھائی پڑ جائے گی، ورنہ دکھائی نہیں پڑے گی۔</w:t>
      </w:r>
    </w:p>
    <w:p>
      <w:r>
        <w:rPr>
          <w:b/>
        </w:rPr>
        <w:t xml:space="preserve">[20:09] </w:t>
      </w:r>
      <w:r>
        <w:t>ek hadith hai ke "ajmal li amri al mu'mini qul amrin lahu khairun" .</w:t>
      </w:r>
    </w:p>
    <w:p>
      <w:pPr>
        <w:jc w:val="right"/>
      </w:pPr>
      <w:r>
        <w:t>ایک حدیث ہے کہ "أَجَمَلْ لِأَمْرِ الْمُؤْمِنِ قُلْ أَمْرٍ لَهُ خَيْرٌ" ۔</w:t>
      </w:r>
    </w:p>
    <w:p>
      <w:r>
        <w:rPr>
          <w:b/>
        </w:rPr>
        <w:t xml:space="preserve">[20:27] </w:t>
      </w:r>
      <w:r>
        <w:t>"idha asabat hu sarra'un shakara fa kana khairun lahu, wa in asabat hu darra'un sabran fa kana khairun lahu" .</w:t>
      </w:r>
    </w:p>
    <w:p>
      <w:pPr>
        <w:jc w:val="right"/>
      </w:pPr>
      <w:r>
        <w:t>"إذا أصابتُهُ سراءً شكراً فكان خيراً لهُ، وإن أصابتُهُ ذراءً صبراً فكان خيراً لهُ" ۔</w:t>
      </w:r>
    </w:p>
    <w:p>
      <w:r>
        <w:rPr>
          <w:b/>
        </w:rPr>
        <w:t xml:space="preserve">[20:44] </w:t>
      </w:r>
      <w:r>
        <w:t>aur yeh sirf momin ke liye hai. is ka tarjuma yeh hai ke momin ka muamla bohat ajeeb hai. jab us ko koi acha experience hota hai to woh shukr karta hai.</w:t>
      </w:r>
    </w:p>
    <w:p>
      <w:pPr>
        <w:jc w:val="right"/>
      </w:pPr>
      <w:r>
        <w:t>اور یہ صرف مومن کے لیے ہے۔ اس کا ترجمہ یہ ہے کہ مومن کا معاملہ بہت عجیب ہے۔ جب اس کو کوئی اچھا ایکسپیرینس ہوتا ہے تو وہ شکر کرتا ہے۔</w:t>
      </w:r>
    </w:p>
    <w:p>
      <w:r>
        <w:rPr>
          <w:b/>
        </w:rPr>
        <w:t xml:space="preserve">[21:00] </w:t>
      </w:r>
      <w:r>
        <w:t>to us ke liye khair ban jata hai.</w:t>
      </w:r>
    </w:p>
    <w:p>
      <w:pPr>
        <w:jc w:val="right"/>
      </w:pPr>
      <w:r>
        <w:t>تو اس کے لیے خیر بن جاتا ہے۔</w:t>
      </w:r>
    </w:p>
    <w:p>
      <w:r>
        <w:rPr>
          <w:b/>
        </w:rPr>
        <w:t xml:space="preserve">[21:06] </w:t>
      </w:r>
      <w:r>
        <w:t>aur koi bura tajurba hota hai to woh sabr karta hai. to us ke liye khair ban jata hai.</w:t>
      </w:r>
    </w:p>
    <w:p>
      <w:pPr>
        <w:jc w:val="right"/>
      </w:pPr>
      <w:r>
        <w:t>اور کوئی برا تجربہ ہوتا ہے تو وہ صبر کرتا ہے۔ تو اس کے لیے خیر بن جاتا ہے۔</w:t>
      </w:r>
    </w:p>
    <w:p>
      <w:r>
        <w:rPr>
          <w:b/>
        </w:rPr>
        <w:t xml:space="preserve">[21:11] </w:t>
      </w:r>
      <w:r>
        <w:t>shukr to us ke liye khair hota hai. is mein yeh jo tukda hai "wa laysa hadha lil lil mu'mini" .</w:t>
      </w:r>
    </w:p>
    <w:p>
      <w:pPr>
        <w:jc w:val="right"/>
      </w:pPr>
      <w:r>
        <w:t>شکر تو اس کے لیے خیر ہوتا ہے۔ اس میں یہ جو ٹکڑا ہے "وَلَيْسَ هٰذَا لِلَّا لِلْمُؤْمِنِ" ۔</w:t>
      </w:r>
    </w:p>
    <w:p>
      <w:r>
        <w:rPr>
          <w:b/>
        </w:rPr>
        <w:t xml:space="preserve">[21:20] </w:t>
      </w:r>
      <w:r>
        <w:t>yeh sirf momin ke liye hai. to log samajhte hain ke yeh koi giroh momin ke liye hai, ek jo ummat e muslema hai, us ke liye hai.</w:t>
      </w:r>
    </w:p>
    <w:p>
      <w:pPr>
        <w:jc w:val="right"/>
      </w:pPr>
      <w:r>
        <w:t>یہ صرف مومن کے لیے ہے۔ تو لوگ سمجھتے ہیں کہ یہ کوئی گروہ مومن کے لیے ہے، ایک جو امت مسلمہ ہے، اس کے لیے ہے۔</w:t>
      </w:r>
    </w:p>
    <w:p>
      <w:r>
        <w:rPr>
          <w:b/>
        </w:rPr>
        <w:t xml:space="preserve">[21:33] </w:t>
      </w:r>
      <w:r>
        <w:t>hargiz hargiz yeh matlab nahi hai is ka.</w:t>
      </w:r>
    </w:p>
    <w:p>
      <w:pPr>
        <w:jc w:val="right"/>
      </w:pPr>
      <w:r>
        <w:t>ہرگز ہرگز یہ مطلب نہیں ہے اس کا۔</w:t>
      </w:r>
    </w:p>
    <w:p>
      <w:r>
        <w:rPr>
          <w:b/>
        </w:rPr>
        <w:t xml:space="preserve">[21:37] </w:t>
      </w:r>
      <w:r>
        <w:t>is ka matlab woh fard, woh individual jis ke andar woh aawazni aa chuki hai, jis ka shaoor jaag pada hai, jis ke andar toosam ki salahiyat hai,</w:t>
      </w:r>
    </w:p>
    <w:p>
      <w:pPr>
        <w:jc w:val="right"/>
      </w:pPr>
      <w:r>
        <w:t>اس کا مطلب وہ فرد، وہ انڈیویجول جس کے اندر وہ آویزنی آ چکی ہے، جس کا شعور جاگ پڑا ہے، جس کے اندر توسم کی صلاحیت ہے،</w:t>
      </w:r>
    </w:p>
    <w:p>
      <w:r>
        <w:rPr>
          <w:b/>
        </w:rPr>
        <w:t xml:space="preserve">[21:52] </w:t>
      </w:r>
      <w:r>
        <w:t>jis ne Allah ko discover kar liya hai. aur discovery ki bina par us ke andar yeh sab salahiyatein jaag uthi hain. is ka yeh muamla rahega.</w:t>
      </w:r>
    </w:p>
    <w:p>
      <w:pPr>
        <w:jc w:val="right"/>
      </w:pPr>
      <w:r>
        <w:t>جس نے اللہ کو ڈسکور کر لیا ہے۔ اور ڈسکوری کی بنا پر اس کے اندر یہ سب صلاحیتیں جاگ اٹھی ہیں۔ اس کا یہ معاملہ رہے گا۔</w:t>
      </w:r>
    </w:p>
    <w:p>
      <w:r>
        <w:rPr>
          <w:b/>
        </w:rPr>
        <w:t xml:space="preserve">[22:02] </w:t>
      </w:r>
      <w:r>
        <w:t>yeh koi group ka, kisi ummat ka, kisi qaum ka muamla nahi hai. yeh us fard ka muamla hai jis mein</w:t>
      </w:r>
    </w:p>
    <w:p>
      <w:pPr>
        <w:jc w:val="right"/>
      </w:pPr>
      <w:r>
        <w:t>یہ کوئی گروپ کا، کسی امت کا، کسی قوم کا معاملہ نہیں ہے۔ یہ اس فرد کا معاملہ ہے جس میں</w:t>
      </w:r>
    </w:p>
    <w:p>
      <w:r>
        <w:rPr>
          <w:b/>
        </w:rPr>
        <w:t xml:space="preserve">[22:14] </w:t>
      </w:r>
      <w:r>
        <w:t>toosam ki salahiyat jaag uthi ho.</w:t>
      </w:r>
    </w:p>
    <w:p>
      <w:pPr>
        <w:jc w:val="right"/>
      </w:pPr>
      <w:r>
        <w:t>توسم کی صلاحیت جاگ اٹھی ہو۔</w:t>
      </w:r>
    </w:p>
    <w:p>
      <w:r>
        <w:rPr>
          <w:b/>
        </w:rPr>
        <w:t xml:space="preserve">[22:21] </w:t>
      </w:r>
      <w:r>
        <w:t>jis ka zehni irtiqaa ho chuka ho. intellectual awakening ho chuki ho. yeh matlab hai is ka.</w:t>
      </w:r>
    </w:p>
    <w:p>
      <w:pPr>
        <w:jc w:val="right"/>
      </w:pPr>
      <w:r>
        <w:t>جس کا ذہنی ارتقاء ہو چکا ہو۔ انٹلیکچول اویکننگ ہو چکی ہو۔ یہ مطلب ہے اس کا۔</w:t>
      </w:r>
    </w:p>
    <w:p>
      <w:r>
        <w:rPr>
          <w:b/>
        </w:rPr>
        <w:t xml:space="preserve">[22:30] </w:t>
      </w:r>
      <w:r>
        <w:t>to kya hota hai? aisa insaan par jab koi waqia guzarta hai to foran us ka zehn wahan par, us ke andar toosam ke zariye se us point ko dhoond leta hai.</w:t>
      </w:r>
    </w:p>
    <w:p>
      <w:pPr>
        <w:jc w:val="right"/>
      </w:pPr>
      <w:r>
        <w:t>تو کیا ہوتا ہے؟ ایسا انسان پر جب کوئی واقعہ گزرتا ہے تو فوراً اس کا ذہن وہاں پر، اس کے اندر توسم کے ذریعے سے اس پوائنٹ کو ڈھونڈ لیتا ہے۔</w:t>
      </w:r>
    </w:p>
    <w:p>
      <w:r>
        <w:rPr>
          <w:b/>
        </w:rPr>
        <w:t xml:space="preserve">[22:49] </w:t>
      </w:r>
      <w:r>
        <w:t>daikhen, yeh dunya ki har cheez bazahir to material item hai. har cheez bazahir aik aik material item hai.</w:t>
      </w:r>
    </w:p>
    <w:p>
      <w:pPr>
        <w:jc w:val="right"/>
      </w:pPr>
      <w:r>
        <w:t>دیکھیں، یہ دنیا کی ہر چیز بظاہر تو مٹیریل آئٹم ہے۔ ہر چیز بظاہر ایک ایک مٹیریل آئٹم ہے۔</w:t>
      </w:r>
    </w:p>
    <w:p>
      <w:r>
        <w:rPr>
          <w:b/>
        </w:rPr>
        <w:t xml:space="preserve">[22:58] </w:t>
      </w:r>
      <w:r>
        <w:t>is material item ke andar aik spiritual item hai.</w:t>
      </w:r>
    </w:p>
    <w:p>
      <w:pPr>
        <w:jc w:val="right"/>
      </w:pPr>
      <w:r>
        <w:t>اس مٹیریل آئٹم کے اندر ایک سپرچول آئٹم ہے۔</w:t>
      </w:r>
    </w:p>
    <w:p>
      <w:r>
        <w:rPr>
          <w:b/>
        </w:rPr>
        <w:t xml:space="preserve">[23:05] </w:t>
      </w:r>
      <w:r>
        <w:t>yeh bohat ajeeb baat hai. jaisay aik phal hota hai. phal ke oopar chhilka hota hai. kyunke is chhilke ke andar aik cheez hoti hai jis ko aap istemal karte hain.</w:t>
      </w:r>
    </w:p>
    <w:p>
      <w:pPr>
        <w:jc w:val="right"/>
      </w:pPr>
      <w:r>
        <w:t>یہ بہت عجیب بات ہے۔ جیسے ایک پھل ہوتا ہے۔ پھل کے اوپر چھلکا ہوتا ہے۔ کیونکہ اس چھلکے کے اندر ایک چیز ہوتی ہے جس کو آپ استعمال کرتے ہیں۔</w:t>
      </w:r>
    </w:p>
    <w:p>
      <w:r>
        <w:rPr>
          <w:b/>
        </w:rPr>
        <w:t xml:space="preserve">[23:20] </w:t>
      </w:r>
      <w:r>
        <w:t>to dunya ki har cheez bazahir aik material item hai. material har cheez. lekin is material item ke andar aik spiritual item hai.</w:t>
      </w:r>
    </w:p>
    <w:p>
      <w:pPr>
        <w:jc w:val="right"/>
      </w:pPr>
      <w:r>
        <w:t>تو دنیا کی ہر چیز بظاہر ایک مٹیریل آئٹم ہے۔ مٹیریل ہر چیز۔ لیکن اس مٹیریل آئٹم کے اندر ایک سپرچول آئٹم ہے۔</w:t>
      </w:r>
    </w:p>
    <w:p>
      <w:r>
        <w:rPr>
          <w:b/>
        </w:rPr>
        <w:t xml:space="preserve">[23:29] </w:t>
      </w:r>
      <w:r>
        <w:t>is ko extract karna. yeh momin ka ma</w:t>
      </w:r>
    </w:p>
    <w:p>
      <w:pPr>
        <w:jc w:val="right"/>
      </w:pPr>
      <w:r>
        <w:t>اس کو ایکسٹریکٹ کرنا۔ یہ مومن کا مع</w:t>
      </w:r>
    </w:p>
    <w:p>
      <w:r>
        <w:rPr>
          <w:b/>
        </w:rPr>
        <w:t xml:space="preserve">[23:35] </w:t>
      </w:r>
      <w:r>
        <w:t>amla hota hai. momin se murad koi koi groh ya koi jamaat nahin. woh developed insan, woh fard, woh awakened insan.</w:t>
      </w:r>
    </w:p>
    <w:p>
      <w:pPr>
        <w:jc w:val="right"/>
      </w:pPr>
      <w:r>
        <w:t>املہ ہوتا ہے۔ مومن سے مراد کوئی کوئی گروہ یا کوئی جماعت نہیں۔ وہ ڈویلپڈ انسان، وہ فرد، وہ اویکنڈ انسان۔</w:t>
      </w:r>
    </w:p>
    <w:p>
      <w:r>
        <w:rPr>
          <w:b/>
        </w:rPr>
        <w:t xml:space="preserve">[23:49] </w:t>
      </w:r>
      <w:r>
        <w:t>is ka mamla hota hai ke woh is is material item ke andar extract kar ke is spiritual item ko daryaft kar leta hai.</w:t>
      </w:r>
    </w:p>
    <w:p>
      <w:pPr>
        <w:jc w:val="right"/>
      </w:pPr>
      <w:r>
        <w:t>اس کا معاملہ ہوتا ہے کہ وہ اس اس مٹیریل آئٹم کے اندر ایکسٹریکٹ کر کے اس سپرچول آئٹم کو دریافت کر لیتا ہے۔</w:t>
      </w:r>
    </w:p>
    <w:p>
      <w:r>
        <w:rPr>
          <w:b/>
        </w:rPr>
        <w:t xml:space="preserve">[24:06] </w:t>
      </w:r>
      <w:r>
        <w:t>jisay hum aap bolte hain. bolna bhi aik material waqea hai. hum dekhte hain. dekhna bhi aik material waqea hai. hum sunte hain.</w:t>
      </w:r>
    </w:p>
    <w:p>
      <w:pPr>
        <w:jc w:val="right"/>
      </w:pPr>
      <w:r>
        <w:t>جسے ہم آپ بولتے ہیں۔ بولنا بھی ایک مٹیریل واقعہ ہے۔ ہم دیکھتے ہیں۔ دیکھنا بھی ایک مٹیریل واقعہ ہے۔ ہم سنتے ہیں۔</w:t>
      </w:r>
    </w:p>
    <w:p>
      <w:r>
        <w:rPr>
          <w:b/>
        </w:rPr>
        <w:t xml:space="preserve">[24:15] </w:t>
      </w:r>
      <w:r>
        <w:t>sunna bhi aik material waqea hai. lekin is ke andar aik spiritual item hai. ke jab aap sochen ke kaisay main dekhta hoon.</w:t>
      </w:r>
    </w:p>
    <w:p>
      <w:pPr>
        <w:jc w:val="right"/>
      </w:pPr>
      <w:r>
        <w:t>سننا بھی ایک مٹیریل واقعہ ہے۔ لیکن اس کے اندر ایک سپرچول آئٹم ہے۔ کہ جب آپ سوچیں کہ کیسے میں دیکھتا ہوں۔</w:t>
      </w:r>
    </w:p>
    <w:p>
      <w:r>
        <w:rPr>
          <w:b/>
        </w:rPr>
        <w:t xml:space="preserve">[24:25] </w:t>
      </w:r>
      <w:r>
        <w:t>yeh aankh jo hai, itnay saray rang hain. har rang ko alag alag kaisay dekh rahi hai. koi safaid hai, koi kala hai, koi neela hai, koi aisa hai, koi aisa hai, koi chhota hai, koi bara hai.</w:t>
      </w:r>
    </w:p>
    <w:p>
      <w:pPr>
        <w:jc w:val="right"/>
      </w:pPr>
      <w:r>
        <w:t>یہ آنکھ جو ہے، اتنے سارے رنگ ہیں۔ ہر رنگ کو الگ الگ کیسے دیکھ رہی ہے۔ کوئی سفید ہے، کوئی کالا ہے، کوئی نیلا ہے، کوئی ایسا ہے، کوئی ایسا ہے، کوئی چھوٹا ہے، کوئی بڑا ہے۔</w:t>
      </w:r>
    </w:p>
    <w:p>
      <w:r>
        <w:rPr>
          <w:b/>
        </w:rPr>
        <w:t xml:space="preserve">[24:35] </w:t>
      </w:r>
      <w:r>
        <w:t>yani har cheez ko is ke actual color mein dekh rahi hai. aankh kaisay ajeeb aankh hai yeh.</w:t>
      </w:r>
    </w:p>
    <w:p>
      <w:pPr>
        <w:jc w:val="right"/>
      </w:pPr>
      <w:r>
        <w:t>یعنی ہر چیز کو اس کے ایکچول کلر میں دیکھ رہی ہے۔ آنکھ کیسی عجیب آنکھ ہے یہ۔</w:t>
      </w:r>
    </w:p>
    <w:p>
      <w:r>
        <w:rPr>
          <w:b/>
        </w:rPr>
        <w:t xml:space="preserve">[24:44] </w:t>
      </w:r>
      <w:r>
        <w:t>aur is ko aap is waqt samajh paayenge jab aik aisay insan ko aap dekhen jo color blind hota hai. aisay bhi insan Allah taala ne paida kiya hai. aap aql insan ko samajh lene ke liye.</w:t>
      </w:r>
    </w:p>
    <w:p>
      <w:pPr>
        <w:jc w:val="right"/>
      </w:pPr>
      <w:r>
        <w:t>اور اس کو آپ اس وقت سمجھ پائیں گے جب ایک ایسے انسان کو آپ دیکھیں جو کلر بائنڈ ہوتا ہے۔ ایسے بھی انسان اللہ تعالیٰ نے پیدا کیا ہے۔ آپ عقل انسان کو سمجھ لینے کے لیے۔</w:t>
      </w:r>
    </w:p>
    <w:p>
      <w:r>
        <w:rPr>
          <w:b/>
        </w:rPr>
        <w:t xml:space="preserve">[24:56] </w:t>
      </w:r>
      <w:r>
        <w:t>woh color blind hote hain. har cheez un ko aik hi rang mein dikhai deti hai.</w:t>
      </w:r>
    </w:p>
    <w:p>
      <w:pPr>
        <w:jc w:val="right"/>
      </w:pPr>
      <w:r>
        <w:t>وہ کلر بائنڈ ہوتے ہیں۔ ہر چیز ان کو ایک ہی رنگ میں دکھائی دیتی ہے۔</w:t>
      </w:r>
    </w:p>
    <w:p>
      <w:r>
        <w:rPr>
          <w:b/>
        </w:rPr>
        <w:t xml:space="preserve">[25:02] </w:t>
      </w:r>
      <w:r>
        <w:t>har cheez un ko aik hi color mein dikhai deti hai. different color mein nahin.</w:t>
      </w:r>
    </w:p>
    <w:p>
      <w:pPr>
        <w:jc w:val="right"/>
      </w:pPr>
      <w:r>
        <w:t>ہر چیز ان کو ایک ہی کلر میں دکھائی دیتی ہے۔ ڈفرنٹ کلر میں نہیں۔</w:t>
      </w:r>
    </w:p>
    <w:p>
      <w:r>
        <w:rPr>
          <w:b/>
        </w:rPr>
        <w:t xml:space="preserve">[25:09] </w:t>
      </w:r>
      <w:r>
        <w:t>to aap jab sochen ke main dekh raha hoon har cheez ko is is ke asli rang mein. kaisay aisa ho sakta hai? to aap ko raashah taari ho jaye ga Allah ki qudrat ko soch kar ke.</w:t>
      </w:r>
    </w:p>
    <w:p>
      <w:pPr>
        <w:jc w:val="right"/>
      </w:pPr>
      <w:r>
        <w:t>تو آپ جب سوچیں کہ میں دیکھ رہا ہوں ہر چیز کو اس اس کے اصلی رنگ میں۔ کیسے ایسا ہو سکتا ہے؟ تو آپ کو راشہ طاری ہو جائے گا اللہ کی قدرت کو سوچ کر کے۔</w:t>
      </w:r>
    </w:p>
    <w:p>
      <w:r>
        <w:rPr>
          <w:b/>
        </w:rPr>
        <w:t xml:space="preserve">[25:22] </w:t>
      </w:r>
      <w:r>
        <w:t>kaisay ajeeb hai qudrat Khuda ki.</w:t>
      </w:r>
    </w:p>
    <w:p>
      <w:pPr>
        <w:jc w:val="right"/>
      </w:pPr>
      <w:r>
        <w:t>کیسا عجیب ہے قدرت خدا کی۔</w:t>
      </w:r>
    </w:p>
    <w:p>
      <w:r>
        <w:rPr>
          <w:b/>
        </w:rPr>
        <w:t xml:space="preserve">[25:28] </w:t>
      </w:r>
      <w:r>
        <w:t>phir aap sunte hain. aap ghor kijiye ke itni itni diversity hai logon ki awazon mein. lekin aap sun kar pehchan lete hain.</w:t>
      </w:r>
    </w:p>
    <w:p>
      <w:pPr>
        <w:jc w:val="right"/>
      </w:pPr>
      <w:r>
        <w:t>پھر آپ سنتے ہیں۔ آپ غور کیجئے کہ اتنی اتنی ڈائیورسٹی ہے لوگوں کی آوازوں میں۔ لیکن آپ سن کر پہچان لیتے ہیں۔</w:t>
      </w:r>
    </w:p>
    <w:p>
      <w:r>
        <w:rPr>
          <w:b/>
        </w:rPr>
        <w:t xml:space="preserve">[25:40] </w:t>
      </w:r>
      <w:r>
        <w:t>kaisay ajeeb baat hai. bohat diversity hai awazon mein. har aik ki awaz alag alag hai. kyunke sunte hi aap pehchan lete hain.</w:t>
      </w:r>
    </w:p>
    <w:p>
      <w:pPr>
        <w:jc w:val="right"/>
      </w:pPr>
      <w:r>
        <w:t>کیسی عجیب بات ہے۔ بہت ڈائیورسٹی ہے آوازوں میں۔ ہر ایک کی آواز الگ الگ ہے۔ کیونکہ سنتے ہی آپ پہچان لیتے ہیں۔</w:t>
      </w:r>
    </w:p>
    <w:p>
      <w:r>
        <w:rPr>
          <w:b/>
        </w:rPr>
        <w:t xml:space="preserve">[25:48] </w:t>
      </w:r>
      <w:r>
        <w:t>yeh falan ki hai, falan ki hai, falan ki hai.</w:t>
      </w:r>
    </w:p>
    <w:p>
      <w:pPr>
        <w:jc w:val="right"/>
      </w:pPr>
      <w:r>
        <w:t>یہ فلاں کی ہے، فلاں کی ہے، فلاں کی ہے۔</w:t>
      </w:r>
    </w:p>
    <w:p>
      <w:r>
        <w:rPr>
          <w:b/>
        </w:rPr>
        <w:t xml:space="preserve">[25:53] </w:t>
      </w:r>
      <w:r>
        <w:t>to is ko aap sochen. hai to aik material waqea hai. lekin agar aap ke andar woh cheez jaagi hui hai, to sam wali.</w:t>
      </w:r>
    </w:p>
    <w:p>
      <w:pPr>
        <w:jc w:val="right"/>
      </w:pPr>
      <w:r>
        <w:t>تو اس کو آپ سوچیں۔ ہے تو ایک مٹیریل واقعہ ہے۔ لیکن اگر آپ کے اندر وہ چیز جاگی ہوئی ہے، توسم والی۔</w:t>
      </w:r>
    </w:p>
    <w:p>
      <w:r>
        <w:rPr>
          <w:b/>
        </w:rPr>
        <w:t xml:space="preserve">[26:04] </w:t>
      </w:r>
      <w:r>
        <w:t>to is mein aap ko Khuda ki qudrat dikhai degi. yeh wonder of nature nahin hoga. wonder of God ban jaye ga woh.</w:t>
      </w:r>
    </w:p>
    <w:p>
      <w:pPr>
        <w:jc w:val="right"/>
      </w:pPr>
      <w:r>
        <w:t>تو اس میں آپ کو خدا کی قدرت دکھائی دے گی۔ یہ ونڈر آف نیچر نہیں ہوگا۔ ونڈر آف گاڈ بن جائے گا وہ۔</w:t>
      </w:r>
    </w:p>
    <w:p>
      <w:r>
        <w:rPr>
          <w:b/>
        </w:rPr>
        <w:t xml:space="preserve">[26:13] </w:t>
      </w:r>
      <w:r>
        <w:t>aisay hi aap sochte hain, dekhiye.</w:t>
      </w:r>
    </w:p>
    <w:p>
      <w:pPr>
        <w:jc w:val="right"/>
      </w:pPr>
      <w:r>
        <w:t>ایسے ہی آپ سوچتے ہیں، دیکھیے۔</w:t>
      </w:r>
    </w:p>
    <w:p>
      <w:r>
        <w:rPr>
          <w:b/>
        </w:rPr>
        <w:t xml:space="preserve">[26:16] </w:t>
      </w:r>
      <w:r>
        <w:t>yeh sochna jo hai, kisi bhi itni bari universe hai, kisi ko bhi sochne ki taqat nahin hai. sirf insan hai jo sochta hai.</w:t>
      </w:r>
    </w:p>
    <w:p>
      <w:pPr>
        <w:jc w:val="right"/>
      </w:pPr>
      <w:r>
        <w:t>یہ سوچنا جو ہے، کسی بھی اتنی بڑی یونیورس ہے، کسی کو بھی سوچنے کی طاقت نہیں ہے۔ صرف انسان ہے جو سوچتا ہے۔</w:t>
      </w:r>
    </w:p>
    <w:p>
      <w:r>
        <w:rPr>
          <w:b/>
        </w:rPr>
        <w:t xml:space="preserve">[26:26] </w:t>
      </w:r>
      <w:r>
        <w:t>kaisay ajeeb cheez hai sochna. aaj tak science is ko explain nahin kar saki ke brain sochta kaisay hai.</w:t>
      </w:r>
    </w:p>
    <w:p>
      <w:pPr>
        <w:jc w:val="right"/>
      </w:pPr>
      <w:r>
        <w:t>کیسی عجیب چیز ہے سوچنا۔ آج تک سائنس اس کو ایکسپلین نہیں کر سکی کہ برین سوچتا کیسے ہے۔</w:t>
      </w:r>
    </w:p>
    <w:p>
      <w:r>
        <w:rPr>
          <w:b/>
        </w:rPr>
        <w:t xml:space="preserve">[26:40] </w:t>
      </w:r>
      <w:r>
        <w:t>ab is ko aap sochen. to is ko sochte hue aap ko super brain, super mind ki aap ko samajh mein ayega.</w:t>
      </w:r>
    </w:p>
    <w:p>
      <w:pPr>
        <w:jc w:val="right"/>
      </w:pPr>
      <w:r>
        <w:t>اب اس کو آپ سوچیں۔ تو اس کو سوچتے ہوئے آپ کو سپر برین، سپر مائنڈ کی آپ کو سمجھ میں آئے گا۔</w:t>
      </w:r>
    </w:p>
    <w:p>
      <w:r>
        <w:rPr>
          <w:b/>
        </w:rPr>
        <w:t xml:space="preserve">[26:49] </w:t>
      </w:r>
      <w:r>
        <w:t>apne chhote se mind ko jab aap daryaft karenge to super mind jo poora universe ko control kar raha hai, us ko aap dekh payenge.</w:t>
      </w:r>
    </w:p>
    <w:p>
      <w:pPr>
        <w:jc w:val="right"/>
      </w:pPr>
      <w:r>
        <w:t>اپنے چھوٹے سے مائنڈ کو جب آپ دریافت کریں گے تو سپر مائنڈ جو پورا یونیورس کو کنٹرول کر رہا ہے، اس کو آپ دیکھ پائیں گے۔</w:t>
      </w:r>
    </w:p>
    <w:p>
      <w:r>
        <w:rPr>
          <w:b/>
        </w:rPr>
        <w:t xml:space="preserve">[27:01] </w:t>
      </w:r>
      <w:r>
        <w:t>aap ghor kijiye, kitni badi baat hai. woh to hadith mein hai ke "manaraf nafsahu faqad araf rabbahu"</w:t>
      </w:r>
    </w:p>
    <w:p>
      <w:pPr>
        <w:jc w:val="right"/>
      </w:pPr>
      <w:r>
        <w:t>آپ غور کیجئے، کتنی بڑی بات ہے۔ وہ تو حدیث میں ہے کہ "من عرف نفسہ فقد عرف ربه"</w:t>
      </w:r>
    </w:p>
    <w:p>
      <w:r>
        <w:rPr>
          <w:b/>
        </w:rPr>
        <w:t xml:space="preserve">[27:08] </w:t>
      </w:r>
      <w:r>
        <w:t>. jis ne apne ko jana, us ne khuda ko jaan liya. to apne mind ko daryaft kar ke aap super mind ko daryaft kar lenge.</w:t>
      </w:r>
    </w:p>
    <w:p>
      <w:pPr>
        <w:jc w:val="right"/>
      </w:pPr>
      <w:r>
        <w:t>۔ جس نے اپنے کو جانا، اس نے خدا کو جان لیا۔ تو اپنے مائنڈ کو دریافت کر کے آپ سپر مائنڈ کو دریافت کر لیں گے۔</w:t>
      </w:r>
    </w:p>
    <w:p>
      <w:r>
        <w:rPr>
          <w:b/>
        </w:rPr>
        <w:t xml:space="preserve">[27:18] </w:t>
      </w:r>
      <w:r>
        <w:t>to yeh kitni badi daryaft hai. kitni badi discovery hai yeh. yeh har subah aur shaam nahi, har lamha hoti rehti hai. har lamha.</w:t>
      </w:r>
    </w:p>
    <w:p>
      <w:pPr>
        <w:jc w:val="right"/>
      </w:pPr>
      <w:r>
        <w:t>تو یہ کتنی بڑی دریافت ہے۔ کتنی بڑی ڈسکوری ہے یہ۔ یہ ہر صبح اور شام نہیں، ہر لمحہ ہوتی رہتی ہے۔ ہر لمحہ۔</w:t>
      </w:r>
    </w:p>
    <w:p>
      <w:r>
        <w:rPr>
          <w:b/>
        </w:rPr>
        <w:t xml:space="preserve">[27:30] </w:t>
      </w:r>
      <w:r>
        <w:t>har item, har tajurba. jo kuch bhi aap dekhte hain, jo kuch bhi aap sunte hain, woh sab aap convert hota rehta hai spirituality mein.</w:t>
      </w:r>
    </w:p>
    <w:p>
      <w:pPr>
        <w:jc w:val="right"/>
      </w:pPr>
      <w:r>
        <w:t>ہر آئٹم، ہر تجربہ۔ جو کچھ بھی آپ دیکھتے ہیں، جو کچھ بھی آپ سنتے ہیں، وہ سب آپ کنورٹ ہوتا رہتا ہے سپرچولٹی میں۔</w:t>
      </w:r>
    </w:p>
    <w:p>
      <w:r>
        <w:rPr>
          <w:b/>
        </w:rPr>
        <w:t xml:space="preserve">[27:41] </w:t>
      </w:r>
      <w:r>
        <w:t>dekhein, spirituality jo hai, koi koi koi koi bubham cheez nahi hai, koi ambiguous cheez nahi hai. spirituality koi ab ambiguous cheez nahi hai.</w:t>
      </w:r>
    </w:p>
    <w:p>
      <w:pPr>
        <w:jc w:val="right"/>
      </w:pPr>
      <w:r>
        <w:t>دیکھیں، سپرچولٹی جو ہے، کوئی کوئی کوئی کوئی ببہم چیز نہیں ہے، کوئی ایمبیگوس چیز نہیں ہے۔ سپرچولٹی کوئی اب ایمبیگوس چیز نہیں ہے۔</w:t>
      </w:r>
    </w:p>
    <w:p>
      <w:r>
        <w:rPr>
          <w:b/>
        </w:rPr>
        <w:t xml:space="preserve">[27:56] </w:t>
      </w:r>
      <w:r>
        <w:t>spirituality bas is ka naam hai ke aap ke andar yeh capacity ho, is item ko convert kar de non material mein.</w:t>
      </w:r>
    </w:p>
    <w:p>
      <w:pPr>
        <w:jc w:val="right"/>
      </w:pPr>
      <w:r>
        <w:t>سپرچولٹی بس اس کا نام ہے کہ آپ کے اندر یہ کپیسٹی ہو، اس آئٹم کو کنورٹ کر دے نان مٹیریل میں۔</w:t>
      </w:r>
    </w:p>
    <w:p>
      <w:r>
        <w:rPr>
          <w:b/>
        </w:rPr>
        <w:t xml:space="preserve">[28:09] </w:t>
      </w:r>
      <w:r>
        <w:t>that is spirituality. material item ko non material mein convert kar sakein, yahi spirituality hai.</w:t>
      </w:r>
    </w:p>
    <w:p>
      <w:pPr>
        <w:jc w:val="right"/>
      </w:pPr>
      <w:r>
        <w:t>دیٹ از سپرچولٹی۔ مٹیریل آئٹم کو نان مٹیریل میں کنورٹ کر سکیں، یہی سپرچولٹی ہے۔</w:t>
      </w:r>
    </w:p>
    <w:p>
      <w:r>
        <w:rPr>
          <w:b/>
        </w:rPr>
        <w:t xml:space="preserve">[28:21] </w:t>
      </w:r>
      <w:r>
        <w:t>to material item jab tak hai, woh aap ki body ke liye food deta hai.</w:t>
      </w:r>
    </w:p>
    <w:p>
      <w:pPr>
        <w:jc w:val="right"/>
      </w:pPr>
      <w:r>
        <w:t>تو مٹیریل آئٹم جب تک ہے، وہ آپ کی باڈی کے لیے فوڈ دیتا ہے۔</w:t>
      </w:r>
    </w:p>
    <w:p>
      <w:r>
        <w:rPr>
          <w:b/>
        </w:rPr>
        <w:t xml:space="preserve">[28:26] </w:t>
      </w:r>
      <w:r>
        <w:t>lekin jab aap convert karte hain is ko non material mein, to aap ki rooh ke liye woh ghiza ban jati hai.</w:t>
      </w:r>
    </w:p>
    <w:p>
      <w:pPr>
        <w:jc w:val="right"/>
      </w:pPr>
      <w:r>
        <w:t>لیکن جب آپ کنورٹ کرتے ہیں اس کو نان مٹیریل میں، تو آپ کی روح کے لیے وہ غذا بن جاتی ہے۔</w:t>
      </w:r>
    </w:p>
    <w:p>
      <w:r>
        <w:rPr>
          <w:b/>
        </w:rPr>
        <w:t xml:space="preserve">[28:35] </w:t>
      </w:r>
      <w:r>
        <w:t>wohi cheez jis ko quran mein kaha gaya hai "rizq rabb" . to ek body ki ghiza hai, ek aap ke andar ki rooh, is ki ghiza hai.</w:t>
      </w:r>
    </w:p>
    <w:p>
      <w:pPr>
        <w:jc w:val="right"/>
      </w:pPr>
      <w:r>
        <w:t>وہی چیز جس کو قرآن میں کہا گیا ہے "رزق رب" ۔ تو ایک باڈی کی غذا ہے، ایک آپ کے اندر کی روح، اس کی غذا ہے۔</w:t>
      </w:r>
    </w:p>
    <w:p>
      <w:r>
        <w:rPr>
          <w:b/>
        </w:rPr>
        <w:t xml:space="preserve">[28:44] </w:t>
      </w:r>
      <w:r>
        <w:t>to body ki ghiza to rakh di Allah taala ne material cheezon mein. lekin rooh ki ghiza jo hai, woh isi material cheezon hi mein ek aur cheez hai.</w:t>
      </w:r>
    </w:p>
    <w:p>
      <w:pPr>
        <w:jc w:val="right"/>
      </w:pPr>
      <w:r>
        <w:t>تو باڈی کی غذا تو رکھ دی اللہ تعالیٰ نے مٹیریل چیزوں میں۔ لیکن روح کی غذا جو ہے، وہ اسی مٹیریل چیزوں ہی میں ایک اور چیز ہے۔</w:t>
      </w:r>
    </w:p>
    <w:p>
      <w:r>
        <w:rPr>
          <w:b/>
        </w:rPr>
        <w:t xml:space="preserve">[28:58] </w:t>
      </w:r>
      <w:r>
        <w:t>ek non material is ka makan. is ko jab aap extract karte hain to aap ki rooh ko ghiza mil jati hai.</w:t>
      </w:r>
    </w:p>
    <w:p>
      <w:pPr>
        <w:jc w:val="right"/>
      </w:pPr>
      <w:r>
        <w:t>ایک نان مٹیریل اس کا مکان۔ اس کو جب آپ ایکسٹریکٹ کرتے ہیں تو آپ کی روح کو غذا مل جاتی ہے۔</w:t>
      </w:r>
    </w:p>
    <w:p>
      <w:r>
        <w:rPr>
          <w:b/>
        </w:rPr>
        <w:t xml:space="preserve">[29:10] </w:t>
      </w:r>
      <w:r>
        <w:t>maslan aap shaam ko so gaye, raat bhar soye aap, aur subah ko aap neend khuli. to aap sochiye ke kaisi ajeeb cheez hai.</w:t>
      </w:r>
    </w:p>
    <w:p>
      <w:pPr>
        <w:jc w:val="right"/>
      </w:pPr>
      <w:r>
        <w:t>مثلاً آپ شام کو سو گئے، رات بھر سوئے آپ، اور صبح کو آپ نیند کھلی۔ تو آپ سوچیے کہ کیسی عجیب چیز ہے۔</w:t>
      </w:r>
    </w:p>
    <w:p>
      <w:r>
        <w:rPr>
          <w:b/>
        </w:rPr>
        <w:t xml:space="preserve">[29:23] </w:t>
      </w:r>
      <w:r>
        <w:t>yeh neend itna ajeeb o ghareeb phenomenon hai ke aaj tak is ko medical science explain nahi kar saki. ke kaise insan par neend taari hoti hai. kaise insan so jata hai.</w:t>
      </w:r>
    </w:p>
    <w:p>
      <w:pPr>
        <w:jc w:val="right"/>
      </w:pPr>
      <w:r>
        <w:t>یہ نیند اتنا عجیب و غریب پھینامنا ہے کہ آج تک اس کو میڈیکل سائنس ایکسپلین نہیں کر سکی۔ کہ کیسے انسان پر نیند طاری ہوتی ہے۔ کیسے انسان سو جاتا ہے۔</w:t>
      </w:r>
    </w:p>
    <w:p>
      <w:r>
        <w:rPr>
          <w:b/>
        </w:rPr>
        <w:t xml:space="preserve">[29:35] </w:t>
      </w:r>
      <w:r>
        <w:t>yeh shaam ka thaka hua aadmi sota hai, phir subah ko fresh ho kar uthta hai. yeh kaise aisa hota hai? aap ke bas mein nahi hai ke aap apne ko neend taari kar sakein.</w:t>
      </w:r>
    </w:p>
    <w:p>
      <w:pPr>
        <w:jc w:val="right"/>
      </w:pPr>
      <w:r>
        <w:t>یہ شام کا تھکا ہوا آدمی سوتا ہے، پھر صبح کو فریش ہو کر اٹھتا ہے۔ یہ کیسے ایسا ہوتا ہے؟ آپ کے بس میں نہیں ہے کہ آپ اپنے کو نیند طاری کر سکیں۔</w:t>
      </w:r>
    </w:p>
    <w:p>
      <w:r>
        <w:rPr>
          <w:b/>
        </w:rPr>
        <w:t xml:space="preserve">[29:50] </w:t>
      </w:r>
      <w:r>
        <w:t>aap ne, aap ne, main ne aise log dekhe hain jo raat din jagte hain, un ko neend hi nahi aati. bilkul pagal hue rehte hain. aap ne bhi dekha hoga.</w:t>
      </w:r>
    </w:p>
    <w:p>
      <w:pPr>
        <w:jc w:val="right"/>
      </w:pPr>
      <w:r>
        <w:t>آپ نے، آپ نے، میں نے ایسے لوگ دیکھے ہیں جو رات دن جگتے ہیں، ان کو نیند ہی نہیں آتی۔ بالکل پاگل ہوئے رہتے ہیں۔ آپ نے بھی دیکھا ہوگا۔</w:t>
      </w:r>
    </w:p>
    <w:p>
      <w:r>
        <w:rPr>
          <w:b/>
        </w:rPr>
        <w:t xml:space="preserve">[30:00] </w:t>
      </w:r>
      <w:r>
        <w:t>yeh neend na aaye to aadmi pagal ho jata hai.</w:t>
      </w:r>
    </w:p>
    <w:p>
      <w:pPr>
        <w:jc w:val="right"/>
      </w:pPr>
      <w:r>
        <w:t>یہ نیند نہ آئے تو آدمی پاگل ہو جاتا ہے۔</w:t>
      </w:r>
    </w:p>
    <w:p>
      <w:r>
        <w:rPr>
          <w:b/>
        </w:rPr>
        <w:t xml:space="preserve">[30:03] </w:t>
      </w:r>
      <w:r>
        <w:t>jitne pagal hote hain, woh sab un ko neend nahi aati.</w:t>
      </w:r>
    </w:p>
    <w:p>
      <w:pPr>
        <w:jc w:val="right"/>
      </w:pPr>
      <w:r>
        <w:t>جتنے پاگل ہوتے ہیں، وہ سب ان کو نیند نہیں آتی۔</w:t>
      </w:r>
    </w:p>
    <w:p>
      <w:r>
        <w:rPr>
          <w:b/>
        </w:rPr>
        <w:t xml:space="preserve">[30:09] </w:t>
      </w:r>
      <w:r>
        <w:t>jitne pagal hote hain, agar aap ghor kijiye, un ke qareeb ja kar dekhein to un ko neend nahi aati. chand din aap ko neend na aaye to aap pagal ho jayenge.</w:t>
      </w:r>
    </w:p>
    <w:p>
      <w:pPr>
        <w:jc w:val="right"/>
      </w:pPr>
      <w:r>
        <w:t>جتنے پاگل ہوتے ہیں، اگر آپ غور کیجئے، ان کے قریب جا کر دیکھیں تو ان کو نیند نہیں آتی۔ چند دن آپ کو نیند نہ آئے تو آپ پاگل ہو جائیں گے۔</w:t>
      </w:r>
    </w:p>
    <w:p>
      <w:r>
        <w:rPr>
          <w:b/>
        </w:rPr>
        <w:t xml:space="preserve">[30:21] </w:t>
      </w:r>
      <w:r>
        <w:t>to jab subah ko aap uthein aur yeh sochein ke kaisi ajeeb nemat thi ke shaam ko main bistar par leita, raat bhar sota raha, aur subah ko fresh ho kar utha, to kaisa ajeeb Allah taala ka ehsan aap ko dikhai padega.</w:t>
      </w:r>
    </w:p>
    <w:p>
      <w:pPr>
        <w:jc w:val="right"/>
      </w:pPr>
      <w:r>
        <w:t>تو جب صبح کو آپ اٹھیں اور یہ سوچیں کہ کیسی عجیب نعمت تھی کہ شام کو میں بستر پر لیٹا، رات بھر سوتا رہا، اور صبح کو فریش ہو کر اٹھا، تو کیسا عجیب اللہ تعالیٰ کا احسان آپ کو دکھائی پڑے گا۔</w:t>
      </w:r>
    </w:p>
    <w:p>
      <w:r>
        <w:rPr>
          <w:b/>
        </w:rPr>
        <w:t xml:space="preserve">[30:44] </w:t>
      </w:r>
      <w:r>
        <w:t>800 SP item.</w:t>
      </w:r>
    </w:p>
    <w:p>
      <w:pPr>
        <w:jc w:val="right"/>
      </w:pPr>
      <w:r>
        <w:t>800 ایس پی آئٹم۔</w:t>
      </w:r>
    </w:p>
    <w:p>
      <w:r>
        <w:rPr>
          <w:b/>
        </w:rPr>
        <w:t xml:space="preserve">[30:51] </w:t>
      </w:r>
      <w:r>
        <w:t>to spiritual log samajhte hain ke spirituality naam hai kuch meditation ka, murakba ka, alag thalag baith kar kuch dhyan kaan karne ka.</w:t>
      </w:r>
    </w:p>
    <w:p>
      <w:pPr>
        <w:jc w:val="right"/>
      </w:pPr>
      <w:r>
        <w:t>تو سپرچول لوگ سمجھتے ہیں کہ سپرچولٹی نام ہے کچھ میڈیٹیشن کا، مراقبہ کا، الگ تھلگ بیٹھ کر کچھ دھیان کان کرنے کا۔</w:t>
      </w:r>
    </w:p>
    <w:p>
      <w:r>
        <w:rPr>
          <w:b/>
        </w:rPr>
        <w:t xml:space="preserve">[31:02] </w:t>
      </w:r>
      <w:r>
        <w:t>woh spiritual nahi hai. main to is ko kuch bhi nahi samajhta. nothing. yeh spirituality ek intellectual waqea hai.</w:t>
      </w:r>
    </w:p>
    <w:p>
      <w:pPr>
        <w:jc w:val="right"/>
      </w:pPr>
      <w:r>
        <w:t>وہ سپرچول نہیں ہے۔ میں تو اس کو کچھ بھی نہیں سمجھتا۔ نتھنگ۔ یہ سپرچولٹی ایک انٹلیکچول واقعہ ہے۔</w:t>
      </w:r>
    </w:p>
    <w:p>
      <w:r>
        <w:rPr>
          <w:b/>
        </w:rPr>
        <w:t xml:space="preserve">[31:13] </w:t>
      </w:r>
      <w:r>
        <w:t>yani intellectual level par ek cheez guzarti hai, us ko hum kehte hain spirituality.</w:t>
      </w:r>
    </w:p>
    <w:p>
      <w:pPr>
        <w:jc w:val="right"/>
      </w:pPr>
      <w:r>
        <w:t>یعنی انٹلیکچول لیول پر ایک چیز گزرتی ہے، اس کو ہم کہتے ہیں سپرچولٹی۔</w:t>
      </w:r>
    </w:p>
    <w:p>
      <w:r>
        <w:rPr>
          <w:b/>
        </w:rPr>
        <w:t xml:space="preserve">[31:26] </w:t>
      </w:r>
      <w:r>
        <w:t>ek sahab se meri baat hui thi to woh unhon ne kya kaha ke thinking ko stop kar diay aur phir aap ko spirituality mil jayegi.</w:t>
      </w:r>
    </w:p>
    <w:p>
      <w:pPr>
        <w:jc w:val="right"/>
      </w:pPr>
      <w:r>
        <w:t>ایک صاحب سے میری بات ہوئی تھی تو وہ انہوں نے کیا کہا کہ تھنکنگ کو اسٹاپ کر دیے اور پھر آپ کو سپرچولٹی مل جائے گی۔</w:t>
      </w:r>
    </w:p>
    <w:p>
      <w:r>
        <w:rPr>
          <w:b/>
        </w:rPr>
        <w:t xml:space="preserve">[31:38] </w:t>
      </w:r>
      <w:r>
        <w:t>to un ka nazariya yeh hai. aise</w:t>
      </w:r>
    </w:p>
    <w:p>
      <w:pPr>
        <w:jc w:val="right"/>
      </w:pPr>
      <w:r>
        <w:t>تو ان کا نظریہ یہ ہے۔ ایسے</w:t>
      </w:r>
    </w:p>
    <w:p>
      <w:r>
        <w:rPr>
          <w:b/>
        </w:rPr>
        <w:t xml:space="preserve">[31:40] </w:t>
      </w:r>
      <w:r>
        <w:t>bohat se log hain. ek do baat, ek aadmi, ek aadmi ki baat nahi hai. woh thinking ko is stop kar ke samajhte hain ke ek cheez milti hai, wohi spirituality hai.</w:t>
      </w:r>
    </w:p>
    <w:p>
      <w:pPr>
        <w:jc w:val="right"/>
      </w:pPr>
      <w:r>
        <w:t>بہت سے لوگ ہیں۔ ایک دو بات، ایک آدمی، ایک آدمی کی بات نہیں ہے۔ وہ تھنکنگ کو اس اسٹاپ کر کے سمجھتے ہیں کہ ایک چیز ملتی ہے، وہی سپرچولٹی ہے۔</w:t>
      </w:r>
    </w:p>
    <w:p>
      <w:r>
        <w:rPr>
          <w:b/>
        </w:rPr>
        <w:t xml:space="preserve">[31:52] </w:t>
      </w:r>
      <w:r>
        <w:t>main is ko nahi manta. spirituality, spirituality ek bohat hi high level of thinking hai. high level of thinking.</w:t>
      </w:r>
    </w:p>
    <w:p>
      <w:pPr>
        <w:jc w:val="right"/>
      </w:pPr>
      <w:r>
        <w:t>میں اس کو نہیں مانتا۔ سپرچولٹی، سپرچولٹی ایک بہت ہی ہائی لیول آف تھنکنگ ہے۔ ہائی لیول آف تھنکنگ۔</w:t>
      </w:r>
    </w:p>
    <w:p>
      <w:r>
        <w:rPr>
          <w:b/>
        </w:rPr>
        <w:t xml:space="preserve">[32:04] </w:t>
      </w:r>
      <w:r>
        <w:t>ek high level of thinking jahan aap matter se oopar uth jatay hain. jahan aap har cheez se oopar uth jatay hain.</w:t>
      </w:r>
    </w:p>
    <w:p>
      <w:pPr>
        <w:jc w:val="right"/>
      </w:pPr>
      <w:r>
        <w:t>ایک ہائی لیول آف تھنکنگ جہاں آپ میٹر سے اوپر اٹھ جاتے ہیں۔ جہاں آپ ہر چیز سے اوپر اٹھ جاتے ہیں۔</w:t>
      </w:r>
    </w:p>
    <w:p>
      <w:r>
        <w:rPr>
          <w:b/>
        </w:rPr>
        <w:t xml:space="preserve">[32:17] </w:t>
      </w:r>
      <w:r>
        <w:t>saaron pleasure se bhi oopar uth jatay hain. har cheez aap ko ek naye andaaz se dikhai dene lagti hai.</w:t>
      </w:r>
    </w:p>
    <w:p>
      <w:pPr>
        <w:jc w:val="right"/>
      </w:pPr>
      <w:r>
        <w:t>ساروں پلیژر سے بھی اوپر اٹھ جاتے ہیں۔ ہر چیز آپ کو ایک نئے انداز سے دکھائی دینے لگتی ہے۔</w:t>
      </w:r>
    </w:p>
    <w:p>
      <w:r>
        <w:rPr>
          <w:b/>
        </w:rPr>
        <w:t xml:space="preserve">[32:31] </w:t>
      </w:r>
      <w:r>
        <w:t>is waqt aap insaan se door aur Khuda se qareeb hotay hain.</w:t>
      </w:r>
    </w:p>
    <w:p>
      <w:pPr>
        <w:jc w:val="right"/>
      </w:pPr>
      <w:r>
        <w:t>اس وقت آپ انسان سے دور اور خدا سے قریب ہوتے ہیں۔</w:t>
      </w:r>
    </w:p>
    <w:p>
      <w:r>
        <w:rPr>
          <w:b/>
        </w:rPr>
        <w:t xml:space="preserve">[32:37] </w:t>
      </w:r>
      <w:r>
        <w:t>to is waqt jo experience hota hai, woh bohat hi oonche darjay ka experience hota hai. is mein ek peace hai, ek tranquility hai.</w:t>
      </w:r>
    </w:p>
    <w:p>
      <w:pPr>
        <w:jc w:val="right"/>
      </w:pPr>
      <w:r>
        <w:t>تو اس وقت جو ایکسپیرینس ہوتا ہے، وہ بہت ہی اونچے درجے کا ایکسپیرینس ہوتا ہے۔ اس میں ایک پیس ہے، ایک ٹرانسکولیٹی ہے۔</w:t>
      </w:r>
    </w:p>
    <w:p>
      <w:r>
        <w:rPr>
          <w:b/>
        </w:rPr>
        <w:t xml:space="preserve">[32:50] </w:t>
      </w:r>
      <w:r>
        <w:t>ek ajeeb qism ka bliss hai.</w:t>
      </w:r>
    </w:p>
    <w:p>
      <w:pPr>
        <w:jc w:val="right"/>
      </w:pPr>
      <w:r>
        <w:t>ایک عجیب قسم کا بلس ہے۔</w:t>
      </w:r>
    </w:p>
    <w:p>
      <w:r>
        <w:rPr>
          <w:b/>
        </w:rPr>
        <w:t xml:space="preserve">[32:56] </w:t>
      </w:r>
      <w:r>
        <w:t>to main spirituality ko intellectual development hi ka ek ooncha darja samajhta hoon. aur is ka zariya yeh samajhta hoon ke jo hamari material life hai, jo hamare rozmarra ke tajurbaat hain, jo material world mein guzarte hain,</w:t>
      </w:r>
    </w:p>
    <w:p>
      <w:pPr>
        <w:jc w:val="right"/>
      </w:pPr>
      <w:r>
        <w:t>تو میں سپرچولٹی کو انٹلیکچول ڈیولپمنٹ ہی کا ایک اونچا درجہ سمجھتا ہوں۔ اور اس کا ذریعہ یہ سمجھتا ہوں کہ جو ہماری مٹیریل لائف ہے، جو ہمارے روزمرہ کے تجربات ہیں، جو مٹیریل ورلڈ میں گزرتے ہیں،</w:t>
      </w:r>
    </w:p>
    <w:p>
      <w:r>
        <w:rPr>
          <w:b/>
        </w:rPr>
        <w:t xml:space="preserve">[33:13] </w:t>
      </w:r>
      <w:r>
        <w:t>inhi ko aap hum convert kar sakein.</w:t>
      </w:r>
    </w:p>
    <w:p>
      <w:pPr>
        <w:jc w:val="right"/>
      </w:pPr>
      <w:r>
        <w:t>انہی کو آپ ہم کنورٹ کر سکیں۔</w:t>
      </w:r>
    </w:p>
    <w:p>
      <w:r>
        <w:rPr>
          <w:b/>
        </w:rPr>
        <w:t xml:space="preserve">[33:16] </w:t>
      </w:r>
      <w:r>
        <w:t>jaise gaaye jo hai, non milk ko milk mein convert karti hai. to insaan jo hai, matter ko non matter mein convert karta hai.</w:t>
      </w:r>
    </w:p>
    <w:p>
      <w:pPr>
        <w:jc w:val="right"/>
      </w:pPr>
      <w:r>
        <w:t>جیسے گائے جو ہے، نان ملک کو ملک میں کنورٹ کرتی ہے۔ تو انسان جو ہے، میٹر کو نان پر میٹر میں کنورٹ کرتا ہے۔</w:t>
      </w:r>
    </w:p>
    <w:p>
      <w:r>
        <w:rPr>
          <w:b/>
        </w:rPr>
        <w:t xml:space="preserve">[33:29] </w:t>
      </w:r>
      <w:r>
        <w:t>is waqt us ko tajurba hota hai spirituality ka.</w:t>
      </w:r>
    </w:p>
    <w:p>
      <w:pPr>
        <w:jc w:val="right"/>
      </w:pPr>
      <w:r>
        <w:t>اس وقت اس کو تجربہ ہوتا ہے سپرچولٹی کا۔</w:t>
      </w:r>
    </w:p>
    <w:p>
      <w:r>
        <w:rPr>
          <w:b/>
        </w:rPr>
        <w:t xml:space="preserve">[33:40] </w:t>
      </w:r>
      <w:r>
        <w:t>Quran o Hadees mein yeh lafz is tareeqay se nahi aaya hai,</w:t>
      </w:r>
    </w:p>
    <w:p>
      <w:pPr>
        <w:jc w:val="right"/>
      </w:pPr>
      <w:r>
        <w:t>قرآن و حدیث میں یہ لفظ اس طریقے سے نہیں آیا ہے،</w:t>
      </w:r>
    </w:p>
    <w:p>
      <w:r>
        <w:rPr>
          <w:b/>
        </w:rPr>
        <w:t xml:space="preserve">[33:43] </w:t>
      </w:r>
      <w:r>
        <w:t>spirituality ya rohaniyat jaise alfaaz nahi aaye hain. lekin is ka jo jo jo crux hai, woh Quran o Hadees mein maujood hai.</w:t>
      </w:r>
    </w:p>
    <w:p>
      <w:pPr>
        <w:jc w:val="right"/>
      </w:pPr>
      <w:r>
        <w:t>سپرچولٹی یا روحانیت جیسے الفاظ نہیں آئے ہیں۔ لیکن اس کا جو جو جو کرکس ہے، وہ قرآن و حدیث میں موجود ہے۔</w:t>
      </w:r>
    </w:p>
    <w:p>
      <w:r>
        <w:rPr>
          <w:b/>
        </w:rPr>
        <w:t xml:space="preserve">[33:58] </w:t>
      </w:r>
      <w:r>
        <w:t>aur main samajhta hoon ke spiritual person ke liye jo word Quran majeed mein hai, woh hai "النفس المطمئنہ" ।</w:t>
      </w:r>
    </w:p>
    <w:p>
      <w:pPr>
        <w:jc w:val="right"/>
      </w:pPr>
      <w:r>
        <w:t>اور میں سمجھتا ہوں کہ اسپرچول پرسن کے لیے جو ورڈ قرآن مجید میں ہے، وہ ہے "النفس النفس المطمئنہ" ۔</w:t>
      </w:r>
    </w:p>
    <w:p>
      <w:r>
        <w:rPr>
          <w:b/>
        </w:rPr>
        <w:t xml:space="preserve">[34:07] </w:t>
      </w:r>
      <w:r>
        <w:t>النفس المطمئنہ ka matlab hota hai complex free soul.</w:t>
      </w:r>
    </w:p>
    <w:p>
      <w:pPr>
        <w:jc w:val="right"/>
      </w:pPr>
      <w:r>
        <w:t>النفس المطمئنہ کا مطلب ہوتا ہے کمپلیکس فری سول۔</w:t>
      </w:r>
    </w:p>
    <w:p>
      <w:r>
        <w:rPr>
          <w:b/>
        </w:rPr>
        <w:t xml:space="preserve">[34:14] </w:t>
      </w:r>
      <w:r>
        <w:t>complex free soul. to main samajhta hoon ke yahi Islam ki spirituality hai. yaani ek aisa, ek aisa, aap ko ek aise level par aap pohnch jayein</w:t>
      </w:r>
    </w:p>
    <w:p>
      <w:pPr>
        <w:jc w:val="right"/>
      </w:pPr>
      <w:r>
        <w:t>کمپلیکس فری سول۔ تو میں سمجھتا ہوں کہ یہی اسلام کی سپرچولٹی ہے۔ یعنی ایک ایسا، ایک ایسا، آپ کو ایک ایسے لیول پر آپ پہنچ جائیں</w:t>
      </w:r>
    </w:p>
    <w:p>
      <w:r>
        <w:rPr>
          <w:b/>
        </w:rPr>
        <w:t xml:space="preserve">[34:29] </w:t>
      </w:r>
      <w:r>
        <w:t>apni soch ke aitbaar se, apni apni zindagi ke aitbaar se, jahan aap ke andar bias na ho, hate na ho, tashaddud na ho,</w:t>
      </w:r>
    </w:p>
    <w:p>
      <w:pPr>
        <w:jc w:val="right"/>
      </w:pPr>
      <w:r>
        <w:t>اپنی سوچ کے اعتبار سے، اپنی اپنی زندگی کے اعتبار سے، جہاں آپ کے اندر بائس نہ ہو، ہیٹ نہ ہو، تشدد نہ ہو،</w:t>
      </w:r>
    </w:p>
    <w:p>
      <w:r>
        <w:rPr>
          <w:b/>
        </w:rPr>
        <w:t xml:space="preserve">[34:43] </w:t>
      </w:r>
      <w:r>
        <w:t>revenge na ho, negativity na ho. yeh sab baatein jo hain, jab na hon to to woh hai spiritual level of living.</w:t>
      </w:r>
    </w:p>
    <w:p>
      <w:pPr>
        <w:jc w:val="right"/>
      </w:pPr>
      <w:r>
        <w:t>ریونج نہ ہو، نیگیٹیوٹی نہ ہو۔ یہ سب باتیں جو ہیں، جب نہ ہوں تو تو وہ ہے سپرچول لیول آف لیونگ۔</w:t>
      </w:r>
    </w:p>
    <w:p>
      <w:r>
        <w:rPr>
          <w:b/>
        </w:rPr>
        <w:t xml:space="preserve">[35:03] </w:t>
      </w:r>
      <w:r>
        <w:t>to is mein jo aadmi ko khushi hoti hai, woh kisi aur cheez mein nahi ho sakti.</w:t>
      </w:r>
    </w:p>
    <w:p>
      <w:pPr>
        <w:jc w:val="right"/>
      </w:pPr>
      <w:r>
        <w:t>تو اس میں جو آدمی کو خوشی ہوتی ہے، وہ کسی اور چیز میں نہیں ہو سکتی۔</w:t>
      </w:r>
    </w:p>
    <w:p>
      <w:r>
        <w:rPr>
          <w:b/>
        </w:rPr>
        <w:t xml:space="preserve">[35:14] </w:t>
      </w:r>
      <w:r>
        <w:t>kisi aur cheez mein nahi ho sakti. kal mujhe ek ek tajurba hua. ek apa kahin se koi mithai layein, bohat khane mein bohat hi tasty thi woh.</w:t>
      </w:r>
    </w:p>
    <w:p>
      <w:pPr>
        <w:jc w:val="right"/>
      </w:pPr>
      <w:r>
        <w:t>کسی اور چیز میں نہیں ہو سکتی۔ کل مجھے ایک ایک تجربہ ہوا۔ ایک آپا کہیں سے کوئی مٹھائی لائیں، بہت کھانے میں بہت ہی ٹیسٹی تھی وہ۔</w:t>
      </w:r>
    </w:p>
    <w:p>
      <w:r>
        <w:rPr>
          <w:b/>
        </w:rPr>
        <w:t xml:space="preserve">[35:30] </w:t>
      </w:r>
      <w:r>
        <w:t>to main ne ek kha liya.</w:t>
      </w:r>
    </w:p>
    <w:p>
      <w:pPr>
        <w:jc w:val="right"/>
      </w:pPr>
      <w:r>
        <w:t>تو میں نے ایک کھا لیا۔</w:t>
      </w:r>
    </w:p>
    <w:p>
      <w:r>
        <w:rPr>
          <w:b/>
        </w:rPr>
        <w:t xml:space="preserve">[35:33] </w:t>
      </w:r>
      <w:r>
        <w:t>ab is ke baad kya hua ke khansi aur cough, achi khasi museebat ho gayi mere liye. to main ne socha, yaani yeh bhi ek tajurba tha.</w:t>
      </w:r>
    </w:p>
    <w:p>
      <w:pPr>
        <w:jc w:val="right"/>
      </w:pPr>
      <w:r>
        <w:t>اب اس کے بعد کیا ہوا کہ کھانسی اور کف، اچھی خاصی مصیبت ہو گئی میرے لیے۔ تو میں نے سوچا، یعنی یہ بھی ایک تجربہ تھا۔</w:t>
      </w:r>
    </w:p>
    <w:p>
      <w:r>
        <w:rPr>
          <w:b/>
        </w:rPr>
        <w:t xml:space="preserve">[35:46] </w:t>
      </w:r>
      <w:r>
        <w:t>yaani woh woh bohat tasty thi khane mein. lekin result kya nikla ke khansi aa gayi aur cough anay laga.</w:t>
      </w:r>
    </w:p>
    <w:p>
      <w:pPr>
        <w:jc w:val="right"/>
      </w:pPr>
      <w:r>
        <w:t>یعنی وہ وہ بہت ٹیسٹی تھی کھانے میں۔ لیکن رزلٹ کیا نکلا کہ کھانسی آ گئی اور کف آنے لگا۔</w:t>
      </w:r>
    </w:p>
    <w:p>
      <w:r>
        <w:rPr>
          <w:b/>
        </w:rPr>
        <w:t xml:space="preserve">[35:55] </w:t>
      </w:r>
      <w:r>
        <w:t>to mein ne socha ke Allah taala ne is dunya mein test birds to diye hain, lekin enjoy nahi diya hai.</w:t>
      </w:r>
    </w:p>
    <w:p>
      <w:pPr>
        <w:jc w:val="right"/>
      </w:pPr>
      <w:r>
        <w:t>تو میں نے سوچا کہ اللہ تعالیٰ نے اس دنیا میں ٹیسٹ برڈز تو دیے ہیں، لیکن انجوائے نہیں دیا ہے۔</w:t>
      </w:r>
    </w:p>
    <w:p>
      <w:r>
        <w:rPr>
          <w:b/>
        </w:rPr>
        <w:t xml:space="preserve">[36:06] </w:t>
      </w:r>
      <w:r>
        <w:t>ek baar ajeeb ehsaas hua mujhe. Yaani bohat hi ajeeb baat hai. Aakhir test birds agar mere andar na hota to mein kaise is ki lazzat ko mehsoos kar sakta tha.</w:t>
      </w:r>
    </w:p>
    <w:p>
      <w:pPr>
        <w:jc w:val="right"/>
      </w:pPr>
      <w:r>
        <w:t>ایک بار عجیب احساس ہوا مجھے۔ یعنی بہت ہی عجیب بات ہے۔ آخر ٹیسٹ برڈز اگر میرے اندر نہ ہوتا تو میں کیسے اس کی لذت کو محسوس کر سکتا تھا۔</w:t>
      </w:r>
    </w:p>
    <w:p>
      <w:r>
        <w:rPr>
          <w:b/>
        </w:rPr>
        <w:t xml:space="preserve">[36:18] </w:t>
      </w:r>
      <w:r>
        <w:t>waaqatan woh bohat hi lazeez thi mithai woh.</w:t>
      </w:r>
    </w:p>
    <w:p>
      <w:pPr>
        <w:jc w:val="right"/>
      </w:pPr>
      <w:r>
        <w:t>واقعتاً وہ بہت ہی لذیذ تھی مٹھائی وہ۔</w:t>
      </w:r>
    </w:p>
    <w:p>
      <w:r>
        <w:rPr>
          <w:b/>
        </w:rPr>
        <w:t xml:space="preserve">[36:23] </w:t>
      </w:r>
      <w:r>
        <w:t>lekin ek hi baar khane ke baad maine kaha ab yaani khana hai is ko. To is dunya mein Allah taala ne cis enjoy diya, lekin enjoy ko rakh diya akhirat mein.</w:t>
      </w:r>
    </w:p>
    <w:p>
      <w:pPr>
        <w:jc w:val="right"/>
      </w:pPr>
      <w:r>
        <w:t>لیکن ایک ہی بار کھانے کے بعد میں نے کہا اب یعنی کھانا ہے اس کو۔ تو اس دنیا میں اللہ تعالیٰ نے سیس انجوائے دیا، لیکن انجوائے کو رکھ دیا آخرت میں۔</w:t>
      </w:r>
    </w:p>
    <w:p>
      <w:r>
        <w:rPr>
          <w:b/>
        </w:rPr>
        <w:t xml:space="preserve">[36:37] </w:t>
      </w:r>
      <w:r>
        <w:t>test birds to diye, lekin aap chahte hain ke aap ko lazeez cheezein milein to woh akhirat mein milein gi, dunya mein nahi.</w:t>
      </w:r>
    </w:p>
    <w:p>
      <w:pPr>
        <w:jc w:val="right"/>
      </w:pPr>
      <w:r>
        <w:t>ٹیسٹ برڈز تو دیے، لیکن آپ چاہتے ہیں کہ آپ کو لذیذ چیزیں ملیں تو وہ آخرت میں ملیں گی، دنیا میں نہیں۔</w:t>
      </w:r>
    </w:p>
    <w:p>
      <w:r>
        <w:rPr>
          <w:b/>
        </w:rPr>
        <w:t xml:space="preserve">[36:46] </w:t>
      </w:r>
      <w:r>
        <w:t>yeh bhi, yeh yeh bhi ek tosam ki baat hai. Aur bohat ajeeb cheez hai yeh. Jitne bhi insaan ke andar jazbaat hain, desires hain, jitne bhi senses hain,</w:t>
      </w:r>
    </w:p>
    <w:p>
      <w:pPr>
        <w:jc w:val="right"/>
      </w:pPr>
      <w:r>
        <w:t>یہ بھی، یہ یہ بھی ایک توسم کی بات ہے۔ اور بہت عجیب چیز ہے یہ۔ جتنے بھی انسان کے اندر جذبات ہیں، ڈیزائر ہیں، جتنے بھی سینسز ہیں،</w:t>
      </w:r>
    </w:p>
    <w:p>
      <w:r>
        <w:rPr>
          <w:b/>
        </w:rPr>
        <w:t xml:space="preserve">[37:02] </w:t>
      </w:r>
      <w:r>
        <w:t>jitni bhi khwahishein hain, un sab ka muamla yeh hai ke dunya mein aap ko aap ko khwahish ka tajurba hota hai, lekin fulfillment ka tajurba nahi hota.</w:t>
      </w:r>
    </w:p>
    <w:p>
      <w:pPr>
        <w:jc w:val="right"/>
      </w:pPr>
      <w:r>
        <w:t>جتنی بھی خواہشیں ہیں، ان سب کا معاملہ یہ ہے کہ دنیا میں آپ کو آپ کو خواہش کا تجربہ ہوتا ہے، لیکن فلفلمنٹ کا تجربہ نہیں ہوتا۔</w:t>
      </w:r>
    </w:p>
    <w:p>
      <w:r>
        <w:rPr>
          <w:b/>
        </w:rPr>
        <w:t xml:space="preserve">[37:14] </w:t>
      </w:r>
      <w:r>
        <w:t>maashra ka bhi nahi hota.</w:t>
      </w:r>
    </w:p>
    <w:p>
      <w:pPr>
        <w:jc w:val="right"/>
      </w:pPr>
      <w:r>
        <w:t>معاشرہ کا بھی نہیں ہوتا۔</w:t>
      </w:r>
    </w:p>
    <w:p>
      <w:r>
        <w:rPr>
          <w:b/>
        </w:rPr>
        <w:t xml:space="preserve">[37:17] </w:t>
      </w:r>
      <w:r>
        <w:t>ke woh kis liye aisa rakha Allah taala ne. Yeh ek bohat hi taaqatwar reminder hai yeh. Yeh jo Allah ne dori bana di, desire mein aur fulfillment jo Allah taala ne dori bana di, dono mil nahi sakte.</w:t>
      </w:r>
    </w:p>
    <w:p>
      <w:pPr>
        <w:jc w:val="right"/>
      </w:pPr>
      <w:r>
        <w:t>کہ وہ کس لیے ایسا رکھا اللہ تعالیٰ نے۔ یہ ایک بہت ہی طاقتور ریمائنڈر ہے یہ۔ یہ جو اللہ نے دوری بنا دی، ڈیزائر میں اور فلفلمنٹ جو اللہ تعالیٰ نے دوری بنا دی، دونوں مل نہیں سکتے۔</w:t>
      </w:r>
    </w:p>
    <w:p>
      <w:r>
        <w:rPr>
          <w:b/>
        </w:rPr>
        <w:t xml:space="preserve">[37:35] </w:t>
      </w:r>
      <w:r>
        <w:t>insaan ke andar desire hai aur fulfillment jo hai woh us ko haasil nahi hota. To yeh contradiction hai, ek dori hai.</w:t>
      </w:r>
    </w:p>
    <w:p>
      <w:pPr>
        <w:jc w:val="right"/>
      </w:pPr>
      <w:r>
        <w:t>انسان کے اندر ڈیزائر ہے اور فلفلمنٹ جو ہے وہ اس کو حاصل نہیں ہوتا۔ تو یہ کنٹراڈکشن ہے، ایک دوری ہے۔</w:t>
      </w:r>
    </w:p>
    <w:p>
      <w:r>
        <w:rPr>
          <w:b/>
        </w:rPr>
        <w:t xml:space="preserve">[37:44] </w:t>
      </w:r>
      <w:r>
        <w:t>yeh bohat hi powerful reminder hai insaan ke liye taake woh insaan jannat ko yaad kare. Kyun ke jab test birds hain to zaroor hai ke is ki test, is ke mutabiq tasty cheezein kahin maujood hon.</w:t>
      </w:r>
    </w:p>
    <w:p>
      <w:pPr>
        <w:jc w:val="right"/>
      </w:pPr>
      <w:r>
        <w:t>یہ بہت ہی پاور فل ریمائنڈر ہے انسان کے لیے تاکہ وہ انسان جنت کو یاد کرے۔ کیونکہ جب ٹیسٹ برڈز ہیں تو ضرور ہے کہ اس کی ٹیسٹ، اس کے مطابق ٹیسٹی چیزیں کہیں موجود ہوں۔</w:t>
      </w:r>
    </w:p>
    <w:p>
      <w:r>
        <w:rPr>
          <w:b/>
        </w:rPr>
        <w:t xml:space="preserve">[38:02] </w:t>
      </w:r>
      <w:r>
        <w:t>jab sense of enjoy hai to zaroor hai ke is ka takmeel ka kahin samaan ho.</w:t>
      </w:r>
    </w:p>
    <w:p>
      <w:pPr>
        <w:jc w:val="right"/>
      </w:pPr>
      <w:r>
        <w:t>جب سینس آف انجوائے ہے تو ضرور ہے کہ اس کا تکمیل کا کہیں سامان ہو۔</w:t>
      </w:r>
    </w:p>
    <w:p>
      <w:r>
        <w:rPr>
          <w:b/>
        </w:rPr>
        <w:t xml:space="preserve">[38:10] </w:t>
      </w:r>
      <w:r>
        <w:t>isi cheez ko Quran mein kaha gaya hai ke "ومن کل الشیء خلقنا زوجين لعلكم تذکرون" ۔</w:t>
      </w:r>
    </w:p>
    <w:p>
      <w:pPr>
        <w:jc w:val="right"/>
      </w:pPr>
      <w:r>
        <w:t>اسی چیز کو قرآن میں کہا گیا ہے کہ "ومن کل الشیء خلقنا زوجين لعلكم تذکرون" ۔</w:t>
      </w:r>
    </w:p>
    <w:p>
      <w:r>
        <w:rPr>
          <w:b/>
        </w:rPr>
        <w:t xml:space="preserve">[38:18] </w:t>
      </w:r>
      <w:r>
        <w:t>ke har cheez ko Allah taala ne paida kiya pair pair, jore jore.</w:t>
      </w:r>
    </w:p>
    <w:p>
      <w:pPr>
        <w:jc w:val="right"/>
      </w:pPr>
      <w:r>
        <w:t>کہ ہر چیز کو اللہ تعالیٰ نے پیدا کیا پیئر پیئر، جوڑے جوڑے۔</w:t>
      </w:r>
    </w:p>
    <w:p>
      <w:r>
        <w:rPr>
          <w:b/>
        </w:rPr>
        <w:t xml:space="preserve">[38:28] </w:t>
      </w:r>
      <w:r>
        <w:t>yeh male hai to female hai.</w:t>
      </w:r>
    </w:p>
    <w:p>
      <w:pPr>
        <w:jc w:val="right"/>
      </w:pPr>
      <w:r>
        <w:t>یہ میل ہے تو فی میل ہے۔</w:t>
      </w:r>
    </w:p>
    <w:p>
      <w:r>
        <w:rPr>
          <w:b/>
        </w:rPr>
        <w:t xml:space="preserve">[38:32] </w:t>
      </w:r>
      <w:r>
        <w:t>hata ke particle hain bhi, negative particle hain to positive particle hain to negative particle hain.</w:t>
      </w:r>
    </w:p>
    <w:p>
      <w:pPr>
        <w:jc w:val="right"/>
      </w:pPr>
      <w:r>
        <w:t>حتیٰ کہ پارٹیکل ہیں بھی، نیگیٹیو پارٹیکل ہیں تو پازیٹیو پارٹیکل ہیں تو نیگیٹیو پارٹیکل ہیں۔</w:t>
      </w:r>
    </w:p>
    <w:p>
      <w:r>
        <w:rPr>
          <w:b/>
        </w:rPr>
        <w:t xml:space="preserve">[38:40] </w:t>
      </w:r>
      <w:r>
        <w:t>insaan mein mard hai to aurat hai. Yaani poori dunya mein har cheez jo hai pair pair ki shakal mein hai.</w:t>
      </w:r>
    </w:p>
    <w:p>
      <w:pPr>
        <w:jc w:val="right"/>
      </w:pPr>
      <w:r>
        <w:t>انسان میں مرد ہے تو عورت ہے۔ یعنی پوری دنیا میں ہر چیز جو ہے پیئر پیئر کی شکل میں ہے۔</w:t>
      </w:r>
    </w:p>
    <w:p>
      <w:r>
        <w:rPr>
          <w:b/>
        </w:rPr>
        <w:t xml:space="preserve">[38:49] </w:t>
      </w:r>
      <w:r>
        <w:t>to yeh wahi to yahan bhi hai. Aap ko jo desire di gayi hai, is ka bhi ek pair chahiye. Sense of enjoy jo diya gaya aap ko, is ka bhi ek pair chahiye.</w:t>
      </w:r>
    </w:p>
    <w:p>
      <w:pPr>
        <w:jc w:val="right"/>
      </w:pPr>
      <w:r>
        <w:t>تو یہ وہی تو یہاں بھی ہے۔ آپ کو جو ڈیزائر دی گئی ہے، اس کا بھی ایک پیئر چاہیے۔ سینس آف انجوائے جو دیا گیا آپ کو، اس کا بھی ایک پیئر چاہیے۔</w:t>
      </w:r>
    </w:p>
    <w:p>
      <w:r>
        <w:rPr>
          <w:b/>
        </w:rPr>
        <w:t xml:space="preserve">[39:01] </w:t>
      </w:r>
      <w:r>
        <w:t>woh pair hai fulfillment. Sense of enjoy ka pair kya hai? Fulfillment.</w:t>
      </w:r>
    </w:p>
    <w:p>
      <w:pPr>
        <w:jc w:val="right"/>
      </w:pPr>
      <w:r>
        <w:t>وہ پیئر ہے فلفلمنٹ۔ سینس آف انجوائے کا پیئر کیا ہے؟ فلفلمنٹ۔</w:t>
      </w:r>
    </w:p>
    <w:p>
      <w:r>
        <w:rPr>
          <w:b/>
        </w:rPr>
        <w:t xml:space="preserve">[39:09] </w:t>
      </w:r>
      <w:r>
        <w:t>to aap sochein ke jab har cheez ka pair maujood hai to is is ka pair kahan hai? "ومن کل الشیء خلقنا زوجين لعلكم تذكرون" ۔</w:t>
      </w:r>
    </w:p>
    <w:p>
      <w:pPr>
        <w:jc w:val="right"/>
      </w:pPr>
      <w:r>
        <w:t>تو آپ سوچیں کہ جب ہر چیز کا پیئر موجود ہے تو اس اس کا پیئر کہاں ہے؟ "ومن کل الشیء خلقنا زوجين لعلكم تذكرون" ۔</w:t>
      </w:r>
    </w:p>
    <w:p>
      <w:r>
        <w:rPr>
          <w:b/>
        </w:rPr>
        <w:t xml:space="preserve">[39:22] </w:t>
      </w:r>
      <w:r>
        <w:t>yeh Quran ki ayat hai ke hum ne paida ki har cheez jore jore taake tum sochein. Sochein ka matlab kya hai?</w:t>
      </w:r>
    </w:p>
    <w:p>
      <w:pPr>
        <w:jc w:val="right"/>
      </w:pPr>
      <w:r>
        <w:t>یہ قرآن کی آیت ہے کہ ہم نے پیدا کی ہر چیز جوڑے جوڑے تاکہ تم سوچو۔ سوچو کا مطلب کیا ہے؟</w:t>
      </w:r>
    </w:p>
    <w:p>
      <w:r>
        <w:rPr>
          <w:b/>
        </w:rPr>
        <w:t xml:space="preserve">[39:34] </w:t>
      </w:r>
      <w:r>
        <w:t>ke ek cheez ka jora, sab cheez ka jora to ek aur cheez hai, is ka jora kahan hai?</w:t>
      </w:r>
    </w:p>
    <w:p>
      <w:pPr>
        <w:jc w:val="right"/>
      </w:pPr>
      <w:r>
        <w:t>کہ ایک چیز کا جوڑا، سب چیز کا جوڑا تو ایک اور چیز ہے، اس کا جوڑا کہاں ہے؟</w:t>
      </w:r>
    </w:p>
    <w:p>
      <w:r>
        <w:rPr>
          <w:b/>
        </w:rPr>
        <w:t xml:space="preserve">[39:38] </w:t>
      </w:r>
      <w:r>
        <w:t>mein desire ka fulfillment, fulfillment kahan hai? Jab har cheez ka jora maujood hai aur yeh jo nature mein jo system hai, is mein woh jore par mabni hai.</w:t>
      </w:r>
    </w:p>
    <w:p>
      <w:pPr>
        <w:jc w:val="right"/>
      </w:pPr>
      <w:r>
        <w:t>میں ڈیزائر کا فلفلمنٹ، فلفلمنٹ کہاں ہے؟ جب ہر چیز کا جوڑا موجود ہے اور یہ جو نیچر میں جو سسٹم ہے، اس میں وہ جوڑے پر مبنی ہے۔</w:t>
      </w:r>
    </w:p>
    <w:p>
      <w:r>
        <w:rPr>
          <w:b/>
        </w:rPr>
        <w:t xml:space="preserve">[39:54] </w:t>
      </w:r>
      <w:r>
        <w:t>yaani pair based system hai nature. To yeh bhi, is ka bhi jora chahiye. Yaani desire ka jora, fulfillment hai, woh bhi to chahiye.</w:t>
      </w:r>
    </w:p>
    <w:p>
      <w:pPr>
        <w:jc w:val="right"/>
      </w:pPr>
      <w:r>
        <w:t>یعنی پیئر بیسڈ سسٹم ہے نیچر۔ تو یہ بھی، اس کا بھی جوڑا چاہیے۔ یعنی ڈیزائر کا جوڑا، فلفلمنٹ ہے، وہ بھی تو چاہیے۔</w:t>
      </w:r>
    </w:p>
    <w:p>
      <w:r>
        <w:rPr>
          <w:b/>
        </w:rPr>
        <w:t xml:space="preserve">[40:06] </w:t>
      </w:r>
      <w:r>
        <w:t>to woh hai jannat</w:t>
      </w:r>
    </w:p>
    <w:p>
      <w:pPr>
        <w:jc w:val="right"/>
      </w:pPr>
      <w:r>
        <w:t>تو وہ ہے جنت</w:t>
      </w:r>
    </w:p>
    <w:p>
      <w:r>
        <w:rPr>
          <w:b/>
        </w:rPr>
        <w:t xml:space="preserve">[40:07] </w:t>
      </w:r>
      <w:r>
        <w:t>. is tarah aap jannat ko yaad karenge, jannat ke liye duaen karenge, jannat ke liye aap mutamanni rahenge, jannat ki taraf daudenge.</w:t>
      </w:r>
    </w:p>
    <w:p>
      <w:pPr>
        <w:jc w:val="right"/>
      </w:pPr>
      <w:r>
        <w:t>۔ اس طرح آپ جنت کو یاد کریں گے، جنت کے لیے دعائیں کریں گے، جنت کے لیے آپ متمنی رہیں گے، جنت کی طرف دوڑیں گے۔</w:t>
      </w:r>
    </w:p>
    <w:p>
      <w:r>
        <w:rPr>
          <w:b/>
        </w:rPr>
        <w:t xml:space="preserve">[40:19] </w:t>
      </w:r>
      <w:r>
        <w:t>jo quran mein hai ke "labis lahaza falya'mal al'amilun" . jannat ki taraf log, woh cheezen log daudein us ki taraf.</w:t>
      </w:r>
    </w:p>
    <w:p>
      <w:pPr>
        <w:jc w:val="right"/>
      </w:pPr>
      <w:r>
        <w:t>جو قرآن میں ہے کہ "لبس لہذا فليعمل العاملون" ۔ جنت کی طرف لوگ، وہ چیزیں لوگ دوڑیں اس کی طرف۔</w:t>
      </w:r>
    </w:p>
    <w:p>
      <w:r>
        <w:rPr>
          <w:b/>
        </w:rPr>
        <w:t xml:space="preserve">[40:32] </w:t>
      </w:r>
      <w:r>
        <w:t>"saroo ila maghfirah wa jannat as-samawat" .</w:t>
      </w:r>
    </w:p>
    <w:p>
      <w:pPr>
        <w:jc w:val="right"/>
      </w:pPr>
      <w:r>
        <w:t>"ساروا الى مغفرة وجنة السماوات" ۔</w:t>
      </w:r>
    </w:p>
    <w:p>
      <w:r>
        <w:rPr>
          <w:b/>
        </w:rPr>
        <w:t xml:space="preserve">[40:38] </w:t>
      </w:r>
      <w:r>
        <w:t>"saroo ila maghfirah wa jannat as-samawat" woh lafz hai ke daudo jannat ki taraf, jo zameen o aasman ki kushadgi ke barabar hai.</w:t>
      </w:r>
    </w:p>
    <w:p>
      <w:pPr>
        <w:jc w:val="right"/>
      </w:pPr>
      <w:r>
        <w:t>"ساروا الى مغفرة وجنة السماوات" وہ لفظ ہے کہ دوڑو جنت کی طرف، جو زمین و آسمان کی کشادگی کے برابر ہے۔</w:t>
      </w:r>
    </w:p>
    <w:p>
      <w:r>
        <w:rPr>
          <w:b/>
        </w:rPr>
        <w:t xml:space="preserve">[40:53] </w:t>
      </w:r>
      <w:r>
        <w:t>to yeh hai islam mein daily life.</w:t>
      </w:r>
    </w:p>
    <w:p>
      <w:pPr>
        <w:jc w:val="right"/>
      </w:pPr>
      <w:r>
        <w:t>تو یہ ہے اسلام میں ڈیلی لائف۔</w:t>
      </w:r>
    </w:p>
    <w:p>
      <w:r>
        <w:rPr>
          <w:b/>
        </w:rPr>
        <w:t xml:space="preserve">[40:59] </w:t>
      </w:r>
      <w:r>
        <w:t>islam mein daily life ka jawab yeh nahi hai ke kuch rituals hain, kuch manuals hain, koi list hai dos and don'ts ki, us ko karte rahiye subah shaam tak.</w:t>
      </w:r>
    </w:p>
    <w:p>
      <w:pPr>
        <w:jc w:val="right"/>
      </w:pPr>
      <w:r>
        <w:t>اسلام میں ڈیلی لائف کا جواب یہ نہیں ہے کہ کچھ ریچولز ہیں، کچھ مائنولز ہیں، کوئی لسٹ ہے ڈوز اینڈ ڈونٹس کی، اس کو کرتے رہیے صبح شام تک۔</w:t>
      </w:r>
    </w:p>
    <w:p>
      <w:r>
        <w:rPr>
          <w:b/>
        </w:rPr>
        <w:t xml:space="preserve">[41:11] </w:t>
      </w:r>
      <w:r>
        <w:t>aisa nahi hai. is ka matlab hai ke aap apne andar woh creative mind paida karein, apne andar woh tosam ki salahiyat paida karein,</w:t>
      </w:r>
    </w:p>
    <w:p>
      <w:pPr>
        <w:jc w:val="right"/>
      </w:pPr>
      <w:r>
        <w:t>ایسا نہیں ہے۔ اس کا مطلب ہے کہ آپ اپنے اندر وہ کریٹیو مائنڈ پیدا کریں، اپنے اندر وہ توسم کی صلاحیت پیدا کریں،</w:t>
      </w:r>
    </w:p>
    <w:p>
      <w:r>
        <w:rPr>
          <w:b/>
        </w:rPr>
        <w:t xml:space="preserve">[41:25] </w:t>
      </w:r>
      <w:r>
        <w:t>apne aap ko itna itna shaoori aitbar se itna bedar karein, har cheez mein aap ko jhalak dikhai de. jaise mein aik aik waqea arz karoon,</w:t>
      </w:r>
    </w:p>
    <w:p>
      <w:pPr>
        <w:jc w:val="right"/>
      </w:pPr>
      <w:r>
        <w:t>اپنے آپ کو اتنا اتنا شعوری اعتبار سے اتنا بیدار کریں، ہر چیز میں آپ کو جھلک دکھائی دے۔ جیسے میں ایک ایک واقعہ عرض کروں،</w:t>
      </w:r>
    </w:p>
    <w:p>
      <w:r>
        <w:rPr>
          <w:b/>
        </w:rPr>
        <w:t xml:space="preserve">[41:39] </w:t>
      </w:r>
      <w:r>
        <w:t>dilli mein do sahib thay, un ka death ho chuki hai. aik thay ram ratan kapla aur aik thay moti ram saraw.</w:t>
      </w:r>
    </w:p>
    <w:p>
      <w:pPr>
        <w:jc w:val="right"/>
      </w:pPr>
      <w:r>
        <w:t>دلی میں دو صاحب تھے، ان کا ڈیتھ ہو چکی ہے۔ ایک تھے رام رتن کپلا اور ایک تھے موتی رام سراو۔</w:t>
      </w:r>
    </w:p>
    <w:p>
      <w:r>
        <w:rPr>
          <w:b/>
        </w:rPr>
        <w:t xml:space="preserve">[41:50] </w:t>
      </w:r>
      <w:r>
        <w:t>to moti ram thay, jeweler thay. ram ratan kapla jo un ki aik industry thi, to dono rozana subah ko sath walk kiya karte thay.</w:t>
      </w:r>
    </w:p>
    <w:p>
      <w:pPr>
        <w:jc w:val="right"/>
      </w:pPr>
      <w:r>
        <w:t>تو موتی رام تھے، جولر تھے۔ رام رتن کپلا جو ان کی ایک انڈسٹری تھی، تو دونوں روزانہ صبح کو ساتھ واک کیا کرتے تھے۔</w:t>
      </w:r>
    </w:p>
    <w:p>
      <w:r>
        <w:rPr>
          <w:b/>
        </w:rPr>
        <w:t xml:space="preserve">[42:05] </w:t>
      </w:r>
      <w:r>
        <w:t>sath walk kiya karte thay. to aik martaba walk kar rahe thay to aik maqam par unhon ne dekha ke aik shishe ki jaisi aik cheez chamak rahi hai.</w:t>
      </w:r>
    </w:p>
    <w:p>
      <w:pPr>
        <w:jc w:val="right"/>
      </w:pPr>
      <w:r>
        <w:t>ساتھ واک کیا کرتے تھے۔ تو ایک مرتبہ واک کر رہے تھے تو ایک مقام پر انہوں نے دیکھا کہ ایک شیشے کی جیسی ایک چیز چمک رہی ہے۔</w:t>
      </w:r>
    </w:p>
    <w:p>
      <w:r>
        <w:rPr>
          <w:b/>
        </w:rPr>
        <w:t xml:space="preserve">[42:16] </w:t>
      </w:r>
      <w:r>
        <w:t>to us ko ram ratan kapla ne uthaya, kaha ke us ko shishe ka tukra batayein. unhon ne kaha ke dekho, aik shishe ka tukra yahan pada hua hai. to moti ram saraw ne jab use dekha to foran pehchan gaye ke yeh shishe ka tukra nahi hai,</w:t>
      </w:r>
    </w:p>
    <w:p>
      <w:pPr>
        <w:jc w:val="right"/>
      </w:pPr>
      <w:r>
        <w:t>تو اس کو رام رتن کپلا نے اٹھایا، کہا کہ اس کو شیشے کا ٹکڑا بتائیں۔ انہوں نے کہا کہ دیکھو، ایک شیشے کا ٹکڑا یہاں پڑا ہوا ہے۔ تو موتی رام سراو نے جب اسے دیکھا تو فوراً پہچان گئے کہ یہ شیشے کا ٹکڑا نہیں ہے،</w:t>
      </w:r>
    </w:p>
    <w:p>
      <w:r>
        <w:rPr>
          <w:b/>
        </w:rPr>
        <w:t xml:space="preserve">[42:31] </w:t>
      </w:r>
      <w:r>
        <w:t>yeh to diamond ka aik piece hai, yeh diamond ka tukra hai. yeh ram ratan kapla us ko pehchan nahi paye, us ko shishe ka tukra samajhte thay aur us ko woh phenkna chahte thay us ko.</w:t>
      </w:r>
    </w:p>
    <w:p>
      <w:pPr>
        <w:jc w:val="right"/>
      </w:pPr>
      <w:r>
        <w:t>یہ تو ڈائمنڈ کا ایک پیس ہے، یہ ڈائمنڈ کا ٹکڑا ہے۔ یہ رام رتن کپلا اس کو پہچان نہیں پائے، اس کو شیشے کا ٹکڑا سمجھتے تھے اور اس کو وہ پھینکنا چاہتے تھے اس کو۔</w:t>
      </w:r>
    </w:p>
    <w:p>
      <w:r>
        <w:rPr>
          <w:b/>
        </w:rPr>
        <w:t xml:space="preserve">[42:45] </w:t>
      </w:r>
      <w:r>
        <w:t>lekin ram ram ratan ne, lekin moti ram saraw ne foran pehchan liya us ki jo shining thi us se ke yeh to diamond ka tukra hai.</w:t>
      </w:r>
    </w:p>
    <w:p>
      <w:pPr>
        <w:jc w:val="right"/>
      </w:pPr>
      <w:r>
        <w:t>لیکن رام رام رتن نے، لیکن موتی رام سراو نے فوراً پہچان لیا اس کی جو شائننگ تھی اس سے کہ یہ تو ڈائمنڈ کا ٹکڑا ہے۔</w:t>
      </w:r>
    </w:p>
    <w:p>
      <w:r>
        <w:rPr>
          <w:b/>
        </w:rPr>
        <w:t xml:space="preserve">[42:57] </w:t>
      </w:r>
      <w:r>
        <w:t>aise hi woh insan hai jis ke andar jaag chuka ho woh rabbaniyat, tosam aur sacha daryaft haqeeqat allah ke ta'alluq,</w:t>
      </w:r>
    </w:p>
    <w:p>
      <w:pPr>
        <w:jc w:val="right"/>
      </w:pPr>
      <w:r>
        <w:t>ایسے ہی وہ انسان ہے جس کے اندر جاگ چکا ہو وہ ربانیت، توسم اور سچا دریافت حقیقت اللہ کے تعلق،</w:t>
      </w:r>
    </w:p>
    <w:p>
      <w:r>
        <w:rPr>
          <w:b/>
        </w:rPr>
        <w:t xml:space="preserve">[43:14] </w:t>
      </w:r>
      <w:r>
        <w:t>imania shaoor yeh jaag chuka ho us ke andar to woh foran pehchan lega. yaani aik material item ke andar jo doosra item hai, us ko foran pehchan lega woh aur phir us us ki shakhsiyat ka irtaqa hota rahega.</w:t>
      </w:r>
    </w:p>
    <w:p>
      <w:pPr>
        <w:jc w:val="right"/>
      </w:pPr>
      <w:r>
        <w:t>ایمانی شعور یہ جاگ چکا ہو اس کے اندر تو وہ فوراً پہچان لے گا۔ یعنی ایک مٹیریل آئٹم کے اندر جو دوسرا آئٹم ہے، اس کو فوراً پہچان لے گا وہ اور پھر اس اس کی شخصیت کا ارتقاء ہوتا رہے گا۔</w:t>
      </w:r>
    </w:p>
    <w:p>
      <w:r>
        <w:rPr>
          <w:b/>
        </w:rPr>
        <w:t xml:space="preserve">[43:35] </w:t>
      </w:r>
      <w:r>
        <w:t>yeh matlab hai tazkiya ka jo</w:t>
      </w:r>
    </w:p>
    <w:p>
      <w:pPr>
        <w:jc w:val="right"/>
      </w:pPr>
      <w:r>
        <w:t>یہ مطلب ہے تزکیہ کا جو</w:t>
      </w:r>
    </w:p>
    <w:p>
      <w:r>
        <w:rPr>
          <w:b/>
        </w:rPr>
        <w:t xml:space="preserve">[43:38] </w:t>
      </w:r>
      <w:r>
        <w:t>quran mein hai ke "zalika jaza'u man tazakka" . ke jannat un logon ke liye hai jinhon ne apna tazkiya kiya.</w:t>
      </w:r>
    </w:p>
    <w:p>
      <w:pPr>
        <w:jc w:val="right"/>
      </w:pPr>
      <w:r>
        <w:t>قرآن میں ہے کہ "ذالک جزاء منتزکی" ۔ کہ جنت ان لوگوں کے لیے ہے جنہوں نے اپنا تزکیہ کیا۔</w:t>
      </w:r>
    </w:p>
    <w:p>
      <w:r>
        <w:rPr>
          <w:b/>
        </w:rPr>
        <w:t xml:space="preserve">[43:49] </w:t>
      </w:r>
      <w:r>
        <w:t>to tazkiya koi tazkiya koi murqabe mein nahi hota, tasbeeh khwani mein nahi hota, kuch araz wazaif mein nahi hota.</w:t>
      </w:r>
    </w:p>
    <w:p>
      <w:pPr>
        <w:jc w:val="right"/>
      </w:pPr>
      <w:r>
        <w:t>تو تزکیہ کوئی تزکیہ کوئی مرقبے میں نہیں ہوتا، تسبیح خوانی میں نہیں ہوتا، کچھ اعراض وظائف میں نہیں ہوتا۔</w:t>
      </w:r>
    </w:p>
    <w:p>
      <w:r>
        <w:rPr>
          <w:b/>
        </w:rPr>
        <w:t xml:space="preserve">[44:00] </w:t>
      </w:r>
      <w:r>
        <w:t>yehi tazkiya hai jo mein ne arz kiya.</w:t>
      </w:r>
    </w:p>
    <w:p>
      <w:pPr>
        <w:jc w:val="right"/>
      </w:pPr>
      <w:r>
        <w:t>یہی تزکیہ ہے جو میں نے عرض کیا۔</w:t>
      </w:r>
    </w:p>
    <w:p>
      <w:r>
        <w:rPr>
          <w:b/>
        </w:rPr>
        <w:t xml:space="preserve">[44:04] </w:t>
      </w:r>
      <w:r>
        <w:t>yeh jo subah shaam aap ke sath guzarta hai, jo aap convert karte hain</w:t>
      </w:r>
    </w:p>
    <w:p>
      <w:pPr>
        <w:jc w:val="right"/>
      </w:pPr>
      <w:r>
        <w:t>یہ جو صبح شام آپ کے ساتھ گزرتا ہے، جو آپ کنورٹ کرتے ہیں</w:t>
      </w:r>
    </w:p>
    <w:p>
      <w:r>
        <w:rPr>
          <w:b/>
        </w:rPr>
        <w:t xml:space="preserve">[44:12] </w:t>
      </w:r>
      <w:r>
        <w:t>to wohi tazkiya hai.</w:t>
      </w:r>
    </w:p>
    <w:p>
      <w:pPr>
        <w:jc w:val="right"/>
      </w:pPr>
      <w:r>
        <w:t>تو وہی تزکیہ ہے۔</w:t>
      </w:r>
    </w:p>
    <w:p>
      <w:r>
        <w:rPr>
          <w:b/>
        </w:rPr>
        <w:t xml:space="preserve">[44:17] </w:t>
      </w:r>
      <w:r>
        <w:t>yehi tazkiya hai.</w:t>
      </w:r>
    </w:p>
    <w:p>
      <w:pPr>
        <w:jc w:val="right"/>
      </w:pPr>
      <w:r>
        <w:t>یہی تزکیہ ہے۔</w:t>
      </w:r>
    </w:p>
    <w:p>
      <w:r>
        <w:rPr>
          <w:b/>
        </w:rPr>
        <w:t xml:space="preserve">[44:21] </w:t>
      </w:r>
      <w:r>
        <w:t>to yeh tazkiya ka process jari rehta hai, jari rehta hai, jari rehta hai yahan tak ke aadmi jannat ka deserving candidate ban jata hai. yaani jannat ki refined colony mein basaye jaane ke qabil insan ban jata hai.</w:t>
      </w:r>
    </w:p>
    <w:p>
      <w:pPr>
        <w:jc w:val="right"/>
      </w:pPr>
      <w:r>
        <w:t>تو یہ تزکیہ کا پراسیس جاری رہتا ہے، جاری رہتا ہے، جاری رہتا ہے یہاں تک کہ آدمی جنت کا ڈیزرونگ کینڈیڈیٹ بن جاتا ہے۔ یعنی جنت کی ریفائنڈ کالونی میں بسائے جانے کے قابل انسان بن جاتا ہے۔</w:t>
      </w:r>
    </w:p>
    <w:p>
      <w:r>
        <w:rPr>
          <w:b/>
        </w:rPr>
        <w:t xml:space="preserve">[44:35] </w:t>
      </w:r>
      <w:r>
        <w:t>us ke andar wohi rooh hoti hai, wohi mind hota hai, wohi shakhsiyat hoti hai jo wahan basaye jaane ke qabil ho.</w:t>
      </w:r>
    </w:p>
    <w:p>
      <w:pPr>
        <w:jc w:val="right"/>
      </w:pPr>
      <w:r>
        <w:t>اس کے اندر وہی روح ہوتی ہے، وہی مائنڈ ہوتا ہے، وہی شخصیت ہوتی ہے جو وہاں بسائے جانے کے قابل ہو۔</w:t>
      </w:r>
    </w:p>
    <w:p>
      <w:r>
        <w:rPr>
          <w:b/>
        </w:rPr>
        <w:t xml:space="preserve">[44:46] </w:t>
      </w:r>
      <w:r>
        <w:t>to islam mein daily life ke subject par sochte hue yeh sab baatein mere zehen mein aayin ke islam jo hai koi manual type ka program nahi hua.</w:t>
      </w:r>
    </w:p>
    <w:p>
      <w:pPr>
        <w:jc w:val="right"/>
      </w:pPr>
      <w:r>
        <w:t>تو اسلام میں ڈیلی لائف کے سبجیکٹ پر سوچتے ہوئے یہ سب باتیں میرے ذہن میں آئیں کہ اسلام جو ہے کوئی مینول ٹائپ کا پروگرام نہیں دیا۔</w:t>
      </w:r>
    </w:p>
    <w:p>
      <w:r>
        <w:rPr>
          <w:b/>
        </w:rPr>
        <w:t xml:space="preserve">[44:57] </w:t>
      </w:r>
      <w:r>
        <w:t>islam ne, islam ka matlab ke aap ke andar creative personality jaage</w:t>
      </w:r>
    </w:p>
    <w:p>
      <w:pPr>
        <w:jc w:val="right"/>
      </w:pPr>
      <w:r>
        <w:t>اسلام نے، اسلام کا مطلب کہ آپ کے اندر کریٹیو پرسنیلٹی جاگے</w:t>
      </w:r>
    </w:p>
    <w:p>
      <w:r>
        <w:rPr>
          <w:b/>
        </w:rPr>
        <w:t xml:space="preserve">[45:02] </w:t>
      </w:r>
      <w:r>
        <w:t>aur woh subah shaam</w:t>
      </w:r>
    </w:p>
    <w:p>
      <w:pPr>
        <w:jc w:val="right"/>
      </w:pPr>
      <w:r>
        <w:t>اور وہ صبح شام</w:t>
      </w:r>
    </w:p>
    <w:p>
      <w:r>
        <w:rPr>
          <w:b/>
        </w:rPr>
        <w:t xml:space="preserve">[45:07] </w:t>
      </w:r>
      <w:r>
        <w:t>qaza lete hue apna irtaqa karta rahe, yahan tak ke woh muzakkar shakhsiyat ban jaye aur phir woh jannat ke qabil thehre Allah ki nazar mein.</w:t>
      </w:r>
    </w:p>
    <w:p>
      <w:pPr>
        <w:jc w:val="right"/>
      </w:pPr>
      <w:r>
        <w:t>قضا لیتے ہوئے اپنا ارتقاء کرتا رہے، یہاں تک کہ وہ مذکر شخصیت بن جائے اور پھر وہ جنت کے قابل ٹھہرے اللہ کی نظر میں۔</w:t>
      </w:r>
    </w:p>
    <w:p>
      <w:r>
        <w:rPr>
          <w:b/>
        </w:rPr>
        <w:t xml:space="preserve">[45:19] </w:t>
      </w:r>
      <w:r>
        <w:t>to meri dua hai ke Allah taala mujh ko aur aap ko is ke qabil banaye aur hum ko jannat mein dakhil kare. Aool qooli haaza wastaghfirullah alaikum ajmaeen.</w:t>
      </w:r>
    </w:p>
    <w:p>
      <w:pPr>
        <w:jc w:val="right"/>
      </w:pPr>
      <w:r>
        <w:t>تو میری دعا ہے کہ اللہ تعالیٰ مجھ کو اور آپ کو اس کے قابل بنائے اور ہم کو جنت میں داخل کرے۔ أقول قولي هذا واستغفراللہ علیکم اجمعین.</w:t>
      </w:r>
    </w:p>
    <w:p>
      <w:r>
        <w:rPr>
          <w:b/>
        </w:rPr>
        <w:t xml:space="preserve">[45:44] </w:t>
      </w:r>
      <w:r>
        <w:t>sawal singapore se hai, slash, mister slash malhotra ka. unhon ne likha hai: "Maulana sahib I have a question for you today.</w:t>
      </w:r>
    </w:p>
    <w:p>
      <w:pPr>
        <w:jc w:val="right"/>
      </w:pPr>
      <w:r>
        <w:t>سوال سنگاپور سے ہے، سلیش، مسٹر سلیش ملہوترا کا۔ انہوں نے لکھا ہے: "مولانا صاحب I have a question for you today.</w:t>
      </w:r>
    </w:p>
    <w:p>
      <w:r>
        <w:rPr>
          <w:b/>
        </w:rPr>
        <w:t xml:space="preserve">[45:54] </w:t>
      </w:r>
      <w:r>
        <w:t>This pertains to your earlier podcast on signs of rejection by God. Are these signs a signal that man has crossed the point of no return and no repentance from here will work</w:t>
      </w:r>
    </w:p>
    <w:p>
      <w:pPr>
        <w:jc w:val="right"/>
      </w:pPr>
      <w:r>
        <w:t>This pertains to your earlier podcast on signs of rejection by God. Are these signs a signal that man has crossed the point of no return and no repentance from here will work</w:t>
      </w:r>
    </w:p>
    <w:p>
      <w:r>
        <w:rPr>
          <w:b/>
        </w:rPr>
        <w:t xml:space="preserve">[46:09] </w:t>
      </w:r>
      <w:r>
        <w:t>? Maulana sahib please shed some light on this subject. rashal kamai to hai inkar karna. ji. nishaniyon ka inkar?</w:t>
      </w:r>
    </w:p>
    <w:p>
      <w:pPr>
        <w:jc w:val="right"/>
      </w:pPr>
      <w:r>
        <w:t>? مولانا صاحب please shed some light on this subject. ریشل کمائی تو ہے انکار کرنا۔ جی۔ نشانیوں کا انکار؟</w:t>
      </w:r>
    </w:p>
    <w:p>
      <w:r>
        <w:rPr>
          <w:b/>
        </w:rPr>
        <w:t xml:space="preserve">[46:19] </w:t>
      </w:r>
      <w:r>
        <w:t>ji. kya matlab nishaniyon ka inkar? nishaniyon ka inkar insan karta hai. achha hai. phir se padhiye to. phir se padhiye.</w:t>
      </w:r>
    </w:p>
    <w:p>
      <w:pPr>
        <w:jc w:val="right"/>
      </w:pPr>
      <w:r>
        <w:t>جی۔ کیا مطلب نشانیوں کا انکار؟ نشانیوں کا انکار انسان کرتا ہے۔ اچھا ہے۔ پھر سے پڑھیے تو۔ پھر سے پڑھیے۔</w:t>
      </w:r>
    </w:p>
    <w:p>
      <w:r>
        <w:rPr>
          <w:b/>
        </w:rPr>
        <w:t xml:space="preserve">[46:29] </w:t>
      </w:r>
      <w:r>
        <w:t>I have a question for you today. This pertains to your earlier podcast on signs of rejection by God</w:t>
      </w:r>
    </w:p>
    <w:p>
      <w:pPr>
        <w:jc w:val="right"/>
      </w:pPr>
      <w:r>
        <w:t>I have a question for you today. This pertains to your earlier podcast on signs of rejection by God</w:t>
      </w:r>
    </w:p>
    <w:p>
      <w:r>
        <w:rPr>
          <w:b/>
        </w:rPr>
        <w:t xml:space="preserve">[46:36] </w:t>
      </w:r>
      <w:r>
        <w:t>. Are these signs a signal that man has crossed the point of no return and no repentance from here will work?</w:t>
      </w:r>
    </w:p>
    <w:p>
      <w:pPr>
        <w:jc w:val="right"/>
      </w:pPr>
      <w:r>
        <w:t>. Are these signs a signal that man has crossed the point of no return and no repentance from here will work?</w:t>
      </w:r>
    </w:p>
    <w:p>
      <w:r>
        <w:rPr>
          <w:b/>
        </w:rPr>
        <w:t xml:space="preserve">[46:48] </w:t>
      </w:r>
      <w:r>
        <w:t>mein jahan tak mein samajh paya hoon yeh shayad yeh kehna chahte hain ke Allah ki taraf se jo koi nishani zahir ho aur us ko insan usay sabak na le aur uska inkar kare</w:t>
      </w:r>
    </w:p>
    <w:p>
      <w:pPr>
        <w:jc w:val="right"/>
      </w:pPr>
      <w:r>
        <w:t>میں جہاں تک میں سمجھ پایا ہوں یہ شاید یہ کہنا چاہتے ہیں کہ اللہ کی طرف سے جو کوئی نشانی ظاہر ہو اور اس کو انسان اسے سبق نہ لے اور اس کا انکار کرے</w:t>
      </w:r>
    </w:p>
    <w:p>
      <w:r>
        <w:rPr>
          <w:b/>
        </w:rPr>
        <w:t xml:space="preserve">[47:03] </w:t>
      </w:r>
      <w:r>
        <w:t>to kya uska nateeja yeh hoga ke insan jo hai ab is ki islaah khatam ho gayi? ab woh is ab woh punishment hi is ke hissay muqaddar hai?</w:t>
      </w:r>
    </w:p>
    <w:p>
      <w:pPr>
        <w:jc w:val="right"/>
      </w:pPr>
      <w:r>
        <w:t>تو کیا اس کا نتیجہ یہ ہوگا کہ انسان جو ہے اب اس کی اصلاح ختم ہوگئی؟ اب وہ اس اب وہ پنشمنٹ ہی اس کے حصے مقدر ہے؟</w:t>
      </w:r>
    </w:p>
    <w:p>
      <w:r>
        <w:rPr>
          <w:b/>
        </w:rPr>
        <w:t xml:space="preserve">[47:14] </w:t>
      </w:r>
      <w:r>
        <w:t>yeh matlab hai is ka? ji Maulana yahi yahi yahi lag raha hai. haan agar yeh matlab hai to mera mudda</w:t>
      </w:r>
    </w:p>
    <w:p>
      <w:pPr>
        <w:jc w:val="right"/>
      </w:pPr>
      <w:r>
        <w:t>یہ مطلب ہے اس کا؟ جی مولانا یہی یہی یہی لگ رہا ہے۔ ہاں اگر یہ مطلب ہے تو میرا مدعا</w:t>
      </w:r>
    </w:p>
    <w:p>
      <w:r>
        <w:rPr>
          <w:b/>
        </w:rPr>
        <w:t xml:space="preserve">[47:23] </w:t>
      </w:r>
      <w:r>
        <w:t>aisa nahi hoga. mujhe yaad nahi kya kaha tha maine ke koi bhi yani Allah ki taraf se nishaniyan zahir hoti hain to ek to koi bhi inkar aap ko foran yani Allah ka final nahi ban jata.</w:t>
      </w:r>
    </w:p>
    <w:p>
      <w:pPr>
        <w:jc w:val="right"/>
      </w:pPr>
      <w:r>
        <w:t>ایسا نہیں ہوگا۔ مجھے یاد نہیں کیا کہا تھا میں نے کہ کوئی بھی یعنی اللہ کی طرف سے نشانیاں ظاہر ہوتی ہیں تو ایک تو کوئی بھی انکار آپ کو فوراً یعنی اللہ کا فائنل نہیں بن جاتا۔</w:t>
      </w:r>
    </w:p>
    <w:p>
      <w:r>
        <w:rPr>
          <w:b/>
        </w:rPr>
        <w:t xml:space="preserve">[47:40] </w:t>
      </w:r>
      <w:r>
        <w:t>kyun ke signs to rozana zahir hote hain.</w:t>
      </w:r>
    </w:p>
    <w:p>
      <w:pPr>
        <w:jc w:val="right"/>
      </w:pPr>
      <w:r>
        <w:t>کیونکہ سائنس تو روزانہ ظاہر ہوتے ہیں۔</w:t>
      </w:r>
    </w:p>
    <w:p>
      <w:r>
        <w:rPr>
          <w:b/>
        </w:rPr>
        <w:t xml:space="preserve">[47:43] </w:t>
      </w:r>
      <w:r>
        <w:t>aap inkar karein, inkar karein lekin kisi waqt agar aap ko tofeeq ho jaye manne ki aur aap loten, you turn lein to Allah aap ko accept kar lega.</w:t>
      </w:r>
    </w:p>
    <w:p>
      <w:pPr>
        <w:jc w:val="right"/>
      </w:pPr>
      <w:r>
        <w:t>آپ انکار کریں، انکار کریں لیکن کسی وقت اگر آپ کو توفیق ہو جائے ماننے کی اور آپ لوٹیں، یو ٹرن لیں تو اللہ آپ کو ایکسیپٹ کر لے گا۔</w:t>
      </w:r>
    </w:p>
    <w:p>
      <w:r>
        <w:rPr>
          <w:b/>
        </w:rPr>
        <w:t xml:space="preserve">[47:56] </w:t>
      </w:r>
      <w:r>
        <w:t>kyun ke hadith mein hai ke</w:t>
      </w:r>
    </w:p>
    <w:p>
      <w:pPr>
        <w:jc w:val="right"/>
      </w:pPr>
      <w:r>
        <w:t>کیونکہ حدیث میں ہے کہ</w:t>
      </w:r>
    </w:p>
    <w:p>
      <w:r>
        <w:rPr>
          <w:b/>
        </w:rPr>
        <w:t xml:space="preserve">[48:02] </w:t>
      </w:r>
      <w:r>
        <w:t>"yaqbalu al-tawba bi-ghayri ghurqin". Allah aakhir waqt tak tauba qabool karta hai.</w:t>
      </w:r>
    </w:p>
    <w:p>
      <w:pPr>
        <w:jc w:val="right"/>
      </w:pPr>
      <w:r>
        <w:t>"يَقْبُلُ التَّوبَةَ بَعْلَمٍ غَرْقٍ" ۔ اللہ آخر وقت تک توبہ قبول کرتا ہے۔</w:t>
      </w:r>
    </w:p>
    <w:p>
      <w:r>
        <w:rPr>
          <w:b/>
        </w:rPr>
        <w:t xml:space="preserve">[48:10] </w:t>
      </w:r>
      <w:r>
        <w:t>to chahe aap ne bar bar nishaniyon ka inkar kiya ho lekin kabhi aap ko subah shaam mein aap ko yani aap ka mind jo hai jaag uthe aur aap yani soche ke main ghalati kar raha tha</w:t>
      </w:r>
    </w:p>
    <w:p>
      <w:pPr>
        <w:jc w:val="right"/>
      </w:pPr>
      <w:r>
        <w:t>تو چاہے آپ نے بار بار نشانیوں کا انکار کیا ہو لیکن کبھی آپ کو صبح شام میں آپ کو یعنی آپ کا مائنڈ جو ہے جاگ اٹھے اور آپ یعنی سوچے کہ میں غلطی کر رہا تھا</w:t>
      </w:r>
    </w:p>
    <w:p>
      <w:r>
        <w:rPr>
          <w:b/>
        </w:rPr>
        <w:t xml:space="preserve">[48:27] </w:t>
      </w:r>
      <w:r>
        <w:t>"I was wrong, I was wrong, I was wrong". aur phir aap Allah ki taraf chal padein. to hadith mein aata hai ke tum agar chal kar aaoge Allah ki taraf to Allah tumhein daud kar aayega tumhari taraf.</w:t>
      </w:r>
    </w:p>
    <w:p>
      <w:pPr>
        <w:jc w:val="right"/>
      </w:pPr>
      <w:r>
        <w:t>"I was wrong, I was wrong, I was wrong" ۔ اور پھر آپ اللہ کی طرف چل پڑیں۔ تو حدیث میں آتا ہے کہ تم اگر چل کر آؤ گے اللہ کی طرف تو اللہ تمہیں دوڑ کر آئے گا تمہاری طرف۔</w:t>
      </w:r>
    </w:p>
    <w:p>
      <w:r>
        <w:rPr>
          <w:b/>
        </w:rPr>
        <w:t xml:space="preserve">[48:44] </w:t>
      </w:r>
      <w:r>
        <w:t>bahut ajeeb hadith ek hai. koi banda agar Allah ki taraf agar chal kar aata hai to Allah us ko daud kar aata hai.</w:t>
      </w:r>
    </w:p>
    <w:p>
      <w:pPr>
        <w:jc w:val="right"/>
      </w:pPr>
      <w:r>
        <w:t>بہت عجیب حدیث ایک ہے۔ کوئی بندہ اگر اللہ کی طرف اگر چل کر آتا ہے تو اللہ اس کو دوڑ کر آتا ہے۔</w:t>
      </w:r>
    </w:p>
    <w:p>
      <w:r>
        <w:rPr>
          <w:b/>
        </w:rPr>
        <w:t xml:space="preserve">[48:54] </w:t>
      </w:r>
      <w:r>
        <w:t>to koi bhi rejection signs ka insan ko punishment ka mustahiq foran nahi banata. Allah us ko aur mauqa deta hai, aur mauqa, aur mauqa deta hai.</w:t>
      </w:r>
    </w:p>
    <w:p>
      <w:pPr>
        <w:jc w:val="right"/>
      </w:pPr>
      <w:r>
        <w:t>تو کوئی بھی ریجیکشن سائنس کا انسان کو پنشمنٹ کا مستحق فوراً نہیں بناتا۔ اللہ اس کو اور موقع دیتا ہے، اور موقع، اور موقع دیتا ہے۔</w:t>
      </w:r>
    </w:p>
    <w:p>
      <w:r>
        <w:rPr>
          <w:b/>
        </w:rPr>
        <w:t xml:space="preserve">[49:08] </w:t>
      </w:r>
      <w:r>
        <w:t>to five hours no return bahut der mein aata hai, foran nahi aata. Maulana agla sawal Ahmedabad se hai, Ibrahim sahib ka</w:t>
      </w:r>
    </w:p>
    <w:p>
      <w:pPr>
        <w:jc w:val="right"/>
      </w:pPr>
      <w:r>
        <w:t>تو پانچ آورز نو ریٹرن بہت دیر میں آتا ہے، فوراً نہیں آتا۔ مولانا اگلا سوال احمد آباد سے ہے، ابراہیم صاحب کا</w:t>
      </w:r>
    </w:p>
    <w:p>
      <w:r>
        <w:rPr>
          <w:b/>
        </w:rPr>
        <w:t xml:space="preserve">[49:17] </w:t>
      </w:r>
      <w:r>
        <w:t>. unhon ne likha hai: "Molana, you have in your life demonstrated how to lead a peace and a spiritual life.</w:t>
      </w:r>
    </w:p>
    <w:p>
      <w:pPr>
        <w:jc w:val="right"/>
      </w:pPr>
      <w:r>
        <w:t>۔ انہوں نے لکھا ہے: "Molana, you have in your life demonstrated how to lead a peace and a spiritual life.</w:t>
      </w:r>
    </w:p>
    <w:p>
      <w:r>
        <w:rPr>
          <w:b/>
        </w:rPr>
        <w:t xml:space="preserve">[49:27] </w:t>
      </w:r>
      <w:r>
        <w:t>But in our daily life, we face many unpleasant situations which eventually give us stress and frustration. Please give us a practical formula of leading a life like you do." bhai ajzi ka maine misaal di aap ko</w:t>
      </w:r>
    </w:p>
    <w:p>
      <w:pPr>
        <w:jc w:val="right"/>
      </w:pPr>
      <w:r>
        <w:t>But in our daily life, we face many unpleasant situations which eventually give us stress and frustration. Please give us a practical formula of leading a life like you do." بھئی عاجزی کا میں نے مثال دی آپ کو</w:t>
      </w:r>
    </w:p>
    <w:p>
      <w:r>
        <w:rPr>
          <w:b/>
        </w:rPr>
        <w:t xml:space="preserve">[49:43] </w:t>
      </w:r>
      <w:r>
        <w:t>. agar aap ne mujhe dekha hota seerhiyon pe charhte hue to aap ko mere oopar taras aata ke seerhiyon pe main charh raha tha</w:t>
      </w:r>
    </w:p>
    <w:p>
      <w:pPr>
        <w:jc w:val="right"/>
      </w:pPr>
      <w:r>
        <w:t>۔ اگر آپ نے مجھے دیکھا ہوتا سیڑھیوں پہ چڑھتے ہوئے تو آپ کو میرے اوپر ترس آتا کہ سیڑھیوں پہ میں چڑھ رہا تھا</w:t>
      </w:r>
    </w:p>
    <w:p>
      <w:r>
        <w:rPr>
          <w:b/>
        </w:rPr>
        <w:t xml:space="preserve">[49:55] </w:t>
      </w:r>
      <w:r>
        <w:t>aur hamara yeh jo ek yahan program jo hota hai yeh yeh third floor par hota hai. to main literally ghissta hua charh raha tha.</w:t>
      </w:r>
    </w:p>
    <w:p>
      <w:pPr>
        <w:jc w:val="right"/>
      </w:pPr>
      <w:r>
        <w:t>اور ہمارا یہ جو ایک یہاں پروگرام جو ہوتا ہے یہ یہ تھرڈ فلور پر ہوتا ہے۔ تو میں لٹرلی گھسٹتا ہوا چڑھ رہا تھا۔</w:t>
      </w:r>
    </w:p>
    <w:p>
      <w:r>
        <w:rPr>
          <w:b/>
        </w:rPr>
        <w:t xml:space="preserve">[50:08] </w:t>
      </w:r>
      <w:r>
        <w:t>lekin dekhen is ne kitne bara mujhe point of reference de diya ke</w:t>
      </w:r>
    </w:p>
    <w:p>
      <w:pPr>
        <w:jc w:val="right"/>
      </w:pPr>
      <w:r>
        <w:t>لیکن دیکھیں اس نے کتنے بڑا مجھے پوائنٹ آف ریفرنس دے دیا کہ</w:t>
      </w:r>
    </w:p>
    <w:p>
      <w:r>
        <w:rPr>
          <w:b/>
        </w:rPr>
        <w:t xml:space="preserve">[50:13] </w:t>
      </w:r>
      <w:r>
        <w:t>mujhe woh yaad aayi Hazrat Aisha ki riwayat, Hazrat Abdullah aap ka qaul. phir maine kaha ke khudaaya shayad tere farishtay mujhe dekh rahe honge, likh rahe honge.</w:t>
      </w:r>
    </w:p>
    <w:p>
      <w:pPr>
        <w:jc w:val="right"/>
      </w:pPr>
      <w:r>
        <w:t>مجھے وہ یاد آئی حضرت عائشہ کی روایت، حضرت عبداللہ آپ کا قول۔ پھر میں نے کہا کہ خدایا شاید تیرے فرشتے مجھے دیکھ رہے ہوں گے، لکھ رہے ہوں گے۔</w:t>
      </w:r>
    </w:p>
    <w:p>
      <w:r>
        <w:rPr>
          <w:b/>
        </w:rPr>
        <w:t xml:space="preserve">[50:28] </w:t>
      </w:r>
      <w:r>
        <w:t>shayad meri sifarish karen tere saamne ke khudaaya tera banda teri taraf dunya mein ghissta hua chalta raha, ab akhirat mein to is ko sawal hi de de.</w:t>
      </w:r>
    </w:p>
    <w:p>
      <w:pPr>
        <w:jc w:val="right"/>
      </w:pPr>
      <w:r>
        <w:t>شاید میری سفارش کریں تیرے سامنے کہ خدایا تیرا بندہ تیری طرف دنیا میں گھستا ہوا چلتا رہا، اب آخرت میں تو اس کو سوال ہی دے دے۔</w:t>
      </w:r>
    </w:p>
    <w:p>
      <w:r>
        <w:rPr>
          <w:b/>
        </w:rPr>
        <w:t xml:space="preserve">[50:42] </w:t>
      </w:r>
      <w:r>
        <w:t>saare baith kar woh tere paas aa chuke hain. to yaad rakhen koi kaisa hi waqea ho, har waqea mein ek ek ek ek point hota hai ke is ko le kar aap aap is ko apne minus ko plus bana sakte hain.</w:t>
      </w:r>
    </w:p>
    <w:p>
      <w:pPr>
        <w:jc w:val="right"/>
      </w:pPr>
      <w:r>
        <w:t>سارے بیٹھ کر وہ تیرے پاس آ چکے ہیں۔ تو یاد رکھیں کوئی کیسا ہی واقعہ ہو، ہر واقعے میں ایک ایک ایک ایک پوائنٹ ہوتا ہے کہ اس کو لے کر آپ آپ اس کو اپنے مائنس کو پلس بنا سکتے ہیں۔</w:t>
      </w:r>
    </w:p>
    <w:p>
      <w:r>
        <w:rPr>
          <w:b/>
        </w:rPr>
        <w:t xml:space="preserve">[51:01] </w:t>
      </w:r>
      <w:r>
        <w:t>kabhi bhi yeh imkaan khatam nahi hota minus ko plus banane ka. is ki ek misaal maine yeh di.</w:t>
      </w:r>
    </w:p>
    <w:p>
      <w:pPr>
        <w:jc w:val="right"/>
      </w:pPr>
      <w:r>
        <w:t>کبھی بھی یہ امکان ختم نہیں ہوتا مائنس کو پلس بنانے کا۔ اس کی ایک مثال میں نے یہ دی۔</w:t>
      </w:r>
    </w:p>
    <w:p>
      <w:r>
        <w:rPr>
          <w:b/>
        </w:rPr>
        <w:t xml:space="preserve">[51:12] </w:t>
      </w:r>
      <w:r>
        <w:t>Maulana agla sawal London se hai, Zulqarnain sahib ka. unhon ne likha hai: "Moulana sahib, a friend of mine asked me a question which I could not answer.</w:t>
      </w:r>
    </w:p>
    <w:p>
      <w:pPr>
        <w:jc w:val="right"/>
      </w:pPr>
      <w:r>
        <w:t>مولانا اگلا سوال لندن سے ہے، ذوالقرنین صاحب کا۔ انہوں نے لکھا ہے: "Moulana صاحb, a friend of mine asked me a question which I could not answer.</w:t>
      </w:r>
    </w:p>
    <w:p>
      <w:r>
        <w:rPr>
          <w:b/>
        </w:rPr>
        <w:t xml:space="preserve">[51:25] </w:t>
      </w:r>
      <w:r>
        <w:t>He asked me whether facilitating idol worship is allowed in Islam even if one is a Muslim and believes in oneness of God.</w:t>
      </w:r>
    </w:p>
    <w:p>
      <w:pPr>
        <w:jc w:val="right"/>
      </w:pPr>
      <w:r>
        <w:t>He asked me whether facilitating idol worship is allowed in Islam even if one is a Muslim and believes in oneness of God.</w:t>
      </w:r>
    </w:p>
    <w:p>
      <w:r>
        <w:rPr>
          <w:b/>
        </w:rPr>
        <w:t xml:space="preserve">[51:36] </w:t>
      </w:r>
      <w:r>
        <w:t>For example, Muslims promoting Amarnath Yatra as a religious tourism and facilitating pilgrims' journey either by modern transport or via ponies at a cost to visit the cave.</w:t>
      </w:r>
    </w:p>
    <w:p>
      <w:pPr>
        <w:jc w:val="right"/>
      </w:pPr>
      <w:r>
        <w:t>For example, Muslims promoting Amarnath Yatra as a religious tourism and facilitating pilgrims' journey either by modern transport or via ponies at a cost to visit the cave.</w:t>
      </w:r>
    </w:p>
    <w:p>
      <w:r>
        <w:rPr>
          <w:b/>
        </w:rPr>
        <w:t xml:space="preserve">[51:51] </w:t>
      </w:r>
      <w:r>
        <w:t>Another example is of allowing construction of temples for idol worship in present-day Muslim countries like Dubai, etc., by providing them land.</w:t>
      </w:r>
    </w:p>
    <w:p>
      <w:pPr>
        <w:jc w:val="right"/>
      </w:pPr>
      <w:r>
        <w:t>Another example is of allowing construction of temples for idol worship in present-day Muslim countries like Dubai, etc., by providing them land.</w:t>
      </w:r>
    </w:p>
    <w:p>
      <w:r>
        <w:rPr>
          <w:b/>
        </w:rPr>
        <w:t xml:space="preserve">[52:02] </w:t>
      </w:r>
      <w:r>
        <w:t>Maulana sahib, how should I address this question?"</w:t>
      </w:r>
    </w:p>
    <w:p>
      <w:pPr>
        <w:jc w:val="right"/>
      </w:pPr>
      <w:r>
        <w:t>مولانا صاحب, how should I address this question?"</w:t>
      </w:r>
    </w:p>
    <w:p>
      <w:r>
        <w:rPr>
          <w:b/>
        </w:rPr>
        <w:t xml:space="preserve">[52:09] </w:t>
      </w:r>
      <w:r>
        <w:t>dekhen yeh main samajhta hoon ke jo log aisa kar rahe hain, agar woh talib-e-qalb ke liye kar rahe hon aur woh un ke da'o work ka ek part ho to bilkul sahi hai.</w:t>
      </w:r>
    </w:p>
    <w:p>
      <w:pPr>
        <w:jc w:val="right"/>
      </w:pPr>
      <w:r>
        <w:t>دیکھیں یہ میں سمجھتا ہوں کہ جو لوگ ایسا کر رہے ہیں، اگر وہ طالبِ قلب کے لیے کر رہے ہوں اور وہ ان کے داؤ ورک کا ایک پارٹ ہو تو بالکل صحیح ہے۔</w:t>
      </w:r>
    </w:p>
    <w:p>
      <w:r>
        <w:rPr>
          <w:b/>
        </w:rPr>
        <w:t xml:space="preserve">[52:24] </w:t>
      </w:r>
      <w:r>
        <w:t>yaani aisa kar ke woh un ke, yaani un ke andar saaf corner paida karen aur phir un ko quran dein to main samajhta hoon ke bilkul durust hai yeh.</w:t>
      </w:r>
    </w:p>
    <w:p>
      <w:pPr>
        <w:jc w:val="right"/>
      </w:pPr>
      <w:r>
        <w:t>یعنی ایسا کر کے وہ ان کے، یعنی ان کے اندر صاف کارنر پیدا کریں اور پھر ان کو قرآن دیں تو میں سمجھتا ہوں کہ بالکل درست ہے یہ۔</w:t>
      </w:r>
    </w:p>
    <w:p>
      <w:r>
        <w:rPr>
          <w:b/>
        </w:rPr>
        <w:t xml:space="preserve">[52:37] </w:t>
      </w:r>
      <w:r>
        <w:t>aur agar is mein da'wat ka ki spirit na ho, talib-e-qalb ka maqsad na ho, koi aur maqsad ho to main samajhta hoon ke woh sahi nahi hoga.</w:t>
      </w:r>
    </w:p>
    <w:p>
      <w:pPr>
        <w:jc w:val="right"/>
      </w:pPr>
      <w:r>
        <w:t>اور اگر اس میں دعوت کا کی اسپرٹ نہ ہو، طالبِ قلب کا مقصد نہ ہو، کوئی اور مقصد ہو تو میں سمجھتا ہوں کہ وہ صحیح نہیں ہوگا۔</w:t>
      </w:r>
    </w:p>
    <w:p>
      <w:r>
        <w:rPr>
          <w:b/>
        </w:rPr>
        <w:t xml:space="preserve">[52:49] </w:t>
      </w:r>
      <w:r>
        <w:t>kyunke quran mein hai ke "ta'awanoo alal birri wa taqwa wa la ta'awanoo alal ismi wal udwani"</w:t>
      </w:r>
    </w:p>
    <w:p>
      <w:pPr>
        <w:jc w:val="right"/>
      </w:pPr>
      <w:r>
        <w:t>کیونکہ قرآن میں ہے کہ "تعاونوا للبل ولتعاونوا للاسم العدوان"</w:t>
      </w:r>
    </w:p>
    <w:p>
      <w:r>
        <w:rPr>
          <w:b/>
        </w:rPr>
        <w:t xml:space="preserve">[52:55] </w:t>
      </w:r>
      <w:r>
        <w:t>. yaani cooperation dena sahi maqsad ke liye durust hai, ghalat maqsad ke liye nahi.</w:t>
      </w:r>
    </w:p>
    <w:p>
      <w:pPr>
        <w:jc w:val="right"/>
      </w:pPr>
      <w:r>
        <w:t>۔ یعنی کوآپریشن دینا صحیح مقصد کے لیے درست ہے، غلط مقصد کے لیے نہیں۔</w:t>
      </w:r>
    </w:p>
    <w:p>
      <w:r>
        <w:rPr>
          <w:b/>
        </w:rPr>
        <w:t xml:space="preserve">[53:04] </w:t>
      </w:r>
      <w:r>
        <w:t>cooperation agar aap dein kisi ko to sahi maqsad ke liye de sakte hain aap. ek chor chori karne ja raha hai, us ko aap transport muhayya karen to woh ghalat hoga.</w:t>
      </w:r>
    </w:p>
    <w:p>
      <w:pPr>
        <w:jc w:val="right"/>
      </w:pPr>
      <w:r>
        <w:t>کوآپریشن اگر آپ دیں کسی کو تو صحیح مقصد کے لیے دے سکتے ہیں آپ۔ ایک چور چوری کرنے جا رہا ہے، اس کو آپ ٹرانسپورٹ مہیا کریں تو وہ غلط ہوگا۔</w:t>
      </w:r>
    </w:p>
    <w:p>
      <w:r>
        <w:rPr>
          <w:b/>
        </w:rPr>
        <w:t xml:space="preserve">[53:16] </w:t>
      </w:r>
      <w:r>
        <w:t>to jaise misaal ke taur par main batata hoon aap ko ke Kashmir mein lakhon lakh log jaate hain yatra ke liye to wahan par hamare saathi kya karte hain ke wahan par un ko ek botal pani, biscuit ka ek packet dete hain aur saath saath un ko quran dete hain.</w:t>
      </w:r>
    </w:p>
    <w:p>
      <w:pPr>
        <w:jc w:val="right"/>
      </w:pPr>
      <w:r>
        <w:t>تو جیسے مثال کے طور پر میں بتاتا ہوں آپ کو کہ کشمیر میں لاکھوں لاکھ لوگ جاتے ہیں یاترا کے لیے تو وہاں پر ہمارے ساتھی کیا کرتے ہیں کہ وہاں پر ان کو ایک بوتل پانی، بسکٹ کا ایک پیکٹ دیتے ہیں اور ساتھ ساتھ ان کو قرآن دیتے ہیں۔</w:t>
      </w:r>
    </w:p>
    <w:p>
      <w:r>
        <w:rPr>
          <w:b/>
        </w:rPr>
        <w:t xml:space="preserve">[53:44] </w:t>
      </w:r>
      <w:r>
        <w:t>to main samajhta hoon ke yeh bohat acha hai. kyunke yaani pani ka botal aur biscuit woh to diya unhon ne talib-e-qalb ke liye aur quran diya unhon ne da'wat ke liye.</w:t>
      </w:r>
    </w:p>
    <w:p>
      <w:pPr>
        <w:jc w:val="right"/>
      </w:pPr>
      <w:r>
        <w:t>تو میں سمجھتا ہوں کہ یہ بہت اچھا ہے۔ کیونکہ یعنی پانی کا بوتل اور بسکٹ وہ تو دیا انہوں نے طالبِ قلب کے لیے اور قرآن دیا انہوں نے دعوت کے لیے۔</w:t>
      </w:r>
    </w:p>
    <w:p>
      <w:r>
        <w:rPr>
          <w:b/>
        </w:rPr>
        <w:t xml:space="preserve">[53:56] </w:t>
      </w:r>
      <w:r>
        <w:t>to aap ne jo jahan jahan log kar rahe honge, main un ko jaanta nahi tafseel. agar un ka maqsad talib-e-qalb hai, talib-e-qalb ka matlab hai ke "fa'addu alayhi bid da'wah"</w:t>
      </w:r>
    </w:p>
    <w:p>
      <w:pPr>
        <w:jc w:val="right"/>
      </w:pPr>
      <w:r>
        <w:t>تو آپ نے جو جہاں جہاں لوگ کر رہے ہوں گے، میں ان کو جانتا نہیں تفصیل۔ اگر ان کا مقصد طالبِ قلب ہے، طالبِ قلب کا مطلب ہے کہ "فَادَ السَّيْخَ بْدَعْوَةٍ"</w:t>
      </w:r>
    </w:p>
    <w:p>
      <w:r>
        <w:rPr>
          <w:b/>
        </w:rPr>
        <w:t xml:space="preserve">[54:10] </w:t>
      </w:r>
      <w:r>
        <w:t>. agar woh fa'addu alayhi bid da'wah hai to bilkul durust hai. aur agar fa'addu alayhi bizness hai ya kuch aur maqsad hai to woh mere nazdeek durust nahi hai.</w:t>
      </w:r>
    </w:p>
    <w:p>
      <w:pPr>
        <w:jc w:val="right"/>
      </w:pPr>
      <w:r>
        <w:t>۔ اگر وہ فادَ السَّيْخَ بْدَعْوَةٍ ہے تو بالکل درست ہے۔ اور اگر فادَ السَّيْخَ بزنس ہے یا کچھ اور مقصد ہے تو وہ میرے نزدیک درست نہیں ہے۔</w:t>
      </w:r>
    </w:p>
    <w:p>
      <w:r>
        <w:rPr>
          <w:b/>
        </w:rPr>
        <w:t xml:space="preserve">[54:24] </w:t>
      </w:r>
      <w:r>
        <w:t>Maulana agla sawal Delhi se hai, Miss Naghma Siddiqui ka. unhon ne likha hai: "Maintaining your positivity is a prerequisite to undertaking tawassul.</w:t>
      </w:r>
    </w:p>
    <w:p>
      <w:pPr>
        <w:jc w:val="right"/>
      </w:pPr>
      <w:r>
        <w:t>مولانا اگلا سوال دلی سے ہے، مس نغمہ صدیقی کا۔ انہوں نے لکھا ہے: "Maintaining your positivity is a prerequisite to undertaking توسم.</w:t>
      </w:r>
    </w:p>
    <w:p>
      <w:r>
        <w:rPr>
          <w:b/>
        </w:rPr>
        <w:t xml:space="preserve">[54:36] </w:t>
      </w:r>
      <w:r>
        <w:t>How to maintain one's positivity?"</w:t>
      </w:r>
    </w:p>
    <w:p>
      <w:pPr>
        <w:jc w:val="right"/>
      </w:pPr>
      <w:r>
        <w:t>How to maintain one's positivity?</w:t>
      </w:r>
    </w:p>
    <w:p>
      <w:r>
        <w:rPr>
          <w:b/>
        </w:rPr>
        <w:t xml:space="preserve">[54:39] </w:t>
      </w:r>
      <w:r>
        <w:t>What is your comment on this?</w:t>
      </w:r>
    </w:p>
    <w:p>
      <w:pPr>
        <w:jc w:val="right"/>
      </w:pPr>
      <w:r>
        <w:t>What is your comment on this?"</w:t>
      </w:r>
    </w:p>
    <w:p>
      <w:r>
        <w:rPr>
          <w:b/>
        </w:rPr>
        <w:t xml:space="preserve">[54:47] </w:t>
      </w:r>
      <w:r>
        <w:t>Bhai jitna zyada aap ki intellectual development hua hoga, utna hi aap maintain kar payenge is ko. Kyun ke woh toh soch se is ka talluq hai.</w:t>
      </w:r>
    </w:p>
    <w:p>
      <w:pPr>
        <w:jc w:val="right"/>
      </w:pPr>
      <w:r>
        <w:t>بھئی جتنا زیادہ آپ کی انٹلیکچول ڈیولپمنٹ ہوا ہوگا، اتنا ہی آپ مینٹین کر پائیں گے اس کو۔ کیونکہ وہ تو سوچ سے اس کا تعلق ہے۔</w:t>
      </w:r>
    </w:p>
    <w:p>
      <w:r>
        <w:rPr>
          <w:b/>
        </w:rPr>
        <w:t xml:space="preserve">[55:00] </w:t>
      </w:r>
      <w:r>
        <w:t>Soch jitna zyada aap ki jaagi hui hogi, soch jitna zyada bedaar hogi aap ki, utni aap control karenge apne upar aur phir yeh sab baatein hongi.</w:t>
      </w:r>
    </w:p>
    <w:p>
      <w:pPr>
        <w:jc w:val="right"/>
      </w:pPr>
      <w:r>
        <w:t>سوچ جتنا زیادہ آپ کی جاگی ہوئی ہوگی، سوچ جتنا زیادہ بیدار ہوگی آپ کی، اتنی آپ کنٹرول کریں گے اپنے اوپر اور پھر یہ سب باتیں ہوں گی۔</w:t>
      </w:r>
    </w:p>
    <w:p>
      <w:r>
        <w:rPr>
          <w:b/>
        </w:rPr>
        <w:t xml:space="preserve">[55:12] </w:t>
      </w:r>
      <w:r>
        <w:t>Toh saara maamla jo hai soch ka hai, yaani intellectual development ka hai.</w:t>
      </w:r>
    </w:p>
    <w:p>
      <w:pPr>
        <w:jc w:val="right"/>
      </w:pPr>
      <w:r>
        <w:t>تو سارا معاملہ جو ہے سوچ کا ہے، یعنی انٹلیکچول ڈیولپمنٹ کا ہے۔</w:t>
      </w:r>
    </w:p>
    <w:p>
      <w:r>
        <w:rPr>
          <w:b/>
        </w:rPr>
        <w:t xml:space="preserve">[55:19] </w:t>
      </w:r>
      <w:r>
        <w:t>Maulana agla sawal Dilli se hai, Muhammad Shah Shahabaz Alam Sahab ka</w:t>
      </w:r>
    </w:p>
    <w:p>
      <w:pPr>
        <w:jc w:val="right"/>
      </w:pPr>
      <w:r>
        <w:t>مولانا اگلا سوال دلی سے ہے، محمد شاہ شہباز عالم صاحب کا</w:t>
      </w:r>
    </w:p>
    <w:p>
      <w:r>
        <w:rPr>
          <w:b/>
        </w:rPr>
        <w:t xml:space="preserve">[55:25] </w:t>
      </w:r>
      <w:r>
        <w:t>. Unhon ne likha hai: "Kya Bharatiya Musalmanon ko kendra sarkar dwara gathit Sachar Committee dwara di gayi recommendation unko maan lena chahiye?</w:t>
      </w:r>
    </w:p>
    <w:p>
      <w:pPr>
        <w:jc w:val="right"/>
      </w:pPr>
      <w:r>
        <w:t>۔ انہوں نے لکھا ہے: "क्या भारतीय मुसलमानों को केंद्र सरकार द्वारा गठित सच्चर कमेटी द्वारा दी गई रेकमेंडेशन उनको मान लेना चाहिए?</w:t>
      </w:r>
    </w:p>
    <w:p>
      <w:r>
        <w:rPr>
          <w:b/>
        </w:rPr>
        <w:t xml:space="preserve">[55:37] </w:t>
      </w:r>
      <w:r>
        <w:t>Kya yeh Quran aur Hadees ki roshni mein sahi hai? Aur kya sarkar se aarakshan lena Musalmanon ke liye jaayaz hai? Is ke bare mein bataein." Dekhein yeh sab sawalat hamare sawalat nahi hain.</w:t>
      </w:r>
    </w:p>
    <w:p>
      <w:pPr>
        <w:jc w:val="right"/>
      </w:pPr>
      <w:r>
        <w:t>क्या यह कुरान और हदीस की रोशनी में सही है? और क्या सरकार से आरक्षण लेना मुसलमानों के लिए जायज है? इसके बारे में बताएं।" دیکھیں یہ سب سوالات ہمارے سوالات نہیں ہیں۔</w:t>
      </w:r>
    </w:p>
    <w:p>
      <w:r>
        <w:rPr>
          <w:b/>
        </w:rPr>
        <w:t xml:space="preserve">[55:50] </w:t>
      </w:r>
      <w:r>
        <w:t>Yeh aap jaanein, hum toh in sab baaton ko sochte bhi nahi.</w:t>
      </w:r>
    </w:p>
    <w:p>
      <w:pPr>
        <w:jc w:val="right"/>
      </w:pPr>
      <w:r>
        <w:t>یہ آپ جانیں، ہم تو ان سب باتوں کو سوچتے بھی نہیں۔</w:t>
      </w:r>
    </w:p>
    <w:p>
      <w:r>
        <w:rPr>
          <w:b/>
        </w:rPr>
        <w:t xml:space="preserve">[55:56] </w:t>
      </w:r>
      <w:r>
        <w:t>Hum toh Quran Majeed ki woh aayatein ko le kar sochte hain jis mein likha hua hai ke koi bhi doosra aadmi tumhara mustaqbil nahi bana sakta.</w:t>
      </w:r>
    </w:p>
    <w:p>
      <w:pPr>
        <w:jc w:val="right"/>
      </w:pPr>
      <w:r>
        <w:t>ہم تو قرآن مجید کی وہ آیتیں کو لے کر سوچتے ہیں جس میں لکھا ہوا ہے کہ کوئی بھی دوسرا آدمی تمہارا مستقبل نہیں بنا سکتا۔</w:t>
      </w:r>
    </w:p>
    <w:p>
      <w:r>
        <w:rPr>
          <w:b/>
        </w:rPr>
        <w:t xml:space="preserve">[56:06] </w:t>
      </w:r>
      <w:r>
        <w:t>Tum khud apna mustaqbil banaoge, banega nahi toh nahi ban sakta.</w:t>
      </w:r>
    </w:p>
    <w:p>
      <w:pPr>
        <w:jc w:val="right"/>
      </w:pPr>
      <w:r>
        <w:t>تم خود اپنا مستقبل بناؤ گے، بنے گا نہیں تو نہیں بن سکتا۔</w:t>
      </w:r>
    </w:p>
    <w:p>
      <w:r>
        <w:rPr>
          <w:b/>
        </w:rPr>
        <w:t xml:space="preserve">[56:10] </w:t>
      </w:r>
      <w:r>
        <w:t>Jo log samajhte hain ke reservation aur Sachar Committee se aap ka future banega, toh main samajhta hoon ke woh, yaani woh Khuda se inkar toh main nahi kahunga, lekin Khuda ko neglect karne ke barabar hai.</w:t>
      </w:r>
    </w:p>
    <w:p>
      <w:pPr>
        <w:jc w:val="right"/>
      </w:pPr>
      <w:r>
        <w:t>جو لوگ سمجھتے ہیں کہ ریزرویشن اور سچ کمیٹی سے آپ کا فیوچر بنے گا، تو میں سمجھتا ہوں کہ وہ، یعنی وہ خدا سے انکار تو میں نہیں کہوں گا، لیکن خدا کو نگلٹ کرنے کے برابر ہے۔</w:t>
      </w:r>
    </w:p>
    <w:p>
      <w:r>
        <w:rPr>
          <w:b/>
        </w:rPr>
        <w:t xml:space="preserve">[56:26] </w:t>
      </w:r>
      <w:r>
        <w:t>Kyun ke Quran mein saaf saaf hai ke wahi hoga jo jo tum jo tum mehnat karoge, jitna tum mehnat karoge utna paoge. "Laysa lil insaani illaa maa sagha" .</w:t>
      </w:r>
    </w:p>
    <w:p>
      <w:pPr>
        <w:jc w:val="right"/>
      </w:pPr>
      <w:r>
        <w:t>کیونکہ قرآن میں صاف صاف ہے کہ وہی ہوگا جو جو تم جو تم محنت کرو گے، جتنا تم محنت کرو گے اتنا پاؤ گے۔ "لَيْسَ لِلْإِنْسَانِ إِلَّا مَا صَاغَ" ۔</w:t>
      </w:r>
    </w:p>
    <w:p>
      <w:r>
        <w:rPr>
          <w:b/>
        </w:rPr>
        <w:t xml:space="preserve">[56:35] </w:t>
      </w:r>
      <w:r>
        <w:t>Toh aap kyun dekhte hain Sachar Committee</w:t>
      </w:r>
    </w:p>
    <w:p>
      <w:pPr>
        <w:jc w:val="right"/>
      </w:pPr>
      <w:r>
        <w:t>تو آپ کیوں دیکھتے ہیں سچر کمیٹی</w:t>
      </w:r>
    </w:p>
    <w:p>
      <w:r>
        <w:rPr>
          <w:b/>
        </w:rPr>
        <w:t xml:space="preserve">[56:37] </w:t>
      </w:r>
      <w:r>
        <w:t>ko? Aap kyun mutalba karte hain reservation ka? Apne upar bharosa kijiye. Yeh thinking hi mere nazdeek bilkul jahiliyat ki thinking hai aur Islam ke khilaaf thinking hai ke aap kisi aur par bharosa karein.</w:t>
      </w:r>
    </w:p>
    <w:p>
      <w:pPr>
        <w:jc w:val="right"/>
      </w:pPr>
      <w:r>
        <w:t>کو؟ آپ کیوں مطالبہ کرتے ہیں ریزرویشن کا؟ اپنے اوپر بھروسہ کیجئے۔ یہ تھنکنگ ہی میرے نزدیک بالکل جاہلیت کی تھنکنگ ہے اور اسلام کے خلاف تھنکنگ ہے کہ آپ کسی اور پر بھروسہ کریں۔</w:t>
      </w:r>
    </w:p>
    <w:p>
      <w:r>
        <w:rPr>
          <w:b/>
        </w:rPr>
        <w:t xml:space="preserve">[56:53] </w:t>
      </w:r>
      <w:r>
        <w:t>Apne upar bharosa kijiye. Apne apne apne aap aap par bharosa kijiye.</w:t>
      </w:r>
    </w:p>
    <w:p>
      <w:pPr>
        <w:jc w:val="right"/>
      </w:pPr>
      <w:r>
        <w:t>اپنے اوپر بھروسہ کیجئے۔ اپنے اپنے اپنے آپ آپ پر بھروسہ کیجئے۔</w:t>
      </w:r>
    </w:p>
    <w:p>
      <w:r>
        <w:rPr>
          <w:b/>
        </w:rPr>
        <w:t xml:space="preserve">[56:58] </w:t>
      </w:r>
      <w:r>
        <w:t>Aap ko Allah Ta'ala ne haath paon diya hai, dimaag diya hai, salahiyat di hai, is ko unfold kijiye. Aur itni misalein hain ke baghair reservation ke aur Sachar Committee ka jab koi naam bhi nahi jaanta tha, tab Dr. Abdul Kalam jaisa insaan bana.</w:t>
      </w:r>
    </w:p>
    <w:p>
      <w:pPr>
        <w:jc w:val="right"/>
      </w:pPr>
      <w:r>
        <w:t>آپ کو اللہ تعالیٰ نے ہاتھ پاؤں دیا ہے، دماغ دیا ہے، صلاحیت دی ہے، اس کو انفولڈ کیجئے۔ اور اتنی مثالیں ہیں کہ بغیر ریزرویشن کے اور سچر کمیٹی کا جب کوئی نام بھی نہیں جانتا تھا، تب ڈاکٹر عبدالکرام جیسا انسان بن گیا۔</w:t>
      </w:r>
    </w:p>
    <w:p>
      <w:r>
        <w:rPr>
          <w:b/>
        </w:rPr>
        <w:t xml:space="preserve">[57:15] </w:t>
      </w:r>
      <w:r>
        <w:t>Dr. Abdul Kalam paida hue ek ghareeb family mein, school ki fees nahi de sakta tha, un ke maa baap nahi de sakte the. Lekin wahi insaan jo hai President of India bana.</w:t>
      </w:r>
    </w:p>
    <w:p>
      <w:pPr>
        <w:jc w:val="right"/>
      </w:pPr>
      <w:r>
        <w:t>ڈاکٹر عبدالکرام پیدا ہوئے ایک غریب فیملی میں، اسکول کی فیس نہیں دے سکتا تھا، ان کے ماں باپ نہیں دے سکتے تھے۔ لیکن وہی انسان جو ہے پریزیڈنٹ آف انڈیا بنا۔</w:t>
      </w:r>
    </w:p>
    <w:p>
      <w:r>
        <w:rPr>
          <w:b/>
        </w:rPr>
        <w:t xml:space="preserve">[57:25] </w:t>
      </w:r>
      <w:r>
        <w:t>Toh kahin Sachar ke bete hain, woh kaisa reservation?</w:t>
      </w:r>
    </w:p>
    <w:p>
      <w:pPr>
        <w:jc w:val="right"/>
      </w:pPr>
      <w:r>
        <w:t>تو کہیں سچر کے بیٹے ہیں، وہ کیسا ریزرویشن؟</w:t>
      </w:r>
    </w:p>
    <w:p>
      <w:r>
        <w:rPr>
          <w:b/>
        </w:rPr>
        <w:t xml:space="preserve">[57:29] </w:t>
      </w:r>
      <w:r>
        <w:t>Logon ko kehte hain in ko motivate kijiye, logon ke muharrik jagaiye. Yeh asal kaam hai. Main toh samajhta hoon ke woh log dushman hain Musalmanon ke jo Sachar Committee ki baatein karte hain aur reservation ki baatein karte hain.</w:t>
      </w:r>
    </w:p>
    <w:p>
      <w:pPr>
        <w:jc w:val="right"/>
      </w:pPr>
      <w:r>
        <w:t>لوگوں کو کہتے ہیں ان کو موٹیویٹ کیجئے، لوگوں کے محرک جگائیے۔ یہ اصل کام ہے۔ میں تو سمجھتا ہوں کہ وہ لوگ دشمن ہیں مسلمانوں کے جو سچر کمیٹی کی باتیں کرتے ہیں اور ریزرویشن کی باتیں کرتے ہیں۔</w:t>
      </w:r>
    </w:p>
    <w:p>
      <w:r>
        <w:rPr>
          <w:b/>
        </w:rPr>
        <w:t xml:space="preserve">[57:44] </w:t>
      </w:r>
      <w:r>
        <w:t>Musalmanon ka dost woh hai jo Musalmanon ke yeh bataye ke apni Khuda ki di hui salahiyaton ko unfold karo. Khuda ne jo di hai jo tumhare andar salahiyat, us ko</w:t>
      </w:r>
    </w:p>
    <w:p>
      <w:pPr>
        <w:jc w:val="right"/>
      </w:pPr>
      <w:r>
        <w:t>مسلمانوں کا دوست وہ ہے جو مسلمانوں کے یہ بتائے کہ اپنی خدا کی دی ہوئی صلاحیتوں کو انفولڈ کرو۔ خدا نے جو دی ہے جو تمہارے اندر صلاحیت، اس کو</w:t>
      </w:r>
    </w:p>
    <w:p>
      <w:r>
        <w:rPr>
          <w:b/>
        </w:rPr>
        <w:t xml:space="preserve">[57:57] </w:t>
      </w:r>
      <w:r>
        <w:t>unfold karo. Woh toh Islam Musalmanon ka dost hai. Jo in cheezon ko dalta hai Musalmanon ke dimaaghon mein, main us ko Musalmanon ka dushman samajhta hoon.</w:t>
      </w:r>
    </w:p>
    <w:p>
      <w:pPr>
        <w:jc w:val="right"/>
      </w:pPr>
      <w:r>
        <w:t>انفولڈ کرو۔ وہ تو اسلام مسلمانوں کا دوست ہے۔ جو ان چیزوں کو ڈالتا ہے مسلمانوں کے دماغوں میں، میں اس کو مسلمانوں کا دشمن سمجھتا ہوں۔</w:t>
      </w:r>
    </w:p>
    <w:p>
      <w:r>
        <w:rPr>
          <w:b/>
        </w:rPr>
        <w:t xml:space="preserve">[58:06] </w:t>
      </w:r>
      <w:r>
        <w:t>Maulana agla sawal Dilli se hai, Nasir Hussain Qureshi Sahab ka. Unhon ne likha hai: "Chapter number two, verse number 67 mein aaya hai mein Allah Quran mein Allah ne farmaya hai ke hum ne un ke dil par mohar laga di,</w:t>
      </w:r>
    </w:p>
    <w:p>
      <w:pPr>
        <w:jc w:val="right"/>
      </w:pPr>
      <w:r>
        <w:t>مولانا اگلا سوال دلی سے ہے، ناصر حسین قریشی صاحب کا۔ انہوں نے لکھا ہے: "चैप्टर नंबर टू, वर्स नंबर 67 में आया है میں اللہ قرآن میں اللہ نے فرمایا ہے کہ ہم نے ان کے دلوں پر مہر لگا دی،</w:t>
      </w:r>
    </w:p>
    <w:p>
      <w:r>
        <w:rPr>
          <w:b/>
        </w:rPr>
        <w:t xml:space="preserve">[58:25] </w:t>
      </w:r>
      <w:r>
        <w:t>unhein kitni hi khair ki baatein batao, un ke dil par asar nahi hoga. Sawal yeh hai ke jab Allah hi ne dil par mohar laga di toh kya karein?" Nahi nahi, dekhiye mohar lagane ka matlab "Khatamallahu 'ala qulubihim" .</w:t>
      </w:r>
    </w:p>
    <w:p>
      <w:pPr>
        <w:jc w:val="right"/>
      </w:pPr>
      <w:r>
        <w:t>انہیں کتنی ہی خیر کی باتیں بتاؤ، ان کے دل پر اثر نہیں ہوگا۔ سوال یہ ہے کہ جب اللہ ہی نے دل پر مہر لگا دی تو کیا کریں؟" نہیں نہیں، دیکھیے مہر لگانے کا مطلب "خَطَمَ اللّٰهَ عَلَى قُلُوبِهِمْ" ۔</w:t>
      </w:r>
    </w:p>
    <w:p>
      <w:r>
        <w:rPr>
          <w:b/>
        </w:rPr>
        <w:t xml:space="preserve">[58:43] </w:t>
      </w:r>
      <w:r>
        <w:t>Yeh is ka matlab yeh nahi hai jo aap le rahe hain. Yeh wahi cheez hai jis ko aaj kal kaha jata hai conditioning. Yaani un ki conditioning kehti hai badh gayi hai ke ab un ki baat koi samajh mein nahi aayegi.</w:t>
      </w:r>
    </w:p>
    <w:p>
      <w:pPr>
        <w:jc w:val="right"/>
      </w:pPr>
      <w:r>
        <w:t>یہ اس کا مطلب یہ نہیں ہے جو آپ لے رہے ہیں۔ یہ وہی چیز ہے جس کو آج کل کہا جاتا ہے کنڈیشننگ۔ یعنی ان کی کنڈیشننگ کہتی ہے بڑھ گئی ہے کہ اب ان کی بات کوئی سمجھ میں نہیں آئے گی۔</w:t>
      </w:r>
    </w:p>
    <w:p>
      <w:r>
        <w:rPr>
          <w:b/>
        </w:rPr>
        <w:t xml:space="preserve">[58:55] </w:t>
      </w:r>
      <w:r>
        <w:t>Aur yeh aap samajhte hain ke yeh Yahudiyon ka hai. Aaj toh saare Musalman isi ke case banenge. Log samajhte hain ke Yahudiyon ke dil pe toh mohar lagi hui hai.</w:t>
      </w:r>
    </w:p>
    <w:p>
      <w:pPr>
        <w:jc w:val="right"/>
      </w:pPr>
      <w:r>
        <w:t>اور یہ آپ سمجھتے ہیں کہ یہ یہودیوں کا ہے۔ آج تو سارے مسلمان اسی کے کیس بنیں گے۔ لوگ سمجھتے ہیں کہ یہودیوں کے دل پہ تو مہر لگی ہوئی ہے۔</w:t>
      </w:r>
    </w:p>
    <w:p>
      <w:r>
        <w:rPr>
          <w:b/>
        </w:rPr>
        <w:t xml:space="preserve">[59:04] </w:t>
      </w:r>
      <w:r>
        <w:t>is waqt to musalmanon ki mohar pe lagi hui hai. koi baat kaho samajh mein nahi aati. matlab yahi baat jo maine kahi abhi ke jab Allah ne farmaya ke tum apni hi koshish se paoge, is duniya mein jo kuch paoge to kyon sachar committee?</w:t>
      </w:r>
    </w:p>
    <w:p>
      <w:pPr>
        <w:jc w:val="right"/>
      </w:pPr>
      <w:r>
        <w:t>اس وقت تو مسلمانوں کی مہر پہ لگی ہوئی ہے۔ کوئی بات کہو سمجھ میں نہیں آتی۔ مطلب یہی بات جو میں نے کہی ابھی کہ جب اللہ نے فرمایا کہ تم اپنی ہی کوشش سے پاؤ گے، اس دنیا میں جو کچھ پاؤ گے تو کیوں سچر کمیٹی؟</w:t>
      </w:r>
    </w:p>
    <w:p>
      <w:r>
        <w:rPr>
          <w:b/>
        </w:rPr>
        <w:t xml:space="preserve">[59:16] </w:t>
      </w:r>
      <w:r>
        <w:t>kyon? yeh to hai mohar lagna. yahi mohar lagna hai.</w:t>
      </w:r>
    </w:p>
    <w:p>
      <w:pPr>
        <w:jc w:val="right"/>
      </w:pPr>
      <w:r>
        <w:t>کیوں؟ یہ تو ہے مہر لگنا۔ یہی مہر لگنا ہے۔</w:t>
      </w:r>
    </w:p>
    <w:p>
      <w:r>
        <w:rPr>
          <w:b/>
        </w:rPr>
        <w:t xml:space="preserve">[59:23] </w:t>
      </w:r>
      <w:r>
        <w:t>jab Quran ka saaf saaf ayatein bata rahe hain aap ko to kyon aap sachar committee, sachar committee kar rahe hain? yeh kaho ke aap apni apne apne aap ko unfold karo, apni salahiyaton ko bedaar karo.</w:t>
      </w:r>
    </w:p>
    <w:p>
      <w:pPr>
        <w:jc w:val="right"/>
      </w:pPr>
      <w:r>
        <w:t>جب قرآن کا صاف صاف آیتیں بتا رہے ہیں آپ کو تو کیوں آپ سچر کمیٹی، سچر کمیٹی کر رہے ہیں؟ یہ کہو کہ آپ اپنی اپنے اپنے آپ کو انفولڈ کرو، اپنی صلاحیتوں کو بیدار کرو۔</w:t>
      </w:r>
    </w:p>
    <w:p>
      <w:r>
        <w:rPr>
          <w:b/>
        </w:rPr>
        <w:t xml:space="preserve">[59:38] </w:t>
      </w:r>
      <w:r>
        <w:t>koi bhi baat Quran o Hadees ko le kar kahi jaye, ab musalmanon ki samajh mein kuch nahi aata. yeh conditioning kehti hai pakki ho chuki hai. is ayat ka matlab hai conditioning aur woh case jo Yahudiyon ka tha, wahi aaj musalmanon ka hai.</w:t>
      </w:r>
    </w:p>
    <w:p>
      <w:pPr>
        <w:jc w:val="right"/>
      </w:pPr>
      <w:r>
        <w:t>کوئی بھی بات قرآن و حدیث کو لے کر کہی جائے، اب مسلمانوں کی سمجھ میں کچھ نہیں آتا۔ یہ کنڈیشننگ کہتی ہے پکی ہو چکی ہے۔ اس آیت کا مطلب ہے کنڈیشننگ اور وہ کیس جو یہودیوں کا تھا، وہی آج مسلمانوں کا ہے۔</w:t>
      </w:r>
    </w:p>
    <w:p>
      <w:r>
        <w:rPr>
          <w:b/>
        </w:rPr>
        <w:t xml:space="preserve">[59:51] </w:t>
      </w:r>
      <w:r>
        <w:t>kuch bhi kaho Quran o Hadees ko le kar.</w:t>
      </w:r>
    </w:p>
    <w:p>
      <w:pPr>
        <w:jc w:val="right"/>
      </w:pPr>
      <w:r>
        <w:t>کچھ بھی کہو قرآن و حدیث کو لے کر۔</w:t>
      </w:r>
    </w:p>
    <w:p>
      <w:r>
        <w:rPr>
          <w:b/>
        </w:rPr>
        <w:t xml:space="preserve">[59:54] </w:t>
      </w:r>
      <w:r>
        <w:t>misalan dekhiye, main aap ko ek misal deta hoon. main pachas baras se ek baat kar raha hoon. aaj tak musalmanon ki taraf se yeh thode se log mile hain jo yahan baithe hue hain ke sare musalman zulm ki shikayat karte hain, sazish ki shikayat karte hain.</w:t>
      </w:r>
    </w:p>
    <w:p>
      <w:pPr>
        <w:jc w:val="right"/>
      </w:pPr>
      <w:r>
        <w:t>مثلاً دیکھیے، میں آپ کو ایک مثال دیتا ہوں۔ میں پچاس برس سے ایک بات کر رہا ہوں۔ آج تک مسلمانوں کی طرف سے یہ تھوڑے سے لوگ ملے ہیں جو یہاں بیٹھے ہوئے ہیں کہ سارے مسلمان ظلم کی شکایت کرتے ہیں، سازش کی شکایت کرتے ہیں۔</w:t>
      </w:r>
    </w:p>
    <w:p>
      <w:r>
        <w:rPr>
          <w:b/>
        </w:rPr>
        <w:t xml:space="preserve">[1:00:09] </w:t>
      </w:r>
      <w:r>
        <w:t>One to all . yahan se le kar Arab tak. main bar bar logon ko yaad dilata hoon ke Quran mein hai ke do ayatein hain:</w:t>
      </w:r>
    </w:p>
    <w:p>
      <w:pPr>
        <w:jc w:val="right"/>
      </w:pPr>
      <w:r>
        <w:t>One to all ۔ یہاں سے لے کر عرب تک۔ میں بار بار لوگوں کو یاد دلاتا ہوں کہ قرآن میں ہے کہ دو آیتیں ہیں:</w:t>
      </w:r>
    </w:p>
    <w:p>
      <w:r>
        <w:rPr>
          <w:b/>
        </w:rPr>
        <w:t xml:space="preserve">[1:00:21] </w:t>
      </w:r>
      <w:r>
        <w:t>"Wa ma asabakum min musibatin fa hiya ma kasabat aydikum" . jo musibat padti hai tumhare upar, woh tumhare apne hi kiye ka nateeja hoti hai.</w:t>
      </w:r>
    </w:p>
    <w:p>
      <w:pPr>
        <w:jc w:val="right"/>
      </w:pPr>
      <w:r>
        <w:t>"وما أصابكم من مصيبة فهي ما كسبت أيديكم" ۔ جو مصیبت پڑتی ہے تمہارے اوپر، وہ تمہارے اپنے ہی کیے کا نتیجہ ہوتی ہے۔</w:t>
      </w:r>
    </w:p>
    <w:p>
      <w:r>
        <w:rPr>
          <w:b/>
        </w:rPr>
        <w:t xml:space="preserve">[1:00:32] </w:t>
      </w:r>
      <w:r>
        <w:t>jo musibat tum par padti hai, woh tumhare apne hi kiye ka nateeja hoti hai. doosri ayat hai: "Wa in tasbiru wa tattaqu la yadrikum khayrun shai'un" .</w:t>
      </w:r>
    </w:p>
    <w:p>
      <w:pPr>
        <w:jc w:val="right"/>
      </w:pPr>
      <w:r>
        <w:t>جو مصیبت تم پر پڑتی ہے، وہ تمہارے اپنے ہی کیے کا نتیجہ ہوتی ہے۔ دوسری آیت ہے: "وَإِن تَصْبَرُوا وَتَتَّقُوا لَيَضْرُكُمْ قَدْوٌ شَيَءٌ" ۔</w:t>
      </w:r>
    </w:p>
    <w:p>
      <w:r>
        <w:rPr>
          <w:b/>
        </w:rPr>
        <w:t xml:space="preserve">[1:00:43] </w:t>
      </w:r>
      <w:r>
        <w:t>agar tum sabr karo aur taqwa ikhtiyar karo to kisi ki sazish tum ko koi nuksan nahi pahunchayegi.</w:t>
      </w:r>
    </w:p>
    <w:p>
      <w:pPr>
        <w:jc w:val="right"/>
      </w:pPr>
      <w:r>
        <w:t>اگر تم صبر کرو اور تقویٰ اختیار کرو تو کسی کی سازش تم کو کوئی نقصان نہیں پہنچائے گی۔</w:t>
      </w:r>
    </w:p>
    <w:p>
      <w:r>
        <w:rPr>
          <w:b/>
        </w:rPr>
        <w:t xml:space="preserve">[1:00:50] </w:t>
      </w:r>
      <w:r>
        <w:t>yeh ayatein main pachas baras se musalmanon ko yaad dila raha hoon. thode logon ne is ko mana aur majority to nahi maan payi kyunke mohar lagi hui hai.</w:t>
      </w:r>
    </w:p>
    <w:p>
      <w:pPr>
        <w:jc w:val="right"/>
      </w:pPr>
      <w:r>
        <w:t>یہ آیتیں میں پچاس برس سے مسلمانوں کو یاد دلا رہا ہوں۔ تھوڑے لوگوں نے اس کو مانا اور میجورٹی تو نہیں مان پائی کیونکہ مہر لگی ہوئی ہے۔</w:t>
      </w:r>
    </w:p>
    <w:p>
      <w:r>
        <w:rPr>
          <w:b/>
        </w:rPr>
        <w:t xml:space="preserve">[1:00:59] </w:t>
      </w:r>
      <w:r>
        <w:t>matlab itna condition ho gaye hain ke ek aur soch mein ke is tarah is line par apni soch ko lagate nahi. log samajhte hain ke Yahudiyon ka mamla yeh hai.</w:t>
      </w:r>
    </w:p>
    <w:p>
      <w:pPr>
        <w:jc w:val="right"/>
      </w:pPr>
      <w:r>
        <w:t>مطلب اتنا کنڈیشن ہو گئے ہیں کہ ایک اور سوچ میں کہ اس طرح اس لائن پر اپنی سوچ کو لگاتے نہیں۔ لوگ سمجھتے ہیں کہ یہودیوں کا معاملہ یہ ہے۔</w:t>
      </w:r>
    </w:p>
    <w:p>
      <w:r>
        <w:rPr>
          <w:b/>
        </w:rPr>
        <w:t xml:space="preserve">[1:01:10] </w:t>
      </w:r>
      <w:r>
        <w:t>yeh to aaj ek taraf se musalmanon ka mamla ho gaya hai ke Quran sunao, Hadees sunao, lekin woh apni jagah par wahi qaim rehte hain. p</w:t>
      </w:r>
    </w:p>
    <w:p>
      <w:pPr>
        <w:jc w:val="right"/>
      </w:pPr>
      <w:r>
        <w:t>یہ تو آج ایک طرف سے مسلمانوں کا معاملہ ہو گیا ہے کہ قرآن سناؤ، حدیث سناؤ، لیکن وہ اپنی جگہ پر وہی قائم رہتے ہیں۔ پ</w:t>
      </w:r>
    </w:p>
    <w:p>
      <w:r>
        <w:rPr>
          <w:b/>
        </w:rPr>
        <w:t xml:space="preserve">[1:01:20] </w:t>
      </w:r>
      <w:r>
        <w:t>har se aap log sochiye is baat ko ke jo waqea Yahudiyon ko, jis cheez ko aap Yahudiyon ke sath mansoob kar rahe hain, woh hamare upar apna to nahi ho gaya?</w:t>
      </w:r>
    </w:p>
    <w:p>
      <w:pPr>
        <w:jc w:val="right"/>
      </w:pPr>
      <w:r>
        <w:t>ھر سے آپ لوگ سوچیے اس بات کو کہ جو واقعہ یہودیوں کو، جس چیز کو آپ یہودیوں کے ساتھ منسوب کر رہے ہیں، وہ ہمارے اوپر اپنا تو نہیں ہو گیا؟</w:t>
      </w:r>
    </w:p>
    <w:p>
      <w:r>
        <w:rPr>
          <w:b/>
        </w:rPr>
        <w:t xml:space="preserve">[1:01:30] </w:t>
      </w:r>
      <w:r>
        <w:t>behhal yahan mohar se matlab hai conditioning. mohar se matlab yeh nahi ke Allah ne un ko mehroom kar diya. aisa harghiz nahi hai. Maulana agla sawal lene se pehle ek comment padhna chahenge jo abhi aaya hai.</w:t>
      </w:r>
    </w:p>
    <w:p>
      <w:pPr>
        <w:jc w:val="right"/>
      </w:pPr>
      <w:r>
        <w:t>بہرحال یہاں مہر سے مطلب ہے کنڈیشننگ۔ مہر سے مطلب یہ نہیں کہ اللہ نے ان کو محروم کر دیا۔ ایسا ہرگز نہیں ہے۔ مولانا اگلا سوال لینے سے پہلے ایک کمنٹ پڑھنا چاہیں گے جو ابھی آیا ہے۔</w:t>
      </w:r>
    </w:p>
    <w:p>
      <w:r>
        <w:rPr>
          <w:b/>
        </w:rPr>
        <w:t xml:space="preserve">[1:01:45] </w:t>
      </w:r>
      <w:r>
        <w:t>Slash Malhotra ne likha hai Singapore</w:t>
      </w:r>
    </w:p>
    <w:p>
      <w:pPr>
        <w:jc w:val="right"/>
      </w:pPr>
      <w:r>
        <w:t>سلیش ملھوترا نے لکھا ہے سنگاپور</w:t>
      </w:r>
    </w:p>
    <w:p>
      <w:r>
        <w:rPr>
          <w:b/>
        </w:rPr>
        <w:t xml:space="preserve">[1:01:47] </w:t>
      </w:r>
      <w:r>
        <w:t>se. unhon ne likha hai: "God is great and Maulana sahib is his true mouthpiece. God bless us all." Maulana agla sawal Roorkee se hai, Sajid Anwar sahib ka.</w:t>
      </w:r>
    </w:p>
    <w:p>
      <w:pPr>
        <w:jc w:val="right"/>
      </w:pPr>
      <w:r>
        <w:t>سے۔ انہوں نے لکھا ہے: "God is great and مولانا صاحب is his true mouthpiece. God bless us all." مولانا اگلا سوال روڑکی سے ہے، ساجد انور صاحب کا۔</w:t>
      </w:r>
    </w:p>
    <w:p>
      <w:r>
        <w:rPr>
          <w:b/>
        </w:rPr>
        <w:t xml:space="preserve">[1:02:00] </w:t>
      </w:r>
      <w:r>
        <w:t>unhon ne likha hai: "Moulana sahib, how should one study the Quran to get the maximum guidance from it?" . is ke bare mein batayen.</w:t>
      </w:r>
    </w:p>
    <w:p>
      <w:pPr>
        <w:jc w:val="right"/>
      </w:pPr>
      <w:r>
        <w:t>انہوں نے لکھا ہے: "Moulana صاحb, how should one study the Quran to get the maximum guidance from it?" ۔ اس کے بارے میں بتائیں۔</w:t>
      </w:r>
    </w:p>
    <w:p>
      <w:r>
        <w:rPr>
          <w:b/>
        </w:rPr>
        <w:t xml:space="preserve">[1:02:11] </w:t>
      </w:r>
      <w:r>
        <w:t>bhai dekhen, sab se badi rukawat jo hai woh hai distraction.</w:t>
      </w:r>
    </w:p>
    <w:p>
      <w:pPr>
        <w:jc w:val="right"/>
      </w:pPr>
      <w:r>
        <w:t>بھائی دیکھیں، سب سے بڑی رکاوٹ جو ہے وہ ہے ڈسٹریکشن۔</w:t>
      </w:r>
    </w:p>
    <w:p>
      <w:r>
        <w:rPr>
          <w:b/>
        </w:rPr>
        <w:t xml:space="preserve">[1:02:17] </w:t>
      </w:r>
      <w:r>
        <w:t>distraction. aur distraction dekhen, har cheez mein hota hai. ghussa bhi distraction hai. aap se koi baat kahe ke aap ghussa ho gaye to aap distract ho gaye.</w:t>
      </w:r>
    </w:p>
    <w:p>
      <w:pPr>
        <w:jc w:val="right"/>
      </w:pPr>
      <w:r>
        <w:t>ڈسٹریکشن۔ اور ڈسٹریکشن دیکھیں، ہر چیز میں ہوتا ہے۔ غصہ بھی ڈسٹریکشن ہے۔ آپ سے کوئی بات کہے کہ آپ غصہ ہو گئے تو آپ ڈسٹریکٹ ہو گئے۔</w:t>
      </w:r>
    </w:p>
    <w:p>
      <w:r>
        <w:rPr>
          <w:b/>
        </w:rPr>
        <w:t xml:space="preserve">[1:02:26] </w:t>
      </w:r>
      <w:r>
        <w:t>aap ko koi baat buri lage, aap usi ko le kar baith gaye to distract ho gaye. to distraction ki ek hazar qismein hain.</w:t>
      </w:r>
    </w:p>
    <w:p>
      <w:pPr>
        <w:jc w:val="right"/>
      </w:pPr>
      <w:r>
        <w:t>آپ کو کوئی بات بری لگے، آپ اسی کو لے کر بیٹھ گئے تو ڈسٹریکٹ ہو گئے۔ تو ڈسٹریکشن کی ایک ہزار قسمیں ہیں۔</w:t>
      </w:r>
    </w:p>
    <w:p>
      <w:r>
        <w:rPr>
          <w:b/>
        </w:rPr>
        <w:t xml:space="preserve">[1:02:36] </w:t>
      </w:r>
      <w:r>
        <w:t>apne ko distraction se aap tak to bachayenge nahi, kuch baat aap ki samajh mein nahi ayegi. aap ka mind jo hai, bar bar mukhtalif qism ke tajrube se idhar udhar hota rehta hai.</w:t>
      </w:r>
    </w:p>
    <w:p>
      <w:pPr>
        <w:jc w:val="right"/>
      </w:pPr>
      <w:r>
        <w:t>اپنے کو ڈسٹریکشن سے آپ تک تو بچائیں گے نہیں، کچھ بات آپ کی سمجھ میں نہیں آئے گی۔ آپ کا مائنڈ جو ہے، بار بار مختلف قسم کے تجربے سے ادھر ادھر ہوتا رہتا ہے۔</w:t>
      </w:r>
    </w:p>
    <w:p>
      <w:r>
        <w:rPr>
          <w:b/>
        </w:rPr>
        <w:t xml:space="preserve">[1:02:48] </w:t>
      </w:r>
      <w:r>
        <w:t>is se bachaiye. single focused aadmi baniye.</w:t>
      </w:r>
    </w:p>
    <w:p>
      <w:pPr>
        <w:jc w:val="right"/>
      </w:pPr>
      <w:r>
        <w:t>اس سے بچائیے۔ سنگل فوکسڈ آدمی بنیے۔</w:t>
      </w:r>
    </w:p>
    <w:p>
      <w:r>
        <w:rPr>
          <w:b/>
        </w:rPr>
        <w:t xml:space="preserve">[1:02:54] </w:t>
      </w:r>
      <w:r>
        <w:t>ek baat par focus kijiye to bas us ke baad sab apne aap clear ho jata hai. Maulana agla sawal Maulana Iqbal Umri ka hai, Tamil Nadu se.</w:t>
      </w:r>
    </w:p>
    <w:p>
      <w:pPr>
        <w:jc w:val="right"/>
      </w:pPr>
      <w:r>
        <w:t>ایک بات پر فوکس کیجیے تو بس اس کے بعد سب اپنے آپ کلیئر ہو جاتا ہے۔ مولانا اگلا سوال مولانا اقبال عمری کا ہے، تمل ناڈو سے۔</w:t>
      </w:r>
    </w:p>
    <w:p>
      <w:r>
        <w:rPr>
          <w:b/>
        </w:rPr>
        <w:t xml:space="preserve">[1:03:07] </w:t>
      </w:r>
      <w:r>
        <w:t>unhon ne aap se poocha hai: "Material is spiritual." . ki baat karne ki wajah se Rasool ko majnoon kaha jata tha.</w:t>
      </w:r>
    </w:p>
    <w:p>
      <w:pPr>
        <w:jc w:val="right"/>
      </w:pPr>
      <w:r>
        <w:t>انہوں نے آپ سے پوچھا ہے: "Material is spiritual." ۔ کی بات کرنے کی وجہ سے رسول کو مجنون کہا جاتا تھا۔</w:t>
      </w:r>
    </w:p>
    <w:p>
      <w:r>
        <w:rPr>
          <w:b/>
        </w:rPr>
        <w:t xml:space="preserve">[1:03:17] </w:t>
      </w:r>
      <w:r>
        <w:t>maulana sahib, aisa kyun hai? quran mein jo ayat hai "ya ayyuha al-rasool innaka lamajnoon"</w:t>
      </w:r>
    </w:p>
    <w:p>
      <w:pPr>
        <w:jc w:val="right"/>
      </w:pPr>
      <w:r>
        <w:t>مولانا صاحب، ایسا کیوں ہے؟ قرآن میں جو آیت ہے "يَا أَيُّهَا الرَّسُولُ إِنَّكَ لَمَجْنُونَ"</w:t>
      </w:r>
    </w:p>
    <w:p>
      <w:r>
        <w:rPr>
          <w:b/>
        </w:rPr>
        <w:t xml:space="preserve">[1:03:24] </w:t>
      </w:r>
      <w:r>
        <w:t>۔ to woh to is pas manzar mein thi ke woh samajhte thay ke jo un ka mazhab hai, mazhab shirk, to saare jo bare bare un ke akabir thay, buzurg thay, woh isi par chal rahe, wahi karte rahe.</w:t>
      </w:r>
    </w:p>
    <w:p>
      <w:pPr>
        <w:jc w:val="right"/>
      </w:pPr>
      <w:r>
        <w:t>۔ تو وہ تو اس پس منظر میں تھی کہ وہ سمجھتے تھے کہ جو ان کا مذہب ہے، مذہب شرک، تو سارے جو بڑے بڑے ان کے اکابر تھے، بزرگ تھے، وہ اسی پر چل رہے، وہی کرتے رہے۔</w:t>
      </w:r>
    </w:p>
    <w:p>
      <w:r>
        <w:rPr>
          <w:b/>
        </w:rPr>
        <w:t xml:space="preserve">[1:03:39] </w:t>
      </w:r>
      <w:r>
        <w:t>ab yeh ek aadmi aata hai keh raha hai yeh sab galat hai. to sach poochhiye to akabir ke deen ke khilaf hone ki wajah se woh samajhte thay majnoon.</w:t>
      </w:r>
    </w:p>
    <w:p>
      <w:pPr>
        <w:jc w:val="right"/>
      </w:pPr>
      <w:r>
        <w:t>اب یہ ایک آدمی آتا ہے کہہ رہا ہے یہ سب غلط ہے۔ تو سچ پوچھیے تو اکابر کے دین کے خلاف ہونے کی وجہ سے وہ سمجھتے تھے مجنون۔</w:t>
      </w:r>
    </w:p>
    <w:p>
      <w:r>
        <w:rPr>
          <w:b/>
        </w:rPr>
        <w:t xml:space="preserve">[1:03:49] </w:t>
      </w:r>
      <w:r>
        <w:t>ya to main samajhta hoon.</w:t>
      </w:r>
    </w:p>
    <w:p>
      <w:pPr>
        <w:jc w:val="right"/>
      </w:pPr>
      <w:r>
        <w:t>یا تو میں سمجھتا ہوں۔</w:t>
      </w:r>
    </w:p>
    <w:p>
      <w:r>
        <w:rPr>
          <w:b/>
        </w:rPr>
        <w:t xml:space="preserve">[1:03:52] </w:t>
      </w:r>
      <w:r>
        <w:t>aaj bhi aap dekhiye logon ko soch kya hoti hai. jo akabir ne keh diya bhala woh galat ho sakta hai? aaj bhi yahi soch logon ki hai.</w:t>
      </w:r>
    </w:p>
    <w:p>
      <w:pPr>
        <w:jc w:val="right"/>
      </w:pPr>
      <w:r>
        <w:t>آج بھی آپ دیکھیے لوگوں کو سوچ کیا ہوتی ہے۔ جو اکابر نے کہہ دیا بھلا وہ غلط ہو سکتا ہے؟ آج بھی یہی سوچ لوگوں کی ہے۔</w:t>
      </w:r>
    </w:p>
    <w:p>
      <w:r>
        <w:rPr>
          <w:b/>
        </w:rPr>
        <w:t xml:space="preserve">[1:04:02] </w:t>
      </w:r>
      <w:r>
        <w:t>to akabir hum ne bana rakhe hain. koi akabir allah ne to nahi kisi ko kaha bataya ke akabir hai ya akabir hai. to khud se log apne kuch logon ko akabir maan lete hain.</w:t>
      </w:r>
    </w:p>
    <w:p>
      <w:pPr>
        <w:jc w:val="right"/>
      </w:pPr>
      <w:r>
        <w:t>تو اکابر ہم نے بنا رکھے ہیں۔ کوئی اکابر اللہ نے تو نہیں کسی کو کہا بتایا کہ اکابر ہے یا اکابر ہے۔ تو خود سے لوگ اپنے کچھ لوگوں کو اکابر مان لیتے ہیں۔</w:t>
      </w:r>
    </w:p>
    <w:p>
      <w:r>
        <w:rPr>
          <w:b/>
        </w:rPr>
        <w:t xml:space="preserve">[1:04:15] </w:t>
      </w:r>
      <w:r>
        <w:t>ab woh jis par chale bas wahi samajhte hain ke wahi sach hai.</w:t>
      </w:r>
    </w:p>
    <w:p>
      <w:pPr>
        <w:jc w:val="right"/>
      </w:pPr>
      <w:r>
        <w:t>اب وہ جس پر چلے بس وہی سمجھتے ہیں کہ وہی سچ ہے۔</w:t>
      </w:r>
    </w:p>
    <w:p>
      <w:r>
        <w:rPr>
          <w:b/>
        </w:rPr>
        <w:t xml:space="preserve">[1:04:20] </w:t>
      </w:r>
      <w:r>
        <w:t>to rasool allah jo baat kehte thay un ke masle ke akabir ke khilaf thi. is liye woh kehte thay ke un ko majnoon bana diya.</w:t>
      </w:r>
    </w:p>
    <w:p>
      <w:pPr>
        <w:jc w:val="right"/>
      </w:pPr>
      <w:r>
        <w:t>تو رسول اللہ جو بات کہتے تھے ان کے مسئلے کے اکابر کے خلاف تھی۔ اس لیے وہ کہتے تھے کہ ان کو مجنون بنا دیا۔</w:t>
      </w:r>
    </w:p>
    <w:p>
      <w:r>
        <w:rPr>
          <w:b/>
        </w:rPr>
        <w:t xml:space="preserve">[1:04:29] </w:t>
      </w:r>
      <w:r>
        <w:t>yahan tak main samajhta hoon yeh matlab hai is ka. maulana agla sawal patna se hai, abdulrahf sahib ka. unhon ne likha hai: "Word khaleefa is mentioned in the quran." maulana sahib "what is the meaning of khaleefa</w:t>
      </w:r>
    </w:p>
    <w:p>
      <w:pPr>
        <w:jc w:val="right"/>
      </w:pPr>
      <w:r>
        <w:t>یہاں تک میں سمجھتا ہوں یہ مطلب ہے اس کا۔ مولانا اگلا سوال پٹنہ سے ہے، عبدالرحف صاحب کا۔ انہوں نے لکھا ہے: "Word خلیفہ is mentioned in the Quran." مولانا صاحب "What is the meaning of خلیفہ</w:t>
      </w:r>
    </w:p>
    <w:p>
      <w:r>
        <w:rPr>
          <w:b/>
        </w:rPr>
        <w:t xml:space="preserve">[1:04:46] </w:t>
      </w:r>
      <w:r>
        <w:t>? why is it that muslims everywhere want to establish the rule of muslims on earth?" yeh to bilkul yani koi musalmanon ki jo soch hai is ka koi talluq is ayat se nahi.</w:t>
      </w:r>
    </w:p>
    <w:p>
      <w:pPr>
        <w:jc w:val="right"/>
      </w:pPr>
      <w:r>
        <w:t>? Why is it that Muslims everywhere want to establish the rule of Muslims on earth?" یہ تو بالکل یعنی کوئی مسلمانوں کی جو سوچ ہے اس کا کوئی تعلق اس آیت سے نہیں۔</w:t>
      </w:r>
    </w:p>
    <w:p>
      <w:r>
        <w:rPr>
          <w:b/>
        </w:rPr>
        <w:t xml:space="preserve">[1:05:03] </w:t>
      </w:r>
      <w:r>
        <w:t>kyun ke dekhiye is ayat mein yeh kaha hai ke sari dunya mein apna rule qaim karo. yeh kahan hai is mein?</w:t>
      </w:r>
    </w:p>
    <w:p>
      <w:pPr>
        <w:jc w:val="right"/>
      </w:pPr>
      <w:r>
        <w:t>کیونکہ دیکھیے اس آیت میں یہ کہا ہے کہ ساری دنیا میں اپنا رول قائم کرو۔ یہ کہاں ہے اس میں؟</w:t>
      </w:r>
    </w:p>
    <w:p>
      <w:r>
        <w:rPr>
          <w:b/>
        </w:rPr>
        <w:t xml:space="preserve">[1:05:13] </w:t>
      </w:r>
      <w:r>
        <w:t>yani rule ki to baat hi nahi hai is mein.</w:t>
      </w:r>
    </w:p>
    <w:p>
      <w:pPr>
        <w:jc w:val="right"/>
      </w:pPr>
      <w:r>
        <w:t>یعنی رول کی تو بات ہی نہیں ہے اس میں۔</w:t>
      </w:r>
    </w:p>
    <w:p>
      <w:r>
        <w:rPr>
          <w:b/>
        </w:rPr>
        <w:t xml:space="preserve">[1:05:16] </w:t>
      </w:r>
      <w:r>
        <w:t>woh ayat yeh hai ke "innee jaa'ilun fil ardi khaleefan" ۔ main zameen mein banane wala hoon ek khaleefa. khaleefati nahi hai.</w:t>
      </w:r>
    </w:p>
    <w:p>
      <w:pPr>
        <w:jc w:val="right"/>
      </w:pPr>
      <w:r>
        <w:t>وہ آیت یہ ہے کہ "إِنِّي جَائِلٌ فِي الْأَرْضِ خَلِيفًا" ۔ میں زمین میں بنانے والا ہوں ایک خلیفہ۔ خلیفتی نہیں ہے۔</w:t>
      </w:r>
    </w:p>
    <w:p>
      <w:r>
        <w:rPr>
          <w:b/>
        </w:rPr>
        <w:t xml:space="preserve">[1:05:26] </w:t>
      </w:r>
      <w:r>
        <w:t>yani apna khaleefa nahi hai ke khuda ka khaleefa. "khlaytu allaha fil ard" ۔ nahi hai. yeh to musalmanon ne bana rakha hai khud se. yeh sab bohat hi zyada yani jis ko kehte hain tamarrud, sarkashi.</w:t>
      </w:r>
    </w:p>
    <w:p>
      <w:pPr>
        <w:jc w:val="right"/>
      </w:pPr>
      <w:r>
        <w:t>یعنی اپنا خلیفہ نہیں ہے کہ خدا کا خلیفہ۔ "خَلَيْتُ اللَّهَ فِي الْأَرْضِ" ۔ نہیں ہے۔ یہ تو مسلمانوں نے بنا رکھا ہے خود سے۔ یہ سب بہت ہی زیادہ یعنی جس کو کہتے ہیں تمرد، سرکشی۔</w:t>
      </w:r>
    </w:p>
    <w:p>
      <w:r>
        <w:rPr>
          <w:b/>
        </w:rPr>
        <w:t xml:space="preserve">[1:05:40] </w:t>
      </w:r>
      <w:r>
        <w:t>ke jo baat ayat mein nahi hai woh nikal rakha hai aur is par jhanda uthai hui hain sari dunya mein</w:t>
      </w:r>
    </w:p>
    <w:p>
      <w:pPr>
        <w:jc w:val="right"/>
      </w:pPr>
      <w:r>
        <w:t>کہ جو بات آیت میں نہیں ہے وہ نکال رکھا ہے اور اس پر جھنڈا اٹھائی ہوئی ہیں ساری دنیا میں</w:t>
      </w:r>
    </w:p>
    <w:p>
      <w:r>
        <w:rPr>
          <w:b/>
        </w:rPr>
        <w:t xml:space="preserve">[1:05:44] </w:t>
      </w:r>
      <w:r>
        <w:t>۔ aur yahan tak kahein ke isi ke liye suicide babon ki tak karte hain. is ayat ka kuch bhi talluq yeh in tehreekon mein jo jis ko inqalabi tehreek kaha jata hai is se kuch bhi talluq nahi hai.</w:t>
      </w:r>
    </w:p>
    <w:p>
      <w:pPr>
        <w:jc w:val="right"/>
      </w:pPr>
      <w:r>
        <w:t>۔ اور یہاں تک کہیں کہ اسی کے لیے سوسائیڈ بابوں کی تک کرتے ہیں۔ اس آیت کا کچھ بھی تعلق یہ ان تحریکوں میں جو جس کو انقلابی تحریک کہا جاتا ہے اس سے کچھ بھی تعلق نہیں ہے۔</w:t>
      </w:r>
    </w:p>
    <w:p>
      <w:r>
        <w:rPr>
          <w:b/>
        </w:rPr>
        <w:t xml:space="preserve">[1:06:00] </w:t>
      </w:r>
      <w:r>
        <w:t>yeh in ki apni yani is ko main political bidat kehta hoon. political bidat. is ka is ayat se koi talluq nahi. is ayat ka matlab agar aap ko samajhna hai to meri tafsir aap padhiye: "tadabburu tazkuru al-quran"</w:t>
      </w:r>
    </w:p>
    <w:p>
      <w:pPr>
        <w:jc w:val="right"/>
      </w:pPr>
      <w:r>
        <w:t>یہ ان کی اپنی یعنی اس کو میں پولیٹیکل بدعت کہتا ہوں۔ پولیٹیکل بدعت۔ اس کا اس آیت سے کوئی تعلق نہیں۔ اس آیت کا مطلب اگر آپ کو سمجھنا ہے تو میری تفسیر آپ پڑھیے: "تَدَبُّرُوا تَذْكُرُوا الْقُرْآنَ"</w:t>
      </w:r>
    </w:p>
    <w:p>
      <w:r>
        <w:rPr>
          <w:b/>
        </w:rPr>
        <w:t xml:space="preserve">[1:06:13] </w:t>
      </w:r>
      <w:r>
        <w:t>۔ tazkar al-quran mein aap padhiye is ko. is se inshallah aap ko is ka jawab mil jayega. maulana agla sawal dilli se hai, ibrahim ahmed sahib ka.</w:t>
      </w:r>
    </w:p>
    <w:p>
      <w:pPr>
        <w:jc w:val="right"/>
      </w:pPr>
      <w:r>
        <w:t>۔ تذکر القرآن میں آپ پڑھیے اس کو۔ اس سے انشاءاللہ آپ کو اس کا جواب مل جائے گا۔ مولانا اگلا سوال دلی سے ہے، ابراہیم احمد صاحب کا۔</w:t>
      </w:r>
    </w:p>
    <w:p>
      <w:r>
        <w:rPr>
          <w:b/>
        </w:rPr>
        <w:t xml:space="preserve">[1:06:24] </w:t>
      </w:r>
      <w:r>
        <w:t>unhon ne likha hai: "i think there are very good lists or manuals for islam in daily life, like duties of a son, duties of a neighbor, duties of employer and employee.</w:t>
      </w:r>
    </w:p>
    <w:p>
      <w:pPr>
        <w:jc w:val="right"/>
      </w:pPr>
      <w:r>
        <w:t>انہوں نے لکھا ہے: "I think there are very good lists or manuals for Islam in daily life, like duties of a son, duties of a neighbor, duties of employer and employee.</w:t>
      </w:r>
    </w:p>
    <w:p>
      <w:r>
        <w:rPr>
          <w:b/>
        </w:rPr>
        <w:t xml:space="preserve">[1:06:38] </w:t>
      </w:r>
      <w:r>
        <w:t>i think these are being ignor</w:t>
      </w:r>
    </w:p>
    <w:p>
      <w:pPr>
        <w:jc w:val="right"/>
      </w:pPr>
      <w:r>
        <w:t>I think these are being ignor</w:t>
      </w:r>
    </w:p>
    <w:p>
      <w:r>
        <w:rPr>
          <w:b/>
        </w:rPr>
        <w:t xml:space="preserve">[1:06:40] </w:t>
      </w:r>
      <w:r>
        <w:t>ed. should these not be the basic building blocks? masjid and juma prayer is a good platform for this." nahi nahi, aap ki soch galat hai.</w:t>
      </w:r>
    </w:p>
    <w:p>
      <w:pPr>
        <w:jc w:val="right"/>
      </w:pPr>
      <w:r>
        <w:t>ed. Should these not be the basic building blocks? Masjid and Juma prayer is a good platform for this." نہیں نہیں، آپ کی سوچ غلط ہے۔</w:t>
      </w:r>
    </w:p>
    <w:p>
      <w:r>
        <w:rPr>
          <w:b/>
        </w:rPr>
        <w:t xml:space="preserve">[1:06:50] </w:t>
      </w:r>
      <w:r>
        <w:t>yeh koi manual list nahi hai islam mein. har cheez mein aspect ke aitbar se ahmiyat hai. musalmanon ne khud se bana rakha hai, yeh manta hoon.</w:t>
      </w:r>
    </w:p>
    <w:p>
      <w:pPr>
        <w:jc w:val="right"/>
      </w:pPr>
      <w:r>
        <w:t>یہ کوئی مینول لسٹ نہیں ہے اسلام میں۔ ہر چیز میں اسپیٹ کے اعتبار سے اہمیت ہے۔ مسلمانوں نے خود سے بنا رکھا ہے، یہ مانتا ہوں۔</w:t>
      </w:r>
    </w:p>
    <w:p>
      <w:r>
        <w:rPr>
          <w:b/>
        </w:rPr>
        <w:t xml:space="preserve">[1:07:00] </w:t>
      </w:r>
      <w:r>
        <w:t>lekin islam mein sirf aspect ki ahmiyat hai. aur aspect kya hai? allah ka khauf aur bandon ki kharkhai. do hi baatein hain bas.</w:t>
      </w:r>
    </w:p>
    <w:p>
      <w:pPr>
        <w:jc w:val="right"/>
      </w:pPr>
      <w:r>
        <w:t>لیکن اسلام میں صرف اسپیٹ کی اہمیت ہے۔ اور اسپیٹ کیا ہے؟ اللہ کا خوف اور بندوں کی خرخائی۔ دو ہی باتیں ہیں بس۔</w:t>
      </w:r>
    </w:p>
    <w:p>
      <w:r>
        <w:rPr>
          <w:b/>
        </w:rPr>
        <w:t xml:space="preserve">[1:07:10] </w:t>
      </w:r>
      <w:r>
        <w:t>koi manual nahi hai. is ko koi manual nahi keh sakte aap. is ka manual nahi keh sakte aap. jab bhi aap ka contact ho ke is ko yeh mamla pade to wahan aap kharkhai ke jazbe ke sath mamla karein.</w:t>
      </w:r>
    </w:p>
    <w:p>
      <w:pPr>
        <w:jc w:val="right"/>
      </w:pPr>
      <w:r>
        <w:t>کوئی مینول نہیں ہے۔ اس کو کوئی مینول نہیں کہہ سکتے آپ۔ اس کا مینول نہیں کہہ سکتے آپ۔ جب بھی آپ کا کنٹیکٹ ہو کہ اس کو یہ معاملہ پڑے تو وہاں آپ خرخائی کے جذبے کے ساتھ معاملہ کریں۔</w:t>
      </w:r>
    </w:p>
    <w:p>
      <w:r>
        <w:rPr>
          <w:b/>
        </w:rPr>
        <w:t xml:space="preserve">[1:07:24] </w:t>
      </w:r>
      <w:r>
        <w:t>aur jahan mamla allah ka ho to wahan allah ke ke dar se aap apna rawaiyya mutayyan karein. to bas do hi cheezein hain jo rozana aap ko guide kar</w:t>
      </w:r>
    </w:p>
    <w:p>
      <w:pPr>
        <w:jc w:val="right"/>
      </w:pPr>
      <w:r>
        <w:t>اور جہاں معاملہ اللہ کا ہو تو وہاں اللہ کے کے ڈر سے آپ اپنا رویہ متعین کریں۔ تو بس دو ہی چیزیں ہیں جو روزانہ آپ کو گائیڈ کر</w:t>
      </w:r>
    </w:p>
    <w:p>
      <w:r>
        <w:rPr>
          <w:b/>
        </w:rPr>
        <w:t xml:space="preserve">[1:07:36] </w:t>
      </w:r>
      <w:r>
        <w:t>تی ہیں: اللہ کا خوف۔ اللہ کا خوف بنیں کہ آخرت میں پکڑے جائیں گے آپ۔ اللہ میں، اللہ میں آپ، اللہ کے سامنے پیشی ہوگی آپ کی۔</w:t>
      </w:r>
    </w:p>
    <w:p>
      <w:pPr>
        <w:jc w:val="right"/>
      </w:pPr>
      <w:r>
        <w:t>تی ہیں: اللہ کا خوف۔ اللہ کا خوف بنیں کہ آخرت میں پکڑے جائیں گے آپ۔ اللہ میں، اللہ میں آپ، اللہ کے سامنے پیشی ہوگی آپ کی۔</w:t>
      </w:r>
    </w:p>
    <w:p>
      <w:r>
        <w:rPr>
          <w:b/>
        </w:rPr>
        <w:t xml:space="preserve">[1:07:45] </w:t>
      </w:r>
      <w:r>
        <w:t>یہ احساس آپ کو رہے۔ اور بندوں کے معاملے میں یہ ہے کہ مجھے اس کا خیر خواہی کرنا ہے۔ مجھے بدخواہی نہیں کرنا ہے۔ یہ اس اس اسپیٹ کے ساتھ جو کچھ کریں گے آپ۔</w:t>
      </w:r>
    </w:p>
    <w:p>
      <w:pPr>
        <w:jc w:val="right"/>
      </w:pPr>
      <w:r>
        <w:t>یہ احساس آپ کو رہے۔ اور بندوں کے معاملے میں یہ ہے کہ مجھے اس کا خیر خواہی کرنا ہے۔ مجھے بدخواہی نہیں کرنا ہے۔ یہ اس اس اسپیٹ کے ساتھ جو کچھ کریں گے آپ۔</w:t>
      </w:r>
    </w:p>
    <w:p>
      <w:r>
        <w:rPr>
          <w:b/>
        </w:rPr>
        <w:t xml:space="preserve">[1:07:55] </w:t>
      </w:r>
      <w:r>
        <w:t>اس کو مینول نہیں کہہ سکتے آپ۔ بلکہ ڈفرنٹ شکلوں میں اس اسپیٹ کا اظہار ہوتا ہے۔</w:t>
      </w:r>
    </w:p>
    <w:p>
      <w:pPr>
        <w:jc w:val="right"/>
      </w:pPr>
      <w:r>
        <w:t>اس کو مینول نہیں کہہ سکتے آپ۔ بلکہ ڈفرنٹ شکلوں میں اس اسپیٹ کا اظہار ہوتا ہے۔</w:t>
      </w:r>
    </w:p>
    <w:p>
      <w:r>
        <w:rPr>
          <w:b/>
        </w:rPr>
        <w:t xml:space="preserve">[1:08:03] </w:t>
      </w:r>
      <w:r>
        <w:t>مولانا اگلا سوال کلکتہ سے ہے، خالد صاحب کا۔ انہوں نے لکھا ہے: "How can one become wise?" مولانا صاحب "What is your formula for all of us?" وائز۔</w:t>
      </w:r>
    </w:p>
    <w:p>
      <w:pPr>
        <w:jc w:val="right"/>
      </w:pPr>
      <w:r>
        <w:t>مولانا اگلا سوال کلکتہ سے ہے، خالد صاحب کا۔ انہوں نے لکھا ہے: "How can one become wise?" مولانا صاحب "What is your formula for all of us?" وائز۔</w:t>
      </w:r>
    </w:p>
    <w:p>
      <w:r>
        <w:rPr>
          <w:b/>
        </w:rPr>
        <w:t xml:space="preserve">[1:08:18] </w:t>
      </w:r>
      <w:r>
        <w:t>وائز۔ ڈبلیو آئی ایس سی؟ جی۔ دیکھیے، سب سے مشکل کام ہے وائز بننا۔ یعنی وزڈم کو اچیو کرنا سب سے مشکل کام ہے۔</w:t>
      </w:r>
    </w:p>
    <w:p>
      <w:pPr>
        <w:jc w:val="right"/>
      </w:pPr>
      <w:r>
        <w:t>وائز۔ ڈبلیو آئی ایس سی؟ جی۔ دیکھیے، سب سے مشکل کام ہے وائز بننا۔ یعنی وزڈم کو اچیو کرنا سب سے مشکل کام ہے۔</w:t>
      </w:r>
    </w:p>
    <w:p>
      <w:r>
        <w:rPr>
          <w:b/>
        </w:rPr>
        <w:t xml:space="preserve">[1:08:29] </w:t>
      </w:r>
      <w:r>
        <w:t>مشکل اس لیے کہ اس کی کوئی پرائز دیت</w:t>
      </w:r>
    </w:p>
    <w:p>
      <w:pPr>
        <w:jc w:val="right"/>
      </w:pPr>
      <w:r>
        <w:t>مشکل اس لیے کہ اس کی کوئی پرائز دیت</w:t>
      </w:r>
    </w:p>
    <w:p>
      <w:r>
        <w:rPr>
          <w:b/>
        </w:rPr>
        <w:t xml:space="preserve">[1:08:32] </w:t>
      </w:r>
      <w:r>
        <w:t>ا نہیں ہے۔ وائز بننا تو سب چاہتے ہیں۔ پرائز کوئی دیتا نہیں۔ اور پرائز کیا ہے؟</w:t>
      </w:r>
    </w:p>
    <w:p>
      <w:pPr>
        <w:jc w:val="right"/>
      </w:pPr>
      <w:r>
        <w:t>ا نہیں ہے۔ وائز بننا تو سب چاہتے ہیں۔ پرائز کوئی دیتا نہیں۔ اور پرائز کیا ہے؟</w:t>
      </w:r>
    </w:p>
    <w:p>
      <w:r>
        <w:rPr>
          <w:b/>
        </w:rPr>
        <w:t xml:space="preserve">[1:08:41] </w:t>
      </w:r>
      <w:r>
        <w:t>پورے معنوں میں ابجیکٹو تھنکنگ۔</w:t>
      </w:r>
    </w:p>
    <w:p>
      <w:pPr>
        <w:jc w:val="right"/>
      </w:pPr>
      <w:r>
        <w:t>پورے معنوں میں ابجیکٹو تھنکنگ۔</w:t>
      </w:r>
    </w:p>
    <w:p>
      <w:r>
        <w:rPr>
          <w:b/>
        </w:rPr>
        <w:t xml:space="preserve">[1:08:45] </w:t>
      </w:r>
      <w:r>
        <w:t>یعنی آپ کے اندر باعث نہ ہو، تعصب نہ ہو، نفرت نہ ہو۔ اپنے اور غیر کا کانسیپٹ نہ ہو۔ ہر انسان کو آپ انسان سمجھیں۔</w:t>
      </w:r>
    </w:p>
    <w:p>
      <w:pPr>
        <w:jc w:val="right"/>
      </w:pPr>
      <w:r>
        <w:t>یعنی آپ کے اندر باعث نہ ہو، تعصب نہ ہو، نفرت نہ ہو۔ اپنے اور غیر کا کانسیپٹ نہ ہو۔ ہر انسان کو آپ انسان سمجھیں۔</w:t>
      </w:r>
    </w:p>
    <w:p>
      <w:r>
        <w:rPr>
          <w:b/>
        </w:rPr>
        <w:t xml:space="preserve">[1:08:55] </w:t>
      </w:r>
      <w:r>
        <w:t>اور پھر آپ کی سوچ میں یہ چیز ہو کہ میں جو بول رہا ہوں، جو میں سوچ رہا ہوں، وہ اللہ کے سامنے مجھے اس کا جواب دینا ہے۔ اس اسپیٹ کے ساتھ جب آپ سوچیں گے تو وزڈم آپ کو ملے گی۔</w:t>
      </w:r>
    </w:p>
    <w:p>
      <w:pPr>
        <w:jc w:val="right"/>
      </w:pPr>
      <w:r>
        <w:t>اور پھر آپ کی سوچ میں یہ چیز ہو کہ میں جو بول رہا ہوں، جو میں سوچ رہا ہوں، وہ اللہ کے سامنے مجھے اس کا جواب دینا ہے۔ اس اسپیٹ کے ساتھ جب آپ سوچیں گے تو وزڈم آپ کو ملے گی۔</w:t>
      </w:r>
    </w:p>
    <w:p>
      <w:r>
        <w:rPr>
          <w:b/>
        </w:rPr>
        <w:t xml:space="preserve">[1:09:08] </w:t>
      </w:r>
      <w:r>
        <w:t>لیکن یہ قیمت دیتے نہیں لوگ۔ جب سمجھتے ہیں کہ مجھے وزڈم مل جائے گ</w:t>
      </w:r>
    </w:p>
    <w:p>
      <w:pPr>
        <w:jc w:val="right"/>
      </w:pPr>
      <w:r>
        <w:t>لیکن یہ قیمت دیتے نہیں لوگ۔ جب سمجھتے ہیں کہ مجھے وزڈم مل جائے گ</w:t>
      </w:r>
    </w:p>
    <w:p>
      <w:r>
        <w:rPr>
          <w:b/>
        </w:rPr>
        <w:t xml:space="preserve">[1:09:13] </w:t>
      </w:r>
      <w:r>
        <w:t>ی تو یہ اس اس اس اس قیمت کو دیے ہوئے کسی کو وزڈم ملنے والی نہیں ہے۔</w:t>
      </w:r>
    </w:p>
    <w:p>
      <w:pPr>
        <w:jc w:val="right"/>
      </w:pPr>
      <w:r>
        <w:t>ی تو یہ اس اس اس اس قیمت کو دیے ہوئے کسی کو وزڈم ملنے والی نہیں ہے۔</w:t>
      </w:r>
    </w:p>
    <w:p>
      <w:r>
        <w:rPr>
          <w:b/>
        </w:rPr>
        <w:t xml:space="preserve">[1:09:23] </w:t>
      </w:r>
      <w:r>
        <w:t>وزڈم کا ایک فارمولا احادیث میں یہ ہے کہ آپ رسول اللہ صلی اللہ علیہ وسلم نے ایک دعا میں کہا کہ "اللهم ار الحق حقا و رکن تباہ و ان الباطل باطلا و رکن تناوہ و ان الاشیاء کما ہے" ۔</w:t>
      </w:r>
    </w:p>
    <w:p>
      <w:pPr>
        <w:jc w:val="right"/>
      </w:pPr>
      <w:r>
        <w:t>وزڈم کا ایک فارمولا احادیث میں یہ ہے کہ آپ رسول اللہ صلی اللہ علیہ وسلم نے ایک دعا میں کہا کہ "اللهم ار الحق حقا و رکن تباہ و ان الباطل باطلا و رکن تناوہ و ان الاشیاء کما ہے" ۔</w:t>
      </w:r>
    </w:p>
    <w:p>
      <w:r>
        <w:rPr>
          <w:b/>
        </w:rPr>
        <w:t xml:space="preserve">[1:09:42] </w:t>
      </w:r>
      <w:r>
        <w:t>اے اللہ، مجھے چیزوں کو، اے اللہ، مجھے حق کو حق کے روپ میں دکھا۔ اور اے اللہ، مجھے باطل کو باطل کے روپ میں دکھا۔</w:t>
      </w:r>
    </w:p>
    <w:p>
      <w:pPr>
        <w:jc w:val="right"/>
      </w:pPr>
      <w:r>
        <w:t>اے اللہ، مجھے چیزوں کو، اے اللہ، مجھے حق کو حق کے روپ میں دکھا۔ اور اے اللہ، مجھے باطل کو باطل کے روپ میں دکھا۔</w:t>
      </w:r>
    </w:p>
    <w:p>
      <w:r>
        <w:rPr>
          <w:b/>
        </w:rPr>
        <w:t xml:space="preserve">[1:09:55] </w:t>
      </w:r>
      <w:r>
        <w:t>اے اللہ، مجھے چیزوں کو ویسے ہی دکھا جیسا کہ وہ ہیں۔ یہ ہے وزڈم۔ تو پھر اس وزڈم کے لیے تو آپ کو آخری حد تک ابجیکٹو ڈالنی پڑتی ہے۔</w:t>
      </w:r>
    </w:p>
    <w:p>
      <w:pPr>
        <w:jc w:val="right"/>
      </w:pPr>
      <w:r>
        <w:t>اے اللہ، مجھے چیزوں کو ویسے ہی دکھا جیسا کہ وہ ہیں۔ یہ ہے وزڈم۔ تو پھر اس وزڈم کے لیے تو آپ کو آخری حد تک ابجیکٹو ڈالنی پڑتی ہے۔</w:t>
      </w:r>
    </w:p>
    <w:p>
      <w:r>
        <w:rPr>
          <w:b/>
        </w:rPr>
        <w:t xml:space="preserve">[1:10:05] </w:t>
      </w:r>
      <w:r>
        <w:t>آج آپ آپ جانتے ہیں کہ ابجیکٹیوٹی مشکل ترین کام ہے انسان کے اندر۔ ہر آدمی کہیں نہ کہیں باعث ہوتا ہے۔ کہیں نہ کہیں اس کو جذبات سے مغلوب رہتا ہے۔</w:t>
      </w:r>
    </w:p>
    <w:p>
      <w:pPr>
        <w:jc w:val="right"/>
      </w:pPr>
      <w:r>
        <w:t>آج آپ آپ جانتے ہیں کہ ابجیکٹیوٹی مشکل ترین کام ہے انسان کے اندر۔ ہر آدمی کہیں نہ کہیں باعث ہوتا ہے۔ کہیں نہ کہیں اس کو جذبات سے مغلوب رہتا ہے۔</w:t>
      </w:r>
    </w:p>
    <w:p>
      <w:r>
        <w:rPr>
          <w:b/>
        </w:rPr>
        <w:t xml:space="preserve">[1:10:14] </w:t>
      </w:r>
      <w:r>
        <w:t>کہیں نہ کہیں اس کے یعنی پرسنل سوچ غالب رہتی ہے اس کے اوپر۔ تو ایز اٹ از وہ دیکھ نہیں پاتا۔</w:t>
      </w:r>
    </w:p>
    <w:p>
      <w:pPr>
        <w:jc w:val="right"/>
      </w:pPr>
      <w:r>
        <w:t>کہیں نہ کہیں اس کے یعنی پرسنل سوچ غالب رہتی ہے اس کے اوپر۔ تو ایز اٹ از وہ دیکھ نہیں پاتا۔</w:t>
      </w:r>
    </w:p>
    <w:p>
      <w:r>
        <w:rPr>
          <w:b/>
        </w:rPr>
        <w:t xml:space="preserve">[1:10:23] </w:t>
      </w:r>
      <w:r>
        <w:t>اور جو آدمی یہ یہ کنڈیشن پوری کرے، اس کو وزڈم مل جائے گی۔</w:t>
      </w:r>
    </w:p>
    <w:p>
      <w:pPr>
        <w:jc w:val="right"/>
      </w:pPr>
      <w:r>
        <w:t>اور جو آدمی یہ یہ کنڈیشن پوری کرے، اس کو وزڈم مل جائے گی۔</w:t>
      </w:r>
    </w:p>
    <w:p>
      <w:r>
        <w:rPr>
          <w:b/>
        </w:rPr>
        <w:t xml:space="preserve">[1:10:30] </w:t>
      </w:r>
      <w:r>
        <w:t>مولانا اگلا سوال لینے سے پہلے ایک کمنٹ پڑھنا چاہیں گے جو دوحہ، قطر سے مولانا عبدالباسط عمری کا آیا ہے۔</w:t>
      </w:r>
    </w:p>
    <w:p>
      <w:pPr>
        <w:jc w:val="right"/>
      </w:pPr>
      <w:r>
        <w:t>مولانا اگلا سوال لینے سے پہلے ایک کمنٹ پڑھنا چاہیں گے جو دوحہ، قطر سے مولانا عبدالباسط عمری کا آیا ہے۔</w:t>
      </w:r>
    </w:p>
    <w:p>
      <w:r>
        <w:rPr>
          <w:b/>
        </w:rPr>
        <w:t xml:space="preserve">[1:10:39] </w:t>
      </w:r>
      <w:r>
        <w:t>انہوں نے لکھا ہے: "مولانا، آپ کی باتیں سننے سے اپنے آپ میں عجیب ہلکا پن محسوس ہوتا ہے۔ آپ کی ہر تقریر سے معرفت کے نئے نئے پہلو ملتے ہیں۔</w:t>
      </w:r>
    </w:p>
    <w:p>
      <w:pPr>
        <w:jc w:val="right"/>
      </w:pPr>
      <w:r>
        <w:t>انہوں نے لکھا ہے: "مولانا، آپ کی باتیں سننے سے اپنے آپ میں عجیب ہلکا پن محسوس ہوتا ہے۔ آپ کی ہر تقریر سے معرفت کے نئے نئے پہلو ملتے ہیں۔</w:t>
      </w:r>
    </w:p>
    <w:p>
      <w:r>
        <w:rPr>
          <w:b/>
        </w:rPr>
        <w:t xml:space="preserve">[1:10:52] </w:t>
      </w:r>
      <w:r>
        <w:t>آپ کو سننے سنتے رہنے سے بوریت نہیں ہوتی۔ اللہ آپ کی عمر میں برکت دے۔"</w:t>
      </w:r>
    </w:p>
    <w:p>
      <w:pPr>
        <w:jc w:val="right"/>
      </w:pPr>
      <w:r>
        <w:t>آپ کو سننے سنتے رہنے سے بوریت نہیں ہوتی۔ اللہ آپ کی عمر میں برکت دے۔"</w:t>
      </w:r>
    </w:p>
    <w:p>
      <w:r>
        <w:rPr>
          <w:b/>
        </w:rPr>
        <w:t xml:space="preserve">[1:11:01] </w:t>
      </w:r>
      <w:r>
        <w:t>مولانا اگلا سوال ہے بیجاپور سے محمد الیاس عمری صاحب کا۔ انہوں نے لکھا ہے: "آپ نے ایک جگہ لکھا ہے کہ اللہ ظالم کو ایک ہی مرتبہ موقع دیتا ہے ظلم کا۔</w:t>
      </w:r>
    </w:p>
    <w:p>
      <w:pPr>
        <w:jc w:val="right"/>
      </w:pPr>
      <w:r>
        <w:t>مولانا اگلا سوال ہے بیجاپور سے محمد الیاس عمری صاحب کا۔ انہوں نے لکھا ہے: "آپ نے ایک جگہ لکھا ہے کہ اللہ ظالم کو ایک ہی مرتبہ موقع دیتا ہے ظلم کا۔</w:t>
      </w:r>
    </w:p>
    <w:p>
      <w:r>
        <w:rPr>
          <w:b/>
        </w:rPr>
        <w:t xml:space="preserve">[1:11:15] </w:t>
      </w:r>
      <w:r>
        <w:t>دوبارہ نہیں دیتا۔ مولانا، پھر امریکہ ہر جگہ ظلم کر رہا ہے مسلم ممالک پر</w:t>
      </w:r>
    </w:p>
    <w:p>
      <w:pPr>
        <w:jc w:val="right"/>
      </w:pPr>
      <w:r>
        <w:t>دوبارہ نہیں دیتا۔ مولانا، پھر امریکہ ہر جگہ ظلم کر رہا ہے مسلم ممالک پر</w:t>
      </w:r>
    </w:p>
    <w:p>
      <w:r>
        <w:rPr>
          <w:b/>
        </w:rPr>
        <w:t xml:space="preserve">[1:11:22] </w:t>
      </w:r>
      <w:r>
        <w:t>۔ یہ کیسے ہو رہا ہے؟ اس کے بارے میں بتائیں۔" میں اس کو مانتا ہی نہیں کہ امریکہ ظلم کر رہا ہے۔ یہ تو آپ کا مفروضہ ہے۔ امریکہ کوئی ظلم نہیں کر رہا۔</w:t>
      </w:r>
    </w:p>
    <w:p>
      <w:pPr>
        <w:jc w:val="right"/>
      </w:pPr>
      <w:r>
        <w:t>۔ یہ کیسے ہو رہا ہے؟ اس کے بارے میں بتائیں۔" میں اس کو مانتا ہی نہیں کہ امریکہ ظلم کر رہا ہے۔ یہ تو آپ کا مفروضہ ہے۔ امریکہ کوئی ظلم نہیں کر رہا۔</w:t>
      </w:r>
    </w:p>
    <w:p>
      <w:r>
        <w:rPr>
          <w:b/>
        </w:rPr>
        <w:t xml:space="preserve">[1:11:31] </w:t>
      </w:r>
      <w:r>
        <w:t>آپ 9/11 کریں گے تو بار بار کرے گا وہ۔ ظلم کہاں کر رہا ہے وہ؟ وہ ریٹیلیٹ کر رہا ہے۔ آپ ریٹیلیشن کے ظلم کر رہے ہیں۔</w:t>
      </w:r>
    </w:p>
    <w:p>
      <w:pPr>
        <w:jc w:val="right"/>
      </w:pPr>
      <w:r>
        <w:t>آپ 9/11 کریں گے تو بار بار کرے گا وہ۔ ظلم کہاں کر رہا ہے وہ؟ وہ ریٹیلیٹ کر رہا ہے۔ آپ ریٹیلیشن کے ظلم کر رہے ہیں۔</w:t>
      </w:r>
    </w:p>
    <w:p>
      <w:r>
        <w:rPr>
          <w:b/>
        </w:rPr>
        <w:t xml:space="preserve">[1:11:42] </w:t>
      </w:r>
      <w:r>
        <w:t>america ne kahin zulm nahi kiya hai.</w:t>
      </w:r>
    </w:p>
    <w:p>
      <w:pPr>
        <w:jc w:val="right"/>
      </w:pPr>
      <w:r>
        <w:t>امریکہ نے کہیں ظلم نہیں کیا ہے۔</w:t>
      </w:r>
    </w:p>
    <w:p>
      <w:r>
        <w:rPr>
          <w:b/>
        </w:rPr>
        <w:t xml:space="preserve">[1:11:47] </w:t>
      </w:r>
      <w:r>
        <w:t>abhi kal parson ek sahab america se aaye hain. unhon ne kaha ke 9/11 se pehle bilkul wahan par normal tha, sab kuch tha. 9/11 ke baad america mein ek jazba bhark utha.</w:t>
      </w:r>
    </w:p>
    <w:p>
      <w:pPr>
        <w:jc w:val="right"/>
      </w:pPr>
      <w:r>
        <w:t>ابھی کل پرسوں ایک صاحب امریکہ سے آئے ہیں۔ انہوں نے کہا کہ 9/11 سے پہلے بالکل وہاں پر نارمل تھا، سب کچھ تھا۔ 9/11 کے بعد امریکہ میں ایک جذبہ بھڑک اٹھا۔</w:t>
      </w:r>
    </w:p>
    <w:p>
      <w:r>
        <w:rPr>
          <w:b/>
        </w:rPr>
        <w:t xml:space="preserve">[1:11:58] </w:t>
      </w:r>
      <w:r>
        <w:t>isi ki bhagat rahe hain hum. to ab zulm kyun karte hain aap? musalmanon ko bura kahiye? kyun ke وَهُمْ بَدَوْكُمْ أَوْلَ بَرْرٍ</w:t>
      </w:r>
    </w:p>
    <w:p>
      <w:pPr>
        <w:jc w:val="right"/>
      </w:pPr>
      <w:r>
        <w:t>اسی کی بھگت رہے ہیں ہم۔ تو اب ظلم کیوں کرتے ہیں آپ؟ مسلمانوں کو برا کہیے؟ کیونکہ وَهُمْ بَدَوْكُمْ أَوْلَ بَرْرٍ</w:t>
      </w:r>
    </w:p>
    <w:p>
      <w:r>
        <w:rPr>
          <w:b/>
        </w:rPr>
        <w:t xml:space="preserve">[1:12:07] </w:t>
      </w:r>
      <w:r>
        <w:t>. jo bad kare الْبَادِي أَظْلَمٌ . ye kaisi ajeeb soch hai musalmanon ki ke badi ko azlam kaha gaya hai.</w:t>
      </w:r>
    </w:p>
    <w:p>
      <w:pPr>
        <w:jc w:val="right"/>
      </w:pPr>
      <w:r>
        <w:t>۔ جو بد کرے الْبَادِي أَظْلَمٌ ۔ یہ کیسی عجیب سوچ ہے مسلمانوں کی کہ بادی کو عظلم کہا گیا ہے۔</w:t>
      </w:r>
    </w:p>
    <w:p>
      <w:r>
        <w:rPr>
          <w:b/>
        </w:rPr>
        <w:t xml:space="preserve">[1:12:16] </w:t>
      </w:r>
      <w:r>
        <w:t>aur yahan ye jo retaliate ka is ko zalim bata rahe hain. ye bilkul galat soch hai. main is ko islam ki soch nahi, is ko qoumi soch samajhta hoon.</w:t>
      </w:r>
    </w:p>
    <w:p>
      <w:pPr>
        <w:jc w:val="right"/>
      </w:pPr>
      <w:r>
        <w:t>اور یہاں یہ جو ریٹیلیٹ کا اس کو ظالم بتا رہے ہیں۔ یہ بالکل غلط سوچ ہے۔ میں اس کو اسلام کی سوچ نہیں، اس کو قومی سوچ سمجھتا ہوں۔</w:t>
      </w:r>
    </w:p>
    <w:p>
      <w:r>
        <w:rPr>
          <w:b/>
        </w:rPr>
        <w:t xml:space="preserve">[1:12:26] </w:t>
      </w:r>
      <w:r>
        <w:t>qoumi. yahi qoumi soch jo hai wisdom mein rukawat hai. jin logon ke andar qoumi soch ho, wo kabhi bhi un ko wisdom ki khabar nahi ho sakti.</w:t>
      </w:r>
    </w:p>
    <w:p>
      <w:pPr>
        <w:jc w:val="right"/>
      </w:pPr>
      <w:r>
        <w:t>قومی۔ یہی قومی سوچ جو ہے وزڈم میں رکاوٹ ہے۔ جن لوگوں کے اندر قومی سوچ ہو، وہ کبھی بھی ان کو وزڈم کی خبر نہیں ہو سکتی۔</w:t>
      </w:r>
    </w:p>
    <w:p>
      <w:r>
        <w:rPr>
          <w:b/>
        </w:rPr>
        <w:t xml:space="preserve">[1:12:41] </w:t>
      </w:r>
      <w:r>
        <w:t>maulana kya? aur jaise ab munafiqat dekhen musalmanon ki. agar agar agar america zalim hai to sare log jab america mein rahen, hijrat farz ho jati hai un ke upar.</w:t>
      </w:r>
    </w:p>
    <w:p>
      <w:pPr>
        <w:jc w:val="right"/>
      </w:pPr>
      <w:r>
        <w:t>مولانا کیا؟ اور جیسے اب منافقت دیکھیں مسلمانوں کی۔ اگر اگر اگر امریکہ ظالم ہے تو سارے لوگ جب امریکہ میں رہیں، ہجرت فرض ہو جاتی ہے ان کے اوپر۔</w:t>
      </w:r>
    </w:p>
    <w:p>
      <w:r>
        <w:rPr>
          <w:b/>
        </w:rPr>
        <w:t xml:space="preserve">[1:12:52] </w:t>
      </w:r>
      <w:r>
        <w:t>aap jante hain?</w:t>
      </w:r>
    </w:p>
    <w:p>
      <w:pPr>
        <w:jc w:val="right"/>
      </w:pPr>
      <w:r>
        <w:t>آپ جانتے ہیں؟</w:t>
      </w:r>
    </w:p>
    <w:p>
      <w:r>
        <w:rPr>
          <w:b/>
        </w:rPr>
        <w:t xml:space="preserve">[1:12:58] </w:t>
      </w:r>
      <w:r>
        <w:t>agar agar sach much hi zalim ho, samajhte hain islam ko patana chahta hai, musalman patana chahta hai. jo log base bhi hain wahan par, taqreeban ghaliban saat billion insan musalman hain.</w:t>
      </w:r>
    </w:p>
    <w:p>
      <w:pPr>
        <w:jc w:val="right"/>
      </w:pPr>
      <w:r>
        <w:t>اگر اگر سچ مچ ہی ظالم ہو، سمجھتے ہیں اسلام کو پٹانا چاہتا ہے، مسلمان پٹانا چاہتا ہے۔ جو لوگ بسے بھی ہیں وہاں پر، تقریباً غالباً سات بلین انسان مسلمان ہیں۔</w:t>
      </w:r>
    </w:p>
    <w:p>
      <w:r>
        <w:rPr>
          <w:b/>
        </w:rPr>
        <w:t xml:space="preserve">[1:13:09] </w:t>
      </w:r>
      <w:r>
        <w:t>wo chhoden america ko jayen, apne</w:t>
      </w:r>
    </w:p>
    <w:p>
      <w:pPr>
        <w:jc w:val="right"/>
      </w:pPr>
      <w:r>
        <w:t>وہ چھوڑیں امریکہ کو جائیں، اپنے</w:t>
      </w:r>
    </w:p>
    <w:p>
      <w:r>
        <w:rPr>
          <w:b/>
        </w:rPr>
        <w:t xml:space="preserve">[1:13:12] </w:t>
      </w:r>
      <w:r>
        <w:t>apne mulkon mein chale jayen wapas. kyun ke wahan wahan rehte hain. aisa fatwa dena itna aasan nahi hai. america ko zalim kehna mere nazdeek galat hai.</w:t>
      </w:r>
    </w:p>
    <w:p>
      <w:pPr>
        <w:jc w:val="right"/>
      </w:pPr>
      <w:r>
        <w:t>اپنے ملکوں میں چلے جائیں واپس۔ کیوں کہ وہاں وہاں رہتے ہیں۔ ایسا فتویٰ دینا اتنا آسان نہیں ہے۔ امریکہ کو ظالم کہنا میرے نزدیک غلط ہے۔</w:t>
      </w:r>
    </w:p>
    <w:p>
      <w:r>
        <w:rPr>
          <w:b/>
        </w:rPr>
        <w:t xml:space="preserve">[1:13:22] </w:t>
      </w:r>
      <w:r>
        <w:t>aur ba farz agar fateh se forgoment mein kahunga, agar agar sahi ho to sare logon ki hijrat farz ho jati hai. wahan hijrat kar ke chale jayen, america chhod den.</w:t>
      </w:r>
    </w:p>
    <w:p>
      <w:pPr>
        <w:jc w:val="right"/>
      </w:pPr>
      <w:r>
        <w:t>اور بالفرض اگر فتح سے فارگومنٹ میں کہوں گا، اگر اگر صحیح ہو تو سارے لوگوں کی ہجرت فرض ہو جاتی ہے۔ وہاں ہجرت کر کے چلے جائیں، امریکہ چھوڑ دیں۔</w:t>
      </w:r>
    </w:p>
    <w:p>
      <w:r>
        <w:rPr>
          <w:b/>
        </w:rPr>
        <w:t xml:space="preserve">[1:13:38] </w:t>
      </w:r>
      <w:r>
        <w:t>maulana agla sawal lucknow se hai, muhammad danish fazal sahab ka. unhon ne likha hai: "dusron ke liye negative feelings aur ghussa ya bure khayal lane se kaise apne aap ko bachaya jaye?</w:t>
      </w:r>
    </w:p>
    <w:p>
      <w:pPr>
        <w:jc w:val="right"/>
      </w:pPr>
      <w:r>
        <w:t>مولانا اگلا سوال لکھنؤ سے ہے، محمد دانش فضل صاحب کا۔ انہوں نے لکھا ہے: "دوسروں کے لیے نیگیٹیو فیلنگز اور غصہ یا برے خیال لانے سے کیسے اپنے آپ کو بچایا جائے؟</w:t>
      </w:r>
    </w:p>
    <w:p>
      <w:r>
        <w:rPr>
          <w:b/>
        </w:rPr>
        <w:t xml:space="preserve">[1:13:53] </w:t>
      </w:r>
      <w:r>
        <w:t>aur dusron ke liye khair khwahi kaise paida karen?" hamari kitaben padhiye, ye is ka jawab hai. hamari kitabon ke bahar jo hai wo sab yahi sab sikhaya gaya hai is mein ke doosre bure hain.</w:t>
      </w:r>
    </w:p>
    <w:p>
      <w:pPr>
        <w:jc w:val="right"/>
      </w:pPr>
      <w:r>
        <w:t>اور دوسروں کے لیے خیر خواہی کیسے پیدا کریں؟" ہماری کتابیں پڑھیے، یہ اس کا جواب ہے۔ ہماری کتابوں کے باہر جو ہے وہ سب یہی سب سکھایا گیا ہے اس میں کہ دوسرے برے ہیں۔</w:t>
      </w:r>
    </w:p>
    <w:p>
      <w:r>
        <w:rPr>
          <w:b/>
        </w:rPr>
        <w:t xml:space="preserve">[1:14:08] </w:t>
      </w:r>
      <w:r>
        <w:t>to log doosri kitaben padhte hain dusron ki. padh padh ke dimagh kharab hota hai. hamari kitaben padhiye, aap inshallah bohat jald ye kaifiyat khatm ho jayegi.</w:t>
      </w:r>
    </w:p>
    <w:p>
      <w:pPr>
        <w:jc w:val="right"/>
      </w:pPr>
      <w:r>
        <w:t>تو لوگ دوسری کتابیں پڑھتے ہیں دوسروں کی۔ پڑھ پڑھ کے دماغ خراب ہوتا ہے۔ ہماری کتابیں پڑھیے، آپ انشاءاللہ بہت جلد یہ کیفیت ختم ہو جائے گی۔</w:t>
      </w:r>
    </w:p>
    <w:p>
      <w:r>
        <w:rPr>
          <w:b/>
        </w:rPr>
        <w:t xml:space="preserve">[1:14:21] </w:t>
      </w:r>
      <w:r>
        <w:t>maulana agla sawal delhi se hai, ah mr n rasheed ka. unhon ne likha hai: "Some people say that the real thing is spirit.</w:t>
      </w:r>
    </w:p>
    <w:p>
      <w:pPr>
        <w:jc w:val="right"/>
      </w:pPr>
      <w:r>
        <w:t>مولانا اگلا سوال دلی سے ہے، آہ مسٹر این رشید کا۔ انہوں نے لکھا ہے: "Some people say that the real thing is spirit.</w:t>
      </w:r>
    </w:p>
    <w:p>
      <w:r>
        <w:rPr>
          <w:b/>
        </w:rPr>
        <w:t xml:space="preserve">[1:14:31] </w:t>
      </w:r>
      <w:r>
        <w:t>Form has no importance in Islam</w:t>
      </w:r>
    </w:p>
    <w:p>
      <w:pPr>
        <w:jc w:val="right"/>
      </w:pPr>
      <w:r>
        <w:t>Form has no importance in Islam</w:t>
      </w:r>
    </w:p>
    <w:p>
      <w:r>
        <w:rPr>
          <w:b/>
        </w:rPr>
        <w:t xml:space="preserve">[1:14:34] </w:t>
      </w:r>
      <w:r>
        <w:t>." Maulana sahab "My question is, what is the significance of form in Islam? For example, Salat, Hajj, etc. Please guide us." dekhiye, jo log ye kahin,</w:t>
      </w:r>
    </w:p>
    <w:p>
      <w:pPr>
        <w:jc w:val="right"/>
      </w:pPr>
      <w:r>
        <w:t>." مولانا صاحب "My question is, what is the significance of form in Islam? For example, Salat, Hajj, etc. Please guide us." دیکھیے، جو لوگ یہ کہیں،</w:t>
      </w:r>
    </w:p>
    <w:p>
      <w:r>
        <w:rPr>
          <w:b/>
        </w:rPr>
        <w:t xml:space="preserve">[1:14:48] </w:t>
      </w:r>
      <w:r>
        <w:t>jaise kuch sufia the, kehte hain ke "أنتُمْ مَا أَوْلَادَكُمْ وَدَانَا مَا وَارْدَاتَنَا" . ye to galat hai. ye ye nazariya galat hai.</w:t>
      </w:r>
    </w:p>
    <w:p>
      <w:pPr>
        <w:jc w:val="right"/>
      </w:pPr>
      <w:r>
        <w:t>جیسے کچھ صوفیاء تھے، کہتے ہیں کہ "أنتُمْ مَا أَوْلَادَكُمْ وَدَانَا مَا وَارْدَاتَنَا" ۔ یہ تو غلط ہے۔ یہ یہ نظریہ غلط ہے۔</w:t>
      </w:r>
    </w:p>
    <w:p>
      <w:r>
        <w:rPr>
          <w:b/>
        </w:rPr>
        <w:t xml:space="preserve">[1:14:59] </w:t>
      </w:r>
      <w:r>
        <w:t>dekhiye, spirit ka lazmi part hai form. spirit agar rahegi to is ko is ka expression hoga form ki surat mein.</w:t>
      </w:r>
    </w:p>
    <w:p>
      <w:pPr>
        <w:jc w:val="right"/>
      </w:pPr>
      <w:r>
        <w:t>دیکھیے، اسپیٹ کا لازم پارٹ ہے فارم۔ اسپیٹ اگر رہے گی تو اس کو اس کا ایکسپریشن ہوگا فارم کی صورت میں۔</w:t>
      </w:r>
    </w:p>
    <w:p>
      <w:r>
        <w:rPr>
          <w:b/>
        </w:rPr>
        <w:t xml:space="preserve">[1:15:14] </w:t>
      </w:r>
      <w:r>
        <w:t>aisi cheezen hain ke jo log detach kar dete hain, spirit ko alag kar ke form ko samajhte hain ke bas ye form ada kar diya to sab kuch ho gaya.</w:t>
      </w:r>
    </w:p>
    <w:p>
      <w:pPr>
        <w:jc w:val="right"/>
      </w:pPr>
      <w:r>
        <w:t>ایسی چیزیں ہیں کہ جو لوگ ڈیٹیچ کر دیتے ہیں، اسپیٹ کو الگ کر کے فارم کو سمجھتے ہیں کہ بس یہ فارم ادا کر دیا تو سب کچھ ہو گیا۔</w:t>
      </w:r>
    </w:p>
    <w:p>
      <w:r>
        <w:rPr>
          <w:b/>
        </w:rPr>
        <w:t xml:space="preserve">[1:15:22] </w:t>
      </w:r>
      <w:r>
        <w:t>wo galat hai. yani spirit ko detach kar ke form be haqeeqat hai.</w:t>
      </w:r>
    </w:p>
    <w:p>
      <w:pPr>
        <w:jc w:val="right"/>
      </w:pPr>
      <w:r>
        <w:t>وہ غلط ہے۔ یعنی اسپیٹ کو ڈیٹیچ کر کے فارم بے حقیقت ہے۔</w:t>
      </w:r>
    </w:p>
    <w:p>
      <w:r>
        <w:rPr>
          <w:b/>
        </w:rPr>
        <w:t xml:space="preserve">[1:15:29] </w:t>
      </w:r>
      <w:r>
        <w:t>ye sahi hai. lekin wo form jo spirit ka manifestation ho, spirit ke izhar ke taur par paida ho, wo to in matloob hai.</w:t>
      </w:r>
    </w:p>
    <w:p>
      <w:pPr>
        <w:jc w:val="right"/>
      </w:pPr>
      <w:r>
        <w:t>یہ صحیح ہے۔ لیکن وہ فارم جو اسپیٹ کا مینیفیسٹیشن ہو، اسپیٹ کے اظہار کے طور پر پیدا ہو، وہ تو ان مطلوب ہے۔</w:t>
      </w:r>
    </w:p>
    <w:p>
      <w:r>
        <w:rPr>
          <w:b/>
        </w:rPr>
        <w:t xml:space="preserve">[1:15:41] </w:t>
      </w:r>
      <w:r>
        <w:t>jitna strong hogi spirit, utna hi zyada form aayega aap ke andar. to yaad rakhiye, ye kehna ke form ki koi zaroorat nahi hai, spirit kafi hoti hai, bilkul galat baat hai.</w:t>
      </w:r>
    </w:p>
    <w:p>
      <w:pPr>
        <w:jc w:val="right"/>
      </w:pPr>
      <w:r>
        <w:t>جتنا سٹرانگ ہوگی اسپیٹ، اتنا ہی زیادہ فارم آئے گا آپ کے اندر۔ تو یاد رکھیے، یہ کہنا کہ فارم کی کوئی ضرورت نہیں ہے، اسپیٹ کافی ہوتی ہے، بالکل غلط بات ہے۔</w:t>
      </w:r>
    </w:p>
    <w:p>
      <w:r>
        <w:rPr>
          <w:b/>
        </w:rPr>
        <w:t xml:space="preserve">[1:15:55] </w:t>
      </w:r>
      <w:r>
        <w:t>kuch sufi log the, aise jo kaha karte the "</w:t>
      </w:r>
    </w:p>
    <w:p>
      <w:pPr>
        <w:jc w:val="right"/>
      </w:pPr>
      <w:r>
        <w:t>کچھ صوفی لوگ تھے، ایسے جو کہا کرتے تھے "</w:t>
      </w:r>
    </w:p>
    <w:p>
      <w:r>
        <w:rPr>
          <w:b/>
        </w:rPr>
        <w:t xml:space="preserve">[1:15:59] </w:t>
      </w:r>
      <w:r>
        <w:t>ap log jo kehte hain ke spirit jo hai, wo aap ko motivate karti hai, wo muharrik banti hai, andar se aap ko jagati hai. ye ye bilkul galat nazariya hai. ye</w:t>
      </w:r>
    </w:p>
    <w:p>
      <w:pPr>
        <w:jc w:val="right"/>
      </w:pPr>
      <w:r>
        <w:t>أنتُمْ مَا أَوْلَادَكُمْ وَدَانَا مَا وَارْدَاتَنَا" ۔ یہ یہ بالکل غلط نظریہ ہے۔ یہ</w:t>
      </w:r>
    </w:p>
    <w:p>
      <w:r>
        <w:rPr>
          <w:b/>
        </w:rPr>
        <w:t xml:space="preserve">[1:16:08] </w:t>
      </w:r>
      <w:r>
        <w:t>lekin sahi baat ye hai ke spirit jo hai, wo aap ko motivate karti hai, wo muharrik banti hai, andar se aap ko jagati hai.</w:t>
      </w:r>
    </w:p>
    <w:p>
      <w:pPr>
        <w:jc w:val="right"/>
      </w:pPr>
      <w:r>
        <w:t>لیکن صحیح بات یہ ہے کہ اسپیٹ جو ہے، وہ آپ کو موٹیویٹ کرتی ہے، وہ محرک بنتی ہے، اندر سے آپ کو جگاتی ہے۔</w:t>
      </w:r>
    </w:p>
    <w:p>
      <w:r>
        <w:rPr>
          <w:b/>
        </w:rPr>
        <w:t xml:space="preserve">[1:16:19] </w:t>
      </w:r>
      <w:r>
        <w:t>to phir jab jagaye gi to is ka izhaar hoga. isi izhaar ka naam form hai.</w:t>
      </w:r>
    </w:p>
    <w:p>
      <w:pPr>
        <w:jc w:val="right"/>
      </w:pPr>
      <w:r>
        <w:t>تو پھر جب جگائے گی تو اس کا اظہار ہوگا۔ اسی اظہار کا نام فارم ہے۔</w:t>
      </w:r>
    </w:p>
    <w:p>
      <w:r>
        <w:rPr>
          <w:b/>
        </w:rPr>
        <w:t xml:space="preserve">[1:16:25] </w:t>
      </w:r>
      <w:r>
        <w:t>jab aap ko Allah ki barai se sarshaar aap hote hain aur bilkul is mein gharaq ho jate hain, to be ikhtiyar aap ka sar zameen pe gir gir parta hai.</w:t>
      </w:r>
    </w:p>
    <w:p>
      <w:pPr>
        <w:jc w:val="right"/>
      </w:pPr>
      <w:r>
        <w:t>جب آپ کو اللہ کی بڑائی سے سرشار آپ ہوتے ہیں اور بالکل اس میں غرق ہو جاتے ہیں، تو بے اختیار آپ کا سر زمین پہ گر گر پڑتا ہے۔</w:t>
      </w:r>
    </w:p>
    <w:p>
      <w:r>
        <w:rPr>
          <w:b/>
        </w:rPr>
        <w:t xml:space="preserve">[1:16:37] </w:t>
      </w:r>
      <w:r>
        <w:t>aap is ko afford nahi kar sakte ke aap Allah ke barai sarshaar hon, aap ko sar zameen pe na gire. impossible hai.</w:t>
      </w:r>
    </w:p>
    <w:p>
      <w:pPr>
        <w:jc w:val="right"/>
      </w:pPr>
      <w:r>
        <w:t>آپ اس کو افورڈ نہیں کر سکتے کہ آپ اللہ کے بڑائی سرشار ہوں، آپ کو سر زمین پہ نہ گرے۔ امپاسیبل ہے۔</w:t>
      </w:r>
    </w:p>
    <w:p>
      <w:r>
        <w:rPr>
          <w:b/>
        </w:rPr>
        <w:t xml:space="preserve">[1:16:47] </w:t>
      </w:r>
      <w:r>
        <w:t>to jahan yani jo log ye baatein karein, form spirit ke aur form wahan na ho, to un ka to spirit bhi nahi hai, kuch bhi nahi hai. main dekhein, bohat hi gumrahi ki baat hai ye kehna ke "ap log jo kehte hain ke spirit jo hai, wo aap ko motivate karti hai, wo muharrik banti hai, andar se aap ko jagati hai. ye ye bilkul galat nazariya hai. ye</w:t>
      </w:r>
    </w:p>
    <w:p>
      <w:pPr>
        <w:jc w:val="right"/>
      </w:pPr>
      <w:r>
        <w:t>تو جہاں یعنی جو لوگ یہ باتیں کریں، فارم اسپیٹ کے اور فارم وہاں نہ ہو، تو ان کا تو اسپیٹ بھی نہیں ہے، کچھ بھی نہیں ہے۔ میں دیکھیں، بہت ہی گمراہی کی بات ہے یہ کہنا کہ "أنتُمْ مَا أَوْلَادَكُمْ وَدَانَا مَا وَارْدَاتَنَا" ۔</w:t>
      </w:r>
    </w:p>
    <w:p>
      <w:r>
        <w:rPr>
          <w:b/>
        </w:rPr>
        <w:t xml:space="preserve">[1:17:06] </w:t>
      </w:r>
      <w:r>
        <w:t>maulana ye sawal hyderabad se hai, zubair ahmed sahab ka</w:t>
      </w:r>
    </w:p>
    <w:p>
      <w:pPr>
        <w:jc w:val="right"/>
      </w:pPr>
      <w:r>
        <w:t>مولانا یہ سوال حیدرآباد سے ہے، زبیر احمد صاحب کا</w:t>
      </w:r>
    </w:p>
    <w:p>
      <w:r>
        <w:rPr>
          <w:b/>
        </w:rPr>
        <w:t xml:space="preserve">[1:17:10] </w:t>
      </w:r>
      <w:r>
        <w:t>. unhon ne likha hai: "maulana, hadithon mein aata hai ke zulm ke khilaf awaz uthana chahiye. maulana, is ki wazahat farmayein, ye kis tarah ke zulm ki baat hai?" kahan awaz uthana to kaha yahi nahi.</w:t>
      </w:r>
    </w:p>
    <w:p>
      <w:pPr>
        <w:jc w:val="right"/>
      </w:pPr>
      <w:r>
        <w:t>۔ انہوں نے لکھا ہے: "مولانا، حدیثوں میں آتا ہے کہ ظلم کے خلاف آواز اٹھانا چاہیے۔ مولانا، اس کی وضاحت فرمائیں، یہ کس طرح کے ظلم کی بات ہے؟" کہاں آواز اٹھانا تو کہا یہی نہیں۔</w:t>
      </w:r>
    </w:p>
    <w:p>
      <w:r>
        <w:rPr>
          <w:b/>
        </w:rPr>
        <w:t xml:space="preserve">[1:17:24] </w:t>
      </w:r>
      <w:r>
        <w:t>ye to musalman, ye musalmanon ki zuban hai ye. awaz uthana.</w:t>
      </w:r>
    </w:p>
    <w:p>
      <w:pPr>
        <w:jc w:val="right"/>
      </w:pPr>
      <w:r>
        <w:t>یہ تو مسلمان، یہ مسلمانوں کی زبان ہے یہ۔ آواز اٹھانا۔</w:t>
      </w:r>
    </w:p>
    <w:p>
      <w:r>
        <w:rPr>
          <w:b/>
        </w:rPr>
        <w:t xml:space="preserve">[1:17:31] </w:t>
      </w:r>
      <w:r>
        <w:t>ye kahan likha hua hai? kis hadith mein? ke awaz uthao, jhanda uthao.</w:t>
      </w:r>
    </w:p>
    <w:p>
      <w:pPr>
        <w:jc w:val="right"/>
      </w:pPr>
      <w:r>
        <w:t>یہ کہاں لکھا ہوا ہے؟ کس حدیث میں؟ کہ آواز اٹھاؤ، جھنڈا اٹھاؤ۔</w:t>
      </w:r>
    </w:p>
    <w:p>
      <w:r>
        <w:rPr>
          <w:b/>
        </w:rPr>
        <w:t xml:space="preserve">[1:17:36] </w:t>
      </w:r>
      <w:r>
        <w:t>ye bilkul yani ye baat kahin bhi, ye musalmanon ki zuban hai ye. awaz uthana. to hadith mein hai ke ke zalim ke khair khwah bano.</w:t>
      </w:r>
    </w:p>
    <w:p>
      <w:pPr>
        <w:jc w:val="right"/>
      </w:pPr>
      <w:r>
        <w:t>یہ بالکل یعنی یہ بات کہیں بھی، یہ مسلمانوں کی زبان ہے یہ۔ آواز اٹھانا۔ تو حدیث میں ہے کہ کہ ظالم کے خیر خواہ بنو۔</w:t>
      </w:r>
    </w:p>
    <w:p>
      <w:r>
        <w:rPr>
          <w:b/>
        </w:rPr>
        <w:t xml:space="preserve">[1:17:50] </w:t>
      </w:r>
      <w:r>
        <w:t>khair khwahi farz hai, na ke awaz uthana, jhanda ut</w:t>
      </w:r>
    </w:p>
    <w:p>
      <w:pPr>
        <w:jc w:val="right"/>
      </w:pPr>
      <w:r>
        <w:t>خیر خواہی فرض ہے، نہ کہ آواز اٹھانا، جھنڈا اٹ</w:t>
      </w:r>
    </w:p>
    <w:p>
      <w:r>
        <w:rPr>
          <w:b/>
        </w:rPr>
        <w:t xml:space="preserve">[1:17:54] </w:t>
      </w:r>
      <w:r>
        <w:t>hana. yani is ki islaah ke dard mand ho jana, is ki islaah ki fikr karna. sochna is ki islaah ke liye. is se mil kar ke samjhana bujhana.</w:t>
      </w:r>
    </w:p>
    <w:p>
      <w:pPr>
        <w:jc w:val="right"/>
      </w:pPr>
      <w:r>
        <w:t>ھانا۔ یعنی اس کی اصلاح کے درد مند ہو جانا، اس کی اصلاح کی فکر کرنا۔ سوچنا اس کی اصلاح کے لیے۔ اس سے مل کر کے سمجھانا بجھانا۔</w:t>
      </w:r>
    </w:p>
    <w:p>
      <w:r>
        <w:rPr>
          <w:b/>
        </w:rPr>
        <w:t xml:space="preserve">[1:18:03] </w:t>
      </w:r>
      <w:r>
        <w:t>aur ye jhanda uthana, ye to haram hai mehnat islam mein. sarkon par aa kar jaloos nikalte hain aur kehte hain ke dekho, hum zalim ke khilaf wo kar rahe hain. bilkul islam se is ka koi talluq nahi hai.</w:t>
      </w:r>
    </w:p>
    <w:p>
      <w:pPr>
        <w:jc w:val="right"/>
      </w:pPr>
      <w:r>
        <w:t>اور یہ جھنڈا اٹھانا، یہ تو حرام ہے محنت اسلام میں۔ سڑکوں پر آ کر جلوس نکالتے ہیں اور کہتے ہیں کہ دیکھو، ہم ظالم کے خلاف وہ کر رہے ہیں۔ بالکل اسلام سے اس کا کوئی تعلق نہیں ہے۔</w:t>
      </w:r>
    </w:p>
    <w:p>
      <w:r>
        <w:rPr>
          <w:b/>
        </w:rPr>
        <w:t xml:space="preserve">[1:18:14] </w:t>
      </w:r>
      <w:r>
        <w:t>ye street active mein nahi hai. islam mein jo hai, wo cheez street activism hai.</w:t>
      </w:r>
    </w:p>
    <w:p>
      <w:pPr>
        <w:jc w:val="right"/>
      </w:pPr>
      <w:r>
        <w:t>یہ اسٹریٹ ایکٹیو میں نہیں ہے۔ اسلام میں جو ہے، وہ چیز سٹریٹ ایکٹیوزم ہے۔</w:t>
      </w:r>
    </w:p>
    <w:p>
      <w:r>
        <w:rPr>
          <w:b/>
        </w:rPr>
        <w:t xml:space="preserve">[1:18:24] </w:t>
      </w:r>
      <w:r>
        <w:t>ye achi tarah samajh lein ke islam mein street activism nahi hai. islam mein is ko kehte hain nas, noor, saad hai. nas khair khwahi. yani bloosher banna.</w:t>
      </w:r>
    </w:p>
    <w:p>
      <w:pPr>
        <w:jc w:val="right"/>
      </w:pPr>
      <w:r>
        <w:t>یہ اچھی طرح سمجھ لیں کہ اسلام میں اسٹریٹ ایکٹیوزم نہیں ہے۔ اسلام میں اس کو کہتے ہیں نص، نور، صاد ہے۔ نص خیر خواہی۔ یعنی بلوشر بننا۔</w:t>
      </w:r>
    </w:p>
    <w:p>
      <w:r>
        <w:rPr>
          <w:b/>
        </w:rPr>
        <w:t xml:space="preserve">[1:18:35] </w:t>
      </w:r>
      <w:r>
        <w:t>to zalim ke bloosher baniye. ye hai. zalim ke bloosher bane, zalim ke khair khwah baniye. khair khwah banne ke mani hain ke wo kijiye jo maa apne bete ke sath karti hai.</w:t>
      </w:r>
    </w:p>
    <w:p>
      <w:pPr>
        <w:jc w:val="right"/>
      </w:pPr>
      <w:r>
        <w:t>تو ظالم کے بلوشر بنیے۔ یہ ہے۔ ظالم کے بلوشر بنے، ظالم کے خیر خواہ بنیے۔ خیر خواہ بننے کے معنی ہیں کہ وہ کیجئے جو ماں اپنے بیٹے کے ساتھ کرتی ہے۔</w:t>
      </w:r>
    </w:p>
    <w:p>
      <w:r>
        <w:rPr>
          <w:b/>
        </w:rPr>
        <w:t xml:space="preserve">[1:18:48] </w:t>
      </w:r>
      <w:r>
        <w:t>aur jo jhanda uthayein, wo to aur islam ke naam par parties chalate hain apne.</w:t>
      </w:r>
    </w:p>
    <w:p>
      <w:pPr>
        <w:jc w:val="right"/>
      </w:pPr>
      <w:r>
        <w:t>اور جو جھنڈا اٹھائیں، وہ تو اور اسلام کے نام پر پارٹیز چلاتے ہیں اپنے۔</w:t>
      </w:r>
    </w:p>
    <w:p>
      <w:r>
        <w:rPr>
          <w:b/>
        </w:rPr>
        <w:t xml:space="preserve">[1:18:54] </w:t>
      </w:r>
      <w:r>
        <w:t>wo islam ke naam par lead nahi karte. islam se koi talluq nahi.</w:t>
      </w:r>
    </w:p>
    <w:p>
      <w:pPr>
        <w:jc w:val="right"/>
      </w:pPr>
      <w:r>
        <w:t>وہ اسلام کے نام پر لیڈ نہیں کرتے۔ اسلام سے کوئی تعلق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