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Patience and Tolerance 7 April 2007 - Maulana Wahiduddin Khan</w:t>
      </w:r>
    </w:p>
    <w:p>
      <w:r>
        <w:t>https://www.youtube.com/watch?v=ZZ3eaEIskmU</w:t>
      </w:r>
    </w:p>
    <w:p>
      <w:r>
        <w:rPr>
          <w:b/>
        </w:rPr>
        <w:t xml:space="preserve">[00:13] </w:t>
      </w:r>
      <w:r>
        <w:t>wa salla allahu alal nabiyil kareem. rabbishrah li sadri, wa yassir li amri, wahluqdatan min lisani yafqahu qawli.</w:t>
      </w:r>
    </w:p>
    <w:p>
      <w:pPr>
        <w:jc w:val="right"/>
      </w:pPr>
      <w:r>
        <w:t>وصلی اللہ علی النبی الکریم. رب اشرح لی صدری، ویسر لی امری، واحل العقدۃ من لسانی یفقہ قولی.</w:t>
      </w:r>
    </w:p>
    <w:p>
      <w:r>
        <w:rPr>
          <w:b/>
        </w:rPr>
        <w:t xml:space="preserve">[00:32] </w:t>
      </w:r>
      <w:r>
        <w:t>aaj ki baat ka</w:t>
      </w:r>
    </w:p>
    <w:p>
      <w:pPr>
        <w:jc w:val="right"/>
      </w:pPr>
      <w:r>
        <w:t>آج کی بات کا</w:t>
      </w:r>
    </w:p>
    <w:p>
      <w:r>
        <w:rPr>
          <w:b/>
        </w:rPr>
        <w:t xml:space="preserve">[00:37] </w:t>
      </w:r>
      <w:r>
        <w:t>subject hai sabr o tahammul. sabr o tahammul.</w:t>
      </w:r>
    </w:p>
    <w:p>
      <w:pPr>
        <w:jc w:val="right"/>
      </w:pPr>
      <w:r>
        <w:t>سبجیکٹ ہے صبر و تحمل۔ صبر و تحمل۔</w:t>
      </w:r>
    </w:p>
    <w:p>
      <w:r>
        <w:rPr>
          <w:b/>
        </w:rPr>
        <w:t xml:space="preserve">[00:49] </w:t>
      </w:r>
      <w:r>
        <w:t>yani patience and tolerance.</w:t>
      </w:r>
    </w:p>
    <w:p>
      <w:pPr>
        <w:jc w:val="right"/>
      </w:pPr>
      <w:r>
        <w:t>یعنی patience and tolerance۔</w:t>
      </w:r>
    </w:p>
    <w:p>
      <w:r>
        <w:rPr>
          <w:b/>
        </w:rPr>
        <w:t xml:space="preserve">[00:56] </w:t>
      </w:r>
      <w:r>
        <w:t>zindagi ke do tareeqay hain is dunya mein: aik hai jang, doosra hai aman.</w:t>
      </w:r>
    </w:p>
    <w:p>
      <w:pPr>
        <w:jc w:val="right"/>
      </w:pPr>
      <w:r>
        <w:t>زندگی کے دو طریقے ہیں اس دنیا میں: ایک ہے جنگ، دوسرا ہے امن۔</w:t>
      </w:r>
    </w:p>
    <w:p>
      <w:r>
        <w:rPr>
          <w:b/>
        </w:rPr>
        <w:t xml:space="preserve">[01:07] </w:t>
      </w:r>
      <w:r>
        <w:t>jang se tashaddud culture paida hota hai, aur aman se sabr culture.</w:t>
      </w:r>
    </w:p>
    <w:p>
      <w:pPr>
        <w:jc w:val="right"/>
      </w:pPr>
      <w:r>
        <w:t>جنگ سے تشدد کلچر پیدا ہوتا ہے، اور امن سے صبر کلچر۔</w:t>
      </w:r>
    </w:p>
    <w:p>
      <w:r>
        <w:rPr>
          <w:b/>
        </w:rPr>
        <w:t xml:space="preserve">[01:20] </w:t>
      </w:r>
      <w:r>
        <w:t>islam ka tareeqa aur fitrat ka tareeqa sabr culture hai, aman hai. jang aur tashaddud na fitrat mein hai aur na islam mein.</w:t>
      </w:r>
    </w:p>
    <w:p>
      <w:pPr>
        <w:jc w:val="right"/>
      </w:pPr>
      <w:r>
        <w:t>اسلام کا طریقہ اور فطرت کا طریقہ صبر کلچر ہے، امن ہے۔ جنگ اور تشدد نہ فطرت میں ہے اور نہ اسلام میں۔</w:t>
      </w:r>
    </w:p>
    <w:p>
      <w:r>
        <w:rPr>
          <w:b/>
        </w:rPr>
        <w:t xml:space="preserve">[01:35] </w:t>
      </w:r>
      <w:r>
        <w:t>aap dekhen, wasee kainat mein, yani jo space hai, athah space hai,</w:t>
      </w:r>
    </w:p>
    <w:p>
      <w:pPr>
        <w:jc w:val="right"/>
      </w:pPr>
      <w:r>
        <w:t>آپ دیکھیں، وسیع کائنات میں، یعنی جو اسپیس ہے، اتھاہ اسپیس ہے،</w:t>
      </w:r>
    </w:p>
    <w:p>
      <w:r>
        <w:rPr>
          <w:b/>
        </w:rPr>
        <w:t xml:space="preserve">[01:48] </w:t>
      </w:r>
      <w:r>
        <w:t>is ke andar countless</w:t>
      </w:r>
    </w:p>
    <w:p>
      <w:pPr>
        <w:jc w:val="right"/>
      </w:pPr>
      <w:r>
        <w:t>اس کے اندر countless</w:t>
      </w:r>
    </w:p>
    <w:p>
      <w:r>
        <w:rPr>
          <w:b/>
        </w:rPr>
        <w:t xml:space="preserve">[01:53] </w:t>
      </w:r>
      <w:r>
        <w:t>stars aur planets har waqt harkat mein hain. magar million million saal se chal rahe hain woh, aur kabhi un ke darmiyan koi takrao ya ladai pesh nahi aayi.</w:t>
      </w:r>
    </w:p>
    <w:p>
      <w:pPr>
        <w:jc w:val="right"/>
      </w:pPr>
      <w:r>
        <w:t>stars اور planets ہر وقت حرکت میں ہیں۔ مگر ملین ملین سال سے چل رہے ہیں وہ، اور کبھی ان کے درمیان کوئی ٹکراؤ یا لڑائی پیش نہیں آئی۔</w:t>
      </w:r>
    </w:p>
    <w:p>
      <w:r>
        <w:rPr>
          <w:b/>
        </w:rPr>
        <w:t xml:space="preserve">[02:12] </w:t>
      </w:r>
      <w:r>
        <w:t>isi tarah aap dekhen, plant kingdom mein bhi koi ladai nahi hoti. Animal ke darmiyan bhi koi ladai nahi.</w:t>
      </w:r>
    </w:p>
    <w:p>
      <w:pPr>
        <w:jc w:val="right"/>
      </w:pPr>
      <w:r>
        <w:t>اسی طرح آپ دیکھیں، plant kingdom میں بھی کوئی لڑائی نہیں ہوتی۔ Animal کے درمیان بھی کوئی لڑائی نہیں۔</w:t>
      </w:r>
    </w:p>
    <w:p>
      <w:r>
        <w:rPr>
          <w:b/>
        </w:rPr>
        <w:t xml:space="preserve">[02:22] </w:t>
      </w:r>
      <w:r>
        <w:t>Animal ke darmiyan aap jante hain ke kabhi koi jangl war ya world war nahi hui.</w:t>
      </w:r>
    </w:p>
    <w:p>
      <w:pPr>
        <w:jc w:val="right"/>
      </w:pPr>
      <w:r>
        <w:t>Animal کے درمیان آپ جانتے ہیں کہ کبھی کوئی جنگل وار یا world war نہیں ہوئی۔</w:t>
      </w:r>
    </w:p>
    <w:p>
      <w:r>
        <w:rPr>
          <w:b/>
        </w:rPr>
        <w:t xml:space="preserve">[02:31] </w:t>
      </w:r>
      <w:r>
        <w:t>War sirf hui hai ya hoti hai insano ke darmiyan. To insan to sare universe ka bohat hi zyada, bohat hi zyada tiny part hai,</w:t>
      </w:r>
    </w:p>
    <w:p>
      <w:pPr>
        <w:jc w:val="right"/>
      </w:pPr>
      <w:r>
        <w:t>War صرف ہوئی ہے یا ہوتی ہے انسانوں کے درمیان۔ تو انسان تو سارے universe کا بہت ہی زیادہ، بہت ہی زیادہ tiny part ہے،</w:t>
      </w:r>
    </w:p>
    <w:p>
      <w:r>
        <w:rPr>
          <w:b/>
        </w:rPr>
        <w:t xml:space="preserve">[02:46] </w:t>
      </w:r>
      <w:r>
        <w:t>jisko freedom di gayi hai.</w:t>
      </w:r>
    </w:p>
    <w:p>
      <w:pPr>
        <w:jc w:val="right"/>
      </w:pPr>
      <w:r>
        <w:t>جس کو freedom دی گئی ہے۔</w:t>
      </w:r>
    </w:p>
    <w:p>
      <w:r>
        <w:rPr>
          <w:b/>
        </w:rPr>
        <w:t xml:space="preserve">[02:50] </w:t>
      </w:r>
      <w:r>
        <w:t>Yahi waqia is baat ke suboot ke liye kafi hai ke jang Khuda ki is duniya mein</w:t>
      </w:r>
    </w:p>
    <w:p>
      <w:pPr>
        <w:jc w:val="right"/>
      </w:pPr>
      <w:r>
        <w:t>یہی واقعہ اس بات کے ثبوت کے لیے کافی ہے کہ جنگ خدا کی اس دنیا میں</w:t>
      </w:r>
    </w:p>
    <w:p>
      <w:r>
        <w:rPr>
          <w:b/>
        </w:rPr>
        <w:t xml:space="preserve">[03:03] </w:t>
      </w:r>
      <w:r>
        <w:t>sachai se inhiraf ka naam hai, deviation ka naam hai.</w:t>
      </w:r>
    </w:p>
    <w:p>
      <w:pPr>
        <w:jc w:val="right"/>
      </w:pPr>
      <w:r>
        <w:t>سچائی سے انحراف کا نام ہے، deviation کا نام ہے۔</w:t>
      </w:r>
    </w:p>
    <w:p>
      <w:r>
        <w:rPr>
          <w:b/>
        </w:rPr>
        <w:t xml:space="preserve">[03:13] </w:t>
      </w:r>
      <w:r>
        <w:t>Sachai chahti hai aman. Lekin jab sachai se inhiraf kar diya jaye, tab hi tashaddud aur jang pesh aata hai.</w:t>
      </w:r>
    </w:p>
    <w:p>
      <w:pPr>
        <w:jc w:val="right"/>
      </w:pPr>
      <w:r>
        <w:t>سچائی چاہتی ہے امن۔ لیکن جب سچائی سے انحراف کر دیا جائے، تب ہی تشدد اور جنگ پیش آتا ہے۔</w:t>
      </w:r>
    </w:p>
    <w:p>
      <w:r>
        <w:rPr>
          <w:b/>
        </w:rPr>
        <w:t xml:space="preserve">[03:30] </w:t>
      </w:r>
      <w:r>
        <w:t>Lekin insan ko chuki azadi di gayi hai, aur azadi ka matlab yeh hai ke woh apni azadi ko misuse karta hai,</w:t>
      </w:r>
    </w:p>
    <w:p>
      <w:pPr>
        <w:jc w:val="right"/>
      </w:pPr>
      <w:r>
        <w:t>لیکن انسان کو چونکہ آزادی دی گئی ہے، اور آزادی کا مطلب یہ ہے کہ وہ اپنی آزادی کو misuse کرتا ہے،</w:t>
      </w:r>
    </w:p>
    <w:p>
      <w:r>
        <w:rPr>
          <w:b/>
        </w:rPr>
        <w:t xml:space="preserve">[03:41] </w:t>
      </w:r>
      <w:r>
        <w:t>ghalat istemal karta hai, to jang aur tashaddud yeh haqeeqat mein azadi ka ghalat istemal hai.</w:t>
      </w:r>
    </w:p>
    <w:p>
      <w:pPr>
        <w:jc w:val="right"/>
      </w:pPr>
      <w:r>
        <w:t>غلط استعمال کرتا ہے، تو جنگ اور تشدد یہ حقیقت میں آزادی کا غلط استعمال ہے۔</w:t>
      </w:r>
    </w:p>
    <w:p>
      <w:r>
        <w:rPr>
          <w:b/>
        </w:rPr>
        <w:t xml:space="preserve">[03:55] </w:t>
      </w:r>
      <w:r>
        <w:t>Azadi ka misuse hai.</w:t>
      </w:r>
    </w:p>
    <w:p>
      <w:pPr>
        <w:jc w:val="right"/>
      </w:pPr>
      <w:r>
        <w:t>آزادی کا misuse ہے۔</w:t>
      </w:r>
    </w:p>
    <w:p>
      <w:r>
        <w:rPr>
          <w:b/>
        </w:rPr>
        <w:t xml:space="preserve">[04:01] </w:t>
      </w:r>
      <w:r>
        <w:t>Woh azadi ka sahi istemal nahi.</w:t>
      </w:r>
    </w:p>
    <w:p>
      <w:pPr>
        <w:jc w:val="right"/>
      </w:pPr>
      <w:r>
        <w:t>وہ آزادی کا صحیح استعمال نہیں۔</w:t>
      </w:r>
    </w:p>
    <w:p>
      <w:r>
        <w:rPr>
          <w:b/>
        </w:rPr>
        <w:t xml:space="preserve">[04:06] </w:t>
      </w:r>
      <w:r>
        <w:t>Jahan tak mein janta hoon, jahan tak mein ne parha hai, to tareekh mein hamesha jang aur tashaddud jari raha hai.</w:t>
      </w:r>
    </w:p>
    <w:p>
      <w:pPr>
        <w:jc w:val="right"/>
      </w:pPr>
      <w:r>
        <w:t>جہاں تک میں جانتا ہوں، جہاں تک میں نے پڑھا ہے، تو تاریخ میں ہمیشہ جنگ اور تشدد جاری رہا ہے۔</w:t>
      </w:r>
    </w:p>
    <w:p>
      <w:r>
        <w:rPr>
          <w:b/>
        </w:rPr>
        <w:t xml:space="preserve">[04:18] </w:t>
      </w:r>
      <w:r>
        <w:t>Arab mein kaha jata tha ke al-harbu anfalu al-harb. Jang ki kaat jang hai.</w:t>
      </w:r>
    </w:p>
    <w:p>
      <w:pPr>
        <w:jc w:val="right"/>
      </w:pPr>
      <w:r>
        <w:t>عرب میں کہا جاتا تھا کہ الحرب أنفال الحرب۔ جنگ کی کاٹ جنگ ہے۔</w:t>
      </w:r>
    </w:p>
    <w:p>
      <w:r>
        <w:rPr>
          <w:b/>
        </w:rPr>
        <w:t xml:space="preserve">[04:26] </w:t>
      </w:r>
      <w:r>
        <w:t>Lekin shayad tareekh mein pehli baar ek insan paida hua jis ne</w:t>
      </w:r>
    </w:p>
    <w:p>
      <w:pPr>
        <w:jc w:val="right"/>
      </w:pPr>
      <w:r>
        <w:t>لیکن شاید تاریخ میں پہلی بار ایک انسان پیدا ہوا جس نے</w:t>
      </w:r>
    </w:p>
    <w:p>
      <w:r>
        <w:rPr>
          <w:b/>
        </w:rPr>
        <w:t xml:space="preserve">[04:35] </w:t>
      </w:r>
      <w:r>
        <w:t>jang ko ek falsafi banaya. Yeh tha Karl Marx. Karl Marx ne jo falsafi banayi,</w:t>
      </w:r>
    </w:p>
    <w:p>
      <w:pPr>
        <w:jc w:val="right"/>
      </w:pPr>
      <w:r>
        <w:t>جنگ کو ایک فلسفی بنایا۔ یہ تھا کارل مارکس۔ کارل مارکس نے جو فلسفی بنائی،</w:t>
      </w:r>
    </w:p>
    <w:p>
      <w:r>
        <w:rPr>
          <w:b/>
        </w:rPr>
        <w:t xml:space="preserve">[04:45] </w:t>
      </w:r>
      <w:r>
        <w:t>woh base karti thi dialectical materialism par. Is falsafi se yeh nikla ke samaji islah ya insani zindagi ki islah jo hai, baghair jang ke aur tashaddud ke nahi ho sakti.</w:t>
      </w:r>
    </w:p>
    <w:p>
      <w:pPr>
        <w:jc w:val="right"/>
      </w:pPr>
      <w:r>
        <w:t>وہ base کرتی تھی dialectical materialism پر۔ اس فلسفی سے یہ نکلا کہ سماجی اصلاح یا انسانی زندگی کی اصلاح جو ہے، بغیر جنگ کے اور تشدد کے نہیں ہو سکتی۔</w:t>
      </w:r>
    </w:p>
    <w:p>
      <w:r>
        <w:rPr>
          <w:b/>
        </w:rPr>
        <w:t xml:space="preserve">[05:05] </w:t>
      </w:r>
      <w:r>
        <w:t>Yeh ghaliban pehli baar yeh waqia hua ke tashaddud ya jang ko ek falsafi ki shakal de di gayi.</w:t>
      </w:r>
    </w:p>
    <w:p>
      <w:pPr>
        <w:jc w:val="right"/>
      </w:pPr>
      <w:r>
        <w:t>یہ غالباً پہلی بار یہ واقعہ ہوا کہ تشدد یا جنگ کو ایک فلسفی کی شکل دے دی گئی۔</w:t>
      </w:r>
    </w:p>
    <w:p>
      <w:r>
        <w:rPr>
          <w:b/>
        </w:rPr>
        <w:t xml:space="preserve">[05:17] </w:t>
      </w:r>
      <w:r>
        <w:t>Chunancha is ki base par communist party bani.</w:t>
      </w:r>
    </w:p>
    <w:p>
      <w:pPr>
        <w:jc w:val="right"/>
      </w:pPr>
      <w:r>
        <w:t>چنانچہ اس کی base پر communist party بنی۔</w:t>
      </w:r>
    </w:p>
    <w:p>
      <w:r>
        <w:rPr>
          <w:b/>
        </w:rPr>
        <w:t xml:space="preserve">[05:24] </w:t>
      </w:r>
      <w:r>
        <w:t>Bohat bade bade dimagh is se mutasir ho gaye. Aur</w:t>
      </w:r>
    </w:p>
    <w:p>
      <w:pPr>
        <w:jc w:val="right"/>
      </w:pPr>
      <w:r>
        <w:t>بہت بڑے بڑے دماغ اس سے متاثر ہو گئے۔ اور</w:t>
      </w:r>
    </w:p>
    <w:p>
      <w:r>
        <w:rPr>
          <w:b/>
        </w:rPr>
        <w:t xml:space="preserve">[05:31] </w:t>
      </w:r>
      <w:r>
        <w:t>international tehreek wajood mein aayi.</w:t>
      </w:r>
    </w:p>
    <w:p>
      <w:pPr>
        <w:jc w:val="right"/>
      </w:pPr>
      <w:r>
        <w:t>international تحریک وجود میں آئی۔</w:t>
      </w:r>
    </w:p>
    <w:p>
      <w:r>
        <w:rPr>
          <w:b/>
        </w:rPr>
        <w:t xml:space="preserve">[05:37] </w:t>
      </w:r>
      <w:r>
        <w:t>Stalin communism ka ek bara leader tha jo roos mein paida hua.</w:t>
      </w:r>
    </w:p>
    <w:p>
      <w:pPr>
        <w:jc w:val="right"/>
      </w:pPr>
      <w:r>
        <w:t>اسٹالن communism کا ایک بڑا leader تھا جو روس میں پیدا ہوا۔</w:t>
      </w:r>
    </w:p>
    <w:p>
      <w:r>
        <w:rPr>
          <w:b/>
        </w:rPr>
        <w:t xml:space="preserve">[05:48] </w:t>
      </w:r>
      <w:r>
        <w:t>To us ne apni ek speech mein kaha tha ke hum ko apne mission mein kamyabi ke liye</w:t>
      </w:r>
    </w:p>
    <w:p>
      <w:pPr>
        <w:jc w:val="right"/>
      </w:pPr>
      <w:r>
        <w:t>تو اس نے اپنی ایک speech میں کہا تھا کہ ہم کو اپنے mission میں کامیابی کے لیے</w:t>
      </w:r>
    </w:p>
    <w:p>
      <w:r>
        <w:rPr>
          <w:b/>
        </w:rPr>
        <w:t xml:space="preserve">[06:01] </w:t>
      </w:r>
      <w:r>
        <w:t>teen cheezon ki zaroorat hai: hathiyar, hathiyar, hathiyar, aur aakhir mein phir hathiyar.</w:t>
      </w:r>
    </w:p>
    <w:p>
      <w:pPr>
        <w:jc w:val="right"/>
      </w:pPr>
      <w:r>
        <w:t>تین چیزوں کی ضرورت ہے: ہتھیار، ہتھیار، ہتھیار، اور آخر میں پھر ہتھیار۔</w:t>
      </w:r>
    </w:p>
    <w:p>
      <w:r>
        <w:rPr>
          <w:b/>
        </w:rPr>
        <w:t xml:space="preserve">[06:14] </w:t>
      </w:r>
      <w:r>
        <w:t>Mein kahunga ke yeh jhooti falsafi thi. Sahi falsafi yeh hai ke hum ko kamyabi ke liye teen cheezon ki zaroorat hai: sabr, sabr, sabr, aur aakhir mein phir sabr.</w:t>
      </w:r>
    </w:p>
    <w:p>
      <w:pPr>
        <w:jc w:val="right"/>
      </w:pPr>
      <w:r>
        <w:t>میں کہوں گا کہ یہ جھوٹی فلسفی تھی۔ صحیح فلسفی یہ ہے کہ ہم کو کامیابی کے لیے تین چیزوں کی ضرورت ہے: صبر، صبر، صبر، اور آخر میں پھر صبر۔</w:t>
      </w:r>
    </w:p>
    <w:p>
      <w:r>
        <w:rPr>
          <w:b/>
        </w:rPr>
        <w:t xml:space="preserve">[06:32] </w:t>
      </w:r>
      <w:r>
        <w:t>Yeh hai sachi falsafi. Is ka suboot kya hai? Is ka nearest suboot yeh hai ke tashaddud ki falsafi par Russia mein inqilab aaya.</w:t>
      </w:r>
    </w:p>
    <w:p>
      <w:pPr>
        <w:jc w:val="right"/>
      </w:pPr>
      <w:r>
        <w:t>یہ ہے سچی فلسفی۔ اس کا ثبوت کیا ہے؟ اس کا nearest ثبوت یہ ہے کہ تشدد کی فلسفی پر رشیا میں انقلاب آیا۔</w:t>
      </w:r>
    </w:p>
    <w:p>
      <w:r>
        <w:rPr>
          <w:b/>
        </w:rPr>
        <w:t xml:space="preserve">[06:49] </w:t>
      </w:r>
      <w:r>
        <w:t>Nineteen seventeen, unnis satrah mein</w:t>
      </w:r>
    </w:p>
    <w:p>
      <w:pPr>
        <w:jc w:val="right"/>
      </w:pPr>
      <w:r>
        <w:t>Nineteen seventeen، انیس سترہ میں</w:t>
      </w:r>
    </w:p>
    <w:p>
      <w:r>
        <w:rPr>
          <w:b/>
        </w:rPr>
        <w:t xml:space="preserve">[06:55] </w:t>
      </w:r>
      <w:r>
        <w:t>rusiya mein communist rule bana, jo barhte barhte communist empire ban gaya. aur wahan par jo islaah ya sudhaar woh chahte thay insani samaj mein,</w:t>
      </w:r>
    </w:p>
    <w:p>
      <w:pPr>
        <w:jc w:val="right"/>
      </w:pPr>
      <w:r>
        <w:t>رشیا میں communist rule بنا، جو بڑھتے بڑھتے communist empire بن گیا۔ اور وہاں پر جو اصلاح یا سدھار وہ چاہتے تھے انسانی سماج میں،</w:t>
      </w:r>
    </w:p>
    <w:p>
      <w:r>
        <w:rPr>
          <w:b/>
        </w:rPr>
        <w:t xml:space="preserve">[07:12] </w:t>
      </w:r>
      <w:r>
        <w:t>is ko laane ke liye pachees million insaan maar daale gaye. twenty five million insaan maar daale gaye.</w:t>
      </w:r>
    </w:p>
    <w:p>
      <w:pPr>
        <w:jc w:val="right"/>
      </w:pPr>
      <w:r>
        <w:t>اس کو لانے کے لیے پچیس ملین انسان مار ڈالے گئے۔ Twenty five million انسان مار ڈالے گئے۔</w:t>
      </w:r>
    </w:p>
    <w:p>
      <w:r>
        <w:rPr>
          <w:b/>
        </w:rPr>
        <w:t xml:space="preserve">[07:25] </w:t>
      </w:r>
      <w:r>
        <w:t>lenin aur stalin ke zamanay mein. lekin aap jante hain ke</w:t>
      </w:r>
    </w:p>
    <w:p>
      <w:pPr>
        <w:jc w:val="right"/>
      </w:pPr>
      <w:r>
        <w:t>Lenin اور Stalin کے زمانے میں۔ لیکن آپ جانتے ہیں کہ</w:t>
      </w:r>
    </w:p>
    <w:p>
      <w:r>
        <w:rPr>
          <w:b/>
        </w:rPr>
        <w:t xml:space="preserve">[07:33] </w:t>
      </w:r>
      <w:r>
        <w:t>communist empire unnees satrah mein bana aur pachhatar saal ke baad nakaam ho kar nineteen ninety one mein khatam ho gaya.</w:t>
      </w:r>
    </w:p>
    <w:p>
      <w:pPr>
        <w:jc w:val="right"/>
      </w:pPr>
      <w:r>
        <w:t>communist empire انیس سترہ میں بنا اور پچھتر سال کے بعد ناکام ہو کر nineteen ninety one میں ختم ہو گیا۔</w:t>
      </w:r>
    </w:p>
    <w:p>
      <w:r>
        <w:rPr>
          <w:b/>
        </w:rPr>
        <w:t xml:space="preserve">[07:48] </w:t>
      </w:r>
      <w:r>
        <w:t>ab na to koi communist nizaam hai.</w:t>
      </w:r>
    </w:p>
    <w:p>
      <w:pPr>
        <w:jc w:val="right"/>
      </w:pPr>
      <w:r>
        <w:t>اب نہ تو کوئی communist نظام ہے۔</w:t>
      </w:r>
    </w:p>
    <w:p>
      <w:r>
        <w:rPr>
          <w:b/>
        </w:rPr>
        <w:t xml:space="preserve">[07:52] </w:t>
      </w:r>
      <w:r>
        <w:t>aur na koi communist ideology. aaj communist ideology zinda nahi hai. india jaisay pichhray hue mulk mein kuch log communism ki baatein karte hain.</w:t>
      </w:r>
    </w:p>
    <w:p>
      <w:pPr>
        <w:jc w:val="right"/>
      </w:pPr>
      <w:r>
        <w:t>اور نہ کوئی communist ideology۔ آج communist ideology زندہ نہیں ہے۔ انڈیا جیسے پچھڑے ہوئے દેશ میں کچھ لوگ communism کی باتیں کرتے ہیں۔</w:t>
      </w:r>
    </w:p>
    <w:p>
      <w:r>
        <w:rPr>
          <w:b/>
        </w:rPr>
        <w:t xml:space="preserve">[08:06] </w:t>
      </w:r>
      <w:r>
        <w:t>baqi international level par ab communist ideology ka koi wajood nahi hai.</w:t>
      </w:r>
    </w:p>
    <w:p>
      <w:pPr>
        <w:jc w:val="right"/>
      </w:pPr>
      <w:r>
        <w:t>باقی international level پر اب communist ideology کا کوئی وجود نہیں ہے۔</w:t>
      </w:r>
    </w:p>
    <w:p>
      <w:r>
        <w:rPr>
          <w:b/>
        </w:rPr>
        <w:t xml:space="preserve">[08:15] </w:t>
      </w:r>
      <w:r>
        <w:t>yeh hai marx ki falsafa ka nateeja. badqismati se musalman bhi aisay log niklay jo unhon ne marx ki is falsafa ko islamize kiya.</w:t>
      </w:r>
    </w:p>
    <w:p>
      <w:pPr>
        <w:jc w:val="right"/>
      </w:pPr>
      <w:r>
        <w:t>یہ ہے مارکس کی فلسفی کا نتیجہ۔ بدقسمتی سے مسوانم بھی ایسے لوگ نکلے جو انہوں نے مارکس کی اس فلسفی کو اسلامائز کیا۔</w:t>
      </w:r>
    </w:p>
    <w:p>
      <w:r>
        <w:rPr>
          <w:b/>
        </w:rPr>
        <w:t xml:space="preserve">[08:28] </w:t>
      </w:r>
      <w:r>
        <w:t>islamize kiya is zamanay mein.</w:t>
      </w:r>
    </w:p>
    <w:p>
      <w:pPr>
        <w:jc w:val="right"/>
      </w:pPr>
      <w:r>
        <w:t>اسلامائز کیا اس زمانے میں۔</w:t>
      </w:r>
    </w:p>
    <w:p>
      <w:r>
        <w:rPr>
          <w:b/>
        </w:rPr>
        <w:t xml:space="preserve">[08:33] </w:t>
      </w:r>
      <w:r>
        <w:t>unhon ne kaha ke</w:t>
      </w:r>
    </w:p>
    <w:p>
      <w:pPr>
        <w:jc w:val="right"/>
      </w:pPr>
      <w:r>
        <w:t>انہوں نے کہا کہ</w:t>
      </w:r>
    </w:p>
    <w:p>
      <w:r>
        <w:rPr>
          <w:b/>
        </w:rPr>
        <w:t xml:space="preserve">[08:37] </w:t>
      </w:r>
      <w:r>
        <w:t>islam ke nizaam ko qaim karne ke liye hum jang tak jayen ge. unhon ne kaha ke momin ko aakhir kar hathyar uthana parta hai taake batil ki taqaton ko tor de, islam ke nizaam ko qaim kar de.</w:t>
      </w:r>
    </w:p>
    <w:p>
      <w:pPr>
        <w:jc w:val="right"/>
      </w:pPr>
      <w:r>
        <w:t>اسلام کے نظام کو قائم کرنے کے لیے ہم جنگ تک جائیں گے۔ انہوں نے کہا کہ مومن کو آخر کار ہتھیار اٹھانا پڑتا ہے تاکہ باطل کی طاقتوں کو توڑ دے، اسلام کے نظام کو قائم کر دے۔</w:t>
      </w:r>
    </w:p>
    <w:p>
      <w:r>
        <w:rPr>
          <w:b/>
        </w:rPr>
        <w:t xml:space="preserve">[08:56] </w:t>
      </w:r>
      <w:r>
        <w:t>is falsafa ne pachees saal beet gaye, pachees saal ziyada, lekin siwaye tabaahi ke kuch bhi nahi mila.</w:t>
      </w:r>
    </w:p>
    <w:p>
      <w:pPr>
        <w:jc w:val="right"/>
      </w:pPr>
      <w:r>
        <w:t>اس فلسفیوں نے پچاس سال بیت گئے، پچاس سال زیادہ، لیکن سوائے تباہی کے کچھ بھی نہیں ملا۔</w:t>
      </w:r>
    </w:p>
    <w:p>
      <w:r>
        <w:rPr>
          <w:b/>
        </w:rPr>
        <w:t xml:space="preserve">[09:08] </w:t>
      </w:r>
      <w:r>
        <w:t>to yeh bilkul lagoo baatein hain. lagwiyat ki had tak yeh manchlay se yeh baatein.</w:t>
      </w:r>
    </w:p>
    <w:p>
      <w:pPr>
        <w:jc w:val="right"/>
      </w:pPr>
      <w:r>
        <w:t>تو یہ بالکل لغو باتیں ہیں۔ لغویت کی حد تک یہ منیلے سے یہ باتیں۔</w:t>
      </w:r>
    </w:p>
    <w:p>
      <w:r>
        <w:rPr>
          <w:b/>
        </w:rPr>
        <w:t xml:space="preserve">[09:19] </w:t>
      </w:r>
      <w:r>
        <w:t>haqeeqat yeh hai ke zindagi ka nizaam</w:t>
      </w:r>
    </w:p>
    <w:p>
      <w:pPr>
        <w:jc w:val="right"/>
      </w:pPr>
      <w:r>
        <w:t>حقیقت یہ ہے کہ زندگی کا نظام</w:t>
      </w:r>
    </w:p>
    <w:p>
      <w:r>
        <w:rPr>
          <w:b/>
        </w:rPr>
        <w:t xml:space="preserve">[09:27] </w:t>
      </w:r>
      <w:r>
        <w:t>aman par qaim hai.</w:t>
      </w:r>
    </w:p>
    <w:p>
      <w:pPr>
        <w:jc w:val="right"/>
      </w:pPr>
      <w:r>
        <w:t>امن پر قائم ہے۔</w:t>
      </w:r>
    </w:p>
    <w:p>
      <w:r>
        <w:rPr>
          <w:b/>
        </w:rPr>
        <w:t xml:space="preserve">[09:32] </w:t>
      </w:r>
      <w:r>
        <w:t>peace is the basis of civilization and not war and violence.</w:t>
      </w:r>
    </w:p>
    <w:p>
      <w:pPr>
        <w:jc w:val="right"/>
      </w:pPr>
      <w:r>
        <w:t>Peace is the basis of civilization and not war and violence۔</w:t>
      </w:r>
    </w:p>
    <w:p>
      <w:r>
        <w:rPr>
          <w:b/>
        </w:rPr>
        <w:t xml:space="preserve">[09:44] </w:t>
      </w:r>
      <w:r>
        <w:t>ab mein aap ko arz karunga ke sabr o tahammul ya peace culture ke do level hain: aik individual aur aik national.</w:t>
      </w:r>
    </w:p>
    <w:p>
      <w:pPr>
        <w:jc w:val="right"/>
      </w:pPr>
      <w:r>
        <w:t>اب میں آپ کو عرض کروں گا کہ صبر و تحمل یا peace culture کے دو level ہیں: ایک individual اور ایک national۔</w:t>
      </w:r>
    </w:p>
    <w:p>
      <w:r>
        <w:rPr>
          <w:b/>
        </w:rPr>
        <w:t xml:space="preserve">[10:00] </w:t>
      </w:r>
      <w:r>
        <w:t>donon sathon par</w:t>
      </w:r>
    </w:p>
    <w:p>
      <w:pPr>
        <w:jc w:val="right"/>
      </w:pPr>
      <w:r>
        <w:t>دونوں سطحوں پر</w:t>
      </w:r>
    </w:p>
    <w:p>
      <w:r>
        <w:rPr>
          <w:b/>
        </w:rPr>
        <w:t xml:space="preserve">[10:02] </w:t>
      </w:r>
      <w:r>
        <w:t>yehi aik qabil amal formula hai.</w:t>
      </w:r>
    </w:p>
    <w:p>
      <w:pPr>
        <w:jc w:val="right"/>
      </w:pPr>
      <w:r>
        <w:t>یہی ایک قابل عمل فارمولا ہے۔</w:t>
      </w:r>
    </w:p>
    <w:p>
      <w:r>
        <w:rPr>
          <w:b/>
        </w:rPr>
        <w:t xml:space="preserve">[10:09] </w:t>
      </w:r>
      <w:r>
        <w:t>chahe fard ki kamyabi ho ya poore nation ki kamyabi ho, har jagah yehi aik formula hai jo workable hai, jo practical hai.</w:t>
      </w:r>
    </w:p>
    <w:p>
      <w:pPr>
        <w:jc w:val="right"/>
      </w:pPr>
      <w:r>
        <w:t>چاہے فرد کی کامیابی ہو یا پورے nation کی کامیابی ہو، ہر جگہ یہی ایک فارمولا ہے جو workable ہے، جو practical ہے۔</w:t>
      </w:r>
    </w:p>
    <w:p>
      <w:r>
        <w:rPr>
          <w:b/>
        </w:rPr>
        <w:t xml:space="preserve">[10:25] </w:t>
      </w:r>
      <w:r>
        <w:t>dosray tamam formulay bilkul</w:t>
      </w:r>
    </w:p>
    <w:p>
      <w:pPr>
        <w:jc w:val="right"/>
      </w:pPr>
      <w:r>
        <w:t>دوسرے تمام فارمولے بالکل</w:t>
      </w:r>
    </w:p>
    <w:p>
      <w:r>
        <w:rPr>
          <w:b/>
        </w:rPr>
        <w:t xml:space="preserve">[10:30] </w:t>
      </w:r>
      <w:r>
        <w:t>tabaahi ke formulay hain. mein aap ko do waqay ki taraf le jaunga.</w:t>
      </w:r>
    </w:p>
    <w:p>
      <w:pPr>
        <w:jc w:val="right"/>
      </w:pPr>
      <w:r>
        <w:t>تباہی کے فارمولے ہیں۔ میں آپ کو دو واقعے کی طرف لے جاؤں گا۔</w:t>
      </w:r>
    </w:p>
    <w:p>
      <w:r>
        <w:rPr>
          <w:b/>
        </w:rPr>
        <w:t xml:space="preserve">[10:42] </w:t>
      </w:r>
      <w:r>
        <w:t>pehlay aik infiradi waqia aur dosray</w:t>
      </w:r>
    </w:p>
    <w:p>
      <w:pPr>
        <w:jc w:val="right"/>
      </w:pPr>
      <w:r>
        <w:t>پہلے ایک انفرادی واقعہ اور دوسرے</w:t>
      </w:r>
    </w:p>
    <w:p>
      <w:r>
        <w:rPr>
          <w:b/>
        </w:rPr>
        <w:t xml:space="preserve">[10:49] </w:t>
      </w:r>
      <w:r>
        <w:t>national waqia.</w:t>
      </w:r>
    </w:p>
    <w:p>
      <w:pPr>
        <w:jc w:val="right"/>
      </w:pPr>
      <w:r>
        <w:t>national واقعہ۔</w:t>
      </w:r>
    </w:p>
    <w:p>
      <w:r>
        <w:rPr>
          <w:b/>
        </w:rPr>
        <w:t xml:space="preserve">[10:55] </w:t>
      </w:r>
      <w:r>
        <w:t>aap jante hain ke hum aik mahana magazine nikalte hain, monthly magazine, un ka naam hai al risala. risala ka matlab hai the message.</w:t>
      </w:r>
    </w:p>
    <w:p>
      <w:pPr>
        <w:jc w:val="right"/>
      </w:pPr>
      <w:r>
        <w:t>آپ جانتے ہیں کہ ہم ایک ماہانہ magazine نکالتے ہیں، monthly magazine، ان کا نام ہے الرسالہ۔ رسالہ کا مطلب ہے the message۔</w:t>
      </w:r>
    </w:p>
    <w:p>
      <w:r>
        <w:rPr>
          <w:b/>
        </w:rPr>
        <w:t xml:space="preserve">[11:07] </w:t>
      </w:r>
      <w:r>
        <w:t>to kai saal pehle, aap jante hain ke risala ke title par ek qaul hua karta hai, do line ya teen line ka.</w:t>
      </w:r>
    </w:p>
    <w:p>
      <w:pPr>
        <w:jc w:val="right"/>
      </w:pPr>
      <w:r>
        <w:t>تو کئی سال پہلے، آپ جانتے ہیں کہ رسالہ کے ٹائٹل پر ایک قول ہوا کرتا ہے، دو لائن یا تین لائن کا۔</w:t>
      </w:r>
    </w:p>
    <w:p>
      <w:r>
        <w:rPr>
          <w:b/>
        </w:rPr>
        <w:t xml:space="preserve">[11:18] </w:t>
      </w:r>
      <w:r>
        <w:t>to kai saal pehle risala ke pehle page par, yaani title par, ek qaul chupa.</w:t>
      </w:r>
    </w:p>
    <w:p>
      <w:pPr>
        <w:jc w:val="right"/>
      </w:pPr>
      <w:r>
        <w:t>تو کئی سال پہلے رسالہ کے پہلے page پر، یعنی ٹائٹل پر، ایک قول چھپا۔</w:t>
      </w:r>
    </w:p>
    <w:p>
      <w:r>
        <w:rPr>
          <w:b/>
        </w:rPr>
        <w:t xml:space="preserve">[11:29] </w:t>
      </w:r>
      <w:r>
        <w:t>woh yeh tha ke inteqaam lene se pehle soch lo ke inteqaam ka bhi inteqaam liya jayega.</w:t>
      </w:r>
    </w:p>
    <w:p>
      <w:pPr>
        <w:jc w:val="right"/>
      </w:pPr>
      <w:r>
        <w:t>وہ یہ تھا کہ انتقام لینے سے پہلے سوچ لو کہ انتقام کا بھی انتقام لیا جائے گا۔</w:t>
      </w:r>
    </w:p>
    <w:p>
      <w:r>
        <w:rPr>
          <w:b/>
        </w:rPr>
        <w:t xml:space="preserve">[11:41] </w:t>
      </w:r>
      <w:r>
        <w:t>inteqaam lene se pehle soch lo ke inteqaam ka bhi inteqaam liya jayega. is ke peeche ek waqia hai.</w:t>
      </w:r>
    </w:p>
    <w:p>
      <w:pPr>
        <w:jc w:val="right"/>
      </w:pPr>
      <w:r>
        <w:t>انتقام لینے سے پہلے سوچ لو کہ انتقام کا بھی انتقام لیا جائے گا۔ اس کے پیچھے ایک واقعہ ہے۔</w:t>
      </w:r>
    </w:p>
    <w:p>
      <w:r>
        <w:rPr>
          <w:b/>
        </w:rPr>
        <w:t xml:space="preserve">[11:53] </w:t>
      </w:r>
      <w:r>
        <w:t>is zamane mein jab yeh chupa to basti mein ek sahib the,</w:t>
      </w:r>
    </w:p>
    <w:p>
      <w:pPr>
        <w:jc w:val="right"/>
      </w:pPr>
      <w:r>
        <w:t>اس زمانے میں جب یہ چھپا تو بستی میں ایک صاحب تھے،</w:t>
      </w:r>
    </w:p>
    <w:p>
      <w:r>
        <w:rPr>
          <w:b/>
        </w:rPr>
        <w:t xml:space="preserve">[11:58] </w:t>
      </w:r>
      <w:r>
        <w:t>ek musalman. to aisa hua ke unhon ne ek neta ya leader ke zariye ek bus ka permit hasil kiya.</w:t>
      </w:r>
    </w:p>
    <w:p>
      <w:pPr>
        <w:jc w:val="right"/>
      </w:pPr>
      <w:r>
        <w:t>ایک مسلمان۔ تو ایسا ہوا کہ انہوں نے ایک نیتا یا leader کے ذریعے ایک بس کا permit حاصل کیا۔</w:t>
      </w:r>
    </w:p>
    <w:p>
      <w:r>
        <w:rPr>
          <w:b/>
        </w:rPr>
        <w:t xml:space="preserve">[12:13] </w:t>
      </w:r>
      <w:r>
        <w:t>bus ka permit jo liya unhon ne</w:t>
      </w:r>
    </w:p>
    <w:p>
      <w:pPr>
        <w:jc w:val="right"/>
      </w:pPr>
      <w:r>
        <w:t>بس کا permit جو لیا انہوں نے</w:t>
      </w:r>
    </w:p>
    <w:p>
      <w:r>
        <w:rPr>
          <w:b/>
        </w:rPr>
        <w:t xml:space="preserve">[12:15] </w:t>
      </w:r>
      <w:r>
        <w:t>to paisa un ka tha. aur jo neta the ya leader jo the, woh apne source ko istemal kar ke is ka permit le aaye, license is ka le aaye.</w:t>
      </w:r>
    </w:p>
    <w:p>
      <w:pPr>
        <w:jc w:val="right"/>
      </w:pPr>
      <w:r>
        <w:t>تو پیسہ ان کا تھا۔ اور جو نیتا تھے یا leader جو تھے، وہ اپنے source کو استعمال کر کے اس کا permit لے آئے، license اس کا لے آئے۔</w:t>
      </w:r>
    </w:p>
    <w:p>
      <w:r>
        <w:rPr>
          <w:b/>
        </w:rPr>
        <w:t xml:space="preserve">[12:26] </w:t>
      </w:r>
      <w:r>
        <w:t>to fifty fifty ka share tha dono mein. jab bus aa gayi aur chalne lagi, is mein faida hua.</w:t>
      </w:r>
    </w:p>
    <w:p>
      <w:pPr>
        <w:jc w:val="right"/>
      </w:pPr>
      <w:r>
        <w:t>تو fifty fifty کا share تھا دونوں میں۔ جب بس آ گئی اور چلنے لگی، اس میں فائدہ ہوا۔</w:t>
      </w:r>
    </w:p>
    <w:p>
      <w:r>
        <w:rPr>
          <w:b/>
        </w:rPr>
        <w:t xml:space="preserve">[12:35] </w:t>
      </w:r>
      <w:r>
        <w:t>to chunaanche legal taur par is ke owner wahi the jo neta the, to unhon ne is par qabza kar liya.</w:t>
      </w:r>
    </w:p>
    <w:p>
      <w:pPr>
        <w:jc w:val="right"/>
      </w:pPr>
      <w:r>
        <w:t>تو چونکہ legal طور پر اس کے owner وہی تھے جو نیتا تھے، تو انہوں نے اس پر قبضہ کر لیا۔</w:t>
      </w:r>
    </w:p>
    <w:p>
      <w:r>
        <w:rPr>
          <w:b/>
        </w:rPr>
        <w:t xml:space="preserve">[12:46] </w:t>
      </w:r>
      <w:r>
        <w:t>is ka sara faida khud hi lene lage. jo tay tha ke aadha tumhara, aadha hamara.</w:t>
      </w:r>
    </w:p>
    <w:p>
      <w:pPr>
        <w:jc w:val="right"/>
      </w:pPr>
      <w:r>
        <w:t>اس کا سارا فائدہ خود ہی لینے لگے۔ جو طے تھا کہ آدھا تمہارا، آدھا ہمارا۔</w:t>
      </w:r>
    </w:p>
    <w:p>
      <w:r>
        <w:rPr>
          <w:b/>
        </w:rPr>
        <w:t xml:space="preserve">[12:53] </w:t>
      </w:r>
      <w:r>
        <w:t>to poora faida woh khud lene lage aur un ko bilkul alag kar diya.</w:t>
      </w:r>
    </w:p>
    <w:p>
      <w:pPr>
        <w:jc w:val="right"/>
      </w:pPr>
      <w:r>
        <w:t>تو پورا فائدہ وہ خود لینے لگے اور ان کو بالکل الگ کر دیا۔</w:t>
      </w:r>
    </w:p>
    <w:p>
      <w:r>
        <w:rPr>
          <w:b/>
        </w:rPr>
        <w:t xml:space="preserve">[13:03] </w:t>
      </w:r>
      <w:r>
        <w:t>ab yeh jinhon ne paisa lagaya tha, bohat ghussa hue, bohat inteqaam bhadka un ke andar. unhon ne yeh tay kar liya ke mujhe is aadmi ko maar dalna hai.</w:t>
      </w:r>
    </w:p>
    <w:p>
      <w:pPr>
        <w:jc w:val="right"/>
      </w:pPr>
      <w:r>
        <w:t>اب یہ جنہوں نے پیسہ لگایا تھا، بہت غصہ ہوئے، بہت انتقام بھڑکا ان کے اندر۔ انہوں نے یہ طے کر لیا کہ مجھے اس آدمی کو مار ڈالنا ہے۔</w:t>
      </w:r>
    </w:p>
    <w:p>
      <w:r>
        <w:rPr>
          <w:b/>
        </w:rPr>
        <w:t xml:space="preserve">[13:16] </w:t>
      </w:r>
      <w:r>
        <w:t>is neta ko mujhe jaan se maar dalna hai. kyunke aankh bhadak rahi thi un ke andar ke paisa mein ne lagaya</w:t>
      </w:r>
    </w:p>
    <w:p>
      <w:pPr>
        <w:jc w:val="right"/>
      </w:pPr>
      <w:r>
        <w:t>اس نیتا کو مجھے جان سے مار ڈالنا ہے۔ کیونکہ آنکھ بھڑک رہی تھی ان کے اندر کہ پیسہ میں نے لگایا</w:t>
      </w:r>
    </w:p>
    <w:p>
      <w:r>
        <w:rPr>
          <w:b/>
        </w:rPr>
        <w:t xml:space="preserve">[13:24] </w:t>
      </w:r>
      <w:r>
        <w:t>aur yeh free mein qabza kar ke baitha hua hai. mujhe is ka faida deta nahin. to unhon ne tay kar liya ke mujhe is ko jaan se maar dalna hai.</w:t>
      </w:r>
    </w:p>
    <w:p>
      <w:pPr>
        <w:jc w:val="right"/>
      </w:pPr>
      <w:r>
        <w:t>اور یہ free میں قبضہ کر کے بیٹھا ہوا ہے۔ مجھے اس کا فائدہ دیتا نہیں۔ تو انہوں نے طے کر لیا کہ مجھے اس کو جان سے مار ڈالنا ہے۔</w:t>
      </w:r>
    </w:p>
    <w:p>
      <w:r>
        <w:rPr>
          <w:b/>
        </w:rPr>
        <w:t xml:space="preserve">[13:37] </w:t>
      </w:r>
      <w:r>
        <w:t>achha, jab yeh is inteqaam ki aag mein the,</w:t>
      </w:r>
    </w:p>
    <w:p>
      <w:pPr>
        <w:jc w:val="right"/>
      </w:pPr>
      <w:r>
        <w:t>اچھا، جب یہ اس انتقام کی آگ میں تھے،</w:t>
      </w:r>
    </w:p>
    <w:p>
      <w:r>
        <w:rPr>
          <w:b/>
        </w:rPr>
        <w:t xml:space="preserve">[13:42] </w:t>
      </w:r>
      <w:r>
        <w:t>isi zamane mein risale mein woh chupa. wahi zamane mein. to ittefaq se woh parcha unhein mil gaya jis mein yeh likha hua tha ke inteqaam lene se pehle soch lo ke inteqaam ka bhi inteqaam liya jayega.</w:t>
      </w:r>
    </w:p>
    <w:p>
      <w:pPr>
        <w:jc w:val="right"/>
      </w:pPr>
      <w:r>
        <w:t>اسی زمانے میں رسالے میں وہ چھپا۔ وہی زمانے میں۔ تو اتفاق سے وہ پرچہ انہیں مل گیا جس میں یہ لکھا ہوا تھا کہ انتقام لینے سے پہلے سوچ لو کہ انتقام کا بھی انتقام لیا جائے گا۔</w:t>
      </w:r>
    </w:p>
    <w:p>
      <w:r>
        <w:rPr>
          <w:b/>
        </w:rPr>
        <w:t xml:space="preserve">[14:02] </w:t>
      </w:r>
      <w:r>
        <w:t>ab yeh in ko parh kar ke thaṭhak gaye woh. kyunke yeh naye qism ki baat thi. jo na unhon ne suni thi, na kahin parhi thi.</w:t>
      </w:r>
    </w:p>
    <w:p>
      <w:pPr>
        <w:jc w:val="right"/>
      </w:pPr>
      <w:r>
        <w:t>اب یہ ان کو پڑھ کر کے ٹھٹک گئے وہ۔ کیونکہ یہ نئے قسم کی بات تھی۔ جو نہ انہوں نے سنی تھی، نہ کہیں پڑھی تھی۔</w:t>
      </w:r>
    </w:p>
    <w:p>
      <w:r>
        <w:rPr>
          <w:b/>
        </w:rPr>
        <w:t xml:space="preserve">[14:12] </w:t>
      </w:r>
      <w:r>
        <w:t>aas paas ki duniya mein kabhi in se yeh nahin bataya gaya tha in ko. ya khud soch paaye the woh.</w:t>
      </w:r>
    </w:p>
    <w:p>
      <w:pPr>
        <w:jc w:val="right"/>
      </w:pPr>
      <w:r>
        <w:t>آس پاس کی دنیا میں کبھی ان سے یہ نہیں بتایا گیا تھا ان کو۔ یا خود سوچ پائے تھے وہ۔</w:t>
      </w:r>
    </w:p>
    <w:p>
      <w:r>
        <w:rPr>
          <w:b/>
        </w:rPr>
        <w:t xml:space="preserve">[14:18] </w:t>
      </w:r>
      <w:r>
        <w:t>to jab unhon ne parha unhon ne yeh ke inteqaam lene se pehle soch lo ke inteqaam ka bhi inteqaam liya jayega. aur woh sochne lage.</w:t>
      </w:r>
    </w:p>
    <w:p>
      <w:pPr>
        <w:jc w:val="right"/>
      </w:pPr>
      <w:r>
        <w:t>تو جب انہوں نے پڑھا انہوں نے یہ کہ انتقام لینے سے پہلے سوچ لو کہ انتقام کا بھی انتقام لیا جائے گا۔ اور وہ سوچنے لگے۔</w:t>
      </w:r>
    </w:p>
    <w:p>
      <w:r>
        <w:rPr>
          <w:b/>
        </w:rPr>
        <w:t xml:space="preserve">[14:29] </w:t>
      </w:r>
      <w:r>
        <w:t>un ke mind mein aaya ke agar main is aadmi ko maar dalun to is ke bete hain to kya woh bete mujhe maaf kar denge?</w:t>
      </w:r>
    </w:p>
    <w:p>
      <w:pPr>
        <w:jc w:val="right"/>
      </w:pPr>
      <w:r>
        <w:t>ان کے mind میں آیا کہ اگر میں اس آدمی کو مار ڈالوں تو اس کے بیٹے ہیں تو کیا وہ بیٹے مجھے معاف کر دیں گے؟</w:t>
      </w:r>
    </w:p>
    <w:p>
      <w:r>
        <w:rPr>
          <w:b/>
        </w:rPr>
        <w:t xml:space="preserve">[14:37] </w:t>
      </w:r>
      <w:r>
        <w:t>bete khud mujh ko marenge?</w:t>
      </w:r>
    </w:p>
    <w:p>
      <w:pPr>
        <w:jc w:val="right"/>
      </w:pPr>
      <w:r>
        <w:t>بیٹے خود مجھ کو ماریں گے؟</w:t>
      </w:r>
    </w:p>
    <w:p>
      <w:r>
        <w:rPr>
          <w:b/>
        </w:rPr>
        <w:t xml:space="preserve">[14:42] </w:t>
      </w:r>
      <w:r>
        <w:t>to mere paas aaye woh. aur main ne yahi baat un se kahi ke aap agar is ko maar dalen to kya aap samajhte hain ke wahan police stop lag jayega?</w:t>
      </w:r>
    </w:p>
    <w:p>
      <w:pPr>
        <w:jc w:val="right"/>
      </w:pPr>
      <w:r>
        <w:t>تو میرے پاس آئے وہ۔ اور میں نے یہی بات ان سے کہی کہ آپ اگر اس کو مار ڈالیں تو کیا آپ سمجھتے ہیں کہ وہاں police stop لگ جائے گا؟</w:t>
      </w:r>
    </w:p>
    <w:p>
      <w:r>
        <w:rPr>
          <w:b/>
        </w:rPr>
        <w:t xml:space="preserve">[14:56] </w:t>
      </w:r>
      <w:r>
        <w:t>aap ka paisa is ne daba liya,</w:t>
      </w:r>
    </w:p>
    <w:p>
      <w:pPr>
        <w:jc w:val="right"/>
      </w:pPr>
      <w:r>
        <w:t>آپ کا پیسہ اس نے دبا لیا،</w:t>
      </w:r>
    </w:p>
    <w:p>
      <w:r>
        <w:rPr>
          <w:b/>
        </w:rPr>
        <w:t xml:space="preserve">[15:00] </w:t>
      </w:r>
      <w:r>
        <w:t>bus par qabza kar liya to police stop nahin laga. to aap kisi ko jaan se maar dalen ge to kaise police stop lag jayega?</w:t>
      </w:r>
    </w:p>
    <w:p>
      <w:pPr>
        <w:jc w:val="right"/>
      </w:pPr>
      <w:r>
        <w:t>بس پر قبضہ کر لیا تو police stop نہیں لگا۔ تو آپ کسی کو جان سے مار ڈالیں گے تو کیسے police stop لگ جائے گا؟</w:t>
      </w:r>
    </w:p>
    <w:p>
      <w:r>
        <w:rPr>
          <w:b/>
        </w:rPr>
        <w:t xml:space="preserve">[15:10] </w:t>
      </w:r>
      <w:r>
        <w:t>us ke bete aap se ko marenge? bete intiqam lenge aap se?</w:t>
      </w:r>
    </w:p>
    <w:p>
      <w:pPr>
        <w:jc w:val="right"/>
      </w:pPr>
      <w:r>
        <w:t>اس کے بیٹے آپ سے کو ماریں گے؟ بیٹے انتقام لیں گے آپ سے؟</w:t>
      </w:r>
    </w:p>
    <w:p>
      <w:r>
        <w:rPr>
          <w:b/>
        </w:rPr>
        <w:t xml:space="preserve">[15:17] </w:t>
      </w:r>
      <w:r>
        <w:t>to bete is ke jo hain wo kabhi bhi aap ko zinda nahin chhodenge. to un ki samajh mein aa gayi ye baat.</w:t>
      </w:r>
    </w:p>
    <w:p>
      <w:pPr>
        <w:jc w:val="right"/>
      </w:pPr>
      <w:r>
        <w:t>تو بیٹے اس کے جو ہیں وہ کبھی بھی آپ کو زندہ نہیں چھوڑیں گے۔ تو ان کی سمجھ میں آ گئی یہ بات۔</w:t>
      </w:r>
    </w:p>
    <w:p>
      <w:r>
        <w:rPr>
          <w:b/>
        </w:rPr>
        <w:t xml:space="preserve">[15:26] </w:t>
      </w:r>
      <w:r>
        <w:t>agar main intiqam le leta hoon to baat khatm nahin hogi. phir mujh se intiqam liya jaega.</w:t>
      </w:r>
    </w:p>
    <w:p>
      <w:pPr>
        <w:jc w:val="right"/>
      </w:pPr>
      <w:r>
        <w:t>اگر میں انتقام لے لیتا ہوں تو بات ختم نہیں ہوگی۔ پھر مجھ سے انتقام لیا جائے گا۔</w:t>
      </w:r>
    </w:p>
    <w:p>
      <w:r>
        <w:rPr>
          <w:b/>
        </w:rPr>
        <w:t xml:space="preserve">[15:34] </w:t>
      </w:r>
      <w:r>
        <w:t>wo khatm to main bhi khatm.</w:t>
      </w:r>
    </w:p>
    <w:p>
      <w:pPr>
        <w:jc w:val="right"/>
      </w:pPr>
      <w:r>
        <w:t>وہ ختم تو میں بھی ختم۔</w:t>
      </w:r>
    </w:p>
    <w:p>
      <w:r>
        <w:rPr>
          <w:b/>
        </w:rPr>
        <w:t xml:space="preserve">[15:40] </w:t>
      </w:r>
      <w:r>
        <w:t>yani kahani jo hai wo is ki bhi khatm to meri bhi kahani khatm. to main ne kaha ke dekhen ye soch band kijiye aap.</w:t>
      </w:r>
    </w:p>
    <w:p>
      <w:pPr>
        <w:jc w:val="right"/>
      </w:pPr>
      <w:r>
        <w:t>یعنی کہانی جو ہے وہ اس کی بھی ختم تو میری بھی کہانی ختم۔ تو میں نے کہا کہ دیکھیں یہ سوچ بند کیجیے آپ۔</w:t>
      </w:r>
    </w:p>
    <w:p>
      <w:r>
        <w:rPr>
          <w:b/>
        </w:rPr>
        <w:t xml:space="preserve">[15:50] </w:t>
      </w:r>
      <w:r>
        <w:t>mujhe ye bataiye ke ab aap ke paas kuchh paisa hai? to unhon ne kaha ke jo badi raqam thi wo to main ne laga diya</w:t>
      </w:r>
    </w:p>
    <w:p>
      <w:pPr>
        <w:jc w:val="right"/>
      </w:pPr>
      <w:r>
        <w:t>مجھے یہ بتائیے کہ اب آپ کے پاس کچھ پیسہ ہے؟ تو انہوں نے کہا کہ جو بڑی رقم تھی وہ تو میں نے لگا دیا</w:t>
      </w:r>
    </w:p>
    <w:p>
      <w:r>
        <w:rPr>
          <w:b/>
        </w:rPr>
        <w:t xml:space="preserve">[16:00] </w:t>
      </w:r>
      <w:r>
        <w:t>bas mein. ab mere paas koi pachees hazar rupaye hain. main ne kaha bas is ko bhula dijiye. is pachees hazar rupaye ko lekar aap koi business shuru kar dijiye, chhota sa business.</w:t>
      </w:r>
    </w:p>
    <w:p>
      <w:pPr>
        <w:jc w:val="right"/>
      </w:pPr>
      <w:r>
        <w:t>بس میں۔ اب میرے پاس کوئی پچیس ہزار روپے ہیں۔ میں نے کہا بس اس کو بھلا دیجیے۔ اس پچیس ہزار روپے کو لے کر آپ کوئی business شروع کر دیجیے، چھوٹا سا business۔</w:t>
      </w:r>
    </w:p>
    <w:p>
      <w:r>
        <w:rPr>
          <w:b/>
        </w:rPr>
        <w:t xml:space="preserve">[16:15] </w:t>
      </w:r>
      <w:r>
        <w:t>bas</w:t>
      </w:r>
    </w:p>
    <w:p>
      <w:pPr>
        <w:jc w:val="right"/>
      </w:pPr>
      <w:r>
        <w:t>بس</w:t>
      </w:r>
    </w:p>
    <w:p>
      <w:r>
        <w:rPr>
          <w:b/>
        </w:rPr>
        <w:t xml:space="preserve">[16:16] </w:t>
      </w:r>
      <w:r>
        <w:t>kuchh yani pichhe wali baat ko sochen hi mat is ko. is ke sabr ke khane mein daal dijiye. sabr, sabr, sabr.</w:t>
      </w:r>
    </w:p>
    <w:p>
      <w:pPr>
        <w:jc w:val="right"/>
      </w:pPr>
      <w:r>
        <w:t>کچھ یعنی پیچھے والی بات کو سوچیں ہی مت اس کو۔ اس کے صبر کے خانے میں ڈال دیجیے۔ صبر، صبر، صبر۔</w:t>
      </w:r>
    </w:p>
    <w:p>
      <w:r>
        <w:rPr>
          <w:b/>
        </w:rPr>
        <w:t xml:space="preserve">[16:27] </w:t>
      </w:r>
      <w:r>
        <w:t>to khair samjhaya un ko, wo maan gae. vapas ja kar unhon ne isi pachees hazar rupaye se koi kaam shuru kiya.</w:t>
      </w:r>
    </w:p>
    <w:p>
      <w:pPr>
        <w:jc w:val="right"/>
      </w:pPr>
      <w:r>
        <w:t>تو خیر سمجھایا ان کو، وہ مان گئے۔ واپس جا کر انہوں نے اسی پچیس ہزار روپے سے کوئی کام شروع کیا۔</w:t>
      </w:r>
    </w:p>
    <w:p>
      <w:r>
        <w:rPr>
          <w:b/>
        </w:rPr>
        <w:t xml:space="preserve">[16:36] </w:t>
      </w:r>
      <w:r>
        <w:t>do baras ke baad phir un se mulaqat hui. to unhon ne kaha ke pachees hazar mein itni barkat hui</w:t>
      </w:r>
    </w:p>
    <w:p>
      <w:pPr>
        <w:jc w:val="right"/>
      </w:pPr>
      <w:r>
        <w:t>دو برس کے بعد پھر ان سے ملاقات ہوئی۔ تو انہوں نے کہا کہ پچیس ہزار میں اتنی برکت ہوئی</w:t>
      </w:r>
    </w:p>
    <w:p>
      <w:r>
        <w:rPr>
          <w:b/>
        </w:rPr>
        <w:t xml:space="preserve">[16:46] </w:t>
      </w:r>
      <w:r>
        <w:t>ke ab mere paas kai gadiyan hain.</w:t>
      </w:r>
    </w:p>
    <w:p>
      <w:pPr>
        <w:jc w:val="right"/>
      </w:pPr>
      <w:r>
        <w:t>کہ اب میرے پاس کئی گاڑیاں ہیں۔</w:t>
      </w:r>
    </w:p>
    <w:p>
      <w:r>
        <w:rPr>
          <w:b/>
        </w:rPr>
        <w:t xml:space="preserve">[16:52] </w:t>
      </w:r>
      <w:r>
        <w:t>us waqt ek gadi ka jhagda tha, ab mere paas kai gadiyan hain. itni taraqqi hui mere business mein.</w:t>
      </w:r>
    </w:p>
    <w:p>
      <w:pPr>
        <w:jc w:val="right"/>
      </w:pPr>
      <w:r>
        <w:t>اس وقت ایک گاڑی کا جھگڑا تھا، اب میرے پاس کئی گاڑیاں ہیں۔ اتنی ترقی ہوئی میرے business میں۔</w:t>
      </w:r>
    </w:p>
    <w:p>
      <w:r>
        <w:rPr>
          <w:b/>
        </w:rPr>
        <w:t xml:space="preserve">[17:04] </w:t>
      </w:r>
      <w:r>
        <w:t>ye hai sabr o tahammul ka karishma. agar wo sabr o tahammul na karte, wo jang ke raste par jaate to vahi hota ke ye maarte is aadmi ko, is aadmi ke bete un ko maarte.</w:t>
      </w:r>
    </w:p>
    <w:p>
      <w:pPr>
        <w:jc w:val="right"/>
      </w:pPr>
      <w:r>
        <w:t>یہ ہے صبر و تحمل کا کرشمہ۔ اگر وہ صبر و تحمل نہ کرتے، وہ جنگ کے راستے پر جاتے تو وہی ہوتا کہ یہ مارتے اس آدمی کو، اس آدمی کے بیٹے ان کو مارتے۔</w:t>
      </w:r>
    </w:p>
    <w:p>
      <w:r>
        <w:rPr>
          <w:b/>
        </w:rPr>
        <w:t xml:space="preserve">[17:21] </w:t>
      </w:r>
      <w:r>
        <w:t>bas khoon, fasad, tashaddud yahi hisse mein aata. faida kuchh bhi nahin milta. ye hai fard ki misaal.</w:t>
      </w:r>
    </w:p>
    <w:p>
      <w:pPr>
        <w:jc w:val="right"/>
      </w:pPr>
      <w:r>
        <w:t>بس خون، فساد، تشدد یہی حصے میں آتا۔ فائدہ کچھ بھی نہیں ملتا۔ یہ ہے فرد کی مثال۔</w:t>
      </w:r>
    </w:p>
    <w:p>
      <w:r>
        <w:rPr>
          <w:b/>
        </w:rPr>
        <w:t xml:space="preserve">[17:31] </w:t>
      </w:r>
      <w:r>
        <w:t>ab aap nation ki misaal lijiye. aap ko ya aap ko pata hai ke</w:t>
      </w:r>
    </w:p>
    <w:p>
      <w:pPr>
        <w:jc w:val="right"/>
      </w:pPr>
      <w:r>
        <w:t>اب آپ nation کی مثال لیجیے۔ آپ کو یا آپ کو پتہ ہے کہ</w:t>
      </w:r>
    </w:p>
    <w:p>
      <w:r>
        <w:rPr>
          <w:b/>
        </w:rPr>
        <w:t xml:space="preserve">[17:39] </w:t>
      </w:r>
      <w:r>
        <w:t>japan jo hai second world war se pahle ek ladaku qaum tha. japan mein ek ladaku qaum rahti thi.</w:t>
      </w:r>
    </w:p>
    <w:p>
      <w:pPr>
        <w:jc w:val="right"/>
      </w:pPr>
      <w:r>
        <w:t>جاپان جو ہے سیکنڈ ورلڈ وار سے پہلے ایک لڑاکو قوم تھا۔ جاپان میں ایک لڑاکو قوم رہتی تھی۔</w:t>
      </w:r>
    </w:p>
    <w:p>
      <w:r>
        <w:rPr>
          <w:b/>
        </w:rPr>
        <w:t xml:space="preserve">[17:51] </w:t>
      </w:r>
      <w:r>
        <w:t>ladne ka maza aae. tashaddud ki falsafi thi in ki.</w:t>
      </w:r>
    </w:p>
    <w:p>
      <w:pPr>
        <w:jc w:val="right"/>
      </w:pPr>
      <w:r>
        <w:t>لڑنے کا مزہ آئے۔ تشدد کی فلسفی تھی ان کی۔</w:t>
      </w:r>
    </w:p>
    <w:p>
      <w:r>
        <w:rPr>
          <w:b/>
        </w:rPr>
        <w:t xml:space="preserve">[17:55] </w:t>
      </w:r>
      <w:r>
        <w:t>wo samajhte the ke hum duniya mein sab se oonche hain. hum ko haq hai ke hum rule karen duniya ke upar. apne ko wo jaise musalman samajhte hain na khair ummat.</w:t>
      </w:r>
    </w:p>
    <w:p>
      <w:pPr>
        <w:jc w:val="right"/>
      </w:pPr>
      <w:r>
        <w:t>وہ سمجھتے تھے کہ ہم دنیا میں سب سے اونچے ہیں۔ ہم کو حق ہے کہ ہم rule کریں دنیا کے اوپر۔ اپنے کو وہ جیسے مسلمان سمجھتے ہیں نا خیر امت۔</w:t>
      </w:r>
    </w:p>
    <w:p>
      <w:r>
        <w:rPr>
          <w:b/>
        </w:rPr>
        <w:t xml:space="preserve">[18:06] </w:t>
      </w:r>
      <w:r>
        <w:t>to ye is musalmanon ki baat nahin hai. sab apne ko khair qaum samajhte hain. german samajhte the apne ko khair qaum. japani samajhte the apne ko khair qaum.</w:t>
      </w:r>
    </w:p>
    <w:p>
      <w:pPr>
        <w:jc w:val="right"/>
      </w:pPr>
      <w:r>
        <w:t>تو یہ اس مسلمانوں کی بات نہیں ہے۔ سب اپنے کو خیر قوم سمجھتے ہیں۔ جرمن سمجھتے تھے اپنے کو خیر قوم۔ جاپانی سمجھتے تھے اپنے کو خیر قوم۔</w:t>
      </w:r>
    </w:p>
    <w:p>
      <w:r>
        <w:rPr>
          <w:b/>
        </w:rPr>
        <w:t xml:space="preserve">[18:17] </w:t>
      </w:r>
      <w:r>
        <w:t>angrez samajhte the apne ko khair qaum. aaj kal america samajhta hai apne ko khair qaum. ye nazariya shaitani nazariya hai, shaitani.</w:t>
      </w:r>
    </w:p>
    <w:p>
      <w:pPr>
        <w:jc w:val="right"/>
      </w:pPr>
      <w:r>
        <w:t>انگریز سمجھتے تھے اپنے کو خیر قوم۔ آج کل امریکہ سمجھتا ہے اپنے کو خیر قوم۔ یہ نظریہ شیطانی نظریہ ہے، شیطانی۔</w:t>
      </w:r>
    </w:p>
    <w:p>
      <w:r>
        <w:rPr>
          <w:b/>
        </w:rPr>
        <w:t xml:space="preserve">[18:25] </w:t>
      </w:r>
      <w:r>
        <w:t>chahe musalman is ko karen ya doosre log karen. koi na khair hai na shar. har aadmi Khuda ka banda hai.</w:t>
      </w:r>
    </w:p>
    <w:p>
      <w:pPr>
        <w:jc w:val="right"/>
      </w:pPr>
      <w:r>
        <w:t>چاہے مسلمان اس کو کریں یا دوسرے لوگ کریں۔ کوئی نہ خیر ہے نہ شر۔ ہر آدمی خدا کا بندہ ہے۔</w:t>
      </w:r>
    </w:p>
    <w:p>
      <w:r>
        <w:rPr>
          <w:b/>
        </w:rPr>
        <w:t xml:space="preserve">[18:35] </w:t>
      </w:r>
      <w:r>
        <w:t>ye jo nazariya aaj kal chala hua hai, ye jhootha nazariya hai. koi khair qaum nahin. sab Khuda ke bande hain.</w:t>
      </w:r>
    </w:p>
    <w:p>
      <w:pPr>
        <w:jc w:val="right"/>
      </w:pPr>
      <w:r>
        <w:t>یہ جو نظریہ آج کل چلا ہوا ہے، یہ جھوٹا نظریہ ہے۔ کوئی خیر قوم نہیں۔ سب خدا کے بندے ہیں۔</w:t>
      </w:r>
    </w:p>
    <w:p>
      <w:r>
        <w:rPr>
          <w:b/>
        </w:rPr>
        <w:t xml:space="preserve">[18:46] </w:t>
      </w:r>
      <w:r>
        <w:t>to bahal japan jo hai, is ki junoon ki had tak ye nazariya tha un ke andar. aur lad gae wo.</w:t>
      </w:r>
    </w:p>
    <w:p>
      <w:pPr>
        <w:jc w:val="right"/>
      </w:pPr>
      <w:r>
        <w:t>تو بہرحال جاپان جو ہے، اس کی جنون کی حد تک یہ نظریہ تھا ان کے اندر۔ اور لڑ گئے وہ۔</w:t>
      </w:r>
    </w:p>
    <w:p>
      <w:r>
        <w:rPr>
          <w:b/>
        </w:rPr>
        <w:t xml:space="preserve">[18:55] </w:t>
      </w:r>
      <w:r>
        <w:t>wo hitler se mil kar ke.</w:t>
      </w:r>
    </w:p>
    <w:p>
      <w:pPr>
        <w:jc w:val="right"/>
      </w:pPr>
      <w:r>
        <w:t>وہ ہٹلر سے مل کر کے۔</w:t>
      </w:r>
    </w:p>
    <w:p>
      <w:r>
        <w:rPr>
          <w:b/>
        </w:rPr>
        <w:t xml:space="preserve">[18:59] </w:t>
      </w:r>
      <w:r>
        <w:t>hitler aur musolini se mil kar japan shamil hoga second world war mein. lekin kya hua? america ne atom bomb gira diya japan ke upar.</w:t>
      </w:r>
    </w:p>
    <w:p>
      <w:pPr>
        <w:jc w:val="right"/>
      </w:pPr>
      <w:r>
        <w:t>ہٹلر اور مسولینی سے مل کر جاپان شامل ہوگا سیکنڈ ورلڈ وار میں۔ لیکن کیا ہوا؟ امریکہ نے ایٹم بم گرا دیا جاپان کے اوپر۔</w:t>
      </w:r>
    </w:p>
    <w:p>
      <w:r>
        <w:rPr>
          <w:b/>
        </w:rPr>
        <w:t xml:space="preserve">[19:10] </w:t>
      </w:r>
      <w:r>
        <w:t>aur un ke jo shehar thay, baray baray hiroshima aur nagasaki, woh tabah ho gaye.</w:t>
      </w:r>
    </w:p>
    <w:p>
      <w:pPr>
        <w:jc w:val="right"/>
      </w:pPr>
      <w:r>
        <w:t>اور ان کے جو شہر تھے، بڑے بڑے ہیروشیما اور نیگاسکی، وہ تباہ ہو گئے۔</w:t>
      </w:r>
    </w:p>
    <w:p>
      <w:r>
        <w:rPr>
          <w:b/>
        </w:rPr>
        <w:t xml:space="preserve">[19:16] </w:t>
      </w:r>
      <w:r>
        <w:t>yeh waqia hua nineteen forty five mein, unnees sau paintalees mein.</w:t>
      </w:r>
    </w:p>
    <w:p>
      <w:pPr>
        <w:jc w:val="right"/>
      </w:pPr>
      <w:r>
        <w:t>یہ واقعہ ہوا nineteen forty five میں، انیس سو پینتالیس میں۔</w:t>
      </w:r>
    </w:p>
    <w:p>
      <w:r>
        <w:rPr>
          <w:b/>
        </w:rPr>
        <w:t xml:space="preserve">[19:24] </w:t>
      </w:r>
      <w:r>
        <w:t>ab japan aik tabah mulk tha. aur america ne na sirf un ko bomb giraya un ke upar balkeh un ka bohat bara jazeera tha, okinawa, un par qabza kar liya.</w:t>
      </w:r>
    </w:p>
    <w:p>
      <w:pPr>
        <w:jc w:val="right"/>
      </w:pPr>
      <w:r>
        <w:t>اب جاپان ایک تباہ ملک تھا۔ اور امریکہ نے نہ صرف ان کو بم گرایا ان کے اوپر بلکہ ان کا بہت بڑا جزیرہ تھا، اوکیناوا، ان پر قبضہ کر لیا۔</w:t>
      </w:r>
    </w:p>
    <w:p>
      <w:r>
        <w:rPr>
          <w:b/>
        </w:rPr>
        <w:t xml:space="preserve">[19:38] </w:t>
      </w:r>
      <w:r>
        <w:t>america ki faujen wahan rehne lagen.</w:t>
      </w:r>
    </w:p>
    <w:p>
      <w:pPr>
        <w:jc w:val="right"/>
      </w:pPr>
      <w:r>
        <w:t>امریکہ کی فوجیں وہاں رہنے لگیں۔</w:t>
      </w:r>
    </w:p>
    <w:p>
      <w:r>
        <w:rPr>
          <w:b/>
        </w:rPr>
        <w:t xml:space="preserve">[19:42] </w:t>
      </w:r>
      <w:r>
        <w:t>yani japan ke andar aik bara jazeera, okinawa, jo hai, woh america ka aik colony ban gaya woh.</w:t>
      </w:r>
    </w:p>
    <w:p>
      <w:pPr>
        <w:jc w:val="right"/>
      </w:pPr>
      <w:r>
        <w:t>یعنی جاپان کے اندر ایک بڑا جزیرہ، اوکیناوا، جو ہے، وہ امریکہ کا ایک کالونی بن گیا وہ۔</w:t>
      </w:r>
    </w:p>
    <w:p>
      <w:r>
        <w:rPr>
          <w:b/>
        </w:rPr>
        <w:t xml:space="preserve">[19:51] </w:t>
      </w:r>
      <w:r>
        <w:t>lekin dekhiye,</w:t>
      </w:r>
    </w:p>
    <w:p>
      <w:pPr>
        <w:jc w:val="right"/>
      </w:pPr>
      <w:r>
        <w:t>لیکن دیکھیے،</w:t>
      </w:r>
    </w:p>
    <w:p>
      <w:r>
        <w:rPr>
          <w:b/>
        </w:rPr>
        <w:t xml:space="preserve">[19:56] </w:t>
      </w:r>
      <w:r>
        <w:t>kuch log woh hotay hain jo ghalati karne ke baad paltay nahin. ghalati karne ke baad isi mein chalay atay hain. kuch log aisay hotay hain jin ka second thought aata hai.</w:t>
      </w:r>
    </w:p>
    <w:p>
      <w:pPr>
        <w:jc w:val="right"/>
      </w:pPr>
      <w:r>
        <w:t>کچھ لوگ وہ ہوتے ہیں جو غلطی کرنے کے بعد پلٹتے نہیں۔ غلطی کرنے کے بعد اسی میں چلے آتے ہیں۔ کچھ لوگ ایسے ہوتے ہیں جن کا سیکنڈ thought آتا ہے۔</w:t>
      </w:r>
    </w:p>
    <w:p>
      <w:r>
        <w:rPr>
          <w:b/>
        </w:rPr>
        <w:t xml:space="preserve">[20:08] </w:t>
      </w:r>
      <w:r>
        <w:t>reassessment kartay hain. phir se sochtay hain.</w:t>
      </w:r>
    </w:p>
    <w:p>
      <w:pPr>
        <w:jc w:val="right"/>
      </w:pPr>
      <w:r>
        <w:t>ری assessment کرتے ہیں۔ پھر سے سوچتے ہیں۔</w:t>
      </w:r>
    </w:p>
    <w:p>
      <w:r>
        <w:rPr>
          <w:b/>
        </w:rPr>
        <w:t xml:space="preserve">[20:14] </w:t>
      </w:r>
      <w:r>
        <w:t>to japan mein hirohito tha, un ka ruler, bohat hi parha likha aadmi tha. aur bhi kai log thay. to unhon ne reassess kiya sari baaton ko.</w:t>
      </w:r>
    </w:p>
    <w:p>
      <w:pPr>
        <w:jc w:val="right"/>
      </w:pPr>
      <w:r>
        <w:t>تو جاپان میں ہیرو ہیٹو تھا، ان کا ruler، بہت ہی پڑھا لکھا آدمی تھا۔ اور بھی کئی لوگ تھے۔ تو انہوں نے reassess کیا ساری باتوں کو۔</w:t>
      </w:r>
    </w:p>
    <w:p>
      <w:r>
        <w:rPr>
          <w:b/>
        </w:rPr>
        <w:t xml:space="preserve">[20:28] </w:t>
      </w:r>
      <w:r>
        <w:t>unhon ne kaha ke agar ab tak hum ko tashaddud se nahin kuch mila to aagay kaisay mil jaye ga?</w:t>
      </w:r>
    </w:p>
    <w:p>
      <w:pPr>
        <w:jc w:val="right"/>
      </w:pPr>
      <w:r>
        <w:t>انہوں نے کہا کہ اگر اب تک ہم کو تشدد سے نہیں کچھ ملا تو آگے کیسے مل جائے گا؟</w:t>
      </w:r>
    </w:p>
    <w:p>
      <w:r>
        <w:rPr>
          <w:b/>
        </w:rPr>
        <w:t xml:space="preserve">[20:35] </w:t>
      </w:r>
      <w:r>
        <w:t>kya yeh result kafi nahin hai hamare sochne ke liye? yani second world war tak hum ne tashaddud kiya.</w:t>
      </w:r>
    </w:p>
    <w:p>
      <w:pPr>
        <w:jc w:val="right"/>
      </w:pPr>
      <w:r>
        <w:t>کیا یہ result کافی نہیں ہے ہمارے سوچنے کے لیے؟ یعنی سیکنڈ ورلڈ وار تک ہم نے تشدد کیا۔</w:t>
      </w:r>
    </w:p>
    <w:p>
      <w:r>
        <w:rPr>
          <w:b/>
        </w:rPr>
        <w:t xml:space="preserve">[20:46] </w:t>
      </w:r>
      <w:r>
        <w:t>bohat zabardast tashaddud kiya. yani atom apne apne body par bomb baandh kar ke woh america ke</w:t>
      </w:r>
    </w:p>
    <w:p>
      <w:pPr>
        <w:jc w:val="right"/>
      </w:pPr>
      <w:r>
        <w:t>بہت زبردست تشدد کیا۔ یعنی ایٹم اپنے اپنے body پر بم باندھ کر کے وہ امریکہ کے</w:t>
      </w:r>
    </w:p>
    <w:p>
      <w:r>
        <w:rPr>
          <w:b/>
        </w:rPr>
        <w:t xml:space="preserve">[20:55] </w:t>
      </w:r>
      <w:r>
        <w:t>jangi jahazon ki chimni mein kood partay thay. jo aaj kal musalman kar rahay hain. apne ko tabah kar rahay hain. khud kuch bombari jo kartay hain musalman aaj kal, woh tabahi hai, tabahi hai, tabahi hai.</w:t>
      </w:r>
    </w:p>
    <w:p>
      <w:pPr>
        <w:jc w:val="right"/>
      </w:pPr>
      <w:r>
        <w:t>جنگی جہازوں کی چمنی میں کود پڑتے تھے۔ جو آج کل مسلمان کر رہے ہیں۔ اپنے کو تباہ کر رہے ہیں۔ خود کچھ بمباری جو کرتے ہیں مسلمان آج کل، وہ تباہی ہے، تباہی ہے، تباہی ہے۔</w:t>
      </w:r>
    </w:p>
    <w:p>
      <w:r>
        <w:rPr>
          <w:b/>
        </w:rPr>
        <w:t xml:space="preserve">[21:07] </w:t>
      </w:r>
      <w:r>
        <w:t>aik fe'l haram hai.</w:t>
      </w:r>
    </w:p>
    <w:p>
      <w:pPr>
        <w:jc w:val="right"/>
      </w:pPr>
      <w:r>
        <w:t>ایک فعل حرام ہے۔</w:t>
      </w:r>
    </w:p>
    <w:p>
      <w:r>
        <w:rPr>
          <w:b/>
        </w:rPr>
        <w:t xml:space="preserve">[21:12] </w:t>
      </w:r>
      <w:r>
        <w:t>to un se pehle yeh kaam kar chukay thay japan walay.</w:t>
      </w:r>
    </w:p>
    <w:p>
      <w:pPr>
        <w:jc w:val="right"/>
      </w:pPr>
      <w:r>
        <w:t>تو ان سے پہلے یہ کام کر چکے تھے جاپان والے۔</w:t>
      </w:r>
    </w:p>
    <w:p>
      <w:r>
        <w:rPr>
          <w:b/>
        </w:rPr>
        <w:t xml:space="preserve">[21:19] </w:t>
      </w:r>
      <w:r>
        <w:t>poora pearl harbor ko tabah kar diya tha isi tarah se unhon ne. jo america ka bahri beera wahan raha karta tha pearl harbor mein. to unhon ne kya kiya?</w:t>
      </w:r>
    </w:p>
    <w:p>
      <w:pPr>
        <w:jc w:val="right"/>
      </w:pPr>
      <w:r>
        <w:t>پورا Pearl Harbor کو تباہ کر دیا تھا اسی طریقے سے انہوں نے۔ جو امریکہ کا بحری بیڑا وہاں رہا کرتا تھا Pearl Harbor میں۔ تو انہوں نے کیا کیا؟</w:t>
      </w:r>
    </w:p>
    <w:p>
      <w:r>
        <w:rPr>
          <w:b/>
        </w:rPr>
        <w:t xml:space="preserve">[21:28] </w:t>
      </w:r>
      <w:r>
        <w:t>japaniyon ne is ko kehtay hain hirakari. hirakari is ko kehtay thay woh. suicide bombing ko. apni body se bomb baandha unhon ne.</w:t>
      </w:r>
    </w:p>
    <w:p>
      <w:pPr>
        <w:jc w:val="right"/>
      </w:pPr>
      <w:r>
        <w:t>جاپانیوں نے اس کو کہتے ہیں ہیراکری۔ ہیراکری اس کو کہتے تھے وہ۔ Suicide bombing کو۔ اپنی body سے بم باندھا انہوں نے۔</w:t>
      </w:r>
    </w:p>
    <w:p>
      <w:r>
        <w:rPr>
          <w:b/>
        </w:rPr>
        <w:t xml:space="preserve">[21:38] </w:t>
      </w:r>
      <w:r>
        <w:t>aur oopar se parachute baandh kar ke jahaz se fiza mein pohanchay. phir parachute baandha.</w:t>
      </w:r>
    </w:p>
    <w:p>
      <w:pPr>
        <w:jc w:val="right"/>
      </w:pPr>
      <w:r>
        <w:t>اور اوپر سے parachute باندھ کر کے جہاز سے فضا میں پہنچے۔ پھر parachute باندھا۔</w:t>
      </w:r>
    </w:p>
    <w:p>
      <w:r>
        <w:rPr>
          <w:b/>
        </w:rPr>
        <w:t xml:space="preserve">[21:49] </w:t>
      </w:r>
      <w:r>
        <w:t>parachute baandh kar ke apne aap ko us ki chimni mein gira diya. amrici</w:t>
      </w:r>
    </w:p>
    <w:p>
      <w:pPr>
        <w:jc w:val="right"/>
      </w:pPr>
      <w:r>
        <w:t>Parachute باندھ کر کے اپنے آپ کو اس کی چمنی میں گرا دیا۔ امریکی</w:t>
      </w:r>
    </w:p>
    <w:p>
      <w:r>
        <w:rPr>
          <w:b/>
        </w:rPr>
        <w:t xml:space="preserve">[21:55] </w:t>
      </w:r>
      <w:r>
        <w:t>bahri jahaz ki chimni mein gira diya apne aap ko. aur dhara dhar dhara dhamaka hua. pearl harbor tabah ho gaya. to bohat se japani is tarah se khud kuch bombari kar ke america ke naval base ko jo pearl harbor mein tha, usay tabah kar diya.</w:t>
      </w:r>
    </w:p>
    <w:p>
      <w:pPr>
        <w:jc w:val="right"/>
      </w:pPr>
      <w:r>
        <w:t>بحری جہاز کی چمنی میں گرا دیا اپنے آپ کو۔ اور دھڑا دھڑ دھڑا دھماکہ ہوا۔ Pearl Harbor تباہ ہو گیا۔ تو بہت سے جاپانی اس طرح سے خود کچھ بمباری کر کے امریکہ کے naval base کو جو Pearl Harbor میں تھا، اسے تباہ کر دیا۔</w:t>
      </w:r>
    </w:p>
    <w:p>
      <w:r>
        <w:rPr>
          <w:b/>
        </w:rPr>
        <w:t xml:space="preserve">[22:12] </w:t>
      </w:r>
      <w:r>
        <w:t>lekin america ne jab atom bomb gira diya to zahir hai ke phir un ki sari bahaduri khatam ho gayi. koi bahaduri un ke kaam nahin aayi un ke.</w:t>
      </w:r>
    </w:p>
    <w:p>
      <w:pPr>
        <w:jc w:val="right"/>
      </w:pPr>
      <w:r>
        <w:t>لیکن امریکہ نے جب ایٹم بم گرا دیا تو ظاہر ہے کہ پھر ان کی ساری بہادری ختم ہو گئی۔ کوئی بہادری ان کے کام نہیں آئی ان کے۔</w:t>
      </w:r>
    </w:p>
    <w:p>
      <w:r>
        <w:rPr>
          <w:b/>
        </w:rPr>
        <w:t xml:space="preserve">[22:23] </w:t>
      </w:r>
      <w:r>
        <w:t>to unhon ne socha ke hum ne itna ziyada kiya, itna ziyada kiya tashaddud ka tareeqa aur</w:t>
      </w:r>
    </w:p>
    <w:p>
      <w:pPr>
        <w:jc w:val="right"/>
      </w:pPr>
      <w:r>
        <w:t>تو انہوں نے سوچا کہ ہم نے اتنا زیادہ کیا، اتنا زیادہ کیا تشدد کا طریقہ اور</w:t>
      </w:r>
    </w:p>
    <w:p>
      <w:r>
        <w:rPr>
          <w:b/>
        </w:rPr>
        <w:t xml:space="preserve">[22:29] </w:t>
      </w:r>
      <w:r>
        <w:t>kuch nahin mila hum ko siwaye tabahi ke. to ab hum us ko repeat nahin karein gay. hum repeat nahin karein gay.</w:t>
      </w:r>
    </w:p>
    <w:p>
      <w:pPr>
        <w:jc w:val="right"/>
      </w:pPr>
      <w:r>
        <w:t>کچھ نہیں ملا ہم کو سوائے تباہی کے۔ تو اب ہم اس کو repeat نہیں کریں گے۔ ہم repeat نہیں کریں گے۔</w:t>
      </w:r>
    </w:p>
    <w:p>
      <w:r>
        <w:rPr>
          <w:b/>
        </w:rPr>
        <w:t xml:space="preserve">[22:42] </w:t>
      </w:r>
      <w:r>
        <w:t>chuna cheh kya hua ke hirohito ne taqreer ki</w:t>
      </w:r>
    </w:p>
    <w:p>
      <w:pPr>
        <w:jc w:val="right"/>
      </w:pPr>
      <w:r>
        <w:t>چنانچہ کیا ہوا کہ ہیرو ہیٹو نے تقریر کی</w:t>
      </w:r>
    </w:p>
    <w:p>
      <w:r>
        <w:rPr>
          <w:b/>
        </w:rPr>
        <w:t xml:space="preserve">[22:48] </w:t>
      </w:r>
      <w:r>
        <w:t>keh we have to bear the unbearable۔ hum ko na qabil bardasht ko bardasht karna hai۔</w:t>
      </w:r>
    </w:p>
    <w:p>
      <w:pPr>
        <w:jc w:val="right"/>
      </w:pPr>
      <w:r>
        <w:t>کہ we have to bear the unbearable۔ ہم کو ناقابل برداشت کو برداشت کرنا ہے۔</w:t>
      </w:r>
    </w:p>
    <w:p>
      <w:r>
        <w:rPr>
          <w:b/>
        </w:rPr>
        <w:t xml:space="preserve">[22:57] </w:t>
      </w:r>
      <w:r>
        <w:t>yani inteqam ke aag ko bujhana hai۔ ghusse ko khatm karna hai۔ amreeka se dushmani ko khatm karna hai۔</w:t>
      </w:r>
    </w:p>
    <w:p>
      <w:pPr>
        <w:jc w:val="right"/>
      </w:pPr>
      <w:r>
        <w:t>یعنی انتقام کے آگ کو بجھانا ہے۔ غصے کو ختم کرنا ہے۔ امریکہ سے دشمنی کو ختم کرنا ہے۔</w:t>
      </w:r>
    </w:p>
    <w:p>
      <w:r>
        <w:rPr>
          <w:b/>
        </w:rPr>
        <w:t xml:space="preserve">[23:09] </w:t>
      </w:r>
      <w:r>
        <w:t>zahir hai keh jab amreeka ne do do atom bomb gira diye to sara japan jo hai ghusse mein bhark utha۔ inteqam mein bhark utha۔</w:t>
      </w:r>
    </w:p>
    <w:p>
      <w:pPr>
        <w:jc w:val="right"/>
      </w:pPr>
      <w:r>
        <w:t>ظاہر ہے کہ جب امریکہ نے دو دو ایٹم بم گرا دیے تو سارا جاپان جو ہے غصے میں بھڑک اٹھا۔ انتقام میں بھڑک اٹھا۔</w:t>
      </w:r>
    </w:p>
    <w:p>
      <w:r>
        <w:rPr>
          <w:b/>
        </w:rPr>
        <w:t xml:space="preserve">[23:19] </w:t>
      </w:r>
      <w:r>
        <w:t>yani aik bus ke baray maamle mein aik aik aadmi bhark utha۔ basti ka۔ yahan tak poore mulk ka masla tha۔ to aap samajh sakte hain keh kitna zyada bharke honge japani۔</w:t>
      </w:r>
    </w:p>
    <w:p>
      <w:pPr>
        <w:jc w:val="right"/>
      </w:pPr>
      <w:r>
        <w:t>یعنی ایک بس کے بارے معاملے میں ایک ایک آدمی بھڑک اٹھا۔ بستی کا۔ یہاں تک پورے ملک کا مسئلہ تھا۔ تو آپ سمجھ سکتے ہیں کہ کتنا زیادہ بھڑکے ہوں گے جاپانی۔</w:t>
      </w:r>
    </w:p>
    <w:p>
      <w:r>
        <w:rPr>
          <w:b/>
        </w:rPr>
        <w:t xml:space="preserve">[23:32] </w:t>
      </w:r>
      <w:r>
        <w:t>to unhon ne lekin socha aqalmand aadmi ki tarah keh maazi se sabq lo۔ pichla tashaddud، pichla jang ka tareeqa agar hamare liye koi positive result nahi laya، ab ab kaise hum umeed karein keh hum positive result aa jayega aage؟</w:t>
      </w:r>
    </w:p>
    <w:p>
      <w:pPr>
        <w:jc w:val="right"/>
      </w:pPr>
      <w:r>
        <w:t>تو انہوں نے لیکن سوچا عقلمند آدمی کی طرح کہ ماضی سے سبق لو۔ پچھلا تشدد، پچھلا جنگ کا طریقہ اگر ہمارے لیے کوئی positive result نہیں لایا، اب اب کیسے ہم امید کریں کہ ہم positive result آ جائے گا آگے؟</w:t>
      </w:r>
    </w:p>
    <w:p>
      <w:r>
        <w:rPr>
          <w:b/>
        </w:rPr>
        <w:t xml:space="preserve">[23:56] </w:t>
      </w:r>
      <w:r>
        <w:t>hirohito ne taqreer ki keh we have to bear the unbearable۔ we have to bear the unbearable۔ we have to suffer the unsufferable۔</w:t>
      </w:r>
    </w:p>
    <w:p>
      <w:pPr>
        <w:jc w:val="right"/>
      </w:pPr>
      <w:r>
        <w:t>ہیرو ہیٹو نے تقریر کی کہ we have to bear the unbearable۔ we have to bear the unbearable۔ we have to suffer the unsufferable۔</w:t>
      </w:r>
    </w:p>
    <w:p>
      <w:r>
        <w:rPr>
          <w:b/>
        </w:rPr>
        <w:t xml:space="preserve">[24:10] </w:t>
      </w:r>
      <w:r>
        <w:t>to kis liye؟ japani qaum ko phir se aman ki bunyadon par tayyar karne ke liye۔</w:t>
      </w:r>
    </w:p>
    <w:p>
      <w:pPr>
        <w:jc w:val="right"/>
      </w:pPr>
      <w:r>
        <w:t>تو کس لیے؟ جاپانی قوم کو پھر سے امن کی بنیادوں پر تیار کرنے کے لیے۔</w:t>
      </w:r>
    </w:p>
    <w:p>
      <w:r>
        <w:rPr>
          <w:b/>
        </w:rPr>
        <w:t xml:space="preserve">[24:20] </w:t>
      </w:r>
      <w:r>
        <w:t>unhon ne socha keh amreekiyon ki science hum se barhi hui hai۔ amreekiyon ka education mein aage hain woh log۔</w:t>
      </w:r>
    </w:p>
    <w:p>
      <w:pPr>
        <w:jc w:val="right"/>
      </w:pPr>
      <w:r>
        <w:t>انہوں نے سوچا کہ امریکیوں کی سائنس ہم سے بڑی ہوئی ہے۔ امریکیوں کا education میں آگے ہیں وہ لوگ۔</w:t>
      </w:r>
    </w:p>
    <w:p>
      <w:r>
        <w:rPr>
          <w:b/>
        </w:rPr>
        <w:t xml:space="preserve">[24:31] </w:t>
      </w:r>
      <w:r>
        <w:t>amreeki jo hain organizations mein hum se aage hain woh log۔ yani amreeka jo kar paya، is liye kar paya keh woh un se aage tha scientific education mein۔</w:t>
      </w:r>
    </w:p>
    <w:p>
      <w:pPr>
        <w:jc w:val="right"/>
      </w:pPr>
      <w:r>
        <w:t>امریکی جو ہیں organizations میں ہم سے آگے ہیں وہ لوگ۔ یعنی امریکہ جو کر پایا، اس لیے کر پایا کہ وہ ان سے آگے تھا scientific education میں۔</w:t>
      </w:r>
    </w:p>
    <w:p>
      <w:r>
        <w:rPr>
          <w:b/>
        </w:rPr>
        <w:t xml:space="preserve">[24:45] </w:t>
      </w:r>
      <w:r>
        <w:t>is liye kar paya woh۔</w:t>
      </w:r>
    </w:p>
    <w:p>
      <w:pPr>
        <w:jc w:val="right"/>
      </w:pPr>
      <w:r>
        <w:t>اس لیے کر پایا وہ۔</w:t>
      </w:r>
    </w:p>
    <w:p>
      <w:r>
        <w:rPr>
          <w:b/>
        </w:rPr>
        <w:t xml:space="preserve">[24:47] </w:t>
      </w:r>
      <w:r>
        <w:t>to unhon ne tay kiya keh hum aik tarafah tor par khatm kar denge nafrat ko۔ aur tees saal ka، thirty years ka educational plan bana japan mein۔</w:t>
      </w:r>
    </w:p>
    <w:p>
      <w:pPr>
        <w:jc w:val="right"/>
      </w:pPr>
      <w:r>
        <w:t>تو انہوں نے طے کیا کہ ہم ایک طرفہ طور پر ختم کر دیں گے نفرت کو۔ اور تیس سال کا، تھرٹی ایئرز کا educational plan بنا جاپان میں۔</w:t>
      </w:r>
    </w:p>
    <w:p>
      <w:r>
        <w:rPr>
          <w:b/>
        </w:rPr>
        <w:t xml:space="preserve">[25:02] </w:t>
      </w:r>
      <w:r>
        <w:t>tees saal۔</w:t>
      </w:r>
    </w:p>
    <w:p>
      <w:pPr>
        <w:jc w:val="right"/>
      </w:pPr>
      <w:r>
        <w:t>تیس سال۔</w:t>
      </w:r>
    </w:p>
    <w:p>
      <w:r>
        <w:rPr>
          <w:b/>
        </w:rPr>
        <w:t xml:space="preserve">[25:05] </w:t>
      </w:r>
      <w:r>
        <w:t>tees saal tak amreekiyon ko bardasht kar ke unhon ne apni qaum ko parhaya۔ aur is ke baad jante hain keh miracle hua، miracle۔</w:t>
      </w:r>
    </w:p>
    <w:p>
      <w:pPr>
        <w:jc w:val="right"/>
      </w:pPr>
      <w:r>
        <w:t>تیس سال تک امریکیوں کو برداشت کر کے انہوں نے اپنی قوم کو پڑھایا۔ اور اس کے بعد جانتے ہیں کہ miracle ہوا، بریکل۔</w:t>
      </w:r>
    </w:p>
    <w:p>
      <w:r>
        <w:rPr>
          <w:b/>
        </w:rPr>
        <w:t xml:space="preserve">[25:17] </w:t>
      </w:r>
      <w:r>
        <w:t>tareekh mein pehli baar aisa hua keh aik economic super power wajood mein aaya۔</w:t>
      </w:r>
    </w:p>
    <w:p>
      <w:pPr>
        <w:jc w:val="right"/>
      </w:pPr>
      <w:r>
        <w:t>تاریخ میں پہلی بار ایسا ہوا کہ ایک economic super power وجود میں آیا۔</w:t>
      </w:r>
    </w:p>
    <w:p>
      <w:r>
        <w:rPr>
          <w:b/>
        </w:rPr>
        <w:t xml:space="preserve">[25:23] </w:t>
      </w:r>
      <w:r>
        <w:t>is se pehle kabhi tareekh mein aisa nahi hua tha۔ political power to aap jante the aap tareekh mein۔ political super power to bohat se hue hain۔</w:t>
      </w:r>
    </w:p>
    <w:p>
      <w:pPr>
        <w:jc w:val="right"/>
      </w:pPr>
      <w:r>
        <w:t>اس سے پہلے کبھی تاریخ میں ایسا نہیں ہوا تھا۔ Political power تو آپ جانتے تھے آپ تاریخ میں۔ Political super power تو بہت سے ہوئے ہیں۔</w:t>
      </w:r>
    </w:p>
    <w:p>
      <w:r>
        <w:rPr>
          <w:b/>
        </w:rPr>
        <w:t xml:space="preserve">[25:33] </w:t>
      </w:r>
      <w:r>
        <w:t>kabhi romans the، kabhi musalman the، kabhi britania tha، ab amreeka hai، russia hai۔</w:t>
      </w:r>
    </w:p>
    <w:p>
      <w:pPr>
        <w:jc w:val="right"/>
      </w:pPr>
      <w:r>
        <w:t>کبھی Romans تھے، کبھی مسلمان تھے، کبھی برطانیہ تھا، اب امریکہ ہے، رشیا ہے۔</w:t>
      </w:r>
    </w:p>
    <w:p>
      <w:r>
        <w:rPr>
          <w:b/>
        </w:rPr>
        <w:t xml:space="preserve">[25:40] </w:t>
      </w:r>
      <w:r>
        <w:t>political super power history mein bar bar bane hain۔ lekin economic super power jo hai pehli baar japan ne banaya۔</w:t>
      </w:r>
    </w:p>
    <w:p>
      <w:pPr>
        <w:jc w:val="right"/>
      </w:pPr>
      <w:r>
        <w:t>Political super power history میں بار بار بنے ہیں۔ لیکن economic super power جو ہے پہلی بار جاپان نے بنایا۔</w:t>
      </w:r>
    </w:p>
    <w:p>
      <w:r>
        <w:rPr>
          <w:b/>
        </w:rPr>
        <w:t xml:space="preserve">[25:51] </w:t>
      </w:r>
      <w:r>
        <w:t>yeh tha kis ka karishma؟ sabr o tahammul ka karishma، bardasht ka karishma،</w:t>
      </w:r>
    </w:p>
    <w:p>
      <w:pPr>
        <w:jc w:val="right"/>
      </w:pPr>
      <w:r>
        <w:t>یہ تھا کس کا کرشمہ؟ صبر و تحمل کا کرشمہ، برداشت کا کرشمہ،</w:t>
      </w:r>
    </w:p>
    <w:p>
      <w:r>
        <w:rPr>
          <w:b/>
        </w:rPr>
        <w:t xml:space="preserve">[25:57] </w:t>
      </w:r>
      <w:r>
        <w:t>jang na karne ka karishma، aman ki taqaton ko istemal karne ka karishma۔</w:t>
      </w:r>
    </w:p>
    <w:p>
      <w:pPr>
        <w:jc w:val="right"/>
      </w:pPr>
      <w:r>
        <w:t>جنگ نہ کرنے کا کرشمہ، امن کی طاقتوں کو استعمال کرنے کا کرشمہ۔</w:t>
      </w:r>
    </w:p>
    <w:p>
      <w:r>
        <w:rPr>
          <w:b/>
        </w:rPr>
        <w:t xml:space="preserve">[26:06] </w:t>
      </w:r>
      <w:r>
        <w:t>yeh hai sabq jo hamein lena chahiye۔ yahan mein mujhe aap ko aik cheez yaad dilana hai۔ woh hai saddam husain ka maamla۔</w:t>
      </w:r>
    </w:p>
    <w:p>
      <w:pPr>
        <w:jc w:val="right"/>
      </w:pPr>
      <w:r>
        <w:t>یہ ہے سبق جو ہمیں لینا چاہیے۔ یہاں میں مجھے آپ کو ایک چیز یاد دلانا ہے۔ وہ ہے صدام حسین کا معاملہ۔</w:t>
      </w:r>
    </w:p>
    <w:p>
      <w:r>
        <w:rPr>
          <w:b/>
        </w:rPr>
        <w:t xml:space="preserve">[26:18] </w:t>
      </w:r>
      <w:r>
        <w:t>sab saddam husain jo the، aap jante hain keh unhon ne bais saal tak iraq ke upar</w:t>
      </w:r>
    </w:p>
    <w:p>
      <w:pPr>
        <w:jc w:val="right"/>
      </w:pPr>
      <w:r>
        <w:t>سب صدام حسین جو تھے، آپ جانتے ہیں کہ انہوں نے بائیس سال تک عراق کے اوپر</w:t>
      </w:r>
    </w:p>
    <w:p>
      <w:r>
        <w:rPr>
          <w:b/>
        </w:rPr>
        <w:t xml:space="preserve">[26:27] </w:t>
      </w:r>
      <w:r>
        <w:t>yani dictator rahe woh۔ poora mukammal dictator bais saal tak۔</w:t>
      </w:r>
    </w:p>
    <w:p>
      <w:pPr>
        <w:jc w:val="right"/>
      </w:pPr>
      <w:r>
        <w:t>یعنی dictator رہے وہ۔ پورا مکمل dictator بائیس سال تک۔</w:t>
      </w:r>
    </w:p>
    <w:p>
      <w:r>
        <w:rPr>
          <w:b/>
        </w:rPr>
        <w:t xml:space="preserve">[26:39] </w:t>
      </w:r>
      <w:r>
        <w:t>ab woh taqreer kiya karte the؟ yani alam e arab mein saddam husain shayad aik hi shakhs hain jo baqayda parhe likhe aaye۔ yani university ki education li thi unhon ne۔</w:t>
      </w:r>
    </w:p>
    <w:p>
      <w:pPr>
        <w:jc w:val="right"/>
      </w:pPr>
      <w:r>
        <w:t>اب وہ تقریر کیا کرتے تھے؟ یعنی عالم عرب میں صدام حسین شاید ایک ہی شخص ہیں جو باقاعدہ پڑھے لکھے آئے۔ یعنی یونیورسٹی کی education لی تھی انہوں نے۔</w:t>
      </w:r>
    </w:p>
    <w:p>
      <w:r>
        <w:rPr>
          <w:b/>
        </w:rPr>
        <w:t xml:space="preserve">[26:50] </w:t>
      </w:r>
      <w:r>
        <w:t>aur bohat zabardast muqarrir tha woh aadmi۔ arabi zaban mein bohat zabardast taqreerein karta tha woh aadmi۔ to unhon ne apni taqreeron mein kehna shuru kiya keh hum umm al-ma'arik yani mother of the battles</w:t>
      </w:r>
    </w:p>
    <w:p>
      <w:pPr>
        <w:jc w:val="right"/>
      </w:pPr>
      <w:r>
        <w:t>اور بہت زبردست مقرر تھا وہ آدمی۔ عربی زبان میں بہت زبردست تقریریں کرتا تھا وہ آدمی۔ تو انہوں نے اپنی تقریروں میں کہنا شروع کیا کہ ہم ام المعارک یعنی mother of the battles</w:t>
      </w:r>
    </w:p>
    <w:p>
      <w:r>
        <w:rPr>
          <w:b/>
        </w:rPr>
        <w:t xml:space="preserve">[27:08] </w:t>
      </w:r>
      <w:r>
        <w:t>aik aisi jang unhon ne chheri amreeka ke khilaf keh amreeka ko hum mita denge۔ amreeka ko mita denge، israel ko mita denge۔ to umm al-ma'arik mother of battles yani tareekh ki sab se bari jang hum karenge amreeka ko yahudiyon ko mitane ke liye۔</w:t>
      </w:r>
    </w:p>
    <w:p>
      <w:pPr>
        <w:jc w:val="right"/>
      </w:pPr>
      <w:r>
        <w:t>ایک ایسی جنگ انہوں نے چھیڑی امریکہ کے خلاف کہ امریکہ کو ہم مٹا دیں گے۔ امریکہ کو مٹا دیں گے، اسرائیل کو مٹا دیں گے۔ تو ام المعارک mother of battles یعنی تاریخ کی سب سے بڑی جنگ ہم کریں گے امریکہ کو یہودیوں کو مٹانے کے لیے۔</w:t>
      </w:r>
    </w:p>
    <w:p>
      <w:r>
        <w:rPr>
          <w:b/>
        </w:rPr>
        <w:t xml:space="preserve">[27:33] </w:t>
      </w:r>
      <w:r>
        <w:t>aur un ke paas daulat bhi thi, iraq ke paas petrol tha aap jante hain. lekin aap jante hain ke iraq mein dictator hone ke bawajood, petrol ke sare zakhair hone ke bawajood woh nakaam hue, woh pakde gaye aur aakhir kaar unhein phansi de di gayi.</w:t>
      </w:r>
    </w:p>
    <w:p>
      <w:pPr>
        <w:jc w:val="right"/>
      </w:pPr>
      <w:r>
        <w:t>اور ان کے پاس دولت بھی تھی، عراق کے پاس پٹرول تھا آپ جانتے ہیں۔ لیکن آپ جانتے ہیں کہ عراق میں dictator ہونے کے باوجود، پٹرول کے سارے ذخائر ہونے کے باوجود وہ ناکام ہوئے، وہ پکڑے گئے اور آخر کار انہیں پھانسی دے دی گئی۔</w:t>
      </w:r>
    </w:p>
    <w:p>
      <w:r>
        <w:rPr>
          <w:b/>
        </w:rPr>
        <w:t xml:space="preserve">[27:54] </w:t>
      </w:r>
      <w:r>
        <w:t>aaj saddam hussain maujood nahin hain. iraq mein bohat hi shandar qism ke mahal banaye thay unhon ne. jo haroon rasheed ke mahal se bhi shandar thay.</w:t>
      </w:r>
    </w:p>
    <w:p>
      <w:pPr>
        <w:jc w:val="right"/>
      </w:pPr>
      <w:r>
        <w:t>آج صدام حسین موجود نہیں ہیں۔ عراق میں بہت ہی شاندار قسم کے محل بنائے تھے انہوں نے۔ جو ہارون رشید کے محل سے بھی شاندار تھے۔</w:t>
      </w:r>
    </w:p>
    <w:p>
      <w:r>
        <w:rPr>
          <w:b/>
        </w:rPr>
        <w:t xml:space="preserve">[28:06] </w:t>
      </w:r>
      <w:r>
        <w:t>haroon rasheed ke mahal mashhoor hain, is se bhi ziyada shandar mahal banaya saddam hussain ne iraq mein. aath aath.</w:t>
      </w:r>
    </w:p>
    <w:p>
      <w:pPr>
        <w:jc w:val="right"/>
      </w:pPr>
      <w:r>
        <w:t>ہارون رشید کے محل مشہور ہیں، اس سے بھی زیادہ شاندار محل بنایا صدام حسین نے عراق میں۔ آٹھ آٹھ۔</w:t>
      </w:r>
    </w:p>
    <w:p>
      <w:r>
        <w:rPr>
          <w:b/>
        </w:rPr>
        <w:t xml:space="preserve">[28:15] </w:t>
      </w:r>
      <w:r>
        <w:t>lekin aaj kahan hain saddam hussain?</w:t>
      </w:r>
    </w:p>
    <w:p>
      <w:pPr>
        <w:jc w:val="right"/>
      </w:pPr>
      <w:r>
        <w:t>لیکن آج کہاں ہیں صدام حسین؟</w:t>
      </w:r>
    </w:p>
    <w:p>
      <w:r>
        <w:rPr>
          <w:b/>
        </w:rPr>
        <w:t xml:space="preserve">[28:18] </w:t>
      </w:r>
      <w:r>
        <w:t>khatm ho gaye. umm al-ma'arik se unhein kuch bhi nahin mila. jang se aur tashaddud se kuch bhi nahin mila. lekin main samajhta hoon ke ek kaam unhon ne kiya.</w:t>
      </w:r>
    </w:p>
    <w:p>
      <w:pPr>
        <w:jc w:val="right"/>
      </w:pPr>
      <w:r>
        <w:t>ختم ہو گئے۔ ام المعارک سے انہیں کچھ بھی نہیں ملا۔ جنگ سے اور تشدد سے کچھ بھی نہیں ملا۔ لیکن میں سمجھتا ہوں کہ ایک کام انہوں نے کیا۔</w:t>
      </w:r>
    </w:p>
    <w:p>
      <w:r>
        <w:rPr>
          <w:b/>
        </w:rPr>
        <w:t xml:space="preserve">[28:30] </w:t>
      </w:r>
      <w:r>
        <w:t>aakhir waqt mein un ki baat samajh mein aa gayi.</w:t>
      </w:r>
    </w:p>
    <w:p>
      <w:pPr>
        <w:jc w:val="right"/>
      </w:pPr>
      <w:r>
        <w:t>آخر وقت میں ان کی بات سمجھ میں آ گئی۔</w:t>
      </w:r>
    </w:p>
    <w:p>
      <w:r>
        <w:rPr>
          <w:b/>
        </w:rPr>
        <w:t xml:space="preserve">[28:36] </w:t>
      </w:r>
      <w:r>
        <w:t>aakhir waqt mein. aakhir waqt mein hitler ki sari bhi baat aayi thi. hitler ne aakhir waqt mein kaha tha jab ke bunker mein tha aur suicide kiya tha us ne.</w:t>
      </w:r>
    </w:p>
    <w:p>
      <w:pPr>
        <w:jc w:val="right"/>
      </w:pPr>
      <w:r>
        <w:t>آخر وقت میں۔ آخر وقت میں ہٹلر کی ساری بھی بات آئی تھی۔ ہٹلر نے آخر وقت میں کہا تھا جب کہ bunker میں تھا اور suicide کیا تھا اس نے۔</w:t>
      </w:r>
    </w:p>
    <w:p>
      <w:r>
        <w:rPr>
          <w:b/>
        </w:rPr>
        <w:t xml:space="preserve">[28:45] </w:t>
      </w:r>
      <w:r>
        <w:t>suicide kar ke mara tha. toh aakhir waqt mein hitler yeh keh kar mara tha ke jang se kuch milne wala nahin.</w:t>
      </w:r>
    </w:p>
    <w:p>
      <w:pPr>
        <w:jc w:val="right"/>
      </w:pPr>
      <w:r>
        <w:t>suicide کر کے مرا تھا۔ تو آخر وقت میں ہٹلر یہ کہہ کر مرا تھا کہ جنگ سے کچھ ملنے والا نہیں۔</w:t>
      </w:r>
    </w:p>
    <w:p>
      <w:r>
        <w:rPr>
          <w:b/>
        </w:rPr>
        <w:t xml:space="preserve">[28:54] </w:t>
      </w:r>
      <w:r>
        <w:t>jang se kuch bhi nahin milega insaan ko.</w:t>
      </w:r>
    </w:p>
    <w:p>
      <w:pPr>
        <w:jc w:val="right"/>
      </w:pPr>
      <w:r>
        <w:t>جنگ سے کچھ بھی نہیں ملے گا انسان کو۔</w:t>
      </w:r>
    </w:p>
    <w:p>
      <w:r>
        <w:rPr>
          <w:b/>
        </w:rPr>
        <w:t xml:space="preserve">[29:01] </w:t>
      </w:r>
      <w:r>
        <w:t>yeh baat main likh chuka hoon apni kitabon mein tafseel ke sath ke hitler ne is baat ka etraaf kiya ke main ne bohat bari jang chheri lekin mujhe kuch bhi nahin mila.</w:t>
      </w:r>
    </w:p>
    <w:p>
      <w:pPr>
        <w:jc w:val="right"/>
      </w:pPr>
      <w:r>
        <w:t>یہ بات میں لکھ چکا ہوں اپنی کتابوں میں تفصیل کے ساتھ کہ ہٹلر نے اس بات کا اعتراف کیا کہ میں نے بہت بڑی جنگ چھیڑی لیکن مجھے کچھ بھی نہیں ملا۔</w:t>
      </w:r>
    </w:p>
    <w:p>
      <w:r>
        <w:rPr>
          <w:b/>
        </w:rPr>
        <w:t xml:space="preserve">[29:11] </w:t>
      </w:r>
      <w:r>
        <w:t>aur aage insaan ko janna chahiye ke woh jang se kuch nahin payega.</w:t>
      </w:r>
    </w:p>
    <w:p>
      <w:pPr>
        <w:jc w:val="right"/>
      </w:pPr>
      <w:r>
        <w:t>اور آگے انسان کو جاننا چاہیے کہ وہ جنگ سے کچھ نہیں پائے گا۔</w:t>
      </w:r>
    </w:p>
    <w:p>
      <w:r>
        <w:rPr>
          <w:b/>
        </w:rPr>
        <w:t xml:space="preserve">[29:20] </w:t>
      </w:r>
      <w:r>
        <w:t>ab sirf musalman hain jo is bewakoofi mein pade hue hain ke jang se samajhte thay ke woh jeet jayenge. woh aur hamare ulama itne ziyada galat kaam kar rahe hain ke suicide bombing ko jaiz qaraar de diya unhon ne.</w:t>
      </w:r>
    </w:p>
    <w:p>
      <w:pPr>
        <w:jc w:val="right"/>
      </w:pPr>
      <w:r>
        <w:t>اب صرف مسلمان ہیں جو اس بیوقوفی میں پڑے ہوئے ہیں کہ جنگ سے سمجھتے تھے کہ وہ جیت جائیں گے۔ وہ اور ہمارے علماء اتنے زیادہ غلط کام کر رہے ہیں کہ suicide bombing کو جائز قرار دے دیا انہوں نے۔</w:t>
      </w:r>
    </w:p>
    <w:p>
      <w:r>
        <w:rPr>
          <w:b/>
        </w:rPr>
        <w:t xml:space="preserve">[29:34] </w:t>
      </w:r>
      <w:r>
        <w:t>main samajhta hoon ke ulama ne yeh na qabil e maafi jurm kiya hai.</w:t>
      </w:r>
    </w:p>
    <w:p>
      <w:pPr>
        <w:jc w:val="right"/>
      </w:pPr>
      <w:r>
        <w:t>میں سمجھتا ہوں کہ علماء نے یہ ناقابل معافی جرم کیا ہے۔</w:t>
      </w:r>
    </w:p>
    <w:p>
      <w:r>
        <w:rPr>
          <w:b/>
        </w:rPr>
        <w:t xml:space="preserve">[29:39] </w:t>
      </w:r>
      <w:r>
        <w:t>kabhi bhi khuda maaf nahin karega aise logon ko jo suicide bombing ko kehte hain ke jaiz hai woh. yaani haraam maut ko jaiz qaraar de diya unhon ne.</w:t>
      </w:r>
    </w:p>
    <w:p>
      <w:pPr>
        <w:jc w:val="right"/>
      </w:pPr>
      <w:r>
        <w:t>کبھی بھی خدا معاف نہیں کرے گا ایسے لوگوں کو جو suicide bombing کو کہتے ہیں کہ جائز ہے وہ۔ یعنی حرام موت کو جائز قرار دے دیا انہوں نے۔</w:t>
      </w:r>
    </w:p>
    <w:p>
      <w:r>
        <w:rPr>
          <w:b/>
        </w:rPr>
        <w:t xml:space="preserve">[29:49] </w:t>
      </w:r>
      <w:r>
        <w:t>kya khuda ki duniya mein andher nagri hai? main samajhta hoon ke bohat hi bara jurm hai yeh ke suicide bombing ko jaiz bata dena.</w:t>
      </w:r>
    </w:p>
    <w:p>
      <w:pPr>
        <w:jc w:val="right"/>
      </w:pPr>
      <w:r>
        <w:t>کیا خدا کی دنیا میں اندھیر نگری ہے؟ میں سمجھتا ہوں کہ بہت ہی بڑا جرم ہے یہ کہ suicide bombing کو جائز بتا دینا۔</w:t>
      </w:r>
    </w:p>
    <w:p>
      <w:r>
        <w:rPr>
          <w:b/>
        </w:rPr>
        <w:t xml:space="preserve">[29:59] </w:t>
      </w:r>
      <w:r>
        <w:t>is ko shahadat bata dena.</w:t>
      </w:r>
    </w:p>
    <w:p>
      <w:pPr>
        <w:jc w:val="right"/>
      </w:pPr>
      <w:r>
        <w:t>اس کو شہادت بتا دینا۔</w:t>
      </w:r>
    </w:p>
    <w:p>
      <w:r>
        <w:rPr>
          <w:b/>
        </w:rPr>
        <w:t xml:space="preserve">[30:03] </w:t>
      </w:r>
      <w:r>
        <w:t>toh bahar haal do sau saal se musalman lad rahe hain. ab tak kuch bhi result nahin mila. aur agle do hazar saal bhi ladte rahein, kuch nahin milne wala hai un ko.</w:t>
      </w:r>
    </w:p>
    <w:p>
      <w:pPr>
        <w:jc w:val="right"/>
      </w:pPr>
      <w:r>
        <w:t>تو بہرحال دو سو سال سے مسلمان لڑ رہے ہیں۔ اب تک کچھ بھی result نہیں ملا۔ اور اگلے دو ہزار سال بھی لڑتے رہیں، کچھ نہیں ملنے والا ہے ان کو۔</w:t>
      </w:r>
    </w:p>
    <w:p>
      <w:r>
        <w:rPr>
          <w:b/>
        </w:rPr>
        <w:t xml:space="preserve">[30:16] </w:t>
      </w:r>
      <w:r>
        <w:t>kuch nahin milne wala hai. yeh duniya mein</w:t>
      </w:r>
    </w:p>
    <w:p>
      <w:pPr>
        <w:jc w:val="right"/>
      </w:pPr>
      <w:r>
        <w:t>کچھ نہیں ملنے والا ہے۔ یہ دنیا میں</w:t>
      </w:r>
    </w:p>
    <w:p>
      <w:r>
        <w:rPr>
          <w:b/>
        </w:rPr>
        <w:t xml:space="preserve">[30:20] </w:t>
      </w:r>
      <w:r>
        <w:t>insaan ko koi cheez milti hai toh aman ki taaqat se milti hai. jang ki taaqat se nahin.</w:t>
      </w:r>
    </w:p>
    <w:p>
      <w:pPr>
        <w:jc w:val="right"/>
      </w:pPr>
      <w:r>
        <w:t>انسان کو کوئی چیز ملتی ہے تو امن کی طاقت سے ملتی ہے۔ جنگ کی طاقت سے نہیں۔</w:t>
      </w:r>
    </w:p>
    <w:p>
      <w:r>
        <w:rPr>
          <w:b/>
        </w:rPr>
        <w:t xml:space="preserve">[30:30] </w:t>
      </w:r>
      <w:r>
        <w:t>rasool Allah ne farmaya tha: "innal-lah</w:t>
      </w:r>
    </w:p>
    <w:p>
      <w:pPr>
        <w:jc w:val="right"/>
      </w:pPr>
      <w:r>
        <w:t>رسول اللہ نے فرمایا تھا: "إن الله</w:t>
      </w:r>
    </w:p>
    <w:p>
      <w:r>
        <w:rPr>
          <w:b/>
        </w:rPr>
        <w:t xml:space="preserve">[30:41] </w:t>
      </w:r>
      <w:r>
        <w:t>khuda is duniya mein deta hai kisi ko toh aman se deta hai, jang se nahin deta."</w:t>
      </w:r>
    </w:p>
    <w:p>
      <w:pPr>
        <w:jc w:val="right"/>
      </w:pPr>
      <w:r>
        <w:t>خدا اس دنیا میں دیتا ہے کسی کو تو امن سے دیتا ہے، جنگ سے نہیں دیتا۔"</w:t>
      </w:r>
    </w:p>
    <w:p>
      <w:r>
        <w:rPr>
          <w:b/>
        </w:rPr>
        <w:t xml:space="preserve">[30:52] </w:t>
      </w:r>
      <w:r>
        <w:t>toh khair, saddam hussain ne main samajhta hoon ke aakhir mein ek bohat bara kaam kiya. yaani poori zindagi toh unhon ne hi koi kaam kiya positive ya musbat kaam.</w:t>
      </w:r>
    </w:p>
    <w:p>
      <w:pPr>
        <w:jc w:val="right"/>
      </w:pPr>
      <w:r>
        <w:t>تو خیر، صدام حسین نے میں سمجھتا ہوں کہ آخر میں ایک بہت بڑا کام کیا۔ یعنی پوری زندگی تو انہوں نے ہی کوئی کام کیا positive یا مثبت کام۔</w:t>
      </w:r>
    </w:p>
    <w:p>
      <w:r>
        <w:rPr>
          <w:b/>
        </w:rPr>
        <w:t xml:space="preserve">[31:04] </w:t>
      </w:r>
      <w:r>
        <w:t>toh zindagi mein toh umm al-ma'arik ki baat karte rahe woh. aakhir mein unhon ne yeh</w:t>
      </w:r>
    </w:p>
    <w:p>
      <w:pPr>
        <w:jc w:val="right"/>
      </w:pPr>
      <w:r>
        <w:t>تو زندگی میں تو ام المعارک کی بات کرتے رہے وہ۔ آخر میں انہوں نے یہ</w:t>
      </w:r>
    </w:p>
    <w:p>
      <w:r>
        <w:rPr>
          <w:b/>
        </w:rPr>
        <w:t xml:space="preserve">[31:10] </w:t>
      </w:r>
      <w:r>
        <w:t>yaani jab phansi hone wali thi un ki, aakhir waqt mein bilkul. toh unhon ne apni qaum ke naam yaani arab arabon ke naam ek paigham diya.</w:t>
      </w:r>
    </w:p>
    <w:p>
      <w:pPr>
        <w:jc w:val="right"/>
      </w:pPr>
      <w:r>
        <w:t>یعنی جب پھانسی ہونے والی تھی ان کی، آخر وقت میں بالکل۔ تو انہوں نے اپنی قوم کے نام یعنی عرب عربوں کے نام ایک پیغام دیا۔</w:t>
      </w:r>
    </w:p>
    <w:p>
      <w:r>
        <w:rPr>
          <w:b/>
        </w:rPr>
        <w:t xml:space="preserve">[31:25] </w:t>
      </w:r>
      <w:r>
        <w:t>ek paigham. woh paigham</w:t>
      </w:r>
    </w:p>
    <w:p>
      <w:pPr>
        <w:jc w:val="right"/>
      </w:pPr>
      <w:r>
        <w:t>ایک پیغام۔ وہ پیغام</w:t>
      </w:r>
    </w:p>
    <w:p>
      <w:r>
        <w:rPr>
          <w:b/>
        </w:rPr>
        <w:t xml:space="preserve">[31:30] </w:t>
      </w:r>
      <w:r>
        <w:t>mere paas hai, is ka internet mein jo english version aaya tha, woh mere paas hai.</w:t>
      </w:r>
    </w:p>
    <w:p>
      <w:pPr>
        <w:jc w:val="right"/>
      </w:pPr>
      <w:r>
        <w:t>میرے پاس ہے، اس کا انٹرنیٹ میں جو انگلش ورژن آیا تھا، وہ میرے پاس ہے۔</w:t>
      </w:r>
    </w:p>
    <w:p>
      <w:r>
        <w:rPr>
          <w:b/>
        </w:rPr>
        <w:t xml:space="preserve">[31:40] </w:t>
      </w:r>
      <w:r>
        <w:t>to unhon ne kaha tha ke main apni qom se yani arbon se appeal karta hoon ke "do not hate Americans".</w:t>
      </w:r>
    </w:p>
    <w:p>
      <w:pPr>
        <w:jc w:val="right"/>
      </w:pPr>
      <w:r>
        <w:t>تو انہوں نے کہا تھا کہ میں اپنی قوم سے یعنی عربوں سے اپیل کرتا ہوں کہ "do not hate Americans"۔</w:t>
      </w:r>
    </w:p>
    <w:p>
      <w:r>
        <w:rPr>
          <w:b/>
        </w:rPr>
        <w:t xml:space="preserve">[31:51] </w:t>
      </w:r>
      <w:r>
        <w:t>yani yeh is ka arabic version hai, woh jo is ka english version hai un ke paigham ka.</w:t>
      </w:r>
    </w:p>
    <w:p>
      <w:pPr>
        <w:jc w:val="right"/>
      </w:pPr>
      <w:r>
        <w:t>یعنی یہ اس کا عربک ورژن ہے، وہ جو اس کا انگلش ورژن ہے ان کے پیغام کا۔</w:t>
      </w:r>
    </w:p>
    <w:p>
      <w:r>
        <w:rPr>
          <w:b/>
        </w:rPr>
        <w:t xml:space="preserve">[31:57] </w:t>
      </w:r>
      <w:r>
        <w:t>jo mere paas maujood hai. "do not hate Americans". because hate</w:t>
      </w:r>
    </w:p>
    <w:p>
      <w:pPr>
        <w:jc w:val="right"/>
      </w:pPr>
      <w:r>
        <w:t>جو میرے پاس موجود ہے۔ "do not hate Americans"۔ because hate</w:t>
      </w:r>
    </w:p>
    <w:p>
      <w:r>
        <w:rPr>
          <w:b/>
        </w:rPr>
        <w:t xml:space="preserve">[32:11] </w:t>
      </w:r>
      <w:r>
        <w:t>closes all the doors of mind. all the doors of thinking. aakhir waqt mein yeh mein yeh unhon ne paigham diya ke aye meri qom ke logon,</w:t>
      </w:r>
    </w:p>
    <w:p>
      <w:pPr>
        <w:jc w:val="right"/>
      </w:pPr>
      <w:r>
        <w:t>closes all the doors of mind۔ all the doors of thinking۔ آخر وقت میں یہ میں یہ انہوں نے پیغام دیا کہ اے میری قوم کے لوگوں،</w:t>
      </w:r>
    </w:p>
    <w:p>
      <w:r>
        <w:rPr>
          <w:b/>
        </w:rPr>
        <w:t xml:space="preserve">[32:25] </w:t>
      </w:r>
      <w:r>
        <w:t>America se nafrat ko band karo.</w:t>
      </w:r>
    </w:p>
    <w:p>
      <w:pPr>
        <w:jc w:val="right"/>
      </w:pPr>
      <w:r>
        <w:t>امریکہ سے نفرت کو بند کرو۔</w:t>
      </w:r>
    </w:p>
    <w:p>
      <w:r>
        <w:rPr>
          <w:b/>
        </w:rPr>
        <w:t xml:space="preserve">[32:30] </w:t>
      </w:r>
      <w:r>
        <w:t>kyun ke nafrat</w:t>
      </w:r>
    </w:p>
    <w:p>
      <w:pPr>
        <w:jc w:val="right"/>
      </w:pPr>
      <w:r>
        <w:t>کیونکہ نفرت</w:t>
      </w:r>
    </w:p>
    <w:p>
      <w:r>
        <w:rPr>
          <w:b/>
        </w:rPr>
        <w:t xml:space="preserve">[32:34] </w:t>
      </w:r>
      <w:r>
        <w:t>tumhare apne dimagh ko nuqsan pohanchati hai. America se nafrat ko band karo kyun ke nafrat khud tum ko nuqsan pohanchati hai.</w:t>
      </w:r>
    </w:p>
    <w:p>
      <w:pPr>
        <w:jc w:val="right"/>
      </w:pPr>
      <w:r>
        <w:t>تمہارے اپنے دماغ کو نقصان پہنچاتی ہے۔ امریکہ سے نفرت کو بند کرو کیونکہ نفرت خود تم کو نقصان پہنچاتی ہے۔</w:t>
      </w:r>
    </w:p>
    <w:p>
      <w:r>
        <w:rPr>
          <w:b/>
        </w:rPr>
        <w:t xml:space="preserve">[32:45] </w:t>
      </w:r>
      <w:r>
        <w:t>aur woh nuqsan kya hai?</w:t>
      </w:r>
    </w:p>
    <w:p>
      <w:pPr>
        <w:jc w:val="right"/>
      </w:pPr>
      <w:r>
        <w:t>اور وہ نقصان کیا ہے؟</w:t>
      </w:r>
    </w:p>
    <w:p>
      <w:r>
        <w:rPr>
          <w:b/>
        </w:rPr>
        <w:t xml:space="preserve">[32:48] </w:t>
      </w:r>
      <w:r>
        <w:t>nafrat se dimagh ke tamam darwazay band ho jatay hain. nafrat insan ke andar soch ke tamam darwazon ko band kar deti hai.</w:t>
      </w:r>
    </w:p>
    <w:p>
      <w:pPr>
        <w:jc w:val="right"/>
      </w:pPr>
      <w:r>
        <w:t>نفرت سے دماغ کے تمام دروازے بند ہو جاتے ہیں۔ نفرت انسان کے اندر سوچ کے تمام دروازوں کو بند کر دیتی ہے۔</w:t>
      </w:r>
    </w:p>
    <w:p>
      <w:r>
        <w:rPr>
          <w:b/>
        </w:rPr>
        <w:t xml:space="preserve">[33:00] </w:t>
      </w:r>
      <w:r>
        <w:t>bohat hi bohat hi bari baat kahi Saddam Hussain ne yeh. is ka saboot musalmanon ki do so do so baras ki tareekh hai.</w:t>
      </w:r>
    </w:p>
    <w:p>
      <w:pPr>
        <w:jc w:val="right"/>
      </w:pPr>
      <w:r>
        <w:t>بہت ہی بہت ہی بڑی بات کہی صدام حسین نے یہ۔ اس کا ثبوت مسلمانوں کی دو سو دو سو برس کی تاریخ ہے۔</w:t>
      </w:r>
    </w:p>
    <w:p>
      <w:r>
        <w:rPr>
          <w:b/>
        </w:rPr>
        <w:t xml:space="preserve">[33:13] </w:t>
      </w:r>
      <w:r>
        <w:t>woh tareekh jo Sultan Tipu se shuru hui. satrah so nanwanwe mein. Sultan Tipu satrah so nanwanwe mein ladte hue apne aap ko jaan de di thi unhon ne.</w:t>
      </w:r>
    </w:p>
    <w:p>
      <w:pPr>
        <w:jc w:val="right"/>
      </w:pPr>
      <w:r>
        <w:t>وہ تاریخ جو سلطان ٹیپو سے شروع ہوئی۔ سترہ سو ننانوے میں۔ سلطان ٹیپو سترہ سو ننانوے میں لڑتے ہوئے اپنے آپ کو جان دے دیا تھا انہوں نے۔</w:t>
      </w:r>
    </w:p>
    <w:p>
      <w:r>
        <w:rPr>
          <w:b/>
        </w:rPr>
        <w:t xml:space="preserve">[33:24] </w:t>
      </w:r>
      <w:r>
        <w:t>is waqt se le kar ke Yasser Arafat tak</w:t>
      </w:r>
    </w:p>
    <w:p>
      <w:pPr>
        <w:jc w:val="right"/>
      </w:pPr>
      <w:r>
        <w:t>اس وقت سے لے کر کے یاسر عرفات تک</w:t>
      </w:r>
    </w:p>
    <w:p>
      <w:r>
        <w:rPr>
          <w:b/>
        </w:rPr>
        <w:t xml:space="preserve">[33:29] </w:t>
      </w:r>
      <w:r>
        <w:t>do so baras ki tareekh hai. jang jang jang jang.</w:t>
      </w:r>
    </w:p>
    <w:p>
      <w:pPr>
        <w:jc w:val="right"/>
      </w:pPr>
      <w:r>
        <w:t>دو سو برس کی تاریخ ہے۔ جنگ جنگ جنگ جنگ۔</w:t>
      </w:r>
    </w:p>
    <w:p>
      <w:r>
        <w:rPr>
          <w:b/>
        </w:rPr>
        <w:t xml:space="preserve">[33:35] </w:t>
      </w:r>
      <w:r>
        <w:t>is zamanay mein arbon mein yeh yeh yeh yeh gana goonjta raha ke "haat Salahuddin Saad thani tanfeena jaddei hateen aur shubah teena" ke Salahuddin ki talwar phir se lao.</w:t>
      </w:r>
    </w:p>
    <w:p>
      <w:pPr>
        <w:jc w:val="right"/>
      </w:pPr>
      <w:r>
        <w:t>اس زمانے میں عربوں میں یہ یہ یہ یہ گانا گونجتا رہا کہ "ہات صلاح الدین سعد ثانی تنفینہ جددی ہتین اور شبہ تینا" کہ صلاح الدین کی تلوار پھر سے لاؤ۔</w:t>
      </w:r>
    </w:p>
    <w:p>
      <w:r>
        <w:rPr>
          <w:b/>
        </w:rPr>
        <w:t xml:space="preserve">[33:56] </w:t>
      </w:r>
      <w:r>
        <w:t>hamare India ke aik aalim bohat hi baray aalim gaye Damascus. to wahan un ko yeh baat samajh mein aayi. ke humein Salahuddin ki talwar talwar phir chahiye.</w:t>
      </w:r>
    </w:p>
    <w:p>
      <w:pPr>
        <w:jc w:val="right"/>
      </w:pPr>
      <w:r>
        <w:t>ہمارے انڈیا کے ایک عالم بہت ہی بڑے عالم گئے دمشق۔ تو وہاں ان کو یہ بات سمجھ میں آئی۔ کہ ہمیں صلاح الدین کی تلوار تلوار پھر چاہیے۔</w:t>
      </w:r>
    </w:p>
    <w:p>
      <w:r>
        <w:rPr>
          <w:b/>
        </w:rPr>
        <w:t xml:space="preserve">[34:08] </w:t>
      </w:r>
      <w:r>
        <w:t>mein is ko deewangi samajhta hoon. Yasser Arafat kisi bhi tarah Salahuddin se kam nahi thay.</w:t>
      </w:r>
    </w:p>
    <w:p>
      <w:pPr>
        <w:jc w:val="right"/>
      </w:pPr>
      <w:r>
        <w:t>میں اس کو دیوانگی سمجھتا ہوں۔ یاسر عرفات کسی بھی طرح صلاح الدین سے کم نہیں تھے۔</w:t>
      </w:r>
    </w:p>
    <w:p>
      <w:r>
        <w:rPr>
          <w:b/>
        </w:rPr>
        <w:t xml:space="preserve">[34:16] </w:t>
      </w:r>
      <w:r>
        <w:t>woh is sari salahiyatein Yasser Arafat mein theen jo Salahuddin mein theen. lekin Yasser Arafat nakaam ho gaye. yaad rakhein Salahuddin shakhs ka naam nahi hai.</w:t>
      </w:r>
    </w:p>
    <w:p>
      <w:pPr>
        <w:jc w:val="right"/>
      </w:pPr>
      <w:r>
        <w:t>وہ اس ساری صلاحیتیں یاسر عرفات میں تھیں جو صلاح الدین میں تھیں۔ لیکن یاسر عرفات ناکام ہو گئے۔ یاد رکھیں صلاح الدین شخص کا نام نہیں ہے۔</w:t>
      </w:r>
    </w:p>
    <w:p>
      <w:r>
        <w:rPr>
          <w:b/>
        </w:rPr>
        <w:t xml:space="preserve">[34:27] </w:t>
      </w:r>
      <w:r>
        <w:t>Salahuddin zamanay ka naam hai. achi tarah yaad rakhiye.</w:t>
      </w:r>
    </w:p>
    <w:p>
      <w:pPr>
        <w:jc w:val="right"/>
      </w:pPr>
      <w:r>
        <w:t>صلاح الدین زمانے کا نام ہے۔ اچھی طرح یاد رکھیے۔</w:t>
      </w:r>
    </w:p>
    <w:p>
      <w:r>
        <w:rPr>
          <w:b/>
        </w:rPr>
        <w:t xml:space="preserve">[34:33] </w:t>
      </w:r>
      <w:r>
        <w:t>Salahuddin kisi shakhs ka naam nahi hai. aaj Salahuddin hon to poori tarah nakaam ho jayen ge. kyun ke woh zamanah nahi hai woh. woh zamanah khatam ho gaya.</w:t>
      </w:r>
    </w:p>
    <w:p>
      <w:pPr>
        <w:jc w:val="right"/>
      </w:pPr>
      <w:r>
        <w:t>صلاح الدین کسی شخص کا نام نہیں ہے۔ آج صلاح الدین ہوں تو پوری طرح ناکام ہو جائیں گے۔ کیونکہ وہ زمانہ نہیں ہے وہ۔ وہ زمانہ ختم ہو گیا۔</w:t>
      </w:r>
    </w:p>
    <w:p>
      <w:r>
        <w:rPr>
          <w:b/>
        </w:rPr>
        <w:t xml:space="preserve">[34:44] </w:t>
      </w:r>
      <w:r>
        <w:t>kitnay nadan hain woh log jo samajhte hain ke Salahuddin aa jaye to phir yahan ma'arkay garam ho gaye aur hum</w:t>
      </w:r>
    </w:p>
    <w:p>
      <w:pPr>
        <w:jc w:val="right"/>
      </w:pPr>
      <w:r>
        <w:t>کتنے نادان ہیں وہ لوگ جو سمجھتے ہیں کہ صلاح الدین آ جائے تو پھر یہاں معرکے گرم ہو گئے اور ہم</w:t>
      </w:r>
    </w:p>
    <w:p>
      <w:r>
        <w:rPr>
          <w:b/>
        </w:rPr>
        <w:t xml:space="preserve">[34:53] </w:t>
      </w:r>
      <w:r>
        <w:t>har taraf jeetne lagen ge. yeh bilkul aik deewangi hai deewangi.</w:t>
      </w:r>
    </w:p>
    <w:p>
      <w:pPr>
        <w:jc w:val="right"/>
      </w:pPr>
      <w:r>
        <w:t>ہر طرف جیتنے لگیں گے۔ یہ بالکل ایک دیوانگی ہے دیوانگی۔</w:t>
      </w:r>
    </w:p>
    <w:p>
      <w:r>
        <w:rPr>
          <w:b/>
        </w:rPr>
        <w:t xml:space="preserve">[34:59] </w:t>
      </w:r>
      <w:r>
        <w:t>"haat Salahuddin thani tanfeena jaddei hateen aur shubah teena" baray baray log akabir tak yeh boli bolte hain. yeh jantay nahi ke Salahuddin naam hai zamanay ka.</w:t>
      </w:r>
    </w:p>
    <w:p>
      <w:pPr>
        <w:jc w:val="right"/>
      </w:pPr>
      <w:r>
        <w:t>"ہات صلاح الدین ثانی تنفینہ جددی ہتین اور شبہ تینا" بڑے بڑے لوگ اکابر تک یہ بولی بولتے ہیں۔ یہ جانتے نہیں کہ صلاح الدین نام ہے زمانے کا۔</w:t>
      </w:r>
    </w:p>
    <w:p>
      <w:r>
        <w:rPr>
          <w:b/>
        </w:rPr>
        <w:t xml:space="preserve">[35:12] </w:t>
      </w:r>
      <w:r>
        <w:t>kisi fard ka naam Salahuddin nahi hai.</w:t>
      </w:r>
    </w:p>
    <w:p>
      <w:pPr>
        <w:jc w:val="right"/>
      </w:pPr>
      <w:r>
        <w:t>کسی فرد کا نام صلاح الدین نہیں ہے۔</w:t>
      </w:r>
    </w:p>
    <w:p>
      <w:r>
        <w:rPr>
          <w:b/>
        </w:rPr>
        <w:t xml:space="preserve">[35:19] </w:t>
      </w:r>
      <w:r>
        <w:t>mein wahan gaya Palestine to wahan ke larkay jo hain yeh gana gaatay thay ke woh kya hai woh "halma qatil halma qatil fein al qital sabil al rashadi"</w:t>
      </w:r>
    </w:p>
    <w:p>
      <w:pPr>
        <w:jc w:val="right"/>
      </w:pPr>
      <w:r>
        <w:t>میں وہاں گیا فلسطین تو وہاں کے لڑکے جو ہیں یہ گانا گاتے تھے کہ وہ کیا ہے وہ "حلما قاتل حلما قاتل فین القتال سبیل الرشادی"</w:t>
      </w:r>
    </w:p>
    <w:p>
      <w:r>
        <w:rPr>
          <w:b/>
        </w:rPr>
        <w:t xml:space="preserve">[35:36] </w:t>
      </w:r>
      <w:r>
        <w:t>yeh arab bachay gaana gaate thay. barhon ne bana kar diya tha, bachay to shair nahi thay. un ke barhon ne yeh shair bana kar diya tha ke "gao aur jang ki street jagao halma qatil halma qatil fain al qital sabil al rashadi" aao hum jang karein aao hum jang karein.</w:t>
      </w:r>
    </w:p>
    <w:p>
      <w:pPr>
        <w:jc w:val="right"/>
      </w:pPr>
      <w:r>
        <w:t>یہ عرب بچے گانا گاتے تھے۔ بڑوں نے بنا کر دیا تھا، بچے تو شاعر نہیں تھے۔ ان کے بڑوں نے یہ شعر بنا کر دیا تھا کہ "گاؤ اور جنگ کی اسٹریٹ جگاؤ حلما قاتل حلما قاتل فین القتال سبیل الرشادی" آؤ ہم جنگ کریں آؤ ہم جنگ کریں۔</w:t>
      </w:r>
    </w:p>
    <w:p>
      <w:r>
        <w:rPr>
          <w:b/>
        </w:rPr>
        <w:t xml:space="preserve">[35:57] </w:t>
      </w:r>
      <w:r>
        <w:t>kyunke jang se kamyabi milti hai. kitni be be asal baat hai, kitni be bunyad baat hai, kitni baseless baat hai.</w:t>
      </w:r>
    </w:p>
    <w:p>
      <w:pPr>
        <w:jc w:val="right"/>
      </w:pPr>
      <w:r>
        <w:t>کیونکہ جنگ سے کامیابی ملتی ہے۔ کتنی بے بے اصل بات ہے، کتنی بے بنیاد بات ہے، کتنی بیسلیس بات ہے۔</w:t>
      </w:r>
    </w:p>
    <w:p>
      <w:r>
        <w:rPr>
          <w:b/>
        </w:rPr>
        <w:t xml:space="preserve">[36:06] </w:t>
      </w:r>
      <w:r>
        <w:t>kon dunya mein jang se kamyab hua hai? is se ziyada be mani baat nahi hai. aman se kamyab hotay hain log, jang se nahi.</w:t>
      </w:r>
    </w:p>
    <w:p>
      <w:pPr>
        <w:jc w:val="right"/>
      </w:pPr>
      <w:r>
        <w:t>کون دنیا میں جنگ سے کامیاب ہوا ہے؟ اس سے زیادہ بے معنی بات نہیں ہے۔ امن سے کامیاب ہوتے ہیں لوگ، جنگ سے نہیں۔</w:t>
      </w:r>
    </w:p>
    <w:p>
      <w:r>
        <w:rPr>
          <w:b/>
        </w:rPr>
        <w:t xml:space="preserve">[36:19] </w:t>
      </w:r>
      <w:r>
        <w:t>kabhi bhi koi bari taraqqi kisi ko aman se milti hai.</w:t>
      </w:r>
    </w:p>
    <w:p>
      <w:pPr>
        <w:jc w:val="right"/>
      </w:pPr>
      <w:r>
        <w:t>کبھی بھی کوئی بڑی ترقی کسی کو امن سے ملتی ہے۔</w:t>
      </w:r>
    </w:p>
    <w:p>
      <w:r>
        <w:rPr>
          <w:b/>
        </w:rPr>
        <w:t xml:space="preserve">[36:25] </w:t>
      </w:r>
      <w:r>
        <w:t>jang se nahi milti hai.</w:t>
      </w:r>
    </w:p>
    <w:p>
      <w:pPr>
        <w:jc w:val="right"/>
      </w:pPr>
      <w:r>
        <w:t>جنگ سے نہیں ملتی ہے۔</w:t>
      </w:r>
    </w:p>
    <w:p>
      <w:r>
        <w:rPr>
          <w:b/>
        </w:rPr>
        <w:t xml:space="preserve">[36:29] </w:t>
      </w:r>
      <w:r>
        <w:t>beh-haal mein samajhta hoon ke Saddam Hussain ne yeh bohat bari baat kahi. ke nafrat se</w:t>
      </w:r>
    </w:p>
    <w:p>
      <w:pPr>
        <w:jc w:val="right"/>
      </w:pPr>
      <w:r>
        <w:t>بہرحال میں سمجھتا ہوں کہ صدام حسین نے یہ بہت بڑی بات کہی۔ کہ نفرت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