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34 Saba’ (Sheba) - Maulana Wahiduddin Khan</w:t>
      </w:r>
    </w:p>
    <w:p>
      <w:r>
        <w:t>https://www.youtube.com/watch?v=5nEcatb7AwI</w:t>
      </w:r>
    </w:p>
    <w:p>
      <w:r>
        <w:rPr>
          <w:b/>
        </w:rPr>
        <w:t xml:space="preserve">[00:01] </w:t>
      </w:r>
      <w:r>
        <w:t>bismillah al rahman al rahim.</w:t>
      </w:r>
    </w:p>
    <w:p>
      <w:pPr>
        <w:jc w:val="right"/>
      </w:pPr>
      <w:r>
        <w:t>بسم الله الرحمن الرحيم.</w:t>
      </w:r>
    </w:p>
    <w:p>
      <w:r>
        <w:rPr>
          <w:b/>
        </w:rPr>
        <w:t xml:space="preserve">[00:07] </w:t>
      </w:r>
      <w:r>
        <w:t>alhamdulillah allazi lahu ma fi al samawati wa ma fi al arz, wa lahu al hamd fi al akhirah, wa huwa al hakim al khabir.</w:t>
      </w:r>
    </w:p>
    <w:p>
      <w:pPr>
        <w:jc w:val="right"/>
      </w:pPr>
      <w:r>
        <w:t>الحمد لله الذي له ما في السماوات وما في الأرض، وله الحمد في الآخرة، وهو الحكيم الخبير.</w:t>
      </w:r>
    </w:p>
    <w:p>
      <w:r>
        <w:rPr>
          <w:b/>
        </w:rPr>
        <w:t xml:space="preserve">[00:22] </w:t>
      </w:r>
      <w:r>
        <w:t>ya'lamu ma yaliju fi al arz wa ma yakhruju minha, wa ma yanzilu min al sama'i wa ma ya'raju fiha, wa huwa al rahim al ghafur.</w:t>
      </w:r>
    </w:p>
    <w:p>
      <w:pPr>
        <w:jc w:val="right"/>
      </w:pPr>
      <w:r>
        <w:t>يعلم ما يلج في الأرض وما يخرج منها، وما ينزل من السماء وما يعرج فيها، وهو الرحيم الغفور.</w:t>
      </w:r>
    </w:p>
    <w:p>
      <w:r>
        <w:rPr>
          <w:b/>
        </w:rPr>
        <w:t xml:space="preserve">[00:40] </w:t>
      </w:r>
      <w:r>
        <w:t>shuru Allah ke naam se jo bara meherban, nihayat reham wala hai. tareef Khuda ke liye hai jis ka woh sab kuch hai jo aasmanon mein hai aur jo zameen mein hai,</w:t>
      </w:r>
    </w:p>
    <w:p>
      <w:pPr>
        <w:jc w:val="right"/>
      </w:pPr>
      <w:r>
        <w:t>شروع اللہ کے نام سے جو بڑا مہربان، نہایت رحم والا ہے۔ تعریف خدا کے لیے ہے جس کا وہ سب کچھ ہے جو آسمانوں میں ہے اور جو زمین میں ہے،</w:t>
      </w:r>
    </w:p>
    <w:p>
      <w:r>
        <w:rPr>
          <w:b/>
        </w:rPr>
        <w:t xml:space="preserve">[00:53] </w:t>
      </w:r>
      <w:r>
        <w:t>aur isi ki tareef hai akhirat mein, aur woh hikmat wala, janne wala hai.</w:t>
      </w:r>
    </w:p>
    <w:p>
      <w:pPr>
        <w:jc w:val="right"/>
      </w:pPr>
      <w:r>
        <w:t>اور اسی کی تعریف ہے آخرت میں، اور وہ حکمت والا، جاننے والا ہے۔</w:t>
      </w:r>
    </w:p>
    <w:p>
      <w:r>
        <w:rPr>
          <w:b/>
        </w:rPr>
        <w:t xml:space="preserve">[01:00] </w:t>
      </w:r>
      <w:r>
        <w:t>woh janta hai jo kuch zameen ke andar dakhil hota hai aur jo kuch is se niklta hai, aur jo aasman se utarta hai, aur jo is mein charhta hai, aur woh rehmat wala, bakhsne wala hai.</w:t>
      </w:r>
    </w:p>
    <w:p>
      <w:pPr>
        <w:jc w:val="right"/>
      </w:pPr>
      <w:r>
        <w:t>وہ جانتا ہے جو کچھ زمین کے اندر داخل ہوتا ہے اور جو کچھ اس سے نکلتا ہے، اور جو آسمان سے اترتا ہے، اور جو اس میں چڑھتا ہے، اور وہ رحمت والا، بخشنے والا ہے۔</w:t>
      </w:r>
    </w:p>
    <w:p>
      <w:r>
        <w:rPr>
          <w:b/>
        </w:rPr>
        <w:t xml:space="preserve">[01:16] </w:t>
      </w:r>
      <w:r>
        <w:t>tashreeh: kainat apne khaliq ka ta'aruf hai,</w:t>
      </w:r>
    </w:p>
    <w:p>
      <w:pPr>
        <w:jc w:val="right"/>
      </w:pPr>
      <w:r>
        <w:t>تشریح: کائنات اپنے خالق کا تعارف ہے،</w:t>
      </w:r>
    </w:p>
    <w:p>
      <w:r>
        <w:rPr>
          <w:b/>
        </w:rPr>
        <w:t xml:space="preserve">[01:20] </w:t>
      </w:r>
      <w:r>
        <w:t>is ki heebat nak wus'at khaliq ki azmat ko batati hai. is ka had kamal tak mauzu' hona batata hai ke is ka paida karne wala aik kamal aur mukammal hasti hai.</w:t>
      </w:r>
    </w:p>
    <w:p>
      <w:pPr>
        <w:jc w:val="right"/>
      </w:pPr>
      <w:r>
        <w:t>اس کی ہیبت ناک وسعت خالق کی عظمت کو بتاتی ہے۔ اس کا حد کمال تک موضوع ہونا بتاتا ہے کہ اس کا پیدا کرنے والا ایک کامل اور مکمل ہستی ہے۔</w:t>
      </w:r>
    </w:p>
    <w:p>
      <w:r>
        <w:rPr>
          <w:b/>
        </w:rPr>
        <w:t xml:space="preserve">[01:37] </w:t>
      </w:r>
      <w:r>
        <w:t>is ke tamam ajza ka had darja tawafuq ke sath amal karna sabit karta hai ke is ka chalane wala intehai had tak hakim aur aleem hai.</w:t>
      </w:r>
    </w:p>
    <w:p>
      <w:pPr>
        <w:jc w:val="right"/>
      </w:pPr>
      <w:r>
        <w:t>اس کے تمام اجزاء کا حد درجہ توافق کے ساتھ عمل کرنا ثابت کرتا ہے کہ اس کا چلانے والا انتہائی حد تک حکیم اور علیم ہے۔</w:t>
      </w:r>
    </w:p>
    <w:p>
      <w:r>
        <w:rPr>
          <w:b/>
        </w:rPr>
        <w:t xml:space="preserve">[01:49] </w:t>
      </w:r>
      <w:r>
        <w:t>kainat ka insaan ke liye mukammal tor par sazgar hona zahir karta hai ke is ka khaliq</w:t>
      </w:r>
    </w:p>
    <w:p>
      <w:pPr>
        <w:jc w:val="right"/>
      </w:pPr>
      <w:r>
        <w:t>کائنات کا انسان کے لیے مکمل طور پر سازگار ہونا ظاہر کرتا ہے کہ اس کا خالق</w:t>
      </w:r>
    </w:p>
    <w:p>
      <w:r>
        <w:rPr>
          <w:b/>
        </w:rPr>
        <w:t xml:space="preserve">[01:57] </w:t>
      </w:r>
      <w:r>
        <w:t>apni makhluqat ke liye be had rehim aur kareem hai. jo shakhs kainat par ghaur karega, woh Khuda ke jalal o kamal ke ehsas se sarshar ho jayega.</w:t>
      </w:r>
    </w:p>
    <w:p>
      <w:pPr>
        <w:jc w:val="right"/>
      </w:pPr>
      <w:r>
        <w:t>اپنی مخلوقات کے لیے بے حد رحیم اور کریم ہے۔ جو شخص کائنات پر غور کرے گا، وہ خدا کے جلال و کمال کے احساس سے سرشار ہو جائے گا۔</w:t>
      </w:r>
    </w:p>
    <w:p>
      <w:r>
        <w:rPr>
          <w:b/>
        </w:rPr>
        <w:t xml:space="preserve">[02:09] </w:t>
      </w:r>
      <w:r>
        <w:t>woh yaqeen kar lega ke azal se abad tak tamam azmaten sirf aik Khuda ke liye hain,</w:t>
      </w:r>
    </w:p>
    <w:p>
      <w:pPr>
        <w:jc w:val="right"/>
      </w:pPr>
      <w:r>
        <w:t>وہ یقین کر لے گا کہ ازل سے ابد تک تمام عظمتیں صرف ایک خدا کے لیے ہیں،</w:t>
      </w:r>
    </w:p>
    <w:p>
      <w:r>
        <w:rPr>
          <w:b/>
        </w:rPr>
        <w:t xml:space="preserve">[02:16] </w:t>
      </w:r>
      <w:r>
        <w:t>is ke siwa kisi aur ke liye nahi. wa qala allazina kafaru la ta'tina al sa'ah, qul bala wa Rabbi la ta'tiyannakum 'alim al ghayb, la ya'zubu 'anhu mithqalu tharrah.</w:t>
      </w:r>
    </w:p>
    <w:p>
      <w:pPr>
        <w:jc w:val="right"/>
      </w:pPr>
      <w:r>
        <w:t>اس کے سوا کسی اور کے لیے نہیں۔ وقال الذين كفروا: لا تأتينا الساعة، قل بلى وربي لتأتينكم عالم الغيب، لا يعزب عنه مثقال ذرة.</w:t>
      </w:r>
    </w:p>
    <w:p>
      <w:r>
        <w:rPr>
          <w:b/>
        </w:rPr>
        <w:t xml:space="preserve">[02:35] </w:t>
      </w:r>
      <w:r>
        <w:t>la ya'zubu 'anhu mithqalu tharrah fi al samawati wa la fi al arz, wa la asgharu min zalika wa la akbaru.</w:t>
      </w:r>
    </w:p>
    <w:p>
      <w:pPr>
        <w:jc w:val="right"/>
      </w:pPr>
      <w:r>
        <w:t>لا يعزب عنه مثقال ذرة في السماوات ولا في الأرض، ولا أصغر من ذلك ولا أكبر.</w:t>
      </w:r>
    </w:p>
    <w:p>
      <w:r>
        <w:rPr>
          <w:b/>
        </w:rPr>
        <w:t xml:space="preserve">[02:51] </w:t>
      </w:r>
      <w:r>
        <w:t>wa la</w:t>
      </w:r>
    </w:p>
    <w:p>
      <w:pPr>
        <w:jc w:val="right"/>
      </w:pPr>
      <w:r>
        <w:t>ولا</w:t>
      </w:r>
    </w:p>
    <w:p>
      <w:r>
        <w:rPr>
          <w:b/>
        </w:rPr>
        <w:t xml:space="preserve">[02:52] </w:t>
      </w:r>
      <w:r>
        <w:t>akbaru illa fi kitabin mubinin. li yajzi allazina amanu wa 'amilu al salihat, ula'ika lahum maghfiratun</w:t>
      </w:r>
    </w:p>
    <w:p>
      <w:pPr>
        <w:jc w:val="right"/>
      </w:pPr>
      <w:r>
        <w:t>أكبر إلا في كتاب مبين. ليجزي الذين آمنوا وعملوا الصالحات، أولئك لهم مغفرة</w:t>
      </w:r>
    </w:p>
    <w:p>
      <w:r>
        <w:rPr>
          <w:b/>
        </w:rPr>
        <w:t xml:space="preserve">[03:10] </w:t>
      </w:r>
      <w:r>
        <w:t>wa rizqun kareem. wa allazina sa'aw fi ayatina mu'ajizina, ula'ika lahum 'adhabun min rijzin aleem.</w:t>
      </w:r>
    </w:p>
    <w:p>
      <w:pPr>
        <w:jc w:val="right"/>
      </w:pPr>
      <w:r>
        <w:t>ورزق كريم. والذين سعوا في آياتنا معاجزين، أولئك لهم عذاب من رجز أليم.</w:t>
      </w:r>
    </w:p>
    <w:p>
      <w:r>
        <w:rPr>
          <w:b/>
        </w:rPr>
        <w:t xml:space="preserve">[03:30] </w:t>
      </w:r>
      <w:r>
        <w:t>wa yaral allazina utu al 'ilm allazi unzila ilaika min Rabbika huwa al haqq, wa yahdi ila sirat al 'aziz al hameed.</w:t>
      </w:r>
    </w:p>
    <w:p>
      <w:pPr>
        <w:jc w:val="right"/>
      </w:pPr>
      <w:r>
        <w:t>ويرى الذين أوتوا العلم الذي أنزل إليك من ربك هو الحق، ويهدي إلى صراط العزيز الحميد.</w:t>
      </w:r>
    </w:p>
    <w:p>
      <w:r>
        <w:rPr>
          <w:b/>
        </w:rPr>
        <w:t xml:space="preserve">[03:48] </w:t>
      </w:r>
      <w:r>
        <w:t>aur jinhon ne inkar kiya, woh kehte hain</w:t>
      </w:r>
    </w:p>
    <w:p>
      <w:pPr>
        <w:jc w:val="right"/>
      </w:pPr>
      <w:r>
        <w:t>اور جنہوں نے انکار کیا، وہ کہتے ہیں</w:t>
      </w:r>
    </w:p>
    <w:p>
      <w:r>
        <w:rPr>
          <w:b/>
        </w:rPr>
        <w:t xml:space="preserve">[03:51] </w:t>
      </w:r>
      <w:r>
        <w:t>keh hum par qayamat nahi aayegi. kaho keh kyu nahi? qasam hai mere parwardigar e alam ul ghaib ki, woh zaroor tum par aayegi.</w:t>
      </w:r>
    </w:p>
    <w:p>
      <w:pPr>
        <w:jc w:val="right"/>
      </w:pPr>
      <w:r>
        <w:t>کہ ہم پر قیامت نہیں آئے گی۔ کہو کہ کیوں نہیں؟ قسم ہے میرے پروردگار عالم الغیب کی، وہ ضرور تم پر آئے گی۔</w:t>
      </w:r>
    </w:p>
    <w:p>
      <w:r>
        <w:rPr>
          <w:b/>
        </w:rPr>
        <w:t xml:space="preserve">[04:02] </w:t>
      </w:r>
      <w:r>
        <w:t>is se zara barabar koi cheez makhfi nahi, na aasmano mein aur na zameen mein,</w:t>
      </w:r>
    </w:p>
    <w:p>
      <w:pPr>
        <w:jc w:val="right"/>
      </w:pPr>
      <w:r>
        <w:t>اس سے ذرہ برابر کوئی چیز مخفی نہیں، نہ آسمانوں میں اور نہ زمین میں،</w:t>
      </w:r>
    </w:p>
    <w:p>
      <w:r>
        <w:rPr>
          <w:b/>
        </w:rPr>
        <w:t xml:space="preserve">[04:08] </w:t>
      </w:r>
      <w:r>
        <w:t>aur na koi cheez is se choti aur na badi. magar woh ek khuli kitaab mein hai taake woh un logo ko badla de jo imaan laaye aur nek kaam kiye.</w:t>
      </w:r>
    </w:p>
    <w:p>
      <w:pPr>
        <w:jc w:val="right"/>
      </w:pPr>
      <w:r>
        <w:t>اور نہ کوئی چیز اس سے چھوٹی اور نہ بڑی۔ مگر وہ ایک کھلی کتاب میں ہے تاکہ وہ ان لوگوں کو بدلہ دے جو ایمان لائے اور نیک کام کیا۔</w:t>
      </w:r>
    </w:p>
    <w:p>
      <w:r>
        <w:rPr>
          <w:b/>
        </w:rPr>
        <w:t xml:space="preserve">[04:21] </w:t>
      </w:r>
      <w:r>
        <w:t>yahi log hain jin ke liye maafi hai aur izzat ki rozi,</w:t>
      </w:r>
    </w:p>
    <w:p>
      <w:pPr>
        <w:jc w:val="right"/>
      </w:pPr>
      <w:r>
        <w:t>یہی لوگ ہیں جن کے لیے معافی ہے اور عزت کی روزی،</w:t>
      </w:r>
    </w:p>
    <w:p>
      <w:r>
        <w:rPr>
          <w:b/>
        </w:rPr>
        <w:t xml:space="preserve">[04:26] </w:t>
      </w:r>
      <w:r>
        <w:t>aur jin logo ne hamari aayaton ko aajiz karne ki koshish ki, un ke liye sakhti ka dardnaak azab hai. Aur jin logo ko ilm diya gaya hai, woh is cheez ko jo tumhare rab ki taraf se tumhare paas bheja gaya hai, jaante hain keh woh haq hai, aur woh khuda e aziz o hameed ka rasta dikhata hai.</w:t>
      </w:r>
    </w:p>
    <w:p>
      <w:pPr>
        <w:jc w:val="right"/>
      </w:pPr>
      <w:r>
        <w:t>اور جن لوگوں نے ہماری آیتوں کو عاجز کرنے کی کوشش کی، ان کے لیے سختی کا دردناک عذاب ہے۔ اور جن لوگوں کو علم دیا گیا ہے، وہ اس چیز کو جو تمہارے رب کی طرف سے تمہارے پاس بھیجا گیا ہے، جانتے ہیں کہ وہ حق ہے، اور وہ خدائے عزیز و حمید کا راستہ دکھاتا ہے۔</w:t>
      </w:r>
    </w:p>
    <w:p>
      <w:r>
        <w:rPr>
          <w:b/>
        </w:rPr>
        <w:t xml:space="preserve">[04:49] </w:t>
      </w:r>
      <w:r>
        <w:t>tashreeh: quran ke mukhatebeen qayamat ke munkir na thay. woh sirf is ke munkir thay keh qayamat un ke liye ruswai aur azab ban kar aayegi.</w:t>
      </w:r>
    </w:p>
    <w:p>
      <w:pPr>
        <w:jc w:val="right"/>
      </w:pPr>
      <w:r>
        <w:t>تشریح: قرآن کے مخاطبین قیامت کے منکر نہ تھے۔ وہ صرف اس کے منکر تھے کہ قیامت ان کے لیے رسوائی اور عذاب بن کر آئے گی۔</w:t>
      </w:r>
    </w:p>
    <w:p>
      <w:r>
        <w:rPr>
          <w:b/>
        </w:rPr>
        <w:t xml:space="preserve">[05:03] </w:t>
      </w:r>
      <w:r>
        <w:t>maujooda duniya mein woh apne ko maadi aitbaar se mehfooz haalat mein paate thay, is liye un ki samajh mein na aata tha keh agli duniya mein pahunch kar woh ghair mehfooz kyu kar ho jayenge.</w:t>
      </w:r>
    </w:p>
    <w:p>
      <w:pPr>
        <w:jc w:val="right"/>
      </w:pPr>
      <w:r>
        <w:t>موجودہ دنیا میں وہ اپنے کو مادی اعتبار سے محفوظ حالت میں پاتے تھے، اس لیے ان کی سمجھ میں نہ آتا تھا کہ اگلی دنیا میں پہنچ کر وہ غیر محفوظ کیوں کر ہو جائیں گے۔</w:t>
      </w:r>
    </w:p>
    <w:p>
      <w:r>
        <w:rPr>
          <w:b/>
        </w:rPr>
        <w:t xml:space="preserve">[05:18] </w:t>
      </w:r>
      <w:r>
        <w:t>magar yeh qayas sarasar batil hai. maujooda duniya ka mutalia batata hai keh is ki takhleeq akhlaqi usoolon par hui hai, aur jab kainat ki takhleeq akhlaqi buniyad par hui hai to is ka aakhri faisla bhi lazman akhlaqi buniyad par hona chahiye,</w:t>
      </w:r>
    </w:p>
    <w:p>
      <w:pPr>
        <w:jc w:val="right"/>
      </w:pPr>
      <w:r>
        <w:t>مگر یہ قیاس سراسر باطل ہے۔ موجودہ دنیا کا مطالعہ بتاتا ہے کہ اس کی تخلیق اخلاقی اصولوں پر ہوئی ہے، اور جب کائنات کی تخلیق اخلاقی بنیاد پر ہوئی ہے تو اس کا آخری فیصلہ بھی لازماً اخلاقی بنیاد پر ہونا چاہیے،</w:t>
      </w:r>
    </w:p>
    <w:p>
      <w:r>
        <w:rPr>
          <w:b/>
        </w:rPr>
        <w:t xml:space="preserve">[05:40] </w:t>
      </w:r>
      <w:r>
        <w:t>na keh kisi aur mazloomah buniyad par. hayat aur kainat ki yeh haqeeqat tamam aasmani kitabon mein maujood hai.</w:t>
      </w:r>
    </w:p>
    <w:p>
      <w:pPr>
        <w:jc w:val="right"/>
      </w:pPr>
      <w:r>
        <w:t>نہ کہ کسی اور مظلومہ بنیاد پر۔ حیات اور کائنات کی یہ حقیقت تمام آسمانی کتابوں میں موجود ہے۔</w:t>
      </w:r>
    </w:p>
    <w:p>
      <w:r>
        <w:rPr>
          <w:b/>
        </w:rPr>
        <w:t xml:space="preserve">[05:51] </w:t>
      </w:r>
      <w:r>
        <w:t>quran ka mission yeh hai keh is haqeeqat ko woh is ki khalis aur bayamea soorat mein zahir kar de.</w:t>
      </w:r>
    </w:p>
    <w:p>
      <w:pPr>
        <w:jc w:val="right"/>
      </w:pPr>
      <w:r>
        <w:t>قرآن کا مشن یہ ہے کہ اس حقیقت کو وہ اس کی خالص اور بیامع صورت میں ظاہر کر دے۔</w:t>
      </w:r>
    </w:p>
    <w:p>
      <w:r>
        <w:rPr>
          <w:b/>
        </w:rPr>
        <w:t xml:space="preserve">[05:58] </w:t>
      </w:r>
      <w:r>
        <w:t>ab jo log is ke mukhalif ban kar khade hon, woh zabardast jasarat ka irtikab kar rahe hain. Khuda ke yahan woh sakht tareen saza ke mustahiq qarar diye jayenge.</w:t>
      </w:r>
    </w:p>
    <w:p>
      <w:pPr>
        <w:jc w:val="right"/>
      </w:pPr>
      <w:r>
        <w:t>اب جو لوگ اس کے مخالف بن کر کھڑے ہوں، وہ زبردست جسارت کا ارتکاب کر رہے ہیں۔ خدا کے یہاں وہ سخت ترین سزا کے مستحق قرار دیے جائیں گے۔</w:t>
      </w:r>
    </w:p>
    <w:p>
      <w:r>
        <w:rPr>
          <w:b/>
        </w:rPr>
        <w:t xml:space="preserve">[06:11] </w:t>
      </w:r>
      <w:r>
        <w:t>wa qaalal lazeena kafaroo: hal nadullakum ala rajul</w:t>
      </w:r>
    </w:p>
    <w:p>
      <w:pPr>
        <w:jc w:val="right"/>
      </w:pPr>
      <w:r>
        <w:t>وقال الذين كفروا: هل ندلكم على رجل</w:t>
      </w:r>
    </w:p>
    <w:p>
      <w:r>
        <w:rPr>
          <w:b/>
        </w:rPr>
        <w:t xml:space="preserve">[06:17] </w:t>
      </w:r>
      <w:r>
        <w:t>yunbi'ukum itha muzzaqtum kulla mumazzaq? innakum lafi khalqin jadeed.</w:t>
      </w:r>
    </w:p>
    <w:p>
      <w:pPr>
        <w:jc w:val="right"/>
      </w:pPr>
      <w:r>
        <w:t>ينبئكم إذا مزقتم كل ممزق؟ إنكم لفي خلق جديد.</w:t>
      </w:r>
    </w:p>
    <w:p>
      <w:r>
        <w:rPr>
          <w:b/>
        </w:rPr>
        <w:t xml:space="preserve">[06:29] </w:t>
      </w:r>
      <w:r>
        <w:t>afatarra alal laahi kaziban an bihi jinnah?</w:t>
      </w:r>
    </w:p>
    <w:p>
      <w:pPr>
        <w:jc w:val="right"/>
      </w:pPr>
      <w:r>
        <w:t>أفترى على الله كذبا أن به جنة؟</w:t>
      </w:r>
    </w:p>
    <w:p>
      <w:r>
        <w:rPr>
          <w:b/>
        </w:rPr>
        <w:t xml:space="preserve">[06:36] </w:t>
      </w:r>
      <w:r>
        <w:t>balal lazeena la yu'minoona bil aakhirati fil azabi waddalali al ba'eed. Afalam yaraw ila ma bayna aydihim wa ma khalfahum minas samai</w:t>
      </w:r>
    </w:p>
    <w:p>
      <w:pPr>
        <w:jc w:val="right"/>
      </w:pPr>
      <w:r>
        <w:t>بل الذين لا يؤمنون بالآخرة في العذاب والضلال البعيد. أفلم يروا إلى ما بين أيديهم وما خلفهم من السماء</w:t>
      </w:r>
    </w:p>
    <w:p>
      <w:r>
        <w:rPr>
          <w:b/>
        </w:rPr>
        <w:t xml:space="preserve">[06:54] </w:t>
      </w:r>
      <w:r>
        <w:t>walard? In nasha nakhsaf bihimul arda aw nusqit alayhim kusafan minas samaa.</w:t>
      </w:r>
    </w:p>
    <w:p>
      <w:pPr>
        <w:jc w:val="right"/>
      </w:pPr>
      <w:r>
        <w:t>والأرض؟ إن نشأ نخسف بهم الأرض أو نسقط عليهم كسفا من السماء.</w:t>
      </w:r>
    </w:p>
    <w:p>
      <w:r>
        <w:rPr>
          <w:b/>
        </w:rPr>
        <w:t xml:space="preserve">[07:07] </w:t>
      </w:r>
      <w:r>
        <w:t>Inna fi zalika laayatin likulli abdin</w:t>
      </w:r>
    </w:p>
    <w:p>
      <w:pPr>
        <w:jc w:val="right"/>
      </w:pPr>
      <w:r>
        <w:t>إن في ذلك لآية لكل عبد</w:t>
      </w:r>
    </w:p>
    <w:p>
      <w:r>
        <w:rPr>
          <w:b/>
        </w:rPr>
        <w:t xml:space="preserve">[07:13] </w:t>
      </w:r>
      <w:r>
        <w:t>muneeb. Aur jinho ne inkar kiya, woh kehte hain: kya hum tum ko ek aisa aadmi batayein jo tum ko khabar deta hai keh jab tum bilkul reza reza ho jaoge to phir tum ko naye sirs e banna hai?</w:t>
      </w:r>
    </w:p>
    <w:p>
      <w:pPr>
        <w:jc w:val="right"/>
      </w:pPr>
      <w:r>
        <w:t>منيب. اور جنہوں نے انکار کیا، وہ کہتے ہیں: کیا ہم تم کو ایک ایسا آدمی بتائیں جو تم کو خبر دیتا ہے کہ جب تم بالکل ریزہ ریزہ ہو جاؤ گے تو پھر تم کو نئے سرے سے بننا ہے؟</w:t>
      </w:r>
    </w:p>
    <w:p>
      <w:r>
        <w:rPr>
          <w:b/>
        </w:rPr>
        <w:t xml:space="preserve">[07:31] </w:t>
      </w:r>
      <w:r>
        <w:t>kya is ne Allah par jhoot bandha hai ya is ko kisi tarah ka junoon hai? Balkeh jo log aakhirat par yaqeen nahi rakhte, wahi azab mein aur door ki gumrahi mein mubtala hain.</w:t>
      </w:r>
    </w:p>
    <w:p>
      <w:pPr>
        <w:jc w:val="right"/>
      </w:pPr>
      <w:r>
        <w:t>کیا اس نے اللہ پر جھوٹ باندھا ہے یا اس کو کسی طرح کا جنون ہے؟ بلکہ جو لوگ آخرت پر یقین نہیں رکھتے، وہی عذاب میں اور دور کی گمراہی میں مبتلا ہیں۔</w:t>
      </w:r>
    </w:p>
    <w:p>
      <w:r>
        <w:rPr>
          <w:b/>
        </w:rPr>
        <w:t xml:space="preserve">[07:46] </w:t>
      </w:r>
      <w:r>
        <w:t>to kya unho ne aasman aur zameen ki taraf nazar nahi ki jo un ke aage hai aur un ke peeche bhi? Agar hum chahein to un ko zameen mein dhas dein</w:t>
      </w:r>
    </w:p>
    <w:p>
      <w:pPr>
        <w:jc w:val="right"/>
      </w:pPr>
      <w:r>
        <w:t>تو کیا انہوں نے آسمان اور زمین کی طرف نظر نہیں کی جو ان کے آگے ہے اور ان کے پیچھے بھی؟ اگر ہم چاہیں تو ان کو زمین میں دھنسا دیں</w:t>
      </w:r>
    </w:p>
    <w:p>
      <w:r>
        <w:rPr>
          <w:b/>
        </w:rPr>
        <w:t xml:space="preserve">[07:58] </w:t>
      </w:r>
      <w:r>
        <w:t>ya un par aasman se tukra gira dein. Beshak is mein nishani hai har us bande ke liye jo mutawajjah hone wala ho.</w:t>
      </w:r>
    </w:p>
    <w:p>
      <w:pPr>
        <w:jc w:val="right"/>
      </w:pPr>
      <w:r>
        <w:t>یا ان پر آسمان سے ٹکڑا گرا دیں۔ بے شک اس میں نشانی ہے ہر اس بندے کے لیے جو متوجہ ہونے والا ہو۔</w:t>
      </w:r>
    </w:p>
    <w:p>
      <w:r>
        <w:rPr>
          <w:b/>
        </w:rPr>
        <w:t xml:space="preserve">[08:10] </w:t>
      </w:r>
      <w:r>
        <w:t>tashreeh: makkah ke log rasool aur ashaab e rasool ko haqeer samajhte thay, is liye woh un ki har baat ka mazak udate rahay.</w:t>
      </w:r>
    </w:p>
    <w:p>
      <w:pPr>
        <w:jc w:val="right"/>
      </w:pPr>
      <w:r>
        <w:t>تشریح: مکہ کے لوگ رسول اور اصحاب رسول کو حقیر سمجھتے تھے، اس لیے وہ ان کی ہر بات کا مذاق اڑاتے رہے۔</w:t>
      </w:r>
    </w:p>
    <w:p>
      <w:r>
        <w:rPr>
          <w:b/>
        </w:rPr>
        <w:t xml:space="preserve">[08:24] </w:t>
      </w:r>
      <w:r>
        <w:t>is ki asal wajah aakhirat ke bare mein un ki be yaqeeni thi. Aakhirat ki pakad ka andesha un ke dilon mein na tha, is liye woh aakhirat ki baaton ke mutaliq zyada sanjeeda bhi na ho sake.</w:t>
      </w:r>
    </w:p>
    <w:p>
      <w:pPr>
        <w:jc w:val="right"/>
      </w:pPr>
      <w:r>
        <w:t>اس کی اصل وجہ آخرت کے بارے میں ان کی بے یقینی تھی۔ آخرت کی پکڑ کا اندیشہ ان کے دلوں میں نہ تھا، اس لیے وہ آخرت کی باتوں کے متعلق زیادہ سنجیدہ بھی نہ ہو سکے۔</w:t>
      </w:r>
    </w:p>
    <w:p>
      <w:r>
        <w:rPr>
          <w:b/>
        </w:rPr>
        <w:t xml:space="preserve">[08:41] </w:t>
      </w:r>
      <w:r>
        <w:t>is duniya mein sab se bada azab yeh hai keh aadmi sehat e fikr se mehroom ho jaye. Aisa aadmi kisi cheez ko is ke sahi roop mein nahi dekh pata.</w:t>
      </w:r>
    </w:p>
    <w:p>
      <w:pPr>
        <w:jc w:val="right"/>
      </w:pPr>
      <w:r>
        <w:t>اس دنیا میں سب سے بڑا عذاب یہ ہے کہ آدمی صحت فکر سے محروم ہو جائے۔ ایسا آدمی کسی چیز کو اس کے صحیح روپ میں نہیں دیکھ پاتا۔</w:t>
      </w:r>
    </w:p>
    <w:p>
      <w:r>
        <w:rPr>
          <w:b/>
        </w:rPr>
        <w:t xml:space="preserve">[08:54] </w:t>
      </w:r>
      <w:r>
        <w:t>khuli hui haqeeqaton se bhi is ko naseehat hasil nahi hoti.</w:t>
      </w:r>
    </w:p>
    <w:p>
      <w:pPr>
        <w:jc w:val="right"/>
      </w:pPr>
      <w:r>
        <w:t>کھلی ہوئی حقیقتوں سے بھی اس کو نصیحت حاصل نہیں ہوتی۔</w:t>
      </w:r>
    </w:p>
    <w:p>
      <w:r>
        <w:rPr>
          <w:b/>
        </w:rPr>
        <w:t xml:space="preserve">[08:58] </w:t>
      </w:r>
      <w:r>
        <w:t>mislan oopri faza se musalsal be shumar pathar nihayat tez raftari ke sath zameen ki taraf ate rehte hain.</w:t>
      </w:r>
    </w:p>
    <w:p>
      <w:pPr>
        <w:jc w:val="right"/>
      </w:pPr>
      <w:r>
        <w:t>مثلاً اوپری فضا سے مسلسل بے شمار پتھر نہایت تیز رفتاری کے ساتھ زمین کی طرف آتے رہتے ہیں۔</w:t>
      </w:r>
    </w:p>
    <w:p>
      <w:r>
        <w:rPr>
          <w:b/>
        </w:rPr>
        <w:t xml:space="preserve">[09:08] </w:t>
      </w:r>
      <w:r>
        <w:t>agar yeh pathar insani bastiyon par barsne lagen to insani nasl ka khatma ho jaye.</w:t>
      </w:r>
    </w:p>
    <w:p>
      <w:pPr>
        <w:jc w:val="right"/>
      </w:pPr>
      <w:r>
        <w:t>اگر یہ پتھر انسانی بستیوں پر برسنے لگیں تو انسانی نسل کا خاتمہ ہو جائے۔</w:t>
      </w:r>
    </w:p>
    <w:p>
      <w:r>
        <w:rPr>
          <w:b/>
        </w:rPr>
        <w:t xml:space="preserve">[09:16] </w:t>
      </w:r>
      <w:r>
        <w:t>isi tarah zameen ke neeche ka ziyada hissa garam pighla hua lava hai. agar woh ghair mahdood tor par phat pade to satah zameen ki har cheez jal kar khatam ho jaye.</w:t>
      </w:r>
    </w:p>
    <w:p>
      <w:pPr>
        <w:jc w:val="right"/>
      </w:pPr>
      <w:r>
        <w:t>اسی طرح زمین کے نیچے کا زیادہ حصہ گرم پگھلا ہوا لاوا ہے۔ اگر وہ غیر محدود طور پر پھٹ پڑے تو سطح زمین کی ہر چیز جل کر ختم ہو جائے۔</w:t>
      </w:r>
    </w:p>
    <w:p>
      <w:r>
        <w:rPr>
          <w:b/>
        </w:rPr>
        <w:t xml:space="preserve">[09:28] </w:t>
      </w:r>
      <w:r>
        <w:t>magar Khuda apne khusoosi intizam ke tehat aisa hone nahi deta.</w:t>
      </w:r>
    </w:p>
    <w:p>
      <w:pPr>
        <w:jc w:val="right"/>
      </w:pPr>
      <w:r>
        <w:t>مگر خدا اپنے خصوصی انتظام کے تحت ایسا ہونے نہیں دیتا۔</w:t>
      </w:r>
    </w:p>
    <w:p>
      <w:r>
        <w:rPr>
          <w:b/>
        </w:rPr>
        <w:t xml:space="preserve">[09:34] </w:t>
      </w:r>
      <w:r>
        <w:t>aasman aur zameen mein is qism ki wazeh nishaniyan hain jo insaan ki ajz ko bata rahi hain. magar aadmi jab sehat-e-fikr se mahroom ho jaye to koi nishani us ko hidayat dene wali nahi banti.</w:t>
      </w:r>
    </w:p>
    <w:p>
      <w:pPr>
        <w:jc w:val="right"/>
      </w:pPr>
      <w:r>
        <w:t>آسمان اور زمین میں اس قسم کی واضح نشانیاں ہیں جو انسان کی عجز کو بتا رہی ہیں۔ مگر آدمی جب صحت فکر سے محروم ہو جائے تو کوئی نشانی اس کو ہدایت دینے والی نہیں بنتی۔</w:t>
      </w:r>
    </w:p>
    <w:p>
      <w:r>
        <w:rPr>
          <w:b/>
        </w:rPr>
        <w:t xml:space="preserve">[09:51] </w:t>
      </w:r>
      <w:r>
        <w:t>walqad atayna Dawuda minna fadlan ya jibal awwibi ma'ahu wal tayra wa alna lahul hadeed.</w:t>
      </w:r>
    </w:p>
    <w:p>
      <w:pPr>
        <w:jc w:val="right"/>
      </w:pPr>
      <w:r>
        <w:t>ولقد آتينا داوود منا فضلاً يا جبال أوبي معه والطير وألنا له الحديد.</w:t>
      </w:r>
    </w:p>
    <w:p>
      <w:r>
        <w:rPr>
          <w:b/>
        </w:rPr>
        <w:t xml:space="preserve">[10:05] </w:t>
      </w:r>
      <w:r>
        <w:t>an'am sabighat</w:t>
      </w:r>
    </w:p>
    <w:p>
      <w:pPr>
        <w:jc w:val="right"/>
      </w:pPr>
      <w:r>
        <w:t>أنعم سابغات</w:t>
      </w:r>
    </w:p>
    <w:p>
      <w:r>
        <w:rPr>
          <w:b/>
        </w:rPr>
        <w:t xml:space="preserve">[10:08] </w:t>
      </w:r>
      <w:r>
        <w:t>waqaddar fis sard wa'malu saliha inni bima ta'maluna baseer. aur hum ne Dawud ko apni taraf se bari nemmat di.</w:t>
      </w:r>
    </w:p>
    <w:p>
      <w:pPr>
        <w:jc w:val="right"/>
      </w:pPr>
      <w:r>
        <w:t>وقدر في السرد واعملوا صالحاً إني بما تعملون بصير. اور ہم نے داؤد کو اپنی طرف سے بڑی نعمت دی۔</w:t>
      </w:r>
    </w:p>
    <w:p>
      <w:r>
        <w:rPr>
          <w:b/>
        </w:rPr>
        <w:t xml:space="preserve">[10:23] </w:t>
      </w:r>
      <w:r>
        <w:t>ae pahadon! tum bhi is ke sath tasbeeh mein shirkat karo. aur isi tarah parindon ko hukum diya. aur hum ne lohe ko is ke liye naram kar diya ke tum kushaada zarrein banao aur kaaiyon ko andaze se jodo aur naik amal karo.</w:t>
      </w:r>
    </w:p>
    <w:p>
      <w:pPr>
        <w:jc w:val="right"/>
      </w:pPr>
      <w:r>
        <w:t>اے پہاڑوں! تم بھی اس کے ساتھ تسبیح میں شرکت کرو۔ اور اسی طرح پرندوں کو حکم دیا۔ اور ہم نے لوہے کو اس کے لیے نرم کر دیا کہ تم کشادہ زرہیں بناؤ اور کائیوں کو اندازے سے جوڑو اور نیک عمل کرو۔</w:t>
      </w:r>
    </w:p>
    <w:p>
      <w:r>
        <w:rPr>
          <w:b/>
        </w:rPr>
        <w:t xml:space="preserve">[10:41] </w:t>
      </w:r>
      <w:r>
        <w:t>jo kuch tum karte ho, us ko main dekh raha hoon.</w:t>
      </w:r>
    </w:p>
    <w:p>
      <w:pPr>
        <w:jc w:val="right"/>
      </w:pPr>
      <w:r>
        <w:t>جو کچھ تم کرتے ہو، اس کو میں دیکھ رہا ہوں۔</w:t>
      </w:r>
    </w:p>
    <w:p>
      <w:r>
        <w:rPr>
          <w:b/>
        </w:rPr>
        <w:t xml:space="preserve">[10:46] </w:t>
      </w:r>
      <w:r>
        <w:t>tashreeh: ek momin jab Khuda ki yaad se sarsar ho kar us ki tasbeeh karta hai to us waqt woh sari kainat ka hamnawa hota hai.</w:t>
      </w:r>
    </w:p>
    <w:p>
      <w:pPr>
        <w:jc w:val="right"/>
      </w:pPr>
      <w:r>
        <w:t>تشریح: ایک مومن جب خدا کی یاد سے سرشار ہو کر اس کی تسبیح کرتا ہے تو اس وقت وہ ساری کائنات کا ہمنوا ہوتا ہے۔</w:t>
      </w:r>
    </w:p>
    <w:p>
      <w:r>
        <w:rPr>
          <w:b/>
        </w:rPr>
        <w:t xml:space="preserve">[10:58] </w:t>
      </w:r>
      <w:r>
        <w:t>zameen o aasman ki tamam cheezen tasbeeh-e-KhudaWandi mein</w:t>
      </w:r>
    </w:p>
    <w:p>
      <w:pPr>
        <w:jc w:val="right"/>
      </w:pPr>
      <w:r>
        <w:t>زمین و آسمان کی تمام چیزیں تسبیح خداوندی میں</w:t>
      </w:r>
    </w:p>
    <w:p>
      <w:r>
        <w:rPr>
          <w:b/>
        </w:rPr>
        <w:t xml:space="preserve">[11:02] </w:t>
      </w:r>
      <w:r>
        <w:t>is ki shareek awaz ho jati hain. taham kainat ki yeh hamnawaii khamosh zaban mein hoti hai. magar Hazrat Dawud (AS) ko Allah taala ne yeh khusoosiyat di ke jab woh tasbeeh karte to pahad aur chidiyan mehsoos tor par aap ke sath</w:t>
      </w:r>
    </w:p>
    <w:p>
      <w:pPr>
        <w:jc w:val="right"/>
      </w:pPr>
      <w:r>
        <w:t>اس کی شریک آواز ہو جاتی ہیں۔ تاہم کائنات کی یہ ہمنوائی خاموش زبان میں ہوتی ہے۔ مگر حضرت داؤد علیہ السلام کو اللہ تعالیٰ نے یہ خصوصیت دی کہ جب وہ تسبیح کرتے تو پہاڑ اور چڑیاں محسوس طور پر آپ کے ساتھ</w:t>
      </w:r>
    </w:p>
    <w:p>
      <w:r>
        <w:rPr>
          <w:b/>
        </w:rPr>
        <w:t xml:space="preserve">[11:21] </w:t>
      </w:r>
      <w:r>
        <w:t>tasbeeh khwani mein shareek ho jate. isi tarah Hazrat Dawud ko Allah taala ne lohe ki sanat sikhai. unhon ne lohe ke pighlane aur dhalne ke fun ko itni taraqqi di ke woh nihayat bareek kaadiyon ki zarrein banane lage jin ko aadmi kapde ki tarah pehan sake.</w:t>
      </w:r>
    </w:p>
    <w:p>
      <w:pPr>
        <w:jc w:val="right"/>
      </w:pPr>
      <w:r>
        <w:t>تسبیح خوانی میں شریک ہو جاتیں۔ اسی طرح حضرت داؤد کو اللہ تعالیٰ نے لوہے کی صنعت سکھائی۔ انہوں نے لوہے کے پگھلانے اور ڈھالنے کے فن کو اتنی ترقی دی کہ وہ نہایت باریک کڑیوں کی زرہیں بنانے لگے جن کو آدمی کپڑے کی طرح پہن سکے۔</w:t>
      </w:r>
    </w:p>
    <w:p>
      <w:r>
        <w:rPr>
          <w:b/>
        </w:rPr>
        <w:t xml:space="preserve">[11:43] </w:t>
      </w:r>
      <w:r>
        <w:t>us waqt dunya mein yeh fun maujood na tha. Allah taala ne barah-e-raast tor par farishton ke zariye yeh fun aap ko sikhaya. momin sanat aur science mein bari bari taraqqiyan kar sakta hai magar is ke liye lazim hai ke woh</w:t>
      </w:r>
    </w:p>
    <w:p>
      <w:pPr>
        <w:jc w:val="right"/>
      </w:pPr>
      <w:r>
        <w:t>اس وقت دنیا میں یہ فن موجود نہ تھا۔ اللہ تعالیٰ نے براہ راست طور پر فرشتوں کے ذریعے یہ فن آپ کو سکھایا۔ مومن صنعت اور سائنس میں بڑی بڑی ترقیاں کر سکتا ہے مگر اس کے لیے لازم ہے کہ وہ</w:t>
      </w:r>
    </w:p>
    <w:p>
      <w:r>
        <w:rPr>
          <w:b/>
        </w:rPr>
        <w:t xml:space="preserve">[12:01] </w:t>
      </w:r>
      <w:r>
        <w:t>scientific taraqqi ko sirf islaah ke daire mein istemal kare. woh jo kuch kare, us ehsas ke tehat kare ke aakhir kar us ko jawab dahi ke liye Khuda ke samne hazir hona hai.</w:t>
      </w:r>
    </w:p>
    <w:p>
      <w:pPr>
        <w:jc w:val="right"/>
      </w:pPr>
      <w:r>
        <w:t>سائنسی ترقی کو صرف اصلاح کے دائرے میں استعمال کرے۔ وہ جو کچھ کرے، اس احساس کے تحت کرے کہ آخر کار اس کو جواب دہی کے لیے خدا کے سامنے حاضر ہونا ہے۔</w:t>
      </w:r>
    </w:p>
    <w:p>
      <w:r>
        <w:rPr>
          <w:b/>
        </w:rPr>
        <w:t xml:space="preserve">[12:17] </w:t>
      </w:r>
      <w:r>
        <w:t>wa li Sulaymana ar rihu gaduha shahr</w:t>
      </w:r>
    </w:p>
    <w:p>
      <w:pPr>
        <w:jc w:val="right"/>
      </w:pPr>
      <w:r>
        <w:t>ولسليمان الريح غدوها شهر</w:t>
      </w:r>
    </w:p>
    <w:p>
      <w:r>
        <w:rPr>
          <w:b/>
        </w:rPr>
        <w:t xml:space="preserve">[12:22] </w:t>
      </w:r>
      <w:r>
        <w:t>warawahuha shahr wa aslana lah 'ayna al qitri wa minal jinni man ya'mal.</w:t>
      </w:r>
    </w:p>
    <w:p>
      <w:pPr>
        <w:jc w:val="right"/>
      </w:pPr>
      <w:r>
        <w:t>ورواحها شهر وأسلنا له عين القطر ومن الجن من يعمل.</w:t>
      </w:r>
    </w:p>
    <w:p>
      <w:r>
        <w:rPr>
          <w:b/>
        </w:rPr>
        <w:t xml:space="preserve">[12:32] </w:t>
      </w:r>
      <w:r>
        <w:t>wa minal jinni man ya'malu bayna yadayhi bi idhni Rabbihi wa may yazigh minhum 'an amrina nudhiqhu min 'adhabis sa'eer.</w:t>
      </w:r>
    </w:p>
    <w:p>
      <w:pPr>
        <w:jc w:val="right"/>
      </w:pPr>
      <w:r>
        <w:t>ومن الجن من يعمل بين يديه بإذن ربه ومن يزغ منهم عن أمرنا نذقه من عذاب السعير.</w:t>
      </w:r>
    </w:p>
    <w:p>
      <w:r>
        <w:rPr>
          <w:b/>
        </w:rPr>
        <w:t xml:space="preserve">[12:48] </w:t>
      </w:r>
      <w:r>
        <w:t>ya'maluna lah ma yashaa'u min mahariba wa tamatheela wa jifala kal jawabi wa qudoorir rasayat.</w:t>
      </w:r>
    </w:p>
    <w:p>
      <w:pPr>
        <w:jc w:val="right"/>
      </w:pPr>
      <w:r>
        <w:t>يعملون له ما يشاء من محاريب وتماثيل وجفال كالجواب وقدور الراسيات.</w:t>
      </w:r>
    </w:p>
    <w:p>
      <w:r>
        <w:rPr>
          <w:b/>
        </w:rPr>
        <w:t xml:space="preserve">[13:04] </w:t>
      </w:r>
      <w:r>
        <w:t>i'malu</w:t>
      </w:r>
    </w:p>
    <w:p>
      <w:pPr>
        <w:jc w:val="right"/>
      </w:pPr>
      <w:r>
        <w:t>اعملوا</w:t>
      </w:r>
    </w:p>
    <w:p>
      <w:r>
        <w:rPr>
          <w:b/>
        </w:rPr>
        <w:t xml:space="preserve">[13:07] </w:t>
      </w:r>
      <w:r>
        <w:t>aala Dawuda shukra wa qaleelun min 'ibadiyash shakoor. aur Sulayman ke liye hum ne hawa ko musakhkhar kar diya.</w:t>
      </w:r>
    </w:p>
    <w:p>
      <w:pPr>
        <w:jc w:val="right"/>
      </w:pPr>
      <w:r>
        <w:t>آل داؤد شكراً وقليل من عبادي الشكور. اور سلیمان کے لیے ہم نے ہوا کو مسخر کر دیا۔</w:t>
      </w:r>
    </w:p>
    <w:p>
      <w:r>
        <w:rPr>
          <w:b/>
        </w:rPr>
        <w:t xml:space="preserve">[13:21] </w:t>
      </w:r>
      <w:r>
        <w:t>is ki subah ki manzil ek mahine ki hoti aur is ki sham ki manzil ek mahine ki.</w:t>
      </w:r>
    </w:p>
    <w:p>
      <w:pPr>
        <w:jc w:val="right"/>
      </w:pPr>
      <w:r>
        <w:t>اس کی صبح کی منزل ایک مہینے کی ہوتی اور اس کی شام کی منزل ایک مہینے کی۔</w:t>
      </w:r>
    </w:p>
    <w:p>
      <w:r>
        <w:rPr>
          <w:b/>
        </w:rPr>
        <w:t xml:space="preserve">[13:27] </w:t>
      </w:r>
      <w:r>
        <w:t>aur hum ne is ke liye ka'ba ka chashma baha diya. aur jinnaat mein se aise the jo is ke Rabb ke hukum se is ke aage kaam karte the.</w:t>
      </w:r>
    </w:p>
    <w:p>
      <w:pPr>
        <w:jc w:val="right"/>
      </w:pPr>
      <w:r>
        <w:t>اور ہم نے اس کے لیے کعبہ کا چشمہ بہا دیا۔ اور جنات میں سے ایسے تھے جو اس کے رب کے حکم سے اس کے آگے کام کرتے تھے۔</w:t>
      </w:r>
    </w:p>
    <w:p>
      <w:r>
        <w:rPr>
          <w:b/>
        </w:rPr>
        <w:t xml:space="preserve">[13:38] </w:t>
      </w:r>
      <w:r>
        <w:t>aur un mein se jo koi hamare hukum se phire to hum is ko aag ka azab chakhayenge.</w:t>
      </w:r>
    </w:p>
    <w:p>
      <w:pPr>
        <w:jc w:val="right"/>
      </w:pPr>
      <w:r>
        <w:t>اور ان میں سے جو کوئی ہمارے حکم سے پھرے تو ہم اس کو آگ کا عذاب چکھائیں گے۔</w:t>
      </w:r>
    </w:p>
    <w:p>
      <w:r>
        <w:rPr>
          <w:b/>
        </w:rPr>
        <w:t xml:space="preserve">[13:46] </w:t>
      </w:r>
      <w:r>
        <w:t>woh is ke liye banate thay jo woh chahta tha. imaratein aur tasveerein aur hauz jaise lagan aur jami hui degain.</w:t>
      </w:r>
    </w:p>
    <w:p>
      <w:pPr>
        <w:jc w:val="right"/>
      </w:pPr>
      <w:r>
        <w:t>وہ اس کے لیے بناتے تھے جو وہ چاہتا۔ عمارتیں اور تصویریں اور حوض جیسے لگن اور جمی ہوئی دیگیں۔</w:t>
      </w:r>
    </w:p>
    <w:p>
      <w:r>
        <w:rPr>
          <w:b/>
        </w:rPr>
        <w:t xml:space="preserve">[13:55] </w:t>
      </w:r>
      <w:r>
        <w:t>ae aal-e-dawood!</w:t>
      </w:r>
    </w:p>
    <w:p>
      <w:pPr>
        <w:jc w:val="right"/>
      </w:pPr>
      <w:r>
        <w:t>اے آل داؤد!</w:t>
      </w:r>
    </w:p>
    <w:p>
      <w:r>
        <w:rPr>
          <w:b/>
        </w:rPr>
        <w:t xml:space="preserve">[13:57] </w:t>
      </w:r>
      <w:r>
        <w:t>shukr guzari ke sath amal karo aur mere bando mein kam hi shukr guzar hain. tashreeh: hazrat sulaiman (a.s.) ne samandari safar aur samandari tijarat ko bohat taraqqi di thi.</w:t>
      </w:r>
    </w:p>
    <w:p>
      <w:pPr>
        <w:jc w:val="right"/>
      </w:pPr>
      <w:r>
        <w:t>شکر گزاری کے ساتھ عمل کرو اور میرے بندوں میں کم ہی شکر گزار ہیں۔ تشریح: حضرت سلیمان علیہ السلام نے سمندری سفر اور سمندری تجارت کو بہت ترقی دی تھی۔</w:t>
      </w:r>
    </w:p>
    <w:p>
      <w:r>
        <w:rPr>
          <w:b/>
        </w:rPr>
        <w:t xml:space="preserve">[14:13] </w:t>
      </w:r>
      <w:r>
        <w:t>unho ne aala darjay ke badbani jahaz tayyar kiye. un ke sath Allah taala ka mazeed fazal yeh hua ke un ke samandari jahazon ko aksar mawafeq hawa milti.</w:t>
      </w:r>
    </w:p>
    <w:p>
      <w:pPr>
        <w:jc w:val="right"/>
      </w:pPr>
      <w:r>
        <w:t>انہوں نے اعلیٰ درجے کے بادبانی جہاز تیار کیے۔ ان کے ساتھ اللہ تعالیٰ کا مزید فضل یہ ہوا کہ ان کے سمندری جہازوں کو اکثر موافق ہوا ملتی۔</w:t>
      </w:r>
    </w:p>
    <w:p>
      <w:r>
        <w:rPr>
          <w:b/>
        </w:rPr>
        <w:t xml:space="preserve">[14:25] </w:t>
      </w:r>
      <w:r>
        <w:t>isi tarah tanba pighla kar saman banane ka fun bhi un ke zamane mein bohat taraqqi kar gaya.</w:t>
      </w:r>
    </w:p>
    <w:p>
      <w:pPr>
        <w:jc w:val="right"/>
      </w:pPr>
      <w:r>
        <w:t>اسی طرح تانبہ پگھلا کر سامان بنانے کا فن بھی ان کے زمانے میں بہت ترقی کر گیا۔</w:t>
      </w:r>
    </w:p>
    <w:p>
      <w:r>
        <w:rPr>
          <w:b/>
        </w:rPr>
        <w:t xml:space="preserve">[14:33] </w:t>
      </w:r>
      <w:r>
        <w:t>un ghair-maamooli quwaton se hazrat sulaiman mukhtalif qism ka taameeri aur islaahi kaam lete thay. insaan sarapa Khuda ka ehsan hai.</w:t>
      </w:r>
    </w:p>
    <w:p>
      <w:pPr>
        <w:jc w:val="right"/>
      </w:pPr>
      <w:r>
        <w:t>ان غیر معمولی قوتوں سے حضرت سلیمان مختلف قسم کا تعمیری اور اصلاحی کام لیتے تھے۔ انسان سراپا خدا کا احسان ہے۔</w:t>
      </w:r>
    </w:p>
    <w:p>
      <w:r>
        <w:rPr>
          <w:b/>
        </w:rPr>
        <w:t xml:space="preserve">[14:45] </w:t>
      </w:r>
      <w:r>
        <w:t>is liye is ke andar sab se ziyada Khuda ke shukr aur ehsan mandi ka jazba hona chahiye.</w:t>
      </w:r>
    </w:p>
    <w:p>
      <w:pPr>
        <w:jc w:val="right"/>
      </w:pPr>
      <w:r>
        <w:t>اس لیے اس کے اندر سب سے زیادہ خدا کے شکر اور احسان مندی کا جذبہ ہونا چاہیے۔</w:t>
      </w:r>
    </w:p>
    <w:p>
      <w:r>
        <w:rPr>
          <w:b/>
        </w:rPr>
        <w:t xml:space="preserve">[14:52] </w:t>
      </w:r>
      <w:r>
        <w:t>magar yahi woh cheez hai jo insaan ke andar sab se kam pai jati hai. is ki wajah yeh hai ke maujooda imtehan ki dunya mein insaan ko jo kuch milta hai woh asbab ke parde mein milta hai.</w:t>
      </w:r>
    </w:p>
    <w:p>
      <w:pPr>
        <w:jc w:val="right"/>
      </w:pPr>
      <w:r>
        <w:t>مگر یہی وہ چیز ہے جو انسان کے اندر سب سے کم پائی جاتی ہے۔ اس کی وجہ یہ ہے کہ موجودہ امتحان کی دنیا میں انسان کو جو کچھ ملتا ہے وہ اسباب کے پردے میں ملتا ہے۔</w:t>
      </w:r>
    </w:p>
    <w:p>
      <w:r>
        <w:rPr>
          <w:b/>
        </w:rPr>
        <w:t xml:space="preserve">[15:06] </w:t>
      </w:r>
      <w:r>
        <w:t>is liye aadmi is ko asbab ka nateeja samajh leta hai.</w:t>
      </w:r>
    </w:p>
    <w:p>
      <w:pPr>
        <w:jc w:val="right"/>
      </w:pPr>
      <w:r>
        <w:t>اس لیے آدمی اس کو اسباب کا نتیجہ سمجھ لیتا ہے۔</w:t>
      </w:r>
    </w:p>
    <w:p>
      <w:r>
        <w:rPr>
          <w:b/>
        </w:rPr>
        <w:t xml:space="preserve">[15:11] </w:t>
      </w:r>
      <w:r>
        <w:t>magar yahi insaan ka asal imtehan hai. insaan se yeh matloob hai ke woh asbab ke zariye milti hui cheez ko Khuda se milta hua dekhe.</w:t>
      </w:r>
    </w:p>
    <w:p>
      <w:pPr>
        <w:jc w:val="right"/>
      </w:pPr>
      <w:r>
        <w:t>مگر یہی انسان کا اصل امتحان ہے۔ انسان سے یہ مطلوب ہے کہ وہ اسباب کے ذریعے ملتی ہوئی چیز کو خدا سے ملتا ہوا دیکھے۔</w:t>
      </w:r>
    </w:p>
    <w:p>
      <w:r>
        <w:rPr>
          <w:b/>
        </w:rPr>
        <w:t xml:space="preserve">[15:22] </w:t>
      </w:r>
      <w:r>
        <w:t>bazoahir apni aqal aur mehnat se hasil hone wali cheez ko</w:t>
      </w:r>
    </w:p>
    <w:p>
      <w:pPr>
        <w:jc w:val="right"/>
      </w:pPr>
      <w:r>
        <w:t>بظاہر اپنی عقل اور محنت سے حاصل ہونے والی چیز کو</w:t>
      </w:r>
    </w:p>
    <w:p>
      <w:r>
        <w:rPr>
          <w:b/>
        </w:rPr>
        <w:t xml:space="preserve">[15:28] </w:t>
      </w:r>
      <w:r>
        <w:t>barah-e-rast Khuda ka atiya samjhe. falamma qadhayna alayhi al-mawt ma dallahum alayhi mawt illa dabbatu al-ard ta'kulu min</w:t>
      </w:r>
    </w:p>
    <w:p>
      <w:pPr>
        <w:jc w:val="right"/>
      </w:pPr>
      <w:r>
        <w:t>براہ راست خدا کا عطیہ سمجھے۔ فلما قضينا عليه الموت ما دل لهم على موته إلا دابة الأرض تأكل من</w:t>
      </w:r>
    </w:p>
    <w:p>
      <w:r>
        <w:rPr>
          <w:b/>
        </w:rPr>
        <w:t xml:space="preserve">[15:48] </w:t>
      </w:r>
      <w:r>
        <w:t>sa'tih. falamma kharrat bayyinat al-jinn an law kanoo ya'lamoon al-ghayb ma labithoo fi al-azab al-muheen.</w:t>
      </w:r>
    </w:p>
    <w:p>
      <w:pPr>
        <w:jc w:val="right"/>
      </w:pPr>
      <w:r>
        <w:t>سأته. فلما خرت بينت الجن أن لو كانوا يعلمون الغيب ما لبثوا في العذاب المهين.</w:t>
      </w:r>
    </w:p>
    <w:p>
      <w:r>
        <w:rPr>
          <w:b/>
        </w:rPr>
        <w:t xml:space="preserve">[16:03] </w:t>
      </w:r>
      <w:r>
        <w:t>phir jab hum ne is par maut ka faisla nafiz kiya</w:t>
      </w:r>
    </w:p>
    <w:p>
      <w:pPr>
        <w:jc w:val="right"/>
      </w:pPr>
      <w:r>
        <w:t>پھر جب ہم نے اس پر موت کا فیصلہ نافذ کیا</w:t>
      </w:r>
    </w:p>
    <w:p>
      <w:r>
        <w:rPr>
          <w:b/>
        </w:rPr>
        <w:t xml:space="preserve">[16:07] </w:t>
      </w:r>
      <w:r>
        <w:t>to kisi cheez ne un ko is ke marne ka pata nahi diya magar zameen ke keeday ne. woh is ki asaa ko khata tha.</w:t>
      </w:r>
    </w:p>
    <w:p>
      <w:pPr>
        <w:jc w:val="right"/>
      </w:pPr>
      <w:r>
        <w:t>تو کسی چیز نے ان کو اس کے مرنے کا پتہ نہیں دیا مگر زمین کے کیڑے نے۔ وہ اس کی عصا کو کھاتا تھا۔</w:t>
      </w:r>
    </w:p>
    <w:p>
      <w:r>
        <w:rPr>
          <w:b/>
        </w:rPr>
        <w:t xml:space="preserve">[16:18] </w:t>
      </w:r>
      <w:r>
        <w:t>pas jab woh gir pada tab jinn par khula ke agar woh ghayb ko jante</w:t>
      </w:r>
    </w:p>
    <w:p>
      <w:pPr>
        <w:jc w:val="right"/>
      </w:pPr>
      <w:r>
        <w:t>پس جب وہ گر پڑا تب جنوں پر کھلا کہ اگر وہ غیب کو جانتے</w:t>
      </w:r>
    </w:p>
    <w:p>
      <w:r>
        <w:rPr>
          <w:b/>
        </w:rPr>
        <w:t xml:space="preserve">[16:24] </w:t>
      </w:r>
      <w:r>
        <w:t>to is zalat ki musibat mein na rehte. tashreeh: hazrat sulaiman (a.s.) ki maut ka waqt aaya to woh apna asaa teekay hue thay aur jinn se koi taameeri kaam</w:t>
      </w:r>
    </w:p>
    <w:p>
      <w:pPr>
        <w:jc w:val="right"/>
      </w:pPr>
      <w:r>
        <w:t>تو اس ذلت کی مصیبت میں نہ رہتے۔ تشریح: حضرت سلیمان علیہ السلام کی موت کا وقت آیا تو وہ اپنا عصا ٹیکے ہوئے تھے اور جنوں سے کوئی تعمیری کام</w:t>
      </w:r>
    </w:p>
    <w:p>
      <w:r>
        <w:rPr>
          <w:b/>
        </w:rPr>
        <w:t xml:space="preserve">[16:42] </w:t>
      </w:r>
      <w:r>
        <w:t>kara rahe thay. maut ke farishtay ne aap ki rooh isi halat mein qabz kar li. magar aap ka be-jaan jism asaa ke sahare badastoor qaim raha.</w:t>
      </w:r>
    </w:p>
    <w:p>
      <w:pPr>
        <w:jc w:val="right"/>
      </w:pPr>
      <w:r>
        <w:t>کرا رہے تھے۔ موت کے فرشتے نے آپ کی روح اسی حالت میں قبض کر لی۔ مگر آپ کا بے جان جسم عصا کے سہارے بدستور قائم رہا۔</w:t>
      </w:r>
    </w:p>
    <w:p>
      <w:r>
        <w:rPr>
          <w:b/>
        </w:rPr>
        <w:t xml:space="preserve">[17:00] </w:t>
      </w:r>
      <w:r>
        <w:t>jinnat yeh samajh kar apne kaam mein lage rahe ke aap un ke qareeb maujood hain aur nigrani kar rahe hain. is ke baad asaa mein demaak lag gayi.</w:t>
      </w:r>
    </w:p>
    <w:p>
      <w:pPr>
        <w:jc w:val="right"/>
      </w:pPr>
      <w:r>
        <w:t>جنات یہ سمجھ کر اپنے کام میں لگے رہے کہ آپ ان کے قریب موجود ہیں اور نگرانی کر رہے ہیں۔ اس کے بعد عصا میں دیمک لگ گئی۔</w:t>
      </w:r>
    </w:p>
    <w:p>
      <w:r>
        <w:rPr>
          <w:b/>
        </w:rPr>
        <w:t xml:space="preserve">[17:15] </w:t>
      </w:r>
      <w:r>
        <w:t>ek arsay ke baad</w:t>
      </w:r>
    </w:p>
    <w:p>
      <w:pPr>
        <w:jc w:val="right"/>
      </w:pPr>
      <w:r>
        <w:t>ایک عرصے کے بعد</w:t>
      </w:r>
    </w:p>
    <w:p>
      <w:r>
        <w:rPr>
          <w:b/>
        </w:rPr>
        <w:t xml:space="preserve">[17:16] </w:t>
      </w:r>
      <w:r>
        <w:t>dimaak ne asaa ko khokhla kar diya to aap ka jism zameen par gir pada. us waqt jinnat ko maloom hua ke aap fawwat pa chukay hain.</w:t>
      </w:r>
    </w:p>
    <w:p>
      <w:pPr>
        <w:jc w:val="right"/>
      </w:pPr>
      <w:r>
        <w:t>دیمک نے عصا کو کھوکھلا کر دیا تو آپ کا جسم زمین پر گر پڑا۔ اس وقت جنوں کو معلوم ہوا کہ آپ وفات پا چکے ہیں۔</w:t>
      </w:r>
    </w:p>
    <w:p>
      <w:r>
        <w:rPr>
          <w:b/>
        </w:rPr>
        <w:t xml:space="preserve">[17:31] </w:t>
      </w:r>
      <w:r>
        <w:t>yeh waqia is surat mein ghaleban is liye pesh aaya ta ke logon ke is ghalat aqeeday ki amli tardeed ho jaye ke jinnat ghayb ka ilm rakhte hain.</w:t>
      </w:r>
    </w:p>
    <w:p>
      <w:pPr>
        <w:jc w:val="right"/>
      </w:pPr>
      <w:r>
        <w:t>یہ واقعہ اس صورت میں غالباً اس لیے پیش آیا تاکہ لوگوں کے اس غلط عقیدے کی عملی تردید ہو جائے کہ جنات غیب کا علم رکھتے ہیں۔</w:t>
      </w:r>
    </w:p>
    <w:p>
      <w:r>
        <w:rPr>
          <w:b/>
        </w:rPr>
        <w:t xml:space="preserve">[17:48] </w:t>
      </w:r>
      <w:r>
        <w:t>laqad kana li saba fi maskanihim ayat jannatan an yameen wa shimal mim kulo min rizqi rabbikum wa shkuroo lah.</w:t>
      </w:r>
    </w:p>
    <w:p>
      <w:pPr>
        <w:jc w:val="right"/>
      </w:pPr>
      <w:r>
        <w:t>لقد كان لسبأ في مسكنهم آية جنتان عن يمين وشمال من كلوا من رزق ربكم واشكروا له.</w:t>
      </w:r>
    </w:p>
    <w:p>
      <w:r>
        <w:rPr>
          <w:b/>
        </w:rPr>
        <w:t xml:space="preserve">[18:05] </w:t>
      </w:r>
      <w:r>
        <w:t>baldatun tayyibatun wa rabbun ghafoor. fa'aradoo fa arsallna alayhim sayl al-aram wa badalnahum bijannatayhim jannatayn.</w:t>
      </w:r>
    </w:p>
    <w:p>
      <w:pPr>
        <w:jc w:val="right"/>
      </w:pPr>
      <w:r>
        <w:t>بلدة طيبة ورب غفور. فأعرضوا فأرسلنا عليهم سيل العرم وبدلناه بجنتيهم جنتين.</w:t>
      </w:r>
    </w:p>
    <w:p>
      <w:r>
        <w:rPr>
          <w:b/>
        </w:rPr>
        <w:t xml:space="preserve">[18:26] </w:t>
      </w:r>
      <w:r>
        <w:t>wa badalnahum bijannatayhim jannatayn dhawati akli khamtin wa athlin wa shay'in min sidrin qaleel.</w:t>
      </w:r>
    </w:p>
    <w:p>
      <w:pPr>
        <w:jc w:val="right"/>
      </w:pPr>
      <w:r>
        <w:t>وبدلناه بجنتيهم جنتين ذواتي أكل خمط وأثل وشيء من سدر قليل.</w:t>
      </w:r>
    </w:p>
    <w:p>
      <w:r>
        <w:rPr>
          <w:b/>
        </w:rPr>
        <w:t xml:space="preserve">[18:46] </w:t>
      </w:r>
      <w:r>
        <w:t>zalika jaza'nahum bima kafaru wahal najazi illa al-kafura.</w:t>
      </w:r>
    </w:p>
    <w:p>
      <w:pPr>
        <w:jc w:val="right"/>
      </w:pPr>
      <w:r>
        <w:t>ذلك جزيناهم بما كفروا وهل نجازي إلا الكفور.</w:t>
      </w:r>
    </w:p>
    <w:p>
      <w:r>
        <w:rPr>
          <w:b/>
        </w:rPr>
        <w:t xml:space="preserve">[18:57] </w:t>
      </w:r>
      <w:r>
        <w:t>saba ke liye un ke apne makan mein nishani thi. do bagh dayen aur bayen.</w:t>
      </w:r>
    </w:p>
    <w:p>
      <w:pPr>
        <w:jc w:val="right"/>
      </w:pPr>
      <w:r>
        <w:t>صبا کے لیے ان کے اپنے مسکن میں نشانی تھی۔ دو باغ دائیں اور بائیں۔</w:t>
      </w:r>
    </w:p>
    <w:p>
      <w:r>
        <w:rPr>
          <w:b/>
        </w:rPr>
        <w:t xml:space="preserve">[19:06] </w:t>
      </w:r>
      <w:r>
        <w:t>apne rab ke rizq se khao aur us ka shukr karo. umda shahar aur bakhshne wala rab. pas unhon ne sirtabi ki to hum ne un par band ka sailab bhej diya.</w:t>
      </w:r>
    </w:p>
    <w:p>
      <w:pPr>
        <w:jc w:val="right"/>
      </w:pPr>
      <w:r>
        <w:t>اپنے رب کے رزق سے کھاؤ اور اس کا شکر کرو۔ عمدہ شہر اور بخشنے والا رب۔ پس انہوں نے سرتابی کی تو ہم نے ان پر بند کا سیلاب بھیج دیا۔</w:t>
      </w:r>
    </w:p>
    <w:p>
      <w:r>
        <w:rPr>
          <w:b/>
        </w:rPr>
        <w:t xml:space="preserve">[19:20] </w:t>
      </w:r>
      <w:r>
        <w:t>aur un ke baghon ko</w:t>
      </w:r>
    </w:p>
    <w:p>
      <w:pPr>
        <w:jc w:val="right"/>
      </w:pPr>
      <w:r>
        <w:t>اور ان کے باغوں کو</w:t>
      </w:r>
    </w:p>
    <w:p>
      <w:r>
        <w:rPr>
          <w:b/>
        </w:rPr>
        <w:t xml:space="preserve">[19:23] </w:t>
      </w:r>
      <w:r>
        <w:t>do aise baghon se badal diya jin mein badmaza phal aur jhaoo ke darakht aur kuch thore se ber.</w:t>
      </w:r>
    </w:p>
    <w:p>
      <w:pPr>
        <w:jc w:val="right"/>
      </w:pPr>
      <w:r>
        <w:t>دو ایسے باغوں سے بدل دیا جن میں بدمزہ پھل اور جھاؤ کے درخت اور کچھ تھوڑے سے بیر۔</w:t>
      </w:r>
    </w:p>
    <w:p>
      <w:r>
        <w:rPr>
          <w:b/>
        </w:rPr>
        <w:t xml:space="preserve">[19:33] </w:t>
      </w:r>
      <w:r>
        <w:t>yeh hum ne un ki nashukri ka badla diya. aur aisa badla hum usi ko dete hain</w:t>
      </w:r>
    </w:p>
    <w:p>
      <w:pPr>
        <w:jc w:val="right"/>
      </w:pPr>
      <w:r>
        <w:t>یہ ہم نے ان کی ناشکری کا بدلہ دیا۔ اور ایسا بدلہ ہم اسی کو دیتے ہیں</w:t>
      </w:r>
    </w:p>
    <w:p>
      <w:r>
        <w:rPr>
          <w:b/>
        </w:rPr>
        <w:t xml:space="preserve">[19:40] </w:t>
      </w:r>
      <w:r>
        <w:t>jo nashukra ho. tashreeh: saba qadeem zamane mein ek nihayat taraqqi yafta qaum thi.</w:t>
      </w:r>
    </w:p>
    <w:p>
      <w:pPr>
        <w:jc w:val="right"/>
      </w:pPr>
      <w:r>
        <w:t>جو ناشکر ہو۔ تشریح: صبا قدیم زمانے میں ایک نہایت ترقی یافتہ قوم تھی۔</w:t>
      </w:r>
    </w:p>
    <w:p>
      <w:r>
        <w:rPr>
          <w:b/>
        </w:rPr>
        <w:t xml:space="preserve">[19:52] </w:t>
      </w:r>
      <w:r>
        <w:t>iski abadiyan maujooda yaman mein phaili hui thin.</w:t>
      </w:r>
    </w:p>
    <w:p>
      <w:pPr>
        <w:jc w:val="right"/>
      </w:pPr>
      <w:r>
        <w:t>اس کی آبادیاں موجودہیمن میں پھیلی ہوئی تھیں۔</w:t>
      </w:r>
    </w:p>
    <w:p>
      <w:r>
        <w:rPr>
          <w:b/>
        </w:rPr>
        <w:t xml:space="preserve">[19:57] </w:t>
      </w:r>
      <w:r>
        <w:t>iska markazi shahar ma'arib tha. zamana qabl-e-masih mein is ne zabardast taraqqi ki aur taqreeban ek hazar saal tak urooj par rahi.</w:t>
      </w:r>
    </w:p>
    <w:p>
      <w:pPr>
        <w:jc w:val="right"/>
      </w:pPr>
      <w:r>
        <w:t>اس کا مرکزی شہر معرب تھا۔ زمانہ قبل مسیح میں اس نے زبردست ترقی کی اور تقریباً ایک ہزار سال تک عروج پر رہی۔</w:t>
      </w:r>
    </w:p>
    <w:p>
      <w:r>
        <w:rPr>
          <w:b/>
        </w:rPr>
        <w:t xml:space="preserve">[20:11] </w:t>
      </w:r>
      <w:r>
        <w:t>ek taraf woh log khushki aur samandar ke zareeye apni tijaratein phailaye hue the.</w:t>
      </w:r>
    </w:p>
    <w:p>
      <w:pPr>
        <w:jc w:val="right"/>
      </w:pPr>
      <w:r>
        <w:t>ایک طرف وہ لوگ خشکی اور سمندر کے ذریعے اپنی تجارتیں پھیلائے ہوئے تھے۔</w:t>
      </w:r>
    </w:p>
    <w:p>
      <w:r>
        <w:rPr>
          <w:b/>
        </w:rPr>
        <w:t xml:space="preserve">[20:18] </w:t>
      </w:r>
      <w:r>
        <w:t>dusri taraf unhon ne band banaye. ma'arib ke qareeb un ka ek bara band tha jo chaudah meter ooncha aur taqreeban chhe sau meter lamba tha.</w:t>
      </w:r>
    </w:p>
    <w:p>
      <w:pPr>
        <w:jc w:val="right"/>
      </w:pPr>
      <w:r>
        <w:t>دوسری طرف انہوں نے بند بنائے۔ معرب کے قریب ان کا ایک بڑا بند تھا جو چودہ میٹر اونچا اور تقریباً چھ سو میٹر لمبا تھا۔</w:t>
      </w:r>
    </w:p>
    <w:p>
      <w:r>
        <w:rPr>
          <w:b/>
        </w:rPr>
        <w:t xml:space="preserve">[20:31] </w:t>
      </w:r>
      <w:r>
        <w:t>iske zareeye pahadi nalon ka pani rok kar nahrein nikali gayi thin.</w:t>
      </w:r>
    </w:p>
    <w:p>
      <w:pPr>
        <w:jc w:val="right"/>
      </w:pPr>
      <w:r>
        <w:t>اس کے ذریعے پہاڑی نالوں کا پانی روک کر نہریں نکالی گئی تھیں۔</w:t>
      </w:r>
    </w:p>
    <w:p>
      <w:r>
        <w:rPr>
          <w:b/>
        </w:rPr>
        <w:t xml:space="preserve">[20:37] </w:t>
      </w:r>
      <w:r>
        <w:t>aur un se zameeno ko seirab kiya jata tha. is tarah ilaqe mein itni sar sabzi aayi ke aadmi jahan khara ho to dayen aur bayen us ko baghi bagh dikhai de.</w:t>
      </w:r>
    </w:p>
    <w:p>
      <w:pPr>
        <w:jc w:val="right"/>
      </w:pPr>
      <w:r>
        <w:t>اور ان سے زمینوں کو سیراب کیا جاتا تھا۔ اس طرح علاقے میں اتنی سرسبزی آئی کہ آدمی جہاں کھڑا ہو تو دائیں اور بائیں اس کو باغی باغ دکھائی دے۔</w:t>
      </w:r>
    </w:p>
    <w:p>
      <w:r>
        <w:rPr>
          <w:b/>
        </w:rPr>
        <w:t xml:space="preserve">[20:54] </w:t>
      </w:r>
      <w:r>
        <w:t>yeh tamam taraqqiyan khudai intazamat ki wajah se mumkin hu'in.</w:t>
      </w:r>
    </w:p>
    <w:p>
      <w:pPr>
        <w:jc w:val="right"/>
      </w:pPr>
      <w:r>
        <w:t>یہ تمام ترقیاں خدائی انتظامات کی وجہ سے ممکن ہوئیں۔</w:t>
      </w:r>
    </w:p>
    <w:p>
      <w:r>
        <w:rPr>
          <w:b/>
        </w:rPr>
        <w:t xml:space="preserve">[21:00] </w:t>
      </w:r>
      <w:r>
        <w:t>is liye saba ke logon ko Khuda ka shukr guzar banna chahiye tha. magar woh ghaflat aur sarkashi mein pad gaye.</w:t>
      </w:r>
    </w:p>
    <w:p>
      <w:pPr>
        <w:jc w:val="right"/>
      </w:pPr>
      <w:r>
        <w:t>اس لیے صبا کے لوگوں کو خدا کا شکر گزار بننا چاہیے تھا۔ مگر وہ غفلت اور سرکشی میں پڑ گئے۔</w:t>
      </w:r>
    </w:p>
    <w:p>
      <w:r>
        <w:rPr>
          <w:b/>
        </w:rPr>
        <w:t xml:space="preserve">[21:09] </w:t>
      </w:r>
      <w:r>
        <w:t>jaisa ke aam taur par khushhal qaumon mein hota hai. is ke baad sad-e-ma'arib mein shigaf padna shuru hua.</w:t>
      </w:r>
    </w:p>
    <w:p>
      <w:pPr>
        <w:jc w:val="right"/>
      </w:pPr>
      <w:r>
        <w:t>جیسا کہ عام طور پر خوشحال قوموں میں ہوتا ہے۔ اس کے بعد سد معرب میں شگاف پڑنا شروع ہوا۔</w:t>
      </w:r>
    </w:p>
    <w:p>
      <w:r>
        <w:rPr>
          <w:b/>
        </w:rPr>
        <w:t xml:space="preserve">[21:20] </w:t>
      </w:r>
      <w:r>
        <w:t>yeh goya ibtidai tanbih thi. magar woh hosh mein na aaye. britannica ke bayan ke mutabiq saatvi sadi isvi mein ek zalzale ne band ko naqabil-e-marammat had tak tod diya.</w:t>
      </w:r>
    </w:p>
    <w:p>
      <w:pPr>
        <w:jc w:val="right"/>
      </w:pPr>
      <w:r>
        <w:t>یہ گویا ابتدائی تنبیہ تھی۔ مگر وہ ہوش میں نہ آئے۔ بٹینیکا کے بیان کے مطابق ساتویں صدی عیسوی میں ایک زلزلے نے بند کو ناقابل مرمت حد تک توڑ دیا۔</w:t>
      </w:r>
    </w:p>
    <w:p>
      <w:r>
        <w:rPr>
          <w:b/>
        </w:rPr>
        <w:t xml:space="preserve">[21:37] </w:t>
      </w:r>
      <w:r>
        <w:t>iske nateeje mein aisa sailab aaya jis se poora ilaqah tabah ho gaya. mazeed yeh ke zar-khez mitti khatm ho jane ki wajah se yeh ilaqah baad ko sirf jangli jhaadiyon ke liye mauzu reh gaya.</w:t>
      </w:r>
    </w:p>
    <w:p>
      <w:pPr>
        <w:jc w:val="right"/>
      </w:pPr>
      <w:r>
        <w:t>اس کے نتیجے میں ایسا سیلاب آیا جس سے پورا علاقہ تباہ ہو گیا۔ مزید یہ کہ زرخیز مٹی ختم ہو جانے کی وجہ سے یہ علاقہ بعد کو صرف جنگلی جھاڑیوں کے لیے موضوع رہ گیا۔</w:t>
      </w:r>
    </w:p>
    <w:p>
      <w:r>
        <w:rPr>
          <w:b/>
        </w:rPr>
        <w:t xml:space="preserve">[21:56] </w:t>
      </w:r>
      <w:r>
        <w:t>waja'alna baynahum wa baynal qura allati barakna fiha quran zahiratan wa qaddarna fiha as-sayra.</w:t>
      </w:r>
    </w:p>
    <w:p>
      <w:pPr>
        <w:jc w:val="right"/>
      </w:pPr>
      <w:r>
        <w:t>وجعلنا بينهم وبين القرى التي باركنا فيها قرا ظاهرة وقدرنا فيها السير.</w:t>
      </w:r>
    </w:p>
    <w:p>
      <w:r>
        <w:rPr>
          <w:b/>
        </w:rPr>
        <w:t xml:space="preserve">[22:10] </w:t>
      </w:r>
      <w:r>
        <w:t>wa qaddarna fiha as-sayra sayiru fiha layali wa ayyaman aamineen.</w:t>
      </w:r>
    </w:p>
    <w:p>
      <w:pPr>
        <w:jc w:val="right"/>
      </w:pPr>
      <w:r>
        <w:t>وقدرنا فيها السير سيروا فيها ليالي وأياما آمنين.</w:t>
      </w:r>
    </w:p>
    <w:p>
      <w:r>
        <w:rPr>
          <w:b/>
        </w:rPr>
        <w:t xml:space="preserve">[22:20] </w:t>
      </w:r>
      <w:r>
        <w:t>fa qalu rabana ba'id bayna asfarina wa zalamoo</w:t>
      </w:r>
    </w:p>
    <w:p>
      <w:pPr>
        <w:jc w:val="right"/>
      </w:pPr>
      <w:r>
        <w:t>فقالوا ربنا باعد بين أسفارنا وظلموا</w:t>
      </w:r>
    </w:p>
    <w:p>
      <w:r>
        <w:rPr>
          <w:b/>
        </w:rPr>
        <w:t xml:space="preserve">[22:28] </w:t>
      </w:r>
      <w:r>
        <w:t>anfusahum faja'alnahum ahaditha wa mazaqnahum kulla mumazzaqin. inna fi zalika</w:t>
      </w:r>
    </w:p>
    <w:p>
      <w:pPr>
        <w:jc w:val="right"/>
      </w:pPr>
      <w:r>
        <w:t>أنفسهم فجعلناهم أحاديث ومزقناهم كل ممزق. إن في ذلك</w:t>
      </w:r>
    </w:p>
    <w:p>
      <w:r>
        <w:rPr>
          <w:b/>
        </w:rPr>
        <w:t xml:space="preserve">[22:39] </w:t>
      </w:r>
      <w:r>
        <w:t>layaatin likulli sabbarin shakoorin. aur hum ne un ke aur un ki bastiyon ke darmiyan jahan hum ne barkat rakhi thi aisi bastiyan abad kin</w:t>
      </w:r>
    </w:p>
    <w:p>
      <w:pPr>
        <w:jc w:val="right"/>
      </w:pPr>
      <w:r>
        <w:t>لآيات لكل صبار شكور. اور ہم نے ان کے اور ان کی بستیوں کے درمیان جہاں ہم نے برکت رکھی تھی ایسی بستیاں آباد کیں</w:t>
      </w:r>
    </w:p>
    <w:p>
      <w:r>
        <w:rPr>
          <w:b/>
        </w:rPr>
        <w:t xml:space="preserve">[22:56] </w:t>
      </w:r>
      <w:r>
        <w:t>jo nazar aati thin. aur hum ne un ke darmiyan safar ki manzilein thehra din. un mein raat din aman ke sath chalo.</w:t>
      </w:r>
    </w:p>
    <w:p>
      <w:pPr>
        <w:jc w:val="right"/>
      </w:pPr>
      <w:r>
        <w:t>جو نظر آتی تھیں۔ اور ہم نے ان کے درمیان سفر کی منزلیں ٹھہرا دیں۔ ان میں رات دن امن کے ساتھ چلو۔</w:t>
      </w:r>
    </w:p>
    <w:p>
      <w:r>
        <w:rPr>
          <w:b/>
        </w:rPr>
        <w:t xml:space="preserve">[23:07] </w:t>
      </w:r>
      <w:r>
        <w:t>phir unhon ne kaha ke aye hamare rab!</w:t>
      </w:r>
    </w:p>
    <w:p>
      <w:pPr>
        <w:jc w:val="right"/>
      </w:pPr>
      <w:r>
        <w:t>پھر انہوں نے کہا کہ اے ہمارے رب!</w:t>
      </w:r>
    </w:p>
    <w:p>
      <w:r>
        <w:rPr>
          <w:b/>
        </w:rPr>
        <w:t xml:space="preserve">[23:10] </w:t>
      </w:r>
      <w:r>
        <w:t>hamare safaron ke darmiyan doori daal de. aur unhon ne apni janon par zulm kiya. to hum ne un ko afsanah bana diya.</w:t>
      </w:r>
    </w:p>
    <w:p>
      <w:pPr>
        <w:jc w:val="right"/>
      </w:pPr>
      <w:r>
        <w:t>ہمارے سفروں کے درمیان دوری ڈال دے۔ اور انہوں نے اپنی جانوں پر ظلم کیا۔ تو ہم نے ان کو افسانہ بنا دیا۔</w:t>
      </w:r>
    </w:p>
    <w:p>
      <w:r>
        <w:rPr>
          <w:b/>
        </w:rPr>
        <w:t xml:space="preserve">[23:22] </w:t>
      </w:r>
      <w:r>
        <w:t>aur hum ne un ko bilkul titar bitar kar diya. beshak is mein nishani hai har sabr karne wale shukr karne wale ke liye.</w:t>
      </w:r>
    </w:p>
    <w:p>
      <w:pPr>
        <w:jc w:val="right"/>
      </w:pPr>
      <w:r>
        <w:t>اور ہم نے ان کو بالکل تتر بتر کر دیا۔ بے شک اس میں نشانی ہے ہر صبر کرنے والے شکر کرنے والے کے لیے۔</w:t>
      </w:r>
    </w:p>
    <w:p>
      <w:r>
        <w:rPr>
          <w:b/>
        </w:rPr>
        <w:t xml:space="preserve">[23:34] </w:t>
      </w:r>
      <w:r>
        <w:t>tashreeh: barkat wali bastiyon se murad sham ka sar</w:t>
      </w:r>
    </w:p>
    <w:p>
      <w:pPr>
        <w:jc w:val="right"/>
      </w:pPr>
      <w:r>
        <w:t>تشریح: برکت والی بستیوں سے مراد شام کا سر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