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33 Al-Ahzab (The Confederates) - Maulana Wahiduddin Khan</w:t>
      </w:r>
    </w:p>
    <w:p>
      <w:r>
        <w:t>https://www.youtube.com/watch?v=Fna2gZYhxuo</w:t>
      </w:r>
    </w:p>
    <w:p>
      <w:r>
        <w:rPr>
          <w:b/>
        </w:rPr>
        <w:t xml:space="preserve">[00:01] </w:t>
      </w:r>
      <w:r>
        <w:t>bismillah hir rahman nir rahim.</w:t>
      </w:r>
    </w:p>
    <w:p>
      <w:pPr>
        <w:jc w:val="right"/>
      </w:pPr>
      <w:r>
        <w:t>بسم الله الرحمن الرحيم.</w:t>
      </w:r>
    </w:p>
    <w:p>
      <w:r>
        <w:rPr>
          <w:b/>
        </w:rPr>
        <w:t xml:space="preserve">[00:07] </w:t>
      </w:r>
      <w:r>
        <w:t>ya ayyuha al-nabiyyu ittaqi Allah wala tuti' al-kafirina wa al-munafiqin,</w:t>
      </w:r>
    </w:p>
    <w:p>
      <w:pPr>
        <w:jc w:val="right"/>
      </w:pPr>
      <w:r>
        <w:t>يا أيها النبي اتق الله ولا تطع الكافرين والمنافقين،</w:t>
      </w:r>
    </w:p>
    <w:p>
      <w:r>
        <w:rPr>
          <w:b/>
        </w:rPr>
        <w:t xml:space="preserve">[00:21] </w:t>
      </w:r>
      <w:r>
        <w:t>inna Allaha kana 'aliman hakiman.</w:t>
      </w:r>
    </w:p>
    <w:p>
      <w:pPr>
        <w:jc w:val="right"/>
      </w:pPr>
      <w:r>
        <w:t>إن الله كان عليما حكيما.</w:t>
      </w:r>
    </w:p>
    <w:p>
      <w:r>
        <w:rPr>
          <w:b/>
        </w:rPr>
        <w:t xml:space="preserve">[00:27] </w:t>
      </w:r>
      <w:r>
        <w:t>wa-ttabi' ma yuha ilayka min rabbika, inna Allaha kana bima ta'maluna khabiran.</w:t>
      </w:r>
    </w:p>
    <w:p>
      <w:pPr>
        <w:jc w:val="right"/>
      </w:pPr>
      <w:r>
        <w:t>واتبع ما يوحى إليك من ربك، إن الله كان بما تعملون خبيرا.</w:t>
      </w:r>
    </w:p>
    <w:p>
      <w:r>
        <w:rPr>
          <w:b/>
        </w:rPr>
        <w:t xml:space="preserve">[00:41] </w:t>
      </w:r>
      <w:r>
        <w:t>wa tawakkal 'ala Allah,</w:t>
      </w:r>
    </w:p>
    <w:p>
      <w:pPr>
        <w:jc w:val="right"/>
      </w:pPr>
      <w:r>
        <w:t>وتوكل على الله،</w:t>
      </w:r>
    </w:p>
    <w:p>
      <w:r>
        <w:rPr>
          <w:b/>
        </w:rPr>
        <w:t xml:space="preserve">[00:47] </w:t>
      </w:r>
      <w:r>
        <w:t>wa kafa billahi wakilan. shuru</w:t>
      </w:r>
    </w:p>
    <w:p>
      <w:pPr>
        <w:jc w:val="right"/>
      </w:pPr>
      <w:r>
        <w:t>وكفى بالله وكيلا. شروع</w:t>
      </w:r>
    </w:p>
    <w:p>
      <w:r>
        <w:rPr>
          <w:b/>
        </w:rPr>
        <w:t xml:space="preserve">[00:51] </w:t>
      </w:r>
      <w:r>
        <w:t>Allah ke naam se jo bara meherban, nihayat reham wala hai.</w:t>
      </w:r>
    </w:p>
    <w:p>
      <w:pPr>
        <w:jc w:val="right"/>
      </w:pPr>
      <w:r>
        <w:t>اللہ کے نام سے جو بڑا مہربان، نہایت رحم والا ہے۔</w:t>
      </w:r>
    </w:p>
    <w:p>
      <w:r>
        <w:rPr>
          <w:b/>
        </w:rPr>
        <w:t xml:space="preserve">[00:59] </w:t>
      </w:r>
      <w:r>
        <w:t>ae nabi! Allah se daro aur kafiron aur munafiqon ki itaat na karo. beshak Allah janne wala, hikmat wala hai.</w:t>
      </w:r>
    </w:p>
    <w:p>
      <w:pPr>
        <w:jc w:val="right"/>
      </w:pPr>
      <w:r>
        <w:t>اے نبی! اللہ سے ڈرو اور کافروں اور منافقوں کی اطاعت نہ کرو۔ بے شک اللہ جاننے والا، حکمت والا ہے۔</w:t>
      </w:r>
    </w:p>
    <w:p>
      <w:r>
        <w:rPr>
          <w:b/>
        </w:rPr>
        <w:t xml:space="preserve">[01:12] </w:t>
      </w:r>
      <w:r>
        <w:t>aur peervi karo us cheez ki jo tumhare rab ki taraf se tum par wahi ki ja rahi hai.</w:t>
      </w:r>
    </w:p>
    <w:p>
      <w:pPr>
        <w:jc w:val="right"/>
      </w:pPr>
      <w:r>
        <w:t>اور پیروی کرو اس چیز کی جو تمہارے رب کی طرف سے تم پر وحی کی جا رہی ہے۔</w:t>
      </w:r>
    </w:p>
    <w:p>
      <w:r>
        <w:rPr>
          <w:b/>
        </w:rPr>
        <w:t xml:space="preserve">[01:20] </w:t>
      </w:r>
      <w:r>
        <w:t>beshak Allah ba-khabar hai us se jo tum log karte ho. aur Allah par bharosa rakho, aur Allah karsaaz hone ke liye kafi hai.</w:t>
      </w:r>
    </w:p>
    <w:p>
      <w:pPr>
        <w:jc w:val="right"/>
      </w:pPr>
      <w:r>
        <w:t>بے شک اللہ باخبر ہے اس سے جو تم لوگ کرتے ہو۔ اور اللہ پر بھروسہ رکھو، اور اللہ کارساز ہونے کے لیے کافی ہے۔</w:t>
      </w:r>
    </w:p>
    <w:p>
      <w:r>
        <w:rPr>
          <w:b/>
        </w:rPr>
        <w:t xml:space="preserve">[01:33] </w:t>
      </w:r>
      <w:r>
        <w:t>tashreeh: peghambar-e-islam sal-lal-lahu 'alayhi wa-sallam</w:t>
      </w:r>
    </w:p>
    <w:p>
      <w:pPr>
        <w:jc w:val="right"/>
      </w:pPr>
      <w:r>
        <w:t>تشریح: پیغمبر اسلام صلی اللہ علیہ وسلم</w:t>
      </w:r>
    </w:p>
    <w:p>
      <w:r>
        <w:rPr>
          <w:b/>
        </w:rPr>
        <w:t xml:space="preserve">[01:38] </w:t>
      </w:r>
      <w:r>
        <w:t>be-amez haq ke da'i the. is dunya mein jo shakhs be-amez haq ka da'i ban kar uthe, us ko nihayat hausla shikan halat ka samna karna parta hai.</w:t>
      </w:r>
    </w:p>
    <w:p>
      <w:pPr>
        <w:jc w:val="right"/>
      </w:pPr>
      <w:r>
        <w:t>بے آمیز حق کے داعی تھے۔ اس دنیا میں جو شخص بے آمیز حق کا داعی بن کر اٹھے، اس کو نہایت حوصلہ شکن حالات کا سامنا کرنا پڑتا ہے۔</w:t>
      </w:r>
    </w:p>
    <w:p>
      <w:r>
        <w:rPr>
          <w:b/>
        </w:rPr>
        <w:t xml:space="preserve">[01:53] </w:t>
      </w:r>
      <w:r>
        <w:t>woh pure mahol mein</w:t>
      </w:r>
    </w:p>
    <w:p>
      <w:pPr>
        <w:jc w:val="right"/>
      </w:pPr>
      <w:r>
        <w:t>وہ پورے ماحول میں</w:t>
      </w:r>
    </w:p>
    <w:p>
      <w:r>
        <w:rPr>
          <w:b/>
        </w:rPr>
        <w:t xml:space="preserve">[01:55] </w:t>
      </w:r>
      <w:r>
        <w:t>ajnabi ban kar reh jata hai. kisi ka dunya-parastana mazhab da'i ke akhirat-pasandana deen se joR nahin khata.</w:t>
      </w:r>
    </w:p>
    <w:p>
      <w:pPr>
        <w:jc w:val="right"/>
      </w:pPr>
      <w:r>
        <w:t>اجنبی بن کر رہ جاتا ہے۔ کسی کا دنیا پرستانہ مذہب داعی کے آخرت پسندانہ دین سے جوڑ نہیں کھاتا۔</w:t>
      </w:r>
    </w:p>
    <w:p>
      <w:r>
        <w:rPr>
          <w:b/>
        </w:rPr>
        <w:t xml:space="preserve">[02:04] </w:t>
      </w:r>
      <w:r>
        <w:t>kisi ki zamana-sazi da'i ki be-laag haq-parasti se takrati hai.</w:t>
      </w:r>
    </w:p>
    <w:p>
      <w:pPr>
        <w:jc w:val="right"/>
      </w:pPr>
      <w:r>
        <w:t>کسی کی زمانہ سازی داعی کی بے لاگ حق پرستی سے ٹکراتی ہے۔</w:t>
      </w:r>
    </w:p>
    <w:p>
      <w:r>
        <w:rPr>
          <w:b/>
        </w:rPr>
        <w:t xml:space="preserve">[02:12] </w:t>
      </w:r>
      <w:r>
        <w:t>koi deen ko apni qaum-parasti ka zameema banaya hua hota hai, jab ke da'i ka mutalba yeh hota hai ke deen ko khalis Khuda-parasti ki buniyad par qaim kiya jaye.</w:t>
      </w:r>
    </w:p>
    <w:p>
      <w:pPr>
        <w:jc w:val="right"/>
      </w:pPr>
      <w:r>
        <w:t>کوئی دین کو اپنی قوم پرستی کا ضمیمہ بنایا ہوا ہوتا ہے، جبکہ داعی کا مطالبہ یہ ہوتا ہے کہ دین کو خالص خدا پرستی کی بنیاد پر قائم کیا جائے۔</w:t>
      </w:r>
    </w:p>
    <w:p>
      <w:r>
        <w:rPr>
          <w:b/>
        </w:rPr>
        <w:t xml:space="preserve">[02:26] </w:t>
      </w:r>
      <w:r>
        <w:t>aisi halat mein da'i agar mahol ka daba'o qabool kar le to bohat se log is ka saath dene wale mil jayenge.</w:t>
      </w:r>
    </w:p>
    <w:p>
      <w:pPr>
        <w:jc w:val="right"/>
      </w:pPr>
      <w:r>
        <w:t>ایسی حالت میں داعی اگر ماحول کا دباؤ قبول کر لے تو بہت سے لوگ اس کا ساتھ دینے والے مل جائیں گے۔</w:t>
      </w:r>
    </w:p>
    <w:p>
      <w:r>
        <w:rPr>
          <w:b/>
        </w:rPr>
        <w:t xml:space="preserve">[02:34] </w:t>
      </w:r>
      <w:r>
        <w:t>aur agar woh khalis haq par qaim rahe to ek Khuda ke siwa koi aur is ka sahara nazar nahin aata. magar da'i ko kisi haal mein pehla rasta nahin ikhtiyar karna hai.</w:t>
      </w:r>
    </w:p>
    <w:p>
      <w:pPr>
        <w:jc w:val="right"/>
      </w:pPr>
      <w:r>
        <w:t>اور اگر وہ خالص حق پر قائم رہے تو ایک خدا کے سوا کوئی اور اس کا سہارا نظر نہیں آتا۔ مگر داعی کو کسی حال میں پہلا راستہ نہیں اختیار کرنا ہے۔</w:t>
      </w:r>
    </w:p>
    <w:p>
      <w:r>
        <w:rPr>
          <w:b/>
        </w:rPr>
        <w:t xml:space="preserve">[02:47] </w:t>
      </w:r>
      <w:r>
        <w:t>is ko Allah ke bharose par khalis haq par qaim rehna hai.</w:t>
      </w:r>
    </w:p>
    <w:p>
      <w:pPr>
        <w:jc w:val="right"/>
      </w:pPr>
      <w:r>
        <w:t>اس کو اللہ کے بھروسے پر خالص حق پر قائم رہنا ہے۔</w:t>
      </w:r>
    </w:p>
    <w:p>
      <w:r>
        <w:rPr>
          <w:b/>
        </w:rPr>
        <w:t xml:space="preserve">[02:53] </w:t>
      </w:r>
      <w:r>
        <w:t>aur yeh umeed rakhna hai ke khuda hakim aur aleem hai, woh zaroor apne bande ki madad farmaye</w:t>
      </w:r>
    </w:p>
    <w:p>
      <w:pPr>
        <w:jc w:val="right"/>
      </w:pPr>
      <w:r>
        <w:t>اور یہ امید رکھنا ہے کہ خدا حکیم اور علیم ہے، وہ ضرور اپنے بندے کی مدد فرمائے</w:t>
      </w:r>
    </w:p>
    <w:p>
      <w:r>
        <w:rPr>
          <w:b/>
        </w:rPr>
        <w:t xml:space="preserve">[02:59] </w:t>
      </w:r>
      <w:r>
        <w:t>ga.</w:t>
      </w:r>
    </w:p>
    <w:p>
      <w:pPr>
        <w:jc w:val="right"/>
      </w:pPr>
      <w:r>
        <w:t>گا۔</w:t>
      </w:r>
    </w:p>
    <w:p>
      <w:r>
        <w:rPr>
          <w:b/>
        </w:rPr>
        <w:t xml:space="preserve">[04:25] </w:t>
      </w:r>
      <w:r>
        <w:t>Allah ne kisi aadmi ke sine mein do dil nahin rakhe. aur na tumhari biwiyon ko jin se tum zihar karte ho tumhari maan banaya.</w:t>
      </w:r>
    </w:p>
    <w:p>
      <w:pPr>
        <w:jc w:val="right"/>
      </w:pPr>
      <w:r>
        <w:t>اللہ نے کسی آدمی کے سینے میں دو دل نہیں رکھے۔ اور نہ تمہاری بیویوں کو جن سے تم ظہار کرتے ہو تمہاری ماں بنایا۔</w:t>
      </w:r>
    </w:p>
    <w:p>
      <w:r>
        <w:rPr>
          <w:b/>
        </w:rPr>
        <w:t xml:space="preserve">[04:37] </w:t>
      </w:r>
      <w:r>
        <w:t>aur na tumhare munh bole beton ko tumhara beta banaya.</w:t>
      </w:r>
    </w:p>
    <w:p>
      <w:pPr>
        <w:jc w:val="right"/>
      </w:pPr>
      <w:r>
        <w:t>اور نہ تمہارے منہ بولے بیٹوں کو تمہارا بیٹا بنایا۔</w:t>
      </w:r>
    </w:p>
    <w:p>
      <w:r>
        <w:rPr>
          <w:b/>
        </w:rPr>
        <w:t xml:space="preserve">[04:43] </w:t>
      </w:r>
      <w:r>
        <w:t>yeh sab tumhare apne munh ki baatein hain. Aur Allah haq baat kehta hai aur woh seedha rasta dikhata hai. Munh bolay beton ko un ke baapon ki nisbat se pukaro.</w:t>
      </w:r>
    </w:p>
    <w:p>
      <w:pPr>
        <w:jc w:val="right"/>
      </w:pPr>
      <w:r>
        <w:t>یہ سب تمہارے اپنے منہ کی باتیں ہیں۔ اور اللہ حق بات کہتا ہے اور وہ سیدھا راستہ دکھاتا ہے۔ منہ بولے بیٹوں کو ان کے باپوں کی نسبت سے پکارو۔</w:t>
      </w:r>
    </w:p>
    <w:p>
      <w:r>
        <w:rPr>
          <w:b/>
        </w:rPr>
        <w:t xml:space="preserve">[04:56] </w:t>
      </w:r>
      <w:r>
        <w:t>Yeh Allah ke nazdeek zyada mansifana baat hai.</w:t>
      </w:r>
    </w:p>
    <w:p>
      <w:pPr>
        <w:jc w:val="right"/>
      </w:pPr>
      <w:r>
        <w:t>یہ اللہ کے نزدیک زیادہ منصفانہ بات ہے۔</w:t>
      </w:r>
    </w:p>
    <w:p>
      <w:r>
        <w:rPr>
          <w:b/>
        </w:rPr>
        <w:t xml:space="preserve">[05:01] </w:t>
      </w:r>
      <w:r>
        <w:t>Phir agar tum un ke baap ko na jano to woh tumhare deeni bhai hain aur tumhare rafiq hain. Aur jis cheez mein tum se bhool chook ho jaye to uska tum par kuch gunah nahi magar jo tum dil se irada kar ke karo.</w:t>
      </w:r>
    </w:p>
    <w:p>
      <w:pPr>
        <w:jc w:val="right"/>
      </w:pPr>
      <w:r>
        <w:t>پھر اگر تم ان کے باپ کو نہ جانو تو وہ تمہارے دینی بھائی ہیں اور تمہارے رفیق ہیں۔ اور جس چیز میں تم سے بھول چوک ہو جائے تو اس کا تم پر کچھ گناہ نہیں مگر جو تم دل سے ارادہ کر کے کرو۔</w:t>
      </w:r>
    </w:p>
    <w:p>
      <w:r>
        <w:rPr>
          <w:b/>
        </w:rPr>
        <w:t xml:space="preserve">[05:17] </w:t>
      </w:r>
      <w:r>
        <w:t>Aur Allah maaf karne wala, reham karne wala hai.</w:t>
      </w:r>
    </w:p>
    <w:p>
      <w:pPr>
        <w:jc w:val="right"/>
      </w:pPr>
      <w:r>
        <w:t>اور اللہ معاف کرنے والا، رحم کرنے والا ہے۔</w:t>
      </w:r>
    </w:p>
    <w:p>
      <w:r>
        <w:rPr>
          <w:b/>
        </w:rPr>
        <w:t xml:space="preserve">[05:21] </w:t>
      </w:r>
      <w:r>
        <w:t>Tashreeh: Aadmi ke seenay mein do dil na hona batata hai ke ibtidad fikri Khuda ke takhleeqi mansoobay ke khilaf hai.</w:t>
      </w:r>
    </w:p>
    <w:p>
      <w:pPr>
        <w:jc w:val="right"/>
      </w:pPr>
      <w:r>
        <w:t>تشریح: آدمی کے سینے میں دو دل نہ ہونا بتاتا ہے کہ ابتضاد فکری خدا کے تخلیقی منصوبے کے خلاف ہے۔</w:t>
      </w:r>
    </w:p>
    <w:p>
      <w:r>
        <w:rPr>
          <w:b/>
        </w:rPr>
        <w:t xml:space="preserve">[05:34] </w:t>
      </w:r>
      <w:r>
        <w:t>Jab insaan ko ek dil diya gaya hai to uski soch bhi ek hona chahiye.</w:t>
      </w:r>
    </w:p>
    <w:p>
      <w:pPr>
        <w:jc w:val="right"/>
      </w:pPr>
      <w:r>
        <w:t>جب انسان کو ایک دل دیا گیا ہے تو اس کی سوچ بھی ایک ہونا چاہیے۔</w:t>
      </w:r>
    </w:p>
    <w:p>
      <w:r>
        <w:rPr>
          <w:b/>
        </w:rPr>
        <w:t xml:space="preserve">[05:39] </w:t>
      </w:r>
      <w:r>
        <w:t>Aisa nahi ho sakta ke ek hi dil mein baik waqt ikhlas bhi ho aur nifaq bhi. Khuda parasti bhi ho aur zamana parasti bhi.</w:t>
      </w:r>
    </w:p>
    <w:p>
      <w:pPr>
        <w:jc w:val="right"/>
      </w:pPr>
      <w:r>
        <w:t>ایسا نہیں ہو سکتا کہ ایک ہی دل میں بیک وقت اخلاص بھی ہو اور نفاق بھی۔ خدا پرستی بھی ہو اور زمانہ پرستی بھی۔</w:t>
      </w:r>
    </w:p>
    <w:p>
      <w:r>
        <w:rPr>
          <w:b/>
        </w:rPr>
        <w:t xml:space="preserve">[05:48] </w:t>
      </w:r>
      <w:r>
        <w:t>Insaf bhi ho aur zulm bhi. Ghamand bhi ho aur tawazu bhi. Aadmi dono mein se koi ek hi ho sakta hai.</w:t>
      </w:r>
    </w:p>
    <w:p>
      <w:pPr>
        <w:jc w:val="right"/>
      </w:pPr>
      <w:r>
        <w:t>انصاف بھی ہو اور ظلم بھی۔ گھمنڈ بھی ہو اور تواضع بھی۔ آدمی دونوں میں سے کوئی ایک ہی ہو سکتا ہے۔</w:t>
      </w:r>
    </w:p>
    <w:p>
      <w:r>
        <w:rPr>
          <w:b/>
        </w:rPr>
        <w:t xml:space="preserve">[05:56] </w:t>
      </w:r>
      <w:r>
        <w:t>Isko ek hi hona chahiye. Yeh ek usooli baat hai. Isi ke tehat zamana jahiliyat ki rasmein maslan zihar o tabnit aati hain.</w:t>
      </w:r>
    </w:p>
    <w:p>
      <w:pPr>
        <w:jc w:val="right"/>
      </w:pPr>
      <w:r>
        <w:t>اس کو ایک ہی ہونا چاہیے۔ یہ ایک اصولی بات ہے۔ اسی کے تحت زمانہ جاہلیت کی رسمیں مثلاً ظہار و تبنیت آتی ہیں۔</w:t>
      </w:r>
    </w:p>
    <w:p>
      <w:r>
        <w:rPr>
          <w:b/>
        </w:rPr>
        <w:t xml:space="preserve">[06:10] </w:t>
      </w:r>
      <w:r>
        <w:t>Arab jahiliyat ka ek rawaji qanoon yeh tha ke agar koi shakhs apni biwi se yeh keh de ke ant علیہ کا ظہر امی</w:t>
      </w:r>
    </w:p>
    <w:p>
      <w:pPr>
        <w:jc w:val="right"/>
      </w:pPr>
      <w:r>
        <w:t>عرب جاہلیت کا ایک رواجی قانون یہ تھا کہ اگر کوئی شخص اپنی بیوی سے یہ کہہ دے کہ انت علیہ کا ظہر امی</w:t>
      </w:r>
    </w:p>
    <w:p>
      <w:r>
        <w:rPr>
          <w:b/>
        </w:rPr>
        <w:t xml:space="preserve">[06:19] </w:t>
      </w:r>
      <w:r>
        <w:t>to mere upar meri maan ki peeth ki tarah hai to uski biwi us ke upar hamesha ke liye haram ho jati thi. Jis tarah kisi ki maan us ke liye haram hoti hai.</w:t>
      </w:r>
    </w:p>
    <w:p>
      <w:pPr>
        <w:jc w:val="right"/>
      </w:pPr>
      <w:r>
        <w:t>تو میرے اوپر میری ماں کی پیٹھ کی طرح ہے تو اس کی بیوی اس کے اوپر ہمیشہ کے لیے حرام ہو جاتی تھی۔ جس طرح کسی کی ماں اس کے لیے حرام ہوتی ہے۔</w:t>
      </w:r>
    </w:p>
    <w:p>
      <w:r>
        <w:rPr>
          <w:b/>
        </w:rPr>
        <w:t xml:space="preserve">[06:31] </w:t>
      </w:r>
      <w:r>
        <w:t>Isko zihar kehte hain. Isi tarah mutabanni munh bolay bete ke moamle mein bhi</w:t>
      </w:r>
    </w:p>
    <w:p>
      <w:pPr>
        <w:jc w:val="right"/>
      </w:pPr>
      <w:r>
        <w:t>اس کو ظہار کہتے ہیں۔ اسی طرح متبنی منہ بولے بیٹے کے معاملے میں بھی</w:t>
      </w:r>
    </w:p>
    <w:p>
      <w:r>
        <w:rPr>
          <w:b/>
        </w:rPr>
        <w:t xml:space="preserve">[06:38] </w:t>
      </w:r>
      <w:r>
        <w:t>un ka aqeedah tha ke woh bilkul salbi bete ki tarah ho jata hai. Isko har moamle mein wahi darja de diya gaya tha jo haqeeqi aulad ka hota hai.</w:t>
      </w:r>
    </w:p>
    <w:p>
      <w:pPr>
        <w:jc w:val="right"/>
      </w:pPr>
      <w:r>
        <w:t>ان کا عقیدہ تھا کہ وہ بالکل سلبی بیٹے کی طرح ہو جاتا ہے۔ اس کو ہر معاملے میں وہی درجہ دے دیا گیا تھا جو حقیقی اولاد کا ہوتا ہے۔</w:t>
      </w:r>
    </w:p>
    <w:p>
      <w:r>
        <w:rPr>
          <w:b/>
        </w:rPr>
        <w:t xml:space="preserve">[06:51] </w:t>
      </w:r>
      <w:r>
        <w:t>Quran ne is riwaj ko bilkul khatam kar diya.</w:t>
      </w:r>
    </w:p>
    <w:p>
      <w:pPr>
        <w:jc w:val="right"/>
      </w:pPr>
      <w:r>
        <w:t>قرآن نے اس رواج کو بالکل ختم کر دیا۔</w:t>
      </w:r>
    </w:p>
    <w:p>
      <w:r>
        <w:rPr>
          <w:b/>
        </w:rPr>
        <w:t xml:space="preserve">[06:54] </w:t>
      </w:r>
      <w:r>
        <w:t>Quran mein ailan kiya gaya ke yeh takhleeqi nizam ke sarasar khilaf hai ke haqeeqi maan aur zaban se kahi hui maan ya haqeeqi beta aur munh bola beta dono ki hesiyat bilkul ek ho jaye.</w:t>
      </w:r>
    </w:p>
    <w:p>
      <w:pPr>
        <w:jc w:val="right"/>
      </w:pPr>
      <w:r>
        <w:t>قرآن میں اعلان کیا گیا کہ یہ تخلیقی نظام کے سراسر خلاف ہے کہ حقیقی ماں اور زبان سے کہی ہوئی ماں یا حقیقی بیٹا اور منہ بولا بیٹا دونوں کی حیثیت بالکل ایک ہو جائے۔</w:t>
      </w:r>
    </w:p>
    <w:p>
      <w:r>
        <w:rPr>
          <w:b/>
        </w:rPr>
        <w:t xml:space="preserve">[07:13] </w:t>
      </w:r>
      <w:r>
        <w:t>aadmi agar bekhabari mein koi ghalti kare toh woh khuda ke haan qabil e maafi hai.</w:t>
      </w:r>
    </w:p>
    <w:p>
      <w:pPr>
        <w:jc w:val="right"/>
      </w:pPr>
      <w:r>
        <w:t>آدمی اگر بے خبری میں کوئی غلطی کرے تو وہ خدا کے ہاں قابل معافی ہے۔</w:t>
      </w:r>
    </w:p>
    <w:p>
      <w:r>
        <w:rPr>
          <w:b/>
        </w:rPr>
        <w:t xml:space="preserve">[07:19] </w:t>
      </w:r>
      <w:r>
        <w:t>magar jab kisi mamle ki haqeeqat poori tarah wazeh ho jaye is ke bawajood aadmi apni ghalt ravish</w:t>
      </w:r>
    </w:p>
    <w:p>
      <w:pPr>
        <w:jc w:val="right"/>
      </w:pPr>
      <w:r>
        <w:t>مگر جب کسی معاملے کی حقیقت پوری طرح واضح ہو جائے اس کے باوجود آدمی اپنی غلط روش</w:t>
      </w:r>
    </w:p>
    <w:p>
      <w:r>
        <w:rPr>
          <w:b/>
        </w:rPr>
        <w:t xml:space="preserve">[07:27] </w:t>
      </w:r>
      <w:r>
        <w:t>ko na chore toh is ke baad woh qabil e maafi nahi rehta.</w:t>
      </w:r>
    </w:p>
    <w:p>
      <w:pPr>
        <w:jc w:val="right"/>
      </w:pPr>
      <w:r>
        <w:t>کو نہ چھوڑے تو اس کے بعد وہ قابل معافی نہیں رہتا۔</w:t>
      </w:r>
    </w:p>
    <w:p>
      <w:r>
        <w:rPr>
          <w:b/>
        </w:rPr>
        <w:t xml:space="preserve">[08:22] </w:t>
      </w:r>
      <w:r>
        <w:t>Aur Nabi ka haq mominon par un ki apni jaan se bhi zyada hai. Aur Nabi ki biwiyan un ki maein hain. Aur rishtedar Khuda ki kitab mein doosre momineen aur muhajireen ki nisbat</w:t>
      </w:r>
    </w:p>
    <w:p>
      <w:pPr>
        <w:jc w:val="right"/>
      </w:pPr>
      <w:r>
        <w:t>اور نبی کا حق مومنوں پر ان کی اپنی جان سے بھی زیادہ ہے۔ اور نبی کی بیویاں ان کی مائیں ہیں۔ اور رشتہ دار خدا کی کتاب میں دوسرے مومنین اور مہاجرین کی نسبت</w:t>
      </w:r>
    </w:p>
    <w:p>
      <w:r>
        <w:rPr>
          <w:b/>
        </w:rPr>
        <w:t xml:space="preserve">[08:39] </w:t>
      </w:r>
      <w:r>
        <w:t>ek doosre se zyada taluq rakhte hain. Magar yeh ke tum apne doston se kuch sulook karna chaho. Yeh kitab mein likha hua hai.</w:t>
      </w:r>
    </w:p>
    <w:p>
      <w:pPr>
        <w:jc w:val="right"/>
      </w:pPr>
      <w:r>
        <w:t>ایک دوسرے سے زیادہ تعلق رکھتے ہیں۔ مگر یہ کہ تم اپنے دوستوں سے کچھ سلوک کرنا چاہو۔ یہ کتاب میں لکھا ہوا ہے۔</w:t>
      </w:r>
    </w:p>
    <w:p>
      <w:r>
        <w:rPr>
          <w:b/>
        </w:rPr>
        <w:t xml:space="preserve">[08:50] </w:t>
      </w:r>
      <w:r>
        <w:t>Tashreeh: Paighambar apni zindagi mein zaati taur par aur fawafat ke baad usooli taur par</w:t>
      </w:r>
    </w:p>
    <w:p>
      <w:pPr>
        <w:jc w:val="right"/>
      </w:pPr>
      <w:r>
        <w:t>تشریح: پیغمبر اپنی زندگی میں ذاتی طور پر اور وفات کے بعد اصولی طور پر</w:t>
      </w:r>
    </w:p>
    <w:p>
      <w:r>
        <w:rPr>
          <w:b/>
        </w:rPr>
        <w:t xml:space="preserve">[08:58] </w:t>
      </w:r>
      <w:r>
        <w:t>Ahle imaan ke liye sab se zyada muqaddam hesiyat rakhta hai. Iski wajah yeh hai ke paighambar dunya mein Khuda ka numainda hota hai.</w:t>
      </w:r>
    </w:p>
    <w:p>
      <w:pPr>
        <w:jc w:val="right"/>
      </w:pPr>
      <w:r>
        <w:t>اہل ایمان کے لیے سب سے زیادہ مقدم حیثیت رکھتا ہے۔ اس کی وجہ یہ ہے کہ پیغمبر دنیا میں خدا کا نمائندہ ہوتا ہے۔</w:t>
      </w:r>
    </w:p>
    <w:p>
      <w:r>
        <w:rPr>
          <w:b/>
        </w:rPr>
        <w:t xml:space="preserve">[09:08] </w:t>
      </w:r>
      <w:r>
        <w:t>Paighambar ki taleemat ki azmat ko qaim rakhne ke liye zaroori hai ke uska wajood logon ki nazar mein</w:t>
      </w:r>
    </w:p>
    <w:p>
      <w:pPr>
        <w:jc w:val="right"/>
      </w:pPr>
      <w:r>
        <w:t>پیغمبر کی تعلیمات کی عظمت کو قائم رکھنے کے لیے ضروری ہے کہ اس کا وجود لوگوں کی نظر میں</w:t>
      </w:r>
    </w:p>
    <w:p>
      <w:r>
        <w:rPr>
          <w:b/>
        </w:rPr>
        <w:t xml:space="preserve">[09:16] </w:t>
      </w:r>
      <w:r>
        <w:t>muqaddas wajood ho. Hatta ke uski biwiyan bhi logon ke liye maon ki tarah qabil e ehtiram qarar paein. Paighambar aur aap ki azwaj ke baad ummat ke baqi logon ke taluqat ki asaas yeh hai ke rehmi rishte rakhne walay</w:t>
      </w:r>
    </w:p>
    <w:p>
      <w:pPr>
        <w:jc w:val="right"/>
      </w:pPr>
      <w:r>
        <w:t>مقدس وجود ہو۔ حتی کہ اس کی بیویاں بھی لوگوں کے لیے ماؤں کی طرح قابل احترام قرار پائیں۔ پیغمبر اور آپ کی ازواج کے بعد امت کے بقیہ لوگوں کے تعلقات کی اثاث یہ ہے کہ رحمی رشتے رکھنے والے</w:t>
      </w:r>
    </w:p>
    <w:p>
      <w:r>
        <w:rPr>
          <w:b/>
        </w:rPr>
        <w:t xml:space="preserve">[09:35] </w:t>
      </w:r>
      <w:r>
        <w:t>al-aqrab fal-aqrab ke usool par ek doosre ke haqdar thehren gay. Deeni zaroorat ke tehat waqti taur par ghair rishtedaron mein huqooq ki shirkat qaim ki ja sakti hai jaisa ke hijrat ke baad ibtedai zamane mein Madine mein kiya gaya.</w:t>
      </w:r>
    </w:p>
    <w:p>
      <w:pPr>
        <w:jc w:val="right"/>
      </w:pPr>
      <w:r>
        <w:t>الاقرب فالاقرب کے اصول پر ایک دوسرے کے حقدار ٹھہریں گے۔ دینی ضرورت کے تحت وقتی طور پر غیر رشتہ داروں میں حقوق کی شرکت قائم کی جا سکتی ہے جیسا کہ ہجرت کے بعد ابتدائی زمانے میں مدینے میں کیا گیا۔</w:t>
      </w:r>
    </w:p>
    <w:p>
      <w:r>
        <w:rPr>
          <w:b/>
        </w:rPr>
        <w:t xml:space="preserve">[09:54] </w:t>
      </w:r>
      <w:r>
        <w:t>magar mustaqil maasharti intezam ke aitbar se haqeeqi rishtedar hi awli aur aqrab hain aur hamesha rahenge</w:t>
      </w:r>
    </w:p>
    <w:p>
      <w:pPr>
        <w:jc w:val="right"/>
      </w:pPr>
      <w:r>
        <w:t>مگر مستقل معاشرتی انتظام کے اعتبار سے حقیقی رشتہ دار ہی اولی اور اقرب ہیں اور ہمیشہ رہیں</w:t>
      </w:r>
    </w:p>
    <w:p>
      <w:r>
        <w:rPr>
          <w:b/>
        </w:rPr>
        <w:t xml:space="preserve">[10:02] </w:t>
      </w:r>
      <w:r>
        <w:t>ge.</w:t>
      </w:r>
    </w:p>
    <w:p>
      <w:pPr>
        <w:jc w:val="right"/>
      </w:pPr>
      <w:r>
        <w:t>گے۔</w:t>
      </w:r>
    </w:p>
    <w:p>
      <w:r>
        <w:rPr>
          <w:b/>
        </w:rPr>
        <w:t xml:space="preserve">[10:40] </w:t>
      </w:r>
      <w:r>
        <w:t>Aur jab hum ne paighambaron se un ka ahad liya aur tum se aur Nuh se aur Ibrahim aur Musa aur Isa ibn Maryam se aur hum ne un se pakhta ahad liya taake Allah sachay logon se un ki sachai ke bare mein sawal kare aur</w:t>
      </w:r>
    </w:p>
    <w:p>
      <w:pPr>
        <w:jc w:val="right"/>
      </w:pPr>
      <w:r>
        <w:t>اور جب ہم نے پیغمبروں سے ان کا عہد لیا اور تم سے اور نوح سے اور ابراہیم اور موسی اور عیسی ابن مریم سے اور ہم نے ان سے پختہ عہد لیا تاکہ اللہ سچے لوگوں سے ان کی سچائی کے بارے میں سوال کرے اور</w:t>
      </w:r>
    </w:p>
    <w:p>
      <w:r>
        <w:rPr>
          <w:b/>
        </w:rPr>
        <w:t xml:space="preserve">[10:59] </w:t>
      </w:r>
      <w:r>
        <w:t>munkiron ke liye is ne dardnak azab tayyar kar rakha hai. tashreeh: allah taala ne insan ko jis mansoobe ke tehat paida kiya hai woh imtehan hai.</w:t>
      </w:r>
    </w:p>
    <w:p>
      <w:pPr>
        <w:jc w:val="right"/>
      </w:pPr>
      <w:r>
        <w:t>منکروں کے لیے اس نے دردناک عذاب تیار کر رکھا ہے۔ تشریح: اللہ تعالی نے انسان کو جس منصوبہ کے تحت پیدا کیا ہے وہ امتحان ہے۔</w:t>
      </w:r>
    </w:p>
    <w:p>
      <w:r>
        <w:rPr>
          <w:b/>
        </w:rPr>
        <w:t xml:space="preserve">[11:14] </w:t>
      </w:r>
      <w:r>
        <w:t>yani</w:t>
      </w:r>
    </w:p>
    <w:p>
      <w:pPr>
        <w:jc w:val="right"/>
      </w:pPr>
      <w:r>
        <w:t>یعنی</w:t>
      </w:r>
    </w:p>
    <w:p>
      <w:r>
        <w:rPr>
          <w:b/>
        </w:rPr>
        <w:t xml:space="preserve">[11:16] </w:t>
      </w:r>
      <w:r>
        <w:t>maujooda duniya mein har qism ke asbab hayat de kar is ko azadana mahol mein rakhna aur phir har ek ke amal ke mutabiq is ko abadi inam ya abadi saza dena.</w:t>
      </w:r>
    </w:p>
    <w:p>
      <w:pPr>
        <w:jc w:val="right"/>
      </w:pPr>
      <w:r>
        <w:t>موجودہ دنیا میں ہر قسم کے اسباب حیات دے کر اس کو آزادانہ ماحول میں رکھنا اور پھر ہر ایک کے عمل کے مطابق اس کو ابدی انعام یا ابدی سزا دینا۔</w:t>
      </w:r>
    </w:p>
    <w:p>
      <w:r>
        <w:rPr>
          <w:b/>
        </w:rPr>
        <w:t xml:space="preserve">[11:31] </w:t>
      </w:r>
      <w:r>
        <w:t>zindagi ki yeh imtehani noiyat lazman yeh chahti hai ke aadmi ko</w:t>
      </w:r>
    </w:p>
    <w:p>
      <w:pPr>
        <w:jc w:val="right"/>
      </w:pPr>
      <w:r>
        <w:t>زندگی کی یہ امتحانی نوعیت لازماً یہ چاہتی ہے کہ آدمی کو</w:t>
      </w:r>
    </w:p>
    <w:p>
      <w:r>
        <w:rPr>
          <w:b/>
        </w:rPr>
        <w:t xml:space="preserve">[11:36] </w:t>
      </w:r>
      <w:r>
        <w:t>asal sooratenhaal se poori tarah ba-khabar kar diya jaye. is maqsad ke liye allah taala ne peghambari ka silsila qaim farmaya.</w:t>
      </w:r>
    </w:p>
    <w:p>
      <w:pPr>
        <w:jc w:val="right"/>
      </w:pPr>
      <w:r>
        <w:t>اصل صورتحال سے پوری طرح باخبر کر دیا جائے۔ اس مقصد کے لیے اللہ تعالی نے پیغمبری کا سلسلہ قائم فرمایا۔</w:t>
      </w:r>
    </w:p>
    <w:p>
      <w:r>
        <w:rPr>
          <w:b/>
        </w:rPr>
        <w:t xml:space="preserve">[11:45] </w:t>
      </w:r>
      <w:r>
        <w:t>peghambari koi loud speaker ka elan nahi hai. yeh ek behad raaz mahram kaam hai. is liye tamam peghambaron se nihayat ehtamam ke sath yeh ahad liya gaya ke woh</w:t>
      </w:r>
    </w:p>
    <w:p>
      <w:pPr>
        <w:jc w:val="right"/>
      </w:pPr>
      <w:r>
        <w:t>پیغمبری کوئی لاؤڈ سپیکر کا اعلان نہیں ہے۔ یہ ایک بے حد سب رازمہ کام ہے۔ اس لیے تمام پیغمبروں سے نہایت اہتمام کے ساتھ یہ عہد لیا گیا کہ وہ</w:t>
      </w:r>
    </w:p>
    <w:p>
      <w:r>
        <w:rPr>
          <w:b/>
        </w:rPr>
        <w:t xml:space="preserve">[11:59] </w:t>
      </w:r>
      <w:r>
        <w:t>paigham rasani ke is nazuk kaam ko is ke tamam aadab aur taqazon ke sath anjam denge.</w:t>
      </w:r>
    </w:p>
    <w:p>
      <w:pPr>
        <w:jc w:val="right"/>
      </w:pPr>
      <w:r>
        <w:t>پیغام رسانی کے اس نازک کام کو اس کے تمام آداب اور تقاضوں کے ساتھ انجام دیں گے۔</w:t>
      </w:r>
    </w:p>
    <w:p>
      <w:r>
        <w:rPr>
          <w:b/>
        </w:rPr>
        <w:t xml:space="preserve">[12:05] </w:t>
      </w:r>
      <w:r>
        <w:t>aur is mein hargiz koi adna kotahi na karenge.</w:t>
      </w:r>
    </w:p>
    <w:p>
      <w:pPr>
        <w:jc w:val="right"/>
      </w:pPr>
      <w:r>
        <w:t>اور اس میں ہرگز کوئی ادنی کوتاہی نہ کریں گے۔</w:t>
      </w:r>
    </w:p>
    <w:p>
      <w:r>
        <w:rPr>
          <w:b/>
        </w:rPr>
        <w:t xml:space="preserve">[13:15] </w:t>
      </w:r>
      <w:r>
        <w:t>ae logon! jo iman laye ho apne upar allah ke ehsan ko yaad karo. jab tum par faujen charhayin to hum ne un par ek andhi bheji aur aisi fauj jo tum ko dikhai na deti thi.</w:t>
      </w:r>
    </w:p>
    <w:p>
      <w:pPr>
        <w:jc w:val="right"/>
      </w:pPr>
      <w:r>
        <w:t>اے لوگوں! جو ایمان لائے ہو اپنے اوپر اللہ کے احسان کو یاد کرو۔ جب تم پر فوجیں چڑھائیں تو ہم نے ان پر ایک اندھی بھیجی اور ایسی فوج جو تم کو دکھائی نہ دیتی تھی۔</w:t>
      </w:r>
    </w:p>
    <w:p>
      <w:r>
        <w:rPr>
          <w:b/>
        </w:rPr>
        <w:t xml:space="preserve">[13:29] </w:t>
      </w:r>
      <w:r>
        <w:t>aur allah dekhne wala hai jo kuch tum karte ho.</w:t>
      </w:r>
    </w:p>
    <w:p>
      <w:pPr>
        <w:jc w:val="right"/>
      </w:pPr>
      <w:r>
        <w:t>اور اللہ دیکھنے والا ہے جو کچھ تم کرتے ہو۔</w:t>
      </w:r>
    </w:p>
    <w:p>
      <w:r>
        <w:rPr>
          <w:b/>
        </w:rPr>
        <w:t xml:space="preserve">[13:34] </w:t>
      </w:r>
      <w:r>
        <w:t>jab ke woh tum par charhay tumhare upar ki taraf se aur tumhare neeche ki taraf se. aur jab aankhen khul gayin aur dil gulo tak pahunch gaye aur tum allah ke sath tarah tarah ke guman karne lage is waqt iman wale</w:t>
      </w:r>
    </w:p>
    <w:p>
      <w:pPr>
        <w:jc w:val="right"/>
      </w:pPr>
      <w:r>
        <w:t>جب کہ وہ تم پر چڑھائے تمہارے اوپر کی طرف سے اور تمہارے نیچے کی طرف سے۔ اور جب آنکھیں کھل گئیں اور دل گلوں تک پہنچ گئے اور تم اللہ کے ساتھ طرح طرح کے گمان کرنے لگے اس وقت ایمان والے</w:t>
      </w:r>
    </w:p>
    <w:p>
      <w:r>
        <w:rPr>
          <w:b/>
        </w:rPr>
        <w:t xml:space="preserve">[13:51] </w:t>
      </w:r>
      <w:r>
        <w:t>imtehan mein dale gaye aur bilkul hila diye gaye. tashreeh: ghazwa ahzab arab qabail aur yahood ki taraf se madine par mushtark hamla tha.</w:t>
      </w:r>
    </w:p>
    <w:p>
      <w:pPr>
        <w:jc w:val="right"/>
      </w:pPr>
      <w:r>
        <w:t>امتحان میں ڈالے گئے اور بالکل ہلا دیے گئے۔ تشریح: غزوہ احزاب عرب قبائل اور یہود کی طرف سے مدینے پر مشترک حملہ تھا۔</w:t>
      </w:r>
    </w:p>
    <w:p>
      <w:r>
        <w:rPr>
          <w:b/>
        </w:rPr>
        <w:t xml:space="preserve">[14:05] </w:t>
      </w:r>
      <w:r>
        <w:t>is mein hamla awaron ki tadad taqreeban barah hazar thi.</w:t>
      </w:r>
    </w:p>
    <w:p>
      <w:pPr>
        <w:jc w:val="right"/>
      </w:pPr>
      <w:r>
        <w:t>اس میں حملہ آوروں کی تعداد تقریباً بارہ ہزار تھی۔</w:t>
      </w:r>
    </w:p>
    <w:p>
      <w:r>
        <w:rPr>
          <w:b/>
        </w:rPr>
        <w:t xml:space="preserve">[14:10] </w:t>
      </w:r>
      <w:r>
        <w:t>musalman is azeem fauj se ladne ki taqat na rakhte the. magar allah taala ne apni khusoosi tadbiron ke zariye dushmanon ko is qadar khaufzada kiya ke taqreeban ek mahine ke muhasre ke baad woh khud madine ko chhod kar chale gaye.</w:t>
      </w:r>
    </w:p>
    <w:p>
      <w:pPr>
        <w:jc w:val="right"/>
      </w:pPr>
      <w:r>
        <w:t>مسلمان اس عظیم فوج سے لڑنے کی طاقت نہ رکھتے تھے۔ مگر اللہ تعالی نے اپنی خصوصی تدبیروں کے ذریعے دشمنوں کو اس قدر خوفزدہ کیا کہ تقریباً ایک مہینے کے محاصرے کے بعد وہ خود مدینہ کو چھوڑ کر چلے گئے۔</w:t>
      </w:r>
    </w:p>
    <w:p>
      <w:r>
        <w:rPr>
          <w:b/>
        </w:rPr>
        <w:t xml:space="preserve">[14:28] </w:t>
      </w:r>
      <w:r>
        <w:t>is tarah ke sakht halat islami dawat ke sath is liye paish aate hain ke musalmanon ke giroh se mukhliseen aur ghair mukhliseen ko alag kar dein.</w:t>
      </w:r>
    </w:p>
    <w:p>
      <w:pPr>
        <w:jc w:val="right"/>
      </w:pPr>
      <w:r>
        <w:t>اس طرح کے سخت حالات اسلامی دعوت کے ساتھ اس لیے پیش آتے ہیں کہ مسلمانوں کے گروہ سے مخلصین اور غیر مخلصین کو الگ کر دیں۔</w:t>
      </w:r>
    </w:p>
    <w:p>
      <w:r>
        <w:rPr>
          <w:b/>
        </w:rPr>
        <w:t xml:space="preserve">[14:38] </w:t>
      </w:r>
      <w:r>
        <w:t>aur doosre yeh ke dushman taaqaton ko dikha dein ke Khuda apne deen ka khud haami hai.</w:t>
      </w:r>
    </w:p>
    <w:p>
      <w:pPr>
        <w:jc w:val="right"/>
      </w:pPr>
      <w:r>
        <w:t>اور دوسرے یہ کہ دشمن طاقتوں کو دکھا دیں کہ خدا اپنے دین کا خود حامی ہے۔</w:t>
      </w:r>
    </w:p>
    <w:p>
      <w:r>
        <w:rPr>
          <w:b/>
        </w:rPr>
        <w:t xml:space="preserve">[14:45] </w:t>
      </w:r>
      <w:r>
        <w:t>woh kisi haal mein is ko maghloob hone nahi de ga.</w:t>
      </w:r>
    </w:p>
    <w:p>
      <w:pPr>
        <w:jc w:val="right"/>
      </w:pPr>
      <w:r>
        <w:t>وہ کسی حال میں اس کو مغلوب ہونے نہیں دے گا۔</w:t>
      </w:r>
    </w:p>
    <w:p>
      <w:r>
        <w:rPr>
          <w:b/>
        </w:rPr>
        <w:t xml:space="preserve">[16:06] </w:t>
      </w:r>
      <w:r>
        <w:t>walqad kanoo ahado allaha min qabl la yuloon al-adbar wa kan ahdo allahi mas'oola. qul: lan yanfa'kum al-firaru in farrartum min al-mawti aw al-qatli wa itha la tumatta'oona illa qaleela.</w:t>
      </w:r>
    </w:p>
    <w:p>
      <w:pPr>
        <w:jc w:val="right"/>
      </w:pPr>
      <w:r>
        <w:t>ولقد كانوا عاهدوا الله من قبل لا يولون الأدبار وكان عهد الله مسؤولا. قل: لن ينفعكم الفرار إن فررتم من الموت أو القتل وإذا لا تمتعون إلا قليلا.</w:t>
      </w:r>
    </w:p>
    <w:p>
      <w:r>
        <w:rPr>
          <w:b/>
        </w:rPr>
        <w:t xml:space="preserve">[16:27] </w:t>
      </w:r>
      <w:r>
        <w:t>qul: man dha alladhi ya'simukum min allahi in arada bikum saw'an aw arada bikum rahma?</w:t>
      </w:r>
    </w:p>
    <w:p>
      <w:pPr>
        <w:jc w:val="right"/>
      </w:pPr>
      <w:r>
        <w:t>قل: من ذا الذي يعصمكم من الله إن أراد بكم سوءا أو أراد بكم رحمة؟</w:t>
      </w:r>
    </w:p>
    <w:p>
      <w:r>
        <w:rPr>
          <w:b/>
        </w:rPr>
        <w:t xml:space="preserve">[16:40] </w:t>
      </w:r>
      <w:r>
        <w:t>wa la yajidoona lahum min dooni allahi waliyan</w:t>
      </w:r>
    </w:p>
    <w:p>
      <w:pPr>
        <w:jc w:val="right"/>
      </w:pPr>
      <w:r>
        <w:t>ولا يجدون لهم من دون الله وليا</w:t>
      </w:r>
    </w:p>
    <w:p>
      <w:r>
        <w:rPr>
          <w:b/>
        </w:rPr>
        <w:t xml:space="preserve">[16:47] </w:t>
      </w:r>
      <w:r>
        <w:t>wa la naseera. aur jab munafiqeen aur woh log jin ke dilon mein rog hai kehte the ke allah aur is ke rasool ne jo wada hum se kiya tha woh sirf fareb tha aur jab un mein se ek giroh ne kaha ke aeh sarf walo!</w:t>
      </w:r>
    </w:p>
    <w:p>
      <w:pPr>
        <w:jc w:val="right"/>
      </w:pPr>
      <w:r>
        <w:t>ولا نصيرا. اور جب منافقین اور وہ لوگ جن کے دلوں میں روگ ہے کہتے تھے کہ اللہ اور اس کے رسول نے جو وعدہ ہم سے کیا تھا وہ صرف فریب تھا اور جب ان میں سے ایک گروہ نے کہا کہ اے صرف والو!</w:t>
      </w:r>
    </w:p>
    <w:p>
      <w:r>
        <w:rPr>
          <w:b/>
        </w:rPr>
        <w:t xml:space="preserve">[17:06] </w:t>
      </w:r>
      <w:r>
        <w:t>tumhare liye theherne ka moqa nahi</w:t>
      </w:r>
    </w:p>
    <w:p>
      <w:pPr>
        <w:jc w:val="right"/>
      </w:pPr>
      <w:r>
        <w:t>تمہارے لیے ٹھہرنے کا موقع نہیں</w:t>
      </w:r>
    </w:p>
    <w:p>
      <w:r>
        <w:rPr>
          <w:b/>
        </w:rPr>
        <w:t xml:space="preserve">[17:09] </w:t>
      </w:r>
      <w:r>
        <w:t>to tum laut chalo aur un mein se ek giroh peghambar se ijazat mangta tha woh kehta tha ke hamare ghar ghair mehfooz hain aur woh ghair mehfooz nahi woh sirf bhagna chahte the aur agar madine ke atraf se un par koi ghus aata aur</w:t>
      </w:r>
    </w:p>
    <w:p>
      <w:pPr>
        <w:jc w:val="right"/>
      </w:pPr>
      <w:r>
        <w:t>تو تم لوٹ چلو اور ان میں سے ایک گروہ پیغمبر سے اجازت مانگتا تھا وہ کہتا تھا کہ ہمارے گھر غیر محفوظ ہیں اور وہ غیر محفوظ نہیں وہ صرف بھاگنا چاہتے تھے اور اگر مدینے کے اطراف سے ان پر کوئی گھس آتا اور</w:t>
      </w:r>
    </w:p>
    <w:p>
      <w:r>
        <w:rPr>
          <w:b/>
        </w:rPr>
        <w:t xml:space="preserve">[17:29] </w:t>
      </w:r>
      <w:r>
        <w:t>un ko fitne ki dawat deta to woh man lete aur woh is mein bohat kam der karte aur unhon ne is se pehle allah se ahad kiya tha ke woh peeth na pheren ge aur allah se kiye hue ahad ki pooch hogi.</w:t>
      </w:r>
    </w:p>
    <w:p>
      <w:pPr>
        <w:jc w:val="right"/>
      </w:pPr>
      <w:r>
        <w:t>ان کو فتنے کی دعوت دیتا تو وہ مان لیتے اور وہ اس میں بہت کم دیر کرتے اور انہوں نے اس سے پہلے اللہ سے عہد کیا تھا کہ وہ پیٹھ نہ پھیریں گے اور اللہ سے کیے ہوئے عہد کی پوچھ ہوگی۔</w:t>
      </w:r>
    </w:p>
    <w:p>
      <w:r>
        <w:rPr>
          <w:b/>
        </w:rPr>
        <w:t xml:space="preserve">[17:47] </w:t>
      </w:r>
      <w:r>
        <w:t>kaho ke agar tum maut se ya qatl se bhago to yeh bhagna tumhare kuch kaam na aye ga aur is halat mein tum ko sirf thore din faida uthane ka moqa mile ga.</w:t>
      </w:r>
    </w:p>
    <w:p>
      <w:pPr>
        <w:jc w:val="right"/>
      </w:pPr>
      <w:r>
        <w:t>کہو کہ اگر تم موت سے یا قتل سے بھاگو تو یہ بھاگنا تمہارے کچھ کام نہ آئے گا اور اس حالت میں تم کو صرف تھوڑے دنوں فائدہ اٹھانے کا موقع ملے گا۔</w:t>
      </w:r>
    </w:p>
    <w:p>
      <w:r>
        <w:rPr>
          <w:b/>
        </w:rPr>
        <w:t xml:space="preserve">[18:01] </w:t>
      </w:r>
      <w:r>
        <w:t>kaho kaun hai jo tum ko allah se bachaye agar woh tum ko nuqsan pahunchana chahe</w:t>
      </w:r>
    </w:p>
    <w:p>
      <w:pPr>
        <w:jc w:val="right"/>
      </w:pPr>
      <w:r>
        <w:t>کہو کون ہے جو تم کو اللہ سے بچائے اگر وہ تم کو نقصان پہنچانا چاہے</w:t>
      </w:r>
    </w:p>
    <w:p>
      <w:r>
        <w:rPr>
          <w:b/>
        </w:rPr>
        <w:t xml:space="preserve">[18:07] </w:t>
      </w:r>
      <w:r>
        <w:t>ya woh tum par reham karna chahe aur woh apne liye allah ke muqable mein koi himayati aur madadgar na payein ge.</w:t>
      </w:r>
    </w:p>
    <w:p>
      <w:pPr>
        <w:jc w:val="right"/>
      </w:pPr>
      <w:r>
        <w:t>یا وہ تم پر رحم کرنا چاہے اور وہ اپنے لیے اللہ کے مقابلے میں کوئی حمایتی اور مددگار نہ پائیں گے۔</w:t>
      </w:r>
    </w:p>
    <w:p>
      <w:r>
        <w:rPr>
          <w:b/>
        </w:rPr>
        <w:t xml:space="preserve">[18:19] </w:t>
      </w:r>
      <w:r>
        <w:t>tashreeh: ghazwa e ahzab mein khatraat ka toofan dekh kar munafiq qism ke log ghabra uthe aur</w:t>
      </w:r>
    </w:p>
    <w:p>
      <w:pPr>
        <w:jc w:val="right"/>
      </w:pPr>
      <w:r>
        <w:t>تشریح: غزوہ احزاب میں خطرات کا طوفان دیکھ کر منافق قسم کے لوگ گھبرا اٹھے اور</w:t>
      </w:r>
    </w:p>
    <w:p>
      <w:r>
        <w:rPr>
          <w:b/>
        </w:rPr>
        <w:t xml:space="preserve">[18:28] </w:t>
      </w:r>
      <w:r>
        <w:t>bhagne ki rahen talash karne lage magar jo sachche ahl e iman the woh Allah ke aitmad par qaim rahe. woh jante the ke aage bhi Khuda hai aur peeche bhi Khuda hai.</w:t>
      </w:r>
    </w:p>
    <w:p>
      <w:pPr>
        <w:jc w:val="right"/>
      </w:pPr>
      <w:r>
        <w:t>بھاگنے کی راہیں تلاش کرنے لگے مگر جو سچے اہل ایمان تھے وہ اللہ کے اعتماد پر قائم رہے۔ وہ جانتے تھے کہ آگے بھی خدا ہے اور پیچھے بھی خدا ہے۔</w:t>
      </w:r>
    </w:p>
    <w:p>
      <w:r>
        <w:rPr>
          <w:b/>
        </w:rPr>
        <w:t xml:space="preserve">[18:42] </w:t>
      </w:r>
      <w:r>
        <w:t>Islam dushmanon ke khatre se bhagna</w:t>
      </w:r>
    </w:p>
    <w:p>
      <w:pPr>
        <w:jc w:val="right"/>
      </w:pPr>
      <w:r>
        <w:t>اسلام دشمنوں کے خطرے سے بھاگنا</w:t>
      </w:r>
    </w:p>
    <w:p>
      <w:r>
        <w:rPr>
          <w:b/>
        </w:rPr>
        <w:t xml:space="preserve">[18:45] </w:t>
      </w:r>
      <w:r>
        <w:t>apne aap ko Khuda ke khatre mein dalna hai jo ke is se zyada sakht hai. unhein yaqeen tha ke agar hum dushmanon ke muqable mein jame rahe to Allah ki madad hum ko hasil hogi aur agar hum Islam ke mahaaz ko chhod kar bhag jayen to aakhir kar dunya mein bhi apne aap ko halakat se bacha nahi sakte</w:t>
      </w:r>
    </w:p>
    <w:p>
      <w:pPr>
        <w:jc w:val="right"/>
      </w:pPr>
      <w:r>
        <w:t>اپنے آپ کو خدا کے خطرے میں ڈالنا ہے جو کہ اس سے زیادہ سخت ہے۔ انہیں یقین تھا کہ اگر ہم دشمنوں کے مقابلے میں جمے رہے تو اللہ کی مدد ہم کو حاصل ہوگی اور اگر ہم اسلام کے محاذ کو چھوڑ کر بھاگ جائیں تو آخر کار دنیا میں بھی اپنے آپ کو ہلاکت سے بچا نہیں سکتے</w:t>
      </w:r>
    </w:p>
    <w:p>
      <w:r>
        <w:rPr>
          <w:b/>
        </w:rPr>
        <w:t xml:space="preserve">[19:05] </w:t>
      </w:r>
      <w:r>
        <w:t>aur aakhirat mein Khuda ki holnak pakad is ke alawa hai.</w:t>
      </w:r>
    </w:p>
    <w:p>
      <w:pPr>
        <w:jc w:val="right"/>
      </w:pPr>
      <w:r>
        <w:t>اور آخرت میں خدا کی ہولناک پکڑ اس کے علاوہ ہے۔</w:t>
      </w:r>
    </w:p>
    <w:p>
      <w:r>
        <w:rPr>
          <w:b/>
        </w:rPr>
        <w:t xml:space="preserve">[20:47] </w:t>
      </w:r>
      <w:r>
        <w:t>Allah tum mein se un logon ko janta hai jo tum mein se rokne wale hain aur jo apne bhaiyon se kehte hain ke hamare paas aa jao aur woh ladai mein kam hi aate hain woh tum se bukhl karte hain.</w:t>
      </w:r>
    </w:p>
    <w:p>
      <w:pPr>
        <w:jc w:val="right"/>
      </w:pPr>
      <w:r>
        <w:t>اللہ تم میں سے ان لوگوں کو جانتا ہے جو تم میں سے روکنے والے ہیں اور جو اپنے بھائیوں سے کہتے ہیں کہ ہمارے پاس آ جاؤ اور وہ لڑائی میں کم ہی آتے ہیں وہ تم سے بخل کرتے ہیں۔</w:t>
      </w:r>
    </w:p>
    <w:p>
      <w:r>
        <w:rPr>
          <w:b/>
        </w:rPr>
        <w:t xml:space="preserve">[21:00] </w:t>
      </w:r>
      <w:r>
        <w:t>pas jab khauf paish aata hai to tum dekhte ho ke woh tumhari taraf is tarah dekhne lagte hain ke un ki aankhen us shakhs ki aankhon ki tarah gardish kar rahi hain jis par maut ki behoshi taari ho.</w:t>
      </w:r>
    </w:p>
    <w:p>
      <w:pPr>
        <w:jc w:val="right"/>
      </w:pPr>
      <w:r>
        <w:t>پس جب خوف پیش آتا ہے تو تم دیکھتے ہو کہ وہ تمہاری طرف اس طرح دیکھنے لگتے ہیں کہ ان کی آنکھیں اس شخص کی آنکھوں کی طرح گردش کر رہی ہیں جس پر موت کی بے ہوشی طاری ہو۔</w:t>
      </w:r>
    </w:p>
    <w:p>
      <w:r>
        <w:rPr>
          <w:b/>
        </w:rPr>
        <w:t xml:space="preserve">[21:16] </w:t>
      </w:r>
      <w:r>
        <w:t>phir jab khatra door ho jata hai to woh maal ki hiras mein tum se tez zabani ke sath milte hain. yeh log yaqeen nahi laye to Allah ne un ke aamal aqarat kar diye aur yeh Allah ke liye aasan hai.</w:t>
      </w:r>
    </w:p>
    <w:p>
      <w:pPr>
        <w:jc w:val="right"/>
      </w:pPr>
      <w:r>
        <w:t>پھر جب خطرہ دور ہو جاتا ہے تو وہ مال کی حرص میں تم سے تیز زبانی کے ساتھ ملتے ہیں۔ یہ لوگ یقین نہیں لائے تو اللہ نے ان کے اعمال عقارت کر دیے اور یہ اللہ کے لیے آسان ہے۔</w:t>
      </w:r>
    </w:p>
    <w:p>
      <w:r>
        <w:rPr>
          <w:b/>
        </w:rPr>
        <w:t xml:space="preserve">[21:32] </w:t>
      </w:r>
      <w:r>
        <w:t>woh samajhte hain ke faujen abhi gayi nahi hain aur agar faujen aa jayen to yeh log yahi pasand karen ke kaash hum baduon ke sath dehat mein hon tumhari khabren poochte rahen aur agar woh tumhare sath hote to ladai mein kam hi hissa lete.</w:t>
      </w:r>
    </w:p>
    <w:p>
      <w:pPr>
        <w:jc w:val="right"/>
      </w:pPr>
      <w:r>
        <w:t>وہ سمجھتے ہیں کہ فوجیں ابھی گئی نہیں ہیں اور اگر فوجیں آ جائیں تو یہ لوگ یہی پسند کریں کہ کاش ہم بدوؤں کے ساتھ دیہات میں ہوں تمہاری خبریں پوچھتے رہیں اور اگر وہ تمہارے ساتھ ہوتے تو لڑائی میں کم ہی حصہ لیتے۔</w:t>
      </w:r>
    </w:p>
    <w:p>
      <w:r>
        <w:rPr>
          <w:b/>
        </w:rPr>
        <w:t xml:space="preserve">[21:51] </w:t>
      </w:r>
      <w:r>
        <w:t>tashreeh: ek aadmi woh hai jo qurbani ke waqt peeche reh jaye to us par sharmindagi taari hoti hai.</w:t>
      </w:r>
    </w:p>
    <w:p>
      <w:pPr>
        <w:jc w:val="right"/>
      </w:pPr>
      <w:r>
        <w:t>تشریح: ایک آدمی وہ ہے جو قربانی کے وقت پیچھے رہ جائے تو اس پر شرمندگی طاری ہوتی ہے۔</w:t>
      </w:r>
    </w:p>
    <w:p>
      <w:r>
        <w:rPr>
          <w:b/>
        </w:rPr>
        <w:t xml:space="preserve">[22:00] </w:t>
      </w:r>
      <w:r>
        <w:t>us ka bolna band ho jata hai. doosra shakhs woh hai jo qurbani ke waqt qurbani nahi deta</w:t>
      </w:r>
    </w:p>
    <w:p>
      <w:pPr>
        <w:jc w:val="right"/>
      </w:pPr>
      <w:r>
        <w:t>اس کا بولنا بند ہو جاتا ہے۔ دوسرا شخص وہ ہے جو قربانی کے وقت قربانی نہیں دیتا</w:t>
      </w:r>
    </w:p>
    <w:p>
      <w:r>
        <w:rPr>
          <w:b/>
        </w:rPr>
        <w:t xml:space="preserve">[22:07] </w:t>
      </w:r>
      <w:r>
        <w:t>aur phir doosron ko bhi is se rokta hai. yeh kotahi par dhattayi ka izafa hai. kotahi qabil e maafi ho sakti hai magar dhattayi qabil e maafi nahi.</w:t>
      </w:r>
    </w:p>
    <w:p>
      <w:pPr>
        <w:jc w:val="right"/>
      </w:pPr>
      <w:r>
        <w:t>اور پھر دوسروں کو بھی اس سے روکتا ہے۔ یہ کوتاہی پر ڈھٹائی کا اضافہ ہے۔ کوتاہی قابل معافی ہو سکتی ہے مگر ڈھٹائی قابل معافی نہیں۔</w:t>
      </w:r>
    </w:p>
    <w:p>
      <w:r>
        <w:rPr>
          <w:b/>
        </w:rPr>
        <w:t xml:space="preserve">[22:23] </w:t>
      </w:r>
      <w:r>
        <w:t>jin logon ke andar dhattayi ki nafsiyat ho woh bazahir koi acha amal karen</w:t>
      </w:r>
    </w:p>
    <w:p>
      <w:pPr>
        <w:jc w:val="right"/>
      </w:pPr>
      <w:r>
        <w:t>جن لوگوں کے اندر ڈھٹائی کی نفسیات ہو وہ بظاہر کوئی اچھا عمل کریں</w:t>
      </w:r>
    </w:p>
    <w:p>
      <w:r>
        <w:rPr>
          <w:b/>
        </w:rPr>
        <w:t xml:space="preserve">[22:28] </w:t>
      </w:r>
      <w:r>
        <w:t>tab bhi woh be qeemat hain kyun ke amal ki asal rooh ikhlas hai aur wohi un ke andar maujood nahi.</w:t>
      </w:r>
    </w:p>
    <w:p>
      <w:pPr>
        <w:jc w:val="right"/>
      </w:pPr>
      <w:r>
        <w:t>تب بھی وہ بے قیمت ہیں کیونکہ عمل کی اصل روح اخلاص ہے اور وہی ان کے اندر موجود نہیں۔</w:t>
      </w:r>
    </w:p>
    <w:p>
      <w:r>
        <w:rPr>
          <w:b/>
        </w:rPr>
        <w:t xml:space="preserve">[22:38] </w:t>
      </w:r>
      <w:r>
        <w:t>deen ke liye qurbani na dena hamesha dunya ki mohabbat mein hota hai. aadmi apni dunya ko bachane ke liye apne deen ko kho deta hai.</w:t>
      </w:r>
    </w:p>
    <w:p>
      <w:pPr>
        <w:jc w:val="right"/>
      </w:pPr>
      <w:r>
        <w:t>دین کے لیے قربانی نہ دینا ہمیشہ دنیا کی محبت میں ہوتا ہے۔ آدمی اپنی دنیا کو بچانے کے لیے اپنے دین کو کھو دیتا ہے۔</w:t>
      </w:r>
    </w:p>
    <w:p>
      <w:r>
        <w:rPr>
          <w:b/>
        </w:rPr>
        <w:t xml:space="preserve">[22:49] </w:t>
      </w:r>
      <w:r>
        <w:t>is liye aise log jahan dekhte hain ke deen mein dunya ka faida bhi jama ho gaya hai</w:t>
      </w:r>
    </w:p>
    <w:p>
      <w:pPr>
        <w:jc w:val="right"/>
      </w:pPr>
      <w:r>
        <w:t>اس لیے ایسے لوگ جہاں دیکھتے ہیں کہ دین میں دنیا کا فائدہ بھی جمع ہو گیا ہے</w:t>
      </w:r>
    </w:p>
    <w:p>
      <w:r>
        <w:rPr>
          <w:b/>
        </w:rPr>
        <w:t xml:space="preserve">[22:56] </w:t>
      </w:r>
      <w:r>
        <w:t>to wahan woh khoob apne bolne ka kamal dikhate hain ta ke deen ke sath zyada se zyada taalluq zahir kar ke zyada se zyada faida hasil kar saken.</w:t>
      </w:r>
    </w:p>
    <w:p>
      <w:pPr>
        <w:jc w:val="right"/>
      </w:pPr>
      <w:r>
        <w:t>تو وہاں وہ خوب اپنے بولنے کا کمال دکھاتے ہیں تاکہ دین کے ساتھ زیادہ سے زیادہ تعلق ظاہر کر کے زیادہ سے زیادہ فائدہ حاصل کر سکیں۔</w:t>
      </w:r>
    </w:p>
    <w:p>
      <w:r>
        <w:rPr>
          <w:b/>
        </w:rPr>
        <w:t xml:space="preserve">[23:06] </w:t>
      </w:r>
      <w:r>
        <w:t>magar jahan deen ka matlab qurbani ho wahan deendar banne se unhein koi dilchaspi nahi hoti.</w:t>
      </w:r>
    </w:p>
    <w:p>
      <w:pPr>
        <w:jc w:val="right"/>
      </w:pPr>
      <w:r>
        <w:t>مگر جہاں دین کا مطلب قربانی ہو وہاں دین دار بننے سے انہیں کوئی دلچسپی نہیں ہوتی۔</w:t>
      </w:r>
    </w:p>
    <w:p>
      <w:r>
        <w:rPr>
          <w:b/>
        </w:rPr>
        <w:t xml:space="preserve">[24:36] </w:t>
      </w:r>
      <w:r>
        <w:t>tumhare liye Allah ke rasool mein behtareen namuna tha us shakhs ke liye jo Allah ka aur aakhirat ke din ka umeedwar ho aur kasrat se Allah ko yaad kare.</w:t>
      </w:r>
    </w:p>
    <w:p>
      <w:pPr>
        <w:jc w:val="right"/>
      </w:pPr>
      <w:r>
        <w:t>تمہارے لیے اللہ کے رسول میں بہترین نمونہ تھا اس شخص کے لیے جو اللہ کا اور آخرت کے دن کا امیدوار ہو اور کثرت سے اللہ کو یاد کرے۔</w:t>
      </w:r>
    </w:p>
    <w:p>
      <w:r>
        <w:rPr>
          <w:b/>
        </w:rPr>
        <w:t xml:space="preserve">[24:48] </w:t>
      </w:r>
      <w:r>
        <w:t>aur jab iman walon ne faujon ko dekha to bole: "yeh wohi hai jis ka Allah aur us ke rasool ne hum se wada kiya tha</w:t>
      </w:r>
    </w:p>
    <w:p>
      <w:pPr>
        <w:jc w:val="right"/>
      </w:pPr>
      <w:r>
        <w:t>اور جب ایمان والوں نے فوجوں کو دیکھا تو بولے: "یہ وہی ہے جس کا اللہ اور اس کے رسول نے ہم سے وعدہ کیا تھا</w:t>
      </w:r>
    </w:p>
    <w:p>
      <w:r>
        <w:rPr>
          <w:b/>
        </w:rPr>
        <w:t xml:space="preserve">[24:58] </w:t>
      </w:r>
      <w:r>
        <w:t>aur Allah aur us ke rasool ne sach kaha" aur is ne un ke iman aur itaat mein izafa kar diya. iman walon mein aise log bhi hain jinhone Allah se kiye hue ahad ko poora kar dikhaya.</w:t>
      </w:r>
    </w:p>
    <w:p>
      <w:pPr>
        <w:jc w:val="right"/>
      </w:pPr>
      <w:r>
        <w:t>اور اللہ اور اس کے رسول نے سچ کہا" اور اس نے ان کے ایمان اور اطاعت میں اضافہ کر دیا۔ ایمان والوں میں ایسے لوگ بھی ہیں جنہوں نے اللہ سے کیے ہوئے عہد کو پورا کر دکھایا۔</w:t>
      </w:r>
    </w:p>
    <w:p>
      <w:r>
        <w:rPr>
          <w:b/>
        </w:rPr>
        <w:t xml:space="preserve">[25:15] </w:t>
      </w:r>
      <w:r>
        <w:t>pas un mein se koi apna zimma poora kar chuka aur un mein se koi muntazir hai aur unhone zara bhi tabdeeli nahi ki ta ke Allah sachon ko un ki sachai ka badla de aur munafiqon ko azab de agar chahe ya un ki toba qabool kar le.</w:t>
      </w:r>
    </w:p>
    <w:p>
      <w:pPr>
        <w:jc w:val="right"/>
      </w:pPr>
      <w:r>
        <w:t>پس ان میں سے کوئی اپنا ذمہ پورا کر چکا اور ان میں سے کوئی منتظر ہے اور انہوں نے ذرا بھی تبدیلی نہیں کی تاکہ اللہ سچوں کو ان کی سچائی کا بدلہ دے اور منافقوں کو عذاب دے اگر چاہے یا ان کی توبہ قبول کرے۔</w:t>
      </w:r>
    </w:p>
    <w:p>
      <w:r>
        <w:rPr>
          <w:b/>
        </w:rPr>
        <w:t xml:space="preserve">[25:37] </w:t>
      </w:r>
      <w:r>
        <w:t>beshak Allah bakhshne wala, meharban hai.</w:t>
      </w:r>
    </w:p>
    <w:p>
      <w:pPr>
        <w:jc w:val="right"/>
      </w:pPr>
      <w:r>
        <w:t>بے شک اللہ بخشنے والا، مہربان ہے۔</w:t>
      </w:r>
    </w:p>
    <w:p>
      <w:r>
        <w:rPr>
          <w:b/>
        </w:rPr>
        <w:t xml:space="preserve">[25:43] </w:t>
      </w:r>
      <w:r>
        <w:t>tashreeh: rasool aur ashab e rasool ki zindagiyaan qayamat tak ke ahl e iman ke liye Khuda parastana zindagi ka namuna hai.</w:t>
      </w:r>
    </w:p>
    <w:p>
      <w:pPr>
        <w:jc w:val="right"/>
      </w:pPr>
      <w:r>
        <w:t>تشریح: رسول اور اصحاب رسول کی زندگیاں قیامت تک کے اہل ایمان کے لیے خدا پرستانہ زندگی کا نمونہ ہے۔</w:t>
      </w:r>
    </w:p>
    <w:p>
      <w:r>
        <w:rPr>
          <w:b/>
        </w:rPr>
        <w:t xml:space="preserve">[25:52] </w:t>
      </w:r>
      <w:r>
        <w:t>is baat ka namuna ke Allah aur aakhirat ki umeedwari ke mani kya hain, Allah ko yaad karne ka matlab kya hota hai,</w:t>
      </w:r>
    </w:p>
    <w:p>
      <w:pPr>
        <w:jc w:val="right"/>
      </w:pPr>
      <w:r>
        <w:t>اس بات کا نمونہ کہ اللہ اور آخرت کی امیدواری کے معنی کیا ہیں، اللہ کو یاد کرنے کا مطلب کیا ہوتا ہے،</w:t>
      </w:r>
    </w:p>
    <w:p>
      <w:r>
        <w:rPr>
          <w:b/>
        </w:rPr>
        <w:t xml:space="preserve">[26:01] </w:t>
      </w:r>
      <w:r>
        <w:t>mushkil halaat mein saabit qadmi kise kehte hain, khuda ke waadon par bharosa kis tarah kiya jata hai, izafah pazir iman kya hai aur woh kyon kar haasil hota hai, khuda se kiye hue ahad ko poora karne ka tareeqa kya hai.</w:t>
      </w:r>
    </w:p>
    <w:p>
      <w:pPr>
        <w:jc w:val="right"/>
      </w:pPr>
      <w:r>
        <w:t>مشکل حالات میں ثابت قدمی کسے کہتے ہیں، خدا کے وعدوں پر بھروسہ کس طرح کیا جاتا ہے، اضافہ پذیر ایمان کیا ہے اور وہ کیوں کر حاصل ہوتا ہے، خدا سے کیے ہوئے عہد کو پورا کرنے کا طریقہ کیا ہے۔</w:t>
      </w:r>
    </w:p>
    <w:p>
      <w:r>
        <w:rPr>
          <w:b/>
        </w:rPr>
        <w:t xml:space="preserve">[26:19] </w:t>
      </w:r>
      <w:r>
        <w:t>rasool aur ashaab rasool ne in cheezon ka aakhri namoona qaim kar diya. shadeed tareen halaat mein bhi unhon ne koi kamzori nahi dikhai.</w:t>
      </w:r>
    </w:p>
    <w:p>
      <w:pPr>
        <w:jc w:val="right"/>
      </w:pPr>
      <w:r>
        <w:t>رسول اور اصحاب رسول نے ان چیزوں کا آخری نمونہ قائم کر دیا۔ شدید ترین حالات میں بھی انہوں نے کوئی کمزوری نہیں دکھائی۔</w:t>
      </w:r>
    </w:p>
    <w:p>
      <w:r>
        <w:rPr>
          <w:b/>
        </w:rPr>
        <w:t xml:space="preserve">[26:32] </w:t>
      </w:r>
      <w:r>
        <w:t>unhon ne har maamle mein islami fikr aur islami kirdaar ka kaamil saboot diya.</w:t>
      </w:r>
    </w:p>
    <w:p>
      <w:pPr>
        <w:jc w:val="right"/>
      </w:pPr>
      <w:r>
        <w:t>انہوں نے ہر معاملے میں اسلامی فکر اور اسلامی کردار کا کامل ثبوت دیا۔</w:t>
      </w:r>
    </w:p>
    <w:p>
      <w:r>
        <w:rPr>
          <w:b/>
        </w:rPr>
        <w:t xml:space="preserve">[26:39] </w:t>
      </w:r>
      <w:r>
        <w:t>imtihaan ka lamha aane se pehle bhi woh haq par qaim thay aur imtihaan ka lamha aane ke baad bhi woh haq par qaim rahay.</w:t>
      </w:r>
    </w:p>
    <w:p>
      <w:pPr>
        <w:jc w:val="right"/>
      </w:pPr>
      <w:r>
        <w:t>امتحان کا لمحہ آنے سے پہلے بھی وہ حق پر قائم تھے اور امتحان کا لمحہ آنے کے بعد بھی وہ حق پر قائم رہے۔</w:t>
      </w:r>
    </w:p>
    <w:p>
      <w:r>
        <w:rPr>
          <w:b/>
        </w:rPr>
        <w:t xml:space="preserve">[26:50] </w:t>
      </w:r>
      <w:r>
        <w:t>phir rasool aur ashaab rasool ki zindagiyaan hi is baat ka namoona bhi hain ke khuda ke yahan kisi ka faisla</w:t>
      </w:r>
    </w:p>
    <w:p>
      <w:pPr>
        <w:jc w:val="right"/>
      </w:pPr>
      <w:r>
        <w:t>پھر رسول اور اصحاب رسول کی زندگیاں ہی اس بات کا نمونہ بھی ہیں کہ خدا کے یہاں کسی کا فیصلہ</w:t>
      </w:r>
    </w:p>
    <w:p>
      <w:r>
        <w:rPr>
          <w:b/>
        </w:rPr>
        <w:t xml:space="preserve">[26:58] </w:t>
      </w:r>
      <w:r>
        <w:t>imtihaan ke baghair nahi kiya jata. khuda ka tareeqa yeh hai ke woh shadeed halaat paida karta hai taake sachay ahl-e-iman aur jhootay daawaydaar aik doosre se alag ho jayen.</w:t>
      </w:r>
    </w:p>
    <w:p>
      <w:pPr>
        <w:jc w:val="right"/>
      </w:pPr>
      <w:r>
        <w:t>امتحان کے بغیر نہیں کیا جاتا۔ خدا کا طریقہ یہ ہے کہ وہ شدید حالات پیدا کرتا ہے تاکہ سچے اہل ایمان اور جھوٹے دعویدار ایک دوسرے سے الگ ہو جائیں۔</w:t>
      </w:r>
    </w:p>
    <w:p>
      <w:r>
        <w:rPr>
          <w:b/>
        </w:rPr>
        <w:t xml:space="preserve">[27:10] </w:t>
      </w:r>
      <w:r>
        <w:t>is khudai qanoon mein na pehle kisi ka istasna tha aur na aindah kisi ka istasna hoga.</w:t>
      </w:r>
    </w:p>
    <w:p>
      <w:pPr>
        <w:jc w:val="right"/>
      </w:pPr>
      <w:r>
        <w:t>اس خدائی قانون میں نہ پہلے کسی کا استثنیٰ تھا اور نہ آئندہ کسی کا استثنیٰ ہوگا۔</w:t>
      </w:r>
    </w:p>
    <w:p>
      <w:r>
        <w:rPr>
          <w:b/>
        </w:rPr>
        <w:t xml:space="preserve">[28:18] </w:t>
      </w:r>
      <w:r>
        <w:t>aur Allah ne munkiron ko un ke ghusse ke saath phair diya ke un ki kuch bhi murad poori na hui aur momineen ki taraf se Allah ladne ke liye kaafi ho gaya.</w:t>
      </w:r>
    </w:p>
    <w:p>
      <w:pPr>
        <w:jc w:val="right"/>
      </w:pPr>
      <w:r>
        <w:t>اور اللہ نے منکروں کو ان کے غصے کے ساتھ پھیر دیا کہ ان کی کچھ بھی مراد پوری نہ ہوئی اور مومنین کی طرف سے اللہ لڑنے کے لیے کافی ہو گیا۔</w:t>
      </w:r>
    </w:p>
    <w:p>
      <w:r>
        <w:rPr>
          <w:b/>
        </w:rPr>
        <w:t xml:space="preserve">[28:30] </w:t>
      </w:r>
      <w:r>
        <w:t>Allah quwwat wala, zabardast hai</w:t>
      </w:r>
    </w:p>
    <w:p>
      <w:pPr>
        <w:jc w:val="right"/>
      </w:pPr>
      <w:r>
        <w:t>اللہ قوت والا، زبردست ہے</w:t>
      </w:r>
    </w:p>
    <w:p>
      <w:r>
        <w:rPr>
          <w:b/>
        </w:rPr>
        <w:t xml:space="preserve">[28:34] </w:t>
      </w:r>
      <w:r>
        <w:t>aur Allah ne un ahl-e-kitaab ko jinhon ne hamlavaron ka saath diya un ke qilon se utara aur un ke dilon mein is ne roab daal diya.</w:t>
      </w:r>
    </w:p>
    <w:p>
      <w:pPr>
        <w:jc w:val="right"/>
      </w:pPr>
      <w:r>
        <w:t>اور اللہ نے ان اہل کتاب کو جنہوں نے حملہ آوروں کا ساتھ دیا ان کے قلوں سے اتارا اور ان کے دلوں میں اس نے رعب ڈال دیا۔</w:t>
      </w:r>
    </w:p>
    <w:p>
      <w:r>
        <w:rPr>
          <w:b/>
        </w:rPr>
        <w:t xml:space="preserve">[28:45] </w:t>
      </w:r>
      <w:r>
        <w:t>tum un ke aik giroh ko qatal kar rahay ho aur aik giroh ko qaid kar rahay ho</w:t>
      </w:r>
    </w:p>
    <w:p>
      <w:pPr>
        <w:jc w:val="right"/>
      </w:pPr>
      <w:r>
        <w:t>تم ان کے ایک گروہ کو قتل کر رہے ہو اور ایک گروہ کو قید کر رہے ہو</w:t>
      </w:r>
    </w:p>
    <w:p>
      <w:r>
        <w:rPr>
          <w:b/>
        </w:rPr>
        <w:t xml:space="preserve">[28:52] </w:t>
      </w:r>
      <w:r>
        <w:t>aur is ne un ki zameen aur un ke gharon aur un ke maalon ka tum ko waris bana diya aur aisi zameen ka bhi jis par tum ne qadam nahi rakha aur Allah har cheez par qudrat rakhne wala hai.</w:t>
      </w:r>
    </w:p>
    <w:p>
      <w:pPr>
        <w:jc w:val="right"/>
      </w:pPr>
      <w:r>
        <w:t>اور اس نے ان کی زمین اور ان کے گھروں اور ان کے مالوں کا تم کو وارث بنا دیا اور ایسی زمین کا بھی جس پر تم نے قدم نہیں رکھا اور اللہ ہر چیز پر قدرت رکھنے والا ہے۔</w:t>
      </w:r>
    </w:p>
    <w:p>
      <w:r>
        <w:rPr>
          <w:b/>
        </w:rPr>
        <w:t xml:space="preserve">[29:07] </w:t>
      </w:r>
      <w:r>
        <w:t>tashreeh:</w:t>
      </w:r>
    </w:p>
    <w:p>
      <w:pPr>
        <w:jc w:val="right"/>
      </w:pPr>
      <w:r>
        <w:t>تشریح:</w:t>
      </w:r>
    </w:p>
    <w:p>
      <w:r>
        <w:rPr>
          <w:b/>
        </w:rPr>
        <w:t xml:space="preserve">[29:09] </w:t>
      </w:r>
      <w:r>
        <w:t>ghazwa-e-khandaq mein halaat be hadh sakht thay magar is mein baqaida jang ki nobat nahi aai. Allah taala ne hawa ka toofan aur farishton ka lashkar bhej kar dushmanon ko is tarah saraseema kiya ke woh khud hi maidan chhod kar chalay gaye.</w:t>
      </w:r>
    </w:p>
    <w:p>
      <w:pPr>
        <w:jc w:val="right"/>
      </w:pPr>
      <w:r>
        <w:t>غزوہ خندق میں حالات بے حد سخت تھے مگر اس میں باقاعدہ جنگ کی نوبت نہیں آئی۔ اللہ تعالی نے ہوا کا طوفان اور فرشتوں کا لشکر بھیج کر دشمنوں کو اس طرح سراسیمہ کیا کہ وہ خود ہی میدان چھوڑ کر چلے گئے۔</w:t>
      </w:r>
    </w:p>
    <w:p>
      <w:r>
        <w:rPr>
          <w:b/>
        </w:rPr>
        <w:t xml:space="preserve">[29:28] </w:t>
      </w:r>
      <w:r>
        <w:t>madine ke yehood ka musalmanon se sulah aur aman ka muahida tha magar jang-e-azab ke mauqe par unhon ne ghaddari ki. woh muahiday ko tod kar mushrikeen ke saathi ban gaye.</w:t>
      </w:r>
    </w:p>
    <w:p>
      <w:pPr>
        <w:jc w:val="right"/>
      </w:pPr>
      <w:r>
        <w:t>مدینے کے یہود کا مسلمانوں سے صلح اور امن کا معاہدہ تھا مگر جنگ عذاب کے موقع پر انہوں نے غداری کی۔ وہ معاہدے کو توڑ کر مشرکین کے ساتھی بن گئے۔</w:t>
      </w:r>
    </w:p>
    <w:p>
      <w:r>
        <w:rPr>
          <w:b/>
        </w:rPr>
        <w:t xml:space="preserve">[29:40] </w:t>
      </w:r>
      <w:r>
        <w:t>jab hamlavaron ka lashkar madine se wapas chala gaya to Allah ke hukum se Rasool Allah Sal Allahu Alaihi Wa Sallam ne</w:t>
      </w:r>
    </w:p>
    <w:p>
      <w:pPr>
        <w:jc w:val="right"/>
      </w:pPr>
      <w:r>
        <w:t>جب حملہ آوروں کا لشکر مدینہ سے واپس چلا گیا تو اللہ کے حکم سے رسول اللہ صلی اللہ علیہ وسلم نے</w:t>
      </w:r>
    </w:p>
    <w:p>
      <w:r>
        <w:rPr>
          <w:b/>
        </w:rPr>
        <w:t xml:space="preserve">[29:48] </w:t>
      </w:r>
      <w:r>
        <w:t>bano qareza ki bastiyon par charhai ki. islami fauj ne un ke qilon ko gher liya. 25 din tak muhasra jaari raha.</w:t>
      </w:r>
    </w:p>
    <w:p>
      <w:pPr>
        <w:jc w:val="right"/>
      </w:pPr>
      <w:r>
        <w:t>بنو قریضہ کی بستیوں پر چڑھائی کی۔ اسلامی فوج نے ان کے قلعوں کو گھیر لیا۔ 25 دن تک محاصرہ جاری رہا۔</w:t>
      </w:r>
    </w:p>
    <w:p>
      <w:r>
        <w:rPr>
          <w:b/>
        </w:rPr>
        <w:t xml:space="preserve">[29:59] </w:t>
      </w:r>
      <w:r>
        <w:t>aakhir mein khud un ki darkhwast par Saad Ibn Maaz hukum muqarrar hue.</w:t>
      </w:r>
    </w:p>
    <w:p>
      <w:pPr>
        <w:jc w:val="right"/>
      </w:pPr>
      <w:r>
        <w:t>آخر میں خود ان کی درخواست پر سعد ابن معاذ حکم مقرر ہوئے۔</w:t>
      </w:r>
    </w:p>
    <w:p>
      <w:r>
        <w:rPr>
          <w:b/>
        </w:rPr>
        <w:t xml:space="preserve">[30:05] </w:t>
      </w:r>
      <w:r>
        <w:t>hazrat Saad Ibn Maaz ne wohi faisla kiya jo khud un ki kitaab torait mein aise mujrimin ke liye muqarrar hai yani bano qareza ke sab jawan qatal kar diye jayen, aurtein aur ladke qaid-o-ghulami mein le liye jayen</w:t>
      </w:r>
    </w:p>
    <w:p>
      <w:pPr>
        <w:jc w:val="right"/>
      </w:pPr>
      <w:r>
        <w:t>حضرت سعد ابن معاذ نے وہی فیصلہ کیا جو جو خود ان کی کتاب تورات میں ایسے مجرمین کے لیے مقرر ہے یعنی بنو قریضہ کے سب جوان قتل کر دیے جائیں، عورتیں اور لڑکے قید و غلامی میں لے لیے جائیں</w:t>
      </w:r>
    </w:p>
    <w:p>
      <w:r>
        <w:rPr>
          <w:b/>
        </w:rPr>
        <w:t xml:space="preserve">[30:21] </w:t>
      </w:r>
      <w:r>
        <w:t>aur un ke maal aur jaaydad ko zabt kar liya jaye.</w:t>
      </w:r>
    </w:p>
    <w:p>
      <w:pPr>
        <w:jc w:val="right"/>
      </w:pPr>
      <w:r>
        <w:t>اور ان کے مال اور جائیداد کو ضبط کر لیا جائے۔</w:t>
      </w:r>
    </w:p>
    <w:p>
      <w:r>
        <w:rPr>
          <w:b/>
        </w:rPr>
        <w:t xml:space="preserve">[30:28] </w:t>
      </w:r>
      <w:r>
        <w:t>ya ayyuha annabiyyu qul li azwaajika in kuntunna turidna al hayaat ad dunya wa zeenataha fa ta'aalayna</w:t>
      </w:r>
    </w:p>
    <w:p>
      <w:pPr>
        <w:jc w:val="right"/>
      </w:pPr>
      <w:r>
        <w:t>یا ایہا النبی قل لازواجک ان کن تردن الحیات الدنیا وزینتها فتعالین</w:t>
      </w:r>
    </w:p>
    <w:p>
      <w:r>
        <w:rPr>
          <w:b/>
        </w:rPr>
        <w:t xml:space="preserve">[30:47] </w:t>
      </w:r>
      <w:r>
        <w:t>fa ta'aalayna umatti'kunna wa asrih kunna saraahan jameela wa in kuntunna turidna Allaha</w:t>
      </w:r>
    </w:p>
    <w:p>
      <w:pPr>
        <w:jc w:val="right"/>
      </w:pPr>
      <w:r>
        <w:t>فتعالین امتعکن واسرحکن سراحا جمیلا وان کن تردن اللہ</w:t>
      </w:r>
    </w:p>
    <w:p>
      <w:r>
        <w:rPr>
          <w:b/>
        </w:rPr>
        <w:t xml:space="preserve">[31:03] </w:t>
      </w:r>
      <w:r>
        <w:t>wa rasulahu wal daara al aakhirata fa inna Allaha a'adda lil muhsinaati</w:t>
      </w:r>
    </w:p>
    <w:p>
      <w:pPr>
        <w:jc w:val="right"/>
      </w:pPr>
      <w:r>
        <w:t>ورسولہ والدار الاخرۃ فان اللہ اعد للمحسنات</w:t>
      </w:r>
    </w:p>
    <w:p>
      <w:r>
        <w:rPr>
          <w:b/>
        </w:rPr>
        <w:t xml:space="preserve">[31:13] </w:t>
      </w:r>
      <w:r>
        <w:t>fa inna Allaha a'adda lil muhsinaati minkunna ajran azeema ya nisaa'</w:t>
      </w:r>
    </w:p>
    <w:p>
      <w:pPr>
        <w:jc w:val="right"/>
      </w:pPr>
      <w:r>
        <w:t>فان اللہ اعد للمحسنات من کن اجرا عظیما يا نساء</w:t>
      </w:r>
    </w:p>
    <w:p>
      <w:r>
        <w:rPr>
          <w:b/>
        </w:rPr>
        <w:t xml:space="preserve">[31:28] </w:t>
      </w:r>
      <w:r>
        <w:t>an nabiyyi man ya'ti minkunna bi fahishatin mubeenatin yuda'af lahal azaabu da'fayni</w:t>
      </w:r>
    </w:p>
    <w:p>
      <w:pPr>
        <w:jc w:val="right"/>
      </w:pPr>
      <w:r>
        <w:t>النبی من یأت من کن بفاحشۃ مبینۃ یضاعف لہ العذاب ضعفین</w:t>
      </w:r>
    </w:p>
    <w:p>
      <w:r>
        <w:rPr>
          <w:b/>
        </w:rPr>
        <w:t xml:space="preserve">[31:44] </w:t>
      </w:r>
      <w:r>
        <w:t>wa kan zalika ala Allah yaseera a nabee apni biwion se kaho ke agar tum dunya ki zindagi aur is ki zeenat chahti ho to aao mein tum ko kuch maloomat de kar khoobi ke sath rokhsat kar doon</w:t>
      </w:r>
    </w:p>
    <w:p>
      <w:pPr>
        <w:jc w:val="right"/>
      </w:pPr>
      <w:r>
        <w:t>وكان ذلك علی اللہ یسیرا اے نبی اپنی بیویوں سے کہو کہ اگر تم دنیا کی زندگی اور اس کی زینت چاہتی ہو تو آؤ میں تم کو کچھ معلومات دے کر خوبی کے ساتھ رخصت کر دوں</w:t>
      </w:r>
    </w:p>
    <w:p>
      <w:r>
        <w:rPr>
          <w:b/>
        </w:rPr>
        <w:t xml:space="preserve">[32:01] </w:t>
      </w:r>
      <w:r>
        <w:t>aur agar tum Allah aur is ke rasool aur akhirat ke ghar ko chahti ho to Allah ne tum mein se naik kirdaron ke liye bara ajr muhiya kar rakha hai</w:t>
      </w:r>
    </w:p>
    <w:p>
      <w:pPr>
        <w:jc w:val="right"/>
      </w:pPr>
      <w:r>
        <w:t>اور اگر تم اللہ اور اس کے رسول اور آخرت کے گھر کو چاہتی ہو تو اللہ نے تم میں سے نیک کرداروں کے لیے بڑا اجر مہیا کر رکھا ہے۔</w:t>
      </w:r>
    </w:p>
    <w:p>
      <w:r>
        <w:rPr>
          <w:b/>
        </w:rPr>
        <w:t xml:space="preserve">[32:13] </w:t>
      </w:r>
      <w:r>
        <w:t>a nabee ki biwion tum mein se jo kisi khuli be hayai ka irtikab kare gi us ko</w:t>
      </w:r>
    </w:p>
    <w:p>
      <w:pPr>
        <w:jc w:val="right"/>
      </w:pPr>
      <w:r>
        <w:t>اے نبی کی بیویوں! تم میں سے جو کسی کھلی بے حیائی کا ارتکاب کرے گی اس کو</w:t>
      </w:r>
    </w:p>
    <w:p>
      <w:r>
        <w:rPr>
          <w:b/>
        </w:rPr>
        <w:t xml:space="preserve">[32:19] </w:t>
      </w:r>
      <w:r>
        <w:t>dehra azab diya jaye ga aur yeh Allah ke liye asan hai tashreeh hijrat ne musalmanon ki maashiat ko darham barham kar diya tha</w:t>
      </w:r>
    </w:p>
    <w:p>
      <w:pPr>
        <w:jc w:val="right"/>
      </w:pPr>
      <w:r>
        <w:t>دہرا عذاب دیا جائے گا اور یہ اللہ کے لیے آسان ہے۔ تشریح: ہجرت نے مسلمانوں کی معاشیات کو درہم برہم کر دیا تھا۔</w:t>
      </w:r>
    </w:p>
    <w:p>
      <w:r>
        <w:rPr>
          <w:b/>
        </w:rPr>
        <w:t xml:space="preserve">[32:32] </w:t>
      </w:r>
      <w:r>
        <w:t>mazeed yeh ke hijrat ke baad islam dushmano ne</w:t>
      </w:r>
    </w:p>
    <w:p>
      <w:pPr>
        <w:jc w:val="right"/>
      </w:pPr>
      <w:r>
        <w:t>مزید یہ کہ ہجرت کے بعد اسلام دشمنوں نے</w:t>
      </w:r>
    </w:p>
    <w:p>
      <w:r>
        <w:rPr>
          <w:b/>
        </w:rPr>
        <w:t xml:space="preserve">[32:37] </w:t>
      </w:r>
      <w:r>
        <w:t>musalmanon ko musalsal jang mein uljha diya is ka nateeja yeh hua ke musalmanon ki maashi halat bilkul barbaad ho kar reh gayi</w:t>
      </w:r>
    </w:p>
    <w:p>
      <w:pPr>
        <w:jc w:val="right"/>
      </w:pPr>
      <w:r>
        <w:t>مسلمانوں کو مسلسل جنگ میں الجھا دیا۔ اس کا نتیجہ یہ ہوا کہ مسلمانوں کی معاشی حالت بالکل برباد ہو کر رہ گئی۔</w:t>
      </w:r>
    </w:p>
    <w:p>
      <w:r>
        <w:rPr>
          <w:b/>
        </w:rPr>
        <w:t xml:space="preserve">[32:47] </w:t>
      </w:r>
      <w:r>
        <w:t>is ka sab se zyada asar rasool Allah sal Allah alaihi wasallam par pada aap ke ghar walon ka hal yeh hua ke naguzir zaroorat ki farahmi bhi mushkil ho gayi</w:t>
      </w:r>
    </w:p>
    <w:p>
      <w:pPr>
        <w:jc w:val="right"/>
      </w:pPr>
      <w:r>
        <w:t>اس کا سب سے زیادہ اثر رسول اللہ صلی اللہ علیہ وسلم پر پڑا۔ آپ کے گھر والوں کا حال یہ ہوا کہ ناگزیر ضرورت کی فراہمی بھی مشکل ہو گئی۔</w:t>
      </w:r>
    </w:p>
    <w:p>
      <w:r>
        <w:rPr>
          <w:b/>
        </w:rPr>
        <w:t xml:space="preserve">[32:58] </w:t>
      </w:r>
      <w:r>
        <w:t>yahan tak ke aap ki azwaj ne tang aa kar aap se nafaqa ka mutaliba shuru kar diya</w:t>
      </w:r>
    </w:p>
    <w:p>
      <w:pPr>
        <w:jc w:val="right"/>
      </w:pPr>
      <w:r>
        <w:t>یہاں تک کہ آپ کی ازواج نے تنگ آ کر آپ سے نفقہ کا مطالبہ شروع کر دیا۔</w:t>
      </w:r>
    </w:p>
    <w:p>
      <w:r>
        <w:rPr>
          <w:b/>
        </w:rPr>
        <w:t xml:space="preserve">[33:06] </w:t>
      </w:r>
      <w:r>
        <w:t>azwaj ki taraf se sirf zaroori kharch ka mutaliba kiya gaya tha is ko Allah ne zeenat dunya ke mutalibe se taabeer farmaya</w:t>
      </w:r>
    </w:p>
    <w:p>
      <w:pPr>
        <w:jc w:val="right"/>
      </w:pPr>
      <w:r>
        <w:t>ازواج کی طرف سے صرف ضروری خرچ کا مطالبہ کیا گیا تھا۔ اس کو اللہ نے زینت دنیا کے مطالبے سے تعبیر فرمایا۔</w:t>
      </w:r>
    </w:p>
    <w:p>
      <w:r>
        <w:rPr>
          <w:b/>
        </w:rPr>
        <w:t xml:space="preserve">[33:17] </w:t>
      </w:r>
      <w:r>
        <w:t>yeh dar asal shiddat izhar hai isi tarah</w:t>
      </w:r>
    </w:p>
    <w:p>
      <w:pPr>
        <w:jc w:val="right"/>
      </w:pPr>
      <w:r>
        <w:t>یہ دراصل شدت اظہار ہے۔ اسی طرح</w:t>
      </w:r>
    </w:p>
    <w:p>
      <w:r>
        <w:rPr>
          <w:b/>
        </w:rPr>
        <w:t xml:space="preserve">[33:23] </w:t>
      </w:r>
      <w:r>
        <w:t>be hayai ka lafz bhi yahan shiddat izhar ke liye aya hai peghambar islam sal Allah alaihi wasallam tareekh ke aik ahem tareen mission ki takmeel par mamoor the yani dor shirk ka khatma</w:t>
      </w:r>
    </w:p>
    <w:p>
      <w:pPr>
        <w:jc w:val="right"/>
      </w:pPr>
      <w:r>
        <w:t>بے حیائی کا لفظ بھی یہاں شدت اظہار کے لیے آیا ہے۔ پیغمبر اسلام صلی اللہ علیہ وسلم تاریخ کے ایک اہم ترین مشن کی تکمیل پر مامور تھے یعنی دور شرک کا خاتمہ</w:t>
      </w:r>
    </w:p>
    <w:p>
      <w:r>
        <w:rPr>
          <w:b/>
        </w:rPr>
        <w:t xml:space="preserve">[33:39] </w:t>
      </w:r>
      <w:r>
        <w:t>aur dor toheed ka qayam aisi halat mein kisi bhi doosri cheez ko ahmiyat dena aap ke liye mumkin na tha</w:t>
      </w:r>
    </w:p>
    <w:p>
      <w:pPr>
        <w:jc w:val="right"/>
      </w:pPr>
      <w:r>
        <w:t>اور دور توحید کا قیام۔ ایسی حالت میں کسی بھی دوسری چیز کو اہمیت دینا آپ کے لیے ممکن نہ تھا۔</w:t>
      </w:r>
    </w:p>
    <w:p>
      <w:r>
        <w:rPr>
          <w:b/>
        </w:rPr>
        <w:t xml:space="preserve">[33:49] </w:t>
      </w:r>
      <w:r>
        <w:t>is liye azwaj rasool se farmaya gaya ke ya to sabr aur qanaat ke sath rasool ke sath raho</w:t>
      </w:r>
    </w:p>
    <w:p>
      <w:pPr>
        <w:jc w:val="right"/>
      </w:pPr>
      <w:r>
        <w:t>اس لیے ازواج رسول سے فرمایا گیا کہ یا تو صبر اور قناعت کے ساتھ رسول کے ساتھ رہو</w:t>
      </w:r>
    </w:p>
    <w:p>
      <w:r>
        <w:rPr>
          <w:b/>
        </w:rPr>
        <w:t xml:space="preserve">[33:58] </w:t>
      </w:r>
      <w:r>
        <w:t>aur agar yeh manzoor nahi hai to khush usloobi ke sath alag ho jao khangai raza khari kar ke peghambar ke zehn ko muntashir karna kisi tarah bhi qabil bardasht nahi</w:t>
      </w:r>
    </w:p>
    <w:p>
      <w:pPr>
        <w:jc w:val="right"/>
      </w:pPr>
      <w:r>
        <w:t>اور اگر یہ منظور نہیں ہے تو خوش اسلوبی کے ساتھ الگ ہو جاؤ۔ خانگی رضا کھڑی کر کے پیغمبر کے ذہن کو منتشر کرنا کسی طرح بھی قابل برداشت نہیں۔</w:t>
      </w:r>
    </w:p>
    <w:p>
      <w:r>
        <w:rPr>
          <w:b/>
        </w:rPr>
        <w:t xml:space="preserve">[34:13] </w:t>
      </w:r>
      <w:r>
        <w:t>wa man</w:t>
      </w:r>
    </w:p>
    <w:p>
      <w:pPr>
        <w:jc w:val="right"/>
      </w:pPr>
      <w:r>
        <w:t>ومن</w:t>
      </w:r>
    </w:p>
    <w:p>
      <w:r>
        <w:rPr>
          <w:b/>
        </w:rPr>
        <w:t xml:space="preserve">[34:14] </w:t>
      </w:r>
      <w:r>
        <w:t>yaqnat min kun lillah wa rasoolah wa ta'mal salihan nu'tiha ajraha marratayn wa a'tadna lah rizqan kareema</w:t>
      </w:r>
    </w:p>
    <w:p>
      <w:pPr>
        <w:jc w:val="right"/>
      </w:pPr>
      <w:r>
        <w:t>یقنت من کن للہ ورسولہ وتعمل صالحا نؤتھا اجرها مرتین واعتدنا لہ رزقا کریما</w:t>
      </w:r>
    </w:p>
    <w:p>
      <w:r>
        <w:rPr>
          <w:b/>
        </w:rPr>
        <w:t xml:space="preserve">[34:33] </w:t>
      </w:r>
      <w:r>
        <w:t>ya nisaa</w:t>
      </w:r>
    </w:p>
    <w:p>
      <w:pPr>
        <w:jc w:val="right"/>
      </w:pPr>
      <w:r>
        <w:t>یا نساء</w:t>
      </w:r>
    </w:p>
    <w:p>
      <w:r>
        <w:rPr>
          <w:b/>
        </w:rPr>
        <w:t xml:space="preserve">[34:37] </w:t>
      </w:r>
      <w:r>
        <w:t>al nabee lastunna ahad min al nisaa</w:t>
      </w:r>
    </w:p>
    <w:p>
      <w:pPr>
        <w:jc w:val="right"/>
      </w:pPr>
      <w:r>
        <w:t>النبی لستنک احد من النساء</w:t>
      </w:r>
    </w:p>
    <w:p>
      <w:r>
        <w:rPr>
          <w:b/>
        </w:rPr>
        <w:t xml:space="preserve">[34:46] </w:t>
      </w:r>
      <w:r>
        <w:t>in ittaqaytun fala takhda'na bil qawli fayatma' allathi fi qalbihi marad</w:t>
      </w:r>
    </w:p>
    <w:p>
      <w:pPr>
        <w:jc w:val="right"/>
      </w:pPr>
      <w:r>
        <w:t>ان اتقیتن فلا تخضعن بالقول فيطمع الذي فی قلبہ مرض</w:t>
      </w:r>
    </w:p>
    <w:p>
      <w:r>
        <w:rPr>
          <w:b/>
        </w:rPr>
        <w:t xml:space="preserve">[34:56] </w:t>
      </w:r>
      <w:r>
        <w:t>wa qulna qawlan ma'roofan aur tum mein se jo Allah aur is ke rasool ki farmanbardari kare gi aur naik amal kare gi to hum us ko is ka dehra ajr dein ge aur hum ne is ke liye</w:t>
      </w:r>
    </w:p>
    <w:p>
      <w:pPr>
        <w:jc w:val="right"/>
      </w:pPr>
      <w:r>
        <w:t>وقلن قولا معروفا اور تم میں سے جو اللہ اور اس کے رسول کی فرمانبرداری کرے گی اور نیک عمل کرے گی تو ہم اس کو اس کا دہرا اجر دیں گے اور ہم نے اس کے لیے</w:t>
      </w:r>
    </w:p>
    <w:p>
      <w:r>
        <w:rPr>
          <w:b/>
        </w:rPr>
        <w:t xml:space="preserve">[35:15] </w:t>
      </w:r>
      <w:r>
        <w:t>ba izzat rozi tayar kar rakhi hai a nabee ki biwion tum aam auraton ki tarah nahi ho agar tum Allah se daro to tum lehje mein narmi na ikhtiyar karo ke jis ke dil mein bemari hai woh lalach mein par jaye aur</w:t>
      </w:r>
    </w:p>
    <w:p>
      <w:pPr>
        <w:jc w:val="right"/>
      </w:pPr>
      <w:r>
        <w:t>باعزت روزی تیار کر رکھی ہے۔ اے نبی کی بیویوں! تم عام عورتوں کی طرح نہیں ہو۔ اگر تم اللہ سے ڈرو تو تم لہجے میں نرمی نہ اختیار کرو کہ جس کے دل میں بیماری ہے وہ لالچ میں پڑ جائے اور</w:t>
      </w:r>
    </w:p>
    <w:p>
      <w:r>
        <w:rPr>
          <w:b/>
        </w:rPr>
        <w:t xml:space="preserve">[35:34] </w:t>
      </w:r>
      <w:r>
        <w:t>ma'roof ke mutabiq baat kaho tashreeh peghambar ki biwion ko muashre mein aik tarah ka qaidana maqam hasil tha</w:t>
      </w:r>
    </w:p>
    <w:p>
      <w:pPr>
        <w:jc w:val="right"/>
      </w:pPr>
      <w:r>
        <w:t>معروف کے مطابق بات کہو۔ تشریح: پیغمبر کی بیویوں کو معاشرے میں ایک طرح کا قائدانہ مقام حاصل تھا۔</w:t>
      </w:r>
    </w:p>
    <w:p>
      <w:r>
        <w:rPr>
          <w:b/>
        </w:rPr>
        <w:t xml:space="preserve">[35:45] </w:t>
      </w:r>
      <w:r>
        <w:t>aise logon ko haq ke aage jhukne ke liye is se zyada qurbani deni parti hai jitni aik aam aadmi ko deni parti hai</w:t>
      </w:r>
    </w:p>
    <w:p>
      <w:pPr>
        <w:jc w:val="right"/>
      </w:pPr>
      <w:r>
        <w:t>ایسے لوگوں کو حق کے آگے جھکنے کے لیے اس سے زیادہ قربانی دینی پڑتی ہے جتنی ایک عام آدمی کو دینی پڑتی ہے۔</w:t>
      </w:r>
    </w:p>
    <w:p>
      <w:r>
        <w:rPr>
          <w:b/>
        </w:rPr>
        <w:t xml:space="preserve">[35:55] </w:t>
      </w:r>
      <w:r>
        <w:t>yahi wajah hai ke aise logon se Allah taala ne dehra inam ka wada kiya hai woh amal karne ke liye doosron se zyada quwwat iradi istemal karte hain</w:t>
      </w:r>
    </w:p>
    <w:p>
      <w:pPr>
        <w:jc w:val="right"/>
      </w:pPr>
      <w:r>
        <w:t>یہی وجہ ہے کہ ایسے لوگوں سے اللہ تعالی نے دہرا انعام کا وعدہ کیا ہے۔ وہ عمل کرنے کے لیے دوسروں سے زیادہ قوت ارادی استعمال کرتے ہیں۔</w:t>
      </w:r>
    </w:p>
    <w:p>
      <w:r>
        <w:rPr>
          <w:b/>
        </w:rPr>
        <w:t xml:space="preserve">[36:07] </w:t>
      </w:r>
      <w:r>
        <w:t>is liye woh apne amal ki qeemat bhi doosron se zyada pate hain</w:t>
      </w:r>
    </w:p>
    <w:p>
      <w:pPr>
        <w:jc w:val="right"/>
      </w:pPr>
      <w:r>
        <w:t>اس لیے وہ اپنے عمل کی قیمت بھی دوسروں سے زیادہ پاتے ہیں۔</w:t>
      </w:r>
    </w:p>
    <w:p>
      <w:r>
        <w:rPr>
          <w:b/>
        </w:rPr>
        <w:t xml:space="preserve">[36:13] </w:t>
      </w:r>
      <w:r>
        <w:t>paighamabr ki auraton ki is khusoosiyat ki wajah se in ka rabt baar baar doosron se qaim hota tha. log deeni umoor mein rehnumai ke liye in ke paas aate thay.</w:t>
      </w:r>
    </w:p>
    <w:p>
      <w:pPr>
        <w:jc w:val="right"/>
      </w:pPr>
      <w:r>
        <w:t>پیغمبر کی عورتوں کی اس خصوصیت کی وجہ سے ان کا ربط بار بار دوسروں سے قائم ہوتا تھا۔ لوگ دینی امور میں رہنمائی کے لیے ان کے پاس آتے تھے۔</w:t>
      </w:r>
    </w:p>
    <w:p>
      <w:r>
        <w:rPr>
          <w:b/>
        </w:rPr>
        <w:t xml:space="preserve">[36:26] </w:t>
      </w:r>
      <w:r>
        <w:t>is liye hukum diya gaya ke doosron se baat karo to kisi qadar khushk andaaz se baat karo.</w:t>
      </w:r>
    </w:p>
    <w:p>
      <w:pPr>
        <w:jc w:val="right"/>
      </w:pPr>
      <w:r>
        <w:t>اس لیے حکم دیا گیا کہ دوسروں سے بات کرو تو کسی قدر خشک انداز سے بات کرو۔</w:t>
      </w:r>
    </w:p>
    <w:p>
      <w:r>
        <w:rPr>
          <w:b/>
        </w:rPr>
        <w:t xml:space="preserve">[36:32] </w:t>
      </w:r>
      <w:r>
        <w:t>is tarah be takallufi mein baat na karo jis tarah ek mehram rishtedaar se baat ki jaati hai. watarn fi buyutukn wala tabarrujina tabarruj al jahiliyat al oola wa aqim us salat</w:t>
      </w:r>
    </w:p>
    <w:p>
      <w:pPr>
        <w:jc w:val="right"/>
      </w:pPr>
      <w:r>
        <w:t>اس طرح بے تکلفی میں بات نہ کرو جس طرح ایک محرم رشتہ دار سے بات کی جاتی ہے۔ وطرن فی بیوتکن ولا تبرجن تبرج الجاہلیۃ الاولی واقمن الصلاۃ</w:t>
      </w:r>
    </w:p>
    <w:p>
      <w:r>
        <w:rPr>
          <w:b/>
        </w:rPr>
        <w:t xml:space="preserve">[36:55] </w:t>
      </w:r>
      <w:r>
        <w:t>wa aqim us salat wa atu uz zakat wa atu ullaha wa rasulahu innama yurid ullahu liyazhaba ankum ur rijs ahl al bayt wa yutahhirakum tutheera</w:t>
      </w:r>
    </w:p>
    <w:p>
      <w:pPr>
        <w:jc w:val="right"/>
      </w:pPr>
      <w:r>
        <w:t>واقمن الصلاۃ واتین الزکوۃ واطعن اللہ ورسولہ انما یرید اللہ لیذہب عنکم الرجس اہل البیت ويطهرکم تطہیرا</w:t>
      </w:r>
    </w:p>
    <w:p>
      <w:r>
        <w:rPr>
          <w:b/>
        </w:rPr>
        <w:t xml:space="preserve">[37:14] </w:t>
      </w:r>
      <w:r>
        <w:t>wa zkuruna ma yutla fi buyutukn min ayati ullahi wal hikmati innallaha kana latifun khabira aur tum apne ghar mein qarar se raho aur sabaq jahlait ki tarah</w:t>
      </w:r>
    </w:p>
    <w:p>
      <w:pPr>
        <w:jc w:val="right"/>
      </w:pPr>
      <w:r>
        <w:t>واذکرن ما یتلی فی بیوتکن من آیات اللہ والحکمۃ ان اللہ کان لطیفا خبیرا اور تم اپنے گھر میں قرار سے رہو اور سابقہ جاہلیت کی طرح</w:t>
      </w:r>
    </w:p>
    <w:p>
      <w:r>
        <w:rPr>
          <w:b/>
        </w:rPr>
        <w:t xml:space="preserve">[37:36] </w:t>
      </w:r>
      <w:r>
        <w:t>dikhlati na phiro. aur namaz qaim karo aur zakat ada karo aur Allah aur us ke rasool ki itaat karo.</w:t>
      </w:r>
    </w:p>
    <w:p>
      <w:pPr>
        <w:jc w:val="right"/>
      </w:pPr>
      <w:r>
        <w:t>دکھلاتی نہ پھرو۔ اور نماز قائم کرو اور زکوۃ ادا کرو اور اللہ اور اس کے رسول کی اطاعت کرو۔</w:t>
      </w:r>
    </w:p>
    <w:p>
      <w:r>
        <w:rPr>
          <w:b/>
        </w:rPr>
        <w:t xml:space="preserve">[37:46] </w:t>
      </w:r>
      <w:r>
        <w:t>Allah to chahta hai ke tum ahl e bait se aloodgi ko door kare aur tum ko poori tarah pak kar de.</w:t>
      </w:r>
    </w:p>
    <w:p>
      <w:pPr>
        <w:jc w:val="right"/>
      </w:pPr>
      <w:r>
        <w:t>اللہ تو چاہتا ہے کہ تم اہل بیت سے الودگی کو دور کرے اور تم کو پوری طرح پاک کر دے۔</w:t>
      </w:r>
    </w:p>
    <w:p>
      <w:r>
        <w:rPr>
          <w:b/>
        </w:rPr>
        <w:t xml:space="preserve">[37:54] </w:t>
      </w:r>
      <w:r>
        <w:t>aur tumhare gharon mein</w:t>
      </w:r>
    </w:p>
    <w:p>
      <w:pPr>
        <w:jc w:val="right"/>
      </w:pPr>
      <w:r>
        <w:t>اور تمہارے گھروں میں</w:t>
      </w:r>
    </w:p>
    <w:p>
      <w:r>
        <w:rPr>
          <w:b/>
        </w:rPr>
        <w:t xml:space="preserve">[37:56] </w:t>
      </w:r>
      <w:r>
        <w:t>Allah ki ayat aur hikmat ki jo taleem hoti hai us ko yaad rakho. beshak Allah bareek bhi hai, khabar rakhne wala hai.</w:t>
      </w:r>
    </w:p>
    <w:p>
      <w:pPr>
        <w:jc w:val="right"/>
      </w:pPr>
      <w:r>
        <w:t>اللہ کی آیات اور حکمت کی جو تعلیم ہوتی ہے اس کو یاد رکھو۔ بے شک اللہ باریک بھی ہے، خبر رکھنے والا ہے۔</w:t>
      </w:r>
    </w:p>
    <w:p>
      <w:r>
        <w:rPr>
          <w:b/>
        </w:rPr>
        <w:t xml:space="preserve">[38:08] </w:t>
      </w:r>
      <w:r>
        <w:t>tashreeh: yahan azwaj e rasool ko khitab karte hue</w:t>
      </w:r>
    </w:p>
    <w:p>
      <w:pPr>
        <w:jc w:val="right"/>
      </w:pPr>
      <w:r>
        <w:t>تشریح: یہاں ازواج رسول کو خطاب کرتے ہوئے</w:t>
      </w:r>
    </w:p>
    <w:p>
      <w:r>
        <w:rPr>
          <w:b/>
        </w:rPr>
        <w:t xml:space="preserve">[38:13] </w:t>
      </w:r>
      <w:r>
        <w:t>muslim khawateen ko aam hidayat di gayi hai ke woh apne gharon mein kis tarah rahen. un ko usoolan apne ghar ke daire mein rehna chahiye.</w:t>
      </w:r>
    </w:p>
    <w:p>
      <w:pPr>
        <w:jc w:val="right"/>
      </w:pPr>
      <w:r>
        <w:t>مسلم خواتین کو عام ہدایت دی گئی ہے کہ وہ اپنے گھروں میں کس طرح رہیں۔ ان کو اصولا اپنے گھر کے دائرے میں رہنا چاہیے۔</w:t>
      </w:r>
    </w:p>
    <w:p>
      <w:r>
        <w:rPr>
          <w:b/>
        </w:rPr>
        <w:t xml:space="preserve">[38:23] </w:t>
      </w:r>
      <w:r>
        <w:t>dunya daar auraton ki tarah zeeb o zeenat ki numaaish un ka maqsood nahi hona chahiye.</w:t>
      </w:r>
    </w:p>
    <w:p>
      <w:pPr>
        <w:jc w:val="right"/>
      </w:pPr>
      <w:r>
        <w:t>دنیا دار عورتوں کی طرح زیب و زینت کی نمائش ان کا مقصود نہیں ہونا چاہیے۔</w:t>
      </w:r>
    </w:p>
    <w:p>
      <w:r>
        <w:rPr>
          <w:b/>
        </w:rPr>
        <w:t xml:space="preserve">[38:30] </w:t>
      </w:r>
      <w:r>
        <w:t>un ki tawajjuh ka markaz yeh hona chahiye ke woh Allah ki ibadat guzar ban jayen. woh apne asase ko Allah ke liye kharch karen.</w:t>
      </w:r>
    </w:p>
    <w:p>
      <w:pPr>
        <w:jc w:val="right"/>
      </w:pPr>
      <w:r>
        <w:t>ان کی توجہات کا مرکز یہ ہونا چاہیے کہ وہ اللہ کی عبادت گزار بن جائیں۔ وہ اپنے اثاثے کو اللہ کے لیے خرچ کریں۔</w:t>
      </w:r>
    </w:p>
    <w:p>
      <w:r>
        <w:rPr>
          <w:b/>
        </w:rPr>
        <w:t xml:space="preserve">[38:41] </w:t>
      </w:r>
      <w:r>
        <w:t>zindagi ke umoor mein Allah aur rasool ka jo hukum mile us ko foran ikhtiyar kar len.</w:t>
      </w:r>
    </w:p>
    <w:p>
      <w:pPr>
        <w:jc w:val="right"/>
      </w:pPr>
      <w:r>
        <w:t>زندگی کے معاملات میں اللہ اور رسول کا جو حکم ملے اس کو فوراً اختیار کر لیں۔</w:t>
      </w:r>
    </w:p>
    <w:p>
      <w:r>
        <w:rPr>
          <w:b/>
        </w:rPr>
        <w:t xml:space="preserve">[38:48] </w:t>
      </w:r>
      <w:r>
        <w:t>woh Allah aur rasool ki baaton ko sunne aur samajhne mein apna waqt guzaren. yeh tarz zindagi woh hai jo aadmi ko pak baz banata hai aur pak baz aadmi hi Allah taala ko pasand hai.</w:t>
      </w:r>
    </w:p>
    <w:p>
      <w:pPr>
        <w:jc w:val="right"/>
      </w:pPr>
      <w:r>
        <w:t>وہ اللہ اور رسول کی باتوں کو سننے اور سمجھنے میں اپنا وقت گزاریں۔ یہ طرز زندگی وہ ہے جو آدمی کو پاک باز بناتا ہے اور پاک باز آدمی ہی اللہ تعالی کو پسند ہے۔</w:t>
      </w:r>
    </w:p>
    <w:p>
      <w:r>
        <w:rPr>
          <w:b/>
        </w:rPr>
        <w:t xml:space="preserve">[39:06] </w:t>
      </w:r>
      <w:r>
        <w:t>in al muslimina wal muslimati wal mumineena wal muminaati wal qaniteena wal qanitati was sadiqina was sadiqati was sabireena was sabirati wal khashi'eena</w:t>
      </w:r>
    </w:p>
    <w:p>
      <w:pPr>
        <w:jc w:val="right"/>
      </w:pPr>
      <w:r>
        <w:t>ان المسلمین والمسلمات والمومنین والمومنات والقانتین والقانتات والصادقین والصادقات والصابرین والصابرات والخاشعین</w:t>
      </w:r>
    </w:p>
    <w:p>
      <w:r>
        <w:rPr>
          <w:b/>
        </w:rPr>
        <w:t xml:space="preserve">[39:25] </w:t>
      </w:r>
      <w:r>
        <w:t>wal khashi'eena wal khashi'ati wal mutasaddiqeena wal mutasaddiqati was sa'imeena was sa'imati wal hafezeena furujahum</w:t>
      </w:r>
    </w:p>
    <w:p>
      <w:pPr>
        <w:jc w:val="right"/>
      </w:pPr>
      <w:r>
        <w:t>والخاشعین والخاشعات والمتصدقین والمتصدقات والصائمین والصائمات والحافظین فروجہم</w:t>
      </w:r>
    </w:p>
    <w:p>
      <w:r>
        <w:rPr>
          <w:b/>
        </w:rPr>
        <w:t xml:space="preserve">[39:41] </w:t>
      </w:r>
      <w:r>
        <w:t>wal hafezeena furujahum wal hafezaati wadhakireena ullaha katheeran wadhakirati a'addallahu lahum a'addallahu lahum maghfiratan</w:t>
      </w:r>
    </w:p>
    <w:p>
      <w:pPr>
        <w:jc w:val="right"/>
      </w:pPr>
      <w:r>
        <w:t>والحافظین فروجہم والحافظات والذاکرین اللہ کثیرا والذاکرات اعد اللہ لہم اعد اللہ لہم مغفرۃ</w:t>
      </w:r>
    </w:p>
    <w:p>
      <w:r>
        <w:rPr>
          <w:b/>
        </w:rPr>
        <w:t xml:space="preserve">[39:58] </w:t>
      </w:r>
      <w:r>
        <w:t>wa ajran azeema. beshak itaat karne wale mard aur itaat karne wali auraten aur iman lane wale mard aur iman lane wali auraten aur farmanbardari karne wale mard aur farmanbardari karne wali auraten</w:t>
      </w:r>
    </w:p>
    <w:p>
      <w:pPr>
        <w:jc w:val="right"/>
      </w:pPr>
      <w:r>
        <w:t>واجرا عظیما. بے شک اطاعت کرنے والے مرد اور اطاعت کرنے والی عورتیں اور ایمان لانے والے مرد اور ایمان لانے والی عورتیں اور فرمانبرداری کرنے والے مرد اور فرمانبرداری کرنے والی عورتیں</w:t>
      </w:r>
    </w:p>
    <w:p>
      <w:r>
        <w:rPr>
          <w:b/>
        </w:rPr>
        <w:t xml:space="preserve">[40:19] </w:t>
      </w:r>
      <w:r>
        <w:t>aur rast baz mard aur rast baz auraten aur sabr karne wale mard aur sabr karne wali auraten aur khushu karne wale mard aur khushu karne wali auraten aur</w:t>
      </w:r>
    </w:p>
    <w:p>
      <w:pPr>
        <w:jc w:val="right"/>
      </w:pPr>
      <w:r>
        <w:t>اور راست باز مرد اور راست باز عورتیں اور صبر کرنے والے مرد اور صبر کرنے والی عورتیں اور خشوع کرنے والے مرد اور خشوع کرنے والی عورتیں اور</w:t>
      </w:r>
    </w:p>
    <w:p>
      <w:r>
        <w:rPr>
          <w:b/>
        </w:rPr>
        <w:t xml:space="preserve">[40:36] </w:t>
      </w:r>
      <w:r>
        <w:t>sadqa dene wale mard aur sadqa dene wali auraten aur roza rakhne wale mard aur roza rakhne wali auraten aur apni sharmgahon ki hifazat karne wale mard aur hifazat karne wali auraten</w:t>
      </w:r>
    </w:p>
    <w:p>
      <w:pPr>
        <w:jc w:val="right"/>
      </w:pPr>
      <w:r>
        <w:t>صدقہ دینے والے مرد اور صدقہ دینے والی عورتیں اور روزہ رکھنے والے مرد اور روزہ رکھنے والی عورتیں اور اپنی شرم گاہوں کی حفاظت کرنے والے مرد اور حفاظت کرنے والی عورتیں</w:t>
      </w:r>
    </w:p>
    <w:p>
      <w:r>
        <w:rPr>
          <w:b/>
        </w:rPr>
        <w:t xml:space="preserve">[40:55] </w:t>
      </w:r>
      <w:r>
        <w:t>aur Allah ko kasrat se yaad karne wale mard aur yaad karne wali auraten un ke liye Allah ne maghfirat aur bara ajr mehya kar rakha hai.</w:t>
      </w:r>
    </w:p>
    <w:p>
      <w:pPr>
        <w:jc w:val="right"/>
      </w:pPr>
      <w:r>
        <w:t>اور اللہ کو کثرت سے یاد کرنے والے مرد اور یاد کرنے والی عورتیں ان کے لیے اللہ نے مغفرت اور بڑا اجر مہیا کر رکھا ہے۔</w:t>
      </w:r>
    </w:p>
    <w:p>
      <w:r>
        <w:rPr>
          <w:b/>
        </w:rPr>
        <w:t xml:space="preserve">[41:11] </w:t>
      </w:r>
      <w:r>
        <w:t>tashreeh:</w:t>
      </w:r>
    </w:p>
    <w:p>
      <w:pPr>
        <w:jc w:val="right"/>
      </w:pPr>
      <w:r>
        <w:t>تشریح:</w:t>
      </w:r>
    </w:p>
    <w:p>
      <w:r>
        <w:rPr>
          <w:b/>
        </w:rPr>
        <w:t xml:space="preserve">[41:13] </w:t>
      </w:r>
      <w:r>
        <w:t>is ayat mein bataya gaya hai ke Allah taala ek mard ya ek aurat ko jaisa dekhna chahta hai woh kya hai. woh yeh das sifat hain: islam, iman,</w:t>
      </w:r>
    </w:p>
    <w:p>
      <w:pPr>
        <w:jc w:val="right"/>
      </w:pPr>
      <w:r>
        <w:t>اس آیت میں بتایا گیا ہے کہ اللہ تعالی ایک مرد یا ایک عورت کو جیسا دیکھنا چاہتا ہے وہ کیا ہے۔ وہ یہ دس صفات ہیں: اسلام، ایمان،</w:t>
      </w:r>
    </w:p>
    <w:p>
      <w:r>
        <w:rPr>
          <w:b/>
        </w:rPr>
        <w:t xml:space="preserve">[41:28] </w:t>
      </w:r>
      <w:r>
        <w:t>qunoot,</w:t>
      </w:r>
    </w:p>
    <w:p>
      <w:pPr>
        <w:jc w:val="right"/>
      </w:pPr>
      <w:r>
        <w:t>قنوت،</w:t>
      </w:r>
    </w:p>
    <w:p>
      <w:r>
        <w:rPr>
          <w:b/>
        </w:rPr>
        <w:t xml:space="preserve">[41:30] </w:t>
      </w:r>
      <w:r>
        <w:t>sidq, sabr, khushu, sadqa, roza, iffat, zikr Allah.</w:t>
      </w:r>
    </w:p>
    <w:p>
      <w:pPr>
        <w:jc w:val="right"/>
      </w:pPr>
      <w:r>
        <w:t>صدق، صبر، خشوع، صدقہ، روزہ، عفت، ذکر اللہ۔</w:t>
      </w:r>
    </w:p>
    <w:p>
      <w:r>
        <w:rPr>
          <w:b/>
        </w:rPr>
        <w:t xml:space="preserve">[41:42] </w:t>
      </w:r>
      <w:r>
        <w:t>in das alfaaz mein Islami aqeedah aur Islami kirdaar ke tamam pehlu simat aaye hain.</w:t>
      </w:r>
    </w:p>
    <w:p>
      <w:pPr>
        <w:jc w:val="right"/>
      </w:pPr>
      <w:r>
        <w:t>ان دس الفاظ میں اسلامی عقیدہ اور اسلامی کردار کے تمام پہلو سمٹ آئے ہیں۔</w:t>
      </w:r>
    </w:p>
    <w:p>
      <w:r>
        <w:rPr>
          <w:b/>
        </w:rPr>
        <w:t xml:space="preserve">[41:49] </w:t>
      </w:r>
      <w:r>
        <w:t>is ka khulasa yeh hai ke har woh shakhs jo Allah ke haan maghfirat aur inaam ka umeedwar ho, us ko aisa banna chahiye ke woh Allah ke hukum ke aage jhukne wala ho.</w:t>
      </w:r>
    </w:p>
    <w:p>
      <w:pPr>
        <w:jc w:val="right"/>
      </w:pPr>
      <w:r>
        <w:t>اس کا خلاصہ یہ ہے کہ ہر وہ شخص جو اللہ کے ہاں مغفرت اور انعام کا امیدوار ہو، اس کو ایسا بننا چاہیے کہ وہ اللہ کے حکم کے آگے جھکنے والا ہو۔</w:t>
      </w:r>
    </w:p>
    <w:p>
      <w:r>
        <w:rPr>
          <w:b/>
        </w:rPr>
        <w:t xml:space="preserve">[42:03] </w:t>
      </w:r>
      <w:r>
        <w:t>woh Allah par yaqeen karne wala ho.</w:t>
      </w:r>
    </w:p>
    <w:p>
      <w:pPr>
        <w:jc w:val="right"/>
      </w:pPr>
      <w:r>
        <w:t>وہ اللہ پر یقین کرنے والا ہو۔</w:t>
      </w:r>
    </w:p>
    <w:p>
      <w:r>
        <w:rPr>
          <w:b/>
        </w:rPr>
        <w:t xml:space="preserve">[42:06] </w:t>
      </w:r>
      <w:r>
        <w:t>woh apne poore wajood ke sath Allah ke liye yakso ho jaye. Uski zindagi qaul aur feal ke tazaad se khaali ho.</w:t>
      </w:r>
    </w:p>
    <w:p>
      <w:pPr>
        <w:jc w:val="right"/>
      </w:pPr>
      <w:r>
        <w:t>وہ اپنے پورے وجود کے ساتھ اللہ کے لیے یکسو ہو جائے۔ اس کی زندگی قول اور فعل کے تضاد سے خالی ہو۔</w:t>
      </w:r>
    </w:p>
    <w:p>
      <w:r>
        <w:rPr>
          <w:b/>
        </w:rPr>
        <w:t xml:space="preserve">[42:16] </w:t>
      </w:r>
      <w:r>
        <w:t>woh har haal mein haq par jamne wala ho. Allah ki barai ke ehsaas ne us ko mutawazin bana diya ho.</w:t>
      </w:r>
    </w:p>
    <w:p>
      <w:pPr>
        <w:jc w:val="right"/>
      </w:pPr>
      <w:r>
        <w:t>وہ ہر حال میں حق پر جمنے والا ہو۔ اللہ کی بڑائی کے احساس نے اس کو متوازن بنا دیا ہو۔</w:t>
      </w:r>
    </w:p>
    <w:p>
      <w:r>
        <w:rPr>
          <w:b/>
        </w:rPr>
        <w:t xml:space="preserve">[42:25] </w:t>
      </w:r>
      <w:r>
        <w:t>woh doosron ki zaroorat poori karne ko bhi apni zimmedari shumar karta ho. Woh rozadaar ho jo nafs ko control karne ki tarbiyat hai.</w:t>
      </w:r>
    </w:p>
    <w:p>
      <w:pPr>
        <w:jc w:val="right"/>
      </w:pPr>
      <w:r>
        <w:t>وہ دوسروں کی ضرورت پوری کرنے کو بھی اپنی ذمہ داری شمار کرتا ہو۔ وہ روزہ دار ہو جو نفس کو کنٹرول کرنے کی تربیت ہے۔</w:t>
      </w:r>
    </w:p>
    <w:p>
      <w:r>
        <w:rPr>
          <w:b/>
        </w:rPr>
        <w:t xml:space="preserve">[42:36] </w:t>
      </w:r>
      <w:r>
        <w:t>woh shahwani khwahishat ke muqable mein azeef aur paak daaman ho. Uske subah shaam Allah ki yaad mein basar hone lagen.</w:t>
      </w:r>
    </w:p>
    <w:p>
      <w:pPr>
        <w:jc w:val="right"/>
      </w:pPr>
      <w:r>
        <w:t>وہ شہوانی خواہشات کے مقابلے میں عفیف اور پاک دامن ہو۔ اس کے صبح شام اللہ کی یاد میں بسر ہونے لگیں۔</w:t>
      </w:r>
    </w:p>
    <w:p>
      <w:r>
        <w:rPr>
          <w:b/>
        </w:rPr>
        <w:t xml:space="preserve">[42:46] </w:t>
      </w:r>
      <w:r>
        <w:t>yeh ausaf jis tarah mardon se matloob hain, usi tarah woh auraton se bhi matloob hain. In ausaf ke izhaar ka dayrah baaz aitbaar se dono ke darmiyan mukhtalif hai,</w:t>
      </w:r>
    </w:p>
    <w:p>
      <w:pPr>
        <w:jc w:val="right"/>
      </w:pPr>
      <w:r>
        <w:t>یہ اوصاف جس طرح مردوں سے مطلوب ہیں، اسی طرح وہ عورتوں سے بھی مطلوب ہیں۔ ان اوصاف کے اظہار کا دائرہ بعض اعتبار سے دونوں کے درمیان مختلف ہے،</w:t>
      </w:r>
    </w:p>
    <w:p>
      <w:r>
        <w:rPr>
          <w:b/>
        </w:rPr>
        <w:t xml:space="preserve">[43:00] </w:t>
      </w:r>
      <w:r>
        <w:t>magar jahan tak khud ausaf ka talluq hai,</w:t>
      </w:r>
    </w:p>
    <w:p>
      <w:pPr>
        <w:jc w:val="right"/>
      </w:pPr>
      <w:r>
        <w:t>مگر جہاں تک خود اوصاف کا تعلق ہے،</w:t>
      </w:r>
    </w:p>
    <w:p>
      <w:r>
        <w:rPr>
          <w:b/>
        </w:rPr>
        <w:t xml:space="preserve">[43:04] </w:t>
      </w:r>
      <w:r>
        <w:t>woh dono ke liye yaksaan hai. Koi aurat ho ya koi mard, woh isi waqt Khuda ke yahan qabil-e-qubool thehrega jab ke woh in das sifaton se muttasif ho kar Khuda ke haan pohanche.</w:t>
      </w:r>
    </w:p>
    <w:p>
      <w:pPr>
        <w:jc w:val="right"/>
      </w:pPr>
      <w:r>
        <w:t>وہ دونوں کے لیے یکساں ہے۔ کوئی عورت ہو یا کوئی مرد، وہ اسی وقت خدا کے یہاں قابل قبول ٹھہرے گا جب کہ وہ ان دس صفتوں سے متصف ہو کر خدا کے ہاں پہنچے۔</w:t>
      </w:r>
    </w:p>
    <w:p>
      <w:r>
        <w:rPr>
          <w:b/>
        </w:rPr>
        <w:t xml:space="preserve">[43:21] </w:t>
      </w:r>
      <w:r>
        <w:t>wa kaana limu'min</w:t>
      </w:r>
    </w:p>
    <w:p>
      <w:pPr>
        <w:jc w:val="right"/>
      </w:pPr>
      <w:r>
        <w:t>وما كان لمؤمن</w:t>
      </w:r>
    </w:p>
    <w:p>
      <w:r>
        <w:rPr>
          <w:b/>
        </w:rPr>
        <w:t xml:space="preserve">[43:23] </w:t>
      </w:r>
      <w:r>
        <w:t>wa la mu'minah idha qada Allahu wa rasooluhu amran an yakuna lahumul khairatu min amrihim wa mai ya'si Allaha wa rasoolahu faqad dalla dalalan</w:t>
      </w:r>
    </w:p>
    <w:p>
      <w:pPr>
        <w:jc w:val="right"/>
      </w:pPr>
      <w:r>
        <w:t>ولا مؤمنة إذا قضى الله ورسوله أمرا أن يكون لهم الخيرة من أمرهم ومن يعصي الله ورسوله فقد ضل ضلالا</w:t>
      </w:r>
    </w:p>
    <w:p>
      <w:r>
        <w:rPr>
          <w:b/>
        </w:rPr>
        <w:t xml:space="preserve">[43:42] </w:t>
      </w:r>
      <w:r>
        <w:t>mubinan kisi momin mard ya kisi momin aurat ke liye ganjahish nahi hai ke jab Allah aur uska Rasool kisi mamle ka faisla kar dein to phir unke liye is mein ikhtiyar baqi rahe.</w:t>
      </w:r>
    </w:p>
    <w:p>
      <w:pPr>
        <w:jc w:val="right"/>
      </w:pPr>
      <w:r>
        <w:t>مبینا کسی مومن مرد یا کسی مومن عورت کے لیے گنجائش نہیں ہے کہ جب اللہ اور اس کا رسول کسی معاملے کا فیصلہ کر دیں تو پھر ان کے لیے اس میں اختیار باقی رہے۔</w:t>
      </w:r>
    </w:p>
    <w:p>
      <w:r>
        <w:rPr>
          <w:b/>
        </w:rPr>
        <w:t xml:space="preserve">[43:59] </w:t>
      </w:r>
      <w:r>
        <w:t>aur jo shakhs Allah aur uske Rasool ki nafarmani karega to woh sareeh gumrahi mein pad gaya. Tashreeh: Insan ko khud mukhtar paida kiya gaya hai.</w:t>
      </w:r>
    </w:p>
    <w:p>
      <w:pPr>
        <w:jc w:val="right"/>
      </w:pPr>
      <w:r>
        <w:t>اور جو شخص اللہ اور اس کے رسول کی نافرمانی کرے گا تو وہ صریح گمراہی میں پڑ گیا۔ تشریح: انسان کو خود مختار پیدا کیا گیا ہے۔</w:t>
      </w:r>
    </w:p>
    <w:p>
      <w:r>
        <w:rPr>
          <w:b/>
        </w:rPr>
        <w:t xml:space="preserve">[44:15] </w:t>
      </w:r>
      <w:r>
        <w:t>is khud mukhtari ko use Khuda ke hawale karna hai.</w:t>
      </w:r>
    </w:p>
    <w:p>
      <w:pPr>
        <w:jc w:val="right"/>
      </w:pPr>
      <w:r>
        <w:t>اس خود مختاری کو اسے خدا کے حوالے کرنا ہے۔</w:t>
      </w:r>
    </w:p>
    <w:p>
      <w:r>
        <w:rPr>
          <w:b/>
        </w:rPr>
        <w:t xml:space="preserve">[44:19] </w:t>
      </w:r>
      <w:r>
        <w:t>yahi maujoodah duniya mein insan ka asal imtehan hai. Wohi shakhs hidayat par hai jo is nazuk imtehan mein poora utre.</w:t>
      </w:r>
    </w:p>
    <w:p>
      <w:pPr>
        <w:jc w:val="right"/>
      </w:pPr>
      <w:r>
        <w:t>یہی موجودہ دنیا میں انسان کا اصل امتحان ہے۔ وہی شخص ہدایت پر ہے جو اس نازک امتحان میں پورا اترے۔</w:t>
      </w:r>
    </w:p>
    <w:p>
      <w:r>
        <w:rPr>
          <w:b/>
        </w:rPr>
        <w:t xml:space="preserve">[44:31] </w:t>
      </w:r>
      <w:r>
        <w:t>is ki ek misaal daur-e-awwal mein Zaid aur Zainab ke nikah ka waqea hai.</w:t>
      </w:r>
    </w:p>
    <w:p>
      <w:pPr>
        <w:jc w:val="right"/>
      </w:pPr>
      <w:r>
        <w:t>اس کی ایک مثال دور اول میں زید اور زینب کے نکاح کا واقعہ ہے۔</w:t>
      </w:r>
    </w:p>
    <w:p>
      <w:r>
        <w:rPr>
          <w:b/>
        </w:rPr>
        <w:t xml:space="preserve">[44:37] </w:t>
      </w:r>
      <w:r>
        <w:t>Zaid ek azaad kardah ghulam thay. Is ke bar aks Zainab Quraish ke aala khandan se talluq rakhti theen kyunke woh Umaymah bint Abdul Muttalib ki saahibzadi theen.</w:t>
      </w:r>
    </w:p>
    <w:p>
      <w:pPr>
        <w:jc w:val="right"/>
      </w:pPr>
      <w:r>
        <w:t>زید ایک آزاد کردہ غلام تھے۔ اس کے برعکس زینب قریش کے اعلیٰ خاندان سے تعلق رکھتی تھیں کیونکہ وہ امیمہ بنت عبدالمطلب کی صاحبزادی تھیں۔</w:t>
      </w:r>
    </w:p>
    <w:p>
      <w:r>
        <w:rPr>
          <w:b/>
        </w:rPr>
        <w:t xml:space="preserve">[44:52] </w:t>
      </w:r>
      <w:r>
        <w:t>Rasool Allah Sal Allahu Alaihi Wasallam ne</w:t>
      </w:r>
    </w:p>
    <w:p>
      <w:pPr>
        <w:jc w:val="right"/>
      </w:pPr>
      <w:r>
        <w:t>رسول اللہ صلی اللہ علیہ وسلم نے</w:t>
      </w:r>
    </w:p>
    <w:p>
      <w:r>
        <w:rPr>
          <w:b/>
        </w:rPr>
        <w:t xml:space="preserve">[44:55] </w:t>
      </w:r>
      <w:r>
        <w:t>Zaid ka nikah Zainab se karna chaha to Zainab ke ghar wale is ke liye tayyar nahi hue. Khud Zainab ne kaha ke main nasab mein Zaid se behtar hoon.</w:t>
      </w:r>
    </w:p>
    <w:p>
      <w:pPr>
        <w:jc w:val="right"/>
      </w:pPr>
      <w:r>
        <w:t>زید کا نکاح زینب سے کرنا چاہا تو زینب کے گھر والے اس کے لیے تیار نہیں ہوئے۔ خود زینب نے کہا کہ میں نسب میں زید سے بہتر ہوں۔</w:t>
      </w:r>
    </w:p>
    <w:p>
      <w:r>
        <w:rPr>
          <w:b/>
        </w:rPr>
        <w:t xml:space="preserve">[45:09] </w:t>
      </w:r>
      <w:r>
        <w:t>magar jab in logon ko</w:t>
      </w:r>
    </w:p>
    <w:p>
      <w:pPr>
        <w:jc w:val="right"/>
      </w:pPr>
      <w:r>
        <w:t>مگر جب ان لوگوں کو</w:t>
      </w:r>
    </w:p>
    <w:p>
      <w:r>
        <w:rPr>
          <w:b/>
        </w:rPr>
        <w:t xml:space="preserve">[45:12] </w:t>
      </w:r>
      <w:r>
        <w:t>Quran ki mazkoorah aayat sunai gayi to woh log foran raazi ho gaye. San 4 Hijri mein unka nikah kar diya gaya.</w:t>
      </w:r>
    </w:p>
    <w:p>
      <w:pPr>
        <w:jc w:val="right"/>
      </w:pPr>
      <w:r>
        <w:t>قرآن کی مذکورہ آیت سنائی گئی تو وہ لوگ فوراً راضی ہو گئے۔ سن چار ہجری میں ان کا نکاح کر دیا گیا۔</w:t>
      </w:r>
    </w:p>
    <w:p>
      <w:r>
        <w:rPr>
          <w:b/>
        </w:rPr>
        <w:t xml:space="preserve">[45:22] </w:t>
      </w:r>
      <w:r>
        <w:t>yahi Islam ka mizaj hai aur yahi mizaj har Musalman mard aur Musalman aurat mein hona chahiye.</w:t>
      </w:r>
    </w:p>
    <w:p>
      <w:pPr>
        <w:jc w:val="right"/>
      </w:pPr>
      <w:r>
        <w:t>یہی اسلام کا مزاج ہے اور یہی مزاج ہر مسلمان مرد اور مسلمان عورت میں ہونا چاہیے۔</w:t>
      </w:r>
    </w:p>
    <w:p>
      <w:r>
        <w:rPr>
          <w:b/>
        </w:rPr>
        <w:t xml:space="preserve">[45:31] </w:t>
      </w:r>
      <w:r>
        <w:t>wa iz taqoolu lil lazi an'amallahu alaihi wa an'amta alaihi amsik alaika zawjak wattqillaha wa tukhfi fi nafsika wa tukhfi fi nafsika ma Allahu mubdi'uhu wa takhsha</w:t>
      </w:r>
    </w:p>
    <w:p>
      <w:pPr>
        <w:jc w:val="right"/>
      </w:pPr>
      <w:r>
        <w:t>واذ تقول للذی انعم اللہ علیہ وانعمت علیہ امسک علیک زوجک واتق اللہ وتخفی فی نفسک وتخفی فی نفسک ما اللہ مبدیہ وتخش</w:t>
      </w:r>
    </w:p>
    <w:p>
      <w:r>
        <w:rPr>
          <w:b/>
        </w:rPr>
        <w:t xml:space="preserve">[45:51] </w:t>
      </w:r>
      <w:r>
        <w:t>alnas wallah aht an taksha</w:t>
      </w:r>
    </w:p>
    <w:p>
      <w:pPr>
        <w:jc w:val="right"/>
      </w:pPr>
      <w:r>
        <w:t>الناس واللہ احق ان تخشا</w:t>
      </w:r>
    </w:p>
    <w:p>
      <w:r>
        <w:rPr>
          <w:b/>
        </w:rPr>
        <w:t xml:space="preserve">[45:58] </w:t>
      </w:r>
      <w:r>
        <w:t>falamma qaza zaid minha wataz zawajnakaha likaila yakun ala almauminina haraj likaila yakun ala almauminina haraj</w:t>
      </w:r>
    </w:p>
    <w:p>
      <w:pPr>
        <w:jc w:val="right"/>
      </w:pPr>
      <w:r>
        <w:t>فلما قضی زید منها وطرا زوجناکها لکیلا یكون علی المومنین حرج لکیلا یكون علی المومنین حرج</w:t>
      </w:r>
    </w:p>
    <w:p>
      <w:r>
        <w:rPr>
          <w:b/>
        </w:rPr>
        <w:t xml:space="preserve">[46:15] </w:t>
      </w:r>
      <w:r>
        <w:t>fi azwaj adaiyahim itha qazu minhunna wataz wakan amrullahi mafuula aur jab tum us shakhs se keh rahe the</w:t>
      </w:r>
    </w:p>
    <w:p>
      <w:pPr>
        <w:jc w:val="right"/>
      </w:pPr>
      <w:r>
        <w:t>فی ازواج ادعیائہم اذا قضوا منہن وطرا وكان امر اللہ مفعولا اور جب تم اس شخص سے کہہ رہے تھے</w:t>
      </w:r>
    </w:p>
    <w:p>
      <w:r>
        <w:rPr>
          <w:b/>
        </w:rPr>
        <w:t xml:space="preserve">[46:34] </w:t>
      </w:r>
      <w:r>
        <w:t>jis par Allah ne inam kiya aur tum ne inam kiya ke apni biwi ko roke rakho aur Allah se daro aur tum apne dil mein woh baat chupaye hue the jisko Allah zahir karne wala tha</w:t>
      </w:r>
    </w:p>
    <w:p>
      <w:pPr>
        <w:jc w:val="right"/>
      </w:pPr>
      <w:r>
        <w:t>جس پر اللہ نے انعام کیا اور تم نے انعام کیا کہ اپنی بیوی کو روکے رکھو اور اللہ سے ڈرو اور تم اپنے دل میں وہ بات چھپائے ہوئے تھے جس کو اللہ ظاہر کرنے والا تھا</w:t>
      </w:r>
    </w:p>
    <w:p>
      <w:r>
        <w:rPr>
          <w:b/>
        </w:rPr>
        <w:t xml:space="preserve">[46:50] </w:t>
      </w:r>
      <w:r>
        <w:t>aur tum logon se dar rahe the aur Allah zyada haqdar hai ke tum us se daro phir jab zaid us se apni ghraz tamam kar chuka hum ne tum se uska nikah kar diya ta ke musalmanon par</w:t>
      </w:r>
    </w:p>
    <w:p>
      <w:pPr>
        <w:jc w:val="right"/>
      </w:pPr>
      <w:r>
        <w:t>اور تم لوگوں سے ڈر رہے تھے اور اللہ زیادہ حقدار ہے کہ تم اس سے ڈرو پھر جب زید اس سے اپنی غرض تمام کر چکا ہم نے تم سے اس کا نکاح کر دیا تاکہ مسلمانوں پر</w:t>
      </w:r>
    </w:p>
    <w:p>
      <w:r>
        <w:rPr>
          <w:b/>
        </w:rPr>
        <w:t xml:space="preserve">[47:08] </w:t>
      </w:r>
      <w:r>
        <w:t>apne munh bolay beton ki biwiyon ke bare mein kuch tangi na rahe jab ke woh un se apni ghraz tamam kar len aur Allah ka hukm hone hi wala tha.</w:t>
      </w:r>
    </w:p>
    <w:p>
      <w:pPr>
        <w:jc w:val="right"/>
      </w:pPr>
      <w:r>
        <w:t>اپنے منہ بولے بیٹوں کی بیویوں کے بارے میں کچھ تنگی نہ رہے جب کہ وہ ان سے اپنی غرض تمام کر لیں اور اللہ کا حکم ہونے ہی والا تھا۔</w:t>
      </w:r>
    </w:p>
    <w:p>
      <w:r>
        <w:rPr>
          <w:b/>
        </w:rPr>
        <w:t xml:space="preserve">[47:24] </w:t>
      </w:r>
      <w:r>
        <w:t>tashreeh:</w:t>
      </w:r>
    </w:p>
    <w:p>
      <w:pPr>
        <w:jc w:val="right"/>
      </w:pPr>
      <w:r>
        <w:t>تشریح:</w:t>
      </w:r>
    </w:p>
    <w:p>
      <w:r>
        <w:rPr>
          <w:b/>
        </w:rPr>
        <w:t xml:space="preserve">[47:26] </w:t>
      </w:r>
      <w:r>
        <w:t>hazrat zaid ke sath Hazrat zainab ka nikah sun char hijri mein hua magar nibah na ho saka aur agle saal donon mein alahdagi ho gayi.</w:t>
      </w:r>
    </w:p>
    <w:p>
      <w:pPr>
        <w:jc w:val="right"/>
      </w:pPr>
      <w:r>
        <w:t>حضرت زید کے ساتھ حضرت زینب کا نکاح سن چار ہجری میں ہوا مگر نباہ نہ ہو سکا اور اگلے سال دونوں میں علیحدگی ہوگئی۔</w:t>
      </w:r>
    </w:p>
    <w:p>
      <w:r>
        <w:rPr>
          <w:b/>
        </w:rPr>
        <w:t xml:space="preserve">[47:39] </w:t>
      </w:r>
      <w:r>
        <w:t>hazrat zaid ne jab rasool Allah sal Allah alaihi wasalam se</w:t>
      </w:r>
    </w:p>
    <w:p>
      <w:pPr>
        <w:jc w:val="right"/>
      </w:pPr>
      <w:r>
        <w:t>حضرت زید نے جب رسول اللہ صلی اللہ علیہ وسلم سے</w:t>
      </w:r>
    </w:p>
    <w:p>
      <w:r>
        <w:rPr>
          <w:b/>
        </w:rPr>
        <w:t xml:space="preserve">[47:44] </w:t>
      </w:r>
      <w:r>
        <w:t>talaq ka irada zahir kiya to aap ne sabab poocha. unhon ne kaha ke woh apne khandani sharaf ki wajah se mere muqable mein badhai ka ehsas rakhti hain.</w:t>
      </w:r>
    </w:p>
    <w:p>
      <w:pPr>
        <w:jc w:val="right"/>
      </w:pPr>
      <w:r>
        <w:t>طلاق کا ارادہ ظاہر کیا تو آپ نے سبب پوچھا۔ انہوں نے کہا کہ وہ اپنے خاندانی شرف کی وجہ سے میرے مقابلے میں بڑائی کا احساس رکھتی ہیں۔</w:t>
      </w:r>
    </w:p>
    <w:p>
      <w:r>
        <w:rPr>
          <w:b/>
        </w:rPr>
        <w:t xml:space="preserve">[47:57] </w:t>
      </w:r>
      <w:r>
        <w:t>tahum aap ne unhein roka. bar bar ki darkhwast par</w:t>
      </w:r>
    </w:p>
    <w:p>
      <w:pPr>
        <w:jc w:val="right"/>
      </w:pPr>
      <w:r>
        <w:t>تاہم آپ نے انہیں روکا۔ بار بار کی درخواست پر</w:t>
      </w:r>
    </w:p>
    <w:p>
      <w:r>
        <w:rPr>
          <w:b/>
        </w:rPr>
        <w:t xml:space="preserve">[48:01] </w:t>
      </w:r>
      <w:r>
        <w:t>aakhir kar aap ne unhein alahdagi ki ijazat de di. zaid aur zainab ke nikah se aula yeh rasam todi gayi thi ke masharti farq ko nikah mein hael nahi hona chahiye</w:t>
      </w:r>
    </w:p>
    <w:p>
      <w:pPr>
        <w:jc w:val="right"/>
      </w:pPr>
      <w:r>
        <w:t>آخر کار آپ نے انہیں علیحدگی کی اجازت دے دی۔ زید اور زینب کے نکاح سے اولا یہ رسم توڑی گئی تھی کہ معاشرتی فرق کو نکاح میں حائل نہیں ہونا چاہیے</w:t>
      </w:r>
    </w:p>
    <w:p>
      <w:r>
        <w:rPr>
          <w:b/>
        </w:rPr>
        <w:t xml:space="preserve">[48:18] </w:t>
      </w:r>
      <w:r>
        <w:t>magar jab un ke darmiyan alahdagi ho gayi to ab Allah taala ki marzi yeh hui ke zainab ko ek aur galat rasam ke todne ka zariya banaya jaye.</w:t>
      </w:r>
    </w:p>
    <w:p>
      <w:pPr>
        <w:jc w:val="right"/>
      </w:pPr>
      <w:r>
        <w:t>مگر جب ان کے درمیان علیحدگی ہوگئی تو اب اللہ تعالی کی مرضی یہ ہوئی کہ زینب کو ایک اور غلط رسم کے توڑنے کا ذریعہ بنایا جائے۔</w:t>
      </w:r>
    </w:p>
    <w:p>
      <w:r>
        <w:rPr>
          <w:b/>
        </w:rPr>
        <w:t xml:space="preserve">[48:31] </w:t>
      </w:r>
      <w:r>
        <w:t>qadeem jahiliyat mein yeh riwaj tha ke</w:t>
      </w:r>
    </w:p>
    <w:p>
      <w:pPr>
        <w:jc w:val="right"/>
      </w:pPr>
      <w:r>
        <w:t>قدیم جاہلیت میں یہ رواج تھا کہ</w:t>
      </w:r>
    </w:p>
    <w:p>
      <w:r>
        <w:rPr>
          <w:b/>
        </w:rPr>
        <w:t xml:space="preserve">[48:34] </w:t>
      </w:r>
      <w:r>
        <w:t>mutabanna ko bilkul haqeeqi bete ki tarah samajhte the. har aitbar se us ke wohi huqooq the jo haqeeqi bete ke hote hain.</w:t>
      </w:r>
    </w:p>
    <w:p>
      <w:pPr>
        <w:jc w:val="right"/>
      </w:pPr>
      <w:r>
        <w:t>متبنی کو بالکل حقیقی بیٹے کی طرح سمجھتے تھے۔ ہر اعتبار سے اس کے وہی حقوق تھے جو حقیقی بیٹے کے ہوتے ہیں۔</w:t>
      </w:r>
    </w:p>
    <w:p>
      <w:r>
        <w:rPr>
          <w:b/>
        </w:rPr>
        <w:t xml:space="preserve">[48:46] </w:t>
      </w:r>
      <w:r>
        <w:t>is rasam ko todne ki behtareen surat yeh thi ke talaq ke baad Hazrat zainab ka nikah</w:t>
      </w:r>
    </w:p>
    <w:p>
      <w:pPr>
        <w:jc w:val="right"/>
      </w:pPr>
      <w:r>
        <w:t>اس رسم کو توڑنے کی بہترین صورت یہ تھی کہ طلاق کے بعد حضرت زینب کا نکاح</w:t>
      </w:r>
    </w:p>
    <w:p>
      <w:r>
        <w:rPr>
          <w:b/>
        </w:rPr>
        <w:t xml:space="preserve">[48:54] </w:t>
      </w:r>
      <w:r>
        <w:t>rasool Allah sal Allah alaihi wasalam ke sath kar diya jaye. zaid rasool Allah ke mutabanna the hatta ke un ko zaid ibn Muhammad kaha jane laga tha.</w:t>
      </w:r>
    </w:p>
    <w:p>
      <w:pPr>
        <w:jc w:val="right"/>
      </w:pPr>
      <w:r>
        <w:t>رسول اللہ صلی اللہ علیہ وسلم کے ساتھ کر دیا جائے۔ زید رسول اللہ کے متبنی تھے حتی کہ ان کو زید ابن محمد کہا جانے لگا تھا۔</w:t>
      </w:r>
    </w:p>
    <w:p>
      <w:r>
        <w:rPr>
          <w:b/>
        </w:rPr>
        <w:t xml:space="preserve">[49:08] </w:t>
      </w:r>
      <w:r>
        <w:t>aisi halat mein munh bolay bete ki mutaliqa aurat se aap ka nikah karna</w:t>
      </w:r>
    </w:p>
    <w:p>
      <w:pPr>
        <w:jc w:val="right"/>
      </w:pPr>
      <w:r>
        <w:t>ایسی حالت میں منہ بولے بیٹے کی متعلقہ عورت سے آپ کا نکاح کرنا</w:t>
      </w:r>
    </w:p>
    <w:p>
      <w:r>
        <w:rPr>
          <w:b/>
        </w:rPr>
        <w:t xml:space="preserve">[49:14] </w:t>
      </w:r>
      <w:r>
        <w:t>is rasam ke khilaf ek dhamaka ki hesiyat rakhta tha kyunke un ka khayal tha ke mutabanna ki mankooha baap par haram hai jis tarah haqeeqi bete ki mankooha baap par haram hoti hai.</w:t>
      </w:r>
    </w:p>
    <w:p>
      <w:pPr>
        <w:jc w:val="right"/>
      </w:pPr>
      <w:r>
        <w:t>اس رسم کے خلاف ایک دھماکہ کی حیثیت رکھتا تھا کیونکہ ان کا خیال تھا کہ متبنی کی منکوحہ باپ پر حرام ہے جس طرح حقیقی بیٹے کی منکوحہ باپ پر حرام ہوتی ہے۔</w:t>
      </w:r>
    </w:p>
    <w:p>
      <w:r>
        <w:rPr>
          <w:b/>
        </w:rPr>
        <w:t xml:space="preserve">[49:29] </w:t>
      </w:r>
      <w:r>
        <w:t>rasool Allah sal Allah alaihi wasalam ko peshgi taur par bataya ja chuka tha ke agar donon mein alahdagi hui to is jahili rasam ko todne ki tadbeer ke taur par</w:t>
      </w:r>
    </w:p>
    <w:p>
      <w:pPr>
        <w:jc w:val="right"/>
      </w:pPr>
      <w:r>
        <w:t>رسول اللہ صلی اللہ علیہ وسلم کو پیشگی طور پر بتایا جا چکا تھا کہ اگر دونوں میں علیحدگی ہوئی تو اس جاہلی رسم کو توڑنے کی تدبیر کے طور پر</w:t>
      </w:r>
    </w:p>
    <w:p>
      <w:r>
        <w:rPr>
          <w:b/>
        </w:rPr>
        <w:t xml:space="preserve">[49:41] </w:t>
      </w:r>
      <w:r>
        <w:t>zainab ko aap ke nikah mein de diya jayega chunke is qism ka nikah qadeem mahol mein zabardast badnami ka zariya hota is liye rasool Allah sal Allah alaihi wasalam Hazrat zaid ko</w:t>
      </w:r>
    </w:p>
    <w:p>
      <w:pPr>
        <w:jc w:val="right"/>
      </w:pPr>
      <w:r>
        <w:t>زینب کو آپ کے نکاح میں دے دیا جائے گا چونکہ اس قسم کا نکاح قدیم ماحول میں زبردست بدنامی کا ذریعہ ہوتا اس لیے رسول اللہ صلی اللہ علیہ وسلم حضرت زید کو</w:t>
      </w:r>
    </w:p>
    <w:p>
      <w:r>
        <w:rPr>
          <w:b/>
        </w:rPr>
        <w:t xml:space="preserve">[49:57] </w:t>
      </w:r>
      <w:r>
        <w:t>rokate rahe ke agar woh talaq na den to main is shadeed azmaish se bach jaunga magar jo cheez ilm elahi mein muqaddar thi woh ho kar rahi.</w:t>
      </w:r>
    </w:p>
    <w:p>
      <w:pPr>
        <w:jc w:val="right"/>
      </w:pPr>
      <w:r>
        <w:t>روکتے رہے کہ اگر وہ طلاق نہ دیں تو میں اس شدید آزمائش سے بچ جاؤں گا مگر جو چیز علم الہی میں مقدر تھی وہ ہو کر رہی۔</w:t>
      </w:r>
    </w:p>
    <w:p>
      <w:r>
        <w:rPr>
          <w:b/>
        </w:rPr>
        <w:t xml:space="preserve">[50:09] </w:t>
      </w:r>
      <w:r>
        <w:t>zaid ne zainab ko talaq de di aur is rasam ko todne ki amli tadbeer ke taur par</w:t>
      </w:r>
    </w:p>
    <w:p>
      <w:pPr>
        <w:jc w:val="right"/>
      </w:pPr>
      <w:r>
        <w:t>زید نے زینب کو طلاق دے دی اور اس رسم کو توڑنے کی عملی تدبیر کے طور پر</w:t>
      </w:r>
    </w:p>
    <w:p>
      <w:r>
        <w:rPr>
          <w:b/>
        </w:rPr>
        <w:t xml:space="preserve">[50:16] </w:t>
      </w:r>
      <w:r>
        <w:t>sun panch hijri mein zainab ka nikah aap ke sath kar diya gaya. ma kan ala alnbi min haraj fima farad Allah lahu sunnatullahi fi allazina khalaw min qabl</w:t>
      </w:r>
    </w:p>
    <w:p>
      <w:pPr>
        <w:jc w:val="right"/>
      </w:pPr>
      <w:r>
        <w:t>سن پانچ ہجری میں زینب کا نکاح آپ کے ساتھ کر دیا گیا۔ ما كان على النبی من حرج فیما فرض اللہ له سنت اللہ فی الذین خلوا من قبل</w:t>
      </w:r>
    </w:p>
    <w:p>
      <w:r>
        <w:rPr>
          <w:b/>
        </w:rPr>
        <w:t xml:space="preserve">[50:35] </w:t>
      </w:r>
      <w:r>
        <w:t>wakan amrullahi qadran maqdura allazina yuballiguna risalati allahi wayakhshunahu wala yakhshawna ahadan illa Allah</w:t>
      </w:r>
    </w:p>
    <w:p>
      <w:pPr>
        <w:jc w:val="right"/>
      </w:pPr>
      <w:r>
        <w:t>وكان امر اللہ قدرا مقدورا الذین یبلغون رسالات اللہ ويخشونہ ولا یخشون احدا الا اللہ</w:t>
      </w:r>
    </w:p>
    <w:p>
      <w:r>
        <w:rPr>
          <w:b/>
        </w:rPr>
        <w:t xml:space="preserve">[50:52] </w:t>
      </w:r>
      <w:r>
        <w:t>wa kafi billahi haseeba</w:t>
      </w:r>
    </w:p>
    <w:p>
      <w:pPr>
        <w:jc w:val="right"/>
      </w:pPr>
      <w:r>
        <w:t>وكفى باللہ حسيبا</w:t>
      </w:r>
    </w:p>
    <w:p>
      <w:r>
        <w:rPr>
          <w:b/>
        </w:rPr>
        <w:t xml:space="preserve">[50:56] </w:t>
      </w:r>
      <w:r>
        <w:t>ma kan muhammad aba ahad min rijalikum walakin rasool Allah wa khatam un nabiyyeen</w:t>
      </w:r>
    </w:p>
    <w:p>
      <w:pPr>
        <w:jc w:val="right"/>
      </w:pPr>
      <w:r>
        <w:t>ما كان محمد ابا احد من رجالكم ولكن رسول اللہ وخاتم النبیین</w:t>
      </w:r>
    </w:p>
    <w:p>
      <w:r>
        <w:rPr>
          <w:b/>
        </w:rPr>
        <w:t xml:space="preserve">[51:13] </w:t>
      </w:r>
      <w:r>
        <w:t>wa kan Allahu bikulli shaiyin aleema. paighambar ke liye is mein koi mazaaiqa nahi jo Allah ne is ke liye muqarrar kar diya ho.</w:t>
      </w:r>
    </w:p>
    <w:p>
      <w:pPr>
        <w:jc w:val="right"/>
      </w:pPr>
      <w:r>
        <w:t>وكان اللہ بکل شیء علیما. پیغمبر کے لیے اس میں کوئی مضائقہ نہیں جو اللہ نے اس کے لیے مقرر کر دیا ہو۔</w:t>
      </w:r>
    </w:p>
    <w:p>
      <w:r>
        <w:rPr>
          <w:b/>
        </w:rPr>
        <w:t xml:space="preserve">[51:26] </w:t>
      </w:r>
      <w:r>
        <w:t>yahi Allah ki sunnat un paighambaron ke muamle mein rahi hai jo pehle guzar chuke hain</w:t>
      </w:r>
    </w:p>
    <w:p>
      <w:pPr>
        <w:jc w:val="right"/>
      </w:pPr>
      <w:r>
        <w:t>یہی اللہ کی سنت ان پیغمبروں کے معاملے میں رہی ہے جو پہلے گزر چکے ہیں</w:t>
      </w:r>
    </w:p>
    <w:p>
      <w:r>
        <w:rPr>
          <w:b/>
        </w:rPr>
        <w:t xml:space="preserve">[51:33] </w:t>
      </w:r>
      <w:r>
        <w:t>aur Allah ka hukum ek qat'i faisla hota hai. woh Allah ke paighamon ko pohanchate thay aur isi se darte thay aur Allah ke siwa kisi se nahi darte thay aur Allah hisab lene ke liye kafi hai.</w:t>
      </w:r>
    </w:p>
    <w:p>
      <w:pPr>
        <w:jc w:val="right"/>
      </w:pPr>
      <w:r>
        <w:t>اور اللہ کا حکم ایک قطعی فیصلہ ہوتا ہے۔ وہ اللہ کے پیغاموں کو پہنچاتے تھے اور اسی سے ڈرتے تھے اور اللہ کے سوا کسی سے نہیں ڈرتے تھے اور اللہ حساب لینے کے لیے کافی ہے۔</w:t>
      </w:r>
    </w:p>
    <w:p>
      <w:r>
        <w:rPr>
          <w:b/>
        </w:rPr>
        <w:t xml:space="preserve">[51:49] </w:t>
      </w:r>
      <w:r>
        <w:t>muhammad tumhare mardon mein se kisi ke baap nahi hain</w:t>
      </w:r>
    </w:p>
    <w:p>
      <w:pPr>
        <w:jc w:val="right"/>
      </w:pPr>
      <w:r>
        <w:t>محمد تمہارے مردوں میں سے کسی کے باپ نہیں ہیں</w:t>
      </w:r>
    </w:p>
    <w:p>
      <w:r>
        <w:rPr>
          <w:b/>
        </w:rPr>
        <w:t xml:space="preserve">[51:52] </w:t>
      </w:r>
      <w:r>
        <w:t>lekin woh Allah ke rasool aur nabiyon ke khatam hain aur Allah har cheez ka ilm rakhne wala hai. tashreeh: is waqe ke baad hasb e tawaqu aap ke khilaaf zabardast propaganda shuru ho gaya.</w:t>
      </w:r>
    </w:p>
    <w:p>
      <w:pPr>
        <w:jc w:val="right"/>
      </w:pPr>
      <w:r>
        <w:t>لیکن وہ اللہ کے رسول اور نبیوں کے خاتم ہیں اور اللہ ہر چیز کا علم رکھنے والا ہے۔ تشریح: اس واقعے کے بعد حسب توقع آپ کے خلاف زبردست پروپیگنڈا شروع ہوگیا۔</w:t>
      </w:r>
    </w:p>
    <w:p>
      <w:r>
        <w:rPr>
          <w:b/>
        </w:rPr>
        <w:t xml:space="preserve">[52:10] </w:t>
      </w:r>
      <w:r>
        <w:t>kaha jaane laga ke paighambar ne apni bahu se nikah kar liya haalankay beti ki mankooha baap par haram hoti hai. farmaya ke muhammad ka muamla to yeh hai ke un ki sirf larkiyan hain.</w:t>
      </w:r>
    </w:p>
    <w:p>
      <w:pPr>
        <w:jc w:val="right"/>
      </w:pPr>
      <w:r>
        <w:t>کہا جانے لگا کہ پیغمبر نے اپنی بہو سے نکاح کر لیا حالانکہ بیٹی کی منکوحہ باپ پر حرام ہوتی ہے۔ فرمایا کہ محمد کا معاملہ تو یہ ہے کہ ان کی صرف لڑکیاں ہیں۔</w:t>
      </w:r>
    </w:p>
    <w:p>
      <w:r>
        <w:rPr>
          <w:b/>
        </w:rPr>
        <w:t xml:space="preserve">[52:26] </w:t>
      </w:r>
      <w:r>
        <w:t>woh mardon mein se kisi ke baap hi nahi.</w:t>
      </w:r>
    </w:p>
    <w:p>
      <w:pPr>
        <w:jc w:val="right"/>
      </w:pPr>
      <w:r>
        <w:t>وہ مردوں میں سے کسی کے باپ ہی نہیں۔</w:t>
      </w:r>
    </w:p>
    <w:p>
      <w:r>
        <w:rPr>
          <w:b/>
        </w:rPr>
        <w:t xml:space="preserve">[52:29] </w:t>
      </w:r>
      <w:r>
        <w:t>zaid ibn harisa un ke sirf munh bole bete thay aur munh bola beta waqai beta kaise ho sakta hai ke us ki mutallqa se nikah aap ke liye jaiz na ho.</w:t>
      </w:r>
    </w:p>
    <w:p>
      <w:pPr>
        <w:jc w:val="right"/>
      </w:pPr>
      <w:r>
        <w:t>زید ابن حارثہ ان کے صرف منہ بولے بیٹے تھے اور منہ بولا بیٹا واقعی بیٹا کیسے ہو سکتا ہے کہ اس کی متعلقہ سے نکاح آپ کے لیے جائز نہ ہو۔</w:t>
      </w:r>
    </w:p>
    <w:p>
      <w:r>
        <w:rPr>
          <w:b/>
        </w:rPr>
        <w:t xml:space="preserve">[52:44] </w:t>
      </w:r>
      <w:r>
        <w:t>aap Khuda ke paighambar thay phir bhi aap ke sath</w:t>
      </w:r>
    </w:p>
    <w:p>
      <w:pPr>
        <w:jc w:val="right"/>
      </w:pPr>
      <w:r>
        <w:t>آپ خدا کے پیغمبر تھے پھر بھی آپ کے ساتھ</w:t>
      </w:r>
    </w:p>
    <w:p>
      <w:r>
        <w:rPr>
          <w:b/>
        </w:rPr>
        <w:t xml:space="preserve">[52:48] </w:t>
      </w:r>
      <w:r>
        <w:t>itne utaar charhaao ke waqe'at kyun paish aaye? is ka jawab yeh hai ke paighambar par agarchay Khuda ki wahi aati hai magar us ko aam insaanon ki tarah rehna hota hai.</w:t>
      </w:r>
    </w:p>
    <w:p>
      <w:pPr>
        <w:jc w:val="right"/>
      </w:pPr>
      <w:r>
        <w:t>اتنے اتار چڑھاؤ کے واقعات کیوں پیش آئے؟ اس کا جواب یہ ہے کہ پیغمبر پر اگرچہ خدا کی وحی آتی ہے مگر اس کو عام انسانوں کی طرح رہنا ہوتا ہے۔</w:t>
      </w:r>
    </w:p>
    <w:p>
      <w:r>
        <w:rPr>
          <w:b/>
        </w:rPr>
        <w:t xml:space="preserve">[53:00] </w:t>
      </w:r>
      <w:r>
        <w:t>maujooda imtehaan ki duniya mein is ko bhi waise hi halaat paish aate hain jaise halaat</w:t>
      </w:r>
    </w:p>
    <w:p>
      <w:pPr>
        <w:jc w:val="right"/>
      </w:pPr>
      <w:r>
        <w:t>موجودہ امتحان کی دنیا میں اس کو بھی ویسے ہی حالات پیش آتے ہیں جیسے حالات</w:t>
      </w:r>
    </w:p>
    <w:p>
      <w:r>
        <w:rPr>
          <w:b/>
        </w:rPr>
        <w:t xml:space="preserve">[53:06] </w:t>
      </w:r>
      <w:r>
        <w:t>doosron ke paish aate hain. agar aisa na ho to paighambar ki zindagi aam insaanon par hujjat na ban sake. yeh wajah hai ke paighambarana rehnumai haqeeqi halaat ke dhaanche mein di jaati hai na ke masnooi halaat ke dhaanche mein.</w:t>
      </w:r>
    </w:p>
    <w:p>
      <w:pPr>
        <w:jc w:val="right"/>
      </w:pPr>
      <w:r>
        <w:t>دوسروں کے پیش آتے ہیں۔ اگر ایسا نہ ہو تو پیغمبر کی زندگی عام انسانوں پر حجت نہ بن سکے۔ یہ وجہ ہے کہ پیغمبرانہ رہنمائی حقیقی حالات کے ڈھانچے میں دی جاتی ہے نہ کہ مصنوعی حالات کے ڈھانچے میں۔</w:t>
      </w:r>
    </w:p>
    <w:p>
      <w:r>
        <w:rPr>
          <w:b/>
        </w:rPr>
        <w:t xml:space="preserve">[53:24] </w:t>
      </w:r>
      <w:r>
        <w:t>tarjuma yeh hai: nabiyyeen ka lafzi tarjuma yeh hai ke aap nabiyon ki mohar hain. khatam ka lafz stamp ke liye nahi aata balkay seal ke liye aata hai yani aakhri amal.</w:t>
      </w:r>
    </w:p>
    <w:p>
      <w:pPr>
        <w:jc w:val="right"/>
      </w:pPr>
      <w:r>
        <w:t>ترجمہ یہ ہے: نبیین کا لفظی ترجمہ یہ ہے کہ آپ نبیوں کی مہر ہیں۔ خاتم کا لفظ اسٹیمپ کے لیے نہیں آتا بلکہ سیل کے لیے آتا ہے یعنی آخری عمل۔</w:t>
      </w:r>
    </w:p>
    <w:p>
      <w:r>
        <w:rPr>
          <w:b/>
        </w:rPr>
        <w:t xml:space="preserve">[53:38] </w:t>
      </w:r>
      <w:r>
        <w:t>lafzi ko seal karne ka matlab is ko aakhri tor par band karna hai ke is ke baad na koi cheez is ke andar se bahar nikle aur na bahar se andar jaye.</w:t>
      </w:r>
    </w:p>
    <w:p>
      <w:pPr>
        <w:jc w:val="right"/>
      </w:pPr>
      <w:r>
        <w:t>لفظی کو سیل کرنے کا مطلب اس کو آخری طور پر بند کرنا ہے کہ اس کے بعد نہ کوئی چیز اس کے اندر سے باہر نکلے اور نہ باہر سے اندر جائے۔</w:t>
      </w:r>
    </w:p>
    <w:p>
      <w:r>
        <w:rPr>
          <w:b/>
        </w:rPr>
        <w:t xml:space="preserve">[53:48] </w:t>
      </w:r>
      <w:r>
        <w:t>chunaanchay arabi mein qaum ka khatam qaum ke aakhri shakhs ko kaha jata hai. is waqe ke zail mein aap ke khatam un nabiyyeen hone ke elaan ka matlab yeh hai ke aap ke baad chounkay koi aur nabi aanay wala nahi is liye zaroori hai</w:t>
      </w:r>
    </w:p>
    <w:p>
      <w:pPr>
        <w:jc w:val="right"/>
      </w:pPr>
      <w:r>
        <w:t>چنانچہ عربی میں قوم کا خاتم قوم کے آخری شخص کو کہا جاتا ہے۔ اس واقعے کے ذیل میں آپ کے خاتم النبیین ہونے کے اعلان کا مطلب یہ ہے کہ آپ کے بعد چونکہ کوئی اور نبی آنے والا نہیں اس لیے ضروری ہے</w:t>
      </w:r>
    </w:p>
    <w:p>
      <w:r>
        <w:rPr>
          <w:b/>
        </w:rPr>
        <w:t xml:space="preserve">[54:05] </w:t>
      </w:r>
      <w:r>
        <w:t>ke tamam khudaai baaton ka izhaar aap ke zariye se kar diya jaye.</w:t>
      </w:r>
    </w:p>
    <w:p>
      <w:pPr>
        <w:jc w:val="right"/>
      </w:pPr>
      <w:r>
        <w:t>کہ تمام خدائی باتوں کا اظہار آپ کے ذریعے سے کر دیا جائے۔</w:t>
      </w:r>
    </w:p>
    <w:p>
      <w:r>
        <w:rPr>
          <w:b/>
        </w:rPr>
        <w:t xml:space="preserve">[54:13] </w:t>
      </w:r>
      <w:r>
        <w:t>ya ayyuhallazeena amanu uzkurullaha zikran kaseera wa sabbahoho bukratan wa aseela. huwallazi yusalli 'alaikum wa mala'ikatuhu li yukhrijakum</w:t>
      </w:r>
    </w:p>
    <w:p>
      <w:pPr>
        <w:jc w:val="right"/>
      </w:pPr>
      <w:r>
        <w:t>یا ایہا الذین آمنوا اذکروا اللہ ذکرا کثیرا وسبحوہ بکرۃ واصیلا هو الذی یصلی علیکم وملائکتہ لیخرجکم</w:t>
      </w:r>
    </w:p>
    <w:p>
      <w:r>
        <w:rPr>
          <w:b/>
        </w:rPr>
        <w:t xml:space="preserve">[54:36] </w:t>
      </w:r>
      <w:r>
        <w:t>min az zulumaati ilan noor. wa kana bil mu'mineena raheema. tahiyyatuhum yawma yulaqoona ho salaam. wa a'adda lahum ajran</w:t>
      </w:r>
    </w:p>
    <w:p>
      <w:pPr>
        <w:jc w:val="right"/>
      </w:pPr>
      <w:r>
        <w:t>من الظلمات الی النور وكان بالمؤمنین رحیما تحیتہم یومیلقونہ سلام واعد لہم اجرا</w:t>
      </w:r>
    </w:p>
    <w:p>
      <w:r>
        <w:rPr>
          <w:b/>
        </w:rPr>
        <w:t xml:space="preserve">[54:55] </w:t>
      </w:r>
      <w:r>
        <w:t>kareema. ae imaan</w:t>
      </w:r>
    </w:p>
    <w:p>
      <w:pPr>
        <w:jc w:val="right"/>
      </w:pPr>
      <w:r>
        <w:t>کریما. اے ایمان</w:t>
      </w:r>
    </w:p>
    <w:p>
      <w:r>
        <w:rPr>
          <w:b/>
        </w:rPr>
        <w:t xml:space="preserve">[54:59] </w:t>
      </w:r>
      <w:r>
        <w:t>walon! Allah ko bohat ziyada yaad karo aur us ki tasbeeh karo subah aur shaam. wohi hai jo tum par rehmat bhejta hai aur us ke farishtay bhi taake tum ko taariki'on se nikaal kar roshni mein laaye.</w:t>
      </w:r>
    </w:p>
    <w:p>
      <w:pPr>
        <w:jc w:val="right"/>
      </w:pPr>
      <w:r>
        <w:t>والو! اللہ کو بہت زیادہ یاد کرو اور اس کی تسبیح کرو صبح اور شام۔ وہی ہے جو تم پر رحمت بھیجتا ہے اور اس کے فرشتے بھی تاکہ تم کو تاریکیوں سے نکال کر روشنی میں لائے۔</w:t>
      </w:r>
    </w:p>
    <w:p>
      <w:r>
        <w:rPr>
          <w:b/>
        </w:rPr>
        <w:t xml:space="preserve">[55:15] </w:t>
      </w:r>
      <w:r>
        <w:t>aur woh momineen par bohat meherban hai.</w:t>
      </w:r>
    </w:p>
    <w:p>
      <w:pPr>
        <w:jc w:val="right"/>
      </w:pPr>
      <w:r>
        <w:t>اور وہ مومنوں پر بہت مہربان ہے۔</w:t>
      </w:r>
    </w:p>
    <w:p>
      <w:r>
        <w:rPr>
          <w:b/>
        </w:rPr>
        <w:t xml:space="preserve">[55:18] </w:t>
      </w:r>
      <w:r>
        <w:t>jis roz woh us se mileinge un ka istiqbal salam se hoga aur us ne un ke liye ba-izzat sila tayyar kar rakha hai.</w:t>
      </w:r>
    </w:p>
    <w:p>
      <w:pPr>
        <w:jc w:val="right"/>
      </w:pPr>
      <w:r>
        <w:t>جس روز وہ اس سے ملیں گے ان کا استقبال سلام سے ہوگا اور اس نے ان کے لیے باعزت صلہ تیار کر رکھا ہے۔</w:t>
      </w:r>
    </w:p>
    <w:p>
      <w:r>
        <w:rPr>
          <w:b/>
        </w:rPr>
        <w:t xml:space="preserve">[55:29] </w:t>
      </w:r>
      <w:r>
        <w:t>tashreeh: jab milawat deen ka ghalba ho us waqt</w:t>
      </w:r>
    </w:p>
    <w:p>
      <w:pPr>
        <w:jc w:val="right"/>
      </w:pPr>
      <w:r>
        <w:t>تشریح: جب ملاوٹ دین کا غلبہ ہو اس وقت</w:t>
      </w:r>
    </w:p>
    <w:p>
      <w:r>
        <w:rPr>
          <w:b/>
        </w:rPr>
        <w:t xml:space="preserve">[55:35] </w:t>
      </w:r>
      <w:r>
        <w:t>sachay deen ko ikhtiyar karna hamesha mushkil tareen kaam hota hai. aisi halat mein ahle imaan ke dil mein baaz auqat dil shikasti aur mayoosi ke jazbaat taari hone lagte hain.</w:t>
      </w:r>
    </w:p>
    <w:p>
      <w:pPr>
        <w:jc w:val="right"/>
      </w:pPr>
      <w:r>
        <w:t>سچے دین کو اختیار کرنا ہمیشہ مشکل ترین کام ہوتا ہے۔ ایسی حالت میں اہل ایمان کے دل میں بعض اوقات دل شکستی اور مایوسی کے جذبات طاری ہونے لگتے ہیں۔</w:t>
      </w:r>
    </w:p>
    <w:p>
      <w:r>
        <w:rPr>
          <w:b/>
        </w:rPr>
        <w:t xml:space="preserve">[55:50] </w:t>
      </w:r>
      <w:r>
        <w:t>is se bachne ke sirf ek hi yaqeeni surat hai:</w:t>
      </w:r>
    </w:p>
    <w:p>
      <w:pPr>
        <w:jc w:val="right"/>
      </w:pPr>
      <w:r>
        <w:t>اس سے بچنے کے صرف ایک ہی یقینی صورت ہے:</w:t>
      </w:r>
    </w:p>
    <w:p>
      <w:r>
        <w:rPr>
          <w:b/>
        </w:rPr>
        <w:t xml:space="preserve">[55:55] </w:t>
      </w:r>
      <w:r>
        <w:t>zahiri nakhushgawariyon ke peeche jo khushgawar pehlu chupa hua hai us par nazar ko jamaye rakhna.</w:t>
      </w:r>
    </w:p>
    <w:p>
      <w:pPr>
        <w:jc w:val="right"/>
      </w:pPr>
      <w:r>
        <w:t>ظاہری ناخوشگواریوں کے پیچھے جو خوشگوار پہلو چھپا ہوا ہے اس پر نظر کو جمائے رکھنا۔</w:t>
      </w:r>
    </w:p>
    <w:p>
      <w:r>
        <w:rPr>
          <w:b/>
        </w:rPr>
        <w:t xml:space="preserve">[56:04] </w:t>
      </w:r>
      <w:r>
        <w:t>log madiyat ke bal par jeete hain. momin ko afkaar ke bal par jeena parta hai. afkaar ke satah par jeena yeh hai ke aadmi Allah ki yaadon mein jeene lage.</w:t>
      </w:r>
    </w:p>
    <w:p>
      <w:pPr>
        <w:jc w:val="right"/>
      </w:pPr>
      <w:r>
        <w:t>لوگ مادیات کے بل پر جیتے ہیں۔ مومن کو افکار کے بل پر جینا پڑتا ہے۔ افکار کے سطح پر جینا یہ ہے کہ آدمی اللہ کی یادوں میں جینے لگے۔</w:t>
      </w:r>
    </w:p>
    <w:p>
      <w:r>
        <w:rPr>
          <w:b/>
        </w:rPr>
        <w:t xml:space="preserve">[56:18] </w:t>
      </w:r>
      <w:r>
        <w:t>firishton ka ghair masnooi kalam use sunai dene lage.</w:t>
      </w:r>
    </w:p>
    <w:p>
      <w:pPr>
        <w:jc w:val="right"/>
      </w:pPr>
      <w:r>
        <w:t>فرشتوں کا غیر مصنوعی کلام اسے سنائی دینے لگے۔</w:t>
      </w:r>
    </w:p>
    <w:p>
      <w:r>
        <w:rPr>
          <w:b/>
        </w:rPr>
        <w:t xml:space="preserve">[56:22] </w:t>
      </w:r>
      <w:r>
        <w:t>is ko sahi maqsad ki shakal mein jo fikri daryaft hui hai us ko woh sab se bari cheez samjhe. dunya ko de kar akhirat mein jo kuch milne wala hai us par woh poori tarah raazi aur mutmain ho jaye.</w:t>
      </w:r>
    </w:p>
    <w:p>
      <w:pPr>
        <w:jc w:val="right"/>
      </w:pPr>
      <w:r>
        <w:t>اس کو صحیح مقصد کی شکل میں جو فکری دریافت ہوئی ہے اس کو وہ سب سے بڑی چیز سمجھے۔ دنیا کو دے کر آخرت میں جو کچھ ملنے والا ہے اس پر وہ پوری طرح راضی اور مطمئن ہو جائے۔</w:t>
      </w:r>
    </w:p>
    <w:p>
      <w:r>
        <w:rPr>
          <w:b/>
        </w:rPr>
        <w:t xml:space="preserve">[56:41] </w:t>
      </w:r>
      <w:r>
        <w:t>ya ayyuhal nabiy! inna arsalnak shahidan wa mubashiran wa nadhiran wa da'iyan ila Allah bi idhnihi wa sirajan</w:t>
      </w:r>
    </w:p>
    <w:p>
      <w:pPr>
        <w:jc w:val="right"/>
      </w:pPr>
      <w:r>
        <w:t>یا ایہا النبی! انا ارسلناک شاہدا ومبشرا ونذیرا وداعیا الی اللہ باذنه وسراجا</w:t>
      </w:r>
    </w:p>
    <w:p>
      <w:r>
        <w:rPr>
          <w:b/>
        </w:rPr>
        <w:t xml:space="preserve">[57:00] </w:t>
      </w:r>
      <w:r>
        <w:t>muniran wa bashir al mu'mineen bi anna lahum min Allah fadlan kabiran wa la tuti al kafireen wal munafiqeen wa da' idhahum wa tawakkal ala Allah</w:t>
      </w:r>
    </w:p>
    <w:p>
      <w:pPr>
        <w:jc w:val="right"/>
      </w:pPr>
      <w:r>
        <w:t>منیرا وبشر المومنین بان لہم من اللہ فضلا کبیرا ولا تطع الكافرین والمنافقین ودع اذاهم وتوکل علی اللہ</w:t>
      </w:r>
    </w:p>
    <w:p>
      <w:r>
        <w:rPr>
          <w:b/>
        </w:rPr>
        <w:t xml:space="preserve">[57:22] </w:t>
      </w:r>
      <w:r>
        <w:t>wa kafa billahi wakeela. aye nabi!</w:t>
      </w:r>
    </w:p>
    <w:p>
      <w:pPr>
        <w:jc w:val="right"/>
      </w:pPr>
      <w:r>
        <w:t>وكفى باللہ وكیلا. اے نبی!</w:t>
      </w:r>
    </w:p>
    <w:p>
      <w:r>
        <w:rPr>
          <w:b/>
        </w:rPr>
        <w:t xml:space="preserve">[57:28] </w:t>
      </w:r>
      <w:r>
        <w:t>hum ne tum ko gawahi dene wala aur khushkhabri dene wala aur darane wala bana kar bheja hai aur Allah ki taraf is ke idhn se dawat dene wala aur ek roshan charagh.</w:t>
      </w:r>
    </w:p>
    <w:p>
      <w:pPr>
        <w:jc w:val="right"/>
      </w:pPr>
      <w:r>
        <w:t>ہم نے تم کو گواہی دینے والا اور خوشخبری دینے والا اور ڈرانے والا بنا کر بھیجا ہے اور اللہ کی طرف اس کے اذن سے دعوت دینے والا اور ایک روشن چراغ۔</w:t>
      </w:r>
    </w:p>
    <w:p>
      <w:r>
        <w:rPr>
          <w:b/>
        </w:rPr>
        <w:t xml:space="preserve">[57:42] </w:t>
      </w:r>
      <w:r>
        <w:t>aur mominon ko basharat de do</w:t>
      </w:r>
    </w:p>
    <w:p>
      <w:pPr>
        <w:jc w:val="right"/>
      </w:pPr>
      <w:r>
        <w:t>اور مومنوں کو بشارت دے دو</w:t>
      </w:r>
    </w:p>
    <w:p>
      <w:r>
        <w:rPr>
          <w:b/>
        </w:rPr>
        <w:t xml:space="preserve">[57:45] </w:t>
      </w:r>
      <w:r>
        <w:t>ke un ke liye Allah ki taraf se bohat bara fazl hai. aur tum kafiron aur munafiqon ki baat na mano aur un ke satane ko nazar andaz karo aur Allah par bharosa rakho aur Allah</w:t>
      </w:r>
    </w:p>
    <w:p>
      <w:pPr>
        <w:jc w:val="right"/>
      </w:pPr>
      <w:r>
        <w:t>کہ ان کے لیے اللہ کی طرف سے بہت بڑا فضل ہے۔ اور تم کافروں اور منافقوں کی بات نہ مانو اور ان کے ستانے کو نظر انداز کرو اور اللہ پر بھروسہ رکھو اور اللہ</w:t>
      </w:r>
    </w:p>
    <w:p>
      <w:r>
        <w:rPr>
          <w:b/>
        </w:rPr>
        <w:t xml:space="preserve">[58:01] </w:t>
      </w:r>
      <w:r>
        <w:t>bharose ke liye kafi hai. tashreeh: shahid, mubashir, nazeer, da'i yeh sab ek hi haqeeqat ke mukhtalif pehlu hain.</w:t>
      </w:r>
    </w:p>
    <w:p>
      <w:pPr>
        <w:jc w:val="right"/>
      </w:pPr>
      <w:r>
        <w:t>بھروسہ کے لیے کافی ہے۔ تشریح: شاہد، مبشر، نظیر، داعی یہ سب ایک ہی حقیقت کے مختلف پہلو ہیں۔</w:t>
      </w:r>
    </w:p>
    <w:p>
      <w:r>
        <w:rPr>
          <w:b/>
        </w:rPr>
        <w:t xml:space="preserve">[58:16] </w:t>
      </w:r>
      <w:r>
        <w:t>paighambar ka mission yeh hota hai ke woh logon ko zindagi ki haqeeqat se agah kare.</w:t>
      </w:r>
    </w:p>
    <w:p>
      <w:pPr>
        <w:jc w:val="right"/>
      </w:pPr>
      <w:r>
        <w:t>پیغمبر کا مشن یہ ہوتا ہے کہ وہ لوگوں کو زندگی کی حقیقت سے آگاہ کرے۔</w:t>
      </w:r>
    </w:p>
    <w:p>
      <w:r>
        <w:rPr>
          <w:b/>
        </w:rPr>
        <w:t xml:space="preserve">[58:22] </w:t>
      </w:r>
      <w:r>
        <w:t>woh logon ko jannat aur jahannum ki khabar de. yeh ek dawti amal hai aur isi dawti amal ki buniyad par paighambar akhirat ki adalat mein un logon ke bare mein gawahi de ga jis par us ne amr haq pahunchaya</w:t>
      </w:r>
    </w:p>
    <w:p>
      <w:pPr>
        <w:jc w:val="right"/>
      </w:pPr>
      <w:r>
        <w:t>وہ لوگوں کو جنت اور جہنم کی خبر دے۔ یہ ایک دعوتی عمل ہے اور اسی دعوتی عمل کی بنیاد پر پیغمبر آخرت کی عدالت میں ان لوگوں کے بارے میں گواہی دے گا جس پر اس نے امر حق پہنچایا</w:t>
      </w:r>
    </w:p>
    <w:p>
      <w:r>
        <w:rPr>
          <w:b/>
        </w:rPr>
        <w:t xml:space="preserve">[58:38] </w:t>
      </w:r>
      <w:r>
        <w:t>aur phir kisi ne mana aur kisi ne na mana. paighambar ka jo mission hai woh ummat e muslema ka mission bhi hai.</w:t>
      </w:r>
    </w:p>
    <w:p>
      <w:pPr>
        <w:jc w:val="right"/>
      </w:pPr>
      <w:r>
        <w:t>اور پھر کسی نے مانا اور کسی نے نہ مانا۔ پیغمبر کا جو مشن ہے وہ امت مسلمہ کا مشن بھی ہے۔</w:t>
      </w:r>
    </w:p>
    <w:p>
      <w:r>
        <w:rPr>
          <w:b/>
        </w:rPr>
        <w:t xml:space="preserve">[58:48] </w:t>
      </w:r>
      <w:r>
        <w:t>is rah mein logon ki taraf se azeyatein pesh aati hain. koi sath nahi deta aur koi waqti taur par sath deta hai aur phir jhoote alfaaz bol kar alag ho jata hai.</w:t>
      </w:r>
    </w:p>
    <w:p>
      <w:pPr>
        <w:jc w:val="right"/>
      </w:pPr>
      <w:r>
        <w:t>اس راہ میں لوگوں کی طرف سے اذیتیں پیش آتی ہیں۔ کوئی ساتھ نہیں دیتا اور کوئی وقتی طور پر ساتھ دیتا ہے اور پھر جھوٹے الفاظ بول کر الگ ہو جاتا ہے۔</w:t>
      </w:r>
    </w:p>
    <w:p>
      <w:r>
        <w:rPr>
          <w:b/>
        </w:rPr>
        <w:t xml:space="preserve">[59:02] </w:t>
      </w:r>
      <w:r>
        <w:t>aise halaat mein sirf Khuda par bharosa hi woh cheez hai jo paighambar ya us ki pairwi karne wale da'i ko dawti amal par sabit qadam rakh sakta hai.</w:t>
      </w:r>
    </w:p>
    <w:p>
      <w:pPr>
        <w:jc w:val="right"/>
      </w:pPr>
      <w:r>
        <w:t>ایسے حالات میں صرف خدا پر بھروسہ ہی وہ چیز ہے جو پیغمبر یا اس کی پیروی کرنے والے داعی کو دعوتی عمل پر ثابت قدم رکھ سکتا ہے۔</w:t>
      </w:r>
    </w:p>
    <w:p>
      <w:r>
        <w:rPr>
          <w:b/>
        </w:rPr>
        <w:t xml:space="preserve">[59:14] </w:t>
      </w:r>
      <w:r>
        <w:t>logon ki taraf se jo kuch pesh aaye us par sabr karna</w:t>
      </w:r>
    </w:p>
    <w:p>
      <w:pPr>
        <w:jc w:val="right"/>
      </w:pPr>
      <w:r>
        <w:t>لوگوں کی طرف سے جو کچھ پیش آئے اس پر صبر کرنا</w:t>
      </w:r>
    </w:p>
    <w:p>
      <w:r>
        <w:rPr>
          <w:b/>
        </w:rPr>
        <w:t xml:space="preserve">[59:18] </w:t>
      </w:r>
      <w:r>
        <w:t>aur us ko nazar andaz karna aur har haal mein Khuda par apni nazar jamaye rakhna yahi Islami dawat ka kaam karne walon ka asal سرمایہ hai.</w:t>
      </w:r>
    </w:p>
    <w:p>
      <w:pPr>
        <w:jc w:val="right"/>
      </w:pPr>
      <w:r>
        <w:t>اور اس کو نظر انداز کرنا اور ہر حال میں خدا پر اپنی نظر جمائے رکھنا یہی اسلامی دعوت کا کام کرنے والوں کا اصل سرمایہ ہے۔</w:t>
      </w:r>
    </w:p>
    <w:p>
      <w:r>
        <w:rPr>
          <w:b/>
        </w:rPr>
        <w:t xml:space="preserve">[59:32] </w:t>
      </w:r>
      <w:r>
        <w:t>ya ayyuhal ladheena amanu! idha nikah tum ul mu'minati thumma tal qutumuhunna min qabli an tamassuhunna famalukum 'alayhinna?</w:t>
      </w:r>
    </w:p>
    <w:p>
      <w:pPr>
        <w:jc w:val="right"/>
      </w:pPr>
      <w:r>
        <w:t>یا ایہا الذین آمنوا! اذا نکحتم المؤمنات ثم طلقتموہن من قبل ان تمسوہن فما لكم علیہن؟</w:t>
      </w:r>
    </w:p>
    <w:p>
      <w:r>
        <w:rPr>
          <w:b/>
        </w:rPr>
        <w:t xml:space="preserve">[59:55] </w:t>
      </w:r>
      <w:r>
        <w:t>fama lakum 'alayhinna min 'iddatin ta'taddooha famatta'oohunna wa sarreehoohunna sarahan jameela.</w:t>
      </w:r>
    </w:p>
    <w:p>
      <w:pPr>
        <w:jc w:val="right"/>
      </w:pPr>
      <w:r>
        <w:t>فما لكم علیہن من عدة تعتدونها فمتعوهن وسرحوهن سراحا جمیلا.</w:t>
      </w:r>
    </w:p>
    <w:p>
      <w:r>
        <w:rPr>
          <w:b/>
        </w:rPr>
        <w:t xml:space="preserve">[1:00:11] </w:t>
      </w:r>
      <w:r>
        <w:t>aye imaan</w:t>
      </w:r>
    </w:p>
    <w:p>
      <w:pPr>
        <w:jc w:val="right"/>
      </w:pPr>
      <w:r>
        <w:t>اے ایمان</w:t>
      </w:r>
    </w:p>
    <w:p>
      <w:r>
        <w:rPr>
          <w:b/>
        </w:rPr>
        <w:t xml:space="preserve">[1:00:12] </w:t>
      </w:r>
      <w:r>
        <w:t>walon! jab tum momin auraton se nikah karo phir un ko hath lagane se pehle talaq de do to un ke bare mein tum par koi iddat lazim nahi hai jis ka tum shumar karo.</w:t>
      </w:r>
    </w:p>
    <w:p>
      <w:pPr>
        <w:jc w:val="right"/>
      </w:pPr>
      <w:r>
        <w:t>والو! جب تم مومن عورتوں سے نکاح کرو پھر ان کو ہاتھ لگانے سے پہلے طلاق دے دو تو ان کے بارے میں تم پر کوئی عدت لازم نہیں ہے جس کا تم شمار کرو۔</w:t>
      </w:r>
    </w:p>
    <w:p>
      <w:r>
        <w:rPr>
          <w:b/>
        </w:rPr>
        <w:t xml:space="preserve">[1:00:25] </w:t>
      </w:r>
      <w:r>
        <w:t>pas un ko kuch mata' de do aur khoobi ke sath un ko rokhsat kar do.</w:t>
      </w:r>
    </w:p>
    <w:p>
      <w:pPr>
        <w:jc w:val="right"/>
      </w:pPr>
      <w:r>
        <w:t>پس ان کو کچھ متاع دے دو اور خوبی کے ساتھ ان کو رخصت کر دو۔</w:t>
      </w:r>
    </w:p>
    <w:p>
      <w:r>
        <w:rPr>
          <w:b/>
        </w:rPr>
        <w:t xml:space="preserve">[1:00:33] </w:t>
      </w:r>
      <w:r>
        <w:t>ek shakhs kisi aurat se nikah kare lekin mulaqat ki nabat aane se pehle us ko talak de de to aisi halat mein iddat ki woh pabandi nahi hai jo aam nikah mein hoti hai.</w:t>
      </w:r>
    </w:p>
    <w:p>
      <w:pPr>
        <w:jc w:val="right"/>
      </w:pPr>
      <w:r>
        <w:t>ایک شخص کسی عورت سے نکاح کرے لیکن ملاقات کی نوبت آنے سے پہلے اس کو طلاق دے دے تو ایسی حالت میں عدت کی وہ پابندی نہیں ہے جو عام نکاح میں ہوتی ہے۔</w:t>
      </w:r>
    </w:p>
    <w:p>
      <w:r>
        <w:rPr>
          <w:b/>
        </w:rPr>
        <w:t xml:space="preserve">[1:00:46] </w:t>
      </w:r>
      <w:r>
        <w:t>albata islami akhlaq ka taqaza hai ke jis tarah</w:t>
      </w:r>
    </w:p>
    <w:p>
      <w:pPr>
        <w:jc w:val="right"/>
      </w:pPr>
      <w:r>
        <w:t>البتہ اسلامی اخلاق کا تقاضا ہے کہ جس طرح</w:t>
      </w:r>
    </w:p>
    <w:p>
      <w:r>
        <w:rPr>
          <w:b/>
        </w:rPr>
        <w:t xml:space="preserve">[1:00:50] </w:t>
      </w:r>
      <w:r>
        <w:t>ba-izazat andaaz mein dono ke darmiyan ta'alluq ka mamla hua tha usi tarah ba-izazat taur par dono ke darmiyan judai ka mamla bhi kiya jaye.</w:t>
      </w:r>
    </w:p>
    <w:p>
      <w:pPr>
        <w:jc w:val="right"/>
      </w:pPr>
      <w:r>
        <w:t>باعزت انداز میں دونوں کے درمیان تعلق کا معاملہ ہوا تھا اسی طرح باعزت طور پر دونوں کے درمیان جدائی کا معاملہ بھی کیا جائے۔</w:t>
      </w:r>
    </w:p>
    <w:p>
      <w:r>
        <w:rPr>
          <w:b/>
        </w:rPr>
        <w:t xml:space="preserve">[1:01:01] </w:t>
      </w:r>
      <w:r>
        <w:t>is khatoon ka agar mahr bandha gaya tha to mard ko muqarrar mahr ka nisf dena hoga</w:t>
      </w:r>
    </w:p>
    <w:p>
      <w:pPr>
        <w:jc w:val="right"/>
      </w:pPr>
      <w:r>
        <w:t>اس خاتون کا اگر مہر باندھا گیا تھا تو مرد کو مقررہ مہر کا نصف دینا ہوگا</w:t>
      </w:r>
    </w:p>
    <w:p>
      <w:r>
        <w:rPr>
          <w:b/>
        </w:rPr>
        <w:t xml:space="preserve">[1:01:10] </w:t>
      </w:r>
      <w:r>
        <w:t>warna urf aur hasiyat ke mutabiq kuch de kar khoobsurti se rukhsat kar diya jaye. Aurat agar chahe to foran hi doosra nikah kar sakti hai.</w:t>
      </w:r>
    </w:p>
    <w:p>
      <w:pPr>
        <w:jc w:val="right"/>
      </w:pPr>
      <w:r>
        <w:t>ورنہ عرف اور حیثیت کے مطابق کچھ دے کر خوبصورتی سے رخصت کر دیا جائے۔ عورت اگر چاہے تو فوراً ہی دوسرا نکاح کر سکتی ہے۔</w:t>
      </w:r>
    </w:p>
    <w:p>
      <w:r>
        <w:rPr>
          <w:b/>
        </w:rPr>
        <w:t xml:space="preserve">[1:01:22] </w:t>
      </w:r>
      <w:r>
        <w:t>is soorat mein is ke liye iddat guzarne ki shart nahi.</w:t>
      </w:r>
    </w:p>
    <w:p>
      <w:pPr>
        <w:jc w:val="right"/>
      </w:pPr>
      <w:r>
        <w:t>اس صورت میں اس کے لیے عدت گزارنے کی شرط نہیں۔</w:t>
      </w:r>
    </w:p>
    <w:p>
      <w:r>
        <w:rPr>
          <w:b/>
        </w:rPr>
        <w:t xml:space="preserve">[1:01:29] </w:t>
      </w:r>
      <w:r>
        <w:t>ya ayyuha nabiyyu! inna ahallalna laka azwajaka, ahallalna laka azwajaka allati atayta ujurahunna wama malakat yaminuka mimma</w:t>
      </w:r>
    </w:p>
    <w:p>
      <w:pPr>
        <w:jc w:val="right"/>
      </w:pPr>
      <w:r>
        <w:t>یا ایہا النبی! انا احللنا لک ازواجک، احللنا لک ازواجک اللاتی آتیت اجورهن وما ملكت يمینک مما</w:t>
      </w:r>
    </w:p>
    <w:p>
      <w:r>
        <w:rPr>
          <w:b/>
        </w:rPr>
        <w:t xml:space="preserve">[1:01:55] </w:t>
      </w:r>
      <w:r>
        <w:t>afa'allahu alayka wa banati ammik, wa banati ammatik, wa banati ammatik, wa banati khalika, wa banati khalatik allati hajarna ma'ak wamra'atun</w:t>
      </w:r>
    </w:p>
    <w:p>
      <w:pPr>
        <w:jc w:val="right"/>
      </w:pPr>
      <w:r>
        <w:t>آفاء اللہ علیك وبنات عمک، وبنات عمک، وبنات عماتک، وبنات خالک، وبنات خالاتک اللاتی ہاجرن معک وامرأة</w:t>
      </w:r>
    </w:p>
    <w:p>
      <w:r>
        <w:rPr>
          <w:b/>
        </w:rPr>
        <w:t xml:space="preserve">[1:02:16] </w:t>
      </w:r>
      <w:r>
        <w:t>mu'minatun, wamra'atun mu'minatun in wahabat nafsaha lil nabiyyi in arad al nabiyyu an yastankihaha khalisatan laka min</w:t>
      </w:r>
    </w:p>
    <w:p>
      <w:pPr>
        <w:jc w:val="right"/>
      </w:pPr>
      <w:r>
        <w:t>مؤمنة، وامرأة مؤمنة ان وهبت نفسها للنبی ان اراد النبی ان يستنكحها خالصة لک من</w:t>
      </w:r>
    </w:p>
    <w:p>
      <w:r>
        <w:rPr>
          <w:b/>
        </w:rPr>
        <w:t xml:space="preserve">[1:02:34] </w:t>
      </w:r>
      <w:r>
        <w:t>dun al mu'mineen. Qad alimna ma faradnna alayhim fi azwajihim wama malakat aimanuhum likay la yakuna alayka harajun,</w:t>
      </w:r>
    </w:p>
    <w:p>
      <w:pPr>
        <w:jc w:val="right"/>
      </w:pPr>
      <w:r>
        <w:t>دون المؤمنین. قد علمنا ما فرضنا علیہم فی ازواجهم وما ملكت ایمانهم لکیلا یكون علیک حرج،</w:t>
      </w:r>
    </w:p>
    <w:p>
      <w:r>
        <w:rPr>
          <w:b/>
        </w:rPr>
        <w:t xml:space="preserve">[1:02:52] </w:t>
      </w:r>
      <w:r>
        <w:t>wa kanallahu ghafurur rahiman. Ae Nabiyyi!</w:t>
      </w:r>
    </w:p>
    <w:p>
      <w:pPr>
        <w:jc w:val="right"/>
      </w:pPr>
      <w:r>
        <w:t>وكان اللہ غفورا رحیما. اے ن</w:t>
      </w:r>
    </w:p>
    <w:p>
      <w:r>
        <w:rPr>
          <w:b/>
        </w:rPr>
        <w:t xml:space="preserve">[1:02:58] </w:t>
      </w:r>
      <w:r>
        <w:t>hum ne tumhare liye halaal kar dein tumhari woh biwiyan jin ka mahr tum de chuke ho aur woh auratein bhi jo tumhari malika hain jo Allah ne ghanimat mein tum ko di hain aur tumhare chacha ki betiyan aur tumhari phuphiyon ki betiyan</w:t>
      </w:r>
    </w:p>
    <w:p>
      <w:pPr>
        <w:jc w:val="right"/>
      </w:pPr>
      <w:r>
        <w:t>بی! ہم نے تمہارے لیے حلال کر دیں تمہاری وہ بیویاں جن کی مہر تم دے چکے ہو اور وہ عورتیں بھی جو تمہاری مملوکہ ہیں جو اللہ نے غنیمت میں تم کو دی ہیں اور تمہارے چچا کی بیٹیاں اور تمہاری پھوپھیوں کی بیٹیاں</w:t>
      </w:r>
    </w:p>
    <w:p>
      <w:r>
        <w:rPr>
          <w:b/>
        </w:rPr>
        <w:t xml:space="preserve">[1:03:17] </w:t>
      </w:r>
      <w:r>
        <w:t>aur tumhare mamuon ki betiyan aur tumhari khala ki betiyan jinhone tumhare saath hijrat ki ho aur us musalman aurat ko bhi jo apne aap ko peghambar ko de de bashart ke peghambar us ko nikah mein lana chahe.</w:t>
      </w:r>
    </w:p>
    <w:p>
      <w:pPr>
        <w:jc w:val="right"/>
      </w:pPr>
      <w:r>
        <w:t>اور تمہارے ماموؤں کی بیٹیاں اور تمہاری خالہ کی بیٹیاں جنہوں نے تمہارے ساتھ ہجرت کی ہو اور اس مسلمان عورت کو بھی جو اپنے آپ کو پیغمبر کو دے دے بشرط کہ پیغمبر اس کو نکاح میں لانا چاہے۔</w:t>
      </w:r>
    </w:p>
    <w:p>
      <w:r>
        <w:rPr>
          <w:b/>
        </w:rPr>
        <w:t xml:space="preserve">[1:03:37] </w:t>
      </w:r>
      <w:r>
        <w:t>yeh khaas tumhare liye hai musalmanon se alag. Hum ko maloom hai jo hum ne un par un ki biwiyon aur un ki laundiyon ke bab mein farz kiya hai taake tum par koi tangi na rahe aur Allah bakhsne wala meherban hai.</w:t>
      </w:r>
    </w:p>
    <w:p>
      <w:pPr>
        <w:jc w:val="right"/>
      </w:pPr>
      <w:r>
        <w:t>یہ خاص تمہارے لیے ہے مسلمانوں سے الگ۔ ہم کو معلوم ہے جو ہم نے ان پر ان کی بیویوں اور ان کی لونڈیوں کے باب میں فرض کیا ہے تاکہ تم پر کوئی تنگی نہ رہے اور اللہ بخشنے والا مہربان ہے۔</w:t>
      </w:r>
    </w:p>
    <w:p>
      <w:r>
        <w:rPr>
          <w:b/>
        </w:rPr>
        <w:t xml:space="preserve">[1:03:55] </w:t>
      </w:r>
      <w:r>
        <w:t>tashreeh: aam musalmanon ke liye biwiyon ki aakhri tadad ko char tak mehdood rakha gaya hai magar peghambar sallallahu alaihi wasallam ke liye yeh pabandi nahi thi.</w:t>
      </w:r>
    </w:p>
    <w:p>
      <w:pPr>
        <w:jc w:val="right"/>
      </w:pPr>
      <w:r>
        <w:t>تشریح: عام مسلمانوں کے لیے بیویوں کی آخری تعداد کو چار تک محدود رکھا گیا ہے مگر پیغمبر صلی اللہ علیہ وسلم کے لیے یہ پابندی نہیں تھی۔</w:t>
      </w:r>
    </w:p>
    <w:p>
      <w:r>
        <w:rPr>
          <w:b/>
        </w:rPr>
        <w:t xml:space="preserve">[1:04:08] </w:t>
      </w:r>
      <w:r>
        <w:t>aap ne Allah taala ki khususi ijazat ke tehat char se zyada nikah kiye.</w:t>
      </w:r>
    </w:p>
    <w:p>
      <w:pPr>
        <w:jc w:val="right"/>
      </w:pPr>
      <w:r>
        <w:t>آپ نے اللہ تعالی کی خصوصی اجازت کے تحت چار سے زیادہ نکاح کیا۔</w:t>
      </w:r>
    </w:p>
    <w:p>
      <w:r>
        <w:rPr>
          <w:b/>
        </w:rPr>
        <w:t xml:space="preserve">[1:04:14] </w:t>
      </w:r>
      <w:r>
        <w:t>is ki maslehat yeh thi ke rasool ke upar koi tangi na rahe. Tangi se murad peghambarana mission ki adaiygi mein tangi hai.</w:t>
      </w:r>
    </w:p>
    <w:p>
      <w:pPr>
        <w:jc w:val="right"/>
      </w:pPr>
      <w:r>
        <w:t>اس کی مصلحت یہ تھی کہ رسول کے اوپر کوئی تنگی نہ رہے۔ تنگی سے مراد پیغمبرانہ مشن کی ادائیگی میں تنگی ہے۔</w:t>
      </w:r>
    </w:p>
    <w:p>
      <w:r>
        <w:rPr>
          <w:b/>
        </w:rPr>
        <w:t xml:space="preserve">[1:04:24] </w:t>
      </w:r>
      <w:r>
        <w:t>rasool Allah sallallahu alaihi wasallam ko mukhtalif da'wati aur islaahi taqazon ke tehat</w:t>
      </w:r>
    </w:p>
    <w:p>
      <w:pPr>
        <w:jc w:val="right"/>
      </w:pPr>
      <w:r>
        <w:t>رسول اللہ صلی اللہ علیہ وسلم کو مختلف دعوتی اور اصلاحی تقاضوں کے تحت</w:t>
      </w:r>
    </w:p>
    <w:p>
      <w:r>
        <w:rPr>
          <w:b/>
        </w:rPr>
        <w:t xml:space="preserve">[1:04:31] </w:t>
      </w:r>
      <w:r>
        <w:t>zarurat mehsoos hoti thi ke aap zyada auraton ko apne nikah mein la saken. Is deeni maslehat ki bina par Allah taala ne aap ke liye char ki qaid nahi rakhi.</w:t>
      </w:r>
    </w:p>
    <w:p>
      <w:pPr>
        <w:jc w:val="right"/>
      </w:pPr>
      <w:r>
        <w:t>ضرورت محسوس ہوتی تھی کہ آپ زیادہ عورتوں کو اپنے نکاح میں لا سکیں۔ اس دینی مصلحت کی بنا پر اللہ تعالی نے آپ کے لیے چار کی قید نہیں رکھی۔</w:t>
      </w:r>
    </w:p>
    <w:p>
      <w:r>
        <w:rPr>
          <w:b/>
        </w:rPr>
        <w:t xml:space="preserve">[1:04:43] </w:t>
      </w:r>
      <w:r>
        <w:t>misal ke taur par Hazrat Aisha se nikah mein yeh maslehat thi ke ek kam umr aur zaheen khatoon aap ki mustaqil sohbat mein rahein taake aap ke baad</w:t>
      </w:r>
    </w:p>
    <w:p>
      <w:pPr>
        <w:jc w:val="right"/>
      </w:pPr>
      <w:r>
        <w:t>مثال کے طور پر حضرت عائشہ سے نکاح میں یہ مصلحت تھی کہ ایک کم عمر اور ذہین خاتون آپ کی مستقل صحبت میں رہیں تاکہ آپ کے بعد</w:t>
      </w:r>
    </w:p>
    <w:p>
      <w:r>
        <w:rPr>
          <w:b/>
        </w:rPr>
        <w:t xml:space="preserve">[1:04:53] </w:t>
      </w:r>
      <w:r>
        <w:t>lambi muddat tak logon ko deen sikhati rahein. Chunache Hazrat Aisha aap ki wafat ke baad nisf sadi tak ummat ke liye ek zinda cassette recorder bani rahin.</w:t>
      </w:r>
    </w:p>
    <w:p>
      <w:pPr>
        <w:jc w:val="right"/>
      </w:pPr>
      <w:r>
        <w:t>لمبی مدت تک لوگوں کو دین سکھاتی رہیں۔ چنانچہ حضرت عائشہ آپ کی وفات کے بعد نصف صدی تک امت کے لیے ایک زندہ کیسٹ ریکارڈر بنی رہیں۔</w:t>
      </w:r>
    </w:p>
    <w:p>
      <w:r>
        <w:rPr>
          <w:b/>
        </w:rPr>
        <w:t xml:space="preserve">[1:05:08] </w:t>
      </w:r>
      <w:r>
        <w:t>isi tarah Hazrat Umm Salama aur Hazrat Umm Habiba se nikah ka yeh faida hua ke Khalid bin Walid aur Abu Sufyan bin Harb ki mukhalifat hamesha ke liye khatam ho gayi</w:t>
      </w:r>
    </w:p>
    <w:p>
      <w:pPr>
        <w:jc w:val="right"/>
      </w:pPr>
      <w:r>
        <w:t>اسی طرح حضرت ام سلمہ اور حضرت ام حبیبہ سے نکاح کا یہ فائدہ ہوا کہ خالد ابن ولید اور ابو سفیان ابن حرب کی مخالفت ہمیشہ کے لیے ختم ہوگئی</w:t>
      </w:r>
    </w:p>
    <w:p>
      <w:r>
        <w:rPr>
          <w:b/>
        </w:rPr>
        <w:t xml:space="preserve">[1:05:19] </w:t>
      </w:r>
      <w:r>
        <w:t>wagera. Tarjuman tashaa' minhunna wa tu'wi ilayka man tashaa' wa man ibtaghayta mimman 'uzilta</w:t>
      </w:r>
    </w:p>
    <w:p>
      <w:pPr>
        <w:jc w:val="right"/>
      </w:pPr>
      <w:r>
        <w:t>وغیرہ۔ ترجی من تشاء منهن وتؤوي الیک من تشاء ومن ابتغيت ممن عزلت</w:t>
      </w:r>
    </w:p>
    <w:p>
      <w:r>
        <w:rPr>
          <w:b/>
        </w:rPr>
        <w:t xml:space="preserve">[1:05:40] </w:t>
      </w:r>
      <w:r>
        <w:t>wa man ibtaghayta mimman 'uzilta fala junaha alayka dhalika adna an tuqra a'yunuhunna wa la yahzana</w:t>
      </w:r>
    </w:p>
    <w:p>
      <w:pPr>
        <w:jc w:val="right"/>
      </w:pPr>
      <w:r>
        <w:t>ومن ابتغيت ممن عزلت فلا جناح عليك ذلك ادنى ان تقر اعينهن ولا يحزن</w:t>
      </w:r>
    </w:p>
    <w:p>
      <w:r>
        <w:rPr>
          <w:b/>
        </w:rPr>
        <w:t xml:space="preserve">[1:05:59] </w:t>
      </w:r>
      <w:r>
        <w:t>wa yardayna bima ataytahunna kulluhunna wallahu ya'lamu ma fi qulubikum wa kanallahu aliman haliman.</w:t>
      </w:r>
    </w:p>
    <w:p>
      <w:pPr>
        <w:jc w:val="right"/>
      </w:pPr>
      <w:r>
        <w:t>ويرضين بما اتيتهن كلهن والله يعلم ما في قلوبكم وكان الله عليما حليما</w:t>
      </w:r>
    </w:p>
    <w:p>
      <w:r>
        <w:rPr>
          <w:b/>
        </w:rPr>
        <w:t xml:space="preserve">[1:06:17] </w:t>
      </w:r>
      <w:r>
        <w:t>la yahlul laka n-nisa'u min ba'du wa la an tubaddila bihinna min azwajin wa law a'jabaka husnuhunna illa ma malakat yaminuk</w:t>
      </w:r>
    </w:p>
    <w:p>
      <w:pPr>
        <w:jc w:val="right"/>
      </w:pPr>
      <w:r>
        <w:t>لا يحل لك النساء من بعد ولا ان تبدل بهن من ازواج ولو اعجبك حسنهن الا ما ملكت يمينك</w:t>
      </w:r>
    </w:p>
    <w:p>
      <w:r>
        <w:rPr>
          <w:b/>
        </w:rPr>
        <w:t xml:space="preserve">[1:06:39] </w:t>
      </w:r>
      <w:r>
        <w:t>wa kanallahu 'ala kulli shai'in raqiba. tum un mein se jis jis ko chaho door rakho aur jis ko chaho apne paas rakho aur jin ko door kiya tha un mein se phir kisi ko talab karo tab bhi tum par koi gunah nahin.</w:t>
      </w:r>
    </w:p>
    <w:p>
      <w:pPr>
        <w:jc w:val="right"/>
      </w:pPr>
      <w:r>
        <w:t>وكان الله على كل شيء رقيبا. تم ان میں سے جس جس کو چاہو دور رکھو اور جس کو چاہو اپنے پاس رکھو اور جن کو دور کیا تھا ان میں سے پھر کسی کو طلب کرو تب بھی تم پر کوئی گناہ نہیں۔</w:t>
      </w:r>
    </w:p>
    <w:p>
      <w:r>
        <w:rPr>
          <w:b/>
        </w:rPr>
        <w:t xml:space="preserve">[1:07:01] </w:t>
      </w:r>
      <w:r>
        <w:t>is mein zyada tawaqqu hai ke un ki aankhein thandi rahen gi aur woh ranjeeda na hongi aur woh is par raazi rahen ge jo tum un sab ko do aur Allah janta hai jo tumhare dilon mein hai aur Allah janne wala hai bardbar hai.</w:t>
      </w:r>
    </w:p>
    <w:p>
      <w:pPr>
        <w:jc w:val="right"/>
      </w:pPr>
      <w:r>
        <w:t>اس میں زیادہ توقع ہے کہ ان کی آنکھیں ٹھنڈی رہیں گی اور وہ رنجیدہ نہ ہوں گی اور وہ اس پر راضی رہیں جو تم ان سب کو دو اور اللہ جانتا ہے جو تمہارے دلوں میں ہے اور اللہ جاننے والا ہے بردبار ہے۔</w:t>
      </w:r>
    </w:p>
    <w:p>
      <w:r>
        <w:rPr>
          <w:b/>
        </w:rPr>
        <w:t xml:space="preserve">[1:07:20] </w:t>
      </w:r>
      <w:r>
        <w:t>un ke ilawa aur 'auratein tumhare liye halaal nahin aur na yeh durust hai ke tum un ki jagah doosri biwiyan kar lo agarche un ki soorat tum ko achhi laghe magar jo tumhari malooka ho aur Allah har cheez par nigehban hai.</w:t>
      </w:r>
    </w:p>
    <w:p>
      <w:pPr>
        <w:jc w:val="right"/>
      </w:pPr>
      <w:r>
        <w:t>ان کے علاوہ اور عورتیں تمہارے لیے حلال نہیں اور نہ یہ درست ہے کہ تم ان کی جگہ دوسری بیویاں کر لو اگرچہ ان کی صورت تم کو اچھی لگے مگر جو تمہاری مملوکہ ہو اور اللہ ہر چیز پر نگراں ہے۔</w:t>
      </w:r>
    </w:p>
    <w:p>
      <w:r>
        <w:rPr>
          <w:b/>
        </w:rPr>
        <w:t xml:space="preserve">[1:07:38] </w:t>
      </w:r>
      <w:r>
        <w:t>tashreeh:</w:t>
      </w:r>
    </w:p>
    <w:p>
      <w:pPr>
        <w:jc w:val="right"/>
      </w:pPr>
      <w:r>
        <w:t>تشریح:</w:t>
      </w:r>
    </w:p>
    <w:p>
      <w:r>
        <w:rPr>
          <w:b/>
        </w:rPr>
        <w:t xml:space="preserve">[1:07:43] </w:t>
      </w:r>
      <w:r>
        <w:t>jahan kai khawateen ka masla ho wahan shikayat ka imkan barh jata hai. rasool Allah sal'lallahu 'alaihi wasallam ke sath kai biwiyan thin is bina par andesha tha ke huqooq-e-zawjat ke bare mein</w:t>
      </w:r>
    </w:p>
    <w:p>
      <w:pPr>
        <w:jc w:val="right"/>
      </w:pPr>
      <w:r>
        <w:t>جہاں کئی خواتین کا مسئلہ ہو وہاں شکایت کا امکان بڑھ جاتا ہے۔ رسول اللہ صلی اللہ علیہ وسلم کے ساتھ کئی بیویاں تھیں اس بنا پر اندیشہ تھا کہ حقوق زوجیت کے بارے میں</w:t>
      </w:r>
    </w:p>
    <w:p>
      <w:r>
        <w:rPr>
          <w:b/>
        </w:rPr>
        <w:t xml:space="preserve">[1:07:59] </w:t>
      </w:r>
      <w:r>
        <w:t>khawateen ko adam-e-masawat ki shikayat ho aur is ka nateeja yeh nikle ke rasool Allah sal'lallahu 'alaihi wasallam yaksooi ke sath deeni muhim ki adaiygi naql farma saken.</w:t>
      </w:r>
    </w:p>
    <w:p>
      <w:pPr>
        <w:jc w:val="right"/>
      </w:pPr>
      <w:r>
        <w:t>خواتین کو عدم مساوات کی شکایت ہو اور اس کا نتیجہ یہ نکلے کہ رسول اللہ صلی اللہ علیہ وسلم یکسوئی کے ساتھ دینی مہم کی ادائیگی نقل فرما سکیں۔</w:t>
      </w:r>
    </w:p>
    <w:p>
      <w:r>
        <w:rPr>
          <w:b/>
        </w:rPr>
        <w:t xml:space="preserve">[1:08:12] </w:t>
      </w:r>
      <w:r>
        <w:t>is liye ailan farmaya ke peghambar ka muamla khusoosi muamla hai.</w:t>
      </w:r>
    </w:p>
    <w:p>
      <w:pPr>
        <w:jc w:val="right"/>
      </w:pPr>
      <w:r>
        <w:t>اس لیے اعلان فرمایا کہ پیغمبر کا معاملہ خصوصی معاملہ ہے۔</w:t>
      </w:r>
    </w:p>
    <w:p>
      <w:r>
        <w:rPr>
          <w:b/>
        </w:rPr>
        <w:t xml:space="preserve">[1:08:18] </w:t>
      </w:r>
      <w:r>
        <w:t>woh aam musalmanon ki tarah huqooq-e-zawjat mein masawat ke paband nahin hain. huqooq-e-zawjat ki ri'ayat aur huqooq-e-islam ki ri'ayat mein takrao ho to peghambar ke liye jaiz hoga ke woh huqooq-e-islam ki ri'ayat ko tarjeeh den.</w:t>
      </w:r>
    </w:p>
    <w:p>
      <w:pPr>
        <w:jc w:val="right"/>
      </w:pPr>
      <w:r>
        <w:t>وہ عام مسلمانوں کی طرح حقوق زوجیت میں مساوات کے پابند نہیں ہیں۔ حقوق زوجیت کی رعایت اور حقوق اسلام کی رعایت میں ٹکراؤ ہو تو پیغمبر کے لیے جائز ہوگا کہ وہ حقوق اسلام کی رعایت کو ترجیح دیں۔</w:t>
      </w:r>
    </w:p>
    <w:p>
      <w:r>
        <w:rPr>
          <w:b/>
        </w:rPr>
        <w:t xml:space="preserve">[1:08:36] </w:t>
      </w:r>
      <w:r>
        <w:t>rasool Allah sal'lallahu 'alaihi wasallam ko aam zabte se mustasna karne ka maqsad yeh tha ke khawateen ke andar shikayati zehan ki paidaish ko roka jaye warna rasool Allah sal'lallahu 'alaihi wasallam ne is ikhtiyar ko 'amalan bohat hi kam istemal farmaya.</w:t>
      </w:r>
    </w:p>
    <w:p>
      <w:pPr>
        <w:jc w:val="right"/>
      </w:pPr>
      <w:r>
        <w:t>رسول اللہ صلی اللہ علیہ وسلم کو عام ضابطے سے مستثنیٰ کرنے کا مقصد یہ تھا کہ خواتین کے اندر شکایتی ذہن کی پیدائش کو روکا جائے ورنہ رسول اللہ صلی اللہ علیہ وسلم نے اس اختیار کو عملاً بہت ہی کم استعمال فرمایا۔</w:t>
      </w:r>
    </w:p>
    <w:p>
      <w:r>
        <w:rPr>
          <w:b/>
        </w:rPr>
        <w:t xml:space="preserve">[1:08:55] </w:t>
      </w:r>
      <w:r>
        <w:t>ya ayyuhal-ladheena amanu! la tadkhulu buyoot an-nabiyyi illa an yu'dhana lakum ila ta'amin ghaira nazireena li in'atihi walakin idha du'eetum</w:t>
      </w:r>
    </w:p>
    <w:p>
      <w:pPr>
        <w:jc w:val="right"/>
      </w:pPr>
      <w:r>
        <w:t>یا ایہا الذین آمنوا! لا تدخلوا بيوت النبی الا ان یؤذن لکم الی طعام غیر ناظرین انہ ولكن اذا دعیتم</w:t>
      </w:r>
    </w:p>
    <w:p>
      <w:r>
        <w:rPr>
          <w:b/>
        </w:rPr>
        <w:t xml:space="preserve">[1:09:14] </w:t>
      </w:r>
      <w:r>
        <w:t>walakin idha du'eetum fadkhulu fa-idha ta'imtum fantashiru wa la musta'niseena li hadeeth. inna dhalikum kana yu'dhi an-nabiyya fa-yastahyi minkum wallahu la yastahyi min al-haqqi</w:t>
      </w:r>
    </w:p>
    <w:p>
      <w:pPr>
        <w:jc w:val="right"/>
      </w:pPr>
      <w:r>
        <w:t>ولكن اذا دعیتم فادخلوا فاذا طعمتم فانتشروا ولا مستانسین لحدیث ان ذلكم کان یؤذن النبی فیستحی منکم واللہ لا یستحی من الحق</w:t>
      </w:r>
    </w:p>
    <w:p>
      <w:r>
        <w:rPr>
          <w:b/>
        </w:rPr>
        <w:t xml:space="preserve">[1:09:39] </w:t>
      </w:r>
      <w:r>
        <w:t>wa idha sa'altumoohunna mata'an fas'aluhunna min wara'i hijab. dhalikum atharu li quloobikum wa quloobihinna</w:t>
      </w:r>
    </w:p>
    <w:p>
      <w:pPr>
        <w:jc w:val="right"/>
      </w:pPr>
      <w:r>
        <w:t>واذا سألتموهن متاعا فاسألوهن من وراء حجاب ذلكم أطهر لقلوبكم وقلوبهن</w:t>
      </w:r>
    </w:p>
    <w:p>
      <w:r>
        <w:rPr>
          <w:b/>
        </w:rPr>
        <w:t xml:space="preserve">[1:09:59] </w:t>
      </w:r>
      <w:r>
        <w:t>wa ma kana lakum an tu'dhu rasoolallahi wa la an tankahu azwaju-hu min ba'dihi abadan</w:t>
      </w:r>
    </w:p>
    <w:p>
      <w:pPr>
        <w:jc w:val="right"/>
      </w:pPr>
      <w:r>
        <w:t>وما كان لكم ان تؤذوا رسول الله ولا ان تنكحوا ازواجه من بعده أبدا</w:t>
      </w:r>
    </w:p>
    <w:p>
      <w:r>
        <w:rPr>
          <w:b/>
        </w:rPr>
        <w:t xml:space="preserve">[1:10:18] </w:t>
      </w:r>
      <w:r>
        <w:t>inna dhalika kana 'indallahi 'atheeman. an tubdu shay'an aw tukhfu-hu. fa innallaha kana bi kulli shay'in 'aliman.</w:t>
      </w:r>
    </w:p>
    <w:p>
      <w:pPr>
        <w:jc w:val="right"/>
      </w:pPr>
      <w:r>
        <w:t>ان ذلكم کان عند الله عظيما ان تبدوا شيئا أو تخفوه فإن الله كان بكل شيء عليما.</w:t>
      </w:r>
    </w:p>
    <w:p>
      <w:r>
        <w:rPr>
          <w:b/>
        </w:rPr>
        <w:t xml:space="preserve">[1:10:37] </w:t>
      </w:r>
      <w:r>
        <w:t>ae iman walon</w:t>
      </w:r>
    </w:p>
    <w:p>
      <w:pPr>
        <w:jc w:val="right"/>
      </w:pPr>
      <w:r>
        <w:t>اے ایمان وال</w:t>
      </w:r>
    </w:p>
    <w:p>
      <w:r>
        <w:rPr>
          <w:b/>
        </w:rPr>
        <w:t xml:space="preserve">[1:10:38] </w:t>
      </w:r>
      <w:r>
        <w:t>o! nabi ke gharon mein mat jaya karo magar jis waqt tum ko khane ke liye ijazat di jaye. aise taur par ke is ki tayyari ke muntazir na raho lekin jab tum ko bulaya jaye to dakhil ho.</w:t>
      </w:r>
    </w:p>
    <w:p>
      <w:pPr>
        <w:jc w:val="right"/>
      </w:pPr>
      <w:r>
        <w:t>و! نبی کے گھروں میں مت جایا کرو مگر جس وقت تم کو کھانے کے لیے اجازت دی جائے۔ ایسے طور پر کہ اس کی تیاری کے منتظر نہ رہو لیکن جب تم کو بلایا جائے تو داخل ہو۔</w:t>
      </w:r>
    </w:p>
    <w:p>
      <w:r>
        <w:rPr>
          <w:b/>
        </w:rPr>
        <w:t xml:space="preserve">[1:10:55] </w:t>
      </w:r>
      <w:r>
        <w:t>phir jab tum kha chuko to uth kar chale jao aur baaton mein lage hue baithe na raho.</w:t>
      </w:r>
    </w:p>
    <w:p>
      <w:pPr>
        <w:jc w:val="right"/>
      </w:pPr>
      <w:r>
        <w:t>پھر جب تم کھا چکو تو اٹھ کر چلے جاؤ اور باتوں میں لگے ہوئے بیٹھے نہ رہو۔</w:t>
      </w:r>
    </w:p>
    <w:p>
      <w:r>
        <w:rPr>
          <w:b/>
        </w:rPr>
        <w:t xml:space="preserve">[1:11:01] </w:t>
      </w:r>
      <w:r>
        <w:t>is baat se nabi ko nagawari hoti hai magar woh tumhara lihaz karte hain aur Allah haq baat kehne mein kisi ka lihaz nahin karta.</w:t>
      </w:r>
    </w:p>
    <w:p>
      <w:pPr>
        <w:jc w:val="right"/>
      </w:pPr>
      <w:r>
        <w:t>اس بات سے نبی کو ناگواری ہوتی ہے مگر وہ تمہارا لحاظ کرتے ہیں اور اللہ حق بات کہنے میں کسی کا لحاظ نہیں کرتا۔</w:t>
      </w:r>
    </w:p>
    <w:p>
      <w:r>
        <w:rPr>
          <w:b/>
        </w:rPr>
        <w:t xml:space="preserve">[1:11:11] </w:t>
      </w:r>
      <w:r>
        <w:t>aur jab tum azwaj-e-rasool se koi cheez mango to parde ki out se mango.</w:t>
      </w:r>
    </w:p>
    <w:p>
      <w:pPr>
        <w:jc w:val="right"/>
      </w:pPr>
      <w:r>
        <w:t>اور جب تم ازواج رسول سے کوئی چیز مانگو تو پردے کی اوٹ سے مانگو۔</w:t>
      </w:r>
    </w:p>
    <w:p>
      <w:r>
        <w:rPr>
          <w:b/>
        </w:rPr>
        <w:t xml:space="preserve">[1:11:18] </w:t>
      </w:r>
      <w:r>
        <w:t>yeh tareeqa tumhare dilon ke liye zyada pakiza hai aur un ke dilo ke liye bhi. aur tumhare liye jaiz nahin ke tum Allah ke rasool ko takleef do aur na yeh jaiz hai ke tum un ke baad un ki biwiyon se kabhi nikah karo.</w:t>
      </w:r>
    </w:p>
    <w:p>
      <w:pPr>
        <w:jc w:val="right"/>
      </w:pPr>
      <w:r>
        <w:t>یہ طریقہ تمہارے دلوں کے لیے زیادہ پاکیزہ ہے اور ان کے دلوں کے لیے بھی۔ اور تمہارے لیے جائز نہیں کہ تم اللہ کے رسول کو تکلیف دو اور نہ یہ جائز ہے کہ تم ان کے بعد ان کی بیویوں سے کبھی نکاح کرو۔</w:t>
      </w:r>
    </w:p>
    <w:p>
      <w:r>
        <w:rPr>
          <w:b/>
        </w:rPr>
        <w:t xml:space="preserve">[1:11:35] </w:t>
      </w:r>
      <w:r>
        <w:t>yeh Allah ke nazdeek bari sangin baat hai. tum kisi cheez ko zahir karo ya us ko chupao to Allah har cheez ko janne wala hai.</w:t>
      </w:r>
    </w:p>
    <w:p>
      <w:pPr>
        <w:jc w:val="right"/>
      </w:pPr>
      <w:r>
        <w:t>یہ اللہ کے نزدیک بڑی سنگین بات ہے۔ تم کسی چیز کو ظاہر کرو یا اس کو چھپاؤ تو اللہ ہر چیز کو جاننے والا ہے۔</w:t>
      </w:r>
    </w:p>
    <w:p>
      <w:r>
        <w:rPr>
          <w:b/>
        </w:rPr>
        <w:t xml:space="preserve">[1:11:47] </w:t>
      </w:r>
      <w:r>
        <w:t>tashreeh: yahan rasool Allah sal'lallahu 'alaihi wasallam ke zimn mein hukum dete hue</w:t>
      </w:r>
    </w:p>
    <w:p>
      <w:pPr>
        <w:jc w:val="right"/>
      </w:pPr>
      <w:r>
        <w:t>تشریح: یہاں رسول اللہ صلی اللہ علیہ وسلم کے ضمن میں حکم دیتے ہوئے</w:t>
      </w:r>
    </w:p>
    <w:p>
      <w:r>
        <w:rPr>
          <w:b/>
        </w:rPr>
        <w:t xml:space="preserve">[1:11:55] </w:t>
      </w:r>
      <w:r>
        <w:t>musalmanon ko bataya gaya ke un ki gharelu ma'ashrat ke aadab kis qism ke hone chahiye. woh doosron ke gharon mein dakhil hon to ijazat le kar dakhil hon.</w:t>
      </w:r>
    </w:p>
    <w:p>
      <w:pPr>
        <w:jc w:val="right"/>
      </w:pPr>
      <w:r>
        <w:t>مسلمانوں کو بتایا گیا کہ ان کی گھریلو معاشرت کے آداب کس قسم کے ہونے چاہیے۔ وہ دوسروں کے گھروں میں داخل ہوں تو اجازت لے کر داخل ہوں۔</w:t>
      </w:r>
    </w:p>
    <w:p>
      <w:r>
        <w:rPr>
          <w:b/>
        </w:rPr>
        <w:t xml:space="preserve">[1:12:08] </w:t>
      </w:r>
      <w:r>
        <w:t>khane ya kisi aur zaroorat ke liye kisi ke han bulaya jaye to sirf baqadr-e-zaroorat wahan baithen aur faraghat ke baad foran wapas ho jayen.</w:t>
      </w:r>
    </w:p>
    <w:p>
      <w:pPr>
        <w:jc w:val="right"/>
      </w:pPr>
      <w:r>
        <w:t>کھانے یا کسی اور ضرورت کے لیے کسی کے ہاں بلایا جائے تو صرف بقدر ضرورت وہاں بیٹھیں اور فراغت کے بعد فوراً واپس ہو جائیں۔</w:t>
      </w:r>
    </w:p>
    <w:p>
      <w:r>
        <w:rPr>
          <w:b/>
        </w:rPr>
        <w:t xml:space="preserve">[1:12:20] </w:t>
      </w:r>
      <w:r>
        <w:t>doosron se milne jaayen to ghair zaroori baaton se shadeed parhez karen. auraton se mutalliq koi kaam ho to parde ki aadh se us ko anjaam den waghera.</w:t>
      </w:r>
    </w:p>
    <w:p>
      <w:pPr>
        <w:jc w:val="right"/>
      </w:pPr>
      <w:r>
        <w:t>دوسروں سے ملنے جائیں تو غیر ضروری باتوں سے شدید پرہیز کریں۔ عورتوں سے متعلق کوئی کام ہو تو پردے کی آڑ سے اس کو انجام دیں وغیرہ۔</w:t>
      </w:r>
    </w:p>
    <w:p>
      <w:r>
        <w:rPr>
          <w:b/>
        </w:rPr>
        <w:t xml:space="preserve">[1:12:33] </w:t>
      </w:r>
      <w:r>
        <w:t>maasharti zindagi mein aadmi ko sirf</w:t>
      </w:r>
    </w:p>
    <w:p>
      <w:pPr>
        <w:jc w:val="right"/>
      </w:pPr>
      <w:r>
        <w:t>معاشرتی زندگی میں آدمی کو صرف</w:t>
      </w:r>
    </w:p>
    <w:p>
      <w:r>
        <w:rPr>
          <w:b/>
        </w:rPr>
        <w:t xml:space="preserve">[1:12:36] </w:t>
      </w:r>
      <w:r>
        <w:t>apni khwahish ya zaroorat nahi dekhna chahiye balkeh us ko nihayat shiddat ke saath yeh baat malhooz rakhna chahiye ke us ke rawaiye se doosre shakhs ko takleef na pahunche.</w:t>
      </w:r>
    </w:p>
    <w:p>
      <w:pPr>
        <w:jc w:val="right"/>
      </w:pPr>
      <w:r>
        <w:t>اپنی خواہش یا ضرورت نہیں دیکھنا چاہیے بلکہ اس کو نہایت شدت کے ساتھ یہ بات ملحوظ رکھنا چاہیے کہ اس کے رویے سے دوسرے شخص کو تکلیف نہ پہنچے۔</w:t>
      </w:r>
    </w:p>
    <w:p>
      <w:r>
        <w:rPr>
          <w:b/>
        </w:rPr>
        <w:t xml:space="preserve">[1:12:49] </w:t>
      </w:r>
      <w:r>
        <w:t>uski ghair zaroori baaten</w:t>
      </w:r>
    </w:p>
    <w:p>
      <w:pPr>
        <w:jc w:val="right"/>
      </w:pPr>
      <w:r>
        <w:t>اس کی غیر ضروری باتیں</w:t>
      </w:r>
    </w:p>
    <w:p>
      <w:r>
        <w:rPr>
          <w:b/>
        </w:rPr>
        <w:t xml:space="preserve">[1:12:53] </w:t>
      </w:r>
      <w:r>
        <w:t>doosre ka waqt zaya karne wali na hon.</w:t>
      </w:r>
    </w:p>
    <w:p>
      <w:pPr>
        <w:jc w:val="right"/>
      </w:pPr>
      <w:r>
        <w:t>دوسرے کا وقت ضائع کرنے والی نہ ہوں۔</w:t>
      </w:r>
    </w:p>
    <w:p>
      <w:r>
        <w:rPr>
          <w:b/>
        </w:rPr>
        <w:t xml:space="preserve">[1:12:59] </w:t>
      </w:r>
      <w:r>
        <w:t>la jinaha alayhin fi abaihin wala abnaihin wala ikhwanihin</w:t>
      </w:r>
    </w:p>
    <w:p>
      <w:pPr>
        <w:jc w:val="right"/>
      </w:pPr>
      <w:r>
        <w:t>لا جناح علیہن فی ابائهن ولا ابنائهن ولا اخوانهن</w:t>
      </w:r>
    </w:p>
    <w:p>
      <w:r>
        <w:rPr>
          <w:b/>
        </w:rPr>
        <w:t xml:space="preserve">[1:13:19] </w:t>
      </w:r>
      <w:r>
        <w:t>wala ikhwanihin wala abnai ikhwanihin wala abnai khawatihin</w:t>
      </w:r>
    </w:p>
    <w:p>
      <w:pPr>
        <w:jc w:val="right"/>
      </w:pPr>
      <w:r>
        <w:t>ولا اخوانهن ولا ابنائ اخوانهن ولا ابنائ اخواتهن</w:t>
      </w:r>
    </w:p>
    <w:p>
      <w:r>
        <w:rPr>
          <w:b/>
        </w:rPr>
        <w:t xml:space="preserve">[1:13:39] </w:t>
      </w:r>
      <w:r>
        <w:t>wala abnai khawatihin wala nisaaihin wala ma malakat aimaanuhin</w:t>
      </w:r>
    </w:p>
    <w:p>
      <w:pPr>
        <w:jc w:val="right"/>
      </w:pPr>
      <w:r>
        <w:t>ولا ابنائ اخواتهن ولا نسائهن ولا ما ملكت ایمانہن</w:t>
      </w:r>
    </w:p>
    <w:p>
      <w:r>
        <w:rPr>
          <w:b/>
        </w:rPr>
        <w:t xml:space="preserve">[1:13:56] </w:t>
      </w:r>
      <w:r>
        <w:t>wa taqeen Allah</w:t>
      </w:r>
    </w:p>
    <w:p>
      <w:pPr>
        <w:jc w:val="right"/>
      </w:pPr>
      <w:r>
        <w:t>واتقین اللہ</w:t>
      </w:r>
    </w:p>
    <w:p>
      <w:r>
        <w:rPr>
          <w:b/>
        </w:rPr>
        <w:t xml:space="preserve">[1:14:00] </w:t>
      </w:r>
      <w:r>
        <w:t>innallaha kaana ala kulli shai'in shaheeda. paighambar ki biwiyon par apne baapon ke baare mein koi gunaah nahi hai aur na apne beton ke baare mein aur na apne bhaiyon ke baare mein</w:t>
      </w:r>
    </w:p>
    <w:p>
      <w:pPr>
        <w:jc w:val="right"/>
      </w:pPr>
      <w:r>
        <w:t>ان اللہ کان علی کل شیء شہیدا. پیغمبر کی بیویوں پر اپنے باپوں کے بارے میں کوئی گناہ نہیں ہے اور نہ اپنے بیٹوں کے بارے میں اور نہ اپنے بھائیوں کے بارے میں</w:t>
      </w:r>
    </w:p>
    <w:p>
      <w:r>
        <w:rPr>
          <w:b/>
        </w:rPr>
        <w:t xml:space="preserve">[1:14:19] </w:t>
      </w:r>
      <w:r>
        <w:t>aur na apne bhatijon ke baare mein aur na apne bhanjon ke baare mein aur na apni auraton ke baare mein aur na apni londi'on ke baare mein aur tum Allah se darti raho.</w:t>
      </w:r>
    </w:p>
    <w:p>
      <w:pPr>
        <w:jc w:val="right"/>
      </w:pPr>
      <w:r>
        <w:t>اور نہ اپنے بھتیجوں کے بارے میں اور نہ اپنے بھانجوں کے بارے میں اور نہ اپنی عورتوں کے بارے میں اور نہ اپنی لونڈیوں کے بارے میں اور تم اللہ سے ڈرتی رہو۔</w:t>
      </w:r>
    </w:p>
    <w:p>
      <w:r>
        <w:rPr>
          <w:b/>
        </w:rPr>
        <w:t xml:space="preserve">[1:14:34] </w:t>
      </w:r>
      <w:r>
        <w:t>beshak Allah har cheez par nigaah rakhta hai.</w:t>
      </w:r>
    </w:p>
    <w:p>
      <w:pPr>
        <w:jc w:val="right"/>
      </w:pPr>
      <w:r>
        <w:t>بے شک اللہ ہر چیز پر نگاہ رکھتا ہے۔</w:t>
      </w:r>
    </w:p>
    <w:p>
      <w:r>
        <w:rPr>
          <w:b/>
        </w:rPr>
        <w:t xml:space="preserve">[1:14:39] </w:t>
      </w:r>
      <w:r>
        <w:t>tashreeh: oopar ki aayat mein mardon ke liye yeh mamnait thi ke woh azwaj-e-rasool ke saamne na aayen.</w:t>
      </w:r>
    </w:p>
    <w:p>
      <w:pPr>
        <w:jc w:val="right"/>
      </w:pPr>
      <w:r>
        <w:t>تشریح: اوپر کی آیت میں مردوں کے لیے یہ ممانعت تھی کہ وہ ازواج رسول کے سامنے نہ آئیں۔</w:t>
      </w:r>
    </w:p>
    <w:p>
      <w:r>
        <w:rPr>
          <w:b/>
        </w:rPr>
        <w:t xml:space="preserve">[1:14:48] </w:t>
      </w:r>
      <w:r>
        <w:t>is aayat mein bataya gaya hai ke mehram rishtedaar aur meil jool ki auraten in pabandiyon se mustasni hain.</w:t>
      </w:r>
    </w:p>
    <w:p>
      <w:pPr>
        <w:jc w:val="right"/>
      </w:pPr>
      <w:r>
        <w:t>اس آیت میں بتایا گیا ہے کہ محرم رشتہ دار اور میل جول کی عورتیں ان پابندیوں سے مستثنیٰ ہیں۔</w:t>
      </w:r>
    </w:p>
    <w:p>
      <w:r>
        <w:rPr>
          <w:b/>
        </w:rPr>
        <w:t xml:space="preserve">[1:14:56] </w:t>
      </w:r>
      <w:r>
        <w:t>yahan jin rishton ka zikr hai is mein woh rishte bhi aa jayenge jo un ke hukum mein daakhil hon. is quraani hidaayat ki mazeed tafseel surah noor aayat 31 mein maujood hai.</w:t>
      </w:r>
    </w:p>
    <w:p>
      <w:pPr>
        <w:jc w:val="right"/>
      </w:pPr>
      <w:r>
        <w:t>یہاں جن رشتوں کا ذکر ہے اس میں وہ رشتے بھی آ جائیں گے جو ان کے حکم میں داخل ہوں۔ اس قرآنی ہدایت کی مزید تفصیل سورہ نور آیت 31 میں موجود ہے۔</w:t>
      </w:r>
    </w:p>
    <w:p>
      <w:r>
        <w:rPr>
          <w:b/>
        </w:rPr>
        <w:t xml:space="preserve">[1:15:13] </w:t>
      </w:r>
      <w:r>
        <w:t>tamam ahkaam ka khulasa yeh hai ke aurat ho ya mard, us ke dil mein Allah ka darr ho. woh yeh samajh kar zindagi guzare ke Allah har haal mein us ki nigraani kar raha hai.</w:t>
      </w:r>
    </w:p>
    <w:p>
      <w:pPr>
        <w:jc w:val="right"/>
      </w:pPr>
      <w:r>
        <w:t>تمام احکام کا خلاصہ یہ ہے کہ عورت ہو یا مرد، اس کے دل میں اللہ کا ڈر ہو۔ وہ یہ سمجھ کر زندگی گزارے کہ اللہ ہر حال میں اس کی نگرانی کر رہا ہے۔</w:t>
      </w:r>
    </w:p>
    <w:p>
      <w:r>
        <w:rPr>
          <w:b/>
        </w:rPr>
        <w:t xml:space="preserve">[1:15:28] </w:t>
      </w:r>
      <w:r>
        <w:t>innallaha wa malaaikatahu yusalloona alaa annabiyi ya</w:t>
      </w:r>
    </w:p>
    <w:p>
      <w:pPr>
        <w:jc w:val="right"/>
      </w:pPr>
      <w:r>
        <w:t>ان اللہ وملائکتہ یصلون علی النبی یا</w:t>
      </w:r>
    </w:p>
    <w:p>
      <w:r>
        <w:rPr>
          <w:b/>
        </w:rPr>
        <w:t xml:space="preserve">[1:15:40] </w:t>
      </w:r>
      <w:r>
        <w:t>ayyuha allazeena aamanoo salloo alayhi wa sallimoo tasleema. innallazeena yu'zoonallaha wa rasoolahu la'anahumullahu fee addunya wal aakhirati wa a'adda lahum azaaban</w:t>
      </w:r>
    </w:p>
    <w:p>
      <w:pPr>
        <w:jc w:val="right"/>
      </w:pPr>
      <w:r>
        <w:t>ایہا الذین آمنوا صلو علیہ وسلموا تسلیما ان الذین یؤذون اللہ ورسولہ لعنہم اللہ فی الدنیا والآخرة وأعد لهم عذابا</w:t>
      </w:r>
    </w:p>
    <w:p>
      <w:r>
        <w:rPr>
          <w:b/>
        </w:rPr>
        <w:t xml:space="preserve">[1:16:00] </w:t>
      </w:r>
      <w:r>
        <w:t>muheena. wallazeena yu'zoonall mo'mineena wal mo'minaati bighairi ma iktasaboo faqad ihtamaloo buhtaanan wa isman mubeena. Allah aur us ke farishte nabee par rehmat bhejte hain.</w:t>
      </w:r>
    </w:p>
    <w:p>
      <w:pPr>
        <w:jc w:val="right"/>
      </w:pPr>
      <w:r>
        <w:t>مهینا والذین یؤذون المؤمنین والمؤمنات بغير ما اکتسبوا فقد احتملوا بهتانا واثما مبینا اللہ اور اس کے فرشتے نبی پر رحمت بھیجتے ہیں۔</w:t>
      </w:r>
    </w:p>
    <w:p>
      <w:r>
        <w:rPr>
          <w:b/>
        </w:rPr>
        <w:t xml:space="preserve">[1:16:20] </w:t>
      </w:r>
      <w:r>
        <w:t>ae imaan walon!</w:t>
      </w:r>
    </w:p>
    <w:p>
      <w:pPr>
        <w:jc w:val="right"/>
      </w:pPr>
      <w:r>
        <w:t>اے ایمان والو!</w:t>
      </w:r>
    </w:p>
    <w:p>
      <w:r>
        <w:rPr>
          <w:b/>
        </w:rPr>
        <w:t xml:space="preserve">[1:16:22] </w:t>
      </w:r>
      <w:r>
        <w:t>tum bhi us par durood o salaam bhejo. jo log Allah aur us ke rasool ko aaziyat dete hain, Allah ne un par dunya aur aakhirat mein laanat ki aur un ke liye zaleel karne wala azaab tayyar kar rakha hai.</w:t>
      </w:r>
    </w:p>
    <w:p>
      <w:pPr>
        <w:jc w:val="right"/>
      </w:pPr>
      <w:r>
        <w:t>تم بھی اس پر درود و سلام بھیجو۔ جو لوگ اللہ اور اس کے رسول کو اذیت دیتے ہیں، اللہ نے ان پر دنیا اور آخرت میں لعنت کی اور ان کے لیے ذلیل کرنے والا عذاب تیار کر رکھا ہے۔</w:t>
      </w:r>
    </w:p>
    <w:p>
      <w:r>
        <w:rPr>
          <w:b/>
        </w:rPr>
        <w:t xml:space="preserve">[1:16:38] </w:t>
      </w:r>
      <w:r>
        <w:t>aur jo log momin mardon aur momin auraton ko aaziyat dete hain baghair is ke ke unhon ne kuch kiya ho, to unhon ne buhtaan ka aur sareeh gunaah ka bojh uthaya.</w:t>
      </w:r>
    </w:p>
    <w:p>
      <w:pPr>
        <w:jc w:val="right"/>
      </w:pPr>
      <w:r>
        <w:t>اور جو لوگ مومن مردوں اور مومن عورتوں کو اذیت دیتے ہیں بغیر اس کے کہ انہوں نے کچھ کیا ہو، تو انہوں نے بہتان کا اور صریح گناہ کا بوجھ اٹھایا۔</w:t>
      </w:r>
    </w:p>
    <w:p>
      <w:r>
        <w:rPr>
          <w:b/>
        </w:rPr>
        <w:t xml:space="preserve">[1:16:52] </w:t>
      </w:r>
      <w:r>
        <w:t>tashreeh: rasool Allah sal Allah alaihi wasallam dunya mein Khuda ke deen ka</w:t>
      </w:r>
    </w:p>
    <w:p>
      <w:pPr>
        <w:jc w:val="right"/>
      </w:pPr>
      <w:r>
        <w:t>تشریح: رسول اللہ صلی اللہ علیہ وسلم دنیا میں خدا کے دین کا</w:t>
      </w:r>
    </w:p>
    <w:p>
      <w:r>
        <w:rPr>
          <w:b/>
        </w:rPr>
        <w:t xml:space="preserve">[1:16:58] </w:t>
      </w:r>
      <w:r>
        <w:t>izhaar karne ke liye bheje gaye. Allah ka jo banda is tarah ke muqaddas kaam ke liye uthe, us ko Khuda aur us ke farishton ki kaamil taeed haasil hoti hai.</w:t>
      </w:r>
    </w:p>
    <w:p>
      <w:pPr>
        <w:jc w:val="right"/>
      </w:pPr>
      <w:r>
        <w:t>اظہار کرنے کے لیے بھیجے گئے۔ اللہ کا جو بندہ اس طرح کے مقدس کام کے لیے اٹھے، اس کو خدا اور اس کے فرشتوں کی کامل تائید حاصل ہوتی ہے۔</w:t>
      </w:r>
    </w:p>
    <w:p>
      <w:r>
        <w:rPr>
          <w:b/>
        </w:rPr>
        <w:t xml:space="preserve">[1:17:11] </w:t>
      </w:r>
      <w:r>
        <w:t>us ki hamnawaai karna Khuda aur us ke farishton ki hamnawaai karna hota hai.</w:t>
      </w:r>
    </w:p>
    <w:p>
      <w:pPr>
        <w:jc w:val="right"/>
      </w:pPr>
      <w:r>
        <w:t>اس کی ہمنوائی کرنا خدا اور اس کے فرشتوں کی ہمنوائی کرنا ہوتا ہے</w:t>
      </w:r>
    </w:p>
    <w:p>
      <w:r>
        <w:rPr>
          <w:b/>
        </w:rPr>
        <w:t xml:space="preserve">[1:17:16] </w:t>
      </w:r>
      <w:r>
        <w:t>aur is se earaaz karna Khuda aur us ke farishton se earaaz karna hota hai. Jin logon ne Rasool Allah Sal Allah o Alaihi Wasallam ko sataya, woh apne khayal ke mutabiq sirf ek insaan ko satarahe thay magar woh bhool gaye ke woh Khuda ke numainde ko satarahe hain.</w:t>
      </w:r>
    </w:p>
    <w:p>
      <w:pPr>
        <w:jc w:val="right"/>
      </w:pPr>
      <w:r>
        <w:t>اور اس سے اعراض کرنا خدا اور اس کے فرشتوں سے اعراض کرنا ہوتا ہے۔ جن لوگوں نے رسول اللہ صلی اللہ علیہ وسلم کو ستایا، وہ اپنے خیال کے مطابق صرف ایک انسان کو ستا رہے تھے مگر وہ بھول گئے کہ وہ خدا کے نمائندے کو ستا رہے ہیں۔</w:t>
      </w:r>
    </w:p>
    <w:p>
      <w:r>
        <w:rPr>
          <w:b/>
        </w:rPr>
        <w:t xml:space="preserve">[1:17:37] </w:t>
      </w:r>
      <w:r>
        <w:t>Aur jo log Khuda ke numainde ko satayein, unhon ne malik-e-kaenat ki nazar mein hamesha ke liye apne aap ko maloon bana liya.</w:t>
      </w:r>
    </w:p>
    <w:p>
      <w:pPr>
        <w:jc w:val="right"/>
      </w:pPr>
      <w:r>
        <w:t>اور جو لوگ خدا کے نمائندے کو ستائیں، انہوں نے مالک کائنات کی نظر میں ہمیشہ کے لیے اپنے آپ کو ملعون بنا لیا۔</w:t>
      </w:r>
    </w:p>
    <w:p>
      <w:r>
        <w:rPr>
          <w:b/>
        </w:rPr>
        <w:t xml:space="preserve">[1:17:50] </w:t>
      </w:r>
      <w:r>
        <w:t>Ya ayyuha annabiy! qul azwajika wa banatika wa nisaa</w:t>
      </w:r>
    </w:p>
    <w:p>
      <w:pPr>
        <w:jc w:val="right"/>
      </w:pPr>
      <w:r>
        <w:t>یا ایہا النبی! قل لازواجک وبناتک ونساء</w:t>
      </w:r>
    </w:p>
    <w:p>
      <w:r>
        <w:rPr>
          <w:b/>
        </w:rPr>
        <w:t xml:space="preserve">[1:17:59] </w:t>
      </w:r>
      <w:r>
        <w:t>almu'mineena yudneena 'alayhinna min jalabeelihinna dhalika adna an yu'rafna falay'u'dhayn</w:t>
      </w:r>
    </w:p>
    <w:p>
      <w:pPr>
        <w:jc w:val="right"/>
      </w:pPr>
      <w:r>
        <w:t>المؤمنینیدنین علیہن من جلابی بہن ذلك ادنی ان یعرفن فلا یؤذین</w:t>
      </w:r>
    </w:p>
    <w:p>
      <w:r>
        <w:rPr>
          <w:b/>
        </w:rPr>
        <w:t xml:space="preserve">[1:18:16] </w:t>
      </w:r>
      <w:r>
        <w:t>Wakaallahu ghafoorur raheema. Lailam yantahil munafiqoona wallazeena fee quloobihim maradun wal murjifoon fil madeenati lanughriyannaka bihim</w:t>
      </w:r>
    </w:p>
    <w:p>
      <w:pPr>
        <w:jc w:val="right"/>
      </w:pPr>
      <w:r>
        <w:t>وكان اللہ غفورا رحیما لئن لم ينته المنافقون والذین فی قلوبهم مرض والمرجفون فی المدینۃ لنغرینک بهم</w:t>
      </w:r>
    </w:p>
    <w:p>
      <w:r>
        <w:rPr>
          <w:b/>
        </w:rPr>
        <w:t xml:space="preserve">[1:18:35] </w:t>
      </w:r>
      <w:r>
        <w:t>lanughriyannaka bihim thumma la yajawaroonaka feeha illa qaleela. Mal'ooneena aynamath qifoo ukhithoo wa qutiloo taqteela.</w:t>
      </w:r>
    </w:p>
    <w:p>
      <w:pPr>
        <w:jc w:val="right"/>
      </w:pPr>
      <w:r>
        <w:t>لنغرینک بهم ثم لا یجاورونک فیها الا قلیلا ملعونین اینما ثقفوا اخذوا وقتلوا تقتیلا</w:t>
      </w:r>
    </w:p>
    <w:p>
      <w:r>
        <w:rPr>
          <w:b/>
        </w:rPr>
        <w:t xml:space="preserve">[1:18:55] </w:t>
      </w:r>
      <w:r>
        <w:t>Sunnatullahi fil lazeena khalaw min qablu walan tajida lisunnatillahi tabdeela. Aye Nabiy!</w:t>
      </w:r>
    </w:p>
    <w:p>
      <w:pPr>
        <w:jc w:val="right"/>
      </w:pPr>
      <w:r>
        <w:t>سنت اللہ فی الذین خلوا من قبل ولن تجد لسنت اللہ تبدیلا اے نبی!</w:t>
      </w:r>
    </w:p>
    <w:p>
      <w:r>
        <w:rPr>
          <w:b/>
        </w:rPr>
        <w:t xml:space="preserve">[1:19:08] </w:t>
      </w:r>
      <w:r>
        <w:t>Apni biwiyon se kaho aur apni betiyon se aur musalmanon ki auraton se ke neeche kar liya karein apne upar thodi si apni chadar ko.</w:t>
      </w:r>
    </w:p>
    <w:p>
      <w:pPr>
        <w:jc w:val="right"/>
      </w:pPr>
      <w:r>
        <w:t>اپنی بیویوں سے کہو اور اپنی بیٹیوں سے اور مسلمانوں کی عورتوں سے کہ نیچے کر لیا کریں اپنے اوپر تھوڑی سی اپنی چادریں۔</w:t>
      </w:r>
    </w:p>
    <w:p>
      <w:r>
        <w:rPr>
          <w:b/>
        </w:rPr>
        <w:t xml:space="preserve">[1:19:19] </w:t>
      </w:r>
      <w:r>
        <w:t>Is se jaldi pehchan ho jayegi to woh satayi na jayengi.</w:t>
      </w:r>
    </w:p>
    <w:p>
      <w:pPr>
        <w:jc w:val="right"/>
      </w:pPr>
      <w:r>
        <w:t>اس سے جلدی پہچان ہو جائے گی تو وہ ستائی نہ جائیں گی</w:t>
      </w:r>
    </w:p>
    <w:p>
      <w:r>
        <w:rPr>
          <w:b/>
        </w:rPr>
        <w:t xml:space="preserve">[1:19:24] </w:t>
      </w:r>
      <w:r>
        <w:t>Aur Allah bakhshne wala meherban hai. Munafiqeen aur woh log jin ke dilon mein rog hai aur jo madine mein jhooti khabrein phailane wale hain, agar woh baaz na aaye to hum tum ko un ke peeche laga denge.</w:t>
      </w:r>
    </w:p>
    <w:p>
      <w:pPr>
        <w:jc w:val="right"/>
      </w:pPr>
      <w:r>
        <w:t>اور اللہ بخشنے والا مہربان ہے۔ منافقین اور وہ لوگ جن کے دلوں میں روگ ہے اور جو مدینہ میں جھوٹی خبریں پھیلانے والے ہیں، اگر وہ باز نہ آئے تو ہم تم کو ان کے پیچھے لگا دیں گے۔</w:t>
      </w:r>
    </w:p>
    <w:p>
      <w:r>
        <w:rPr>
          <w:b/>
        </w:rPr>
        <w:t xml:space="preserve">[1:19:41] </w:t>
      </w:r>
      <w:r>
        <w:t>Phir woh tumhare saath madine mein bohat kam rehne payenge. Phitkaare hue jahan paye jayenge, pakde jayenge aur buri tarah maare jayenge.</w:t>
      </w:r>
    </w:p>
    <w:p>
      <w:pPr>
        <w:jc w:val="right"/>
      </w:pPr>
      <w:r>
        <w:t>پھر وہ تمہارے ساتھ مدینے میں بہت کم رہنے پائیں گے۔ پھٹکارے ہوئے جہاں پائے جائیں گے، پکڑے جائیں گے اور بری طرح مارے جائیں گے۔</w:t>
      </w:r>
    </w:p>
    <w:p>
      <w:r>
        <w:rPr>
          <w:b/>
        </w:rPr>
        <w:t xml:space="preserve">[1:19:53] </w:t>
      </w:r>
      <w:r>
        <w:t>Yeh Allah ka dastoor hai un logon ke bare mein jo pehle guzar chuke hain aur tum Allah ke dastoor mein koi tabdeeli na paoge.</w:t>
      </w:r>
    </w:p>
    <w:p>
      <w:pPr>
        <w:jc w:val="right"/>
      </w:pPr>
      <w:r>
        <w:t>یہ اللہ کا دستور ہے ان لوگوں کے بارے میں جو پہلے گزر چکے ہیں اور تم اللہ کے دستور میں کوئی تبدیلی نہ پاؤ گے۔</w:t>
      </w:r>
    </w:p>
    <w:p>
      <w:r>
        <w:rPr>
          <w:b/>
        </w:rPr>
        <w:t xml:space="preserve">[1:20:05] </w:t>
      </w:r>
      <w:r>
        <w:t>Tashreeh: Musalman aurat jab kisi zaroorat se apne ghar ke bahar nikle to woh kis tarah nikle? Is ko aise libaas mein nikalna chahiye jo is baat ka ek khamosh aelan ho ke woh ek shareef aur haya daar aurat hai.</w:t>
      </w:r>
    </w:p>
    <w:p>
      <w:pPr>
        <w:jc w:val="right"/>
      </w:pPr>
      <w:r>
        <w:t>تشریح: مسلمان عورت جب کسی ضرورت سے اپنے گھر کے باہر نکلے تو وہ کس طرح نکلے؟ اس کو ایسے لباس میں نکلنا چاہیے جو اس بات کا ایک خاموش اعلان ہو کہ وہ ایک شریف اور حیا دار عورت ہے۔</w:t>
      </w:r>
    </w:p>
    <w:p>
      <w:r>
        <w:rPr>
          <w:b/>
        </w:rPr>
        <w:t xml:space="preserve">[1:20:23] </w:t>
      </w:r>
      <w:r>
        <w:t>Woh sanjeeda zaroorat ke tehat bahar nikli hai na ke tafreeh aur dil lagi ke liye. Saada kapde, haya daar chaal, chadar ya burqa se jism dhaka hua hona isi ki ek alamat hai.</w:t>
      </w:r>
    </w:p>
    <w:p>
      <w:pPr>
        <w:jc w:val="right"/>
      </w:pPr>
      <w:r>
        <w:t>وہ سنجیدہ ضرورت کے تحت باہر نکلی ہے نہ کہ تفریح اور دلیگی کے لیے۔ سادہ کپڑے، حیا دار چال، چادر یا برقعہ سے جسم ڈھکا ہوا ہونا اسی کی ایک علامت ہے۔</w:t>
      </w:r>
    </w:p>
    <w:p>
      <w:r>
        <w:rPr>
          <w:b/>
        </w:rPr>
        <w:t xml:space="preserve">[1:20:39] </w:t>
      </w:r>
      <w:r>
        <w:t>Haqeeqat yeh hai ke jismani numaish ke saath bahar nikalna doosron ko dawat-e-iltafat dena hai aur jismani numaish ke baghair nikalna goya amal ki zaban mein doosron se yeh kehna hai ke mein sirf</w:t>
      </w:r>
    </w:p>
    <w:p>
      <w:pPr>
        <w:jc w:val="right"/>
      </w:pPr>
      <w:r>
        <w:t>حقیقت یہ ہے کہ جسمانی نمائش کے ساتھ باہر نکلنا دوسروں کو دعوت التفات دینا ہے اور جسمانی نمائش کے بغیر نکلنا گویا عمل کی زبان میں دوسروں سے یہ کہنا ہے کہ میں صرف</w:t>
      </w:r>
    </w:p>
    <w:p>
      <w:r>
        <w:rPr>
          <w:b/>
        </w:rPr>
        <w:t xml:space="preserve">[1:20:57] </w:t>
      </w:r>
      <w:r>
        <w:t>apne kaam se bahar nikli hoon, mujhe tum se koi matlab nahi. Dil ke mareezon se yahan murad ghaleban yahood hain kyunke wohi log musalmanon ko aur muslim khawateen ko zyada pareshan kar rahe thay</w:t>
      </w:r>
    </w:p>
    <w:p>
      <w:pPr>
        <w:jc w:val="right"/>
      </w:pPr>
      <w:r>
        <w:t>اپنے کام سے باہر نکلی ہوں، مجھے تم سے کوئی مطلب نہیں۔ دل کے مریضوں سے یہاں مراد غالباً یہود ہیں کیونکہ وہی لوگ مسلمانوں کو اور مسلم خواتین کو زیادہ پریشان کر رہے تھے</w:t>
      </w:r>
    </w:p>
    <w:p>
      <w:r>
        <w:rPr>
          <w:b/>
        </w:rPr>
        <w:t xml:space="preserve">[1:21:14] </w:t>
      </w:r>
      <w:r>
        <w:t>aur yahi log thay jo mazkoora tanbeeh ke mutabiq qatal kiye gaye ya shahar se nikal diye gaye. Yas'aluka annasu 'anissaa'ati faqul innamaa 'ilmuhaa 'indallahi</w:t>
      </w:r>
    </w:p>
    <w:p>
      <w:pPr>
        <w:jc w:val="right"/>
      </w:pPr>
      <w:r>
        <w:t>اور یہی لوگ تھے جو مذکورہ تنبیہ کے مطابق قتل کیے گئے یا شہر سے نکال دیے گئے۔ یسالک الناس عن الساعۃ قل انما علمها عند اللہ</w:t>
      </w:r>
    </w:p>
    <w:p>
      <w:r>
        <w:rPr>
          <w:b/>
        </w:rPr>
        <w:t xml:space="preserve">[1:21:32] </w:t>
      </w:r>
      <w:r>
        <w:t>wamaa yudreeka la'allas saa'ata takoonu qareebaa. Innallaha la'anal kafireena wa a'adda lahum sa'eera. Khaalikeena feehaa</w:t>
      </w:r>
    </w:p>
    <w:p>
      <w:pPr>
        <w:jc w:val="right"/>
      </w:pPr>
      <w:r>
        <w:t>ومایدریک لعل الساعۃ تكون قریبا ان اللہ لعن الکافرین واعد لہم سعیرا خالدین فیہا</w:t>
      </w:r>
    </w:p>
    <w:p>
      <w:r>
        <w:rPr>
          <w:b/>
        </w:rPr>
        <w:t xml:space="preserve">[1:21:49] </w:t>
      </w:r>
      <w:r>
        <w:t>abadan laa yajidoona waliyyan wala naseera. Yawma tuqallabu wujoohuhum finnaari yaqooloona ya laitanna ataa'nallaha wa ataa'narrasoola.</w:t>
      </w:r>
    </w:p>
    <w:p>
      <w:pPr>
        <w:jc w:val="right"/>
      </w:pPr>
      <w:r>
        <w:t>ابدا لا یجدون ودیا ولا نصیرا یوم تقلب وجوههم فی النار یقولون یا لیتنا اطعنا اللہ واطعنا الرسولا</w:t>
      </w:r>
    </w:p>
    <w:p>
      <w:r>
        <w:rPr>
          <w:b/>
        </w:rPr>
        <w:t xml:space="preserve">[1:22:08] </w:t>
      </w:r>
      <w:r>
        <w:t>Wa qaaloo rabbanaa innaa ataa'na saadataanaa wa kubaraaa'anaa fa adalloo as-sabeela. Rabbanaa</w:t>
      </w:r>
    </w:p>
    <w:p>
      <w:pPr>
        <w:jc w:val="right"/>
      </w:pPr>
      <w:r>
        <w:t>وقالوا ربنا انا اطعنا سادتنا وكبراءنا فاضلون سبیلا ربنا</w:t>
      </w:r>
    </w:p>
    <w:p>
      <w:r>
        <w:rPr>
          <w:b/>
        </w:rPr>
        <w:t xml:space="preserve">[1:22:26] </w:t>
      </w:r>
      <w:r>
        <w:t>aatim 'azabainin minal 'azabi wal'anhum la'nan kabeera. Log tum se qayamat ke bare mein poochte hain, kaho ke is ka ilm to sirf Allah ke paas hai aur tum ko kya khabar?</w:t>
      </w:r>
    </w:p>
    <w:p>
      <w:pPr>
        <w:jc w:val="right"/>
      </w:pPr>
      <w:r>
        <w:t>اتہم ضعفین من العذاب والعنہم لعنا کبیرا لوگ تم سے قیامت کے بارے میں پوچھتے ہیں، کہو کہ اس کا علم تو صرف اللہ کے پاس ہے اور تم کو کیا خبر؟</w:t>
      </w:r>
    </w:p>
    <w:p>
      <w:r>
        <w:rPr>
          <w:b/>
        </w:rPr>
        <w:t xml:space="preserve">[1:22:42] </w:t>
      </w:r>
      <w:r>
        <w:t>Shayad qayamat qareeb aa lagi ho.</w:t>
      </w:r>
    </w:p>
    <w:p>
      <w:pPr>
        <w:jc w:val="right"/>
      </w:pPr>
      <w:r>
        <w:t>شاید قیامت قریب آ لگی ہو۔</w:t>
      </w:r>
    </w:p>
    <w:p>
      <w:r>
        <w:rPr>
          <w:b/>
        </w:rPr>
        <w:t xml:space="preserve">[1:22:45] </w:t>
      </w:r>
      <w:r>
        <w:t>Beshaq Allah ne munkiron ko rehmat se door kar diya hai aur un ke liye bhadakti hui aag tayyar hai. Is mein woh hamesha rahenge, woh na koi haami payenge aur na koi madadgar.</w:t>
      </w:r>
    </w:p>
    <w:p>
      <w:pPr>
        <w:jc w:val="right"/>
      </w:pPr>
      <w:r>
        <w:t>بے شک اللہ نے منکروں کو رحمت سے دور کر دیا ہے اور ان کے لیے بھڑکتی ہوئی آگ تیار ہے۔ اس میں وہ ہمیشہ رہیں گے، وہ نہ کوئی حامی پائیں گے اور نہ کوئی مددگار۔</w:t>
      </w:r>
    </w:p>
    <w:p>
      <w:r>
        <w:rPr>
          <w:b/>
        </w:rPr>
        <w:t xml:space="preserve">[1:23:01] </w:t>
      </w:r>
      <w:r>
        <w:t>Jis din un ke chehre aag mein ult palat kiye jayenge, woh kahenge: "Aye kaash hum ne Allah ki itaat ki hoti aur hum ne Rasool ki itaat ki hoti"</w:t>
      </w:r>
    </w:p>
    <w:p>
      <w:pPr>
        <w:jc w:val="right"/>
      </w:pPr>
      <w:r>
        <w:t>جس دن ان کے چہرے آگ میں الٹ پلٹ کیے جائیں گے، وہ کہیں گے: "اے کاش ہم نے اللہ کی اطاعت کی ہوتی اور ہم نے رسول کی اطاعت کی ہوتی"</w:t>
      </w:r>
    </w:p>
    <w:p>
      <w:r>
        <w:rPr>
          <w:b/>
        </w:rPr>
        <w:t xml:space="preserve">[1:23:14] </w:t>
      </w:r>
      <w:r>
        <w:t>Aur woh kahenge ke: "Aye hamare Rab</w:t>
      </w:r>
    </w:p>
    <w:p>
      <w:pPr>
        <w:jc w:val="right"/>
      </w:pPr>
      <w:r>
        <w:t>اور وہ کہیں گے کہ: "اے ہمارے رب</w:t>
      </w:r>
    </w:p>
    <w:p>
      <w:r>
        <w:rPr>
          <w:b/>
        </w:rPr>
        <w:t xml:space="preserve">[1:23:17] </w:t>
      </w:r>
      <w:r>
        <w:t>! hum ne apne sardaron aur apne بڑon ka kehna mana to unhon ne hum ko rastay se bhatka diya.</w:t>
      </w:r>
    </w:p>
    <w:p>
      <w:pPr>
        <w:jc w:val="right"/>
      </w:pPr>
      <w:r>
        <w:t>! ہم نے اپنے سرداروں اور اپنے بڑوں کا کہنا مانا تو انہوں نے ہم کو راستے سے بھٹکا دیا۔</w:t>
      </w:r>
    </w:p>
    <w:p>
      <w:r>
        <w:rPr>
          <w:b/>
        </w:rPr>
        <w:t xml:space="preserve">[1:23:28] </w:t>
      </w:r>
      <w:r>
        <w:t>Ae hamare rab!</w:t>
      </w:r>
    </w:p>
    <w:p>
      <w:pPr>
        <w:jc w:val="right"/>
      </w:pPr>
      <w:r>
        <w:t>اے ہمارے رب!</w:t>
      </w:r>
    </w:p>
    <w:p>
      <w:r>
        <w:rPr>
          <w:b/>
        </w:rPr>
        <w:t xml:space="preserve">[1:23:30] </w:t>
      </w:r>
      <w:r>
        <w:t>In ko dohra azab de aur un par bhari lanat kar." Tashreeh: Qayamat ki tareekh poochne ka matlab yeh nahi hai ke woh log qayamat ke aanay ko sarray se mante hi na thay.</w:t>
      </w:r>
    </w:p>
    <w:p>
      <w:pPr>
        <w:jc w:val="right"/>
      </w:pPr>
      <w:r>
        <w:t>ان کو دہرا عذاب دے اور ان پر بھاری لعنت کر۔" تشریح: قیامت کی تاریخ پوچھنے کا مطلب یہ نہیں ہے کہ وہ لوگ قیامت کے آنے کو سرے سے مانتے ہی نہ تھے۔</w:t>
      </w:r>
    </w:p>
    <w:p>
      <w:r>
        <w:rPr>
          <w:b/>
        </w:rPr>
        <w:t xml:space="preserve">[1:23:48] </w:t>
      </w:r>
      <w:r>
        <w:t>Yeh darasal qayamat ka istahzaa na tha balkay qayamat ki khabar denay walay ka istahzaa tha. Woh nafs qayamat ke munkir na thay balkay qayamat ki is noiyat ke munkir thay jis ki rasool aur ashaab-e-rasool unhein khabar de rahay thay.</w:t>
      </w:r>
    </w:p>
    <w:p>
      <w:pPr>
        <w:jc w:val="right"/>
      </w:pPr>
      <w:r>
        <w:t>یہ دراصل قیامت کا استہزاء نہ تھا بلکہ قیامت کی خبر دینے والے کا استہزاء تھا۔ وہ نفس قیامت کے منکر نہ تھے بلکہ قیامت کی اس نوعیت کے منکر تھے جس کی رسول اور اصحاب رسول انہیں خبر دے رہے تھے۔</w:t>
      </w:r>
    </w:p>
    <w:p>
      <w:r>
        <w:rPr>
          <w:b/>
        </w:rPr>
        <w:t xml:space="preserve">[1:24:07] </w:t>
      </w:r>
      <w:r>
        <w:t>Un ki asal ghalti yeh thi ke unhon ne apne qoumi akabir ko bara samjha aur peghambar ko bara na samjha. Is liye unhein apne qoumi akabir ki baat qabil-e-lihaz nazar aayi aur peghambar ki baat qabil-e-lihaz nazar na aayi.</w:t>
      </w:r>
    </w:p>
    <w:p>
      <w:pPr>
        <w:jc w:val="right"/>
      </w:pPr>
      <w:r>
        <w:t>ان کی اصل غلطی یہ تھی کہ انہوں نے اپنے قومی اکابر کو بڑا سمجھا اور پیغمبر کو بڑا نہ سمجھا۔ اس لیے انہیں اپنے قومی اکابر کی بات قابل لحاظ نظر آئی اور پیغمبر کی بات قابل لحاظ نظر نہ آئی۔</w:t>
      </w:r>
    </w:p>
    <w:p>
      <w:r>
        <w:rPr>
          <w:b/>
        </w:rPr>
        <w:t xml:space="preserve">[1:24:24] </w:t>
      </w:r>
      <w:r>
        <w:t>Chunancha qayamat mein jab asal haqeeqat khule gi to woh afsos karein ge ke kaash hum jhooti بڑai aur sachi بڑai ke farq ko samajhte aur jhooti بڑai ke frame mein mubtala ho kar gumrah na hotay.</w:t>
      </w:r>
    </w:p>
    <w:p>
      <w:pPr>
        <w:jc w:val="right"/>
      </w:pPr>
      <w:r>
        <w:t>چنانچہ قیامت میں جب اصل حقیقت کھلے گی تو وہ افسوس کریں گے کہ کاش ہم جھوٹی بڑائی اور سچی بڑائی کے فرق کو سمجھتے اور جھوٹی بڑائی کے فریم میں مبتلا ہو کر گمراہ نہ ہوتے۔</w:t>
      </w:r>
    </w:p>
    <w:p>
      <w:r>
        <w:rPr>
          <w:b/>
        </w:rPr>
        <w:t xml:space="preserve">[1:24:42] </w:t>
      </w:r>
      <w:r>
        <w:t>Ya ayyuhal lazeena aamanoo la takoonoo kal lazeena aazaw Moosa fabarra Allahu mimma qaloowa wa kaana inda Allahi wajeeha</w:t>
      </w:r>
    </w:p>
    <w:p>
      <w:pPr>
        <w:jc w:val="right"/>
      </w:pPr>
      <w:r>
        <w:t>یا ایہا الذین آمنوا لا تكونوا كالذین آذوا موسیٰ فبراء اللہ مما قالوا وكان عند اللہ وجیہا</w:t>
      </w:r>
    </w:p>
    <w:p>
      <w:r>
        <w:rPr>
          <w:b/>
        </w:rPr>
        <w:t xml:space="preserve">[1:25:00] </w:t>
      </w:r>
      <w:r>
        <w:t>Ya ayyuhal lazeena aamanoo ittaqool laaha wa qooloo qawlan sadeeda yuslih lakum a'maalakum wa yaghfir lakum zunoobakum</w:t>
      </w:r>
    </w:p>
    <w:p>
      <w:pPr>
        <w:jc w:val="right"/>
      </w:pPr>
      <w:r>
        <w:t>یا ایہا الذین آمنوا اتقوا اللہ وقولوا قولا سديدا یصلح لكم أعمالكم ويغفر لكم ذنوبكم</w:t>
      </w:r>
    </w:p>
    <w:p>
      <w:r>
        <w:rPr>
          <w:b/>
        </w:rPr>
        <w:t xml:space="preserve">[1:25:17] </w:t>
      </w:r>
      <w:r>
        <w:t>Wa mai yuti'il laaha wa rasoolahu faqad faaza fawzan azeema Ae imaan walo!</w:t>
      </w:r>
    </w:p>
    <w:p>
      <w:pPr>
        <w:jc w:val="right"/>
      </w:pPr>
      <w:r>
        <w:t>ومن یطع اللہ ورسولہ فقد فاز فوزا عظیما اے ایمان والو!</w:t>
      </w:r>
    </w:p>
    <w:p>
      <w:r>
        <w:rPr>
          <w:b/>
        </w:rPr>
        <w:t xml:space="preserve">[1:25:27] </w:t>
      </w:r>
      <w:r>
        <w:t>Tum</w:t>
      </w:r>
    </w:p>
    <w:p>
      <w:pPr>
        <w:jc w:val="right"/>
      </w:pPr>
      <w:r>
        <w:t>تم</w:t>
      </w:r>
    </w:p>
    <w:p>
      <w:r>
        <w:rPr>
          <w:b/>
        </w:rPr>
        <w:t xml:space="preserve">[1:25:28] </w:t>
      </w:r>
      <w:r>
        <w:t>Un logon ki tarah na bano jinhon ne Moosa ko aziyat pohanchayi to Allah ne us ko un logon ki baaton se bari sabit kiya aur woh Allah ke nazdeek ba-izzat tha.</w:t>
      </w:r>
    </w:p>
    <w:p>
      <w:pPr>
        <w:jc w:val="right"/>
      </w:pPr>
      <w:r>
        <w:t>ان لوگوں کی طرح نہ بنو جنہوں نے موسیٰ کو اذیت پہنچائی تو اللہ نے اس کو ان لوگوں کی باتوں سے بری ثابت کیا اور وہ اللہ کے نزدیک باعزت تھا۔</w:t>
      </w:r>
    </w:p>
    <w:p>
      <w:r>
        <w:rPr>
          <w:b/>
        </w:rPr>
        <w:t xml:space="preserve">[1:25:42] </w:t>
      </w:r>
      <w:r>
        <w:t>Ae imaan walo!</w:t>
      </w:r>
    </w:p>
    <w:p>
      <w:pPr>
        <w:jc w:val="right"/>
      </w:pPr>
      <w:r>
        <w:t>اے ایمان والو!</w:t>
      </w:r>
    </w:p>
    <w:p>
      <w:r>
        <w:rPr>
          <w:b/>
        </w:rPr>
        <w:t xml:space="preserve">[1:25:43] </w:t>
      </w:r>
      <w:r>
        <w:t>Allah se daro aur durust baat kaho, woh tumhare a'maal sudharay ga aur tumhare gunahon ko bakhsh de ga.</w:t>
      </w:r>
    </w:p>
    <w:p>
      <w:pPr>
        <w:jc w:val="right"/>
      </w:pPr>
      <w:r>
        <w:t>اللہ سے ڈرو اور درست بات کہو، وہ تمہارے اعمال سدھارے گا اور تمہارے گناہوں کو بخش دے گا۔</w:t>
      </w:r>
    </w:p>
    <w:p>
      <w:r>
        <w:rPr>
          <w:b/>
        </w:rPr>
        <w:t xml:space="preserve">[1:25:52] </w:t>
      </w:r>
      <w:r>
        <w:t>Aur jo shakhs Allah aur us ke rasool ki it'aat kare, us ne bari kamyabi hasil ki. Tashreeh: Yahudion ki tarah peghambar ko na satao.</w:t>
      </w:r>
    </w:p>
    <w:p>
      <w:pPr>
        <w:jc w:val="right"/>
      </w:pPr>
      <w:r>
        <w:t>اور جو شخص اللہ اور اس کے رسول کی اطاعت کرے، اس نے بڑی کامیابی حاصل کی۔ تشریح: یہودیوں کی طرح پیغمبر کو نہ ستاؤ۔</w:t>
      </w:r>
    </w:p>
    <w:p>
      <w:r>
        <w:rPr>
          <w:b/>
        </w:rPr>
        <w:t xml:space="preserve">[1:26:07] </w:t>
      </w:r>
      <w:r>
        <w:t>Is se kya murad hai? Is ki wazahat aik waqe se hoti hai. Rasool Allah (SAW) Madina mein thay ke aik baar aap ke paas kuch maal aaya, aap ne us ko logon ke darmiyan taqseem kiya.</w:t>
      </w:r>
    </w:p>
    <w:p>
      <w:pPr>
        <w:jc w:val="right"/>
      </w:pPr>
      <w:r>
        <w:t>اس سے کیا مراد ہے؟ اس کی وضاحت ایک واقعے سے ہوتی ہے۔ رسول اللہ صلی اللہ علیہ وسلم مدینہ میں تھے کہ ایک بار آپ کے پاس کچھ مال آیا، آپ نے اس کو لوگوں کے درمیان تقسیم کیا۔</w:t>
      </w:r>
    </w:p>
    <w:p>
      <w:r>
        <w:rPr>
          <w:b/>
        </w:rPr>
        <w:t xml:space="preserve">[1:26:23] </w:t>
      </w:r>
      <w:r>
        <w:t>Us ke baad Ansar mein se aik shakhs ne doosre shakhs se kaha: "Khuda ki qasam</w:t>
      </w:r>
    </w:p>
    <w:p>
      <w:pPr>
        <w:jc w:val="right"/>
      </w:pPr>
      <w:r>
        <w:t>اس کے بعد انصار میں سے ایک شخص نے دوسرے شخص سے کہا: "خدا کی قسم</w:t>
      </w:r>
    </w:p>
    <w:p>
      <w:r>
        <w:rPr>
          <w:b/>
        </w:rPr>
        <w:t xml:space="preserve">[1:26:29] </w:t>
      </w:r>
      <w:r>
        <w:t>! Muhammad ne is taqseem se Allah ki raza aur akhirat ka ghar nahi chaha hai." Is waqe ki khabar Rasool Allah (SAW) ko di gayi to aap ne farmaya ke Allah ki rehmat Moosa par ho.</w:t>
      </w:r>
    </w:p>
    <w:p>
      <w:pPr>
        <w:jc w:val="right"/>
      </w:pPr>
      <w:r>
        <w:t>! محمد نے اس تقسیم سے اللہ کی رضا اور آخرت کا گھر نہیں چاہا ہے۔" اس واقعے کی خبر رسول اللہ صلی اللہ علیہ وسلم کو دی گئی تو آپ نے فرمایا کہ اللہ کی رحمت موسیٰ پر ہو۔</w:t>
      </w:r>
    </w:p>
    <w:p>
      <w:r>
        <w:rPr>
          <w:b/>
        </w:rPr>
        <w:t xml:space="preserve">[1:26:45] </w:t>
      </w:r>
      <w:r>
        <w:t>Un ko is se ziyada aziyat di gayi magar unhon ne sabr kiya.</w:t>
      </w:r>
    </w:p>
    <w:p>
      <w:pPr>
        <w:jc w:val="right"/>
      </w:pPr>
      <w:r>
        <w:t>ان کو اس سے زیادہ اذیت دی گئی مگر انہوں نے صبر کیا۔</w:t>
      </w:r>
    </w:p>
    <w:p>
      <w:r>
        <w:rPr>
          <w:b/>
        </w:rPr>
        <w:t xml:space="preserve">[1:26:54] </w:t>
      </w:r>
      <w:r>
        <w:t>Kalam ki do qismein hain: Aik hai siddiq kalam, dos</w:t>
      </w:r>
    </w:p>
    <w:p>
      <w:pPr>
        <w:jc w:val="right"/>
      </w:pPr>
      <w:r>
        <w:t>کلام کی دو قسمیں ہیں: ایک ہے صدیق کلام، دوس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