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Quotes from the Quran 9 March 2007 - Maulana Wahiduddin Khan</w:t>
      </w:r>
    </w:p>
    <w:p>
      <w:r>
        <w:t>https://www.youtube.com/watch?v=UXuOgVLaWYA</w:t>
      </w:r>
    </w:p>
    <w:p>
      <w:r>
        <w:rPr>
          <w:b/>
        </w:rPr>
        <w:t xml:space="preserve">[00:13] </w:t>
      </w:r>
      <w:r>
        <w:t>Bismillah hir rehman nir raheem, wa salla Allahu alaa an-nabiyyil kareem.</w:t>
      </w:r>
    </w:p>
    <w:p>
      <w:pPr>
        <w:jc w:val="right"/>
      </w:pPr>
      <w:r>
        <w:t>بسم اللہ الرحمن الرحیم، وصلی اللہ علی النبی الکریم۔</w:t>
      </w:r>
    </w:p>
    <w:p>
      <w:r>
        <w:rPr>
          <w:b/>
        </w:rPr>
        <w:t xml:space="preserve">[00:22] </w:t>
      </w:r>
      <w:r>
        <w:t>Rabish rah li sadri, wa yassir li amri, wah-lul uqdatam mil lisaani, yafqahoo qawli.</w:t>
      </w:r>
    </w:p>
    <w:p>
      <w:pPr>
        <w:jc w:val="right"/>
      </w:pPr>
      <w:r>
        <w:t>رب اشرح لی صدری، ویسر لی امری، واحل العقدۃ من لسانی، یفقہ قولی۔</w:t>
      </w:r>
    </w:p>
    <w:p>
      <w:r>
        <w:rPr>
          <w:b/>
        </w:rPr>
        <w:t xml:space="preserve">[00:38] </w:t>
      </w:r>
      <w:r>
        <w:t>Aaj ki talk ka koi aik subject nahi hai.</w:t>
      </w:r>
    </w:p>
    <w:p>
      <w:pPr>
        <w:jc w:val="right"/>
      </w:pPr>
      <w:r>
        <w:t>آج کی ٹاک کا کوئی ایک سبجیکٹ نہیں ہے۔</w:t>
      </w:r>
    </w:p>
    <w:p>
      <w:r>
        <w:rPr>
          <w:b/>
        </w:rPr>
        <w:t xml:space="preserve">[00:46] </w:t>
      </w:r>
      <w:r>
        <w:t>Main ne kuch Quran ki aayatein aur kuch hadisain li hain. Main chahta hoon ke isi ke baray mein mukhtasir tor par kuch baatein arz karoon.</w:t>
      </w:r>
    </w:p>
    <w:p>
      <w:pPr>
        <w:jc w:val="right"/>
      </w:pPr>
      <w:r>
        <w:t>میں نے کچھ قرآن کی آیتیں اور کچھ حدیثیں لی ہیں۔ میں چاہتا ہوں کہ اسی کے بارے میں مختصر طور پر کچھ باتیں عرض کروں۔</w:t>
      </w:r>
    </w:p>
    <w:p>
      <w:r>
        <w:rPr>
          <w:b/>
        </w:rPr>
        <w:t xml:space="preserve">[01:06] </w:t>
      </w:r>
      <w:r>
        <w:t>Sab se pehli ayat jo main aap ko sunana chahta hoon woh hai chapter Al-Ma'idah,</w:t>
      </w:r>
    </w:p>
    <w:p>
      <w:pPr>
        <w:jc w:val="right"/>
      </w:pPr>
      <w:r>
        <w:t>سب سے پہلی آیت جو میں آپ کو سنانا چاہتا ہوں وہ ہے چیپٹر المائدہ،</w:t>
      </w:r>
    </w:p>
    <w:p>
      <w:r>
        <w:rPr>
          <w:b/>
        </w:rPr>
        <w:t xml:space="preserve">[01:21] </w:t>
      </w:r>
      <w:r>
        <w:t>Yaani chapter number 5, verse number 83.</w:t>
      </w:r>
    </w:p>
    <w:p>
      <w:pPr>
        <w:jc w:val="right"/>
      </w:pPr>
      <w:r>
        <w:t>یعنی چیپٹر نمبر 5، ورس نمبر 83۔</w:t>
      </w:r>
    </w:p>
    <w:p>
      <w:r>
        <w:rPr>
          <w:b/>
        </w:rPr>
        <w:t xml:space="preserve">[01:29] </w:t>
      </w:r>
      <w:r>
        <w:t>is ayat se maloom hota hai ke faith ya imaan kya hai. yani woh kaun sa faith hai ya woh kaun sa imaan hai jo Khuda ke haan accept kiya jayega.</w:t>
      </w:r>
    </w:p>
    <w:p>
      <w:pPr>
        <w:jc w:val="right"/>
      </w:pPr>
      <w:r>
        <w:t>اس آیت سے معلوم ہوتا ہے کہ فیتھ یا ایمان کیا ہے۔ یعنی وہ کون سا فیتھ ہے یا وہ کون سا ایمان ہے جو خدا کے ہاں ایکسیپٹ کیا جائے گا۔</w:t>
      </w:r>
    </w:p>
    <w:p>
      <w:r>
        <w:rPr>
          <w:b/>
        </w:rPr>
        <w:t xml:space="preserve">[01:51] </w:t>
      </w:r>
      <w:r>
        <w:t>dekhiye, yeh jo ayat hai to tareekh se maloom hota hai ke</w:t>
      </w:r>
    </w:p>
    <w:p>
      <w:pPr>
        <w:jc w:val="right"/>
      </w:pPr>
      <w:r>
        <w:t>دیکھیے، یہ جو آیت ہے تو تاریخ سے معلوم ہوتا ہے کہ</w:t>
      </w:r>
    </w:p>
    <w:p>
      <w:r>
        <w:rPr>
          <w:b/>
        </w:rPr>
        <w:t xml:space="preserve">[02:01] </w:t>
      </w:r>
      <w:r>
        <w:t>kuch log Arab ke bahar se, jo Christian the, woh aaye, ghaliban Habash se. to unhone</w:t>
      </w:r>
    </w:p>
    <w:p>
      <w:pPr>
        <w:jc w:val="right"/>
      </w:pPr>
      <w:r>
        <w:t>کچھ لوگ عرب کے باہر سے، جو کرسچن تھے، وہ آئے، غالباً حبش سے۔ تو انہوں نے</w:t>
      </w:r>
    </w:p>
    <w:p>
      <w:r>
        <w:rPr>
          <w:b/>
        </w:rPr>
        <w:t xml:space="preserve">[02:15] </w:t>
      </w:r>
      <w:r>
        <w:t>Madine mein aa kar ke Rasool Allah Sal Allahu Alaihi Wasallam se Quran suna.</w:t>
      </w:r>
    </w:p>
    <w:p>
      <w:pPr>
        <w:jc w:val="right"/>
      </w:pPr>
      <w:r>
        <w:t>مدینے میں آ کر کے رسول اللہ صلی اللہ علیہ وسلم سے قرآن سنا۔</w:t>
      </w:r>
    </w:p>
    <w:p>
      <w:r>
        <w:rPr>
          <w:b/>
        </w:rPr>
        <w:t xml:space="preserve">[02:22] </w:t>
      </w:r>
      <w:r>
        <w:t>ek aur riwayat ke mutabiq unhone</w:t>
      </w:r>
    </w:p>
    <w:p>
      <w:pPr>
        <w:jc w:val="right"/>
      </w:pPr>
      <w:r>
        <w:t>ایک اور روایت کے مطابق انہوں نے</w:t>
      </w:r>
    </w:p>
    <w:p>
      <w:r>
        <w:rPr>
          <w:b/>
        </w:rPr>
        <w:t xml:space="preserve">[02:26] </w:t>
      </w:r>
      <w:r>
        <w:t>Habash mein, yani Abyssinia mein suna tha. beharhal, jo Quran batata hai woh yeh hai ke wa izaa sami'oo maa unzila alaa ar-rasooli tarā 'aynahum tafīdhā min ad-dam</w:t>
      </w:r>
    </w:p>
    <w:p>
      <w:pPr>
        <w:jc w:val="right"/>
      </w:pPr>
      <w:r>
        <w:t>حبش میں، یعنی ابیسینیا میں سنا تھا۔ بہرحال، جو قرآن بتاتا ہے وہ یہ ہے کہ وَإِذَا سَمَعُوا مَا أُنْزِلَ عَلَى الرَّسُولِ تَرَى عَيَنَهُمْ تَفْيِذًا مِنَ الْدَّمِ</w:t>
      </w:r>
    </w:p>
    <w:p>
      <w:r>
        <w:rPr>
          <w:b/>
        </w:rPr>
        <w:t xml:space="preserve">[02:47] </w:t>
      </w:r>
      <w:r>
        <w:t>mimma 'arafoo bin al-haqqi yaqooloona rabbana āmannā fa'aktubnā ma' ash-shāhidiin</w:t>
      </w:r>
    </w:p>
    <w:p>
      <w:pPr>
        <w:jc w:val="right"/>
      </w:pPr>
      <w:r>
        <w:t>مِمَّا عَرَفُوا بِنَ الْحَقِّ يَقُولُونَ رَبَّنَا آمَنَّا فَاَكْتُبْنَا مَا اَشْرَاهِدِينَ</w:t>
      </w:r>
    </w:p>
    <w:p>
      <w:r>
        <w:rPr>
          <w:b/>
        </w:rPr>
        <w:t xml:space="preserve">[02:57] </w:t>
      </w:r>
      <w:r>
        <w:t>fa asābahumullāhu bimā qālū jannātin tajrī min tahtihal anhār dekhiye, yahan par yeh farmaya gaya ke yeh jo aane wale the, unhone Quran</w:t>
      </w:r>
    </w:p>
    <w:p>
      <w:pPr>
        <w:jc w:val="right"/>
      </w:pPr>
      <w:r>
        <w:t>فَأَصَابَهُمُ اللَّهُ بِمَا قَالُوا جَنَّاتٍ تَجْرِي مِنْ تَحْتَهَا الَّنَهَارُ دیکھیے، یہاں پر یہ فرمایا گیا کہ یہ جو آنے والے تھے، انہوں نے قرآن</w:t>
      </w:r>
    </w:p>
    <w:p>
      <w:r>
        <w:rPr>
          <w:b/>
        </w:rPr>
        <w:t xml:space="preserve">[03:17] </w:t>
      </w:r>
      <w:r>
        <w:t>ki kuch verses suni</w:t>
      </w:r>
    </w:p>
    <w:p>
      <w:pPr>
        <w:jc w:val="right"/>
      </w:pPr>
      <w:r>
        <w:t>کی کچھ ورسز سنی</w:t>
      </w:r>
    </w:p>
    <w:p>
      <w:r>
        <w:rPr>
          <w:b/>
        </w:rPr>
        <w:t xml:space="preserve">[03:21] </w:t>
      </w:r>
      <w:r>
        <w:t>to woh unka haal yeh hua ke unki aankhon se aansu jari ho gaye.</w:t>
      </w:r>
    </w:p>
    <w:p>
      <w:pPr>
        <w:jc w:val="right"/>
      </w:pPr>
      <w:r>
        <w:t>تو وہ ان کا حال یہ ہوا کہ ان کی آنکھوں سے آنسو جاری ہو گئے۔</w:t>
      </w:r>
    </w:p>
    <w:p>
      <w:r>
        <w:rPr>
          <w:b/>
        </w:rPr>
        <w:t xml:space="preserve">[03:30] </w:t>
      </w:r>
      <w:r>
        <w:t>kyunki unhone is mein sachai ki pehchan kar li thi. mimma 'arafoo bin al-haqqi</w:t>
      </w:r>
    </w:p>
    <w:p>
      <w:pPr>
        <w:jc w:val="right"/>
      </w:pPr>
      <w:r>
        <w:t>کیونکہ انہوں نے اس میں سچائی کی پہچان کر لی تھی۔ مِمَّا عَرَفُوا بِنَ الْحَقِّ</w:t>
      </w:r>
    </w:p>
    <w:p>
      <w:r>
        <w:rPr>
          <w:b/>
        </w:rPr>
        <w:t xml:space="preserve">[03:39] </w:t>
      </w:r>
      <w:r>
        <w:t>unhone kaha ke Khuda ya, hum is par imaan laye to tu hum ko gawahi dene walon mein likh le.</w:t>
      </w:r>
    </w:p>
    <w:p>
      <w:pPr>
        <w:jc w:val="right"/>
      </w:pPr>
      <w:r>
        <w:t>انہوں نے کہا کہ خدایا، ہم اس پر ایمان لائے تو تو ہم کو گواہی دینے والوں میں لکھ لے۔</w:t>
      </w:r>
    </w:p>
    <w:p>
      <w:r>
        <w:rPr>
          <w:b/>
        </w:rPr>
        <w:t xml:space="preserve">[03:53] </w:t>
      </w:r>
      <w:r>
        <w:t>to Allah Ta'ala ne unke imaan ko qabool kiya aur unke is qaul ki wajah se unke liye jannat likh di.</w:t>
      </w:r>
    </w:p>
    <w:p>
      <w:pPr>
        <w:jc w:val="right"/>
      </w:pPr>
      <w:r>
        <w:t>تو اللہ تعالیٰ نے ان کے ایمان کو قبول کیا اور ان کے اس قول کی وجہ سے ان کے لیے جنت لکھ دی۔</w:t>
      </w:r>
    </w:p>
    <w:p>
      <w:r>
        <w:rPr>
          <w:b/>
        </w:rPr>
        <w:t xml:space="preserve">[04:06] </w:t>
      </w:r>
      <w:r>
        <w:t>fa asābahumullāhu bimā qālū dekhiye, is mein jo baat sochne ki hai woh yeh hai ke</w:t>
      </w:r>
    </w:p>
    <w:p>
      <w:pPr>
        <w:jc w:val="right"/>
      </w:pPr>
      <w:r>
        <w:t>فَأَصَابَهُمُ اللَّهُ بِمَا قَالُوا دیکھیے، اس میں جو بات سوچنے کی ہے وہ یہ ہے کہ</w:t>
      </w:r>
    </w:p>
    <w:p>
      <w:r>
        <w:rPr>
          <w:b/>
        </w:rPr>
        <w:t xml:space="preserve">[04:18] </w:t>
      </w:r>
      <w:r>
        <w:t>mimma 'arafoo bin al-haqqi yani they recognized truth in these verses of the Quran. 'arafoo min al-haqq, is se kya maloom hua?</w:t>
      </w:r>
    </w:p>
    <w:p>
      <w:pPr>
        <w:jc w:val="right"/>
      </w:pPr>
      <w:r>
        <w:t>مِمَّا عَرَفُوا بِنَ الْحَقِّ یعنی they recognized truth in these verses of the Quran. عرفو من الحق، اس سے کیا معلوم ہوا؟</w:t>
      </w:r>
    </w:p>
    <w:p>
      <w:r>
        <w:rPr>
          <w:b/>
        </w:rPr>
        <w:t xml:space="preserve">[04:31] </w:t>
      </w:r>
      <w:r>
        <w:t>is se maloom hua ke imaan ya faith ki beginning kahan se hoti hai.</w:t>
      </w:r>
    </w:p>
    <w:p>
      <w:pPr>
        <w:jc w:val="right"/>
      </w:pPr>
      <w:r>
        <w:t>اس سے معلوم ہوا کہ ایمان یا فیتھ کی بگننگ کہاں سے ہوتی ہے۔</w:t>
      </w:r>
    </w:p>
    <w:p>
      <w:r>
        <w:rPr>
          <w:b/>
        </w:rPr>
        <w:t xml:space="preserve">[04:42] </w:t>
      </w:r>
      <w:r>
        <w:t>yeh beginning hoti hai ma'rifat se, realization se, discovery se.</w:t>
      </w:r>
    </w:p>
    <w:p>
      <w:pPr>
        <w:jc w:val="right"/>
      </w:pPr>
      <w:r>
        <w:t>یہ بگننگ ہوتی ہے معرفت سے، ریلائزیشن سے، ڈسکوری سے۔</w:t>
      </w:r>
    </w:p>
    <w:p>
      <w:r>
        <w:rPr>
          <w:b/>
        </w:rPr>
        <w:t xml:space="preserve">[04:55] </w:t>
      </w:r>
      <w:r>
        <w:t>yeh bahut hi important hai is ko jaanna. yani faith ki beginning birth se nahi hoti.</w:t>
      </w:r>
    </w:p>
    <w:p>
      <w:pPr>
        <w:jc w:val="right"/>
      </w:pPr>
      <w:r>
        <w:t>یہ بہت ہی امپورٹنٹ ہے اس کو جاننا۔ یعنی فیتھ کی بگننگ برتھ سے نہیں ہوتی۔</w:t>
      </w:r>
    </w:p>
    <w:p>
      <w:r>
        <w:rPr>
          <w:b/>
        </w:rPr>
        <w:t xml:space="preserve">[05:04] </w:t>
      </w:r>
      <w:r>
        <w:t>kisi family mein koi paida ho gaya to uska imaan bhi shuru ho gaya saath saath. aisa nahi hai. aur na aisa hai ke kalma ka recitation, yani zuban se is ko, is ke shabdon ko kisi ne kisi tareeqe se repeat kar dena,</w:t>
      </w:r>
    </w:p>
    <w:p>
      <w:pPr>
        <w:jc w:val="right"/>
      </w:pPr>
      <w:r>
        <w:t>کسی فیملی میں کوئی پیدا ہو گیا تو اس کا ایمان بھی شروع ہو گیا ساتھ ساتھ۔ ایسا نہیں ہے۔ اور نہ ایسا ہے کہ کلمہ کا ریسیٹیشن، یعنی زبان سے اس کو، اس کے शब्दوں کو کسی نے کسی طریقے سے ریپیٹ کر دینا،</w:t>
      </w:r>
    </w:p>
    <w:p>
      <w:r>
        <w:rPr>
          <w:b/>
        </w:rPr>
        <w:t xml:space="preserve">[05:25] </w:t>
      </w:r>
      <w:r>
        <w:t>is se bhi Islam ki beginning nahi hoti.</w:t>
      </w:r>
    </w:p>
    <w:p>
      <w:pPr>
        <w:jc w:val="right"/>
      </w:pPr>
      <w:r>
        <w:t>اس سے بھی اسلام کی بگننگ نہیں ہوتی۔</w:t>
      </w:r>
    </w:p>
    <w:p>
      <w:r>
        <w:rPr>
          <w:b/>
        </w:rPr>
        <w:t xml:space="preserve">[05:31] </w:t>
      </w:r>
      <w:r>
        <w:t>Islam ki ya faith ki beginning hoti hai ma'rifat se, realization of truth se, discovery of God se.</w:t>
      </w:r>
    </w:p>
    <w:p>
      <w:pPr>
        <w:jc w:val="right"/>
      </w:pPr>
      <w:r>
        <w:t>اسلام کی یا فیتھ کی بگننگ ہوتی ہے معرفت سے، ریلائزیشن آف ٹروتھ سے، ڈسکوری آف گاڈ سے۔</w:t>
      </w:r>
    </w:p>
    <w:p>
      <w:r>
        <w:rPr>
          <w:b/>
        </w:rPr>
        <w:t xml:space="preserve">[05:44] </w:t>
      </w:r>
      <w:r>
        <w:t>yahan se shuru hoti hai. aur jab dekhiye, yahan se shuru hogi to kya hoga?</w:t>
      </w:r>
    </w:p>
    <w:p>
      <w:pPr>
        <w:jc w:val="right"/>
      </w:pPr>
      <w:r>
        <w:t>یہاں سے شروع ہوتی ہے۔ اور جب دیکھیے، یہاں سے شروع ہوگی تو کیا ہوگا؟</w:t>
      </w:r>
    </w:p>
    <w:p>
      <w:r>
        <w:rPr>
          <w:b/>
        </w:rPr>
        <w:t xml:space="preserve">[05:54] </w:t>
      </w:r>
      <w:r>
        <w:t>woh itna gehra storm layegi aap ke andar, insaan ke andar, ke aankhon se aansu jari ho jayenge.</w:t>
      </w:r>
    </w:p>
    <w:p>
      <w:pPr>
        <w:jc w:val="right"/>
      </w:pPr>
      <w:r>
        <w:t>وہ اتنا گہرا اسٹارم لائے گی آپ کے اندر، انسان کے اندر، کہ آنکھوں سے آنسو جاری ہو جائیں گے۔</w:t>
      </w:r>
    </w:p>
    <w:p>
      <w:r>
        <w:rPr>
          <w:b/>
        </w:rPr>
        <w:t xml:space="preserve">[06:05] </w:t>
      </w:r>
      <w:r>
        <w:t>kyunki dekhiye, sachai ko paana kya hai?</w:t>
      </w:r>
    </w:p>
    <w:p>
      <w:pPr>
        <w:jc w:val="right"/>
      </w:pPr>
      <w:r>
        <w:t>کیونکہ دیکھیے، سچائی کو پانا کیا ہے؟</w:t>
      </w:r>
    </w:p>
    <w:p>
      <w:r>
        <w:rPr>
          <w:b/>
        </w:rPr>
        <w:t xml:space="preserve">[06:12] </w:t>
      </w:r>
      <w:r>
        <w:t>sachai ko paana darasal Khuda ka aadmi ke qalb par utar aana hai.</w:t>
      </w:r>
    </w:p>
    <w:p>
      <w:pPr>
        <w:jc w:val="right"/>
      </w:pPr>
      <w:r>
        <w:t>سچائی کو پانا دراصل خدا کا آدمی کے قلب پر اتر آنا ہے۔</w:t>
      </w:r>
    </w:p>
    <w:p>
      <w:r>
        <w:rPr>
          <w:b/>
        </w:rPr>
        <w:t xml:space="preserve">[06:23] </w:t>
      </w:r>
      <w:r>
        <w:t>quran mein hai ke hazrat moosa ke zamanay mein, jab hazrat moosa ne kaha ke mein tujh ko dekhna chahta hoon, to khuda ki tajalli</w:t>
      </w:r>
    </w:p>
    <w:p>
      <w:pPr>
        <w:jc w:val="right"/>
      </w:pPr>
      <w:r>
        <w:t>قرآن میں ہے کہ حضرت موسیٰ کے زمانے میں، جب حضرت موسیٰ نے کہا کہ میں تجھ کو دیکھنا چاہتا ہوں، تو خدا کی تجلی</w:t>
      </w:r>
    </w:p>
    <w:p>
      <w:r>
        <w:rPr>
          <w:b/>
        </w:rPr>
        <w:t xml:space="preserve">[06:36] </w:t>
      </w:r>
      <w:r>
        <w:t>toor mountain par aai. aur kya hua? ke mountain to</w:t>
      </w:r>
    </w:p>
    <w:p>
      <w:pPr>
        <w:jc w:val="right"/>
      </w:pPr>
      <w:r>
        <w:t>طور ماؤنٹین پر آئی۔ اور کیا ہوا؟ کہ ماؤنٹین تو</w:t>
      </w:r>
    </w:p>
    <w:p>
      <w:r>
        <w:rPr>
          <w:b/>
        </w:rPr>
        <w:t xml:space="preserve">[06:52] </w:t>
      </w:r>
      <w:r>
        <w:t>phat gaya, reza reza ho gaya. aur khud moosa ka ya halwa ka fakhar, fakhar moosa saiqah, moosa gir pada.</w:t>
      </w:r>
    </w:p>
    <w:p>
      <w:pPr>
        <w:jc w:val="right"/>
      </w:pPr>
      <w:r>
        <w:t>پھٹ گیا، ریزہ ریزہ ہو گیا۔ اور خود موسیٰ کا یا حلوہ کا فخر، فخر موسیٰ سائقہ، موسیٰ گر پڑے۔</w:t>
      </w:r>
    </w:p>
    <w:p>
      <w:r>
        <w:rPr>
          <w:b/>
        </w:rPr>
        <w:t xml:space="preserve">[07:02] </w:t>
      </w:r>
      <w:r>
        <w:t>to dekhiye, jo sacha faith hai, jo sachai ka</w:t>
      </w:r>
    </w:p>
    <w:p>
      <w:pPr>
        <w:jc w:val="right"/>
      </w:pPr>
      <w:r>
        <w:t>تو دیکھیے، جو سچا فیتھ ہے، جو سچائی کا</w:t>
      </w:r>
    </w:p>
    <w:p>
      <w:r>
        <w:rPr>
          <w:b/>
        </w:rPr>
        <w:t xml:space="preserve">[07:11] </w:t>
      </w:r>
      <w:r>
        <w:t>realization hai, aur khuda ki jo discovery hai, woh ek stormy event ban kar aadmi ke andar utarti hai.</w:t>
      </w:r>
    </w:p>
    <w:p>
      <w:pPr>
        <w:jc w:val="right"/>
      </w:pPr>
      <w:r>
        <w:t>ریلائزیشن ہے، اور خدا کی جو ڈسکوری ہے، وہ ایک اسٹارمی ایونٹ بن کر آدمی کے اندر اترتی ہے۔</w:t>
      </w:r>
    </w:p>
    <w:p>
      <w:r>
        <w:rPr>
          <w:b/>
        </w:rPr>
        <w:t xml:space="preserve">[07:24] </w:t>
      </w:r>
      <w:r>
        <w:t>aadmi ke andar ek revolution aa jata hai.</w:t>
      </w:r>
    </w:p>
    <w:p>
      <w:pPr>
        <w:jc w:val="right"/>
      </w:pPr>
      <w:r>
        <w:t>آدمی کے اندر ایک ریولوشن آ جاتا ہے۔</w:t>
      </w:r>
    </w:p>
    <w:p>
      <w:r>
        <w:rPr>
          <w:b/>
        </w:rPr>
        <w:t xml:space="preserve">[07:27] </w:t>
      </w:r>
      <w:r>
        <w:t>yeh hai beginning of iman, yeh hai beginning of islam. aur isi tarah ki jo beginning hai, isi ka end hai yeh ke aadmi ko paradise milay.</w:t>
      </w:r>
    </w:p>
    <w:p>
      <w:pPr>
        <w:jc w:val="right"/>
      </w:pPr>
      <w:r>
        <w:t>یہ ہے بگننگ آف ایمان، یہ ہے بگننگ آف اسلام۔ اور اسی طرح کی جو بگننگ ہے، اسی کا اینڈ ہے یہ کہ آدمی کو پارادائز ملے۔</w:t>
      </w:r>
    </w:p>
    <w:p>
      <w:r>
        <w:rPr>
          <w:b/>
        </w:rPr>
        <w:t xml:space="preserve">[07:44] </w:t>
      </w:r>
      <w:r>
        <w:t>yeh jo is, yeh jo beginning hai, jo is batai gayi yahan par, yeh chapter number 5, verse number 83 mein aap parh sakte hain.</w:t>
      </w:r>
    </w:p>
    <w:p>
      <w:pPr>
        <w:jc w:val="right"/>
      </w:pPr>
      <w:r>
        <w:t>یہ جو اس، یہ جو بگننگ ہے، جو اس بتائی گئی یہاں پر، یہ چیپٹر نمبر 5، ورس نمبر 83 میں آپ پڑھ سکتے ہیں۔</w:t>
      </w:r>
    </w:p>
    <w:p>
      <w:r>
        <w:rPr>
          <w:b/>
        </w:rPr>
        <w:t xml:space="preserve">[07:58] </w:t>
      </w:r>
      <w:r>
        <w:t>is mein beginning aur end dono bata diya gaya hai.</w:t>
      </w:r>
    </w:p>
    <w:p>
      <w:pPr>
        <w:jc w:val="right"/>
      </w:pPr>
      <w:r>
        <w:t>اس میں بگننگ اور اینڈ دونوں بتا دیا گیا ہے۔</w:t>
      </w:r>
    </w:p>
    <w:p>
      <w:r>
        <w:rPr>
          <w:b/>
        </w:rPr>
        <w:t xml:space="preserve">[08:05] </w:t>
      </w:r>
      <w:r>
        <w:t>yani jis ka faith yahan se shuru hua to kya hoga? ke</w:t>
      </w:r>
    </w:p>
    <w:p>
      <w:pPr>
        <w:jc w:val="right"/>
      </w:pPr>
      <w:r>
        <w:t>یعنی جس کا فیتھ یہاں سے شروع ہوا تو کیا ہوگا؟ کہ</w:t>
      </w:r>
    </w:p>
    <w:p>
      <w:r>
        <w:rPr>
          <w:b/>
        </w:rPr>
        <w:t xml:space="preserve">[08:16] </w:t>
      </w:r>
      <w:r>
        <w:t>woh ek aisa safar, ek aisi journey shuru ho jayegi us ki zindagi mein, jo aakhir kar us ko paradise mein pohanchay gi.</w:t>
      </w:r>
    </w:p>
    <w:p>
      <w:pPr>
        <w:jc w:val="right"/>
      </w:pPr>
      <w:r>
        <w:t>وہ ایک ایسا سفر، ایک ایسی جرنی شروع ہو جائے گی اس کی زندگی میں، جو آخر کار اس کو پارادائز میں پہنچائے گی۔</w:t>
      </w:r>
    </w:p>
    <w:p>
      <w:r>
        <w:rPr>
          <w:b/>
        </w:rPr>
        <w:t xml:space="preserve">[08:35] </w:t>
      </w:r>
      <w:r>
        <w:t>agar kisi ko yeh janna ho ke what is iman, what is faith, what is islam, to isi ek ayat se, mein aik hi ek ayat ko parh kar woh jaan saktay hain.</w:t>
      </w:r>
    </w:p>
    <w:p>
      <w:pPr>
        <w:jc w:val="right"/>
      </w:pPr>
      <w:r>
        <w:t>اگر کسی کو یہ جاننا ہو کہ واٹ از ایمان، واٹ از فیتھ، واٹ از اسلام، تو اسی ایک آیت سے، میں ایک ہی ایک آیت کو پڑھ کر وہ جان سکتے ہیں۔</w:t>
      </w:r>
    </w:p>
    <w:p>
      <w:r>
        <w:rPr>
          <w:b/>
        </w:rPr>
        <w:t xml:space="preserve">[08:52] </w:t>
      </w:r>
      <w:r>
        <w:t>isi ek ayat ka parhna us ke liye kafi ho sakta hai. to us ko, yeh jo beginning hai, us ko arabi mein irfan kehte hain, irfan ya marifat.</w:t>
      </w:r>
    </w:p>
    <w:p>
      <w:pPr>
        <w:jc w:val="right"/>
      </w:pPr>
      <w:r>
        <w:t>اسی ایک آیت کا پڑھنا اس کے لیے کافی ہو سکتا ہے۔ تو اس کو، یہ جو بگننگ ہے، اس کو عربی میں عرفان کہتے ہیں، عرفان یا معرفت۔</w:t>
      </w:r>
    </w:p>
    <w:p>
      <w:r>
        <w:rPr>
          <w:b/>
        </w:rPr>
        <w:t xml:space="preserve">[09:07] </w:t>
      </w:r>
      <w:r>
        <w:t>urdu mein kehte hain daryaft. english mein us ko kahain ge aap discovery ya realization.</w:t>
      </w:r>
    </w:p>
    <w:p>
      <w:pPr>
        <w:jc w:val="right"/>
      </w:pPr>
      <w:r>
        <w:t>اردو میں کہتے ہیں دریافت۔ انگلش میں اس کو کہیں گے آپ ڈسکوری یا ریلائزیشن۔</w:t>
      </w:r>
    </w:p>
    <w:p>
      <w:r>
        <w:rPr>
          <w:b/>
        </w:rPr>
        <w:t xml:space="preserve">[09:22] </w:t>
      </w:r>
      <w:r>
        <w:t>to yeh hai beginning. is ke siwa koi aur beginning agar aap apne mind mein rakh lein to woh beginning nahi hai.</w:t>
      </w:r>
    </w:p>
    <w:p>
      <w:pPr>
        <w:jc w:val="right"/>
      </w:pPr>
      <w:r>
        <w:t>تو یہ ہے بگننگ۔ اس کے سوا کوئی اور بگننگ اگر آپ اپنے مائنڈ میں رکھ لیں تو وہ بگننگ نہیں ہے۔</w:t>
      </w:r>
    </w:p>
    <w:p>
      <w:r>
        <w:rPr>
          <w:b/>
        </w:rPr>
        <w:t xml:space="preserve">[09:36] </w:t>
      </w:r>
      <w:r>
        <w:t>woh beginning nahi hogi. woh self style koi cheez hogi jis ka koi na beginning hai na end hai.</w:t>
      </w:r>
    </w:p>
    <w:p>
      <w:pPr>
        <w:jc w:val="right"/>
      </w:pPr>
      <w:r>
        <w:t>وہ بگننگ نہیں ہوگی۔ وہ سیلف اسٹائل کوئی چیز ہوگی جس کا کوئی نہ بگننگ ہے نہ اینڈ ہے۔</w:t>
      </w:r>
    </w:p>
    <w:p>
      <w:r>
        <w:rPr>
          <w:b/>
        </w:rPr>
        <w:t xml:space="preserve">[09:45] </w:t>
      </w:r>
      <w:r>
        <w:t>to beharhal, yeh beginning kaise hoti hai? yeh beginning is tarah hoti hai ke aadmi ka seena khula hua ho.</w:t>
      </w:r>
    </w:p>
    <w:p>
      <w:pPr>
        <w:jc w:val="right"/>
      </w:pPr>
      <w:r>
        <w:t>تو بہرحال، یہ بگننگ کیسے ہوتی ہے؟ یہ بگننگ اس طرح ہوتی ہے کہ آدمی کا سینہ کھلا ہوا ہو۔</w:t>
      </w:r>
    </w:p>
    <w:p>
      <w:r>
        <w:rPr>
          <w:b/>
        </w:rPr>
        <w:t xml:space="preserve">[09:54] </w:t>
      </w:r>
      <w:r>
        <w:t>aadmi sacha seeker ho. aadmi unbiased way mein dekhe quran ko.</w:t>
      </w:r>
    </w:p>
    <w:p>
      <w:pPr>
        <w:jc w:val="right"/>
      </w:pPr>
      <w:r>
        <w:t>آدمی سچا سیکھر ہو۔ آدمی ان بائسڈ وے میں دیکھے قرآن کو۔</w:t>
      </w:r>
    </w:p>
    <w:p>
      <w:r>
        <w:rPr>
          <w:b/>
        </w:rPr>
        <w:t xml:space="preserve">[10:06] </w:t>
      </w:r>
      <w:r>
        <w:t>aadmi kisi</w:t>
      </w:r>
    </w:p>
    <w:p>
      <w:pPr>
        <w:jc w:val="right"/>
      </w:pPr>
      <w:r>
        <w:t>آدمی کسی</w:t>
      </w:r>
    </w:p>
    <w:p>
      <w:r>
        <w:rPr>
          <w:b/>
        </w:rPr>
        <w:t xml:space="preserve">[10:13] </w:t>
      </w:r>
      <w:r>
        <w:t>complex aadmi, complex free ho kar ke word of god ko parhay</w:t>
      </w:r>
    </w:p>
    <w:p>
      <w:pPr>
        <w:jc w:val="right"/>
      </w:pPr>
      <w:r>
        <w:t>کمپلیکس آدمی، کمپلیکس فری ہو کر کے ورڈ آف گاڈ کو پڑھے</w:t>
      </w:r>
    </w:p>
    <w:p>
      <w:r>
        <w:rPr>
          <w:b/>
        </w:rPr>
        <w:t xml:space="preserve">[10:21] </w:t>
      </w:r>
      <w:r>
        <w:t>to us ki, us ka, us ka jo nature hai, us ka nature receptive nature ban chuka hoga.</w:t>
      </w:r>
    </w:p>
    <w:p>
      <w:pPr>
        <w:jc w:val="right"/>
      </w:pPr>
      <w:r>
        <w:t>تو اس کی، اس کا، اس کا جو نیچر ہے، اس کا نیچر ریسیپٹیو نیچر بن چکا ہوگا۔</w:t>
      </w:r>
    </w:p>
    <w:p>
      <w:r>
        <w:rPr>
          <w:b/>
        </w:rPr>
        <w:t xml:space="preserve">[10:32] </w:t>
      </w:r>
      <w:r>
        <w:t>aur phir yahi haal us ka hoga ke woh parhay ga to us khuda ki baat us ke seene mein aakhri gehrai tak utar jay gi.</w:t>
      </w:r>
    </w:p>
    <w:p>
      <w:pPr>
        <w:jc w:val="right"/>
      </w:pPr>
      <w:r>
        <w:t>اور پھر یہی حال اس کا ہوگا کہ وہ پڑھے گا تو اس خدا کی بات اس کے سینے میں آخری گہرائی تک اتر جائے گی۔</w:t>
      </w:r>
    </w:p>
    <w:p>
      <w:r>
        <w:rPr>
          <w:b/>
        </w:rPr>
        <w:t xml:space="preserve">[10:43] </w:t>
      </w:r>
      <w:r>
        <w:t>aur jab is tarah se utray gi to sari zindagi us ke sath rahe gi. kabhi bhi woh us ka sath nahi chhoday gi.</w:t>
      </w:r>
    </w:p>
    <w:p>
      <w:pPr>
        <w:jc w:val="right"/>
      </w:pPr>
      <w:r>
        <w:t>اور جب اس طرح سے اترے گی تو ساری زندگی اس کے ساتھ رہے گی۔ کبھی بھی وہ اس کا ساتھ نہیں چھوڑے گی۔</w:t>
      </w:r>
    </w:p>
    <w:p>
      <w:r>
        <w:rPr>
          <w:b/>
        </w:rPr>
        <w:t xml:space="preserve">[10:55] </w:t>
      </w:r>
      <w:r>
        <w:t>to yeh ek ayat thi jo mein ne aap ke samnay rakhi.</w:t>
      </w:r>
    </w:p>
    <w:p>
      <w:pPr>
        <w:jc w:val="right"/>
      </w:pPr>
      <w:r>
        <w:t>تو یہ ایک آیت تھی جو میں نے آپ کے سامنے رکھی۔</w:t>
      </w:r>
    </w:p>
    <w:p>
      <w:r>
        <w:rPr>
          <w:b/>
        </w:rPr>
        <w:t xml:space="preserve">[11:01] </w:t>
      </w:r>
      <w:r>
        <w:t>ab doosri baat lijiyay.</w:t>
      </w:r>
    </w:p>
    <w:p>
      <w:pPr>
        <w:jc w:val="right"/>
      </w:pPr>
      <w:r>
        <w:t>اب دوسری بات لیجیے۔</w:t>
      </w:r>
    </w:p>
    <w:p>
      <w:r>
        <w:rPr>
          <w:b/>
        </w:rPr>
        <w:t xml:space="preserve">[11:06] </w:t>
      </w:r>
      <w:r>
        <w:t>quran mein bataya gaya hai ke</w:t>
      </w:r>
    </w:p>
    <w:p>
      <w:pPr>
        <w:jc w:val="right"/>
      </w:pPr>
      <w:r>
        <w:t>قرآن میں بتایا گیا ہے کہ</w:t>
      </w:r>
    </w:p>
    <w:p>
      <w:r>
        <w:rPr>
          <w:b/>
        </w:rPr>
        <w:t xml:space="preserve">[11:11] </w:t>
      </w:r>
      <w:r>
        <w:t>wa allazeena aamanoo ashadd hubban lillahi surah albaqarah yaani chapter number two mein yeh hai wa allazeena aamanoo ashadd hubban lillahi woh log jo imaan laaye, jo</w:t>
      </w:r>
    </w:p>
    <w:p>
      <w:pPr>
        <w:jc w:val="right"/>
      </w:pPr>
      <w:r>
        <w:t>وَالَّذِينَ آمَنُوا أَشَدُّ حُبًّا لِلَّهِ سورہ البقرہ یعنی چیپٹر نمبر ٹو میں یہ ہے وَالَّذِينَ آمَنُوا أَشَدُّ حُبًّا لِلَّهِ وہ لوگ جو ایمان لائے، جو</w:t>
      </w:r>
    </w:p>
    <w:p>
      <w:r>
        <w:rPr>
          <w:b/>
        </w:rPr>
        <w:t xml:space="preserve">[11:30] </w:t>
      </w:r>
      <w:r>
        <w:t>sachay believer banay, jo true believer banay, jin ko ke discovery aur realization ke darjay mein mila imaan, to un ka kya haal hota hai?</w:t>
      </w:r>
    </w:p>
    <w:p>
      <w:pPr>
        <w:jc w:val="right"/>
      </w:pPr>
      <w:r>
        <w:t>سچے بیلیور بنے، جو ٹرو بیلیور بنے، جن کو کہ ڈسکوری اور ریلائزیشن کے درجے میں ملا ایمان، تو ان کا کیا حال ہوتا ہے؟</w:t>
      </w:r>
    </w:p>
    <w:p>
      <w:r>
        <w:rPr>
          <w:b/>
        </w:rPr>
        <w:t xml:space="preserve">[11:48] </w:t>
      </w:r>
      <w:r>
        <w:t>ke allazeena aamanoo ashadd hubban lillahi jo imaan walay hain, woh khuda se sab se ziyada mohabbat karte hain.</w:t>
      </w:r>
    </w:p>
    <w:p>
      <w:pPr>
        <w:jc w:val="right"/>
      </w:pPr>
      <w:r>
        <w:t>کہ الَّذِينَ آمَنُوا أَشَدُّ حُبًّا لِلَّهِ جو ایمان والے ہیں، وہ خدا سے سب سے زیادہ محبت کرتے ہیں۔</w:t>
      </w:r>
    </w:p>
    <w:p>
      <w:r>
        <w:rPr>
          <w:b/>
        </w:rPr>
        <w:t xml:space="preserve">[12:06] </w:t>
      </w:r>
      <w:r>
        <w:t>woh khuda se sab se ziyada mohabbat karte hain.</w:t>
      </w:r>
    </w:p>
    <w:p>
      <w:pPr>
        <w:jc w:val="right"/>
      </w:pPr>
      <w:r>
        <w:t>وہ خدا سے سب سے زیادہ محبت کرتے ہیں۔</w:t>
      </w:r>
    </w:p>
    <w:p>
      <w:r>
        <w:rPr>
          <w:b/>
        </w:rPr>
        <w:t xml:space="preserve">[12:11] </w:t>
      </w:r>
      <w:r>
        <w:t>yaani tamam cheezon mein khuda un ke liye sab se ziyada mehboob cheez ban jata hai.</w:t>
      </w:r>
    </w:p>
    <w:p>
      <w:pPr>
        <w:jc w:val="right"/>
      </w:pPr>
      <w:r>
        <w:t>یعنی تمام چیزوں میں خدا ان کے لیے سب سے زیادہ محبوب چیز بن جاتا ہے۔</w:t>
      </w:r>
    </w:p>
    <w:p>
      <w:r>
        <w:rPr>
          <w:b/>
        </w:rPr>
        <w:t xml:space="preserve">[12:21] </w:t>
      </w:r>
      <w:r>
        <w:t>yeh quran ki aik aayat hai. surah albaqarah mein aap is ko parh sakte hain.</w:t>
      </w:r>
    </w:p>
    <w:p>
      <w:pPr>
        <w:jc w:val="right"/>
      </w:pPr>
      <w:r>
        <w:t>یہ قرآن کی ایک آیت ہے۔ سورہ البقرہ میں آپ اس کو پڑھ سکتے ہیں۔</w:t>
      </w:r>
    </w:p>
    <w:p>
      <w:r>
        <w:rPr>
          <w:b/>
        </w:rPr>
        <w:t xml:space="preserve">[12:28] </w:t>
      </w:r>
      <w:r>
        <w:t>dekhiye, insaan ko jo kuch mila hai by nature, is mein sab se ziyada, sab se ziyada precious cheez jo hai, woh kya hai?</w:t>
      </w:r>
    </w:p>
    <w:p>
      <w:pPr>
        <w:jc w:val="right"/>
      </w:pPr>
      <w:r>
        <w:t>دیکھیے، انسان کو جو کچھ ملا ہے بائی نیچر، اس میں سب سے زیادہ، سب سے زیادہ پریشیس چیز جو ہے، وہ کیا ہے؟</w:t>
      </w:r>
    </w:p>
    <w:p>
      <w:r>
        <w:rPr>
          <w:b/>
        </w:rPr>
        <w:t xml:space="preserve">[12:43] </w:t>
      </w:r>
      <w:r>
        <w:t>love hai, mohabbat hai. is se ziyada qeemti cheez koi aur insaan ke paas nahin.</w:t>
      </w:r>
    </w:p>
    <w:p>
      <w:pPr>
        <w:jc w:val="right"/>
      </w:pPr>
      <w:r>
        <w:t>لو ہے، محبت ہے۔ اس سے زیادہ قیمتی چیز کوئی اور انسان کے پاس نہیں۔</w:t>
      </w:r>
    </w:p>
    <w:p>
      <w:r>
        <w:rPr>
          <w:b/>
        </w:rPr>
        <w:t xml:space="preserve">[12:59] </w:t>
      </w:r>
      <w:r>
        <w:t>is ka matlab kya hai? jab aik aadmi khuda ko is ki asal hesiyat mein discover kare ke woh mera creator hai, woh mera sustainer hai,</w:t>
      </w:r>
    </w:p>
    <w:p>
      <w:pPr>
        <w:jc w:val="right"/>
      </w:pPr>
      <w:r>
        <w:t>اس کا مطلب کیا ہے؟ جب ایک آدمی خدا کو اس کی اصل حیثیت میں ڈسکور کرے کہ وہ میرا کریٹر ہے، وہ میرا سسٹینر ہے،</w:t>
      </w:r>
    </w:p>
    <w:p>
      <w:r>
        <w:rPr>
          <w:b/>
        </w:rPr>
        <w:t xml:space="preserve">[13:16] </w:t>
      </w:r>
      <w:r>
        <w:t>isi se</w:t>
      </w:r>
    </w:p>
    <w:p>
      <w:pPr>
        <w:jc w:val="right"/>
      </w:pPr>
      <w:r>
        <w:t>اسی سے</w:t>
      </w:r>
    </w:p>
    <w:p>
      <w:r>
        <w:rPr>
          <w:b/>
        </w:rPr>
        <w:t xml:space="preserve">[13:20] </w:t>
      </w:r>
      <w:r>
        <w:t>saari blessing, isi ki taraf se hai,</w:t>
      </w:r>
    </w:p>
    <w:p>
      <w:pPr>
        <w:jc w:val="right"/>
      </w:pPr>
      <w:r>
        <w:t>ساری بلیسنگ، اسی کی طرف سے ہے،</w:t>
      </w:r>
    </w:p>
    <w:p>
      <w:r>
        <w:rPr>
          <w:b/>
        </w:rPr>
        <w:t xml:space="preserve">[13:25] </w:t>
      </w:r>
      <w:r>
        <w:t>woh almighty hai.</w:t>
      </w:r>
    </w:p>
    <w:p>
      <w:pPr>
        <w:jc w:val="right"/>
      </w:pPr>
      <w:r>
        <w:t>وہ المائٹی ہے۔</w:t>
      </w:r>
    </w:p>
    <w:p>
      <w:r>
        <w:rPr>
          <w:b/>
        </w:rPr>
        <w:t xml:space="preserve">[13:27] </w:t>
      </w:r>
      <w:r>
        <w:t>jab aap khuda ko is ki jo us ki jo attributes hain, us ke sath discover karein ge to is ka bilkul, it is but natural ke aisa hoga ke khuda aap ka sab se bara concern ban jaye ga, supreme concern.</w:t>
      </w:r>
    </w:p>
    <w:p>
      <w:pPr>
        <w:jc w:val="right"/>
      </w:pPr>
      <w:r>
        <w:t>جب آپ خدا کو اس کی جو اس کی جو ایٹریبیوٹس ہیں، اس کے ساتھ ڈسکور کریں گے تو اس کا بالکل، اٹ از بٹ نیچرل کہ ایسا ہوگا کہ خدا آپ کا سب سے بڑا کنسرن بن جائے گا، سپریم کنسرن۔</w:t>
      </w:r>
    </w:p>
    <w:p>
      <w:r>
        <w:rPr>
          <w:b/>
        </w:rPr>
        <w:t xml:space="preserve">[13:50] </w:t>
      </w:r>
      <w:r>
        <w:t>aur aap ke dil mein khuda hi ke liye jo yeh love ke jo sentiments hain, mohabbat ke jo jazbat hain, woh ubal parein ge sirf khuda ke liye.</w:t>
      </w:r>
    </w:p>
    <w:p>
      <w:pPr>
        <w:jc w:val="right"/>
      </w:pPr>
      <w:r>
        <w:t>اور آپ کے دل میں خدا ہی کے لیے جو یہ لو کے جو سینٹیمنٹ ہیں، محبت کے جو جذبات ہیں، وہ ابل پڑیں گے صرف خدا کے لیے۔</w:t>
      </w:r>
    </w:p>
    <w:p>
      <w:r>
        <w:rPr>
          <w:b/>
        </w:rPr>
        <w:t xml:space="preserve">[14:09] </w:t>
      </w:r>
      <w:r>
        <w:t>zahir hai ke aap sochiye, khuda ki discovery ke baad agar aisa ho ke aap ke paas jo sab se precious cheez hai, love, wohi aap khuda ko na dein to aap ne kuch bhi nahin diya khuda ko.</w:t>
      </w:r>
    </w:p>
    <w:p>
      <w:pPr>
        <w:jc w:val="right"/>
      </w:pPr>
      <w:r>
        <w:t>ظاہر ہے کہ آپ سوچیے، خدا کی ڈسکوری کے بعد اگر ایسا ہو کہ آپ کے پاس جو سب سے پریشیس چیز ہے، لو، وہی آپ خدا کو نہ دیں تو آپ نے کچھ بھی نہیں دیا خدا کو۔</w:t>
      </w:r>
    </w:p>
    <w:p>
      <w:r>
        <w:rPr>
          <w:b/>
        </w:rPr>
        <w:t xml:space="preserve">[14:31] </w:t>
      </w:r>
      <w:r>
        <w:t>kuch bhi nahin diya.</w:t>
      </w:r>
    </w:p>
    <w:p>
      <w:pPr>
        <w:jc w:val="right"/>
      </w:pPr>
      <w:r>
        <w:t>کچھ بھی نہیں دیا۔</w:t>
      </w:r>
    </w:p>
    <w:p>
      <w:r>
        <w:rPr>
          <w:b/>
        </w:rPr>
        <w:t xml:space="preserve">[14:34] </w:t>
      </w:r>
      <w:r>
        <w:t>aap ghore kijiye, kitni seedhi baat hai, kitni fitri baat hai, bilkul understandable baat hai ke khuda jo aap ka creator hai, aap ka sustainer hai,</w:t>
      </w:r>
    </w:p>
    <w:p>
      <w:pPr>
        <w:jc w:val="right"/>
      </w:pPr>
      <w:r>
        <w:t>آپ غور کیجیے، کتنی سیدھی بات ہے، کتنی فطری بات ہے، بالکل انڈرسٹینڈیبل بات ہے کہ خدا جو آپ کا کریٹر ہے، آپ کا سسٹینر ہے،</w:t>
      </w:r>
    </w:p>
    <w:p>
      <w:r>
        <w:rPr>
          <w:b/>
        </w:rPr>
        <w:t xml:space="preserve">[14:52] </w:t>
      </w:r>
      <w:r>
        <w:t>sab kuch isi se aap ko mila hai, har har moment. to woh aap ko discover ho jaye to aisa ho nahin sakta hai ke aap ki sab se bari cheez jo hai, wohi na dein aap us ko, yaani love.</w:t>
      </w:r>
    </w:p>
    <w:p>
      <w:pPr>
        <w:jc w:val="right"/>
      </w:pPr>
      <w:r>
        <w:t>سب کچھ اسی سے آپ کو ملا ہے، ہر ہر مومنٹ۔ تو وہ آپ کو ڈسکور ہو جائے تو ایسا ہو نہیں سکتا ہے کہ آپ کی سب سے بڑی چیز جو ہے، وہی نہ دیں آپ اس کو، یعنی لو۔</w:t>
      </w:r>
    </w:p>
    <w:p>
      <w:r>
        <w:rPr>
          <w:b/>
        </w:rPr>
        <w:t xml:space="preserve">[15:13] </w:t>
      </w:r>
      <w:r>
        <w:t>to farmaya ke wa allazeena aamanoo ashadd hubban lillahi jo imaan walay log hain, woh khuda se sab se ziyada mohabbat karte hain.</w:t>
      </w:r>
    </w:p>
    <w:p>
      <w:pPr>
        <w:jc w:val="right"/>
      </w:pPr>
      <w:r>
        <w:t>تو فرمایا کہ وَالَّذِينَ آمَنُوا أَشَدُّ حُبًّا لِلَّهِ جو ایمان والے لوگ ہیں، وہ خدا سے سب سے زیادہ محبت کرتے ہیں۔</w:t>
      </w:r>
    </w:p>
    <w:p>
      <w:r>
        <w:rPr>
          <w:b/>
        </w:rPr>
        <w:t xml:space="preserve">[15:32] </w:t>
      </w:r>
      <w:r>
        <w:t>dekhiye, is se kya maloom hua?</w:t>
      </w:r>
    </w:p>
    <w:p>
      <w:pPr>
        <w:jc w:val="right"/>
      </w:pPr>
      <w:r>
        <w:t>دیکھیے، اس سے کیا معلوم ہوا؟</w:t>
      </w:r>
    </w:p>
    <w:p>
      <w:r>
        <w:rPr>
          <w:b/>
        </w:rPr>
        <w:t xml:space="preserve">[15:38] </w:t>
      </w:r>
      <w:r>
        <w:t>is se aik bohat bari cheez maloom hui, woh hai criterion of faith.</w:t>
      </w:r>
    </w:p>
    <w:p>
      <w:pPr>
        <w:jc w:val="right"/>
      </w:pPr>
      <w:r>
        <w:t>اس سے ایک بہت بڑی چیز معلوم ہوئی، وہ ہے کرائٹیرین آف فیتھ۔</w:t>
      </w:r>
    </w:p>
    <w:p>
      <w:r>
        <w:rPr>
          <w:b/>
        </w:rPr>
        <w:t xml:space="preserve">[15:48] </w:t>
      </w:r>
      <w:r>
        <w:t>criterion of faith yaani koi aadmi agar yeh janna chahe ke mujh ko imaan mila ke nahin mila, mujh ko faith mila ke nahin mila,</w:t>
      </w:r>
    </w:p>
    <w:p>
      <w:pPr>
        <w:jc w:val="right"/>
      </w:pPr>
      <w:r>
        <w:t>کرائٹیرین آف فیتھ یعنی کوئی آدمی اگر یہ جاننا چاہے کہ مجھ کو ایمان ملا کہ نہیں ملا، مجھ کو فیتھ ملا کہ نہیں ملا،</w:t>
      </w:r>
    </w:p>
    <w:p>
      <w:r>
        <w:rPr>
          <w:b/>
        </w:rPr>
        <w:t xml:space="preserve">[16:03] </w:t>
      </w:r>
      <w:r>
        <w:t>mujh ko khuda ki discovery hui ya nahin hui, koi yeh janna chahe to is ka criterion yeh hai ke apne dil mein woh jhanake,</w:t>
      </w:r>
    </w:p>
    <w:p>
      <w:pPr>
        <w:jc w:val="right"/>
      </w:pPr>
      <w:r>
        <w:t>مجھ کو خدا کی ڈسکوری ہوئی یا نہیں ہوئی، کوئی یہ جاننا چاہے تو اس کا کرائٹیرین یہ ہے کہ اپنے دل میں وہ جھانکے،</w:t>
      </w:r>
    </w:p>
    <w:p>
      <w:r>
        <w:rPr>
          <w:b/>
        </w:rPr>
        <w:t xml:space="preserve">[16:19] </w:t>
      </w:r>
      <w:r>
        <w:t>khud apne dil mein, aur dekhe ke kya sach much khuda hi is ka sab se ziyada mehboob ban gaya hai?</w:t>
      </w:r>
    </w:p>
    <w:p>
      <w:pPr>
        <w:jc w:val="right"/>
      </w:pPr>
      <w:r>
        <w:t>خود اپنے دل میں، اور دیکھے کہ کیا سچ مچ خدا ہی اس کا سب سے زیادہ محبوب بن گیا ہے؟</w:t>
      </w:r>
    </w:p>
    <w:p>
      <w:r>
        <w:rPr>
          <w:b/>
        </w:rPr>
        <w:t xml:space="preserve">[16:34] </w:t>
      </w:r>
      <w:r>
        <w:t>kya sach much khuda hi is ka sab se ziyada concern ban gaya hai?</w:t>
      </w:r>
    </w:p>
    <w:p>
      <w:pPr>
        <w:jc w:val="right"/>
      </w:pPr>
      <w:r>
        <w:t>کیا سچ مچ خدا ہی اس کا سب سے زیادہ کنسرن بن گیا ہے؟</w:t>
      </w:r>
    </w:p>
    <w:p>
      <w:r>
        <w:rPr>
          <w:b/>
        </w:rPr>
        <w:t xml:space="preserve">[16:39] </w:t>
      </w:r>
      <w:r>
        <w:t>kya aisa hua hai ke mohabbat ke jo jazbat hain, mohabbat ka jo insaan ke andar jo sentiment hai, woh sab se ziyada khuda ki taraf mael ho gaya hai?</w:t>
      </w:r>
    </w:p>
    <w:p>
      <w:pPr>
        <w:jc w:val="right"/>
      </w:pPr>
      <w:r>
        <w:t>کیا ایسا ہوا ہے کہ محبت کے جو جذبات ہیں، محبت کا جو انسان کے اندر جو سینٹیمنٹ ہے، وہ سب سے زیادہ خدا کی طرف مائل ہو گیا ہے؟</w:t>
      </w:r>
    </w:p>
    <w:p>
      <w:r>
        <w:rPr>
          <w:b/>
        </w:rPr>
        <w:t xml:space="preserve">[16:58] </w:t>
      </w:r>
      <w:r>
        <w:t>yeh hai criterion.</w:t>
      </w:r>
    </w:p>
    <w:p>
      <w:pPr>
        <w:jc w:val="right"/>
      </w:pPr>
      <w:r>
        <w:t>یہ ہے کرائٹیرین۔</w:t>
      </w:r>
    </w:p>
    <w:p>
      <w:r>
        <w:rPr>
          <w:b/>
        </w:rPr>
        <w:t xml:space="preserve">[17:02] </w:t>
      </w:r>
      <w:r>
        <w:t>yani woh iman jis ko khuda accept karega.</w:t>
      </w:r>
    </w:p>
    <w:p>
      <w:pPr>
        <w:jc w:val="right"/>
      </w:pPr>
      <w:r>
        <w:t>یعنی وہ ایمان جس کو خدا ایکسیپٹ کرے گا۔</w:t>
      </w:r>
    </w:p>
    <w:p>
      <w:r>
        <w:rPr>
          <w:b/>
        </w:rPr>
        <w:t xml:space="preserve">[17:09] </w:t>
      </w:r>
      <w:r>
        <w:t>yeh dunya mein khuda zahir nahi hota, lekin jo day of judgment hai, tab khuda samne aa jayega.</w:t>
      </w:r>
    </w:p>
    <w:p>
      <w:pPr>
        <w:jc w:val="right"/>
      </w:pPr>
      <w:r>
        <w:t>یہ دنیا میں خدا ظاہر نہیں ہوتا، لیکن جو ڈے آف ججمنٹ ہے، تب خدا سامنے آ جائے گا۔</w:t>
      </w:r>
    </w:p>
    <w:p>
      <w:r>
        <w:rPr>
          <w:b/>
        </w:rPr>
        <w:t xml:space="preserve">[17:21] </w:t>
      </w:r>
      <w:r>
        <w:t>woh din hoga jab ke khuda kisi ke iman ko accept karega aur kisi ke iman ko reject kar dega.</w:t>
      </w:r>
    </w:p>
    <w:p>
      <w:pPr>
        <w:jc w:val="right"/>
      </w:pPr>
      <w:r>
        <w:t>وہ دن ہوگا جب کہ خدا کسی کے ایمان کو ایکسیپٹ کرے گا اور کسی کے ایمان کو ریجیکٹ کر دے گا۔</w:t>
      </w:r>
    </w:p>
    <w:p>
      <w:r>
        <w:rPr>
          <w:b/>
        </w:rPr>
        <w:t xml:space="preserve">[17:32] </w:t>
      </w:r>
      <w:r>
        <w:t>toh yeh is ka criterion kya hoga? yeh hoga ke jis ne khuda se sab se ziyada mohabbat ki hogi, yani apne mohabbat ke jazbat ko sab se ziyada khuda ke liye khaas kar diya hoga,</w:t>
      </w:r>
    </w:p>
    <w:p>
      <w:pPr>
        <w:jc w:val="right"/>
      </w:pPr>
      <w:r>
        <w:t>تو یہ اس کا کرائٹیرین کیا ہوگا؟ یہ ہوگا کہ جس نے خدا سے سب سے زیادہ محبت کی ہوگی، یعنی اپنے محبت کے جذبات کو سب سے زیادہ خدا کے لیے خاص کر دیا ہوگا،</w:t>
      </w:r>
    </w:p>
    <w:p>
      <w:r>
        <w:rPr>
          <w:b/>
        </w:rPr>
        <w:t xml:space="preserve">[17:54] </w:t>
      </w:r>
      <w:r>
        <w:t>toh woh khuda ke haan accept kar liya jayega, warna woh reject kar diya jayega.</w:t>
      </w:r>
    </w:p>
    <w:p>
      <w:pPr>
        <w:jc w:val="right"/>
      </w:pPr>
      <w:r>
        <w:t>تو وہ خدا کے ہاں ایکسیپٹ کر لیا جائے گا، ورنہ وہ ریجیکٹ کر دیا جائے گا۔</w:t>
      </w:r>
    </w:p>
    <w:p>
      <w:r>
        <w:rPr>
          <w:b/>
        </w:rPr>
        <w:t xml:space="preserve">[18:03] </w:t>
      </w:r>
      <w:r>
        <w:t>is liye maloom hota hai wAlladhina amanu ashadd hubban lillahi</w:t>
      </w:r>
    </w:p>
    <w:p>
      <w:pPr>
        <w:jc w:val="right"/>
      </w:pPr>
      <w:r>
        <w:t>اس لیے معلوم ہوتا ہے وَالَّذِينَ آمَنُوا أَشَدُّ حُبًّا لِلَّهِ</w:t>
      </w:r>
    </w:p>
    <w:p>
      <w:r>
        <w:rPr>
          <w:b/>
        </w:rPr>
        <w:t xml:space="preserve">[18:16] </w:t>
      </w:r>
      <w:r>
        <w:t>ab teesri ayat suniye</w:t>
      </w:r>
    </w:p>
    <w:p>
      <w:pPr>
        <w:jc w:val="right"/>
      </w:pPr>
      <w:r>
        <w:t>اب تیسری آیت سنیے</w:t>
      </w:r>
    </w:p>
    <w:p>
      <w:r>
        <w:rPr>
          <w:b/>
        </w:rPr>
        <w:t xml:space="preserve">[18:22] </w:t>
      </w:r>
      <w:r>
        <w:t>fulaika yujzawnal ghurfata bima sabaru wa yalqawna fiha tahiyyatan wa salaman yeh surah furqan mein hai, yeh verse surah furqan chapter 25, jis mein farmaya ke</w:t>
      </w:r>
    </w:p>
    <w:p>
      <w:pPr>
        <w:jc w:val="right"/>
      </w:pPr>
      <w:r>
        <w:t>فُولَائِكَ يُجْزَونَ الْغُرْفَةَ بِمَا صَبَرُوا وَيَلَقَّونَ فِيهَا تَحِيَّةً وَسَلَامًا یہ سورہ الفرقان میں ہے، یہ ورس سورہ الفرقان چیپٹر 25، جس میں فرمایا کہ</w:t>
      </w:r>
    </w:p>
    <w:p>
      <w:r>
        <w:rPr>
          <w:b/>
        </w:rPr>
        <w:t xml:space="preserve">[18:45] </w:t>
      </w:r>
      <w:r>
        <w:t>fulaika yujzawnal ghurfata bima sabaru yani is ka matlab kya hai? sabar karne wale paidaish mein</w:t>
      </w:r>
    </w:p>
    <w:p>
      <w:pPr>
        <w:jc w:val="right"/>
      </w:pPr>
      <w:r>
        <w:t>فُولَائِكَ يُجْزَونَ الْغُرْفَةَ بِمَا صَبَرُوا یعنی اس کا مطلب کیا ہے؟ صبر کرنے والے پیدائش میں</w:t>
      </w:r>
    </w:p>
    <w:p>
      <w:r>
        <w:rPr>
          <w:b/>
        </w:rPr>
        <w:t xml:space="preserve">[19:00] </w:t>
      </w:r>
      <w:r>
        <w:t>entry paayenge.</w:t>
      </w:r>
    </w:p>
    <w:p>
      <w:pPr>
        <w:jc w:val="right"/>
      </w:pPr>
      <w:r>
        <w:t>انٹری پائیں گے۔</w:t>
      </w:r>
    </w:p>
    <w:p>
      <w:r>
        <w:rPr>
          <w:b/>
        </w:rPr>
        <w:t xml:space="preserve">[19:06] </w:t>
      </w:r>
      <w:r>
        <w:t>bahut hi ziyada sochne ki baat hai. fulaika yujzawnal ghurfata bima sabaru sabar karne wale paidaish mein jagah paayenge.</w:t>
      </w:r>
    </w:p>
    <w:p>
      <w:pPr>
        <w:jc w:val="right"/>
      </w:pPr>
      <w:r>
        <w:t>بہت ہی زیادہ سوچنے کی بات ہے۔ فُولَائِكَ يُجْزَونَ الْغُرْفَةَ بِمَا صَبَرُوا صبر کرنے والے پیدائش میں جگہ پائیں گے۔</w:t>
      </w:r>
    </w:p>
    <w:p>
      <w:r>
        <w:rPr>
          <w:b/>
        </w:rPr>
        <w:t xml:space="preserve">[19:19] </w:t>
      </w:r>
      <w:r>
        <w:t>yeh dekhiye ke sabar yani patience ki itni ziyada importance kyun hai?</w:t>
      </w:r>
    </w:p>
    <w:p>
      <w:pPr>
        <w:jc w:val="right"/>
      </w:pPr>
      <w:r>
        <w:t>یہ دیکھیے کہ صبر یعنی پیشنس کی اتنی زیادہ امپورٹنس کیوں ہے؟</w:t>
      </w:r>
    </w:p>
    <w:p>
      <w:r>
        <w:rPr>
          <w:b/>
        </w:rPr>
        <w:t xml:space="preserve">[19:28] </w:t>
      </w:r>
      <w:r>
        <w:t>is ko samjhiye.</w:t>
      </w:r>
    </w:p>
    <w:p>
      <w:pPr>
        <w:jc w:val="right"/>
      </w:pPr>
      <w:r>
        <w:t>اس کو سمجھیے۔</w:t>
      </w:r>
    </w:p>
    <w:p>
      <w:r>
        <w:rPr>
          <w:b/>
        </w:rPr>
        <w:t xml:space="preserve">[19:31] </w:t>
      </w:r>
      <w:r>
        <w:t>asal mein aisa hai ke yeh dunya jo hai, yeh bani hai test ke liye.</w:t>
      </w:r>
    </w:p>
    <w:p>
      <w:pPr>
        <w:jc w:val="right"/>
      </w:pPr>
      <w:r>
        <w:t>اصل میں ایسا ہے کہ یہ دنیا جو ہے، یہ بنی ہے ٹیسٹ کے لیے۔</w:t>
      </w:r>
    </w:p>
    <w:p>
      <w:r>
        <w:rPr>
          <w:b/>
        </w:rPr>
        <w:t xml:space="preserve">[19:40] </w:t>
      </w:r>
      <w:r>
        <w:t>yeh koi aaram, uchhal kood karne ke liye nahi bani hai. ho ha karne ke liye nahi bani hai.</w:t>
      </w:r>
    </w:p>
    <w:p>
      <w:pPr>
        <w:jc w:val="right"/>
      </w:pPr>
      <w:r>
        <w:t>یہ کوئی آرام، اچھل کود کرنے کے لیے نہیں بنی ہے۔ ہو ہا کرنے کے لیے نہیں بنی ہے۔</w:t>
      </w:r>
    </w:p>
    <w:p>
      <w:r>
        <w:rPr>
          <w:b/>
        </w:rPr>
        <w:t xml:space="preserve">[19:50] </w:t>
      </w:r>
      <w:r>
        <w:t>yeh enjoy karne ke liye nahi bani hai.</w:t>
      </w:r>
    </w:p>
    <w:p>
      <w:pPr>
        <w:jc w:val="right"/>
      </w:pPr>
      <w:r>
        <w:t>یہ انجوائے کرنے کے لیے نہیں بنی ہے۔</w:t>
      </w:r>
    </w:p>
    <w:p>
      <w:r>
        <w:rPr>
          <w:b/>
        </w:rPr>
        <w:t xml:space="preserve">[19:55] </w:t>
      </w:r>
      <w:r>
        <w:t>yeh bani hai test ke liye.</w:t>
      </w:r>
    </w:p>
    <w:p>
      <w:pPr>
        <w:jc w:val="right"/>
      </w:pPr>
      <w:r>
        <w:t>یہ بنی ہے ٹیسٹ کے لیے۔</w:t>
      </w:r>
    </w:p>
    <w:p>
      <w:r>
        <w:rPr>
          <w:b/>
        </w:rPr>
        <w:t xml:space="preserve">[19:58] </w:t>
      </w:r>
      <w:r>
        <w:t>toh jab test hai toh phir freedom hai. toh logon ko freedom de diya gaya hai. jab saare insano ko poora poora freedom, azadi mili hui ho toh zahir hai ke woh misuse bhi karenge.</w:t>
      </w:r>
    </w:p>
    <w:p>
      <w:pPr>
        <w:jc w:val="right"/>
      </w:pPr>
      <w:r>
        <w:t>تو جب ٹیسٹ ہے تو پھر فریڈم ہے۔ تو لوگوں کو فریڈم دے دیا گیا ہے۔ جب سارے انسانوں کو پورا پورا فریڈم، آزادی ملی ہوئی ہو تو ظاہر ہے کہ وہ مس یوز بھی کریں گے۔</w:t>
      </w:r>
    </w:p>
    <w:p>
      <w:r>
        <w:rPr>
          <w:b/>
        </w:rPr>
        <w:t xml:space="preserve">[20:19] </w:t>
      </w:r>
      <w:r>
        <w:t>aur history batati hai ke more than 99 percent logon ne apni freedom ko misuse kiya.</w:t>
      </w:r>
    </w:p>
    <w:p>
      <w:pPr>
        <w:jc w:val="right"/>
      </w:pPr>
      <w:r>
        <w:t>اور ہسٹری بتاتی ہے کہ مور دین 99 فیصد لوگوں نے اپنی فریڈم کو مس یوز کیا۔</w:t>
      </w:r>
    </w:p>
    <w:p>
      <w:r>
        <w:rPr>
          <w:b/>
        </w:rPr>
        <w:t xml:space="preserve">[20:28] </w:t>
      </w:r>
      <w:r>
        <w:t>toh kya hoga? apni freedom ko misuse kar ke woh samajh ke liye kaanta ban jayenge.</w:t>
      </w:r>
    </w:p>
    <w:p>
      <w:pPr>
        <w:jc w:val="right"/>
      </w:pPr>
      <w:r>
        <w:t>تو کیا ہوگا؟ اپنی فریڈم کو مس یوز کر کے وہ سماج کے لیے کانٹا بن جائیں گے۔</w:t>
      </w:r>
    </w:p>
    <w:p>
      <w:r>
        <w:rPr>
          <w:b/>
        </w:rPr>
        <w:t xml:space="preserve">[20:39] </w:t>
      </w:r>
      <w:r>
        <w:t>samajh mein angare bikherenge. samajh mein problem create karenge.</w:t>
      </w:r>
    </w:p>
    <w:p>
      <w:pPr>
        <w:jc w:val="right"/>
      </w:pPr>
      <w:r>
        <w:t>سماج میں انگارے بکھریں گے۔ سماج میں پرابلم کریٹ کریں گے۔</w:t>
      </w:r>
    </w:p>
    <w:p>
      <w:r>
        <w:rPr>
          <w:b/>
        </w:rPr>
        <w:t xml:space="preserve">[20:50] </w:t>
      </w:r>
      <w:r>
        <w:t>samajh mein hate phailayenge.</w:t>
      </w:r>
    </w:p>
    <w:p>
      <w:pPr>
        <w:jc w:val="right"/>
      </w:pPr>
      <w:r>
        <w:t>سماج میں ہیٹ پھیلائیں گے۔</w:t>
      </w:r>
    </w:p>
    <w:p>
      <w:r>
        <w:rPr>
          <w:b/>
        </w:rPr>
        <w:t xml:space="preserve">[20:55] </w:t>
      </w:r>
      <w:r>
        <w:t>aisi aisi baatein karein jis se aap provoke hon, jis se aap ke andar ghussa aaye. yeh sab kuch hona hi hona hai. kyunki yahi creational plan of God hai.</w:t>
      </w:r>
    </w:p>
    <w:p>
      <w:pPr>
        <w:jc w:val="right"/>
      </w:pPr>
      <w:r>
        <w:t>ایسی ایسی باتیں کریں جس سے آپ پرووک ہوں، جس سے آپ کے اندر غصہ آئے۔ یہ سب کچھ ہونا ہی ہونا ہے۔ کیونکہ یہی کریشنل پلان آف گاڈ ہے۔</w:t>
      </w:r>
    </w:p>
    <w:p>
      <w:r>
        <w:rPr>
          <w:b/>
        </w:rPr>
        <w:t xml:space="preserve">[21:07] </w:t>
      </w:r>
      <w:r>
        <w:t>yeh kisi ka zulm nahi hoga. aap kahein ke falan aadmi zalim hai, falan aadmi conspiracy kar raha hai.</w:t>
      </w:r>
    </w:p>
    <w:p>
      <w:pPr>
        <w:jc w:val="right"/>
      </w:pPr>
      <w:r>
        <w:t>یہ کسی کا ظلم نہیں ہوگا۔ آپ کہیں کہ فلاں آدمی ظالم ہے، فلاں آدمی کانسپریسی کر رہا ہے۔</w:t>
      </w:r>
    </w:p>
    <w:p>
      <w:r>
        <w:rPr>
          <w:b/>
        </w:rPr>
        <w:t xml:space="preserve">[21:19] </w:t>
      </w:r>
      <w:r>
        <w:t>yeh sab bilashubah baseless baatein hain.</w:t>
      </w:r>
    </w:p>
    <w:p>
      <w:pPr>
        <w:jc w:val="right"/>
      </w:pPr>
      <w:r>
        <w:t>یہ سب بلاشبہ بیس لیس باتیں ہیں۔</w:t>
      </w:r>
    </w:p>
    <w:p>
      <w:r>
        <w:rPr>
          <w:b/>
        </w:rPr>
        <w:t xml:space="preserve">[21:24] </w:t>
      </w:r>
      <w:r>
        <w:t>yeh sab hai Khuda ke creation plan ka phenomena.</w:t>
      </w:r>
    </w:p>
    <w:p>
      <w:pPr>
        <w:jc w:val="right"/>
      </w:pPr>
      <w:r>
        <w:t>یہ سب ہے خدا کے کریشن پلان کا فیناومینا۔</w:t>
      </w:r>
    </w:p>
    <w:p>
      <w:r>
        <w:rPr>
          <w:b/>
        </w:rPr>
        <w:t xml:space="preserve">[21:31] </w:t>
      </w:r>
      <w:r>
        <w:t>kisi ke saazish ka phenomena nahi hai yeh. yeh direct taur par Khuda ke creation plan ka phenomena hai.</w:t>
      </w:r>
    </w:p>
    <w:p>
      <w:pPr>
        <w:jc w:val="right"/>
      </w:pPr>
      <w:r>
        <w:t>کسی کے سازش کا فیناومینا نہیں ہے یہ۔ یہ ڈائریکٹ طور پر خدا کے کریشن پلان کا فیناومینا ہے۔</w:t>
      </w:r>
    </w:p>
    <w:p>
      <w:r>
        <w:rPr>
          <w:b/>
        </w:rPr>
        <w:t xml:space="preserve">[21:42] </w:t>
      </w:r>
      <w:r>
        <w:t>Khuda hi hai jis ne ke logon ko freedom diya hai. khud Khuda hai.</w:t>
      </w:r>
    </w:p>
    <w:p>
      <w:pPr>
        <w:jc w:val="right"/>
      </w:pPr>
      <w:r>
        <w:t>خدا ہی ہے جس نے کہ لوگوں کو فریڈم دیا ہے۔ خود خدا ہے۔</w:t>
      </w:r>
    </w:p>
    <w:p>
      <w:r>
        <w:rPr>
          <w:b/>
        </w:rPr>
        <w:t xml:space="preserve">[21:49] </w:t>
      </w:r>
      <w:r>
        <w:t>to freedom diya hai Khuda ne, woh log us ko misuse kar rahe hain.</w:t>
      </w:r>
    </w:p>
    <w:p>
      <w:pPr>
        <w:jc w:val="right"/>
      </w:pPr>
      <w:r>
        <w:t>تو فریڈم دیا ہے خدا نے، وہ لوگ اس کو مس یوز کر رہے ہیں۔</w:t>
      </w:r>
    </w:p>
    <w:p>
      <w:r>
        <w:rPr>
          <w:b/>
        </w:rPr>
        <w:t xml:space="preserve">[21:58] </w:t>
      </w:r>
      <w:r>
        <w:t>ab kya hai? sabr kyun zaroori hai? aap ko Khuda ke creation plan par raazi hona hai.</w:t>
      </w:r>
    </w:p>
    <w:p>
      <w:pPr>
        <w:jc w:val="right"/>
      </w:pPr>
      <w:r>
        <w:t>اب کیا ہے؟ صبر کیوں ضروری ہے؟ آپ کو خدا کے کریشن پلان پر راضی ہونا ہے۔</w:t>
      </w:r>
    </w:p>
    <w:p>
      <w:r>
        <w:rPr>
          <w:b/>
        </w:rPr>
        <w:t xml:space="preserve">[22:08] </w:t>
      </w:r>
      <w:r>
        <w:t>sabr ka matlab hai Khuda ke creation plan par raazi hona. sabr ka matlab kuch aur nahi hai.</w:t>
      </w:r>
    </w:p>
    <w:p>
      <w:pPr>
        <w:jc w:val="right"/>
      </w:pPr>
      <w:r>
        <w:t>صبر کا مطلب ہے خدا کے کریشن پلان پر راضی ہونا۔ صبر کا مطلب کچھ اور نہیں ہے۔</w:t>
      </w:r>
    </w:p>
    <w:p>
      <w:r>
        <w:rPr>
          <w:b/>
        </w:rPr>
        <w:t xml:space="preserve">[22:19] </w:t>
      </w:r>
      <w:r>
        <w:t>sabr koi passivity nahi hai. sabr koi cowardice nahi hai. sabr koi peeche hatna nahi hai.</w:t>
      </w:r>
    </w:p>
    <w:p>
      <w:pPr>
        <w:jc w:val="right"/>
      </w:pPr>
      <w:r>
        <w:t>صبر کوئی پیسی ایٹیٹیوڈ نہیں ہے۔ صبر کوئی کاورڈنس نہیں ہے۔ صبر کوئی پیچھے ہٹنا نہیں ہے۔</w:t>
      </w:r>
    </w:p>
    <w:p>
      <w:r>
        <w:rPr>
          <w:b/>
        </w:rPr>
        <w:t xml:space="preserve">[22:31] </w:t>
      </w:r>
      <w:r>
        <w:t>sabr jo hai, direct taur par Khuda ke creation plan par raazi hona hai. ke Khuda ya tu ne logon ko azaadi di hai aur woh log problem bhekher rahe hain to behraal mein raazi hoon.</w:t>
      </w:r>
    </w:p>
    <w:p>
      <w:pPr>
        <w:jc w:val="right"/>
      </w:pPr>
      <w:r>
        <w:t>صبر جو ہے، ڈائریکٹ طور پر خدا کے کریشن پلان پر راضی ہونا ہے۔ کہ خدایا تو نے لوگوں کو آزادی دی ہے اور وہ لوگ پرابلم بکھیر رہے ہیں تو بہرحال میں راضی ہوں۔</w:t>
      </w:r>
    </w:p>
    <w:p>
      <w:r>
        <w:rPr>
          <w:b/>
        </w:rPr>
        <w:t xml:space="preserve">[22:48] </w:t>
      </w:r>
      <w:r>
        <w:t>mein raazi hoon tere plan par.</w:t>
      </w:r>
    </w:p>
    <w:p>
      <w:pPr>
        <w:jc w:val="right"/>
      </w:pPr>
      <w:r>
        <w:t>میں راضی ہوں تیرے پلان پر۔</w:t>
      </w:r>
    </w:p>
    <w:p>
      <w:r>
        <w:rPr>
          <w:b/>
        </w:rPr>
        <w:t xml:space="preserve">[22:54] </w:t>
      </w:r>
      <w:r>
        <w:t>to jo banda duniya mein yeh proof de sake ke woh Khuda ke creation plan par raazi tha.</w:t>
      </w:r>
    </w:p>
    <w:p>
      <w:pPr>
        <w:jc w:val="right"/>
      </w:pPr>
      <w:r>
        <w:t>تو جو بندہ دنیا میں یہ پروف دے سکے کہ وہ خدا کے کریشن پلان پر راضی تھا۔</w:t>
      </w:r>
    </w:p>
    <w:p>
      <w:r>
        <w:rPr>
          <w:b/>
        </w:rPr>
        <w:t xml:space="preserve">[23:07] </w:t>
      </w:r>
      <w:r>
        <w:t>Razi Allahu anhum wa razu anhu jab woh raazi ho gaya Khuda ke creation plan par to Khuda bhi us se raazi ho jayega.</w:t>
      </w:r>
    </w:p>
    <w:p>
      <w:pPr>
        <w:jc w:val="right"/>
      </w:pPr>
      <w:r>
        <w:t>رَضِيَ اللَّهُ عَنْهُمْ وَرَضُوا عَنْهُ جب وہ راضی ہو گیا خدا کے کریشن پلان پر تو خدا بھی اس سے راضی ہو جائے گا۔</w:t>
      </w:r>
    </w:p>
    <w:p>
      <w:r>
        <w:rPr>
          <w:b/>
        </w:rPr>
        <w:t xml:space="preserve">[23:17] </w:t>
      </w:r>
      <w:r>
        <w:t>Razi Allahu anhum wa razu anhu</w:t>
      </w:r>
    </w:p>
    <w:p>
      <w:pPr>
        <w:jc w:val="right"/>
      </w:pPr>
      <w:r>
        <w:t>رَضِيَ اللَّهُ عَنْهُمْ وَرَضُوا عَنْهُ</w:t>
      </w:r>
    </w:p>
    <w:p>
      <w:r>
        <w:rPr>
          <w:b/>
        </w:rPr>
        <w:t xml:space="preserve">[23:28] </w:t>
      </w:r>
      <w:r>
        <w:t>to sabr kya hai aur paradise kya hai? dono ek doosre se jure hue hain.</w:t>
      </w:r>
    </w:p>
    <w:p>
      <w:pPr>
        <w:jc w:val="right"/>
      </w:pPr>
      <w:r>
        <w:t>تو صبر کیا ہے اور پارادائز کیا ہے؟ دونوں ایک دوسرے سے جڑے ہوئے ہیں۔</w:t>
      </w:r>
    </w:p>
    <w:p>
      <w:r>
        <w:rPr>
          <w:b/>
        </w:rPr>
        <w:t xml:space="preserve">[23:37] </w:t>
      </w:r>
      <w:r>
        <w:t>sabr ka matlab hai ke banda Khuda ke creation plan par raazi raha. aur paradise ka matlab yeh hai ke Khuda aise bande se khush hua aur us ke liye paradise ke gate khol diye.</w:t>
      </w:r>
    </w:p>
    <w:p>
      <w:pPr>
        <w:jc w:val="right"/>
      </w:pPr>
      <w:r>
        <w:t>صبر کا مطلب ہے کہ بندہ خدا کے کریشن پلان پر راضی رہا۔ اور پارادائز کا مطلب یہ ہے کہ خدا ایسے بندے سے خوش ہوا اور اس کے لیے پارادائز کے گیٹ کھول دیے۔</w:t>
      </w:r>
    </w:p>
    <w:p>
      <w:r>
        <w:rPr>
          <w:b/>
        </w:rPr>
        <w:t xml:space="preserve">[23:57] </w:t>
      </w:r>
      <w:r>
        <w:t>yeh hai sara maamla.</w:t>
      </w:r>
    </w:p>
    <w:p>
      <w:pPr>
        <w:jc w:val="right"/>
      </w:pPr>
      <w:r>
        <w:t>یہ ہے سارا معاملہ۔</w:t>
      </w:r>
    </w:p>
    <w:p>
      <w:r>
        <w:rPr>
          <w:b/>
        </w:rPr>
        <w:t xml:space="preserve">[24:03] </w:t>
      </w:r>
      <w:r>
        <w:t>ab mein aap ko ek hadith sunana chahunga.</w:t>
      </w:r>
    </w:p>
    <w:p>
      <w:pPr>
        <w:jc w:val="right"/>
      </w:pPr>
      <w:r>
        <w:t>اب میں آپ کو ایک حدیث سنانا چاہوں گا۔</w:t>
      </w:r>
    </w:p>
    <w:p>
      <w:r>
        <w:rPr>
          <w:b/>
        </w:rPr>
        <w:t xml:space="preserve">[24:09] </w:t>
      </w:r>
      <w:r>
        <w:t>woh hadith yeh hai zak ta'amul li-iman man radi billahi Rabban wa bi Muhammadin Rasulan wa bil Islami Deenan</w:t>
      </w:r>
    </w:p>
    <w:p>
      <w:pPr>
        <w:jc w:val="right"/>
      </w:pPr>
      <w:r>
        <w:t>وہ حدیث یہ ہے ذاك تعامل ليمان من رضي بالله ربا وبمحمد رسولا وبالاسلام دینا</w:t>
      </w:r>
    </w:p>
    <w:p>
      <w:r>
        <w:rPr>
          <w:b/>
        </w:rPr>
        <w:t xml:space="preserve">[24:24] </w:t>
      </w:r>
      <w:r>
        <w:t>imaan ka mazaa chakhha is shakhs ne</w:t>
      </w:r>
    </w:p>
    <w:p>
      <w:pPr>
        <w:jc w:val="right"/>
      </w:pPr>
      <w:r>
        <w:t>ایمان کا مزہ چکھا اس شخص نے</w:t>
      </w:r>
    </w:p>
    <w:p>
      <w:r>
        <w:rPr>
          <w:b/>
        </w:rPr>
        <w:t xml:space="preserve">[24:31] </w:t>
      </w:r>
      <w:r>
        <w:t>jo</w:t>
      </w:r>
    </w:p>
    <w:p>
      <w:pPr>
        <w:jc w:val="right"/>
      </w:pPr>
      <w:r>
        <w:t>جو</w:t>
      </w:r>
    </w:p>
    <w:p>
      <w:r>
        <w:rPr>
          <w:b/>
        </w:rPr>
        <w:t xml:space="preserve">[24:34] </w:t>
      </w:r>
      <w:r>
        <w:t>raazi ho gaya Khuda ke Rab banane par. is par raazi ho gaya ke Khuda uska Rab ho aur Muhammad uske prophet hon.</w:t>
      </w:r>
    </w:p>
    <w:p>
      <w:pPr>
        <w:jc w:val="right"/>
      </w:pPr>
      <w:r>
        <w:t>راضی ہو گیا خدا کے رب بنانے پر۔ اس پر راضی ہو گیا کہ خدا اس کا رب ہو اور محمد اس کے پرافٹ ہوں۔</w:t>
      </w:r>
    </w:p>
    <w:p>
      <w:r>
        <w:rPr>
          <w:b/>
        </w:rPr>
        <w:t xml:space="preserve">[24:51] </w:t>
      </w:r>
      <w:r>
        <w:t>imaan ka mazaa chakhha is shakhs ne jo is par raazi ho gaya ke Khuda uska Rab ho, Muhammad uske prophet hon aur Islam uska deen ho.</w:t>
      </w:r>
    </w:p>
    <w:p>
      <w:pPr>
        <w:jc w:val="right"/>
      </w:pPr>
      <w:r>
        <w:t>ایمان کا مزہ چکھا اس شخص نے جو اس پر راضی ہو گیا کہ خدا اس کا رب ہو، محمد اس کے پرافٹ ہوں اور اسلام اس کا دین ہو۔</w:t>
      </w:r>
    </w:p>
    <w:p>
      <w:r>
        <w:rPr>
          <w:b/>
        </w:rPr>
        <w:t xml:space="preserve">[25:11] </w:t>
      </w:r>
      <w:r>
        <w:t>ab aap dekhiye ke koi cheez zaa'eqa kab banti hai? yaani taste milne lage, aisa kab hota hai?</w:t>
      </w:r>
    </w:p>
    <w:p>
      <w:pPr>
        <w:jc w:val="right"/>
      </w:pPr>
      <w:r>
        <w:t>اب آپ دیکھیے کہ کوئی چیز ذائقہ کب بنتی ہے؟ یعنی ٹیسٹ ملنے لگے، ایسا کب ہوتا ہے؟</w:t>
      </w:r>
    </w:p>
    <w:p>
      <w:r>
        <w:rPr>
          <w:b/>
        </w:rPr>
        <w:t xml:space="preserve">[25:24] </w:t>
      </w:r>
      <w:r>
        <w:t>aap koi ek phal lijeeye, farz keejiye aap suntra lijeeye, orange lijeeye.</w:t>
      </w:r>
    </w:p>
    <w:p>
      <w:pPr>
        <w:jc w:val="right"/>
      </w:pPr>
      <w:r>
        <w:t>آپ کوئی ایک پھل لیجیے، فرض کیجیے آپ سنترہ لیجیے، اورنج لیجیے۔</w:t>
      </w:r>
    </w:p>
    <w:p>
      <w:r>
        <w:rPr>
          <w:b/>
        </w:rPr>
        <w:t xml:space="preserve">[25:35] </w:t>
      </w:r>
      <w:r>
        <w:t>agar aap is ka chhilka khayein to aap ko koi test nahin mile ga.</w:t>
      </w:r>
    </w:p>
    <w:p>
      <w:pPr>
        <w:jc w:val="right"/>
      </w:pPr>
      <w:r>
        <w:t>اگر آپ اس کا چھلکا کھائیں تو آپ کو کوئی ٹیسٹ نہیں ملے گا۔</w:t>
      </w:r>
    </w:p>
    <w:p>
      <w:r>
        <w:rPr>
          <w:b/>
        </w:rPr>
        <w:t xml:space="preserve">[25:42] </w:t>
      </w:r>
      <w:r>
        <w:t>aur chhilke ke andar jo magz hai, is ko khayein to aap ko test milta hai. to is hadees se maloom hua ke deen ka ek chhilka hai aur deen ka ek magz hai.</w:t>
      </w:r>
    </w:p>
    <w:p>
      <w:pPr>
        <w:jc w:val="right"/>
      </w:pPr>
      <w:r>
        <w:t>اور چھلکے کے اندر جو مغز ہے، اس کو کھائیں تو آپ کو ٹیسٹ ملتا ہے۔ تو اس حدیث سے معلوم ہوا کہ دین کا ایک چھلکا ہے اور دین کا ایک مغز ہے۔</w:t>
      </w:r>
    </w:p>
    <w:p>
      <w:r>
        <w:rPr>
          <w:b/>
        </w:rPr>
        <w:t xml:space="preserve">[26:00] </w:t>
      </w:r>
      <w:r>
        <w:t>jahan tak mein ne samjha hai, deen ka chhilka is ka form hai aur deen ka magz is ki spirit hai.</w:t>
      </w:r>
    </w:p>
    <w:p>
      <w:pPr>
        <w:jc w:val="right"/>
      </w:pPr>
      <w:r>
        <w:t>جہاں تک میں نے سمجھا ہے، دین کا چھلکا اس کا فارم ہے اور دین کا مغز اس کی سپرٹ ہے۔</w:t>
      </w:r>
    </w:p>
    <w:p>
      <w:r>
        <w:rPr>
          <w:b/>
        </w:rPr>
        <w:t xml:space="preserve">[26:12] </w:t>
      </w:r>
      <w:r>
        <w:t>aap ko agar deen form ki satah par mila ho, form to is mein aap ko koi test nahin aaye ga, koi zaeqa nahin mile ga.</w:t>
      </w:r>
    </w:p>
    <w:p>
      <w:pPr>
        <w:jc w:val="right"/>
      </w:pPr>
      <w:r>
        <w:t>آپ کو اگر دین فارم کی سطح پر ملا ہو، فارم تو اس میں آپ کو کوئی ٹیسٹ نہیں آئے گا، کوئی ذائقہ نہیں ملے گا۔</w:t>
      </w:r>
    </w:p>
    <w:p>
      <w:r>
        <w:rPr>
          <w:b/>
        </w:rPr>
        <w:t xml:space="preserve">[26:26] </w:t>
      </w:r>
      <w:r>
        <w:t>lekin agar aap ko deen spirit ke level par mila ho to phir wahan deen aap ke liye aisi cheez ban jaye ga jis mein aap ke liye test mile, jis mein aap ko zaeqa mile.</w:t>
      </w:r>
    </w:p>
    <w:p>
      <w:pPr>
        <w:jc w:val="right"/>
      </w:pPr>
      <w:r>
        <w:t>لیکن اگر آپ کو دین اسپرٹ کے لیول پر ملا ہو تو پھر وہاں دین آپ کے لیے ایسی چیز بن جائے گا جس میں آپ کے لیے ٹیسٹ ملے، جس میں آپ کو ذائقہ ملے۔</w:t>
      </w:r>
    </w:p>
    <w:p>
      <w:r>
        <w:rPr>
          <w:b/>
        </w:rPr>
        <w:t xml:space="preserve">[26:43] </w:t>
      </w:r>
      <w:r>
        <w:t>phir dekhiye ke khuda ko rab banana zaeqa ban jaye, yeh kaise hoga? yeh koi mysterious way mein nahin hoga.</w:t>
      </w:r>
    </w:p>
    <w:p>
      <w:pPr>
        <w:jc w:val="right"/>
      </w:pPr>
      <w:r>
        <w:t>پھر دیکھیے کہ خدا کو رب بنانا ذائقہ بن جائے، یہ کیسے ہوگا؟ یہ کوئی مسٹیریس وے میں نہیں ہوگا۔</w:t>
      </w:r>
    </w:p>
    <w:p>
      <w:r>
        <w:rPr>
          <w:b/>
        </w:rPr>
        <w:t xml:space="preserve">[26:57] </w:t>
      </w:r>
      <w:r>
        <w:t>yeh koi mystery nahin hai, yeh koi asrar baat nahin hai.</w:t>
      </w:r>
    </w:p>
    <w:p>
      <w:pPr>
        <w:jc w:val="right"/>
      </w:pPr>
      <w:r>
        <w:t>یہ کوئی مسٹری نہیں ہے، یہ کوئی پراسرار بات نہیں ہے۔</w:t>
      </w:r>
    </w:p>
    <w:p>
      <w:r>
        <w:rPr>
          <w:b/>
        </w:rPr>
        <w:t xml:space="preserve">[27:05] </w:t>
      </w:r>
      <w:r>
        <w:t>yeh mysterious way mein nahin hota hai.</w:t>
      </w:r>
    </w:p>
    <w:p>
      <w:pPr>
        <w:jc w:val="right"/>
      </w:pPr>
      <w:r>
        <w:t>یہ مسٹیریس وے میں نہیں ہوتا ہے۔</w:t>
      </w:r>
    </w:p>
    <w:p>
      <w:r>
        <w:rPr>
          <w:b/>
        </w:rPr>
        <w:t xml:space="preserve">[27:12] </w:t>
      </w:r>
      <w:r>
        <w:t>yeh hota hai is waqt jab ke aap ko khuda, khuda aap ko discovery ke darje mein mil jaye. jaise aap science, jo scientist hote hain, scientist ke life padhiye, aap ek cheez hai jis par woh research kar rahe hain.</w:t>
      </w:r>
    </w:p>
    <w:p>
      <w:pPr>
        <w:jc w:val="right"/>
      </w:pPr>
      <w:r>
        <w:t>یہ ہوتا ہے اس وقت جب کہ آپ کو خدا، خدا آپ کو ڈسکوری کے درجے میں مل جائے۔ جیسے آپ سائنس، جو سائنسٹسٹ ہوتے ہیں، سائنسٹسٹ کے لائف پڑھیے، آپ ایک چیز ہے جس پر وہ ریسرچ کر رہے ہیں۔</w:t>
      </w:r>
    </w:p>
    <w:p>
      <w:r>
        <w:rPr>
          <w:b/>
        </w:rPr>
        <w:t xml:space="preserve">[27:36] </w:t>
      </w:r>
      <w:r>
        <w:t>research karte karte un ko discovery ho jati hai.</w:t>
      </w:r>
    </w:p>
    <w:p>
      <w:pPr>
        <w:jc w:val="right"/>
      </w:pPr>
      <w:r>
        <w:t>ریسرچ کرتے کرتے ان کو ڈسکوری ہو جاتی ہے۔</w:t>
      </w:r>
    </w:p>
    <w:p>
      <w:r>
        <w:rPr>
          <w:b/>
        </w:rPr>
        <w:t xml:space="preserve">[27:42] </w:t>
      </w:r>
      <w:r>
        <w:t>wahan par eureka, eureka ka un ko tajurba hone lagta hai. jab tak unhon ne is ke andar jo baat thi, jo gehrai thi,</w:t>
      </w:r>
    </w:p>
    <w:p>
      <w:pPr>
        <w:jc w:val="right"/>
      </w:pPr>
      <w:r>
        <w:t>وہاں پر یوریکا، یوریکا کا ان کو تجربہ ہونے لگتا ہے۔ جب تک انہوں نے اس کے اندر جو بات تھی، جو گہرائی تھی،</w:t>
      </w:r>
    </w:p>
    <w:p>
      <w:r>
        <w:rPr>
          <w:b/>
        </w:rPr>
        <w:t xml:space="preserve">[27:57] </w:t>
      </w:r>
      <w:r>
        <w:t>jab tak unhon ne is ko discover nahin kiya tha, tab tak un ke liye woh cheez test nahin bani thi.</w:t>
      </w:r>
    </w:p>
    <w:p>
      <w:pPr>
        <w:jc w:val="right"/>
      </w:pPr>
      <w:r>
        <w:t>جب تک انہوں نے اس کو ڈسکور نہیں کیا تھا، تب تک ان کے لیے وہ چیز ٹیسٹ نہیں بنی تھی۔</w:t>
      </w:r>
    </w:p>
    <w:p>
      <w:r>
        <w:rPr>
          <w:b/>
        </w:rPr>
        <w:t xml:space="preserve">[28:07] </w:t>
      </w:r>
      <w:r>
        <w:t>lekin jab discover kar liya to woh cheez test ban gai. jaise greek philosopher jab pani ke tub mein tha to us waqt is ke liye woh test nahin bana tha.</w:t>
      </w:r>
    </w:p>
    <w:p>
      <w:pPr>
        <w:jc w:val="right"/>
      </w:pPr>
      <w:r>
        <w:t>لیکن جب ڈسکور کر لیا تو وہ چیز ٹیسٹ بن گئی۔ جیسے گریک فلاسفر جب پانی کے ٹب میں تھا تو اس وقت اس کے لیے وہ ٹیسٹ نہیں بنا تھا۔</w:t>
      </w:r>
    </w:p>
    <w:p>
      <w:r>
        <w:rPr>
          <w:b/>
        </w:rPr>
        <w:t xml:space="preserve">[28:21] </w:t>
      </w:r>
      <w:r>
        <w:t>lekin jab is ko is mein ek law ki discovery ho gai to achaanak woh is ke liye test ban gaya, zaeqa ban gaya, maza ban gaya.</w:t>
      </w:r>
    </w:p>
    <w:p>
      <w:pPr>
        <w:jc w:val="right"/>
      </w:pPr>
      <w:r>
        <w:t>لیکن جب اس کو اس میں ایک لا کی ڈسکوری ہو گئی تو اچانک وہ اس کے لیے ٹیسٹ بن گیا، ذائقہ بن گیا، مزہ بن گیا۔</w:t>
      </w:r>
    </w:p>
    <w:p>
      <w:r>
        <w:rPr>
          <w:b/>
        </w:rPr>
        <w:t xml:space="preserve">[28:34] </w:t>
      </w:r>
      <w:r>
        <w:t>aur eureka, eureka kehte hue bhaga woh.</w:t>
      </w:r>
    </w:p>
    <w:p>
      <w:pPr>
        <w:jc w:val="right"/>
      </w:pPr>
      <w:r>
        <w:t>اور یوریکا، یوریکا کہتے ہوئے بھاگا وہ۔</w:t>
      </w:r>
    </w:p>
    <w:p>
      <w:r>
        <w:rPr>
          <w:b/>
        </w:rPr>
        <w:t xml:space="preserve">[28:38] </w:t>
      </w:r>
      <w:r>
        <w:t>to isi tareeqe se ek hai khuda ko manna, simply ke khuda ek hai, hum khuda ko mante hain.</w:t>
      </w:r>
    </w:p>
    <w:p>
      <w:pPr>
        <w:jc w:val="right"/>
      </w:pPr>
      <w:r>
        <w:t>تو اسی طریقے سے ایک ہے خدا کو ماننا، سمپلی کہ خدا ایک ہے، ہم خدا کو مانتے ہیں۔</w:t>
      </w:r>
    </w:p>
    <w:p>
      <w:r>
        <w:rPr>
          <w:b/>
        </w:rPr>
        <w:t xml:space="preserve">[28:48] </w:t>
      </w:r>
      <w:r>
        <w:t>lip service ke tor par agar aap samjha hai aap ne khuda ko to koi test nahin mile ga aap ko.</w:t>
      </w:r>
    </w:p>
    <w:p>
      <w:pPr>
        <w:jc w:val="right"/>
      </w:pPr>
      <w:r>
        <w:t>لپ سروس کے طور پر اگر آپ سمجھا ہے آپ نے خدا کو تو کوئی ٹیسٹ نہیں ملے گا آپ کو۔</w:t>
      </w:r>
    </w:p>
    <w:p>
      <w:r>
        <w:rPr>
          <w:b/>
        </w:rPr>
        <w:t xml:space="preserve">[28:57] </w:t>
      </w:r>
      <w:r>
        <w:t>to ek hai lip service ke tor par khuda ko pana aur ek hai discovery ke satah par khuda ko pana.</w:t>
      </w:r>
    </w:p>
    <w:p>
      <w:pPr>
        <w:jc w:val="right"/>
      </w:pPr>
      <w:r>
        <w:t>تو ایک ہے لپ سروس کے طور پر خدا کو پانا اور ایک ہے ڈسکوری کے سطح پر خدا کو پانا۔</w:t>
      </w:r>
    </w:p>
    <w:p>
      <w:r>
        <w:rPr>
          <w:b/>
        </w:rPr>
        <w:t xml:space="preserve">[29:09] </w:t>
      </w:r>
      <w:r>
        <w:t>to yeh jo farmaya ke za ka ta'amul laman, to yeh un logon ke liye nahin hai jo lip service ke tor par khuda ko payein.</w:t>
      </w:r>
    </w:p>
    <w:p>
      <w:pPr>
        <w:jc w:val="right"/>
      </w:pPr>
      <w:r>
        <w:t>تو یہ جو فرمایا کہ ذا کا تعامل لیمان، تو یہ ان لوگوں کے لیے نہیں ہے جو لپ سروس کے طور پر خدا کو پائیں۔</w:t>
      </w:r>
    </w:p>
    <w:p>
      <w:r>
        <w:rPr>
          <w:b/>
        </w:rPr>
        <w:t xml:space="preserve">[29:21] </w:t>
      </w:r>
      <w:r>
        <w:t>yeh un logon ke liye hai jin ko khuda ki gehrai marifat hui ho, jin ko khuda ki discovery ho gai ho.</w:t>
      </w:r>
    </w:p>
    <w:p>
      <w:pPr>
        <w:jc w:val="right"/>
      </w:pPr>
      <w:r>
        <w:t>یہ ان لوگوں کے لیے ہے جن کو خدا کی گہری معرفت ہوئی ہو، جن کو خدا کی ڈسکوری ہو گئی ہو۔</w:t>
      </w:r>
    </w:p>
    <w:p>
      <w:r>
        <w:rPr>
          <w:b/>
        </w:rPr>
        <w:t xml:space="preserve">[29:39] </w:t>
      </w:r>
      <w:r>
        <w:t>is ko aap ghor farmaiye.</w:t>
      </w:r>
    </w:p>
    <w:p>
      <w:pPr>
        <w:jc w:val="right"/>
      </w:pPr>
      <w:r>
        <w:t>اس کو آپ غور فرمائیے۔</w:t>
      </w:r>
    </w:p>
    <w:p>
      <w:r>
        <w:rPr>
          <w:b/>
        </w:rPr>
        <w:t xml:space="preserve">[29:44] </w:t>
      </w:r>
      <w:r>
        <w:t>jaise quran mein hai innal momineen allazeena itha zukir allahu wajilat quloobuhum wazadat aayatihi zadat hum eemana</w:t>
      </w:r>
    </w:p>
    <w:p>
      <w:pPr>
        <w:jc w:val="right"/>
      </w:pPr>
      <w:r>
        <w:t>جیسے قرآن میں ہے إن المؤمنين الذين إذا ذكر الله وجلت قلوبهم وذات آياته زادتهم ایمانا</w:t>
      </w:r>
    </w:p>
    <w:p>
      <w:r>
        <w:rPr>
          <w:b/>
        </w:rPr>
        <w:t xml:space="preserve">[29:59] </w:t>
      </w:r>
      <w:r>
        <w:t>yani eman ka yahan par bataya gaya haal</w:t>
      </w:r>
    </w:p>
    <w:p>
      <w:pPr>
        <w:jc w:val="right"/>
      </w:pPr>
      <w:r>
        <w:t>یعنی ایمان کا یہاں پر بتایا گیا حال</w:t>
      </w:r>
    </w:p>
    <w:p>
      <w:r>
        <w:rPr>
          <w:b/>
        </w:rPr>
        <w:t xml:space="preserve">[30:05] </w:t>
      </w:r>
      <w:r>
        <w:t>ke jab quran padhaya tha un ke samne to un ke dil dahal uthte hain.</w:t>
      </w:r>
    </w:p>
    <w:p>
      <w:pPr>
        <w:jc w:val="right"/>
      </w:pPr>
      <w:r>
        <w:t>کہ جب قرآن پڑھایا تھا ان کے سامنے تو ان کے دل دہل اٹھتے ہیں۔</w:t>
      </w:r>
    </w:p>
    <w:p>
      <w:r>
        <w:rPr>
          <w:b/>
        </w:rPr>
        <w:t xml:space="preserve">[30:15] </w:t>
      </w:r>
      <w:r>
        <w:t>simpli recitation agar ho bila sabjhe boojhe shabdon ka to dil thori dehlenge.</w:t>
      </w:r>
    </w:p>
    <w:p>
      <w:pPr>
        <w:jc w:val="right"/>
      </w:pPr>
      <w:r>
        <w:t>سمپلی ریزیٹیشن اگر ہو بلا سبجے بوجھے शब्दوں کا تو دل تھوڑی دہلیں گے۔</w:t>
      </w:r>
    </w:p>
    <w:p>
      <w:r>
        <w:rPr>
          <w:b/>
        </w:rPr>
        <w:t xml:space="preserve">[30:26] </w:t>
      </w:r>
      <w:r>
        <w:t>in al-mu'minun alladhina dhukira allahu wajilat qulubuhum ke momin to woh hain ke jab unke samne khuda ka zikr kiya jaye to unke dil dehal uthen.</w:t>
      </w:r>
    </w:p>
    <w:p>
      <w:pPr>
        <w:jc w:val="right"/>
      </w:pPr>
      <w:r>
        <w:t>إن المؤمنين الذين ذكر الله وجلت قلوبهم کہ مومن تو وہ ہیں کہ جب ان کے سامنے خدا کا ذکر کیا جائے تو ان کے دل دہل اٹھیں۔</w:t>
      </w:r>
    </w:p>
    <w:p>
      <w:r>
        <w:rPr>
          <w:b/>
        </w:rPr>
        <w:t xml:space="preserve">[30:40] </w:t>
      </w:r>
      <w:r>
        <w:t>aur jab unke samne quran ki ayaten padhi jayen</w:t>
      </w:r>
    </w:p>
    <w:p>
      <w:pPr>
        <w:jc w:val="right"/>
      </w:pPr>
      <w:r>
        <w:t>اور جب ان کے سامنے قرآن کی آیتیں پڑھی جائیں</w:t>
      </w:r>
    </w:p>
    <w:p>
      <w:r>
        <w:rPr>
          <w:b/>
        </w:rPr>
        <w:t xml:space="preserve">[30:50] </w:t>
      </w:r>
      <w:r>
        <w:t>to unka iman badh jaye. iman badh jaye.</w:t>
      </w:r>
    </w:p>
    <w:p>
      <w:pPr>
        <w:jc w:val="right"/>
      </w:pPr>
      <w:r>
        <w:t>تو ان کا ایمان بڑھ جائے۔ ایمان بڑھ جائے۔</w:t>
      </w:r>
    </w:p>
    <w:p>
      <w:r>
        <w:rPr>
          <w:b/>
        </w:rPr>
        <w:t xml:space="preserve">[30:56] </w:t>
      </w:r>
      <w:r>
        <w:t>aap ghor kijiye ke yeh jo hai kaifiyat ke dil mein toofan barpa ho jaye aur iman mein izafa ho jaye, yeh kya ho sakta hai?</w:t>
      </w:r>
    </w:p>
    <w:p>
      <w:pPr>
        <w:jc w:val="right"/>
      </w:pPr>
      <w:r>
        <w:t>آپ غور کیجیے کہ یہ جو ہے کیفیت کہ دل میں طوفان برپا ہو جائے اور ایمان میں اضافہ ہو جائے، یہ کیا ہو سکتا ہے؟</w:t>
      </w:r>
    </w:p>
    <w:p>
      <w:r>
        <w:rPr>
          <w:b/>
        </w:rPr>
        <w:t xml:space="preserve">[31:08] </w:t>
      </w:r>
      <w:r>
        <w:t>is tarike se ke aap shabdon ka uchchar kar rahe hon? nahin. jab aap ko marifat hogi, jab aap ko relation ho raha hoga, jab aap ko discovery ke satah mil raha hoga,</w:t>
      </w:r>
    </w:p>
    <w:p>
      <w:pPr>
        <w:jc w:val="right"/>
      </w:pPr>
      <w:r>
        <w:t>اس طریقے سے کہ آپ शब्दوں کا اچار کر رہے ہوں؟ نہیں۔ جب آپ کو معرفت ہوگی، جب آپ کو ریلیشن ہو رہا ہوگا، جب آپ کو ڈسکوری کے سطح مل رہا ہوگا،</w:t>
      </w:r>
    </w:p>
    <w:p>
      <w:r>
        <w:rPr>
          <w:b/>
        </w:rPr>
        <w:t xml:space="preserve">[31:24] </w:t>
      </w:r>
      <w:r>
        <w:t>tab yeh baaten hongi.</w:t>
      </w:r>
    </w:p>
    <w:p>
      <w:pPr>
        <w:jc w:val="right"/>
      </w:pPr>
      <w:r>
        <w:t>تب یہ باتیں ہوں گی۔</w:t>
      </w:r>
    </w:p>
    <w:p>
      <w:r>
        <w:rPr>
          <w:b/>
        </w:rPr>
        <w:t xml:space="preserve">[31:26] </w:t>
      </w:r>
      <w:r>
        <w:t>to za ka ta'amul layman man radi billahi rabb ka matlab yeh hua ke jisne khuda ke rabb hone ko paya ho discovery ki satah par, marifat ki satah par, to uske liye khuda ek zaiqa ban jayega, ek test ban jayega,</w:t>
      </w:r>
    </w:p>
    <w:p>
      <w:pPr>
        <w:jc w:val="right"/>
      </w:pPr>
      <w:r>
        <w:t>تو ذا کا تعامل لیمان من رضی باللہ رب کا مطلب یہ ہوا کہ جس نے خدا کے رب ہونے کو پایا ہو ڈسکوری کی سطح پر، معرفت کی سطح پر، تو اس کے لیے خدا ایک ذائقہ بن جائے گا، ایک ٹیسٹ بن جائے گا،</w:t>
      </w:r>
    </w:p>
    <w:p>
      <w:r>
        <w:rPr>
          <w:b/>
        </w:rPr>
        <w:t xml:space="preserve">[31:47] </w:t>
      </w:r>
      <w:r>
        <w:t>ek sarur ban jayega. is mein, is mein jiye ga woh.</w:t>
      </w:r>
    </w:p>
    <w:p>
      <w:pPr>
        <w:jc w:val="right"/>
      </w:pPr>
      <w:r>
        <w:t>ایک سرور بن جائے گا۔ اس میں، اس میں جیے گا وہ۔</w:t>
      </w:r>
    </w:p>
    <w:p>
      <w:r>
        <w:rPr>
          <w:b/>
        </w:rPr>
        <w:t xml:space="preserve">[31:53] </w:t>
      </w:r>
      <w:r>
        <w:t>is tarike se farmaya ke woh, woh, woh ke rasool allah salallahu alaihi wasallam ko nabi manna. yahan bhi dekhiye, aap sirf kahen ke amantu billahi wa rasulihi to is mein kya hoga?</w:t>
      </w:r>
    </w:p>
    <w:p>
      <w:pPr>
        <w:jc w:val="right"/>
      </w:pPr>
      <w:r>
        <w:t>اس طریقے سے فرمایا کہ وہ، وہ، وہ کہ رسول اللہ صلی اللہ علیہ وسلم کو نبی ماننا۔ یہاں بھی دیکھیے، آپ صرف کہیں کہ آمنت بالله ورسوله تو اس میں کیا ہوگا؟</w:t>
      </w:r>
    </w:p>
    <w:p>
      <w:r>
        <w:rPr>
          <w:b/>
        </w:rPr>
        <w:t xml:space="preserve">[32:07] </w:t>
      </w:r>
      <w:r>
        <w:t>kuch bhi nahin hoga. yeh to kuch shabdon hain, aap ne dohra diye apni zaban se.</w:t>
      </w:r>
    </w:p>
    <w:p>
      <w:pPr>
        <w:jc w:val="right"/>
      </w:pPr>
      <w:r>
        <w:t>کچھ بھی نہیں ہوگا۔ یہ تو کچھ शब्द ہیں، آپ نے دہرا دیے اپنی زبان سے۔</w:t>
      </w:r>
    </w:p>
    <w:p>
      <w:r>
        <w:rPr>
          <w:b/>
        </w:rPr>
        <w:t xml:space="preserve">[32:13] </w:t>
      </w:r>
      <w:r>
        <w:t>nahin, aap ne sach much muhammad bin abdullah bin muttalib ko as a prophet of god discover kiya ho.</w:t>
      </w:r>
    </w:p>
    <w:p>
      <w:pPr>
        <w:jc w:val="right"/>
      </w:pPr>
      <w:r>
        <w:t>نہیں، آپ نے سچ مچ محمد بن عبداللہ بن مطلب کو ایز اے پرافٹ آف گاڈ ڈسکور کیا ہو۔</w:t>
      </w:r>
    </w:p>
    <w:p>
      <w:r>
        <w:rPr>
          <w:b/>
        </w:rPr>
        <w:t xml:space="preserve">[32:25] </w:t>
      </w:r>
      <w:r>
        <w:t>abhi jo log bahut zyada sarwar kainat aur shehanshah kaun kehte hain, woh unhein bilkul daryaft nahin hui hain. unhone sirf tareekh ko daryaft kiya, history ko, historical glory ke ko, woh, woh jaan paye hain.</w:t>
      </w:r>
    </w:p>
    <w:p>
      <w:pPr>
        <w:jc w:val="right"/>
      </w:pPr>
      <w:r>
        <w:t>ابھی جو لوگ بہت زیادہ سرور کائنات اور شہنشاہ کون کہتے ہیں، وہ انہیں بالکل دریافت نہیں ہوئی ہے۔ انہوں نے صرف تاریخ کو دریافت کیا، ہسٹری کو، ہسٹوریکل گلوری کے کو، وہ، وہ جان پائے ہیں۔</w:t>
      </w:r>
    </w:p>
    <w:p>
      <w:r>
        <w:rPr>
          <w:b/>
        </w:rPr>
        <w:t xml:space="preserve">[32:42] </w:t>
      </w:r>
      <w:r>
        <w:t>muhammad se unki koi waqifiyat nahin hai. unki yaad rakhiye, is ko quran mein hai ke fa in amantum bi mithli ma amantum bihi faqad ihtadaw agar woh iman layen is tarah jis tarah se companion iman laye the, sahaba,</w:t>
      </w:r>
    </w:p>
    <w:p>
      <w:pPr>
        <w:jc w:val="right"/>
      </w:pPr>
      <w:r>
        <w:t>محمد سے ان کی کوئی واقفیت نہیں ہے۔ ان کی یاد رکھیے، اس کو قرآن میں ہے کہ فإن آمنتم بمثل ما آمنتم به فقد اهتدوا اگر وہ ایمان لائیں اس طرح جس طرح سے کمپینین ایمان لائے تھے، صحابہ،</w:t>
      </w:r>
    </w:p>
    <w:p>
      <w:r>
        <w:rPr>
          <w:b/>
        </w:rPr>
        <w:t xml:space="preserve">[33:03] </w:t>
      </w:r>
      <w:r>
        <w:t>tab unhein hidayat mili.</w:t>
      </w:r>
    </w:p>
    <w:p>
      <w:pPr>
        <w:jc w:val="right"/>
      </w:pPr>
      <w:r>
        <w:t>تب انہیں ہدایت ملی۔</w:t>
      </w:r>
    </w:p>
    <w:p>
      <w:r>
        <w:rPr>
          <w:b/>
        </w:rPr>
        <w:t xml:space="preserve">[33:05] </w:t>
      </w:r>
      <w:r>
        <w:t>ab ghor bataiye, ghor kijiye, companion jo the aap ke sahaba, unhone kaise paya tha aap ko? us waqt na urf فتح hua tha, na haramain jo aaj kal aap palace ki tarah khade hue hain, haramain woh bane the.</w:t>
      </w:r>
    </w:p>
    <w:p>
      <w:pPr>
        <w:jc w:val="right"/>
      </w:pPr>
      <w:r>
        <w:t>اب غور بتائیے، غور کیجیے، کمپینین جو تھے آپ کے صحابہ، انہوں نے کیسے پایا تھا آپ کو؟ اس وقت نہ عرف فتح ہوا تھا، نہ حرمین جو آج کل آپ پیلس کی طرح کھڑے ہوئے ہیں، حرمین وہ بنے تھے۔</w:t>
      </w:r>
    </w:p>
    <w:p>
      <w:r>
        <w:rPr>
          <w:b/>
        </w:rPr>
        <w:t xml:space="preserve">[33:22] </w:t>
      </w:r>
      <w:r>
        <w:t>us waqt to haramain jhonpde ki shakal mein the. makkah aur madinah ke haramain jo hain, woh jhonpde the. dono wahan koi aaj kal ki tarah se city planning, city planning nahin hui thi.</w:t>
      </w:r>
    </w:p>
    <w:p>
      <w:pPr>
        <w:jc w:val="right"/>
      </w:pPr>
      <w:r>
        <w:t>اس وقت تو حرمین جھونپڑے کی شکل میں تھے۔ مکہ اور مدینہ کے حرمین جو ہیں، وہ جھونپڑے تھے۔ دونوں وہاں کوئی آج کل کی طرح سے سٹی پلاننگ، سٹی پلاننگ نہیں ہوئی تھی۔</w:t>
      </w:r>
    </w:p>
    <w:p>
      <w:r>
        <w:rPr>
          <w:b/>
        </w:rPr>
        <w:t xml:space="preserve">[33:36] </w:t>
      </w:r>
      <w:r>
        <w:t>to na urf فتح hua tha, na iran فتح hua tha, na na room فتح hua tha. kuch bhi nahin hua tha, kuch bhi nahin hua tha. unhone rasool allah ko merit ki satah par daryaft kiya.</w:t>
      </w:r>
    </w:p>
    <w:p>
      <w:pPr>
        <w:jc w:val="right"/>
      </w:pPr>
      <w:r>
        <w:t>تو نہ عرف فتح ہوا تھا، نہ ایران فتح ہوا تھا، نہ نہ روم فتح ہوا تھا۔ کچھ بھی نہیں ہوا تھا، کچھ بھی نہیں ہوا تھا۔ انہوں نے رسول اللہ کو میرٹ کی سطح پر دریافت کیا۔</w:t>
      </w:r>
    </w:p>
    <w:p>
      <w:r>
        <w:rPr>
          <w:b/>
        </w:rPr>
        <w:t xml:space="preserve">[33:47] </w:t>
      </w:r>
      <w:r>
        <w:t>merit, m e r i t,</w:t>
      </w:r>
    </w:p>
    <w:p>
      <w:pPr>
        <w:jc w:val="right"/>
      </w:pPr>
      <w:r>
        <w:t>میرٹ، ایم ای آر آئی ٹی،</w:t>
      </w:r>
    </w:p>
    <w:p>
      <w:r>
        <w:rPr>
          <w:b/>
        </w:rPr>
        <w:t xml:space="preserve">[33:52] </w:t>
      </w:r>
      <w:r>
        <w:t>historical glory ki satah par nahin daryaft kiya. aaj kal jo log hain, unhein kuch pata nahin ke muhammad kaun the. woh sirf historical glory ko jante hain bas aur naaten padhte hain.</w:t>
      </w:r>
    </w:p>
    <w:p>
      <w:pPr>
        <w:jc w:val="right"/>
      </w:pPr>
      <w:r>
        <w:t>ہسٹوریکل گلوری کی سطح پر نہیں دریافت کیا۔ آج کل جو لوگ ہیں، انہیں کچھ پتہ نہیں کہ محمد کون تھے۔ وہ صرف ہسٹوریکل گلوری کو جانتے ہیں بس اور نعتیں پڑھتے ہیں۔</w:t>
      </w:r>
    </w:p>
    <w:p>
      <w:r>
        <w:rPr>
          <w:b/>
        </w:rPr>
        <w:t xml:space="preserve">[34:08] </w:t>
      </w:r>
      <w:r>
        <w:t>to woh insan jo rasool allah ko is satah par jaane, jis satah par sahaba ne jana tha, jabke makkah mein chalte the, aap paon mein joota nahin tha.</w:t>
      </w:r>
    </w:p>
    <w:p>
      <w:pPr>
        <w:jc w:val="right"/>
      </w:pPr>
      <w:r>
        <w:t>تو وہ انسان جو رسول اللہ کو اس سطح پر جانے، جس سطح پر صحابہ نے جانا تھا، جبکہ مکہ میں چلتے تھے، آپ پاؤں میں جوتا نہیں تھا۔</w:t>
      </w:r>
    </w:p>
    <w:p>
      <w:r>
        <w:rPr>
          <w:b/>
        </w:rPr>
        <w:t xml:space="preserve">[34:20] </w:t>
      </w:r>
      <w:r>
        <w:t>log aap ko mudhamm kehte the, aap ko makkah chhod kar madinah jana pada waghera waghera.</w:t>
      </w:r>
    </w:p>
    <w:p>
      <w:pPr>
        <w:jc w:val="right"/>
      </w:pPr>
      <w:r>
        <w:t>لوگ آپ کو مذمم کہتے تھے، آپ کو مکہ چھوڑ کر مدینہ جانا پڑا وغیرہ وغیرہ۔</w:t>
      </w:r>
    </w:p>
    <w:p>
      <w:r>
        <w:rPr>
          <w:b/>
        </w:rPr>
        <w:t xml:space="preserve">[34:30] </w:t>
      </w:r>
      <w:r>
        <w:t>us waqt jin logon ne jana, woh merit ki satah par jana. andar unhone jo, jo woh, woh rasool jo andar tha, jo dikhai nahin deta tha, us ki discovery un ko ho gayi.</w:t>
      </w:r>
    </w:p>
    <w:p>
      <w:pPr>
        <w:jc w:val="right"/>
      </w:pPr>
      <w:r>
        <w:t>اس وقت جن لوگوں نے جانا، وہ میرٹ کی سطح پر جانا۔ اندر انہوں نے جو، جو وہ، وہ رسول جو اندر تھا، جو دکھائی نہیں دیتا تھا، اس کی ڈسکوری ان کو ہو گئی۔</w:t>
      </w:r>
    </w:p>
    <w:p>
      <w:r>
        <w:rPr>
          <w:b/>
        </w:rPr>
        <w:t xml:space="preserve">[34:43] </w:t>
      </w:r>
      <w:r>
        <w:t>tab unhone kaha ke muhammad rasool allah to woh cheez un ke test ban gayi, un ke liye zaiqa ban gayi.</w:t>
      </w:r>
    </w:p>
    <w:p>
      <w:pPr>
        <w:jc w:val="right"/>
      </w:pPr>
      <w:r>
        <w:t>تب انہوں نے کہا کہ محمد رسول اللہ تو وہ چیز ان کے ٹیسٹ بن گئی، ان کے لیے ذائقہ بن گئی۔</w:t>
      </w:r>
    </w:p>
    <w:p>
      <w:r>
        <w:rPr>
          <w:b/>
        </w:rPr>
        <w:t xml:space="preserve">[34:52] </w:t>
      </w:r>
      <w:r>
        <w:t>is tarah se wabal islam dena</w:t>
      </w:r>
    </w:p>
    <w:p>
      <w:pPr>
        <w:jc w:val="right"/>
      </w:pPr>
      <w:r>
        <w:t>اس طرح سے وبالاسلام دینا</w:t>
      </w:r>
    </w:p>
    <w:p>
      <w:r>
        <w:rPr>
          <w:b/>
        </w:rPr>
        <w:t xml:space="preserve">[34:57] </w:t>
      </w:r>
      <w:r>
        <w:t>islam ko apna deen banana, jis ke liye zaeqah ban jaye, yeh bhi aap sochiye.</w:t>
      </w:r>
    </w:p>
    <w:p>
      <w:pPr>
        <w:jc w:val="right"/>
      </w:pPr>
      <w:r>
        <w:t>اسلام کو اپنا دین بنانا، جس کے لیے ذائقہ بن جائے، یہ بھی آپ سوچیے۔</w:t>
      </w:r>
    </w:p>
    <w:p>
      <w:r>
        <w:rPr>
          <w:b/>
        </w:rPr>
        <w:t xml:space="preserve">[35:07] </w:t>
      </w:r>
      <w:r>
        <w:t>aaj kal log kehte hain hum ko islam par fakhar hai, to kya aap samajhte hain kisi ko zaeqah mila?</w:t>
      </w:r>
    </w:p>
    <w:p>
      <w:pPr>
        <w:jc w:val="right"/>
      </w:pPr>
      <w:r>
        <w:t>آج کل لوگ کہتے ہیں ہم کو اسلام پر فخر ہے، تو کیا آپ سمجھتے ہیں کسی کو ذائقہ ملا؟</w:t>
      </w:r>
    </w:p>
    <w:p>
      <w:r>
        <w:rPr>
          <w:b/>
        </w:rPr>
        <w:t xml:space="preserve">[35:19] </w:t>
      </w:r>
      <w:r>
        <w:t>fakhar ka kya taluq zaeqah se? yeh woh insan hai jis insan ko islam mein sachai mili ho, eternal sachai.</w:t>
      </w:r>
    </w:p>
    <w:p>
      <w:pPr>
        <w:jc w:val="right"/>
      </w:pPr>
      <w:r>
        <w:t>فخر کا کیا تعلق ذائقہ سے؟ یہ وہ انسان ہے جس انسان کو اسلام میں سچائی ملی ہو، ایٹرنل سچائی۔</w:t>
      </w:r>
    </w:p>
    <w:p>
      <w:r>
        <w:rPr>
          <w:b/>
        </w:rPr>
        <w:t xml:space="preserve">[35:32] </w:t>
      </w:r>
      <w:r>
        <w:t>saare chok reject kar ke jis ne islam ko paya ho, sari frastiyon ko reject kiya ho, saare spiritual system ko reject kiya ho, saare mazhabon ko reject kiya ho, saare sciences ko reject kiya ho.</w:t>
      </w:r>
    </w:p>
    <w:p>
      <w:pPr>
        <w:jc w:val="right"/>
      </w:pPr>
      <w:r>
        <w:t>سارے چوک ریجیکٹ کر کے جس نے اسلام کو پایا ہو، ساری فراستیوں کو ریجیکٹ کیا ہو، سارے سپریچول سسٹم کو ریجیکٹ کیا ہو، سارے مذہبوں کو ریجیکٹ کیا ہو، سارے سائنسز کو ریجیکٹ کیا ہو۔</w:t>
      </w:r>
    </w:p>
    <w:p>
      <w:r>
        <w:rPr>
          <w:b/>
        </w:rPr>
        <w:t xml:space="preserve">[35:46] </w:t>
      </w:r>
      <w:r>
        <w:t>har cheez ke inkar kar ke jab us ko islam mila ho,</w:t>
      </w:r>
    </w:p>
    <w:p>
      <w:pPr>
        <w:jc w:val="right"/>
      </w:pPr>
      <w:r>
        <w:t>ہر چیز کے انکار کر کے جب اس کو اسلام ملا ہو،</w:t>
      </w:r>
    </w:p>
    <w:p>
      <w:r>
        <w:rPr>
          <w:b/>
        </w:rPr>
        <w:t xml:space="preserve">[35:52] </w:t>
      </w:r>
      <w:r>
        <w:t>the truth ke roop mein, the with the capital T. woh janta hai ke zaahir tha kya cheez hoti hai.</w:t>
      </w:r>
    </w:p>
    <w:p>
      <w:pPr>
        <w:jc w:val="right"/>
      </w:pPr>
      <w:r>
        <w:t>دا ٹروتھ کے روپ میں، دا ود دی کیپیٹل ٹی۔ وہ جانتا ہے کہ ظاہر تھا کیا چیز ہوتی ہے۔</w:t>
      </w:r>
    </w:p>
    <w:p>
      <w:r>
        <w:rPr>
          <w:b/>
        </w:rPr>
        <w:t xml:space="preserve">[36:04] </w:t>
      </w:r>
      <w:r>
        <w:t>to yeh woh insan hai jo</w:t>
      </w:r>
    </w:p>
    <w:p>
      <w:pPr>
        <w:jc w:val="right"/>
      </w:pPr>
      <w:r>
        <w:t>تو یہ وہ انسان ہے جو</w:t>
      </w:r>
    </w:p>
    <w:p>
      <w:r>
        <w:rPr>
          <w:b/>
        </w:rPr>
        <w:t xml:space="preserve">[36:08] </w:t>
      </w:r>
      <w:r>
        <w:t>islam ko</w:t>
      </w:r>
    </w:p>
    <w:p>
      <w:pPr>
        <w:jc w:val="right"/>
      </w:pPr>
      <w:r>
        <w:t>اسلام کو</w:t>
      </w:r>
    </w:p>
    <w:p>
      <w:r>
        <w:rPr>
          <w:b/>
        </w:rPr>
        <w:t xml:space="preserve">[36:12] </w:t>
      </w:r>
      <w:r>
        <w:t>daryaft karta hai is ehsas se ke woh aik eternal, eternal truth hai. poori history mein wohi aik sachai hai.</w:t>
      </w:r>
    </w:p>
    <w:p>
      <w:pPr>
        <w:jc w:val="right"/>
      </w:pPr>
      <w:r>
        <w:t>دریافت کرتا ہے اس احساس سے کہ وہ ایک ایٹرنل، ایٹرنل ٹروتھ ہے۔ پوری ہسٹری میں وہی ایک سچائی ہے۔</w:t>
      </w:r>
    </w:p>
    <w:p>
      <w:r>
        <w:rPr>
          <w:b/>
        </w:rPr>
        <w:t xml:space="preserve">[36:27] </w:t>
      </w:r>
      <w:r>
        <w:t>libraryon ki saari kitabein jo billion billion bhari hui hain, un sab mein jo sachai nahi thi, woh sachai ab in ko yahan mili hai.</w:t>
      </w:r>
    </w:p>
    <w:p>
      <w:pPr>
        <w:jc w:val="right"/>
      </w:pPr>
      <w:r>
        <w:t>لائبریریوں کی ساری کتابیں جو بلین بلین بھری ہوئی ہیں، ان سب میں جو سچائی نہیں تھی، وہ سچائی اب ان کو یہاں ملی ہے۔</w:t>
      </w:r>
    </w:p>
    <w:p>
      <w:r>
        <w:rPr>
          <w:b/>
        </w:rPr>
        <w:t xml:space="preserve">[36:39] </w:t>
      </w:r>
      <w:r>
        <w:t>ab bataiye ke is darje mein jo islam ki sachai ko jaane, ab kitna zabardast is ke andar</w:t>
      </w:r>
    </w:p>
    <w:p>
      <w:pPr>
        <w:jc w:val="right"/>
      </w:pPr>
      <w:r>
        <w:t>اب بتائیے کہ اس درجے میں جو اسلام کی سچائی کو جانے، اب کتنا زبردست اس کے اندر</w:t>
      </w:r>
    </w:p>
    <w:p>
      <w:r>
        <w:rPr>
          <w:b/>
        </w:rPr>
        <w:t xml:space="preserve">[36:51] </w:t>
      </w:r>
      <w:r>
        <w:t>is ke jazbat ubalein ge aur</w:t>
      </w:r>
    </w:p>
    <w:p>
      <w:pPr>
        <w:jc w:val="right"/>
      </w:pPr>
      <w:r>
        <w:t>اس کے جذبات ابلیں گے اور</w:t>
      </w:r>
    </w:p>
    <w:p>
      <w:r>
        <w:rPr>
          <w:b/>
        </w:rPr>
        <w:t xml:space="preserve">[36:56] </w:t>
      </w:r>
      <w:r>
        <w:t>kitna is ke andar conviction aayega.</w:t>
      </w:r>
    </w:p>
    <w:p>
      <w:pPr>
        <w:jc w:val="right"/>
      </w:pPr>
      <w:r>
        <w:t>کتنا اس کے اندر کنوکشن آئے گا۔</w:t>
      </w:r>
    </w:p>
    <w:p>
      <w:r>
        <w:rPr>
          <w:b/>
        </w:rPr>
        <w:t xml:space="preserve">[37:01] </w:t>
      </w:r>
      <w:r>
        <w:t>to jab aisa hoga to is ke liye islam sach much aik zaeqah ban jayega, the ka ta'amul iman ban jayega.</w:t>
      </w:r>
    </w:p>
    <w:p>
      <w:pPr>
        <w:jc w:val="right"/>
      </w:pPr>
      <w:r>
        <w:t>تو جب ایسا ہوگا تو اس کے لیے اسلام سچ مچ ایک ذائقہ بن جائے گا، ذا کا تعامل ایمان بن جائے گا۔</w:t>
      </w:r>
    </w:p>
    <w:p>
      <w:r>
        <w:rPr>
          <w:b/>
        </w:rPr>
        <w:t xml:space="preserve">[37:15] </w:t>
      </w:r>
      <w:r>
        <w:t>to is ko achi tarah samajh lijiye ke Khuda ko paana, Rasool Allah ko paana, ya islam ko paana, wohi mo'tabar hai, wohi Khuda ke haan acceptable hai jo is darje mein mile ke woh aadmi ke liye zaeqah ban jaye.</w:t>
      </w:r>
    </w:p>
    <w:p>
      <w:pPr>
        <w:jc w:val="right"/>
      </w:pPr>
      <w:r>
        <w:t>تو اس کو اچھی طرح سمجھ لیجیے کہ خدا کو پانا، رسول اللہ کو پانا، یا اسلام کو پانا، وہی معتبر ہے، وہی خدا کے ہاں ایکسیپٹیبل ہے جو اس درجے میں ملے کہ وہ آدمی کے لیے ذائقہ بن جائے۔</w:t>
      </w:r>
    </w:p>
    <w:p>
      <w:r>
        <w:rPr>
          <w:b/>
        </w:rPr>
        <w:t xml:space="preserve">[37:40] </w:t>
      </w:r>
      <w:r>
        <w:t>is se zyada tasty koi cheez na rahe aadmi ke liye. har doosre test jo hain, woh khatam ho jayein.</w:t>
      </w:r>
    </w:p>
    <w:p>
      <w:pPr>
        <w:jc w:val="right"/>
      </w:pPr>
      <w:r>
        <w:t>اس سے زیادہ ٹیسٹی کوئی چیز نہ رہے آدمی کے لیے۔ ہر دوسرے ٹیسٹ جو ہیں، وہ ختم ہو جائیں۔</w:t>
      </w:r>
    </w:p>
    <w:p>
      <w:r>
        <w:rPr>
          <w:b/>
        </w:rPr>
        <w:t xml:space="preserve">[37:51] </w:t>
      </w:r>
      <w:r>
        <w:t>har doosre test. aap jante hain ke aaj kal kya hai? kisi ko shopping mein test mil raha hai, kisi ko outing mein mazah mil raha hai, koi zindagi ko enjoy kar raha hai, hawa kar ke koi koi kuch kar raha hai, koi kuch kar raha hai.</w:t>
      </w:r>
    </w:p>
    <w:p>
      <w:pPr>
        <w:jc w:val="right"/>
      </w:pPr>
      <w:r>
        <w:t>ہر دوسرے ٹیسٹ۔ آپ جانتے ہیں کہ آج کل کیا ہے؟ کسی کو شاپنگ میں ٹیسٹ مل رہا ہے، کسی کو آؤٹنگ میں مزہ مل رہا ہے، کوئی زندگی کو انجوائے کر رہا ہے، ہوا کر کے کوئی کوئی کچھ کر رہا ہے، کوئی کچھ کر رہا ہے۔</w:t>
      </w:r>
    </w:p>
    <w:p>
      <w:r>
        <w:rPr>
          <w:b/>
        </w:rPr>
        <w:t xml:space="preserve">[38:12] </w:t>
      </w:r>
      <w:r>
        <w:t>yeh saare jo log enjoy kar rahe hain, yeh saare sari cheezein jab wahan par khatam ho jati hain jahan par deen ka zaeqah shuru hota hai.</w:t>
      </w:r>
    </w:p>
    <w:p>
      <w:pPr>
        <w:jc w:val="right"/>
      </w:pPr>
      <w:r>
        <w:t>یہ سارے جو لوگ انجوائے کر رہے ہیں، یہ سارے ساری چیزیں جب وہاں پر ختم ہو جاتی ہیں جہاں پر دین کا ذائقہ شروع ہوتا ہے۔</w:t>
      </w:r>
    </w:p>
    <w:p>
      <w:r>
        <w:rPr>
          <w:b/>
        </w:rPr>
        <w:t xml:space="preserve">[38:25] </w:t>
      </w:r>
      <w:r>
        <w:t>jo log doosri doosri cheezon mein enjoy talash kar rahe hain, doosri cheezon mein pleasure le rahe hain.</w:t>
      </w:r>
    </w:p>
    <w:p>
      <w:pPr>
        <w:jc w:val="right"/>
      </w:pPr>
      <w:r>
        <w:t>جو لوگ دوسری دوسری چیزوں میں انجوائے تلاش کر رہے ہیں، دوسری چیزوں میں پلیزر لے رہے ہیں۔</w:t>
      </w:r>
    </w:p>
    <w:p>
      <w:r>
        <w:rPr>
          <w:b/>
        </w:rPr>
        <w:t xml:space="preserve">[38:36] </w:t>
      </w:r>
      <w:r>
        <w:t>main ne dekha, woh andhe log hain, blind log hain. unhein abhi pata hi nahi ke super enjoy kya hai, super truth kya hai,</w:t>
      </w:r>
    </w:p>
    <w:p>
      <w:pPr>
        <w:jc w:val="right"/>
      </w:pPr>
      <w:r>
        <w:t>میں نے دیکھا، وہ اندھے لوگ ہیں، بلائنڈ لوگ ہیں۔ انہیں ابھی پتہ ہی نہیں کہ سپر انجوائے کیا ہے، سپر ٹروتھ کیا ہے،</w:t>
      </w:r>
    </w:p>
    <w:p>
      <w:r>
        <w:rPr>
          <w:b/>
        </w:rPr>
        <w:t xml:space="preserve">[38:49] </w:t>
      </w:r>
      <w:r>
        <w:t>sab se bari cheez kya hai jo unhein</w:t>
      </w:r>
    </w:p>
    <w:p>
      <w:pPr>
        <w:jc w:val="right"/>
      </w:pPr>
      <w:r>
        <w:t>سب سے بڑی چیز کیا ہے جو انہیں</w:t>
      </w:r>
    </w:p>
    <w:p>
      <w:r>
        <w:rPr>
          <w:b/>
        </w:rPr>
        <w:t xml:space="preserve">[38:57] </w:t>
      </w:r>
      <w:r>
        <w:t>peace de sakti hai, jo unhein happiness de sakti hai, jo un ko pleasure de sakti hai. is ka unhein pata hi nahi hai.</w:t>
      </w:r>
    </w:p>
    <w:p>
      <w:pPr>
        <w:jc w:val="right"/>
      </w:pPr>
      <w:r>
        <w:t>پیس دے سکتی ہے، جو انہیں ہیپینس دے سکتی ہے، جو ان کو پلیزر دے سکتی ہے۔ اس کا انہیں پتہ ہی نہیں ہے۔</w:t>
      </w:r>
    </w:p>
    <w:p>
      <w:r>
        <w:rPr>
          <w:b/>
        </w:rPr>
        <w:t xml:space="preserve">[39:06] </w:t>
      </w:r>
      <w:r>
        <w:t>aise hi hai jaise ke aik bachcha jis ko hawai jahaz ka pata na ho, woh aik aik toy ko le kar khel raha ho.</w:t>
      </w:r>
    </w:p>
    <w:p>
      <w:pPr>
        <w:jc w:val="right"/>
      </w:pPr>
      <w:r>
        <w:t>ایسے ہی ہے جیسے کہ ایک بچہ جس کو ہوا جہاز کا پتہ نہ ہو، وہ ایک ایک ٹوائے کو لے کر کھیل رہا ہو۔</w:t>
      </w:r>
    </w:p>
    <w:p>
      <w:r>
        <w:rPr>
          <w:b/>
        </w:rPr>
        <w:t xml:space="preserve">[39:14] </w:t>
      </w:r>
      <w:r>
        <w:t>is se</w:t>
      </w:r>
    </w:p>
    <w:p>
      <w:pPr>
        <w:jc w:val="right"/>
      </w:pPr>
      <w:r>
        <w:t>اس سے</w:t>
      </w:r>
    </w:p>
    <w:p>
      <w:r>
        <w:rPr>
          <w:b/>
        </w:rPr>
        <w:t xml:space="preserve">[39:18] </w:t>
      </w:r>
      <w:r>
        <w:t>to yeh cheez bohat zyada sochne ki hai. kyunke sara masla yeh hai ke hamein woh iman chahiye jo judgment ke din Khuda ke haan acceptable ban jaye.</w:t>
      </w:r>
    </w:p>
    <w:p>
      <w:pPr>
        <w:jc w:val="right"/>
      </w:pPr>
      <w:r>
        <w:t>تو یہ چیز بہت زیادہ سوچنے کی ہے۔ کیونکہ سارا مسئلہ یہ ہے کہ ہمیں وہ ایمان چاہیے جو ججمنٹ کے دن خدا کے ہاں ایکسیپٹیبل بن جائے۔</w:t>
      </w:r>
    </w:p>
    <w:p>
      <w:r>
        <w:rPr>
          <w:b/>
        </w:rPr>
        <w:t xml:space="preserve">[39:36] </w:t>
      </w:r>
      <w:r>
        <w:t>wohan jo acceptable na ho, to us ki koi value nahi hai. aap aik billion dollar le kar jaen bank mein jama karne ke liye, aur bank aadmi keh de ke yeh sab fake notes hain,</w:t>
      </w:r>
    </w:p>
    <w:p>
      <w:pPr>
        <w:jc w:val="right"/>
      </w:pPr>
      <w:r>
        <w:t>وہاں جو ایکسیپٹیبل نہ ہو، تو اس کی کوئی ویلیو نہیں ہے۔ آپ ایک بلین ڈالر لے کر جائیں بینک میں جمع کرنے کے لیے، اور بینک آدمی کہہ دے کہ یہ تو سب فیک نوٹس ہیں،</w:t>
      </w:r>
    </w:p>
    <w:p>
      <w:r>
        <w:rPr>
          <w:b/>
        </w:rPr>
        <w:t xml:space="preserve">[39:52] </w:t>
      </w:r>
      <w:r>
        <w:t>is ki to koi value nahi hai. to aap ka billion dollar aik paisay ke barabar bhi nahi rahe ga.</w:t>
      </w:r>
    </w:p>
    <w:p>
      <w:pPr>
        <w:jc w:val="right"/>
      </w:pPr>
      <w:r>
        <w:t>اس کی تو کوئی ویلیو نہیں ہے۔ تو آپ کا بلین ڈالر ایک پیسے کے برابر بھی نہیں رہے گا۔</w:t>
      </w:r>
    </w:p>
    <w:p>
      <w:r>
        <w:rPr>
          <w:b/>
        </w:rPr>
        <w:t xml:space="preserve">[40:02] </w:t>
      </w:r>
      <w:r>
        <w:t>to woh iman jo Khuda ke yahan mana jae, wahi iman hai.</w:t>
      </w:r>
    </w:p>
    <w:p>
      <w:pPr>
        <w:jc w:val="right"/>
      </w:pPr>
      <w:r>
        <w:t>تو وہ ایمان جو خدا کے یہاں مانا جائے، وہی ایمان ہے۔</w:t>
      </w:r>
    </w:p>
    <w:p>
      <w:r>
        <w:rPr>
          <w:b/>
        </w:rPr>
        <w:t xml:space="preserve">[40:14] </w:t>
      </w:r>
      <w:r>
        <w:t>hum khud hi khud jis ko iman samajh rahe hon, to woh is liye hai ke hum khud hi khud to samajh rahe hain ke mere paas aik aik billion dollar ke notes hain. lekin jab bank mein mein jaon to woh keh de ke yeh sab se fake notes hain,</w:t>
      </w:r>
    </w:p>
    <w:p>
      <w:pPr>
        <w:jc w:val="right"/>
      </w:pPr>
      <w:r>
        <w:t>ہم خود ہی خود جس کو ایمان سمجھ رہے ہوں، تو وہ اس لیے ہے کہ ہم خود ہی خود تو سمجھ رہے ہیں کہ میرے پاس ایک ایک بلین ڈالر کے نوٹ ہیں۔ لیکن جب بینک میں میں جاؤں تو وہ کہہ دے کہ یہ سب سے فیک نوٹس ہیں،</w:t>
      </w:r>
    </w:p>
    <w:p>
      <w:r>
        <w:rPr>
          <w:b/>
        </w:rPr>
        <w:t xml:space="preserve">[40:28] </w:t>
      </w:r>
      <w:r>
        <w:t>is ki to koi value nahi hai.</w:t>
      </w:r>
    </w:p>
    <w:p>
      <w:pPr>
        <w:jc w:val="right"/>
      </w:pPr>
      <w:r>
        <w:t>اس کی تو کوئی ویلیو نہیں ہے۔</w:t>
      </w:r>
    </w:p>
    <w:p>
      <w:r>
        <w:rPr>
          <w:b/>
        </w:rPr>
        <w:t xml:space="preserve">[40:32] </w:t>
      </w:r>
      <w:r>
        <w:t>to bank ke kehne par is ki value banegi. is tarah se iman ki value jo hai, iman woh hai qeemat wala jo Khuda ke haan valuable thehre.</w:t>
      </w:r>
    </w:p>
    <w:p>
      <w:pPr>
        <w:jc w:val="right"/>
      </w:pPr>
      <w:r>
        <w:t>تو بینک کے کہنے پر اس کی ویلیو بنے گی۔ اس طرح سے ایمان کی ویلیو جو ہے، ایمان وہ ہے قیمت والا جو خدا کے ہاں ویلیو ایبل ٹھہرے۔</w:t>
      </w:r>
    </w:p>
    <w:p>
      <w:r>
        <w:rPr>
          <w:b/>
        </w:rPr>
        <w:t xml:space="preserve">[40:47] </w:t>
      </w:r>
      <w:r>
        <w:t>jo iman ya Islam Khuda ke haan valuable na thehre, is ki koi qeemat nahi.</w:t>
      </w:r>
    </w:p>
    <w:p>
      <w:pPr>
        <w:jc w:val="right"/>
      </w:pPr>
      <w:r>
        <w:t>جو ایمان یا اسلام خدا کے ہاں ویلیو ایبل نہ ٹھہرے، اس کی کوئی قیمت نہیں۔</w:t>
      </w:r>
    </w:p>
    <w:p>
      <w:r>
        <w:rPr>
          <w:b/>
        </w:rPr>
        <w:t xml:space="preserve">[40:57] </w:t>
      </w:r>
      <w:r>
        <w:t>is ki koi qeemat</w:t>
      </w:r>
    </w:p>
    <w:p>
      <w:pPr>
        <w:jc w:val="right"/>
      </w:pPr>
      <w:r>
        <w:t>اس کی کوئی قیمت</w:t>
      </w:r>
    </w:p>
    <w:p>
      <w:r>
        <w:rPr>
          <w:b/>
        </w:rPr>
        <w:t xml:space="preserve">[40:59] </w:t>
      </w:r>
      <w:r>
        <w:t>nahi. is ke is ki is ke zariye se hum ko na to paradise milegi, na Khuda ki blessing milegi.</w:t>
      </w:r>
    </w:p>
    <w:p>
      <w:pPr>
        <w:jc w:val="right"/>
      </w:pPr>
      <w:r>
        <w:t>نہیں۔ اس کے اس کی اس کے ذریعے سے ہم کو نہ تو پارڈائز ملے گی، نہ خدا کی بلیسنگ ملے گی۔</w:t>
      </w:r>
    </w:p>
    <w:p>
      <w:r>
        <w:rPr>
          <w:b/>
        </w:rPr>
        <w:t xml:space="preserve">[41:10] </w:t>
      </w:r>
      <w:r>
        <w:t>aqool qooli haaza wastaghfirullaaha li wa lakum ajmaeen</w:t>
      </w:r>
    </w:p>
    <w:p>
      <w:pPr>
        <w:jc w:val="right"/>
      </w:pPr>
      <w:r>
        <w:t>أقول قولي هذا واستغفراللہ علی ولكم اجمعین</w:t>
      </w:r>
    </w:p>
    <w:p>
      <w:r>
        <w:rPr>
          <w:b/>
        </w:rPr>
        <w:t xml:space="preserve">[41:28] </w:t>
      </w:r>
      <w:r>
        <w:t>Maulana bhai, question is how to deal with very close family members who very strongly believe in the form and not the spirit.</w:t>
      </w:r>
    </w:p>
    <w:p>
      <w:pPr>
        <w:jc w:val="right"/>
      </w:pPr>
      <w:r>
        <w:t>مولانا بھائی، کوسچن از how to deal with very close family members who very strongly believe in the form and not the spirit.</w:t>
      </w:r>
    </w:p>
    <w:p>
      <w:r>
        <w:rPr>
          <w:b/>
        </w:rPr>
        <w:t xml:space="preserve">[41:46] </w:t>
      </w:r>
      <w:r>
        <w:t>It is not just convincing them to start believing in the spirit, but when they interfere in your space and force you to believe in the form or follow the form, how do you deal with them?</w:t>
      </w:r>
    </w:p>
    <w:p>
      <w:pPr>
        <w:jc w:val="right"/>
      </w:pPr>
      <w:r>
        <w:t>It is not just convincing them to start believing in the spirit, but when they interfere in your space and force you to believe in the form or follow the form, how do you deal with them?</w:t>
      </w:r>
    </w:p>
    <w:p>
      <w:r>
        <w:rPr>
          <w:b/>
        </w:rPr>
        <w:t xml:space="preserve">[42:15] </w:t>
      </w:r>
      <w:r>
        <w:t>dekhen, yeh kisi family ka problem nahi hai, yeh to aik universal problem hai. aap family mein hain ya aap family ke bahir hain,</w:t>
      </w:r>
    </w:p>
    <w:p>
      <w:pPr>
        <w:jc w:val="right"/>
      </w:pPr>
      <w:r>
        <w:t>دیکھیں، یہ کسی فیملی کا پرابلم نہیں ہے، یہ تو ایک یونیورسل پرابلم ہے۔ آپ فیملی میں ہیں یا آپ فیملی کے باہر ہیں،</w:t>
      </w:r>
    </w:p>
    <w:p>
      <w:r>
        <w:rPr>
          <w:b/>
        </w:rPr>
        <w:t xml:space="preserve">[42:28] </w:t>
      </w:r>
      <w:r>
        <w:t>phir bhi hain, aap aik international community mein hain.</w:t>
      </w:r>
    </w:p>
    <w:p>
      <w:pPr>
        <w:jc w:val="right"/>
      </w:pPr>
      <w:r>
        <w:t>پھر بھی ہیں، آپ ایک انٹرنیشنل کمیونٹی میں ہیں۔</w:t>
      </w:r>
    </w:p>
    <w:p>
      <w:r>
        <w:rPr>
          <w:b/>
        </w:rPr>
        <w:t xml:space="preserve">[42:33] </w:t>
      </w:r>
      <w:r>
        <w:t>to family isi international community hi ka aik part hai.</w:t>
      </w:r>
    </w:p>
    <w:p>
      <w:pPr>
        <w:jc w:val="right"/>
      </w:pPr>
      <w:r>
        <w:t>تو فیملی اسی انٹرنیشنل کمیونٹی ہی کا ایک پارٹ ہے۔</w:t>
      </w:r>
    </w:p>
    <w:p>
      <w:r>
        <w:rPr>
          <w:b/>
        </w:rPr>
        <w:t xml:space="preserve">[42:40] </w:t>
      </w:r>
      <w:r>
        <w:t>to saare log jee rahe hain form mein, hawa culture mein. hawa culture bhi kya hai, woh bhi form hai. aur jhoote pleasure mein, har aik aadmi jhoote pleasure mein daud raha hai.</w:t>
      </w:r>
    </w:p>
    <w:p>
      <w:pPr>
        <w:jc w:val="right"/>
      </w:pPr>
      <w:r>
        <w:t>تو سارے لوگ جی رہے ہیں فارم میں، ہوا کلچر میں۔ ہوا کلچر بھی کیا ہے، وہ بھی فارم ہے۔ اور جھوٹے پلیژر میں، ہر ایک آدمی جھوٹے پلیژر میں دوڑ رہا ہے۔</w:t>
      </w:r>
    </w:p>
    <w:p>
      <w:r>
        <w:rPr>
          <w:b/>
        </w:rPr>
        <w:t xml:space="preserve">[42:56] </w:t>
      </w:r>
      <w:r>
        <w:t>aik aadmi se mein batata hoon aap ko qissa. aik</w:t>
      </w:r>
    </w:p>
    <w:p>
      <w:pPr>
        <w:jc w:val="right"/>
      </w:pPr>
      <w:r>
        <w:t>ایک آدمی سے میں بتاتا ہوں آپ کو قصہ۔ ایک</w:t>
      </w:r>
    </w:p>
    <w:p>
      <w:r>
        <w:rPr>
          <w:b/>
        </w:rPr>
        <w:t xml:space="preserve">[42:59] </w:t>
      </w:r>
      <w:r>
        <w:t>aik aadmi se meri mulaqat hui, woh baap se us ko kafi paisa mila tha. to kya hua?</w:t>
      </w:r>
    </w:p>
    <w:p>
      <w:pPr>
        <w:jc w:val="right"/>
      </w:pPr>
      <w:r>
        <w:t>ایک آدمی سے میری ملاقات ہوئی، وہ باپ سے اس کو کافی پیسہ ملا تھا۔ تو کیا ہوا؟</w:t>
      </w:r>
    </w:p>
    <w:p>
      <w:r>
        <w:rPr>
          <w:b/>
        </w:rPr>
        <w:t xml:space="preserve">[43:10] </w:t>
      </w:r>
      <w:r>
        <w:t>do bete the, do bhai the. to aik bhai ne kaha ke mujhe business karwa do. to aik shop un ko de diya baap ne.</w:t>
      </w:r>
    </w:p>
    <w:p>
      <w:pPr>
        <w:jc w:val="right"/>
      </w:pPr>
      <w:r>
        <w:t>دو بیٹے تھے، دو بھائی تھے۔ تو ایک بھائی نے کہا کہ مجھے بزنس کروا دو۔ تو ایک شاپ ان کو دے دیا باپ نے۔</w:t>
      </w:r>
    </w:p>
    <w:p>
      <w:r>
        <w:rPr>
          <w:b/>
        </w:rPr>
        <w:t xml:space="preserve">[43:22] </w:t>
      </w:r>
      <w:r>
        <w:t>aur jo woh tha, us ne aik beautiful larki kahin se mil gayi, un ko us se shadi ki. aur us se kaha ke mujhe aik farm house de do. to baap ne aik bete ko farm house de diya.</w:t>
      </w:r>
    </w:p>
    <w:p>
      <w:pPr>
        <w:jc w:val="right"/>
      </w:pPr>
      <w:r>
        <w:t>اور جو وہ تھا، اس نے ایک بیوٹی فل لڑکی کہیں سے مل گئی، ان کو اس سے شادی کی۔ اور اس سے کہا کہ مجھے ایک فارم ہاؤس دے دو۔ تو باپ نے ایک بیٹے کو فارم ہاؤس دے دیا۔</w:t>
      </w:r>
    </w:p>
    <w:p>
      <w:r>
        <w:rPr>
          <w:b/>
        </w:rPr>
        <w:t xml:space="preserve">[43:35] </w:t>
      </w:r>
      <w:r>
        <w:t>aik bete ko aik bohat achi dukaan</w:t>
      </w:r>
    </w:p>
    <w:p>
      <w:pPr>
        <w:jc w:val="right"/>
      </w:pPr>
      <w:r>
        <w:t>ایک بیٹے کو ایک بہت اچھی دکان</w:t>
      </w:r>
    </w:p>
    <w:p>
      <w:r>
        <w:rPr>
          <w:b/>
        </w:rPr>
        <w:t xml:space="preserve">[43:39] </w:t>
      </w:r>
      <w:r>
        <w:t>is well established de di. woh aadmi ja kar rehne laga apne farm house mein, apne beautiful biwi ko le kar ke.</w:t>
      </w:r>
    </w:p>
    <w:p>
      <w:pPr>
        <w:jc w:val="right"/>
      </w:pPr>
      <w:r>
        <w:t>اس ویل اسٹیبلش دے دی۔ وہ آدمی جا کر رہنے لگا اپنے فارم ہاؤس میں، اپنے بیوٹی فل بیوی کو لے کر کے۔</w:t>
      </w:r>
    </w:p>
    <w:p>
      <w:r>
        <w:rPr>
          <w:b/>
        </w:rPr>
        <w:t xml:space="preserve">[43:50] </w:t>
      </w:r>
      <w:r>
        <w:t>mein khud mila hoon is form mein ja kar us se, shayad abhi zinda ho woh.</w:t>
      </w:r>
    </w:p>
    <w:p>
      <w:pPr>
        <w:jc w:val="right"/>
      </w:pPr>
      <w:r>
        <w:t>میں خود ملا ہوں اس فارم میں جا کر اس سے، شاید ابھی زندہ ہو وہ۔</w:t>
      </w:r>
    </w:p>
    <w:p>
      <w:r>
        <w:rPr>
          <w:b/>
        </w:rPr>
        <w:t xml:space="preserve">[43:56] </w:t>
      </w:r>
      <w:r>
        <w:t>jab ke ghaliban 15 saal beet chuke the us ko is biwi ke sath rehte hue.</w:t>
      </w:r>
    </w:p>
    <w:p>
      <w:pPr>
        <w:jc w:val="right"/>
      </w:pPr>
      <w:r>
        <w:t>جبکہ غالباً 15 سال بیت چکے تھے اس کو اس بیوی کے ساتھ رہتے ہوئے۔</w:t>
      </w:r>
    </w:p>
    <w:p>
      <w:r>
        <w:rPr>
          <w:b/>
        </w:rPr>
        <w:t xml:space="preserve">[44:04] </w:t>
      </w:r>
      <w:r>
        <w:t>mein ne paya hai ke na to biwi ke chehre par muskurahat thi, na us ke chehre par ismail, na us ke chehre par ismail. dono side banay hue the.</w:t>
      </w:r>
    </w:p>
    <w:p>
      <w:pPr>
        <w:jc w:val="right"/>
      </w:pPr>
      <w:r>
        <w:t>میں نے پایا ہے کہ نہ تو بیوی کے چہرے پر مسکراہٹ تھی، نہ اس کے چہرے پر اسماعیل، نہ اس کے چہرے پر اسماعیل۔ دونوں سائیڈ بنے ہوئے تھے۔</w:t>
      </w:r>
    </w:p>
    <w:p>
      <w:r>
        <w:rPr>
          <w:b/>
        </w:rPr>
        <w:t xml:space="preserve">[44:16] </w:t>
      </w:r>
      <w:r>
        <w:t>un ke un ke donon ke chehre bilkul side thay. main boorha aadmi hoon, un se ziyada khush dikhai parta tha in ko.</w:t>
      </w:r>
    </w:p>
    <w:p>
      <w:pPr>
        <w:jc w:val="right"/>
      </w:pPr>
      <w:r>
        <w:t>ان کے ان کے دونوں کے چہرے بالکل سائیڈ تھے۔ میں بوڑھا آدمی ہوں، ان سے زیادہ خوش دکھائی پڑتا تھا ان کو۔</w:t>
      </w:r>
    </w:p>
    <w:p>
      <w:r>
        <w:rPr>
          <w:b/>
        </w:rPr>
        <w:t xml:space="preserve">[44:25] </w:t>
      </w:r>
      <w:r>
        <w:t>to balkay is ne poocha bhi kay hum jawan hain, humain khushi nahin, aap boorhay hain, aap kitna khush dikhai par rahay hain?</w:t>
      </w:r>
    </w:p>
    <w:p>
      <w:pPr>
        <w:jc w:val="right"/>
      </w:pPr>
      <w:r>
        <w:t>تو بلکہ اس نے پوچھا بھی کہ ہم جوان ہیں، ہمیں خوشی نہیں، آپ بوڑھے ہیں، آپ کتنا خوش دکھائی پڑ رہے ہیں؟</w:t>
      </w:r>
    </w:p>
    <w:p>
      <w:r>
        <w:rPr>
          <w:b/>
        </w:rPr>
        <w:t xml:space="preserve">[44:36] </w:t>
      </w:r>
      <w:r>
        <w:t>to log phansay huay hain kisi na kisi jhooti cheezon mein. chahay family kay bond hon, jhooti traditions hon, ya koi ungliyan, har ungli bandhay rehta hai, bara bara diamond.</w:t>
      </w:r>
    </w:p>
    <w:p>
      <w:pPr>
        <w:jc w:val="right"/>
      </w:pPr>
      <w:r>
        <w:t>تو لوگ پھنسے ہوئے ہیں کسی نہ کسی جھوٹے چیزوں میں۔ چاہے فیملی کے بانڈ ہوں، جھوٹی ٹریڈیشنز ہوں، یا کوئی انگلیاں، ہر انگلی باندھے رہتا ہے، بڑا بڑا ڈائمنڈ۔</w:t>
      </w:r>
    </w:p>
    <w:p>
      <w:r>
        <w:rPr>
          <w:b/>
        </w:rPr>
        <w:t xml:space="preserve">[44:54] </w:t>
      </w:r>
      <w:r>
        <w:t>main kehta hoon, yeh animal hai kay insan hai? yeh</w:t>
      </w:r>
    </w:p>
    <w:p>
      <w:pPr>
        <w:jc w:val="right"/>
      </w:pPr>
      <w:r>
        <w:t>میں کہتا ہوں، یہ اینیمل ہے کہ انسان ہے؟ یہ</w:t>
      </w:r>
    </w:p>
    <w:p>
      <w:r>
        <w:rPr>
          <w:b/>
        </w:rPr>
        <w:t xml:space="preserve">[44:57] </w:t>
      </w:r>
      <w:r>
        <w:t>mujhe to free day do, main free bhi nahin pehnoon ga is ko. yeh animal, yeh jo ring hotay hain diamond walay, free aap mujhe day do, main nahin pehan sakta is ko.</w:t>
      </w:r>
    </w:p>
    <w:p>
      <w:pPr>
        <w:jc w:val="right"/>
      </w:pPr>
      <w:r>
        <w:t>مجھے تو فری دے دو، میں فری بھی نہیں پہنوں گا اس کو۔ یہ اینیمل، یہ جو رنگ ہوتے ہیں ڈائمنڈ والے، فری آپ مجھے دے دو، میں نہیں پہن سکتا اس کو۔</w:t>
      </w:r>
    </w:p>
    <w:p>
      <w:r>
        <w:rPr>
          <w:b/>
        </w:rPr>
        <w:t xml:space="preserve">[45:07] </w:t>
      </w:r>
      <w:r>
        <w:t>is liye kay mujhe apni apni si, yani yani main samajhta hoon kay mera</w:t>
      </w:r>
    </w:p>
    <w:p>
      <w:pPr>
        <w:jc w:val="right"/>
      </w:pPr>
      <w:r>
        <w:t>اس لیے کہ مجھے اپنی اپنی سی، یعنی یعنی میں سمجھتا ہوں کہ میرا</w:t>
      </w:r>
    </w:p>
    <w:p>
      <w:r>
        <w:rPr>
          <w:b/>
        </w:rPr>
        <w:t xml:space="preserve">[45:17] </w:t>
      </w:r>
      <w:r>
        <w:t>yani bohat hi cheap test hoga in logon ka jo banay rehtay hain is mein.</w:t>
      </w:r>
    </w:p>
    <w:p>
      <w:pPr>
        <w:jc w:val="right"/>
      </w:pPr>
      <w:r>
        <w:t>یعنی بہت ہی چیپ ٹیسٹ ہوگا ان لوگوں کا جو بنے رہتے ہیں اس میں۔</w:t>
      </w:r>
    </w:p>
    <w:p>
      <w:r>
        <w:rPr>
          <w:b/>
        </w:rPr>
        <w:t xml:space="preserve">[45:24] </w:t>
      </w:r>
      <w:r>
        <w:t>to family, family kuch nahin, na na international community kuch nahin. aadmi khud hi apnay ko utha nahin pata hai.</w:t>
      </w:r>
    </w:p>
    <w:p>
      <w:pPr>
        <w:jc w:val="right"/>
      </w:pPr>
      <w:r>
        <w:t>تو فیملی، فیملی کچھ نہیں، نہ نہ انٹرنیشنل کمیونٹی کچھ نہیں۔ آدمی خود ہی اپنے کو اٹھا نہیں پاتا ہے۔</w:t>
      </w:r>
    </w:p>
    <w:p>
      <w:r>
        <w:rPr>
          <w:b/>
        </w:rPr>
        <w:t xml:space="preserve">[45:37] </w:t>
      </w:r>
      <w:r>
        <w:t>khud apnay ko utha nahin pata hai. uthata kab hai? jab sara time khatam ho chuka hota hai.</w:t>
      </w:r>
    </w:p>
    <w:p>
      <w:pPr>
        <w:jc w:val="right"/>
      </w:pPr>
      <w:r>
        <w:t>خود اپنے کو اٹھا نہیں پاتا ہے۔ اٹھاتا کب ہے؟ جب سارا ٹائم ختم ہو چکا ہوتا ہے۔</w:t>
      </w:r>
    </w:p>
    <w:p>
      <w:r>
        <w:rPr>
          <w:b/>
        </w:rPr>
        <w:t xml:space="preserve">[45:43] </w:t>
      </w:r>
      <w:r>
        <w:t>jaisay woh jo bataya main ne aap ko, woh exhaust ho chukay thay. ab kuch in kay andar koi yani naya initiative lainay ki taqat nahin thi. aik farm house mein paray rehtay thay, ab bilkul exhaust ho kar kay.</w:t>
      </w:r>
    </w:p>
    <w:p>
      <w:pPr>
        <w:jc w:val="right"/>
      </w:pPr>
      <w:r>
        <w:t>جیسے وہ جو بتایا میں نے آپ کو، وہ ایگزاسٹ ہو چکے تھے۔ اب کچھ ان کے اندر کوئی یعنی نیا انیشیٹیو لینے کی طاقت نہیں تھی۔ ایک فارم ہاؤس میں پڑے رہتے تھے، اب بالکل ایگزاسٹ ہو کر کے۔</w:t>
      </w:r>
    </w:p>
    <w:p>
      <w:r>
        <w:rPr>
          <w:b/>
        </w:rPr>
        <w:t xml:space="preserve">[45:57] </w:t>
      </w:r>
      <w:r>
        <w:t>to main nahin manta kay koi family hai, koi community hai, koi society kisi kay liye</w:t>
      </w:r>
    </w:p>
    <w:p>
      <w:pPr>
        <w:jc w:val="right"/>
      </w:pPr>
      <w:r>
        <w:t>تو میں نہیں مانتا کہ کوئی فیملی ہے، کوئی کمیونٹی ہے، کوئی سوسائٹی کسی کے لیے</w:t>
      </w:r>
    </w:p>
    <w:p>
      <w:r>
        <w:rPr>
          <w:b/>
        </w:rPr>
        <w:t xml:space="preserve">[46:03] </w:t>
      </w:r>
      <w:r>
        <w:t>compulsion ban sakti hai. kuch nahin. khud hi aadmi jo hai, yani achi tarah decide nahin kar pata.</w:t>
      </w:r>
    </w:p>
    <w:p>
      <w:pPr>
        <w:jc w:val="right"/>
      </w:pPr>
      <w:r>
        <w:t>کمپلشن بن سکتی ہے۔ کچھ نہیں۔ خود ہی آدمی جو ہے، یعنی اچھی طرح ڈیسائیڈ نہیں کر پاتا۔</w:t>
      </w:r>
    </w:p>
    <w:p>
      <w:r>
        <w:rPr>
          <w:b/>
        </w:rPr>
        <w:t xml:space="preserve">[46:15] </w:t>
      </w:r>
      <w:r>
        <w:t>well determined nahin hota woh. is wajah se aik uzar talash karta hai kay dekho bhai, family aisa kehti hai, woh society aisi keh rahi hai.</w:t>
      </w:r>
    </w:p>
    <w:p>
      <w:pPr>
        <w:jc w:val="right"/>
      </w:pPr>
      <w:r>
        <w:t>ویل ڈیٹرمنڈ نہیں ہوتا وہ۔ اس وجہ سے ایک عذر تلاش کرتا ہے کہ دیکھو بھئی، فیملی ایسا کہتی ہے، وہ سوسائٹی ایسی کہہ رہی ہے۔</w:t>
      </w:r>
    </w:p>
    <w:p>
      <w:r>
        <w:rPr>
          <w:b/>
        </w:rPr>
        <w:t xml:space="preserve">[46:24] </w:t>
      </w:r>
      <w:r>
        <w:t>dekho ji, wahan hamara afsar sahib bolta hai, bhai international riwaj yeh hai.</w:t>
      </w:r>
    </w:p>
    <w:p>
      <w:pPr>
        <w:jc w:val="right"/>
      </w:pPr>
      <w:r>
        <w:t>دیکھو جی، وہاں ہمارا افسر صاحب بولتا ہے، بھئی انٹرنیشنل رواج یہ ہے۔</w:t>
      </w:r>
    </w:p>
    <w:p>
      <w:r>
        <w:rPr>
          <w:b/>
        </w:rPr>
        <w:t xml:space="preserve">[46:28] </w:t>
      </w:r>
      <w:r>
        <w:t>kuch nahin hai. log cheap test mein hain, cheap qism ki cheezon pe enjoy karna kar rahay hain, woh hua kartay hain. aik sahib mujhe milay jo din bhar sharab aur larkiyon aur is par badait tha, unhon nay paisay walay.</w:t>
      </w:r>
    </w:p>
    <w:p>
      <w:pPr>
        <w:jc w:val="right"/>
      </w:pPr>
      <w:r>
        <w:t>کچھ نہیں ہے۔ لوگ چیپ ٹیسٹ میں ہیں، چیپ قسم کی چیزوں پہ انجوائے کرنا کر رہے ہیں، وہ ہوا کرتے ہیں۔ ایک صاحب مجھے ملے جو دن بھر شراب اور لڑکیوں اور اس پر بدایت تھا، انہوں نے پیسے والے۔</w:t>
      </w:r>
    </w:p>
    <w:p>
      <w:r>
        <w:rPr>
          <w:b/>
        </w:rPr>
        <w:t xml:space="preserve">[46:44] </w:t>
      </w:r>
      <w:r>
        <w:t>aur shaam ko jab woh ghar par aaye to unhon nay poocha, main nay</w:t>
      </w:r>
    </w:p>
    <w:p>
      <w:pPr>
        <w:jc w:val="right"/>
      </w:pPr>
      <w:r>
        <w:t>اور شام کو جب وہ گھر پر آئے تو انہوں نے پوچھا، میں نے</w:t>
      </w:r>
    </w:p>
    <w:p>
      <w:r>
        <w:rPr>
          <w:b/>
        </w:rPr>
        <w:t xml:space="preserve">[46:50] </w:t>
      </w:r>
      <w:r>
        <w:t>to us waqt bilkul woh kuch bhi un kay andar khushi ka nahin tha. aik aur sahib mujhe milay jo das saal tak unhon nay khushiyan manai theen.</w:t>
      </w:r>
    </w:p>
    <w:p>
      <w:pPr>
        <w:jc w:val="right"/>
      </w:pPr>
      <w:r>
        <w:t>تو اس وقت بالکل وہ کچھ بھی ان کے اندر خوشی کا نہیں تھا۔ ایک اور صاحب مجھے ملے جو دس سال تک انہوں نے خوشیاں منائی تھیں۔</w:t>
      </w:r>
    </w:p>
    <w:p>
      <w:r>
        <w:rPr>
          <w:b/>
        </w:rPr>
        <w:t xml:space="preserve">[47:00] </w:t>
      </w:r>
      <w:r>
        <w:t>baap nay paisa day diya tha, yeh dilli ki baat hai. das saal kay baad meri mulaqat hui, main nay kaha kay</w:t>
      </w:r>
    </w:p>
    <w:p>
      <w:pPr>
        <w:jc w:val="right"/>
      </w:pPr>
      <w:r>
        <w:t>باپ نے پیسہ دے دیا تھا، یہ دلی کی بات ہے۔ دس سال کے بعد میری ملاقات ہوئی، میں نے کہا کہ</w:t>
      </w:r>
    </w:p>
    <w:p>
      <w:r>
        <w:rPr>
          <w:b/>
        </w:rPr>
        <w:t xml:space="preserve">[47:06] </w:t>
      </w:r>
      <w:r>
        <w:t>jo khushiyan aap nay manai hain, kya woh uska store hai aap kay mind mein kahin? abhi bhi us ko enjoy kar saktay hain, us khushi ko, das saal ki khushi ko?</w:t>
      </w:r>
    </w:p>
    <w:p>
      <w:pPr>
        <w:jc w:val="right"/>
      </w:pPr>
      <w:r>
        <w:t>جو خوشیاں آپ نے منائی ہیں، کیا وہ اس کا اسٹور ہے آپ کے مائنڈ میں کہیں؟ ابھی بھی اس کو انجوائے کر سکتے ہیں، اس خوشی کو، دس سال کی خوشی کو؟</w:t>
      </w:r>
    </w:p>
    <w:p>
      <w:r>
        <w:rPr>
          <w:b/>
        </w:rPr>
        <w:t xml:space="preserve">[47:18] </w:t>
      </w:r>
      <w:r>
        <w:t>das saal ki khushi kahin store hai, store hai aap kay mind mein? matlab kuch bhi nahin.</w:t>
      </w:r>
    </w:p>
    <w:p>
      <w:pPr>
        <w:jc w:val="right"/>
      </w:pPr>
      <w:r>
        <w:t>دس سال کی خوشی کہیں اسٹور ہے، اسٹور ہے آپ کے مائنڈ میں؟ مطلب کچھ بھی نہیں۔</w:t>
      </w:r>
    </w:p>
    <w:p>
      <w:r>
        <w:rPr>
          <w:b/>
        </w:rPr>
        <w:t xml:space="preserve">[47:24] </w:t>
      </w:r>
      <w:r>
        <w:t>woh das saal ki khushi sab chali gayi, kahin pata nahin, aaj to kuch bhi nahin is kay is mein say. to jhooti khushiyon mein jee rahay hain log aur faisla nahin kar paatay.</w:t>
      </w:r>
    </w:p>
    <w:p>
      <w:pPr>
        <w:jc w:val="right"/>
      </w:pPr>
      <w:r>
        <w:t>وہ دس سال کی خوشی سب چلی گئی، کہیں پتہ نہیں، آج تو کچھ بھی نہیں اس کے اس میں سے۔ تو جھوٹی خوشیوں میں جی رہے ہیں لوگ اور فیصلہ نہیں کر پاتے۔</w:t>
      </w:r>
    </w:p>
    <w:p>
      <w:r>
        <w:rPr>
          <w:b/>
        </w:rPr>
        <w:t xml:space="preserve">[47:35] </w:t>
      </w:r>
      <w:r>
        <w:t>faisla nahin kar paatay kay hum is bond say niklain.</w:t>
      </w:r>
    </w:p>
    <w:p>
      <w:pPr>
        <w:jc w:val="right"/>
      </w:pPr>
      <w:r>
        <w:t>فیصلہ نہیں کر پاتے کہ ہم اس بانڈ سے نکلیں۔</w:t>
      </w:r>
    </w:p>
    <w:p>
      <w:r>
        <w:rPr>
          <w:b/>
        </w:rPr>
        <w:t xml:space="preserve">[47:41] </w:t>
      </w:r>
      <w:r>
        <w:t>aur isi mar jatay hain. bataiye kay kitna bara, kitna bara loss hai kay aadmi aik golden chance ko kho raha hai kay marnay kay baad us ko us kay desire ka fulfillment milay.</w:t>
      </w:r>
    </w:p>
    <w:p>
      <w:pPr>
        <w:jc w:val="right"/>
      </w:pPr>
      <w:r>
        <w:t>اور اسی مر جاتے ہیں۔ بتائیے کہ کتنا بڑا، کتنا بڑا لاس ہے کہ آدمی ایک گولڈن چانس کو کھو رہا ہے کہ مرنے کے بعد اس کو اس کے ڈیزائر کا فلفلمنٹ ملے۔</w:t>
      </w:r>
    </w:p>
    <w:p>
      <w:r>
        <w:rPr>
          <w:b/>
        </w:rPr>
        <w:t xml:space="preserve">[47:55] </w:t>
      </w:r>
      <w:r>
        <w:t>marnay kay baad us ko aik eternal khushi milay.</w:t>
      </w:r>
    </w:p>
    <w:p>
      <w:pPr>
        <w:jc w:val="right"/>
      </w:pPr>
      <w:r>
        <w:t>مرنے کے بعد اس کو ایک ایٹرنل خوشی ملے۔</w:t>
      </w:r>
    </w:p>
    <w:p>
      <w:r>
        <w:rPr>
          <w:b/>
        </w:rPr>
        <w:t xml:space="preserve">[47:57] </w:t>
      </w:r>
      <w:r>
        <w:t>is chance ko kho raha hai aadmi. aik kuch jhoote excuse ko lay kar kay. to main to nahin manta bhai in sab baaton ko.</w:t>
      </w:r>
    </w:p>
    <w:p>
      <w:pPr>
        <w:jc w:val="right"/>
      </w:pPr>
      <w:r>
        <w:t>اس چانس کو کھو رہا ہے آدمی۔ ایک کچھ جھوٹے ایکسکیوز کو لے کر کے۔ تو میں تو نہیں مانتا بھئی ان سب باتوں کو۔</w:t>
      </w:r>
    </w:p>
    <w:p>
      <w:r>
        <w:rPr>
          <w:b/>
        </w:rPr>
        <w:t xml:space="preserve">[48:08] </w:t>
      </w:r>
      <w:r>
        <w:t>molana, you talk about that verse in quran, ah which says that people who do patience, will enter paradise. now, whenever we talk of patience to people, they say that patience is fine, but only up to a limit.</w:t>
      </w:r>
    </w:p>
    <w:p>
      <w:pPr>
        <w:jc w:val="right"/>
      </w:pPr>
      <w:r>
        <w:t>مولانا، یو ٹاک اباؤٹ دیٹ ورس ان قرآن، اہ وچ سیز دیٹ پیپل ہو ڈو پیشنس، ول انٹر پیراڈائز۔ ناو، وین ایور وی ٹاک اف پیشنس ٹو پیپل، دے سی دیٹ پیشنس از فائن، بٹ اونلی اپ ٹو ا لمٹ۔</w:t>
      </w:r>
    </w:p>
    <w:p>
      <w:r>
        <w:rPr>
          <w:b/>
        </w:rPr>
        <w:t xml:space="preserve">[48:24] </w:t>
      </w:r>
      <w:r>
        <w:t>so what is your observation in that? dekhen, patience ki koi limit nahi hai. koi limit nahi hai.</w:t>
      </w:r>
    </w:p>
    <w:p>
      <w:pPr>
        <w:jc w:val="right"/>
      </w:pPr>
      <w:r>
        <w:t>سو واٹ از یور ابزرویشن ان دیٹ؟ دیکھیں، پیشنس کی کوئی لمٹ نہیں ہے۔ کوئی لمٹ نہیں ہے۔</w:t>
      </w:r>
    </w:p>
    <w:p>
      <w:r>
        <w:rPr>
          <w:b/>
        </w:rPr>
        <w:t xml:space="preserve">[48:36] </w:t>
      </w:r>
      <w:r>
        <w:t>patience to unlimited tor par hamein karna karna hai.</w:t>
      </w:r>
    </w:p>
    <w:p>
      <w:pPr>
        <w:jc w:val="right"/>
      </w:pPr>
      <w:r>
        <w:t>پیشنس تو ان لمیٹڈ طور پر ہمیں کرنا کرنا ہے۔</w:t>
      </w:r>
    </w:p>
    <w:p>
      <w:r>
        <w:rPr>
          <w:b/>
        </w:rPr>
        <w:t xml:space="preserve">[48:43] </w:t>
      </w:r>
      <w:r>
        <w:t>main, main mujhe aap dekh lijiyey, itni lambi meri umar ho gayi, main zindagi patience hi jeeta raha hoon. sabr, sabr, sabr</w:t>
      </w:r>
    </w:p>
    <w:p>
      <w:pPr>
        <w:jc w:val="right"/>
      </w:pPr>
      <w:r>
        <w:t>میں، میں مجھے آپ دیکھ لیجئے، اتنی لمبی میری عمر ہو گئی، میں زندگی پیشنس ہی جیتا رہا ہوں۔ صبر، صبر، صبر</w:t>
      </w:r>
    </w:p>
    <w:p>
      <w:r>
        <w:rPr>
          <w:b/>
        </w:rPr>
        <w:t xml:space="preserve">[48:52] </w:t>
      </w:r>
      <w:r>
        <w:t>. mere baap ne mujhe diya tha formula: sabr badlay mein daim. mere baap ka death hui hai 1929 mein, december 1929 mein death hui hai.</w:t>
      </w:r>
    </w:p>
    <w:p>
      <w:pPr>
        <w:jc w:val="right"/>
      </w:pPr>
      <w:r>
        <w:t>۔ میرے باپ نے مجھے دیا تھا فارمولا: صبر بدلے میں دائم۔ میرے باپ کا ڈیتھ ہوئی ہے 1929 میں، دسمبر 1929 میں ڈیتھ ہوئی ہے۔</w:t>
      </w:r>
    </w:p>
    <w:p>
      <w:r>
        <w:rPr>
          <w:b/>
        </w:rPr>
        <w:t xml:space="preserve">[49:09] </w:t>
      </w:r>
      <w:r>
        <w:t>us waqt unhon ne formula diya tha: sabr badlay mein daim, bahisht paaim. us waqt se aaj tak main sabr kar raha hoon.</w:t>
      </w:r>
    </w:p>
    <w:p>
      <w:pPr>
        <w:jc w:val="right"/>
      </w:pPr>
      <w:r>
        <w:t>اس وقت انہوں نے فارمولا دیا تھا: صبر بدلے میں دائم، بہشت پائم۔ اس وقت سے آج تک میں صبر کر رہا ہوں۔</w:t>
      </w:r>
    </w:p>
    <w:p>
      <w:r>
        <w:rPr>
          <w:b/>
        </w:rPr>
        <w:t xml:space="preserve">[49:18] </w:t>
      </w:r>
      <w:r>
        <w:t>is beech mein, main samajhta hoon ke</w:t>
      </w:r>
    </w:p>
    <w:p>
      <w:pPr>
        <w:jc w:val="right"/>
      </w:pPr>
      <w:r>
        <w:t>اس بیچ میں، میں سمجھتا ہوں کہ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