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Chapter 30 Al-Rum (The Romans) - Maulana Wahiduddin Khan</w:t>
      </w:r>
    </w:p>
    <w:p>
      <w:r>
        <w:t>https://www.youtube.com/watch?v=9Mry0VOmLvI</w:t>
      </w:r>
    </w:p>
    <w:p>
      <w:r>
        <w:rPr>
          <w:b/>
        </w:rPr>
        <w:t xml:space="preserve">[00:01] </w:t>
      </w:r>
      <w:r>
        <w:t>bismillah hir rahman nir rahim. alif laam</w:t>
      </w:r>
    </w:p>
    <w:p>
      <w:pPr>
        <w:jc w:val="right"/>
      </w:pPr>
      <w:r>
        <w:t>بسم الله الرحمن الرحيم. ألف لام</w:t>
      </w:r>
    </w:p>
    <w:p>
      <w:r>
        <w:rPr>
          <w:b/>
        </w:rPr>
        <w:t xml:space="preserve">[00:12] </w:t>
      </w:r>
      <w:r>
        <w:t>meem. ghulibat ir rum fi adnal ard wa hum min ba'di ghalebihim sa yaghliboon fi b'i sineen.</w:t>
      </w:r>
    </w:p>
    <w:p>
      <w:pPr>
        <w:jc w:val="right"/>
      </w:pPr>
      <w:r>
        <w:t>ميم. غُلبت الروم في أدنى الأرض وهم من بعد غلبهم سيغلبون في بضع سنين.</w:t>
      </w:r>
    </w:p>
    <w:p>
      <w:r>
        <w:rPr>
          <w:b/>
        </w:rPr>
        <w:t xml:space="preserve">[00:37] </w:t>
      </w:r>
      <w:r>
        <w:t>lillahil amru min qablu wa min ba'd, wa yawma'idhin yafrahu'l mu'minoon</w:t>
      </w:r>
    </w:p>
    <w:p>
      <w:pPr>
        <w:jc w:val="right"/>
      </w:pPr>
      <w:r>
        <w:t>لله الأمر من قبل ومن بعد، ويومئذ يفرح المؤمنون</w:t>
      </w:r>
    </w:p>
    <w:p>
      <w:r>
        <w:rPr>
          <w:b/>
        </w:rPr>
        <w:t xml:space="preserve">[00:50] </w:t>
      </w:r>
      <w:r>
        <w:t>bi nasrillah</w:t>
      </w:r>
    </w:p>
    <w:p>
      <w:pPr>
        <w:jc w:val="right"/>
      </w:pPr>
      <w:r>
        <w:t>بنصر الله</w:t>
      </w:r>
    </w:p>
    <w:p>
      <w:r>
        <w:rPr>
          <w:b/>
        </w:rPr>
        <w:t xml:space="preserve">[00:55] </w:t>
      </w:r>
      <w:r>
        <w:t>. yansuru man yashaa'u wa huwal azeez ur rahim. wa'adallahu la yukhliful laahu wa'adahu wa lakinna akthara nnaasi la ya'lamoon.</w:t>
      </w:r>
    </w:p>
    <w:p>
      <w:pPr>
        <w:jc w:val="right"/>
      </w:pPr>
      <w:r>
        <w:t>. ينصر من يشاء وهو العزيز الرحيم. وعد الله لا يخلف الله وعده ولكن أكثر الناس لا يعلمون.</w:t>
      </w:r>
    </w:p>
    <w:p>
      <w:r>
        <w:rPr>
          <w:b/>
        </w:rPr>
        <w:t xml:space="preserve">[01:16] </w:t>
      </w:r>
      <w:r>
        <w:t>ya'lamoon zahiran min al hayati dunya wa hum an al akhirati hum ghafiloon.</w:t>
      </w:r>
    </w:p>
    <w:p>
      <w:pPr>
        <w:jc w:val="right"/>
      </w:pPr>
      <w:r>
        <w:t>يعلمون ظاهراً من الحياة الدنيا وهم عن الآخرة هم غافلون.</w:t>
      </w:r>
    </w:p>
    <w:p>
      <w:r>
        <w:rPr>
          <w:b/>
        </w:rPr>
        <w:t xml:space="preserve">[01:28] </w:t>
      </w:r>
      <w:r>
        <w:t>shuru allah ke naam se jo bara meherban, nihayat reham wala hai.</w:t>
      </w:r>
    </w:p>
    <w:p>
      <w:pPr>
        <w:jc w:val="right"/>
      </w:pPr>
      <w:r>
        <w:t>شروع اللہ کے نام سے جو بڑا مہربان، نہایت رحم والا ہے۔</w:t>
      </w:r>
    </w:p>
    <w:p>
      <w:r>
        <w:rPr>
          <w:b/>
        </w:rPr>
        <w:t xml:space="preserve">[01:36] </w:t>
      </w:r>
      <w:r>
        <w:t>alif laam meem.</w:t>
      </w:r>
    </w:p>
    <w:p>
      <w:pPr>
        <w:jc w:val="right"/>
      </w:pPr>
      <w:r>
        <w:t>الف لام میم۔</w:t>
      </w:r>
    </w:p>
    <w:p>
      <w:r>
        <w:rPr>
          <w:b/>
        </w:rPr>
        <w:t xml:space="preserve">[01:39] </w:t>
      </w:r>
      <w:r>
        <w:t>roomi paas ke ilaqay mein maghloob ho gaye, aur woh apni maghloobiyat ke baad anqareeb ghalib honge, chand barson mein.</w:t>
      </w:r>
    </w:p>
    <w:p>
      <w:pPr>
        <w:jc w:val="right"/>
      </w:pPr>
      <w:r>
        <w:t>رومی پاس کے علاقے میں مغلوب ہو گئے، اور وہ اپنی مغلوبیت کے بعد عنقریب غالب ہوں گے، چند برسوں میں۔</w:t>
      </w:r>
    </w:p>
    <w:p>
      <w:r>
        <w:rPr>
          <w:b/>
        </w:rPr>
        <w:t xml:space="preserve">[01:52] </w:t>
      </w:r>
      <w:r>
        <w:t>allah hi ke hath mein hai sab kaam, pehle bhi aur peechay bhi. aur is din imaan wale khush honge, allah ki madad se.</w:t>
      </w:r>
    </w:p>
    <w:p>
      <w:pPr>
        <w:jc w:val="right"/>
      </w:pPr>
      <w:r>
        <w:t>اللہ ہی کے ہاتھ میں ہے سب کام، پہلے بھی اور پیچھے بھی۔ اور اس دن ایمان والے خوش ہوں گے، اللہ کی مدد سے۔</w:t>
      </w:r>
    </w:p>
    <w:p>
      <w:r>
        <w:rPr>
          <w:b/>
        </w:rPr>
        <w:t xml:space="preserve">[02:04] </w:t>
      </w:r>
      <w:r>
        <w:t>woh jis ki chahta hai madad karta hai, aur woh zabardast hai,</w:t>
      </w:r>
    </w:p>
    <w:p>
      <w:pPr>
        <w:jc w:val="right"/>
      </w:pPr>
      <w:r>
        <w:t>وہ جس کی چاہتا ہے مدد کرتا ہے، اور وہ زبردست ہے،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