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The Quran 14 oct 2005 - Maulana Wahiduddin Khan</w:t>
      </w:r>
    </w:p>
    <w:p>
      <w:r>
        <w:t>https://www.youtube.com/watch?v=t_Ciia8JlBk</w:t>
      </w:r>
    </w:p>
    <w:p>
      <w:r>
        <w:rPr>
          <w:b/>
        </w:rPr>
        <w:t xml:space="preserve">[00:13] </w:t>
      </w:r>
      <w:r>
        <w:t>sallallahu ala nabiyyil karim. rabbishrah li sadri, wa yassir li amri, wahluqdatan min lisani,</w:t>
      </w:r>
    </w:p>
    <w:p>
      <w:pPr>
        <w:jc w:val="right"/>
      </w:pPr>
      <w:r>
        <w:t>صلی اللہ علی النبی الکریم۔ رب اشرح لی صدری، ویسر لی امری، واحل العقدۃ من لسانی،</w:t>
      </w:r>
    </w:p>
    <w:p>
      <w:r>
        <w:rPr>
          <w:b/>
        </w:rPr>
        <w:t xml:space="preserve">[00:27] </w:t>
      </w:r>
      <w:r>
        <w:t>yafqaul qawli.</w:t>
      </w:r>
    </w:p>
    <w:p>
      <w:pPr>
        <w:jc w:val="right"/>
      </w:pPr>
      <w:r>
        <w:t>یفقہ قولی۔</w:t>
      </w:r>
    </w:p>
    <w:p>
      <w:r>
        <w:rPr>
          <w:b/>
        </w:rPr>
        <w:t xml:space="preserve">[00:35] </w:t>
      </w:r>
      <w:r>
        <w:t>sab se pehle main ek basic baat kehna chahta hoon,</w:t>
      </w:r>
    </w:p>
    <w:p>
      <w:pPr>
        <w:jc w:val="right"/>
      </w:pPr>
      <w:r>
        <w:t>سب سے پہلے میں ایک بیسک بات کہنا چاہتا ہوں،</w:t>
      </w:r>
    </w:p>
    <w:p>
      <w:r>
        <w:rPr>
          <w:b/>
        </w:rPr>
        <w:t xml:space="preserve">[00:46] </w:t>
      </w:r>
      <w:r>
        <w:t>woh yeh hai ke ek hai islam ko traditional way mein samajhna, to us ke liye quran ka ya hadith ka translation</w:t>
      </w:r>
    </w:p>
    <w:p>
      <w:pPr>
        <w:jc w:val="right"/>
      </w:pPr>
      <w:r>
        <w:t>وہ یہ ہے کہ ایک ہے اسلام کو ٹریڈیشنل وے میں سمجھنا، تو اس کے لیے قرآن کا یا حدیث کا ٹرانسلیشن</w:t>
      </w:r>
    </w:p>
    <w:p>
      <w:r>
        <w:rPr>
          <w:b/>
        </w:rPr>
        <w:t xml:space="preserve">[01:04] </w:t>
      </w:r>
      <w:r>
        <w:t>kafi hai.</w:t>
      </w:r>
    </w:p>
    <w:p>
      <w:pPr>
        <w:jc w:val="right"/>
      </w:pPr>
      <w:r>
        <w:t>کافی ہے۔</w:t>
      </w:r>
    </w:p>
    <w:p>
      <w:r>
        <w:rPr>
          <w:b/>
        </w:rPr>
        <w:t xml:space="preserve">[01:08] </w:t>
      </w:r>
      <w:r>
        <w:t>lekin agar aap</w:t>
      </w:r>
    </w:p>
    <w:p>
      <w:pPr>
        <w:jc w:val="right"/>
      </w:pPr>
      <w:r>
        <w:t>لیکن اگر آپ</w:t>
      </w:r>
    </w:p>
    <w:p>
      <w:r>
        <w:rPr>
          <w:b/>
        </w:rPr>
        <w:t xml:space="preserve">[01:13] </w:t>
      </w:r>
      <w:r>
        <w:t>gehrai mein jana chahein to aap ko sochna padega.</w:t>
      </w:r>
    </w:p>
    <w:p>
      <w:pPr>
        <w:jc w:val="right"/>
      </w:pPr>
      <w:r>
        <w:t>گہرائی میں جانا چاہیں تو آپ کو سوچنا پڑے گا۔</w:t>
      </w:r>
    </w:p>
    <w:p>
      <w:r>
        <w:rPr>
          <w:b/>
        </w:rPr>
        <w:t xml:space="preserve">[01:25] </w:t>
      </w:r>
      <w:r>
        <w:t>quran chouda sau saal pehle aaya to us zamane ke jo log the, un ka mind ko is ne address kiya.</w:t>
      </w:r>
    </w:p>
    <w:p>
      <w:pPr>
        <w:jc w:val="right"/>
      </w:pPr>
      <w:r>
        <w:t>قرآن چودہ سو سال پہلے آیا تو اس زمانے کے جو لوگ تھے، ان کا مائنڈ کو اس نے ایڈریس کیا۔</w:t>
      </w:r>
    </w:p>
    <w:p>
      <w:r>
        <w:rPr>
          <w:b/>
        </w:rPr>
        <w:t xml:space="preserve">[01:38] </w:t>
      </w:r>
      <w:r>
        <w:t>lekin quran mein bataya gaya hai ke wa ma arsalna rasulan illa bilisani qawmihi har rasool apne</w:t>
      </w:r>
    </w:p>
    <w:p>
      <w:pPr>
        <w:jc w:val="right"/>
      </w:pPr>
      <w:r>
        <w:t>لیکن قرآن میں بتایا گیا ہے کہ وما أرسلنا رسولًا إلا بلسان قومه ہر رسول اپنے</w:t>
      </w:r>
    </w:p>
    <w:p>
      <w:r>
        <w:rPr>
          <w:b/>
        </w:rPr>
        <w:t xml:space="preserve">[01:53] </w:t>
      </w:r>
      <w:r>
        <w:t>zamane ki language mein aata hai.</w:t>
      </w:r>
    </w:p>
    <w:p>
      <w:pPr>
        <w:jc w:val="right"/>
      </w:pPr>
      <w:r>
        <w:t>زمانے کی لینگویج میں آتا ہے۔</w:t>
      </w:r>
    </w:p>
    <w:p>
      <w:r>
        <w:rPr>
          <w:b/>
        </w:rPr>
        <w:t xml:space="preserve">[02:01] </w:t>
      </w:r>
      <w:r>
        <w:t>language ka matlab yeh hai ke woh aisi boli bolta hai, aise medium mein apni baat ko kehta hai, aise style mein ke un ka jo contemporary mind hai, woh address ho sake.</w:t>
      </w:r>
    </w:p>
    <w:p>
      <w:pPr>
        <w:jc w:val="right"/>
      </w:pPr>
      <w:r>
        <w:t>لینگویج کا مطلب یہ ہے کہ وہ ایسی بولی بولتا ہے، ایسے میڈیم میں اپنی بات کو کہتا ہے، ایسے اسٹائل میں کہ ان کا جو کنٹمپریری مائنڈ ہے، وہ ایڈریس ہو سکے۔</w:t>
      </w:r>
    </w:p>
    <w:p>
      <w:r>
        <w:rPr>
          <w:b/>
        </w:rPr>
        <w:t xml:space="preserve">[02:19] </w:t>
      </w:r>
      <w:r>
        <w:t>to hum jo yeh class chala rahe hain, yeh traditional qism ki class nahi hai. hamari koshish yeh hai ke aaj ka jo modern mind hai, us ke samne islam ko</w:t>
      </w:r>
    </w:p>
    <w:p>
      <w:pPr>
        <w:jc w:val="right"/>
      </w:pPr>
      <w:r>
        <w:t>تو ہم جو یہ کلاس چلا رہے ہیں، یہ ٹریڈیشنل قسم کی کلاس نہیں ہے۔ ہماری کوشش یہ ہے کہ آج کا جو ماڈرن مائنڈ ہے، اس کے سامنے اسلام کو</w:t>
      </w:r>
    </w:p>
    <w:p>
      <w:r>
        <w:rPr>
          <w:b/>
        </w:rPr>
        <w:t xml:space="preserve">[02:37] </w:t>
      </w:r>
      <w:r>
        <w:t>contemporary medium mein pesh kiya jaye taake uska mind address ho aur woh islam ko bharpoor tor par le sake.</w:t>
      </w:r>
    </w:p>
    <w:p>
      <w:pPr>
        <w:jc w:val="right"/>
      </w:pPr>
      <w:r>
        <w:t>کنٹمپریری میڈیم میں پیش کیا جائے تاکہ اس کا مائنڈ ایڈریس ہو اور وہ اسلام کو بھرپور طور پر لے سکے۔</w:t>
      </w:r>
    </w:p>
    <w:p>
      <w:r>
        <w:rPr>
          <w:b/>
        </w:rPr>
        <w:t xml:space="preserve">[02:53] </w:t>
      </w:r>
      <w:r>
        <w:t>main ek example deta hoon us ko samajhne ke liye is baat ko.</w:t>
      </w:r>
    </w:p>
    <w:p>
      <w:pPr>
        <w:jc w:val="right"/>
      </w:pPr>
      <w:r>
        <w:t>میں ایک ایگزامپل دیتا ہوں اس کو سمجھنے کے لیے اس بات کو۔</w:t>
      </w:r>
    </w:p>
    <w:p>
      <w:r>
        <w:rPr>
          <w:b/>
        </w:rPr>
        <w:t xml:space="preserve">[03:00] </w:t>
      </w:r>
      <w:r>
        <w:t>rasool Allah sallallahu alaihi wasallam ke ek companion the, un ka naam tha abu rawaha. to abu rawaha ne ek din ek apne zamane ke musalmanon se kaha</w:t>
      </w:r>
    </w:p>
    <w:p>
      <w:pPr>
        <w:jc w:val="right"/>
      </w:pPr>
      <w:r>
        <w:t>رسول اللہ صلی اللہ علیہ وسلم کے ایک کمپینین تھے، ان کا نام تھا ابو رواحہ۔ تو ابو رواحہ نے ایک دن ایک اپنے زمانے کے مسلمانوں سے کہا</w:t>
      </w:r>
    </w:p>
    <w:p>
      <w:r>
        <w:rPr>
          <w:b/>
        </w:rPr>
        <w:t xml:space="preserve">[03:19] </w:t>
      </w:r>
      <w:r>
        <w:t>ke ta'al naw min sa'atin, aao hum kuch der ke liye iman layen.</w:t>
      </w:r>
    </w:p>
    <w:p>
      <w:pPr>
        <w:jc w:val="right"/>
      </w:pPr>
      <w:r>
        <w:t>کہ تعال نو من ساعت آؤ ہم کچھ دیر کے لیے ایمان لائیں۔</w:t>
      </w:r>
    </w:p>
    <w:p>
      <w:r>
        <w:rPr>
          <w:b/>
        </w:rPr>
        <w:t xml:space="preserve">[03:39] </w:t>
      </w:r>
      <w:r>
        <w:t>yeh badi anokhi baat thi.</w:t>
      </w:r>
    </w:p>
    <w:p>
      <w:pPr>
        <w:jc w:val="right"/>
      </w:pPr>
      <w:r>
        <w:t>یہ بڑی انوکھی بات تھی۔</w:t>
      </w:r>
    </w:p>
    <w:p>
      <w:r>
        <w:rPr>
          <w:b/>
        </w:rPr>
        <w:t xml:space="preserve">[03:44] </w:t>
      </w:r>
      <w:r>
        <w:t>let us believe five momin. Ab yeh jo hai ke let us believe five momin, to us musalman ki samajh mein baat nahi aayi.</w:t>
      </w:r>
    </w:p>
    <w:p>
      <w:pPr>
        <w:jc w:val="right"/>
      </w:pPr>
      <w:r>
        <w:t>لیٹ اس بیلیو فائیو مومن۔ اب یہ جو ہے کہ لیٹ اس بیلیو فائیو مومن، تو اس مسلمان کی سمجھ میں بات نہیں آئی۔</w:t>
      </w:r>
    </w:p>
    <w:p>
      <w:r>
        <w:rPr>
          <w:b/>
        </w:rPr>
        <w:t xml:space="preserve">[03:53] </w:t>
      </w:r>
      <w:r>
        <w:t>woh rasool Allah ke paas gaye, unhon ne kaha ke hum to momin hain, hum to islam mein aa chuke hain. to ek thori der ke liye, ek momin ke liye,</w:t>
      </w:r>
    </w:p>
    <w:p>
      <w:pPr>
        <w:jc w:val="right"/>
      </w:pPr>
      <w:r>
        <w:t>وہ رسول اللہ کے پاس گئے، انہوں نے کہا کہ ہم تو مومن ہیں، ہم تو اسلام میں آ چکے ہیں۔ تو ایک تھوڑی دیر کے لیے، ایک مومن کے لیے،</w:t>
      </w:r>
    </w:p>
    <w:p>
      <w:r>
        <w:rPr>
          <w:b/>
        </w:rPr>
        <w:t xml:space="preserve">[04:05] </w:t>
      </w:r>
      <w:r>
        <w:t>ek momin ke liye thori der ke liye iman ka kya matlab hai? iman to hum ko mil chuka. to rasool Allah ne kaha ke</w:t>
      </w:r>
    </w:p>
    <w:p>
      <w:pPr>
        <w:jc w:val="right"/>
      </w:pPr>
      <w:r>
        <w:t>ایک مومن کے لیے تھوڑی دیر کے لیے ایمان کا کیا مطلب ہے؟ ایمان تو ہم کو مل چکا۔ تو رسول اللہ نے کہا کہ</w:t>
      </w:r>
    </w:p>
    <w:p>
      <w:r>
        <w:rPr>
          <w:b/>
        </w:rPr>
        <w:t xml:space="preserve">[04:19] </w:t>
      </w:r>
      <w:r>
        <w:t>ke abu rawaha par Khuda reham kare, woh ek aise iman ko pasand karte hain jis se angel bhi envy karte hain,</w:t>
      </w:r>
    </w:p>
    <w:p>
      <w:pPr>
        <w:jc w:val="right"/>
      </w:pPr>
      <w:r>
        <w:t>کہ ابو رواحہ پر خدا رحم کرے، وہ ایک ایسے ایمان کو پسند کرتے ہیں جس سے اینجل بھی اینوی کرتے ہیں،</w:t>
      </w:r>
    </w:p>
    <w:p>
      <w:r>
        <w:rPr>
          <w:b/>
        </w:rPr>
        <w:t xml:space="preserve">[04:34] </w:t>
      </w:r>
      <w:r>
        <w:t>farishte bhi us ko rash karte hain.</w:t>
      </w:r>
    </w:p>
    <w:p>
      <w:pPr>
        <w:jc w:val="right"/>
      </w:pPr>
      <w:r>
        <w:t>فرشتے بھی اس کو رش کرتے ہیں۔</w:t>
      </w:r>
    </w:p>
    <w:p>
      <w:r>
        <w:rPr>
          <w:b/>
        </w:rPr>
        <w:t xml:space="preserve">[04:38] </w:t>
      </w:r>
      <w:r>
        <w:t>dekhein, yeh aap agar sirf literal translation se samajhna chahein to aap us ko samajh nahi sakte ke woh kya cheez thi jo wahan paish aayi.</w:t>
      </w:r>
    </w:p>
    <w:p>
      <w:pPr>
        <w:jc w:val="right"/>
      </w:pPr>
      <w:r>
        <w:t>دیکھیں، یہ آپ اگر صرف لٹرل ٹرانسلیشن سے سمجھنا چاہیں تو آپ اس کو سمجھ نہیں سکتے کہ وہ کیا چیز تھی جو وہاں پیش آئی۔</w:t>
      </w:r>
    </w:p>
    <w:p>
      <w:r>
        <w:rPr>
          <w:b/>
        </w:rPr>
        <w:t xml:space="preserve">[04:48] </w:t>
      </w:r>
      <w:r>
        <w:t>aap ko word badalna padega, tab samajh payenge aap,</w:t>
      </w:r>
    </w:p>
    <w:p>
      <w:pPr>
        <w:jc w:val="right"/>
      </w:pPr>
      <w:r>
        <w:t>آپ کو ورڈ بدلنا پڑے گا، تب سمجھ پائیں گے آپ،</w:t>
      </w:r>
    </w:p>
    <w:p>
      <w:r>
        <w:rPr>
          <w:b/>
        </w:rPr>
        <w:t xml:space="preserve">[04:56] </w:t>
      </w:r>
      <w:r>
        <w:t>tab aap ka mind address hoga. woh kya hai? jahan tak maine socha hai, is ka matlab yeh tha ke unhon ne yeh kaha ke aao hum kuch der ke liye</w:t>
      </w:r>
    </w:p>
    <w:p>
      <w:pPr>
        <w:jc w:val="right"/>
      </w:pPr>
      <w:r>
        <w:t>تب آپ کا مائنڈ ایڈریس ہوگا۔ وہ کیا ہے؟ جہاں تک میں نے سوچا ہے، اس کا مطلب یہ تھا کہ انہوں نے یہ کہا کہ آؤ ہم کچھ دیر کے لیے</w:t>
      </w:r>
    </w:p>
    <w:p>
      <w:r>
        <w:rPr>
          <w:b/>
        </w:rPr>
        <w:t xml:space="preserve">[05:13] </w:t>
      </w:r>
      <w:r>
        <w:t>khuda ki baaten karen, jis ko main kaha karta hoon intellectual exchange, yaani khuda ke topic par kuch der ke liye hum intellectual exchange karenge.</w:t>
      </w:r>
    </w:p>
    <w:p>
      <w:pPr>
        <w:jc w:val="right"/>
      </w:pPr>
      <w:r>
        <w:t>خدا کی باتیں کریں، جس کو میں کہا کرتا ہوں انٹلیکچول ایکسچینج، یعنی خدا کے ٹاپک پر کچھ دیر کے لیے ہم انٹلیکچول ایکسچینج کریں۔</w:t>
      </w:r>
    </w:p>
    <w:p>
      <w:r>
        <w:rPr>
          <w:b/>
        </w:rPr>
        <w:t xml:space="preserve">[05:27] </w:t>
      </w:r>
      <w:r>
        <w:t>yeh un ka matlab tha.</w:t>
      </w:r>
    </w:p>
    <w:p>
      <w:pPr>
        <w:jc w:val="right"/>
      </w:pPr>
      <w:r>
        <w:t>یہ ان کا مطلب تھا۔</w:t>
      </w:r>
    </w:p>
    <w:p>
      <w:r>
        <w:rPr>
          <w:b/>
        </w:rPr>
        <w:t xml:space="preserve">[05:31] </w:t>
      </w:r>
      <w:r>
        <w:t>to jab aap is tarah se badal saken, is ko, is ki language ko, tab aap is se familiar hote hain, aap mind ko pakad paate hain.</w:t>
      </w:r>
    </w:p>
    <w:p>
      <w:pPr>
        <w:jc w:val="right"/>
      </w:pPr>
      <w:r>
        <w:t>تو جب آپ اس طرح سے بدل سکیں، اس کو، اس کی لینگویج کو، تب آپ اس سے فیمیلر ہوتے ہیں، آپ مائنڈ کو پکڑ پاتے ہیں۔</w:t>
      </w:r>
    </w:p>
    <w:p>
      <w:r>
        <w:rPr>
          <w:b/>
        </w:rPr>
        <w:t xml:space="preserve">[05:47] </w:t>
      </w:r>
      <w:r>
        <w:t>to sahaba jo the,</w:t>
      </w:r>
    </w:p>
    <w:p>
      <w:pPr>
        <w:jc w:val="right"/>
      </w:pPr>
      <w:r>
        <w:t>تو صحابہ جو تھے،</w:t>
      </w:r>
    </w:p>
    <w:p>
      <w:r>
        <w:rPr>
          <w:b/>
        </w:rPr>
        <w:t xml:space="preserve">[05:50] </w:t>
      </w:r>
      <w:r>
        <w:t>aisa nahin tha ke kalma padh liya ek baar to bas sara Islam mil gaya inhen.aisa nahin.apne imaan ko rozana woh food dete the, food</w:t>
      </w:r>
    </w:p>
    <w:p>
      <w:pPr>
        <w:jc w:val="right"/>
      </w:pPr>
      <w:r>
        <w:t>ایسا نہیں تھا کہ کلمہ پڑھ لیا ایک بار تو بس سارا اسلام مل گیا انہیں۔ ایسا نہیں۔ اپنے ایمان کو روزانہ وہ فوڈ دیتے تھے، فوڈ</w:t>
      </w:r>
    </w:p>
    <w:p>
      <w:r>
        <w:rPr>
          <w:b/>
        </w:rPr>
        <w:t xml:space="preserve">[06:09] </w:t>
      </w:r>
      <w:r>
        <w:t>jaise hum khana khate hain apni body ke liye, to woh apne imaan ko food dete the. woh kaise?</w:t>
      </w:r>
    </w:p>
    <w:p>
      <w:pPr>
        <w:jc w:val="right"/>
      </w:pPr>
      <w:r>
        <w:t>جیسے ہم کھانا کھاتے ہیں اپنی باڈی کے لیے، تو وہ اپنے ایمان کو فوڈ دیتے تھے۔ وہ کیسے؟</w:t>
      </w:r>
    </w:p>
    <w:p>
      <w:r>
        <w:rPr>
          <w:b/>
        </w:rPr>
        <w:t xml:space="preserve">[06:19] </w:t>
      </w:r>
      <w:r>
        <w:t>through intellectual exchange. jab do aadmi ek subject par baat karte hain</w:t>
      </w:r>
    </w:p>
    <w:p>
      <w:pPr>
        <w:jc w:val="right"/>
      </w:pPr>
      <w:r>
        <w:t>تھرو انٹلیکچول ایکسچینج۔ جب دو آدمی ایک سبجیکٹ پر بات کرتے ہیں</w:t>
      </w:r>
    </w:p>
    <w:p>
      <w:r>
        <w:rPr>
          <w:b/>
        </w:rPr>
        <w:t xml:space="preserve">[06:28] </w:t>
      </w:r>
      <w:r>
        <w:t>to hamesha aisa hota hai ke knowledge badhti hai, naye naye aspect saamne aate hain. is tarah dono ka jo do exchange kar rahe hain,</w:t>
      </w:r>
    </w:p>
    <w:p>
      <w:pPr>
        <w:jc w:val="right"/>
      </w:pPr>
      <w:r>
        <w:t>تو ہمیشہ ایسا ہوتا ہے کہ نالج بڑھتی ہے، نئے نئے اسپیکٹ سامنے آتے ہیں۔ اس طرح دونوں کا جو دو ایکسچینج کر رہے ہیں،</w:t>
      </w:r>
    </w:p>
    <w:p>
      <w:r>
        <w:rPr>
          <w:b/>
        </w:rPr>
        <w:t xml:space="preserve">[06:41] </w:t>
      </w:r>
      <w:r>
        <w:t>dono ka intellectual development hota hai,</w:t>
      </w:r>
    </w:p>
    <w:p>
      <w:pPr>
        <w:jc w:val="right"/>
      </w:pPr>
      <w:r>
        <w:t>دونوں کا انٹلیکچول ڈیولپمنٹ ہوتا ہے،</w:t>
      </w:r>
    </w:p>
    <w:p>
      <w:r>
        <w:rPr>
          <w:b/>
        </w:rPr>
        <w:t xml:space="preserve">[06:46] </w:t>
      </w:r>
      <w:r>
        <w:t>spiritual development hota hai, Islamic development hota hai. yeh matlab tha Abu Rawaha ka. to hum yahi koshish kar rahe hain ke aap logon ko main yeh cheez aaye ke aap apne imaan ko badhate rahen, badhate rahen, badhate rahen.</w:t>
      </w:r>
    </w:p>
    <w:p>
      <w:pPr>
        <w:jc w:val="right"/>
      </w:pPr>
      <w:r>
        <w:t>اسپریچول ڈیولپمنٹ ہوتا ہے، اسلامک ڈیولپمنٹ ہوتا ہے۔ یہ مطلب تھا ابو رواحہ کا۔ تو ہم یہی کوشش کر رہے ہیں کہ آپ لوگوں کو میں یہ چیز آئے کہ آپ اپنے ایمان کو بڑھاتے رہیں، بڑھاتے رہیں، بڑھاتے رہیں۔</w:t>
      </w:r>
    </w:p>
    <w:p>
      <w:r>
        <w:rPr>
          <w:b/>
        </w:rPr>
        <w:t xml:space="preserve">[07:07] </w:t>
      </w:r>
      <w:r>
        <w:t>imaan koi static, static cheez nahin hai. imaan ek ek aisi cheez hai jo grow karti rahe, badhti rahe.</w:t>
      </w:r>
    </w:p>
    <w:p>
      <w:pPr>
        <w:jc w:val="right"/>
      </w:pPr>
      <w:r>
        <w:t>ایمان کوئی اسٹیٹ، اسٹیٹک چیز نہیں ہے۔ ایمان ایک ایک ایسی چیز ہے جو گرو کرتی رہے، بڑھتی رہے۔</w:t>
      </w:r>
    </w:p>
    <w:p>
      <w:r>
        <w:rPr>
          <w:b/>
        </w:rPr>
        <w:t xml:space="preserve">[07:19] </w:t>
      </w:r>
      <w:r>
        <w:t>to yeh jo yahan imaan ka badhna hai, to is tarah hota hai ke hum aap sochte hain,</w:t>
      </w:r>
    </w:p>
    <w:p>
      <w:pPr>
        <w:jc w:val="right"/>
      </w:pPr>
      <w:r>
        <w:t>تو یہ جو یہاں ایمان کا بڑھنا ہے، تو اس طرح ہوتا ہے کہ ہم آپ سوچتے ہیں،</w:t>
      </w:r>
    </w:p>
    <w:p>
      <w:r>
        <w:rPr>
          <w:b/>
        </w:rPr>
        <w:t xml:space="preserve">[07:26] </w:t>
      </w:r>
      <w:r>
        <w:t>khuda ko yaad karte hain, Quran ko padhte hain, lekin jab aap exchange karte hain kisi se to woh bhi usi ki ek surat hoti hai.</w:t>
      </w:r>
    </w:p>
    <w:p>
      <w:pPr>
        <w:jc w:val="right"/>
      </w:pPr>
      <w:r>
        <w:t>خدا کو یاد کرتے ہیں، قرآن کو پڑھتے ہیں، لیکن جب آپ ایکسچینج کرتے ہیں کسی سے تو وہ بھی اسی کی ایک صورت ہوتی ہے۔</w:t>
      </w:r>
    </w:p>
    <w:p>
      <w:r>
        <w:rPr>
          <w:b/>
        </w:rPr>
        <w:t xml:space="preserve">[07:38] </w:t>
      </w:r>
      <w:r>
        <w:t>ab main roze ke bare mein kuch kehna chahunga.</w:t>
      </w:r>
    </w:p>
    <w:p>
      <w:pPr>
        <w:jc w:val="right"/>
      </w:pPr>
      <w:r>
        <w:t>اب میں روزے کے بارے میں کچھ کہنا چاہوں گا۔</w:t>
      </w:r>
    </w:p>
    <w:p>
      <w:r>
        <w:rPr>
          <w:b/>
        </w:rPr>
        <w:t xml:space="preserve">[07:47] </w:t>
      </w:r>
      <w:r>
        <w:t>aap jante hain ke har saal iftar party hoti hai. kuch log iftar ka phir criticize bhi karte hain, lekin maine positive taur par socha to maloom hua ke yeh ek bahut badi</w:t>
      </w:r>
    </w:p>
    <w:p>
      <w:pPr>
        <w:jc w:val="right"/>
      </w:pPr>
      <w:r>
        <w:t>آپ جانتے ہیں کہ ہر سال افطار پارٹی ہوتی ہے۔ کچھ لوگ افطار کا پھر کریٹیسائز بھی کرتے ہیں، لیکن میں نے پازیٹیو طور پر سوچا تو معلوم ہوا کہ یہ ایک بہت بڑی</w:t>
      </w:r>
    </w:p>
    <w:p>
      <w:r>
        <w:rPr>
          <w:b/>
        </w:rPr>
        <w:t xml:space="preserve">[08:05] </w:t>
      </w:r>
      <w:r>
        <w:t>baat hai jo hum is mein seekh sakte hain. woh kya? aap dekhen ke Islam ke paanch pillars bataye gaye hain: kalma, namaz, roza, zakat aur hajj.</w:t>
      </w:r>
    </w:p>
    <w:p>
      <w:pPr>
        <w:jc w:val="right"/>
      </w:pPr>
      <w:r>
        <w:t>بات ہے جو ہم اس میں سیکھ سکتے ہیں۔ وہ کیا؟ آپ دیکھیں کہ اسلام کے پانچ پلرز بتائے گئے ہیں: کلمہ، نماز، روزہ، زکوۃ اور حج۔</w:t>
      </w:r>
    </w:p>
    <w:p>
      <w:r>
        <w:rPr>
          <w:b/>
        </w:rPr>
        <w:t xml:space="preserve">[08:22] </w:t>
      </w:r>
      <w:r>
        <w:t>ab aap compare kijiye in pe, in comparison that you understand ke principle ko apply kijiye.</w:t>
      </w:r>
    </w:p>
    <w:p>
      <w:pPr>
        <w:jc w:val="right"/>
      </w:pPr>
      <w:r>
        <w:t>اب آپ کمپیئر کیجئے ان پہ، ان کمپیریزن دیٹ یو انڈرسٹینڈ کے پرنسپل کو اپلائی کیجئے۔</w:t>
      </w:r>
    </w:p>
    <w:p>
      <w:r>
        <w:rPr>
          <w:b/>
        </w:rPr>
        <w:t xml:space="preserve">[08:31] </w:t>
      </w:r>
      <w:r>
        <w:t>aap kalma party bolen to woh kuch matlab nahin banega. aap namaz party bolen to is ka koi matlab nahin banega.</w:t>
      </w:r>
    </w:p>
    <w:p>
      <w:pPr>
        <w:jc w:val="right"/>
      </w:pPr>
      <w:r>
        <w:t>آپ کلمہ پارٹی بولیں تو وہ کچھ مطلب نہیں بنے گا۔ آپ نماز پارٹی بولیں تو اس کا کوئی مطلب نہیں بنے گا۔</w:t>
      </w:r>
    </w:p>
    <w:p>
      <w:r>
        <w:rPr>
          <w:b/>
        </w:rPr>
        <w:t xml:space="preserve">[08:42] </w:t>
      </w:r>
      <w:r>
        <w:t>aap zakat party bolen to is ka koi matlab nahin banega. aap hajj party bolen</w:t>
      </w:r>
    </w:p>
    <w:p>
      <w:pPr>
        <w:jc w:val="right"/>
      </w:pPr>
      <w:r>
        <w:t>آپ زکوۃ پارٹی بولیں تو اس کا کوئی مطلب نہیں بنے گا۔ آپ حج پارٹی بولیں</w:t>
      </w:r>
    </w:p>
    <w:p>
      <w:r>
        <w:rPr>
          <w:b/>
        </w:rPr>
        <w:t xml:space="preserve">[08:50] </w:t>
      </w:r>
      <w:r>
        <w:t>to is ka koi matlab nahin banega. lekin jab aap bolte hain iftar party to is ka ek matlab ban jata hai. is se kya mila?</w:t>
      </w:r>
    </w:p>
    <w:p>
      <w:pPr>
        <w:jc w:val="right"/>
      </w:pPr>
      <w:r>
        <w:t>تو اس کا کوئی مطلب نہیں بنے گا۔ لیکن جب آپ بولتے ہیں افطار پارٹی تو اس کا ایک مطلب بن جاتا ہے۔ اس سے کیا ملا؟</w:t>
      </w:r>
    </w:p>
    <w:p>
      <w:r>
        <w:rPr>
          <w:b/>
        </w:rPr>
        <w:t xml:space="preserve">[09:00] </w:t>
      </w:r>
      <w:r>
        <w:t>ke roze mein ek aisi cheez hai jo</w:t>
      </w:r>
    </w:p>
    <w:p>
      <w:pPr>
        <w:jc w:val="right"/>
      </w:pPr>
      <w:r>
        <w:t>کہ روزے میں ایک ایسی چیز ہے جو</w:t>
      </w:r>
    </w:p>
    <w:p>
      <w:r>
        <w:rPr>
          <w:b/>
        </w:rPr>
        <w:t xml:space="preserve">[09:06] </w:t>
      </w:r>
      <w:r>
        <w:t>bahut hi special hai. roza aap ke aur doosron ke darmiyan ek common ground provide karta hai.</w:t>
      </w:r>
    </w:p>
    <w:p>
      <w:pPr>
        <w:jc w:val="right"/>
      </w:pPr>
      <w:r>
        <w:t>بہت ہی اسپیشل ہے۔ روزہ آپ کے اور دوسروں کے درمیان ایک کامن گراؤنڈ پرووائیڈ کرتا ہے۔</w:t>
      </w:r>
    </w:p>
    <w:p>
      <w:r>
        <w:rPr>
          <w:b/>
        </w:rPr>
        <w:t xml:space="preserve">[09:17] </w:t>
      </w:r>
      <w:r>
        <w:t>common ground yaani khana peena jo hai, woh sab log karte hain, aap bhi karte hain.</w:t>
      </w:r>
    </w:p>
    <w:p>
      <w:pPr>
        <w:jc w:val="right"/>
      </w:pPr>
      <w:r>
        <w:t>کامن گراؤنڈ یعنی کھانا پینا جو ہے، وہ سب لوگ کرتے ہیں، آپ بھی کرتے ہیں۔</w:t>
      </w:r>
    </w:p>
    <w:p>
      <w:r>
        <w:rPr>
          <w:b/>
        </w:rPr>
        <w:t xml:space="preserve">[09:25] </w:t>
      </w:r>
      <w:r>
        <w:t>har ek khata peeta hai, chahe Muslim ho ya non Muslim ho. to roze mein yeh jo hai khana peena, woh ek common ground ban jata hai aap ke aur doosron ke beech mein.</w:t>
      </w:r>
    </w:p>
    <w:p>
      <w:pPr>
        <w:jc w:val="right"/>
      </w:pPr>
      <w:r>
        <w:t>ہر ایک کھاتا پیتا ہے، چاہے مسلم ہو یا نان مسلم ہو۔ تو روزے میں یہ جو ہے کھانا پینا، وہ ایک کامن گراؤنڈ بن جاتا ہے آپ کے اور دوسروں کے بیچ میں۔</w:t>
      </w:r>
    </w:p>
    <w:p>
      <w:r>
        <w:rPr>
          <w:b/>
        </w:rPr>
        <w:t xml:space="preserve">[09:39] </w:t>
      </w:r>
      <w:r>
        <w:t>yeh ek ek sifat hai roze mein.</w:t>
      </w:r>
    </w:p>
    <w:p>
      <w:pPr>
        <w:jc w:val="right"/>
      </w:pPr>
      <w:r>
        <w:t>یہ ایک ایک صفت ہے روزے میں۔</w:t>
      </w:r>
    </w:p>
    <w:p>
      <w:r>
        <w:rPr>
          <w:b/>
        </w:rPr>
        <w:t xml:space="preserve">[09:44] </w:t>
      </w:r>
      <w:r>
        <w:t>to mein samajhta hoon ke is ka aap bohat hi yaani acha istemal kar sakte hain. abhi jo iftar party hoti hai, woh to doosre dhang ki hai, woh to social party ya political party</w:t>
      </w:r>
    </w:p>
    <w:p>
      <w:pPr>
        <w:jc w:val="right"/>
      </w:pPr>
      <w:r>
        <w:t>تو میں سمجھتا ہوں کہ اس کا آپ بہت ہی یعنی اچھا استعمال کر سکتے ہیں۔ ابھی جو افطار پارٹی ہوتی ہے، وہ تو دوسرے ڈھنگ کی ہے، وہ تو سوشل پارٹی یا پولیٹیکل پارٹی</w:t>
      </w:r>
    </w:p>
    <w:p>
      <w:r>
        <w:rPr>
          <w:b/>
        </w:rPr>
        <w:t xml:space="preserve">[10:02] </w:t>
      </w:r>
      <w:r>
        <w:t>ya aur kya party hoti hai. lekin agar aap theek dhang se iftar party rakhein to iftar party aik dawah work ban jaye gi,</w:t>
      </w:r>
    </w:p>
    <w:p>
      <w:pPr>
        <w:jc w:val="right"/>
      </w:pPr>
      <w:r>
        <w:t>یا اور کیا پارٹی ہوتی ہے۔ لیکن اگر آپ ٹھیک ڈھنگ سے افطار پارٹی رکھیں تو افطار پارٹی ایک دعویٰ ورک بن جائے گی،</w:t>
      </w:r>
    </w:p>
    <w:p>
      <w:r>
        <w:rPr>
          <w:b/>
        </w:rPr>
        <w:t xml:space="preserve">[10:18] </w:t>
      </w:r>
      <w:r>
        <w:t>bohat hi beautiful tareeqe se.</w:t>
      </w:r>
    </w:p>
    <w:p>
      <w:pPr>
        <w:jc w:val="right"/>
      </w:pPr>
      <w:r>
        <w:t>بہت ہی بیوٹی فل طریقے سے۔</w:t>
      </w:r>
    </w:p>
    <w:p>
      <w:r>
        <w:rPr>
          <w:b/>
        </w:rPr>
        <w:t xml:space="preserve">[10:21] </w:t>
      </w:r>
      <w:r>
        <w:t>yaani iftar party is tarah ho ke bohat hi simple ho, is mein koi dhoom na ki gayi ho. kyunke dawah work ke sath dhoom aktha nahi hui thi.</w:t>
      </w:r>
    </w:p>
    <w:p>
      <w:pPr>
        <w:jc w:val="right"/>
      </w:pPr>
      <w:r>
        <w:t>یعنی افطار پارٹی اس طرح ہو کہ بہت ہی سمپل ہو، اس میں کوئی دھوم نہ کی گئی ہو۔ کیونکہ دعویٰ ورک کے ساتھ دھوم اکٹھا نہیں ہوئی تھی۔</w:t>
      </w:r>
    </w:p>
    <w:p>
      <w:r>
        <w:rPr>
          <w:b/>
        </w:rPr>
        <w:t xml:space="preserve">[10:36] </w:t>
      </w:r>
      <w:r>
        <w:t>simplicity zarori hai dawah work ke liye.</w:t>
      </w:r>
    </w:p>
    <w:p>
      <w:pPr>
        <w:jc w:val="right"/>
      </w:pPr>
      <w:r>
        <w:t>سمپلیسٹی ضروری ہے دعویٰ ورک کے لیے۔</w:t>
      </w:r>
    </w:p>
    <w:p>
      <w:r>
        <w:rPr>
          <w:b/>
        </w:rPr>
        <w:t xml:space="preserve">[10:39] </w:t>
      </w:r>
      <w:r>
        <w:t>to saada qism ki iftar party ho, is mein koi non-veg item na ho, vegetarian ho. kyunke jab doosron ko aap bulayenge to aap ko non-veg se bachna hoga.</w:t>
      </w:r>
    </w:p>
    <w:p>
      <w:pPr>
        <w:jc w:val="right"/>
      </w:pPr>
      <w:r>
        <w:t>تو سادہ قسم کی افطار پارٹی ہو، اس میں کوئی نان ویج آئٹم نہ ہو، ویجیٹیرین ہو۔ کیونکہ جب دوسروں کو آپ بلائیں گے تو آپ کو نان ویج سے بچنا ہوگا۔</w:t>
      </w:r>
    </w:p>
    <w:p>
      <w:r>
        <w:rPr>
          <w:b/>
        </w:rPr>
        <w:t xml:space="preserve">[10:56] </w:t>
      </w:r>
      <w:r>
        <w:t>aur yeh hai sufi culture.</w:t>
      </w:r>
    </w:p>
    <w:p>
      <w:pPr>
        <w:jc w:val="right"/>
      </w:pPr>
      <w:r>
        <w:t>اور یہ ہے صوفی کلچر۔</w:t>
      </w:r>
    </w:p>
    <w:p>
      <w:r>
        <w:rPr>
          <w:b/>
        </w:rPr>
        <w:t xml:space="preserve">[10:59] </w:t>
      </w:r>
      <w:r>
        <w:t>aap kisi bhi dargah mein jaiye, khanqah mein jaiye, jahan langar hote hain sufi logon ki zuban se, to sufi logon ne jo langar chalaye, woh hamesha vegetarian langar hote thay.</w:t>
      </w:r>
    </w:p>
    <w:p>
      <w:pPr>
        <w:jc w:val="right"/>
      </w:pPr>
      <w:r>
        <w:t>آپ کسی بھی درگاہ میں جائیے، خانقاہ میں جائیے، جہاں لنگر ہوتے ہیں صوفی لوگوں کی زبان سے، تو صوفی لوگوں نے جو لنگر چلائے، وہ ہمیشہ ویجیٹیرین لنگر ہوتے تھے۔</w:t>
      </w:r>
    </w:p>
    <w:p>
      <w:r>
        <w:rPr>
          <w:b/>
        </w:rPr>
        <w:t xml:space="preserve">[11:17] </w:t>
      </w:r>
      <w:r>
        <w:t>kyun? woh chahte thay is mein musalman aur non-muslim dono ayen. to agar aap wahan non-veg chalayen to zahir hai ke woh nahi ayenge.</w:t>
      </w:r>
    </w:p>
    <w:p>
      <w:pPr>
        <w:jc w:val="right"/>
      </w:pPr>
      <w:r>
        <w:t>کیوں؟ وہ چاہتے تھے اس میں مسلمان اور نان مسلم دونوں آئیں۔ تو اگر آپ وہاں نان ویج چلائیں تو ظاہر ہے کہ وہ نہیں آئیں گے۔</w:t>
      </w:r>
    </w:p>
    <w:p>
      <w:r>
        <w:rPr>
          <w:b/>
        </w:rPr>
        <w:t xml:space="preserve">[11:28] </w:t>
      </w:r>
      <w:r>
        <w:t>ke ayenge to un ko bura lage ga. to iftar party</w:t>
      </w:r>
    </w:p>
    <w:p>
      <w:pPr>
        <w:jc w:val="right"/>
      </w:pPr>
      <w:r>
        <w:t>کہ آئیں گے تو ان کو برا لگے گا۔ تو افطار پارٹی</w:t>
      </w:r>
    </w:p>
    <w:p>
      <w:r>
        <w:rPr>
          <w:b/>
        </w:rPr>
        <w:t xml:space="preserve">[11:35] </w:t>
      </w:r>
      <w:r>
        <w:t>kabhi bhi non-veg item is mein nahi hona chahiye. aur yeh bhi galat hai ke do jagah do table bichaye jayen, ek musalmanon ke liye, ek hinduo ke liye.</w:t>
      </w:r>
    </w:p>
    <w:p>
      <w:pPr>
        <w:jc w:val="right"/>
      </w:pPr>
      <w:r>
        <w:t>کبھی بھی نان ویج آئٹم اس میں نہیں ہونا چاہیے۔ اور یہ بھی غلط ہے کہ دو جگہ دو ٹیبل بچھائے جائیں، ایک مسلمانوں کے لیے، ایک ہندوؤں کے لیے۔</w:t>
      </w:r>
    </w:p>
    <w:p>
      <w:r>
        <w:rPr>
          <w:b/>
        </w:rPr>
        <w:t xml:space="preserve">[11:45] </w:t>
      </w:r>
      <w:r>
        <w:t>yeh to aur zyada bura hai. kyun? masla to hai interaction, aur aap is mein separate separate kar dete hain dono ko.</w:t>
      </w:r>
    </w:p>
    <w:p>
      <w:pPr>
        <w:jc w:val="right"/>
      </w:pPr>
      <w:r>
        <w:t>یہ تو اور زیادہ برا ہے۔ کیوں؟ مسئلہ تو ہے انٹریکشن، اور آپ اس میں سیپریٹ سیپریٹ کر دیتے ہیں دونوں کو۔</w:t>
      </w:r>
    </w:p>
    <w:p>
      <w:r>
        <w:rPr>
          <w:b/>
        </w:rPr>
        <w:t xml:space="preserve">[11:55] </w:t>
      </w:r>
      <w:r>
        <w:t>aisi iftar party jo doosre dono ko alag kar diya gaya ho, woh to bilkul absurd cheez hai. iftar party ka maqsad hona chahiye ke ek common ground ko le kar muslim aur non-muslim dono interact karen.</w:t>
      </w:r>
    </w:p>
    <w:p>
      <w:pPr>
        <w:jc w:val="right"/>
      </w:pPr>
      <w:r>
        <w:t>ایسی افطار پارٹی جو دوسرے دونوں کو الگ کر دیا گیا ہو، وہ تو بالکل ایبسرٹ چیز ہے۔ افطار پارٹی کا مقصد ہونا چاہیے کہ ایک کامن گراؤنڈ کو لے کر مسلم اور نان مسلم دونوں انٹریکٹ کریں۔</w:t>
      </w:r>
    </w:p>
    <w:p>
      <w:r>
        <w:rPr>
          <w:b/>
        </w:rPr>
        <w:t xml:space="preserve">[12:10] </w:t>
      </w:r>
      <w:r>
        <w:t>yeh hona chahiye.</w:t>
      </w:r>
    </w:p>
    <w:p>
      <w:pPr>
        <w:jc w:val="right"/>
      </w:pPr>
      <w:r>
        <w:t>یہ ہونا چاہیے۔</w:t>
      </w:r>
    </w:p>
    <w:p>
      <w:r>
        <w:rPr>
          <w:b/>
        </w:rPr>
        <w:t xml:space="preserve">[12:13] </w:t>
      </w:r>
      <w:r>
        <w:t>aur jab do jagah aap khilayenge to aap ka interaction hoga. aur sath sath yeh hona chahiye ke chote chote leaflet hon, wahan aap un ko distribute karen.</w:t>
      </w:r>
    </w:p>
    <w:p>
      <w:pPr>
        <w:jc w:val="right"/>
      </w:pPr>
      <w:r>
        <w:t>اور جب دو جگہ آپ کھلائیں گے تو آپ کا انٹریکشن ہوگا۔ اور ساتھ ساتھ یہ ہونا چاہیے کہ چھوٹے چھوٹے لیف لیٹ ہوں، وہاں آپ ان کو ڈسٹریبیوٹ کریں۔</w:t>
      </w:r>
    </w:p>
    <w:p>
      <w:r>
        <w:rPr>
          <w:b/>
        </w:rPr>
        <w:t xml:space="preserve">[12:29] </w:t>
      </w:r>
      <w:r>
        <w:t>aur</w:t>
      </w:r>
    </w:p>
    <w:p>
      <w:pPr>
        <w:jc w:val="right"/>
      </w:pPr>
      <w:r>
        <w:t>اور</w:t>
      </w:r>
    </w:p>
    <w:p>
      <w:r>
        <w:rPr>
          <w:b/>
        </w:rPr>
        <w:t xml:space="preserve">[12:30] </w:t>
      </w:r>
      <w:r>
        <w:t>aakhir mein ek bohat hi yaani senior koi aadmi positive way mein islam ki baatein bataye, bohat hi positive way mein.</w:t>
      </w:r>
    </w:p>
    <w:p>
      <w:pPr>
        <w:jc w:val="right"/>
      </w:pPr>
      <w:r>
        <w:t>آخر میں ایک بہت ہی یعنی سینئر کوئی آدمی پازیٹیو وے میں اسلام کی باتیں بتائے، بہت ہی پازیٹیو وے میں۔</w:t>
      </w:r>
    </w:p>
    <w:p>
      <w:r>
        <w:rPr>
          <w:b/>
        </w:rPr>
        <w:t xml:space="preserve">[12:44] </w:t>
      </w:r>
      <w:r>
        <w:t>senior aadmi. to is tareeqe se agar iftar party ki jaye</w:t>
      </w:r>
    </w:p>
    <w:p>
      <w:pPr>
        <w:jc w:val="right"/>
      </w:pPr>
      <w:r>
        <w:t>سینئر آدمی۔ تو اس طریقے سے اگر افطار پارٹی کی جائے</w:t>
      </w:r>
    </w:p>
    <w:p>
      <w:r>
        <w:rPr>
          <w:b/>
        </w:rPr>
        <w:t xml:space="preserve">[12:51] </w:t>
      </w:r>
      <w:r>
        <w:t>to mein kahunga ke roza hum ko ek aisi opportunity deta hai ke hum apni ibadat ko dawah work mein convert kar saken.</w:t>
      </w:r>
    </w:p>
    <w:p>
      <w:pPr>
        <w:jc w:val="right"/>
      </w:pPr>
      <w:r>
        <w:t>تو میں کہوں گا کہ روزہ ہم کو ایک ایسی اپرچونیٹی دیتا ہے کہ ہم اپنی عبادت کو دعویٰ ورک میں کنورٹ کر سکیں۔</w:t>
      </w:r>
    </w:p>
    <w:p>
      <w:r>
        <w:rPr>
          <w:b/>
        </w:rPr>
        <w:t xml:space="preserve">[13:05] </w:t>
      </w:r>
      <w:r>
        <w:t>kitni bari cheez hai yeh.</w:t>
      </w:r>
    </w:p>
    <w:p>
      <w:pPr>
        <w:jc w:val="right"/>
      </w:pPr>
      <w:r>
        <w:t>کتنی بڑی چیز ہے یہ۔</w:t>
      </w:r>
    </w:p>
    <w:p>
      <w:r>
        <w:rPr>
          <w:b/>
        </w:rPr>
        <w:t xml:space="preserve">[13:10] </w:t>
      </w:r>
      <w:r>
        <w:t>ab mein kuch baatein namaz roze ke bare mein kahunga. aap jante hain ke roze ka roza kahan se shuru hota hai?</w:t>
      </w:r>
    </w:p>
    <w:p>
      <w:pPr>
        <w:jc w:val="right"/>
      </w:pPr>
      <w:r>
        <w:t>اب میں کچھ باتیں نماز روزے کے بارے میں کہوں گا۔ آپ جانتے ہیں کہ روزے کا روزہ کہاں سے شروع ہوتا ہے؟</w:t>
      </w:r>
    </w:p>
    <w:p>
      <w:r>
        <w:rPr>
          <w:b/>
        </w:rPr>
        <w:t xml:space="preserve">[13:20] </w:t>
      </w:r>
      <w:r>
        <w:t>chaand, new moon se. shaban ki aakhri tareekh ko log</w:t>
      </w:r>
    </w:p>
    <w:p>
      <w:pPr>
        <w:jc w:val="right"/>
      </w:pPr>
      <w:r>
        <w:t>چاند، نیو مون سے۔ شعبان کی آخری تاریخ کو لوگ</w:t>
      </w:r>
    </w:p>
    <w:p>
      <w:r>
        <w:rPr>
          <w:b/>
        </w:rPr>
        <w:t xml:space="preserve">[13:27] </w:t>
      </w:r>
      <w:r>
        <w:t>aasman mein dekhte hain ke chaand ho gaya ke nahi ho gaya. to jab chaand ho jata hai to</w:t>
      </w:r>
    </w:p>
    <w:p>
      <w:pPr>
        <w:jc w:val="right"/>
      </w:pPr>
      <w:r>
        <w:t>آسمان میں دیکھتے ہیں کہ چاند ہو گیا کہ نہیں ہو گیا۔ تو جب چاند ہو جاتا ہے تو</w:t>
      </w:r>
    </w:p>
    <w:p>
      <w:r>
        <w:rPr>
          <w:b/>
        </w:rPr>
        <w:t xml:space="preserve">[13:39] </w:t>
      </w:r>
      <w:r>
        <w:t>prophet ka tareeqa yeh tha ke jab chaand dekhte thay to kuch dua parhte thay. mislan aap ne kaha ke Allahumma ahl alaina bil amani walaman was salamat was islam aye khuda!</w:t>
      </w:r>
    </w:p>
    <w:p>
      <w:pPr>
        <w:jc w:val="right"/>
      </w:pPr>
      <w:r>
        <w:t>پرافٹ کا طریقہ یہ تھا کہ جب چاند دیکھتے تھے تو کچھ دعا پڑھتے تھے۔ مثلاً آپ نے کہا کہ اللہم اہل علینا بالامن والامان والسلامۃ والاسلام اے خدا!</w:t>
      </w:r>
    </w:p>
    <w:p>
      <w:r>
        <w:rPr>
          <w:b/>
        </w:rPr>
        <w:t xml:space="preserve">[13:57] </w:t>
      </w:r>
      <w:r>
        <w:t>is naye chaand ko hamare liye</w:t>
      </w:r>
    </w:p>
    <w:p>
      <w:pPr>
        <w:jc w:val="right"/>
      </w:pPr>
      <w:r>
        <w:t>اس نئے چاند کو ہمارے لیے</w:t>
      </w:r>
    </w:p>
    <w:p>
      <w:r>
        <w:rPr>
          <w:b/>
        </w:rPr>
        <w:t xml:space="preserve">[14:03] </w:t>
      </w:r>
      <w:r>
        <w:t>amn ka aur salamti ka</w:t>
      </w:r>
    </w:p>
    <w:p>
      <w:pPr>
        <w:jc w:val="right"/>
      </w:pPr>
      <w:r>
        <w:t>امن کا اور سلامتی کا</w:t>
      </w:r>
    </w:p>
    <w:p>
      <w:r>
        <w:rPr>
          <w:b/>
        </w:rPr>
        <w:t xml:space="preserve">[14:11] </w:t>
      </w:r>
      <w:r>
        <w:t>chand bana de.</w:t>
      </w:r>
    </w:p>
    <w:p>
      <w:pPr>
        <w:jc w:val="right"/>
      </w:pPr>
      <w:r>
        <w:t>چاند بنا دے۔</w:t>
      </w:r>
    </w:p>
    <w:p>
      <w:r>
        <w:rPr>
          <w:b/>
        </w:rPr>
        <w:t xml:space="preserve">[14:15] </w:t>
      </w:r>
      <w:r>
        <w:t>is se andaza kijiye ke aap naye chand ko dekh kar pes wale thaat aap ke mind mein ate thay. yeh bohat hi important baat hai ke roze ko aap dekhna chahte thay ek peaceful month ke tor par,</w:t>
      </w:r>
    </w:p>
    <w:p>
      <w:pPr>
        <w:jc w:val="right"/>
      </w:pPr>
      <w:r>
        <w:t>اس سے اندازہ کیجئے کہ آپ نئے چاند کو دیکھ کر پیس والے تھاٹ آپ کے مائنڈ میں آتے تھے۔ یہ بہت ہی امپورٹنٹ بات ہے کہ روزے کو آپ دیکھنا چاہتے تھے ایک پیس فل منتھ کے طور پر،</w:t>
      </w:r>
    </w:p>
    <w:p>
      <w:r>
        <w:rPr>
          <w:b/>
        </w:rPr>
        <w:t xml:space="preserve">[14:33] </w:t>
      </w:r>
      <w:r>
        <w:t>warna aap dekhen ke roze ka pehla din shuru ho raha hai, naya chand dikhai deta hai. to yeh alfaaz kyun bolay aap ke khuda!</w:t>
      </w:r>
    </w:p>
    <w:p>
      <w:pPr>
        <w:jc w:val="right"/>
      </w:pPr>
      <w:r>
        <w:t>ورنہ آپ دیکھیں کہ روزے کا پہلا دن شروع ہو رہا ہے، نیا چاند دکھائی دیتا ہے۔ تو یہ الفاظ کیوں بولے آپ کہ خدا!</w:t>
      </w:r>
    </w:p>
    <w:p>
      <w:r>
        <w:rPr>
          <w:b/>
        </w:rPr>
        <w:t xml:space="preserve">[14:42] </w:t>
      </w:r>
      <w:r>
        <w:t>is chand ko to hamare liye peace ka chand bana de, yani is mahine ko hamare liye peace ka mahina bana de.</w:t>
      </w:r>
    </w:p>
    <w:p>
      <w:pPr>
        <w:jc w:val="right"/>
      </w:pPr>
      <w:r>
        <w:t>اس چاند کو تو ہمارے لیے پیس کا چاند بنا دے، یعنی اس مہینے کو ہمارے لیے پیس کا مہینہ بنا دے۔</w:t>
      </w:r>
    </w:p>
    <w:p>
      <w:r>
        <w:rPr>
          <w:b/>
        </w:rPr>
        <w:t xml:space="preserve">[14:51] </w:t>
      </w:r>
      <w:r>
        <w:t>is se aap dekh sakte hain ke Prophet ke sine mein spirit kya hoti thi roze ke shuru ke waqt. Peaceful spirit.</w:t>
      </w:r>
    </w:p>
    <w:p>
      <w:pPr>
        <w:jc w:val="right"/>
      </w:pPr>
      <w:r>
        <w:t>اس سے آپ دیکھ سکتے ہیں کہ پرافٹ کے سینے میں سپرٹ کیا ہوتی تھی روزے کے شروع کے وقت۔ پیس فل سپرٹ۔</w:t>
      </w:r>
    </w:p>
    <w:p>
      <w:r>
        <w:rPr>
          <w:b/>
        </w:rPr>
        <w:t xml:space="preserve">[15:04] </w:t>
      </w:r>
      <w:r>
        <w:t>to main samajhta hoon ke roza sacha roza wohi hai</w:t>
      </w:r>
    </w:p>
    <w:p>
      <w:pPr>
        <w:jc w:val="right"/>
      </w:pPr>
      <w:r>
        <w:t>تو میں سمجھتا ہوں کہ روزہ سچا روزہ وہی ہے</w:t>
      </w:r>
    </w:p>
    <w:p>
      <w:r>
        <w:rPr>
          <w:b/>
        </w:rPr>
        <w:t xml:space="preserve">[15:09] </w:t>
      </w:r>
      <w:r>
        <w:t>jis mein ke poora mahina peaceful atmosphere bane, peaceful atmosphere bane, logon ke dilon mein ek doosre ke peace aaye.</w:t>
      </w:r>
    </w:p>
    <w:p>
      <w:pPr>
        <w:jc w:val="right"/>
      </w:pPr>
      <w:r>
        <w:t>جس میں کہ پورا مہینہ پیس فل ایٹمسفیئر بنے، پیس فل ایٹمسفیئر بنے، لوگوں کے دلوں میں ایک دوسرے کے پیس آئے۔</w:t>
      </w:r>
    </w:p>
    <w:p>
      <w:r>
        <w:rPr>
          <w:b/>
        </w:rPr>
        <w:t xml:space="preserve">[15:23] </w:t>
      </w:r>
      <w:r>
        <w:t>yeh ek bohat hi bari baat hai</w:t>
      </w:r>
    </w:p>
    <w:p>
      <w:pPr>
        <w:jc w:val="right"/>
      </w:pPr>
      <w:r>
        <w:t>یہ ایک بہت ہی بڑی بات ہے</w:t>
      </w:r>
    </w:p>
    <w:p>
      <w:r>
        <w:rPr>
          <w:b/>
        </w:rPr>
        <w:t xml:space="preserve">[15:25] </w:t>
      </w:r>
      <w:r>
        <w:t>ke hamein agar hum sochen aur sach mach roze ko hum amn ka mahina bana dein, shanti ka mahina bana dein, peace ka mahina bana dein to hamare desh ke liye, hamari society ke liye</w:t>
      </w:r>
    </w:p>
    <w:p>
      <w:pPr>
        <w:jc w:val="right"/>
      </w:pPr>
      <w:r>
        <w:t>کہ ہمیں اگر ہم سوچیں اور سچ مچ روزے کو ہم امن کا مہینہ بنا دیں، شانتی کا مہینہ بنا دیں، پیس کا مہینہ بنا دیں تو ہمارے દેશ کے لیے، ہماری سوسائٹی کے لیے</w:t>
      </w:r>
    </w:p>
    <w:p>
      <w:r>
        <w:rPr>
          <w:b/>
        </w:rPr>
        <w:t xml:space="preserve">[15:42] </w:t>
      </w:r>
      <w:r>
        <w:t>ek blessing ban jaye yeh mahina.</w:t>
      </w:r>
    </w:p>
    <w:p>
      <w:pPr>
        <w:jc w:val="right"/>
      </w:pPr>
      <w:r>
        <w:t>ایک بلیسنگ بن جائے یہ مہینہ۔</w:t>
      </w:r>
    </w:p>
    <w:p>
      <w:r>
        <w:rPr>
          <w:b/>
        </w:rPr>
        <w:t xml:space="preserve">[15:47] </w:t>
      </w:r>
      <w:r>
        <w:t>ab dekhiye, waqt ko lijiye. roze ka waqt jo hota hai woh kis tarah hota hai? subah ko jis ko kehte hain English mein "morning twilight" ya</w:t>
      </w:r>
    </w:p>
    <w:p>
      <w:pPr>
        <w:jc w:val="right"/>
      </w:pPr>
      <w:r>
        <w:t>اب دیکھیے، وقت کو لیجئے۔ روزے کا وقت جو ہوتا ہے وہ کس طرح ہوتا ہے؟ صبح کو جس کو کہتے ہیں انگلش میں "مارننگ ٹو لائٹ" یا</w:t>
      </w:r>
    </w:p>
    <w:p>
      <w:r>
        <w:rPr>
          <w:b/>
        </w:rPr>
        <w:t xml:space="preserve">[16:05] </w:t>
      </w:r>
      <w:r>
        <w:t>Urdu mein kehte hain "subah sadiq". To jab "morning twilight" hoti hai,</w:t>
      </w:r>
    </w:p>
    <w:p>
      <w:pPr>
        <w:jc w:val="right"/>
      </w:pPr>
      <w:r>
        <w:t>اردو میں کہتے ہیں "صبح صادق"۔ تو جب "مارننگ ٹو لائٹ" ہوتی ہے،</w:t>
      </w:r>
    </w:p>
    <w:p>
      <w:r>
        <w:rPr>
          <w:b/>
        </w:rPr>
        <w:t xml:space="preserve">[16:15] </w:t>
      </w:r>
      <w:r>
        <w:t>us waqt se roza shuru hota hai. us waqt tak aap kha bhi sakte hain, us ke baad nahi. aur phir sham ko jab sunset hota hai, tab roza khatam hota hai.</w:t>
      </w:r>
    </w:p>
    <w:p>
      <w:pPr>
        <w:jc w:val="right"/>
      </w:pPr>
      <w:r>
        <w:t>اس وقت سے روزہ شروع ہوتا ہے۔ اس وقت تک آپ کھا بھی سکتے ہیں، اس کے بعد نہیں۔ اور پھر شام کو جب سن سیٹ ہوتا ہے، تب روزہ ختم ہوتا ہے۔</w:t>
      </w:r>
    </w:p>
    <w:p>
      <w:r>
        <w:rPr>
          <w:b/>
        </w:rPr>
        <w:t xml:space="preserve">[16:27] </w:t>
      </w:r>
      <w:r>
        <w:t>to goya "morning to light" se le kar sunset tak ka waqt roze ka waqt hai.</w:t>
      </w:r>
    </w:p>
    <w:p>
      <w:pPr>
        <w:jc w:val="right"/>
      </w:pPr>
      <w:r>
        <w:t>تو گویا "مارننگ ٹو لائٹ" سے لے کر سن سیٹ تک کا وقت روزے کا وقت ہے۔</w:t>
      </w:r>
    </w:p>
    <w:p>
      <w:r>
        <w:rPr>
          <w:b/>
        </w:rPr>
        <w:t xml:space="preserve">[16:33] </w:t>
      </w:r>
      <w:r>
        <w:t>aur main samajhta hoon ke yeh bohat hi scientific timing hai. yeh roze ki yeh timing bohat hi scientific hai.</w:t>
      </w:r>
    </w:p>
    <w:p>
      <w:pPr>
        <w:jc w:val="right"/>
      </w:pPr>
      <w:r>
        <w:t>اور میں سمجھتا ہوں کہ یہ بہت ہی سائنٹیفک ٹائمنگ ہے۔ یہ روزے کی یہ ٹائمنگ بہت ہی سائنٹیفک ہے۔</w:t>
      </w:r>
    </w:p>
    <w:p>
      <w:r>
        <w:rPr>
          <w:b/>
        </w:rPr>
        <w:t xml:space="preserve">[16:45] </w:t>
      </w:r>
      <w:r>
        <w:t>sehri hadith mein aata hai ke تصحروا فإن في السحور بركة</w:t>
      </w:r>
    </w:p>
    <w:p>
      <w:pPr>
        <w:jc w:val="right"/>
      </w:pPr>
      <w:r>
        <w:t>سحری حدیث میں آتا ہے کہ تصحروا فإن في السحور بركة</w:t>
      </w:r>
    </w:p>
    <w:p>
      <w:r>
        <w:rPr>
          <w:b/>
        </w:rPr>
        <w:t xml:space="preserve">[16:52] </w:t>
      </w:r>
      <w:r>
        <w:t>yani sehri khao, kyunke sehri mein barkat hai. sehri kehte hain wohi "morning to light" se pehle jo khaya jata hai, usi ko hum kehte hain sehri.</w:t>
      </w:r>
    </w:p>
    <w:p>
      <w:pPr>
        <w:jc w:val="right"/>
      </w:pPr>
      <w:r>
        <w:t>یعنی سحری کھاؤ، کیونکہ سحری میں برکت ہے۔ سحری کہتے ہیں وہی "مارننگ ٹو لائٹ" سے پہلے جو کھایا جاتا ہے، اسی کو ہم کہتے ہیں سحری۔</w:t>
      </w:r>
    </w:p>
    <w:p>
      <w:r>
        <w:rPr>
          <w:b/>
        </w:rPr>
        <w:t xml:space="preserve">[17:06] </w:t>
      </w:r>
      <w:r>
        <w:t>to</w:t>
      </w:r>
    </w:p>
    <w:p>
      <w:pPr>
        <w:jc w:val="right"/>
      </w:pPr>
      <w:r>
        <w:t>تو</w:t>
      </w:r>
    </w:p>
    <w:p>
      <w:r>
        <w:rPr>
          <w:b/>
        </w:rPr>
        <w:t xml:space="preserve">[17:10] </w:t>
      </w:r>
      <w:r>
        <w:t>yeh kyun farmaya aap ne ke sehri khao, kyunke sehri mein barkat hai, blessing khuda ki hai. is mein is ki wajah yeh hai ke aap roze hain khuda ki yaad ke liye.</w:t>
      </w:r>
    </w:p>
    <w:p>
      <w:pPr>
        <w:jc w:val="right"/>
      </w:pPr>
      <w:r>
        <w:t>یہ کیوں فرمایا آپ نے کہ سحری کھاؤ، کیونکہ سحری میں برکت ہے، بلیسنگ خدا کی ہے۔ اس میں اس کی وجہ یہ ہے کہ آپ روزہ ہیں خدا کی یاد کے لیے۔</w:t>
      </w:r>
    </w:p>
    <w:p>
      <w:r>
        <w:rPr>
          <w:b/>
        </w:rPr>
        <w:t xml:space="preserve">[17:25] </w:t>
      </w:r>
      <w:r>
        <w:t>to aap agar soye pade rahen</w:t>
      </w:r>
    </w:p>
    <w:p>
      <w:pPr>
        <w:jc w:val="right"/>
      </w:pPr>
      <w:r>
        <w:t>تو آپ اگر سوئے پڑے رہیں</w:t>
      </w:r>
    </w:p>
    <w:p>
      <w:r>
        <w:rPr>
          <w:b/>
        </w:rPr>
        <w:t xml:space="preserve">[17:29] </w:t>
      </w:r>
      <w:r>
        <w:t>subah tak aur bohat der mein uthen, aur us waqt baghair sehri ke bhi roza shuru kar dein to kai ghante aap ne khuda ki yaad ke kho diye,</w:t>
      </w:r>
    </w:p>
    <w:p>
      <w:pPr>
        <w:jc w:val="right"/>
      </w:pPr>
      <w:r>
        <w:t>صبح تک اور بہت دیر میں اٹھیں، اور اس وقت بغیر سحری کے بھی روزہ شروع کر دیں تو کئی گھنٹے آپ نے خدا کی یاد کے کھو دیے،</w:t>
      </w:r>
    </w:p>
    <w:p>
      <w:r>
        <w:rPr>
          <w:b/>
        </w:rPr>
        <w:t xml:space="preserve">[17:43] </w:t>
      </w:r>
      <w:r>
        <w:t>kho diye. kyunke jab aap uthen ge,</w:t>
      </w:r>
    </w:p>
    <w:p>
      <w:pPr>
        <w:jc w:val="right"/>
      </w:pPr>
      <w:r>
        <w:t>کھو دیے۔ کیونکہ جب آپ اٹھیں گے،</w:t>
      </w:r>
    </w:p>
    <w:p>
      <w:r>
        <w:rPr>
          <w:b/>
        </w:rPr>
        <w:t xml:space="preserve">[17:48] </w:t>
      </w:r>
      <w:r>
        <w:t>wazu karenge, namaz padhenge, aur phir sehri khayenge to barabar is sari activity jo hai, is mein aap ko khuda yaad aata rahega.</w:t>
      </w:r>
    </w:p>
    <w:p>
      <w:pPr>
        <w:jc w:val="right"/>
      </w:pPr>
      <w:r>
        <w:t>وضو کریں گے، نماز پڑھیں گے، اور پھر سحری کھائیں گے تو برابر اس ساری ایکٹیویٹی جو ہے، اس میں آپ کو خدا یاد آتا رہے گا۔</w:t>
      </w:r>
    </w:p>
    <w:p>
      <w:r>
        <w:rPr>
          <w:b/>
        </w:rPr>
        <w:t xml:space="preserve">[18:01] </w:t>
      </w:r>
      <w:r>
        <w:t>to khuda ki yaad ka jo lamha hai, woh aap kho denge. is waqt agar aap sehri na khayen aur subah ko sote rahen, pade rahen.</w:t>
      </w:r>
    </w:p>
    <w:p>
      <w:pPr>
        <w:jc w:val="right"/>
      </w:pPr>
      <w:r>
        <w:t>تو خدا کی یاد کا جو لمحہ ہے، وہ آپ کھو دیں گے۔ اس وقت اگر آپ سحری نہ کھائیں اور صبح کو سوتے رہیں، پڑے رہیں۔</w:t>
      </w:r>
    </w:p>
    <w:p>
      <w:r>
        <w:rPr>
          <w:b/>
        </w:rPr>
        <w:t xml:space="preserve">[18:10] </w:t>
      </w:r>
      <w:r>
        <w:t>isi liye kaha ke tasahharu fa in fis suhoor barakah. Sehri khao, kyunke is mein barkat hai. Rooh taaza hoti hai, mind fresh hota hai, dilon mein Khuda ki yaad barhti hai.</w:t>
      </w:r>
    </w:p>
    <w:p>
      <w:pPr>
        <w:jc w:val="right"/>
      </w:pPr>
      <w:r>
        <w:t>اسی لیے کہا کہ تصحروا فإن في السحور بركة سحری کھاؤ، کیونکہ اس میں برکت ہے۔ روح تازہ ہوتی ہے، مائنڈ فریش ہوتا ہے، دلوں میں خدا کی یاد بڑھتی ہے۔</w:t>
      </w:r>
    </w:p>
    <w:p>
      <w:r>
        <w:rPr>
          <w:b/>
        </w:rPr>
        <w:t xml:space="preserve">[18:25] </w:t>
      </w:r>
      <w:r>
        <w:t>yeh saari baatein hoti hain.</w:t>
      </w:r>
    </w:p>
    <w:p>
      <w:pPr>
        <w:jc w:val="right"/>
      </w:pPr>
      <w:r>
        <w:t>یہ ساری باتیں ہوتی ہیں۔</w:t>
      </w:r>
    </w:p>
    <w:p>
      <w:r>
        <w:rPr>
          <w:b/>
        </w:rPr>
        <w:t xml:space="preserve">[18:28] </w:t>
      </w:r>
      <w:r>
        <w:t>to iftar ke baray mein bhi hadith aati hai ke iftar mein jaldi karo.</w:t>
      </w:r>
    </w:p>
    <w:p>
      <w:pPr>
        <w:jc w:val="right"/>
      </w:pPr>
      <w:r>
        <w:t>تو افطار کے بارے میں بھی حدیث آتی ہے کہ افطار میں جلدی کرو۔</w:t>
      </w:r>
    </w:p>
    <w:p>
      <w:r>
        <w:rPr>
          <w:b/>
        </w:rPr>
        <w:t xml:space="preserve">[18:41] </w:t>
      </w:r>
      <w:r>
        <w:t>to hadith mein aata hai ke meri ummat is waqt, is waqt tak,</w:t>
      </w:r>
    </w:p>
    <w:p>
      <w:pPr>
        <w:jc w:val="right"/>
      </w:pPr>
      <w:r>
        <w:t>تو حدیث میں آتا ہے کہ میری امت اس وقت، اس وقت تک،</w:t>
      </w:r>
    </w:p>
    <w:p>
      <w:r>
        <w:rPr>
          <w:b/>
        </w:rPr>
        <w:t xml:space="preserve">[18:47] </w:t>
      </w:r>
      <w:r>
        <w:t>is waqt tak khair par rahe gi, bhalaai par rahe gi, jab tak woh ma ajjal al fitr, jab tak woh iftar mein jaldi kare.</w:t>
      </w:r>
    </w:p>
    <w:p>
      <w:pPr>
        <w:jc w:val="right"/>
      </w:pPr>
      <w:r>
        <w:t>اس وقت تک خیر پر رہے گی، بھلائی پر رہے گی، جب تک وہ ما اجل الفطر، جب تک وہ افطار میں جلدی کرے۔</w:t>
      </w:r>
    </w:p>
    <w:p>
      <w:r>
        <w:rPr>
          <w:b/>
        </w:rPr>
        <w:t xml:space="preserve">[19:01] </w:t>
      </w:r>
      <w:r>
        <w:t>dekhein, jaldi ka matlab yeh nahi ke time se pehle kha lein.</w:t>
      </w:r>
    </w:p>
    <w:p>
      <w:pPr>
        <w:jc w:val="right"/>
      </w:pPr>
      <w:r>
        <w:t>دیکھیں، جلدی کا مطلب یہ نہیں کہ ٹائم سے پہلے کھا لیں۔</w:t>
      </w:r>
    </w:p>
    <w:p>
      <w:r>
        <w:rPr>
          <w:b/>
        </w:rPr>
        <w:t xml:space="preserve">[19:07] </w:t>
      </w:r>
      <w:r>
        <w:t>ke time agar is par ek chhe baje hai to das minute pehle hi iftar kar lein, yeh matlab nahi hai. Is ka matlab hai ke time hote hi iftar kar lein.</w:t>
      </w:r>
    </w:p>
    <w:p>
      <w:pPr>
        <w:jc w:val="right"/>
      </w:pPr>
      <w:r>
        <w:t>کہ ٹائم اگر اس پر ایک چھ بجے ہے تو دس منٹ پہلے ہی افطار کر لیں، یہ مطلب نہیں ہے۔ اس کا مطلب ہے کہ ٹائم ہوتے ہی افطار کر لیں۔</w:t>
      </w:r>
    </w:p>
    <w:p>
      <w:r>
        <w:rPr>
          <w:b/>
        </w:rPr>
        <w:t xml:space="preserve">[19:19] </w:t>
      </w:r>
      <w:r>
        <w:t>farzi ki chhe baj kar teen minute par hai to chhe baj kar teen minute par foran iftar kar lein.</w:t>
      </w:r>
    </w:p>
    <w:p>
      <w:pPr>
        <w:jc w:val="right"/>
      </w:pPr>
      <w:r>
        <w:t>فرضی کی چھ بج کر تین منٹ پر ہے تو چھ بج کر تین منٹ پر فوراً افطار کر لیں۔</w:t>
      </w:r>
    </w:p>
    <w:p>
      <w:r>
        <w:rPr>
          <w:b/>
        </w:rPr>
        <w:t xml:space="preserve">[19:26] </w:t>
      </w:r>
      <w:r>
        <w:t>aaj kal riwaj hai ehtiyati taakhir ka, yaani chhe baj kar teen minute par hai to do minute ehtiyat kar le kar ke woh chhe baj kar paanch minute par iftar karein ge.</w:t>
      </w:r>
    </w:p>
    <w:p>
      <w:pPr>
        <w:jc w:val="right"/>
      </w:pPr>
      <w:r>
        <w:t>آج کل رواج ہے احتیاطی تاخیر کا، یعنی چھ بج کر تین منٹ پر ہے تو دو منٹ احتیاط کر لے کر کے وہ چھ بج کر پانچ منٹ پر افطار کریں گے۔</w:t>
      </w:r>
    </w:p>
    <w:p>
      <w:r>
        <w:rPr>
          <w:b/>
        </w:rPr>
        <w:t xml:space="preserve">[19:39] </w:t>
      </w:r>
      <w:r>
        <w:t>is ko Rasool Allah ne mana kiya. Lekin is mein jo yeh yeh jo aaya hai</w:t>
      </w:r>
    </w:p>
    <w:p>
      <w:pPr>
        <w:jc w:val="right"/>
      </w:pPr>
      <w:r>
        <w:t>اس کو رسول اللہ نے منع کیا۔ لیکن اس میں جو یہ یہ جو آیا ہے</w:t>
      </w:r>
    </w:p>
    <w:p>
      <w:r>
        <w:rPr>
          <w:b/>
        </w:rPr>
        <w:t xml:space="preserve">[19:45] </w:t>
      </w:r>
      <w:r>
        <w:t>ke meri ummat is waqt tak khair par rahe gi jab tak woh iftar mein jaldi kare, ma ajjal al fitr, to is ka matlab kya hai?</w:t>
      </w:r>
    </w:p>
    <w:p>
      <w:pPr>
        <w:jc w:val="right"/>
      </w:pPr>
      <w:r>
        <w:t>کہ میری امت اس وقت تک خیر پر رہے گی جب تک وہ افطار میں جلدی کرے، ما اجل الفطر، تو اس کا مطلب کیا ہے؟</w:t>
      </w:r>
    </w:p>
    <w:p>
      <w:r>
        <w:rPr>
          <w:b/>
        </w:rPr>
        <w:t xml:space="preserve">[19:57] </w:t>
      </w:r>
      <w:r>
        <w:t>is par maine socha to meri sar mein yeh baat aati hai ke iftar mein</w:t>
      </w:r>
    </w:p>
    <w:p>
      <w:pPr>
        <w:jc w:val="right"/>
      </w:pPr>
      <w:r>
        <w:t>اس پر میں نے سوچا تو میری سر میں یہ بات آتی ہے کہ افطار میں</w:t>
      </w:r>
    </w:p>
    <w:p>
      <w:r>
        <w:rPr>
          <w:b/>
        </w:rPr>
        <w:t xml:space="preserve">[20:03] </w:t>
      </w:r>
      <w:r>
        <w:t>der karna ehtiyat ka naam le kar yeh darasal alamat hai millat ke, Muslim millat ke, yaani decline ki,</w:t>
      </w:r>
    </w:p>
    <w:p>
      <w:pPr>
        <w:jc w:val="right"/>
      </w:pPr>
      <w:r>
        <w:t>دیر کرنا احتیاط کا نام لے کر یہ دراصل علامت ہے ملت کے، مسلم ملت کے، یعنی ڈیکلائن کی،</w:t>
      </w:r>
    </w:p>
    <w:p>
      <w:r>
        <w:rPr>
          <w:b/>
        </w:rPr>
        <w:t xml:space="preserve">[20:19] </w:t>
      </w:r>
      <w:r>
        <w:t>zawaal ki. Jab qaum par woh waqt aa jata hai jis ko decline kehte hain, zawaal aa jata hai to kya hota hai ke form hi sab kuch ban jata hai,</w:t>
      </w:r>
    </w:p>
    <w:p>
      <w:pPr>
        <w:jc w:val="right"/>
      </w:pPr>
      <w:r>
        <w:t>زوال کی۔ جب قوم پر وہ وقت آ جاتا ہے جس کو ڈیکلائن کہتے ہیں، زوال آ جاتا ہے تو کیا ہوتا ہے کہ فارم ہی سب کچھ بن جاتا ہے،</w:t>
      </w:r>
    </w:p>
    <w:p>
      <w:r>
        <w:rPr>
          <w:b/>
        </w:rPr>
        <w:t xml:space="preserve">[20:34] </w:t>
      </w:r>
      <w:r>
        <w:t>spirit ghayab ho jati hai.</w:t>
      </w:r>
    </w:p>
    <w:p>
      <w:pPr>
        <w:jc w:val="right"/>
      </w:pPr>
      <w:r>
        <w:t>اسپرٹ غائب ہو جاتی ہے۔</w:t>
      </w:r>
    </w:p>
    <w:p>
      <w:r>
        <w:rPr>
          <w:b/>
        </w:rPr>
        <w:t xml:space="preserve">[20:37] </w:t>
      </w:r>
      <w:r>
        <w:t>yaani millat jab ek living millat ho to is mein spirit ko zyada emphasis kiya jayega. Aur jab millat dead jab ban jaye, decline ho jaye, is par aa jaye woh to kya hoga?</w:t>
      </w:r>
    </w:p>
    <w:p>
      <w:pPr>
        <w:jc w:val="right"/>
      </w:pPr>
      <w:r>
        <w:t>یعنی ملت جب ایک لیونگ ملت ہو تو اس میں اسپرٹ کو زیادہ ایمفیسز کیا جائے گا۔ اور جب ملت ڈیڈ جب بن جائے، ڈیکلائن ہو جائے، اس پر آ جائے وہ تو کیا ہوگا؟</w:t>
      </w:r>
    </w:p>
    <w:p>
      <w:r>
        <w:rPr>
          <w:b/>
        </w:rPr>
        <w:t xml:space="preserve">[20:52] </w:t>
      </w:r>
      <w:r>
        <w:t>form par saara zor diya jane lage ga,</w:t>
      </w:r>
    </w:p>
    <w:p>
      <w:pPr>
        <w:jc w:val="right"/>
      </w:pPr>
      <w:r>
        <w:t>فارم پر سارا زور دیا جانے لگے گا،</w:t>
      </w:r>
    </w:p>
    <w:p>
      <w:r>
        <w:rPr>
          <w:b/>
        </w:rPr>
        <w:t xml:space="preserve">[20:56] </w:t>
      </w:r>
      <w:r>
        <w:t>spirit ghayab aur form ki dhoom rahe gi. Yeh jo farmaya ke der karna iftar mein yeh achhi alamat nahi hai, is ka matlab kya hai?</w:t>
      </w:r>
    </w:p>
    <w:p>
      <w:pPr>
        <w:jc w:val="right"/>
      </w:pPr>
      <w:r>
        <w:t>اسپرٹ غائب اور فارم کی دھوم رہے گی۔ یہ جو فرمایا کہ دیر کرنا افطار میں یہ اچھی علامت نہیں ہے، اس کا مطلب کیا ہے؟</w:t>
      </w:r>
    </w:p>
    <w:p>
      <w:r>
        <w:rPr>
          <w:b/>
        </w:rPr>
        <w:t xml:space="preserve">[21:07] </w:t>
      </w:r>
      <w:r>
        <w:t>ke jab aisa hamari millat Islam mein hoga</w:t>
      </w:r>
    </w:p>
    <w:p>
      <w:pPr>
        <w:jc w:val="right"/>
      </w:pPr>
      <w:r>
        <w:t>کہ جب ایسا ہماری ملت اسلام میں ہوگا</w:t>
      </w:r>
    </w:p>
    <w:p>
      <w:r>
        <w:rPr>
          <w:b/>
        </w:rPr>
        <w:t xml:space="preserve">[21:12] </w:t>
      </w:r>
      <w:r>
        <w:t>to woh is baat ki ek ek ek sign hoga, is baat ki pehchan hogi ke qaum decline par aa chuki hai. Yaani is daur mein aa chuki hai jabke form hi ko woh ibadat samajh leti hai.</w:t>
      </w:r>
    </w:p>
    <w:p>
      <w:pPr>
        <w:jc w:val="right"/>
      </w:pPr>
      <w:r>
        <w:t>تو وہ اس بات کی ایک ایک ایک سائن ہوگا، اس بات کی پہچان ہوگی کہ قوم ڈیکلائن پر آ چکی ہے۔ یعنی اس دور میں آ چکی ہے جبکہ فارم ہی کو وہ عبادت سمجھ لیتی ہے۔</w:t>
      </w:r>
    </w:p>
    <w:p>
      <w:r>
        <w:rPr>
          <w:b/>
        </w:rPr>
        <w:t xml:space="preserve">[21:27] </w:t>
      </w:r>
      <w:r>
        <w:t>woh form mein</w:t>
      </w:r>
    </w:p>
    <w:p>
      <w:pPr>
        <w:jc w:val="right"/>
      </w:pPr>
      <w:r>
        <w:t>وہ فارم میں</w:t>
      </w:r>
    </w:p>
    <w:p>
      <w:r>
        <w:rPr>
          <w:b/>
        </w:rPr>
        <w:t xml:space="preserve">[21:29] </w:t>
      </w:r>
      <w:r>
        <w:t>dhoom machayegi, form par zyada emphasis degi. Woh kahe gi: "Sahib, do minute tak ehtiyat barha lo is mein." Aur jab zinda rahenge log to kahenge: "Ehtiyat kis baat ki?</w:t>
      </w:r>
    </w:p>
    <w:p>
      <w:pPr>
        <w:jc w:val="right"/>
      </w:pPr>
      <w:r>
        <w:t>دھوم مچائے گی، فارم پر زیادہ ایمفیسز دے گی۔ وہ کہے گی: "صاحب، دو منٹ تک احتیاط بڑھا لو اس میں۔" اور جب زندہ رہیں گے لوگ تو کہیں گے: "احتیاط کس بات کی؟</w:t>
      </w:r>
    </w:p>
    <w:p>
      <w:r>
        <w:rPr>
          <w:b/>
        </w:rPr>
        <w:t xml:space="preserve">[21:40] </w:t>
      </w:r>
      <w:r>
        <w:t>Khuda ne kaha hai ke suraj doobne par iftar karo." Jab suraj dooba to iftar kar lenge foran.</w:t>
      </w:r>
    </w:p>
    <w:p>
      <w:pPr>
        <w:jc w:val="right"/>
      </w:pPr>
      <w:r>
        <w:t>خدا نے کہا ہے کہ سورج ڈوبنے پر افطار کرو۔" جب سورج ڈوبا تو افطار کر لیں گے فوراً۔</w:t>
      </w:r>
    </w:p>
    <w:p>
      <w:r>
        <w:rPr>
          <w:b/>
        </w:rPr>
        <w:t xml:space="preserve">[21:47] </w:t>
      </w:r>
      <w:r>
        <w:t>Zinda jab zindagi hoti hai tab yeh hoga. Aaj kal dekhiye, aaj kal to ghadiyon se aap theek theek time pata kar sakte hain.</w:t>
      </w:r>
    </w:p>
    <w:p>
      <w:pPr>
        <w:jc w:val="right"/>
      </w:pPr>
      <w:r>
        <w:t>زندہ جب زندگی ہوتی ہے تب یہ ہوگا۔ آج کل دیکھیے، آج کل تو گھڑیوں سے آپ ٹھیک ٹھیک ٹائم پتہ کر سکتے ہیں۔</w:t>
      </w:r>
    </w:p>
    <w:p>
      <w:r>
        <w:rPr>
          <w:b/>
        </w:rPr>
        <w:t xml:space="preserve">[22:00] </w:t>
      </w:r>
      <w:r>
        <w:t>aap jante hain ke observability ke zariye se</w:t>
      </w:r>
    </w:p>
    <w:p>
      <w:pPr>
        <w:jc w:val="right"/>
      </w:pPr>
      <w:r>
        <w:t>آپ جانتے ہیں کہ ابزرویٹی کے ذریعے سے</w:t>
      </w:r>
    </w:p>
    <w:p>
      <w:r>
        <w:rPr>
          <w:b/>
        </w:rPr>
        <w:t xml:space="preserve">[22:06] </w:t>
      </w:r>
      <w:r>
        <w:t>wash kiya jata hai, yani space ki bodies ko, solar system ko, aur greenwich mein baqayda is ka bohat bara intizam hai.</w:t>
      </w:r>
    </w:p>
    <w:p>
      <w:pPr>
        <w:jc w:val="right"/>
      </w:pPr>
      <w:r>
        <w:t>واش کیا جاتا ہے، یعنی سپیس کی باڈیز کو، سولر سسٹم کو، اور گرین وچ میں باقاعدہ اس کا بہت بڑا انتظام ہے۔</w:t>
      </w:r>
    </w:p>
    <w:p>
      <w:r>
        <w:rPr>
          <w:b/>
        </w:rPr>
        <w:t xml:space="preserve">[22:18] </w:t>
      </w:r>
      <w:r>
        <w:t>is se hum ko time milta hai. to second to second time hamein maloom hota rehta hai. hum pata kar sakte hain ke aaj</w:t>
      </w:r>
    </w:p>
    <w:p>
      <w:pPr>
        <w:jc w:val="right"/>
      </w:pPr>
      <w:r>
        <w:t>اس سے ہم کو ٹائم ملتا ہے۔ تو سیکنڈ ٹو سیکنڈ ٹائم ہمیں معلوم ہوتا رہتا ہے۔ ہم پتہ کر سکتے ہیں کہ آج</w:t>
      </w:r>
    </w:p>
    <w:p>
      <w:r>
        <w:rPr>
          <w:b/>
        </w:rPr>
        <w:t xml:space="preserve">[22:27] </w:t>
      </w:r>
      <w:r>
        <w:t>kitne baj kar kitne minute ke second par suraj doobay ga. suraj doobne ka matlab kya hai? is ka matlab yeh hai ke yeh jo zameen hai, earth, to is ke ufuq ke</w:t>
      </w:r>
    </w:p>
    <w:p>
      <w:pPr>
        <w:jc w:val="right"/>
      </w:pPr>
      <w:r>
        <w:t>کتنے بج کر کتنے منٹ کے سیکنڈ پر سورج ڈوبے گا۔ سورج ڈوبنے کا مطلب کیا ہے؟ اس کا مطلب یہ ہے کہ یہ جو زمین ہے، ارتھ، تو اس کے افق کے</w:t>
      </w:r>
    </w:p>
    <w:p>
      <w:r>
        <w:rPr>
          <w:b/>
        </w:rPr>
        <w:t xml:space="preserve">[22:45] </w:t>
      </w:r>
      <w:r>
        <w:t>ath darja jab neeche suraj chala jaye to isi ko kehte hain hum suraj doobna. aur ath darjay se oopar rahe to is mani ke abhi suraj dooba nahi hai.</w:t>
      </w:r>
    </w:p>
    <w:p>
      <w:pPr>
        <w:jc w:val="right"/>
      </w:pPr>
      <w:r>
        <w:t>اٹھ درجہ جب نیچے سورج چلا جائے تو اسی کو کہتے ہیں ہم سورج ڈوبنا۔ اور اٹھ درجے سے اوپر رہے تو اس معنی کہ ابھی سورج ڈوبا نہیں ہے۔</w:t>
      </w:r>
    </w:p>
    <w:p>
      <w:r>
        <w:rPr>
          <w:b/>
        </w:rPr>
        <w:t xml:space="preserve">[22:58] </w:t>
      </w:r>
      <w:r>
        <w:t>to jab woh waqt aa jaye, is ko hum sun set kehte hain. to bas idhar sun set hua, is idhar aap iftar kar lijiye.</w:t>
      </w:r>
    </w:p>
    <w:p>
      <w:pPr>
        <w:jc w:val="right"/>
      </w:pPr>
      <w:r>
        <w:t>تو جب وہ وقت آ جائے، اس کو ہم سن سیٹ کہتے ہیں۔ تو بس ادھر سن سیٹ ہوا، اس ادھر آپ افطار کر لیجئے۔</w:t>
      </w:r>
    </w:p>
    <w:p>
      <w:r>
        <w:rPr>
          <w:b/>
        </w:rPr>
        <w:t xml:space="preserve">[23:08] </w:t>
      </w:r>
      <w:r>
        <w:t>to yeh bohat hi bas mein kehta hoon ke ek bohat hi achi alamat nahi hai ke log ehtiyat ke naam par der kar ke iftar kiya karen.</w:t>
      </w:r>
    </w:p>
    <w:p>
      <w:pPr>
        <w:jc w:val="right"/>
      </w:pPr>
      <w:r>
        <w:t>تو یہ بہت ہی بس میں کہتا ہوں کہ ایک بہت ہی اچھی علامت نہیں ہے کہ لوگ احتیاط کے نام پر دیر کر کے افطار کیا کریں۔</w:t>
      </w:r>
    </w:p>
    <w:p>
      <w:r>
        <w:rPr>
          <w:b/>
        </w:rPr>
        <w:t xml:space="preserve">[23:19] </w:t>
      </w:r>
      <w:r>
        <w:t>kyun ke woh is baat ki pehchan hai ke log ab form ke daur mein aa gaye hain, spirit ka daur khatm ho gaya hai.</w:t>
      </w:r>
    </w:p>
    <w:p>
      <w:pPr>
        <w:jc w:val="right"/>
      </w:pPr>
      <w:r>
        <w:t>کیونکہ وہ اس بات کی پہچان ہے کہ لوگ اب فارم کے دور میں آ گئے ہیں، اسپرٹ کا دور ختم ہو گیا ہے۔</w:t>
      </w:r>
    </w:p>
    <w:p>
      <w:r>
        <w:rPr>
          <w:b/>
        </w:rPr>
        <w:t xml:space="preserve">[23:29] </w:t>
      </w:r>
      <w:r>
        <w:t>ab mein aap ko yeh kehna chahunga ke roza jo hai, aaj kal hum jis tarah rakhte hain, aise hamesha se nahi tha.</w:t>
      </w:r>
    </w:p>
    <w:p>
      <w:pPr>
        <w:jc w:val="right"/>
      </w:pPr>
      <w:r>
        <w:t>اب میں آپ کو یہ کہنا چاہوں گا کہ روزہ جو ہے، آج کل ہم جس طرح رکھتے ہیں، ایسے ہمیشہ سے نہیں تھا۔</w:t>
      </w:r>
    </w:p>
    <w:p>
      <w:r>
        <w:rPr>
          <w:b/>
        </w:rPr>
        <w:t xml:space="preserve">[23:39] </w:t>
      </w:r>
      <w:r>
        <w:t>aap jante hain ke rasool Allah sal Allah alayhi wasallam makkah mein peghambar banaye gaye 610 eesvi mein. to us waqt kya tha?</w:t>
      </w:r>
    </w:p>
    <w:p>
      <w:pPr>
        <w:jc w:val="right"/>
      </w:pPr>
      <w:r>
        <w:t>آپ جانتے ہیں کہ رسول اللہ صلی اللہ علیہ وسلم مکہ میں پیغمبر بنائے گئے 610 عیسوی میں۔ تو اس وقت کیا تھا؟</w:t>
      </w:r>
    </w:p>
    <w:p>
      <w:r>
        <w:rPr>
          <w:b/>
        </w:rPr>
        <w:t xml:space="preserve">[23:51] </w:t>
      </w:r>
      <w:r>
        <w:t>us waqt roze ke kuch din muqarrar nahi thay. shuru mein</w:t>
      </w:r>
    </w:p>
    <w:p>
      <w:pPr>
        <w:jc w:val="right"/>
      </w:pPr>
      <w:r>
        <w:t>اس وقت روزے کے کچھ دن مقرر نہیں تھے۔ شروع میں</w:t>
      </w:r>
    </w:p>
    <w:p>
      <w:r>
        <w:rPr>
          <w:b/>
        </w:rPr>
        <w:t xml:space="preserve">[23:57] </w:t>
      </w:r>
      <w:r>
        <w:t>kisi ne ek roza rakh liya, kisi ne do char roza rakh liya. kuch fix nahi tha kitna roza rakhna hai. makkah ke shuru mein isi tarah chalta raha yeh silsila 13 saal tak.</w:t>
      </w:r>
    </w:p>
    <w:p>
      <w:pPr>
        <w:jc w:val="right"/>
      </w:pPr>
      <w:r>
        <w:t>کسی نے ایک روزہ رکھ لیا، کسی نے دو چار روزہ رکھ لیا۔ کچھ فکس نہیں تھا کتنا روزہ رکھنا ہے۔ مکے کے شروع میں اسی طرح چلتا رہا یہ سلسلہ 13 سال تک۔</w:t>
      </w:r>
    </w:p>
    <w:p>
      <w:r>
        <w:rPr>
          <w:b/>
        </w:rPr>
        <w:t xml:space="preserve">[24:12] </w:t>
      </w:r>
      <w:r>
        <w:t>phir jab madina aaye, madina 13 saal ke baad, tab bhi madina aate hi roza is tareeqay se farz nahi kiya gaya ke ek mahine ka roza.</w:t>
      </w:r>
    </w:p>
    <w:p>
      <w:pPr>
        <w:jc w:val="right"/>
      </w:pPr>
      <w:r>
        <w:t>پھر جب مدینہ آئے، مدینہ 13 سال کے بعد، تب بھی مدینہ آتے ہی روزہ اس طریقے سے فرض نہیں کیا گیا کہ ایک مہینے کا روزہ۔</w:t>
      </w:r>
    </w:p>
    <w:p>
      <w:r>
        <w:rPr>
          <w:b/>
        </w:rPr>
        <w:t xml:space="preserve">[24:28] </w:t>
      </w:r>
      <w:r>
        <w:t>yeh rasool Allah sal Allah alayhi wasallam shuru ke ek ek period tak aap ne aisa kiya ke yahood ka jo tareeqa tha, us ko aap ne apna liya.</w:t>
      </w:r>
    </w:p>
    <w:p>
      <w:pPr>
        <w:jc w:val="right"/>
      </w:pPr>
      <w:r>
        <w:t>یہ رسول اللہ صلی اللہ علیہ وسلم شروع کے ایک ایک پیریڈ تک آپ نے ایسا کیا کہ یہود کا جو طریقہ تھا، اس کو آپ نے اپنا لیا۔</w:t>
      </w:r>
    </w:p>
    <w:p>
      <w:r>
        <w:rPr>
          <w:b/>
        </w:rPr>
        <w:t xml:space="preserve">[24:44] </w:t>
      </w:r>
      <w:r>
        <w:t>madine mein yahood thay.</w:t>
      </w:r>
    </w:p>
    <w:p>
      <w:pPr>
        <w:jc w:val="right"/>
      </w:pPr>
      <w:r>
        <w:t>مدینے میں یہود تھے۔</w:t>
      </w:r>
    </w:p>
    <w:p>
      <w:r>
        <w:rPr>
          <w:b/>
        </w:rPr>
        <w:t xml:space="preserve">[24:48] </w:t>
      </w:r>
      <w:r>
        <w:t>is zamane mein yahood jo thay, apni shariyat ke mutabiq das roze har saal rakhte thay.</w:t>
      </w:r>
    </w:p>
    <w:p>
      <w:pPr>
        <w:jc w:val="right"/>
      </w:pPr>
      <w:r>
        <w:t>اس زمانے میں یہود جو تھے، اپنی شریعت کے مطابق دس روزے ہر سال رکھتے تھے۔</w:t>
      </w:r>
    </w:p>
    <w:p>
      <w:r>
        <w:rPr>
          <w:b/>
        </w:rPr>
        <w:t xml:space="preserve">[24:58] </w:t>
      </w:r>
      <w:r>
        <w:t>das roze har saal. to rasool Allah sal Allah alayhi wasallam ne bhi aur sahaba ne bhi</w:t>
      </w:r>
    </w:p>
    <w:p>
      <w:pPr>
        <w:jc w:val="right"/>
      </w:pPr>
      <w:r>
        <w:t>دس روزے ہر سال۔ تو رسول اللہ صلی اللہ علیہ وسلم نے بھی اور صحابہ نے بھی</w:t>
      </w:r>
    </w:p>
    <w:p>
      <w:r>
        <w:rPr>
          <w:b/>
        </w:rPr>
        <w:t xml:space="preserve">[25:04] </w:t>
      </w:r>
      <w:r>
        <w:t>das roze rakhe shuru mein. phir quran ki woh ayat utri ke shahr Ramadan alladhi al quran khuda wal furqan ke ek mahine ka roza farz kiya gaya.</w:t>
      </w:r>
    </w:p>
    <w:p>
      <w:pPr>
        <w:jc w:val="right"/>
      </w:pPr>
      <w:r>
        <w:t>دس روزے رکھے شروع میں۔ پھر قرآن کی وہ آیت اتری کہ شهر رمضان الذی القرآن خدا والفرقان کہ ایک مہینے کا روزہ فرض کیا گیا۔</w:t>
      </w:r>
    </w:p>
    <w:p>
      <w:r>
        <w:rPr>
          <w:b/>
        </w:rPr>
        <w:t xml:space="preserve">[25:19] </w:t>
      </w:r>
      <w:r>
        <w:t>to goya roze ke teen daur hue.</w:t>
      </w:r>
    </w:p>
    <w:p>
      <w:pPr>
        <w:jc w:val="right"/>
      </w:pPr>
      <w:r>
        <w:t>تو گویا روزے کے تین دور ہوئے۔</w:t>
      </w:r>
    </w:p>
    <w:p>
      <w:r>
        <w:rPr>
          <w:b/>
        </w:rPr>
        <w:t xml:space="preserve">[25:22] </w:t>
      </w:r>
      <w:r>
        <w:t>shuru mein koi tadad mutayyan nahi. baad ko das din ki tadad mutayyan hui. phir baad ko 30 din ki tadad mutayyan hui.</w:t>
      </w:r>
    </w:p>
    <w:p>
      <w:pPr>
        <w:jc w:val="right"/>
      </w:pPr>
      <w:r>
        <w:t>شروع میں کوئی تعداد متعین نہیں۔ بعد کو دس دن کی تعداد متعین ہوئی۔ پھر بعد کو 30 دن کی تعداد متعین ہوئی۔</w:t>
      </w:r>
    </w:p>
    <w:p>
      <w:r>
        <w:rPr>
          <w:b/>
        </w:rPr>
        <w:t xml:space="preserve">[25:33] </w:t>
      </w:r>
      <w:r>
        <w:t>yahan mein yeh kehna chahta hoon ke yeh sirf is ka matlab yeh nahi ke sirf rasool Allah ke zamane mein aisa tha.</w:t>
      </w:r>
    </w:p>
    <w:p>
      <w:pPr>
        <w:jc w:val="right"/>
      </w:pPr>
      <w:r>
        <w:t>یہاں میں یہ کہنا چاہتا ہوں کہ یہ صرف اس کا مطلب یہ نہیں کہ صرف رسول اللہ کے زمانے میں ایسا تھا۔</w:t>
      </w:r>
    </w:p>
    <w:p>
      <w:r>
        <w:rPr>
          <w:b/>
        </w:rPr>
        <w:t xml:space="preserve">[25:41] </w:t>
      </w:r>
      <w:r>
        <w:t>aaj bhi yahi kuch hai. is ko achi tarah samajh lijiye. jo log samajhte hain ke woh sab pichla daur mansookh ho chuka hai, bilkul galat samajhte hain.</w:t>
      </w:r>
    </w:p>
    <w:p>
      <w:pPr>
        <w:jc w:val="right"/>
      </w:pPr>
      <w:r>
        <w:t>آج بھی یہی کچھ ہے۔ اس کو اچھی طرح سمجھ لیجئے۔ جو لوگ سمجھتے ہیں کہ وہ سب پچھلا دور منسوخ ہو چکا ہے، بالکل غلط سمجھتے ہیں۔</w:t>
      </w:r>
    </w:p>
    <w:p>
      <w:r>
        <w:rPr>
          <w:b/>
        </w:rPr>
        <w:t xml:space="preserve">[25:51] </w:t>
      </w:r>
      <w:r>
        <w:t>woh Islam mein koi cheez kabhi mansookh nahi hoti, cancel nahi hoti,</w:t>
      </w:r>
    </w:p>
    <w:p>
      <w:pPr>
        <w:jc w:val="right"/>
      </w:pPr>
      <w:r>
        <w:t>وہ اسلام میں کوئی چیز کبھی منسوخ نہیں ہوتی، کینسل نہیں ہوتی،</w:t>
      </w:r>
    </w:p>
    <w:p>
      <w:r>
        <w:rPr>
          <w:b/>
        </w:rPr>
        <w:t xml:space="preserve">[25:57] </w:t>
      </w:r>
      <w:r>
        <w:t>abrogate nahi hoti. woh kya cheez hai? sare Islam ke jo commandments hain, woh hain according to the situation.</w:t>
      </w:r>
    </w:p>
    <w:p>
      <w:pPr>
        <w:jc w:val="right"/>
      </w:pPr>
      <w:r>
        <w:t>ایبروگیٹ نہیں ہوتی۔ وہ کیا چیز ہے؟ سارے اسلام کے جو کمانڈمنٹس ہیں، وہ ہیں اکارڈنگ ٹو دا سچوئیشن۔</w:t>
      </w:r>
    </w:p>
    <w:p>
      <w:r>
        <w:rPr>
          <w:b/>
        </w:rPr>
        <w:t xml:space="preserve">[26:09] </w:t>
      </w:r>
      <w:r>
        <w:t>yani agar dobara woh situation create ho jaye</w:t>
      </w:r>
    </w:p>
    <w:p>
      <w:pPr>
        <w:jc w:val="right"/>
      </w:pPr>
      <w:r>
        <w:t>یعنی اگر دوبارہ وہ سچوئیشن کریٹ ہو جائے</w:t>
      </w:r>
    </w:p>
    <w:p>
      <w:r>
        <w:rPr>
          <w:b/>
        </w:rPr>
        <w:t xml:space="preserve">[26:15] </w:t>
      </w:r>
      <w:r>
        <w:t>jo makkah mein thi to makkah wala roza aa jayega. woh situation agar create ho jaye jo madine ke shuru mein thi to shuru wala roza aa jayega.</w:t>
      </w:r>
    </w:p>
    <w:p>
      <w:pPr>
        <w:jc w:val="right"/>
      </w:pPr>
      <w:r>
        <w:t>جو مکے میں تھی تو مکے والا روزہ آ جائے گا۔ وہ سچوئیشن اگر کریٹ ہو جائے جو مدینے کے شروع میں تھی تو شروع والا روزہ آ جائے گا۔</w:t>
      </w:r>
    </w:p>
    <w:p>
      <w:r>
        <w:rPr>
          <w:b/>
        </w:rPr>
        <w:t xml:space="preserve">[26:26] </w:t>
      </w:r>
      <w:r>
        <w:t>aur agar woh situation create ho jaye jo madine ke yani second half mein thi to woh roza hum par apply hone lagega.</w:t>
      </w:r>
    </w:p>
    <w:p>
      <w:pPr>
        <w:jc w:val="right"/>
      </w:pPr>
      <w:r>
        <w:t>اور اگر وہ سچوئیشن کریٹ ہو جائے جو مدینے کے یعنی سیکنڈ ہاف میں تھی تو وہ روزہ ہم پر اپلائی ہونے لگے گا۔</w:t>
      </w:r>
    </w:p>
    <w:p>
      <w:r>
        <w:rPr>
          <w:b/>
        </w:rPr>
        <w:t xml:space="preserve">[26:34] </w:t>
      </w:r>
      <w:r>
        <w:t>to yeh jo yeh jo teen period hain roze ke, to woh teeno ke teeno according to situation hai.</w:t>
      </w:r>
    </w:p>
    <w:p>
      <w:pPr>
        <w:jc w:val="right"/>
      </w:pPr>
      <w:r>
        <w:t>تو یہ جو یہ جو تین پیریڈ ہیں روزے کے، تو وہ تینوں کے تینوں اکارڈنگ ٹو سچوئیشن ہے۔</w:t>
      </w:r>
    </w:p>
    <w:p>
      <w:r>
        <w:rPr>
          <w:b/>
        </w:rPr>
        <w:t xml:space="preserve">[26:44] </w:t>
      </w:r>
      <w:r>
        <w:t>jaisi aap ki situation ho, uske mutabiq aap ko haq hai, right hai ke aap amal karen.</w:t>
      </w:r>
    </w:p>
    <w:p>
      <w:pPr>
        <w:jc w:val="right"/>
      </w:pPr>
      <w:r>
        <w:t>جیسی آپ کی سچوئیشن ہو، اس کے مطابق آپ کو حق ہے، رائٹ ہے کہ آپ عمل کریں۔</w:t>
      </w:r>
    </w:p>
    <w:p>
      <w:r>
        <w:rPr>
          <w:b/>
        </w:rPr>
        <w:t xml:space="preserve">[26:55] </w:t>
      </w:r>
      <w:r>
        <w:t>ab mein aap ko</w:t>
      </w:r>
    </w:p>
    <w:p>
      <w:pPr>
        <w:jc w:val="right"/>
      </w:pPr>
      <w:r>
        <w:t>اب میں آپ کو</w:t>
      </w:r>
    </w:p>
    <w:p>
      <w:r>
        <w:rPr>
          <w:b/>
        </w:rPr>
        <w:t xml:space="preserve">[26:58] </w:t>
      </w:r>
      <w:r>
        <w:t>ek aur baat kehna chahunga.</w:t>
      </w:r>
    </w:p>
    <w:p>
      <w:pPr>
        <w:jc w:val="right"/>
      </w:pPr>
      <w:r>
        <w:t>ایک اور بات کہنا چاہوں گا۔</w:t>
      </w:r>
    </w:p>
    <w:p>
      <w:r>
        <w:rPr>
          <w:b/>
        </w:rPr>
        <w:t xml:space="preserve">[27:03] </w:t>
      </w:r>
      <w:r>
        <w:t>ek hadith hai ke la yqoolan ahadakum sumt ramzan kal</w:t>
      </w:r>
    </w:p>
    <w:p>
      <w:pPr>
        <w:jc w:val="right"/>
      </w:pPr>
      <w:r>
        <w:t>ایک حدیث ہے کہ لا یقولن احدکم سمت رمضان کل</w:t>
      </w:r>
    </w:p>
    <w:p>
      <w:r>
        <w:rPr>
          <w:b/>
        </w:rPr>
        <w:t xml:space="preserve">[27:17] </w:t>
      </w:r>
      <w:r>
        <w:t>yeh bohat hi ajeeb baat hai. isko aap ghor se suniye. rasool Allah ne farmaya ke tum mein se koi shakhs hargiz aisa na kare ke woh yeh kahe ke maine poore ramzan ke roze rakhay.</w:t>
      </w:r>
    </w:p>
    <w:p>
      <w:pPr>
        <w:jc w:val="right"/>
      </w:pPr>
      <w:r>
        <w:t>یہ بہت ہی عجیب بات ہے۔ اس کو آپ غور سے سنیے۔ رسول اللہ نے فرمایا کہ تم میں سے کوئی شخص ہرگز ایسا نہ کرے کہ وہ یہ کہے کہ میں نے پورے رمضان کے روزے رکھے۔</w:t>
      </w:r>
    </w:p>
    <w:p>
      <w:r>
        <w:rPr>
          <w:b/>
        </w:rPr>
        <w:t xml:space="preserve">[27:31] </w:t>
      </w:r>
      <w:r>
        <w:t>badi sochne ki baat hai. yeh sahi hadith hai</w:t>
      </w:r>
    </w:p>
    <w:p>
      <w:pPr>
        <w:jc w:val="right"/>
      </w:pPr>
      <w:r>
        <w:t>بڑی سوچنے کی بات ہے۔ یہ صحیح حدیث ہے</w:t>
      </w:r>
    </w:p>
    <w:p>
      <w:r>
        <w:rPr>
          <w:b/>
        </w:rPr>
        <w:t xml:space="preserve">[27:35] </w:t>
      </w:r>
      <w:r>
        <w:t>ke aap ne farmaya ke tum mein se koi shakhs hargiz aisa na kare ke yeh kahe ke maine to ramzan ke sare roze rakh liye. isko samajhne ke liye aap thoda sa is mein aap ko izafa karna padega.</w:t>
      </w:r>
    </w:p>
    <w:p>
      <w:pPr>
        <w:jc w:val="right"/>
      </w:pPr>
      <w:r>
        <w:t>کہ آپ نے فرمایا کہ تم میں سے کوئی شخص ہرگز ایسا نہ کرے کہ یہ کہے کہ میں نے تو رمضان کے سارے روزے رکھ لیے۔ اس کو سمجھنے کے لیے آپ تھوڑا سا اس میں آپ کو اضافہ کرنا پڑے گا۔</w:t>
      </w:r>
    </w:p>
    <w:p>
      <w:r>
        <w:rPr>
          <w:b/>
        </w:rPr>
        <w:t xml:space="preserve">[27:50] </w:t>
      </w:r>
      <w:r>
        <w:t>yani yeh jo aaj kal aap dekhte hain, kisi se poochein to kya kahega? alhamdulillah, mein to sare roze rakh liye.</w:t>
      </w:r>
    </w:p>
    <w:p>
      <w:pPr>
        <w:jc w:val="right"/>
      </w:pPr>
      <w:r>
        <w:t>یعنی یہ جو آج کل آپ دیکھتے ہیں، کسی سے پوچھیں تو کیا کہے گا؟ الحمدللہ، میں تو سارے روزے رکھ لیے۔</w:t>
      </w:r>
    </w:p>
    <w:p>
      <w:r>
        <w:rPr>
          <w:b/>
        </w:rPr>
        <w:t xml:space="preserve">[27:59] </w:t>
      </w:r>
      <w:r>
        <w:t>alhamdulillah, mein to</w:t>
      </w:r>
    </w:p>
    <w:p>
      <w:pPr>
        <w:jc w:val="right"/>
      </w:pPr>
      <w:r>
        <w:t>الحمدللہ، میں تو</w:t>
      </w:r>
    </w:p>
    <w:p>
      <w:r>
        <w:rPr>
          <w:b/>
        </w:rPr>
        <w:t xml:space="preserve">[28:03] </w:t>
      </w:r>
      <w:r>
        <w:t>sari taraveeh poori kar li. alhamdulillah, meri to koi tahajjud nagha nahi hui. yeh woh cheez ko mana kiya hai ya hadith mein? zara ghor farmayein.</w:t>
      </w:r>
    </w:p>
    <w:p>
      <w:pPr>
        <w:jc w:val="right"/>
      </w:pPr>
      <w:r>
        <w:t>ساری تراویح پوری کر لی۔ الحمدللہ، میری تو کوئی تہجد ناغہ نہیں ہوئی۔ یہ وہ چیز کو منع کیا ہے یا حدیث میں؟ ذرا غور فرمائیے۔</w:t>
      </w:r>
    </w:p>
    <w:p>
      <w:r>
        <w:rPr>
          <w:b/>
        </w:rPr>
        <w:t xml:space="preserve">[28:16] </w:t>
      </w:r>
      <w:r>
        <w:t>yeh bohat hi ajeeb baat hai. yeh hadith lambi hai. yeh aap ne farmaya ke tum mein se koi shakhs hargiz yeh na kahe ke maine to</w:t>
      </w:r>
    </w:p>
    <w:p>
      <w:pPr>
        <w:jc w:val="right"/>
      </w:pPr>
      <w:r>
        <w:t>یہ بہت ہی عجیب بات ہے۔ یہ حدیث لمبی ہے۔ یہ آپ نے فرمایا کہ تم میں سے کوئی شخص ہرگز یہ نہ کہے کہ میں نے تو</w:t>
      </w:r>
    </w:p>
    <w:p>
      <w:r>
        <w:rPr>
          <w:b/>
        </w:rPr>
        <w:t xml:space="preserve">[28:25] </w:t>
      </w:r>
      <w:r>
        <w:t>sare roze rakh liye. mein to sari raaton mein namazein parta raha. iska matlab yeh nahi ke tum roze ghata kar rakho.</w:t>
      </w:r>
    </w:p>
    <w:p>
      <w:pPr>
        <w:jc w:val="right"/>
      </w:pPr>
      <w:r>
        <w:t>سارے روزے رکھ لیے۔ میں تو ساری راتوں میں نمازیں پڑھتا رہا۔ اس کا مطلب یہ نہیں کہ تم روزے گھٹا کر رکھو۔</w:t>
      </w:r>
    </w:p>
    <w:p>
      <w:r>
        <w:rPr>
          <w:b/>
        </w:rPr>
        <w:t xml:space="preserve">[28:38] </w:t>
      </w:r>
      <w:r>
        <w:t>30 din ke bajaye aap 20 din rakho. yeh matlab nahi hai iska. iska matlab hai ke yeh kehne ka andaaz</w:t>
      </w:r>
    </w:p>
    <w:p>
      <w:pPr>
        <w:jc w:val="right"/>
      </w:pPr>
      <w:r>
        <w:t>30 دن کے بجائے آپ 20 دن رکھو۔ یہ مطلب نہیں ہے اس کا۔ اس کا مطلب ہے کہ یہ کہنے کا انداز</w:t>
      </w:r>
    </w:p>
    <w:p>
      <w:r>
        <w:rPr>
          <w:b/>
        </w:rPr>
        <w:t xml:space="preserve">[28:44] </w:t>
      </w:r>
      <w:r>
        <w:t>ke alhamdulillah, mere to koi roze nahi chhootay. alhamdulillah, mein jo sare tahajjud par dali, maine yeh yeh ek be hsi ka kalma hai. be hsi ka, naaz ka, fakhr ka kalma hai.</w:t>
      </w:r>
    </w:p>
    <w:p>
      <w:pPr>
        <w:jc w:val="right"/>
      </w:pPr>
      <w:r>
        <w:t>کہ الحمدللہ، میرے تو کوئی روزے نہیں چھوٹے۔ الحمدللہ، میں جو سارے تہجد پڑھ ڈالی، میں نے یہ یہ ایک بے حسی کا کلمہ ہے۔ بے حسی کا، ناز کا، فخر کا کلمہ ہے۔</w:t>
      </w:r>
    </w:p>
    <w:p>
      <w:r>
        <w:rPr>
          <w:b/>
        </w:rPr>
        <w:t xml:space="preserve">[28:58] </w:t>
      </w:r>
      <w:r>
        <w:t>islam mein jo cheez hai, modesty.</w:t>
      </w:r>
    </w:p>
    <w:p>
      <w:pPr>
        <w:jc w:val="right"/>
      </w:pPr>
      <w:r>
        <w:t>اسلام میں جو چیز ہے، ماڈیسٹی۔</w:t>
      </w:r>
    </w:p>
    <w:p>
      <w:r>
        <w:rPr>
          <w:b/>
        </w:rPr>
        <w:t xml:space="preserve">[29:02] </w:t>
      </w:r>
      <w:r>
        <w:t>modesty. is liye hadith mein yeh hai ke tum mein se kuch log, tum mein se tum par aisi raatein guzarni chahiye ke tum so jao aur tum namaz na parh sako.</w:t>
      </w:r>
    </w:p>
    <w:p>
      <w:pPr>
        <w:jc w:val="right"/>
      </w:pPr>
      <w:r>
        <w:t>ماڈیسٹی۔ اس لیے حدیث میں یہ ہے کہ تم میں سے کچھ لوگ، تم میں سے تم پر ایسی راتیں گزرنی چاہیے کہ تم سو جاؤ اور تم نماز نہ پڑھ سکو۔</w:t>
      </w:r>
    </w:p>
    <w:p>
      <w:r>
        <w:rPr>
          <w:b/>
        </w:rPr>
        <w:t xml:space="preserve">[29:16] </w:t>
      </w:r>
      <w:r>
        <w:t>tum par aisa din guzarna chahiye ke tumhara roze mein kuch gadbad ho jaye.</w:t>
      </w:r>
    </w:p>
    <w:p>
      <w:pPr>
        <w:jc w:val="right"/>
      </w:pPr>
      <w:r>
        <w:t>تم پر ایسا دن گزرنا چاہیے کہ تمہارا روزہ میں کچھ گڑبڑ ہو جائے۔</w:t>
      </w:r>
    </w:p>
    <w:p>
      <w:r>
        <w:rPr>
          <w:b/>
        </w:rPr>
        <w:t xml:space="preserve">[29:22] </w:t>
      </w:r>
      <w:r>
        <w:t>jaise ke farz kiye, maine pani piya bhool kar ke. aisa koi ho jaye bhool kar ke to kya hai? is se aap ko tawazu paida hogi ke mera roza kya hai?</w:t>
      </w:r>
    </w:p>
    <w:p>
      <w:pPr>
        <w:jc w:val="right"/>
      </w:pPr>
      <w:r>
        <w:t>جیسے کہ فرض کیے، میں نے پانی پیا بھول کر کے۔ ایسا کوئی ہو جائے بھول کر کے تو کیا ہے؟ اس سے آپ کو تواضع پیدا ہوگی کہ میرا روزہ کیا ہے؟</w:t>
      </w:r>
    </w:p>
    <w:p>
      <w:r>
        <w:rPr>
          <w:b/>
        </w:rPr>
        <w:t xml:space="preserve">[29:34] </w:t>
      </w:r>
      <w:r>
        <w:t>mujh se to bhool kar mein ne pani pi liya. meri namaz kya hai? mein to</w:t>
      </w:r>
    </w:p>
    <w:p>
      <w:pPr>
        <w:jc w:val="right"/>
      </w:pPr>
      <w:r>
        <w:t>مجھ سے تو بھول کر میں نے پانی پی لیا۔ میری نماز کیا ہے؟ میں تو</w:t>
      </w:r>
    </w:p>
    <w:p>
      <w:r>
        <w:rPr>
          <w:b/>
        </w:rPr>
        <w:t xml:space="preserve">[29:41] </w:t>
      </w:r>
      <w:r>
        <w:t>das din namaz parhi aur barahween din so gaya. yani yeh yeh tawazu, yeh modesty, kami ka ehsas Khuda ko matloob hai. yeh nahi ke aap bare fakhr ke sath kahein ke alhamdulillah.</w:t>
      </w:r>
    </w:p>
    <w:p>
      <w:pPr>
        <w:jc w:val="right"/>
      </w:pPr>
      <w:r>
        <w:t>دس دن نماز پڑھی اور بارہویں دن سو گیا۔ یعنی یہ یہ تواضع، یہ ماڈیسٹی، کمی کا احساس خدا کو مطلوب ہے۔ یہ نہیں کہ آپ بڑے فخر کے ساتھ کہیں کہ الحمدللہ۔</w:t>
      </w:r>
    </w:p>
    <w:p>
      <w:r>
        <w:rPr>
          <w:b/>
        </w:rPr>
        <w:t xml:space="preserve">[29:54] </w:t>
      </w:r>
      <w:r>
        <w:t>aaj kal alhamdulillah ek culture ban gaya hai. jahan jaiye, kuch poochein kisi se. alhamdulillah, mein to yeh ho gaya. alhamdulillah, mera to karobar aise chal raha hai.</w:t>
      </w:r>
    </w:p>
    <w:p>
      <w:pPr>
        <w:jc w:val="right"/>
      </w:pPr>
      <w:r>
        <w:t>آج کل الحمدللہ ایک کلچر بن گیا ہے۔ جہاں جائیے، کچھ پوچھیں کسی سے۔ الحمدللہ، میں تو یہ ہو گیا۔ الحمدللہ، میرا تو کاروبار ایسے چل رہا ہے۔</w:t>
      </w:r>
    </w:p>
    <w:p>
      <w:r>
        <w:rPr>
          <w:b/>
        </w:rPr>
        <w:t xml:space="preserve">[30:04] </w:t>
      </w:r>
      <w:r>
        <w:t>alhamdulillah, mere bete to aise hain.</w:t>
      </w:r>
    </w:p>
    <w:p>
      <w:pPr>
        <w:jc w:val="right"/>
      </w:pPr>
      <w:r>
        <w:t>الحمدللہ، میرے بیٹے تو ایسے ہیں۔</w:t>
      </w:r>
    </w:p>
    <w:p>
      <w:r>
        <w:rPr>
          <w:b/>
        </w:rPr>
        <w:t xml:space="preserve">[30:06] </w:t>
      </w:r>
      <w:r>
        <w:t>yaqeen kijiye ke yeh munafiqat ka kalma hai. munafiqat ka. munafiqat ka kalma hai. yeh aaj kal chala hua hai.</w:t>
      </w:r>
    </w:p>
    <w:p>
      <w:pPr>
        <w:jc w:val="right"/>
      </w:pPr>
      <w:r>
        <w:t>یقین کیجئے کہ یہ منافقت کا کلمہ ہے۔ منافقت کا۔ منافقت کا کلمہ ہے۔ یہ آج کل چلا ہوا ہے۔</w:t>
      </w:r>
    </w:p>
    <w:p>
      <w:r>
        <w:rPr>
          <w:b/>
        </w:rPr>
        <w:t xml:space="preserve">[30:16] </w:t>
      </w:r>
      <w:r>
        <w:t>insha'allah, insha'allah, alhamdulillah waghera. yeh sab munafiqat ki boliyan hain. har woh boli jis mein modesty na ho, woh munafiqat hai.</w:t>
      </w:r>
    </w:p>
    <w:p>
      <w:pPr>
        <w:jc w:val="right"/>
      </w:pPr>
      <w:r>
        <w:t>انشاءاللہ، انشاءاللہ، الحمدللہ وغیرہ۔ یہ سب منافقت کی بولیاں ہیں۔ ہر وہ بولی جس میں ماڈیسٹی نہ ہو، وہ منافقت ہے۔</w:t>
      </w:r>
    </w:p>
    <w:p>
      <w:r>
        <w:rPr>
          <w:b/>
        </w:rPr>
        <w:t xml:space="preserve">[30:27] </w:t>
      </w:r>
      <w:r>
        <w:t>woh behesi hai.</w:t>
      </w:r>
    </w:p>
    <w:p>
      <w:pPr>
        <w:jc w:val="right"/>
      </w:pPr>
      <w:r>
        <w:t>وہ بے حسی ہے۔</w:t>
      </w:r>
    </w:p>
    <w:p>
      <w:r>
        <w:rPr>
          <w:b/>
        </w:rPr>
        <w:t xml:space="preserve">[30:31] </w:t>
      </w:r>
      <w:r>
        <w:t>jab aap se koi pooche to aap ke dil mein introspection aana chahiye ke mere paas batane ko kya hai? kya bataun?</w:t>
      </w:r>
    </w:p>
    <w:p>
      <w:pPr>
        <w:jc w:val="right"/>
      </w:pPr>
      <w:r>
        <w:t>جب آپ سے کوئی پوچھے تو آپ کے دل میں انٹراسپیکشن آنا چاہیے کہ میرے پاس بتانے کو کیا ہے؟ کیا بتاؤں؟</w:t>
      </w:r>
    </w:p>
    <w:p>
      <w:r>
        <w:rPr>
          <w:b/>
        </w:rPr>
        <w:t xml:space="preserve">[30:41] </w:t>
      </w:r>
      <w:r>
        <w:t>koi pooche aap se ke bhai, ramzan aaya, tumhara ramzan kaise guzra?</w:t>
      </w:r>
    </w:p>
    <w:p>
      <w:pPr>
        <w:jc w:val="right"/>
      </w:pPr>
      <w:r>
        <w:t>کوئی پوچھے آپ سے کہ بھئی، رمضان آیا، تمہارا رمضان کیسے گزرا؟</w:t>
      </w:r>
    </w:p>
    <w:p>
      <w:r>
        <w:rPr>
          <w:b/>
        </w:rPr>
        <w:t xml:space="preserve">[30:47] </w:t>
      </w:r>
      <w:r>
        <w:t>to aap ke dil mein yeh aana chahiye ke main kya bataun? mere paas to koi batane ke liye nahi hai.</w:t>
      </w:r>
    </w:p>
    <w:p>
      <w:pPr>
        <w:jc w:val="right"/>
      </w:pPr>
      <w:r>
        <w:t>تو آپ کے دل میں یہ آنا چاہیے کہ میں کیا بتاؤں؟ میرے پاس تو کوئی بتانے کے لیے نہیں ہے۔</w:t>
      </w:r>
    </w:p>
    <w:p>
      <w:r>
        <w:rPr>
          <w:b/>
        </w:rPr>
        <w:t xml:space="preserve">[30:56] </w:t>
      </w:r>
      <w:r>
        <w:t>aap bas batane ke liye ho. yeh achi nishani nahi hai. is ke peeche fakhr aur naz tapakta hai.</w:t>
      </w:r>
    </w:p>
    <w:p>
      <w:pPr>
        <w:jc w:val="right"/>
      </w:pPr>
      <w:r>
        <w:t>آپ بس بتانے کے لیے ہو۔ یہ اچھی علامت نہیں ہے۔ اس کے پیچھے فخر اور ناز ٹپکتا ہے۔</w:t>
      </w:r>
    </w:p>
    <w:p>
      <w:r>
        <w:rPr>
          <w:b/>
        </w:rPr>
        <w:t xml:space="preserve">[31:10] </w:t>
      </w:r>
      <w:r>
        <w:t>to is hadith ka matlab yeh hai ke aap ke andar tawazu ka ehsas rehna chahiye.</w:t>
      </w:r>
    </w:p>
    <w:p>
      <w:pPr>
        <w:jc w:val="right"/>
      </w:pPr>
      <w:r>
        <w:t>تو اس حدیث کا مطلب یہ ہے کہ آپ کے اندر تواضع کا احساس رہنا چاہیے۔</w:t>
      </w:r>
    </w:p>
    <w:p>
      <w:r>
        <w:rPr>
          <w:b/>
        </w:rPr>
        <w:t xml:space="preserve">[31:20] </w:t>
      </w:r>
      <w:r>
        <w:t>jaise main hajj karne gaya to hajj mein jo log gaye hain, jante hain ke andar agar aap chale gaye haram ke andar to wahan sajda karna</w:t>
      </w:r>
    </w:p>
    <w:p>
      <w:pPr>
        <w:jc w:val="right"/>
      </w:pPr>
      <w:r>
        <w:t>جیسے میں حج کرنے گیا تو حج میں جو لوگ گئے ہیں، جانتے ہیں کہ اندر اگر آپ چلے گئے حرم کے اندر تو وہاں سجدہ کرنا</w:t>
      </w:r>
    </w:p>
    <w:p>
      <w:r>
        <w:rPr>
          <w:b/>
        </w:rPr>
        <w:t xml:space="preserve">[31:30] </w:t>
      </w:r>
      <w:r>
        <w:t>aur ruku karna bada mushkil hota hai. kyunke bheed ki wajah se log qareeb qareeb khare hote hain. yaani do safon ke beech mein jagah itni kam hoti hai ke aap bohat theek tarike se sajda nahi kar sakte.</w:t>
      </w:r>
    </w:p>
    <w:p>
      <w:pPr>
        <w:jc w:val="right"/>
      </w:pPr>
      <w:r>
        <w:t>اور رکوع کرنا بڑا مشکل ہوتا ہے۔ کیونکہ بھیڑ کی وجہ سے لوگ قریب قریب کھڑے ہوتے ہیں۔ یعنی دو صفوں کے بیچ میں جگہ اتنی کم ہوتی ہے کہ آپ بہت ٹھیک طریقے سے سجدہ نہیں کر سکتے۔</w:t>
      </w:r>
    </w:p>
    <w:p>
      <w:r>
        <w:rPr>
          <w:b/>
        </w:rPr>
        <w:t xml:space="preserve">[31:46] </w:t>
      </w:r>
      <w:r>
        <w:t>kai baar to</w:t>
      </w:r>
    </w:p>
    <w:p>
      <w:pPr>
        <w:jc w:val="right"/>
      </w:pPr>
      <w:r>
        <w:t>کئی بار تو</w:t>
      </w:r>
    </w:p>
    <w:p>
      <w:r>
        <w:rPr>
          <w:b/>
        </w:rPr>
        <w:t xml:space="preserve">[31:47] </w:t>
      </w:r>
      <w:r>
        <w:t>agle walon ki peeth par sajda karna parta hai. yaani peeche ki saf jo hai, woh jab jhukti hai to sajda karne ke liye zameen tak nahi pohanchta is ka sir.</w:t>
      </w:r>
    </w:p>
    <w:p>
      <w:pPr>
        <w:jc w:val="right"/>
      </w:pPr>
      <w:r>
        <w:t>اگلے والوں کی پیٹھ پر سجدہ کرنا پڑتا ہے۔ یعنی پیچھے کی صف جو ہے، وہ جب جھکتی ہے تو سجدہ کرنے کے لیے زمین تک نہیں پہنچتا اس کا سر۔</w:t>
      </w:r>
    </w:p>
    <w:p>
      <w:r>
        <w:rPr>
          <w:b/>
        </w:rPr>
        <w:t xml:space="preserve">[31:58] </w:t>
      </w:r>
      <w:r>
        <w:t>to doosre ki peeth par sajda karna parta hai. to mujh ko aisa hua wahan par.</w:t>
      </w:r>
    </w:p>
    <w:p>
      <w:pPr>
        <w:jc w:val="right"/>
      </w:pPr>
      <w:r>
        <w:t>تو دوسرے کی پیٹھ پر سجدہ کرنا پڑتا ہے۔ تو مجھ کو ایسا ہوا وہاں پر۔</w:t>
      </w:r>
    </w:p>
    <w:p>
      <w:r>
        <w:rPr>
          <w:b/>
        </w:rPr>
        <w:t xml:space="preserve">[32:05] </w:t>
      </w:r>
      <w:r>
        <w:t>to maine kaha ke khuda ya, yeh tooti poori namazein jo hain, qabool farma. kyunke jo namazein main dili mein parhta tha, poori, us ka bhi kya aitbaar hai?</w:t>
      </w:r>
    </w:p>
    <w:p>
      <w:pPr>
        <w:jc w:val="right"/>
      </w:pPr>
      <w:r>
        <w:t>تو میں نے کہا کہ خدایا، یہ ٹوٹی پوری نمازیں جو ہیں، قبول فرما۔ کیونکہ جو نمازیں میں دلی میں پڑھتا تھا، پوری، اس کا بھی کیا اعتبار ہے؟</w:t>
      </w:r>
    </w:p>
    <w:p>
      <w:r>
        <w:rPr>
          <w:b/>
        </w:rPr>
        <w:t xml:space="preserve">[32:22] </w:t>
      </w:r>
      <w:r>
        <w:t>jo namazein to qabool kar lein, wahi namaz hai. woh agar maine sab tooti phooti hi hai,</w:t>
      </w:r>
    </w:p>
    <w:p>
      <w:pPr>
        <w:jc w:val="right"/>
      </w:pPr>
      <w:r>
        <w:t>جو نمازیں تو قبول کر لیں، وہی نماز ہے۔ وہ اگر میں نے سب ٹوٹی پھوٹی ہی ہے،</w:t>
      </w:r>
    </w:p>
    <w:p>
      <w:r>
        <w:rPr>
          <w:b/>
        </w:rPr>
        <w:t xml:space="preserve">[32:28] </w:t>
      </w:r>
      <w:r>
        <w:t>yaani makhmal ke masalle par bohat hi umda tarike se main namaz parhun aur khuda ko qabool na ho, woh bhi namaz tooti phooti hai. woh to yaad rakhiye, jab aap se koi pooche ke aap ki namaz, aap ke roze ke baray mein to aap par alhamdulillah kehne ko na ho,</w:t>
      </w:r>
    </w:p>
    <w:p>
      <w:pPr>
        <w:jc w:val="right"/>
      </w:pPr>
      <w:r>
        <w:t>یعنی مخمل کے مصلے پر بہت ہی عمدہ طریقے سے میں نماز پڑھوں اور خدا کو قبول نہ ہو، وہ بھی نماز ٹوٹی پھوٹی ہے۔ وہ تو یاد رکھیے، جب آپ سے کوئی پوچھے کہ آپ کی نماز، آپ کے روزے کے بارے میں تو آپ پر الحمدللہ کہنے کو نہ ہو،</w:t>
      </w:r>
    </w:p>
    <w:p>
      <w:r>
        <w:rPr>
          <w:b/>
        </w:rPr>
        <w:t xml:space="preserve">[32:51] </w:t>
      </w:r>
      <w:r>
        <w:t>balke aap ke andar introspection jaag uthe ke woh mere paas hai kya jo main bataun? kya hai mere paas jo main bataun? apni namaz aap ko kuch na lage, apna roza aap ko kuch na lage.</w:t>
      </w:r>
    </w:p>
    <w:p>
      <w:pPr>
        <w:jc w:val="right"/>
      </w:pPr>
      <w:r>
        <w:t>بلکہ آپ کے اندر انٹراسپیکشن جاگ اٹھے کہ وہ میرے پاس ہے کیا جو میں بتاؤں؟ کیا ہے میرے پاس جو میں بتاؤں؟ اپنی نماز آپ کو کچھ نہ لگے، اپنا روزہ آپ کو کچھ نہ لگے۔</w:t>
      </w:r>
    </w:p>
    <w:p>
      <w:r>
        <w:rPr>
          <w:b/>
        </w:rPr>
        <w:t xml:space="preserve">[33:04] </w:t>
      </w:r>
      <w:r>
        <w:t>yeh matlab is hadith ka. aaj kal dekhein, yeh jo</w:t>
      </w:r>
    </w:p>
    <w:p>
      <w:pPr>
        <w:jc w:val="right"/>
      </w:pPr>
      <w:r>
        <w:t>یہ مطلب اس حدیث کا۔ آج کل دیکھیں، یہ جو</w:t>
      </w:r>
    </w:p>
    <w:p>
      <w:r>
        <w:rPr>
          <w:b/>
        </w:rPr>
        <w:t xml:space="preserve">[33:11] </w:t>
      </w:r>
      <w:r>
        <w:t>yaani khud sakhta self, khud se self style jo jihad chal raha hai, idhar udhar to aap agar akhbar parhte honge to aap ko ek lafz aata hoga: harab, harab ramzan.</w:t>
      </w:r>
    </w:p>
    <w:p>
      <w:pPr>
        <w:jc w:val="right"/>
      </w:pPr>
      <w:r>
        <w:t>یعنی خود ساختہ سیلف، خود سے سیلف اسٹائل جو جہاد چل رہا ہے، ادھر ادھر تو آپ اگر اخبار پڑھتے ہوں گے تو آپ کو ایک لفظ آتا ہوگا: حرب، حرب رمضان۔</w:t>
      </w:r>
    </w:p>
    <w:p>
      <w:r>
        <w:rPr>
          <w:b/>
        </w:rPr>
        <w:t xml:space="preserve">[33:28] </w:t>
      </w:r>
      <w:r>
        <w:t>yeh bohat hi jhoota lafz hai.</w:t>
      </w:r>
    </w:p>
    <w:p>
      <w:pPr>
        <w:jc w:val="right"/>
      </w:pPr>
      <w:r>
        <w:t>یہ بہت ہی جھوٹا لفظ ہے۔</w:t>
      </w:r>
    </w:p>
    <w:p>
      <w:r>
        <w:rPr>
          <w:b/>
        </w:rPr>
        <w:t xml:space="preserve">[33:30] </w:t>
      </w:r>
      <w:r>
        <w:t>dekhiye, hua kya ke rasool Allah ke zamane mein badr, battle of badr hui. badr ki ladai hui.</w:t>
      </w:r>
    </w:p>
    <w:p>
      <w:pPr>
        <w:jc w:val="right"/>
      </w:pPr>
      <w:r>
        <w:t>دیکھیے، ہوا کیا کہ رسول اللہ کے زمانے میں بدر، بیٹل آف بدر ہوئی۔ بدر کی لڑائی ہوئی۔</w:t>
      </w:r>
    </w:p>
    <w:p>
      <w:r>
        <w:rPr>
          <w:b/>
        </w:rPr>
        <w:t xml:space="preserve">[33:41] </w:t>
      </w:r>
      <w:r>
        <w:t>is ladai mein rasool Allah ko fateh hui, rasool Allah ki jeet hui. aap ke</w:t>
      </w:r>
    </w:p>
    <w:p>
      <w:pPr>
        <w:jc w:val="right"/>
      </w:pPr>
      <w:r>
        <w:t>اس لڑائی میں رسول اللہ کو فتح ہوئی، رسول اللہ کی جیت ہوئی۔ آپ کے</w:t>
      </w:r>
    </w:p>
    <w:p>
      <w:r>
        <w:rPr>
          <w:b/>
        </w:rPr>
        <w:t xml:space="preserve">[33:47] </w:t>
      </w:r>
      <w:r>
        <w:t>jo mukhalif the, woh haar gaye. to yeh yeh nadan log yeh samajhte hain ke ramzan mein ladai ho to is mein jeet ho jaye gi hamari.</w:t>
      </w:r>
    </w:p>
    <w:p>
      <w:pPr>
        <w:jc w:val="right"/>
      </w:pPr>
      <w:r>
        <w:t>جو مخالف تھے، وہ ہار گئے۔ تو یہ یہ نادان لوگ یہ سمجھتے ہیں کہ رمضان میں لڑائی ہو تو اس میں جیت ہو جائے گی ہماری۔</w:t>
      </w:r>
    </w:p>
    <w:p>
      <w:r>
        <w:rPr>
          <w:b/>
        </w:rPr>
        <w:t xml:space="preserve">[33:58] </w:t>
      </w:r>
      <w:r>
        <w:t>to kai baar musalmanon ne ramzan mein ladai is yeh soch ke chheri ke phir to jeet yaqini hai, halanke zabardast haar hui hai aur tabahi aayi hai.</w:t>
      </w:r>
    </w:p>
    <w:p>
      <w:pPr>
        <w:jc w:val="right"/>
      </w:pPr>
      <w:r>
        <w:t>تو کئی بار مسلمانوں نے رمضان میں لڑائی اس یہ سوچ کے چھیڑی کہ پھر تو جیت یقینی ہے، حالانکہ زبردست ہار ہوئی ہے اور تباہی آئی ہے۔</w:t>
      </w:r>
    </w:p>
    <w:p>
      <w:r>
        <w:rPr>
          <w:b/>
        </w:rPr>
        <w:t xml:space="preserve">[34:10] </w:t>
      </w:r>
      <w:r>
        <w:t>ek baat samajh liye ke harab ramzan ke koi maani nahi hain. difa ramzan ke maani hain. ek hai harab ramzan, ek hai difa ramzan.</w:t>
      </w:r>
    </w:p>
    <w:p>
      <w:pPr>
        <w:jc w:val="right"/>
      </w:pPr>
      <w:r>
        <w:t>ایک بات سمجھ لیے کہ حرب رمضان کے کوئی معنی نہیں ہیں۔ دفاع رمضان کے معنی ہیں۔ ایک ہے حرب رمضان، ایک ہے دفاع رمضان۔</w:t>
      </w:r>
    </w:p>
    <w:p>
      <w:r>
        <w:rPr>
          <w:b/>
        </w:rPr>
        <w:t xml:space="preserve">[34:20] </w:t>
      </w:r>
      <w:r>
        <w:t>yaani agar doosra fareeq ramzan ke mahine mein attack kar de</w:t>
      </w:r>
    </w:p>
    <w:p>
      <w:pPr>
        <w:jc w:val="right"/>
      </w:pPr>
      <w:r>
        <w:t>یعنی اگر دوسرا فریق رمضان کے مہینے میں اٹیک کر دے</w:t>
      </w:r>
    </w:p>
    <w:p>
      <w:r>
        <w:rPr>
          <w:b/>
        </w:rPr>
        <w:t xml:space="preserve">[34:29] </w:t>
      </w:r>
      <w:r>
        <w:t>to aap ko difa ke liye nikalna pare ga. difens ke liye nikalna pare ga. yani aap dekhiye, jang musalman ka choice nahi hai, wo compulsion hai.</w:t>
      </w:r>
    </w:p>
    <w:p>
      <w:pPr>
        <w:jc w:val="right"/>
      </w:pPr>
      <w:r>
        <w:t>تو آپ کو دفاع کے لیے نکلنا پڑے گا۔ ڈیفنس کے لیے نکلنا پڑے گا۔ یعنی آپ دیکھیے، جنگ مسلمان کا چوائس نہیں ہے، وہ کمپلسن ہے۔</w:t>
      </w:r>
    </w:p>
    <w:p>
      <w:r>
        <w:rPr>
          <w:b/>
        </w:rPr>
        <w:t xml:space="preserve">[34:45] </w:t>
      </w:r>
      <w:r>
        <w:t>harb ramzan ke mani hain ke aap jang ko apna choice bana rahe hain.</w:t>
      </w:r>
    </w:p>
    <w:p>
      <w:pPr>
        <w:jc w:val="right"/>
      </w:pPr>
      <w:r>
        <w:t>حرب رمضان کے معنی ہیں کہ آپ جنگ کو اپنا چوائس بنا رہے ہیں۔</w:t>
      </w:r>
    </w:p>
    <w:p>
      <w:r>
        <w:rPr>
          <w:b/>
        </w:rPr>
        <w:t xml:space="preserve">[34:51] </w:t>
      </w:r>
      <w:r>
        <w:t>kitni dhittai ki baat yeh hai!</w:t>
      </w:r>
    </w:p>
    <w:p>
      <w:pPr>
        <w:jc w:val="right"/>
      </w:pPr>
      <w:r>
        <w:t>کتنی ڈھٹائی کی بات یہ ہے!</w:t>
      </w:r>
    </w:p>
    <w:p>
      <w:r>
        <w:rPr>
          <w:b/>
        </w:rPr>
        <w:t xml:space="preserve">[34:55] </w:t>
      </w:r>
      <w:r>
        <w:t>acchi tarah samajh lijiye ke larai jo hai, wo musalman ka choice nahi hai. is par lanat di jati hai to larna parta hai. lekin jab aap kehte hain harb ramzan, yani battle of ramzan, to is mani ke aap is ko apna choice bana rahe hain.</w:t>
      </w:r>
    </w:p>
    <w:p>
      <w:pPr>
        <w:jc w:val="right"/>
      </w:pPr>
      <w:r>
        <w:t>اچھی طرح سمجھ لیجئے کہ لڑائی جو ہے، وہ مسلمان کا چوائس نہیں ہے۔ اس پر لعنت دی جاتی ہے تو لڑنا پڑتا ہے۔ لیکن جب آپ کہتے ہیں حرب رمضان، یعنی بیٹل آف رمضان، تو اس معنی کہ آپ اس کو اپنا چوائس بنا رہے ہیں۔</w:t>
      </w:r>
    </w:p>
    <w:p>
      <w:r>
        <w:rPr>
          <w:b/>
        </w:rPr>
        <w:t xml:space="preserve">[35:12] </w:t>
      </w:r>
      <w:r>
        <w:t>jaisa ke banaya aur aur haare. to is wajah se acchi tarah samajh lijiye ke harb ramzan ke koi mani nahi hain. jang, larai islam mein sirf difens ke liye hoti hai.</w:t>
      </w:r>
    </w:p>
    <w:p>
      <w:pPr>
        <w:jc w:val="right"/>
      </w:pPr>
      <w:r>
        <w:t>جیسا کہ بنایا اور اور ہارے۔ تو اس وجہ سے اچھی طرح سمجھ لیجئے کہ حرب رمضان کے کوئی معنی نہیں ہیں۔ جنگ، لڑائی اسلام میں صرف ڈیفنس کے لیے ہوتی ہے۔</w:t>
      </w:r>
    </w:p>
    <w:p>
      <w:r>
        <w:rPr>
          <w:b/>
        </w:rPr>
        <w:t xml:space="preserve">[35:26] </w:t>
      </w:r>
      <w:r>
        <w:t>difens is waqt hota hai jab ke kisi ne attack kiya ho. yani literally,</w:t>
      </w:r>
    </w:p>
    <w:p>
      <w:pPr>
        <w:jc w:val="right"/>
      </w:pPr>
      <w:r>
        <w:t>ڈیفنس اس وقت ہوتا ہے جب کہ کسی نے اٹیک کیا ہو۔ یعنی لیٹرلی،</w:t>
      </w:r>
    </w:p>
    <w:p>
      <w:r>
        <w:rPr>
          <w:b/>
        </w:rPr>
        <w:t xml:space="preserve">[35:32] </w:t>
      </w:r>
      <w:r>
        <w:t>yani literally attack kiya ho. warna is there is no war in islam. other than difens, there is no war in islam.</w:t>
      </w:r>
    </w:p>
    <w:p>
      <w:pPr>
        <w:jc w:val="right"/>
      </w:pPr>
      <w:r>
        <w:t>یعنی لیٹرلی اٹیک کیا ہو۔ ورنہ اس دیر از نو وار ان اسلام۔ ادر دین ڈیفنس، دیر از نو وار ان اسلام۔</w:t>
      </w:r>
    </w:p>
    <w:p>
      <w:r>
        <w:rPr>
          <w:b/>
        </w:rPr>
        <w:t xml:space="preserve">[35:42] </w:t>
      </w:r>
      <w:r>
        <w:t>jo kahe ke islam mein aggressive war hai, to wo khuda par yani jhoot lagata hai.</w:t>
      </w:r>
    </w:p>
    <w:p>
      <w:pPr>
        <w:jc w:val="right"/>
      </w:pPr>
      <w:r>
        <w:t>جو کہے کہ اسلام میں ایگریسو وار ہے، تو وہ خدا پر یعنی جھوٹ لگاتا ہے۔</w:t>
      </w:r>
    </w:p>
    <w:p>
      <w:r>
        <w:rPr>
          <w:b/>
        </w:rPr>
        <w:t xml:space="preserve">[35:54] </w:t>
      </w:r>
      <w:r>
        <w:t>ab dekhiye, ramzan ke mahine mein quran utara gaya. shahr ramzan allazi unzil fi al-quran. is se andaza hota hai ke ramzan ko quran se ek khaas</w:t>
      </w:r>
    </w:p>
    <w:p>
      <w:pPr>
        <w:jc w:val="right"/>
      </w:pPr>
      <w:r>
        <w:t>اب دیکھیے، رمضان کے مہینے میں قرآن اتارا گیا۔ شهر رمضان الذی انزل فی القرآن اس سے اندازہ ہوتا ہے کہ رمضان کو قرآن سے ایک خاص</w:t>
      </w:r>
    </w:p>
    <w:p>
      <w:r>
        <w:rPr>
          <w:b/>
        </w:rPr>
        <w:t xml:space="preserve">[36:12] </w:t>
      </w:r>
      <w:r>
        <w:t>ta'alluq hai. wo kya hai? wo yeh hai ke ramzan ka mahine mein aap roza rakhte hain.</w:t>
      </w:r>
    </w:p>
    <w:p>
      <w:pPr>
        <w:jc w:val="right"/>
      </w:pPr>
      <w:r>
        <w:t>تعلق ہے۔ وہ کیا ہے؟ وہ یہ ہے کہ رمضان کا مہینہ میں آپ روزہ رکھتے ہیں۔</w:t>
      </w:r>
    </w:p>
    <w:p>
      <w:r>
        <w:rPr>
          <w:b/>
        </w:rPr>
        <w:t xml:space="preserve">[36:25] </w:t>
      </w:r>
      <w:r>
        <w:t>roza rakh kar aap apne aap ko is qabil banate hain ke aap quran ke ke liye ziyada tar receptive ban saken.</w:t>
      </w:r>
    </w:p>
    <w:p>
      <w:pPr>
        <w:jc w:val="right"/>
      </w:pPr>
      <w:r>
        <w:t>روزہ رکھ کر آپ اپنے آپ کو اس قابل بناتے ہیں کہ آپ قرآن کے کے لیے زیادہ تر ریسیپٹیو بن سکیں۔</w:t>
      </w:r>
    </w:p>
    <w:p>
      <w:r>
        <w:rPr>
          <w:b/>
        </w:rPr>
        <w:t xml:space="preserve">[36:36] </w:t>
      </w:r>
      <w:r>
        <w:t>quran ke liye ziyada se ziyada receptive ban saken, jis ko arabi mein kehte hain yani</w:t>
      </w:r>
    </w:p>
    <w:p>
      <w:pPr>
        <w:jc w:val="right"/>
      </w:pPr>
      <w:r>
        <w:t>قرآن کے لیے زیادہ سے زیادہ ریسیپٹیو بن سکیں، جس کو عربی میں کہتے ہیں یعنی</w:t>
      </w:r>
    </w:p>
    <w:p>
      <w:r>
        <w:rPr>
          <w:b/>
        </w:rPr>
        <w:t xml:space="preserve">[36:43] </w:t>
      </w:r>
      <w:r>
        <w:t>receptive ban saken. khuda ke kalam mein aur roze mein koi khaas nisbat hai. wo nisbat yeh hai ke jab aap roza rakhte hain to aap apne ko is qabil banate hain ke</w:t>
      </w:r>
    </w:p>
    <w:p>
      <w:pPr>
        <w:jc w:val="right"/>
      </w:pPr>
      <w:r>
        <w:t>ریسیپٹیو بن سکیں۔ خدا کے کلام میں اور روزے میں کوئی خاص نسبت ہے۔ وہ نسبت یہ ہے کہ جب آپ روزہ رکھتے ہیں تو آپ اپنے کو اس قابل بناتے ہیں کہ</w:t>
      </w:r>
    </w:p>
    <w:p>
      <w:r>
        <w:rPr>
          <w:b/>
        </w:rPr>
        <w:t xml:space="preserve">[37:01] </w:t>
      </w:r>
      <w:r>
        <w:t>aap ka seena khuda ke kalam ka mohabbat ban sake. yani khuda ka kalam aap ke seene par utre, khuda ke kalam ko aap ziyada samajh saken.</w:t>
      </w:r>
    </w:p>
    <w:p>
      <w:pPr>
        <w:jc w:val="right"/>
      </w:pPr>
      <w:r>
        <w:t>آپ کا سینہ خدا کے کلام کا محبت بن سکے۔ یعنی خدا کا کلام آپ کے سینے پر اترے، خدا کے کلام کو آپ زیادہ سمجھ سکیں۔</w:t>
      </w:r>
    </w:p>
    <w:p>
      <w:r>
        <w:rPr>
          <w:b/>
        </w:rPr>
        <w:t xml:space="preserve">[37:17] </w:t>
      </w:r>
      <w:r>
        <w:t>khuda ke kalam ki gehraiyon tak ziyada pahunchna aap ke liye possible ho jaye. yeh sab hota hai.</w:t>
      </w:r>
    </w:p>
    <w:p>
      <w:pPr>
        <w:jc w:val="right"/>
      </w:pPr>
      <w:r>
        <w:t>خدا کے کلام کی گہرائیوں تک زیادہ پہنچنا آپ کے لیے پاسیبل ہو جائے۔ یہ سب ہوتا ہے۔</w:t>
      </w:r>
    </w:p>
    <w:p>
      <w:r>
        <w:rPr>
          <w:b/>
        </w:rPr>
        <w:t xml:space="preserve">[37:24] </w:t>
      </w:r>
      <w:r>
        <w:t>isi liye roze mein dekhiye, quran ki tilawat ko bohat ziyada importance di gayi.</w:t>
      </w:r>
    </w:p>
    <w:p>
      <w:pPr>
        <w:jc w:val="right"/>
      </w:pPr>
      <w:r>
        <w:t>اسی لیے روزے میں دیکھیے، قرآن کی تلاوت کو بہت زیادہ امپورٹنس دی گئی۔</w:t>
      </w:r>
    </w:p>
    <w:p>
      <w:r>
        <w:rPr>
          <w:b/>
        </w:rPr>
        <w:t xml:space="preserve">[37:33] </w:t>
      </w:r>
      <w:r>
        <w:t>dekhiye, tilawat ke mani ab jo ho gaye hain, wo sahaba ke zamane mein nahi the. ab to ho gaye hain quran ki tilawat ke mani ke be samjhe bujhe</w:t>
      </w:r>
    </w:p>
    <w:p>
      <w:pPr>
        <w:jc w:val="right"/>
      </w:pPr>
      <w:r>
        <w:t>دیکھیے، تلاوت کے معنی اب جو ہو گئے ہیں، وہ صحابہ کے زمانے میں نہیں تھے۔ اب تو ہو گئے ہیں قرآن کی تلاوت کے معنی کہ بے سمجھے بوجھے</w:t>
      </w:r>
    </w:p>
    <w:p>
      <w:r>
        <w:rPr>
          <w:b/>
        </w:rPr>
        <w:t xml:space="preserve">[37:44] </w:t>
      </w:r>
      <w:r>
        <w:t>phir phir phir phir parhna. yeh sahaba ke zamane mein nahi tha. sahaba ke zamane mein yeh tha ke quran ko quran mein tadabbur, quran mein sochna, quran ki gehraiyon mein utarne ki koshish karna.</w:t>
      </w:r>
    </w:p>
    <w:p>
      <w:pPr>
        <w:jc w:val="right"/>
      </w:pPr>
      <w:r>
        <w:t>پھر پھر پھر پڑھنا۔ یہ صحابہ کے زمانے میں نہیں تھا۔ صحابہ کے زمانے میں یہ تھا کہ قرآن کو قرآن میں تدبر، قرآن میں سوچنا، قرآن کی گہرائیوں میں اترنے کی کوشش کرنا۔</w:t>
      </w:r>
    </w:p>
    <w:p>
      <w:r>
        <w:rPr>
          <w:b/>
        </w:rPr>
        <w:t xml:space="preserve">[38:02] </w:t>
      </w:r>
      <w:r>
        <w:t>yeh tha kyunke roze ke zamane mein hamein jo quran ko parhne ke liye zor diya gaya hai, is ka matlab hai quran mein sochne ke liye zor diya gaya hai.</w:t>
      </w:r>
    </w:p>
    <w:p>
      <w:pPr>
        <w:jc w:val="right"/>
      </w:pPr>
      <w:r>
        <w:t>یہ تھا کیونکہ روزے کے زمانے میں ہمیں جو قرآن کو پڑھنے کے لیے زور دیا گیا ہے، اس کا مطلب ہے قرآن میں سوچنے کے لیے زور دیا گیا ہے۔</w:t>
      </w:r>
    </w:p>
    <w:p>
      <w:r>
        <w:rPr>
          <w:b/>
        </w:rPr>
        <w:t xml:space="preserve">[38:16] </w:t>
      </w:r>
      <w:r>
        <w:t>quran ki tilawat ke mani hain quran ke kalam mein sochna, is ki is ki gehraiyon mein utarna, is se apni lesson nikalna, is se apne liye nasihat nikalna.</w:t>
      </w:r>
    </w:p>
    <w:p>
      <w:pPr>
        <w:jc w:val="right"/>
      </w:pPr>
      <w:r>
        <w:t>قرآن کی تلاوت کے معنی ہیں قرآن کے کلام میں سوچنا، اس کی اس کی گہرائیوں میں اترنا، اس سے اپنی لیسن نکالنا، اس سے اپنے لیے نصیحت نکالنا۔</w:t>
      </w:r>
    </w:p>
    <w:p>
      <w:r>
        <w:rPr>
          <w:b/>
        </w:rPr>
        <w:t xml:space="preserve">[38:29] </w:t>
      </w:r>
      <w:r>
        <w:t>yeh sab hai. sirf parhna parhna yeh koi cheez nahi hoti.</w:t>
      </w:r>
    </w:p>
    <w:p>
      <w:pPr>
        <w:jc w:val="right"/>
      </w:pPr>
      <w:r>
        <w:t>یہ سب ہے۔ صرف پڑھنا پڑھنا یہ کوئی چیز نہیں ہوتی۔</w:t>
      </w:r>
    </w:p>
    <w:p>
      <w:r>
        <w:rPr>
          <w:b/>
        </w:rPr>
        <w:t xml:space="preserve">[38:34] </w:t>
      </w:r>
      <w:r>
        <w:t>aur tarawih jo hai, tarawih bhi yeh jo aaj kal hai ke khatm ke quran ko phir phir phir phir phir khatm kar dena, is ka naam tarawih hai.</w:t>
      </w:r>
    </w:p>
    <w:p>
      <w:pPr>
        <w:jc w:val="right"/>
      </w:pPr>
      <w:r>
        <w:t>اور تراویح جو ہے، تراویح بھی یہ جو آج کل ہے کہ ختم کہ قرآن کو پھر پھر پھر پھر پھر ختم کر دینا، اس کا نام تراویح ہے۔</w:t>
      </w:r>
    </w:p>
    <w:p>
      <w:r>
        <w:rPr>
          <w:b/>
        </w:rPr>
        <w:t xml:space="preserve">[38:47] </w:t>
      </w:r>
      <w:r>
        <w:t>yeh harghiz tarawih nahi hai.</w:t>
      </w:r>
    </w:p>
    <w:p>
      <w:pPr>
        <w:jc w:val="right"/>
      </w:pPr>
      <w:r>
        <w:t>یہ ہرگز تراویح نہیں ہے۔</w:t>
      </w:r>
    </w:p>
    <w:p>
      <w:r>
        <w:rPr>
          <w:b/>
        </w:rPr>
        <w:t xml:space="preserve">[38:51] </w:t>
      </w:r>
      <w:r>
        <w:t>tarawih ka matlab yeh hai tarawih mein quran ko parhne ka matlab yeh hai ke namaz ki halat mein quran ko sunna.</w:t>
      </w:r>
    </w:p>
    <w:p>
      <w:pPr>
        <w:jc w:val="right"/>
      </w:pPr>
      <w:r>
        <w:t>تراویح کا مطلب یہ ہے تراویح میں قرآن کو پڑھنے کا مطلب یہ ہے کہ نماز کی حالت میں قرآن کو سننا۔</w:t>
      </w:r>
    </w:p>
    <w:p>
      <w:r>
        <w:rPr>
          <w:b/>
        </w:rPr>
        <w:t xml:space="preserve">[39:05] </w:t>
      </w:r>
      <w:r>
        <w:t>ek imam aap samne khara karte hain, hafiz</w:t>
      </w:r>
    </w:p>
    <w:p>
      <w:pPr>
        <w:jc w:val="right"/>
      </w:pPr>
      <w:r>
        <w:t>ایک امام آپ سامنے کھڑا کرتے ہیں، حافظ</w:t>
      </w:r>
    </w:p>
    <w:p>
      <w:r>
        <w:rPr>
          <w:b/>
        </w:rPr>
        <w:t xml:space="preserve">[39:10] </w:t>
      </w:r>
      <w:r>
        <w:t>woh woh quran ko parhta hai aur aap ath rak‘at ya bees rak‘at namazain is ke peechay parhtay hain.</w:t>
      </w:r>
    </w:p>
    <w:p>
      <w:pPr>
        <w:jc w:val="right"/>
      </w:pPr>
      <w:r>
        <w:t>وہ وہ قرآن کو پڑھتا ہے اور آپ اٹھ رکعت یا بیس رکعت نمازیں اس کے پیچھے پڑھتے ہیں۔</w:t>
      </w:r>
    </w:p>
    <w:p>
      <w:r>
        <w:rPr>
          <w:b/>
        </w:rPr>
        <w:t xml:space="preserve">[39:20] </w:t>
      </w:r>
      <w:r>
        <w:t>yeh kya hai? namaz ki halat mein quran ko sunna yeh hai taraveeh ka maqsad.</w:t>
      </w:r>
    </w:p>
    <w:p>
      <w:pPr>
        <w:jc w:val="right"/>
      </w:pPr>
      <w:r>
        <w:t>یہ کیا ہے؟ نماز کی حالت میں قرآن کو سننا یہ ہے تراویح کا مقصد۔</w:t>
      </w:r>
    </w:p>
    <w:p>
      <w:r>
        <w:rPr>
          <w:b/>
        </w:rPr>
        <w:t xml:space="preserve">[39:28] </w:t>
      </w:r>
      <w:r>
        <w:t>yani wohi jo tahajjud mein hota hai. tahajjud ka maqsad yahi hai ke apnay aap ko namaz ki halat mein le aa kar quran ki tilawat ko parhna aur is par ghore karna.</w:t>
      </w:r>
    </w:p>
    <w:p>
      <w:pPr>
        <w:jc w:val="right"/>
      </w:pPr>
      <w:r>
        <w:t>یعنی وہی جو تہجد میں ہوتا ہے۔ تہجد کا مقصد یہی ہے کہ اپنے آپ کو نماز کی حالت میں لے آ کر قرآن کی تلاوت کو پڑھنا اور اس پر غور کرنا۔</w:t>
      </w:r>
    </w:p>
    <w:p>
      <w:r>
        <w:rPr>
          <w:b/>
        </w:rPr>
        <w:t xml:space="preserve">[39:41] </w:t>
      </w:r>
      <w:r>
        <w:t>wohi isi ka isi ki yeh surat hai jis ko hum taraveeh kehtay hain.</w:t>
      </w:r>
    </w:p>
    <w:p>
      <w:pPr>
        <w:jc w:val="right"/>
      </w:pPr>
      <w:r>
        <w:t>وہی اسی کا اسی کی یہ صورت ہے جس کو ہم تراویح کہتے ہیں۔</w:t>
      </w:r>
    </w:p>
    <w:p>
      <w:r>
        <w:rPr>
          <w:b/>
        </w:rPr>
        <w:t xml:space="preserve">[39:48] </w:t>
      </w:r>
      <w:r>
        <w:t>to taraveeh jo hai asali taraveeh wohi hai jis mein quran ke meaning par dhyan diya jaye, quran se woh nikala jaye, sabak nikala jaye, lesson nikala jaye.</w:t>
      </w:r>
    </w:p>
    <w:p>
      <w:pPr>
        <w:jc w:val="right"/>
      </w:pPr>
      <w:r>
        <w:t>تو تراویح جو ہے اصلی تراویح وہی ہے جس میں قرآن کے میننگ پر دھیان دیا جائے، قرآن سے وہ نکالا جائے، سبق نکالا جائے، لیسن نکالا جائے۔</w:t>
      </w:r>
    </w:p>
    <w:p>
      <w:r>
        <w:rPr>
          <w:b/>
        </w:rPr>
        <w:t xml:space="preserve">[40:05] </w:t>
      </w:r>
      <w:r>
        <w:t>aik hadith hai ke</w:t>
      </w:r>
    </w:p>
    <w:p>
      <w:pPr>
        <w:jc w:val="right"/>
      </w:pPr>
      <w:r>
        <w:t>ایک حدیث ہے کہ</w:t>
      </w:r>
    </w:p>
    <w:p>
      <w:r>
        <w:rPr>
          <w:b/>
        </w:rPr>
        <w:t xml:space="preserve">[40:11] </w:t>
      </w:r>
      <w:r>
        <w:t>roza dhalae.</w:t>
      </w:r>
    </w:p>
    <w:p>
      <w:pPr>
        <w:jc w:val="right"/>
      </w:pPr>
      <w:r>
        <w:t>روزہ ڈھا لے۔</w:t>
      </w:r>
    </w:p>
    <w:p>
      <w:r>
        <w:rPr>
          <w:b/>
        </w:rPr>
        <w:t xml:space="preserve">[40:15] </w:t>
      </w:r>
      <w:r>
        <w:t>roza rakhnay se aadmi ka mind aisa banta hai, is ka dil aisa banta hai, is ka mizaj aisa banta hai, is ka temperament aisa banta hai ke woh buraiyon se ruknay lagta hai.</w:t>
      </w:r>
    </w:p>
    <w:p>
      <w:pPr>
        <w:jc w:val="right"/>
      </w:pPr>
      <w:r>
        <w:t>روزہ رکھنے سے آدمی کا مائنڈ ایسا بنتا ہے، اس کا دل ایسا بنتا ہے، اس کا مزاج ایسا بنتا ہے، اس کا ٹیمپرامنٹ ایسا بنتا ہے کہ وہ برائیوں سے رکنے لگتا ہے۔</w:t>
      </w:r>
    </w:p>
    <w:p>
      <w:r>
        <w:rPr>
          <w:b/>
        </w:rPr>
        <w:t xml:space="preserve">[40:32] </w:t>
      </w:r>
      <w:r>
        <w:t>yani is ka woh mizaj, is ka temperament, us ko buraiyon se roknay lagta hai. is ki aik misaal hadith mein yeh milti hai ke rasool Allah ne farmaya ke jo shakhs roza rakha hai</w:t>
      </w:r>
    </w:p>
    <w:p>
      <w:pPr>
        <w:jc w:val="right"/>
      </w:pPr>
      <w:r>
        <w:t>یعنی اس کا وہ مزاج، اس کا ٹیمپرامنٹ، اس کو برائیوں سے روکنے لگتا ہے۔ اس کی ایک مثال حدیث میں یہ ملتی ہے کہ رسول اللہ نے فرمایا کہ جو شخص روزہ رکھا ہے</w:t>
      </w:r>
    </w:p>
    <w:p>
      <w:r>
        <w:rPr>
          <w:b/>
        </w:rPr>
        <w:t xml:space="preserve">[40:49] </w:t>
      </w:r>
      <w:r>
        <w:t>to woh na na jhagda kare, na na gaali de. fa in sab ahadun falyaqul in amrahu saimun in amrahu saimun agar doosra shakhs gaali denay lage,</w:t>
      </w:r>
    </w:p>
    <w:p>
      <w:pPr>
        <w:jc w:val="right"/>
      </w:pPr>
      <w:r>
        <w:t>تو وہ نہ نہ جھگڑا کرے، نہ نہ گالی دے۔ فإن صاب أحد فليقل إن امره صائم إن امره صائم اگر دوسرا شخص گالی دینے لگے،</w:t>
      </w:r>
    </w:p>
    <w:p>
      <w:r>
        <w:rPr>
          <w:b/>
        </w:rPr>
        <w:t xml:space="preserve">[41:06] </w:t>
      </w:r>
      <w:r>
        <w:t>usay jhagarnay lage to us ko chahiye ke kehe ke mein to rozedaar hoon, mein to roza rakh rakha hai. yeh matlab hai is ka ke aap khud to kabhi kisi se na laren, kisi se na jhagren,</w:t>
      </w:r>
    </w:p>
    <w:p>
      <w:pPr>
        <w:jc w:val="right"/>
      </w:pPr>
      <w:r>
        <w:t>اسے جھگڑنے لگے تو اس کو چاہیے کہ کہے کہ میں تو روزے دار ہوں، میں تو روزہ رکھ رکھا ہے۔ یہ مطلب ہے اس کا کہ آپ خود تو کبھی کسی سے نہ لڑیں، کسی سے نہ جھگڑیں،</w:t>
      </w:r>
    </w:p>
    <w:p>
      <w:r>
        <w:rPr>
          <w:b/>
        </w:rPr>
        <w:t xml:space="preserve">[41:23] </w:t>
      </w:r>
      <w:r>
        <w:t>kisi ko bura na kahein. aur agar doosra aap ko keh de, aap ko tab bhi roze ki spirit agar aap ke andar aayi hai, rozedaar temperament aap ke andar agar aaya hai,</w:t>
      </w:r>
    </w:p>
    <w:p>
      <w:pPr>
        <w:jc w:val="right"/>
      </w:pPr>
      <w:r>
        <w:t>کسی کو برا نہ کہیں۔ اور اگر دوسرا آپ کو کہہ دے، آپ کو تب بھی روزے کی سپرٹ اگر آپ کے اندر آئی ہے، روزے والا ٹیمپرامنٹ آپ کے اندر اگر آیا ہے،</w:t>
      </w:r>
    </w:p>
    <w:p>
      <w:r>
        <w:rPr>
          <w:b/>
        </w:rPr>
        <w:t xml:space="preserve">[41:37] </w:t>
      </w:r>
      <w:r>
        <w:t>rozedaar character agar aap ke andar aaya hai to aap kya parheinge? ke bhai, mein to roza rakhe hue hoon, mujh se to yeh sab kaam nahi ho sakta hai.</w:t>
      </w:r>
    </w:p>
    <w:p>
      <w:pPr>
        <w:jc w:val="right"/>
      </w:pPr>
      <w:r>
        <w:t>روزے والا کریکٹر اگر آپ کے اندر آیا ہے تو آپ کیا پڑھیں گے؟ کہ بھائی، میں تو روزہ رکھے ہوئے ہوں، مجھ سے تو یہ سب کام نہیں ہو سکتا ہے۔</w:t>
      </w:r>
    </w:p>
    <w:p>
      <w:r>
        <w:rPr>
          <w:b/>
        </w:rPr>
        <w:t xml:space="preserve">[41:49] </w:t>
      </w:r>
      <w:r>
        <w:t>to yeh hai roze ka ki spirit. chunancha hadith mein aata hai ke ke</w:t>
      </w:r>
    </w:p>
    <w:p>
      <w:pPr>
        <w:jc w:val="right"/>
      </w:pPr>
      <w:r>
        <w:t>تو یہ ہے روزے کا کی سپرٹ۔ چنانچہ حدیث میں آتا ہے کہ کہ</w:t>
      </w:r>
    </w:p>
    <w:p>
      <w:r>
        <w:rPr>
          <w:b/>
        </w:rPr>
        <w:t xml:space="preserve">[42:06] </w:t>
      </w:r>
      <w:r>
        <w:t>aisay log hain ke woh roza rakhtay hain lekin un ka haal yeh hota hai ke laisa lahu min siyam illa aljoo‘u wal‘atash ke un ke roze se un ko bhook aur piyas ke siwa kuch nahi milta.</w:t>
      </w:r>
    </w:p>
    <w:p>
      <w:pPr>
        <w:jc w:val="right"/>
      </w:pPr>
      <w:r>
        <w:t>ایسے لوگ ہیں کہ وہ روزہ رکھتے ہیں لیکن ان کا حال یہ ہوتا ہے کہ ليس له من ثام الا الجوع والعطش کہ ان کے روزے سے ان کو بھوک اور پیاس کے سوا کچھ نہیں ملتا۔</w:t>
      </w:r>
    </w:p>
    <w:p>
      <w:r>
        <w:rPr>
          <w:b/>
        </w:rPr>
        <w:t xml:space="preserve">[42:26] </w:t>
      </w:r>
      <w:r>
        <w:t>dekhiye, aik hai body, aik hai aap ki soul. to body jab roza rakha aap ne to body ko bhook lage gi, piyas lage gi.</w:t>
      </w:r>
    </w:p>
    <w:p>
      <w:pPr>
        <w:jc w:val="right"/>
      </w:pPr>
      <w:r>
        <w:t>دیکھیے، ایک ہے باڈی، ایک ہے آپ کی سول۔ تو باڈی جب روزہ رکھا آپ نے تو باڈی کو بھوک لگے گی، پیاس لگے گی۔</w:t>
      </w:r>
    </w:p>
    <w:p>
      <w:r>
        <w:rPr>
          <w:b/>
        </w:rPr>
        <w:t xml:space="preserve">[42:36] </w:t>
      </w:r>
      <w:r>
        <w:t>to aik hai ke aap ne apnay body ko to roze pe dala lekin soul aap ki jo spirit hai, jo aap ke andar ka jo</w:t>
      </w:r>
    </w:p>
    <w:p>
      <w:pPr>
        <w:jc w:val="right"/>
      </w:pPr>
      <w:r>
        <w:t>تو ایک ہے کہ آپ نے اپنے باڈی کو تو روزے پہ ڈالا لیکن سول آپ کی جو سپرٹ ہے، جو آپ کے اندر کا جو</w:t>
      </w:r>
    </w:p>
    <w:p>
      <w:r>
        <w:rPr>
          <w:b/>
        </w:rPr>
        <w:t xml:space="preserve">[42:44] </w:t>
      </w:r>
      <w:r>
        <w:t>aap ki jo personality hai, woh in touch rahi roze se. woh wohi si is ki soch hai, wohi si is ka mizaj hai, wohi si is ki activities hain.</w:t>
      </w:r>
    </w:p>
    <w:p>
      <w:pPr>
        <w:jc w:val="right"/>
      </w:pPr>
      <w:r>
        <w:t>آپ کی جو پرسنیلٹی ہے، وہ ان ٹچ رہی روزے سے۔ وہ وہی سی اس کی سوچ ہے، وہی سی اس کا مزاج ہے، وہی سی اس کی ایکٹیویٹیز ہیں۔</w:t>
      </w:r>
    </w:p>
    <w:p>
      <w:r>
        <w:rPr>
          <w:b/>
        </w:rPr>
        <w:t xml:space="preserve">[42:54] </w:t>
      </w:r>
      <w:r>
        <w:t>to is ke mani hain ke aap aik aisa roza rakha jo jis se aap ko bhook piyas to mili lekin is se aap ka spiritual development nahi hua,</w:t>
      </w:r>
    </w:p>
    <w:p>
      <w:pPr>
        <w:jc w:val="right"/>
      </w:pPr>
      <w:r>
        <w:t>تو اس کے معنی ہیں کہ آپ ایک ایسا روزہ رکھا جو جس سے آپ کو بھوک پیاس تو ملی لیکن اس سے آپ کا اسپریچول ڈیویلپمنٹ نہیں ہوا،</w:t>
      </w:r>
    </w:p>
    <w:p>
      <w:r>
        <w:rPr>
          <w:b/>
        </w:rPr>
        <w:t xml:space="preserve">[43:04] </w:t>
      </w:r>
      <w:r>
        <w:t>intellectual development nahi hua, aap ki personality development nahi hua. to</w:t>
      </w:r>
    </w:p>
    <w:p>
      <w:pPr>
        <w:jc w:val="right"/>
      </w:pPr>
      <w:r>
        <w:t>انٹلیکچول ڈیویلپمنٹ نہیں ہوا، آپ کی پرسنیلٹی ڈیویلپمنٹ نہیں ہوا۔ تو</w:t>
      </w:r>
    </w:p>
    <w:p>
      <w:r>
        <w:rPr>
          <w:b/>
        </w:rPr>
        <w:t xml:space="preserve">[43:15] </w:t>
      </w:r>
      <w:r>
        <w:t>aik</w:t>
      </w:r>
    </w:p>
    <w:p>
      <w:pPr>
        <w:jc w:val="right"/>
      </w:pPr>
      <w:r>
        <w:t>ایک</w:t>
      </w:r>
    </w:p>
    <w:p>
      <w:r>
        <w:rPr>
          <w:b/>
        </w:rPr>
        <w:t xml:space="preserve">[43:20] </w:t>
      </w:r>
      <w:r>
        <w:t>ab mein aik aisi baat kehna chahta hoon jo bohat ziyada sochne ki hai. woh yeh hai ke mein ne yeh samjha hai apnay study se ke roza is not simply a</w:t>
      </w:r>
    </w:p>
    <w:p>
      <w:pPr>
        <w:jc w:val="right"/>
      </w:pPr>
      <w:r>
        <w:t>اب میں ایک ایسی بات کہنا چاہتا ہوں جو بہت زیادہ سوچنے کی ہے۔ وہ یہ ہے کہ میں نے یہ سمجھا ہے اپنے اسٹڈی سے کہ روزہ از ناٹ سمپلی ا</w:t>
      </w:r>
    </w:p>
    <w:p>
      <w:r>
        <w:rPr>
          <w:b/>
        </w:rPr>
        <w:t xml:space="preserve">[43:38] </w:t>
      </w:r>
      <w:r>
        <w:t>ah</w:t>
      </w:r>
    </w:p>
    <w:p>
      <w:pPr>
        <w:jc w:val="right"/>
      </w:pPr>
      <w:r>
        <w:t>اہ</w:t>
      </w:r>
    </w:p>
    <w:p>
      <w:r>
        <w:rPr>
          <w:b/>
        </w:rPr>
        <w:t xml:space="preserve">[43:42] </w:t>
      </w:r>
      <w:r>
        <w:t>practice of hunger.</w:t>
      </w:r>
    </w:p>
    <w:p>
      <w:pPr>
        <w:jc w:val="right"/>
      </w:pPr>
      <w:r>
        <w:t>پریکٹس اف ہنگر۔</w:t>
      </w:r>
    </w:p>
    <w:p>
      <w:r>
        <w:rPr>
          <w:b/>
        </w:rPr>
        <w:t xml:space="preserve">[43:46] </w:t>
      </w:r>
      <w:r>
        <w:t>roza is not simply a practice of hunger.</w:t>
      </w:r>
    </w:p>
    <w:p>
      <w:pPr>
        <w:jc w:val="right"/>
      </w:pPr>
      <w:r>
        <w:t>روزہ از ناٹ سمپلی ا پریکٹس اف ہنگر۔</w:t>
      </w:r>
    </w:p>
    <w:p>
      <w:r>
        <w:rPr>
          <w:b/>
        </w:rPr>
        <w:t xml:space="preserve">[43:57] </w:t>
      </w:r>
      <w:r>
        <w:t>roza az learning through experience.</w:t>
      </w:r>
    </w:p>
    <w:p>
      <w:pPr>
        <w:jc w:val="right"/>
      </w:pPr>
      <w:r>
        <w:t>روزہ از ا لرننگ تھرو ایکسپیرینس۔</w:t>
      </w:r>
    </w:p>
    <w:p>
      <w:r>
        <w:rPr>
          <w:b/>
        </w:rPr>
        <w:t xml:space="preserve">[44:05] </w:t>
      </w:r>
      <w:r>
        <w:t>roza az learning through experience. yani aap roze mein aap aap ko aik experience laina hai, aik tajurba milna hai, aap ko experience milna hai, spiritual experience.</w:t>
      </w:r>
    </w:p>
    <w:p>
      <w:pPr>
        <w:jc w:val="right"/>
      </w:pPr>
      <w:r>
        <w:t>روزہ از ا لرننگ تھرو ایکسپیرینس۔ یعنی آپ روزے میں آپ آپ کو ایک ایکسپیرینس لینا ہے، ایک تجربہ ملنا ہے، آپ کو ایکسپیرینس ملنا ہے، اسپریچول ایکسپیرینس۔</w:t>
      </w:r>
    </w:p>
    <w:p>
      <w:r>
        <w:rPr>
          <w:b/>
        </w:rPr>
        <w:t xml:space="preserve">[44:18] </w:t>
      </w:r>
      <w:r>
        <w:t>agar woh na milay, phir bhook pyas milay to woh roza nahi hua.</w:t>
      </w:r>
    </w:p>
    <w:p>
      <w:pPr>
        <w:jc w:val="right"/>
      </w:pPr>
      <w:r>
        <w:t>اگر وہ نہ ملے، پھر بھوک پیاس ملے تو وہ روزہ نہیں ہوا۔</w:t>
      </w:r>
    </w:p>
    <w:p>
      <w:r>
        <w:rPr>
          <w:b/>
        </w:rPr>
        <w:t xml:space="preserve">[44:23] </w:t>
      </w:r>
      <w:r>
        <w:t>to yeh isi baat, is baat ko aik hadith se baat wazeh hoti hai.</w:t>
      </w:r>
    </w:p>
    <w:p>
      <w:pPr>
        <w:jc w:val="right"/>
      </w:pPr>
      <w:r>
        <w:t>تو یہ اسی بات، اس بات کو ایک حدیث سے بات واضح ہوتی ہے۔</w:t>
      </w:r>
    </w:p>
    <w:p>
      <w:r>
        <w:rPr>
          <w:b/>
        </w:rPr>
        <w:t xml:space="preserve">[44:33] </w:t>
      </w:r>
      <w:r>
        <w:t>aik hadith mein hai, aap jantay hain ke hadith mein aik woh hadith hoti hai, us ko kehte hain hadith qudsi. hadith qudsi woh hai jis mein ke rasool Allah sal Allah alaihi wasallam is tarah kehte hain ke Khuda ne farmaya,</w:t>
      </w:r>
    </w:p>
    <w:p>
      <w:pPr>
        <w:jc w:val="right"/>
      </w:pPr>
      <w:r>
        <w:t>ایک حدیث میں ہے، آپ جانتے ہیں کہ حدیث میں ایک وہ حدیث ہوتی ہے، اس کو کہتے ہیں حدیث قدسی۔ حدیث قدسی وہ ہے جس میں کہ رسول اللہ صلی اللہ علیہ وسلم اس طرح کہتے ہیں کہ خدا نے فرمایا،</w:t>
      </w:r>
    </w:p>
    <w:p>
      <w:r>
        <w:rPr>
          <w:b/>
        </w:rPr>
        <w:t xml:space="preserve">[44:48] </w:t>
      </w:r>
      <w:r>
        <w:t>yani Khuda ki zuban se hoti hai. woh</w:t>
      </w:r>
    </w:p>
    <w:p>
      <w:pPr>
        <w:jc w:val="right"/>
      </w:pPr>
      <w:r>
        <w:t>یعنی خدا کی زبان سے ہوتی ہے۔ وہ</w:t>
      </w:r>
    </w:p>
    <w:p>
      <w:r>
        <w:rPr>
          <w:b/>
        </w:rPr>
        <w:t xml:space="preserve">[44:50] </w:t>
      </w:r>
      <w:r>
        <w:t>to aisi aik hadith qudsi mein hai ke ali kullakum jaa'e ali kullakum jaa'e illa man at'amt</w:t>
      </w:r>
    </w:p>
    <w:p>
      <w:pPr>
        <w:jc w:val="right"/>
      </w:pPr>
      <w:r>
        <w:t>تو ایسی ایک حدیث قدسی میں ہے کہ علی کلکم جائے علی کلکم جائے الا من اطعمت</w:t>
      </w:r>
    </w:p>
    <w:p>
      <w:r>
        <w:rPr>
          <w:b/>
        </w:rPr>
        <w:t xml:space="preserve">[45:04] </w:t>
      </w:r>
      <w:r>
        <w:t>fastat'amooni at'amkum</w:t>
      </w:r>
    </w:p>
    <w:p>
      <w:pPr>
        <w:jc w:val="right"/>
      </w:pPr>
      <w:r>
        <w:t>فستطعمونی اطعمکم</w:t>
      </w:r>
    </w:p>
    <w:p>
      <w:r>
        <w:rPr>
          <w:b/>
        </w:rPr>
        <w:t xml:space="preserve">[45:11] </w:t>
      </w:r>
      <w:r>
        <w:t>ke sun lo, tum mein se har shakhs bhooka hai. is ka transition yeh hai is hadith ka ke Allah taala farmatay hain ke sun lo ke tum mein se har shakhs bhooka hai, except woh jis ko mein khilaoon.</w:t>
      </w:r>
    </w:p>
    <w:p>
      <w:pPr>
        <w:jc w:val="right"/>
      </w:pPr>
      <w:r>
        <w:t>کہ سن لو، تم میں سے ہر شخص بھوکا ہے۔ اس کا ٹرانزیشن یہ ہے اس حدیث کا کہ اللہ تعالی فرماتے ہیں کہ سن لو کہ تم میں سے ہر شخص بھوکا ہے، ایکسیپٹ وہ جس کو میں کھلاؤں۔</w:t>
      </w:r>
    </w:p>
    <w:p>
      <w:r>
        <w:rPr>
          <w:b/>
        </w:rPr>
        <w:t xml:space="preserve">[45:27] </w:t>
      </w:r>
      <w:r>
        <w:t>to mujh se khana mango</w:t>
      </w:r>
    </w:p>
    <w:p>
      <w:pPr>
        <w:jc w:val="right"/>
      </w:pPr>
      <w:r>
        <w:t>تو مجھ سے کھانا مانگو</w:t>
      </w:r>
    </w:p>
    <w:p>
      <w:r>
        <w:rPr>
          <w:b/>
        </w:rPr>
        <w:t xml:space="preserve">[45:30] </w:t>
      </w:r>
      <w:r>
        <w:t>aur mein tum ko khana doon ga.</w:t>
      </w:r>
    </w:p>
    <w:p>
      <w:pPr>
        <w:jc w:val="right"/>
      </w:pPr>
      <w:r>
        <w:t>اور میں تم کو کھانا دوں گا۔</w:t>
      </w:r>
    </w:p>
    <w:p>
      <w:r>
        <w:rPr>
          <w:b/>
        </w:rPr>
        <w:t xml:space="preserve">[45:35] </w:t>
      </w:r>
      <w:r>
        <w:t>yeh hadith bohat ziyada sochne ki hai. mein chahta hoon ke roza isi hadith ka tajurba hai, isi hadith ka aik experience hai.</w:t>
      </w:r>
    </w:p>
    <w:p>
      <w:pPr>
        <w:jc w:val="right"/>
      </w:pPr>
      <w:r>
        <w:t>یہ حدیث بہت زیادہ سوچنے کی ہے۔ میں چاہتا ہوں کہ روزہ اسی حدیث کا تجربہ ہے، اسی حدیث کا ایک ایکسپیرینس ہے۔</w:t>
      </w:r>
    </w:p>
    <w:p>
      <w:r>
        <w:rPr>
          <w:b/>
        </w:rPr>
        <w:t xml:space="preserve">[45:45] </w:t>
      </w:r>
      <w:r>
        <w:t>woh kaisay? aap ne din ko roza rakha</w:t>
      </w:r>
    </w:p>
    <w:p>
      <w:pPr>
        <w:jc w:val="right"/>
      </w:pPr>
      <w:r>
        <w:t>وہ کیسے؟ آپ نے دن کو روزہ رکھا</w:t>
      </w:r>
    </w:p>
    <w:p>
      <w:r>
        <w:rPr>
          <w:b/>
        </w:rPr>
        <w:t xml:space="preserve">[45:52] </w:t>
      </w:r>
      <w:r>
        <w:t>aur bhook pyas se aap dochar hue, lekin roze se meri murad woh roza nahi hai jo dilli mein aksar jis ka riwaj hai ke itna khate hain sehri ke waqt ke sham tak bhooki na lagay.</w:t>
      </w:r>
    </w:p>
    <w:p>
      <w:pPr>
        <w:jc w:val="right"/>
      </w:pPr>
      <w:r>
        <w:t>اور بھوک پیاس سے آپ دوچار ہوئے، لیکن روزے سے میری مراد وہ روزہ نہیں ہے جو دلی میں اکثر جس کا رواج ہے کہ اتنا کھاتے ہیں سحری کے وقت کہ شام تک بھوکی نہ لگے۔</w:t>
      </w:r>
    </w:p>
    <w:p>
      <w:r>
        <w:rPr>
          <w:b/>
        </w:rPr>
        <w:t xml:space="preserve">[46:07] </w:t>
      </w:r>
      <w:r>
        <w:t>balkay yeh fakhr se kehte hain ke</w:t>
      </w:r>
    </w:p>
    <w:p>
      <w:pPr>
        <w:jc w:val="right"/>
      </w:pPr>
      <w:r>
        <w:t>بلکہ یہ فخر سے کہتے ہیں کہ</w:t>
      </w:r>
    </w:p>
    <w:p>
      <w:r>
        <w:rPr>
          <w:b/>
        </w:rPr>
        <w:t xml:space="preserve">[46:12] </w:t>
      </w:r>
      <w:r>
        <w:t>mein to, mein to is tarah roza rakha, mein ne ke mujhe bhooki nahi lagi. yeh fakhr ki baat nahi hai. yeh sehri aap ko mukhtasir karna chahiye ta ke bhook lagay.</w:t>
      </w:r>
    </w:p>
    <w:p>
      <w:pPr>
        <w:jc w:val="right"/>
      </w:pPr>
      <w:r>
        <w:t>میں تو، میں تو اس طرح روزہ رکھا، میں نے کہ مجھے بھوکی نہیں لگی۔ یہ فخر کی بات نہیں ہے۔ یہ سحری آپ کو مختصر کرنا چاہیے تاکہ بھوک لگے۔</w:t>
      </w:r>
    </w:p>
    <w:p>
      <w:r>
        <w:rPr>
          <w:b/>
        </w:rPr>
        <w:t xml:space="preserve">[46:26] </w:t>
      </w:r>
      <w:r>
        <w:t>khoob dhoom se sehri karna,</w:t>
      </w:r>
    </w:p>
    <w:p>
      <w:pPr>
        <w:jc w:val="right"/>
      </w:pPr>
      <w:r>
        <w:t>خوب دھوم سے سحری کرنا،</w:t>
      </w:r>
    </w:p>
    <w:p>
      <w:r>
        <w:rPr>
          <w:b/>
        </w:rPr>
        <w:t xml:space="preserve">[46:29] </w:t>
      </w:r>
      <w:r>
        <w:t>is balkay yeh soch kar ke karte hain log ke khoob kha lo ta ke bhook na lagay. bhai, bhook to lagna chahiye. sehri thori si khai jati hai to bhook lagna chahiye.</w:t>
      </w:r>
    </w:p>
    <w:p>
      <w:pPr>
        <w:jc w:val="right"/>
      </w:pPr>
      <w:r>
        <w:t>اس بلکہ یہ سوچ کر کے کرتے ہیں لوگ کہ خوب کھا لو تاکہ بھوک نہ لگے۔ بھئی، بھوک تو لگنا چاہیے۔ سحری تھوڑی سی کھائی جاتی ہے تو بھوک لگنا چاہیے۔</w:t>
      </w:r>
    </w:p>
    <w:p>
      <w:r>
        <w:rPr>
          <w:b/>
        </w:rPr>
        <w:t xml:space="preserve">[46:43] </w:t>
      </w:r>
      <w:r>
        <w:t>kyun? bhook ka tajurba hona chahiye aap ko.</w:t>
      </w:r>
    </w:p>
    <w:p>
      <w:pPr>
        <w:jc w:val="right"/>
      </w:pPr>
      <w:r>
        <w:t>کیوں؟ بھوک کا تجربہ ہونا چاہیے آپ کو۔</w:t>
      </w:r>
    </w:p>
    <w:p>
      <w:r>
        <w:rPr>
          <w:b/>
        </w:rPr>
        <w:t xml:space="preserve">[46:48] </w:t>
      </w:r>
      <w:r>
        <w:t>lekin aam halaat mein insan ko subah sham khata rehta hai. bhook ka word is ki dictionary mein to hota hai, is ke tajurbe mein nahi hota.</w:t>
      </w:r>
    </w:p>
    <w:p>
      <w:pPr>
        <w:jc w:val="right"/>
      </w:pPr>
      <w:r>
        <w:t>لیکن عام حالات میں انسان کو صبح شام کھاتا رہتا ہے۔ بھوک کا ورڈ اس کی ڈکشنری میں تو ہوتا ہے، اس کے تجربے میں نہیں ہوتا۔</w:t>
      </w:r>
    </w:p>
    <w:p>
      <w:r>
        <w:rPr>
          <w:b/>
        </w:rPr>
        <w:t xml:space="preserve">[47:02] </w:t>
      </w:r>
      <w:r>
        <w:t>is ke tajurbe mein nahi hota.</w:t>
      </w:r>
    </w:p>
    <w:p>
      <w:pPr>
        <w:jc w:val="right"/>
      </w:pPr>
      <w:r>
        <w:t>اس کے تجربے میں نہیں ہوتا۔</w:t>
      </w:r>
    </w:p>
    <w:p>
      <w:r>
        <w:rPr>
          <w:b/>
        </w:rPr>
        <w:t xml:space="preserve">[47:05] </w:t>
      </w:r>
      <w:r>
        <w:t>is ki jo yani vocabulary hai, us mein to bhook ka aur hunger ka word hota hai, lekin is ke experience mein bhook, us ko, us ko is ka experience nahi hota.</w:t>
      </w:r>
    </w:p>
    <w:p>
      <w:pPr>
        <w:jc w:val="right"/>
      </w:pPr>
      <w:r>
        <w:t>اس کی جو یعنی وکیبلری ہے، اس میں تو بھوک کا اور ہنگر کا ورڈ ہوتا ہے، لیکن اس کے ایکسپیرینس میں بھوک، اس کو، اس کو اس کا ایکسپیرینس نہیں ہوتا۔</w:t>
      </w:r>
    </w:p>
    <w:p>
      <w:r>
        <w:rPr>
          <w:b/>
        </w:rPr>
        <w:t xml:space="preserve">[47:18] </w:t>
      </w:r>
      <w:r>
        <w:t>janta nahi ke hai kya bhook. to roza rakh kar aap ko bhook ka experience karaya gaya.</w:t>
      </w:r>
    </w:p>
    <w:p>
      <w:pPr>
        <w:jc w:val="right"/>
      </w:pPr>
      <w:r>
        <w:t>جانتا نہیں کہ ہے کیا بھوک۔ تو روزہ رکھ کر آپ کو بھوک کا ایکسپیرینس کرایا گیا۔</w:t>
      </w:r>
    </w:p>
    <w:p>
      <w:r>
        <w:rPr>
          <w:b/>
        </w:rPr>
        <w:t xml:space="preserve">[47:25] </w:t>
      </w:r>
      <w:r>
        <w:t>din bhar aap ko yeh experience hua, bhook kya cheez hai. ab sham ke waqt mein kya hua? aap ko khana diya gaya.</w:t>
      </w:r>
    </w:p>
    <w:p>
      <w:pPr>
        <w:jc w:val="right"/>
      </w:pPr>
      <w:r>
        <w:t>دن بھر آپ کو یہ ایکسپیرینس ہوا، بھوک کیا چیز ہے۔ اب شام کے وقت میں کیا ہوا؟ آپ کو کھانا دیا گیا۔</w:t>
      </w:r>
    </w:p>
    <w:p>
      <w:r>
        <w:rPr>
          <w:b/>
        </w:rPr>
        <w:t xml:space="preserve">[47:36] </w:t>
      </w:r>
      <w:r>
        <w:t>to us waqt hadith mein aata hai ke yeh dua parhi aap ne ke Allahumma laka sumtu wa ala rizqika iftartu</w:t>
      </w:r>
    </w:p>
    <w:p>
      <w:pPr>
        <w:jc w:val="right"/>
      </w:pPr>
      <w:r>
        <w:t>تو اس وقت حدیث میں آتا ہے کہ یہ دعا پڑھی آپ نے کہ اللہم لک سمت وعلی رزقک افطرت</w:t>
      </w:r>
    </w:p>
    <w:p>
      <w:r>
        <w:rPr>
          <w:b/>
        </w:rPr>
        <w:t xml:space="preserve">[47:48] </w:t>
      </w:r>
      <w:r>
        <w:t>allahum lak sumt wa ala rizqak iftart yani is ka matlab yeh hui ke koi hadith wali baat aa gayi ke tum mein se har shakhs bhooka hai, siwaye us ke jo mein khana khilaon.</w:t>
      </w:r>
    </w:p>
    <w:p>
      <w:pPr>
        <w:jc w:val="right"/>
      </w:pPr>
      <w:r>
        <w:t>اللہم لک سمت وعلی رزقک افطرت یعنی اس کا مطلب یہ ہوئی کہ کوئی حدیث والی بات آ گئی کہ تم میں سے ہر شخص بھوکا ہے، سوائے اس کے جو میں کھانا کھلاؤں۔</w:t>
      </w:r>
    </w:p>
    <w:p>
      <w:r>
        <w:rPr>
          <w:b/>
        </w:rPr>
        <w:t xml:space="preserve">[47:59] </w:t>
      </w:r>
      <w:r>
        <w:t>to kaha din ko aap ne apne is ka tajurba kiya ke</w:t>
      </w:r>
    </w:p>
    <w:p>
      <w:pPr>
        <w:jc w:val="right"/>
      </w:pPr>
      <w:r>
        <w:t>تو کہا دن کو آپ نے اپنے اس کا تجربہ کیا کہ</w:t>
      </w:r>
    </w:p>
    <w:p>
      <w:r>
        <w:rPr>
          <w:b/>
        </w:rPr>
        <w:t xml:space="preserve">[48:06] </w:t>
      </w:r>
      <w:r>
        <w:t>insan jo hai, woh is ko bhook pyas lagti hai. bhook pyas ka ise tajurba hota hai. aur sham ko jo aap ne khana khaya, iftar kiya, aur yeh kaha ke woh, woh ala rizq ka iftar do.</w:t>
      </w:r>
    </w:p>
    <w:p>
      <w:pPr>
        <w:jc w:val="right"/>
      </w:pPr>
      <w:r>
        <w:t>انسان جو ہے، وہ اس کو بھوک پیاس لگتی ہے۔ بھوک پیاس کا اسے تجربہ ہوتا ہے۔ اور شام کو جو آپ نے کھانا کھایا، افطار کیا، اور یہ کہا کہ وہ، وہ علی رزق کا افطر دو۔</w:t>
      </w:r>
    </w:p>
    <w:p>
      <w:r>
        <w:rPr>
          <w:b/>
        </w:rPr>
        <w:t xml:space="preserve">[48:20] </w:t>
      </w:r>
      <w:r>
        <w:t>to goya ke khuda ne aap ko rizq bheja, dastar khwan bheja, aur shukr kar ke is ko aap kha rahe hain.</w:t>
      </w:r>
    </w:p>
    <w:p>
      <w:pPr>
        <w:jc w:val="right"/>
      </w:pPr>
      <w:r>
        <w:t>تو گویا کہ خدا نے آپ کو رزق بھیجا، دسترخوان بھیجا، اور شکر کر کے اس کو آپ کھا رہے ہیں۔</w:t>
      </w:r>
    </w:p>
    <w:p>
      <w:r>
        <w:rPr>
          <w:b/>
        </w:rPr>
        <w:t xml:space="preserve">[48:28] </w:t>
      </w:r>
      <w:r>
        <w:t>to din mein aap ne tajurba kiya hadith ke is hisse ka, kullukum jae, aur sham ko tajurba ka aap ne is is hisse ka ke illa man atamt.</w:t>
      </w:r>
    </w:p>
    <w:p>
      <w:pPr>
        <w:jc w:val="right"/>
      </w:pPr>
      <w:r>
        <w:t>تو دن میں آپ نے تجربہ کیا حدیث کے اس حصے کا، کلکم جائے، اور شام کو تجربے کا آپ نے اس اس حصے کا کہ الا من اطعمت۔</w:t>
      </w:r>
    </w:p>
    <w:p>
      <w:r>
        <w:rPr>
          <w:b/>
        </w:rPr>
        <w:t xml:space="preserve">[48:40] </w:t>
      </w:r>
      <w:r>
        <w:t>isi ko mein keh raha hoon ke roza ek tajurba hai. roza sirf bhook nahi hai.</w:t>
      </w:r>
    </w:p>
    <w:p>
      <w:pPr>
        <w:jc w:val="right"/>
      </w:pPr>
      <w:r>
        <w:t>اسی کو میں کہہ رہا ہوں کہ روزہ ایک تجربہ ہے۔ روزہ صرف بھوک نہیں ہے۔</w:t>
      </w:r>
    </w:p>
    <w:p>
      <w:r>
        <w:rPr>
          <w:b/>
        </w:rPr>
        <w:t xml:space="preserve">[48:49] </w:t>
      </w:r>
      <w:r>
        <w:t>to</w:t>
      </w:r>
    </w:p>
    <w:p>
      <w:pPr>
        <w:jc w:val="right"/>
      </w:pPr>
      <w:r>
        <w:t>تو</w:t>
      </w:r>
    </w:p>
    <w:p>
      <w:r>
        <w:rPr>
          <w:b/>
        </w:rPr>
        <w:t xml:space="preserve">[48:52] </w:t>
      </w:r>
      <w:r>
        <w:t>yahan mein ek aur baat arz karna chahta hoon jo bohat important hai, woh yeh ke jahan tak mein ne samjha hai, momin woh hai jo cut aside ho chuka ho.</w:t>
      </w:r>
    </w:p>
    <w:p>
      <w:pPr>
        <w:jc w:val="right"/>
      </w:pPr>
      <w:r>
        <w:t>یہاں میں ایک اور بات عرض کرنا چاہتا ہوں جو بہت امپورٹنٹ ہے، وہ یہ کہ جہاں تک میں نے سمجھا ہے، مومن وہ ہے جو کٹوسائیڈ ہو چکا ہو۔</w:t>
      </w:r>
    </w:p>
    <w:p>
      <w:r>
        <w:rPr>
          <w:b/>
        </w:rPr>
        <w:t xml:space="preserve">[49:09] </w:t>
      </w:r>
      <w:r>
        <w:t>best behtareen word jo mujhe mila hai momin ke liye, woh hai man cut aside. man cut aside.</w:t>
      </w:r>
    </w:p>
    <w:p>
      <w:pPr>
        <w:jc w:val="right"/>
      </w:pPr>
      <w:r>
        <w:t>بیسٹ بہترین ورڈ جو مجھے ملا ہے مومن کے لیے، وہ ہے مین کٹوسائیڈ۔ مین کٹوسائیڈ۔</w:t>
      </w:r>
    </w:p>
    <w:p>
      <w:r>
        <w:rPr>
          <w:b/>
        </w:rPr>
        <w:t xml:space="preserve">[49:19] </w:t>
      </w:r>
      <w:r>
        <w:t>dekhen, man cut aside ka matlab kya hai? is ki mein ek misaal doonga. 1971 mein</w:t>
      </w:r>
    </w:p>
    <w:p>
      <w:pPr>
        <w:jc w:val="right"/>
      </w:pPr>
      <w:r>
        <w:t>دیکھیں، مین کٹوسائیڈ کا مطلب کیا ہے؟ اس کی میں ایک مثال دوں گا۔ 1971 میں</w:t>
      </w:r>
    </w:p>
    <w:p>
      <w:r>
        <w:rPr>
          <w:b/>
        </w:rPr>
        <w:t xml:space="preserve">[49:28] </w:t>
      </w:r>
      <w:r>
        <w:t>jab india aur pakistan ki ladai hui, pakistan do tukre ho gaya. yani east pakistan aur mashriqi pakistan dono do alag alag mulk ban gaye.</w:t>
      </w:r>
    </w:p>
    <w:p>
      <w:pPr>
        <w:jc w:val="right"/>
      </w:pPr>
      <w:r>
        <w:t>جب انڈیا اور پاکستان کی لڑائی ہوئی، پاکستان دو ٹکڑے ہو گیا۔ یعنی ایسٹ پاکستان اور مشرقی پاکستان دونوں دو الگ الگ ملک بن گئے۔</w:t>
      </w:r>
    </w:p>
    <w:p>
      <w:r>
        <w:rPr>
          <w:b/>
        </w:rPr>
        <w:t xml:space="preserve">[49:38] </w:t>
      </w:r>
      <w:r>
        <w:t>to bohat si kitaben chhapi theen is zamane mein. un ke title kai tarah ke thay, maslan, "dismemberment of pakistan",</w:t>
      </w:r>
    </w:p>
    <w:p>
      <w:pPr>
        <w:jc w:val="right"/>
      </w:pPr>
      <w:r>
        <w:t>تو بہت سی کتابیں چھپی تھیں اس زمانے میں۔ ان کے ٹائٹل کئی طرح کے تھے، مثلاً "ڈس ممبرمنٹ آف پاکستان"،</w:t>
      </w:r>
    </w:p>
    <w:p>
      <w:r>
        <w:rPr>
          <w:b/>
        </w:rPr>
        <w:t xml:space="preserve">[49:50] </w:t>
      </w:r>
      <w:r>
        <w:t>"partition of after partition" waghera. ek kitab ka title tha "pakistan cut aside".</w:t>
      </w:r>
    </w:p>
    <w:p>
      <w:pPr>
        <w:jc w:val="right"/>
      </w:pPr>
      <w:r>
        <w:t>"پارٹیشن آفٹر پارٹیشن" وغیرہ۔ ایک کتاب کا ٹائٹل تھا "پاکستان کٹوسائیڈ"۔</w:t>
      </w:r>
    </w:p>
    <w:p>
      <w:r>
        <w:rPr>
          <w:b/>
        </w:rPr>
        <w:t xml:space="preserve">[50:03] </w:t>
      </w:r>
      <w:r>
        <w:t>"Pakistan cut aside" yani Pakistan jo tha, ek artificial barhothri thi, haqeeqi nahi thi.</w:t>
      </w:r>
    </w:p>
    <w:p>
      <w:pPr>
        <w:jc w:val="right"/>
      </w:pPr>
      <w:r>
        <w:t>"پاکستان کٹوسائیڈ" یعنی پاکستان جو تھا، ایک آرٹیفیشل بڑھوتری تھی، حقیقی نہیں تھی۔</w:t>
      </w:r>
    </w:p>
    <w:p>
      <w:r>
        <w:rPr>
          <w:b/>
        </w:rPr>
        <w:t xml:space="preserve">[50:12] </w:t>
      </w:r>
      <w:r>
        <w:t>woh kyunke yeh koi matlabi nahi ke ek mulk aisa ho jis ke beech mein hazar mil ka fasla ho. yeh to koi</w:t>
      </w:r>
    </w:p>
    <w:p>
      <w:pPr>
        <w:jc w:val="right"/>
      </w:pPr>
      <w:r>
        <w:t>وہ کیونکہ یہ کوئی مطلبی نہیں کہ ایک ملک ایسا ہو جس کے بیچ میں ہزار میل کا فاصلہ ہو۔ یہ تو کوئی</w:t>
      </w:r>
    </w:p>
    <w:p>
      <w:r>
        <w:rPr>
          <w:b/>
        </w:rPr>
        <w:t xml:space="preserve">[50:21] </w:t>
      </w:r>
      <w:r>
        <w:t>aisa koi mulk duniya mein kabhi hua nahi. to ek masnooi mulk tha, woh ghubare jaisa hai. ghubare ka size bhi itna hota hai, phool ke itna bada hota hai.</w:t>
      </w:r>
    </w:p>
    <w:p>
      <w:pPr>
        <w:jc w:val="right"/>
      </w:pPr>
      <w:r>
        <w:t>ایسا کوئی ملک دنیا میں کبھی ہوا نہیں۔ تو ایک مصنوعی ملک تھا، وہ غبارہ جیسا ہے۔ غبارہ کا سائز بھی اتنا ہوتا ہے، پھول کے اتنا بڑا ہوتا ہے۔</w:t>
      </w:r>
    </w:p>
    <w:p>
      <w:r>
        <w:rPr>
          <w:b/>
        </w:rPr>
        <w:t xml:space="preserve">[50:32] </w:t>
      </w:r>
      <w:r>
        <w:t>to ek ghubare ki tarah ek phoola phoola hua ek mulk tha.</w:t>
      </w:r>
    </w:p>
    <w:p>
      <w:pPr>
        <w:jc w:val="right"/>
      </w:pPr>
      <w:r>
        <w:t>تو ایک غبارے کی طرح ایک پھولا پھولا ہوا ایک ملک تھا۔</w:t>
      </w:r>
    </w:p>
    <w:p>
      <w:r>
        <w:rPr>
          <w:b/>
        </w:rPr>
        <w:t xml:space="preserve">[50:38] </w:t>
      </w:r>
      <w:r>
        <w:t>to jab bangladesh bana to gaya ke apne real size par aa gaya pakistan. to isi ko is ne kaha tha ke "pakistan cut aside".</w:t>
      </w:r>
    </w:p>
    <w:p>
      <w:pPr>
        <w:jc w:val="right"/>
      </w:pPr>
      <w:r>
        <w:t>تو جب بنگلہ دیش بنا تو گیا کہ اپنے ریئل سائز پر آ گیا پاکستان۔ تو اسی کو اس نے کہا تھا کہ "پاکستان کٹوسائیڈ"۔</w:t>
      </w:r>
    </w:p>
    <w:p>
      <w:r>
        <w:rPr>
          <w:b/>
        </w:rPr>
        <w:t xml:space="preserve">[50:51] </w:t>
      </w:r>
      <w:r>
        <w:t>to mein samajhta hoon ke momin ki</w:t>
      </w:r>
    </w:p>
    <w:p>
      <w:pPr>
        <w:jc w:val="right"/>
      </w:pPr>
      <w:r>
        <w:t>تو میں سمجھتا ہوں کہ مومن کی</w:t>
      </w:r>
    </w:p>
    <w:p>
      <w:r>
        <w:rPr>
          <w:b/>
        </w:rPr>
        <w:t xml:space="preserve">[50:54] </w:t>
      </w:r>
      <w:r>
        <w:t>behtareen word jo mujhe milta hai ke woh man cut aside hota hai. aur yeh roza ek bohat aham hissa hai, bohat aham role hai roze ka.</w:t>
      </w:r>
    </w:p>
    <w:p>
      <w:pPr>
        <w:jc w:val="right"/>
      </w:pPr>
      <w:r>
        <w:t>بہترین ورڈ جو مجھے ملتا ہے کہ وہ مین کٹوسائیڈ ہوتا ہے۔ اور یہ روزہ ایک بہت اہم حصہ ہے، بہت اہم رول ہے روزے کا۔</w:t>
      </w:r>
    </w:p>
    <w:p>
      <w:r>
        <w:rPr>
          <w:b/>
        </w:rPr>
        <w:t xml:space="preserve">[51:05] </w:t>
      </w:r>
      <w:r>
        <w:t>yani insan apni helplessness ka ehsas karta hai</w:t>
      </w:r>
    </w:p>
    <w:p>
      <w:pPr>
        <w:jc w:val="right"/>
      </w:pPr>
      <w:r>
        <w:t>یعنی انسان اپنی ہیلپ لیسنس کا احساس کرتا ہے</w:t>
      </w:r>
    </w:p>
    <w:p>
      <w:r>
        <w:rPr>
          <w:b/>
        </w:rPr>
        <w:t xml:space="preserve">[51:12] </w:t>
      </w:r>
      <w:r>
        <w:t>ke khana na mile to mein kuch bhi nahi hoon, pani na mile to mein kuch bhi nahi hoon, aaram karne ko na mile to mein kuch bhi nahi hoon, sone ko na mile to mein kuch bhi nahi hoon.</w:t>
      </w:r>
    </w:p>
    <w:p>
      <w:pPr>
        <w:jc w:val="right"/>
      </w:pPr>
      <w:r>
        <w:t>کہ کھانا نہ ملے تو میں کچھ بھی نہیں ہوں، پانی نہ ملے تو میں کچھ بھی نہیں ہوں، آرام کرنے کو نہ ملے تو میں کچھ بھی نہیں ہوں، سونے کو نہ ملے تو میں کچھ بھی نہیں ہوں۔</w:t>
      </w:r>
    </w:p>
    <w:p>
      <w:r>
        <w:rPr>
          <w:b/>
        </w:rPr>
        <w:t xml:space="preserve">[51:26] </w:t>
      </w:r>
      <w:r>
        <w:t>hum jo ek insan ke roop mein chalte phirte hain aur kaam karte hain, kab? jab hamein khana milta rahe, pani milta rahe, aaram karte rahein, hum neend hum ko aaye, raat ko soyein.</w:t>
      </w:r>
    </w:p>
    <w:p>
      <w:pPr>
        <w:jc w:val="right"/>
      </w:pPr>
      <w:r>
        <w:t>ہم جو ایک انسان کے روپ میں چلتے پھرتے ہیں اور کام کرتے ہیں، کب؟ جب ہمیں کھانا ملتا رہے، پانی ملتا رہے، آرام کرتے رہیں، ہم نیند ہم کو آئے، رات کو سوئیں۔</w:t>
      </w:r>
    </w:p>
    <w:p>
      <w:r>
        <w:rPr>
          <w:b/>
        </w:rPr>
        <w:t xml:space="preserve">[51:36] </w:t>
      </w:r>
      <w:r>
        <w:t>hum yeh sab ramzan mein sab gadbad ho jata hai,</w:t>
      </w:r>
    </w:p>
    <w:p>
      <w:pPr>
        <w:jc w:val="right"/>
      </w:pPr>
      <w:r>
        <w:t>ہم یہ سب رمضان میں سب گڑبڑ ہو جاتا ہے،</w:t>
      </w:r>
    </w:p>
    <w:p>
      <w:r>
        <w:rPr>
          <w:b/>
        </w:rPr>
        <w:t xml:space="preserve">[51:41] </w:t>
      </w:r>
      <w:r>
        <w:t>sara mamla bikhar jata hai. to insan apne asli roop ko wahan tajurba karta hai, yani helplessness ka.</w:t>
      </w:r>
    </w:p>
    <w:p>
      <w:pPr>
        <w:jc w:val="right"/>
      </w:pPr>
      <w:r>
        <w:t>سارا معاملہ بکھر جاتا ہے۔ تو انسان اپنے اصلی روپ کو وہاں تجربہ کرتا ہے، یعنی ہیلپ لیسنس کا۔</w:t>
      </w:r>
    </w:p>
    <w:p>
      <w:r>
        <w:rPr>
          <w:b/>
        </w:rPr>
        <w:t xml:space="preserve">[51:52] </w:t>
      </w:r>
      <w:r>
        <w:t>to asli jo roop hai insaan ka, woh yeh hai ke aik helpless,</w:t>
      </w:r>
    </w:p>
    <w:p>
      <w:pPr>
        <w:jc w:val="right"/>
      </w:pPr>
      <w:r>
        <w:t>تو اصلی جو روپ ہے انسان کا، وہ یہ ہے کہ ایک ہیلپ لیس،</w:t>
      </w:r>
    </w:p>
    <w:p>
      <w:r>
        <w:rPr>
          <w:b/>
        </w:rPr>
        <w:t xml:space="preserve">[51:58] </w:t>
      </w:r>
      <w:r>
        <w:t>aik aik helpless animal hai, woh bilkul helpless.</w:t>
      </w:r>
    </w:p>
    <w:p>
      <w:pPr>
        <w:jc w:val="right"/>
      </w:pPr>
      <w:r>
        <w:t>ایک ایک ہیلپ لیس اینیمل ہے، وہ بالکل ہیلپ لیس۔</w:t>
      </w:r>
    </w:p>
    <w:p>
      <w:r>
        <w:rPr>
          <w:b/>
        </w:rPr>
        <w:t xml:space="preserve">[52:05] </w:t>
      </w:r>
      <w:r>
        <w:t>lekin chunke to khuda ne hamein test ke liye rakha hai duniya mein, to hum ko bohat si cheezein di hain. To Ramzan aap ko main cut aside banata hai, yaani is is is real insaan ka tajurba karata hai jo ke waqai aap hain.</w:t>
      </w:r>
    </w:p>
    <w:p>
      <w:pPr>
        <w:jc w:val="right"/>
      </w:pPr>
      <w:r>
        <w:t>لیکن چونکہ تو خدا نے ہمیں ٹیسٹ کے لیے رکھا ہے دنیا میں، تو ہم کو بہت سی چیزیں دی ہیں۔ تو رمضان آپ کو مین کٹوسائیڈ بناتا ہے، یعنی اس اس اس ریئل انسان کا تجربہ کراتا ہے جو کہ واقعی آپ ہیں۔</w:t>
      </w:r>
    </w:p>
    <w:p>
      <w:r>
        <w:rPr>
          <w:b/>
        </w:rPr>
        <w:t xml:space="preserve">[52:23] </w:t>
      </w:r>
      <w:r>
        <w:t>to yeh ramzan ka bohat bara role hai, mein samajhta hoon. Sufiya ke haan nafs kushi, sufia ke haan roze ko nafs kushi ka zariya samajhte hain.</w:t>
      </w:r>
    </w:p>
    <w:p>
      <w:pPr>
        <w:jc w:val="right"/>
      </w:pPr>
      <w:r>
        <w:t>تو یہ رمضان کا بہت بڑا رول ہے، میں سمجھتا ہوں۔ صوفیاء کے ہاں نفس کشی، صوفیاء کے ہاں روزہ کو نفس کشی کا ذریعہ سمجھتے ہیں۔</w:t>
      </w:r>
    </w:p>
    <w:p>
      <w:r>
        <w:rPr>
          <w:b/>
        </w:rPr>
        <w:t xml:space="preserve">[52:36] </w:t>
      </w:r>
      <w:r>
        <w:t>woh mujhe is se ittefaq nahi hai. Yeh</w:t>
      </w:r>
    </w:p>
    <w:p>
      <w:pPr>
        <w:jc w:val="right"/>
      </w:pPr>
      <w:r>
        <w:t>وہ مجھے اس سے اتفاق نہیں ہے۔ یہ</w:t>
      </w:r>
    </w:p>
    <w:p>
      <w:r>
        <w:rPr>
          <w:b/>
        </w:rPr>
        <w:t xml:space="preserve">[52:41] </w:t>
      </w:r>
      <w:r>
        <w:t>islam, yeh yeh roze ka underestimation hai. Nafs kushi, yaani jo desire hamare andar hai, in desire ko kill karna.</w:t>
      </w:r>
    </w:p>
    <w:p>
      <w:pPr>
        <w:jc w:val="right"/>
      </w:pPr>
      <w:r>
        <w:t>اسلام، یہ یہ روزے کا انڈر ایسٹیمیشن ہے۔ نفس کشی، یعنی جو ڈیزائر ہمارے اندر ہے، ان ڈیزائر کو کل کرنا۔</w:t>
      </w:r>
    </w:p>
    <w:p>
      <w:r>
        <w:rPr>
          <w:b/>
        </w:rPr>
        <w:t xml:space="preserve">[52:54] </w:t>
      </w:r>
      <w:r>
        <w:t>theek hai, aap desire ko kill kar diya aap ne, lekin kya yahi aap ki poori shakhsiyat hai? Aap ka mind, mind ke liye aap kuch nahi hain.</w:t>
      </w:r>
    </w:p>
    <w:p>
      <w:pPr>
        <w:jc w:val="right"/>
      </w:pPr>
      <w:r>
        <w:t>ٹھیک ہے، آپ ڈیزائر کو کل کر دیا آپ نے، لیکن کیا یہی آپ کی پوری شخصیت ہے؟ آپ کا مائنڈ، مائنڈ کے لیے آپ کچھ نہیں ہیں۔</w:t>
      </w:r>
    </w:p>
    <w:p>
      <w:r>
        <w:rPr>
          <w:b/>
        </w:rPr>
        <w:t xml:space="preserve">[53:03] </w:t>
      </w:r>
      <w:r>
        <w:t>roze mein,</w:t>
      </w:r>
    </w:p>
    <w:p>
      <w:pPr>
        <w:jc w:val="right"/>
      </w:pPr>
      <w:r>
        <w:t>روزے میں،</w:t>
      </w:r>
    </w:p>
    <w:p>
      <w:r>
        <w:rPr>
          <w:b/>
        </w:rPr>
        <w:t xml:space="preserve">[53:05] </w:t>
      </w:r>
      <w:r>
        <w:t>roze ke, roze ke mein mind ke liye kuch bhi nahi hai. Sirf yeh hai ke aap desire kill karte rahen. To mein samajhta hoon ke roza jo hai, bilashuba is mein aik pehlu hai ke aap ke nafs ki lagaam lagata hai.</w:t>
      </w:r>
    </w:p>
    <w:p>
      <w:pPr>
        <w:jc w:val="right"/>
      </w:pPr>
      <w:r>
        <w:t>روزے کے، روزے کے میں مائنڈ کے لیے کچھ بھی نہیں ہے۔ صرف یہ ہے کہ آپ ڈیزائر کل کرتے رہیں۔ تو میں سمجھتا ہوں کہ روزہ جو ہے، بلاشبہ اس میں ایک پہلو ہے کہ آپ کے نفس کی لگام لگاتا ہے۔</w:t>
      </w:r>
    </w:p>
    <w:p>
      <w:r>
        <w:rPr>
          <w:b/>
        </w:rPr>
        <w:t xml:space="preserve">[53:22] </w:t>
      </w:r>
      <w:r>
        <w:t>woh</w:t>
      </w:r>
    </w:p>
    <w:p>
      <w:pPr>
        <w:jc w:val="right"/>
      </w:pPr>
      <w:r>
        <w:t>وہ</w:t>
      </w:r>
    </w:p>
    <w:p>
      <w:r>
        <w:rPr>
          <w:b/>
        </w:rPr>
        <w:t xml:space="preserve">[53:23] </w:t>
      </w:r>
      <w:r>
        <w:t>woh self control ki aadat dalta hai aap ke andar. Lekin is se ziyada bara role yeh hai, jis ko mein kehta hoon intellectual development. Intellectual development ka mahina hai, roze ka mahina.</w:t>
      </w:r>
    </w:p>
    <w:p>
      <w:pPr>
        <w:jc w:val="right"/>
      </w:pPr>
      <w:r>
        <w:t>وہ سیلف کنٹرول کی عادت ڈالتا ہے آپ کے اندر۔ لیکن اس سے زیادہ بڑا رول یہ ہے، جس کو میں کہتا ہوں انٹلیکچول ڈیویلپمنٹ۔ انٹلیکچول ڈیویلپمنٹ کا مہینہ ہے، روزے کا مہینہ۔</w:t>
      </w:r>
    </w:p>
    <w:p>
      <w:r>
        <w:rPr>
          <w:b/>
        </w:rPr>
        <w:t xml:space="preserve">[53:37] </w:t>
      </w:r>
      <w:r>
        <w:t>yahan mein aik hadith aap ko sunaoonga.</w:t>
      </w:r>
    </w:p>
    <w:p>
      <w:pPr>
        <w:jc w:val="right"/>
      </w:pPr>
      <w:r>
        <w:t>یہاں میں ایک حدیث آپ کو سناؤں گا۔</w:t>
      </w:r>
    </w:p>
    <w:p>
      <w:r>
        <w:rPr>
          <w:b/>
        </w:rPr>
        <w:t xml:space="preserve">[53:41] </w:t>
      </w:r>
      <w:r>
        <w:t>rasool Allah salallahu alaihi wasallam ke zamane mein aik musalman gaye rasool Allah ki zawja ke paas, ahliya ke paas, aur poocha ke rasool Allah ki ibadat kya hoti hai?</w:t>
      </w:r>
    </w:p>
    <w:p>
      <w:pPr>
        <w:jc w:val="right"/>
      </w:pPr>
      <w:r>
        <w:t>رسول اللہ صلی اللہ علیہ وسلم کے زمانے میں ایک مسلمان گئے رسول اللہ کی زوجہ کے پاس، اہلیہ کے پاس، اور پوچھا کہ رسول اللہ کی عبادت کیا ہوتی ہے؟</w:t>
      </w:r>
    </w:p>
    <w:p>
      <w:r>
        <w:rPr>
          <w:b/>
        </w:rPr>
        <w:t xml:space="preserve">[53:55] </w:t>
      </w:r>
      <w:r>
        <w:t>to unhon ne bataya roza aur namaz. Yeh</w:t>
      </w:r>
    </w:p>
    <w:p>
      <w:pPr>
        <w:jc w:val="right"/>
      </w:pPr>
      <w:r>
        <w:t>تو انہوں نے بتایا روزہ اور نماز۔ یہ</w:t>
      </w:r>
    </w:p>
    <w:p>
      <w:r>
        <w:rPr>
          <w:b/>
        </w:rPr>
        <w:t xml:space="preserve">[53:59] </w:t>
      </w:r>
      <w:r>
        <w:t>to unhon ne yeh nahi bataya ke sari raat namaz parhte hain, sara din roza rakhte hain, saal bhar isi karte hain. Woh samajhte the ke aisa hoga. Jo poochnay gaye the, woh samajhte the ke rasool, woh rasool hain ke saal bhar jo hai, din bhar roza ho aur raat bhar namaz karte honge.</w:t>
      </w:r>
    </w:p>
    <w:p>
      <w:pPr>
        <w:jc w:val="right"/>
      </w:pPr>
      <w:r>
        <w:t>تو انہوں نے یہ نہیں بتایا کہ ساری رات نماز پڑھتے ہیں، سارا دن روزہ رکھتے ہیں، سال بھر اسی کرتے ہیں۔ وہ سمجھتے تھے کہ ایسا ہوگا۔ جو پوچھنے گئے تھے، وہ سمجھتے تھے کہ رسول، وہ رسول ہیں کہ سال بھر جو ہے، دن بھر روزہ ہو اور رات بھر نماز کرتے ہوں گے۔</w:t>
      </w:r>
    </w:p>
    <w:p>
      <w:r>
        <w:rPr>
          <w:b/>
        </w:rPr>
        <w:t xml:space="preserve">[54:16] </w:t>
      </w:r>
      <w:r>
        <w:t>aisa unhon ne nahi bataya. To hadith mein aata hai ke kaan hum taqalo kaan hum taqalo yaani unhon ne is ko kam samjha, kam samjha.</w:t>
      </w:r>
    </w:p>
    <w:p>
      <w:pPr>
        <w:jc w:val="right"/>
      </w:pPr>
      <w:r>
        <w:t>ایسا انہوں نے نہیں بتایا۔ تو حدیث میں آتا ہے کہ کانہم تقالوہ کانہم تقالوہ یعنی انہوں نے اس کو کم سمجھا، کم سمجھا۔</w:t>
      </w:r>
    </w:p>
    <w:p>
      <w:r>
        <w:rPr>
          <w:b/>
        </w:rPr>
        <w:t xml:space="preserve">[54:35] </w:t>
      </w:r>
      <w:r>
        <w:t>to yeh is par mein ne ghore kiya ke kam ko samjha kyunke woh physical activities ko ibadat samajhte the. Woh in namaz ki rakaton ko, quran ke khatam karne ko, aur is qism ki cheezon ko.</w:t>
      </w:r>
    </w:p>
    <w:p>
      <w:pPr>
        <w:jc w:val="right"/>
      </w:pPr>
      <w:r>
        <w:t>تو یہ اس پر میں نے غور کیا کہ کم کو سمجھا کیونکہ وہ فزیکل ایکٹیویٹیز کو عبادت سمجھتے تھے۔ وہ ان نماز کی رکعتوں کو، قرآن کے ختم کرنے کو، اور اس قسم کی چیزوں کو۔</w:t>
      </w:r>
    </w:p>
    <w:p>
      <w:r>
        <w:rPr>
          <w:b/>
        </w:rPr>
        <w:t xml:space="preserve">[54:51] </w:t>
      </w:r>
      <w:r>
        <w:t>jab physical activities jo hain, woh un ke andar, woh isi ko ibadat samajhte the. Haalanke ibadat intellectual activities bhi ibadat hi hai.</w:t>
      </w:r>
    </w:p>
    <w:p>
      <w:pPr>
        <w:jc w:val="right"/>
      </w:pPr>
      <w:r>
        <w:t>جب فزیکل ایکٹیویٹیز جو ہیں، وہ ان کے اندر، وہ اسی کو عبادت سمجھتے تھے۔ حالانکہ عبادت انٹلیکچول ایکٹیویٹیز بھی عبادت ہی ہے۔</w:t>
      </w:r>
    </w:p>
    <w:p>
      <w:r>
        <w:rPr>
          <w:b/>
        </w:rPr>
        <w:t xml:space="preserve">[55:04] </w:t>
      </w:r>
      <w:r>
        <w:t>jab aap quran par baat karte hain, kisi se hadith par baat karte hain, kisi se</w:t>
      </w:r>
    </w:p>
    <w:p>
      <w:pPr>
        <w:jc w:val="right"/>
      </w:pPr>
      <w:r>
        <w:t>جب آپ قرآن پر بات کرتے ہیں، کسی سے حدیث پر بات کرتے ہیں، کسی سے</w:t>
      </w:r>
    </w:p>
    <w:p>
      <w:r>
        <w:rPr>
          <w:b/>
        </w:rPr>
        <w:t xml:space="preserve">[55:11] </w:t>
      </w:r>
      <w:r>
        <w:t>islam ke jo teaching hai, is par sochte hain, aap ghore karte hain, is par aap kuch likhte hain, yeh sab kuch ibadat hai.</w:t>
      </w:r>
    </w:p>
    <w:p>
      <w:pPr>
        <w:jc w:val="right"/>
      </w:pPr>
      <w:r>
        <w:t>اسلام کے جو ٹیچنگ ہے، اس پر سوچتے ہیں، آپ غور کرتے ہیں، اس پر آپ کچھ لکھتے ہیں، یہ سب کچھ عبادت ہے۔</w:t>
      </w:r>
    </w:p>
    <w:p>
      <w:r>
        <w:rPr>
          <w:b/>
        </w:rPr>
        <w:t xml:space="preserve">[55:22] </w:t>
      </w:r>
      <w:r>
        <w:t>aur yeh sab zahir hai ke intellectual activity hai. To apne nafs par control karna,</w:t>
      </w:r>
    </w:p>
    <w:p>
      <w:pPr>
        <w:jc w:val="right"/>
      </w:pPr>
      <w:r>
        <w:t>اور یہ سب ظاہر ہے کہ انٹلیکچول ایکٹیویٹی ہے۔ تو اپنے نفس پر کنٹرول کرنا،</w:t>
      </w:r>
    </w:p>
    <w:p>
      <w:r>
        <w:rPr>
          <w:b/>
        </w:rPr>
        <w:t xml:space="preserve">[55:30] </w:t>
      </w:r>
      <w:r>
        <w:t>self control lana, bilashuba yeh bhi roze ka aik function hai. Lekin is se ziyada bara function yeh hai ke roze ki halat mein aap apne tadabbur ko barhaen, quran ke mutale ko barhaen, aur intellectual activity karen, intellectual exchange karen.</w:t>
      </w:r>
    </w:p>
    <w:p>
      <w:pPr>
        <w:jc w:val="right"/>
      </w:pPr>
      <w:r>
        <w:t>سیلف کنٹرول لانا، بلاشبہ یہ بھی روزے کا ایک فنکشن ہے۔ لیکن اس سے زیادہ بڑا فنکشن یہ ہے کہ روزے کی حالت میں آپ اپنے تدبر کو بڑھائیں، قرآن کے مطالعے کو بڑھائیں، اور انٹلیکچول ایکٹیویٹی کریں، انٹلیکچول ایکسچینج کریں۔</w:t>
      </w:r>
    </w:p>
    <w:p>
      <w:r>
        <w:rPr>
          <w:b/>
        </w:rPr>
        <w:t xml:space="preserve">[55:49] </w:t>
      </w:r>
      <w:r>
        <w:t>is tarah apna intellectual, intellectual development barhaen. Mein samajhta hoon ke yeh</w:t>
      </w:r>
    </w:p>
    <w:p>
      <w:pPr>
        <w:jc w:val="right"/>
      </w:pPr>
      <w:r>
        <w:t>اس طرح اپنا انٹلیکچول، انٹلیکچول ڈیویلپمنٹ بڑھائیں۔ میں سمجھتا ہوں کہ یہ</w:t>
      </w:r>
    </w:p>
    <w:p>
      <w:r>
        <w:rPr>
          <w:b/>
        </w:rPr>
        <w:t xml:space="preserve">[55:57] </w:t>
      </w:r>
      <w:r>
        <w:t>roze ka ziyada bara role hai.</w:t>
      </w:r>
    </w:p>
    <w:p>
      <w:pPr>
        <w:jc w:val="right"/>
      </w:pPr>
      <w:r>
        <w:t>روزے کا زیادہ بڑا رول ہے۔</w:t>
      </w:r>
    </w:p>
    <w:p>
      <w:r>
        <w:rPr>
          <w:b/>
        </w:rPr>
        <w:t xml:space="preserve">[56:04] </w:t>
      </w:r>
      <w:r>
        <w:t>isi tarah se roze ka jo, mein samajhta hoon ke roza sabar culture ko promote karta hai.</w:t>
      </w:r>
    </w:p>
    <w:p>
      <w:pPr>
        <w:jc w:val="right"/>
      </w:pPr>
      <w:r>
        <w:t>اسی طرح سے روزے کا جو، میں سمجھتا ہوں کہ روزہ صبر کلچر کو پروموٹ کرتا ہے۔</w:t>
      </w:r>
    </w:p>
    <w:p>
      <w:r>
        <w:rPr>
          <w:b/>
        </w:rPr>
        <w:t xml:space="preserve">[56:14] </w:t>
      </w:r>
      <w:r>
        <w:t>hadith mein aata hai ke ho shahr al sabr roza sabr ka mahina, sabr means patience.</w:t>
      </w:r>
    </w:p>
    <w:p>
      <w:pPr>
        <w:jc w:val="right"/>
      </w:pPr>
      <w:r>
        <w:t>حدیث میں آتا ہے کہ هو شهر الصبر روزہ صبر کا مہینہ، صبر مینز پیشنس۔</w:t>
      </w:r>
    </w:p>
    <w:p>
      <w:r>
        <w:rPr>
          <w:b/>
        </w:rPr>
        <w:t xml:space="preserve">[56:23] </w:t>
      </w:r>
      <w:r>
        <w:t>to roza jo hai, sabr culture ko promote karne ka naam hai. agar mein kahoon to kahoon ga, aur sabr ya patience islam mein bohat importance ki hai.</w:t>
      </w:r>
    </w:p>
    <w:p>
      <w:pPr>
        <w:jc w:val="right"/>
      </w:pPr>
      <w:r>
        <w:t>تو روزہ جو ہے، صبر کلچر کو پروموٹ کرنے کا نام ہے۔ اگر میں کہوں تو کہوں گا، اور صبر یا پیشنس اسلام میں بہت امپورٹنس کی ہے۔</w:t>
      </w:r>
    </w:p>
    <w:p>
      <w:r>
        <w:rPr>
          <w:b/>
        </w:rPr>
        <w:t xml:space="preserve">[56:36] </w:t>
      </w:r>
      <w:r>
        <w:t>har cheez se sabr juda hua hai. agar aap daawa work karna chahein,</w:t>
      </w:r>
    </w:p>
    <w:p>
      <w:pPr>
        <w:jc w:val="right"/>
      </w:pPr>
      <w:r>
        <w:t>ہر چیز سے صبر جڑا ہوا ہے۔ اگر آپ دعویٰ ورک کرنا چاہیں،</w:t>
      </w:r>
    </w:p>
    <w:p>
      <w:r>
        <w:rPr>
          <w:b/>
        </w:rPr>
        <w:t xml:space="preserve">[56:41] </w:t>
      </w:r>
      <w:r>
        <w:t>koi ulti seedhi bolega to aap ko wahan sabr karna parega. yaani daawa process ruk jayega, dawat ka process ruk jayega.</w:t>
      </w:r>
    </w:p>
    <w:p>
      <w:pPr>
        <w:jc w:val="right"/>
      </w:pPr>
      <w:r>
        <w:t>کوئی الٹی سیدھی بولے گا تو آپ کو وہاں صبر کرنا پڑے گا۔ یعنی دعویٰ پراسیس رک جائے گا، دعوت کا پراسیس رک جائے گا۔</w:t>
      </w:r>
    </w:p>
    <w:p>
      <w:r>
        <w:rPr>
          <w:b/>
        </w:rPr>
        <w:t xml:space="preserve">[56:51] </w:t>
      </w:r>
      <w:r>
        <w:t>koi bhi aap deen ka kaam karna chahein to tarah tarah ke log milenge. to woh log aap ko provoke bhi kar sakte hain, aisi baat keh sakte hain ke aap ko to hate paida ho jaye, aap ka anger paida ho jaye.</w:t>
      </w:r>
    </w:p>
    <w:p>
      <w:pPr>
        <w:jc w:val="right"/>
      </w:pPr>
      <w:r>
        <w:t>کوئی بھی آپ دین کا کام کرنا چاہیں تو طرح طرح کے لوگ ملیں گے۔ تو وہ لوگ آپ کو پرووک بھی کر سکتے ہیں، ایسی بات کہہ سکتے ہیں کہ آپ کو تو ہیٹ پیدا ہو جائے، آپ کا اینگر پیدا ہو جائے۔</w:t>
      </w:r>
    </w:p>
    <w:p>
      <w:r>
        <w:rPr>
          <w:b/>
        </w:rPr>
        <w:t xml:space="preserve">[57:04] </w:t>
      </w:r>
      <w:r>
        <w:t>to wahan aap ko sabr karna parega,</w:t>
      </w:r>
    </w:p>
    <w:p>
      <w:pPr>
        <w:jc w:val="right"/>
      </w:pPr>
      <w:r>
        <w:t>تو وہاں آپ کو صبر کرنا پڑے گا،</w:t>
      </w:r>
    </w:p>
    <w:p>
      <w:r>
        <w:rPr>
          <w:b/>
        </w:rPr>
        <w:t xml:space="preserve">[57:06] </w:t>
      </w:r>
      <w:r>
        <w:t>patience se kaam lena parega, warna woh sara process ruk jayega. to yeh jo, yeh jo roze mein khane par sabr, peene par sabr, desire par sabr, yeh sabr culture ko</w:t>
      </w:r>
    </w:p>
    <w:p>
      <w:pPr>
        <w:jc w:val="right"/>
      </w:pPr>
      <w:r>
        <w:t>پیشنس سے کام لینا پڑے گا، ورنہ وہ سارا پراسیس رک جائے گا۔ تو یہ جو، یہ جو روزے میں کھانے پر صبر، پینے پر صبر، ڈیزائر پر صبر، یہ صبر کلچر کو</w:t>
      </w:r>
    </w:p>
    <w:p>
      <w:r>
        <w:rPr>
          <w:b/>
        </w:rPr>
        <w:t xml:space="preserve">[57:24] </w:t>
      </w:r>
      <w:r>
        <w:t>ko promote karna hai. raat ko neend par sabr. agar aap roze ke jo jo woh hai routine hai, us ko chalayein to bar bar aap ko apne upar lagaam lena padta hai, bar bar sabr se kaam lena padta hai,</w:t>
      </w:r>
    </w:p>
    <w:p>
      <w:pPr>
        <w:jc w:val="right"/>
      </w:pPr>
      <w:r>
        <w:t>کو پروموٹ کرنا ہے۔ رات کو نیند پر صبر۔ اگر آپ روزے کے جو جو وہ ہے روٹین ہے، اس کو چلائیں تو بار بار آپ کو اپنے اوپر لگام لینا پڑتا ہے، بار بار صبر سے کام لینا پڑتا ہے،</w:t>
      </w:r>
    </w:p>
    <w:p>
      <w:r>
        <w:rPr>
          <w:b/>
        </w:rPr>
        <w:t xml:space="preserve">[57:41] </w:t>
      </w:r>
      <w:r>
        <w:t>warna</w:t>
      </w:r>
    </w:p>
    <w:p>
      <w:pPr>
        <w:jc w:val="right"/>
      </w:pPr>
      <w:r>
        <w:t>ورنہ</w:t>
      </w:r>
    </w:p>
    <w:p>
      <w:r>
        <w:rPr>
          <w:b/>
        </w:rPr>
        <w:t xml:space="preserve">[57:44] </w:t>
      </w:r>
      <w:r>
        <w:t>aap us ko amal nahi kar sakte. to mein samajhta hoon ke yeh sabr jo hai, yeh yaani sabr culture ko promote karna hi roze ka ek aham maqsad hai.</w:t>
      </w:r>
    </w:p>
    <w:p>
      <w:pPr>
        <w:jc w:val="right"/>
      </w:pPr>
      <w:r>
        <w:t>آپ اس کو عمل نہیں کر سکتے۔ تو میں سمجھتا ہوں کہ یہ صبر جو ہے، یہ یعنی صبر کلچر کو پروموٹ کرنا ہی روزے کا ایک اہم مقصد ہے۔</w:t>
      </w:r>
    </w:p>
    <w:p>
      <w:r>
        <w:rPr>
          <w:b/>
        </w:rPr>
        <w:t xml:space="preserve">[57:59] </w:t>
      </w:r>
      <w:r>
        <w:t>aur sabr jo hai,</w:t>
      </w:r>
    </w:p>
    <w:p>
      <w:pPr>
        <w:jc w:val="right"/>
      </w:pPr>
      <w:r>
        <w:t>اور صبر جو ہے،</w:t>
      </w:r>
    </w:p>
    <w:p>
      <w:r>
        <w:rPr>
          <w:b/>
        </w:rPr>
        <w:t xml:space="preserve">[58:01] </w:t>
      </w:r>
      <w:r>
        <w:t>bohat hi important hai islam mein. hadith mein aata hai ke aalam</w:t>
      </w:r>
    </w:p>
    <w:p>
      <w:pPr>
        <w:jc w:val="right"/>
      </w:pPr>
      <w:r>
        <w:t>بہت ہی امپورٹنٹ ہے اسلام میں۔ حدیث میں آتا ہے کہ اعلم</w:t>
      </w:r>
    </w:p>
    <w:p>
      <w:r>
        <w:rPr>
          <w:b/>
        </w:rPr>
        <w:t xml:space="preserve">[58:09] </w:t>
      </w:r>
      <w:r>
        <w:t>an al nasr ma'asab aalam an al nasr ma'asab. jaan lo ke</w:t>
      </w:r>
    </w:p>
    <w:p>
      <w:pPr>
        <w:jc w:val="right"/>
      </w:pPr>
      <w:r>
        <w:t>ان النصر معصب اعلم ان النصر معصب۔ جان لو کہ</w:t>
      </w:r>
    </w:p>
    <w:p>
      <w:r>
        <w:rPr>
          <w:b/>
        </w:rPr>
        <w:t xml:space="preserve">[58:18] </w:t>
      </w:r>
      <w:r>
        <w:t>khuda ki madad sabr ke sath juri hui hai.</w:t>
      </w:r>
    </w:p>
    <w:p>
      <w:pPr>
        <w:jc w:val="right"/>
      </w:pPr>
      <w:r>
        <w:t>خدا کی مدد صبر کے ساتھ جڑی ہوئی ہے۔</w:t>
      </w:r>
    </w:p>
    <w:p>
      <w:r>
        <w:rPr>
          <w:b/>
        </w:rPr>
        <w:t xml:space="preserve">[58:25] </w:t>
      </w:r>
      <w:r>
        <w:t>aalam an al nasr ma'asab jaan lo ke khuda ki madad sabr ke sath juri hui hai. yeh bohat hi important baat hai.</w:t>
      </w:r>
    </w:p>
    <w:p>
      <w:pPr>
        <w:jc w:val="right"/>
      </w:pPr>
      <w:r>
        <w:t>اعلم ان النصر معصب جان لو کہ خدا کی مدد صبر کے ساتھ جڑی ہوئی ہے۔ یہ بہت ہی امپورٹنٹ بات ہے۔</w:t>
      </w:r>
    </w:p>
    <w:p>
      <w:r>
        <w:rPr>
          <w:b/>
        </w:rPr>
        <w:t xml:space="preserve">[58:37] </w:t>
      </w:r>
      <w:r>
        <w:t>sabr ke sath kyun juri hui hai khuda ki madad? is liye</w:t>
      </w:r>
    </w:p>
    <w:p>
      <w:pPr>
        <w:jc w:val="right"/>
      </w:pPr>
      <w:r>
        <w:t>صبر کے ساتھ کیوں جڑی ہوئی ہے خدا کی مدد؟ اس لیے</w:t>
      </w:r>
    </w:p>
    <w:p>
      <w:r>
        <w:rPr>
          <w:b/>
        </w:rPr>
        <w:t xml:space="preserve">[58:41] </w:t>
      </w:r>
      <w:r>
        <w:t>ke dunya khuda ne banai hai, akele aap ke liye nahi, sab ke liye banai hai. aur chuna ke dunya banai hai test ke liye, to khuda ne, khuda ne har ek ko freedom diya hai.</w:t>
      </w:r>
    </w:p>
    <w:p>
      <w:pPr>
        <w:jc w:val="right"/>
      </w:pPr>
      <w:r>
        <w:t>کہ دنیا خدا نے بنائی ہے، اکیلے آپ کے لیے نہیں، سب کے لیے بنائی ہے۔ اور چونکہ دنیا بنائی ہے ٹیسٹ کے لیے، تو خدا نے، خدا نے ہر ایک کو فریڈم دیا ہے۔</w:t>
      </w:r>
    </w:p>
    <w:p>
      <w:r>
        <w:rPr>
          <w:b/>
        </w:rPr>
        <w:t xml:space="preserve">[58:58] </w:t>
      </w:r>
      <w:r>
        <w:t>jab khuda ne sab ko freedom diya hai to zahir hai ke aadmi</w:t>
      </w:r>
    </w:p>
    <w:p>
      <w:pPr>
        <w:jc w:val="right"/>
      </w:pPr>
      <w:r>
        <w:t>جب خدا نے سب کو فریڈم دیا ہے تو ظاہر ہے کہ آدمی</w:t>
      </w:r>
    </w:p>
    <w:p>
      <w:r>
        <w:rPr>
          <w:b/>
        </w:rPr>
        <w:t xml:space="preserve">[59:03] </w:t>
      </w:r>
      <w:r>
        <w:t>apni freedom ko istemal karega. acha, aap yeh nahi keh sakte is ko ke tu apni freedom ko misuse na karo.</w:t>
      </w:r>
    </w:p>
    <w:p>
      <w:pPr>
        <w:jc w:val="right"/>
      </w:pPr>
      <w:r>
        <w:t>اپنی فریڈم کو استعمال کرے گا۔ اچھا، آپ یہ نہیں کہہ سکتے اس کو کہ تو اپنی فریڈم کو مس یوز نہ کرو۔</w:t>
      </w:r>
    </w:p>
    <w:p>
      <w:r>
        <w:rPr>
          <w:b/>
        </w:rPr>
        <w:t xml:space="preserve">[59:13] </w:t>
      </w:r>
      <w:r>
        <w:t>jab khuda ne freedom de rakhi hai to woh misuse karega. misuse karne ki bhi freedom use mili hui hai.</w:t>
      </w:r>
    </w:p>
    <w:p>
      <w:pPr>
        <w:jc w:val="right"/>
      </w:pPr>
      <w:r>
        <w:t>جب خدا نے فریڈم دے رکھی ہے تو وہ مس یوز کرے گا۔ مس یوز کرنے کی بھی فریڈم اسے ملی ہوئی ہے۔</w:t>
      </w:r>
    </w:p>
    <w:p>
      <w:r>
        <w:rPr>
          <w:b/>
        </w:rPr>
        <w:t xml:space="preserve">[59:22] </w:t>
      </w:r>
      <w:r>
        <w:t>yaani us ko misuse karne ki freedom mili hui hai. to agar aap ek daawa work karte hain, koi deeni kaam karte hain,</w:t>
      </w:r>
    </w:p>
    <w:p>
      <w:pPr>
        <w:jc w:val="right"/>
      </w:pPr>
      <w:r>
        <w:t>یعنی اس کو مس یوز کرنے کی فریڈم ملی ہوئی ہے۔ تو اگر آپ ایک دعویٰ ورک کرتے ہیں، کوئی دینی کام کرتے ہیں،</w:t>
      </w:r>
    </w:p>
    <w:p>
      <w:r>
        <w:rPr>
          <w:b/>
        </w:rPr>
        <w:t xml:space="preserve">[59:35] </w:t>
      </w:r>
      <w:r>
        <w:t>aur doosra aadmi apni mili hui freedom ko misuse kar ke aap ko pareshan karta hai,</w:t>
      </w:r>
    </w:p>
    <w:p>
      <w:pPr>
        <w:jc w:val="right"/>
      </w:pPr>
      <w:r>
        <w:t>اور دوسرا آدمی اپنی ملی ہوئی فریڈم کو مس یوز کر کے آپ کو پریشان کرتا ہے،</w:t>
      </w:r>
    </w:p>
    <w:p>
      <w:r>
        <w:rPr>
          <w:b/>
        </w:rPr>
        <w:t xml:space="preserve">[59:43] </w:t>
      </w:r>
      <w:r>
        <w:t>aap ko rukawatein dalta hai, to agar aap protest karein, aap complaint karein, aap ghussa hon, aap ladai chhed dein, aap jihad par khade ho jayein, is ka matlab kya ho gaya?</w:t>
      </w:r>
    </w:p>
    <w:p>
      <w:pPr>
        <w:jc w:val="right"/>
      </w:pPr>
      <w:r>
        <w:t>آپ کو رکاوٹیں ڈالتا ہے، تو اگر آپ پروٹیسٹ کریں، آپ کمپلینٹ کریں، آپ غصہ ہوں، آپ لڑائی چھیڑ دیں، آپ جہاد پر کھڑے ہو جائیں، اس کا معنی کیا ہو گیا؟</w:t>
      </w:r>
    </w:p>
    <w:p>
      <w:r>
        <w:rPr>
          <w:b/>
        </w:rPr>
        <w:t xml:space="preserve">[59:58] </w:t>
      </w:r>
      <w:r>
        <w:t>is ka matlab ke aap khuda ki scheme se ladne ja rahe hain.</w:t>
      </w:r>
    </w:p>
    <w:p>
      <w:pPr>
        <w:jc w:val="right"/>
      </w:pPr>
      <w:r>
        <w:t>اس کا معنی کہ آپ خدا کی سکیم سے لڑنے جا رہے ہیں۔</w:t>
      </w:r>
    </w:p>
    <w:p>
      <w:r>
        <w:rPr>
          <w:b/>
        </w:rPr>
        <w:t xml:space="preserve">[1:00:04] </w:t>
      </w:r>
      <w:r>
        <w:t>us ko yaad rakhiye, yeh khuda ki scheme se ladna hai ke jab doosra aadmi ab freedom ko misuse kare to aap ki gardan kaatne ke liye daudne, us ko, us ko gun maarne ke liye daudein.</w:t>
      </w:r>
    </w:p>
    <w:p>
      <w:pPr>
        <w:jc w:val="right"/>
      </w:pPr>
      <w:r>
        <w:t>اس کو یاد رکھیے، یہ خدا کی سکیم سے لڑنا ہے کہ جب دوسرا آدمی اب فریڈم کو مس یوز کرے تو آپ کی گردن کاٹنے کے لیے دوڑنے، اس کو، اس کو گن مارنے کے لیے دوڑیں۔</w:t>
      </w:r>
    </w:p>
    <w:p>
      <w:r>
        <w:rPr>
          <w:b/>
        </w:rPr>
        <w:t xml:space="preserve">[1:00:17] </w:t>
      </w:r>
      <w:r>
        <w:t>jab khuda ne is ko freedom di hai to is ko misuse kare ga. is ki bhi freedom is ko mili hui hai.</w:t>
      </w:r>
    </w:p>
    <w:p>
      <w:pPr>
        <w:jc w:val="right"/>
      </w:pPr>
      <w:r>
        <w:t>جب خدا نے اس کو فریڈم دی ہے تو اس کو مس یوز کرے گا۔ اس کی بھی فریڈم اس کو ملی ہوئی ہے۔</w:t>
      </w:r>
    </w:p>
    <w:p>
      <w:r>
        <w:rPr>
          <w:b/>
        </w:rPr>
        <w:t xml:space="preserve">[1:00:22] </w:t>
      </w:r>
      <w:r>
        <w:t>isi liye patience ki zaroorat hai. yani logon ke khuda ki di hui azadi ko jab log misuse karein aur aap ko pareshani mein dalein to wahan aap ko yeh sochna chahiye ke khuda ki di hui freedom hi ko woh misuse kar raha hai.</w:t>
      </w:r>
    </w:p>
    <w:p>
      <w:pPr>
        <w:jc w:val="right"/>
      </w:pPr>
      <w:r>
        <w:t>اسی لیے پیشنس کی ضرورت ہے۔ یعنی لوگوں کے خدا کی دی ہوئی آزادی کو جب لوگ مس یوز کریں اور آپ کو پریشانی میں ڈالیں تو وہاں آپ کو یہ سوچنا چاہیے کہ خدا کی دی ہوئی فریڈم ہی کو وہ مس یوز کر رہا ہے۔</w:t>
      </w:r>
    </w:p>
    <w:p>
      <w:r>
        <w:rPr>
          <w:b/>
        </w:rPr>
        <w:t xml:space="preserve">[1:00:43] </w:t>
      </w:r>
      <w:r>
        <w:t>yani khuda ke creation plan ke mutabiq yeh pesh aa raha hai. to aap ke liye koi option nahi is ke siwa ke khuda ki marzi par razi ho jayein, khuda ke plan par razi ho jayein.</w:t>
      </w:r>
    </w:p>
    <w:p>
      <w:pPr>
        <w:jc w:val="right"/>
      </w:pPr>
      <w:r>
        <w:t>یعنی خدا کے کریشن پلان کے مطابق یہ اس پیش آ رہا ہے۔ تو آپ کے لیے کوئی آپشن نہیں اس کے سوا کہ خدا کی مرضی پر راضی ہو جائیں، خدا کے پلان پر راضی ہو جائیں۔</w:t>
      </w:r>
    </w:p>
    <w:p>
      <w:r>
        <w:rPr>
          <w:b/>
        </w:rPr>
        <w:t xml:space="preserve">[1:00:56] </w:t>
      </w:r>
      <w:r>
        <w:t>to jab aap sabr karte hain to sabr bazahir kisi insan ke muqable mein hota hai, lekin sabr ka matlab hota hai</w:t>
      </w:r>
    </w:p>
    <w:p>
      <w:pPr>
        <w:jc w:val="right"/>
      </w:pPr>
      <w:r>
        <w:t>تو جب آپ صبر کرتے ہیں تو صبر بظاہر کسی انسان کے مقابلے میں ہوتا ہے، لیکن صبر کا مطلب ہوتا ہے</w:t>
      </w:r>
    </w:p>
    <w:p>
      <w:r>
        <w:rPr>
          <w:b/>
        </w:rPr>
        <w:t xml:space="preserve">[1:01:05] </w:t>
      </w:r>
      <w:r>
        <w:t>khuda ke creation plan par razi hona. khuda ke, khuda ne jis plan ke tehat dunya ko banaya hai, us par razi hona.</w:t>
      </w:r>
    </w:p>
    <w:p>
      <w:pPr>
        <w:jc w:val="right"/>
      </w:pPr>
      <w:r>
        <w:t>خدا کے کریشن پلان پر راضی ہونا۔ خدا کے، خدا نے جس پلان کے تحت دنیا کو بنایا ہے، اس پر راضی ہونا۔</w:t>
      </w:r>
    </w:p>
    <w:p>
      <w:r>
        <w:rPr>
          <w:b/>
        </w:rPr>
        <w:t xml:space="preserve">[1:01:18] </w:t>
      </w:r>
      <w:r>
        <w:t>kyun ke jab khuda ne freedom diya logon ko, yahan competition hoga,</w:t>
      </w:r>
    </w:p>
    <w:p>
      <w:pPr>
        <w:jc w:val="right"/>
      </w:pPr>
      <w:r>
        <w:t>کیونکہ جب خدا نے فریڈم دیا لوگوں کو، یہاں کمپیٹیشن ہوگا،</w:t>
      </w:r>
    </w:p>
    <w:p>
      <w:r>
        <w:rPr>
          <w:b/>
        </w:rPr>
        <w:t xml:space="preserve">[1:01:22] </w:t>
      </w:r>
      <w:r>
        <w:t>yahan zulm bhi hoga, yahan injustice bhi hogi, yahan provocation bhi hoga, yahan sab kuch hoga. to aap ko right nahi hai, aap ko haq nahi hai ke aap shor karein,</w:t>
      </w:r>
    </w:p>
    <w:p>
      <w:pPr>
        <w:jc w:val="right"/>
      </w:pPr>
      <w:r>
        <w:t>یہاں ظلم بھی ہوگا، یہاں انجسٹس بھی ہوگی، یہاں پرووکیشن بھی ہوگا، یہاں سب کچھ ہوگا۔ تو آپ کو رائٹ نہیں ہے، آپ کو حق نہیں ہے کہ آپ شور کریں،</w:t>
      </w:r>
    </w:p>
    <w:p>
      <w:r>
        <w:rPr>
          <w:b/>
        </w:rPr>
        <w:t xml:space="preserve">[1:01:37] </w:t>
      </w:r>
      <w:r>
        <w:t>complaint karein, protest karein. kyun? woh jaye ga kis ke khilaf? khuda ke khilaf jaye ga. woh</w:t>
      </w:r>
    </w:p>
    <w:p>
      <w:pPr>
        <w:jc w:val="right"/>
      </w:pPr>
      <w:r>
        <w:t>کمپلینٹ کریں، پروٹیسٹ کریں۔ کیوں؟ وہ جائے گا کس کے خلاف؟ خدا کے خلاف جائے گا۔ وہ</w:t>
      </w:r>
    </w:p>
    <w:p>
      <w:r>
        <w:rPr>
          <w:b/>
        </w:rPr>
        <w:t xml:space="preserve">[1:01:43] </w:t>
      </w:r>
      <w:r>
        <w:t>aap ko patience se kaam lena pare ga aur apne liye woh tareeqa ikhtiyar karna hoga jis ko quran mein kaha gaya hai: "alsulhu khair". sulah behtar hai, yani adjust kar ke aur apne aap ko, khud apne oopar control qaim kar ke aap ko kaam karna pare ga.</w:t>
      </w:r>
    </w:p>
    <w:p>
      <w:pPr>
        <w:jc w:val="right"/>
      </w:pPr>
      <w:r>
        <w:t>آپ کو پیشنس سے کام لینا پڑے گا اور اپنے لیے وہ طریقہ اختیار کرنا ہوگا جس کو قرآن میں کہا گیا ہے: "الصلح خیر"۔ صلح بہتر ہے، یعنی ایڈجسٹ کر کے اور اپنے آپ کو، خود اپنے اوپر کنٹرول قائم کر کے آپ کو کام کرنا پڑے گا۔</w:t>
      </w:r>
    </w:p>
    <w:p>
      <w:r>
        <w:rPr>
          <w:b/>
        </w:rPr>
        <w:t xml:space="preserve">[1:02:03] </w:t>
      </w:r>
      <w:r>
        <w:t>jaisa ke rasool Allah sal Allah alaihi wasallam ne un ko har qism ki pareshani dali gayi un ke oopar, lekin aap ne sabr karte hue, sabr karte hue, sabr karte hue apni dawat hi kaam ko jari rakha.</w:t>
      </w:r>
    </w:p>
    <w:p>
      <w:pPr>
        <w:jc w:val="right"/>
      </w:pPr>
      <w:r>
        <w:t>جیسا کہ رسول اللہ صلی اللہ علیہ وسلم نے ان کو ہر قسم کی پریشانی ڈالی گئی ان کے اوپر، لیکن آپ نے صبر کرتے ہوئے، صبر کرتے ہوئے، صبر کرتے ہوئے اپنی دعوت ہی کام کو جاری رکھا۔</w:t>
      </w:r>
    </w:p>
    <w:p>
      <w:r>
        <w:rPr>
          <w:b/>
        </w:rPr>
        <w:t xml:space="preserve">[1:02:16] </w:t>
      </w:r>
      <w:r>
        <w:t>to main samajhta hoon ke roza, yani khulasa yeh hai ke roza sabr culture ko promote karne ka naam hai, self control ka mizaj banane ka naam hai.</w:t>
      </w:r>
    </w:p>
    <w:p>
      <w:pPr>
        <w:jc w:val="right"/>
      </w:pPr>
      <w:r>
        <w:t>تو میں سمجھتا ہوں کہ روزہ، یعنی خلاصہ یہ ہے کہ روزہ صبر کلچر کو پروموٹ کرنے کا نام ہے، سیلف کنٹرول کا مزاج بنانے کا نام ہے۔</w:t>
      </w:r>
    </w:p>
    <w:p>
      <w:r>
        <w:rPr>
          <w:b/>
        </w:rPr>
        <w:t xml:space="preserve">[1:02:32] </w:t>
      </w:r>
      <w:r>
        <w:t>khuda, yani roza</w:t>
      </w:r>
    </w:p>
    <w:p>
      <w:pPr>
        <w:jc w:val="right"/>
      </w:pPr>
      <w:r>
        <w:t>خدا، یعنی روزہ</w:t>
      </w:r>
    </w:p>
    <w:p>
      <w:r>
        <w:rPr>
          <w:b/>
        </w:rPr>
        <w:t xml:space="preserve">[1:02:35] </w:t>
      </w:r>
      <w:r>
        <w:t>introspection ki adat dalne ka naam hai.</w:t>
      </w:r>
    </w:p>
    <w:p>
      <w:pPr>
        <w:jc w:val="right"/>
      </w:pPr>
      <w:r>
        <w:t>انٹراسپیکشن کی عادت ڈالنے کا نام ہے۔</w:t>
      </w:r>
    </w:p>
    <w:p>
      <w:r>
        <w:rPr>
          <w:b/>
        </w:rPr>
        <w:t xml:space="preserve">[1:02:41] </w:t>
      </w:r>
      <w:r>
        <w:t>aur yeh yahi, isi spirit ke sath hamein roza rakhna chahiye. Allah taala mujh ko aur aap ko sachay, sacha rozay daar banne ki tofeeq ata farmaye.</w:t>
      </w:r>
    </w:p>
    <w:p>
      <w:pPr>
        <w:jc w:val="right"/>
      </w:pPr>
      <w:r>
        <w:t>اور یہ یہی، اسی اسپرٹ کے ساتھ ہمیں روزہ رکھنا چاہیے۔ اللہ تعالیٰ مجھ کو اور آپ کو سچے، سچا روزہ دار بننے کی توفیق عطا فرمائے۔</w:t>
      </w:r>
    </w:p>
    <w:p>
      <w:r>
        <w:rPr>
          <w:b/>
        </w:rPr>
        <w:t xml:space="preserve">[1:02:58] </w:t>
      </w:r>
      <w:r>
        <w:t>aqool qawli hadha wastaghfirullaha li walakum ajmaeen</w:t>
      </w:r>
    </w:p>
    <w:p>
      <w:pPr>
        <w:jc w:val="right"/>
      </w:pPr>
      <w:r>
        <w:t>أقول قولي هذا واستغفراللہ لي ولكم اجمعین</w:t>
      </w:r>
    </w:p>
    <w:p>
      <w:r>
        <w:rPr>
          <w:b/>
        </w:rPr>
        <w:t xml:space="preserve">[1:03:15] </w:t>
      </w:r>
      <w:r>
        <w:t>maulana, mera sawal yeh hai ke paighambar alaihi salam ke waqt mein jab quran ka recitation hota tha aur companions is ko suntay thay, chunke un ki language jo hai arabi thi, jis mein quran likhi hui hai, to</w:t>
      </w:r>
    </w:p>
    <w:p>
      <w:pPr>
        <w:jc w:val="right"/>
      </w:pPr>
      <w:r>
        <w:t>مولانا، میرا سوال یہ ہے کہ پیغمبر علیہ السلام کے وقت میں جب قرآن کا ریسیٹیشن ہوتا تھا اور کمپینینز اس کو سنتے تھے، چونکہ ان کی لینگویج جو ہے عربی تھی، جس میں قرآن لکھی ہوئی ہے، تو</w:t>
      </w:r>
    </w:p>
    <w:p>
      <w:r>
        <w:rPr>
          <w:b/>
        </w:rPr>
        <w:t xml:space="preserve">[1:03:31] </w:t>
      </w:r>
      <w:r>
        <w:t>is un ko is mein sochne mein, samajhne mein, is ki gehrai ko utarne mein bohat aasani hoti thi. hum sab jo ek traditional way mein is ko suntay hain, woh ek rhyme aur rhythm ke ilawa is se zyada kuch samajh nahi aata tha.</w:t>
      </w:r>
    </w:p>
    <w:p>
      <w:pPr>
        <w:jc w:val="right"/>
      </w:pPr>
      <w:r>
        <w:t>اس ان کو اس میں سوچنے میں، سمجھنے میں، اس کی گہرائی کو اترنے میں بہت آسانی ہوتی تھی۔ ہم سب جو ایک ٹریڈیشنل وے میں اس کو سنتے ہیں، وہ ایک رائم اور ردھم کے علاوہ اس سے زیادہ کچھ سمجھ نہیں آتا تھا۔</w:t>
      </w:r>
    </w:p>
    <w:p>
      <w:r>
        <w:rPr>
          <w:b/>
        </w:rPr>
        <w:t xml:space="preserve">[1:03:47] </w:t>
      </w:r>
      <w:r>
        <w:t>to is gehrai mein kaise utre ek aam insan? woh to ek sirf rhythmic recitation ki tarah se is ko leta hai.</w:t>
      </w:r>
    </w:p>
    <w:p>
      <w:pPr>
        <w:jc w:val="right"/>
      </w:pPr>
      <w:r>
        <w:t>تو اس گہرائی میں کیسے اترے ایک عام انسان؟ وہ تو ایک صرف ردھمک ریسیٹیشن کی طرح سے اس کو لیتا ہے۔</w:t>
      </w:r>
    </w:p>
    <w:p>
      <w:r>
        <w:rPr>
          <w:b/>
        </w:rPr>
        <w:t xml:space="preserve">[1:03:57] </w:t>
      </w:r>
      <w:r>
        <w:t>dekhiye, is zamane mein bhi aisa nahi tha ke sare log quran ki gehrai ko samajhte thay. bohat thorey sahabah thay jo quran ko is gehrai mein samajhte thay.</w:t>
      </w:r>
    </w:p>
    <w:p>
      <w:pPr>
        <w:jc w:val="right"/>
      </w:pPr>
      <w:r>
        <w:t>دیکھیے، اس زمانے میں بھی ایسا نہیں تھا کہ سارے لوگ قرآن کی گہرائی کو سمجھتے تھے۔ بہت تھوڑے صحابہ تھے جو قرآن کو اس گہرائی میں سمجھتے تھے۔</w:t>
      </w:r>
    </w:p>
    <w:p>
      <w:r>
        <w:rPr>
          <w:b/>
        </w:rPr>
        <w:t xml:space="preserve">[1:04:12] </w:t>
      </w:r>
      <w:r>
        <w:t>majority aise logon ki thi jo</w:t>
      </w:r>
    </w:p>
    <w:p>
      <w:pPr>
        <w:jc w:val="right"/>
      </w:pPr>
      <w:r>
        <w:t>میجورٹی ایسے لوگوں کی تھی جو</w:t>
      </w:r>
    </w:p>
    <w:p>
      <w:r>
        <w:rPr>
          <w:b/>
        </w:rPr>
        <w:t xml:space="preserve">[1:04:14] </w:t>
      </w:r>
      <w:r>
        <w:t>simple wahi pe samajhte thay, yani lag bhag waise hi jaise hum translation samajhte hain. kyun ke dekhiye, quran se sabit hai ke intellectual level sab ka ek nahi hota,</w:t>
      </w:r>
    </w:p>
    <w:p>
      <w:pPr>
        <w:jc w:val="right"/>
      </w:pPr>
      <w:r>
        <w:t>سمپل وحی پہ سمجھتے تھے، یعنی لگ بھگ ویسے ہی جیسے ہم ٹرانسلیشن سمجھتے ہیں۔ کیونکہ دیکھیے، قرآن سے ثابت ہے کہ انٹلیکچول لیول سب کا ایک نہیں ہوتا،</w:t>
      </w:r>
    </w:p>
    <w:p>
      <w:r>
        <w:rPr>
          <w:b/>
        </w:rPr>
        <w:t xml:space="preserve">[1:04:29] </w:t>
      </w:r>
      <w:r>
        <w:t>sab ka ek nahi hota.</w:t>
      </w:r>
    </w:p>
    <w:p>
      <w:pPr>
        <w:jc w:val="right"/>
      </w:pPr>
      <w:r>
        <w:t>سب کا ایک نہیں ہوتا۔</w:t>
      </w:r>
    </w:p>
    <w:p>
      <w:r>
        <w:rPr>
          <w:b/>
        </w:rPr>
        <w:t xml:space="preserve">[1:04:32] </w:t>
      </w:r>
      <w:r>
        <w:t>jaise is zamane mein do intellectual level Abu Bakr ka, Umar ka, Abu Bakr Ibn Jarrah ka, Muadh Ibn Jabal ka tha, woh Abu Hurairah aur Abu Bilal ka nahi tha.</w:t>
      </w:r>
    </w:p>
    <w:p>
      <w:pPr>
        <w:jc w:val="right"/>
      </w:pPr>
      <w:r>
        <w:t>جیسے اس زمانے میں دو انٹلیکچول لیول ابوبکر کا، عمر کا، ابوبکر ابن جراح کا، معاذ ابن جبل کا تھا، وہ ابوہریرہ اور اب بلال کا نہیں تھا۔</w:t>
      </w:r>
    </w:p>
    <w:p>
      <w:r>
        <w:rPr>
          <w:b/>
        </w:rPr>
        <w:t xml:space="preserve">[1:04:49] </w:t>
      </w:r>
      <w:r>
        <w:t>to hadith mein aata hai ke</w:t>
      </w:r>
    </w:p>
    <w:p>
      <w:pPr>
        <w:jc w:val="right"/>
      </w:pPr>
      <w:r>
        <w:t>تو حدیث میں آتا ہے کہ</w:t>
      </w:r>
    </w:p>
    <w:p>
      <w:r>
        <w:rPr>
          <w:b/>
        </w:rPr>
        <w:t xml:space="preserve">[1:04:54] </w:t>
      </w:r>
      <w:r>
        <w:t>al mominul qawi khair wa ahabb indallah minal mominil zaeef wa likullin khair Allah ke nazdeek qawi momin, taqatwar momin,</w:t>
      </w:r>
    </w:p>
    <w:p>
      <w:pPr>
        <w:jc w:val="right"/>
      </w:pPr>
      <w:r>
        <w:t>المومن القوی خیر واحب عند اللہ من المومن الضعیف ولكل خیر اللہ کے نزدیک قوی مومن، طاقتور مومن،</w:t>
      </w:r>
    </w:p>
    <w:p>
      <w:r>
        <w:rPr>
          <w:b/>
        </w:rPr>
        <w:t xml:space="preserve">[1:05:08] </w:t>
      </w:r>
      <w:r>
        <w:t>ziada intelligent momin,</w:t>
      </w:r>
    </w:p>
    <w:p>
      <w:pPr>
        <w:jc w:val="right"/>
      </w:pPr>
      <w:r>
        <w:t>زیادہ انٹیلیجنٹ مومن،</w:t>
      </w:r>
    </w:p>
    <w:p>
      <w:r>
        <w:rPr>
          <w:b/>
        </w:rPr>
        <w:t xml:space="preserve">[1:05:11] </w:t>
      </w:r>
      <w:r>
        <w:t>ziada acha hai kamzor momin ke muqable mein. lekin har ek ke liye khair. is ko sochiye, aap yeh jo farq aap ne bataya aaj ke arabi jannay se aur na jannay se, matlab kuch logon ki</w:t>
      </w:r>
    </w:p>
    <w:p>
      <w:pPr>
        <w:jc w:val="right"/>
      </w:pPr>
      <w:r>
        <w:t>زیادہ اچھا ہے کمزور مومن کے مقابلے میں۔ لیکن ہر ایک کے لیے خیر۔ اس کو سوچیے، آپ یہ جو فرق آپ نے بتایا آج کہ عربی جاننے سے اور نہ جاننے سے، مطلب کچھ لوگوں کی</w:t>
      </w:r>
    </w:p>
    <w:p>
      <w:r>
        <w:rPr>
          <w:b/>
        </w:rPr>
        <w:t xml:space="preserve">[1:05:30] </w:t>
      </w:r>
      <w:r>
        <w:t>pohanch hoti hai translation tak, koi logon ki pohanch hoti hai arabic tak. to aisa mat samjhiye ke jo arabic language janta hai, woh is ke gehre mani ko bhi samajh sakta hai.</w:t>
      </w:r>
    </w:p>
    <w:p>
      <w:pPr>
        <w:jc w:val="right"/>
      </w:pPr>
      <w:r>
        <w:t>پہنچ ہوتی ہے ٹرانسلیشن تک، کوئی لوگوں کی پہنچ ہوتی ہے عربک تک۔ تو ایسا مت سمجھیے کہ جو عربک لینگویج جانتا ہے، وہ اس کے گہرے معنی کو بھی سمجھ سکتا ہے۔</w:t>
      </w:r>
    </w:p>
    <w:p>
      <w:r>
        <w:rPr>
          <w:b/>
        </w:rPr>
        <w:t xml:space="preserve">[1:05:41] </w:t>
      </w:r>
      <w:r>
        <w:t>aaj bhi nahi samajh paate log, aur us waqt bhi nahi samajhte the log. to</w:t>
      </w:r>
    </w:p>
    <w:p>
      <w:pPr>
        <w:jc w:val="right"/>
      </w:pPr>
      <w:r>
        <w:t>آج بھی نہیں سمجھ پاتے لوگ، اور اس وقت بھی نہیں سمجھتے تھے لوگ۔ تو</w:t>
      </w:r>
    </w:p>
    <w:p>
      <w:r>
        <w:rPr>
          <w:b/>
        </w:rPr>
        <w:t xml:space="preserve">[1:05:48] </w:t>
      </w:r>
      <w:r>
        <w:t>majority us waqt bhi sahaba ki isi level par thi jo aaj translation ko samajhne walon ke level par hoti hai. to yaad rakhiye, achi tarah se quran ko samajhna sirf parhne se nahi hota.</w:t>
      </w:r>
    </w:p>
    <w:p>
      <w:pPr>
        <w:jc w:val="right"/>
      </w:pPr>
      <w:r>
        <w:t>میجورٹی اس وقت بھی صحابہ کی اسی لیول پر تھی جو آج ٹرانسلیشن کو سمجھنے والوں کے لیول پر ہوتی ہے۔ تو یاد رکھیے، اچھی طریقے سے قرآن کو سمجھنا صرف پڑھنے سے نہیں ہوتا۔</w:t>
      </w:r>
    </w:p>
    <w:p>
      <w:r>
        <w:rPr>
          <w:b/>
        </w:rPr>
        <w:t xml:space="preserve">[1:06:05] </w:t>
      </w:r>
      <w:r>
        <w:t>kitni zyada achi arabi aap jante hon, yeh mat samjhiye ke sara quran aap samajh jayenge.</w:t>
      </w:r>
    </w:p>
    <w:p>
      <w:pPr>
        <w:jc w:val="right"/>
      </w:pPr>
      <w:r>
        <w:t>کتنی زیادہ اچھی عربی آپ جانتے ہوں، یہ مت سمجھیے کہ سارا قرآن آپ سمجھ جائیں گے۔</w:t>
      </w:r>
    </w:p>
    <w:p>
      <w:r>
        <w:rPr>
          <w:b/>
        </w:rPr>
        <w:t xml:space="preserve">[1:06:11] </w:t>
      </w:r>
      <w:r>
        <w:t>quran ko samajhna hota hai dua ke zariye. dua, dua se quran khulta hai. yani mein kaha karta hoon ke quran hi ek aisi kitab hai,</w:t>
      </w:r>
    </w:p>
    <w:p>
      <w:pPr>
        <w:jc w:val="right"/>
      </w:pPr>
      <w:r>
        <w:t>قرآن کو سمجھنا ہوتا ہے دعا کے ذریعے۔ دعا، دعا سے قرآن کھلتا ہے۔ یعنی میں کہا کرتا ہوں کہ قرآن ہی ایک ایسی کتاب ہے،</w:t>
      </w:r>
    </w:p>
    <w:p>
      <w:r>
        <w:rPr>
          <w:b/>
        </w:rPr>
        <w:t xml:space="preserve">[1:06:25] </w:t>
      </w:r>
      <w:r>
        <w:t>kyun ke hum mante hain Khuda har jagah maujood hai,</w:t>
      </w:r>
    </w:p>
    <w:p>
      <w:pPr>
        <w:jc w:val="right"/>
      </w:pPr>
      <w:r>
        <w:t>کیونکہ ہم مانتے ہیں خدا ہر جگہ موجود ہے،</w:t>
      </w:r>
    </w:p>
    <w:p>
      <w:r>
        <w:rPr>
          <w:b/>
        </w:rPr>
        <w:t xml:space="preserve">[1:06:28] </w:t>
      </w:r>
      <w:r>
        <w:t>Khuda har waqt sunta hai, raat aur din mein woh kahan ka farq nahi, qareeb aur door mein koi farq nahi. jab bhi koi insan is ko pukarta hai to woh sunta hai aur jawab deta hai.</w:t>
      </w:r>
    </w:p>
    <w:p>
      <w:pPr>
        <w:jc w:val="right"/>
      </w:pPr>
      <w:r>
        <w:t>خدا ہر وقت سنتا ہے، رات اور دن میں وہ کہاں کا فرق نہیں، قریب اور دور میں کوئی فرق نہیں۔ جب بھی کوئی انسان اس کو پکارتا ہے تو وہ سنتا ہے اور جواب دیتا ہے۔</w:t>
      </w:r>
    </w:p>
    <w:p>
      <w:r>
        <w:rPr>
          <w:b/>
        </w:rPr>
        <w:t xml:space="preserve">[1:06:40] </w:t>
      </w:r>
      <w:r>
        <w:t>to quran hi ek aisi kitab hai jis ka author har waqt.</w:t>
      </w:r>
    </w:p>
    <w:p>
      <w:pPr>
        <w:jc w:val="right"/>
      </w:pPr>
      <w:r>
        <w:t>تو قرآن ہی ایک ایسی کتاب ہے جس کا اتھر ہر وقت۔</w:t>
      </w:r>
    </w:p>
    <w:p>
      <w:r>
        <w:rPr>
          <w:b/>
        </w:rPr>
        <w:t xml:space="preserve">[1:06:46] </w:t>
      </w:r>
      <w:r>
        <w:t>quran hi ek aisi kitab hai jis ke author se har waqt aap consult kar sakte hain. koi duniya mein aisi kitab nahi hai jis ke author se aap har waqt consult karne ki position mein hon, siwaye quran ke.</w:t>
      </w:r>
    </w:p>
    <w:p>
      <w:pPr>
        <w:jc w:val="right"/>
      </w:pPr>
      <w:r>
        <w:t>قرآن ہی ایک ایسی کتاب ہے جس کے اتھر سے ہر وقت آپ کنسلٹ کر سکتے ہیں۔ کوئی دنیا میں ایسی کتاب نہیں ہے جس کے اتھر سے آپ ہر وقت کنسلٹ کرنے کی پوزیشن میں ہوں، سوائے قرآن کے۔</w:t>
      </w:r>
    </w:p>
    <w:p>
      <w:r>
        <w:rPr>
          <w:b/>
        </w:rPr>
        <w:t xml:space="preserve">[1:07:02] </w:t>
      </w:r>
      <w:r>
        <w:t>chunanche dekhiye, ek bohat bade aalim the</w:t>
      </w:r>
    </w:p>
    <w:p>
      <w:pPr>
        <w:jc w:val="right"/>
      </w:pPr>
      <w:r>
        <w:t>چنانچہ دیکھیے، ایک بہت بڑے عالم تھے</w:t>
      </w:r>
    </w:p>
    <w:p>
      <w:r>
        <w:rPr>
          <w:b/>
        </w:rPr>
        <w:t xml:space="preserve">[1:07:05] </w:t>
      </w:r>
      <w:r>
        <w:t>ibn taimiya. ibn taimiya jo the, zahir hai ke arabi bohat achi jante the woh, lekin quran mein jagah jagah atak ta tha un ka zehn.</w:t>
      </w:r>
    </w:p>
    <w:p>
      <w:pPr>
        <w:jc w:val="right"/>
      </w:pPr>
      <w:r>
        <w:t>ابن تیمیہ۔ ابن تیمیہ جو تھے، ظاہر ہے کہ عربی بہت اچھی جانتے تھے وہ، لیکن قرآن میں جگہ جگہ اٹکتا تھا ان کا ذہن۔</w:t>
      </w:r>
    </w:p>
    <w:p>
      <w:r>
        <w:rPr>
          <w:b/>
        </w:rPr>
        <w:t xml:space="preserve">[1:07:18] </w:t>
      </w:r>
      <w:r>
        <w:t>to woh kya karte the ke chale jate the kisi</w:t>
      </w:r>
    </w:p>
    <w:p>
      <w:pPr>
        <w:jc w:val="right"/>
      </w:pPr>
      <w:r>
        <w:t>تو وہ کیا کرتے تھے کہ چلے جاتے تھے کسی</w:t>
      </w:r>
    </w:p>
    <w:p>
      <w:r>
        <w:rPr>
          <w:b/>
        </w:rPr>
        <w:t xml:space="preserve">[1:07:23] </w:t>
      </w:r>
      <w:r>
        <w:t>jangal mein, wuzu kiya, do rak'at namaz parhi, sajde mein gir gaye aur kehte the: ya muallim ibrahim allimni</w:t>
      </w:r>
    </w:p>
    <w:p>
      <w:pPr>
        <w:jc w:val="right"/>
      </w:pPr>
      <w:r>
        <w:t>جنگل میں، وضو کیا، دو رکعت نماز پڑھی، سجدے میں گر گئے اور کہتے تھے: یا معلم ابراہیم علمنی</w:t>
      </w:r>
    </w:p>
    <w:p>
      <w:r>
        <w:rPr>
          <w:b/>
        </w:rPr>
        <w:t xml:space="preserve">[1:07:36] </w:t>
      </w:r>
      <w:r>
        <w:t>ya muallim ibrahim allimni. aye ibrahim, paighambar ko batane wale, mujhe bhi bata de. is wajah se mein kehta hoon ke jis ko bhi quran ko gehrai mein samajhna ho to woh bilashuba samajh sakta hai, bashart ke woh dua karna seekh le.</w:t>
      </w:r>
    </w:p>
    <w:p>
      <w:pPr>
        <w:jc w:val="right"/>
      </w:pPr>
      <w:r>
        <w:t>یا معلم ابراہیم علمنی۔ اے ابراہیم، پیغمبر کو بتانے والے، مجھے بھی بتا دے۔ اس وجہ سے میں کہتا ہوں کہ جس کو بھی قرآن کو گہرائی میں سمجھنا ہو تو وہ بلاشبہ سمجھ سکتا ہے، بشرط کہ وہ دعا کرنا سیکھ لے۔</w:t>
      </w:r>
    </w:p>
    <w:p>
      <w:r>
        <w:rPr>
          <w:b/>
        </w:rPr>
        <w:t xml:space="preserve">[1:08:00] </w:t>
      </w:r>
      <w:r>
        <w:t>yani quran ke author se consult karna seekh le. yahi ek hi shart hai, sab se bari quran ko samajhne ke liye.</w:t>
      </w:r>
    </w:p>
    <w:p>
      <w:pPr>
        <w:jc w:val="right"/>
      </w:pPr>
      <w:r>
        <w:t>یعنی قرآن کے اتھر سے کنسلٹ کرنا سیکھ لے۔ یہی ایک ہی شرط ہے، سب سے بڑی قرآن کو سمجھنے کے لیے۔</w:t>
      </w:r>
    </w:p>
    <w:p>
      <w:r>
        <w:rPr>
          <w:b/>
        </w:rPr>
        <w:t xml:space="preserve">[1:08:10] </w:t>
      </w:r>
      <w:r>
        <w:t>maulana, I want to ask, how do you get intellectual development during Ramadan that you're talking about</w:t>
      </w:r>
    </w:p>
    <w:p>
      <w:pPr>
        <w:jc w:val="right"/>
      </w:pPr>
      <w:r>
        <w:t>مولانا، I want to ask, how do you get intellectual development during Ramadan that you're talking about</w:t>
      </w:r>
    </w:p>
    <w:p>
      <w:r>
        <w:rPr>
          <w:b/>
        </w:rPr>
        <w:t xml:space="preserve">[1:08:18] </w:t>
      </w:r>
      <w:r>
        <w:t>? One is understanding Quran in any other way. dekhiye, intellectual development jo hai, saal bhar hota hai, kisi ek mahine mein nahi hota.</w:t>
      </w:r>
    </w:p>
    <w:p>
      <w:pPr>
        <w:jc w:val="right"/>
      </w:pPr>
      <w:r>
        <w:t>? One is understanding Quran in any other way. دیکھیے، انٹلیکچول ڈیولپمنٹ جو ہے، سال بھر ہوتا ہے، کسی ایک مہینے میں نہیں ہوتا۔</w:t>
      </w:r>
    </w:p>
    <w:p>
      <w:r>
        <w:rPr>
          <w:b/>
        </w:rPr>
        <w:t xml:space="preserve">[1:08:31] </w:t>
      </w:r>
      <w:r>
        <w:t>lekin ramadan mein kuch zyada hamein opportunity milti hai, is tarah</w:t>
      </w:r>
    </w:p>
    <w:p>
      <w:pPr>
        <w:jc w:val="right"/>
      </w:pPr>
      <w:r>
        <w:t>لیکن رمضان میں کچھ زیادہ ہمیں اپرچونیٹی ملتی ہے، اس طرح</w:t>
      </w:r>
    </w:p>
    <w:p>
      <w:r>
        <w:rPr>
          <w:b/>
        </w:rPr>
        <w:t xml:space="preserve">[1:08:37] </w:t>
      </w:r>
      <w:r>
        <w:t>ke aur dinon mein hum khana chhodte nahi, pani chhodte nahi, apni khwahishein chhodte nahi. to hamare andar spiritual, hamari spirituality itna jaagti nahi.</w:t>
      </w:r>
    </w:p>
    <w:p>
      <w:pPr>
        <w:jc w:val="right"/>
      </w:pPr>
      <w:r>
        <w:t>کہ اور دنوں میں ہم کھانا چھوڑتے نہیں، پانی چھوڑتے نہیں، اپنی خواہشیں چھوڑتے نہیں۔ تو ہمارے اندر اسپیریچول، ہماری اسپیریچولیٹی اتنا جاگتی نہیں۔</w:t>
      </w:r>
    </w:p>
    <w:p>
      <w:r>
        <w:rPr>
          <w:b/>
        </w:rPr>
        <w:t xml:space="preserve">[1:08:53] </w:t>
      </w:r>
      <w:r>
        <w:t>spirituality jo hai, ya receptivity itna jaagti nahi.</w:t>
      </w:r>
    </w:p>
    <w:p>
      <w:pPr>
        <w:jc w:val="right"/>
      </w:pPr>
      <w:r>
        <w:t>اسپیریچولیٹی جو ہے، یا ریسیپٹیوٹی اتنا جاگتی نہیں۔</w:t>
      </w:r>
    </w:p>
    <w:p>
      <w:r>
        <w:rPr>
          <w:b/>
        </w:rPr>
        <w:t xml:space="preserve">[1:08:57] </w:t>
      </w:r>
      <w:r>
        <w:t>lekin ramadan mein jab hum yeh sab karte hain to hamari receptivity jaagti hai, hamari spirituality jaagti hai. to zyada behtar taur par hum quran ko samajh paate hain.</w:t>
      </w:r>
    </w:p>
    <w:p>
      <w:pPr>
        <w:jc w:val="right"/>
      </w:pPr>
      <w:r>
        <w:t>لیکن رمضان میں جب ہم یہ سب کرتے ہیں تو ہماری ریسیپٹیوٹی جاگتی ہے، ہماری اسپیریچولیٹی جاگتی ہے۔ تو زیادہ بہتر طور پر ہم قرآن کو سمجھ پاتے ہیں۔</w:t>
      </w:r>
    </w:p>
    <w:p>
      <w:r>
        <w:rPr>
          <w:b/>
        </w:rPr>
        <w:t xml:space="preserve">[1:09:06] </w:t>
      </w:r>
      <w:r>
        <w:t>mein apne waqia arz karta hoon, is saal mujhe ek aisi baat samajh mein aayi jo pachaas baras samajh mein nahi aayi thi,</w:t>
      </w:r>
    </w:p>
    <w:p>
      <w:pPr>
        <w:jc w:val="right"/>
      </w:pPr>
      <w:r>
        <w:t>میں اپنے واقعہ عرض کرتا ہوں، اس سال مجھے ایک ایسی بات سمجھ میں آئی جو پچاس برس سمجھ میں نہیں آئی تھی،</w:t>
      </w:r>
    </w:p>
    <w:p>
      <w:r>
        <w:rPr>
          <w:b/>
        </w:rPr>
        <w:t xml:space="preserve">[1:09:14] </w:t>
      </w:r>
      <w:r>
        <w:t>woh isi ramadan ke mahine mein. surah yusuf mein, nahi, woh surah fath mein ek ayat hai: fa'allama ma lam yu'allam. pachaas baras se mein samjha nahi tha is ka matlab.</w:t>
      </w:r>
    </w:p>
    <w:p>
      <w:pPr>
        <w:jc w:val="right"/>
      </w:pPr>
      <w:r>
        <w:t>وہ اسی رمضان کے مہینے میں۔ سورہ یوسف میں، نہیں، وہ سورہ فتح میں ایک آیت ہے: فعلم مالم طالم پچاس برس سے میں سمجھا نہیں تھا اس کا مطلب۔</w:t>
      </w:r>
    </w:p>
    <w:p>
      <w:r>
        <w:rPr>
          <w:b/>
        </w:rPr>
        <w:t xml:space="preserve">[1:09:30] </w:t>
      </w:r>
      <w:r>
        <w:t>alam malam talim</w:t>
      </w:r>
    </w:p>
    <w:p>
      <w:pPr>
        <w:jc w:val="right"/>
      </w:pPr>
      <w:r>
        <w:t>عالم مالم طالم</w:t>
      </w:r>
    </w:p>
    <w:p>
      <w:r>
        <w:rPr>
          <w:b/>
        </w:rPr>
        <w:t xml:space="preserve">[1:09:32] </w:t>
      </w:r>
      <w:r>
        <w:t>yani is ka tarjuma to yeh hai ke khuda ne woh jana jo tum ne nahi jana. jo hudaybiya agreement hua tha, us waqt khuda, us waqt aap jante hain ke khuda ne rasool Allah ko direction diya aur</w:t>
      </w:r>
    </w:p>
    <w:p>
      <w:pPr>
        <w:jc w:val="right"/>
      </w:pPr>
      <w:r>
        <w:t>یعنی اس کا ترجمہ تو یہ ہے کہ خدا نے وہ جانا جو تم نے نہیں جانا۔ جو حدیبیہ ایگریمنٹ ہوا تھا، اس وقت خدا، اس وقت آپ جانتے ہیں کہ خدا نے رسول اللہ کو ڈائریکشن دیا اور</w:t>
      </w:r>
    </w:p>
    <w:p>
      <w:r>
        <w:rPr>
          <w:b/>
        </w:rPr>
        <w:t xml:space="preserve">[1:09:50] </w:t>
      </w:r>
      <w:r>
        <w:t>unilateral condition par woh agreement kiya gaya. yani aap ke jo jo jo mukhalif group tha, jo jo woh kehta gaya, woh aap mante chale gaye.</w:t>
      </w:r>
    </w:p>
    <w:p>
      <w:pPr>
        <w:jc w:val="right"/>
      </w:pPr>
      <w:r>
        <w:t>یونیلیٹرل کنڈیشن پر وہ ایگریمنٹ کیا گیا۔ یعنی آپ کے جو جو جو مخالف گروپ تھا، جو جو وہ کہتا گیا، وہ آپ مانتے چلے گئے۔</w:t>
      </w:r>
    </w:p>
    <w:p>
      <w:r>
        <w:rPr>
          <w:b/>
        </w:rPr>
        <w:t xml:space="preserve">[1:10:04] </w:t>
      </w:r>
      <w:r>
        <w:t>halankeh woh yani unilateral conditions theen sab.</w:t>
      </w:r>
    </w:p>
    <w:p>
      <w:pPr>
        <w:jc w:val="right"/>
      </w:pPr>
      <w:r>
        <w:t>حالانکہ وہ یعنی یونیلیٹرل کنڈیشنز تھیں سب۔</w:t>
      </w:r>
    </w:p>
    <w:p>
      <w:r>
        <w:rPr>
          <w:b/>
        </w:rPr>
        <w:t xml:space="preserve">[1:10:09] </w:t>
      </w:r>
      <w:r>
        <w:t>to is is mauqe pe aata hai ke alam malam talim to main madrasay ki price le kar aaj tak samjha nahi tha is ka matlab kya hai ke khuda ne woh jana jo tum ne nahi jana.</w:t>
      </w:r>
    </w:p>
    <w:p>
      <w:pPr>
        <w:jc w:val="right"/>
      </w:pPr>
      <w:r>
        <w:t>تو اس اس موقع پہ آتا ہے کہ عالم مالم طالم تو میں مدرسے کی پرائس لے کے آج تک سمجھا نہیں تھا اس کا مطلب کیا ہے کہ خدا نے وہ جانا جو تم نے نہیں جانا۔</w:t>
      </w:r>
    </w:p>
    <w:p>
      <w:r>
        <w:rPr>
          <w:b/>
        </w:rPr>
        <w:t xml:space="preserve">[1:10:22] </w:t>
      </w:r>
      <w:r>
        <w:t>isi ramzan ke mahine mein mujhe khula hai ke is ka matlab yeh hai</w:t>
      </w:r>
    </w:p>
    <w:p>
      <w:pPr>
        <w:jc w:val="right"/>
      </w:pPr>
      <w:r>
        <w:t>اسی رمضان کے مہینے میں مجھے کھلا ہے کہ اس کا مطلب یہ ہے</w:t>
      </w:r>
    </w:p>
    <w:p>
      <w:r>
        <w:rPr>
          <w:b/>
        </w:rPr>
        <w:t xml:space="preserve">[1:10:26] </w:t>
      </w:r>
      <w:r>
        <w:t>ke ek tha maamle ka face value par janna, jo us waqt jo tha maamla musalmanon aur un ke mukhalifon ke beech mein jo chal rahi thi baat cheet.</w:t>
      </w:r>
    </w:p>
    <w:p>
      <w:pPr>
        <w:jc w:val="right"/>
      </w:pPr>
      <w:r>
        <w:t>کہ ایک تھا معاملے کا فیس ویلیو پر جاننا، جو اس وقت جو تھا معاملہ مسلمانوں اور ان کے مخالفوں کے بیچ میں جو چل رہی تھی بات چیت۔</w:t>
      </w:r>
    </w:p>
    <w:p>
      <w:r>
        <w:rPr>
          <w:b/>
        </w:rPr>
        <w:t xml:space="preserve">[1:10:39] </w:t>
      </w:r>
      <w:r>
        <w:t>to ek tha maamle ko face value par dekhna,</w:t>
      </w:r>
    </w:p>
    <w:p>
      <w:pPr>
        <w:jc w:val="right"/>
      </w:pPr>
      <w:r>
        <w:t>تو ایک تھا معاملے کو فیس ویلیو پر دیکھنا،</w:t>
      </w:r>
    </w:p>
    <w:p>
      <w:r>
        <w:rPr>
          <w:b/>
        </w:rPr>
        <w:t xml:space="preserve">[1:10:42] </w:t>
      </w:r>
      <w:r>
        <w:t>ek hai maamle ko zyada gehrai mein dekhna. to tum maamle ko face value par le kar ke soch rahe the ke yeh to bozdi ki sulah hai, yeh to pasti ki sulah hai, yeh to dab ka sulah karna hai.</w:t>
      </w:r>
    </w:p>
    <w:p>
      <w:pPr>
        <w:jc w:val="right"/>
      </w:pPr>
      <w:r>
        <w:t>ایک ہے معاملے کو زیادہ گہرائی میں دیکھنا۔ تو تم معاملے کو فیس ویلیو پر لے کر کے سوچ رہے تھے کہ یہ تو بزدلی کی صلح ہے، یہ تو پستی کی صلح ہے، یہ تو دب کا صلح کرنا ہے۔</w:t>
      </w:r>
    </w:p>
    <w:p>
      <w:r>
        <w:rPr>
          <w:b/>
        </w:rPr>
        <w:t xml:space="preserve">[1:10:58] </w:t>
      </w:r>
      <w:r>
        <w:t>yeh hai face value par le kar jo sochte the, un ki yeh soch thi.</w:t>
      </w:r>
    </w:p>
    <w:p>
      <w:pPr>
        <w:jc w:val="right"/>
      </w:pPr>
      <w:r>
        <w:t>یہ ہے فیس ویلیو پر لے کر جو سوچتے تھے، ان کی یہ سوچ تھی۔</w:t>
      </w:r>
    </w:p>
    <w:p>
      <w:r>
        <w:rPr>
          <w:b/>
        </w:rPr>
        <w:t xml:space="preserve">[1:11:02] </w:t>
      </w:r>
      <w:r>
        <w:t>to khuda ne kaha ke jo gehrai mein jo baat thi, jis ko le kar ke sulah karai gayi, wahan se ke yani dekhne mein to dab ka sulah ho rahi hai, lekin sirf do saal ke andar is se victory nikal rahi hai.</w:t>
      </w:r>
    </w:p>
    <w:p>
      <w:pPr>
        <w:jc w:val="right"/>
      </w:pPr>
      <w:r>
        <w:t>تو خدا نے کہا کہ جو گہرائی میں جو بات تھی، جس کو لے کر کے صلح کرائی گئی، وہاں سے کہ یعنی دیکھنے میں تو دب کا صلح ہو رہی ہے، لیکن صرف دو سال کے اندر اس سے وکٹری نکل رہی ہے۔</w:t>
      </w:r>
    </w:p>
    <w:p>
      <w:r>
        <w:rPr>
          <w:b/>
        </w:rPr>
        <w:t xml:space="preserve">[1:11:19] </w:t>
      </w:r>
      <w:r>
        <w:t>sirf do saal ke andar woh dab kar jo agreement kiya ja raha tha, dab kar ke woh do saal ke andar convert hone wala tha victory mein.</w:t>
      </w:r>
    </w:p>
    <w:p>
      <w:pPr>
        <w:jc w:val="right"/>
      </w:pPr>
      <w:r>
        <w:t>صرف دو سال کے اندر وہ دب کر جو ایگریمنٹ کیا جا رہا تھا، دب کر کے وہ دو سال کے اندر کنورٹ ہونے والا تھا وکٹری میں۔</w:t>
      </w:r>
    </w:p>
    <w:p>
      <w:r>
        <w:rPr>
          <w:b/>
        </w:rPr>
        <w:t xml:space="preserve">[1:11:28] </w:t>
      </w:r>
      <w:r>
        <w:t>to face value par to yani dabna tha, lekin andar kya thi? victory thi. woh yeh alam malam talib.</w:t>
      </w:r>
    </w:p>
    <w:p>
      <w:pPr>
        <w:jc w:val="right"/>
      </w:pPr>
      <w:r>
        <w:t>تو فیس ویلیو پر تو یعنی دبنا تھا، لیکن اندر کیا تھی؟ وکٹری تھی۔ وہ یہ عالم مالم طالب۔</w:t>
      </w:r>
    </w:p>
    <w:p>
      <w:r>
        <w:rPr>
          <w:b/>
        </w:rPr>
        <w:t xml:space="preserve">[1:11:37] </w:t>
      </w:r>
      <w:r>
        <w:t>is se maine ab ghor kiye ke main boodha ho gaya, tab mujhe samajh mein aayi ke musalmanon ko yeh sabak diya gaya is mein ke cheezon ko face value par le kar na rai banao,</w:t>
      </w:r>
    </w:p>
    <w:p>
      <w:pPr>
        <w:jc w:val="right"/>
      </w:pPr>
      <w:r>
        <w:t>اس سے میں نے اب غور کیے کہ میں بوڑھا ہو گیا، تب مجھے سمجھ میں آئی کہ مسلمانوں کو یہ سبق دیا گیا اس میں کہ چیزوں کو فیس ویلیو پر لے کر نہ رائے بناؤ،</w:t>
      </w:r>
    </w:p>
    <w:p>
      <w:r>
        <w:rPr>
          <w:b/>
        </w:rPr>
        <w:t xml:space="preserve">[1:11:48] </w:t>
      </w:r>
      <w:r>
        <w:t>gehrai mein ja kar dekho baaton ko.</w:t>
      </w:r>
    </w:p>
    <w:p>
      <w:pPr>
        <w:jc w:val="right"/>
      </w:pPr>
      <w:r>
        <w:t>گہرائی میں جا کر دیکھو باتوں کو۔</w:t>
      </w:r>
    </w:p>
    <w:p>
      <w:r>
        <w:rPr>
          <w:b/>
        </w:rPr>
        <w:t xml:space="preserve">[1:11:53] </w:t>
      </w:r>
      <w:r>
        <w:t>aadmi sochta hai, sochta hai, sochta hai. to ab mujh par ramzan mein yeh baat khul gayi.</w:t>
      </w:r>
    </w:p>
    <w:p>
      <w:pPr>
        <w:jc w:val="right"/>
      </w:pPr>
      <w:r>
        <w:t>آدمی سوچتا ہے، سوچتا ہے، سوچتا ہے۔ تو اب مجھ پر رمضان میں یہ بات کھل گئی۔</w:t>
      </w:r>
    </w:p>
    <w:p>
      <w:r>
        <w:rPr>
          <w:b/>
        </w:rPr>
        <w:t xml:space="preserve">[1:12:03] </w:t>
      </w:r>
      <w:r>
        <w:t>ke quran ki gehrai ko janne ke liye insan ko sahi tareeqe se dua karni chahiye, ya phir he should be able to consult with the author.</w:t>
      </w:r>
    </w:p>
    <w:p>
      <w:pPr>
        <w:jc w:val="right"/>
      </w:pPr>
      <w:r>
        <w:t>کہ قرآن کی گہرائی کو جاننے کے لیے انسان کو صحیح طریقے سے دعا کرنی چاہیے، یا پھر he should be able to consult with the author.</w:t>
      </w:r>
    </w:p>
    <w:p>
      <w:r>
        <w:rPr>
          <w:b/>
        </w:rPr>
        <w:t xml:space="preserve">[1:12:13] </w:t>
      </w:r>
      <w:r>
        <w:t>So how does one learn to do theright way of dua?</w:t>
      </w:r>
    </w:p>
    <w:p>
      <w:pPr>
        <w:jc w:val="right"/>
      </w:pPr>
      <w:r>
        <w:t>So how does one learn to do theright way of دعا؟</w:t>
      </w:r>
    </w:p>
    <w:p>
      <w:r>
        <w:rPr>
          <w:b/>
        </w:rPr>
        <w:t xml:space="preserve">[1:12:20] </w:t>
      </w:r>
      <w:r>
        <w:t>dekhiye, dua kya hai? main aap ko ek sacha qissa batata hoon, aap ko bilkul sacha ek qissa hai rampur ka. main rampur mein teen saal raha hoon to rampur mein ek school teacher the,</w:t>
      </w:r>
    </w:p>
    <w:p>
      <w:pPr>
        <w:jc w:val="right"/>
      </w:pPr>
      <w:r>
        <w:t>دیکھیے، دعا کیا ہے؟ میں آپ کو ایک سچا قصہ بتاتا ہوں، آپ کو بالکل سچا ایک قصہ ہے رام پور کا۔ میں رام پور میں تین سال رہا ہوں تو رام پور میں ایک اسکول ٹیچر تھے،</w:t>
      </w:r>
    </w:p>
    <w:p>
      <w:r>
        <w:rPr>
          <w:b/>
        </w:rPr>
        <w:t xml:space="preserve">[1:12:36] </w:t>
      </w:r>
      <w:r>
        <w:t>shayad aap mar chuke hon. woh</w:t>
      </w:r>
    </w:p>
    <w:p>
      <w:pPr>
        <w:jc w:val="right"/>
      </w:pPr>
      <w:r>
        <w:t>شاید آپ مر چکے ہوں۔ وہ</w:t>
      </w:r>
    </w:p>
    <w:p>
      <w:r>
        <w:rPr>
          <w:b/>
        </w:rPr>
        <w:t xml:space="preserve">[1:12:39] </w:t>
      </w:r>
      <w:r>
        <w:t>school teacher ki aap jante hain ke salary bohat thori hoti hai, aur kai bachche the un ke. to un ke ek bachche ne un se kaha ke mujhe bicycle chahiye.</w:t>
      </w:r>
    </w:p>
    <w:p>
      <w:pPr>
        <w:jc w:val="right"/>
      </w:pPr>
      <w:r>
        <w:t>اسکول ٹیچر کی آپ جانتے ہیں کہ سیلری بہت تھوڑی ہوتی ہے، اور کئی بچے تھے ان کے۔ تو ان کے ایک بچے نے ان سے کہا کہ مجھے بائیسکل چاہیے۔</w:t>
      </w:r>
    </w:p>
    <w:p>
      <w:r>
        <w:rPr>
          <w:b/>
        </w:rPr>
        <w:t xml:space="preserve">[1:12:54] </w:t>
      </w:r>
      <w:r>
        <w:t>to baap ne koi jawab nahi diya sun kar, aise hi taal diya. phir kaha, phir kaha, phir kaha.</w:t>
      </w:r>
    </w:p>
    <w:p>
      <w:pPr>
        <w:jc w:val="right"/>
      </w:pPr>
      <w:r>
        <w:t>تو باپ نے کوئی جواب نہیں دیا سن کر، ایسے ہی ٹال دیا۔ پھر کہا، پھر کہا، پھر کہا۔</w:t>
      </w:r>
    </w:p>
    <w:p>
      <w:r>
        <w:rPr>
          <w:b/>
        </w:rPr>
        <w:t xml:space="preserve">[1:13:00] </w:t>
      </w:r>
      <w:r>
        <w:t>kai din jab us ne kaha ke mujhe bicycle chahiye, to kai din ke baad aisa hua ke baap ko ghussa aa gaya. baap ne kaha ke dekho, main school teacher hoon,</w:t>
      </w:r>
    </w:p>
    <w:p>
      <w:pPr>
        <w:jc w:val="right"/>
      </w:pPr>
      <w:r>
        <w:t>کئی دن جب اس نے کہا کہ مجھے بائیسکل چاہیے، تو کئی دن کے بعد ایسا ہوا کہ باپ کو غصہ آ گیا۔ باپ نے کہا کہ دیکھو، میں اسکول ٹیچر ہوں،</w:t>
      </w:r>
    </w:p>
    <w:p>
      <w:r>
        <w:rPr>
          <w:b/>
        </w:rPr>
        <w:t xml:space="preserve">[1:13:14] </w:t>
      </w:r>
      <w:r>
        <w:t>mere paas bike ke bicycle khareedne ke liye paisa nahi hai.</w:t>
      </w:r>
    </w:p>
    <w:p>
      <w:pPr>
        <w:jc w:val="right"/>
      </w:pPr>
      <w:r>
        <w:t>میرے پاس بائیک کے بائیسکل خریدنے کے لیے پیسہ نہیں ہے۔</w:t>
      </w:r>
    </w:p>
    <w:p>
      <w:r>
        <w:rPr>
          <w:b/>
        </w:rPr>
        <w:t xml:space="preserve">[1:13:20] </w:t>
      </w:r>
      <w:r>
        <w:t>to main tum se aakhri baat kar raha hoon, ab se agar tum ne mujhe bicycle ki baat kahi to main tum ko maroonga.</w:t>
      </w:r>
    </w:p>
    <w:p>
      <w:pPr>
        <w:jc w:val="right"/>
      </w:pPr>
      <w:r>
        <w:t>تو میں تم سے آخری بات کر رہا ہوں، اب سے اگر تم نے مجھے بائیسکل کی بات کہی تو میں تم کو ماروں گا۔</w:t>
      </w:r>
    </w:p>
    <w:p>
      <w:r>
        <w:rPr>
          <w:b/>
        </w:rPr>
        <w:t xml:space="preserve">[1:13:30] </w:t>
      </w:r>
      <w:r>
        <w:t>bicycle ki baat sunne ke liye main tayyar nahin hoon.</w:t>
      </w:r>
    </w:p>
    <w:p>
      <w:pPr>
        <w:jc w:val="right"/>
      </w:pPr>
      <w:r>
        <w:t>بائیسکل کی بات سننے کے لیے میں تیار نہیں ہوں۔</w:t>
      </w:r>
    </w:p>
    <w:p>
      <w:r>
        <w:rPr>
          <w:b/>
        </w:rPr>
        <w:t xml:space="preserve">[1:13:35] </w:t>
      </w:r>
      <w:r>
        <w:t>ab dekhen ke is ke baad kya hota hai.</w:t>
      </w:r>
    </w:p>
    <w:p>
      <w:pPr>
        <w:jc w:val="right"/>
      </w:pPr>
      <w:r>
        <w:t>اب دیکھیں کہ اس کے بعد کیا ہوتا ہے۔</w:t>
      </w:r>
    </w:p>
    <w:p>
      <w:r>
        <w:rPr>
          <w:b/>
        </w:rPr>
        <w:t xml:space="preserve">[1:13:39] </w:t>
      </w:r>
      <w:r>
        <w:t>ek revolution aata hai. woh beta jo tha, jab baap ne aisa kaha</w:t>
      </w:r>
    </w:p>
    <w:p>
      <w:pPr>
        <w:jc w:val="right"/>
      </w:pPr>
      <w:r>
        <w:t>ایک ریولیوشن آتا ہے۔ وہ بیٹا جو تھا، جب باپ نے ایسا کہا</w:t>
      </w:r>
    </w:p>
    <w:p>
      <w:r>
        <w:rPr>
          <w:b/>
        </w:rPr>
        <w:t xml:space="preserve">[1:13:50] </w:t>
      </w:r>
      <w:r>
        <w:t>to beta ro pada.</w:t>
      </w:r>
    </w:p>
    <w:p>
      <w:pPr>
        <w:jc w:val="right"/>
      </w:pPr>
      <w:r>
        <w:t>تو بیٹا رو پڑا۔</w:t>
      </w:r>
    </w:p>
    <w:p>
      <w:r>
        <w:rPr>
          <w:b/>
        </w:rPr>
        <w:t xml:space="preserve">[1:13:54] </w:t>
      </w:r>
      <w:r>
        <w:t>ro kar us ne kaha:</w:t>
      </w:r>
    </w:p>
    <w:p>
      <w:pPr>
        <w:jc w:val="right"/>
      </w:pPr>
      <w:r>
        <w:t>رو کر اس نے کہا:</w:t>
      </w:r>
    </w:p>
    <w:p>
      <w:r>
        <w:rPr>
          <w:b/>
        </w:rPr>
        <w:t xml:space="preserve">[1:14:01] </w:t>
      </w:r>
      <w:r>
        <w:t>"aap hi to hamare baap hain, aap se na kahein to kis se kahein?</w:t>
      </w:r>
    </w:p>
    <w:p>
      <w:pPr>
        <w:jc w:val="right"/>
      </w:pPr>
      <w:r>
        <w:t>"آپ ہی تو ہمارے باپ ہیں، آپ سے نہ کہیں تو کس سے کہیں؟</w:t>
      </w:r>
    </w:p>
    <w:p>
      <w:r>
        <w:rPr>
          <w:b/>
        </w:rPr>
        <w:t xml:space="preserve">[1:14:13] </w:t>
      </w:r>
      <w:r>
        <w:t>aap hi to hamare baap hain, aap se na kahein to kis se kahein?"</w:t>
      </w:r>
    </w:p>
    <w:p>
      <w:pPr>
        <w:jc w:val="right"/>
      </w:pPr>
      <w:r>
        <w:t>آپ ہی تو ہمارے باپ ہیں، آپ سے نہ کہیں تو کس سے کہیں؟"</w:t>
      </w:r>
    </w:p>
    <w:p>
      <w:r>
        <w:rPr>
          <w:b/>
        </w:rPr>
        <w:t xml:space="preserve">[1:14:20] </w:t>
      </w:r>
      <w:r>
        <w:t>is ke munh se jab nikla to baap bhi ro pada, aur baap ne kaha: "achha theek hai, main tum ko bicycle doonga." agle din kaise kaise kar ke us ne bicycle us ko khareed kar de di.</w:t>
      </w:r>
    </w:p>
    <w:p>
      <w:pPr>
        <w:jc w:val="right"/>
      </w:pPr>
      <w:r>
        <w:t>اس کے منہ سے جب نکلا تو باپ بھی رو پڑا، اور باپ نے کہا: "اچھا ٹھیک ہے، میں تم کو بائیسکل دوں گا۔" اگلے دن کیسے کیسے کر کے اس نے بائیسکل اس کو خرید کر دے دی۔</w:t>
      </w:r>
    </w:p>
    <w:p>
      <w:r>
        <w:rPr>
          <w:b/>
        </w:rPr>
        <w:t xml:space="preserve">[1:14:38] </w:t>
      </w:r>
      <w:r>
        <w:t>ab main ne socha is par ke aisa kyun hua? wohi dua jo reject ho rahi thi, wohi dua qabool kaise ho gayi? yeh darkhwast jab bete ne yeh kaha ke "aap hi to hamare baap hain,</w:t>
      </w:r>
    </w:p>
    <w:p>
      <w:pPr>
        <w:jc w:val="right"/>
      </w:pPr>
      <w:r>
        <w:t>اب میں نے سوچا اس پر کہ ایسا کیوں ہوا؟ وہی دعا جو ریجیکٹ ہو رہی تھی، وہی دعا قبول کیسے ہو گئی؟ یہ درخواست جب بیٹے نے یہ کہا کہ "آپ ہی تو ہمارے باپ ہیں،</w:t>
      </w:r>
    </w:p>
    <w:p>
      <w:r>
        <w:rPr>
          <w:b/>
        </w:rPr>
        <w:t xml:space="preserve">[1:14:52] </w:t>
      </w:r>
      <w:r>
        <w:t>aap se na kahein to kis se kahein?"</w:t>
      </w:r>
    </w:p>
    <w:p>
      <w:pPr>
        <w:jc w:val="right"/>
      </w:pPr>
      <w:r>
        <w:t>آپ سے نہ کہیں تو کس سے کہیں؟"</w:t>
      </w:r>
    </w:p>
    <w:p>
      <w:r>
        <w:rPr>
          <w:b/>
        </w:rPr>
        <w:t xml:space="preserve">[1:14:56] </w:t>
      </w:r>
      <w:r>
        <w:t>to is ka matlab yeh hua ke bete ne un ki fatherhood par attack kar diya.</w:t>
      </w:r>
    </w:p>
    <w:p>
      <w:pPr>
        <w:jc w:val="right"/>
      </w:pPr>
      <w:r>
        <w:t>تو اس کا مطلب یہ ہوا کہ بیٹے نے ان کی فادر ہڈ پر اٹیک کر دیا۔</w:t>
      </w:r>
    </w:p>
    <w:p>
      <w:r>
        <w:rPr>
          <w:b/>
        </w:rPr>
        <w:t xml:space="preserve">[1:15:15] </w:t>
      </w:r>
      <w:r>
        <w:t>yaani us ne mehsoos kiya, is aadmi ne ke meri fatherhood doubtfull ho rahi hai. mujhe baap, yaani baap ka jo baap ki hesiyat jo main karna chahiye, woh main nahin kar pa raha hoon.</w:t>
      </w:r>
    </w:p>
    <w:p>
      <w:pPr>
        <w:jc w:val="right"/>
      </w:pPr>
      <w:r>
        <w:t>یعنی اس نے محسوس کیا، اس آدمی نے کہ میری فادر ہڈ ڈاؤٹ فل ہو رہی ہے۔ مجھے باپ، یعنی باپ کا جو باپ کی حیثیت جو میں کرنا چاہیے، وہ میں نہیں کر پا رہا ہوں۔</w:t>
      </w:r>
    </w:p>
    <w:p>
      <w:r>
        <w:rPr>
          <w:b/>
        </w:rPr>
        <w:t xml:space="preserve">[1:15:33] </w:t>
      </w:r>
      <w:r>
        <w:t>to jab us ki fatherhood</w:t>
      </w:r>
    </w:p>
    <w:p>
      <w:pPr>
        <w:jc w:val="right"/>
      </w:pPr>
      <w:r>
        <w:t>تو جب اس کی فادر ہڈ</w:t>
      </w:r>
    </w:p>
    <w:p>
      <w:r>
        <w:rPr>
          <w:b/>
        </w:rPr>
        <w:t xml:space="preserve">[1:15:35] </w:t>
      </w:r>
      <w:r>
        <w:t>us ko lagne laga ke wohi fatherhood hi doubtfull ho gayi hai, to apne fatherhood ko establish karne ke liye us ka samjha ke meri farz hai ke main is ko bicycle la kar doon.</w:t>
      </w:r>
    </w:p>
    <w:p>
      <w:pPr>
        <w:jc w:val="right"/>
      </w:pPr>
      <w:r>
        <w:t>اس کو لگنے لگا کہ وہی فادر ہڈ ہی ڈاؤٹ فل ہو گئی ہے، تو اپنے فادر ہڈ کو اسٹیبلش کرنے کے لیے اس کا سمجھا کہ میری فرض ہے کہ میں اس کو بائیسکل لا کر دوں۔</w:t>
      </w:r>
    </w:p>
    <w:p>
      <w:r>
        <w:rPr>
          <w:b/>
        </w:rPr>
        <w:t xml:space="preserve">[1:15:49] </w:t>
      </w:r>
      <w:r>
        <w:t>yaani jitna bara problem bete ka tha, utna hi bara problem ab baap ka ban gaya.</w:t>
      </w:r>
    </w:p>
    <w:p>
      <w:pPr>
        <w:jc w:val="right"/>
      </w:pPr>
      <w:r>
        <w:t>یعنی جتنا بڑا پرابلم بیٹے کا تھا، اتنا ہی بڑا پرابلم اب باپ کا بن گیا۔</w:t>
      </w:r>
    </w:p>
    <w:p>
      <w:r>
        <w:rPr>
          <w:b/>
        </w:rPr>
        <w:t xml:space="preserve">[1:15:58] </w:t>
      </w:r>
      <w:r>
        <w:t>yeh hai dua ke banda Khuda se dua dekhe. yeh nahin ke lord speech par jo duaen hoti hain, aaj kal woh to mazaaq hai.</w:t>
      </w:r>
    </w:p>
    <w:p>
      <w:pPr>
        <w:jc w:val="right"/>
      </w:pPr>
      <w:r>
        <w:t>یہ ہے دعا کہ بندہ خدا سے دعا دیکھے۔ یہ نہیں کہ لارڈ سپیچ پر جو دعائیں ہوتی ہیں، آج کل وہ تو مذاق ہے۔</w:t>
      </w:r>
    </w:p>
    <w:p>
      <w:r>
        <w:rPr>
          <w:b/>
        </w:rPr>
        <w:t xml:space="preserve">[1:16:08] </w:t>
      </w:r>
      <w:r>
        <w:t>lord speaker jo duaen hoti hain, woh to mazaaq hain. dua bande aur Khuda ke beech ka</w:t>
      </w:r>
    </w:p>
    <w:p>
      <w:pPr>
        <w:jc w:val="right"/>
      </w:pPr>
      <w:r>
        <w:t>لارڈ سپیکر جو دعائیں ہوتی ہیں، وہ تو مذاق ہیں۔ دعا بندے اور خدا کے بیچ کا</w:t>
      </w:r>
    </w:p>
    <w:p>
      <w:r>
        <w:rPr>
          <w:b/>
        </w:rPr>
        <w:t xml:space="preserve">[1:16:14] </w:t>
      </w:r>
      <w:r>
        <w:t>mamla hai, do ke beech ka. ek banda hai, Khuda. lord speaker ki jo duaen hoti hain na, woh to ridiculous hain, ridiculous hain.</w:t>
      </w:r>
    </w:p>
    <w:p>
      <w:pPr>
        <w:jc w:val="right"/>
      </w:pPr>
      <w:r>
        <w:t>معاملہ ہے، دو کے بیچ کا۔ ایک بندہ ہے، خدا۔ لارڈ سپیکر کی جو دعائیں ہوتی ہیں نا، وہ تو ریڈیکولس ہیں، ریڈیکولس ہیں۔</w:t>
      </w:r>
    </w:p>
    <w:p>
      <w:r>
        <w:rPr>
          <w:b/>
        </w:rPr>
        <w:t xml:space="preserve">[1:16:25] </w:t>
      </w:r>
      <w:r>
        <w:t>to woh woh dua, dua woh hai jis mein</w:t>
      </w:r>
    </w:p>
    <w:p>
      <w:pPr>
        <w:jc w:val="right"/>
      </w:pPr>
      <w:r>
        <w:t>تو وہ وہ دعا، دعا وہ ہے جس میں</w:t>
      </w:r>
    </w:p>
    <w:p>
      <w:r>
        <w:rPr>
          <w:b/>
        </w:rPr>
        <w:t xml:space="preserve">[1:16:31] </w:t>
      </w:r>
      <w:r>
        <w:t>banda is extent tak ja sake ke Khuda, yeh Khuda, woh Khuda ki khudai ka masla ban jaye ke agar main is bande ki dua poori na karoon to meri khudai doubtfull hai, nauzubillah.</w:t>
      </w:r>
    </w:p>
    <w:p>
      <w:pPr>
        <w:jc w:val="right"/>
      </w:pPr>
      <w:r>
        <w:t>بندہ اس ایکسٹینٹ تک جا سکے کہ خدا، یہ خدا، وہ خدا کی خدائی کا مسئلہ بن جائے کہ اگر میں اس بندے کی دعا پوری نہ کروں تو میری خدائی ڈاؤٹ فل ہے، نعوذ باللہ۔</w:t>
      </w:r>
    </w:p>
    <w:p>
      <w:r>
        <w:rPr>
          <w:b/>
        </w:rPr>
        <w:t xml:space="preserve">[1:16:50] </w:t>
      </w:r>
      <w:r>
        <w:t>yaani jitna bara masla bande ke liye tha, utna bara masla Khuda ke liye ban jaye. agar koi aadmi aisa dua kar sake to mujhe zara bhi shubah nahin ke us ki dua qabool ho kar rahe gi.</w:t>
      </w:r>
    </w:p>
    <w:p>
      <w:pPr>
        <w:jc w:val="right"/>
      </w:pPr>
      <w:r>
        <w:t>یعنی جتنا بڑا مسئلہ بندے کے لیے تھا، اتنا بڑا مسئلہ خدا کے لیے بن جائے۔ اگر کوئی آدمی ایسا دعا کر سکے تو مجھے ذرا بھی شبہ نہیں کہ اس کی دعا قبول ہو کر رہے گی۔</w:t>
      </w:r>
    </w:p>
    <w:p>
      <w:r>
        <w:rPr>
          <w:b/>
        </w:rPr>
        <w:t xml:space="preserve">[1:17:06] </w:t>
      </w:r>
      <w:r>
        <w:t>namumkin hai ke dua qabool na ho, jaise is beti ki qabool hui.</w:t>
      </w:r>
    </w:p>
    <w:p>
      <w:pPr>
        <w:jc w:val="right"/>
      </w:pPr>
      <w:r>
        <w:t>ناممکن ہے کہ دعا قبول نہ ہو، جیسے اس بیٹی کی قبول ہوئی۔</w:t>
      </w:r>
    </w:p>
    <w:p>
      <w:r>
        <w:rPr>
          <w:b/>
        </w:rPr>
        <w:t xml:space="preserve">[1:17:12] </w:t>
      </w:r>
      <w:r>
        <w:t>jo Ramzan aur roze mein jo in tamam cheezon ko follow karte hain, us se hamein ek patience aata hai. mera manna hai, mera poochna yeh hai ke jo abhi dua ke liye poocha to dua mein Maulana patience nahin hona chahiye, dua mein to ek zid honi chahiye ya patience hona chahiye?</w:t>
      </w:r>
    </w:p>
    <w:p>
      <w:pPr>
        <w:jc w:val="right"/>
      </w:pPr>
      <w:r>
        <w:t>جو رمضان اور روزہ میں جو ان تمام چیزوں کو فالو کرتے ہیں، اس سے ہمیں ایک پیشنس آتا ہے۔ میرا ماننا ہے، میرا پوچھنا یہ ہے کہ جو ابھی دعا کے لیے پوچھا تو دعا میں مولانا پیشنس نہیں ہونا چاہیے، دعا میں تو ایک ضد ہونی چاہیے یا پیشنس ہونا چاہیے؟</w:t>
      </w:r>
    </w:p>
    <w:p>
      <w:r>
        <w:rPr>
          <w:b/>
        </w:rPr>
        <w:t xml:space="preserve">[1:17:36] </w:t>
      </w:r>
      <w:r>
        <w:t>dekhiye, yeh dua ka mamla aisa mamla nahin hai ke aap insani language mein is ko bayan kar saken.</w:t>
      </w:r>
    </w:p>
    <w:p>
      <w:pPr>
        <w:jc w:val="right"/>
      </w:pPr>
      <w:r>
        <w:t>دیکھیے، یہ دعا کا معاملہ ایسا معاملہ نہیں ہے کہ آپ انسانی لینگویج میں اس کو بیان کر سکیں۔</w:t>
      </w:r>
    </w:p>
    <w:p>
      <w:r>
        <w:rPr>
          <w:b/>
        </w:rPr>
        <w:t xml:space="preserve">[1:17:46] </w:t>
      </w:r>
      <w:r>
        <w:t>jo main ne misaal di, yeh na samjhiye ke main ne dua ki sari baat keh di. isi mein</w:t>
      </w:r>
    </w:p>
    <w:p>
      <w:pPr>
        <w:jc w:val="right"/>
      </w:pPr>
      <w:r>
        <w:t>جو میں نے مثال دی، یہ نہ سمجھیے کہ میں نے دعا کی ساری بات کہہ دی۔ اسی میں</w:t>
      </w:r>
    </w:p>
    <w:p>
      <w:r>
        <w:rPr>
          <w:b/>
        </w:rPr>
        <w:t xml:space="preserve">[1:17:52] </w:t>
      </w:r>
      <w:r>
        <w:t>yeh sirf samajhane ke liye hota hai. Bete aur baap ki jo misaal hai, iska matlab yeh na samjhiye ke theek theek yahi dua ka maamla hai. To koi bhi word jo hum bolte hain, woh symbolic sense mein hote hain.</w:t>
      </w:r>
    </w:p>
    <w:p>
      <w:pPr>
        <w:jc w:val="right"/>
      </w:pPr>
      <w:r>
        <w:t>یہ صرف سمجھانے کے لیے ہوتا ہے۔ بیٹے اور باپ کی جو مثال ہے، اس کا مطلب یہ نہ سمجھیے کہ ٹھیک ٹھیک یہی دعا کا معاملہ ہے۔ تو کوئی بھی ورڈ جو ہم بولتے ہیں، وہ سمبالک سینس میں ہوتے ہیں۔</w:t>
      </w:r>
    </w:p>
    <w:p>
      <w:r>
        <w:rPr>
          <w:b/>
        </w:rPr>
        <w:t xml:space="preserve">[1:18:07] </w:t>
      </w:r>
      <w:r>
        <w:t>Ab to jo linguistic ka jo modern jo concept hai, woh bhi yahi hai ke saare hi alfaaz jo hain hamare, woh</w:t>
      </w:r>
    </w:p>
    <w:p>
      <w:pPr>
        <w:jc w:val="right"/>
      </w:pPr>
      <w:r>
        <w:t>اب تو جو لنگوسٹک کا جو ماڈرن جو کانسیپٹ ہے، وہ بھی یہی ہے کہ سارے ہی الفاظ جو ہیں ہمارے، وہ</w:t>
      </w:r>
    </w:p>
    <w:p>
      <w:r>
        <w:rPr>
          <w:b/>
        </w:rPr>
        <w:t xml:space="preserve">[1:18:14] </w:t>
      </w:r>
      <w:r>
        <w:t>symbols hain. Symbols to is tarah se agar hum samajhna chahenge dua ko, to hum nahi samajh sakte. Bas dua yahi hai ke aap dua karna seekh lijiye apne aap se.</w:t>
      </w:r>
    </w:p>
    <w:p>
      <w:pPr>
        <w:jc w:val="right"/>
      </w:pPr>
      <w:r>
        <w:t>سمبلز ہیں۔ سمبلز تو اس طرح سے اگر ہم سمجھنا چاہیں گے دعا کو، تو ہم نہیں سمجھ سکتے۔ بس دعا یہی ہے کہ آپ دعا کرنا سیکھ لیجئے اپنے آپ سے۔</w:t>
      </w:r>
    </w:p>
    <w:p>
      <w:r>
        <w:rPr>
          <w:b/>
        </w:rPr>
        <w:t xml:space="preserve">[1:18:29] </w:t>
      </w:r>
      <w:r>
        <w:t>Koi aap ko bata nahi sakta ke dua kya hai.</w:t>
      </w:r>
    </w:p>
    <w:p>
      <w:pPr>
        <w:jc w:val="right"/>
      </w:pPr>
      <w:r>
        <w:t>کوئی آپ کو بتا نہیں سکتا کہ دعا کیا ہے۔</w:t>
      </w:r>
    </w:p>
    <w:p>
      <w:r>
        <w:rPr>
          <w:b/>
        </w:rPr>
        <w:t xml:space="preserve">[1:18:33] </w:t>
      </w:r>
      <w:r>
        <w:t>Jab aap is mein mashgool karenge apne aap ko, to khud aap ko Khuda ki taraf inspiration hoga. Woh inspiration aap ko bata dega ke dua kya hai.</w:t>
      </w:r>
    </w:p>
    <w:p>
      <w:pPr>
        <w:jc w:val="right"/>
      </w:pPr>
      <w:r>
        <w:t>جب آپ اس میں مشغول کریں گے اپنے آپ کو، تو خود آپ کو خدا کی طرف انسپیریشن ہوگا۔ وہ انسپیریشن آپ کو بتا دے گا کہ دعا کیا ہے۔</w:t>
      </w:r>
    </w:p>
    <w:p>
      <w:r>
        <w:rPr>
          <w:b/>
        </w:rPr>
        <w:t xml:space="preserve">[1:18:45] </w:t>
      </w:r>
      <w:r>
        <w:t>The prophet was lasted for 23 years. I just want to know what which phase of the prophethood did Rosa</w:t>
      </w:r>
    </w:p>
    <w:p>
      <w:pPr>
        <w:jc w:val="right"/>
      </w:pPr>
      <w:r>
        <w:t>The prophet was lasted for 23 years. I just want to know what which phase of the prophethood did Rosa</w:t>
      </w:r>
    </w:p>
    <w:p>
      <w:r>
        <w:rPr>
          <w:b/>
        </w:rPr>
        <w:t xml:space="preserve">[1:18:52] </w:t>
      </w:r>
      <w:r>
        <w:t>start and how did it start. Iske liye what part of the prophethood did the Rosa start? I am not understanding.</w:t>
      </w:r>
    </w:p>
    <w:p>
      <w:pPr>
        <w:jc w:val="right"/>
      </w:pPr>
      <w:r>
        <w:t>start and how did it start. اس کے لیے what part of the prophethood did the Rosa start? میں انڈرسٹینڈ نہیں کر رہا۔</w:t>
      </w:r>
    </w:p>
    <w:p>
      <w:r>
        <w:rPr>
          <w:b/>
        </w:rPr>
        <w:t xml:space="preserve">[1:19:03] </w:t>
      </w:r>
      <w:r>
        <w:t>Kya kaha? Kya kaha unhone? Maulana yeh keh rahe hain ke that prophethood 23 years unhone prophethood prophethood. Accha, samajh gaya.</w:t>
      </w:r>
    </w:p>
    <w:p>
      <w:pPr>
        <w:jc w:val="right"/>
      </w:pPr>
      <w:r>
        <w:t>کیا کہا؟ کیا کہا انہوں نے؟ مولانا یہ کہہ رہے ہیں کہ that prophethood 23 years انہوں نے prophethood prophethood۔ اچھا، سمجھ گیا۔</w:t>
      </w:r>
    </w:p>
    <w:p>
      <w:r>
        <w:rPr>
          <w:b/>
        </w:rPr>
        <w:t xml:space="preserve">[1:19:13] </w:t>
      </w:r>
      <w:r>
        <w:t>Accha, hum samajh gaye. Maulana, aap ne history bata dijiye ke kaise? Live, live! Main samajh gaya.</w:t>
      </w:r>
    </w:p>
    <w:p>
      <w:pPr>
        <w:jc w:val="right"/>
      </w:pPr>
      <w:r>
        <w:t>اچھا، ہم سمجھ گئے۔ مولانا، آپ نے ہسٹری بتا دیجیے کہ کیسے؟ لائیو، لائیو! میں سمجھ گیا۔</w:t>
      </w:r>
    </w:p>
    <w:p>
      <w:r>
        <w:rPr>
          <w:b/>
        </w:rPr>
        <w:t xml:space="preserve">[1:19:24] </w:t>
      </w:r>
      <w:r>
        <w:t>Dekhiye, Quran mein Surah Baqarah mein, yaani Surah chapter 2 mein, jahan hukum diya gaya hai roze ka,</w:t>
      </w:r>
    </w:p>
    <w:p>
      <w:pPr>
        <w:jc w:val="right"/>
      </w:pPr>
      <w:r>
        <w:t>دیکھیے، قرآن میں سورہ بقرہ میں، یعنی سورہ چیپٹر ٹو میں، جہاں حکم دیا گیا ہے روزے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