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28 Al-Qasas (The Story) - Maulana Wahiduddin Khan</w:t>
      </w:r>
    </w:p>
    <w:p>
      <w:r>
        <w:t>https://www.youtube.com/watch?v=QxdA-ocAfgM</w:t>
      </w:r>
    </w:p>
    <w:p>
      <w:r>
        <w:rPr>
          <w:b/>
        </w:rPr>
        <w:t xml:space="preserve">[00:01] </w:t>
      </w:r>
      <w:r>
        <w:t>Bismillah Rehmanur Rahim.</w:t>
      </w:r>
    </w:p>
    <w:p>
      <w:pPr>
        <w:jc w:val="right"/>
      </w:pPr>
      <w:r>
        <w:t>بسم الله الرحمن الرحيم.</w:t>
      </w:r>
    </w:p>
    <w:p>
      <w:r>
        <w:rPr>
          <w:b/>
        </w:rPr>
        <w:t xml:space="preserve">[00:07] </w:t>
      </w:r>
      <w:r>
        <w:t>Qasim.</w:t>
      </w:r>
    </w:p>
    <w:p>
      <w:pPr>
        <w:jc w:val="right"/>
      </w:pPr>
      <w:r>
        <w:t>قاسم.</w:t>
      </w:r>
    </w:p>
    <w:p>
      <w:r>
        <w:rPr>
          <w:b/>
        </w:rPr>
        <w:t xml:space="preserve">[00:13] </w:t>
      </w:r>
      <w:r>
        <w:t>Meem. Tilka ayatul kitabil mubeen. Natlu alayka min naba Musa wa Fir'awn bil haqqi li qawmin yu'minoon.</w:t>
      </w:r>
    </w:p>
    <w:p>
      <w:pPr>
        <w:jc w:val="right"/>
      </w:pPr>
      <w:r>
        <w:t>ميم. تلك آيات الكتاب المبين. نتلو عليك من نبأ موسى وفرعون بالحق لقوم يؤمنون.</w:t>
      </w:r>
    </w:p>
    <w:p>
      <w:r>
        <w:rPr>
          <w:b/>
        </w:rPr>
        <w:t xml:space="preserve">[00:34] </w:t>
      </w:r>
      <w:r>
        <w:t>Inna Fir'awna 'ala fil ardi wa ja'ala ahlaha shiya'an yastadh'ifu ta'ifatan minhum yudh'ibhu abna'ahum.</w:t>
      </w:r>
    </w:p>
    <w:p>
      <w:pPr>
        <w:jc w:val="right"/>
      </w:pPr>
      <w:r>
        <w:t>إن فرعون على في الأرض وجعل أهلها شيعًا يستضعف طائفة منهم يذبح أبناءهم.</w:t>
      </w:r>
    </w:p>
    <w:p>
      <w:r>
        <w:rPr>
          <w:b/>
        </w:rPr>
        <w:t xml:space="preserve">[00:51] </w:t>
      </w:r>
      <w:r>
        <w:t>Yudh'ibhu abna'ahum wa yastahyi nisa'ahum.</w:t>
      </w:r>
    </w:p>
    <w:p>
      <w:pPr>
        <w:jc w:val="right"/>
      </w:pPr>
      <w:r>
        <w:t>يذبح أبناءهم ويستحيي نساءهم.</w:t>
      </w:r>
    </w:p>
    <w:p>
      <w:r>
        <w:rPr>
          <w:b/>
        </w:rPr>
        <w:t xml:space="preserve">[01:02] </w:t>
      </w:r>
      <w:r>
        <w:t>Innahu kana minal mufsidin.</w:t>
      </w:r>
    </w:p>
    <w:p>
      <w:pPr>
        <w:jc w:val="right"/>
      </w:pPr>
      <w:r>
        <w:t>إنه كان من المفسدين.</w:t>
      </w:r>
    </w:p>
    <w:p>
      <w:r>
        <w:rPr>
          <w:b/>
        </w:rPr>
        <w:t xml:space="preserve">[01:09] </w:t>
      </w:r>
      <w:r>
        <w:t>Wa nuridu an namun 'alal ladhinastudh'ifu fil ardi wa naj'alahum aimmata wa naj'alahumul warithin.</w:t>
      </w:r>
    </w:p>
    <w:p>
      <w:pPr>
        <w:jc w:val="right"/>
      </w:pPr>
      <w:r>
        <w:t>ونريد أن نمن على الذين استضعفوا في الأرض ونجعلهم أئمة ونجعلهم الوارثين.</w:t>
      </w:r>
    </w:p>
    <w:p>
      <w:r>
        <w:rPr>
          <w:b/>
        </w:rPr>
        <w:t xml:space="preserve">[01:26] </w:t>
      </w:r>
      <w:r>
        <w:t>Wa numakkina lahum fil ardi wa nuria Fir'awna wa Hamana wa junuduhuma minhum ma kanu yahdharun.</w:t>
      </w:r>
    </w:p>
    <w:p>
      <w:pPr>
        <w:jc w:val="right"/>
      </w:pPr>
      <w:r>
        <w:t>ونمكن لهم في الأرض ونري فرعون وهامان وجنودهما منهم ما كانوا يحذرون.</w:t>
      </w:r>
    </w:p>
    <w:p>
      <w:r>
        <w:rPr>
          <w:b/>
        </w:rPr>
        <w:t xml:space="preserve">[01:39] </w:t>
      </w:r>
      <w:r>
        <w:t>Shuru Allah ke naam se jo bada meherban, nihayat reham wala hai.</w:t>
      </w:r>
    </w:p>
    <w:p>
      <w:pPr>
        <w:jc w:val="right"/>
      </w:pPr>
      <w:r>
        <w:t>شروع اللہ کے نام سے جو بڑا مہربان، نہایت رحم والا ہے۔</w:t>
      </w:r>
    </w:p>
    <w:p>
      <w:r>
        <w:rPr>
          <w:b/>
        </w:rPr>
        <w:t xml:space="preserve">[01:52] </w:t>
      </w:r>
      <w:r>
        <w:t>Qasim, Meem. Yeh wazeh kitab ki ayatein hain. Hum Musa aur Firon ka kuch haal tum ko theek theek sunate hain, un logon ke liye jo iman layein.</w:t>
      </w:r>
    </w:p>
    <w:p>
      <w:pPr>
        <w:jc w:val="right"/>
      </w:pPr>
      <w:r>
        <w:t>قاسم، میم۔ یہ واضح کتاب کی آیتیں ہیں۔ ہم موسیٰ اور فرعون کا کچھ حال تم کو ٹھیک ٹھیک سناتے ہیں، ان لوگوں کے لیے جو ایمان لائیں۔</w:t>
      </w:r>
    </w:p>
    <w:p>
      <w:r>
        <w:rPr>
          <w:b/>
        </w:rPr>
        <w:t xml:space="preserve">[02:07] </w:t>
      </w:r>
      <w:r>
        <w:t>Beshaq Firon ne zameen mein sarkashi ki, aur us ne</w:t>
      </w:r>
    </w:p>
    <w:p>
      <w:pPr>
        <w:jc w:val="right"/>
      </w:pPr>
      <w:r>
        <w:t>بے شک فرعون نے زمین میں سرکشی کی، اور اس نے</w:t>
      </w:r>
    </w:p>
    <w:p>
      <w:r>
        <w:rPr>
          <w:b/>
        </w:rPr>
        <w:t xml:space="preserve">[02:11] </w:t>
      </w:r>
      <w:r>
        <w:t>us ke bashindon ko girohon mein taqseem kar diya. Un mein se ek giroh ko us ne kamzor kar rakha tha. Woh un ke ladkon ko zibah karta tha aur un ki auraton ko zinda rakhta tha.</w:t>
      </w:r>
    </w:p>
    <w:p>
      <w:pPr>
        <w:jc w:val="right"/>
      </w:pPr>
      <w:r>
        <w:t>اس کے باشندوں کو گروہوں میں تقسیم کر دیا۔ ان میں سے ایک گروہ کو اس نے کمزور کر رکھا تھا۔ وہ ان کے لڑکوں کو ذبح کرتا تھا اور ان کی عورتوں کو زندہ رکھتا تھا۔</w:t>
      </w:r>
    </w:p>
    <w:p>
      <w:r>
        <w:rPr>
          <w:b/>
        </w:rPr>
        <w:t xml:space="preserve">[02:27] </w:t>
      </w:r>
      <w:r>
        <w:t>Beshaq woh fasad karne walon mein se tha.</w:t>
      </w:r>
    </w:p>
    <w:p>
      <w:pPr>
        <w:jc w:val="right"/>
      </w:pPr>
      <w:r>
        <w:t>بے شک وہ فساد کرنے والوں میں سے تھا۔</w:t>
      </w:r>
    </w:p>
    <w:p>
      <w:r>
        <w:rPr>
          <w:b/>
        </w:rPr>
        <w:t xml:space="preserve">[02:31] </w:t>
      </w:r>
      <w:r>
        <w:t>Aur hum chahte the ke un logon par ehsan karein jo zameen mein kamzor kar diye gaye the, aur un ko peshwa banayein, aur un ko waris bana dein, aur un ko zameen mein ikhtiyar ata karein.</w:t>
      </w:r>
    </w:p>
    <w:p>
      <w:pPr>
        <w:jc w:val="right"/>
      </w:pPr>
      <w:r>
        <w:t>اور ہم چاہتے تھے کہ ان لوگوں پر احسان کریں جو زمین میں کمزور کر دیے گئے تھے، اور ان کو پیشوا بنائیں، اور ان کو وارث بنا دیں، اور ان کو زمین میں اقتدار عطا کریں۔</w:t>
      </w:r>
    </w:p>
    <w:p>
      <w:r>
        <w:rPr>
          <w:b/>
        </w:rPr>
        <w:t xml:space="preserve">[02:48] </w:t>
      </w:r>
      <w:r>
        <w:t>Aur Firon aur Haman aur un ki faujon ko un se wohi dikha dein jis se woh darte the.</w:t>
      </w:r>
    </w:p>
    <w:p>
      <w:pPr>
        <w:jc w:val="right"/>
      </w:pPr>
      <w:r>
        <w:t>اور فرعون اور ہامان اور ان کی فوجوں کو ان سے وحی دکھا دیں جس سے وہ ڈرتے تھے۔</w:t>
      </w:r>
    </w:p>
    <w:p>
      <w:r>
        <w:rPr>
          <w:b/>
        </w:rPr>
        <w:t xml:space="preserve">[03:01] </w:t>
      </w:r>
      <w:r>
        <w:t>tashreeh. firoun ko yahan fasad fi al-arz ka mujrim bataya gaya hai. firoun ka fasad yeh tha ke is ne misr ki do qaumon mein imtiaz kiya.</w:t>
      </w:r>
    </w:p>
    <w:p>
      <w:pPr>
        <w:jc w:val="right"/>
      </w:pPr>
      <w:r>
        <w:t>تشریح۔ فرعون کو یہاں فساد فی الارض کا مجرم بتایا گیا ہے۔ فرعون کا فساد یہ تھا کہ اس نے مصر کی دو قوموں میں امتیاز کیا۔</w:t>
      </w:r>
    </w:p>
    <w:p>
      <w:r>
        <w:rPr>
          <w:b/>
        </w:rPr>
        <w:t xml:space="preserve">[03:17] </w:t>
      </w:r>
      <w:r>
        <w:t>qibti qaum, jo us ki apni qaum thi,</w:t>
      </w:r>
    </w:p>
    <w:p>
      <w:pPr>
        <w:jc w:val="right"/>
      </w:pPr>
      <w:r>
        <w:t>قبطی قوم، جو اس کی اپنی قوم تھی،</w:t>
      </w:r>
    </w:p>
    <w:p>
      <w:r>
        <w:rPr>
          <w:b/>
        </w:rPr>
        <w:t xml:space="preserve">[03:21] </w:t>
      </w:r>
      <w:r>
        <w:t>is ko is ne har qism ke mawaqe diye. aur bani israil ko na sirf mawaqe se mahroom kiya balkeh un ke namolood larkon ko qatl karna shuru kar diya,</w:t>
      </w:r>
    </w:p>
    <w:p>
      <w:pPr>
        <w:jc w:val="right"/>
      </w:pPr>
      <w:r>
        <w:t>اس کو اس نے ہر قسم کے مواقع دیے۔ اور بنی اسرائیل کو نہ صرف مواقع سے محروم کیا بلکہ ان کے نامولود لڑکوں کو قتل کرنا شروع کر دیا،</w:t>
      </w:r>
    </w:p>
    <w:p>
      <w:r>
        <w:rPr>
          <w:b/>
        </w:rPr>
        <w:t xml:space="preserve">[03:34] </w:t>
      </w:r>
      <w:r>
        <w:t>taakeh dheere dheere un ki nasal ka</w:t>
      </w:r>
    </w:p>
    <w:p>
      <w:pPr>
        <w:jc w:val="right"/>
      </w:pPr>
      <w:r>
        <w:t>تاکہ دھیرے دھیرے ان کی نسل کا</w:t>
      </w:r>
    </w:p>
    <w:p>
      <w:r>
        <w:rPr>
          <w:b/>
        </w:rPr>
        <w:t xml:space="preserve">[03:37] </w:t>
      </w:r>
      <w:r>
        <w:t>khatma ho jaye. firoun ka yeh amal fitrat ke nizam mein dakhal andazi thi. khuda ke qanoon mein nizam-e-fitrat se mutabiqat ka naam islaah hai, aur nizam-e-fitrat mein dakhal andazi ka naam fasad.</w:t>
      </w:r>
    </w:p>
    <w:p>
      <w:pPr>
        <w:jc w:val="right"/>
      </w:pPr>
      <w:r>
        <w:t>خاتمہ ہو جائے۔ فرعون کا یہ عمل فطرت کے نظام میں مداخلت تھی۔ خدا کے قانون میں نظام فطرت سے مطابقت کا نام اصلاح ہے، اور نظام فطرت میں مداخلت کا نام فساد۔</w:t>
      </w:r>
    </w:p>
    <w:p>
      <w:r>
        <w:rPr>
          <w:b/>
        </w:rPr>
        <w:t xml:space="preserve">[03:55] </w:t>
      </w:r>
      <w:r>
        <w:t>izat aur be-izat ka faisla khuda ki taraf se hota hai. khuda ne is ke baraks faisla kiya jo firoun ne faisla kar rakha tha.</w:t>
      </w:r>
    </w:p>
    <w:p>
      <w:pPr>
        <w:jc w:val="right"/>
      </w:pPr>
      <w:r>
        <w:t>عزت اور بے عزتی کا فیصلہ خدا کی طرف سے ہوتا ہے۔ خدا نے اس کے برعکس فیصلہ کیا جو فرعون نے فیصلہ کر رکھا تھا۔</w:t>
      </w:r>
    </w:p>
    <w:p>
      <w:r>
        <w:rPr>
          <w:b/>
        </w:rPr>
        <w:t xml:space="preserve">[04:06] </w:t>
      </w:r>
      <w:r>
        <w:t>khuda ne faisla kiya ke woh bani israil ko izat aur iqtadar de, aur firoun ko us ki faujon ke sath halak kar de.</w:t>
      </w:r>
    </w:p>
    <w:p>
      <w:pPr>
        <w:jc w:val="right"/>
      </w:pPr>
      <w:r>
        <w:t>خدا نے فیصلہ کیا کہ وہ بنی اسرائیل کو عزت اور اقتدار دے، اور فرعون کو اس کی فوجوں کے ساتھ ہلاک کر دے۔</w:t>
      </w:r>
    </w:p>
    <w:p>
      <w:r>
        <w:rPr>
          <w:b/>
        </w:rPr>
        <w:t xml:space="preserve">[04:17] </w:t>
      </w:r>
      <w:r>
        <w:t>hazrat musa ke zariye itmam-e-hujjat ke baad firoun ne apne ko mustahiq azab sabit kar diya, chunacheh khuda ne us ko samandar mein duba kar hamesha ke liye us ka khatma kar diya,</w:t>
      </w:r>
    </w:p>
    <w:p>
      <w:pPr>
        <w:jc w:val="right"/>
      </w:pPr>
      <w:r>
        <w:t>حضرت موسیٰ کے ذریعے اتمام حجت کے بعد فرعون نے اپنے کو مستحق عذاب ثابت کر دیا، چنانچہ خدا نے اس کو سمندر میں ڈبا کر ہمیشہ کے لیے اس کا خاتمہ کر دیا،</w:t>
      </w:r>
    </w:p>
    <w:p>
      <w:r>
        <w:rPr>
          <w:b/>
        </w:rPr>
        <w:t xml:space="preserve">[04:30] </w:t>
      </w:r>
      <w:r>
        <w:t>aur bani israil ko misr se le ja kar sham o falasteen ka hukmaran bana diya.</w:t>
      </w:r>
    </w:p>
    <w:p>
      <w:pPr>
        <w:jc w:val="right"/>
      </w:pPr>
      <w:r>
        <w:t>اور بنی اسرائیل کو مصر سے لے جا کر شام و فلسطین کا حکمران بنا دیا۔</w:t>
      </w:r>
    </w:p>
    <w:p>
      <w:r>
        <w:rPr>
          <w:b/>
        </w:rPr>
        <w:t xml:space="preserve">[04:38] </w:t>
      </w:r>
      <w:r>
        <w:t>wa awhayna ila umm musa an ardi'eeh fa-itha khifti 'alayhi falqihi fi al-yammi wala takhafi</w:t>
      </w:r>
    </w:p>
    <w:p>
      <w:pPr>
        <w:jc w:val="right"/>
      </w:pPr>
      <w:r>
        <w:t>واوحينا الى ام موسى ان ارضعيه فاذا خفت عليه فالقيه في اليم ولا تخافي</w:t>
      </w:r>
    </w:p>
    <w:p>
      <w:r>
        <w:rPr>
          <w:b/>
        </w:rPr>
        <w:t xml:space="preserve">[04:56] </w:t>
      </w:r>
      <w:r>
        <w:t>wala takhafi wala tahzani inna radduhu ilayki wa jia'luhu min al-mursaleen</w:t>
      </w:r>
    </w:p>
    <w:p>
      <w:pPr>
        <w:jc w:val="right"/>
      </w:pPr>
      <w:r>
        <w:t>ولا تخافي ولا تحزني انا رادوه اليك وجاعلوه من المرسلين</w:t>
      </w:r>
    </w:p>
    <w:p>
      <w:r>
        <w:rPr>
          <w:b/>
        </w:rPr>
        <w:t xml:space="preserve">[05:12] </w:t>
      </w:r>
      <w:r>
        <w:t>faltaqatahu alu fir'awna likayna lahum 'aduwwan wa hazanan inna fir'awna wa hamana wa junuduhuma kanu khatieen</w:t>
      </w:r>
    </w:p>
    <w:p>
      <w:pPr>
        <w:jc w:val="right"/>
      </w:pPr>
      <w:r>
        <w:t>فالتقطه ال فرعون ليكون لهم عدوا وحزنا ان فرعون وهامان وجنودهما كانوا خاطئين</w:t>
      </w:r>
    </w:p>
    <w:p>
      <w:r>
        <w:rPr>
          <w:b/>
        </w:rPr>
        <w:t xml:space="preserve">[05:31] </w:t>
      </w:r>
      <w:r>
        <w:t>wa qalat imra'atu fir'awna qurratu 'aynin li wa laka la taqtulooh 'asa an yanfa'ana la taqtulooh 'asa</w:t>
      </w:r>
    </w:p>
    <w:p>
      <w:pPr>
        <w:jc w:val="right"/>
      </w:pPr>
      <w:r>
        <w:t>وقالت امراه فرعون قره عين لي ولك لا تقتلوه عسى ان ينفعنا لا تقتلوه عسى</w:t>
      </w:r>
    </w:p>
    <w:p>
      <w:r>
        <w:rPr>
          <w:b/>
        </w:rPr>
        <w:t xml:space="preserve">[05:48] </w:t>
      </w:r>
      <w:r>
        <w:t>an yanfa'ana aw natakhidhahu waladan wa hum la yash'uroon.</w:t>
      </w:r>
    </w:p>
    <w:p>
      <w:pPr>
        <w:jc w:val="right"/>
      </w:pPr>
      <w:r>
        <w:t>ان ينفعنا او نتخذه ولدا وهم لا يشعرون.</w:t>
      </w:r>
    </w:p>
    <w:p>
      <w:r>
        <w:rPr>
          <w:b/>
        </w:rPr>
        <w:t xml:space="preserve">[06:01] </w:t>
      </w:r>
      <w:r>
        <w:t>aur hum ne musa ki maan ko ilham kiya ke is ko doodh pilaao. phir jab tum ko is ki babat dar ho to is ko darya mein daal do.</w:t>
      </w:r>
    </w:p>
    <w:p>
      <w:pPr>
        <w:jc w:val="right"/>
      </w:pPr>
      <w:r>
        <w:t>اور ہم نے موسیٰ کی ماں کو الہام کیا کہ اس کو دودھ پلاؤ۔ پھر جب تم کو اس کی بابت ڈر ہو تو اس کو دریا میں ڈال دو۔</w:t>
      </w:r>
    </w:p>
    <w:p>
      <w:r>
        <w:rPr>
          <w:b/>
        </w:rPr>
        <w:t xml:space="preserve">[06:12] </w:t>
      </w:r>
      <w:r>
        <w:t>aur na andesha karo aur na ghamgeen ho. hum is ko tumhare pas lauta kar layenge,</w:t>
      </w:r>
    </w:p>
    <w:p>
      <w:pPr>
        <w:jc w:val="right"/>
      </w:pPr>
      <w:r>
        <w:t>اور نہ اندیشہ کرو اور نہ غمگین ہو۔ ہم اس کو تمہارے پاس لوٹا کر لائیں گے،</w:t>
      </w:r>
    </w:p>
    <w:p>
      <w:r>
        <w:rPr>
          <w:b/>
        </w:rPr>
        <w:t xml:space="preserve">[06:20] </w:t>
      </w:r>
      <w:r>
        <w:t>aur is ko paighambaron mein se banayenge. phir is ko firoun ke ghar walon ne utha liya taakeh woh un ke liye dushman ho aur gham ka sabab bane.</w:t>
      </w:r>
    </w:p>
    <w:p>
      <w:pPr>
        <w:jc w:val="right"/>
      </w:pPr>
      <w:r>
        <w:t>اور اس کو پیغمبروں میں سے بنائیں گے۔ پھر اس کو فرعون کے گھر والوں نے اٹھا لیا تاکہ وہ ان کے لیے دشمن ہو اور غم کا باعث بنے۔</w:t>
      </w:r>
    </w:p>
    <w:p>
      <w:r>
        <w:rPr>
          <w:b/>
        </w:rPr>
        <w:t xml:space="preserve">[06:32] </w:t>
      </w:r>
      <w:r>
        <w:t>beshak firoun aur haman aur un ke lashkar khata kar thay.</w:t>
      </w:r>
    </w:p>
    <w:p>
      <w:pPr>
        <w:jc w:val="right"/>
      </w:pPr>
      <w:r>
        <w:t>بے شک فرعون اور ہامان اور ان کے لشکر خطا کار تھے۔</w:t>
      </w:r>
    </w:p>
    <w:p>
      <w:r>
        <w:rPr>
          <w:b/>
        </w:rPr>
        <w:t xml:space="preserve">[06:37] </w:t>
      </w:r>
      <w:r>
        <w:t>aur firoun ki بیوی ne kaha ke yeh aankh ki thandak hai mere liye aur tumhare liye. is ko qatl na karo.</w:t>
      </w:r>
    </w:p>
    <w:p>
      <w:pPr>
        <w:jc w:val="right"/>
      </w:pPr>
      <w:r>
        <w:t>اور فرعون کی بیوی نے کہا کہ یہ آنکھ کی ٹھنڈک ہے میرے لیے اور تمہارے لیے۔ اس کو قتل نہ کرو۔</w:t>
      </w:r>
    </w:p>
    <w:p>
      <w:r>
        <w:rPr>
          <w:b/>
        </w:rPr>
        <w:t xml:space="preserve">[06:46] </w:t>
      </w:r>
      <w:r>
        <w:t>kya ajab ke yeh hum ko nafa de ya hum is ko beta bana lein. aur woh samajhte na thay.</w:t>
      </w:r>
    </w:p>
    <w:p>
      <w:pPr>
        <w:jc w:val="right"/>
      </w:pPr>
      <w:r>
        <w:t>کیا عجب کہ یہ ہم کو نفع دے یا ہم اس کو بیٹا بنا لیں۔ اور وہ سمجھتے نہ تھے۔</w:t>
      </w:r>
    </w:p>
    <w:p>
      <w:r>
        <w:rPr>
          <w:b/>
        </w:rPr>
        <w:t xml:space="preserve">[06:55] </w:t>
      </w:r>
      <w:r>
        <w:t>tashreeh. Hazrat musa ki paidaish ke zamane mein bani israil ke larkay halak kiye ja rahe thay. is bina par Hazrat musa ki walida pareshan huin.</w:t>
      </w:r>
    </w:p>
    <w:p>
      <w:pPr>
        <w:jc w:val="right"/>
      </w:pPr>
      <w:r>
        <w:t>تشریح۔ حضرت موسیٰ کی پیدائش کے زمانے میں بنی اسرائیل کے لڑکے ہلاک کیے جا رہے تھے۔ اس بنا پر حضرت موسیٰ کی والدہ پریشان ہوئیں۔</w:t>
      </w:r>
    </w:p>
    <w:p>
      <w:r>
        <w:rPr>
          <w:b/>
        </w:rPr>
        <w:t xml:space="preserve">[07:07] </w:t>
      </w:r>
      <w:r>
        <w:t>us waqt ghaliban khwab ke zariye aap ki walida ko yeh tadbeer batai gayi</w:t>
      </w:r>
    </w:p>
    <w:p>
      <w:pPr>
        <w:jc w:val="right"/>
      </w:pPr>
      <w:r>
        <w:t>اس وقت غالباً خواب کے ذریعے آپ کی والدہ کو یہ تدبیر بتائی گئی</w:t>
      </w:r>
    </w:p>
    <w:p>
      <w:r>
        <w:rPr>
          <w:b/>
        </w:rPr>
        <w:t xml:space="preserve">[07:13] </w:t>
      </w:r>
      <w:r>
        <w:t>ke woh aap ko ek choti kashti mein rakh kar darya-e-neel mein daal dein. unhon ne teen mah baad aisa hi kiya. yeh choti kashti behte hue firoun ke mahal ke samne pahunchi.</w:t>
      </w:r>
    </w:p>
    <w:p>
      <w:pPr>
        <w:jc w:val="right"/>
      </w:pPr>
      <w:r>
        <w:t>کہ وہ آپ کو ایک چھوٹی کشتی میں رکھ کر دریائے نیل میں ڈال دیں۔ انہوں نے تین ماہ بعد ایسا ہی کیا۔ یہ چھوٹی کشتی بہتے ہوئے فرعون کے محل کے سامنے پہنچی۔</w:t>
      </w:r>
    </w:p>
    <w:p>
      <w:r>
        <w:rPr>
          <w:b/>
        </w:rPr>
        <w:t xml:space="preserve">[07:28] </w:t>
      </w:r>
      <w:r>
        <w:t>firoun ki بیوی</w:t>
      </w:r>
    </w:p>
    <w:p>
      <w:pPr>
        <w:jc w:val="right"/>
      </w:pPr>
      <w:r>
        <w:t>فرعون کی بیوی</w:t>
      </w:r>
    </w:p>
    <w:p>
      <w:r>
        <w:rPr>
          <w:b/>
        </w:rPr>
        <w:t xml:space="preserve">[07:30] </w:t>
      </w:r>
      <w:r>
        <w:t>ek nek bakht khatoon theen. un ko Hazrat musa ke masoom aur purkashish haliye ko dekh kar reham aa gaya.</w:t>
      </w:r>
    </w:p>
    <w:p>
      <w:pPr>
        <w:jc w:val="right"/>
      </w:pPr>
      <w:r>
        <w:t>ایک نیک بخت خاتون تھیں۔ ان کو حضرت موسیٰ کے معصوم اور پرکشش حلیے کو دیکھ کر رحم آ گیا۔</w:t>
      </w:r>
    </w:p>
    <w:p>
      <w:r>
        <w:rPr>
          <w:b/>
        </w:rPr>
        <w:t xml:space="preserve">[07:40] </w:t>
      </w:r>
      <w:r>
        <w:t>chunanche un ke mashware par hazrat moosa firoun ke mahal mein rakh liye gaye. riwayat mein aata hai ke firoun ki biwi ne kaha</w:t>
      </w:r>
    </w:p>
    <w:p>
      <w:pPr>
        <w:jc w:val="right"/>
      </w:pPr>
      <w:r>
        <w:t>چنانچہ ان کے مشورے پر حضرت موسیٰ فرعون کے محل میں رکھ لیے گئے۔ روایات میں آتا ہے کہ فرعون کی بیوی نے کہا</w:t>
      </w:r>
    </w:p>
    <w:p>
      <w:r>
        <w:rPr>
          <w:b/>
        </w:rPr>
        <w:t xml:space="preserve">[07:50] </w:t>
      </w:r>
      <w:r>
        <w:t>ke yeh bachcha aankh ki thandak hai. firoun ne jawab diya ke tumhare liye hai na ke mere liye. yeh baat ghaliban firoun ne mard aur aurat ke farq par kahi hogi magar baat ko woh ain waqea ban gayi.</w:t>
      </w:r>
    </w:p>
    <w:p>
      <w:pPr>
        <w:jc w:val="right"/>
      </w:pPr>
      <w:r>
        <w:t>کہ یہ بچہ آنکھ کی ٹھنڈک ہے۔ فرعون نے جواب دیا کہ تمہارے لیے ہے نہ کہ میرے لیے۔ یہ بات غالباً فرعون نے مرد اور عورت کے فرق پر کہی ہوگی مگر بات کو وہ عین واقعہ بن گئی۔</w:t>
      </w:r>
    </w:p>
    <w:p>
      <w:r>
        <w:rPr>
          <w:b/>
        </w:rPr>
        <w:t xml:space="preserve">[08:09] </w:t>
      </w:r>
      <w:r>
        <w:t>wa asbaha fuad um moosa farighan in kadat li tubdi bihi lawla an rabatna ala qalbiha li takuna min al mu'mineen</w:t>
      </w:r>
    </w:p>
    <w:p>
      <w:pPr>
        <w:jc w:val="right"/>
      </w:pPr>
      <w:r>
        <w:t>واصبح فؤاد ام موسى فارغا ان كادت لتبدي به لولا ان ربطنا على قلبها لتكون من المؤمنين</w:t>
      </w:r>
    </w:p>
    <w:p>
      <w:r>
        <w:rPr>
          <w:b/>
        </w:rPr>
        <w:t xml:space="preserve">[08:28] </w:t>
      </w:r>
      <w:r>
        <w:t>wa qalat li ukhtihi qassih fabasarathu min janbin wa hum la yash'uroon</w:t>
      </w:r>
    </w:p>
    <w:p>
      <w:pPr>
        <w:jc w:val="right"/>
      </w:pPr>
      <w:r>
        <w:t>وقالت لاخته قصيه فبصرت به عن جنب وهم لا يشعرون</w:t>
      </w:r>
    </w:p>
    <w:p>
      <w:r>
        <w:rPr>
          <w:b/>
        </w:rPr>
        <w:t xml:space="preserve">[08:40] </w:t>
      </w:r>
      <w:r>
        <w:t>wa harramna alayhi al maradi' min qabl faqalat hal adullukum ala ahl baytin yakfulunahu lakum wa hum lahu nasihun faradadnahu ila</w:t>
      </w:r>
    </w:p>
    <w:p>
      <w:pPr>
        <w:jc w:val="right"/>
      </w:pPr>
      <w:r>
        <w:t>وحرمنا عليه المراضع من قبل فقالت هل ادلكم على اهل بيت يكفلونه لكم وهم له ناصحون فرددناه الى</w:t>
      </w:r>
    </w:p>
    <w:p>
      <w:r>
        <w:rPr>
          <w:b/>
        </w:rPr>
        <w:t xml:space="preserve">[09:02] </w:t>
      </w:r>
      <w:r>
        <w:t>ummihi kay tuqra 'aynuha wa la tahzan wa li ta'lama anna wa'dallahi haqq wa li ta'lama anna wa'dallahi haqq walakin</w:t>
      </w:r>
    </w:p>
    <w:p>
      <w:pPr>
        <w:jc w:val="right"/>
      </w:pPr>
      <w:r>
        <w:t>امه كي تقر عينها ولا تحزن ولتعلم ان وعد الله حق ولتعلم ان وعد الله حق ولكن</w:t>
      </w:r>
    </w:p>
    <w:p>
      <w:r>
        <w:rPr>
          <w:b/>
        </w:rPr>
        <w:t xml:space="preserve">[09:20] </w:t>
      </w:r>
      <w:r>
        <w:t>aktharuhum la ya'lamoon walamma balagha ushdahu wastawa ataynahu hukman wa 'ilman wa kadhalika najzi al muhsineen.</w:t>
      </w:r>
    </w:p>
    <w:p>
      <w:pPr>
        <w:jc w:val="right"/>
      </w:pPr>
      <w:r>
        <w:t>اكثرهم لا يعلمون ولما بلغ اشده واستوى اتيناه حكما وعلما وكذلك نجزي المحسنين.</w:t>
      </w:r>
    </w:p>
    <w:p>
      <w:r>
        <w:rPr>
          <w:b/>
        </w:rPr>
        <w:t xml:space="preserve">[09:42] </w:t>
      </w:r>
      <w:r>
        <w:t>aur moosa ki maan ka dil bechain ho gaya. qareeb tha ke woh is ko zahir kar de agar hum is ke dil ko na sambhalte ke woh yaqeen karne walon mein se rahe.</w:t>
      </w:r>
    </w:p>
    <w:p>
      <w:pPr>
        <w:jc w:val="right"/>
      </w:pPr>
      <w:r>
        <w:t>اور موسیٰ کی ماں کا دل بے چین ہو گیا۔ قریب تھا کہ وہ اس کو ظاہر کر دے اگر ہم اس کے دل کو نہ سنبھالتے کہ وہ یقین کرنے والوں میں سے رہے۔</w:t>
      </w:r>
    </w:p>
    <w:p>
      <w:r>
        <w:rPr>
          <w:b/>
        </w:rPr>
        <w:t xml:space="preserve">[09:54] </w:t>
      </w:r>
      <w:r>
        <w:t>aur us ne is ki behen se kaha ke tu is ke peechay peechay ja.</w:t>
      </w:r>
    </w:p>
    <w:p>
      <w:pPr>
        <w:jc w:val="right"/>
      </w:pPr>
      <w:r>
        <w:t>اور اس نے اس کی بہن سے کہا کہ تو اس کے پیچھے پیچھے جا۔</w:t>
      </w:r>
    </w:p>
    <w:p>
      <w:r>
        <w:rPr>
          <w:b/>
        </w:rPr>
        <w:t xml:space="preserve">[09:59] </w:t>
      </w:r>
      <w:r>
        <w:t>tu woh is ko ajnabi ban kar dekhti rahi aur un logon ko khabar nahi hui. aur hum ne pehle hi moosa se daaiyon ko rok rakha tha.</w:t>
      </w:r>
    </w:p>
    <w:p>
      <w:pPr>
        <w:jc w:val="right"/>
      </w:pPr>
      <w:r>
        <w:t>تو وہ اس کو اجنبی بن کر دیکھتی رہی اور ان لوگوں کو خبر نہیں ہوئی۔ اور ہم نے پہلے ہی موسیٰ سے داعیوں کو روک رکھا تھا۔</w:t>
      </w:r>
    </w:p>
    <w:p>
      <w:r>
        <w:rPr>
          <w:b/>
        </w:rPr>
        <w:t xml:space="preserve">[10:11] </w:t>
      </w:r>
      <w:r>
        <w:t>tu ladki ne kaha kya mein tum ko aise ghar walon ka pata doon jo is ko tumhare liye pa lein aur woh is ki khair khwahi karein.</w:t>
      </w:r>
    </w:p>
    <w:p>
      <w:pPr>
        <w:jc w:val="right"/>
      </w:pPr>
      <w:r>
        <w:t>تو لڑکی نے کہا کیا میں تم کو ایسے گھر والوں کا پتہ دوں جو اس کو تمہارے لیے پا لیں اور وہ اس کی خیر خواہی کریں۔</w:t>
      </w:r>
    </w:p>
    <w:p>
      <w:r>
        <w:rPr>
          <w:b/>
        </w:rPr>
        <w:t xml:space="preserve">[10:23] </w:t>
      </w:r>
      <w:r>
        <w:t>pas hum ne is ko is ki maan ki taraf lota diya ta ke is ki aankhein thandi hon aur woh ghamgeen na ho. aur ta ke woh jaan le ke Allah ka wada sachcha hai magar aksar log nahi jante.</w:t>
      </w:r>
    </w:p>
    <w:p>
      <w:pPr>
        <w:jc w:val="right"/>
      </w:pPr>
      <w:r>
        <w:t>پس ہم نے اس کو اس کی ماں کی طرف لوٹا دیا تاکہ اس کی آنکھیں ٹھنڈی ہوں اور وہ غمگین نہ ہو۔ اور تاکہ وہ جان لے کہ اللہ کا وعدہ سچا ہے مگر اکثر لوگ نہیں جانتے۔</w:t>
      </w:r>
    </w:p>
    <w:p>
      <w:r>
        <w:rPr>
          <w:b/>
        </w:rPr>
        <w:t xml:space="preserve">[10:38] </w:t>
      </w:r>
      <w:r>
        <w:t>aur jab moosa apni jawani ko pohncha aur poora ho gaya to hum ne is ko hikmat aur ilm ata kiya. aur hum isi tarah badla dete hain neki karne walon ko.</w:t>
      </w:r>
    </w:p>
    <w:p>
      <w:pPr>
        <w:jc w:val="right"/>
      </w:pPr>
      <w:r>
        <w:t>اور جب موسیٰ اپنی جوانی کو پہنچا اور پورا ہو گیا تو ہم نے اس کو حکمت اور علم عطا کیا۔ اور ہم اسی طرح بدلہ دیتے ہیں نیکی کرنے والوں کو۔</w:t>
      </w:r>
    </w:p>
    <w:p>
      <w:r>
        <w:rPr>
          <w:b/>
        </w:rPr>
        <w:t xml:space="preserve">[10:52] </w:t>
      </w:r>
      <w:r>
        <w:t>tashreeh. hazrat moosa ki hifazat ko Allah ta'ala ne tamam tar apni taraf mansoob kiya hai. halanke waqey ki tafseelat batati hain ke poora waqea asbab ke tehat pesh aaya.</w:t>
      </w:r>
    </w:p>
    <w:p>
      <w:pPr>
        <w:jc w:val="right"/>
      </w:pPr>
      <w:r>
        <w:t>تشریح۔ حضرت موسیٰ کی حفاظت کو اللہ تعالیٰ نے تمام تر اپنی طرف منسوب کیا ہے۔ حالانکہ واقعے کی تفصیلات بتاتی ہیں کہ پورا واقعہ اسباب کے تحت پیش آیا۔</w:t>
      </w:r>
    </w:p>
    <w:p>
      <w:r>
        <w:rPr>
          <w:b/>
        </w:rPr>
        <w:t xml:space="preserve">[11:07] </w:t>
      </w:r>
      <w:r>
        <w:t>is se maloom hota hai ke moajza imtehan ki duniya mein</w:t>
      </w:r>
    </w:p>
    <w:p>
      <w:pPr>
        <w:jc w:val="right"/>
      </w:pPr>
      <w:r>
        <w:t>اس سے معلوم ہوتا ہے کہ معجزہ امتحان کی دنیا میں</w:t>
      </w:r>
    </w:p>
    <w:p>
      <w:r>
        <w:rPr>
          <w:b/>
        </w:rPr>
        <w:t xml:space="preserve">[11:11] </w:t>
      </w:r>
      <w:r>
        <w:t>Allah ta'ala ki marzi ka zahoor aam taur par asbab ke andaz mein hota hai na ke kharismat aur khwarq ke andaz mein.</w:t>
      </w:r>
    </w:p>
    <w:p>
      <w:pPr>
        <w:jc w:val="right"/>
      </w:pPr>
      <w:r>
        <w:t>اللہ تعالیٰ کی مرضی کا ظہور عام طور پر اسباب کے انداز میں ہوتا ہے نہ کہ کرسمات اور خوارق کے انداز میں۔</w:t>
      </w:r>
    </w:p>
    <w:p>
      <w:r>
        <w:rPr>
          <w:b/>
        </w:rPr>
        <w:t xml:space="preserve">[11:23] </w:t>
      </w:r>
      <w:r>
        <w:t>hazrat moosa be basi ki halat mein darya ki maujon mein dale gaye</w:t>
      </w:r>
    </w:p>
    <w:p>
      <w:pPr>
        <w:jc w:val="right"/>
      </w:pPr>
      <w:r>
        <w:t>حضرت موسیٰ بے بسی کی حالت میں دریا کی موجوں میں ڈالے گئے</w:t>
      </w:r>
    </w:p>
    <w:p>
      <w:r>
        <w:rPr>
          <w:b/>
        </w:rPr>
        <w:t xml:space="preserve">[11:28] </w:t>
      </w:r>
      <w:r>
        <w:t>magar woh poori tarah mehfooz reh kar sahil par puhnch gaye. badshah waqt ne un ke qatal ka mansooba banaya magar Allah ne usi badshah ke zariye aap ki parwarish ka intezam kiya.</w:t>
      </w:r>
    </w:p>
    <w:p>
      <w:pPr>
        <w:jc w:val="right"/>
      </w:pPr>
      <w:r>
        <w:t>مگر وہ پوری طرح محفوظ رہ کر ساحل پر پہنچ گئے۔ بادشاہ وقت نے ان کے قتل کا منصوبہ بنایا مگر اللہ نے اسی بادشاہ کے ذریعے آپ کی پرورش کا انتظام کیا۔</w:t>
      </w:r>
    </w:p>
    <w:p>
      <w:r>
        <w:rPr>
          <w:b/>
        </w:rPr>
        <w:t xml:space="preserve">[11:44] </w:t>
      </w:r>
      <w:r>
        <w:t>woh ek mamooli khandan mein paida hue</w:t>
      </w:r>
    </w:p>
    <w:p>
      <w:pPr>
        <w:jc w:val="right"/>
      </w:pPr>
      <w:r>
        <w:t>وہ ایک معمولی خاندان میں پیدا ہوئے</w:t>
      </w:r>
    </w:p>
    <w:p>
      <w:r>
        <w:rPr>
          <w:b/>
        </w:rPr>
        <w:t xml:space="preserve">[11:48] </w:t>
      </w:r>
      <w:r>
        <w:t>magar Allah ne un ko shahi mahal se wabasta kar ke aala satah par un ke liye waqt ke uloom o aadab seekhne ka intezam kiya.</w:t>
      </w:r>
    </w:p>
    <w:p>
      <w:pPr>
        <w:jc w:val="right"/>
      </w:pPr>
      <w:r>
        <w:t>مگر اللہ نے ان کو شاہی محل سے وابستہ کر کے اعلیٰ سطح پر ان کے لیے وقت کے علوم و آداب سیکھنے کا انتظام کیا۔</w:t>
      </w:r>
    </w:p>
    <w:p>
      <w:r>
        <w:rPr>
          <w:b/>
        </w:rPr>
        <w:t xml:space="preserve">[11:58] </w:t>
      </w:r>
      <w:r>
        <w:t>yeh ek misaal hai jo yeh batati hai ke Allah ki qudrat la mahdood hai. koi nahi jo is ke mansoobe ko zahoor mein aanay se rok sake.</w:t>
      </w:r>
    </w:p>
    <w:p>
      <w:pPr>
        <w:jc w:val="right"/>
      </w:pPr>
      <w:r>
        <w:t>یہ ایک مثال ہے جو یہ بتاتی ہے کہ اللہ کی قدرت لامحدود ہے۔ کوئی نہیں جو اس کے منصوبے کو ظہور میں آنے سے روک سکے۔</w:t>
      </w:r>
    </w:p>
    <w:p>
      <w:r>
        <w:rPr>
          <w:b/>
        </w:rPr>
        <w:t xml:space="preserve">[12:11] </w:t>
      </w:r>
      <w:r>
        <w:t>wadakhala al madinata 'ala heen ghaflatin min ahliha fawajada feeha rajulaini yaqtalani fawajada feeha rajulaini yaqtalani hadha</w:t>
      </w:r>
    </w:p>
    <w:p>
      <w:pPr>
        <w:jc w:val="right"/>
      </w:pPr>
      <w:r>
        <w:t>ودخل المدينة على حين غفلة من أهلها فوجد فيها رجلين يقتتلان فوجد فيها رجلين يقتتلان هذا</w:t>
      </w:r>
    </w:p>
    <w:p>
      <w:r>
        <w:rPr>
          <w:b/>
        </w:rPr>
        <w:t xml:space="preserve">[12:28] </w:t>
      </w:r>
      <w:r>
        <w:t>min shi'atihi wa hadha min 'aduwwihi fastaghatahu alladhi min shi'atihi fastaghatahu alladhi min shi'atihi 'ala alladhi min 'aduwwihi fawakazahu moosa faqada 'alayhi qala hadha min 'amal al shaitan</w:t>
      </w:r>
    </w:p>
    <w:p>
      <w:pPr>
        <w:jc w:val="right"/>
      </w:pPr>
      <w:r>
        <w:t>من شيعته وهذا من عدوه فاستغاثه الذي من شيعته فاستغاثه الذي من شيعته على الذي من عدوه فوكزه موسى فقضى عليه قال هذا من عمل الشيطان</w:t>
      </w:r>
    </w:p>
    <w:p>
      <w:r>
        <w:rPr>
          <w:b/>
        </w:rPr>
        <w:t xml:space="preserve">[12:53] </w:t>
      </w:r>
      <w:r>
        <w:t>qala hadha min 'amal al shaitan innahu 'aduwwun mudillun mubeen qala rabbi inni zalamtu nafsi faghfir li faghfara lah</w:t>
      </w:r>
    </w:p>
    <w:p>
      <w:pPr>
        <w:jc w:val="right"/>
      </w:pPr>
      <w:r>
        <w:t>قال هذا من عمل الشيطان إنه عدو مضل مبين قال رب إني ظلمت نفسي فاغفر لي فغفر له</w:t>
      </w:r>
    </w:p>
    <w:p>
      <w:r>
        <w:rPr>
          <w:b/>
        </w:rPr>
        <w:t xml:space="preserve">[13:12] </w:t>
      </w:r>
      <w:r>
        <w:t>innahu huwa al ghafur al rahim qala rabbi bima an'amta 'alayya falan akuna dhiran lil mujrimeen.</w:t>
      </w:r>
    </w:p>
    <w:p>
      <w:pPr>
        <w:jc w:val="right"/>
      </w:pPr>
      <w:r>
        <w:t>إنه هو الغفور الرحيم قال رب بما أنعمت علي فلن أكون ظهيرا للمجرمين.</w:t>
      </w:r>
    </w:p>
    <w:p>
      <w:r>
        <w:rPr>
          <w:b/>
        </w:rPr>
        <w:t xml:space="preserve">[13:32] </w:t>
      </w:r>
      <w:r>
        <w:t>aur moosa shehar mein aisay waqt mein dakhil hua jab ke shehar walay ghaflat mein thay. to us ne wahan do aadmiyon ko lartay hue paya.</w:t>
      </w:r>
    </w:p>
    <w:p>
      <w:pPr>
        <w:jc w:val="right"/>
      </w:pPr>
      <w:r>
        <w:t>اور موسیٰ شہر میں ایسے وقت میں داخل ہوا جب کہ شہر والے غفلت میں تھے۔ تو اس نے وہاں دو آدمیوں کو لڑتے ہوئے پایا۔</w:t>
      </w:r>
    </w:p>
    <w:p>
      <w:r>
        <w:rPr>
          <w:b/>
        </w:rPr>
        <w:t xml:space="preserve">[13:45] </w:t>
      </w:r>
      <w:r>
        <w:t>aik us ki apni qom ka tha aur doosra</w:t>
      </w:r>
    </w:p>
    <w:p>
      <w:pPr>
        <w:jc w:val="right"/>
      </w:pPr>
      <w:r>
        <w:t>ایک اس کی اپنی قوم کا تھا اور دوسرا</w:t>
      </w:r>
    </w:p>
    <w:p>
      <w:r>
        <w:rPr>
          <w:b/>
        </w:rPr>
        <w:t xml:space="preserve">[13:49] </w:t>
      </w:r>
      <w:r>
        <w:t>dushmano mein se tha. to jo us ki qom mein se tha us ne is ke khilaf madad talab ki jo us ke dushmano mein se tha.</w:t>
      </w:r>
    </w:p>
    <w:p>
      <w:pPr>
        <w:jc w:val="right"/>
      </w:pPr>
      <w:r>
        <w:t>دشمنوں میں سے تھا۔ تو جو اس کی قوم میں سے تھا اس نے اس کے خلاف مدد طلب کی جو اس کے دشمنوں میں سے تھا۔</w:t>
      </w:r>
    </w:p>
    <w:p>
      <w:r>
        <w:rPr>
          <w:b/>
        </w:rPr>
        <w:t xml:space="preserve">[14:03] </w:t>
      </w:r>
      <w:r>
        <w:t>pas moosa ne is ko ghonsa mar dia.</w:t>
      </w:r>
    </w:p>
    <w:p>
      <w:pPr>
        <w:jc w:val="right"/>
      </w:pPr>
      <w:r>
        <w:t>پس موسیٰ نے اس کو گھونسا مارا۔</w:t>
      </w:r>
    </w:p>
    <w:p>
      <w:r>
        <w:rPr>
          <w:b/>
        </w:rPr>
        <w:t xml:space="preserve">[14:06] </w:t>
      </w:r>
      <w:r>
        <w:t>phir is ka kaam tamam kar dia. moosa ne kaha ke yeh shaitan ke kaam se hai. beshak woh dushman hai.</w:t>
      </w:r>
    </w:p>
    <w:p>
      <w:pPr>
        <w:jc w:val="right"/>
      </w:pPr>
      <w:r>
        <w:t>پھر اس کا کام تمام کر دیا۔ موسیٰ نے کہا کہ یہ شیطان کے کام سے ہے۔ بے شک وہ دشمن ہے۔</w:t>
      </w:r>
    </w:p>
    <w:p>
      <w:r>
        <w:rPr>
          <w:b/>
        </w:rPr>
        <w:t xml:space="preserve">[14:17] </w:t>
      </w:r>
      <w:r>
        <w:t>khula gumrah karne wala. is ne kaha ke aye mere rab</w:t>
      </w:r>
    </w:p>
    <w:p>
      <w:pPr>
        <w:jc w:val="right"/>
      </w:pPr>
      <w:r>
        <w:t>کھلا گمراہ کرنے والا۔ اس نے کہا کہ اے میرے رب</w:t>
      </w:r>
    </w:p>
    <w:p>
      <w:r>
        <w:rPr>
          <w:b/>
        </w:rPr>
        <w:t xml:space="preserve">[14:23] </w:t>
      </w:r>
      <w:r>
        <w:t>main ne apni jaan par zulm kiya hai. pas to mujh ko bakhsh de. to khuda ne is ko bakhsh dia. beshak woh bakhshne wala, reham karne wala hai.</w:t>
      </w:r>
    </w:p>
    <w:p>
      <w:pPr>
        <w:jc w:val="right"/>
      </w:pPr>
      <w:r>
        <w:t>میں نے اپنی جان پر ظلم کیا ہے۔ پس تو مجھ کو بخش دے۔ تو خدا نے اس کو بخش دیا۔ بے شک وہ بخشنے والا، رحم کرنے والا ہے۔</w:t>
      </w:r>
    </w:p>
    <w:p>
      <w:r>
        <w:rPr>
          <w:b/>
        </w:rPr>
        <w:t xml:space="preserve">[14:38] </w:t>
      </w:r>
      <w:r>
        <w:t>is ne kaha ke aye mere rab</w:t>
      </w:r>
    </w:p>
    <w:p>
      <w:pPr>
        <w:jc w:val="right"/>
      </w:pPr>
      <w:r>
        <w:t>اس نے کہا کہ اے میرے رب</w:t>
      </w:r>
    </w:p>
    <w:p>
      <w:r>
        <w:rPr>
          <w:b/>
        </w:rPr>
        <w:t xml:space="preserve">[14:40] </w:t>
      </w:r>
      <w:r>
        <w:t>jaisa tu ne mere upar fazal kiya to main kabhi mujrimon ka madadgar nahi banunga.</w:t>
      </w:r>
    </w:p>
    <w:p>
      <w:pPr>
        <w:jc w:val="right"/>
      </w:pPr>
      <w:r>
        <w:t>جیسا تو نے میرے اوپر فضل کیا تو میں کبھی مجرموں کا مددگار نہیں بنوں گا۔</w:t>
      </w:r>
    </w:p>
    <w:p>
      <w:r>
        <w:rPr>
          <w:b/>
        </w:rPr>
        <w:t xml:space="preserve">[14:51] </w:t>
      </w:r>
      <w:r>
        <w:t>tashreeh. peghambari milne se pehle ka waqia hai. hazrat moosa misr ke darus-sultanat mein thay. aik roz unhon ne dekha ke aik qibti aur aik israeli larr rahe hain.</w:t>
      </w:r>
    </w:p>
    <w:p>
      <w:pPr>
        <w:jc w:val="right"/>
      </w:pPr>
      <w:r>
        <w:t>تشریح۔ پیغمبری ملنے سے پہلے کا واقعہ ہے۔ حضرت موسیٰ مصر کے دارالسلطنت میں تھے۔ ایک روز انہوں نے دیکھا کہ ایک قبطی اور ایک اسرائیلی لڑ رہے ہیں۔</w:t>
      </w:r>
    </w:p>
    <w:p>
      <w:r>
        <w:rPr>
          <w:b/>
        </w:rPr>
        <w:t xml:space="preserve">[15:08] </w:t>
      </w:r>
      <w:r>
        <w:t>israeli ne hazrat moosa ko apna hum qom samajh kar pukara</w:t>
      </w:r>
    </w:p>
    <w:p>
      <w:pPr>
        <w:jc w:val="right"/>
      </w:pPr>
      <w:r>
        <w:t>اسرائیلی نے حضرت موسیٰ کو اپنا ہم قوم سمجھ کر پکارا</w:t>
      </w:r>
    </w:p>
    <w:p>
      <w:r>
        <w:rPr>
          <w:b/>
        </w:rPr>
        <w:t xml:space="preserve">[15:13] </w:t>
      </w:r>
      <w:r>
        <w:t>ke zalim qibti ke muqable mein meri madad kijiye. hazrat moosa ne dono ko alag karna chaha to qibti aap se ulajh gaya.</w:t>
      </w:r>
    </w:p>
    <w:p>
      <w:pPr>
        <w:jc w:val="right"/>
      </w:pPr>
      <w:r>
        <w:t>کہ ظالم قبطی کے مقابلے میں میری مدد کیجئے۔ حضرت موسیٰ نے دونوں کو الگ کرنا چاہا تو قبطی آپ سے الجھ گیا۔</w:t>
      </w:r>
    </w:p>
    <w:p>
      <w:r>
        <w:rPr>
          <w:b/>
        </w:rPr>
        <w:t xml:space="preserve">[15:25] </w:t>
      </w:r>
      <w:r>
        <w:t>aap ne difa ke taur par is ko aik ghonsa mara.</w:t>
      </w:r>
    </w:p>
    <w:p>
      <w:pPr>
        <w:jc w:val="right"/>
      </w:pPr>
      <w:r>
        <w:t>آپ نے دفاع کے طور پر اس کو ایک گھونسا مارا۔</w:t>
      </w:r>
    </w:p>
    <w:p>
      <w:r>
        <w:rPr>
          <w:b/>
        </w:rPr>
        <w:t xml:space="preserve">[15:29] </w:t>
      </w:r>
      <w:r>
        <w:t>woh ittefaqan aisi jagah laga ke qibti mar gaya.</w:t>
      </w:r>
    </w:p>
    <w:p>
      <w:pPr>
        <w:jc w:val="right"/>
      </w:pPr>
      <w:r>
        <w:t>وہ اتفاقاً ایسی جگہ لگا کہ قبطی مر گیا۔</w:t>
      </w:r>
    </w:p>
    <w:p>
      <w:r>
        <w:rPr>
          <w:b/>
        </w:rPr>
        <w:t xml:space="preserve">[15:36] </w:t>
      </w:r>
      <w:r>
        <w:t>qibti qom us waqt bani israeel par sakht ziyadatiyan kar rahi thi. aisi halat mein hazrat moosa agar is waqie ko qomi nuqta nazar se dekhte to woh is ko mujahidana karname qarar de kar fakhr karte.</w:t>
      </w:r>
    </w:p>
    <w:p>
      <w:pPr>
        <w:jc w:val="right"/>
      </w:pPr>
      <w:r>
        <w:t>قبطی قوم اس وقت بنی اسرائیل پر سخت زیادتیاں کر رہی تھی۔ ایسی حالت میں حضرت موسیٰ اگر اس واقعے کو قومی نقطہ نظر سے دیکھتے تو وہ اس کو مجاہدانہ کارنامہ قرار دے کر فخر کرتے۔</w:t>
      </w:r>
    </w:p>
    <w:p>
      <w:r>
        <w:rPr>
          <w:b/>
        </w:rPr>
        <w:t xml:space="preserve">[15:53] </w:t>
      </w:r>
      <w:r>
        <w:t>magar unhein qibti ki maut par shadeed afsos hua. woh foran allah ki taraf mutawajjah hue aur allah se maaf mangne lagay.</w:t>
      </w:r>
    </w:p>
    <w:p>
      <w:pPr>
        <w:jc w:val="right"/>
      </w:pPr>
      <w:r>
        <w:t>مگر انہیں قبطی کی موت پر شدید افسوس ہوا۔ وہ فوراً اللہ کی طرف متوجہ ہوئے اور اللہ سے معافی مانگنے لگے۔</w:t>
      </w:r>
    </w:p>
    <w:p>
      <w:r>
        <w:rPr>
          <w:b/>
        </w:rPr>
        <w:t xml:space="preserve">[16:09] </w:t>
      </w:r>
      <w:r>
        <w:t>ab mein kisi mujrim ki himayat nahi karunga. is ka matlab yeh hai ke ab mein bila tehqeeq kisi ki himayat nahi karunga.</w:t>
      </w:r>
    </w:p>
    <w:p>
      <w:pPr>
        <w:jc w:val="right"/>
      </w:pPr>
      <w:r>
        <w:t>اب میں کسی مجرم کی حمایت نہیں کروں گا۔ اس کا مطلب یہ ہے کہ اب میں بلا تحقیق کسی کی حمایت نہیں کروں گا۔</w:t>
      </w:r>
    </w:p>
    <w:p>
      <w:r>
        <w:rPr>
          <w:b/>
        </w:rPr>
        <w:t xml:space="preserve">[16:21] </w:t>
      </w:r>
      <w:r>
        <w:t>aik shakhs ka bazahir mazloom firqe se taluq rakhna ya kisi ko zalim bata kar is ke khilaf madad mangna</w:t>
      </w:r>
    </w:p>
    <w:p>
      <w:pPr>
        <w:jc w:val="right"/>
      </w:pPr>
      <w:r>
        <w:t>ایک شخص کا بظاہر مظلوم فرقے سے تعلق رکھنا یا کسی کو ظالم بتا کر اس کے خلاف مدد مانگنا</w:t>
      </w:r>
    </w:p>
    <w:p>
      <w:r>
        <w:rPr>
          <w:b/>
        </w:rPr>
        <w:t xml:space="preserve">[16:29] </w:t>
      </w:r>
      <w:r>
        <w:t>yeh sabit karne ke liye kafi nahi ke fi waqe bhi doosra shakhs zalim hai aur faryad karne wala mazloom. is liye sahi tareeqa yeh hai ke aisay moqay par asal mamle ki tehqeeq ki jaye.</w:t>
      </w:r>
    </w:p>
    <w:p>
      <w:pPr>
        <w:jc w:val="right"/>
      </w:pPr>
      <w:r>
        <w:t>یہ ثابت کرنے کے لیے کافی نہیں کہ فی الواقع بھی دوسرا شخص ظالم ہے اور فریاد کرنے والا مظلوم۔ اس لیے صحیح طریقہ یہ ہے کہ ایسے مواقع پر اصل معاملے کی تحقیق کی جائے۔</w:t>
      </w:r>
    </w:p>
    <w:p>
      <w:r>
        <w:rPr>
          <w:b/>
        </w:rPr>
        <w:t xml:space="preserve">[16:45] </w:t>
      </w:r>
      <w:r>
        <w:t>aur</w:t>
      </w:r>
    </w:p>
    <w:p>
      <w:pPr>
        <w:jc w:val="right"/>
      </w:pPr>
      <w:r>
        <w:t>اور</w:t>
      </w:r>
    </w:p>
    <w:p>
      <w:r>
        <w:rPr>
          <w:b/>
        </w:rPr>
        <w:t xml:space="preserve">[16:46] </w:t>
      </w:r>
      <w:r>
        <w:t>sirf us waqt kisi ki himayat ki jaye jab ke ghair janibdarana tehqeeq mein is ka mazloom hona sabit ho jaye.</w:t>
      </w:r>
    </w:p>
    <w:p>
      <w:pPr>
        <w:jc w:val="right"/>
      </w:pPr>
      <w:r>
        <w:t>صرف اس وقت کسی کی حمایت کی جائے جب کہ غیر جانبدارانہ تحقیق میں اس کا مظلوم ہونا ثابت ہو جائے۔</w:t>
      </w:r>
    </w:p>
    <w:p>
      <w:r>
        <w:rPr>
          <w:b/>
        </w:rPr>
        <w:t xml:space="preserve">[16:58] </w:t>
      </w:r>
      <w:r>
        <w:t>fasabaha fi almadinati khaifa</w:t>
      </w:r>
    </w:p>
    <w:p>
      <w:pPr>
        <w:jc w:val="right"/>
      </w:pPr>
      <w:r>
        <w:t>فاصبح في المدينة خائفا</w:t>
      </w:r>
    </w:p>
    <w:p>
      <w:r>
        <w:rPr>
          <w:b/>
        </w:rPr>
        <w:t xml:space="preserve">[17:04] </w:t>
      </w:r>
      <w:r>
        <w:t>yatarraqabu faizalladhi astansarahu bilams yastashrikhu qala lahu moosa innaka laghawiyun mubeen</w:t>
      </w:r>
    </w:p>
    <w:p>
      <w:pPr>
        <w:jc w:val="right"/>
      </w:pPr>
      <w:r>
        <w:t>يترقب فإذا الذي استنصره بالأمس يستصرخ قال له موسى إنك لغوي مبين</w:t>
      </w:r>
    </w:p>
    <w:p>
      <w:r>
        <w:rPr>
          <w:b/>
        </w:rPr>
        <w:t xml:space="preserve">[17:22] </w:t>
      </w:r>
      <w:r>
        <w:t>falamma an arada an yabtishta billadhi huwa aduwun lahuma qala ya moosa atureedu an taqtulani</w:t>
      </w:r>
    </w:p>
    <w:p>
      <w:pPr>
        <w:jc w:val="right"/>
      </w:pPr>
      <w:r>
        <w:t>فلما أن أراد أن يبطش بالذي هو عدو لهما قال يا موسى أتريد أن تقتلني</w:t>
      </w:r>
    </w:p>
    <w:p>
      <w:r>
        <w:rPr>
          <w:b/>
        </w:rPr>
        <w:t xml:space="preserve">[17:39] </w:t>
      </w:r>
      <w:r>
        <w:t>qala ya moosa atureedu an taqtulani kama qataltan nafsan bilams innatureedu illa an takuna jabbara</w:t>
      </w:r>
    </w:p>
    <w:p>
      <w:pPr>
        <w:jc w:val="right"/>
      </w:pPr>
      <w:r>
        <w:t>قال يا موسى أتريد أن تقتلني كما قتلت نفسا بالأمس إن تريد إلا أن تكون جبارا</w:t>
      </w:r>
    </w:p>
    <w:p>
      <w:r>
        <w:rPr>
          <w:b/>
        </w:rPr>
        <w:t xml:space="preserve">[18:00] </w:t>
      </w:r>
      <w:r>
        <w:t>in turidu illa an takuna jabbara fil ardi wama turidu an takuna minal muslihin</w:t>
      </w:r>
    </w:p>
    <w:p>
      <w:pPr>
        <w:jc w:val="right"/>
      </w:pPr>
      <w:r>
        <w:t>إن تريد إلا أن تكون جبارا في الأرض وما تريد أن تكون من المصلحين</w:t>
      </w:r>
    </w:p>
    <w:p>
      <w:r>
        <w:rPr>
          <w:b/>
        </w:rPr>
        <w:t xml:space="preserve">[18:17] </w:t>
      </w:r>
      <w:r>
        <w:t>waja'a rajulun min aqsal madinati yas'a qala ya musa innal mala yata'muruuna bika liyaktuluka fa'khruj</w:t>
      </w:r>
    </w:p>
    <w:p>
      <w:pPr>
        <w:jc w:val="right"/>
      </w:pPr>
      <w:r>
        <w:t>وجاء رجل من أقصى المدينة يسعى قال يا موسى إن الملأ يأتمرون بك ليقتلوك فاخرج</w:t>
      </w:r>
    </w:p>
    <w:p>
      <w:r>
        <w:rPr>
          <w:b/>
        </w:rPr>
        <w:t xml:space="preserve">[18:33] </w:t>
      </w:r>
      <w:r>
        <w:t>fa'khruj inni laka minan nasihin fa'khraja minha kha'ifan yatarqabu qala rabbi najjini minal qaumidh dhalimin</w:t>
      </w:r>
    </w:p>
    <w:p>
      <w:pPr>
        <w:jc w:val="right"/>
      </w:pPr>
      <w:r>
        <w:t>فاخرج إني لك من الناصحين فخرج منها خائفا يترقب قال رب نجني من القوم الظالمين.</w:t>
      </w:r>
    </w:p>
    <w:p>
      <w:r>
        <w:rPr>
          <w:b/>
        </w:rPr>
        <w:t xml:space="preserve">[18:54] </w:t>
      </w:r>
      <w:r>
        <w:t>phir sab ko woh shehar mein utha darta hua khabar leta hua to dekha ke wohi shakhs jis ne kal madad mangi thi wohi aaj phir us ko madad ke liye pukaar raha hai</w:t>
      </w:r>
    </w:p>
    <w:p>
      <w:pPr>
        <w:jc w:val="right"/>
      </w:pPr>
      <w:r>
        <w:t>پھر سب کو وہ شہر میں اٹھا ڈرتا ہوا خبر لیتا ہوا تو دیکھا کہ وہی شخص جس نے کل مدد مانگی تھی وہی آج پھر اس کو مدد کے لیے پکار رہا ہے۔</w:t>
      </w:r>
    </w:p>
    <w:p>
      <w:r>
        <w:rPr>
          <w:b/>
        </w:rPr>
        <w:t xml:space="preserve">[19:10] </w:t>
      </w:r>
      <w:r>
        <w:t>musa ne us se kaha</w:t>
      </w:r>
    </w:p>
    <w:p>
      <w:pPr>
        <w:jc w:val="right"/>
      </w:pPr>
      <w:r>
        <w:t>موسیٰ نے اس سے کہا</w:t>
      </w:r>
    </w:p>
    <w:p>
      <w:r>
        <w:rPr>
          <w:b/>
        </w:rPr>
        <w:t xml:space="preserve">[19:12] </w:t>
      </w:r>
      <w:r>
        <w:t>beshak tum sareeh gumrah ho phir jab us ne chaha ke us ko pakre jo in dono ka dushman tha us ne kaha ke aye musa</w:t>
      </w:r>
    </w:p>
    <w:p>
      <w:pPr>
        <w:jc w:val="right"/>
      </w:pPr>
      <w:r>
        <w:t>بے شک تم صریح گمراہ ہو۔ پھر جب اس نے چاہا کہ اس کو پکڑے جو ان دونوں کا دشمن تھا اس نے کہا کہ اے موسیٰ</w:t>
      </w:r>
    </w:p>
    <w:p>
      <w:r>
        <w:rPr>
          <w:b/>
        </w:rPr>
        <w:t xml:space="preserve">[19:23] </w:t>
      </w:r>
      <w:r>
        <w:t>kya tum mujh ko qatal karna chahte ho jis tarah tum ne kal ek shakhs ko qatal kiya tum to zameen mein sarkash ban kar rehna chahte ho tum sulah karne walon mein se banna nahi chahte aur ek shakhs shehar ke kinare se doudta hua aya us ne kaha aye musa</w:t>
      </w:r>
    </w:p>
    <w:p>
      <w:pPr>
        <w:jc w:val="right"/>
      </w:pPr>
      <w:r>
        <w:t>کیا تم مجھ کو قتل کرنا چاہتے ہو جس طرح تم نے کل ایک شخص کو قتل کیا تم تو زمین میں سرکش بن کر رہنا چاہتے ہو تم صلح کرنے والوں میں سے بننا نہیں چاہتے اور ایک شخص شہر کے کنارے سے دوڑتا ہوا آیا اس نے کہا اے موسیٰ</w:t>
      </w:r>
    </w:p>
    <w:p>
      <w:r>
        <w:rPr>
          <w:b/>
        </w:rPr>
        <w:t xml:space="preserve">[19:46] </w:t>
      </w:r>
      <w:r>
        <w:t>darbar wale mashwara kar rahe hain ke tum ko maar dalen pas tum nikal jao mein tumhare khair khwahon mein se hoon phir woh wahan se nikla darta hua khabar leta hua us ne kaha ke aye mere rab</w:t>
      </w:r>
    </w:p>
    <w:p>
      <w:pPr>
        <w:jc w:val="right"/>
      </w:pPr>
      <w:r>
        <w:t>دربار والے مشورہ کر رہے ہیں کہ تم کو مار ڈالیں پس تم نکل جاؤ میں تمہارے خیر خواہوں میں سے ہوں پھر وہ وہاں سے نکلا ڈرتا ہوا خبر لیتا ہوا اس نے کہا کہ اے میرے رب</w:t>
      </w:r>
    </w:p>
    <w:p>
      <w:r>
        <w:rPr>
          <w:b/>
        </w:rPr>
        <w:t xml:space="preserve">[20:03] </w:t>
      </w:r>
      <w:r>
        <w:t>mujhe zalim logon se nijat de tashreeh agle din wohi israili dobara ek qabti se lad raha tha</w:t>
      </w:r>
    </w:p>
    <w:p>
      <w:pPr>
        <w:jc w:val="right"/>
      </w:pPr>
      <w:r>
        <w:t>مجھے ظالم لوگوں سے نجات دے۔ تشریح۔ اگلے دن وہی اسرائیلی دوبارہ ایک قبطی سے لڑ رہا تھا۔</w:t>
      </w:r>
    </w:p>
    <w:p>
      <w:r>
        <w:rPr>
          <w:b/>
        </w:rPr>
        <w:t xml:space="preserve">[20:16] </w:t>
      </w:r>
      <w:r>
        <w:t>yeh is baat ka wazeh qareena tha ke yeh ek jhagraalu qism ka aadmi hai aur rozana</w:t>
      </w:r>
    </w:p>
    <w:p>
      <w:pPr>
        <w:jc w:val="right"/>
      </w:pPr>
      <w:r>
        <w:t>یہ اس بات کا واضح قرینہ تھا کہ یہ ایک جھگڑالو قسم کا آدمی ہے اور روزانہ</w:t>
      </w:r>
    </w:p>
    <w:p>
      <w:r>
        <w:rPr>
          <w:b/>
        </w:rPr>
        <w:t xml:space="preserve">[20:23] </w:t>
      </w:r>
      <w:r>
        <w:t>kisi na kisi se ladta rehta hai chunancha apni qom ka fard hone ke bawajood hazrat musa ne is ko mujrim thahraya</w:t>
      </w:r>
    </w:p>
    <w:p>
      <w:pPr>
        <w:jc w:val="right"/>
      </w:pPr>
      <w:r>
        <w:t>کسی نہ کسی سے لڑتا رہتا ہے۔ چنانچہ اپنی قوم کا فرد ہونے کے باوجود حضرت موسیٰ نے اس کو مجرم ٹھہرایا۔</w:t>
      </w:r>
    </w:p>
    <w:p>
      <w:r>
        <w:rPr>
          <w:b/>
        </w:rPr>
        <w:t xml:space="preserve">[20:34] </w:t>
      </w:r>
      <w:r>
        <w:t>muzkoor israili ka mujrim hona is waqe se mazeed sabit ho gaya</w:t>
      </w:r>
    </w:p>
    <w:p>
      <w:pPr>
        <w:jc w:val="right"/>
      </w:pPr>
      <w:r>
        <w:t>مذکورہ اسرائیلی کا مجرم ہونا اس واقعے سے مزید ثابت ہو گیا</w:t>
      </w:r>
    </w:p>
    <w:p>
      <w:r>
        <w:rPr>
          <w:b/>
        </w:rPr>
        <w:t xml:space="preserve">[20:41] </w:t>
      </w:r>
      <w:r>
        <w:t>ke is israili ne jab dekha ke hazrat musa aaj is ki madad nahi kar rahe hain aur is ki umeed ke khilaf khud usi ko bura keh rahe hain to woh kamina pan par utar aya</w:t>
      </w:r>
    </w:p>
    <w:p>
      <w:pPr>
        <w:jc w:val="right"/>
      </w:pPr>
      <w:r>
        <w:t>کہ اس اسرائیلی نے جب دیکھا کہ حضرت موسیٰ آج اس کی مدد نہیں کر رہے ہیں اور اس کی امید کے خلاف خود اسی کو برا کہہ رہے ہیں تو وہ کمینہ پن پر اتر آیا۔</w:t>
      </w:r>
    </w:p>
    <w:p>
      <w:r>
        <w:rPr>
          <w:b/>
        </w:rPr>
        <w:t xml:space="preserve">[20:55] </w:t>
      </w:r>
      <w:r>
        <w:t>us ne ghair zimmedarana taur par kal ke qatal ka raaz khol diya abhi tak kisi ke ilm mein na aya tha</w:t>
      </w:r>
    </w:p>
    <w:p>
      <w:pPr>
        <w:jc w:val="right"/>
      </w:pPr>
      <w:r>
        <w:t>اس نے غیر ذمہ دارانہ طور پر کل کے قتل کا راز کھول دیا۔ ابھی تک کسی کے علم میں نہ آیا تھا۔</w:t>
      </w:r>
    </w:p>
    <w:p>
      <w:r>
        <w:rPr>
          <w:b/>
        </w:rPr>
        <w:t xml:space="preserve">[21:05] </w:t>
      </w:r>
      <w:r>
        <w:t>israili ki zuban se qatil ka naam nikla to bohat se logon ne sun liya chand din mein is ki khabar har taraf phail gayi</w:t>
      </w:r>
    </w:p>
    <w:p>
      <w:pPr>
        <w:jc w:val="right"/>
      </w:pPr>
      <w:r>
        <w:t>اسرائیلی کی زبان سے قاتل کا نام نکلا تو بہت سے لوگوں نے سن لیا۔ چند دن میں اس کی خبر ہر طرف پھیل گئی۔</w:t>
      </w:r>
    </w:p>
    <w:p>
      <w:r>
        <w:rPr>
          <w:b/>
        </w:rPr>
        <w:t xml:space="preserve">[21:15] </w:t>
      </w:r>
      <w:r>
        <w:t>yahan tak ke hukmaranon mein musa ke qatal ke mashware hone lage ek nek bakht aadmi ko is ka pata chal gaya</w:t>
      </w:r>
    </w:p>
    <w:p>
      <w:pPr>
        <w:jc w:val="right"/>
      </w:pPr>
      <w:r>
        <w:t>یہاں تک کہ حکمرانوں میں موسیٰ کے قتل کے مشورے ہونے لگے۔ ایک نیک بخت آدمی کو اس کا پتہ چل گیا۔</w:t>
      </w:r>
    </w:p>
    <w:p>
      <w:r>
        <w:rPr>
          <w:b/>
        </w:rPr>
        <w:t xml:space="preserve">[21:24] </w:t>
      </w:r>
      <w:r>
        <w:t>woh khufiya taur par hazrat musa se mila aur kaha ke is waqt yahi behtar hai ke aap is jagah ko chhod den chunancha aap misr se nikal kar madin ki taraf rawana ho gaye</w:t>
      </w:r>
    </w:p>
    <w:p>
      <w:pPr>
        <w:jc w:val="right"/>
      </w:pPr>
      <w:r>
        <w:t>وہ خفیہ طور پر حضرت موسیٰ سے ملا اور کہا کہ اس وقت یہی بہتر ہے کہ آپ اس جگہ کو چھوڑ دیں۔ چنانچہ آپ مصر سے نکل کر مدین کی طرف روانہ ہو گئے۔</w:t>
      </w:r>
    </w:p>
    <w:p>
      <w:r>
        <w:rPr>
          <w:b/>
        </w:rPr>
        <w:t xml:space="preserve">[21:38] </w:t>
      </w:r>
      <w:r>
        <w:t>madin khaleej aqba ke maghribi sahil par tha aur</w:t>
      </w:r>
    </w:p>
    <w:p>
      <w:pPr>
        <w:jc w:val="right"/>
      </w:pPr>
      <w:r>
        <w:t>مدین خلیج عقبہ کے مغربی ساحل پر تھا اور</w:t>
      </w:r>
    </w:p>
    <w:p>
      <w:r>
        <w:rPr>
          <w:b/>
        </w:rPr>
        <w:t xml:space="preserve">[21:42] </w:t>
      </w:r>
      <w:r>
        <w:t>firaun ki saltanat ke hudood se bahar tha walamma tawajjaha ilaa madina qala asaa rabbi an yahdini sawaa</w:t>
      </w:r>
    </w:p>
    <w:p>
      <w:pPr>
        <w:jc w:val="right"/>
      </w:pPr>
      <w:r>
        <w:t>فرعون کی سلطنت کے حدود سے باہر تھا۔ ولما توجهت القاء مدین قال عسى ربی ان يهدینی سواء</w:t>
      </w:r>
    </w:p>
    <w:p>
      <w:r>
        <w:rPr>
          <w:b/>
        </w:rPr>
        <w:t xml:space="preserve">[22:02] </w:t>
      </w:r>
      <w:r>
        <w:t>al sabeel walamma warada maa'a madina wajada alaihi ummatan minan naasi yasquuna wajada min</w:t>
      </w:r>
    </w:p>
    <w:p>
      <w:pPr>
        <w:jc w:val="right"/>
      </w:pPr>
      <w:r>
        <w:t>السبیل ولما ورد ماء مدین وجد عليه امة من الناس يسقون ووجد من</w:t>
      </w:r>
    </w:p>
    <w:p>
      <w:r>
        <w:rPr>
          <w:b/>
        </w:rPr>
        <w:t xml:space="preserve">[22:18] </w:t>
      </w:r>
      <w:r>
        <w:t>dunahuma imra'ataini tadhudaan wajada min dunahuma imra'ataini tadhudaan qala ma khatbukuma qalata la nasqi hatta yasdara al riaa'</w:t>
      </w:r>
    </w:p>
    <w:p>
      <w:pPr>
        <w:jc w:val="right"/>
      </w:pPr>
      <w:r>
        <w:t>دونهم امرأتين تذودان ووجد من دونهم امرأتين تذودان قال ما خطبكما قالتا لا نسقي حتى يصدر الرعاء</w:t>
      </w:r>
    </w:p>
    <w:p>
      <w:r>
        <w:rPr>
          <w:b/>
        </w:rPr>
        <w:t xml:space="preserve">[22:38] </w:t>
      </w:r>
      <w:r>
        <w:t>wa abuna shaykhun kabeerun fasqalahuma thumma tawalla ilaa al zill faqala rabbi inni lima</w:t>
      </w:r>
    </w:p>
    <w:p>
      <w:pPr>
        <w:jc w:val="right"/>
      </w:pPr>
      <w:r>
        <w:t>وابونا شيخ كبير فسقالهما ثم تولى الى الظل فقال رب اني لما</w:t>
      </w:r>
    </w:p>
    <w:p>
      <w:r>
        <w:rPr>
          <w:b/>
        </w:rPr>
        <w:t xml:space="preserve">[22:56] </w:t>
      </w:r>
      <w:r>
        <w:t>anzalta ilayya min khairin faqeer</w:t>
      </w:r>
    </w:p>
    <w:p>
      <w:pPr>
        <w:jc w:val="right"/>
      </w:pPr>
      <w:r>
        <w:t>انزلت الي من خير فقير</w:t>
      </w:r>
    </w:p>
    <w:p>
      <w:r>
        <w:rPr>
          <w:b/>
        </w:rPr>
        <w:t xml:space="preserve">[23:04] </w:t>
      </w:r>
      <w:r>
        <w:t>aur jab us ne madin ka rukh kiya to us ne kaha umeed hai ke mera rab mujh ko seedha rasta dikha de aur jab woh madin ke pani par pohancha to wahan logon ki ek jamaat ko pani pilate hue paya</w:t>
      </w:r>
    </w:p>
    <w:p>
      <w:pPr>
        <w:jc w:val="right"/>
      </w:pPr>
      <w:r>
        <w:t>اور جب اس نے مدین کا رخ کیا تو اس نے کہا امید ہے کہ میرا رب مجھ کو سیدھا راستہ دکھا دے اور جب وہ مدین کے پانی پر پہنچا تو وہاں لوگوں کی ایک جماعت کو پانی پلاتے ہوئے پایا</w:t>
      </w:r>
    </w:p>
    <w:p>
      <w:r>
        <w:rPr>
          <w:b/>
        </w:rPr>
        <w:t xml:space="preserve">[23:21] </w:t>
      </w:r>
      <w:r>
        <w:t>aur un se alag ek taraf do auraton ko dekha ke woh apni bakriyon ko roke hue khadi hain musa ne un se poocha ke tumhara kya majra hai</w:t>
      </w:r>
    </w:p>
    <w:p>
      <w:pPr>
        <w:jc w:val="right"/>
      </w:pPr>
      <w:r>
        <w:t>اور ان سے الگ ایک طرف دو عورتوں کو دیکھا کہ وہ اپنی بکریوں کو روکے ہوئے کھڑی ہیں۔ موسیٰ نے ان سے پوچھا کہ تمہارا کیا ماجرہ ہے؟</w:t>
      </w:r>
    </w:p>
    <w:p>
      <w:r>
        <w:rPr>
          <w:b/>
        </w:rPr>
        <w:t xml:space="preserve">[23:34] </w:t>
      </w:r>
      <w:r>
        <w:t>unho ne kaha ke hum pani nahi pilate jab tak charwahe apni bakriyan hata na lein</w:t>
      </w:r>
    </w:p>
    <w:p>
      <w:pPr>
        <w:jc w:val="right"/>
      </w:pPr>
      <w:r>
        <w:t>انہوں نے کہا کہ ہم پانی نہیں پلاتے جب تک چرواہے اپنی بکریاں ہٹا نہ لیں</w:t>
      </w:r>
    </w:p>
    <w:p>
      <w:r>
        <w:rPr>
          <w:b/>
        </w:rPr>
        <w:t xml:space="preserve">[23:42] </w:t>
      </w:r>
      <w:r>
        <w:t>aur hamara baap bohat boodha hai. to us ne un ke janwaron ko pani pilaya phir saaye ki taraf hat gaya phir kaha ke aye mere r</w:t>
      </w:r>
    </w:p>
    <w:p>
      <w:pPr>
        <w:jc w:val="right"/>
      </w:pPr>
      <w:r>
        <w:t>اور ہمارا باپ بہت بوڑھا ہے۔ تو اس نے ان کے جانوروں کو پانی پلایا پھر سائے کی طرف ہٹ گیا پھر کہا کہ اے میرے ر</w:t>
      </w:r>
    </w:p>
    <w:p>
      <w:r>
        <w:rPr>
          <w:b/>
        </w:rPr>
        <w:t xml:space="preserve">[23:53] </w:t>
      </w:r>
      <w:r>
        <w:t>b to jo cheez meri taraf utare mein us ka muhtaj hoon.</w:t>
      </w:r>
    </w:p>
    <w:p>
      <w:pPr>
        <w:jc w:val="right"/>
      </w:pPr>
      <w:r>
        <w:t>ب تو جو چیز میری طرف اتارے میں اس کا محتاج ہوں۔</w:t>
      </w:r>
    </w:p>
    <w:p>
      <w:r>
        <w:rPr>
          <w:b/>
        </w:rPr>
        <w:t xml:space="preserve">[24:02] </w:t>
      </w:r>
      <w:r>
        <w:t>tashreeh. Hazrat Musa ka yeh safar goya namaloom manzil ki taraf safar tha. aise halaat mein momin ke dil ki jo kaifiyat hoti hai woh poori tarah aap ke upar taari thi.</w:t>
      </w:r>
    </w:p>
    <w:p>
      <w:pPr>
        <w:jc w:val="right"/>
      </w:pPr>
      <w:r>
        <w:t>تشریح۔ حضرت موسیٰ کا یہ سفر گویا نامعلوم منزل کی طرف سفر تھا۔ ایسے حالات میں مومن کے دل کی جو کیفیت ہوتی ہے وہ پوری طرح آپ کے اوپر طاری تھی۔</w:t>
      </w:r>
    </w:p>
    <w:p>
      <w:r>
        <w:rPr>
          <w:b/>
        </w:rPr>
        <w:t xml:space="preserve">[24:18] </w:t>
      </w:r>
      <w:r>
        <w:t>aap duaon ke saaye mein apna qadam aage badha rahe the.</w:t>
      </w:r>
    </w:p>
    <w:p>
      <w:pPr>
        <w:jc w:val="right"/>
      </w:pPr>
      <w:r>
        <w:t>آپ دعاؤں کے سائے میں اپنا قدم آگے بڑھا رہے تھے۔</w:t>
      </w:r>
    </w:p>
    <w:p>
      <w:r>
        <w:rPr>
          <w:b/>
        </w:rPr>
        <w:t xml:space="preserve">[24:22] </w:t>
      </w:r>
      <w:r>
        <w:t>taqreeban das din ke safar ke baad Madin pahunche. gumaan ghalib hai ke aap bhooke bhi honge. Hazrat Musa ne kamzoron ki himayat ke jazbe ke tehat Madin ki dono ladkiyon ki madad ki.</w:t>
      </w:r>
    </w:p>
    <w:p>
      <w:pPr>
        <w:jc w:val="right"/>
      </w:pPr>
      <w:r>
        <w:t>تقریباً دس دن کے سفر کے بعد مدین پہنچے۔ گمان غالب ہے کہ آپ بھوکے بھی ہوں گے۔ حضرت موسیٰ نے کمزوروں کی حمایت کے جذبے کے تحت مدین کی دونوں لڑکیوں کی مدد کی۔</w:t>
      </w:r>
    </w:p>
    <w:p>
      <w:r>
        <w:rPr>
          <w:b/>
        </w:rPr>
        <w:t xml:space="preserve">[24:39] </w:t>
      </w:r>
      <w:r>
        <w:t>yeh waqia un ke liye</w:t>
      </w:r>
    </w:p>
    <w:p>
      <w:pPr>
        <w:jc w:val="right"/>
      </w:pPr>
      <w:r>
        <w:t>یہ واقعہ ان کے لیے</w:t>
      </w:r>
    </w:p>
    <w:p>
      <w:r>
        <w:rPr>
          <w:b/>
        </w:rPr>
        <w:t xml:space="preserve">[24:42] </w:t>
      </w:r>
      <w:r>
        <w:t>ladkiyon ke walid tak pahunchne ka zariya bana. yeh buzurg Madian ibn Ibrahim ki aulad se the aur Hazrat Musa Ishaq ibn Ibrahim ki aulad the.</w:t>
      </w:r>
    </w:p>
    <w:p>
      <w:pPr>
        <w:jc w:val="right"/>
      </w:pPr>
      <w:r>
        <w:t>لڑکیوں کے والد تک پہنچنے کا ذریعہ بنا۔ یہ بزرگ مدیان ابن ابراہیم کی اولاد سے تھے اور حضرت موسیٰ اسحاق ابن ابراہیم کی اولاد تھے۔</w:t>
      </w:r>
    </w:p>
    <w:p>
      <w:r>
        <w:rPr>
          <w:b/>
        </w:rPr>
        <w:t xml:space="preserve">[24:55] </w:t>
      </w:r>
      <w:r>
        <w:t>is aitbaar se dono mein nasli qurbat bhi thi.</w:t>
      </w:r>
    </w:p>
    <w:p>
      <w:pPr>
        <w:jc w:val="right"/>
      </w:pPr>
      <w:r>
        <w:t>اس اعتبار سے دونوں میں نسلی قربت بھی تھی۔</w:t>
      </w:r>
    </w:p>
    <w:p>
      <w:r>
        <w:rPr>
          <w:b/>
        </w:rPr>
        <w:t xml:space="preserve">[24:59] </w:t>
      </w:r>
      <w:r>
        <w:t>is waqt Hazrat Musa ki zuban se yeh dua nikli rab inni lamma anzalta ilayya min khairin faqeer. yeh dua batati hai ke aise waqt mein momin ka haal kya hota hai.</w:t>
      </w:r>
    </w:p>
    <w:p>
      <w:pPr>
        <w:jc w:val="right"/>
      </w:pPr>
      <w:r>
        <w:t>اس وقت حضرت موسیٰ کی زبان سے یہ دعا نکلی رب انی لما انزلت الي من خیر فقیر یہ دعا بتاتی ہے کہ ایسے وقت میں مومن کا حال کیا ہوتا ہے۔</w:t>
      </w:r>
    </w:p>
    <w:p>
      <w:r>
        <w:rPr>
          <w:b/>
        </w:rPr>
        <w:t xml:space="preserve">[25:15] </w:t>
      </w:r>
      <w:r>
        <w:t>woh apne mamle ko tamam tar Allah par daal deta hai. is ko yaqeen hota hai ke bande ko jo kuch milta hai Khuda se milta hai aur khair wohi hai jo us ko Khuda ki taraf se mile.</w:t>
      </w:r>
    </w:p>
    <w:p>
      <w:pPr>
        <w:jc w:val="right"/>
      </w:pPr>
      <w:r>
        <w:t>وہ اپنے معاملے کو تمام تر اللہ پر ڈال دیتا ہے۔ اس کو یقین ہوتا ہے کہ بندے کو جو کچھ ملتا ہے خدا سے ملتا ہے اور خیر وہی ہے جو اس کو خدا کی طرف سے ملے۔</w:t>
      </w:r>
    </w:p>
    <w:p>
      <w:r>
        <w:rPr>
          <w:b/>
        </w:rPr>
        <w:t xml:space="preserve">[25:35] </w:t>
      </w:r>
      <w:r>
        <w:t>fajaa'athu ahdaahumma tamshi 'ala istihyaa'in</w:t>
      </w:r>
    </w:p>
    <w:p>
      <w:pPr>
        <w:jc w:val="right"/>
      </w:pPr>
      <w:r>
        <w:t>فجاءته احداهما تمشي على استحياء</w:t>
      </w:r>
    </w:p>
    <w:p>
      <w:r>
        <w:rPr>
          <w:b/>
        </w:rPr>
        <w:t xml:space="preserve">[25:43] </w:t>
      </w:r>
      <w:r>
        <w:t>qaalat inni abbi yad'uuka li yajziyaka ajra ma saqaytana falamma jaa'ahu wa qassa 'alaihil qasasa qaala la takhaf najawta minal qawmidh dhaalimeen</w:t>
      </w:r>
    </w:p>
    <w:p>
      <w:pPr>
        <w:jc w:val="right"/>
      </w:pPr>
      <w:r>
        <w:t>قالت ان ابي يدعوك ليجزيك اجر ما سقيت لنا فلما جاءه وقص عليه القصص قال لا تخف نجوت من القوم الظالمين</w:t>
      </w:r>
    </w:p>
    <w:p>
      <w:r>
        <w:rPr>
          <w:b/>
        </w:rPr>
        <w:t xml:space="preserve">[26:06] </w:t>
      </w:r>
      <w:r>
        <w:t>qaalat ahdaahumma ya abati istajirhu inna khayra mastajarta al qawiyyul ameen qaala inni</w:t>
      </w:r>
    </w:p>
    <w:p>
      <w:pPr>
        <w:jc w:val="right"/>
      </w:pPr>
      <w:r>
        <w:t>قالت احداهما يا ابت استاجره ان خير من استاجرت القوي الامين قال اني</w:t>
      </w:r>
    </w:p>
    <w:p>
      <w:r>
        <w:rPr>
          <w:b/>
        </w:rPr>
        <w:t xml:space="preserve">[26:23] </w:t>
      </w:r>
      <w:r>
        <w:t>ureedu an unkiha ka ihdaata minnatayni 'ala an taajiranee thamaaniya hijaj 'ala an taajiranee thamaaniya hijaj</w:t>
      </w:r>
    </w:p>
    <w:p>
      <w:pPr>
        <w:jc w:val="right"/>
      </w:pPr>
      <w:r>
        <w:t>اريد ان انكحك احدى ابنتي هاتين على ان تاجرني ثماني حجج على ان تاجرني ثماني حجج</w:t>
      </w:r>
    </w:p>
    <w:p>
      <w:r>
        <w:rPr>
          <w:b/>
        </w:rPr>
        <w:t xml:space="preserve">[26:42] </w:t>
      </w:r>
      <w:r>
        <w:t>fain atmamta 'ashran faminka wa ma ureedu an ashuqqa 'alayka satajidunee in</w:t>
      </w:r>
    </w:p>
    <w:p>
      <w:pPr>
        <w:jc w:val="right"/>
      </w:pPr>
      <w:r>
        <w:t>فان اتممت عشرا فمن عندك وما اريد ان اشق عليك ستجدني ان</w:t>
      </w:r>
    </w:p>
    <w:p>
      <w:r>
        <w:rPr>
          <w:b/>
        </w:rPr>
        <w:t xml:space="preserve">[26:59] </w:t>
      </w:r>
      <w:r>
        <w:t>shaa'allahu minas saaliheen qaala dhaalika baini wa bainika aiyyal ajalayni qadaytu fala 'udwaana 'alayya wallahu 'ala ma nqoolu wakeel</w:t>
      </w:r>
    </w:p>
    <w:p>
      <w:pPr>
        <w:jc w:val="right"/>
      </w:pPr>
      <w:r>
        <w:t>شاء الله من الصالحين قال ذلك بيني وبينك ايم الاجلين قضيت فلا عدوان علي والله على ما نقول وكيل</w:t>
      </w:r>
    </w:p>
    <w:p>
      <w:r>
        <w:rPr>
          <w:b/>
        </w:rPr>
        <w:t xml:space="preserve">[27:20] </w:t>
      </w:r>
      <w:r>
        <w:t>phir un dono mein se ek aayi sharm se chalti hui. us ne kaha ke mera baap aap ko bula raha hai ke aap ne hamari khatir jo pani pilaya us ka aap ko badla de.</w:t>
      </w:r>
    </w:p>
    <w:p>
      <w:pPr>
        <w:jc w:val="right"/>
      </w:pPr>
      <w:r>
        <w:t>پھر ان دونوں میں سے ایک ائی شرم سے چلتی ہوئی۔ اس نے کہا کہ میرا باپ آپ کو بلا رہا ہے کہ آپ نے ہماری خاطر جو پانی پلایا اس کا آپ کو بدلہ دے۔</w:t>
      </w:r>
    </w:p>
    <w:p>
      <w:r>
        <w:rPr>
          <w:b/>
        </w:rPr>
        <w:t xml:space="preserve">[27:34] </w:t>
      </w:r>
      <w:r>
        <w:t>phir jab woh us ke paas aaya aur us se saara qissa bayan kiya to us ne kaha ke andesha na karo tum ne zalimon se nijat pai.</w:t>
      </w:r>
    </w:p>
    <w:p>
      <w:pPr>
        <w:jc w:val="right"/>
      </w:pPr>
      <w:r>
        <w:t>پھر جب وہ اس کے پاس آیا اور اس سے سارا قصہ بیان کیا تو اس نے کہا کہ اندیشہ نہ کرو تم نے ظالموں سے نجات پائی۔</w:t>
      </w:r>
    </w:p>
    <w:p>
      <w:r>
        <w:rPr>
          <w:b/>
        </w:rPr>
        <w:t xml:space="preserve">[27:46] </w:t>
      </w:r>
      <w:r>
        <w:t>un mein se ek ne kaha ke aye</w:t>
      </w:r>
    </w:p>
    <w:p>
      <w:pPr>
        <w:jc w:val="right"/>
      </w:pPr>
      <w:r>
        <w:t>ان میں سے ایک نے کہا کہ اے</w:t>
      </w:r>
    </w:p>
    <w:p>
      <w:r>
        <w:rPr>
          <w:b/>
        </w:rPr>
        <w:t xml:space="preserve">[27:49] </w:t>
      </w:r>
      <w:r>
        <w:t>baap is ko mulazim rakh lijiye. behtareen aadmi jise aap mulazim rakhein wohi hai jo mazboot aur amanatdaar ho.</w:t>
      </w:r>
    </w:p>
    <w:p>
      <w:pPr>
        <w:jc w:val="right"/>
      </w:pPr>
      <w:r>
        <w:t>باپ اس کو ملازم رکھ لیجئے۔ بہترین آدمی جسے آپ ملازم رکھیں وہی ہے جو مضبوط اور امانت دار ہو۔</w:t>
      </w:r>
    </w:p>
    <w:p>
      <w:r>
        <w:rPr>
          <w:b/>
        </w:rPr>
        <w:t xml:space="preserve">[28:00] </w:t>
      </w:r>
      <w:r>
        <w:t>us ne kaha ke mein chahta hoon ke apni in do ladkiyon mein se ek ka nikah tumhare saath kar doon is shart par ke tum</w:t>
      </w:r>
    </w:p>
    <w:p>
      <w:pPr>
        <w:jc w:val="right"/>
      </w:pPr>
      <w:r>
        <w:t>اس نے کہا کہ میں چاہتا ہوں کہ اپنی ان دو لڑکیوں میں سے ایک کا نکاح تمہارے ساتھ کر دوں اس شرط پر کہ تم</w:t>
      </w:r>
    </w:p>
    <w:p>
      <w:r>
        <w:rPr>
          <w:b/>
        </w:rPr>
        <w:t xml:space="preserve">[28:09] </w:t>
      </w:r>
      <w:r>
        <w:t>aath saal meri mulazimat karo. phir agar tum das saal poore kar do to woh tumhari taraf se hai aur mein tum par mushaqqat dalna nahi chahta.</w:t>
      </w:r>
    </w:p>
    <w:p>
      <w:pPr>
        <w:jc w:val="right"/>
      </w:pPr>
      <w:r>
        <w:t>آٹھ سال میری ملازمت کرو۔ پھر اگر تم دس سال پورے کر دو تو وہ تمہاری طرف سے ہے اور میں تم پر مشقت ڈالنا نہیں چاہتا۔</w:t>
      </w:r>
    </w:p>
    <w:p>
      <w:r>
        <w:rPr>
          <w:b/>
        </w:rPr>
        <w:t xml:space="preserve">[28:21] </w:t>
      </w:r>
      <w:r>
        <w:t>insha Allah tum mujh ko bhala aadmi paoge.</w:t>
      </w:r>
    </w:p>
    <w:p>
      <w:pPr>
        <w:jc w:val="right"/>
      </w:pPr>
      <w:r>
        <w:t>انشاءاللہ تم مجھ کو بھلا آدمی پاؤ گے۔</w:t>
      </w:r>
    </w:p>
    <w:p>
      <w:r>
        <w:rPr>
          <w:b/>
        </w:rPr>
        <w:t xml:space="preserve">[28:26] </w:t>
      </w:r>
      <w:r>
        <w:t>Musa ne kaha ke yeh baat mere aur aap ke darmiyan tay hai. un dono muddaton mein se jo bhi mein poora kar doon to mujh par koi jabr na hoga aur Allah hamare qaul o karar par gawah hai.</w:t>
      </w:r>
    </w:p>
    <w:p>
      <w:pPr>
        <w:jc w:val="right"/>
      </w:pPr>
      <w:r>
        <w:t>موسیٰ نے کہا کہ یہ بات میرے اور آپ کے درمیان طے ہے۔ ان دونوں مدتوں میں سے جو بھی میں پورا کر دوں تو مجھ پر کوئی جبر نہ ہوگا اور اللہ ہمارے قول و قرار پر گواہ ہے۔</w:t>
      </w:r>
    </w:p>
    <w:p>
      <w:r>
        <w:rPr>
          <w:b/>
        </w:rPr>
        <w:t xml:space="preserve">[28:44] </w:t>
      </w:r>
      <w:r>
        <w:t>tashreeh. larkiyan is din mamool se kuch pehle ghar pohnch gaein. walid ne poocha to unhon ne bataya ke aaj aik musafir ne hamari bakriyon ko pehle hi pani pila diya.</w:t>
      </w:r>
    </w:p>
    <w:p>
      <w:pPr>
        <w:jc w:val="right"/>
      </w:pPr>
      <w:r>
        <w:t>تشریح۔ لڑکیاں اس دن معمول سے کچھ پہلے گھر پہنچ گئیں۔ والد نے پوچھا تو انہوں نے بتایا کہ آج ایک مسافر نے ہماری بکریوں کو پہلے ہی پانی پلا دیا۔</w:t>
      </w:r>
    </w:p>
    <w:p>
      <w:r>
        <w:rPr>
          <w:b/>
        </w:rPr>
        <w:t xml:space="preserve">[28:59] </w:t>
      </w:r>
      <w:r>
        <w:t>larkiyon ke walid ne kaha ke phir tum is musafir ko ghar kyun na laeen</w:t>
      </w:r>
    </w:p>
    <w:p>
      <w:pPr>
        <w:jc w:val="right"/>
      </w:pPr>
      <w:r>
        <w:t>لڑکیوں کے والد نے کہا کہ پھر تم اس مسافر کو گھر کیوں نہ لائیں</w:t>
      </w:r>
    </w:p>
    <w:p>
      <w:r>
        <w:rPr>
          <w:b/>
        </w:rPr>
        <w:t xml:space="preserve">[29:07] </w:t>
      </w:r>
      <w:r>
        <w:t>ke woh hamare sath khana khaye. chunancha aik larki dobara kanwein par gayi aur Hazrat Musa ko bula kar le aayi.</w:t>
      </w:r>
    </w:p>
    <w:p>
      <w:pPr>
        <w:jc w:val="right"/>
      </w:pPr>
      <w:r>
        <w:t>کہ وہ ہمارے ساتھ کھانا کھائے۔ چنانچہ ایک لڑکی دوبارہ کنویں پر گئی اور حضرت موسیٰ کو بلا کر لے آئی۔</w:t>
      </w:r>
    </w:p>
    <w:p>
      <w:r>
        <w:rPr>
          <w:b/>
        </w:rPr>
        <w:t xml:space="preserve">[29:18] </w:t>
      </w:r>
      <w:r>
        <w:t>chand din ke tajrube ne bataya ke Hazrat Musa mehnati bhi hain aur amantdar bhi. chunancha muzkurra buzurg ne apni beti ki rai se ittifaq karte hue Hazrat Musa ko apne yahan mustaqil khidmat ke liye rakh liya.</w:t>
      </w:r>
    </w:p>
    <w:p>
      <w:pPr>
        <w:jc w:val="right"/>
      </w:pPr>
      <w:r>
        <w:t>چند دن کے تجربے نے بتایا کہ حضرت موسیٰ محنتی بھی ہیں اور امانت دار بھی۔ چنانچہ مذکورہ بزرگ نے اپنی بیٹی کی رائے سے اتفاق کرتے ہوئے حضرت موسیٰ کو اپنے یہاں مستقل خدمت کے لیے رکھ لیا۔</w:t>
      </w:r>
    </w:p>
    <w:p>
      <w:r>
        <w:rPr>
          <w:b/>
        </w:rPr>
        <w:t xml:space="preserve">[29:35] </w:t>
      </w:r>
      <w:r>
        <w:t>haqeeqat yeh hai ke yeh dono sifat</w:t>
      </w:r>
    </w:p>
    <w:p>
      <w:pPr>
        <w:jc w:val="right"/>
      </w:pPr>
      <w:r>
        <w:t>حقیقت یہ ہے کہ یہ دونوں صفات</w:t>
      </w:r>
    </w:p>
    <w:p>
      <w:r>
        <w:rPr>
          <w:b/>
        </w:rPr>
        <w:t xml:space="preserve">[29:39] </w:t>
      </w:r>
      <w:r>
        <w:t>amanat aur quwwat tamam zaroori sifat ki jamia hain. aadmi ke intikhab ke liye meyar muqarrar karna ho to in do lafzon se behtar koi meyar nahi ho sakta.</w:t>
      </w:r>
    </w:p>
    <w:p>
      <w:pPr>
        <w:jc w:val="right"/>
      </w:pPr>
      <w:r>
        <w:t>امانت اور قوت تمام ضروری صفات کی جامع ہیں۔ آدمی کے انتخاب کے لیے معیار مقرر کرنا ہو تو ان دو لفظوں سے بہتر کوئی معیار نہیں ہو سکتا۔</w:t>
      </w:r>
    </w:p>
    <w:p>
      <w:r>
        <w:rPr>
          <w:b/>
        </w:rPr>
        <w:t xml:space="preserve">[29:54] </w:t>
      </w:r>
      <w:r>
        <w:t>baad ko muzkurra buzurg ne apni aik larki ki shadi bhi Hazrat Musa se kar di. taham chunke is waqt unhein apne ghar aur jaedad ki dekh bhaal ke liye aik mard ki shadeed zaroorat thi unhon ne Hazrat Musa ko is par amada kiya ke woh aath saal ya das saal tak un ke yahan qiyam karen.</w:t>
      </w:r>
    </w:p>
    <w:p>
      <w:pPr>
        <w:jc w:val="right"/>
      </w:pPr>
      <w:r>
        <w:t>بعد کو مذکورہ بزرگ نے اپنی ایک لڑکی کی شادی بھی حضرت موسیٰ سے کر دی۔ تاہم چونکہ اس وقت انہیں اپنے گھر اور جائیداد کی دیکھ بھال کے لیے ایک مرد کی شدید ضرورت تھی انہوں نے حضرت موسیٰ کو اس پر امادہ کیا کہ وہ آٹھ سال یا دس سال تک ان کے یہاں قیام کریں۔</w:t>
      </w:r>
    </w:p>
    <w:p>
      <w:r>
        <w:rPr>
          <w:b/>
        </w:rPr>
        <w:t xml:space="preserve">[30:15] </w:t>
      </w:r>
      <w:r>
        <w:t>is ke baad woh jahan jana chahen ja sakte hain.</w:t>
      </w:r>
    </w:p>
    <w:p>
      <w:pPr>
        <w:jc w:val="right"/>
      </w:pPr>
      <w:r>
        <w:t>اس کے بعد وہ جہاں جانا چاہیں جا سکتے ہیں۔</w:t>
      </w:r>
    </w:p>
    <w:p>
      <w:r>
        <w:rPr>
          <w:b/>
        </w:rPr>
        <w:t xml:space="preserve">[30:21] </w:t>
      </w:r>
      <w:r>
        <w:t>falamma qaza moosa al ajal wa saara ahlahu ans min janib al toor narra qala li ahlihim kuthwa qala li ahlihim kuthwa</w:t>
      </w:r>
    </w:p>
    <w:p>
      <w:pPr>
        <w:jc w:val="right"/>
      </w:pPr>
      <w:r>
        <w:t>فلما قضى موسى الاجل وسار باهله انس من جانب الطور نارا قال لاهلهم کثوا قال لاهلهم کثوا</w:t>
      </w:r>
    </w:p>
    <w:p>
      <w:r>
        <w:rPr>
          <w:b/>
        </w:rPr>
        <w:t xml:space="preserve">[30:40] </w:t>
      </w:r>
      <w:r>
        <w:t>inni anastu narra la'alli atikum minha bi khabr aw judhwah aw judhwah min</w:t>
      </w:r>
    </w:p>
    <w:p>
      <w:pPr>
        <w:jc w:val="right"/>
      </w:pPr>
      <w:r>
        <w:t>انی انست نارا لعلی اتیکم منها بخبر او جذوہ او جذوہ من</w:t>
      </w:r>
    </w:p>
    <w:p>
      <w:r>
        <w:rPr>
          <w:b/>
        </w:rPr>
        <w:t xml:space="preserve">[30:58] </w:t>
      </w:r>
      <w:r>
        <w:t>al narra la'allakum tashtaloon</w:t>
      </w:r>
    </w:p>
    <w:p>
      <w:pPr>
        <w:jc w:val="right"/>
      </w:pPr>
      <w:r>
        <w:t>النار لعلكم تصطلون</w:t>
      </w:r>
    </w:p>
    <w:p>
      <w:r>
        <w:rPr>
          <w:b/>
        </w:rPr>
        <w:t xml:space="preserve">[31:04] </w:t>
      </w:r>
      <w:r>
        <w:t>falamma ataha nudi min shati al wadi al ayman fi al baqah al mubarakah min al shajarah an ya moosa an ya moosa</w:t>
      </w:r>
    </w:p>
    <w:p>
      <w:pPr>
        <w:jc w:val="right"/>
      </w:pPr>
      <w:r>
        <w:t>فلما اتاها نودي من شاطئ الوادي الايمن في البقعة المباركة من الشجرة ان يا موسى ان يا موسى</w:t>
      </w:r>
    </w:p>
    <w:p>
      <w:r>
        <w:rPr>
          <w:b/>
        </w:rPr>
        <w:t xml:space="preserve">[31:23] </w:t>
      </w:r>
      <w:r>
        <w:t>inni anallahu rabb al alameen wa an al qasaak falamma ra'aha tahtazzu ka'annaha jan</w:t>
      </w:r>
    </w:p>
    <w:p>
      <w:pPr>
        <w:jc w:val="right"/>
      </w:pPr>
      <w:r>
        <w:t>انی انا اللہ رب العالمین وان الق عصاك فلما راها تهتز كانها جان</w:t>
      </w:r>
    </w:p>
    <w:p>
      <w:r>
        <w:rPr>
          <w:b/>
        </w:rPr>
        <w:t xml:space="preserve">[31:43] </w:t>
      </w:r>
      <w:r>
        <w:t>wa la mudbiran wa lam yu'aqqib ya moosa aqbil wa la takhaf innaka min al amneen</w:t>
      </w:r>
    </w:p>
    <w:p>
      <w:pPr>
        <w:jc w:val="right"/>
      </w:pPr>
      <w:r>
        <w:t>ولا مدبرا ولم يعقب يا موسى اقبل ولا تخف انك من الامنين</w:t>
      </w:r>
    </w:p>
    <w:p>
      <w:r>
        <w:rPr>
          <w:b/>
        </w:rPr>
        <w:t xml:space="preserve">[31:58] </w:t>
      </w:r>
      <w:r>
        <w:t>usluk yadaka fi jybik takhruj baydaa min ghair soo' wa adim ilayk janahaka min al rahb fadhalika burhanan</w:t>
      </w:r>
    </w:p>
    <w:p>
      <w:pPr>
        <w:jc w:val="right"/>
      </w:pPr>
      <w:r>
        <w:t>اسلك يدك في جيبك تخرج بيضاء من غير سوء واضم اليك جناحك من الرهب فذلك برهانان</w:t>
      </w:r>
    </w:p>
    <w:p>
      <w:r>
        <w:rPr>
          <w:b/>
        </w:rPr>
        <w:t xml:space="preserve">[32:16] </w:t>
      </w:r>
      <w:r>
        <w:t>fadhalika burhanan min rabbika ila fir'awn wa mil'ihi innahum kanoo qawman fasaqeen</w:t>
      </w:r>
    </w:p>
    <w:p>
      <w:pPr>
        <w:jc w:val="right"/>
      </w:pPr>
      <w:r>
        <w:t>فذلك برهانان من ربك الى فرعون وملئه انهم كانوا قوما فاسقين</w:t>
      </w:r>
    </w:p>
    <w:p>
      <w:r>
        <w:rPr>
          <w:b/>
        </w:rPr>
        <w:t xml:space="preserve">[32:31] </w:t>
      </w:r>
      <w:r>
        <w:t>phir jab Musa ne muddat poori kar di aur woh apne ghar walon ke sath rawana hua to us ne toor ki taraf se aik aag dekhi.</w:t>
      </w:r>
    </w:p>
    <w:p>
      <w:pPr>
        <w:jc w:val="right"/>
      </w:pPr>
      <w:r>
        <w:t>پھر جب موسیٰ نے مدت پوری کر دی اور وہ اپنے گھر والوں کے ساتھ روانہ ہوا تو اس نے طور کی طرف سے ایک آگ دیکھی۔</w:t>
      </w:r>
    </w:p>
    <w:p>
      <w:r>
        <w:rPr>
          <w:b/>
        </w:rPr>
        <w:t xml:space="preserve">[32:41] </w:t>
      </w:r>
      <w:r>
        <w:t>us ne apne ghar walon se kaha ke tum thehro, mein ne aik aag dekhi hai,</w:t>
      </w:r>
    </w:p>
    <w:p>
      <w:pPr>
        <w:jc w:val="right"/>
      </w:pPr>
      <w:r>
        <w:t>اس نے اپنے گھر والوں سے کہا کہ تم ٹھہرو، میں نے ایک آگ دیکھی ہے،</w:t>
      </w:r>
    </w:p>
    <w:p>
      <w:r>
        <w:rPr>
          <w:b/>
        </w:rPr>
        <w:t xml:space="preserve">[32:48] </w:t>
      </w:r>
      <w:r>
        <w:t>shayad mein wahan se koi khabar le aaon ya aag ka angara taake tum taapo. phir jab woh wahan pohancha to wadi ke dainye kinare se barkat wale khitte mein darakht se pukara gaya ke aey Musa,</w:t>
      </w:r>
    </w:p>
    <w:p>
      <w:pPr>
        <w:jc w:val="right"/>
      </w:pPr>
      <w:r>
        <w:t>شاید میں وہاں سے کوئی خبر لے آؤں یا آگ کا انگارہ تاکہ تم تاپو۔ پھر جب وہ وہاں پہنچا تو وادی کے داہنے کنارے سے برکت والے خطے میں درخت سے پکارا گیا کہ اے موسیٰ،</w:t>
      </w:r>
    </w:p>
    <w:p>
      <w:r>
        <w:rPr>
          <w:b/>
        </w:rPr>
        <w:t xml:space="preserve">[33:05] </w:t>
      </w:r>
      <w:r>
        <w:t>mein Allah hoon, sare jahan ka malik, aur yeh ke tum apna asaa daal do. to jab us ne us ko harkat karte hue dekha, goya ke saanp ho, to woh peeth pher kar bhaga aur us ne mud kar na dekha.</w:t>
      </w:r>
    </w:p>
    <w:p>
      <w:pPr>
        <w:jc w:val="right"/>
      </w:pPr>
      <w:r>
        <w:t>میں اللہ ہوں، سارے جہان کا مالک، اور یہ کہ تم اپنا عصا ڈال دو۔ تو جب اس نے اس کو حرکت کرتے ہوئے دیکھا، گویا کہ سانپ ہو، تو وہ پیٹھ پھیر کر بھاگا اور اس نے مڑ کر نہ دیکھا۔</w:t>
      </w:r>
    </w:p>
    <w:p>
      <w:r>
        <w:rPr>
          <w:b/>
        </w:rPr>
        <w:t xml:space="preserve">[33:25] </w:t>
      </w:r>
      <w:r>
        <w:t>aey</w:t>
      </w:r>
    </w:p>
    <w:p>
      <w:pPr>
        <w:jc w:val="right"/>
      </w:pPr>
      <w:r>
        <w:t>اے</w:t>
      </w:r>
    </w:p>
    <w:p>
      <w:r>
        <w:rPr>
          <w:b/>
        </w:rPr>
        <w:t xml:space="preserve">[33:26] </w:t>
      </w:r>
      <w:r>
        <w:t>Musa, aage aao aur na daro, tum bilkul mehfooz ho, apna hath qareeban mein daalo, woh chamakta hua niklega baghair kisi bars ke, aur khauf ke waste apna baazu apni taraf mila lo.</w:t>
      </w:r>
    </w:p>
    <w:p>
      <w:pPr>
        <w:jc w:val="right"/>
      </w:pPr>
      <w:r>
        <w:t>موسیٰ، آگے آؤ اور نہ ڈرو، تم بالکل محفوظ ہو، اپنا ہاتھ گریبان میں ڈالو، وہ چمکتا ہوا نکلے گا بغیر کسی برس کے، اور خوف کے واسطے اپنا بازو اپنی طرف ملا لو۔</w:t>
      </w:r>
    </w:p>
    <w:p>
      <w:r>
        <w:rPr>
          <w:b/>
        </w:rPr>
        <w:t xml:space="preserve">[33:44] </w:t>
      </w:r>
      <w:r>
        <w:t>pas yeh tumhare Rab ki taraf se do sandein hain fir'aun aur us ke darbarion ke paas jane ke liye, beshak woh nafarman log hain.</w:t>
      </w:r>
    </w:p>
    <w:p>
      <w:pPr>
        <w:jc w:val="right"/>
      </w:pPr>
      <w:r>
        <w:t>پس یہ تمہارے رب کی طرف سے دو سندیں ہیں فرعون اور اس کے درباریوں کے پاس جانے کے لیے، بے شک وہ نافرمان لوگ ہیں۔</w:t>
      </w:r>
    </w:p>
    <w:p>
      <w:r>
        <w:rPr>
          <w:b/>
        </w:rPr>
        <w:t xml:space="preserve">[33:57] </w:t>
      </w:r>
      <w:r>
        <w:t>tashreeh. Hazrat Musa ghaliban das saal Madin mein rahe. is muddat mein sabiq fir'aun mar gaya aur khandan fir'aun ka doosra shakhs Misr ke takht par baitha.</w:t>
      </w:r>
    </w:p>
    <w:p>
      <w:pPr>
        <w:jc w:val="right"/>
      </w:pPr>
      <w:r>
        <w:t>تشریح۔ حضرت موسیٰ غالباً دس سال مدین میں رہے۔ اس مدت میں سابقہ فرعون مر گیا اور خاندان فرعون کا دوسرا شخص مصر کے تخت پر بیٹھا۔</w:t>
      </w:r>
    </w:p>
    <w:p>
      <w:r>
        <w:rPr>
          <w:b/>
        </w:rPr>
        <w:t xml:space="preserve">[34:13] </w:t>
      </w:r>
      <w:r>
        <w:t>ab aap apni biwi</w:t>
      </w:r>
    </w:p>
    <w:p>
      <w:pPr>
        <w:jc w:val="right"/>
      </w:pPr>
      <w:r>
        <w:t>اب آپ اپنی بیوی</w:t>
      </w:r>
    </w:p>
    <w:p>
      <w:r>
        <w:rPr>
          <w:b/>
        </w:rPr>
        <w:t xml:space="preserve">[34:16] </w:t>
      </w:r>
      <w:r>
        <w:t>aur torat ke mutabiq do bachon ke sath dunya ki taraf rawana hue. rastay mein aap par toor ka tajurba guzra.</w:t>
      </w:r>
    </w:p>
    <w:p>
      <w:pPr>
        <w:jc w:val="right"/>
      </w:pPr>
      <w:r>
        <w:t>اور تورات کے مطابق دو بچوں کے ساتھ دوبارہ مصر کی طرف روانہ ہوئے۔ راستے میں آپ پر طور کا تجربہ گزرا۔</w:t>
      </w:r>
    </w:p>
    <w:p>
      <w:r>
        <w:rPr>
          <w:b/>
        </w:rPr>
        <w:t xml:space="preserve">[34:26] </w:t>
      </w:r>
      <w:r>
        <w:t>jis khuda ne sina ke pahaar par aik insan se barah-rast kalam kiya, woh khuda tamam insano ko bhi</w:t>
      </w:r>
    </w:p>
    <w:p>
      <w:pPr>
        <w:jc w:val="right"/>
      </w:pPr>
      <w:r>
        <w:t>جس خدا نے سینا کے پہاڑ پر ایک انسان سے براہ راست کلام کیا، وہ خدا تمام انسانوں کو بھی</w:t>
      </w:r>
    </w:p>
    <w:p>
      <w:r>
        <w:rPr>
          <w:b/>
        </w:rPr>
        <w:t xml:space="preserve">[34:36] </w:t>
      </w:r>
      <w:r>
        <w:t>barah-rast awaz de kar apni marzi se baghabar kar sakta hai, magar yeh khuda ka tareeqa nahin. barah-rast khitab ka matlab parde ko hata dena hai, jabke imtehan ki maslehat chahti hai ke parda lazman baqi rahe.</w:t>
      </w:r>
    </w:p>
    <w:p>
      <w:pPr>
        <w:jc w:val="right"/>
      </w:pPr>
      <w:r>
        <w:t>براہ راست آواز دے کر اپنی مرضی سے باخبر کر سکتا ہے، مگر یہ خدا کا طریقہ نہیں۔ براہ راست خطاب کا مطلب پردے کو ہٹا دینا ہے، جبکہ امتحان کی مصلحت چاہتی ہے کہ پردہ لازماً باقی رہے۔</w:t>
      </w:r>
    </w:p>
    <w:p>
      <w:r>
        <w:rPr>
          <w:b/>
        </w:rPr>
        <w:t xml:space="preserve">[34:54] </w:t>
      </w:r>
      <w:r>
        <w:t>chunanche khuda apna barah-rast kalam sirf kisi muntakhib insan ke upar utarta hai aur baqi logon ko is ke zariye se bilwasta taur par apna paigham pohanchata hai.</w:t>
      </w:r>
    </w:p>
    <w:p>
      <w:pPr>
        <w:jc w:val="right"/>
      </w:pPr>
      <w:r>
        <w:t>چنانچہ خدا اپنا براہ راست کلام صرف کسی منتخب انسان کے اوپر اتارتا ہے اور بقیہ لوگوں کو اس کے ذریعے سے بالواسطہ طور پر اپنا پیغام پہنچاتا ہے۔</w:t>
      </w:r>
    </w:p>
    <w:p>
      <w:r>
        <w:rPr>
          <w:b/>
        </w:rPr>
        <w:t xml:space="preserve">[35:08] </w:t>
      </w:r>
      <w:r>
        <w:t>qaala rabbi inni qataltu minhum nafsan</w:t>
      </w:r>
    </w:p>
    <w:p>
      <w:pPr>
        <w:jc w:val="right"/>
      </w:pPr>
      <w:r>
        <w:t>قال رب انی قتلت منہم نفسا</w:t>
      </w:r>
    </w:p>
    <w:p>
      <w:r>
        <w:rPr>
          <w:b/>
        </w:rPr>
        <w:t xml:space="preserve">[35:13] </w:t>
      </w:r>
      <w:r>
        <w:t>fa-akhaafu an yaqtuloon wa akhee haaroonu huwa afsahu minnee lisaanan fa-arsil ma'ee wazeeran an yusaddiqanee</w:t>
      </w:r>
    </w:p>
    <w:p>
      <w:pPr>
        <w:jc w:val="right"/>
      </w:pPr>
      <w:r>
        <w:t>فاخاف ان یقتلون واخی ہارون ہو افصح منی لسانا فارسله معیید ان یصدقنی</w:t>
      </w:r>
    </w:p>
    <w:p>
      <w:r>
        <w:rPr>
          <w:b/>
        </w:rPr>
        <w:t xml:space="preserve">[35:30] </w:t>
      </w:r>
      <w:r>
        <w:t>fa-arsil ma'ee wazeeran an yusaddiqanee innee akhaafu an yukaththiboon qaala sanashuddu 'aduka bi-aweeka wa naj'alu lakuma sultanan</w:t>
      </w:r>
    </w:p>
    <w:p>
      <w:pPr>
        <w:jc w:val="right"/>
      </w:pPr>
      <w:r>
        <w:t>فارسله معیید ان یصدقنی انی اخاف ان یکذبون قال سنشد عضدک باخیک ونجعل لکما سلطانا</w:t>
      </w:r>
    </w:p>
    <w:p>
      <w:r>
        <w:rPr>
          <w:b/>
        </w:rPr>
        <w:t xml:space="preserve">[35:52] </w:t>
      </w:r>
      <w:r>
        <w:t>fa-laa yasiluuna ilaikuma bi-aayaatinaa</w:t>
      </w:r>
    </w:p>
    <w:p>
      <w:pPr>
        <w:jc w:val="right"/>
      </w:pPr>
      <w:r>
        <w:t>فلا یصلون الیکما بایاتنا</w:t>
      </w:r>
    </w:p>
    <w:p>
      <w:r>
        <w:rPr>
          <w:b/>
        </w:rPr>
        <w:t xml:space="preserve">[36:00] </w:t>
      </w:r>
      <w:r>
        <w:t>antumaa wa man ittaba'akumul ghaaliboon</w:t>
      </w:r>
    </w:p>
    <w:p>
      <w:pPr>
        <w:jc w:val="right"/>
      </w:pPr>
      <w:r>
        <w:t>انتما ومن اتبعکما الغالبون</w:t>
      </w:r>
    </w:p>
    <w:p>
      <w:r>
        <w:rPr>
          <w:b/>
        </w:rPr>
        <w:t xml:space="preserve">[36:08] </w:t>
      </w:r>
      <w:r>
        <w:t>musa ne kaha: "ae mere rab! main</w:t>
      </w:r>
    </w:p>
    <w:p>
      <w:pPr>
        <w:jc w:val="right"/>
      </w:pPr>
      <w:r>
        <w:t>موسیٰ نے کہا: "اے میرے رب! میں</w:t>
      </w:r>
    </w:p>
    <w:p>
      <w:r>
        <w:rPr>
          <w:b/>
        </w:rPr>
        <w:t xml:space="preserve">[36:11] </w:t>
      </w:r>
      <w:r>
        <w:t>ne un mein se aik shakhs ko qatl kiya hai to main darta hoon ke woh mujhe maar dalenge, aur mera bhai haroon, woh mujh se zyada faseeh hai zaban mein.</w:t>
      </w:r>
    </w:p>
    <w:p>
      <w:pPr>
        <w:jc w:val="right"/>
      </w:pPr>
      <w:r>
        <w:t>نے ان میں سے ایک شخص کو قتل کیا ہے تو میں ڈرتا ہوں کہ وہ مجھے مار ڈالیں گے، اور میرا بھائی ہارون، وہ مجھ سے زیادہ فصیح ہے زبان میں۔</w:t>
      </w:r>
    </w:p>
    <w:p>
      <w:r>
        <w:rPr>
          <w:b/>
        </w:rPr>
        <w:t xml:space="preserve">[36:23] </w:t>
      </w:r>
      <w:r>
        <w:t>pas to is ko mere sath madadgar ki hesiyat se bhej ke woh meri taeed kare. main darta hoon ke woh log mujhe jhutla denge." farmaya ke "hum tumhare bhai ke zariye tumhare bazoo ko mazboot kar denge aur hum tum dono ko ghalba den ge</w:t>
      </w:r>
    </w:p>
    <w:p>
      <w:pPr>
        <w:jc w:val="right"/>
      </w:pPr>
      <w:r>
        <w:t>پس تو اس کو میرے ساتھ مددگار کی حیثیت سے بھیج کہ وہ میری تائید کرے۔ میں ڈرتا ہوں کہ وہ لوگ مجھے جھٹلا دیں گے۔" فرمایا کہ "ہم تمہارے بھائی کے ذریعے تمہارے بازو کو مضبوط کر دیں گے اور ہم تم دونوں کو غلبہ دیں 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