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8 Al-Anfal (The Spoils of War) - Maulana Wahiduddin Khan</w:t>
      </w:r>
    </w:p>
    <w:p>
      <w:r>
        <w:t>https://www.youtube.com/watch?v=EhZ9ByyJEwI</w:t>
      </w:r>
    </w:p>
    <w:p>
      <w:r>
        <w:rPr>
          <w:b/>
        </w:rPr>
        <w:t xml:space="preserve">[01:16] </w:t>
      </w:r>
      <w:r>
        <w:t>shuru Allah ke naam se jo bara meherban, nihayat reham wala hai. woh tum se anfāl ya'ni maal-e-ghaneemat ke baray mein poochte hain.</w:t>
      </w:r>
    </w:p>
    <w:p>
      <w:pPr>
        <w:jc w:val="right"/>
      </w:pPr>
      <w:r>
        <w:t>شروع اللہ کے نام سے جو بڑا مہربان، نہایت رحم والا ہے۔ وہ تم سے انفال یعنی مال غنیمت کے بارے میں پوچھتے ہیں۔</w:t>
      </w:r>
    </w:p>
    <w:p>
      <w:r>
        <w:rPr>
          <w:b/>
        </w:rPr>
        <w:t xml:space="preserve">[01:26] </w:t>
      </w:r>
      <w:r>
        <w:t>kaho: anfāl Allah aur us ke rasool ke hain. pas tum log Allah se daro aur apne aapas ke ta'alluqat ki islaah karo, aur Allah aur us ke rasool ki itaa'at karo agar tum imaan rakhte ho.</w:t>
      </w:r>
    </w:p>
    <w:p>
      <w:pPr>
        <w:jc w:val="right"/>
      </w:pPr>
      <w:r>
        <w:t>کہو: انفال اللہ اور اس کے رسول کے ہیں۔ پس تم لوگ اللہ سے ڈرو اور اپنے آپس کے تعلقات کی اصلاح کرو، اور اللہ اور اس کے رسول کی اطاعت کرو اگر تم ایمان رکھتے ہو۔</w:t>
      </w:r>
    </w:p>
    <w:p>
      <w:r>
        <w:rPr>
          <w:b/>
        </w:rPr>
        <w:t xml:space="preserve">[01:40] </w:t>
      </w:r>
      <w:r>
        <w:t>imaan wale to woh hain ke jab Allah ka zikr kiya jaye to un ke dil dahal jayen, aur jab Allah ki ayatain un ke samne parhi jayen to woh un ka imaan barha deti hain, aur woh apne rab par bharosa rakhte hain.</w:t>
      </w:r>
    </w:p>
    <w:p>
      <w:pPr>
        <w:jc w:val="right"/>
      </w:pPr>
      <w:r>
        <w:t>ایمان والے تو وہ ہیں کہ جب اللہ کا ذکر کیا جائے تو ان کے دل دہل جائیں، اور جب اللہ کی آیتیں ان کے سامنے پڑھی جائیں تو وہ ان کا ایمان بڑھا دیتی ہیں، اور وہ اپنے رب پر بھروسہ رکھتے ہیں۔</w:t>
      </w:r>
    </w:p>
    <w:p>
      <w:r>
        <w:rPr>
          <w:b/>
        </w:rPr>
        <w:t xml:space="preserve">[01:55] </w:t>
      </w:r>
      <w:r>
        <w:t>woh namaz qaim karte hain aur jo kuch hum ne unhein diya hai us mein se kharch karte hain. yahi log haqeeqi momin hain.</w:t>
      </w:r>
    </w:p>
    <w:p>
      <w:pPr>
        <w:jc w:val="right"/>
      </w:pPr>
      <w:r>
        <w:t>وہ نماز قائم کرتے ہیں اور جو کچھ ہم نے انہیں دیا ہے اس میں سے خرچ کرتے ہیں۔ یہی لوگ حقیقی مومن ہیں۔</w:t>
      </w:r>
    </w:p>
    <w:p>
      <w:r>
        <w:rPr>
          <w:b/>
        </w:rPr>
        <w:t xml:space="preserve">[02:04] </w:t>
      </w:r>
      <w:r>
        <w:t>un ke liye un ke rab ke pas darjay aur maghfirat hain, aur un ke liye izzat ki rozi hai. tashreeh: surah anfāl jang-e-badar ya'ni 2 hijri ke baad utri.</w:t>
      </w:r>
    </w:p>
    <w:p>
      <w:pPr>
        <w:jc w:val="right"/>
      </w:pPr>
      <w:r>
        <w:t>ان کے لیے ان کے رب کے پاس درجے اور مغفرت ہیں، اور ان کے لیے عزت کی روزی ہے۔ تشریح: سورہ انفال جنگ بدر یعنی 2 ہجری کے بعد اتری۔</w:t>
      </w:r>
    </w:p>
    <w:p>
      <w:r>
        <w:rPr>
          <w:b/>
        </w:rPr>
        <w:t xml:space="preserve">[02:17] </w:t>
      </w:r>
      <w:r>
        <w:t>is jang mein musalmanon ko fatah hui thi, aur is ke baad maidan-e-jang se kafi maal-e-ghaneemat hasil hua tha, magar yeh amwal 'amalan aik giroh ke qabze mein thay.</w:t>
      </w:r>
    </w:p>
    <w:p>
      <w:pPr>
        <w:jc w:val="right"/>
      </w:pPr>
      <w:r>
        <w:t>اس جنگ میں مسلمانوں کو فتح ہوئی تھی، اور اس کے بعد میدان جنگ سے کافی مال غنیمت حاصل ہوا تھا، مگر یہ اموال عملاً ایک گروہ کے قبضے میں تھے۔</w:t>
      </w:r>
    </w:p>
    <w:p>
      <w:r>
        <w:rPr>
          <w:b/>
        </w:rPr>
        <w:t xml:space="preserve">[02:27] </w:t>
      </w:r>
      <w:r>
        <w:t>is bina par jang ke baad ghaneemat ki taqseem par naz'a paida ho gayi. jang mein kuch log pichli saf mein thay, kuch</w:t>
      </w:r>
    </w:p>
    <w:p>
      <w:pPr>
        <w:jc w:val="right"/>
      </w:pPr>
      <w:r>
        <w:t>اس بنا پر جنگ کے بعد غنیمت کی تقسیم پر نزع پیدا ہو گئی۔ جنگ میں کچھ لوگ پچھلی صف میں تھے، کچھ</w:t>
      </w:r>
    </w:p>
    <w:p>
      <w:r>
        <w:rPr>
          <w:b/>
        </w:rPr>
        <w:t xml:space="preserve">[02:34] </w:t>
      </w:r>
      <w:r>
        <w:t>rasool Allah (sallallahu alaihi wasallam) ki hifazat mein lage hue thay, kuch log aakhri marhale mein dushman ka peechha karte hue aage nikal gaye. is tarah maidan-e-jang se maal-e-ghaneemat lootne ka mauqa aik khaas fareeq ko mila.</w:t>
      </w:r>
    </w:p>
    <w:p>
      <w:pPr>
        <w:jc w:val="right"/>
      </w:pPr>
      <w:r>
        <w:t>رسول اللہ صلی اللہ علیہ وسلم کی حفاظت میں لگے ہوئے تھے، کچھ لوگ آخری مرحلے میں دشمن کا پیچھا کرتے ہوئے آگے نکل گئے۔ اس طرح میدان جنگ سے مال غنیمت لوٹنے کا موقع ایک خاص فریق کو ملا۔</w:t>
      </w:r>
    </w:p>
    <w:p>
      <w:r>
        <w:rPr>
          <w:b/>
        </w:rPr>
        <w:t xml:space="preserve">[02:48] </w:t>
      </w:r>
      <w:r>
        <w:t>doosre log jo is waqt maidan-e-jang se door thay, woh dushman ke chhoday hue amwal ko hasil na kar sake. ab soorat-e-haal yeh thi ke usoolan to jang ke tamam sharika apne aap ko maal-e-ghaneemat mein hissadar samajhte thay, magar maal-e-ghaneemat 'amalan sirf aik</w:t>
      </w:r>
    </w:p>
    <w:p>
      <w:pPr>
        <w:jc w:val="right"/>
      </w:pPr>
      <w:r>
        <w:t>دوسرے لوگ جو اس وقت میدان جنگ سے دور تھے، وہ دشمن کے چھوڑے ہوئے اموال کو حاصل نہ کر سکے۔ اب صورتحال یہ تھی کہ اصولی طور پر تو جنگ کے تمام شرکاء اپنے آپ کو مال غنیمت میں حصے دار سمجھتے تھے، مگر مال غنیمت عملاً صرف ایک</w:t>
      </w:r>
    </w:p>
    <w:p>
      <w:r>
        <w:rPr>
          <w:b/>
        </w:rPr>
        <w:t xml:space="preserve">[03:05] </w:t>
      </w:r>
      <w:r>
        <w:t>giroh ke qabze mein tha. aik fareeq ke pas dalil thi aur doosre fareeq ke pas maal. aik ke pas apne haq ko sabit karne ke liye sirf alfaz thay, jabke doosre ka haq kisi dalil o saboot ke baghair khud qabze ke zor par qaim tha.</w:t>
      </w:r>
    </w:p>
    <w:p>
      <w:pPr>
        <w:jc w:val="right"/>
      </w:pPr>
      <w:r>
        <w:t>گروہ کے قبضے میں تھا۔ ایک فریق کے پاس دلیل تھی اور دوسرے فریق کے پاس مال۔ ایک کے پاس اپنے حق کو ثابت کرنے کے لیے صرف الفاظ تھے، جبکہ دوسرے کا حق کسی دلیل و ثبوت کے بغیر خود قبضے کے زور پر قائم تھا۔</w:t>
      </w:r>
    </w:p>
    <w:p>
      <w:r>
        <w:rPr>
          <w:b/>
        </w:rPr>
        <w:t xml:space="preserve">[03:20] </w:t>
      </w:r>
      <w:r>
        <w:t>is qism ke tamam jhagde Allah ke khauf ke munafi hain. Allah ka khauf aadmi ke andar zimmedari ki nafsiyat ubharta hai. aise aadmi ki tawajjuh farayez par hoti hai, na ke huqooq par.</w:t>
      </w:r>
    </w:p>
    <w:p>
      <w:pPr>
        <w:jc w:val="right"/>
      </w:pPr>
      <w:r>
        <w:t>اس قسم کے تمام جھگڑے خدا کے خوف کے منافی ہیں۔ خدا کا خوف آدمی کے اندر ذمہ داری کی نفسیات ابھارتا ہے۔ ایسے آدمی کی توجہ فرائض پر ہوتی ہے، نہ کہ حقوق پر۔</w:t>
      </w:r>
    </w:p>
    <w:p>
      <w:r>
        <w:rPr>
          <w:b/>
        </w:rPr>
        <w:t xml:space="preserve">[03:32] </w:t>
      </w:r>
      <w:r>
        <w:t>woh apni taraf dekhne ke bajaye Allah ki taraf dekhne</w:t>
      </w:r>
    </w:p>
    <w:p>
      <w:pPr>
        <w:jc w:val="right"/>
      </w:pPr>
      <w:r>
        <w:t>وہ اپنی طرف دیکھنے کے بجائے خدا کی طرف دیکھنے</w:t>
      </w:r>
    </w:p>
    <w:p>
      <w:r>
        <w:rPr>
          <w:b/>
        </w:rPr>
        <w:t xml:space="preserve">[03:35] </w:t>
      </w:r>
      <w:r>
        <w:t>lagta hai. is ka dil Allah aur rasool ki itaa'at ke liye naram par jata hai. woh Allah ka 'ibadat guzar banda ban jata hai.</w:t>
      </w:r>
    </w:p>
    <w:p>
      <w:pPr>
        <w:jc w:val="right"/>
      </w:pPr>
      <w:r>
        <w:t>لگتا ہے۔ اس کا دل خدا اور رسول کی اطاعت کے لیے نرم پڑ جاتا ہے۔ وہ خدا کا عبادت گزار بندہ بن جاتا ہے۔</w:t>
      </w:r>
    </w:p>
    <w:p>
      <w:r>
        <w:rPr>
          <w:b/>
        </w:rPr>
        <w:t xml:space="preserve">[03:43] </w:t>
      </w:r>
      <w:r>
        <w:t>logon ko de kar use taskeen milti hai, na ke logon se cheen kar. yeh ausaf aadmi ke andar haqeeqat pasandi aur haq ke eteraaf ka maada paida karte hain.</w:t>
      </w:r>
    </w:p>
    <w:p>
      <w:pPr>
        <w:jc w:val="right"/>
      </w:pPr>
      <w:r>
        <w:t>لوگوں کو دے کر اسے تسکین ملتی ہے، نہ کہ لوگوں سے چھین کر۔ یہ اوصاف آدمی کے اندر حقیقت پسندی اور حق کے اعتراف کا مادہ پیدا کرتے ہیں۔</w:t>
      </w:r>
    </w:p>
    <w:p>
      <w:r>
        <w:rPr>
          <w:b/>
        </w:rPr>
        <w:t xml:space="preserve">[03:54] </w:t>
      </w:r>
      <w:r>
        <w:t>haqeeqat pasandi aur eteraaf haq ki fiza ka laazmi nateeja yeh hota hai ke aapas ke jhagde khatm ho jate hain, aur agar kabhi ittefaqan ubharte hain to ek baar ki tam bhi un ki islaah ke liye kaafi ho jati hai.</w:t>
      </w:r>
    </w:p>
    <w:p>
      <w:pPr>
        <w:jc w:val="right"/>
      </w:pPr>
      <w:r>
        <w:t>حقیقت پسندی اور اعتراف حق کی فضا کا لازمی نتیجہ یہ ہوتا ہے کہ آپس کے جھگڑے ختم ہو جاتے ہیں، اور اگر کبھی اتفاقاً ابھرتے ہیں تو ایک بار کی تم بھی ان کی اصلاح کے لیے کافی ہو جاتی ہے۔</w:t>
      </w:r>
    </w:p>
    <w:p>
      <w:r>
        <w:rPr>
          <w:b/>
        </w:rPr>
        <w:t xml:space="preserve">[04:09] </w:t>
      </w:r>
      <w:r>
        <w:t>khuda ki pakad ka andesha har ek ko is had par pahuncha deta hai jis had par us ko fi waqe hona chahiye tha, aur jahan har aadmi apni waqai had par rakhne ke liye raazi ho jaye, wahan jhagde ka koi guzar nahin.</w:t>
      </w:r>
    </w:p>
    <w:p>
      <w:pPr>
        <w:jc w:val="right"/>
      </w:pPr>
      <w:r>
        <w:t>خدا کی پکڑ کا اندیشہ ہر ایک کو اس حد پر پہنچا دیتا ہے جس حد پر اس کو فی الواقع ہونا چاہیے تھا، اور جہاں ہر آدمی اپنی واقعی حد پر رکھنے کے لیے راضی ہو جائے، وہاں جھگڑے کا کوئی گزر نہیں۔</w:t>
      </w:r>
    </w:p>
    <w:p>
      <w:r>
        <w:rPr>
          <w:b/>
        </w:rPr>
        <w:t xml:space="preserve">[04:26] </w:t>
      </w:r>
      <w:r>
        <w:t>kama</w:t>
      </w:r>
    </w:p>
    <w:p>
      <w:pPr>
        <w:jc w:val="right"/>
      </w:pPr>
      <w:r>
        <w:t>كما</w:t>
      </w:r>
    </w:p>
    <w:p>
      <w:r>
        <w:rPr>
          <w:b/>
        </w:rPr>
        <w:t xml:space="preserve">[04:27] </w:t>
      </w:r>
      <w:r>
        <w:t>akhrajaka rabbuka min baitika bilhaqq wa inna fareeqan minal mu'mineena lakarahoon.</w:t>
      </w:r>
    </w:p>
    <w:p>
      <w:pPr>
        <w:jc w:val="right"/>
      </w:pPr>
      <w:r>
        <w:t>أخرجك ربك من بيتك بالحق وإن فريقًا من المؤمنين لكارهون.</w:t>
      </w:r>
    </w:p>
    <w:p>
      <w:r>
        <w:rPr>
          <w:b/>
        </w:rPr>
        <w:t xml:space="preserve">[04:39] </w:t>
      </w:r>
      <w:r>
        <w:t>yujadiloonaka filhaqq ba'da ma tabayyana kaannama yusaqoona ilal mauti wa hum yanzuroon.</w:t>
      </w:r>
    </w:p>
    <w:p>
      <w:pPr>
        <w:jc w:val="right"/>
      </w:pPr>
      <w:r>
        <w:t>يجادلونك في الحق بعدما تبين كأنما يساقون إلى الموت وهم ينظرون.</w:t>
      </w:r>
    </w:p>
    <w:p>
      <w:r>
        <w:rPr>
          <w:b/>
        </w:rPr>
        <w:t xml:space="preserve">[04:52] </w:t>
      </w:r>
      <w:r>
        <w:t>wa iz ya'idukumullahu ihdal taa'ifatayni annaha lakum wa tawaddoona anna ghayra zaatish شوكة takoon lakum,</w:t>
      </w:r>
    </w:p>
    <w:p>
      <w:pPr>
        <w:jc w:val="right"/>
      </w:pPr>
      <w:r>
        <w:t>وإذ يعدكم الله إحدى الطائفتين أنها لكم وتودون أن غير ذات الشوكة تكون لكم،</w:t>
      </w:r>
    </w:p>
    <w:p>
      <w:r>
        <w:rPr>
          <w:b/>
        </w:rPr>
        <w:t xml:space="preserve">[05:06] </w:t>
      </w:r>
      <w:r>
        <w:t>wa tawaddoona anna</w:t>
      </w:r>
    </w:p>
    <w:p>
      <w:pPr>
        <w:jc w:val="right"/>
      </w:pPr>
      <w:r>
        <w:t>وتودون أن</w:t>
      </w:r>
    </w:p>
    <w:p>
      <w:r>
        <w:rPr>
          <w:b/>
        </w:rPr>
        <w:t xml:space="preserve">[05:09] </w:t>
      </w:r>
      <w:r>
        <w:t>ghayra zaatish شوكة takoon lakum, wa yureedullahu an yuḥiqqal haqqa bikalimatihi wa yaqṭa'a dabiral kafireen.</w:t>
      </w:r>
    </w:p>
    <w:p>
      <w:pPr>
        <w:jc w:val="right"/>
      </w:pPr>
      <w:r>
        <w:t>غير ذات الشوكة تكون لكم، ويريد الله أن يحق الحق بكلماته ويقطع دابر الكافرين.</w:t>
      </w:r>
    </w:p>
    <w:p>
      <w:r>
        <w:rPr>
          <w:b/>
        </w:rPr>
        <w:t xml:space="preserve">[05:22] </w:t>
      </w:r>
      <w:r>
        <w:t>liyuḥiqqal haqqa wa yubṭilal batila wa law karihal mujrimoon.</w:t>
      </w:r>
    </w:p>
    <w:p>
      <w:pPr>
        <w:jc w:val="right"/>
      </w:pPr>
      <w:r>
        <w:t>ليحق الحق ويبطل الباطل ولو كره المجرمون.</w:t>
      </w:r>
    </w:p>
    <w:p>
      <w:r>
        <w:rPr>
          <w:b/>
        </w:rPr>
        <w:t xml:space="preserve">[05:32] </w:t>
      </w:r>
      <w:r>
        <w:t>jaisa ke tumhare rab ne tum ko haq ke saath tumhare ghar se nikala, aur mominon mein se ek giroh ko yeh nagawar tha. woh is haq ke maamle mein tum se jhagad rahe the, bawajood yeh ke woh zahir ho chuka tha.</w:t>
      </w:r>
    </w:p>
    <w:p>
      <w:pPr>
        <w:jc w:val="right"/>
      </w:pPr>
      <w:r>
        <w:t>جیسا کہ تمہارے رب نے تم کو حق کے ساتھ تمہارے گھر سے نکالا، اور مومنوں میں سے ایک گروہ کو یہ ناگوار تھا۔ وہ اس حق کے معاملے میں تم سے جھگڑ رہے تھے، باوجود یہ کہ وہ ظاہر ہو چکا تھا۔</w:t>
      </w:r>
    </w:p>
    <w:p>
      <w:r>
        <w:rPr>
          <w:b/>
        </w:rPr>
        <w:t xml:space="preserve">[05:45] </w:t>
      </w:r>
      <w:r>
        <w:t>goya ke woh maut ki taraf hankay ja rahe hain, aankhon dekhte. aur jab khuda tum se wada kar raha tha ke do jamaaton mein se ek tum ko mil jaye gi, aur tum chahte the ke jis mein kaanta na lage, woh tum ko mile</w:t>
      </w:r>
    </w:p>
    <w:p>
      <w:pPr>
        <w:jc w:val="right"/>
      </w:pPr>
      <w:r>
        <w:t>گویا کہ وہ موت کی طرف ہانکے جا رہے ہیں، آنکھوں دیکھتے۔ اور جب خدا تم سے وعدہ کر رہا تھا کہ دو جماعتوں میں سے ایک تم کو مل جائے گی، اور تم چاہتے تھے کہ جس میں کانٹا نہ لگے، وہ تم کو ملے</w:t>
      </w:r>
    </w:p>
    <w:p>
      <w:r>
        <w:rPr>
          <w:b/>
        </w:rPr>
        <w:t xml:space="preserve">[06:00] </w:t>
      </w:r>
      <w:r>
        <w:t>, aur Allah chahta tha ke woh haq ka haq sabit hona karte, apne kalmaat se, aur munkiron ki jar kaat te, taake haq haq ho kar rahe aur batil batil ho kar reh jaye, khwah mujrimon ko woh kitna hi nagawar ho.</w:t>
      </w:r>
    </w:p>
    <w:p>
      <w:pPr>
        <w:jc w:val="right"/>
      </w:pPr>
      <w:r>
        <w:t>، اور اللہ چاہتا تھا کہ وہ حق کا حق ثابت ہونا کرتے، اپنے کلمات سے، اور منکروں کی جڑ کاٹتے، تاکہ حق حق ہو کر رہے اور باطل باطل ہو کر رہ جائے، خواہ مجرموں کو وہ کتنا ہی ناگوار ہو۔</w:t>
      </w:r>
    </w:p>
    <w:p>
      <w:r>
        <w:rPr>
          <w:b/>
        </w:rPr>
        <w:t xml:space="preserve">[06:16] </w:t>
      </w:r>
      <w:r>
        <w:t>tashreeh: shaban 9 hijri mein maloom hua ke quraish ka ek tijarti qafila sham se make ki taraf wapas ja raha tha. is qafle ke saath taqreeban pachas hazar ashrafi ka samaan tha.</w:t>
      </w:r>
    </w:p>
    <w:p>
      <w:pPr>
        <w:jc w:val="right"/>
      </w:pPr>
      <w:r>
        <w:t>تشریح: شعبان 9 ہجری میں معلوم ہوا کہ قریش کا ایک تجارتی قافلہ شام سے مکے کی طرف واپس جا رہا ہے۔ اس قافلے کے ساتھ تقریباً پچاس ہزار اشرفی کا سامان تھا۔</w:t>
      </w:r>
    </w:p>
    <w:p>
      <w:r>
        <w:rPr>
          <w:b/>
        </w:rPr>
        <w:t xml:space="preserve">[06:29] </w:t>
      </w:r>
      <w:r>
        <w:t>iska rasta madine ke qareeb se guzarta hai. yeh andesha tha ke musalman apne dushmanon ke qafle tijarat par hamla karen. chunancha qafle ke sardar abu sufyan bin harb ne tez raftaar oontni ke zariye make walon ke paas yeh khabar bheji ke madad ke liye do</w:t>
      </w:r>
    </w:p>
    <w:p>
      <w:pPr>
        <w:jc w:val="right"/>
      </w:pPr>
      <w:r>
        <w:t>اس کا راستہ مدینے کے قریب سے گزرتا ہے۔ یہ اندیشہ تھا کہ مسلمان اپنے دشمنوں کے قافلہ تجارت پر حملہ کریں۔ چنانچہ قافلے کے سردار ابو سفیان بن حرب نے تیز رفتار اونٹنی کے ذریعے مکے والوں کے پاس یہ خبر بھیجی کہ مدد کے لیے دو</w:t>
      </w:r>
    </w:p>
    <w:p>
      <w:r>
        <w:rPr>
          <w:b/>
        </w:rPr>
        <w:t xml:space="preserve">[06:45] </w:t>
      </w:r>
      <w:r>
        <w:t>ro, warna musalman tijarti qafle ko loot len ge. make mein is khabar se bara josh paida hua. chunancha 950 sawaar, jin mein 600 zirah posh the, make se nikal kar madine ki taraf rawana hue.</w:t>
      </w:r>
    </w:p>
    <w:p>
      <w:pPr>
        <w:jc w:val="right"/>
      </w:pPr>
      <w:r>
        <w:t>ڑو، ورنہ مسلمان تجارتی قافلے کو لوٹ لیں گے۔ مکے میں اس خبر سے بڑا جوش پیدا ہو گیا۔ چنانچہ 950 سوار، جن میں 600 ذرہ پوش تھے، مکے سے نکل کر مدینے کی طرف روانہ ہوئے۔</w:t>
      </w:r>
    </w:p>
    <w:p>
      <w:r>
        <w:rPr>
          <w:b/>
        </w:rPr>
        <w:t xml:space="preserve">[06:59] </w:t>
      </w:r>
      <w:r>
        <w:t>rasool Allah صلی اللہ علیہ وسلم ko bhi tamam khabrein mil rahi theen. ab madine ke musalman do girohon ke darmiyan the: ek sham se aanay wala tijarti qafila, doosra make se madine ki taraf barhne wala jangi lashkar.</w:t>
      </w:r>
    </w:p>
    <w:p>
      <w:pPr>
        <w:jc w:val="right"/>
      </w:pPr>
      <w:r>
        <w:t>رسول اللہ صلی اللہ علیہ وسلم کو بھی تمام خبریں مل رہی تھیں۔ اب مدینے کے مسلمان دو گروہوں کے درمیان تھے: ایک شام سے آنے والا تجارتی قافلہ، دوسرا مکے سے مدینے کی طرف بڑھنے والا جنگی لشکر۔</w:t>
      </w:r>
    </w:p>
    <w:p>
      <w:r>
        <w:rPr>
          <w:b/>
        </w:rPr>
        <w:t xml:space="preserve">[07:13] </w:t>
      </w:r>
      <w:r>
        <w:t>musalmanon ke ek tabqe mein yeh zehan paida hua ke tijarti qafle ki taraf barha jaye. is qafle ke saath bamushkil chalis muhafiz the.</w:t>
      </w:r>
    </w:p>
    <w:p>
      <w:pPr>
        <w:jc w:val="right"/>
      </w:pPr>
      <w:r>
        <w:t>مسلمانوں کے ایک طبقے میں یہ ذہن پیدا ہوا کہ تجارتی قافلے کی طرف بڑھا جائے۔ اس قافلے کے ساتھ بمشکل چالیس محافظ تھے۔</w:t>
      </w:r>
    </w:p>
    <w:p>
      <w:r>
        <w:rPr>
          <w:b/>
        </w:rPr>
        <w:t xml:space="preserve">[07:22] </w:t>
      </w:r>
      <w:r>
        <w:t>is ko ba aasani magloob kar ke is ke samaan par qabza kiya ja sakta tha. magar khuda ka mansooba doosra tha.</w:t>
      </w:r>
    </w:p>
    <w:p>
      <w:pPr>
        <w:jc w:val="right"/>
      </w:pPr>
      <w:r>
        <w:t>اس کو با آسانی مغلوب کر کے اس کے سامان پر قبضہ کیا جا سکتا تھا۔ مگر خدا کا منصوبہ دوسرا تھا۔</w:t>
      </w:r>
    </w:p>
    <w:p>
      <w:r>
        <w:rPr>
          <w:b/>
        </w:rPr>
        <w:t xml:space="preserve">[07:29] </w:t>
      </w:r>
      <w:r>
        <w:t>khuda ko darasal munkireen haq ka zor todna tha, na ke kuch iktisadi faida hasil karna.</w:t>
      </w:r>
    </w:p>
    <w:p>
      <w:pPr>
        <w:jc w:val="right"/>
      </w:pPr>
      <w:r>
        <w:t>خدا کو دراصل منکرین حق کا زور توڑنا تھا، نہ کہ کچھ اقتصادی فائدہ حاصل کرنا۔</w:t>
      </w:r>
    </w:p>
    <w:p>
      <w:r>
        <w:rPr>
          <w:b/>
        </w:rPr>
        <w:t xml:space="preserve">[07:36] </w:t>
      </w:r>
      <w:r>
        <w:t>khuda ne makhsoos halaat paida kar ke aisa kiya ke tamam mukhalif sardaron ko make se nikala aur un ko madine se bees meel ke faasle par badr ke maqam par pahuncha diya, taake musalmanon ko un se takra kar hamesha ke liye un ka khatma kar diya jaye.</w:t>
      </w:r>
    </w:p>
    <w:p>
      <w:pPr>
        <w:jc w:val="right"/>
      </w:pPr>
      <w:r>
        <w:t>خدا نے مخصوص حالات پیدا کر کے ایسا کیا کہ تمام مخالف سرداروں کو مکے سے نکالا اور ان کو مدینے سے بیس میل کے فاصلے پر بدر کے مقام پر پہنچا دیا، تاکہ مسلمانوں کو ان سے ٹکرا کر ہمیشہ کے لیے ان کا خاتمہ کر دیا جائے۔</w:t>
      </w:r>
    </w:p>
    <w:p>
      <w:r>
        <w:rPr>
          <w:b/>
        </w:rPr>
        <w:t xml:space="preserve">[07:52] </w:t>
      </w:r>
      <w:r>
        <w:t>Allah ke rasool ne jab musalmanon ko khuda ke is mansoobe se muttala kiya to sab ke sab mutafiq ho kar badr ki taraf barhe. un ki tadad agarche sirf 313 thi.</w:t>
      </w:r>
    </w:p>
    <w:p>
      <w:pPr>
        <w:jc w:val="right"/>
      </w:pPr>
      <w:r>
        <w:t>اللہ کے رسول نے جب مسلمانوں کو خدا کے اس منصوبے سے مطلع کیا تو سب کے سب متفق ہو کر بدر کی طرف بڑھے۔ ان کی تعداد اگرچہ صرف 313 تھی۔</w:t>
      </w:r>
    </w:p>
    <w:p>
      <w:r>
        <w:rPr>
          <w:b/>
        </w:rPr>
        <w:t xml:space="preserve">[08:03] </w:t>
      </w:r>
      <w:r>
        <w:t>un ke paas hathiyar kam the. magar Allah ne un ki khasoosi madad farmayi. unhon ne quraish ke lashkar ko buri tarah shikast di. un ke 70 sardar qatl hue aur 70 giraftar kar liye gaye.</w:t>
      </w:r>
    </w:p>
    <w:p>
      <w:pPr>
        <w:jc w:val="right"/>
      </w:pPr>
      <w:r>
        <w:t>ان کے پاس ہتھیار کم تھے۔ مگر اللہ نے ان کی خصوصی مدد فرمائی۔ انہوں نے قریش کے لشکر کو بری طرح شکست دی۔ ان کے 70 سردار قتل ہوئے اور 70 گرفتار کر لیے گئے۔</w:t>
      </w:r>
    </w:p>
    <w:p>
      <w:r>
        <w:rPr>
          <w:b/>
        </w:rPr>
        <w:t xml:space="preserve">[08:16] </w:t>
      </w:r>
      <w:r>
        <w:t>badr ka maidan kufr ke muqable mein islam ki fatah ka maidan ban gaya. jab bhi aisa ho ke ek taraf maadi faida ho aur doosri taraf deeni faida, to yeh taqseem khud is baat ka saboot hai ke khuda ki marzi deeni faide ki taraf hai, na ke maadi faide ki taraf</w:t>
      </w:r>
    </w:p>
    <w:p>
      <w:pPr>
        <w:jc w:val="right"/>
      </w:pPr>
      <w:r>
        <w:t>بدر کا میدان کفر کے مقابلے میں اسلام کی فتح کا میدان بن گیا۔ جب بھی ایسا ہو کہ ایک طرف مادی فائدہ ہو اور دوسری طرف دینی فائدہ، تو یہ تقسیم خود اس بات کا ثبوت ہے کہ خدا کی مرضی دینی فائدے کی طرف ہے، نہ کہ مادی فائدے کی طرف</w:t>
      </w:r>
    </w:p>
    <w:p>
      <w:r>
        <w:rPr>
          <w:b/>
        </w:rPr>
        <w:t xml:space="preserve">[08:34] </w:t>
      </w:r>
      <w:r>
        <w:t>. islami jahad ka nishana kabhi maashi mafad hasil karna nahi hota. islami jahad ka nishana hamesha batil ka zor todna hota hai, khwah woh nazriati taqat ke zariye ho ya halaat ke aitbar se maadi taqat ke zariye.</w:t>
      </w:r>
    </w:p>
    <w:p>
      <w:pPr>
        <w:jc w:val="right"/>
      </w:pPr>
      <w:r>
        <w:t>۔ اسلامی جدوجہد کا نشانہ کبھی معاشی مفاد حاصل کرنا نہیں ہوتا۔ اسلامی جدوجہد کا نشانہ ہمیشہ باطل کا زور توڑنا ہوتا ہے، خواہ وہ نظریاتی طاقت کے ذریعے ہو یا حالات کے اعتبار سے مادی طاقت کے ذریعے۔</w:t>
      </w:r>
    </w:p>
    <w:p>
      <w:r>
        <w:rPr>
          <w:b/>
        </w:rPr>
        <w:t xml:space="preserve">[08:53] </w:t>
      </w:r>
      <w:r>
        <w:t>idha tastagheethoona rabbakum fastajaba lakum inni mumiddukum bi-alfin min al-malaa'ikati murdifeen</w:t>
      </w:r>
    </w:p>
    <w:p>
      <w:pPr>
        <w:jc w:val="right"/>
      </w:pPr>
      <w:r>
        <w:t>إذ تستغيثون ربكم فاستجاب لكم إني ممدكم بألف من الملائكة مردفين</w:t>
      </w:r>
    </w:p>
    <w:p>
      <w:r>
        <w:rPr>
          <w:b/>
        </w:rPr>
        <w:t xml:space="preserve">[09:11] </w:t>
      </w:r>
      <w:r>
        <w:t>wa maa ja'alahu Allahu illa basharan wa li-tatma'inna bihi quloobukum wa maa an-nasru illa min 'indi Allah inna Allaha 'azeezun hakeem</w:t>
      </w:r>
    </w:p>
    <w:p>
      <w:pPr>
        <w:jc w:val="right"/>
      </w:pPr>
      <w:r>
        <w:t>وما جعله الله إلا بشرا ولتطمئن به قلوبكم وما النصر إلا من عند الله إن الله عزيز حكيم</w:t>
      </w:r>
    </w:p>
    <w:p>
      <w:r>
        <w:rPr>
          <w:b/>
        </w:rPr>
        <w:t xml:space="preserve">[09:31] </w:t>
      </w:r>
      <w:r>
        <w:t>idha yughsheekumu an-nu'aasu amnatam minhu wa yunazzilu 'alaykum min as-samaa'i maa'an li-yutahhirakum bihi</w:t>
      </w:r>
    </w:p>
    <w:p>
      <w:pPr>
        <w:jc w:val="right"/>
      </w:pPr>
      <w:r>
        <w:t>إذ يغشيكم النعاس أمنة منه وينزل عليكم من السماء ماء ليطهركم به</w:t>
      </w:r>
    </w:p>
    <w:p>
      <w:r>
        <w:rPr>
          <w:b/>
        </w:rPr>
        <w:t xml:space="preserve">[09:51] </w:t>
      </w:r>
      <w:r>
        <w:t>wa yudh-hibu 'ankum rijza ash-shaytaani wa li-yarbuta 'ala quloobikum wa yuthabbita bihi al-aqdaama idh yoohi rabbuka ila al-malaa'ikati</w:t>
      </w:r>
    </w:p>
    <w:p>
      <w:pPr>
        <w:jc w:val="right"/>
      </w:pPr>
      <w:r>
        <w:t>ويذهب عنكم رجز الشيطان وليربط على قلوبكم ويثبت به الأقدام إذ يوحي ربك إلى الملائكة</w:t>
      </w:r>
    </w:p>
    <w:p>
      <w:r>
        <w:rPr>
          <w:b/>
        </w:rPr>
        <w:t xml:space="preserve">[10:07] </w:t>
      </w:r>
      <w:r>
        <w:t>inni ma'akum fa-thabbitu alladheena aamanoo sa-ulqee fee quloobi alladheena kafaroo ar-ru'ba fa-idriboo fawqa al-a'naaqi wa idriboo minhum kulla banaani dhalika bi-annahum</w:t>
      </w:r>
    </w:p>
    <w:p>
      <w:pPr>
        <w:jc w:val="right"/>
      </w:pPr>
      <w:r>
        <w:t>إني معكم فثبتوا الذين آمنوا سألقي في قلوب الذين كفروا الرعب فاضربوا فوق الأعناق واضربوا منهم كل بنان ذلك بأنهم</w:t>
      </w:r>
    </w:p>
    <w:p>
      <w:r>
        <w:rPr>
          <w:b/>
        </w:rPr>
        <w:t xml:space="preserve">[10:27] </w:t>
      </w:r>
      <w:r>
        <w:t>shaqqoo Allaha wa Rasoolahu wa man yushaaqqi Allaha wa Rasoolahu fa-inna Allaha shadeedu al-'iqaabi dhalikum fa-dhooqoohu wa inna lil</w:t>
      </w:r>
    </w:p>
    <w:p>
      <w:pPr>
        <w:jc w:val="right"/>
      </w:pPr>
      <w:r>
        <w:t>شاقوا الله ورسوله ومن يشاقق الله ورسوله فإن الله شديد العقاب ذلكم فذوقوه وإن لل</w:t>
      </w:r>
    </w:p>
    <w:p>
      <w:r>
        <w:rPr>
          <w:b/>
        </w:rPr>
        <w:t xml:space="preserve">[10:47] </w:t>
      </w:r>
      <w:r>
        <w:t>kaafireena 'adhaaba an-naar</w:t>
      </w:r>
    </w:p>
    <w:p>
      <w:pPr>
        <w:jc w:val="right"/>
      </w:pPr>
      <w:r>
        <w:t>كافرين عذاب النار.</w:t>
      </w:r>
    </w:p>
    <w:p>
      <w:r>
        <w:rPr>
          <w:b/>
        </w:rPr>
        <w:t xml:space="preserve">[10:54] </w:t>
      </w:r>
      <w:r>
        <w:t>jab tum apne rabb se faryaad kar rahe thay to us ne tumhari faryaad suni ke main tumhari madad ke liye ek hazaar farishtay lagaataar bhej raha hoon, aur yeh Allah ne sirf is liye kiya taake tumhare liye khushkhabri ho aur taake tumhare dil is se mutma'in ho jayen.</w:t>
      </w:r>
    </w:p>
    <w:p>
      <w:pPr>
        <w:jc w:val="right"/>
      </w:pPr>
      <w:r>
        <w:t>جب تم اپنے رب سے فریاد کر رہے تھے تو اس نے تمہاری فریاد سنی کہ میں تمہاری مدد کے لیے ایک ہزار فرشتے لگاتار بھیج رہا ہوں، اور یہ اللہ نے صرف اس لیے کیا تاکہ تمہارے لیے خوشخبری ہو اور تاکہ تمہارے دل اس سے مطمئن ہو جائیں۔</w:t>
      </w:r>
    </w:p>
    <w:p>
      <w:r>
        <w:rPr>
          <w:b/>
        </w:rPr>
        <w:t xml:space="preserve">[11:12] </w:t>
      </w:r>
      <w:r>
        <w:t>aur madad to Allah hi ke paas se aati hai. Yaqeenan Allah zabardast hai, hikmat wala hai. Jab Allah ne tum par oongh daal di apni taraf se tumhari taskeen ke liye, aur</w:t>
      </w:r>
    </w:p>
    <w:p>
      <w:pPr>
        <w:jc w:val="right"/>
      </w:pPr>
      <w:r>
        <w:t>اور مدد تو اللہ ہی کے پاس سے آتی ہے۔ یقیناً اللہ زبردست ہے، حکمت والا ہے۔ جب اللہ نے تم پر اونگھ ڈال دی اپنی طرف سے تمہاری تسکین کے لیے، اور</w:t>
      </w:r>
    </w:p>
    <w:p>
      <w:r>
        <w:rPr>
          <w:b/>
        </w:rPr>
        <w:t xml:space="preserve">[11:24] </w:t>
      </w:r>
      <w:r>
        <w:t>aasman se tumhare oopar paani utara ke is ke zariye se woh tumhein paak kare aur tum se shaitan ki najasat ko door kar de, aur tumhare dilon ko mazboot kar de aur is se qadmon ko jama de.</w:t>
      </w:r>
    </w:p>
    <w:p>
      <w:pPr>
        <w:jc w:val="right"/>
      </w:pPr>
      <w:r>
        <w:t>آسمان سے تمہارے اوپر پانی اتارا کہ اس کے ذریعے سے وہ تمہیں پاک کرے اور تم سے شیطان کی نجاست کو دور کر دے، اور تمہارے دلوں کو مضبوط کر دے اور اس سے قدموں کو جما دے۔</w:t>
      </w:r>
    </w:p>
    <w:p>
      <w:r>
        <w:rPr>
          <w:b/>
        </w:rPr>
        <w:t xml:space="preserve">[11:37] </w:t>
      </w:r>
      <w:r>
        <w:t>jab tere rabb ne farishton ko hukum bheja ke main tumhare saath hoon, tum imaan walon ko jamaaye rakho, main munkiron ke dil mein ro'b daal doonga.</w:t>
      </w:r>
    </w:p>
    <w:p>
      <w:pPr>
        <w:jc w:val="right"/>
      </w:pPr>
      <w:r>
        <w:t>جب تیرے رب نے فرشتوں کو حکم بھیجا کہ میں تمہارے ساتھ ہوں، تم ایمان والوں کو جمائے رکھو، میں منکروں کے دل میں رعب ڈال دوں گا۔</w:t>
      </w:r>
    </w:p>
    <w:p>
      <w:r>
        <w:rPr>
          <w:b/>
        </w:rPr>
        <w:t xml:space="preserve">[11:48] </w:t>
      </w:r>
      <w:r>
        <w:t>pas tum un ki gardan ke oopar maaro aur un ke por por par zarb lagao, yeh is sabab se ke unhon ne Allah aur us ke Rasool ki mukhalifat ki</w:t>
      </w:r>
    </w:p>
    <w:p>
      <w:pPr>
        <w:jc w:val="right"/>
      </w:pPr>
      <w:r>
        <w:t>پس تم ان کی گردن کے اوپر مارو اور ان کے پور پور پر ضرب لگاؤ، یہ اس سبب سے کہ انہوں نے اللہ اور اس کے رسول کی مخالفت کی</w:t>
      </w:r>
    </w:p>
    <w:p>
      <w:r>
        <w:rPr>
          <w:b/>
        </w:rPr>
        <w:t xml:space="preserve">[11:58] </w:t>
      </w:r>
      <w:r>
        <w:t>, aur jo koi Allah aur us ke Rasool ki mukhalifat karta hai to Allah saza dene mein sakht hai. Yeh to ab chakho aur jaan lo ke munkiron ke liye aag ka azaab hai.</w:t>
      </w:r>
    </w:p>
    <w:p>
      <w:pPr>
        <w:jc w:val="right"/>
      </w:pPr>
      <w:r>
        <w:t>، اور جو کوئی اللہ اور اس کے رسول کی مخالفت کرتا ہے تو اللہ سزا دینے میں سخت ہے۔ یہ تو اب چکھو اور جان لو کہ منکروں کے لیے آگ کا عذاب ہے۔</w:t>
      </w:r>
    </w:p>
    <w:p>
      <w:r>
        <w:rPr>
          <w:b/>
        </w:rPr>
        <w:t xml:space="preserve">[12:10] </w:t>
      </w:r>
      <w:r>
        <w:t>tashreeh: badr ki ladaai bade nazuk halaat mein hui. Taqrreeban ek hazaar musallah dushmanon ke muqable mein musalmanon ki tadaad sirf 313 thi.</w:t>
      </w:r>
    </w:p>
    <w:p>
      <w:pPr>
        <w:jc w:val="right"/>
      </w:pPr>
      <w:r>
        <w:t>تشریح: بدر کی لڑائی بڑے نازک حالات میں ہوئی۔ تقریباً ایک ہزار مسلح دشمنوں کے مقابلے میں مسلمانوں کی تعداد صرف 313 تھی۔</w:t>
      </w:r>
    </w:p>
    <w:p>
      <w:r>
        <w:rPr>
          <w:b/>
        </w:rPr>
        <w:t xml:space="preserve">[12:21] </w:t>
      </w:r>
      <w:r>
        <w:t>un ke paas hathiyaar bhi kam thay.</w:t>
      </w:r>
    </w:p>
    <w:p>
      <w:pPr>
        <w:jc w:val="right"/>
      </w:pPr>
      <w:r>
        <w:t>ان کے پاس ہتھیار بھی کم تھے۔</w:t>
      </w:r>
    </w:p>
    <w:p>
      <w:r>
        <w:rPr>
          <w:b/>
        </w:rPr>
        <w:t xml:space="preserve">[12:23] </w:t>
      </w:r>
      <w:r>
        <w:t>dushmanon ne maqam jang yaani badr par pehle pahunch kar wahan achhi jagah aur paani ke chashme par qabza kar liya. Is qism ke halaat dekh kar musalmanon ke dil mein yeh waswasa aane laga ke jis mission ke liye woh apni zindagi veeran kar rahe hain, us ke saath shayad Khuda ki madad shamil nahin.</w:t>
      </w:r>
    </w:p>
    <w:p>
      <w:pPr>
        <w:jc w:val="right"/>
      </w:pPr>
      <w:r>
        <w:t>دشمنوں نے مقام جنگ یعنی بدر پر پہلے پہنچ کر وہاں اچھی جگہ اور پانی کے چشمے پر قبضہ کر لیا۔ اس قسم کے حالات دیکھ کر مسلمانوں کے دل میں یہ وسوسہ آنے لگا کہ جس مشن کے لیے وہ اپنی زندگی ویران کر رہے ہیں، اس کے ساتھ شاید خدا کی مدد شامل نہیں۔</w:t>
      </w:r>
    </w:p>
    <w:p>
      <w:r>
        <w:rPr>
          <w:b/>
        </w:rPr>
        <w:t xml:space="preserve">[12:41] </w:t>
      </w:r>
      <w:r>
        <w:t>agar woh haq hota to aise nazuk mauqe par Khuda kyun un ka saath na deta? Kyun asbaab ke tamam siray un ke haath se nikal kar dushmanon ki taraf chale jatay?</w:t>
      </w:r>
    </w:p>
    <w:p>
      <w:pPr>
        <w:jc w:val="right"/>
      </w:pPr>
      <w:r>
        <w:t>اگر وہ حق ہوتا تو ایسے نازک موقع پر خدا کیوں ان کا ساتھ نہ دیتا؟ کیوں اسباب کے تمام سرے ان کے ہاتھ سے نکل کر دشمنوں کی طرف چلے جاتے؟</w:t>
      </w:r>
    </w:p>
    <w:p>
      <w:r>
        <w:rPr>
          <w:b/>
        </w:rPr>
        <w:t xml:space="preserve">[12:52] </w:t>
      </w:r>
      <w:r>
        <w:t>us waqt Allah taala ne badr ke ilaqe mein zor ki baarish barsai. Musalmanon ne hauz bana bana kar baarish ka paani jama kar liya. Dushmanon ne musalmanon ko zameen ke paani se mehroom kiya tha.</w:t>
      </w:r>
    </w:p>
    <w:p>
      <w:pPr>
        <w:jc w:val="right"/>
      </w:pPr>
      <w:r>
        <w:t>اس وقت اللہ تعالیٰ نے بدر کے علاقے میں زور کی بارش برسائی۔ مسلمانوں نے حوض بنا بنا کر بارش کا پانی جمع کر لیا۔ دشمنوں نے مسلمانوں کو زمین کے پانی سے محروم کیا تھا۔</w:t>
      </w:r>
    </w:p>
    <w:p>
      <w:r>
        <w:rPr>
          <w:b/>
        </w:rPr>
        <w:t xml:space="preserve">[13:04] </w:t>
      </w:r>
      <w:r>
        <w:t>Khuda ne un ke liye aasman se paani ka intezaam kar diya.</w:t>
      </w:r>
    </w:p>
    <w:p>
      <w:pPr>
        <w:jc w:val="right"/>
      </w:pPr>
      <w:r>
        <w:t>خدا نے ان کے لیے آسمان سے پانی کا انتظام کر دیا۔</w:t>
      </w:r>
    </w:p>
    <w:p>
      <w:r>
        <w:rPr>
          <w:b/>
        </w:rPr>
        <w:t xml:space="preserve">[13:08] </w:t>
      </w:r>
      <w:r>
        <w:t>is tarah Khuda ne yeh ghair maamooli inaam farmaya ke musalmanon ke oopar neend taari kar di. Sona aadmi ke liye taaza dam hone ke liye bohat zaroori</w:t>
      </w:r>
    </w:p>
    <w:p>
      <w:pPr>
        <w:jc w:val="right"/>
      </w:pPr>
      <w:r>
        <w:t>اس طرح خدا نے یہ غیر معمولی انعام فرمایا کہ مسلمانوں کے اوپر نیند طاری کر دی۔ سونا آدمی کے لیے تازہ دم ہونے کے لیے بہت ضروری</w:t>
      </w:r>
    </w:p>
    <w:p>
      <w:r>
        <w:rPr>
          <w:b/>
        </w:rPr>
        <w:t xml:space="preserve">[13:18] </w:t>
      </w:r>
      <w:r>
        <w:t>hai, magar maidan-e-jang ke halaat is qadar wehshat naak hotay hain ke aadmi ki neend urr jati hai. Is ke bawajood Allah taala ne musalmanon ki yeh khusoosi madad farmayi ke jang ke din se pehli wali raat ko un par neend taari kar di.</w:t>
      </w:r>
    </w:p>
    <w:p>
      <w:pPr>
        <w:jc w:val="right"/>
      </w:pPr>
      <w:r>
        <w:t>ہے، مگر میدان جنگ کے حالات اس قدر وحشت ناک ہوتے ہیں کہ آدمی کی نیند اڑ جاتی ہے۔ اس کے باوجود اللہ تعالیٰ نے مسلمانوں کی یہ خصوصی مدد فرمائی کہ جنگ کے دن سے پہلی والی رات کو ان پر نیند طاری کر دی۔</w:t>
      </w:r>
    </w:p>
    <w:p>
      <w:r>
        <w:rPr>
          <w:b/>
        </w:rPr>
        <w:t xml:space="preserve">[13:32] </w:t>
      </w:r>
      <w:r>
        <w:t>woh raat ko zehni bojh se farigh ho kar so gaye aur subah ko poori tarah taaza dam ho kar uthe. Jo halaat musalmanon ke andar waswasa paida karne ka sabab ban rahe thay, unhi halaat ke andar Khuda ne aise imkanaat paida kar diye ke un ke</w:t>
      </w:r>
    </w:p>
    <w:p>
      <w:pPr>
        <w:jc w:val="right"/>
      </w:pPr>
      <w:r>
        <w:t>وہ رات کو ذہنی بوجھ سے فارغ ہو کر سو گئے اور صبح کو پوری طرح تازہ دم ہو کر اٹھے۔ جو حالات مسلمانوں کے اندر وسوسہ پیدا کرنے کا سبب بن رہے تھے، انہی حالات کے اندر خدا نے ایسے امکانات پیدا کر دیے کہ ان کے</w:t>
      </w:r>
    </w:p>
    <w:p>
      <w:r>
        <w:rPr>
          <w:b/>
        </w:rPr>
        <w:t xml:space="preserve">[13:48] </w:t>
      </w:r>
      <w:r>
        <w:t>andar naya yaqeen o aitemaad ubhar aaya. Muqable ke waqt ahl-e-haq se jo cheez talab hai, woh saabit qadmi hai. Unhein kisi haal mein bad-dil nahin hona chahiye.</w:t>
      </w:r>
    </w:p>
    <w:p>
      <w:pPr>
        <w:jc w:val="right"/>
      </w:pPr>
      <w:r>
        <w:t>اندر نیا یقین و اعتماد ابھر آیا۔ مقابلے کے وقت اہل حق سے جو چیز طلب ہے، وہ ثابت قدمی ہے۔ انہیں کسی حال میں بددل نہیں ہونا چاہیے۔</w:t>
      </w:r>
    </w:p>
    <w:p>
      <w:r>
        <w:rPr>
          <w:b/>
        </w:rPr>
        <w:t xml:space="preserve">[13:59] </w:t>
      </w:r>
      <w:r>
        <w:t>is saabit qadmi ka naqd inaam Khuda ki taraf se yeh milta hai ke dushmanan-e-haq ke dilon mein ro'b daal diya jata hai, aur jo giroh apne hareef se mar'oob ho jaye, us ko koi cheez shikast se nahin bacha sakti.</w:t>
      </w:r>
    </w:p>
    <w:p>
      <w:pPr>
        <w:jc w:val="right"/>
      </w:pPr>
      <w:r>
        <w:t>اس ثابت قدمی کا نقد انعام خدا کی طرف سے یہ ملتا ہے کہ دشمنان حق کے دلوں میں رعب ڈال دیا جاتا ہے، اور جو گروہ اپنے حریف سے مرعوب ہو جائے، اس کو کوئی چیز شکست سے نہیں بچا سکتی۔</w:t>
      </w:r>
    </w:p>
    <w:p>
      <w:r>
        <w:rPr>
          <w:b/>
        </w:rPr>
        <w:t xml:space="preserve">[14:15] </w:t>
      </w:r>
      <w:r>
        <w:t>ya ayyuha alladheena aamanoo idha laqeetum alladheena kafaroo zahfan fala tuwalloohumu al-adbaara wa man yuwallihim yawma'idhin</w:t>
      </w:r>
    </w:p>
    <w:p>
      <w:pPr>
        <w:jc w:val="right"/>
      </w:pPr>
      <w:r>
        <w:t>يا أيها الذين آمنوا إذا لقيتم الذين كفروا زحفا فلا تولوهم الأدبار ومن يولهم يومئذ</w:t>
      </w:r>
    </w:p>
    <w:p>
      <w:r>
        <w:rPr>
          <w:b/>
        </w:rPr>
        <w:t xml:space="preserve">[14:33] </w:t>
      </w:r>
      <w:r>
        <w:t>dubra illa mutaharifan liqital aw mutahayyizan ila fa'atin faqad ba'a bi ghadabin faqad ba'a bi ghadabin</w:t>
      </w:r>
    </w:p>
    <w:p>
      <w:pPr>
        <w:jc w:val="right"/>
      </w:pPr>
      <w:r>
        <w:t>دبره إلا متحرفا لقتال أو متحيزا إلى فئة فقد باء بغضب فقد باء بغضب</w:t>
      </w:r>
    </w:p>
    <w:p>
      <w:r>
        <w:rPr>
          <w:b/>
        </w:rPr>
        <w:t xml:space="preserve">[14:51] </w:t>
      </w:r>
      <w:r>
        <w:t>min allahi wama'wahu jahannamu wabiusul masir.</w:t>
      </w:r>
    </w:p>
    <w:p>
      <w:pPr>
        <w:jc w:val="right"/>
      </w:pPr>
      <w:r>
        <w:t>من الله وماواه جهنم وبئس المصير.</w:t>
      </w:r>
    </w:p>
    <w:p>
      <w:r>
        <w:rPr>
          <w:b/>
        </w:rPr>
        <w:t xml:space="preserve">[15:00] </w:t>
      </w:r>
      <w:r>
        <w:t>ae imaan walo! jab tumhara muqabla munkireen se maidan-e-jang mein ho to un se peeth mat phero, aur jis ne aise mauqe par peeth phairi, siwaye is ke ke jangī chal ke taur par ho ya doosri fauj se ja milne ke liye, to woh Allah ke ghab mein aa jayega, aur uska thikana jahannum hai, aur woh bohat hi bura thikana hai.</w:t>
      </w:r>
    </w:p>
    <w:p>
      <w:pPr>
        <w:jc w:val="right"/>
      </w:pPr>
      <w:r>
        <w:t>اے ایمان والو! جب تمہارا مقابلہ منکرین سے میدان جنگ میں ہو تو ان سے پیٹھ مت پھیرو، اور جس نے ایسے موقع پر پیٹھ پھیری، سوائے اس کے کہ جنگی چال کے طور پر ہو یا دوسری فوج سے جا ملنے کے لیے، تو وہ اللہ کے غضب میں آ جائے گا، اور اس کا ٹھکانہ جہنم ہے، اور وہ بہت ہی برا ٹھکانہ ہے۔</w:t>
      </w:r>
    </w:p>
    <w:p>
      <w:r>
        <w:rPr>
          <w:b/>
        </w:rPr>
        <w:t xml:space="preserve">[15:25] </w:t>
      </w:r>
      <w:r>
        <w:t>tashreeh: Islam aur ghair Islam ka takrao jab jang ke maidan tak pahunch jaye to yeh goya dono fareeqon ke liye aakhri faisle ka waqt hota hai.</w:t>
      </w:r>
    </w:p>
    <w:p>
      <w:pPr>
        <w:jc w:val="right"/>
      </w:pPr>
      <w:r>
        <w:t>تشریح: اسلام اور غیر اسلام کا ٹکراؤ جب جنگ کے میدان تک پہنچ جائے تو یہ گویا دونوں فریقوں کے لیے آخری فیصلے کا وقت ہوتا ہے۔</w:t>
      </w:r>
    </w:p>
    <w:p>
      <w:r>
        <w:rPr>
          <w:b/>
        </w:rPr>
        <w:t xml:space="preserve">[15:34] </w:t>
      </w:r>
      <w:r>
        <w:t>aise nazuk lamhe mein agar koi shakhs ya giroh aisa kare ke ain ma'rake ke waqt woh maidan chhod kar bhage to us ne badtareen jurm kiya.</w:t>
      </w:r>
    </w:p>
    <w:p>
      <w:pPr>
        <w:jc w:val="right"/>
      </w:pPr>
      <w:r>
        <w:t>ایسے نازک لمحے میں اگر کوئی شخص یا گروہ ایسا کرے کہ عین معرکے کے وقت وہ میدان چھوڑ کر بھاگے تو اس نے بدترین جرم کیا۔</w:t>
      </w:r>
    </w:p>
    <w:p>
      <w:r>
        <w:rPr>
          <w:b/>
        </w:rPr>
        <w:t xml:space="preserve">[15:44] </w:t>
      </w:r>
      <w:r>
        <w:t>ek taraf us ne haq ko bachane ke muqable mein apne aap ko bachane ko zyada aham samjha, us ne apne maqsad ke muqable mein apni zaat ko tarjeeh di,</w:t>
      </w:r>
    </w:p>
    <w:p>
      <w:pPr>
        <w:jc w:val="right"/>
      </w:pPr>
      <w:r>
        <w:t>ایک طرف اس نے حق کو بچانے کے مقابلے میں اپنے آپ کو بچانے کو زیادہ اہم سمجھا، اس نے اپنے مقصد کے مقابلے میں اپنی ذات کو ترجیح دی،</w:t>
      </w:r>
    </w:p>
    <w:p>
      <w:r>
        <w:rPr>
          <w:b/>
        </w:rPr>
        <w:t xml:space="preserve">[15:53] </w:t>
      </w:r>
      <w:r>
        <w:t>aur yeh sab kuch us ne is waqt kiya jab ke us haq ki zindagi ki bazi lagi hui thi, jis ko aala tareen sadaqat qarar de kar woh us par imaan laya tha.</w:t>
      </w:r>
    </w:p>
    <w:p>
      <w:pPr>
        <w:jc w:val="right"/>
      </w:pPr>
      <w:r>
        <w:t>اور یہ سب کچھ اس نے اس وقت کیا جب کہ اس حق کی زندگی کی بازی لگی ہوئی تھی، جس کو اعلیٰ ترین صداقت قرار دے کر وہ اس پر ایمان لایا تھا۔</w:t>
      </w:r>
    </w:p>
    <w:p>
      <w:r>
        <w:rPr>
          <w:b/>
        </w:rPr>
        <w:t xml:space="preserve">[16:04] </w:t>
      </w:r>
      <w:r>
        <w:t>doosre yeh ke aise nazuk mauqe par aksar ek chhota sa waqea bohat bade waqea ka sabab ban jata hai. Ek shakhs ya ek giroh ka maidan chhod kar bhagna poori fauj ka hausla tod deta hai.</w:t>
      </w:r>
    </w:p>
    <w:p>
      <w:pPr>
        <w:jc w:val="right"/>
      </w:pPr>
      <w:r>
        <w:t>دوسرے یہ کہ ایسے نازک موقع پر اکثر ایک چھوٹا سا واقعہ بہت بڑے واقعے کا سبب بن جاتا ہے۔ ایک شخص یا ایک گروہ کا میدان چھوڑ کر بھاگنا پوری فوج کا حوصلہ توڑ دیتا ہے۔</w:t>
      </w:r>
    </w:p>
    <w:p>
      <w:r>
        <w:rPr>
          <w:b/>
        </w:rPr>
        <w:t xml:space="preserve">[16:17] </w:t>
      </w:r>
      <w:r>
        <w:t>ek shakhs ki bhagdar bil-aakhir aam bhagdar ki surat ikhtiyar kar leti hai, aur hangami halaat mein jab kisi majme mein aam bhagdar shuru ho jaye to woh apni aakhri had par pahunchne se pehle kahin nahi rukti.</w:t>
      </w:r>
    </w:p>
    <w:p>
      <w:pPr>
        <w:jc w:val="right"/>
      </w:pPr>
      <w:r>
        <w:t>ایک شخص کی بھگدڑ بالآخر عام بھگدڑ کی صورت اختیار کر لیتی ہے، اور ہنگامی حالات میں جب کسی مجمعے میں عام بھگدڑ شروع ہو جائے تو وہ اپنی آخری حد پر پہنچنے سے پہلے کہیں نہیں رکتی۔</w:t>
      </w:r>
    </w:p>
    <w:p>
      <w:r>
        <w:rPr>
          <w:b/>
        </w:rPr>
        <w:t xml:space="preserve">[16:30] </w:t>
      </w:r>
      <w:r>
        <w:t>is se mustasna sirf woh surat hai jab ke koi sipahi ya sipahiyon ka koi dasta jangī tadbeer ke liye peechhe hat ta hai, ya woh ek morche se hat kar kisi doosre morche ki taraf simatna chahta hai.</w:t>
      </w:r>
    </w:p>
    <w:p>
      <w:pPr>
        <w:jc w:val="right"/>
      </w:pPr>
      <w:r>
        <w:t>اس سے مستثنیٰ صرف وہ صورت ہے جب کہ کوئی سپاہی یا سپاہیوں کا کوئی دستہ جنگی تدبیر کے لیے پیچھے ہٹتا ہے، یا وہ ایک مورچے سے ہٹ کر کسی دوسرے مورچے کی طرف سمٹنا چاہتا ہے۔</w:t>
      </w:r>
    </w:p>
    <w:p>
      <w:r>
        <w:rPr>
          <w:b/>
        </w:rPr>
        <w:t xml:space="preserve">[16:44] </w:t>
      </w:r>
      <w:r>
        <w:t>faraar ke taur par agar koi peechhe hat ta hai to woh bilashuba na qabil-e-maafi jurm karta hai, magar jo peechhe hatna tadbeer-e-jang se talluq rakhta ho, woh jaiz hai.</w:t>
      </w:r>
    </w:p>
    <w:p>
      <w:pPr>
        <w:jc w:val="right"/>
      </w:pPr>
      <w:r>
        <w:t>فرار کے طور پر اگر کوئی پیچھے ہٹتا ہے تو وہ بلاشبہ ناقابل معافی جرم کرتا ہے، مگر جو پیچھے ہٹنا تدبیر جنگ سے تعلق رکھتا ہو، وہ جائز ہے۔</w:t>
      </w:r>
    </w:p>
    <w:p>
      <w:r>
        <w:rPr>
          <w:b/>
        </w:rPr>
        <w:t xml:space="preserve">[16:56] </w:t>
      </w:r>
      <w:r>
        <w:t>is ke liye aadmi par koi ilzam nahi. Mazkoorah hukum asal'an jang se mutalliq hai, taham doosri mushabihat sooraten bhi darja badarja isi ke zail mein aa sakti hain.</w:t>
      </w:r>
    </w:p>
    <w:p>
      <w:pPr>
        <w:jc w:val="right"/>
      </w:pPr>
      <w:r>
        <w:t>اس کے لیے آدمی پر کوئی الزام نہیں۔ مذکورہ حکم اصلًا جنگ سے متعلق ہے، تاہم دوسری مشابہ صورتیں بھی درجہ بدرجہ اسی کے ذیل میں آ سکتی ہیں۔</w:t>
      </w:r>
    </w:p>
    <w:p>
      <w:r>
        <w:rPr>
          <w:b/>
        </w:rPr>
        <w:t xml:space="preserve">[17:07] </w:t>
      </w:r>
      <w:r>
        <w:t>misalan ek shakhs be-amez Islam ke khamosh aur ta'meeri amal ki taraf logon ko pukare, m</w:t>
      </w:r>
    </w:p>
    <w:p>
      <w:pPr>
        <w:jc w:val="right"/>
      </w:pPr>
      <w:r>
        <w:t>مثلاً ایک شخص بے آمیز اسلام کے خاموش اور تعمیری عمل کی طرف لوگوں کو پکارے، م</w:t>
      </w:r>
    </w:p>
    <w:p>
      <w:r>
        <w:rPr>
          <w:b/>
        </w:rPr>
        <w:t xml:space="preserve">[17:14] </w:t>
      </w:r>
      <w:r>
        <w:t>gar kuch arse ke baad jab woh dekhe ke us ki dawat logon mein zyada maqbool nahi ho rahi hai to woh be sabri ka shikar ho jaye, aur khamosh ta'meer ke muhaaz ko chhod kar aise Islam ki taraf daude jis ke zariye awam mein bohat jald shohrat aur martaba hasil kiya ja sakta hai.</w:t>
      </w:r>
    </w:p>
    <w:p>
      <w:pPr>
        <w:jc w:val="right"/>
      </w:pPr>
      <w:r>
        <w:t>گر کچھ عرصے کے بعد جب وہ دیکھے کہ اس کی دعوت لوگوں میں زیادہ مقبول نہیں ہو رہی ہے تو وہ بے صبری کا شکار ہو جائے، اور خاموش تعمیر کے محاذ کو چھوڑ کر ایسے اسلام کی طرف دوڑے جس کے ذریعے عوام میں بہت جلد شہرت اور مرتبہ حاصل کیا جا سکتا ہے۔</w:t>
      </w:r>
    </w:p>
    <w:p>
      <w:r>
        <w:rPr>
          <w:b/>
        </w:rPr>
        <w:t xml:space="preserve">[17:32] </w:t>
      </w:r>
      <w:r>
        <w:t>jang ke maidan se bhagna sho'oor aur irade ke tehat hota hai, magar jangī maidan ke bahar jo mu'raka jari hai, us se bhagna ek ghair sho'oori waqea hai.</w:t>
      </w:r>
    </w:p>
    <w:p>
      <w:pPr>
        <w:jc w:val="right"/>
      </w:pPr>
      <w:r>
        <w:t>جنگ کے میدان سے بھاگنا شعور اور ارادے کے تحت ہوتا ہے، مگر جنگی میدان کے باہر جو معرکہ جاری ہے، اس سے بھاگنا ایک غیر شعوری واقعہ ہے۔</w:t>
      </w:r>
    </w:p>
    <w:p>
      <w:r>
        <w:rPr>
          <w:b/>
        </w:rPr>
        <w:t xml:space="preserve">[17:43] </w:t>
      </w:r>
      <w:r>
        <w:t>aadmi tabi'an nateeja pasand waqe' hua hai. Woh apne kaam ka etraf chahta hai. Us ka yeh mizaj ghair sho'oori taur par us ko in kamon se hata deta hai jin mein fawri nateeja nikalta hua nazar na aata ho.</w:t>
      </w:r>
    </w:p>
    <w:p>
      <w:pPr>
        <w:jc w:val="right"/>
      </w:pPr>
      <w:r>
        <w:t>آدمی طبعی طور پر نتیجہ پسند واقع ہوا ہے۔ وہ اپنے کام کا اعتراف چاہتا ہے۔ اس کا یہ مزاج غیر شعوری طور پر اس کو ان کاموں سے ہٹا دیتا ہے جن میں فوری نتیجہ نکلتا ہوا نظر نہ آتا ہو۔</w:t>
      </w:r>
    </w:p>
    <w:p>
      <w:r>
        <w:rPr>
          <w:b/>
        </w:rPr>
        <w:t xml:space="preserve">[17:57] </w:t>
      </w:r>
      <w:r>
        <w:t>woh apne andar kaam karne wale ghair sho'oori asraat ke tehat un cheezon ki taraf khinch uthta hai jin mein bazahir yeh umeed ho ke foran izzat o kamyabi hasil ho jayegi.</w:t>
      </w:r>
    </w:p>
    <w:p>
      <w:pPr>
        <w:jc w:val="right"/>
      </w:pPr>
      <w:r>
        <w:t>وہ اپنے اندر کام کرنے والے غیر شعوری اثرات کے تحت ان چیزوں کی طرف کھنچ اٹھتا ہے جن میں بظاہر یہ امید ہو کہ فوراً عزت و کامیابی حاصل ہو جائے گی۔</w:t>
      </w:r>
    </w:p>
    <w:p>
      <w:r>
        <w:rPr>
          <w:b/>
        </w:rPr>
        <w:t xml:space="preserve">[18:09] </w:t>
      </w:r>
      <w:r>
        <w:t>is qism ka har inhiraf apni haqeeqat ke aitbar se isi nawiyat</w:t>
      </w:r>
    </w:p>
    <w:p>
      <w:pPr>
        <w:jc w:val="right"/>
      </w:pPr>
      <w:r>
        <w:t>اس قسم کا ہر انحراف اپنی حقیقت کے اعتبار سے اسی نوعیت</w:t>
      </w:r>
    </w:p>
    <w:p>
      <w:r>
        <w:rPr>
          <w:b/>
        </w:rPr>
        <w:t xml:space="preserve">[18:13] </w:t>
      </w:r>
      <w:r>
        <w:t>ki cheez hai jis ko mazkoorah ayat mein maidan-e-muqabla se bhagna kaha gaya hai. Film taqtulohum walakin allaha qatalahum wama ramayta iz ramayta walakin allaha rama</w:t>
      </w:r>
    </w:p>
    <w:p>
      <w:pPr>
        <w:jc w:val="right"/>
      </w:pPr>
      <w:r>
        <w:t>کی چیز ہے جس کو مذکورہ آیت میں میدان مقابلے سے بھاگنا کہا گیا ہے۔ فلم تقتلوهم ولكن الله قتلهم وما رميت إذ رميت ولكن الله رمى</w:t>
      </w:r>
    </w:p>
    <w:p>
      <w:r>
        <w:rPr>
          <w:b/>
        </w:rPr>
        <w:t xml:space="preserve">[18:34] </w:t>
      </w:r>
      <w:r>
        <w:t>walayubliya almu'mineena minhu bala'an hasanan innallaha samee'un aleemun thalikum wa annallaha</w:t>
      </w:r>
    </w:p>
    <w:p>
      <w:pPr>
        <w:jc w:val="right"/>
      </w:pPr>
      <w:r>
        <w:t>وليبلي المؤمنين منه بلاء حسنا إن الله سميع عليم ذلكم وأن الله</w:t>
      </w:r>
    </w:p>
    <w:p>
      <w:r>
        <w:rPr>
          <w:b/>
        </w:rPr>
        <w:t xml:space="preserve">[18:50] </w:t>
      </w:r>
      <w:r>
        <w:t>muhin kaydal kafireen</w:t>
      </w:r>
    </w:p>
    <w:p>
      <w:pPr>
        <w:jc w:val="right"/>
      </w:pPr>
      <w:r>
        <w:t>موهن كيد الكافرين</w:t>
      </w:r>
    </w:p>
    <w:p>
      <w:r>
        <w:rPr>
          <w:b/>
        </w:rPr>
        <w:t xml:space="preserve">[18:55] </w:t>
      </w:r>
      <w:r>
        <w:t>in tastaftehu faqad ja'akumul fathu wa in tantahu fahuwa khayrun lakum wa in ta'oodoo na'oodu walan tughniya ankum fi'atukum shay'an walaw kathurat wa annallaha ma'al mu'mineen</w:t>
      </w:r>
    </w:p>
    <w:p>
      <w:pPr>
        <w:jc w:val="right"/>
      </w:pPr>
      <w:r>
        <w:t>إن تستفتحوا فقد جاءكم الفتح وإن تنتهوا فهو خير لكم وإن تعودوا نعد ولن تغني عنكم فئتكم شيئا ولو كثرت وأن الله مع المؤمنين</w:t>
      </w:r>
    </w:p>
    <w:p>
      <w:r>
        <w:rPr>
          <w:b/>
        </w:rPr>
        <w:t xml:space="preserve">[19:23] </w:t>
      </w:r>
      <w:r>
        <w:t>pas un ko tum ne qatal nahi kiya balke Allah ne qatal kiya, aur jab tu ne un par khak phenki to tum ne nahi phenki balke Allah ne phenki, taake Allah apni taraf se imaan walon par khoob ehsan kare.</w:t>
      </w:r>
    </w:p>
    <w:p>
      <w:pPr>
        <w:jc w:val="right"/>
      </w:pPr>
      <w:r>
        <w:t>پس ان کو تم نے قتل نہیں کیا بلکہ اللہ نے قتل کیا، اور جب تو نے ان پر خاک پھینکی تو تم نے نہیں پھینکی بلکہ اللہ نے پھینکی، تاکہ اللہ اپنی طرف سے ایمان والوں پر خوب احسان کرے۔</w:t>
      </w:r>
    </w:p>
    <w:p>
      <w:r>
        <w:rPr>
          <w:b/>
        </w:rPr>
        <w:t xml:space="preserve">[19:38] </w:t>
      </w:r>
      <w:r>
        <w:t>beshak Allah sunne wala, janne wala hai. Yeh to ho chuka, aur beshak Allah munkireen ki tamam tadbiren bekar kar ke rahega.</w:t>
      </w:r>
    </w:p>
    <w:p>
      <w:pPr>
        <w:jc w:val="right"/>
      </w:pPr>
      <w:r>
        <w:t>بے شک اللہ سننے والا، جاننے والا ہے۔ یہ تو ہو چکا، اور بے شک اللہ منکرین کی تمام تدبیریں بیکار کر کے رہے گا۔</w:t>
      </w:r>
    </w:p>
    <w:p>
      <w:r>
        <w:rPr>
          <w:b/>
        </w:rPr>
        <w:t xml:space="preserve">[19:47] </w:t>
      </w:r>
      <w:r>
        <w:t>agar tum faisla chahte the to faisla tumhare samne aa gaya,</w:t>
      </w:r>
    </w:p>
    <w:p>
      <w:pPr>
        <w:jc w:val="right"/>
      </w:pPr>
      <w:r>
        <w:t>اگر تم فیصلہ چاہتے تھے تو فیصلہ تمہارے سامنے آ گیا،</w:t>
      </w:r>
    </w:p>
    <w:p>
      <w:r>
        <w:rPr>
          <w:b/>
        </w:rPr>
        <w:t xml:space="preserve">[19:52] </w:t>
      </w:r>
      <w:r>
        <w:t>aur agar tum baaz aa jao to yeh tumhare haq mein behtar hai, aur agar tum phir wahi karoge to hum bhi phir wahi karenge, aur tumhara jatha tumhare kuch kaam na aayega, khwah woh kitna hi zyada ho, aur beshak Allah iman walon ke sath hai.</w:t>
      </w:r>
    </w:p>
    <w:p>
      <w:pPr>
        <w:jc w:val="right"/>
      </w:pPr>
      <w:r>
        <w:t>اور اگر تم باز آ جاؤ تو یہ تمہارے حق میں بہتر ہے، اور اگر تم پھر وہی کرو گے تو ہم بھی پھر وہی کریں گے، اور تمہارا جتھا تمہارے کچھ کام نہ آئے گا، خواہ وہ کتنا ہی زیادہ ہو، اور بے شک اللہ ایمان والوں کے ساتھ ہے۔</w:t>
      </w:r>
    </w:p>
    <w:p>
      <w:r>
        <w:rPr>
          <w:b/>
        </w:rPr>
        <w:t xml:space="preserve">[20:10] </w:t>
      </w:r>
      <w:r>
        <w:t>tashreeh: riwayat mein aata hai ke jab badr ka mu'arka garam hua to rasool Allah sal Allah alaihi wasallam ki zuban se dua karte hue yeh alfaz nikle,</w:t>
      </w:r>
    </w:p>
    <w:p>
      <w:pPr>
        <w:jc w:val="right"/>
      </w:pPr>
      <w:r>
        <w:t>تشریح: روایت میں آتا ہے کہ جب بدر کا معرکہ گرم ہوا تو رسول اللہ صلی اللہ علیہ وسلم کی زبان سے دعا کرتے ہوئے یہ الفاظ نکلے،</w:t>
      </w:r>
    </w:p>
    <w:p>
      <w:r>
        <w:rPr>
          <w:b/>
        </w:rPr>
        <w:t xml:space="preserve">[20:21] </w:t>
      </w:r>
      <w:r>
        <w:t>yani: "ae mere rab! agar yeh jama'at halak ho gayi to kabhi zameen par teri parastish na hogi." phir aap ne apne hath mein muthi bhar khak li aur us ko mushrikeen ki taraf phenkte hue kaha.</w:t>
      </w:r>
    </w:p>
    <w:p>
      <w:pPr>
        <w:jc w:val="right"/>
      </w:pPr>
      <w:r>
        <w:t>یعنی: "اے میرے رب! اگر یہ جماعت ہلاک ہو گئی تو کبھی زمین پر تیری پرستش نہ ہوگی۔" پھر آپ نے اپنے ہاتھ میں مٹھی بھر خاک لی اور اس کو مشرکین کی طرف پھینکتے ہوئے کہا۔</w:t>
      </w:r>
    </w:p>
    <w:p>
      <w:r>
        <w:rPr>
          <w:b/>
        </w:rPr>
        <w:t xml:space="preserve">[20:34] </w:t>
      </w:r>
      <w:r>
        <w:t>yani chehre bigar jayen. is ke baad kafiron ke lashkar ka yeh haal hua jaise sab ki aankhon mein ret pad gayi ho. chunache musalmanon ne nihayat aasani se jis ko chaha qatl kiya aur jis ko chaha giraftar kar liya.</w:t>
      </w:r>
    </w:p>
    <w:p>
      <w:pPr>
        <w:jc w:val="right"/>
      </w:pPr>
      <w:r>
        <w:t>یعنی چہرے بگڑ جائیں۔ اس کے بعد کافروں کے لشکر کا یہ حال ہوا جیسے سب کی آنکھوں میں ریت پڑ گئی ہو۔ چنانچہ مسلمانوں نے نہایت آسانی سے جس کو چاہا قتل کیا اور جس کو چاہا گرفتار کر لیا۔</w:t>
      </w:r>
    </w:p>
    <w:p>
      <w:r>
        <w:rPr>
          <w:b/>
        </w:rPr>
        <w:t xml:space="preserve">[20:49] </w:t>
      </w:r>
      <w:r>
        <w:t>yeh Allah taala ka zimma hai ke woh ahl-e-iman ki madad karta hai. un ke dushman khwah kitni hi sazishain karen, woh un ki sazishon ko apni tadbiron se be-asar kar deta hai.</w:t>
      </w:r>
    </w:p>
    <w:p>
      <w:pPr>
        <w:jc w:val="right"/>
      </w:pPr>
      <w:r>
        <w:t>یہ اللہ تعالیٰ کا ذمہ ہے کہ وہ اہل ایمان کی مدد کرتا ہے۔ ان کے دشمن خواہ کتنی ہی سازشیں کریں، وہ ان کی سازشوں کو اپنی تدبیروں سے بے اثر کر دیتا ہے۔</w:t>
      </w:r>
    </w:p>
    <w:p>
      <w:r>
        <w:rPr>
          <w:b/>
        </w:rPr>
        <w:t xml:space="preserve">[21:01] </w:t>
      </w:r>
      <w:r>
        <w:t>woh un ko maghloob kar ke ahl-e-iman ko un ke oopar ghalib kar deta hai. magar aisa kab hota hai?</w:t>
      </w:r>
    </w:p>
    <w:p>
      <w:pPr>
        <w:jc w:val="right"/>
      </w:pPr>
      <w:r>
        <w:t>وہ ان کو مغلوب کر کے اہل ایمان کو ان کے اوپر غالب کر دیتا ہے۔ مگر ایسا کب ہوتا ہے؟</w:t>
      </w:r>
    </w:p>
    <w:p>
      <w:r>
        <w:rPr>
          <w:b/>
        </w:rPr>
        <w:t xml:space="preserve">[21:08] </w:t>
      </w:r>
      <w:r>
        <w:t>aisa is waqt hota hai jab ke ahl-e-iman apne irade ko Khuda ke irade mein is tarah mila den ke Khuda ki mansha aur ahl-e-iman ki mansha dono ek ho jayen.</w:t>
      </w:r>
    </w:p>
    <w:p>
      <w:pPr>
        <w:jc w:val="right"/>
      </w:pPr>
      <w:r>
        <w:t>ایسا اس وقت ہوتا ہے جب کہ اہل ایمان اپنے ارادے کو خدا کے ارادے میں اس طرح ملا دیں کہ خدا کی منشا اور اہل ایمان کی منشا دونوں ایک ہو جائے۔</w:t>
      </w:r>
    </w:p>
    <w:p>
      <w:r>
        <w:rPr>
          <w:b/>
        </w:rPr>
        <w:t xml:space="preserve">[21:19] </w:t>
      </w:r>
      <w:r>
        <w:t>jab banda is tarah apne aap ko Khuda ke mutabiq kar leta hai to jo kuch Khuda ka hai woh uska ho jata hai, kyunke jo kuch uska hai woh Khuda ko de chuka hota hai.</w:t>
      </w:r>
    </w:p>
    <w:p>
      <w:pPr>
        <w:jc w:val="right"/>
      </w:pPr>
      <w:r>
        <w:t>جب بندہ اس طرح اپنے آپ کو خدا کے مطابق کر لیتا ہے تو جو کچھ خدا کا ہے وہ اس کا ہو جاتا ہے، کیونکہ جو کچھ اس کا ہے وہ خدا کو دے چکا ہوتا ہے۔</w:t>
      </w:r>
    </w:p>
    <w:p>
      <w:r>
        <w:rPr>
          <w:b/>
        </w:rPr>
        <w:t xml:space="preserve">[21:32] </w:t>
      </w:r>
      <w:r>
        <w:t>badr ke liye rawangi se pehle makke ke sardar bait Allah gaye aur ka'abe ke parde ko pakad kar yeh dua ki: "Khudaya! is ki madad kar jo dono lashkaron mein sab se aala ho, jo dono grohon mein sab se mu'assir ho, jo dono qabeelon mein sab se behtar ho." badr ki ladai mein sardaran-e-makka ko kamil shikast aur ahl-e-iman ko kamil fatah hui.</w:t>
      </w:r>
    </w:p>
    <w:p>
      <w:pPr>
        <w:jc w:val="right"/>
      </w:pPr>
      <w:r>
        <w:t>بدر کے لیے روانگی سے پہلے مکے کے سردار بیت اللہ گئے اور کعبے کے پردے کو پکڑ کر یہ دعا کی: "خدایا! اس کی مدد کر جو دونوں لشکروں میں سب سے اعلیٰ ہو، جو دونوں گروہوں میں سب سے مؤثر ہو، جو دونوں قبیلوں میں سب سے بہتر ہو۔" بدر کی لڑائی میں سرداران مکہ کو کامل شکست اور اہل ایمان کو کامل فتح ہوئی۔</w:t>
      </w:r>
    </w:p>
    <w:p>
      <w:r>
        <w:rPr>
          <w:b/>
        </w:rPr>
        <w:t xml:space="preserve">[21:56] </w:t>
      </w:r>
      <w:r>
        <w:t>is tarah khud sardaran-e-makka ke mayar ke mutabiq yeh sabit ho gaya ke Khuda ke nazdeek aala o ashraf groh woh nahin hain balkeh ahl-e-Islam hain.</w:t>
      </w:r>
    </w:p>
    <w:p>
      <w:pPr>
        <w:jc w:val="right"/>
      </w:pPr>
      <w:r>
        <w:t>اس طرح خود سرداران مکہ کے معیار کے مطابق یہ ثابت ہو گیا کہ خدا کے نزدیک اعلیٰ و اشرف گروہ وہ نہیں ہیں بلکہ اہل اسلام ہیں۔</w:t>
      </w:r>
    </w:p>
    <w:p>
      <w:r>
        <w:rPr>
          <w:b/>
        </w:rPr>
        <w:t xml:space="preserve">[22:06] </w:t>
      </w:r>
      <w:r>
        <w:t>is ke bawajood unhon ne Islam qabool nahi kiya. jo log aisa karen un ke liye akhirat mein sakht tareen azab hai, aur isi ke sath dunya mein bhi.</w:t>
      </w:r>
    </w:p>
    <w:p>
      <w:pPr>
        <w:jc w:val="right"/>
      </w:pPr>
      <w:r>
        <w:t>اس کے باوجود انہوں نے اسلام قبول نہیں کیا۔ جو لوگ ایسا کریں ان کے لیے آخرت میں سخت ترین عذاب ہے، اور اسی کے ساتھ دنیا میں بھی۔</w:t>
      </w:r>
    </w:p>
    <w:p>
      <w:r>
        <w:rPr>
          <w:b/>
        </w:rPr>
        <w:t xml:space="preserve">[22:16] </w:t>
      </w:r>
      <w:r>
        <w:t>dono mein jo sab se aala aur sab se ashraf ho us ko fatah de.</w:t>
      </w:r>
    </w:p>
    <w:p>
      <w:pPr>
        <w:jc w:val="right"/>
      </w:pPr>
      <w:r>
        <w:t>دونوں میں جو سب سے اعلیٰ اور سب سے اشرف ہو اس کو فتح دے۔</w:t>
      </w:r>
    </w:p>
    <w:p>
      <w:r>
        <w:rPr>
          <w:b/>
        </w:rPr>
        <w:t xml:space="preserve">[22:21] </w:t>
      </w:r>
      <w:r>
        <w:t>yeh bazahir dua thi magar haqeeqatan woh apne haq mein pur-fakhr aitmad ka izhar tha. is ke peeche un ki yeh nafsiyat kaam kar rahi thi ke hum ka'abe ke pasban hain, hum Ibrahim o Isma'eel se nisbat rakhne wale hain, jab hamare sath itni badi fazeelaten jama hain to jeet baharhal hamari honi chahiye.</w:t>
      </w:r>
    </w:p>
    <w:p>
      <w:pPr>
        <w:jc w:val="right"/>
      </w:pPr>
      <w:r>
        <w:t>یہ بظاہر دعا تھی مگر حقیقتاً وہ اپنے حق میں پرفخر اعتماد کا اظہار تھا۔ اس کے پیچھے ان کی یہ نفسیات کام کر رہی تھی کہ ہم کعبہ کے پاسبان ہیں، ہم ابراہیم و اسماعیل سے نسبت رکھنے والے ہیں، جب ہمارے ساتھ اتنی بڑی فضیلتیں جمع ہیں تو جیت بہرحال ہماری ہونی چاہیے۔</w:t>
      </w:r>
    </w:p>
    <w:p>
      <w:r>
        <w:rPr>
          <w:b/>
        </w:rPr>
        <w:t xml:space="preserve">[22:42] </w:t>
      </w:r>
      <w:r>
        <w:t>magar Khuda ke yahan zaati amal ki qeemat hai na ke kharji intesabat ki.</w:t>
      </w:r>
    </w:p>
    <w:p>
      <w:pPr>
        <w:jc w:val="right"/>
      </w:pPr>
      <w:r>
        <w:t>مگر خدا کے یہاں ذاتی عمل کی قیمت ہے نہ کہ خارجی انتصابات کی۔</w:t>
      </w:r>
    </w:p>
    <w:p>
      <w:r>
        <w:rPr>
          <w:b/>
        </w:rPr>
        <w:t xml:space="preserve">[22:48] </w:t>
      </w:r>
      <w:r>
        <w:t>kharji intesab khwah woh kitna hi bara ho aadmi ke kuch kaam aane wala nahin. ya ayyuhal lazeena amanu atee'u Allaha wa rasoolahu wa la tuwallu 'anhu wa antum tasma'oon</w:t>
      </w:r>
    </w:p>
    <w:p>
      <w:pPr>
        <w:jc w:val="right"/>
      </w:pPr>
      <w:r>
        <w:t>خارجی انتصاب خواہ وہ کتنا ہی بڑا ہو آدمی کے کچھ کام آنے والا نہیں۔ يا أيها الذين آمنوا أطيعوا الله ورسوله ولا تولوا عنه وأنتم تسمعون</w:t>
      </w:r>
    </w:p>
    <w:p>
      <w:r>
        <w:rPr>
          <w:b/>
        </w:rPr>
        <w:t xml:space="preserve">[23:11] </w:t>
      </w:r>
      <w:r>
        <w:t>wa la takoonu kal lazeena qalo sami'na wa hum la yasma'oon. inna sharra ad-dawábbi 'inda Allahi</w:t>
      </w:r>
    </w:p>
    <w:p>
      <w:pPr>
        <w:jc w:val="right"/>
      </w:pPr>
      <w:r>
        <w:t>ولا تكونوا كالذين قالوا سمعنا وهم لا يسمعون إن شر الدواب عند الله</w:t>
      </w:r>
    </w:p>
    <w:p>
      <w:r>
        <w:rPr>
          <w:b/>
        </w:rPr>
        <w:t xml:space="preserve">[23:27] </w:t>
      </w:r>
      <w:r>
        <w:t>as-summ al-bukm allazeena la ya'qiloon. wa law 'alima Allahu feehim khayran la asma'ahum wa law asma'ahum la tawallaw wa hum mu'ridoon. ae iman walon!</w:t>
      </w:r>
    </w:p>
    <w:p>
      <w:pPr>
        <w:jc w:val="right"/>
      </w:pPr>
      <w:r>
        <w:t>الصم البكم الذين لا يعقلون ولو علم الله فيهم خيرا لأسمعهم ولو أسمعهم لتولوا وهم معرضون اے ایمان والو!</w:t>
      </w:r>
    </w:p>
    <w:p>
      <w:r>
        <w:rPr>
          <w:b/>
        </w:rPr>
        <w:t xml:space="preserve">[23:46] </w:t>
      </w:r>
      <w:r>
        <w:t>Allah aur us ke rasool ki it'aat karo aur us se roogardani na karo halankeh tum sun rahe ho, aur un logon ki tarah na ho jao jinhon ne kaha ke hum ne suna halankeh</w:t>
      </w:r>
    </w:p>
    <w:p>
      <w:pPr>
        <w:jc w:val="right"/>
      </w:pPr>
      <w:r>
        <w:t>اللہ اور اس کے رسول کی اطاعت کرو اور اس سے روگردانی نہ کرو حالانکہ تم سن رہے ہو، اور ان لوگوں کی طرح نہ ہو جاؤ جنہوں نے کہا کہ ہم نے سنا حالانکہ</w:t>
      </w:r>
    </w:p>
    <w:p>
      <w:r>
        <w:rPr>
          <w:b/>
        </w:rPr>
        <w:t xml:space="preserve">[23:58] </w:t>
      </w:r>
      <w:r>
        <w:t>woh nahin suntay. yaqeenan Allah ke nazdeek badtareen janwar woh bahre goonge log hain jo aql se kaam nahin lete, aur agar un mein se kisi bhalaai ka ilm Allah ko hota to woh zaroor unhein sunnay ki tofeeq deta,</w:t>
      </w:r>
    </w:p>
    <w:p>
      <w:pPr>
        <w:jc w:val="right"/>
      </w:pPr>
      <w:r>
        <w:t>وہ نہیں سنتے۔ یقیناً اللہ کے نزدیک بدترین جانور وہ بہرے گونگے لوگ ہیں جو عقل سے کام نہیں لیتے، اور اگر ان میں سے کسی بھلائی کا علم اللہ کو ہوتا تو وہ ضرور انہیں سننے کی توفیق دیتا،</w:t>
      </w:r>
    </w:p>
    <w:p>
      <w:r>
        <w:rPr>
          <w:b/>
        </w:rPr>
        <w:t xml:space="preserve">[24:13] </w:t>
      </w:r>
      <w:r>
        <w:t>aur agar ab woh unhein sunwaate to woh zaroor roogardani karenge, be-rukhi karte hue. tashreeh: aadmi ke samne jab haq baat pesh ki jaye to ek surat yeh hai ke woh us ko in tamam salahiyaton ka istemal karte hue sune jo Khuda ne us ko bahesiyat insan ata ki hain.</w:t>
      </w:r>
    </w:p>
    <w:p>
      <w:pPr>
        <w:jc w:val="right"/>
      </w:pPr>
      <w:r>
        <w:t>اور اگر اب وہ انہیں سنواتے تو وہ ضرور روگردانی کریں گے، بے رخی کرتے ہوئے۔ تشریح: آدمی کے سامنے جب حق بات پیش کی جائے تو ایک صورت یہ ہے کہ وہ اس کو ان تمام صلاحیتوں کا استعمال کرتے ہوئے سنے جو خدا نے اس کو بحیثیت انسان عطا کی ہیں۔</w:t>
      </w:r>
    </w:p>
    <w:p>
      <w:r>
        <w:rPr>
          <w:b/>
        </w:rPr>
        <w:t xml:space="preserve">[24:34] </w:t>
      </w:r>
      <w:r>
        <w:t>woh us par poori tarah dhyan de, woh us ki sadaqat ke wazan ko mehsoos kar le, aur phir apni zuban se woh sahih jawab pesh kare jo ek haq ke muqable mein insan ki fitrat ko pesh karna chahiye.</w:t>
      </w:r>
    </w:p>
    <w:p>
      <w:pPr>
        <w:jc w:val="right"/>
      </w:pPr>
      <w:r>
        <w:t>وہ اس پر پوری طرح دھیان دے، وہ اس کی صداقت کے وزن کو محسوس کر لے، اور پھر اپنی زبان سے وہ صحیح جواب پیش کرے جو ایک حق کے مقابلے میں انسان کی فطرت کو پیش کرنا چاہیے۔</w:t>
      </w:r>
    </w:p>
    <w:p>
      <w:r>
        <w:rPr>
          <w:b/>
        </w:rPr>
        <w:t xml:space="preserve">[24:47] </w:t>
      </w:r>
      <w:r>
        <w:t>jo shakhs aisa kare us ne goya pesh ki hui baat ko insan ki tarah suna. doosri surat yeh hai ke woh us ko is tarah sune jaise ke us ke pas sunnay ke liye kaan nahin hain.</w:t>
      </w:r>
    </w:p>
    <w:p>
      <w:pPr>
        <w:jc w:val="right"/>
      </w:pPr>
      <w:r>
        <w:t>جو شخص ایسا کرے اس نے گویا پیش کی ہوئی بات کو انسان کی طرح سنا۔ دوسری صورت یہ ہے کہ وہ اس کو اس طرح سنے جیسے کہ اس کے پاس سننے کے لیے کان نہیں ہیں۔</w:t>
      </w:r>
    </w:p>
    <w:p>
      <w:r>
        <w:rPr>
          <w:b/>
        </w:rPr>
        <w:t xml:space="preserve">[24:58] </w:t>
      </w:r>
      <w:r>
        <w:t>us ke samajhne ki salahiyat us ki sachai ko pakarne se ajiz reh j</w:t>
      </w:r>
    </w:p>
    <w:p>
      <w:pPr>
        <w:jc w:val="right"/>
      </w:pPr>
      <w:r>
        <w:t>اس کے سمجھنے کی صلاحیت اس کی سچائی کو پکڑنے سے عاجز رہ ج</w:t>
      </w:r>
    </w:p>
    <w:p>
      <w:r>
        <w:rPr>
          <w:b/>
        </w:rPr>
        <w:t xml:space="preserve">[25:02] </w:t>
      </w:r>
      <w:r>
        <w:t>aye. woh apni zuban se woh sahih jawab pesh na kar sake jo us ko azru-e-waqi'a pesh karna chahiye. jo shakhs aisa kare us ne goya pesh ki hui baat ko janwar ki tarah suna.</w:t>
      </w:r>
    </w:p>
    <w:p>
      <w:pPr>
        <w:jc w:val="right"/>
      </w:pPr>
      <w:r>
        <w:t>ائے۔ وہ اپنی زبان سے وہ صحیح جواب پیش نہ کر سکے جو اس کو ازروئے واقعہ پیش کرنا چاہیے۔ جو شخص ایسا کرے اس نے گویا پیش کی ہوئی بات کو جانور کی طرح سنا۔</w:t>
      </w:r>
    </w:p>
    <w:p>
      <w:r>
        <w:rPr>
          <w:b/>
        </w:rPr>
        <w:t xml:space="preserve">[25:14] </w:t>
      </w:r>
      <w:r>
        <w:t>koi baat khwah woh kitni hi barhaq ho us ki haqaniyat sirf usi shakhs par khulti hai jo dil ki amadgi ke sath us ko sune.</w:t>
      </w:r>
    </w:p>
    <w:p>
      <w:pPr>
        <w:jc w:val="right"/>
      </w:pPr>
      <w:r>
        <w:t>کوئی بات خواہ وہ کتنی ہی برحق ہو اس کی حقانیت صرف اسی شخص پر کھلتی ہے جو دل کی آمادگی کے ساتھ اس کو سنے۔</w:t>
      </w:r>
    </w:p>
    <w:p>
      <w:r>
        <w:rPr>
          <w:b/>
        </w:rPr>
        <w:t xml:space="preserve">[25:23] </w:t>
      </w:r>
      <w:r>
        <w:t>is ke bar aks jo shakhs hasad, kibr, maslehat andeshi, aur zahir parasti ka mizaj apne andar liye hue ho woh sachai ko qabil-e-gour nahi samjhega.</w:t>
      </w:r>
    </w:p>
    <w:p>
      <w:pPr>
        <w:jc w:val="right"/>
      </w:pPr>
      <w:r>
        <w:t>اس کے برعکس جو شخص حسد، کبر، مصلحت اندیشی، اور ظاہر پرستی کا مزاج اپنے اندر لیے ہوئے ہو وہ سچائی کو قابل غور نہیں سمجھے گا۔</w:t>
      </w:r>
    </w:p>
    <w:p>
      <w:r>
        <w:rPr>
          <w:b/>
        </w:rPr>
        <w:t xml:space="preserve">[25:34] </w:t>
      </w:r>
      <w:r>
        <w:t>woh is ko sanjeedgi ke sath nahi sune ga is liye woh is ki sadaqat ko panay mein bhi yaqeeni taur par nakaam rahe ga. imaan bazahir aik qaul hai magar apni haqeeqat ke aitbar se woh aik insani faisla hai.</w:t>
      </w:r>
    </w:p>
    <w:p>
      <w:pPr>
        <w:jc w:val="right"/>
      </w:pPr>
      <w:r>
        <w:t>وہ اس کو سنجیدگی کے ساتھ نہیں سنے گا اس لیے وہ اس کی صداقت کو پانے میں بھی یقینی طور پر ناکام رہے گا۔ ایمان بظاہر ایک قول ہے مگر اپنی حقیقت کے اعتبار سے وہ ایک انسانی فیصلہ ہے۔</w:t>
      </w:r>
    </w:p>
    <w:p>
      <w:r>
        <w:rPr>
          <w:b/>
        </w:rPr>
        <w:t xml:space="preserve">[25:48] </w:t>
      </w:r>
      <w:r>
        <w:t>imaan mahaz shahadat ke alfaaz ki takrar nahi balkeh apni maanwi halat ka lafzi izhaar hai. agar aadmi ki halat fi waqe wahi ho jis ka woh in alfaaz ke zareeye elaan kar raha hai to woh Khuda ki nazar mein haqeeqi momin hai.</w:t>
      </w:r>
    </w:p>
    <w:p>
      <w:pPr>
        <w:jc w:val="right"/>
      </w:pPr>
      <w:r>
        <w:t>ایمان محض شہادت کے الفاظ کی تکرار نہیں بلکہ اپنی معنوی حالت کا لفظی اظہار ہے۔ اگر آدمی کی حالت فی الواقع وہی ہو جس کا وہ ان الفاظ کے ذریعے اعلان کر رہا ہے تو وہ خدا کی نظر میں حقیقی مومن ہے۔</w:t>
      </w:r>
    </w:p>
    <w:p>
      <w:r>
        <w:rPr>
          <w:b/>
        </w:rPr>
        <w:t xml:space="preserve">[26:04] </w:t>
      </w:r>
      <w:r>
        <w:t>momin sanjeeda tareen insaan hai, aur sanjeeda insaan kabhi aisa nahi kar sakta ke us ki andarooni halat kuch ho aur bolay hue alfaaz mein woh apne aap ko kuch zahir karay.</w:t>
      </w:r>
    </w:p>
    <w:p>
      <w:pPr>
        <w:jc w:val="right"/>
      </w:pPr>
      <w:r>
        <w:t>مومن سنجیدہ ترین انسان ہے، اور سنجیدہ انسان کبھی ایسا نہیں کر سکتا کہ اس کی اندرونی حالت کچھ ہو اور بولے ہوئے الفاظ میں وہ اپنے آپ کو کچھ ظاہر کرے۔</w:t>
      </w:r>
    </w:p>
    <w:p>
      <w:r>
        <w:rPr>
          <w:b/>
        </w:rPr>
        <w:t xml:space="preserve">[26:16] </w:t>
      </w:r>
      <w:r>
        <w:t>jis aadmi ka imaan apni andarooni haqeeqat ke elaan ke hum ma'ni ho woh imaan ka iqrar karte hi amalan Khuda ko apna ma'bood bana le ga, aur apni zindagi ke tamam mamlaat mein us ki pairwi karne wala ban jaye ga.</w:t>
      </w:r>
    </w:p>
    <w:p>
      <w:pPr>
        <w:jc w:val="right"/>
      </w:pPr>
      <w:r>
        <w:t>جس آدمی کا ایمان اپنی اندرونی حقیقت کے اعلان کے ہم معنی ہو وہ ایمان کا اقرار کرتے ہی عملاً خدا کو اپنا معبود بنا لے گا، اور اپنی زندگی کے تمام معاملات میں اس کی پیروی کرنے والا بن جائے گا۔</w:t>
      </w:r>
    </w:p>
    <w:p>
      <w:r>
        <w:rPr>
          <w:b/>
        </w:rPr>
        <w:t xml:space="preserve">[26:30] </w:t>
      </w:r>
      <w:r>
        <w:t>zaban se imaan ka iqrar is ke liye apni simt safar batane ke hum ma'ni hoga na ke kisi qism ke lisani talaffuz ke hum ma'</w:t>
      </w:r>
    </w:p>
    <w:p>
      <w:pPr>
        <w:jc w:val="right"/>
      </w:pPr>
      <w:r>
        <w:t>زبان سے ایمان کا اقرار اس کے لیے اپنی سمت سفر بتانے کے ہم معنی ہوگا نہ کہ کسی قسم کے لسانی تلفظ کے ہم مع</w:t>
      </w:r>
    </w:p>
    <w:p>
      <w:r>
        <w:rPr>
          <w:b/>
        </w:rPr>
        <w:t xml:space="preserve">[26:39] </w:t>
      </w:r>
      <w:r>
        <w:t>ni. is ke bar aks halat us shakhs ki hai jis ne baat suni. woh is ke dalail ke muqable mein lajawab bhi ho gaya magar woh is ki rooh mein nahi utri.</w:t>
      </w:r>
    </w:p>
    <w:p>
      <w:pPr>
        <w:jc w:val="right"/>
      </w:pPr>
      <w:r>
        <w:t>نی۔ اس کے برعکس حالت اس شخص کی ہے جس نے بات سنی۔ وہ اس کے دلائل کے مقابلے میں لاجواب بھی ہو گیا مگر وہ اس کی روح میں نہیں اتری۔</w:t>
      </w:r>
    </w:p>
    <w:p>
      <w:r>
        <w:rPr>
          <w:b/>
        </w:rPr>
        <w:t xml:space="preserve">[26:49] </w:t>
      </w:r>
      <w:r>
        <w:t>woh is ke dil ki dharkanon mein shamil nahi hui. taham oopri taur par us ne zaban se keh diya ke haan theek hai, magar us ki waqai zindagi is ke baad bhi waisi hi rahi jaisi ke woh is se pehle thi.</w:t>
      </w:r>
    </w:p>
    <w:p>
      <w:pPr>
        <w:jc w:val="right"/>
      </w:pPr>
      <w:r>
        <w:t>وہ اس کے دل کی دھڑکنوں میں شامل نہیں ہوئی۔ تاہم اوپری طور پر اس نے زبان سے کہہ دیا کہ ہاں ٹھیک ہے، مگر اس کی واقعی زندگی اس کے بعد بھی ویسے ہی رہی جیسی کہ وہ اس سے پہلے تھی۔</w:t>
      </w:r>
    </w:p>
    <w:p>
      <w:r>
        <w:rPr>
          <w:b/>
        </w:rPr>
        <w:t xml:space="preserve">[27:03] </w:t>
      </w:r>
      <w:r>
        <w:t>yeh doosri nifaq ki soorat hai, aur Khuda ke yahan aise munafiqana imaan ki koi qeemat nahi. ya ayyuhal lazeena amanu istajeebu lillahi walir rasooli iza da'akum lima yuhyeekum</w:t>
      </w:r>
    </w:p>
    <w:p>
      <w:pPr>
        <w:jc w:val="right"/>
      </w:pPr>
      <w:r>
        <w:t>یہ دوسری نفاق کی صورت ہے، اور خدا کے یہاں ایسے منافقانہ ایمان کی کوئی قیمت نہیں۔ يا أيها الذين آمنوا استجيبوا لله وللرسول إذا دعاكم لما يحييكم</w:t>
      </w:r>
    </w:p>
    <w:p>
      <w:r>
        <w:rPr>
          <w:b/>
        </w:rPr>
        <w:t xml:space="preserve">[27:23] </w:t>
      </w:r>
      <w:r>
        <w:t>wa'lamu annallaha yahoolu bainal mar'i wa qalbihi wa annahu ilaihi tuhshuroon</w:t>
      </w:r>
    </w:p>
    <w:p>
      <w:pPr>
        <w:jc w:val="right"/>
      </w:pPr>
      <w:r>
        <w:t>واعلموا أن الله يحول بين المرء وقلبه وأنه إليه تحشرون</w:t>
      </w:r>
    </w:p>
    <w:p>
      <w:r>
        <w:rPr>
          <w:b/>
        </w:rPr>
        <w:t xml:space="preserve">[27:37] </w:t>
      </w:r>
      <w:r>
        <w:t>wattaqoo fitnatan la tusibannal lazeena zalamoo minkum khassatan wa'lamu annallaha shadeedul 'iqab</w:t>
      </w:r>
    </w:p>
    <w:p>
      <w:pPr>
        <w:jc w:val="right"/>
      </w:pPr>
      <w:r>
        <w:t>واتقوا فتنة لا تصيبن الذين ظلموا منكم خاصة واعلموا أن الله شديد العقاب</w:t>
      </w:r>
    </w:p>
    <w:p>
      <w:r>
        <w:rPr>
          <w:b/>
        </w:rPr>
        <w:t xml:space="preserve">[27:57] </w:t>
      </w:r>
      <w:r>
        <w:t>ae imaan walo! Allah aur Rasool ki pukar par labbaik kaho jabke Rasool tum ko is cheez ki taraf bula raha hai jo tum ko zindagi dene wali hai, aur jaan lo ke Allah aadmi aur us ke dil ke darmiyan ha'il ho jata hai,</w:t>
      </w:r>
    </w:p>
    <w:p>
      <w:pPr>
        <w:jc w:val="right"/>
      </w:pPr>
      <w:r>
        <w:t>اے ایمان والو! اللہ اور رسول کی پکار پر لبیک کہو جبکہ رسول تم کو اس چیز کی طرف بلا رہا ہے جو تم کو زندگی دینے والی ہے، اور جان لو کہ اللہ آدمی اور اس کے دل کے درمیان حائل ہو جاتا ہے،</w:t>
      </w:r>
    </w:p>
    <w:p>
      <w:r>
        <w:rPr>
          <w:b/>
        </w:rPr>
        <w:t xml:space="preserve">[28:12] </w:t>
      </w:r>
      <w:r>
        <w:t>aur yeh ke isi ki taraf tumhara ikatha hona hai. aur daro us fitne se jo khaas unhi logon par waqe na hoga jo tum mein se zulm ke murtakib hue hain, aur jaan lo ke Allah sakht saza dene wala hai.</w:t>
      </w:r>
    </w:p>
    <w:p>
      <w:pPr>
        <w:jc w:val="right"/>
      </w:pPr>
      <w:r>
        <w:t>اور یہ کہ اسی کی طرف تمہارا اکٹھا ہونا ہے۔ اور ڈرو اس فتنے سے جو خاص انہی لوگوں پر واقع نہ ہوگا جو تم میں سے ظلم کے مرتکب ہوئے ہیں، اور جان لو کہ اللہ سخت سزا دینے والا ہے۔</w:t>
      </w:r>
    </w:p>
    <w:p>
      <w:r>
        <w:rPr>
          <w:b/>
        </w:rPr>
        <w:t xml:space="preserve">[28:28] </w:t>
      </w:r>
      <w:r>
        <w:t>tashreeh: zindagi ki pukar se murad yahan jihad ki pukar hai, yani haq ko doosron tak pohnchanay ki jud-o-jihad. yeh jud-o-jihad ibtida'an zaban o qalam ke zareeye talqeen ki soorat mein shuru hoti hai,</w:t>
      </w:r>
    </w:p>
    <w:p>
      <w:pPr>
        <w:jc w:val="right"/>
      </w:pPr>
      <w:r>
        <w:t>تشریح: زندگی کی پکار سے مراد یہاں جہاد کی پکار ہے، یعنی حق کو دوسروں تک پہنچانے کی جدوجہد۔ یہ جدوجہد ابتداءً زبان و قلم کے ذریعے تلقین کی صورت میں شروع ہوتی ہے،</w:t>
      </w:r>
    </w:p>
    <w:p>
      <w:r>
        <w:rPr>
          <w:b/>
        </w:rPr>
        <w:t xml:space="preserve">[28:41] </w:t>
      </w:r>
      <w:r>
        <w:t>magar mad'u ka mukhalifana radd-e-amal is ko mukhtalif marhalon tak pohncha deta hai, hatta ke hijrat aur jang tak bhi. aadmi infiradi satah par apne khayal ke mutabiq aik deeni zindagi banata hai.</w:t>
      </w:r>
    </w:p>
    <w:p>
      <w:pPr>
        <w:jc w:val="right"/>
      </w:pPr>
      <w:r>
        <w:t>مگر مدعو کا مخالفانہ ردعمل اس کو مختلف مراحل تک پہنچا دیتا ہے، حتیٰ کہ ہجرت اور جنگ تک بھی۔ آدمی انفرادی سطح پر اپنے خیال کے مطابق ایک دینی زندگی بناتا ہے۔</w:t>
      </w:r>
    </w:p>
    <w:p>
      <w:r>
        <w:rPr>
          <w:b/>
        </w:rPr>
        <w:t xml:space="preserve">[28:55] </w:t>
      </w:r>
      <w:r>
        <w:t>is zindagi ko woh apne halaat se is tarah mutabiqat kar leta hai ke woh is ko afiyat ka jazeera maloom hone lagti hai. is ko aisa mehsoos hota hai ke agar woh doosron ki islaah ke liye uthta to is ka bana banaya aashiyana ujad jaye ga.</w:t>
      </w:r>
    </w:p>
    <w:p>
      <w:pPr>
        <w:jc w:val="right"/>
      </w:pPr>
      <w:r>
        <w:t>اس زندگی کو وہ اپنے حالات سے اس طرح مطابقت کر لیتا ہے کہ وہ اس کو عافیت کا جزیرہ معلوم ہونے لگتی ہے۔ اس کو ایسا محسوس ہوتا ہے کہ اگر وہ دوسروں کی اصلاح کے لیے اٹھتا تو اس کا بنا بنایا آشیانہ اجڑ جائے گا۔</w:t>
      </w:r>
    </w:p>
    <w:p>
      <w:r>
        <w:rPr>
          <w:b/>
        </w:rPr>
        <w:t xml:space="preserve">[29:10] </w:t>
      </w:r>
      <w:r>
        <w:t>is ki lagi bandhi zindagi be-tartib ho kar reh jaye gi. is ke waqt aur is ke maal ka woh nizam baqi na rahe ga jo us ne apne zaati taqazon ke tehat bana rakha hai.</w:t>
      </w:r>
    </w:p>
    <w:p>
      <w:pPr>
        <w:jc w:val="right"/>
      </w:pPr>
      <w:r>
        <w:t>اس کی لگی بندی زندگی بے ترتیب ہو کر رہ جائے گی۔ اس کے وقت اور اس کے مال کا وہ نظام باقی نہ رہے گا جو اس نے اپنے ذاتی تقاضوں کے تحت بنا رکھا ہے۔</w:t>
      </w:r>
    </w:p>
    <w:p>
      <w:r>
        <w:rPr>
          <w:b/>
        </w:rPr>
        <w:t xml:space="preserve">[29:22] </w:t>
      </w:r>
      <w:r>
        <w:t>is qism ke andeshe is ke liye dawat o islaah ki jud-o-jihad mein nikalnay aur is ki raah mein jaan o maal pesh karne ke liye rukawat ban jatay hain, magar yeh sarasar nadani hai.</w:t>
      </w:r>
    </w:p>
    <w:p>
      <w:pPr>
        <w:jc w:val="right"/>
      </w:pPr>
      <w:r>
        <w:t>اس قسم کے اندیشے اس کے لیے دعوت و اصلاح کی جدوجہد میں نکلنے اور اس کی راہ میں جان و مال پیش کرنے کے لیے رکاوٹ بن جاتے ہیں، مگر یہ سراسر نادانی ہے۔</w:t>
      </w:r>
    </w:p>
    <w:p>
      <w:r>
        <w:rPr>
          <w:b/>
        </w:rPr>
        <w:t xml:space="preserve">[29:33] </w:t>
      </w:r>
      <w:r>
        <w:t>haqeeqat yeh hai ke aadmi jis afiyat kaaza ko apne liye zindagi samajh raha hai woh is ka qabristan hai,</w:t>
      </w:r>
    </w:p>
    <w:p>
      <w:pPr>
        <w:jc w:val="right"/>
      </w:pPr>
      <w:r>
        <w:t>حقیقت یہ ہے کہ آدمی جس عافیت کذا کو اپنے لیے زندگی سمجھ رہا ہے وہ اس کا قبرستان ہے،</w:t>
      </w:r>
    </w:p>
    <w:p>
      <w:r>
        <w:rPr>
          <w:b/>
        </w:rPr>
        <w:t xml:space="preserve">[29:40] </w:t>
      </w:r>
      <w:r>
        <w:t>aur jis qurbani mein is ko apni maut nazar aati hai usi mein is ki zindagi ka raaz chupa hua hai. dawat o islaah ka amal bashart yeh ke woh akhirat ke liye ho na ke dunyaavi maqasid ke liye intehai ahem amal hai.</w:t>
      </w:r>
    </w:p>
    <w:p>
      <w:pPr>
        <w:jc w:val="right"/>
      </w:pPr>
      <w:r>
        <w:t>اور جس قربانی میں اس کو اپنی موت نظر آتی ہے اسی میں اس کی زندگی کا راز چھپا ہوا ہے۔ دعوت و اصلاح کا عمل بشرط یہ کہ وہ آخرت کے لیے ہو نہ کہ دنیاوی مقاصد کے لیے انتہائی اہم عمل ہے۔</w:t>
      </w:r>
    </w:p>
    <w:p>
      <w:r>
        <w:rPr>
          <w:b/>
        </w:rPr>
        <w:t xml:space="preserve">[29:55] </w:t>
      </w:r>
      <w:r>
        <w:t>woh aadmi ke murtadeen ko zinda deen banata hai. woh aala tareen satah par insaan ko Khuda se jorta hai.</w:t>
      </w:r>
    </w:p>
    <w:p>
      <w:pPr>
        <w:jc w:val="right"/>
      </w:pPr>
      <w:r>
        <w:t>وہ آدمی کے مرتدین کو زندہ دین بناتا ہے۔ وہ اعلیٰ ترین سطح پر انسان کو خدا سے جوڑتا ہے۔</w:t>
      </w:r>
    </w:p>
    <w:p>
      <w:r>
        <w:rPr>
          <w:b/>
        </w:rPr>
        <w:t xml:space="preserve">[30:02] </w:t>
      </w:r>
      <w:r>
        <w:t>woh un qeemti deeni tajrubaat se aadmi ko aashna karta hai jo infiradi ghoul mein reh kar kabhi hasil nahi hotay. Khuda ki taraf se itni ahem pukar ko sun kar jo log is ke baray mein be tawajjuh rahen woh yeh khatra mol le rahay hain ke un ke aur haq ke darmiyan aik nafsiyati aarr khari ho jaye.</w:t>
      </w:r>
    </w:p>
    <w:p>
      <w:pPr>
        <w:jc w:val="right"/>
      </w:pPr>
      <w:r>
        <w:t>وہ ان قیمتی دینی تجربات سے آدمی کو آشنا کرتا ہے جو انفرادی غول میں رہ کر کبھی حاصل نہیں ہوتے۔ خدا کی طرف سے اتنی اہم پکار کو سن کر جو لوگ اس کے بارے میں بے توجہ رہیں وہ یہ خطرہ مول لے رہے ہیں کہ ان کے اور حق کے درمیان ایک نفسیاتی آڑ کھڑی ہو جائے۔</w:t>
      </w:r>
    </w:p>
    <w:p>
      <w:r>
        <w:rPr>
          <w:b/>
        </w:rPr>
        <w:t xml:space="preserve">[30:23] </w:t>
      </w:r>
      <w:r>
        <w:t>un ki yeh fitri salahiyat hamesha ke liye kund ho jaye ke woh haq ki pukar sunen aur is ki taraf daur kar apne Rab ko pa l</w:t>
      </w:r>
    </w:p>
    <w:p>
      <w:pPr>
        <w:jc w:val="right"/>
      </w:pPr>
      <w:r>
        <w:t>ان کی یہ فطری صلاحیت ہمیشہ کے لیے کند ہو جائے کہ وہ حق کی پکار سنیں اور اس کی طرف دوڑ کر اپنے رب کو پا ل</w:t>
      </w:r>
    </w:p>
    <w:p>
      <w:r>
        <w:rPr>
          <w:b/>
        </w:rPr>
        <w:t xml:space="preserve">[30:31] </w:t>
      </w:r>
      <w:r>
        <w:t>ain. insaan ki zindagi aik samaji zindagi hai. koi shakhs is ke andar apna infiradi jazeera bana kar nahi reh sakta. agar aik shakhs zaati deendari par qane hai to woh har waqt is andeshe mein hai ke ijtimai bigar ke nateejay mein koi 'aam aag phailay aur woh khud bhi is ki lapait mein aa jaye.</w:t>
      </w:r>
    </w:p>
    <w:p>
      <w:pPr>
        <w:jc w:val="right"/>
      </w:pPr>
      <w:r>
        <w:t>یں۔ انسان کی زندگی ایک سماجی زندگی ہے۔ کوئی شخص اس کے اندر اپنا انفرادی جزیرہ بنا کر نہیں رہ سکتا۔ اگر ایک شخص ذاتی دینداری پر قانع ہے تو وہ ہر وقت اس اندیشے میں ہے کہ اجتماعی بگاڑ کے نتیجے میں کوئی عمومی آگ پھیلے اور وہ خود بھی اس کی لپیٹ میں آ جائے۔</w:t>
      </w:r>
    </w:p>
    <w:p>
      <w:r>
        <w:rPr>
          <w:b/>
        </w:rPr>
        <w:t xml:space="preserve">[30:50] </w:t>
      </w:r>
      <w:r>
        <w:t>islaahi jud-o-jihad islaah ke sath barat bhi hai.</w:t>
      </w:r>
    </w:p>
    <w:p>
      <w:pPr>
        <w:jc w:val="right"/>
      </w:pPr>
      <w:r>
        <w:t>اصلاحی جدوجہد اصلاح کے ساتھ بارات بھی ہے۔</w:t>
      </w:r>
    </w:p>
    <w:p>
      <w:r>
        <w:rPr>
          <w:b/>
        </w:rPr>
        <w:t xml:space="preserve">[30:54] </w:t>
      </w:r>
      <w:r>
        <w:t>agar aadmi apni barat pesh karne mein nakaam rahe to khuda is ke maamle ko kyun doosron se alag karega? koi burai hamesha choti satah se shuru hoti hai aur phir barhte barhte bari ban jati hai.</w:t>
      </w:r>
    </w:p>
    <w:p>
      <w:pPr>
        <w:jc w:val="right"/>
      </w:pPr>
      <w:r>
        <w:t>اگر آدمی اپنی بارات پیش کرنے میں ناکام رہے تو خدا اس کے معاملے کو کیوں دوسروں سے الگ کرے گا؟ کوئی برائی ہمیشہ چھوٹی سطح سے شروع ہوتی ہے اور پھر بڑھتے بڑھتے بڑی بن جاتی ہے۔</w:t>
      </w:r>
    </w:p>
    <w:p>
      <w:r>
        <w:rPr>
          <w:b/>
        </w:rPr>
        <w:t xml:space="preserve">[31:08] </w:t>
      </w:r>
      <w:r>
        <w:t>agar aisa ho ke burai jab apni ibtidai halat mein ho usi waqt kuch is ke khilaaf uth jayen to woh aasani ke sath use kuchal denge.</w:t>
      </w:r>
    </w:p>
    <w:p>
      <w:pPr>
        <w:jc w:val="right"/>
      </w:pPr>
      <w:r>
        <w:t>اگر ایسا ہو کہ برائی جب اپنی ابتدائی حالت میں ہو اسی وقت کچھ اس کے خلاف اٹھ جائیں تو وہ آسانی کے ساتھ اسے کچل دیں گے۔</w:t>
      </w:r>
    </w:p>
    <w:p>
      <w:r>
        <w:rPr>
          <w:b/>
        </w:rPr>
        <w:t xml:space="preserve">[31:17] </w:t>
      </w:r>
      <w:r>
        <w:t>lekin</w:t>
      </w:r>
    </w:p>
    <w:p>
      <w:pPr>
        <w:jc w:val="right"/>
      </w:pPr>
      <w:r>
        <w:t>لیکن</w:t>
      </w:r>
    </w:p>
    <w:p>
      <w:r>
        <w:rPr>
          <w:b/>
        </w:rPr>
        <w:t xml:space="preserve">[31:18] </w:t>
      </w:r>
      <w:r>
        <w:t>jab burai phail chuki ho to is ki jarein itni gehri ho jati hain ke phir is ko khatam karna mumkin nahi rehta. waذكروا إذ أنتم قليل مستضعفون في الأرض تخافون أن</w:t>
      </w:r>
    </w:p>
    <w:p>
      <w:pPr>
        <w:jc w:val="right"/>
      </w:pPr>
      <w:r>
        <w:t>جب برائی پھیل چکی ہو تو اس کی جڑیں اتنی گہری ہو جاتی ہیں کہ پھر اس کو ختم کرنا ممکن نہیں رہتا۔ واذكروا إذ أنتم قليل مستضعفون في الأرض تخافون أن</w:t>
      </w:r>
    </w:p>
    <w:p>
      <w:r>
        <w:rPr>
          <w:b/>
        </w:rPr>
        <w:t xml:space="preserve">[31:39] </w:t>
      </w:r>
      <w:r>
        <w:t>يتخطفكم الناس فآواكم فآواكم وأيدكم بنصره ورزقكم من الطيبات لعلكم تشكرون</w:t>
      </w:r>
    </w:p>
    <w:p>
      <w:pPr>
        <w:jc w:val="right"/>
      </w:pPr>
      <w:r>
        <w:t>يتخطفكم الناس فآواكم فآواكم وأيدكم بنصره ورزقكم من الطيبات لعلكم تشكرون</w:t>
      </w:r>
    </w:p>
    <w:p>
      <w:r>
        <w:rPr>
          <w:b/>
        </w:rPr>
        <w:t xml:space="preserve">[31:58] </w:t>
      </w:r>
      <w:r>
        <w:t>يا أيها الذين آمنوا لا تخونوا الله والرسول وتخونوا أماناتكم وأنتم تعلمون واعلموا</w:t>
      </w:r>
    </w:p>
    <w:p>
      <w:pPr>
        <w:jc w:val="right"/>
      </w:pPr>
      <w:r>
        <w:t>يا أيها الذين آمنوا لا تخونوا الله والرسول وتخونوا أماناتكم وأنتم تعلمون واعلموا</w:t>
      </w:r>
    </w:p>
    <w:p>
      <w:r>
        <w:rPr>
          <w:b/>
        </w:rPr>
        <w:t xml:space="preserve">[32:19] </w:t>
      </w:r>
      <w:r>
        <w:t>أنما أموالكم وأولادكم فتنة وأن الله عنده أجر عظيم</w:t>
      </w:r>
    </w:p>
    <w:p>
      <w:pPr>
        <w:jc w:val="right"/>
      </w:pPr>
      <w:r>
        <w:t>أنما أموالكم وأولادكم فتنة وأن الله عنده أجر عظيم</w:t>
      </w:r>
    </w:p>
    <w:p>
      <w:r>
        <w:rPr>
          <w:b/>
        </w:rPr>
        <w:t xml:space="preserve">[32:36] </w:t>
      </w:r>
      <w:r>
        <w:t>aur yaad karo jab ke tum thore the aur zameen mein kamzor samjhe jate the. darte the ke log achaanak tum ko uchak na laen.</w:t>
      </w:r>
    </w:p>
    <w:p>
      <w:pPr>
        <w:jc w:val="right"/>
      </w:pPr>
      <w:r>
        <w:t>اور یاد کرو جب کہ تم تھوڑے تھے اور زمین میں کمزور سمجھے جاتے تھے۔ ڈرتے تھے کہ لوگ اچانک تم کو اچک نہ لیں۔</w:t>
      </w:r>
    </w:p>
    <w:p>
      <w:r>
        <w:rPr>
          <w:b/>
        </w:rPr>
        <w:t xml:space="preserve">[32:48] </w:t>
      </w:r>
      <w:r>
        <w:t>phir Allah ne tum ko rehne ki jagah di aur apni nasrat se tumhari taeed ki aur tum ko pakiza rozi di taake tum shukr guzar bano.</w:t>
      </w:r>
    </w:p>
    <w:p>
      <w:pPr>
        <w:jc w:val="right"/>
      </w:pPr>
      <w:r>
        <w:t>پھر اللہ نے تم کو رہنے کی جگہ دی اور اپنی نصرت سے تمہاری تائید کی اور تم کو پاکیزہ روزی دی تاکہ تم شکر گزار بنو۔</w:t>
      </w:r>
    </w:p>
    <w:p>
      <w:r>
        <w:rPr>
          <w:b/>
        </w:rPr>
        <w:t xml:space="preserve">[33:02] </w:t>
      </w:r>
      <w:r>
        <w:t>ae imaan walo! khiyanat na karo Allah aur rasool ki aur khiyanat na karo apni amanaton mein halanke tum jante ho.</w:t>
      </w:r>
    </w:p>
    <w:p>
      <w:pPr>
        <w:jc w:val="right"/>
      </w:pPr>
      <w:r>
        <w:t>اے ایمان والو! خیانت نہ کرو اللہ اور رسول کی اور خیانت نہ کرو اپنی امانتوں میں حالانکہ تم جانتے ہو۔</w:t>
      </w:r>
    </w:p>
    <w:p>
      <w:r>
        <w:rPr>
          <w:b/>
        </w:rPr>
        <w:t xml:space="preserve">[33:15] </w:t>
      </w:r>
      <w:r>
        <w:t>aur jaan lo ke tumhare maal aur tumhari aulad aik aazmaish hain aur yeh ke Allah hi ke paas hai bara ajar.</w:t>
      </w:r>
    </w:p>
    <w:p>
      <w:pPr>
        <w:jc w:val="right"/>
      </w:pPr>
      <w:r>
        <w:t>اور جان لو کہ تمہارے مال اور تمہاری اولاد ایک آزمائش ہیں اور یہ کہ اللہ ہی کے پاس ہے بڑا اجر۔</w:t>
      </w:r>
    </w:p>
    <w:p>
      <w:r>
        <w:rPr>
          <w:b/>
        </w:rPr>
        <w:t xml:space="preserve">[33:27] </w:t>
      </w:r>
      <w:r>
        <w:t>tashreeh: makkah mein musalman bilkul be basi ki halat mein the. har waqt yeh andesha laga rehta tha ke kab un ko ukhaar kar phenk diya jaye.</w:t>
      </w:r>
    </w:p>
    <w:p>
      <w:pPr>
        <w:jc w:val="right"/>
      </w:pPr>
      <w:r>
        <w:t>تشریح: مکہ میں مسلمان بالکل بے بسی کی حالت میں تھے۔ ہر وقت یہ اندیشہ لگا رہتا تھا کہ کب ان کو اکھاڑ کر پھینک دیا جائے۔</w:t>
      </w:r>
    </w:p>
    <w:p>
      <w:r>
        <w:rPr>
          <w:b/>
        </w:rPr>
        <w:t xml:space="preserve">[33:41] </w:t>
      </w:r>
      <w:r>
        <w:t>woh aise kamzor ki manind the jis ko har tarah dabaya jata hai aur is ke jaiz huqooq bhi is ko nahi diye jate the.</w:t>
      </w:r>
    </w:p>
    <w:p>
      <w:pPr>
        <w:jc w:val="right"/>
      </w:pPr>
      <w:r>
        <w:t>وہ ایسے کمزور کی مانند تھے جس کو ہر طرح دبایا جاتا ہے اور اس کے جائز حقوق بھی اس کو نہیں دیے جاتے۔</w:t>
      </w:r>
    </w:p>
    <w:p>
      <w:r>
        <w:rPr>
          <w:b/>
        </w:rPr>
        <w:t xml:space="preserve">[33:52] </w:t>
      </w:r>
      <w:r>
        <w:t>aakhir kar un ke liye madina ka rasta khula aur un ko yeh mauqa diya gaya ke woh madina ja kar apna markaz banaen.</w:t>
      </w:r>
    </w:p>
    <w:p>
      <w:pPr>
        <w:jc w:val="right"/>
      </w:pPr>
      <w:r>
        <w:t>آخر کار ان کے لیے مدینہ کا راستہ کھلا اور ان کو یہ موقع دیا گیا کہ وہ مدینہ جا کر اپنا مرکز بنائیں۔</w:t>
      </w:r>
    </w:p>
    <w:p>
      <w:r>
        <w:rPr>
          <w:b/>
        </w:rPr>
        <w:t xml:space="preserve">[34:05] </w:t>
      </w:r>
      <w:r>
        <w:t>wahan ke mahol mein azadi aur izzat ke sath rahen. mushkil ke baad aasani faraham karne ka yeh maamla is liye kiya jata hai taake aadmi ke andar shukr ka jazba ubhre.</w:t>
      </w:r>
    </w:p>
    <w:p>
      <w:pPr>
        <w:jc w:val="right"/>
      </w:pPr>
      <w:r>
        <w:t>وہاں کے ماحول میں آزادی اور عزت کے ساتھ رہیں۔ مشکل کے بعد آسانی فراہم کرنے کا یہ معاملہ اس لیے کیا جاتا ہے تاکہ آدمی کے اندر شکر کا جذبہ ابھرے۔</w:t>
      </w:r>
    </w:p>
    <w:p>
      <w:r>
        <w:rPr>
          <w:b/>
        </w:rPr>
        <w:t xml:space="preserve">[34:22] </w:t>
      </w:r>
      <w:r>
        <w:t>aadmi ke halaat jab is had par pahunch jate hain jahan woh apne aap ko bebas mehsoos karne lagta hai us waqt achaanak khuda ki madad zahir ho kar halaat ko.</w:t>
      </w:r>
    </w:p>
    <w:p>
      <w:pPr>
        <w:jc w:val="right"/>
      </w:pPr>
      <w:r>
        <w:t>آدمی کے حالات جب اس حد پر پہنچ جاتے ہیں جہاں وہ اپنے آپ کو بے بس محسوس کرنے لگتا ہے اس وقت اچانک خدا کی مدد ظاہر ہو کر حالات کو۔</w:t>
      </w:r>
    </w:p>
    <w:p>
      <w:r>
        <w:rPr>
          <w:b/>
        </w:rPr>
        <w:t xml:space="preserve">[34:35] </w:t>
      </w:r>
      <w:r>
        <w:t>is liye hota hai taake aadmi yaqeen kare ke jo kuch hua woh khuda ki taraf se hua. is ehsaas ki bina par woh khuda ke inaamaat ke jazbe se sarshaar ho jaye.</w:t>
      </w:r>
    </w:p>
    <w:p>
      <w:pPr>
        <w:jc w:val="right"/>
      </w:pPr>
      <w:r>
        <w:t>اس لیے ہوتا ہے تاکہ آدمی یقین کرے کہ جو کچھ ہوا وہ خدا کی طرف سے ہوا۔ اس احساس کی بنا پر وہ خدا کے انعامات کے جذبے سے سرشار ہو جائے۔</w:t>
      </w:r>
    </w:p>
    <w:p>
      <w:r>
        <w:rPr>
          <w:b/>
        </w:rPr>
        <w:t xml:space="preserve">[34:52] </w:t>
      </w:r>
      <w:r>
        <w:t>aadmi khuda aur us ke rasool par imaan lata hai. is tarah woh ahad karta hai ke woh khuda aur rasool ke raaste par chalega.</w:t>
      </w:r>
    </w:p>
    <w:p>
      <w:pPr>
        <w:jc w:val="right"/>
      </w:pPr>
      <w:r>
        <w:t>آدمی خدا اور اس کے رسول پر ایمان لاتا ہے۔ اس طرح وہ عہد کرتا ہے کہ وہ خدا اور رسول کے راستے پر چلے گا۔</w:t>
      </w:r>
    </w:p>
    <w:p>
      <w:r>
        <w:rPr>
          <w:b/>
        </w:rPr>
        <w:t xml:space="preserve">[35:01] </w:t>
      </w:r>
      <w:r>
        <w:t>magar jab imani tareeqe ko ikhtiyar karne mein is ke maal o aulad ke taqaze haail hote hain to woh imaan ke taqaze ko chhod kar maal o aulad ke taqaze ko pakad leta hai.</w:t>
      </w:r>
    </w:p>
    <w:p>
      <w:pPr>
        <w:jc w:val="right"/>
      </w:pPr>
      <w:r>
        <w:t>مگر جب ایمانی طریقے کو اختیار کرنے میں اس کے مال و اولاد کے تقاضے حائل ہوتے ہیں تو وہ ایمان کے تقاضے کو چھوڑ کر مال و اولاد کے تقاضے کو پکڑ لیتا ہے۔</w:t>
      </w:r>
    </w:p>
    <w:p>
      <w:r>
        <w:rPr>
          <w:b/>
        </w:rPr>
        <w:t xml:space="preserve">[35:17] </w:t>
      </w:r>
      <w:r>
        <w:t>yeh imani ahad ke sath khuli hui ghaddari hai.</w:t>
      </w:r>
    </w:p>
    <w:p>
      <w:pPr>
        <w:jc w:val="right"/>
      </w:pPr>
      <w:r>
        <w:t>یہ ایمانی عہد کے ساتھ کھلی ہوئی غداری ہے۔</w:t>
      </w:r>
    </w:p>
    <w:p>
      <w:r>
        <w:rPr>
          <w:b/>
        </w:rPr>
        <w:t xml:space="preserve">[35:21] </w:t>
      </w:r>
      <w:r>
        <w:t>is ghaddari ki shanakht is waqt aur badh jati hai jab yeh dekha jaye ke aadmi jis cheez ki khatir khuda ke sath ghaddari ka maamla kar raha hai woh bhi khud khuda ka aik atiya hai.</w:t>
      </w:r>
    </w:p>
    <w:p>
      <w:pPr>
        <w:jc w:val="right"/>
      </w:pPr>
      <w:r>
        <w:t>اس غداری کی شناخت اس وقت اور بڑھ جاتی ہے جب یہ دیکھا جائے کہ آدمی جس چیز کی خاطر خدا کے ساتھ غداری کا معاملہ کر رہا ہے وہ بھی خود خدا کا ایک عطیہ ہے۔</w:t>
      </w:r>
    </w:p>
    <w:p>
      <w:r>
        <w:rPr>
          <w:b/>
        </w:rPr>
        <w:t xml:space="preserve">[35:42] </w:t>
      </w:r>
      <w:r>
        <w:t>aadmi ka maal aur is ki aulad kya hai? woh khuda hi ka diya hua to hai.</w:t>
      </w:r>
    </w:p>
    <w:p>
      <w:pPr>
        <w:jc w:val="right"/>
      </w:pPr>
      <w:r>
        <w:t>آدمی کا مال اور اس کی اولاد کیا ہے؟ وہ خدا ہی کا دیا ہوا تو ہے۔</w:t>
      </w:r>
    </w:p>
    <w:p>
      <w:r>
        <w:rPr>
          <w:b/>
        </w:rPr>
        <w:t xml:space="preserve">[35:48] </w:t>
      </w:r>
      <w:r>
        <w:t>woh bande ke paas khuda ki amanat hai. is amanat ka agar koi sab se behtar مصرف ho sakta hai to woh yeh hai ke jab dene wala is ko maange to us ko bukhushi is ke hawalay kar diya jaye.</w:t>
      </w:r>
    </w:p>
    <w:p>
      <w:pPr>
        <w:jc w:val="right"/>
      </w:pPr>
      <w:r>
        <w:t>وہ بندہ کے پاس خدا کی امانت ہے۔ اس امانت کا اگر کوئی سب سے بہتر مصرف ہو سکتا ہے تو وہ یہ ہے کہ جب دینے والا اس کو مانگے تو اس کو بخوشی اس کے حوالے کر دیا جائے۔</w:t>
      </w:r>
    </w:p>
    <w:p>
      <w:r>
        <w:rPr>
          <w:b/>
        </w:rPr>
        <w:t xml:space="preserve">[36:05] </w:t>
      </w:r>
      <w:r>
        <w:t>magar jab khuda kehta hai ke mere deen ke liye utho aur is mein apni quwatein lagao to aadmi isi amanat ko apne liye uzv bana leta hai jis ko khuda ke deen ki raah mein de kar use khuda se kiye hue ahad imaan ko poora karna tha.</w:t>
      </w:r>
    </w:p>
    <w:p>
      <w:pPr>
        <w:jc w:val="right"/>
      </w:pPr>
      <w:r>
        <w:t>مگر جب خدا کہتا ہے کہ میرے دین کے لیے اٹھو اور اس میں اپنی قوتیں لگاؤ تو آدمی اسی امانت کو اپنے لیے عضو بنا لیتا ہے جس کو خدا کے دین کی راہ میں دے کر اسے خدا سے کیے ہوئے عہد ایمان کو پورا کرنا تھا۔</w:t>
      </w:r>
    </w:p>
    <w:p>
      <w:r>
        <w:rPr>
          <w:b/>
        </w:rPr>
        <w:t xml:space="preserve">[36:25] </w:t>
      </w:r>
      <w:r>
        <w:t>woh kamyabi ke kinare pahunch kar apne ko nakaamon ki fehrist mein likhwa leta hai.</w:t>
      </w:r>
    </w:p>
    <w:p>
      <w:pPr>
        <w:jc w:val="right"/>
      </w:pPr>
      <w:r>
        <w:t>وہ کامیابی کے کنارے پہنچ کر اپنے کو ناکاموں کی فہرست میں لکھوا لیتا ہے۔</w:t>
      </w:r>
    </w:p>
    <w:p>
      <w:r>
        <w:rPr>
          <w:b/>
        </w:rPr>
        <w:t xml:space="preserve">[36:35] </w:t>
      </w:r>
      <w:r>
        <w:t>koi feal khuda ke yahan jurm us waqt banta hai jab ke yeh jante hue is par amal kiya jaye ke woh galat hai.</w:t>
      </w:r>
    </w:p>
    <w:p>
      <w:pPr>
        <w:jc w:val="right"/>
      </w:pPr>
      <w:r>
        <w:t>کوئی فعل خدا کے یہاں جرم اس وقت بنتا ہے جب کہ یہ جانتے ہوئے اس پر عمل کیا جائے کہ وہ غلط ہے۔</w:t>
      </w:r>
    </w:p>
    <w:p>
      <w:r>
        <w:rPr>
          <w:b/>
        </w:rPr>
        <w:t xml:space="preserve">[36:45] </w:t>
      </w:r>
      <w:r>
        <w:t>kisi shakhs par agar is ke ek kaam ki ghalti wazeh ho jati hai aur is ke baad bhi woh is ka irtikab karta hai to woh bohat bari zimmedari apne sar le raha hai.</w:t>
      </w:r>
    </w:p>
    <w:p>
      <w:pPr>
        <w:jc w:val="right"/>
      </w:pPr>
      <w:r>
        <w:t>کسی شخص پر اگر اس کے ایک کام کی غلطی واضح ہو جاتی ہے اور اس کے بعد بھی وہ اس کا ارتکاب کرتا ہے تو وہ بہت بڑی ذمہ داری اپنے سر لے رہا ہے۔</w:t>
      </w:r>
    </w:p>
    <w:p>
      <w:r>
        <w:rPr>
          <w:b/>
        </w:rPr>
        <w:t xml:space="preserve">[36:59] </w:t>
      </w:r>
      <w:r>
        <w:t>kyun ke ghalti ko ghalti janne ke baad</w:t>
      </w:r>
    </w:p>
    <w:p>
      <w:pPr>
        <w:jc w:val="right"/>
      </w:pPr>
      <w:r>
        <w:t>کیونکہ غلطی کو غلطی جاننے کے بعد</w:t>
      </w:r>
    </w:p>
    <w:p>
      <w:r>
        <w:rPr>
          <w:b/>
        </w:rPr>
        <w:t xml:space="preserve">[37:03] </w:t>
      </w:r>
      <w:r>
        <w:t>isko dohrana thatthai hai. aur thatthai khuda ke yahan qabil maafi nahi.</w:t>
      </w:r>
    </w:p>
    <w:p>
      <w:pPr>
        <w:jc w:val="right"/>
      </w:pPr>
      <w:r>
        <w:t>اس کو دہرانا ٹھٹھائی ہے۔ اور ٹھٹھائی خدا کے یہاں قابل معافی نہیں۔</w:t>
      </w:r>
    </w:p>
    <w:p>
      <w:r>
        <w:rPr>
          <w:b/>
        </w:rPr>
        <w:t xml:space="preserve">[37:15] </w:t>
      </w:r>
      <w:r>
        <w:t>ya ayyuhallazina amanu in tattaqullaha yaj al lakum furqana wa yukaffir ankum sayyiatikum wa yaghfir lakum</w:t>
      </w:r>
    </w:p>
    <w:p>
      <w:pPr>
        <w:jc w:val="right"/>
      </w:pPr>
      <w:r>
        <w:t>يا أيها الذين آمنوا إن تتقوا الله يجعل لكم فرقانا ويكفر عنكم سيئاتكم ويغفر لكم</w:t>
      </w:r>
    </w:p>
    <w:p>
      <w:r>
        <w:rPr>
          <w:b/>
        </w:rPr>
        <w:t xml:space="preserve">[37:33] </w:t>
      </w:r>
      <w:r>
        <w:t>wallahu zul fadlil azim</w:t>
      </w:r>
    </w:p>
    <w:p>
      <w:pPr>
        <w:jc w:val="right"/>
      </w:pPr>
      <w:r>
        <w:t>والله ذو الفضل العظيم</w:t>
      </w:r>
    </w:p>
    <w:p>
      <w:r>
        <w:rPr>
          <w:b/>
        </w:rPr>
        <w:t xml:space="preserve">[37:39] </w:t>
      </w:r>
      <w:r>
        <w:t>wa iz yamkuru bikallazina kafarau li yuthbituka aw yaqtuluka aw yukhrijuk wa yamkuruna wa yamkurullah wallahu khairul makirin</w:t>
      </w:r>
    </w:p>
    <w:p>
      <w:pPr>
        <w:jc w:val="right"/>
      </w:pPr>
      <w:r>
        <w:t>وإذ يمكر بك الذين كفروا ليثبتوك أو يقتلوك أو يخرجوك ويمكرون ويمكر الله والله خير الماكرين</w:t>
      </w:r>
    </w:p>
    <w:p>
      <w:r>
        <w:rPr>
          <w:b/>
        </w:rPr>
        <w:t xml:space="preserve">[37:58] </w:t>
      </w:r>
      <w:r>
        <w:t>ae iman walo! agar tum Allah se daroge to woh tumhare liye furqan baham pahunchayega aur tum se tumhare gunahon ko door kar dega aur tum ko bakhsh dega aur Allah bade fazl wala hai.</w:t>
      </w:r>
    </w:p>
    <w:p>
      <w:pPr>
        <w:jc w:val="right"/>
      </w:pPr>
      <w:r>
        <w:t>اے ایمان والو! اگر تم اللہ سے ڈرو گے تو وہ تمہارے لیے فرقان باہم پہنچائے گا اور تم سے تمہارے گناہوں کو دور کر دے گا اور تم کو بخش دے گا اور اللہ بڑے فضل والا ہے۔</w:t>
      </w:r>
    </w:p>
    <w:p>
      <w:r>
        <w:rPr>
          <w:b/>
        </w:rPr>
        <w:t xml:space="preserve">[38:13] </w:t>
      </w:r>
      <w:r>
        <w:t>aur jab munkir tumhari nisbat tadbiren soch rahe the ke woh tum ko qaid kar dein ya qatl dal dein ya jala watan kar dein, woh apni tadbiren kar rahe the aur Allah apni tadbiren kar raha tha aur Allah behtareen tadbir wala hai.</w:t>
      </w:r>
    </w:p>
    <w:p>
      <w:pPr>
        <w:jc w:val="right"/>
      </w:pPr>
      <w:r>
        <w:t>اور جب منکر تمہاری نسبت تدبیریں سوچ رہے تھے کہ وہ تم کو قید کر دیں یا قتل کر ڈالیں یا جلا وطن کر دیں، وہ اپنی تدبیریں کر رہے تھے اور اللہ اپنی تدبیریں کر رہا تھا اور اللہ بہترین تدبیر والا ہے۔</w:t>
      </w:r>
    </w:p>
    <w:p>
      <w:r>
        <w:rPr>
          <w:b/>
        </w:rPr>
        <w:t xml:space="preserve">[38:30] </w:t>
      </w:r>
      <w:r>
        <w:t>tashreeh: furqan ke mani hain farq karne wali cheez. yahan furqan se murad haq o batil ke darmiyan farq karne ki salahiyat hai.</w:t>
      </w:r>
    </w:p>
    <w:p>
      <w:pPr>
        <w:jc w:val="right"/>
      </w:pPr>
      <w:r>
        <w:t>تشریح: فرقان کے معنی ہیں فرق کرنے والی چیز۔ یہاں فرقان سے مراد حق و باطل کے درمیان فرق کرنے کی صلاحیت ہے۔</w:t>
      </w:r>
    </w:p>
    <w:p>
      <w:r>
        <w:rPr>
          <w:b/>
        </w:rPr>
        <w:t xml:space="preserve">[38:39] </w:t>
      </w:r>
      <w:r>
        <w:t>aadmi agar Allah se dare, woh wohi kare jis ka Allah ne hukum diya hai aur us se bache jis se Allah ne mana kiya hai to us ko is baat ki tofeeq milti hai ke woh haq aur batil ko ek doosre se alag kar ke dekh sake.</w:t>
      </w:r>
    </w:p>
    <w:p>
      <w:pPr>
        <w:jc w:val="right"/>
      </w:pPr>
      <w:r>
        <w:t>آدمی اگر اللہ سے ڈرے، وہ وہی کرے جس کا اللہ نے حکم دیا ہے اور اس سے بچے جس سے اللہ نے منع کیا ہے تو اس کو اس بات کی توفیق ملتی ہے کہ وہ حق اور باطل کو ایک دوسرے سے الگ کر کے دیکھ سکے۔</w:t>
      </w:r>
    </w:p>
    <w:p>
      <w:r>
        <w:rPr>
          <w:b/>
        </w:rPr>
        <w:t xml:space="preserve">[38:53] </w:t>
      </w:r>
      <w:r>
        <w:t>insani salahiyaton ko bedar karne wali sab se bari cheez dar hai. jis mamle mein insan ke andar dar ki nafsiyat paida ho jaye, us mamle mein woh had darje haqiqat pasand ban jata hai.</w:t>
      </w:r>
    </w:p>
    <w:p>
      <w:pPr>
        <w:jc w:val="right"/>
      </w:pPr>
      <w:r>
        <w:t>انسانی صلاحیتوں کو بیدار کرنے والی سب سے بڑی چیز ڈر ہے۔ جس معاملے میں انسان کے اندر ڈر کی نفسیات پیدا ہو جائے، اس معاملے میں وہ حد درجے حقیقت پسند بن جاتا ہے۔</w:t>
      </w:r>
    </w:p>
    <w:p>
      <w:r>
        <w:rPr>
          <w:b/>
        </w:rPr>
        <w:t xml:space="preserve">[39:06] </w:t>
      </w:r>
      <w:r>
        <w:t>dar ki nafsiyat is ke zehan ke tamam pardo ko is tarah hata deti hai ke is bare mein woh har qism ki ghaflat ya galat fehmi se buland ho kar sahi tareen rai qaim kar sake.</w:t>
      </w:r>
    </w:p>
    <w:p>
      <w:pPr>
        <w:jc w:val="right"/>
      </w:pPr>
      <w:r>
        <w:t>ڈر کی نفسیات اس کے ذہن کے تمام پردوں کو اس طرح ہٹا دیتی ہے کہ اس بارے میں وہ ہر قسم کی غفلت یا غلط فہمی سے بلند ہو کر صحیح ترین رائے قائم کر سکے۔</w:t>
      </w:r>
    </w:p>
    <w:p>
      <w:r>
        <w:rPr>
          <w:b/>
        </w:rPr>
        <w:t xml:space="preserve">[39:17] </w:t>
      </w:r>
      <w:r>
        <w:t>yahi mamla is bande khuda ke sath pesh aata hai jis ko rab al alameen ke sath taqwa yani dar ka taluq paida ho gaya ho.</w:t>
      </w:r>
    </w:p>
    <w:p>
      <w:pPr>
        <w:jc w:val="right"/>
      </w:pPr>
      <w:r>
        <w:t>یہی معاملہ اس بندہ خدا کے ساتھ پیش آتا ہے جس کو رب العالمین کے ساتھ تقویٰ یعنی ڈر کا تعلق پیدا ہو گیا ہو۔</w:t>
      </w:r>
    </w:p>
    <w:p>
      <w:r>
        <w:rPr>
          <w:b/>
        </w:rPr>
        <w:t xml:space="preserve">[39:25] </w:t>
      </w:r>
      <w:r>
        <w:t>yeh furqan taqreeban wohi cheez hai jis ko marifat ya baseerat kaha jata hai. baseerat kisi aadmi mein woh andaruni roshni paida karti hai ke</w:t>
      </w:r>
    </w:p>
    <w:p>
      <w:pPr>
        <w:jc w:val="right"/>
      </w:pPr>
      <w:r>
        <w:t>یہ فرقان تقریباً وہی چیز ہے جس کو معرفت یا بصیرت کہا جاتا ہے۔ بصیرت کسی آدمی میں وہ اندرونی روشنی پیدا کرتی ہے کہ</w:t>
      </w:r>
    </w:p>
    <w:p>
      <w:r>
        <w:rPr>
          <w:b/>
        </w:rPr>
        <w:t xml:space="preserve">[39:35] </w:t>
      </w:r>
      <w:r>
        <w:t>woh zahiri pehluon se dhoka khaye baghair har baat ko us ke asal roop mein dekh sake. jab bhi koi aadmi kisi mamle mein apne aap ko itna zyada shamil kar leta hai ke woh us ki parwah karne lage, woh us ke bare mein andesha nak rehta ho to us ke baad us ke andar ek khaas tarah ki hassasiyat paida hoti hai jo us ko us mamle ke muwafiq aur mukhalif pehluon ki pehchan kara deti hai.</w:t>
      </w:r>
    </w:p>
    <w:p>
      <w:pPr>
        <w:jc w:val="right"/>
      </w:pPr>
      <w:r>
        <w:t>وہ ظاہری پہلوؤں سے دھوکہ کھائے بغیر ہر بات کو اس کے اصل روپ میں دیکھ سکے۔ جب بھی کوئی آدمی کسی معاملے میں اپنے آپ کو اتنا زیادہ شامل کر لیتا ہے کہ وہ اس کی پرواہ کرنے لگے، وہ اس کے بارے میں اندیشہ ناک رہتا ہو تو اس کے بعد اس کے اندر ایک خاص طرح کی حساسیت پیدا ہوتی ہے جو اس کو اس معاملے کے موافق اور مخالف پہلوؤں کی پہچان کرا دیتی ہے۔</w:t>
      </w:r>
    </w:p>
    <w:p>
      <w:r>
        <w:rPr>
          <w:b/>
        </w:rPr>
        <w:t xml:space="preserve">[39:59] </w:t>
      </w:r>
      <w:r>
        <w:t>yeh furqani mamla har ek ke sath pesh aata hai. khwah woh ek mazhabi aadmi ho ya ek tajir aur doctor aur anj</w:t>
      </w:r>
    </w:p>
    <w:p>
      <w:pPr>
        <w:jc w:val="right"/>
      </w:pPr>
      <w:r>
        <w:t>یہ فرقانی معاملہ ہر ایک کے ساتھ پیش آتا ہے۔ خواہ وہ ایک مذہبی آدمی ہو یا ایک تاجر اور ڈاکٹر اور انج</w:t>
      </w:r>
    </w:p>
    <w:p>
      <w:r>
        <w:rPr>
          <w:b/>
        </w:rPr>
        <w:t xml:space="preserve">[40:07] </w:t>
      </w:r>
      <w:r>
        <w:t>ineer. koi bhi aadmi jab apne kaam se taqwa yani khatak ki had tak apne aap ko wabasta karta hai to us ko us mamle ki aisi marifat ho jati hai ke idhar udhar ke mughlaton mein uljhe baghair woh us ki haqeeqat tak pahunch j</w:t>
      </w:r>
    </w:p>
    <w:p>
      <w:pPr>
        <w:jc w:val="right"/>
      </w:pPr>
      <w:r>
        <w:t>ینئر۔ کوئی بھی آدمی جب اپنے کام سے تقویٰ یعنی کھٹک کی حد تک اپنے آپ کو وابستہ کرتا ہے تو اس کو اس معاملے کی ایسی معرفت ہو جاتی ہے کہ ادھر ادھر کے مغالطوں میں الجھے بغیر وہ اس کی حقیقت تک پہنچ ج</w:t>
      </w:r>
    </w:p>
    <w:p>
      <w:r>
        <w:rPr>
          <w:b/>
        </w:rPr>
        <w:t xml:space="preserve">[40:22] </w:t>
      </w:r>
      <w:r>
        <w:t>aye. kisi aadmi ke andar yeh khudai baseerat yani furqan paida hona is baat ki sab se bari zamanat hai ke woh buraiyon se bache, woh khuda ke sath apne taluq ko durust kare aur bil aakhir khuda ke fazl ka mustahiq ban jaye.</w:t>
      </w:r>
    </w:p>
    <w:p>
      <w:pPr>
        <w:jc w:val="right"/>
      </w:pPr>
      <w:r>
        <w:t>ائے۔ کسی آدمی کے اندر یہ خدائی بصیرت یعنی فرقان پیدا ہونا اس بات کی سب سے بڑی ضمانت ہے کہ وہ برائیوں سے بچے، وہ خدا کے ساتھ اپنے تعلق کو درست کرے اور بالآخر خدا کے فضل کا مستحق بن جائے۔</w:t>
      </w:r>
    </w:p>
    <w:p>
      <w:r>
        <w:rPr>
          <w:b/>
        </w:rPr>
        <w:t xml:space="preserve">[40:38] </w:t>
      </w:r>
      <w:r>
        <w:t>yeh furqan yani haq o batil ki nafsiyati tamiz paida ho jana is baat ka saboot hai ke aadmi apne aap ko haq ke sath itna zyada wabasta kar chuka hai ke us mein aur haq mein koi farq nahi raha.</w:t>
      </w:r>
    </w:p>
    <w:p>
      <w:pPr>
        <w:jc w:val="right"/>
      </w:pPr>
      <w:r>
        <w:t>یہ فرقان یعنی حق و باطل کی نفسیاتی تمیز پیدا ہو جانا اس بات کا ثبوت ہے کہ آدمی اپنے آپ کو حق کے ساتھ اتنا زیادہ وابستہ کر چکا ہے کہ اس میں اور حق میں کوئی فرق نہیں رہا۔</w:t>
      </w:r>
    </w:p>
    <w:p>
      <w:r>
        <w:rPr>
          <w:b/>
        </w:rPr>
        <w:t xml:space="preserve">[40:51] </w:t>
      </w:r>
      <w:r>
        <w:t>woh</w:t>
      </w:r>
    </w:p>
    <w:p>
      <w:pPr>
        <w:jc w:val="right"/>
      </w:pPr>
      <w:r>
        <w:t>وہ</w:t>
      </w:r>
    </w:p>
    <w:p>
      <w:r>
        <w:rPr>
          <w:b/>
        </w:rPr>
        <w:t xml:space="preserve">[40:52] </w:t>
      </w:r>
      <w:r>
        <w:t>aur haq dono ek doosre ka maznah ban chuke hain. is ke baad us ka bachaya jana itna hi zaroori ho jata hai jitna haq ko bachaya jana.</w:t>
      </w:r>
    </w:p>
    <w:p>
      <w:pPr>
        <w:jc w:val="right"/>
      </w:pPr>
      <w:r>
        <w:t>اور حق دونوں ایک دوسرے کا مزنہ بن چکے ہیں۔ اس کے بعد اس کا بچایا جانا اتنا ہی ضروری ہو جاتا ہے جتنا حق کو بچایا جانا۔</w:t>
      </w:r>
    </w:p>
    <w:p>
      <w:r>
        <w:rPr>
          <w:b/>
        </w:rPr>
        <w:t xml:space="preserve">[41:01] </w:t>
      </w:r>
      <w:r>
        <w:t>aise log barah e rast khuda ki panah mein aa jate hain. ab un ke khilaf tadbiren karna khud haq ke khilaf tadbiren karna ban jata hai. aur khuda ke khilaf tadbir karne wala hamesha nakaam rehta hai khwah us ne kitni hi bari tadbir kar rakhi ho.</w:t>
      </w:r>
    </w:p>
    <w:p>
      <w:pPr>
        <w:jc w:val="right"/>
      </w:pPr>
      <w:r>
        <w:t>ایسے لوگ براہ راست خدا کی پناہ میں آ جاتے ہیں۔ اب ان کے خلاف تدبیریں کرنا خود حق کے خلاف تدبیریں کرنا بن جاتا ہے۔ اور خدا کے خلاف تدبیر کرنے والا ہمیشہ ناکام رہتا ہے خواہ اس نے کتنی ہی بڑی تدبیر کر رکھی ہو۔</w:t>
      </w:r>
    </w:p>
    <w:p>
      <w:r>
        <w:rPr>
          <w:b/>
        </w:rPr>
        <w:t xml:space="preserve">[41:20] </w:t>
      </w:r>
      <w:r>
        <w:t>wa iz tuliyat alaihim ayaturuna qalu qad sami na law nasha u la qulna mithla hadha in hadha illa</w:t>
      </w:r>
    </w:p>
    <w:p>
      <w:pPr>
        <w:jc w:val="right"/>
      </w:pPr>
      <w:r>
        <w:t>وإذا تتلى عليهم آياتنا قالوا قد سمعنا لو نشاء لقلنا مثل هذا إن هذا إلا</w:t>
      </w:r>
    </w:p>
    <w:p>
      <w:r>
        <w:rPr>
          <w:b/>
        </w:rPr>
        <w:t xml:space="preserve">[41:38] </w:t>
      </w:r>
      <w:r>
        <w:t>asatirul awwalin</w:t>
      </w:r>
    </w:p>
    <w:p>
      <w:pPr>
        <w:jc w:val="right"/>
      </w:pPr>
      <w:r>
        <w:t>أساطير الأولين</w:t>
      </w:r>
    </w:p>
    <w:p>
      <w:r>
        <w:rPr>
          <w:b/>
        </w:rPr>
        <w:t xml:space="preserve">[41:43] </w:t>
      </w:r>
      <w:r>
        <w:t>wa iz qalu allhumm in kana hatha huwa alhaq min 'indika fa'amtir 'alayna hijaratan min alssama'i aw i'tina bi'adhabin</w:t>
      </w:r>
    </w:p>
    <w:p>
      <w:pPr>
        <w:jc w:val="right"/>
      </w:pPr>
      <w:r>
        <w:t>وإذ قالوا اللهم إن كان هذا هو الحق من عندك فأمطر علينا حجارة من السماء أو ائتنا بعذاب</w:t>
      </w:r>
    </w:p>
    <w:p>
      <w:r>
        <w:rPr>
          <w:b/>
        </w:rPr>
        <w:t xml:space="preserve">[42:01] </w:t>
      </w:r>
      <w:r>
        <w:t>aleemin wama kana allahu liyu'adhdhibahum wa'anta feehim wama kana allahu mu'adhdhibahum wahum yastaghfirun wama lahum alla yu'adhdhibahumu allahu wahum yasuddoona 'anialmasjidi alharami wama kanoo</w:t>
      </w:r>
    </w:p>
    <w:p>
      <w:pPr>
        <w:jc w:val="right"/>
      </w:pPr>
      <w:r>
        <w:t>أليم وما كان الله ليعذبهم وأنت فيهم وما كان الله معذبهم وهم يستغفرون وما لهم ألا يعذبهم الله وهم يصدون عن المسجد الحرام وما كانوا</w:t>
      </w:r>
    </w:p>
    <w:p>
      <w:r>
        <w:rPr>
          <w:b/>
        </w:rPr>
        <w:t xml:space="preserve">[42:30] </w:t>
      </w:r>
      <w:r>
        <w:t>awliyaa'a in awliya'uhu illa almuttaqoona walakinna aktharahum la ya'lamoon</w:t>
      </w:r>
    </w:p>
    <w:p>
      <w:pPr>
        <w:jc w:val="right"/>
      </w:pPr>
      <w:r>
        <w:t>أولياء إن أولياؤه إلا المتقون ولكن أكثرهم لا يعلمون</w:t>
      </w:r>
    </w:p>
    <w:p>
      <w:r>
        <w:rPr>
          <w:b/>
        </w:rPr>
        <w:t xml:space="preserve">[42:48] </w:t>
      </w:r>
      <w:r>
        <w:t>wama kana salatuhum 'inda albayti illa mika'an watsaddiyatan fadhwooqo al'adhababima kuntum</w:t>
      </w:r>
    </w:p>
    <w:p>
      <w:pPr>
        <w:jc w:val="right"/>
      </w:pPr>
      <w:r>
        <w:t>وما كان صلاتهم عند البيت إلا مكاءً وتصديةً فذوقوا العذاب بما كنتم</w:t>
      </w:r>
    </w:p>
    <w:p>
      <w:r>
        <w:rPr>
          <w:b/>
        </w:rPr>
        <w:t xml:space="preserve">[43:02] </w:t>
      </w:r>
      <w:r>
        <w:t>takfuroon</w:t>
      </w:r>
    </w:p>
    <w:p>
      <w:pPr>
        <w:jc w:val="right"/>
      </w:pPr>
      <w:r>
        <w:t>تكفرون</w:t>
      </w:r>
    </w:p>
    <w:p>
      <w:r>
        <w:rPr>
          <w:b/>
        </w:rPr>
        <w:t xml:space="preserve">[43:07] </w:t>
      </w:r>
      <w:r>
        <w:t>aur jab un ke samne hamari ayaten padhi jati hain to kehte hain: "hum ne sun liya." agar hum chahen to hum bhi aisa hi kalam pesh kar den.</w:t>
      </w:r>
    </w:p>
    <w:p>
      <w:pPr>
        <w:jc w:val="right"/>
      </w:pPr>
      <w:r>
        <w:t>اور جب ان کے سامنے ہماری آیتیں پڑھی جاتی ہیں تو کہتے ہیں: "ہم نے سن لیا۔" اگر ہم چاہیں تو ہم بھی ایسا ہی کلام پیش کر دیں۔</w:t>
      </w:r>
    </w:p>
    <w:p>
      <w:r>
        <w:rPr>
          <w:b/>
        </w:rPr>
        <w:t xml:space="preserve">[43:18] </w:t>
      </w:r>
      <w:r>
        <w:t>yeh to bas aglon ki kahaniyan hain. aur jab unhon ne kaha ke: "ae allaha! agar yahi haq hai tere pas se to hum par aasman se patthar barsa de ya aur koi dardnak azab hum par le aa." aur allaha aisa karne wala nahi ke un ko azab de is hal mein ke tum un mein maujood ho.</w:t>
      </w:r>
    </w:p>
    <w:p>
      <w:pPr>
        <w:jc w:val="right"/>
      </w:pPr>
      <w:r>
        <w:t>یہ تو بس اگلوں کی کہانیاں ہیں۔ اور جب انہوں نے کہا کہ: "اے اللہ! اگر یہی حق ہے تیرے پاس سے تو ہم پر آسمان سے پتھر برسا دے یا اور کوئی دردناک عذاب ہم پر لے آ۔" اور اللہ ایسا کرنے والا نہیں کہ ان کو عذاب دے اس حال میں کہ تم ان میں موجود ہو۔</w:t>
      </w:r>
    </w:p>
    <w:p>
      <w:r>
        <w:rPr>
          <w:b/>
        </w:rPr>
        <w:t xml:space="preserve">[43:43] </w:t>
      </w:r>
      <w:r>
        <w:t>aur allaha un par azab lane wala nahi jab ke woh istighfar kar rahe hon.</w:t>
      </w:r>
    </w:p>
    <w:p>
      <w:pPr>
        <w:jc w:val="right"/>
      </w:pPr>
      <w:r>
        <w:t>اور اللہ ان پر عذاب لانے والا نہیں جب کہ وہ استغفار کر رہے ہوں۔</w:t>
      </w:r>
    </w:p>
    <w:p>
      <w:r>
        <w:rPr>
          <w:b/>
        </w:rPr>
        <w:t xml:space="preserve">[43:50] </w:t>
      </w:r>
      <w:r>
        <w:t>aur allaha un ko kyun na azab dega halankeh woh masjid haram se rokte hain jab ke woh is ke mutawalli nahin.</w:t>
      </w:r>
    </w:p>
    <w:p>
      <w:pPr>
        <w:jc w:val="right"/>
      </w:pPr>
      <w:r>
        <w:t>اور اللہ ان کو کیوں نہ عذاب دے گا حالانکہ وہ مسجد حرام سے روکتے ہیں جب کہ وہ اس کے متولی نہیں۔</w:t>
      </w:r>
    </w:p>
    <w:p>
      <w:r>
        <w:rPr>
          <w:b/>
        </w:rPr>
        <w:t xml:space="preserve">[43:59] </w:t>
      </w:r>
      <w:r>
        <w:t>is ke mutawalli to sirf allaha se darne wale ho sakte hain</w:t>
      </w:r>
    </w:p>
    <w:p>
      <w:pPr>
        <w:jc w:val="right"/>
      </w:pPr>
      <w:r>
        <w:t>اس کے متولی تو صرف اللہ سے ڈرنے والے ہو سکتے ہیں</w:t>
      </w:r>
    </w:p>
    <w:p>
      <w:r>
        <w:rPr>
          <w:b/>
        </w:rPr>
        <w:t xml:space="preserve">[44:05] </w:t>
      </w:r>
      <w:r>
        <w:t>magar un mein se aksar is ko nahin jante. aur bait allaha ke pas un ki namaz, seeti bajane aur tali peetne ke siwa aur kuch nahin.</w:t>
      </w:r>
    </w:p>
    <w:p>
      <w:pPr>
        <w:jc w:val="right"/>
      </w:pPr>
      <w:r>
        <w:t>مگر ان میں سے اکثر اس کو نہیں جانتے۔ اور بیت اللہ کے پاس ان کی نماز، سیتی بجانے اور تالی پیٹنے کے سوا اور کچھ نہیں۔</w:t>
      </w:r>
    </w:p>
    <w:p>
      <w:r>
        <w:rPr>
          <w:b/>
        </w:rPr>
        <w:t xml:space="preserve">[44:17] </w:t>
      </w:r>
      <w:r>
        <w:t>pas ab chakhon azab apne inkar ka.</w:t>
      </w:r>
    </w:p>
    <w:p>
      <w:pPr>
        <w:jc w:val="right"/>
      </w:pPr>
      <w:r>
        <w:t>پس اب چکھو عذاب اپنے انکار کا۔</w:t>
      </w:r>
    </w:p>
    <w:p>
      <w:r>
        <w:rPr>
          <w:b/>
        </w:rPr>
        <w:t xml:space="preserve">[44:23] </w:t>
      </w:r>
      <w:r>
        <w:t>tashreeh: hum bhi aisa kalam bana sakte hain. hum nahaq par hain to hamare upar patthar kyun nahin barta?</w:t>
      </w:r>
    </w:p>
    <w:p>
      <w:pPr>
        <w:jc w:val="right"/>
      </w:pPr>
      <w:r>
        <w:t>تشریح: ہم بھی ایسا کلام بنا سکتے ہیں۔ ہم ناحق پر ہیں تو ہمارے اوپر پتھر کیوں نہیں برستا؟</w:t>
      </w:r>
    </w:p>
    <w:p>
      <w:r>
        <w:rPr>
          <w:b/>
        </w:rPr>
        <w:t xml:space="preserve">[44:34] </w:t>
      </w:r>
      <w:r>
        <w:t>yeh sab ghamand ki baaten hain. admi jab dunya mein apne ko mehfooz hasiyat mein pata hai, jab woh dekhta hai ke haq ka inkar karna ya us ko nazar andaz karna uska kuch nahin bigadta,</w:t>
      </w:r>
    </w:p>
    <w:p>
      <w:pPr>
        <w:jc w:val="right"/>
      </w:pPr>
      <w:r>
        <w:t>یہ سب گھمنڈ کی باتیں ہیں۔ آدمی جب دنیا میں اپنے کو محفوظ حیثیت میں پاتا ہے، جب وہ دیکھتا ہے کہ حق کا انکار کرنا یا اس کو نظر انداز کرنا اس کا کچھ نہیں بگاڑتا،</w:t>
      </w:r>
    </w:p>
    <w:p>
      <w:r>
        <w:rPr>
          <w:b/>
        </w:rPr>
        <w:t xml:space="preserve">[44:50] </w:t>
      </w:r>
      <w:r>
        <w:t>to us ke andar jhoote aitmad ki nafsiyat paida ho jati hai. woh samajhta hai ke main jo kuch kar raha hoon woh bilkul durust hai.</w:t>
      </w:r>
    </w:p>
    <w:p>
      <w:pPr>
        <w:jc w:val="right"/>
      </w:pPr>
      <w:r>
        <w:t>تو اس کے اندر جھوٹے اعتماد کی نفسیات پیدا ہو جاتی ہے۔ وہ سمجھتا ہے کہ میں جو کچھ کر رہا ہوں وہ بالکل درست ہے۔</w:t>
      </w:r>
    </w:p>
    <w:p>
      <w:r>
        <w:rPr>
          <w:b/>
        </w:rPr>
        <w:t xml:space="preserve">[44:59] </w:t>
      </w:r>
      <w:r>
        <w:t>iska yeh ehsas us ki zuban se aise kalmat niklwata hai jo aam halaton mein kisi ki zuban se nahin nikalte.</w:t>
      </w:r>
    </w:p>
    <w:p>
      <w:pPr>
        <w:jc w:val="right"/>
      </w:pPr>
      <w:r>
        <w:t>اس کا یہ احساس اس کی زبان سے ایسے کلمات نکلواتا ہے جو عام حالات میں کسی کی زبان سے نہیں نکلتے۔</w:t>
      </w:r>
    </w:p>
    <w:p>
      <w:r>
        <w:rPr>
          <w:b/>
        </w:rPr>
        <w:t xml:space="preserve">[45:10] </w:t>
      </w:r>
      <w:r>
        <w:t>is qism ke logon mein yeh dileri khuda ke qanoon mohlat ki wajah se paida hoti hai.</w:t>
      </w:r>
    </w:p>
    <w:p>
      <w:pPr>
        <w:jc w:val="right"/>
      </w:pPr>
      <w:r>
        <w:t>اس قسم کے لوگوں میں یہ دلیری خدا کے قانون مہلت کی وجہ سے پیدا ہوتی ہے۔</w:t>
      </w:r>
    </w:p>
    <w:p>
      <w:r>
        <w:rPr>
          <w:b/>
        </w:rPr>
        <w:t xml:space="preserve">[45:16] </w:t>
      </w:r>
      <w:r>
        <w:t>khuda yaqeenan mujrimon ko saza deta hai magar khuda ki sunnat yeh hai ke woh admi ko hamesha us waqt pakadta hai jab ke us ke upar haq o batil ki wazahat ka kaam mukammal taur par anjam de diya gaya ho.</w:t>
      </w:r>
    </w:p>
    <w:p>
      <w:pPr>
        <w:jc w:val="right"/>
      </w:pPr>
      <w:r>
        <w:t>خدا یقیناً مجرموں کو سزا دیتا ہے مگر خدا کی سنت یہ ہے کہ وہ آدمی کو ہمیشہ اس وقت پکڑتا ہے جب کہ اس کے اوپر حق و باطل کی وضاحت کا کام مکمل طور پر انجام دے دیا گیا ہو۔</w:t>
      </w:r>
    </w:p>
    <w:p>
      <w:r>
        <w:rPr>
          <w:b/>
        </w:rPr>
        <w:t xml:space="preserve">[45:33] </w:t>
      </w:r>
      <w:r>
        <w:t>is kaam ki takmeel se pehle kisi ko halak nahin kiya jata.</w:t>
      </w:r>
    </w:p>
    <w:p>
      <w:pPr>
        <w:jc w:val="right"/>
      </w:pPr>
      <w:r>
        <w:t>اس کام کی تکمیل سے پہلے کسی کو ہلاک نہیں کیا جاتا۔</w:t>
      </w:r>
    </w:p>
    <w:p>
      <w:r>
        <w:rPr>
          <w:b/>
        </w:rPr>
        <w:t xml:space="preserve">[45:39] </w:t>
      </w:r>
      <w:r>
        <w:t>neez yeh ke dawati amal ke darmiyan agar ek ek, do do admi is se mutasir ho kar apni islaah kar rahe hon tab bhi saza ka nuzool ruka rehta hai taake yeh amal is had tak mukammal ho jaye ke jitni saeed roohen hain sab is se bahar aa chuki hon.</w:t>
      </w:r>
    </w:p>
    <w:p>
      <w:pPr>
        <w:jc w:val="right"/>
      </w:pPr>
      <w:r>
        <w:t>نیز یہ کہ دعوتی عمل کے درمیان اگر ایک ایک، دو دو آدمی اس سے متاثر ہو کر اپنی اصلاح کر رہے ہوں تب بھی سزا کا نزول رکا رہتا ہے تاکہ یہ عمل اس حد تک مکمل ہو جائے کہ جتنی سعید روحیں ہیں سب اس سے باہر آ چکی ہوں۔</w:t>
      </w:r>
    </w:p>
    <w:p>
      <w:r>
        <w:rPr>
          <w:b/>
        </w:rPr>
        <w:t xml:space="preserve">[46:03] </w:t>
      </w:r>
      <w:r>
        <w:t>omaton mein bigad aata hai to aisa nahin hota ke un ke darmiyan se deen ki sooraten mit jayen. bigad ke zamane mein hamesha yeh hota hai ke khauf khuda wala deen jata rehta hai aur us ki jagah dhoom wala deen aa jata hai.</w:t>
      </w:r>
    </w:p>
    <w:p>
      <w:pPr>
        <w:jc w:val="right"/>
      </w:pPr>
      <w:r>
        <w:t>امتوں میں بگاڑ آتا ہے تو ایسا نہیں ہوتا کہ ان کے درمیان سے دین کی صورتیں مٹ جائیں۔ بگاڑ کے زمانے میں ہمیشہ یہ ہوتا ہے کہ خوف خدا والا دین جاتا رہتا ہے اور اس کی جگہ دھوم والا دین آ جاتا ہے۔</w:t>
      </w:r>
    </w:p>
    <w:p>
      <w:r>
        <w:rPr>
          <w:b/>
        </w:rPr>
        <w:t xml:space="preserve">[46:21] </w:t>
      </w:r>
      <w:r>
        <w:t>ab qom ke pas amal nahin hota balke mazi ki shakhsiyaten aur un ke naam par qaim shuda gadiyan hoti hain.</w:t>
      </w:r>
    </w:p>
    <w:p>
      <w:pPr>
        <w:jc w:val="right"/>
      </w:pPr>
      <w:r>
        <w:t>اب قوم کے پاس عمل نہیں ہوتا بلکہ ماضی کی شخصیتیں اور ان کے نام پر قائم شدہ گدیاں ہوتی ہیں۔</w:t>
      </w:r>
    </w:p>
    <w:p>
      <w:r>
        <w:rPr>
          <w:b/>
        </w:rPr>
        <w:t xml:space="preserve">[46:30] </w:t>
      </w:r>
      <w:r>
        <w:t>log in shakhsiyaton aur un gadiyon se wabasta ho kar samajhte hain ke un ko wahi azmat hasil ho gayi hai jo tareekhi asbab se khud in shakhsiyaton aur gadiyon ko hasil hai.</w:t>
      </w:r>
    </w:p>
    <w:p>
      <w:pPr>
        <w:jc w:val="right"/>
      </w:pPr>
      <w:r>
        <w:t>لوگ ان شخصیتوں اور ان گدیوں سے وابستہ ہو کر سمجھتے ہیں کہ ان کو وہی عظمت حاصل ہو گئی ہے جو تاریخی اسباب سے خود ان شخصیتوں اور گدیوں کو حاصل ہے۔</w:t>
      </w:r>
    </w:p>
    <w:p>
      <w:r>
        <w:rPr>
          <w:b/>
        </w:rPr>
        <w:t xml:space="preserve">[46:44] </w:t>
      </w:r>
      <w:r>
        <w:t>log andar se khali hote hain magar bade bade namon par numaisahi aamal kar ke samajhte hain ke woh bohat bara deeni karnama anjam de rahe hain.</w:t>
      </w:r>
    </w:p>
    <w:p>
      <w:pPr>
        <w:jc w:val="right"/>
      </w:pPr>
      <w:r>
        <w:t>لوگ اندر سے خالی ہوتے ہیں مگر بڑے بڑے ناموں پر نمائشی اعمال کر کے سمجھتے ہیں کہ وہ بہت بڑا دینی کارنامہ انجام دے رہے ہیں۔</w:t>
      </w:r>
    </w:p>
    <w:p>
      <w:r>
        <w:rPr>
          <w:b/>
        </w:rPr>
        <w:t xml:space="preserve">[46:56] </w:t>
      </w:r>
      <w:r>
        <w:t>makkah ke log isi qism ki nafsiyat mein mubtala the.</w:t>
      </w:r>
    </w:p>
    <w:p>
      <w:pPr>
        <w:jc w:val="right"/>
      </w:pPr>
      <w:r>
        <w:t>مکہ کے لوگ اسی قسم کی نفسیات میں مبتلا تھے۔</w:t>
      </w:r>
    </w:p>
    <w:p>
      <w:r>
        <w:rPr>
          <w:b/>
        </w:rPr>
        <w:t xml:space="preserve">[47:00] </w:t>
      </w:r>
      <w:r>
        <w:t>un ko fakhr tha ke woh baitullah ke waris hain. ibrahim o ismail jese jalil qadr paighambaron ki ummat hain.</w:t>
      </w:r>
    </w:p>
    <w:p>
      <w:pPr>
        <w:jc w:val="right"/>
      </w:pPr>
      <w:r>
        <w:t>ان کو فخر تھا کہ وہ بیت اللہ کے وارث ہیں۔ ابراہیم و اسماعیل جیسے جلیل القدر پیغمبروں کی امت ہیں۔</w:t>
      </w:r>
    </w:p>
    <w:p>
      <w:r>
        <w:rPr>
          <w:b/>
        </w:rPr>
        <w:t xml:space="preserve">[47:11] </w:t>
      </w:r>
      <w:r>
        <w:t>un ko kaba ke khadim hone ka sharaf hasil hai. un ka khayal tha ke jab un ko</w:t>
      </w:r>
    </w:p>
    <w:p>
      <w:pPr>
        <w:jc w:val="right"/>
      </w:pPr>
      <w:r>
        <w:t>ان کو کعبہ کے خادم ہونے کا شرف حاصل ہے۔ ان کا خیال تھا کہ جب ان کو</w:t>
      </w:r>
    </w:p>
    <w:p>
      <w:r>
        <w:rPr>
          <w:b/>
        </w:rPr>
        <w:t xml:space="preserve">[47:18] </w:t>
      </w:r>
      <w:r>
        <w:t>itne deeni aezazat hasil hain aur woh itne bare bare deeni karnamay anjam de rahe hain to kaise mumkin hai ke khuda un ko jahannum mein daal de.</w:t>
      </w:r>
    </w:p>
    <w:p>
      <w:pPr>
        <w:jc w:val="right"/>
      </w:pPr>
      <w:r>
        <w:t>اتنے دینی اعزازات حاصل ہیں اور وہ اتنے بڑے بڑے دینی کارنامے انجام دے رہے ہیں تو کیسے ممکن ہے کہ خدا ان کو جہنم میں ڈال دے۔</w:t>
      </w:r>
    </w:p>
    <w:p>
      <w:r>
        <w:rPr>
          <w:b/>
        </w:rPr>
        <w:t xml:space="preserve">[47:34] </w:t>
      </w:r>
      <w:r>
        <w:t>innalazina kafaroo yunfiquna amwalahum liyasuddoo an sabeelillah fasayunfiqunaha thumma takoona alayhim hasrat</w:t>
      </w:r>
    </w:p>
    <w:p>
      <w:pPr>
        <w:jc w:val="right"/>
      </w:pPr>
      <w:r>
        <w:t>إن الذين كفروا ينفقون أموالهم ليصدوا عن سبيل الله فسينفقونها ثم تكون عليهم حسرة</w:t>
      </w:r>
    </w:p>
    <w:p>
      <w:r>
        <w:rPr>
          <w:b/>
        </w:rPr>
        <w:t xml:space="preserve">[47:52] </w:t>
      </w:r>
      <w:r>
        <w:t>thumma yughlaboon wallazina kafaroo ila jahannama yuhsharoon layumayyiza Allahul khabeetha minattaiyibi wayaj alul khabeetha ba'dahu 'ala ba'din</w:t>
      </w:r>
    </w:p>
    <w:p>
      <w:pPr>
        <w:jc w:val="right"/>
      </w:pPr>
      <w:r>
        <w:t>ثم يغلبون والذين كفروا إلى جهنم يحشرون ليميز الله الخبيث من الطيب ويجعل الخبيث بعضه على بعض</w:t>
      </w:r>
    </w:p>
    <w:p>
      <w:r>
        <w:rPr>
          <w:b/>
        </w:rPr>
        <w:t xml:space="preserve">[48:16] </w:t>
      </w:r>
      <w:r>
        <w:t>fairakumahu jamee'an fayaj'alahu fee jahannama oola'ika humul khasiroun</w:t>
      </w:r>
    </w:p>
    <w:p>
      <w:pPr>
        <w:jc w:val="right"/>
      </w:pPr>
      <w:r>
        <w:t>فيركمه جميعاً فيجعله في جهنم أولئك هم الخاسرون</w:t>
      </w:r>
    </w:p>
    <w:p>
      <w:r>
        <w:rPr>
          <w:b/>
        </w:rPr>
        <w:t xml:space="preserve">[48:30] </w:t>
      </w:r>
      <w:r>
        <w:t>jin logon ne inkar kiya woh apne maal ko is liye kharch karte hain ke logon ko Allah ki rah se rokein. woh is ko kharch karte rahenge phir yeh un ke liye hasrat banega phir woh maghloob kiye jayenge.</w:t>
      </w:r>
    </w:p>
    <w:p>
      <w:pPr>
        <w:jc w:val="right"/>
      </w:pPr>
      <w:r>
        <w:t>جن لوگوں نے انکار کیا وہ اپنے مال کو اس لیے خرچ کرتے ہیں کہ لوگوں کو اللہ کی راہ سے روکیں۔ وہ اس کو خرچ کرتے رہیں گے پھر یہ ان کے لیے حسرت بنے گا پھر وہ مغلوب کیے جائیں گے۔</w:t>
      </w:r>
    </w:p>
    <w:p>
      <w:r>
        <w:rPr>
          <w:b/>
        </w:rPr>
        <w:t xml:space="preserve">[48:45] </w:t>
      </w:r>
      <w:r>
        <w:t>aur jinhon ne inkar kiya un ko jahannum ki taraf ikatha kiya jayega ta ke Allah napak ko alag kar de pak se aur napak ko ek par ek rakhe.</w:t>
      </w:r>
    </w:p>
    <w:p>
      <w:pPr>
        <w:jc w:val="right"/>
      </w:pPr>
      <w:r>
        <w:t>اور جنہوں نے انکار کیا ان کو جہنم کی طرف اکٹھا کیا جائے گا تاکہ اللہ ناپاک کو الگ کر دے پاک سے اور ناپاک کو ایک پر ایک رکھے۔</w:t>
      </w:r>
    </w:p>
    <w:p>
      <w:r>
        <w:rPr>
          <w:b/>
        </w:rPr>
        <w:t xml:space="preserve">[48:56] </w:t>
      </w:r>
      <w:r>
        <w:t>phir is dher ko jahannum mein daal de. yeh</w:t>
      </w:r>
    </w:p>
    <w:p>
      <w:pPr>
        <w:jc w:val="right"/>
      </w:pPr>
      <w:r>
        <w:t>پھر اس ڈھیر کو جہنم میں ڈال دے۔ یہ</w:t>
      </w:r>
    </w:p>
    <w:p>
      <w:r>
        <w:rPr>
          <w:b/>
        </w:rPr>
        <w:t xml:space="preserve">[48:59] </w:t>
      </w:r>
      <w:r>
        <w:t>hi log hain khasare mein padne wale. tashreeh: insanon mein kuch pak hain aur napak. kuch roohon ki ghiza woh cheezein hoti hain jo Khuda ko pasand hain.</w:t>
      </w:r>
    </w:p>
    <w:p>
      <w:pPr>
        <w:jc w:val="right"/>
      </w:pPr>
      <w:r>
        <w:t>ی لوگ ہیں خسارے میں پڑنے والے۔ تشریح: انسانوں میں کچھ پاک ہیں اور ناپاک۔ کچھ روحوں کی غذا وہ چیزیں ہوتی ہیں جو خدا کو پسند ہیں۔</w:t>
      </w:r>
    </w:p>
    <w:p>
      <w:r>
        <w:rPr>
          <w:b/>
        </w:rPr>
        <w:t xml:space="preserve">[49:11] </w:t>
      </w:r>
      <w:r>
        <w:t>aur kuch roohon ko in cheezon mein lazzat milti hai jo un ke nafs ko ya shaitan ko marghoob hain. aam halaat mein yeh dono qism ke log ek doosre se milte rehte hain.</w:t>
      </w:r>
    </w:p>
    <w:p>
      <w:pPr>
        <w:jc w:val="right"/>
      </w:pPr>
      <w:r>
        <w:t>اور کچھ روحوں کو ان چیزوں میں لذت ملتی ہے جو ان کے نفس کو یا شیطان کو مرغوب ہیں۔ عام حالات میں یہ دونوں قسم کے لوگ ایک دوسرے سے ملتے رہتے ہیں۔</w:t>
      </w:r>
    </w:p>
    <w:p>
      <w:r>
        <w:rPr>
          <w:b/>
        </w:rPr>
        <w:t xml:space="preserve">[49:22] </w:t>
      </w:r>
      <w:r>
        <w:t>bataur in mein koi farq dikhai nahi deta.</w:t>
      </w:r>
    </w:p>
    <w:p>
      <w:pPr>
        <w:jc w:val="right"/>
      </w:pPr>
      <w:r>
        <w:t>بظاہر ان میں کوئی فرق دکھائی نہیں دیتا۔</w:t>
      </w:r>
    </w:p>
    <w:p>
      <w:r>
        <w:rPr>
          <w:b/>
        </w:rPr>
        <w:t xml:space="preserve">[49:25] </w:t>
      </w:r>
      <w:r>
        <w:t>is liye Allah taala logon ke darmiyan haq o batil ki kashmakash barpa karta hai ta ke dono qism ke log ek doosre se alag ho jayein aur yeh maloom ho jaye ke kaun kya tha aur kaun kya tha.</w:t>
      </w:r>
    </w:p>
    <w:p>
      <w:pPr>
        <w:jc w:val="right"/>
      </w:pPr>
      <w:r>
        <w:t>اس لیے اللہ تعالیٰ لوگوں کے درمیان حق و باطل کی کشمکش برپا کرتا ہے تاکہ دونوں قسم کے لوگ ایک دوسرے سے الگ ہو جائیں اور یہ معلوم ہو جائے کہ کون کیا تھا اور کون کیا تھا۔</w:t>
      </w:r>
    </w:p>
    <w:p>
      <w:r>
        <w:rPr>
          <w:b/>
        </w:rPr>
        <w:t xml:space="preserve">[49:37] </w:t>
      </w:r>
      <w:r>
        <w:t>is kashmakash ke douran khul jata hai ke kaun haq ke samne aane ke baad foran us ko maan leta hai aur kaun woh hai jo is ka inkar kar deta hai.</w:t>
      </w:r>
    </w:p>
    <w:p>
      <w:pPr>
        <w:jc w:val="right"/>
      </w:pPr>
      <w:r>
        <w:t>اس کشمکش کے دوران کھل جاتا ہے کہ کون حق کے سامنے آنے کے بعد فوراً اس کو مان لیتا ہے اور کون وہ ہے جو اس کا انکار کر دیتا ہے۔</w:t>
      </w:r>
    </w:p>
    <w:p>
      <w:r>
        <w:rPr>
          <w:b/>
        </w:rPr>
        <w:t xml:space="preserve">[49:47] </w:t>
      </w:r>
      <w:r>
        <w:t>kaun doosron ke sath muamla padne par insaf ki had par qaim rehta hai aur kaun be insafi par utar aata hai.</w:t>
      </w:r>
    </w:p>
    <w:p>
      <w:pPr>
        <w:jc w:val="right"/>
      </w:pPr>
      <w:r>
        <w:t>کون دوسروں کے ساتھ معاملہ پڑنے پر انصاف کی حد پر قائم رہتا ہے اور کون بے انصافی پر اتر آتا ہے۔</w:t>
      </w:r>
    </w:p>
    <w:p>
      <w:r>
        <w:rPr>
          <w:b/>
        </w:rPr>
        <w:t xml:space="preserve">[49:55] </w:t>
      </w:r>
      <w:r>
        <w:t>kaun Allah ki zameen mein mutawaze ban kar rehta hai aur kaun sarkash ban kar. kaun sachai ki rah mein apna maal kharch karne wala aur kaun ta'assub aur numaaish ki rah mein.</w:t>
      </w:r>
    </w:p>
    <w:p>
      <w:pPr>
        <w:jc w:val="right"/>
      </w:pPr>
      <w:r>
        <w:t>کون خدا کی زمین میں متواضع بن کر رہتا ہے اور کون سرکش بن کر۔ کون سچائی کی راہ میں اپنا مال خرچ کرنے والا اور کون تعصب اور نمائش کی راہ میں۔</w:t>
      </w:r>
    </w:p>
    <w:p>
      <w:r>
        <w:rPr>
          <w:b/>
        </w:rPr>
        <w:t xml:space="preserve">[50:07] </w:t>
      </w:r>
      <w:r>
        <w:t>jo log haq ko chhod kar doosri rahon mein apni koshishein sirf karte hain un ke is amal ko shaitan un ki nazar mein is tarah haseen banata rehta hai ke woh samajhte hain ke woh aala karnamay anjam de rahe hain.</w:t>
      </w:r>
    </w:p>
    <w:p>
      <w:pPr>
        <w:jc w:val="right"/>
      </w:pPr>
      <w:r>
        <w:t>جو لوگ حق کو چھوڑ کر دوسری راہوں میں اپنی کوششیں صرف کرتے ہیں ان کے اس عمل کو شیطان ان کی نظر میں اس طرح حسین بناتا رہتا ہے کہ وہ سمجھتے ہیں کہ وہ اعلیٰ کارنامے انجام دے رہے ہیں۔</w:t>
      </w:r>
    </w:p>
    <w:p>
      <w:r>
        <w:rPr>
          <w:b/>
        </w:rPr>
        <w:t xml:space="preserve">[50:19] </w:t>
      </w:r>
      <w:r>
        <w:t>woh shandar mustaqbil ki taraf badh rahe hain.</w:t>
      </w:r>
    </w:p>
    <w:p>
      <w:pPr>
        <w:jc w:val="right"/>
      </w:pPr>
      <w:r>
        <w:t>وہ شاندار مستقبل کی طرف بڑھ رہے ہیں۔</w:t>
      </w:r>
    </w:p>
    <w:p>
      <w:r>
        <w:rPr>
          <w:b/>
        </w:rPr>
        <w:t xml:space="preserve">[50:23] </w:t>
      </w:r>
      <w:r>
        <w:t>magar is galat fehmi ki umr bohat thodi hai. bohat jald aadmi par woh waqt aa jata hai jab ke woh jaan leta hai ke us ne jo kuch kiya woh sirf apni quwwat aur apne maal ko zaya karna tha.</w:t>
      </w:r>
    </w:p>
    <w:p>
      <w:pPr>
        <w:jc w:val="right"/>
      </w:pPr>
      <w:r>
        <w:t>مگر اس غلط فہمی کی عمر بہت تھوڑی ہے۔ بہت جلد آدمی پر وہ وقت آ جاتا ہے جب کہ وہ جان لیتا ہے کہ اس نے جو کچھ کیا وہ صرف اپنی قوت اور اپنے مال کو ضائع کرنا تھا۔</w:t>
      </w:r>
    </w:p>
    <w:p>
      <w:r>
        <w:rPr>
          <w:b/>
        </w:rPr>
        <w:t xml:space="preserve">[50:35] </w:t>
      </w:r>
      <w:r>
        <w:t>woh jis mustaqbil ki taraf badh raha tha woh hasrat aur mayusi ka mustaqbil tha. agarche jhooti khush fehmi ke tehat woh us ko roshan mustaqbil ki taraf safar ke hum ma'ni samajhta raha tha.</w:t>
      </w:r>
    </w:p>
    <w:p>
      <w:pPr>
        <w:jc w:val="right"/>
      </w:pPr>
      <w:r>
        <w:t>وہ جس مستقبل کی طرف بڑھ رہا تھا وہ حسرت اور مایوسی کا مستقبل تھا۔ اگرچہ جھوٹی خوش فہمی کے تحت وہ اس کو روشن مستقبل کی طرف سفر کے ہم معنی سمجھتا رہا تھا۔</w:t>
      </w:r>
    </w:p>
    <w:p>
      <w:r>
        <w:rPr>
          <w:b/>
        </w:rPr>
        <w:t xml:space="preserve">[50:49] </w:t>
      </w:r>
      <w:r>
        <w:t>be aamez haq ki dawat uthti hai to woh tamam log apne upar us ki zad padti hui mehsoos karte hain jo milawati deen ki buniyad par sardari qaim kiye hue the.</w:t>
      </w:r>
    </w:p>
    <w:p>
      <w:pPr>
        <w:jc w:val="right"/>
      </w:pPr>
      <w:r>
        <w:t>بے آمیز حق کی دعوت اٹھتی ہے تو وہ تمام لوگ اپنے اوپر اس کی زد پڑتی ہوئی محسوس کرتے ہیں جو ملاوٹی دین کی بنیاد پر سرداری قائم کیے ہوئے تھے۔</w:t>
      </w:r>
    </w:p>
    <w:p>
      <w:r>
        <w:rPr>
          <w:b/>
        </w:rPr>
        <w:t xml:space="preserve">[50:59] </w:t>
      </w:r>
      <w:r>
        <w:t>woh is rawaji dhanchay ki hifazat mein apni sari taqat kharch kar dete hain jis ke andar unhein barhai ka maqam hasil hai. magar aise log be aamez haq ke muqable mein lazman nakam hote hain.</w:t>
      </w:r>
    </w:p>
    <w:p>
      <w:pPr>
        <w:jc w:val="right"/>
      </w:pPr>
      <w:r>
        <w:t>وہ اس رواجی ڈھانچے کی حفاظت میں اپنی ساری طاقت خرچ کر دیتے ہیں جس کے اندر انہیں بڑائی کا مقام حاصل ہے۔ مگر ایسے لوگ بے آمیز حق کے مقابلے میں لازماً ناکام ہوتے ہیں۔</w:t>
      </w:r>
    </w:p>
    <w:p>
      <w:r>
        <w:rPr>
          <w:b/>
        </w:rPr>
        <w:t xml:space="preserve">[51:12] </w:t>
      </w:r>
      <w:r>
        <w:t>kabhi daleel ke maidan mein aur kabhi isi ke sath amal ke maidan mein bhi. maujooda duniya ke hangame sirf is liye jari kiye gaye hain ke pak roohon aur napak roohon ko ek doosre se alag kar diya jaye.</w:t>
      </w:r>
    </w:p>
    <w:p>
      <w:pPr>
        <w:jc w:val="right"/>
      </w:pPr>
      <w:r>
        <w:t>کبھی دلیل کے میدان میں اور کبھی اسی کے ساتھ عمل کے میدان میں بھی۔ موجودہ دنیا کے ہنگامے صرف اس لیے جاری کیے گئے ہیں کہ پاک روحوں اور ناپاک روحوں کو ایک دوسرے سے الگ کر دیا جائے۔</w:t>
      </w:r>
    </w:p>
    <w:p>
      <w:r>
        <w:rPr>
          <w:b/>
        </w:rPr>
        <w:t xml:space="preserve">[51:26] </w:t>
      </w:r>
      <w:r>
        <w:t>yeh chhanatne ka amal jab poora ho jayega to Khuda pak roohon ko jannat mein dakhil kar dega aur napak roohon ko ek sath jama kar ke jahannum mein dhakail dega.</w:t>
      </w:r>
    </w:p>
    <w:p>
      <w:pPr>
        <w:jc w:val="right"/>
      </w:pPr>
      <w:r>
        <w:t>یہ چھانٹنے کا عمل جب پورا ہو جائے گا تو خدا پاک روحوں کو جنت میں داخل کر دے گا اور ناپاک روحوں کو ایک ساتھ جمع کر کے جہنم میں دھکیل دے گا۔</w:t>
      </w:r>
    </w:p>
    <w:p>
      <w:r>
        <w:rPr>
          <w:b/>
        </w:rPr>
        <w:t xml:space="preserve">[51:39] </w:t>
      </w:r>
      <w:r>
        <w:t>qul lillazina kafaroo in yantahoo yaghfir lahum ma qad salafa wa in ya'oodoo faqad madhat sunnatul awwaleen</w:t>
      </w:r>
    </w:p>
    <w:p>
      <w:pPr>
        <w:jc w:val="right"/>
      </w:pPr>
      <w:r>
        <w:t>قل للذين كفروا إن ينتهوا يغفر لهم ما قد سلف وإن يعودوا فقد مضت سنة الأولين</w:t>
      </w:r>
    </w:p>
    <w:p>
      <w:r>
        <w:rPr>
          <w:b/>
        </w:rPr>
        <w:t xml:space="preserve">[51:58] </w:t>
      </w:r>
      <w:r>
        <w:t>wa qataluhum hatta la takuna fitna wa yakuna ad-deenu kulluhu lillah fa in intahaw fa innallaha bima ya'maluna baseer</w:t>
      </w:r>
    </w:p>
    <w:p>
      <w:pPr>
        <w:jc w:val="right"/>
      </w:pPr>
      <w:r>
        <w:t>وقاتلوهم حتى لا تكون فتنة ويكون الدين كله لله فإن انتهوا فإن الله بما يعملون بصير</w:t>
      </w:r>
    </w:p>
    <w:p>
      <w:r>
        <w:rPr>
          <w:b/>
        </w:rPr>
        <w:t xml:space="preserve">[52:18] </w:t>
      </w:r>
      <w:r>
        <w:t>wa in tawallaw fa'lamu annallaha mawlakum ni'mal mawla wa ni'man naseer</w:t>
      </w:r>
    </w:p>
    <w:p>
      <w:pPr>
        <w:jc w:val="right"/>
      </w:pPr>
      <w:r>
        <w:t>وإن تولوا فاعلموا أن الله مولاكم نعم المولى ونعم النصير</w:t>
      </w:r>
    </w:p>
    <w:p>
      <w:r>
        <w:rPr>
          <w:b/>
        </w:rPr>
        <w:t xml:space="preserve">[52:36] </w:t>
      </w:r>
      <w:r>
        <w:t>inkaar karne walon se kaho ke agar woh baaz aa jayen to jo kuch ho chuka hai woh unhein maaf kar diya jayega aur</w:t>
      </w:r>
    </w:p>
    <w:p>
      <w:pPr>
        <w:jc w:val="right"/>
      </w:pPr>
      <w:r>
        <w:t>انکار کرنے والوں سے کہو کہ اگر وہ باز آ جائیں تو جو کچھ ہو چکا ہے وہ انہیں معاف کر دیا جائے گا اور</w:t>
      </w:r>
    </w:p>
    <w:p>
      <w:r>
        <w:rPr>
          <w:b/>
        </w:rPr>
        <w:t xml:space="preserve">[52:43] </w:t>
      </w:r>
      <w:r>
        <w:t>agar woh phir wahi karenge to hamara muamla aglon ke saath guzar chuka hai. aur un se lado yahan tak ke fitna baqi na rahe aur deen sab Allah ke liye ho jaye.</w:t>
      </w:r>
    </w:p>
    <w:p>
      <w:pPr>
        <w:jc w:val="right"/>
      </w:pPr>
      <w:r>
        <w:t>اگر وہ پھر وہی کریں گے تو ہمارا معاملہ اگلوں کے ساتھ گزر چکا ہے۔ اور ان سے لڑو یہاں تک کہ فتنہ باقی نہ رہے اور دین سب اللہ کے لیے ہو جائے۔</w:t>
      </w:r>
    </w:p>
    <w:p>
      <w:r>
        <w:rPr>
          <w:b/>
        </w:rPr>
        <w:t xml:space="preserve">[52:54] </w:t>
      </w:r>
      <w:r>
        <w:t>phir agar woh baaz aa jayen to Allah dekhne wala hai un ke amal ka. aur agar unhone i'raad kiya to jaan lo ke Allah tumhara mawla hai aur kya hi achha mawla hai aur kya hi achha madadgar.</w:t>
      </w:r>
    </w:p>
    <w:p>
      <w:pPr>
        <w:jc w:val="right"/>
      </w:pPr>
      <w:r>
        <w:t>پھر اگر وہ باز آ جائیں تو اللہ دیکھنے والا ہے ان کے عمل کا۔ اور اگر انہوں نے اعراض کیا تو جان لو کہ اللہ تمہارا مولا ہے اور کیا ہی اچھا مولا ہے اور کیا ہی اچھا مددگار۔</w:t>
      </w:r>
    </w:p>
    <w:p>
      <w:r>
        <w:rPr>
          <w:b/>
        </w:rPr>
        <w:t xml:space="preserve">[53:09] </w:t>
      </w:r>
      <w:r>
        <w:t>tashreeh:</w:t>
      </w:r>
    </w:p>
    <w:p>
      <w:pPr>
        <w:jc w:val="right"/>
      </w:pPr>
      <w:r>
        <w:t>تشریح:</w:t>
      </w:r>
    </w:p>
    <w:p>
      <w:r>
        <w:rPr>
          <w:b/>
        </w:rPr>
        <w:t xml:space="preserve">[53:11] </w:t>
      </w:r>
      <w:r>
        <w:t>islam ka usool yeh hai ke jo shakhs jaisa amal kare us ke mutabiq woh apna badla paye. taham Allah taala ne is aam usool mein apni rehmat se khaas istasna rakha hai.</w:t>
      </w:r>
    </w:p>
    <w:p>
      <w:pPr>
        <w:jc w:val="right"/>
      </w:pPr>
      <w:r>
        <w:t>اسلام کا اصول یہ ہے کہ جو شخص جیسا عمل کرے اس کے مطابق وہ اپنا بدلہ پائے۔ تاہم اللہ تعالیٰ نے اس عام اصول میں اپنی رحمت سے خاص استثنیٰ رکھا ہے۔</w:t>
      </w:r>
    </w:p>
    <w:p>
      <w:r>
        <w:rPr>
          <w:b/>
        </w:rPr>
        <w:t xml:space="preserve">[53:22] </w:t>
      </w:r>
      <w:r>
        <w:t>woh yeh ke aadmi jab tauba kar le to us ke baad us ke pichhle aamal par us ko koi saza nahi di jayegi. ek shakhs Khuda se doori ki zindagi guzar raha tha.</w:t>
      </w:r>
    </w:p>
    <w:p>
      <w:pPr>
        <w:jc w:val="right"/>
      </w:pPr>
      <w:r>
        <w:t>وہ یہ کہ آدمی جب توبہ کر لے تو اس کے بعد اس کے پچھلے اعمال پر اس کو کوئی سزا نہیں دی جائے گی۔ ایک شخص خدا سے دوری کی زندگی گزار رہا تھا۔</w:t>
      </w:r>
    </w:p>
    <w:p>
      <w:r>
        <w:rPr>
          <w:b/>
        </w:rPr>
        <w:t xml:space="preserve">[53:32] </w:t>
      </w:r>
      <w:r>
        <w:t>phir us ko hidayat ki roshni mili. us ne sachcha momin ban kar saleh zindagi ikhtiyar kar li</w:t>
      </w:r>
    </w:p>
    <w:p>
      <w:pPr>
        <w:jc w:val="right"/>
      </w:pPr>
      <w:r>
        <w:t>پھر اس کو ہدایت کی روشنی ملی۔ اس نے سچا مومن بن کر صالح زندگی اختیار کر لی</w:t>
      </w:r>
    </w:p>
    <w:p>
      <w:r>
        <w:rPr>
          <w:b/>
        </w:rPr>
        <w:t xml:space="preserve">[53:38] </w:t>
      </w:r>
      <w:r>
        <w:t>to us se pehle us ne jo buraiyan ki thin woh sab maaf kar di jayengi. us ke pichhle gunahon ki bina par us ko nahi pakda jayega.</w:t>
      </w:r>
    </w:p>
    <w:p>
      <w:pPr>
        <w:jc w:val="right"/>
      </w:pPr>
      <w:r>
        <w:t>تو اس سے پہلے اس نے جو برائیاں کی تھیں وہ سب معاف کر دی جائیں گی۔ اس کے پچھلے گناہوں کی بنا پر اس کو نہیں پکڑا جائے گا۔</w:t>
      </w:r>
    </w:p>
    <w:p>
      <w:r>
        <w:rPr>
          <w:b/>
        </w:rPr>
        <w:t xml:space="preserve">[53:47] </w:t>
      </w:r>
      <w:r>
        <w:t>theek yahi usool ijtima'i aur siyasat mein bhi hai. kisi maqam par haq aur batil ki kashmakash barpa hoti hai. aapas mein takrao hota hai.</w:t>
      </w:r>
    </w:p>
    <w:p>
      <w:pPr>
        <w:jc w:val="right"/>
      </w:pPr>
      <w:r>
        <w:t>ٹھیک یہی اصول اجتماعی اور سیاسی معاملے میں بھی ہے۔ کسی مقام پر حق اور باطل کی کشمکش برپا ہوتی ہے۔ آپس میں ٹکراؤ ہوتا ہے۔</w:t>
      </w:r>
    </w:p>
    <w:p>
      <w:r>
        <w:rPr>
          <w:b/>
        </w:rPr>
        <w:t xml:space="preserve">[53:56] </w:t>
      </w:r>
      <w:r>
        <w:t>is takrao ke dauran mein batil ke alamdar haq ke liye uthne walon par zulm karte hain. aakhirkar jang ka faisla hota hai.</w:t>
      </w:r>
    </w:p>
    <w:p>
      <w:pPr>
        <w:jc w:val="right"/>
      </w:pPr>
      <w:r>
        <w:t>اس ٹکراؤ کے دوران میں باطل کے علمبردار حق کے لیے اٹھنے والوں پر ظلم کرتے ہیں۔ بالآخر جنگ کا فیصلہ ہوتا ہے۔</w:t>
      </w:r>
    </w:p>
    <w:p>
      <w:r>
        <w:rPr>
          <w:b/>
        </w:rPr>
        <w:t xml:space="preserve">[54:04] </w:t>
      </w:r>
      <w:r>
        <w:t>haq parast ghalib aa jate hain. aur nahak ke alamdar maghloob ho kar zair kar diye jate hain. is muamle mein bhi islam ka usool wahi hai jo upar zikr hai.</w:t>
      </w:r>
    </w:p>
    <w:p>
      <w:pPr>
        <w:jc w:val="right"/>
      </w:pPr>
      <w:r>
        <w:t>حق پرست غالب آ جاتے ہیں۔ اور ناحق کے علمدار مغلوب ہو کر زیر کر دیے جاتے ہیں۔ اس معاملے میں بھی اسلام کا اصول وہی ہے جو اوپر مذکور ہے۔</w:t>
      </w:r>
    </w:p>
    <w:p>
      <w:r>
        <w:rPr>
          <w:b/>
        </w:rPr>
        <w:t xml:space="preserve">[54:15] </w:t>
      </w:r>
      <w:r>
        <w:t>yani fateh ke baad pichhle zulm o sitam par kisi ko saza nahi di jayegi. albatta jo shakhs fateh ke baad koi aisi harkat kare jo islami qanoon mein jurm qarar di gayi ho to zaroor karrawai ke baad us ko woh saza milegi jo shariyat ne aise ek mujrim ke liye muqarrar ki hai.</w:t>
      </w:r>
    </w:p>
    <w:p>
      <w:pPr>
        <w:jc w:val="right"/>
      </w:pPr>
      <w:r>
        <w:t>یعنی فتح کے بعد پچھلے ظلم و ستم پر کسی کو سزا نہیں دی جائے گی۔ البتہ جو شخص فتح کے بعد کوئی ایسی حرکت کرے جو اسلامی قانون میں جرم قرار دی گئی ہو تو ضرور کارروائی کے بعد اس کو وہ سزا ملے گی جو شریعت نے ایسے ایک مجرم کے لیے مقرر کی ہے۔</w:t>
      </w:r>
    </w:p>
    <w:p>
      <w:r>
        <w:rPr>
          <w:b/>
        </w:rPr>
        <w:t xml:space="preserve">[54:33] </w:t>
      </w:r>
      <w:r>
        <w:t>fitne ka matlab satana yani Persecution hai. qadeem zamane mein sardari aur hukoomat shirk ki buniyad par qaim hoti thi. aaj hukoomat karne wale awam ke numainda ban kar hukoomat karte hain.</w:t>
      </w:r>
    </w:p>
    <w:p>
      <w:pPr>
        <w:jc w:val="right"/>
      </w:pPr>
      <w:r>
        <w:t>فتنے کا مطلب ستانا یعنی Persecution ہے۔ قدیم زمانے میں سرداری اور حکومت شرک کی بنیاد پر قائم ہوتی تھی۔ آج حکومت کرنے والے عوام کے نمائندہ بن کر حکومت کرتے ہیں۔</w:t>
      </w:r>
    </w:p>
    <w:p>
      <w:r>
        <w:rPr>
          <w:b/>
        </w:rPr>
        <w:t xml:space="preserve">[54:46] </w:t>
      </w:r>
      <w:r>
        <w:t>maazi mein Khuda ya Khuda ke shareekon ka numainda ban kar log hukoomat kiya karte the. is ke nateeje mein shirk ko qadeem samaj mein bakhtedar haisiyat hasil ho gayi thi.</w:t>
      </w:r>
    </w:p>
    <w:p>
      <w:pPr>
        <w:jc w:val="right"/>
      </w:pPr>
      <w:r>
        <w:t>ماضی میں خدا یا خدا کے شریکوں کا نمائندہ بن کر لوگ حکومت کیا کرتے تھے۔ اس کے نتیجے میں شرک کو قدیم سماج میں بااختدار حیثیت حاصل ہو گئی تھی۔</w:t>
      </w:r>
    </w:p>
    <w:p>
      <w:r>
        <w:rPr>
          <w:b/>
        </w:rPr>
        <w:t xml:space="preserve">[54:55] </w:t>
      </w:r>
      <w:r>
        <w:t>ahl-e-shirk ahl-e-tauheed ko satate rehte the. Allah ne apne Rasool aur aap ke sahaba ko hukum diya ke shirk aur iqtidaar ke bahami rishte ko tod do taake mushrikeen ahl-e-tauheed ko satane ki taqat se mehroom ho jayen.</w:t>
      </w:r>
    </w:p>
    <w:p>
      <w:pPr>
        <w:jc w:val="right"/>
      </w:pPr>
      <w:r>
        <w:t>اہل شرک اہل توحید کو ستاتے رہتے تھے۔ اللہ نے اپنے رسول اور آپ کے ساتھیوں کو حکم دیا کہ شرک اور اقتدار کے باہمی تعلق کو توڑ دو تاکہ مشرکین اہل توحید کو ستانے کی طاقت سے محروم ہو جائیں۔</w:t>
      </w:r>
    </w:p>
    <w:p>
      <w:r>
        <w:rPr>
          <w:b/>
        </w:rPr>
        <w:t xml:space="preserve">[55:09] </w:t>
      </w:r>
      <w:r>
        <w:t>chunanche aap ke zariye jo aalami inqalab aaya us ne hamesha ke liye shirk ka rishta siyasi nizaam se khatm kar diya. ab shirk sari duniya mein sirf ek mazhabi aqeedah hai na ke woh siyasi nazariya</w:t>
      </w:r>
    </w:p>
    <w:p>
      <w:pPr>
        <w:jc w:val="right"/>
      </w:pPr>
      <w:r>
        <w:t>چنانچہ آپ کے ذریعے جو عالمی انقلاب آیا اس نے ہمیشہ کے لیے شرک کا رشتہ سیاسی نظام سے ختم کر دیا۔ اب شرک ساری دنیا میں صرف ایک مذہبی عقیدہ ہے نہ کہ وہ سیاسی نظریہ</w:t>
      </w:r>
    </w:p>
    <w:p>
      <w:r>
        <w:rPr>
          <w:b/>
        </w:rPr>
        <w:t xml:space="preserve">[55:23] </w:t>
      </w:r>
      <w:r>
        <w:t>jis ki buniyad par hukoomaton ka qayam amal mein aata hai. taham jahan tak Arab ka ta'alluq hai wahan yeh maqsad dohari soorat mein matloob tha.</w:t>
      </w:r>
    </w:p>
    <w:p>
      <w:pPr>
        <w:jc w:val="right"/>
      </w:pPr>
      <w:r>
        <w:t>جس کی بنیاد پر حکومتوں کا قیام عمل میں آتا ہے۔ تاہم جہاں تک عرب کا تعلق ہے وہاں یہ مقصد دوہری صورت میں مطلوب تھا۔</w:t>
      </w:r>
    </w:p>
    <w:p>
      <w:r>
        <w:rPr>
          <w:b/>
        </w:rPr>
        <w:t xml:space="preserve">[55:32] </w:t>
      </w:r>
      <w:r>
        <w:t>yahan shirk aur mushrikeen dono ko khatm karna tha taake Haramain ke ilaqe ko abadi taur par khalis tauheed ka markaz bana diya jaye. Rasool Allah sal Allah alaihi wa sallam ne hukum diya ke jazira Arab se mushrikeen ko nikal do.</w:t>
      </w:r>
    </w:p>
    <w:p>
      <w:pPr>
        <w:jc w:val="right"/>
      </w:pPr>
      <w:r>
        <w:t>یہاں شرک اور مشرکین دونوں کو ختم کرنا تھا تاکہ حرمین کے علاقے کو ابدی طور پر خالص توحید کا مرکز بنا دیا جائے۔ رسول اللہ صلی اللہ علیہ وسلم نے حکم دیا کہ جزیرہ عرب سے مشرکین کو نکال دو۔</w:t>
      </w:r>
    </w:p>
    <w:p>
      <w:r>
        <w:rPr>
          <w:b/>
        </w:rPr>
        <w:t xml:space="preserve">[55:46] </w:t>
      </w:r>
      <w:r>
        <w:t>yeh kaam Rasool Allah sal Allah alaihi wa sallam ke zamane mein shuru hua aur Hazrat Umar Farooq Razi Allah anhu ki khilafat ke zamane mein apni takmeel ko pohncha.</w:t>
      </w:r>
    </w:p>
    <w:p>
      <w:pPr>
        <w:jc w:val="right"/>
      </w:pPr>
      <w:r>
        <w:t>یہ کام رسول اللہ صلی اللہ علیہ وسلم کے زمانے میں شروع ہوا اور حضرت عمر فاروق رضی اللہ عنہ کی خلافت کے زمانے میں اپنی تکمیل کو پہنچا۔</w:t>
      </w:r>
    </w:p>
    <w:p>
      <w:r>
        <w:rPr>
          <w:b/>
        </w:rPr>
        <w:t xml:space="preserve">[55:58] </w:t>
      </w:r>
      <w:r>
        <w:t>wa'lamu annama zannantum min shay'in fa lillahi khumusuhu wa lir-rasooli wa lidhil-qurba wal-yitama wal-masakeeni wa binis-sabeeli in kuntum aamantum</w:t>
      </w:r>
    </w:p>
    <w:p>
      <w:pPr>
        <w:jc w:val="right"/>
      </w:pPr>
      <w:r>
        <w:t>واعلموا أنما ظننتم من شيء فإن لله خمسه وللرسول ولذي القربى ولذي القربى واليتامى والمساكين وبني السبيل إن كنتم آمنتم</w:t>
      </w:r>
    </w:p>
    <w:p>
      <w:r>
        <w:rPr>
          <w:b/>
        </w:rPr>
        <w:t xml:space="preserve">[56:26] </w:t>
      </w:r>
      <w:r>
        <w:t>billahi</w:t>
      </w:r>
    </w:p>
    <w:p>
      <w:pPr>
        <w:jc w:val="right"/>
      </w:pPr>
      <w:r>
        <w:t>بالله</w:t>
      </w:r>
    </w:p>
    <w:p>
      <w:r>
        <w:rPr>
          <w:b/>
        </w:rPr>
        <w:t xml:space="preserve">[56:29] </w:t>
      </w:r>
      <w:r>
        <w:t>in kuntum aamantum billahi wa ma anzalna 'ala 'abdina yawm al-furqan yawm at-taqal jam'an</w:t>
      </w:r>
    </w:p>
    <w:p>
      <w:pPr>
        <w:jc w:val="right"/>
      </w:pPr>
      <w:r>
        <w:t>إن كنتم آمنتم بالله وما أنزلنا على عبدنا يوم الفرقان يوم التقى الجمعان</w:t>
      </w:r>
    </w:p>
    <w:p>
      <w:r>
        <w:rPr>
          <w:b/>
        </w:rPr>
        <w:t xml:space="preserve">[56:48] </w:t>
      </w:r>
      <w:r>
        <w:t>wallahu 'ala kulli shay'in qadeer</w:t>
      </w:r>
    </w:p>
    <w:p>
      <w:pPr>
        <w:jc w:val="right"/>
      </w:pPr>
      <w:r>
        <w:t>والله على كل شيء قدير</w:t>
      </w:r>
    </w:p>
    <w:p>
      <w:r>
        <w:rPr>
          <w:b/>
        </w:rPr>
        <w:t xml:space="preserve">[56:56] </w:t>
      </w:r>
      <w:r>
        <w:t>aur jaan lo ke jo kuch maal e ghaneemat tum ko haasil ho us ka paanchvaan hissa Allah aur Rasool ke liye aur rishtedaaron aur yateemon aur miskeenon aur musaafiron ke liye hai.</w:t>
      </w:r>
    </w:p>
    <w:p>
      <w:pPr>
        <w:jc w:val="right"/>
      </w:pPr>
      <w:r>
        <w:t>اور جان لو کہ جو کچھ مال غنیمت تم کو حاصل ہو اس کا پانچواں حصہ اللہ اور رسول کے لیے اور رشتہ داروں اور یتیموں اور مسکینوں اور مسافروں کے لیے ہے۔</w:t>
      </w:r>
    </w:p>
    <w:p>
      <w:r>
        <w:rPr>
          <w:b/>
        </w:rPr>
        <w:t xml:space="preserve">[57:14] </w:t>
      </w:r>
      <w:r>
        <w:t>agar tum imaan rakhte ho Allah par aur us cheez par jo hum ne apne bande Muhammad par utari faisle ke din.</w:t>
      </w:r>
    </w:p>
    <w:p>
      <w:pPr>
        <w:jc w:val="right"/>
      </w:pPr>
      <w:r>
        <w:t>اگر تم ایمان رکھتے ہو اللہ پر اور اس چیز پر جو ہم نے اپنے بندے محمد پر اتاری فیصلے کے دن۔</w:t>
      </w:r>
    </w:p>
    <w:p>
      <w:r>
        <w:rPr>
          <w:b/>
        </w:rPr>
        <w:t xml:space="preserve">[57:26] </w:t>
      </w:r>
      <w:r>
        <w:t>jis din ke dono jamaaton mein muth'theer hui aur Allah har cheez par qaadir hai.</w:t>
      </w:r>
    </w:p>
    <w:p>
      <w:pPr>
        <w:jc w:val="right"/>
      </w:pPr>
      <w:r>
        <w:t>جس دن کے دونوں جماعتوں میں مٹھیڑ ہوئی اور اللہ ہر چیز پر قادر ہے۔</w:t>
      </w:r>
    </w:p>
    <w:p>
      <w:r>
        <w:rPr>
          <w:b/>
        </w:rPr>
        <w:t xml:space="preserve">[57:35] </w:t>
      </w:r>
      <w:r>
        <w:t>tashreeh: ghaneemat arabi zabaan mein us maal ko kehte hain jo maidaan e jang mein dushman se lad kar haasil kiya gaya ho.</w:t>
      </w:r>
    </w:p>
    <w:p>
      <w:pPr>
        <w:jc w:val="right"/>
      </w:pPr>
      <w:r>
        <w:t>تشریح: غنیمت عربی زبان میں اس مال کو کہتے ہیں جو میدان جنگ میں دشمن سے لڑ کر حاصل کیا گیا ہو۔</w:t>
      </w:r>
    </w:p>
    <w:p>
      <w:r>
        <w:rPr>
          <w:b/>
        </w:rPr>
        <w:t xml:space="preserve">[57:49] </w:t>
      </w:r>
      <w:r>
        <w:t>qadeem zamaane mein yeh riwaaj tha ke jang ke baad dushman ki jo cheez jis ke haath lagi woh usi ki samjhi jaaye.</w:t>
      </w:r>
    </w:p>
    <w:p>
      <w:pPr>
        <w:jc w:val="right"/>
      </w:pPr>
      <w:r>
        <w:t>قدیم زمانے میں یہ رواج تھا کہ جنگ کے بعد دشمن کی جو چیز جس کے ہاتھ لگے وہ اسی کی سمجھی جائے۔</w:t>
      </w:r>
    </w:p>
    <w:p>
      <w:r>
        <w:rPr>
          <w:b/>
        </w:rPr>
        <w:t xml:space="preserve">[58:00] </w:t>
      </w:r>
      <w:r>
        <w:t>Islam ne yeh usool muqarrar kiya ke har ek ko jo kuch mila ho woh sab ka sab la kar ameer ke paas jama kare.</w:t>
      </w:r>
    </w:p>
    <w:p>
      <w:pPr>
        <w:jc w:val="right"/>
      </w:pPr>
      <w:r>
        <w:t>اسلام نے یہ اصول مقرر کیا کہ ہر ایک کو جو کچھ ملا ہو وہ سب کا سب لا کر امیر کے پاس جمع کرے۔</w:t>
      </w:r>
    </w:p>
    <w:p>
      <w:r>
        <w:rPr>
          <w:b/>
        </w:rPr>
        <w:t xml:space="preserve">[58:10] </w:t>
      </w:r>
      <w:r>
        <w:t>koi shakhs sui ka dhaaga tak chhipa kar na rakhe.</w:t>
      </w:r>
    </w:p>
    <w:p>
      <w:pPr>
        <w:jc w:val="right"/>
      </w:pPr>
      <w:r>
        <w:t>کوئی شخص سوئی کا دھاگہ تک چھپا کر نہ رکھے۔</w:t>
      </w:r>
    </w:p>
    <w:p>
      <w:r>
        <w:rPr>
          <w:b/>
        </w:rPr>
        <w:t xml:space="preserve">[58:18] </w:t>
      </w:r>
      <w:r>
        <w:t>is tarah saara maal-e-ghaneemat ikattha karne ke baad is mein se paanchwaan hissa Khuda ka hai jis</w:t>
      </w:r>
    </w:p>
    <w:p>
      <w:pPr>
        <w:jc w:val="right"/>
      </w:pPr>
      <w:r>
        <w:t>اس طرح سارا مال غنیمت اکٹھا کرنے کے بعد اس میں سے پانچواں حصہ خدا کا ہے جس</w:t>
      </w:r>
    </w:p>
    <w:p>
      <w:r>
        <w:rPr>
          <w:b/>
        </w:rPr>
        <w:t xml:space="preserve">[58:26] </w:t>
      </w:r>
      <w:r>
        <w:t>ko Rasool niyabat ke taur par wasool kar ke paanch jagah is tarah kharch kare ga ke</w:t>
      </w:r>
    </w:p>
    <w:p>
      <w:pPr>
        <w:jc w:val="right"/>
      </w:pPr>
      <w:r>
        <w:t>کو رسول نیابت کے طور پر وصول کر کے پانچ جگہ اس طرح خرچ کرے گا کہ</w:t>
      </w:r>
    </w:p>
    <w:p>
      <w:r>
        <w:rPr>
          <w:b/>
        </w:rPr>
        <w:t xml:space="preserve">[58:36] </w:t>
      </w:r>
      <w:r>
        <w:t>aik hissa apni zaat par phir apne un rishtedaaron par jinhon ne rishte ki buniyad par mushkil</w:t>
      </w:r>
    </w:p>
    <w:p>
      <w:pPr>
        <w:jc w:val="right"/>
      </w:pPr>
      <w:r>
        <w:t>ایک حصہ اپنی ذات پر پھر اپنے ان رشتہ داروں پر جنہوں نے رشتے کی بنیاد پر مشکل</w:t>
      </w:r>
    </w:p>
    <w:p>
      <w:r>
        <w:rPr>
          <w:b/>
        </w:rPr>
        <w:t xml:space="preserve">[58:46] </w:t>
      </w:r>
      <w:r>
        <w:t>waqt mein aap ke deeni mission mein aap ka saath diya aur yateemon par aur haajatmandoon par</w:t>
      </w:r>
    </w:p>
    <w:p>
      <w:pPr>
        <w:jc w:val="right"/>
      </w:pPr>
      <w:r>
        <w:t>وقتوں میں آپ کے دینی مشن میں آپ کا ساتھ دیا اور یتیموں پر اور حاجت مندوں پر</w:t>
      </w:r>
    </w:p>
    <w:p>
      <w:r>
        <w:rPr>
          <w:b/>
        </w:rPr>
        <w:t xml:space="preserve">[58:56] </w:t>
      </w:r>
      <w:r>
        <w:t>aur musafiron par.</w:t>
      </w:r>
    </w:p>
    <w:p>
      <w:pPr>
        <w:jc w:val="right"/>
      </w:pPr>
      <w:r>
        <w:t>اور مسافروں پر۔</w:t>
      </w:r>
    </w:p>
    <w:p>
      <w:r>
        <w:rPr>
          <w:b/>
        </w:rPr>
        <w:t xml:space="preserve">[58:59] </w:t>
      </w:r>
      <w:r>
        <w:t>is ke baad baqi char hisse ko tamaam faujiyon ke darmiyan is tarah taqseem kiya jaaye ke sawaar ko do hisse mile aur paidal ko ek hissa.</w:t>
      </w:r>
    </w:p>
    <w:p>
      <w:pPr>
        <w:jc w:val="right"/>
      </w:pPr>
      <w:r>
        <w:t>اس کے بعد بقیہ چار حصے کو تمام فوجیوں کے درمیان اس طرح تقسیم کیا جائے کہ سوار کو دو حصہ ملے اور پیدل کو ایک حصہ۔</w:t>
      </w:r>
    </w:p>
    <w:p>
      <w:r>
        <w:rPr>
          <w:b/>
        </w:rPr>
        <w:t xml:space="preserve">[59:16] </w:t>
      </w:r>
      <w:r>
        <w:t>Islam yeh zehan banana chahta hai ke aadmi jo cheez paaye us ko woh Khuda ki taraf se mili hui cheez samjhe.</w:t>
      </w:r>
    </w:p>
    <w:p>
      <w:pPr>
        <w:jc w:val="right"/>
      </w:pPr>
      <w:r>
        <w:t>اسلام یہ ذہن بنانا چاہتا ہے کہ آدمی جو چیز پائے اس کو وہ خدا کی طرف سے ملی ہوئی چیز سمجھے۔</w:t>
      </w:r>
    </w:p>
    <w:p>
      <w:r>
        <w:rPr>
          <w:b/>
        </w:rPr>
        <w:t xml:space="preserve">[59:26] </w:t>
      </w:r>
      <w:r>
        <w:t>is duniya mein kisi waqeye ko zahoor mein laane ke liye beshumaar asbaab ki ek saath muwafiqat zaroori hai jo kisi bhi insaan ke bas mein nahi.</w:t>
      </w:r>
    </w:p>
    <w:p>
      <w:pPr>
        <w:jc w:val="right"/>
      </w:pPr>
      <w:r>
        <w:t>اس دنیا میں کسی واقعے کو ظہور میں لانے کے لیے بے شمار اسباب کی بیک وقت موافقت ضروری ہے جو کسی بھی انسان کے بس میں نہیں۔</w:t>
      </w:r>
    </w:p>
    <w:p>
      <w:r>
        <w:rPr>
          <w:b/>
        </w:rPr>
        <w:t xml:space="preserve">[59:39] </w:t>
      </w:r>
      <w:r>
        <w:t>Badr ki ladai mein ek be had taaqatwar group ke muqable mein ek kamzor group ka faisla kun taur par ghalba paana is</w:t>
      </w:r>
    </w:p>
    <w:p>
      <w:pPr>
        <w:jc w:val="right"/>
      </w:pPr>
      <w:r>
        <w:t>بدر کی لڑائی میں ایک بے حد طاقتور گروہ کے مقابلے میں ایک کمزور گروہ کا فیصلہ کن طور پر غلبہ پانا اس</w:t>
      </w:r>
    </w:p>
    <w:p>
      <w:r>
        <w:rPr>
          <w:b/>
        </w:rPr>
        <w:t xml:space="preserve">[59:49] </w:t>
      </w:r>
      <w:r>
        <w:t>baat ka ek ghair mamooli saboot tha ke jo kuch hua hai woh Khuda ki madad se hua hai. aisi haalat mein fateh ke baad mili hui cheez ko Khuda ki taraf se mili hui cheez samajhna ayn us haqeeqat ko maanna tha jo waqeaat ke nateeje mein fitri taur par saamne aayi hai.</w:t>
      </w:r>
    </w:p>
    <w:p>
      <w:pPr>
        <w:jc w:val="right"/>
      </w:pPr>
      <w:r>
        <w:t>بات کا ایک غیر معمولی ثبوت تھا کہ جو کچھ ہوا ہے وہ خدا کی مدد سے ہوا ہے۔ ایسی حالت میں فتح کے بعد ملی ہوئی چیز کو خدا کی طرف سے ملی ہوئی چیز سمجھنا عین اس حقیقت کو ماننا تھا جو واقعات کے نتیجے میں فطری طور پر سامنے آئی ہے۔</w:t>
      </w:r>
    </w:p>
    <w:p>
      <w:r>
        <w:rPr>
          <w:b/>
        </w:rPr>
        <w:t xml:space="preserve">[1:00:13] </w:t>
      </w:r>
      <w:r>
        <w:t>maal e ghaneemat mein doosre mustahiq bhaiyon ka hissa rakhna is baat ka sabaq hai ke amaal mein haqdaar hone ki buniyad sirf mehnat aur wirasat nahi balkeh aisi buniyadein bhi hain jo mehnat aur wirasat jaisi cheezon ke daayre mein nahi aati.</w:t>
      </w:r>
    </w:p>
    <w:p>
      <w:pPr>
        <w:jc w:val="right"/>
      </w:pPr>
      <w:r>
        <w:t>مال غنیمت میں دوسرے مستحق بھائیوں کا حصہ رکھنا اس بات کا سبق ہے کہ اموال میں حقدار ہونے کی بنیاد صرف محنت اور وراثت نہیں بلکہ ایسی بنیادیں بھی ہیں جو محنت اور وراثت جیسی چیزوں کے دائرے میں نہیں آتیں۔</w:t>
      </w:r>
    </w:p>
    <w:p>
      <w:r>
        <w:rPr>
          <w:b/>
        </w:rPr>
        <w:t xml:space="preserve">[1:00:35] </w:t>
      </w:r>
      <w:r>
        <w:t>istihaqaq ki is doosri madad ka etraaf goya is waqeye ka amli etraaf hai ke aadmi cheezon ko Khuda ki cheez samajhta hai na ke apni cheez.</w:t>
      </w:r>
    </w:p>
    <w:p>
      <w:pPr>
        <w:jc w:val="right"/>
      </w:pPr>
      <w:r>
        <w:t>استحقاق کی اس دوسری مد کا اعتراف گویا اس واقعے کا عملی اعتراف ہے کہ آدمی چیزوں کو خدا کی چیز سمجھتا ہے نہ کہ اپنی چیز۔</w:t>
      </w:r>
    </w:p>
    <w:p>
      <w:r>
        <w:rPr>
          <w:b/>
        </w:rPr>
        <w:t xml:space="preserve">[1:00:52] </w:t>
      </w:r>
      <w:r>
        <w:t>ghaneemat ke is qanoon mein teesra zabardast sabaq yeh hai ke milkiyat ki buniyad qabza nahi balkeh usool hai.</w:t>
      </w:r>
    </w:p>
    <w:p>
      <w:pPr>
        <w:jc w:val="right"/>
      </w:pPr>
      <w:r>
        <w:t>غنیمت کے اس قانون میں تیسرا زبردست سبق یہ ہے کہ ملکیت کی بنیاد قبضہ نہیں بلکہ اصول ہے۔</w:t>
      </w:r>
    </w:p>
    <w:p>
      <w:r>
        <w:rPr>
          <w:b/>
        </w:rPr>
        <w:t xml:space="preserve">[1:01:03] </w:t>
      </w:r>
      <w:r>
        <w:t>koi shakhs mahaz is bana par kisi cheez ka maalik nahi ban jaayega ke woh ittifaq se us ke qabze mein aa gayi hai. qabze ke bawajood aadmi ko chahiye ke us cheez ko zimmedaar afraad ke hawaale kare</w:t>
      </w:r>
    </w:p>
    <w:p>
      <w:pPr>
        <w:jc w:val="right"/>
      </w:pPr>
      <w:r>
        <w:t>کوئی شخص محض اس بنا پر کسی چیز کا مالک نہیں بن جائے گا کہ وہ اتفاق سے اس کے قبضے میں آ گئی ہے۔ قبضہ کے باوجود آدمی کو چاہیے کہ اس چیز کو ذمہ دار افراد کے حوالے کرے</w:t>
      </w:r>
    </w:p>
    <w:p>
      <w:r>
        <w:rPr>
          <w:b/>
        </w:rPr>
        <w:t xml:space="preserve">[1:01:21] </w:t>
      </w:r>
      <w:r>
        <w:t>aur usooli aur qanooni buniyad par us ko jitna milna chahiye us ko le kar us par raazi ho jaaye.</w:t>
      </w:r>
    </w:p>
    <w:p>
      <w:pPr>
        <w:jc w:val="right"/>
      </w:pPr>
      <w:r>
        <w:t>اور اصولی اور قانونی بنیاد پر اس کو جتنا ملنا چاہیے اس کو لے کر اس پر راضی ہو جائے۔</w:t>
      </w:r>
    </w:p>
    <w:p>
      <w:r>
        <w:rPr>
          <w:b/>
        </w:rPr>
        <w:t xml:space="preserve">[1:01:35] </w:t>
      </w:r>
      <w:r>
        <w:t>iz antum bil adwate dunya wa hum bil adwate qusva wal rakbu asfal minkum walaw tawaa'adtum lakhtalaf tum fil mee'aad walakin liyuqdiyallahu amran</w:t>
      </w:r>
    </w:p>
    <w:p>
      <w:pPr>
        <w:jc w:val="right"/>
      </w:pPr>
      <w:r>
        <w:t>إذ أنتم بالعدوة الدنيا وهم بالعدوة القصوى والركب أسفل منكم ولو تواعدتم لاختلفتم في الميعاد ولكن ليقضي الله أمرا</w:t>
      </w:r>
    </w:p>
    <w:p>
      <w:r>
        <w:rPr>
          <w:b/>
        </w:rPr>
        <w:t xml:space="preserve">[1:01:56] </w:t>
      </w:r>
      <w:r>
        <w:t>kaana maf'oolan walakin liyuqdiyallahu amran kaana maf'oolan liyuhlik man halaka 'an bayyinatin wa yahya man hayya 'an bayyinatin</w:t>
      </w:r>
    </w:p>
    <w:p>
      <w:pPr>
        <w:jc w:val="right"/>
      </w:pPr>
      <w:r>
        <w:t>كان مفعولا ولكن ليقضي الله أمرا كان مفعولا ليهلك من هلك عن بينة ويحيا من حي عن بينة</w:t>
      </w:r>
    </w:p>
    <w:p>
      <w:r>
        <w:rPr>
          <w:b/>
        </w:rPr>
        <w:t xml:space="preserve">[1:02:13] </w:t>
      </w:r>
      <w:r>
        <w:t>wa innallaha lasamee'un 'aleemun iz yureekahumullahu fi manaamika qaleelan walaw araakakum katheeran lafashiltum walatanaaza'tum fil amri walakinallaha salim</w:t>
      </w:r>
    </w:p>
    <w:p>
      <w:pPr>
        <w:jc w:val="right"/>
      </w:pPr>
      <w:r>
        <w:t>وإن الله لسميع عليم إذ يريكهم الله في منامك قليلا ولو أراكهم كثيرا لفشلتم ولتنازعتم في الأمر ولكن الله سلم</w:t>
      </w:r>
    </w:p>
    <w:p>
      <w:r>
        <w:rPr>
          <w:b/>
        </w:rPr>
        <w:t xml:space="preserve">[1:02:37] </w:t>
      </w:r>
      <w:r>
        <w:t>innahu 'aleemun bizatis sudooru wa iz yureekumuhum iz iltaqaytum fi a'yunikum qaleelan wa yuqallilukum fi</w:t>
      </w:r>
    </w:p>
    <w:p>
      <w:pPr>
        <w:jc w:val="right"/>
      </w:pPr>
      <w:r>
        <w:t>إنه عليم بذات الصدور وإذ يريكموهم إذ التقيتم في أعينكم قليلا ويقللكم في</w:t>
      </w:r>
    </w:p>
    <w:p>
      <w:r>
        <w:rPr>
          <w:b/>
        </w:rPr>
        <w:t xml:space="preserve">[1:02:56] </w:t>
      </w:r>
      <w:r>
        <w:t>a'yunihim wa yuqallilukum fi a'yunihim liyuqdiyallahu amran kaana maf'oolan wa ilallahi turja'ul umooru</w:t>
      </w:r>
    </w:p>
    <w:p>
      <w:pPr>
        <w:jc w:val="right"/>
      </w:pPr>
      <w:r>
        <w:t>أعينهم ويقللكم في أعينهم ليقضي الله أمرا كان مفعولا وإلى الله ترجع الأمور</w:t>
      </w:r>
    </w:p>
    <w:p>
      <w:r>
        <w:rPr>
          <w:b/>
        </w:rPr>
        <w:t xml:space="preserve">[1:03:18] </w:t>
      </w:r>
      <w:r>
        <w:t>aur jab ke tum waadi ke qareebi kinaare par the aur woh door ke kinaare par aur qaafila tum se neeche ki taraf tha aur agar tum aur woh waqt muqarrar karte to zaroor is taqarrur ke baare mein tum mein ikhtilaaf ho jaata lekin jo hua woh is liye hua taake Allah is amr ka faisla kar de jis ko ho kar rehna tha</w:t>
      </w:r>
    </w:p>
    <w:p>
      <w:pPr>
        <w:jc w:val="right"/>
      </w:pPr>
      <w:r>
        <w:t>اور جب کہ تم وادی کے قریبی کنارے پر تھے اور وہ دور کے کنارے پر اور قافلہ تم سے نیچے کی طرف تھا اور اگر تم اور وہ وقت مقرر کرتے تو ضرور اس تقرر کے بارے میں تم میں اختلاف ہو جاتا لیکن جو ہوا وہ اس لیے ہوا تاکہ اللہ اس امر کا فیصلہ کر دے جس کو ہو کر رہنا تھا</w:t>
      </w:r>
    </w:p>
    <w:p>
      <w:r>
        <w:rPr>
          <w:b/>
        </w:rPr>
        <w:t xml:space="preserve">[1:03:47] </w:t>
      </w:r>
      <w:r>
        <w:t>taake jis ko halaak hona hai woh roshan daleel ke saath halaak ho aur jis ko zindagi haasil karna hai woh roshan daleel ke saath zinda rahe yaqeenan Allah sunne wala jaan ne wala hai</w:t>
      </w:r>
    </w:p>
    <w:p>
      <w:pPr>
        <w:jc w:val="right"/>
      </w:pPr>
      <w:r>
        <w:t>تاکہ جس کو ہلاک ہونا ہے وہ روشن دلیل کے ساتھ ہلاک ہو اور جس کو زندگی حاصل کرنا ہے وہ روشن دلیل کے ساتھ زندہ رہے یقینا اللہ سننے والا جاننے والا ہے</w:t>
      </w:r>
    </w:p>
    <w:p>
      <w:r>
        <w:rPr>
          <w:b/>
        </w:rPr>
        <w:t xml:space="preserve">[1:04:07] </w:t>
      </w:r>
      <w:r>
        <w:t>jab allah tumhare khwab mein in ko thora dikhata raha agar woh in ko zyada dikha deta to tum log himmat har jate aur aapas mein jhagadne lagte is maamle mein lekin allah ne tum ko bacha liya</w:t>
      </w:r>
    </w:p>
    <w:p>
      <w:pPr>
        <w:jc w:val="right"/>
      </w:pPr>
      <w:r>
        <w:t>جب اللہ تمہارے خواب میں ان کو تھوڑا دکھاتا رہا اگر وہ ان کو زیادہ دکھا دیتا تو تم لوگ ہمت ہار جاتے اور آپس میں جھگڑنے لگتے اس معاملے میں لیکن اللہ نے تم کو بچا لیا</w:t>
      </w:r>
    </w:p>
    <w:p>
      <w:r>
        <w:rPr>
          <w:b/>
        </w:rPr>
        <w:t xml:space="preserve">[1:04:26] </w:t>
      </w:r>
      <w:r>
        <w:t>yaqeenan woh dilon tak ka haal janta hai aur jab allah ne in logon ko tumhari nazar mein kam kar ke dikhaya aur tum ko un ki nazar mein kam kar ke dikhaya taake allah is amr ka faisla kar de jis ka hona tay tha aur saare maamlaat allah hi ki taraf lot te hain</w:t>
      </w:r>
    </w:p>
    <w:p>
      <w:pPr>
        <w:jc w:val="right"/>
      </w:pPr>
      <w:r>
        <w:t>یقینا وہ دلوں تک کا حال جانتا ہے اور جب اللہ نے ان لوگوں کو تمہاری نظر میں کم کر کے دکھایا اور تم کو ان کی نظر میں کم کر کے دکھایا تاکہ اللہ اس امر کا فیصلہ کر دے جس کا ہونا طے تھا اور سارے معاملات اللہ ہی کی طرف لوٹتے ہیں</w:t>
      </w:r>
    </w:p>
    <w:p>
      <w:r>
        <w:rPr>
          <w:b/>
        </w:rPr>
        <w:t xml:space="preserve">[1:04:54] </w:t>
      </w:r>
      <w:r>
        <w:t>tashreeh: allah ta'ala ko yeh matloob hai ke haq ka haq hona aur batil ka batil hona logon par poori tarah khul jaye yeh kaam ibtida-e-da'wat ke zariye dalail ki zaban mein hota hai da'i taqatwar aur aam fehm dalail ke zariye haq ka haq hona aur batil ka batil hona sabit karta hai</w:t>
      </w:r>
    </w:p>
    <w:p>
      <w:pPr>
        <w:jc w:val="right"/>
      </w:pPr>
      <w:r>
        <w:t>تشریح: اللہ تعالیٰ کو یہ مطلوب ہے کہ حق کا حق ہونا اور باطل کا باطل ہونا لوگوں پر پوری طرح کھل جائے یہ کام ابتداء دعوت کے ذریعے دلائل کی زبان میں ہوتا ہے داعی طاقتور اور عام فہم دلائل کے ذریعے حق کا حق ہونا اور باطل کا باطل ہونا ثابت کرتا ہے</w:t>
      </w:r>
    </w:p>
    <w:p>
      <w:r>
        <w:rPr>
          <w:b/>
        </w:rPr>
        <w:t xml:space="preserve">[1:05:23] </w:t>
      </w:r>
      <w:r>
        <w:t>ihqaq-e-haq aur ibtal-e-batil ke is kaam ki takmeel aakhir kar ghair maamooli waqeaat se ki jati hai khwah yeh ghair maamooli waqea koi aasmani mo'jaza ho ya zamini ghalba badr ki jang mein yahi doosra waqea pesh aaya quraish-e-makka se is liye nikle ke sham se aaney wale apne tijarti qafley ki madad karen</w:t>
      </w:r>
    </w:p>
    <w:p>
      <w:pPr>
        <w:jc w:val="right"/>
      </w:pPr>
      <w:r>
        <w:t>احقاق حق اور ابطال باطل کے اس کام کی تکمیل بالاخر غیر معمولی واقعات سے کی جاتی ہے خواہ یہ غیر معمولی واقعہ کوئی آسمانی معجزہ ہو یا زمینی غلبہ بدر کی جنگ میں یہی دوسرا واقعہ پیش آیا قریش مکہ سے اس لیے نکلے کہ شام سے آنے والے اپنے تجارتی قافلے کی مدد کریں</w:t>
      </w:r>
    </w:p>
    <w:p>
      <w:r>
        <w:rPr>
          <w:b/>
        </w:rPr>
        <w:t xml:space="preserve">[1:05:52] </w:t>
      </w:r>
      <w:r>
        <w:t>musalman madina se is liye nikle ke tijarti qafley par hamla karen tijarti qafila ma'roof rastay ko chhod kar samandari sahil se guzra aur bach gaya aur yeh dono fareeq badr pahunch kar aamne saamne ho gaye yeh allah ki tadbeer se hua dono ko ek doosre se takra kar al-iman ko fatah di gayi</w:t>
      </w:r>
    </w:p>
    <w:p>
      <w:pPr>
        <w:jc w:val="right"/>
      </w:pPr>
      <w:r>
        <w:t>مسلمان مدینہ سے اس لیے نکلے کہ تجارتی قافلے پر حملہ کریں تجارتی قافلہ معروف راستے کو چھوڑ کر سمندری ساحل سے گزرا اور بچ گیا اور یہ دونوں فریق بدر پہنچ کر آمنے سامنے ہو گئے یہ اللہ کی تدبیر سے ہوا دونوں کو ایک دوسرے سے ٹکرا کر الایمان کو فتح دی گئی</w:t>
      </w:r>
    </w:p>
    <w:p>
      <w:r>
        <w:rPr>
          <w:b/>
        </w:rPr>
        <w:t xml:space="preserve">[1:06:19] </w:t>
      </w:r>
      <w:r>
        <w:t>is tarah Rasool Allah (SAW) aur aap ke mission ki sadaqat logon par poori tarah</w:t>
      </w:r>
    </w:p>
    <w:p>
      <w:pPr>
        <w:jc w:val="right"/>
      </w:pPr>
      <w:r>
        <w:t>اس طرح رسول اللہ صلی اللہ علیہ وسلم اور آپ کے مشن کی صداقت لوگوں پر پوری طرح</w:t>
      </w:r>
    </w:p>
    <w:p>
      <w:r>
        <w:rPr>
          <w:b/>
        </w:rPr>
        <w:t xml:space="preserve">[1:06:27] </w:t>
      </w:r>
      <w:r>
        <w:t>khul gayi jo log sachche taalib thay un par aakhri had tak yeh baat wazeh hogayi ke yahi</w:t>
      </w:r>
    </w:p>
    <w:p>
      <w:pPr>
        <w:jc w:val="right"/>
      </w:pPr>
      <w:r>
        <w:t>کھل گئی جو لوگ سچے طالب تھے ان پر آخری حد تک یہ بات واضح ہوگئی کہ یہی</w:t>
      </w:r>
    </w:p>
    <w:p>
      <w:r>
        <w:rPr>
          <w:b/>
        </w:rPr>
        <w:t xml:space="preserve">[1:06:36] </w:t>
      </w:r>
      <w:r>
        <w:t>haq hai aur jo log apne andar kisi qism ki nafsiyaati pecheedgi liye hue thay unhon ne is</w:t>
      </w:r>
    </w:p>
    <w:p>
      <w:pPr>
        <w:jc w:val="right"/>
      </w:pPr>
      <w:r>
        <w:t>حق ہے اور جو لوگ اپنے اندر کسی قسم کی نفسیاتی پیچیدگی لیے ہوئے تھے انہوں نے اس</w:t>
      </w:r>
    </w:p>
    <w:p>
      <w:r>
        <w:rPr>
          <w:b/>
        </w:rPr>
        <w:t xml:space="preserve">[1:06:44] </w:t>
      </w:r>
      <w:r>
        <w:t>ke baad bhi apne maslak par qaaim reh kar saabit kar diya ke woh isi qabil hain ke</w:t>
      </w:r>
    </w:p>
    <w:p>
      <w:pPr>
        <w:jc w:val="right"/>
      </w:pPr>
      <w:r>
        <w:t>کے بعد بھی اپنے مسلک پر قائم رہ کر ثابت کر دیا کہ وہ اسی قابل ہیں کہ</w:t>
      </w:r>
    </w:p>
    <w:p>
      <w:r>
        <w:rPr>
          <w:b/>
        </w:rPr>
        <w:t xml:space="preserve">[1:06:51] </w:t>
      </w:r>
      <w:r>
        <w:t>unhein halaak kar diya jaaye</w:t>
      </w:r>
    </w:p>
    <w:p>
      <w:pPr>
        <w:jc w:val="right"/>
      </w:pPr>
      <w:r>
        <w:t>انہیں ہلاک کر دیا جائے</w:t>
      </w:r>
    </w:p>
    <w:p>
      <w:r>
        <w:rPr>
          <w:b/>
        </w:rPr>
        <w:t xml:space="preserve">[1:06:57] </w:t>
      </w:r>
      <w:r>
        <w:t>badr mein quraish ki fauj ki tadad zyada thi agar musalman un ki asal tadad ko dekhte to koi kehta ke lado aur koi kehta ke na lado is tarah ikhtilaf paida ho jata aur asal kaam hone se reh jata</w:t>
      </w:r>
    </w:p>
    <w:p>
      <w:pPr>
        <w:jc w:val="right"/>
      </w:pPr>
      <w:r>
        <w:t>بدر میں قریش کی فوج کی تعداد زیادہ تھی اگر مسلمان ان کی اصل تعداد کو دیکھتے تو کوئی کہتا کہ لڑو اور کوئی کہتا کہ نہ لڑو اس طرح اختلاف پیدا ہو جاتا اور اصل کام ہونے سے رہ جاتا</w:t>
      </w:r>
    </w:p>
    <w:p>
      <w:r>
        <w:rPr>
          <w:b/>
        </w:rPr>
        <w:t xml:space="preserve">[1:07:16] </w:t>
      </w:r>
      <w:r>
        <w:t>khuda ne hasb-e-mauqa kabhi tadad ghata kar dikhai aur kabhi badha kar is tarah mumkin ho saka ke tamam musalman be-jagri ke sath ladein khuda ko jab koi kaam matloob hota hai to woh isi tarah apni madad bhej kar is kaam ki takmeel ka saman kar deta hai</w:t>
      </w:r>
    </w:p>
    <w:p>
      <w:pPr>
        <w:jc w:val="right"/>
      </w:pPr>
      <w:r>
        <w:t>خدا نے حسب موقع کبھی تعداد گھٹا کر دکھائی اور کبھی بڑھا کر اس طرح ممکن ہو سکا کہ تمام مسلمان بے جگری کے ساتھ لڑیں خدا کو جب کوئی کام مطلوب ہوتا ہے تو وہ اسی طرح اپنی مدد بھیج کر اس کام کی تکمیل کا سامان کر دیتا ہے</w:t>
      </w:r>
    </w:p>
    <w:p>
      <w:r>
        <w:rPr>
          <w:b/>
        </w:rPr>
        <w:t xml:space="preserve">[1:07:41] </w:t>
      </w:r>
      <w:r>
        <w:t>amal ke dauran jo halaat pesh aate hain woh khuda ki taraf se hote hain aur yeh dekhne ke liye hote hain ke kis shakhs ne apne halaat ke andar kis qism ka radd-e-amal pesh kiya</w:t>
      </w:r>
    </w:p>
    <w:p>
      <w:pPr>
        <w:jc w:val="right"/>
      </w:pPr>
      <w:r>
        <w:t>عمل کے دوران جو حالات پیش آتے ہیں وہ خدا کی طرف سے ہوتے ہیں اور یہ دیکھنے کے لیے ہوتے ہیں کہ کس شخص نے اپنے حالات کے اندر کس قسم کا ردعمل پیش کیا</w:t>
      </w:r>
    </w:p>
    <w:p>
      <w:r>
        <w:rPr>
          <w:b/>
        </w:rPr>
        <w:t xml:space="preserve">[1:07:57] </w:t>
      </w:r>
      <w:r>
        <w:t>ya ayyuhallazina amanu iza laqaytum fi'atan fas-tabitu wazkurullaha kasiran la'allakum tuflihun wa ati'ullaha wa rasulahu wa la tanaza'u fa tafshalu wa tazhab rihukum</w:t>
      </w:r>
    </w:p>
    <w:p>
      <w:pPr>
        <w:jc w:val="right"/>
      </w:pPr>
      <w:r>
        <w:t>يا أيها الذين آمنوا إذا لقيتم فئة فاثبتوا واذكروا الله كثيرا لعلكم تفلحون وأطيعوا الله ورسوله ولا تنازعوا فتفشلوا وتذهب ريحكم</w:t>
      </w:r>
    </w:p>
    <w:p>
      <w:r>
        <w:rPr>
          <w:b/>
        </w:rPr>
        <w:t xml:space="preserve">[1:08:22] </w:t>
      </w:r>
      <w:r>
        <w:t>wasbiru innallaha ma'as-sabirin wa la takunu kallazina kharaju min diyarihim batra</w:t>
      </w:r>
    </w:p>
    <w:p>
      <w:pPr>
        <w:jc w:val="right"/>
      </w:pPr>
      <w:r>
        <w:t>واصبروا إن الله مع الصابرين ولا تكونوا كالذين خرجوا من ديارهم بطرا</w:t>
      </w:r>
    </w:p>
    <w:p>
      <w:r>
        <w:rPr>
          <w:b/>
        </w:rPr>
        <w:t xml:space="preserve">[1:08:39] </w:t>
      </w:r>
      <w:r>
        <w:t>wa ri'a'an-nasi wa yasuduna 'an sabilillah wallahu bima ya'maluna muhit</w:t>
      </w:r>
    </w:p>
    <w:p>
      <w:pPr>
        <w:jc w:val="right"/>
      </w:pPr>
      <w:r>
        <w:t>ورئاء الناس ويصدون عن سبيل الله والله بما يعملون محيط</w:t>
      </w:r>
    </w:p>
    <w:p>
      <w:r>
        <w:rPr>
          <w:b/>
        </w:rPr>
        <w:t xml:space="preserve">[1:08:56] </w:t>
      </w:r>
      <w:r>
        <w:t>ae iman walon! jab kisi giroh se tumhara muqabla ho to tum sabit qadam raho aur allah ko bohat yaad karo taake tum kamyab ho aur itaat karo allah ki aur us ke rasool ki aur aapas mein jhagda na karo warna tumhare andar kamzori aa jayegi aur tumhari hawa ukhad jayegi aur sabr k</w:t>
      </w:r>
    </w:p>
    <w:p>
      <w:pPr>
        <w:jc w:val="right"/>
      </w:pPr>
      <w:r>
        <w:t>اے ایمان والو! جب کسی گروہ سے تمہارا مقابلہ ہو تو تم ثابت قدم رہو اور اللہ کو بہت یاد کرو تاکہ تم کامیاب ہو اور اطاعت کرو اللہ کی اور اس کے رسول کی اور آپس میں جھگڑا نہ کرو ورنہ تمہارے اندر کمزوری آ جائے گی اور تمہاری ہوا اکھڑ جائے گی اور صبر ک</w:t>
      </w:r>
    </w:p>
    <w:p>
      <w:r>
        <w:rPr>
          <w:b/>
        </w:rPr>
        <w:t xml:space="preserve">[1:09:21] </w:t>
      </w:r>
      <w:r>
        <w:t>ro beshak allah sabr karne walon ke sath hai aur un logon ke se na bano jo apne gharon se akadte hue aur logon ko dikhate hue nikle aur jo allah ki rah se rokte hain halanke woh jo kuch kar rahe hain allah un ka ihata kiye hue hai</w:t>
      </w:r>
    </w:p>
    <w:p>
      <w:pPr>
        <w:jc w:val="right"/>
      </w:pPr>
      <w:r>
        <w:t>رو بے شک اللہ صبر کرنے والوں کے ساتھ ہے اور ان لوگوں کے سے نہ بنو جو اپنے گھروں سے اکڑتے ہوئے اور لوگوں کو دکھاتے ہوئے نکلے اور جو اللہ کی راہ سے روکتے ہیں حالانکہ وہ جو کچھ کر رہے ہیں اللہ ان کا احاطہ کیے ہوئے ہے</w:t>
      </w:r>
    </w:p>
    <w:p>
      <w:r>
        <w:rPr>
          <w:b/>
        </w:rPr>
        <w:t xml:space="preserve">[1:09:45] </w:t>
      </w:r>
      <w:r>
        <w:t>tashreeh: kamyabi khuda ki madad se aati hai magar khuda ki madad hamesha asbab ke parde mein aati hai na ke be-asbabi ke halaat mein musalman agar apne mumkin asbab ko jama kar dein to baqi kami khuda ki taraf se poori kar ke unhein kamyab kar diya jata hai</w:t>
      </w:r>
    </w:p>
    <w:p>
      <w:pPr>
        <w:jc w:val="right"/>
      </w:pPr>
      <w:r>
        <w:t>تشریح: کامیابی خدا کی مدد سے آتی ہے مگر خدا کی مدد ہمیشہ اسباب کے پردے میں آتی ہے نہ کہ بے اسبابی کے حالات میں مسلمان اگر اپنے ممکن اسباب کو جمع کر دیں تو بقیہ کمی خدا کی طرف سے پوری کر کے انہیں کامیاب کر دیا جاتا ہے</w:t>
      </w:r>
    </w:p>
    <w:p>
      <w:r>
        <w:rPr>
          <w:b/>
        </w:rPr>
        <w:t xml:space="preserve">[1:10:10] </w:t>
      </w:r>
      <w:r>
        <w:t>lekin agar woh be-asbabi ka muzahira karen to khuda kabhi aisa nahi kar sakta ke be-asbabi ke naqshe mein un ke liye apni madad bhej de asbab kya hain asbab yeh hain ke musalman iqdam mein pehal na karen woh apni jaron ko mazboot karne mein lage rahen taake un ka harif khud charhai kar ke un se ladne ke liye aa jaye p</w:t>
      </w:r>
    </w:p>
    <w:p>
      <w:pPr>
        <w:jc w:val="right"/>
      </w:pPr>
      <w:r>
        <w:t>لیکن اگر وہ بے اسبابی کا مظاہرہ کریں تو خدا کبھی ایسا نہیں کر سکتا کہ بے اسبابی کے نقشے میں ان کے لیے اپنی مدد بھیج دے اسباب کیا ہیں اسباب یہ ہیں کہ مسلمان اقدام میں پہل نہ کریں وہ اپنی جڑوں کو مضبوط کرنے میں لگے رہیں تاکہ ان کا حریف خود چڑھائی کر کے ان سے لڑنے کے لیے آ جائے پ</w:t>
      </w:r>
    </w:p>
    <w:p>
      <w:r>
        <w:rPr>
          <w:b/>
        </w:rPr>
        <w:t xml:space="preserve">[1:10:39] </w:t>
      </w:r>
      <w:r>
        <w:t>har jab takrao ki soorat paida ho jaye to woh us ke muqable mein poori tarah jamao ka saboot den allah ki yaad ba-alfaaz-e-degar maqsood-e-asli ka mukammal istehzaar rakhen taake un ka qalbi hausla baqi rahe sardar ke hukum ke tehat poori tarah munazzam rahen bahami ikhtilafat ko nazar andaz karen</w:t>
      </w:r>
    </w:p>
    <w:p>
      <w:pPr>
        <w:jc w:val="right"/>
      </w:pPr>
      <w:r>
        <w:t>ھر جب ٹکراؤ کی صورت پیدا ہو جائے تو وہ اس کے مقابلے میں پوری طرح جماؤ کا ثبوت دیں اللہ کی یاد با الفاظ دیگر مقصود اصلی کا مکمل استہزار رکھیں تاکہ ان کا قلبی حوصلہ باقی رہے سردار کے حکم کے تحت پوری طرح منظم رہیں باہمی اختلافات کو نظر انداز کریں</w:t>
      </w:r>
    </w:p>
    <w:p>
      <w:r>
        <w:rPr>
          <w:b/>
        </w:rPr>
        <w:t xml:space="preserve">[1:11:07] </w:t>
      </w:r>
      <w:r>
        <w:t>na yeh ke ikhtilafat ko badha kar tukde tukde ho jayen woh apne ittehad se harif ko marghoob kar dein woh sabr karen yani josh ke bajaye hosh ko apnaen jald kamyabi ke shauq mein ghair pakhta iqdam na karen un ki nazar hamesha aakhri manzil par ho na ke waqti masalih aur manafey par</w:t>
      </w:r>
    </w:p>
    <w:p>
      <w:pPr>
        <w:jc w:val="right"/>
      </w:pPr>
      <w:r>
        <w:t>نہ یہ کہ اختلافات کو بڑھا کر ٹکڑے ٹکڑے ہو جائیں وہ اپنے اتحاد سے حریف کو مرغوب کر دیں وہ صبر کریں یعنی جوش کے بجائے ہوش کو اپنائیں جلد کامیابی کے شوق میں غیر پختہ اقدام نہ کریں ان کی نظر ہمیشہ آخری منزل پر ہو نہ کہ وقتی مصالح اور منافع پر</w:t>
      </w:r>
    </w:p>
    <w:p>
      <w:r>
        <w:rPr>
          <w:b/>
        </w:rPr>
        <w:t xml:space="preserve">[1:11:37] </w:t>
      </w:r>
      <w:r>
        <w:t>inhi cheezon ka naam asbab hai aur inhi asbab ke parde mein khuda ki madad aati hai maujooda dunya imtehan ki dunya hai yahan khuda ghayb mein reh kar apne tamam tasarrrufat anjam deta hai isi liye jab woh musalmanon ki madad karta hai to asbab ke parde mein karta</w:t>
      </w:r>
    </w:p>
    <w:p>
      <w:pPr>
        <w:jc w:val="right"/>
      </w:pPr>
      <w:r>
        <w:t>انہی چیزوں کا نام اسباب ہے اور انہی اسباب کے پردے میں خدا کی مدد آتی ہے موجودہ دنیا امتحان کی دنیا ہے یہاں خدا غیب میں رہ کر اپنے تمام تصرفات انجام دیتا ہے اسی لیے جب وہ مسلمانوں کی مدد کرتا ہے تو اسباب کے پردے میں کرتا</w:t>
      </w:r>
    </w:p>
    <w:p>
      <w:r>
        <w:rPr>
          <w:b/>
        </w:rPr>
        <w:t xml:space="preserve">[1:12:02] </w:t>
      </w:r>
      <w:r>
        <w:t>hai musalman agar asbab ka mahol paida na karen woh be-hauslegi ka saboot den woh ibtidai tayyari ke baghair iqdam karne lagen woh</w:t>
      </w:r>
    </w:p>
    <w:p>
      <w:pPr>
        <w:jc w:val="right"/>
      </w:pPr>
      <w:r>
        <w:t>ہے مسلمان اگر اسباب کا ماحول پیدا نہ کریں وہ بے حوصلگی کا ثبوت دیں وہ ابتدائی تیاری کے بغیر اقدامات کرنے لگیں وہ</w:t>
      </w:r>
    </w:p>
    <w:p>
      <w:r>
        <w:rPr>
          <w:b/>
        </w:rPr>
        <w:t xml:space="preserve">[1:12:14] </w:t>
      </w:r>
      <w:r>
        <w:t>ikhtilaf aur intishar mein mubtala hon to un ko kabhi yeh umeed na karni chahiye ke khuda ghayb ka parda phad kar samne aa jayega aur be-asbabi ka shikar hone ke bawajood mawra-e-asbab tareeqon se un ki madad kar ke un ke tamam kaam bana dega</w:t>
      </w:r>
    </w:p>
    <w:p>
      <w:pPr>
        <w:jc w:val="right"/>
      </w:pPr>
      <w:r>
        <w:t>اختلاف اور انتشار میں مبتلا ہوں تو ان کو کبھی یہ امید نہ کرنی چاہیے کہ خدا غیب کا پردہ پھاڑ کر سامنے آ جائے گا اور بے اسبابی کا شکار ہونے کے باوجود ماورائے اسباب طریقوں سے ان کی مدد کر کے ان کے تمام کام بنا دے گا</w:t>
      </w:r>
    </w:p>
    <w:p>
      <w:r>
        <w:rPr>
          <w:b/>
        </w:rPr>
        <w:t xml:space="preserve">[1:12:39] </w:t>
      </w:r>
      <w:r>
        <w:t>musalman agar apne harif ke muqable mein apne ko behtar halaat mein payen tab bhi aisa nahi hona chahiye ke woh munkireen ki tarah apni taqat par ghamand karen woh fakhr-o-numaish ke jazbat mein mubtala ho jayen aur</w:t>
      </w:r>
    </w:p>
    <w:p>
      <w:pPr>
        <w:jc w:val="right"/>
      </w:pPr>
      <w:r>
        <w:t>مسلمان اگر اپنے حریف کے مقابلے میں اپنے کو بہتر حالات میں پائیں تب بھی ایسا نہیں ہونا چاہیے کہ وہ منکرین کی طرح اپنی طاقت پر گھمنڈ کریں وہ فخر و نمائش کے جذبات میں مبتلا ہو جائیں اور</w:t>
      </w:r>
    </w:p>
    <w:p>
      <w:r>
        <w:rPr>
          <w:b/>
        </w:rPr>
        <w:t xml:space="preserve">[1:12:58] </w:t>
      </w:r>
      <w:r>
        <w:t>woh badhai aur za'am mein is had tak aage badh jayen ke ek shakhs ke sirf is liye mukhalif ban jayen ke woh aise haq ki da'wat de raha hai jis ki izzat khud un ki apni zaat par bhi pad rahi hai</w:t>
      </w:r>
    </w:p>
    <w:p>
      <w:pPr>
        <w:jc w:val="right"/>
      </w:pPr>
      <w:r>
        <w:t>وہ بڑائی اور زعم میں اس حد تک آگے بڑھ جائیں کہ ایک شخص کے صرف اس لیے مخالف بن جائیں کہ وہ ایسے حق کی دعوت دے رہا ہے جس کی عزت خود ان کی اپنی ذات پر بھی پڑ رہی ہے</w:t>
      </w:r>
    </w:p>
    <w:p>
      <w:r>
        <w:rPr>
          <w:b/>
        </w:rPr>
        <w:t xml:space="preserve">[1:13:18] </w:t>
      </w:r>
      <w:r>
        <w:t>wa iz zayyana lahumush-shaytanu a'malahum wa qala la ghaliba lakumul-yawma minan-nasi wa inni jarullakum falamma tara'at-il-fi'atani nakasa 'ala 'aqibayhi wa qala inni bari'un</w:t>
      </w:r>
    </w:p>
    <w:p>
      <w:pPr>
        <w:jc w:val="right"/>
      </w:pPr>
      <w:r>
        <w:t>وإذ زين لهم الشيطان أعمالهم وقال لا غالب لكم اليوم من الناس وإني جار لكم فلما تراءت الفئتان نكص على عقبيه وقال إني بريء</w:t>
      </w:r>
    </w:p>
    <w:p>
      <w:r>
        <w:rPr>
          <w:b/>
        </w:rPr>
        <w:t xml:space="preserve">[1:13:44] </w:t>
      </w:r>
      <w:r>
        <w:t>minkum wa inni bari'un</w:t>
      </w:r>
    </w:p>
    <w:p>
      <w:pPr>
        <w:jc w:val="right"/>
      </w:pPr>
      <w:r>
        <w:t>منكم وقال إني بريء</w:t>
      </w:r>
    </w:p>
    <w:p>
      <w:r>
        <w:rPr>
          <w:b/>
        </w:rPr>
        <w:t xml:space="preserve">[1:13:53] </w:t>
      </w:r>
      <w:r>
        <w:t>minakum inni ara ma la tarawn inni akhaf Allah</w:t>
      </w:r>
    </w:p>
    <w:p>
      <w:pPr>
        <w:jc w:val="right"/>
      </w:pPr>
      <w:r>
        <w:t>منكم إني أرى ما لا ترون إني أخاف الله</w:t>
      </w:r>
    </w:p>
    <w:p>
      <w:r>
        <w:rPr>
          <w:b/>
        </w:rPr>
        <w:t xml:space="preserve">[1:14:07] </w:t>
      </w:r>
      <w:r>
        <w:t>wallahu shadidul iqab idh yaqulul munafiqun walladhina fi qulubihim maradun gharr ha'ula'i dinuhum</w:t>
      </w:r>
    </w:p>
    <w:p>
      <w:pPr>
        <w:jc w:val="right"/>
      </w:pPr>
      <w:r>
        <w:t>والله شديد العقاب إذ يقول المنافقون والذين في قلوبهم مرض غر هؤلاء دينهم</w:t>
      </w:r>
    </w:p>
    <w:p>
      <w:r>
        <w:rPr>
          <w:b/>
        </w:rPr>
        <w:t xml:space="preserve">[1:14:27] </w:t>
      </w:r>
      <w:r>
        <w:t>wa may yatawakkal alallahi fa innallaha azizun hakim</w:t>
      </w:r>
    </w:p>
    <w:p>
      <w:pPr>
        <w:jc w:val="right"/>
      </w:pPr>
      <w:r>
        <w:t>ومن يتوكل على الله فإن الله عزيز حكيم</w:t>
      </w:r>
    </w:p>
    <w:p>
      <w:r>
        <w:rPr>
          <w:b/>
        </w:rPr>
        <w:t xml:space="preserve">[1:14:37] </w:t>
      </w:r>
      <w:r>
        <w:t>aur jab shaitan ne unhein un ke aamal khushnuma bana kar dikhaye aur kaha ke logon mein se aaj koi tum par ghalib aane wala nahin aur main tumhare saath hoon magar jab donon giroh aamne saamne hue to woh ulte paon bhaga aur kaha ke main tum se bari hoon main woh kuch dekh raha hoon jo tum log nahin dekhte</w:t>
      </w:r>
    </w:p>
    <w:p>
      <w:pPr>
        <w:jc w:val="right"/>
      </w:pPr>
      <w:r>
        <w:t>اور جب شیطان نے انہیں ان کے اعمال خوشنما بنا کر دکھائے اور کہا کہ لوگوں میں سے آج کوئی تم پر غالب آنے والا نہیں اور میں تمہارے ساتھ ہوں مگر جب دونوں گروہ آمنے سامنے ہوئے تو وہ الٹے پاؤں بھاگا اور کہا کہ میں تم سے بری ہوں میں وہ کچھ دیکھ رہا ہوں جو تم لوگ نہیں دیکھتے</w:t>
      </w:r>
    </w:p>
    <w:p>
      <w:r>
        <w:rPr>
          <w:b/>
        </w:rPr>
        <w:t xml:space="preserve">[1:15:04] </w:t>
      </w:r>
      <w:r>
        <w:t>main Allah se darta hoon aur Allah sakht saza dene wala hai jab munafiq aur jin ke dilo mein rog hai kehte the ke in logon ko in ke deen ne dhoke mein daal diya hai aur jo Allah par bharosa kare to Allah bada zabardast aur hikmat wala hai</w:t>
      </w:r>
    </w:p>
    <w:p>
      <w:pPr>
        <w:jc w:val="right"/>
      </w:pPr>
      <w:r>
        <w:t>میں اللہ سے ڈرتا ہوں اور اللہ سخت سزا دینے والا ہے جب منافق اور جن کے دلوں میں روگ ہے کہتے تھے کہ ان لوگوں کو ان کے دین نے دھوکے میں ڈال دیا ہے اور جو اللہ پر بھروسہ کرے تو اللہ بڑا زبردست اور حکمت والا ہے</w:t>
      </w:r>
    </w:p>
    <w:p>
      <w:r>
        <w:rPr>
          <w:b/>
        </w:rPr>
        <w:t xml:space="preserve">[1:15:27] </w:t>
      </w:r>
      <w:r>
        <w:t>tashreeh Makka ke mukhalifeen apne aap ko bar-sar-e-haq aur paighambar ke saathiyon ko bar-sar-e-baatil samajhte thay</w:t>
      </w:r>
    </w:p>
    <w:p>
      <w:pPr>
        <w:jc w:val="right"/>
      </w:pPr>
      <w:r>
        <w:t>تشریح مکہ کے مخالفین اپنے آپ کو برسر حق اور پیغمبر کے ساتھیوں کو برسر باطل سمجھتے تھے</w:t>
      </w:r>
    </w:p>
    <w:p>
      <w:r>
        <w:rPr>
          <w:b/>
        </w:rPr>
        <w:t xml:space="preserve">[1:15:38] </w:t>
      </w:r>
      <w:r>
        <w:t>is par un ko itna yaqeen tha ke unhon ne Ka'aba ke saamne khade ho kar dua ki</w:t>
      </w:r>
    </w:p>
    <w:p>
      <w:pPr>
        <w:jc w:val="right"/>
      </w:pPr>
      <w:r>
        <w:t>اس پر ان کو اتنا یقین تھا کہ انہوں نے کعبہ کے سامنے کھڑے ہو کر دعا کی</w:t>
      </w:r>
    </w:p>
    <w:p>
      <w:r>
        <w:rPr>
          <w:b/>
        </w:rPr>
        <w:t xml:space="preserve">[1:15:44] </w:t>
      </w:r>
      <w:r>
        <w:t>ke Khudaaya dono fareeqon mein se jo fareeq haq par ho to us ko kaamyaab kar aur jo</w:t>
      </w:r>
    </w:p>
    <w:p>
      <w:pPr>
        <w:jc w:val="right"/>
      </w:pPr>
      <w:r>
        <w:t>کہ خدایا دونوں فریقوں میں سے جو فریق حق پر ہو تو اس کو کامیاب کر اور جو</w:t>
      </w:r>
    </w:p>
    <w:p>
      <w:r>
        <w:rPr>
          <w:b/>
        </w:rPr>
        <w:t xml:space="preserve">[1:15:52] </w:t>
      </w:r>
      <w:r>
        <w:t>fareeq baatil par ho to us ko halaak kar de</w:t>
      </w:r>
    </w:p>
    <w:p>
      <w:pPr>
        <w:jc w:val="right"/>
      </w:pPr>
      <w:r>
        <w:t>فریق باطل پر ہو تو اس کو ہلاک کر دے</w:t>
      </w:r>
    </w:p>
    <w:p>
      <w:r>
        <w:rPr>
          <w:b/>
        </w:rPr>
        <w:t xml:space="preserve">[1:15:58] </w:t>
      </w:r>
      <w:r>
        <w:t>tahum un ka yeh yaqeen jhoota yaqeen tha is qism ka yaqeen hamesha shaitan ki tazeen ki wajah se paida hota hai</w:t>
      </w:r>
    </w:p>
    <w:p>
      <w:pPr>
        <w:jc w:val="right"/>
      </w:pPr>
      <w:r>
        <w:t>تاہم ان کا یہ یقین جھوٹا یقین تھا اس قسم کا یقین ہمیشہ شیطان کی تزین کی وجہ سے پیدا ہوتا ہے</w:t>
      </w:r>
    </w:p>
    <w:p>
      <w:r>
        <w:rPr>
          <w:b/>
        </w:rPr>
        <w:t xml:space="preserve">[1:16:07] </w:t>
      </w:r>
      <w:r>
        <w:t>shaitan ne makkah ke logon ko sikhaya ke tum tareekh ke musallama paighambaron yani ibrahim aur ismail alaihimus salam ke manne wale ho jabke musalman ek aise shakhs ko mante hain jis ka paighambar hona abhi ek mutanaza masla hai tum kaaba ke waris ho jabke musalmanon ko kaaba ki sarzamin se nikal diya gaya hai</w:t>
      </w:r>
    </w:p>
    <w:p>
      <w:pPr>
        <w:jc w:val="right"/>
      </w:pPr>
      <w:r>
        <w:t>شیطان نے مکہ کے لوگوں کو سکھایا کہ تم تاریخ کے مسلمہ پیغمبروں یعنی ابراہیم اور اسماعیل علیہ السلام کے ماننے والے ہو جبکہ مسلمان ایک ایسے شخص کو مانتے ہیں جس کا پیغمبر ہونا ابھی ایک متنازع مسئلہ ہے تم کعبہ کے وارث ہو جبکہ مسلمانوں کو کعبہ کی سرزمین سے نکال دیا گیا ہے</w:t>
      </w:r>
    </w:p>
    <w:p>
      <w:r>
        <w:rPr>
          <w:b/>
        </w:rPr>
        <w:t xml:space="preserve">[1:16:37] </w:t>
      </w:r>
      <w:r>
        <w:t>tum aslaf ki riwayaton par qaim rehne ke liye lad rahe ho jabke musalman aslaf ki riwayaton ko todne ke liye uthe hain shaitan ne makkah walon ke dilo mein is qism ke khayalat daal kar un ko jhoote yaqeen mein mubtala kar diya tha</w:t>
      </w:r>
    </w:p>
    <w:p>
      <w:pPr>
        <w:jc w:val="right"/>
      </w:pPr>
      <w:r>
        <w:t>تم اسلاف کی روایتوں پر قائم رہنے کے لیے لڑ رہے ہو جبکہ مسلمان اسلاف کی روایتوں کو توڑنے کے لیے اٹھے ہیں شیطان نے مکہ والوں کے دلوں میں اس قسم کے خیالات ڈال کر ان کو جھوٹے یقین میں مبتلا کر دیا تھا</w:t>
      </w:r>
    </w:p>
    <w:p>
      <w:r>
        <w:rPr>
          <w:b/>
        </w:rPr>
        <w:t xml:space="preserve">[1:17:01] </w:t>
      </w:r>
      <w:r>
        <w:t>woh samajhte the ke hum jo kuch kar rahe hain bilkul durust kar rahe hain aur khuda ki madad beharhaal hamein hasil hogi makkah ke mukhalifin ek taraf apne jhoote yaqeen ko is qism ki cheezon ki bina par sachcha yaqeen samajh rahe the</w:t>
      </w:r>
    </w:p>
    <w:p>
      <w:pPr>
        <w:jc w:val="right"/>
      </w:pPr>
      <w:r>
        <w:t>وہ سمجھتے تھے کہ ہم جو کچھ کر رہے ہیں بالکل درست کر رہے ہیں اور خدا کی مدد بہرحال ہمیں حاصل ہوگی مکہ کے مخالفین ایک طرف اپنے جھوٹے یقین کو اس قسم کی چیزوں کی بنا پر سچا یقین سمجھ رہے تھے</w:t>
      </w:r>
    </w:p>
    <w:p>
      <w:r>
        <w:rPr>
          <w:b/>
        </w:rPr>
        <w:t xml:space="preserve">[1:17:21] </w:t>
      </w:r>
      <w:r>
        <w:t>dusri taraf jab woh dekhte ke paighambar ke saathi un se bhi zyada yaqeen aur sarfaroshi ke jazbe ke sath islam ke muhaaz par apne aap ko lagaye hue hain to woh un ke sachche yaqeen ko yeh keh kar be aitbar sabit kar dete the ke yeh mahaz ek mazhabi junoon hai</w:t>
      </w:r>
    </w:p>
    <w:p>
      <w:pPr>
        <w:jc w:val="right"/>
      </w:pPr>
      <w:r>
        <w:t>دوسری طرف جب وہ دیکھتے کہ پیغمبر کے ساتھی ان سے بھی زیادہ یقین اور سرفروشی کے جذبے کے ساتھ اسلام کے محاذ پر اپنے آپ کو لگائے ہوئے ہیں تو وہ ان کے سچے یقین کو یہ کہہ کر بے اعتبار ثابت کر دیتے تھے کہ یہ محض ایک مذہبی جنون ہے</w:t>
      </w:r>
    </w:p>
    <w:p>
      <w:r>
        <w:rPr>
          <w:b/>
        </w:rPr>
        <w:t xml:space="preserve">[1:17:44] </w:t>
      </w:r>
      <w:r>
        <w:t>woh ek shakhs paighambar ki khoobsurat baaton se josh mein aa kar diwane ho rahe hain un ke yaqeen aur qurbani ki is se zyada aur koi haqiqat nahin magar jab donon girohon mein muqabla hua aur musalmanon ke liye Allah ki madad utar padi to shaitan mukhalifin-e-islam ko chhod kar bhaga</w:t>
      </w:r>
    </w:p>
    <w:p>
      <w:pPr>
        <w:jc w:val="right"/>
      </w:pPr>
      <w:r>
        <w:t>وہ ایک شخص پیغمبر کی خوبصورت باتوں سے جوش میں آ کر دیوانے ہو رہے ہیں ان کے یقین اور قربانی کی اس سے زیادہ اور کوئی حقیقت نہیں مگر جب دونوں گروہوں میں مقابلہ ہوا اور مسلمانوں کے لیے اللہ کی مدد اتر پڑی تو شیطان مخالفین اسلام کو چھوڑ کر بھاگا</w:t>
      </w:r>
    </w:p>
    <w:p>
      <w:r>
        <w:rPr>
          <w:b/>
        </w:rPr>
        <w:t xml:space="preserve">[1:18:12] </w:t>
      </w:r>
      <w:r>
        <w:t>ek taraf khuda ki madad se musalmanon ke dil aur zyada qawi ho gaye dusri taraf mukhalifin ka jhoota yaqeen be dili aur past himmati mein tabdeel ho gaya kyunke un ka aitmad shaitan par tha aur shaitan ab un ko chhod kar bhag chuka tha</w:t>
      </w:r>
    </w:p>
    <w:p>
      <w:pPr>
        <w:jc w:val="right"/>
      </w:pPr>
      <w:r>
        <w:t>ایک طرف خدا کی مدد سے مسلمانوں کے دل اور زیادہ قوی ہو گئے دوسری طرف مخالفین کا جھوٹا یقین بے دلی اور پست ہمتی میں تبدیل ہو گیا کیونکہ ان کا اعتماد شیطان پر تھا اور شیطان اب ان کو چھوڑ کر بھاگ چکا تھا</w:t>
      </w:r>
    </w:p>
    <w:p>
      <w:r>
        <w:rPr>
          <w:b/>
        </w:rPr>
        <w:t xml:space="preserve">[1:18:34] </w:t>
      </w:r>
      <w:r>
        <w:t>jo log Allah par bharosa karein Allah zaroor un ki madad karta hai magar Allah ki madad hamesha us waqt aati hai jab ke ahl-e-iman Allah par yaqeen ka itna bada suboot de dein ke be yaqeen log keh uthein ke yeh majnoon ho gaye hain</w:t>
      </w:r>
    </w:p>
    <w:p>
      <w:pPr>
        <w:jc w:val="right"/>
      </w:pPr>
      <w:r>
        <w:t>جو لوگ اللہ پر بھروسہ کریں اللہ ضرور ان کی مدد کرتا ہے مگر اللہ کی مدد ہمیشہ اس وقت آتی ہے جب کہ اہل ایمان اللہ پر یقین کا اتنا بڑا ثبوت دے دیں کہ بے یقین لوگ کہہ اٹھیں کہ یہ مجنون ہو گئے ہیں</w:t>
      </w:r>
    </w:p>
    <w:p>
      <w:r>
        <w:rPr>
          <w:b/>
        </w:rPr>
        <w:t xml:space="preserve">[1:18:57] </w:t>
      </w:r>
      <w:r>
        <w:t>wa laula taray idh yatawaffa alladhina kafarul malaikatu yadribuna wujoohahum wa adbahum yadribuna wujoohahum wa adbahum wa dhuku azab al-hariq</w:t>
      </w:r>
    </w:p>
    <w:p>
      <w:pPr>
        <w:jc w:val="right"/>
      </w:pPr>
      <w:r>
        <w:t>ولو ترى إذ يتوفى الذين كفروا الملائكة يضربون وجوههم وأدبارهم يضربون وجوههم وأدبارهم وذوقوا عذاب الحريق</w:t>
      </w:r>
    </w:p>
    <w:p>
      <w:r>
        <w:rPr>
          <w:b/>
        </w:rPr>
        <w:t xml:space="preserve">[1:19:19] </w:t>
      </w:r>
      <w:r>
        <w:t>dhalika bima qaddamat aydikum wa annallaha laysa bi zallamin lil abeed badaa bi aal fir'awna walladhina min qablihim kafaroo bi ayatil lahi fa akhazahumullahu bidhunubihim</w:t>
      </w:r>
    </w:p>
    <w:p>
      <w:pPr>
        <w:jc w:val="right"/>
      </w:pPr>
      <w:r>
        <w:t>ذلك بما قدمت أيديكم وأن الله ليس بظلام للعبيد بدأ بآل فرعون والذين من قبلهم كفروا بآيات الله فأخذهم الله بذنوبهم</w:t>
      </w:r>
    </w:p>
    <w:p>
      <w:r>
        <w:rPr>
          <w:b/>
        </w:rPr>
        <w:t xml:space="preserve">[1:19:43] </w:t>
      </w:r>
      <w:r>
        <w:t>innallaha qawiyun shadidul iqab dhalika bi annallaha lam yakun mughayyiran ni'matan an'amaha ala qawmin hatta yughayyiru ma bi anfusihim</w:t>
      </w:r>
    </w:p>
    <w:p>
      <w:pPr>
        <w:jc w:val="right"/>
      </w:pPr>
      <w:r>
        <w:t>إن الله قوي شديد العقاب ذلك بأن الله لم يك مغيرا نعمة أنعمها على قوم حتى يغيروا ما بأنفسهم</w:t>
      </w:r>
    </w:p>
    <w:p>
      <w:r>
        <w:rPr>
          <w:b/>
        </w:rPr>
        <w:t xml:space="preserve">[1:20:05] </w:t>
      </w:r>
      <w:r>
        <w:t>hatta yughayyiru ma bi anfusihim wa annallaha samiyun aleem badaa bi aal fir'awna walladhina min qablihim</w:t>
      </w:r>
    </w:p>
    <w:p>
      <w:pPr>
        <w:jc w:val="right"/>
      </w:pPr>
      <w:r>
        <w:t>حتى يغيروا ما بأنفسهم وأن الله سميع عليم بدأ بآل فرعون والذين من قبلهم</w:t>
      </w:r>
    </w:p>
    <w:p>
      <w:r>
        <w:rPr>
          <w:b/>
        </w:rPr>
        <w:t xml:space="preserve">[1:20:23] </w:t>
      </w:r>
      <w:r>
        <w:t>kadhaboo bi ayati rabbihim fa ahlaknahum bidhunubihim wa aghraqna</w:t>
      </w:r>
    </w:p>
    <w:p>
      <w:pPr>
        <w:jc w:val="right"/>
      </w:pPr>
      <w:r>
        <w:t>كذبوا بآيات ربهم فأهلكناهم بذنوبهم وأغرقنا</w:t>
      </w:r>
    </w:p>
    <w:p>
      <w:r>
        <w:rPr>
          <w:b/>
        </w:rPr>
        <w:t xml:space="preserve">[1:20:34] </w:t>
      </w:r>
      <w:r>
        <w:t>aal fir'awna wa kullun kanu zhalimeen</w:t>
      </w:r>
    </w:p>
    <w:p>
      <w:pPr>
        <w:jc w:val="right"/>
      </w:pPr>
      <w:r>
        <w:t>آل فرعون وكل كانوا ظالمين</w:t>
      </w:r>
    </w:p>
    <w:p>
      <w:r>
        <w:rPr>
          <w:b/>
        </w:rPr>
        <w:t xml:space="preserve">[1:20:42] </w:t>
      </w:r>
      <w:r>
        <w:t>aur agar tum dekhte jab ke farishtay un munkireen ki jaan qabz karte hain marte hue un ke chehron aur un ki peethon par aur yeh kehte hue ke ab jalne ka azab chakho yeh badla hai us ka jo tum ne apne hathon aage bheja tha aur Allah hargiz bando par zulm karne wala nahin</w:t>
      </w:r>
    </w:p>
    <w:p>
      <w:pPr>
        <w:jc w:val="right"/>
      </w:pPr>
      <w:r>
        <w:t>اور اگر تم دیکھتے جب کہ فرشتے ان منکرین کی جان قبض کرتے ہیں مارتے ہوئے ان کے چہروں اور ان کی پیٹھوں پر اور یہ کہتے ہوئے کہ اب جلنے کا عذاب چکھو یہ بدلہ ہے اس کا جو تم نے اپنے ہاتھوں آگے بھیجا تھا اور اللہ ہرگز بندوں پر ظلم کرنے والا نہیں</w:t>
      </w:r>
    </w:p>
    <w:p>
      <w:r>
        <w:rPr>
          <w:b/>
        </w:rPr>
        <w:t xml:space="preserve">[1:21:10] </w:t>
      </w:r>
      <w:r>
        <w:t>fir'aun walon ki tarah aur jo is se pehle the ke unhone Allah ki nishaniyon ka inkar kiya pas Allah ne un ke gunahon par un ko pakad liya beshak Allah quwwat wala hai sakht saza dene wala hai</w:t>
      </w:r>
    </w:p>
    <w:p>
      <w:pPr>
        <w:jc w:val="right"/>
      </w:pPr>
      <w:r>
        <w:t>فرعون والوں کی طرح اور جو اس سے پہلے تھے کہ انہوں نے اللہ کی نشانیوں کا انکار کیا پس اللہ نے ان کے گناہوں پر ان کو پکڑ لیا بے شک اللہ قوت والا ہے سخت سزا دینے والا ہے</w:t>
      </w:r>
    </w:p>
    <w:p>
      <w:r>
        <w:rPr>
          <w:b/>
        </w:rPr>
        <w:t xml:space="preserve">[1:21:29] </w:t>
      </w:r>
      <w:r>
        <w:t>yeh is wajah se hua ke Allah us in'aam ko jo woh kisi qaum par karta hai us waqt tak nahin badalta jab tak woh us ko na badal dein jo un ke nafs'on mein hai aur beshak Allah sunne wala janne wala hai</w:t>
      </w:r>
    </w:p>
    <w:p>
      <w:pPr>
        <w:jc w:val="right"/>
      </w:pPr>
      <w:r>
        <w:t>یہ اس وجہ سے ہوا کہ اللہ اس انعام کو جو وہ کسی قوم پر کرتا ہے اس وقت تک نہیں بدلتا جب تک وہ اس کو نہ بدل دیں جو ان کے نفسوں میں ہے اور بے شک اللہ سننے والا جاننے والا ہے</w:t>
      </w:r>
    </w:p>
    <w:p>
      <w:r>
        <w:rPr>
          <w:b/>
        </w:rPr>
        <w:t xml:space="preserve">[1:21:50] </w:t>
      </w:r>
      <w:r>
        <w:t>fir'aun walon ki tarah aur jo un se pehle the ke unhone apne rab ki nishaniyon ko jhutlaya phir hum ne un ke gunahon ke sabab se un ko halak kar diya aur hum ne fir'aun walon ko gharaq kar diya aur yeh sab log zalim the tashreeh ne'mat ka inhisaar haalat-e-istihaq-e-ne'mat par hai</w:t>
      </w:r>
    </w:p>
    <w:p>
      <w:pPr>
        <w:jc w:val="right"/>
      </w:pPr>
      <w:r>
        <w:t>فرعون والوں کی طرح اور جو ان سے پہلے تھے کہ انہوں نے اپنے رب کی نشانیوں کو جھٹلایا پھر ہم نے ان کے گناہوں کے سبب سے ان کو ہلاک کر دیا اور ہم نے فرعون والوں کو غرق کر دیا اور یہ سب لوگ ظالم تھے تشریح نعمت کا انحصار حالت استحقاق نعمت پر ہے</w:t>
      </w:r>
    </w:p>
    <w:p>
      <w:r>
        <w:rPr>
          <w:b/>
        </w:rPr>
        <w:t xml:space="preserve">[1:22:20] </w:t>
      </w:r>
      <w:r>
        <w:t>qaumi satah par kisi ko jo ne'matein milti hain woh hamesha us istihaq ke baadra hoti hain jo nafsi haalat ke aitbar se us ke yahan paya jata hai</w:t>
      </w:r>
    </w:p>
    <w:p>
      <w:pPr>
        <w:jc w:val="right"/>
      </w:pPr>
      <w:r>
        <w:t>قومی سطح پر کسی کو جو نعمتیں ملتی ہیں وہ ہمیشہ اس استحقاق کے بقدر ہوتی ہیں جو نفسی حالت کے اعتبار سے اس کے یہاں پایا جاتا ہے</w:t>
      </w:r>
    </w:p>
    <w:p>
      <w:r>
        <w:rPr>
          <w:b/>
        </w:rPr>
        <w:t xml:space="preserve">[1:22:36] </w:t>
      </w:r>
      <w:r>
        <w:t>yeh nafs chunaanche fard ke andar hota hai is liye is baat ko doosre lafzon mein yun kaha ja sakta hai ke ijtimaai inaamaat ka inhisaar infiradi haalaat par hai afraad ki satah par qaum jis darje mein ho usi ke qudr is ko ijtimaai inaamaat diye jaate hain</w:t>
      </w:r>
    </w:p>
    <w:p>
      <w:pPr>
        <w:jc w:val="right"/>
      </w:pPr>
      <w:r>
        <w:t>یہ نفس چونکہ فرد کے اندر ہوتا ہے اس لیے اس بات کو دوسرے لفظوں میں یوں کہا جا سکتا ہے کہ اجتماعی انعامات کا انحصار انفرادی حالات پر ہے افراد کی سطح پر قوم جس درجے میں ہو اسی کے بقدر اس کو اجتماعی انعامات دیے جاتے ہیں</w:t>
      </w:r>
    </w:p>
    <w:p>
      <w:r>
        <w:rPr>
          <w:b/>
        </w:rPr>
        <w:t xml:space="preserve">[1:23:02] </w:t>
      </w:r>
      <w:r>
        <w:t>is ka matlab yeh hai ke koi groh agar Khuda ke ijtimaai inaamaat ko paana chahta hai to is ko apne afraad ki nafsi islaah par apni taaqat sarf karna chahiye is</w:t>
      </w:r>
    </w:p>
    <w:p>
      <w:pPr>
        <w:jc w:val="right"/>
      </w:pPr>
      <w:r>
        <w:t>اس کا مطلب یہ ہے کہ کوئی گروہ اگر خدا کے اجتماعی انعامات کو پانا چاہتا ہے تو اس کو اپنے افراد کی نفسی اصلاح پر اپنی طاقت صرف کرنا چاہیے اس</w:t>
      </w:r>
    </w:p>
    <w:p>
      <w:r>
        <w:rPr>
          <w:b/>
        </w:rPr>
        <w:t xml:space="preserve">[1:23:20] </w:t>
      </w:r>
      <w:r>
        <w:t>ee tarah koi qaum agar apne ko is haal mein dekhe ke is se ijtimaai nematein chhin gayi hain to is ko khud nematon ke peeche daudne ke bajaye apne afraad ke peeche daudna chahiye kyunke afraad hi ke bigadne se is ki nematein chhin hain aur afraad hi ke banne se dobara woh use mil sakti hain</w:t>
      </w:r>
    </w:p>
    <w:p>
      <w:pPr>
        <w:jc w:val="right"/>
      </w:pPr>
      <w:r>
        <w:t>ی طرح کوئی قوم اگر اپنے کو اس حال میں دیکھے کہ اس سے اجتماعی نعمتیں چھن گئی ہیں تو اس کو خود نعمتوں کے پیچھے دوڑنے کے بجائے اپنے افراد کے پیچھے دوڑنا چاہیے کیونکہ افراد ہی کے بگڑنے سے اس کی نعمتیں چھنی ہیں اور افراد ہی کے بننے سے دوبارہ وہ اسے مل سکتی ہیں</w:t>
      </w:r>
    </w:p>
    <w:p>
      <w:r>
        <w:rPr>
          <w:b/>
        </w:rPr>
        <w:t xml:space="preserve">[1:23:49] </w:t>
      </w:r>
      <w:r>
        <w:t>jab koi qaum adl ke bajaye zulm aur tawazu ke bajaye sarkashi ka ravaiyya ikhtiyaar karti hai to Khuda ki taraf se is ke saamne sachai ka ailaan karaya jaata hai taake woh mutanabbah ho jaye yeh ailaan kamaal wazahat ke aitbaar se Khuda ki ek nishani hota hai</w:t>
      </w:r>
    </w:p>
    <w:p>
      <w:pPr>
        <w:jc w:val="right"/>
      </w:pPr>
      <w:r>
        <w:t>جب کوئی قوم عدل کے بجائے ظلم اور تواضع کے بجائے سرکشی کا رویہ اختیار کرتی ہے تو خدا کی طرف سے اس کے سامنے سچائی کا اعلان کرایا جاتا ہے تاکہ وہ متنبہ ہو جائے یہ اعلان کمال وضاحت کے اعتبار سے خدا کی ایک نشانی ہوتا ہے</w:t>
      </w:r>
    </w:p>
    <w:p>
      <w:r>
        <w:rPr>
          <w:b/>
        </w:rPr>
        <w:t xml:space="preserve">[1:24:15] </w:t>
      </w:r>
      <w:r>
        <w:t>is ko maanna Khuda ko maanna hota hai aur is ko na maanna Khuda ko na maanna Khuda ki dawat jab aayat nishani ki had tak barhana ho kar logon ke saamne aa jaye phir bhi woh is ka inkaar karein to is ke baad lazman woh saza ke mustahiq ho jaate hain</w:t>
      </w:r>
    </w:p>
    <w:p>
      <w:pPr>
        <w:jc w:val="right"/>
      </w:pPr>
      <w:r>
        <w:t>اس کو ماننا خدا کو ماننا ہوتا ہے اور اس کو نہ ماننا خدا کو نہ ماننا خدا کی دعوت جب آیت نشانی کی حد تک برہنہ ہو کر لوگوں کے سامنے آ جائے پھر بھی وہ اس کا انکار کریں تو اس کے بعد لازماً وہ سزا کے مستحق ہو جاتے ہیں</w:t>
      </w:r>
    </w:p>
    <w:p>
      <w:r>
        <w:rPr>
          <w:b/>
        </w:rPr>
        <w:t xml:space="preserve">[1:24:38] </w:t>
      </w:r>
      <w:r>
        <w:t>is saza ka aaghaz agarchay duniya hi se ho jata hai taham duniya ki saza is saza ke muqable mein bohat kam hai jo maut ke baad aadmi ke saamne aane wali hai</w:t>
      </w:r>
    </w:p>
    <w:p>
      <w:pPr>
        <w:jc w:val="right"/>
      </w:pPr>
      <w:r>
        <w:t>اس سزا کا آغاز اگرچہ دنیا ہی سے ہو جاتا ہے تاہم دنیا کی سزا اس سزا کے مقابلے میں بہت کم ہے جو موت کے بعد آدمی کے سامنے آنے والی ہے</w:t>
      </w:r>
    </w:p>
    <w:p>
      <w:r>
        <w:rPr>
          <w:b/>
        </w:rPr>
        <w:t xml:space="preserve">[1:24:53] </w:t>
      </w:r>
      <w:r>
        <w:t>firishton ki maar saari makhlooq ke saamne ruswai aur jahannum ki aag mein jalna yeh sab itne holnaak marhale hain ke maujooda haalaat mein in ka tasawwur bhi nahi kiya ja sakta insaan jab zulm aur sarkashi ka ravaiyya ikhtiyaar karta hai to awalan is ke liye tanbeehaat zaahir hoti hain</w:t>
      </w:r>
    </w:p>
    <w:p>
      <w:pPr>
        <w:jc w:val="right"/>
      </w:pPr>
      <w:r>
        <w:t>فرشتوں کی مار ساری مخلوق کے سامنے رسوائی اور جہنم کی آگ میں جلنا یہ سب اتنے ہولناک مراحل ہیں کہ موجودہ حالات میں ان کا تصور بھی نہیں کیا جا سکتا انسان جب ظلم اور سرکشی کا رویہ اختیار کرتا ہے تو اولا اس کے لیے تنبیہات ظاہر ہوتی ہیں</w:t>
      </w:r>
    </w:p>
    <w:p>
      <w:r>
        <w:rPr>
          <w:b/>
        </w:rPr>
        <w:t xml:space="preserve">[1:25:20] </w:t>
      </w:r>
      <w:r>
        <w:t>agar woh in se sabaq na le to aakhir kar woh Khuda ke faisla kun azaab ki zad mein aa jata hai inna sharr ad dawaab indallahi alladhina kafaroo fahum la yuminun</w:t>
      </w:r>
    </w:p>
    <w:p>
      <w:pPr>
        <w:jc w:val="right"/>
      </w:pPr>
      <w:r>
        <w:t>اگر وہ ان سے سبق نہ لے تو بالاخر وہ خدا کے فیصلہ کن عذاب کی زد میں آ جاتا ہے إن شر الدواب عند الله الذين كفروا فهم لا يؤمنون</w:t>
      </w:r>
    </w:p>
    <w:p>
      <w:r>
        <w:rPr>
          <w:b/>
        </w:rPr>
        <w:t xml:space="preserve">[1:25:45] </w:t>
      </w:r>
      <w:r>
        <w:t>alladhina 'aahadta minhum thumma yanqudoona 'ahdahum fi kulli marratin wahum la yattaqoon famma thaqiftahum fil harbi fasharrid bihim</w:t>
      </w:r>
    </w:p>
    <w:p>
      <w:pPr>
        <w:jc w:val="right"/>
      </w:pPr>
      <w:r>
        <w:t>الذين عاهدت منهم ثم ينقضون عهدهم في كل مره وهم لا يتقون فإما تثقفنهم في الحرب فشرد بهم</w:t>
      </w:r>
    </w:p>
    <w:p>
      <w:r>
        <w:rPr>
          <w:b/>
        </w:rPr>
        <w:t xml:space="preserve">[1:26:06] </w:t>
      </w:r>
      <w:r>
        <w:t>min khalfihim la'allahum yadhakkaroon wa imma takhaafanna min qawmin khiyanatan faanbidh ilayhim 'ala</w:t>
      </w:r>
    </w:p>
    <w:p>
      <w:pPr>
        <w:jc w:val="right"/>
      </w:pPr>
      <w:r>
        <w:t>من خلفهم لعلهم يذكرون وإما تخافن من قوم خيانه فانبذ إليهم على</w:t>
      </w:r>
    </w:p>
    <w:p>
      <w:r>
        <w:rPr>
          <w:b/>
        </w:rPr>
        <w:t xml:space="preserve">[1:26:22] </w:t>
      </w:r>
      <w:r>
        <w:t>sawaa'in allaha la yuhibbul kha'ineen</w:t>
      </w:r>
    </w:p>
    <w:p>
      <w:pPr>
        <w:jc w:val="right"/>
      </w:pPr>
      <w:r>
        <w:t>سواء إن الله لا يحب الخائنين</w:t>
      </w:r>
    </w:p>
    <w:p>
      <w:r>
        <w:rPr>
          <w:b/>
        </w:rPr>
        <w:t xml:space="preserve">[1:26:35] </w:t>
      </w:r>
      <w:r>
        <w:t>beshak sab jandaron mein badtareen Allah ke nazdeek woh log hain jinhone inkaar kiya aur woh imaan nahi laate jin se tum ne ahad liya phir woh apna ahad har baar tod dete hain aur woh darte nahi</w:t>
      </w:r>
    </w:p>
    <w:p>
      <w:pPr>
        <w:jc w:val="right"/>
      </w:pPr>
      <w:r>
        <w:t>بے شک سب جانداروں میں بدترین اللہ کے نزدیک وہ لوگ ہیں جنہوں نے انکار کیا اور وہ ایمان نہیں لاتے جن سے تم نے عہد لیا پھر وہ اپنا عہد ہر بار توڑ دیتے ہیں اور وہ ڈرتے نہیں</w:t>
      </w:r>
    </w:p>
    <w:p>
      <w:r>
        <w:rPr>
          <w:b/>
        </w:rPr>
        <w:t xml:space="preserve">[1:26:52] </w:t>
      </w:r>
      <w:r>
        <w:t>pas agar tum un ko ladai mein pao to un ko aisi saza do ke jo un ke peeche hain woh bhi dekh kar bhaag jayein taake unhein ebrat ho aur agar tum ko kisi qaum se bad-ahdi ka dar ho to un ka ahad un ke upar phenk do isi tarah ke tum aur woh barabar ho jayein beshak Allah bad-ahdon ko pasand nahi karta</w:t>
      </w:r>
    </w:p>
    <w:p>
      <w:pPr>
        <w:jc w:val="right"/>
      </w:pPr>
      <w:r>
        <w:t>پس اگر تم ان کو لڑائی میں پاؤ تو ان کو ایسی سزا دو کہ جو ان کے پیچھے ہیں وہ بھی دیکھ کر بھاگ جائیں تاکہ انہیں عبرت ہو اور اگر تم کو کسی قوم سے بدعہدی کا ڈر ہو تو ان کا عہد ان کے اوپر پھینک دو اسی طرح کہ تم اور وہ برابر ہو جائیں بے شک اللہ بدعہدوں کو پسند نہیں کرتا</w:t>
      </w:r>
    </w:p>
    <w:p>
      <w:r>
        <w:rPr>
          <w:b/>
        </w:rPr>
        <w:t xml:space="preserve">[1:27:22] </w:t>
      </w:r>
      <w:r>
        <w:t>tashreeh Madine ke yehood Rasool Allah (SAW) ki risalat ka inkaar kar ke Khuda ki</w:t>
      </w:r>
    </w:p>
    <w:p>
      <w:pPr>
        <w:jc w:val="right"/>
      </w:pPr>
      <w:r>
        <w:t>تشریح مدینے کے یہود رسول اللہ صلی اللہ علیہ وسلم کی رسالت کا انکار کر کے خدا کی</w:t>
      </w:r>
    </w:p>
    <w:p>
      <w:r>
        <w:rPr>
          <w:b/>
        </w:rPr>
        <w:t xml:space="preserve">[1:27:30] </w:t>
      </w:r>
      <w:r>
        <w:t>nazar mein mujrim ho chuke thay</w:t>
      </w:r>
    </w:p>
    <w:p>
      <w:pPr>
        <w:jc w:val="right"/>
      </w:pPr>
      <w:r>
        <w:t>نظر میں مجرم ہو چکے تھے</w:t>
      </w:r>
    </w:p>
    <w:p>
      <w:r>
        <w:rPr>
          <w:b/>
        </w:rPr>
        <w:t xml:space="preserve">[1:27:34] </w:t>
      </w:r>
      <w:r>
        <w:t>is jurm par mazeed izafa un ki bad-ahdi thi hijrat ke baad Rasool Allah (SAW)</w:t>
      </w:r>
    </w:p>
    <w:p>
      <w:pPr>
        <w:jc w:val="right"/>
      </w:pPr>
      <w:r>
        <w:t>اس جرم پر مزید اضافہ ان کی بدعہدی تھی ہجرت کے بعد رسول اللہ صلی اللہ علیہ وسلم</w:t>
      </w:r>
    </w:p>
    <w:p>
      <w:r>
        <w:rPr>
          <w:b/>
        </w:rPr>
        <w:t xml:space="preserve">[1:27:42] </w:t>
      </w:r>
      <w:r>
        <w:t>aur yehood Madine ke darmiyan yeh tehriri muahida hua ke dono aik doosre ke muamle mein ghair jaanibdaar</w:t>
      </w:r>
    </w:p>
    <w:p>
      <w:pPr>
        <w:jc w:val="right"/>
      </w:pPr>
      <w:r>
        <w:t>اور یہود مدینہ کے درمیان یہ تحریری معاہدہ ہوا کہ دونوں ایک دوسرے کے معاملے میں غیر جانبدار</w:t>
      </w:r>
    </w:p>
    <w:p>
      <w:r>
        <w:rPr>
          <w:b/>
        </w:rPr>
        <w:t xml:space="preserve">[1:27:53] </w:t>
      </w:r>
      <w:r>
        <w:t>rahein ge</w:t>
      </w:r>
    </w:p>
    <w:p>
      <w:pPr>
        <w:jc w:val="right"/>
      </w:pPr>
      <w:r>
        <w:t>رہیں گے</w:t>
      </w:r>
    </w:p>
    <w:p>
      <w:r>
        <w:rPr>
          <w:b/>
        </w:rPr>
        <w:t xml:space="preserve">[1:27:54] </w:t>
      </w:r>
      <w:r>
        <w:t>magar yehood khufiya taur par aap ke dushman munakreen se mil kar aap ke khilaaf sazishien karne lage yeh kufr par bad-ahdi ka izafa tha</w:t>
      </w:r>
    </w:p>
    <w:p>
      <w:pPr>
        <w:jc w:val="right"/>
      </w:pPr>
      <w:r>
        <w:t>مگر یہود خفیہ طور پر آپ کے دشمن منکرین سے مل کر آپ کے خلاف سازشیں کرنے لگے یہ کفر پر بدعہدی کا اضافہ تھا</w:t>
      </w:r>
    </w:p>
    <w:p>
      <w:r>
        <w:rPr>
          <w:b/>
        </w:rPr>
        <w:t xml:space="preserve">[1:28:08] </w:t>
      </w:r>
      <w:r>
        <w:t>aise logon ke liye aakhirat mein holnaak azaab hai aur duniya mein yeh hukum hai ke un ke khilaaf sakht karwai ki jaye taake un ki sharaarton ka khataama ho aur un ke irade past ho jayein</w:t>
      </w:r>
    </w:p>
    <w:p>
      <w:pPr>
        <w:jc w:val="right"/>
      </w:pPr>
      <w:r>
        <w:t>ایسے لوگوں کے لیے آخرت میں ہولناک عذاب ہے اور دنیا میں یہ حکم ہے کہ ان کے خلاف سخت کاروائی کی جائے تاکہ ان کی شرارتوں کا خاتمہ ہو اور ان کے ارادے پست ہو جائیں</w:t>
      </w:r>
    </w:p>
    <w:p>
      <w:r>
        <w:rPr>
          <w:b/>
        </w:rPr>
        <w:t xml:space="preserve">[1:28:26] </w:t>
      </w:r>
      <w:r>
        <w:t>agar kisi qaum se musalmanon ka ahad ho aur musalman un ki taraf se bad-ahdi ke andeshe ki bina par us ahad ko todna chahein to zaroori hai ke woh pehle unhein is ki ittila dein taake dono peshgi taur par yeh jaan lein ke ab dono ke darmiyan ahad ki haalat baqi nahi rahi</w:t>
      </w:r>
    </w:p>
    <w:p>
      <w:pPr>
        <w:jc w:val="right"/>
      </w:pPr>
      <w:r>
        <w:t>اگر کسی قوم سے مسلمانوں کا عہد ہو اور مسلمان ان کی طرف سے بدعہدی کے اندیشے کی بنا پر اس عہد کو توڑنا چاہیں تو ضروری ہے کہ وہ پہلے انہیں اس کی اطلاع دیں تاکہ دونوں پیشگی طور پر یہ جان لیں کہ اب دونوں کے درمیان عہد کی حالت باقی نہیں رہی</w:t>
      </w:r>
    </w:p>
    <w:p>
      <w:r>
        <w:rPr>
          <w:b/>
        </w:rPr>
        <w:t xml:space="preserve">[1:28:51] </w:t>
      </w:r>
      <w:r>
        <w:t>ameer muawiya aur roomi hukmaran mein ek baar miyaadi muahida tha muahide ki muddat qareeb aayi to ameer muawiya ne apni faujon ko khamoshi ke saath room ki sarhad par jama karna shuru kiya taake muahida ki tareekh khatam hote hi agli subah ko achaanak roomi ilaqe par hamla kar diya jaye</w:t>
      </w:r>
    </w:p>
    <w:p>
      <w:pPr>
        <w:jc w:val="right"/>
      </w:pPr>
      <w:r>
        <w:t>امیر معاویہ اور رومی حکمراں میں ایک بار معیادی معاہدہ تھا معاہدے کی مدت قریب آئی تو امیر معاویہ نے اپنی فوجوں کو خاموشی کے ساتھ روم کی سرحد پر جمع کرنا شروع کیا تاکہ معاہدہ کی تاریخ ختم ہوتے ہی اگلی صبح کو اچانک رومی علاقے پر حملہ کر دیا جائے</w:t>
      </w:r>
    </w:p>
    <w:p>
      <w:r>
        <w:rPr>
          <w:b/>
        </w:rPr>
        <w:t xml:space="preserve">[1:29:19] </w:t>
      </w:r>
      <w:r>
        <w:t>us waqt ek sahabi ghore par sawaar ho kar aaye woh ba awaz buland keh rahe the Allah o Akbar ahad poora karo ahad ko na todo unhone logon ko Rasool Allah sal Allah alayhi wasallam ki yeh hadith sunai jis ka kisi qaum se muahida ho to koi girah na kholi jaye aur na bandhi jaye</w:t>
      </w:r>
    </w:p>
    <w:p>
      <w:pPr>
        <w:jc w:val="right"/>
      </w:pPr>
      <w:r>
        <w:t>اس وقت ایک صحابی گھوڑے پر سوار ہو کر آئے وہ با آواز بلند کہہ رہے تھے اللہ اکبر عہد پورا کرو عہد کو نہ توڑو انہوں نے لوگوں کو رسول اللہ صلی اللہ علیہ وسلم کی یہ حدیث سنائی جس کا کسی قوم سے معاہدہ ہو تو کوئی گرہ نہ کھولی جائے اور نہ باندھی جائے</w:t>
      </w:r>
    </w:p>
    <w:p>
      <w:r>
        <w:rPr>
          <w:b/>
        </w:rPr>
        <w:t xml:space="preserve">[1:29:48] </w:t>
      </w:r>
      <w:r>
        <w:t>yahan tak ke muahide ki muddat poori ho jaye ya barabari ke saath ahad is ki taraf phenk diya jaye doosri soorat woh hai jab ke sirf andeshe ki baat na ho balke fareeq-e-sani ki taraf se amalan muahide ki wazeh khilaf warzi ho chuki ho</w:t>
      </w:r>
    </w:p>
    <w:p>
      <w:pPr>
        <w:jc w:val="right"/>
      </w:pPr>
      <w:r>
        <w:t>یہاں تک کہ معاہدہ کی مدت پوری ہو جائے یا برابری کے ساتھ عہد اس کی طرف پھینک دیا جائے دوسری صورت وہ ہے جب کہ صرف اندیشے کی بات نہ ہو بلکہ فریق ثانی کی طرف سے عملاً معاہدے کی واضح خلاف ورزی ہو چکی ہو</w:t>
      </w:r>
    </w:p>
    <w:p>
      <w:r>
        <w:rPr>
          <w:b/>
        </w:rPr>
        <w:t xml:space="preserve">[1:30:11] </w:t>
      </w:r>
      <w:r>
        <w:t>aisi soorat mein ijazat hai ke fareeq-e-sani ko matla kiye baghair jawabi karwai ki jaye ghazwa e makka isi ki misaal hai quraish ne aap ke halif banu khuzah ke khilaaf banu bakr ki jarhana karwai mein shareek ho kar muahida e hudaybiyah ki yak tarfa khilaf warzi ki</w:t>
      </w:r>
    </w:p>
    <w:p>
      <w:pPr>
        <w:jc w:val="right"/>
      </w:pPr>
      <w:r>
        <w:t>ایسی صورت میں اجازت ہے کہ فریق ثانی کو مطلع کیے بغیر جوابی کاروائی کی جائے غزوہ مکہ اسی کی مثال ہے قریش نے آپ کے حلیف بنو خزاعہ کے خلاف بنو بکر کی جارحانہ کاروائی میں شریک ہو کر معاہدہ حدیبیہ کی یکطرفہ خلاف ورزی کی</w:t>
      </w:r>
    </w:p>
    <w:p>
      <w:r>
        <w:rPr>
          <w:b/>
        </w:rPr>
        <w:t xml:space="preserve">[1:30:40] </w:t>
      </w:r>
      <w:r>
        <w:t>to aap ne quraish ko peshgi ittila diye baghair un ke khilaaf khamosh karwai farmayi wala yahsabann alladhina kafaroo sabaqoo innahum la yu'jizoon</w:t>
      </w:r>
    </w:p>
    <w:p>
      <w:pPr>
        <w:jc w:val="right"/>
      </w:pPr>
      <w:r>
        <w:t>تو آپ نے قریش کو پیشگی اطلاع دیے بغیر ان کے خلاف خاموش کاروائی فرمائی ولا يحسبن الذین کفروا سبقوا انهم لا يعجزون</w:t>
      </w:r>
    </w:p>
    <w:p>
      <w:r>
        <w:rPr>
          <w:b/>
        </w:rPr>
        <w:t xml:space="preserve">[1:31:02] </w:t>
      </w:r>
      <w:r>
        <w:t>wa a'iddoo lahum mastata'tum min quwwatin wa min ribatil khaili turhiboona bihi 'aduwallahi turhiboona bihi 'aduwwakum wa aakhareena min doonihim la ta'lamoonahum allahu ya'lamuhum</w:t>
      </w:r>
    </w:p>
    <w:p>
      <w:pPr>
        <w:jc w:val="right"/>
      </w:pPr>
      <w:r>
        <w:t>واعدوا لهم ما استطعتم من قوۃ ومن رباط الخيل ترهبون به عدو الله ترهبون به عدو الله وعدوكم واخرين من دونهم لا تعلمونهم الله يعلمهم</w:t>
      </w:r>
    </w:p>
    <w:p>
      <w:r>
        <w:rPr>
          <w:b/>
        </w:rPr>
        <w:t xml:space="preserve">[1:31:28] </w:t>
      </w:r>
      <w:r>
        <w:t>wama tunfiqu min shay'in fi sabilillahi yuwaffa ilaykum wa antum la tuzlamoon</w:t>
      </w:r>
    </w:p>
    <w:p>
      <w:pPr>
        <w:jc w:val="right"/>
      </w:pPr>
      <w:r>
        <w:t>وما تنفقوا من شيء في سبيل الله يوفى اليكم وانتم لا تظلمون</w:t>
      </w:r>
    </w:p>
    <w:p>
      <w:r>
        <w:rPr>
          <w:b/>
        </w:rPr>
        <w:t xml:space="preserve">[1:31:43] </w:t>
      </w:r>
      <w:r>
        <w:t>wa in janahoo lis sulmi fajanah laha watawakkal 'alallahi</w:t>
      </w:r>
    </w:p>
    <w:p>
      <w:pPr>
        <w:jc w:val="right"/>
      </w:pPr>
      <w:r>
        <w:t>وإن جنحوا للسلم فجنح لها وتوكل على الله</w:t>
      </w:r>
    </w:p>
    <w:p>
      <w:r>
        <w:rPr>
          <w:b/>
        </w:rPr>
        <w:t xml:space="preserve">[1:31:51] </w:t>
      </w:r>
      <w:r>
        <w:t>innahu huwas sami'ul alim</w:t>
      </w:r>
    </w:p>
    <w:p>
      <w:pPr>
        <w:jc w:val="right"/>
      </w:pPr>
      <w:r>
        <w:t>إنه هو السميع العليم</w:t>
      </w:r>
    </w:p>
    <w:p>
      <w:r>
        <w:rPr>
          <w:b/>
        </w:rPr>
        <w:t xml:space="preserve">[1:31:58] </w:t>
      </w:r>
      <w:r>
        <w:t>wa in yuridud an yakhda'uk fa in hasbukallah</w:t>
      </w:r>
    </w:p>
    <w:p>
      <w:pPr>
        <w:jc w:val="right"/>
      </w:pPr>
      <w:r>
        <w:t>وإن يريدوا أن يخدعوك فإن حسبك الله</w:t>
      </w:r>
    </w:p>
    <w:p>
      <w:r>
        <w:rPr>
          <w:b/>
        </w:rPr>
        <w:t xml:space="preserve">[1:32:10] </w:t>
      </w:r>
      <w:r>
        <w:t>huwalladhi</w:t>
      </w:r>
    </w:p>
    <w:p>
      <w:pPr>
        <w:jc w:val="right"/>
      </w:pPr>
      <w:r>
        <w:t>هو الذي</w:t>
      </w:r>
    </w:p>
    <w:p>
      <w:r>
        <w:rPr>
          <w:b/>
        </w:rPr>
        <w:t xml:space="preserve">[1:32:13] </w:t>
      </w:r>
      <w:r>
        <w:t>ayyadaka binasrihi wa bil mu'minin</w:t>
      </w:r>
    </w:p>
    <w:p>
      <w:pPr>
        <w:jc w:val="right"/>
      </w:pPr>
      <w:r>
        <w:t>أيدك بنصره وبالمؤمنين</w:t>
      </w:r>
    </w:p>
    <w:p>
      <w:r>
        <w:rPr>
          <w:b/>
        </w:rPr>
        <w:t xml:space="preserve">[1:32:20] </w:t>
      </w:r>
      <w:r>
        <w:t>wa alafa bayna qulubihim law anfaqta ma fil ardi jami'an ma alalta bayna qulubihim walakinnallaha alafa baynahum</w:t>
      </w:r>
    </w:p>
    <w:p>
      <w:pPr>
        <w:jc w:val="right"/>
      </w:pPr>
      <w:r>
        <w:t>وألف بين قلوبهم لو أنفقت ما في الأرض جميعا ما ألفت بين قلوبهم ولكن الله ألف بينهم</w:t>
      </w:r>
    </w:p>
    <w:p>
      <w:r>
        <w:rPr>
          <w:b/>
        </w:rPr>
        <w:t xml:space="preserve">[1:32:38] </w:t>
      </w:r>
      <w:r>
        <w:t>innahu azizun hakim</w:t>
      </w:r>
    </w:p>
    <w:p>
      <w:pPr>
        <w:jc w:val="right"/>
      </w:pPr>
      <w:r>
        <w:t>إنه عزيز حكيم</w:t>
      </w:r>
    </w:p>
    <w:p>
      <w:r>
        <w:rPr>
          <w:b/>
        </w:rPr>
        <w:t xml:space="preserve">[1:32:45] </w:t>
      </w:r>
      <w:r>
        <w:t>aur inkar karne wale yeh na samjhein ke woh nikal bhagenge</w:t>
      </w:r>
    </w:p>
    <w:p>
      <w:pPr>
        <w:jc w:val="right"/>
      </w:pPr>
      <w:r>
        <w:t>اور انکار کرنے والے یہ نہ سمجھیں کہ وہ نکل بھاگیں گے</w:t>
      </w:r>
    </w:p>
    <w:p>
      <w:r>
        <w:rPr>
          <w:b/>
        </w:rPr>
        <w:t xml:space="preserve">[1:32:50] </w:t>
      </w:r>
      <w:r>
        <w:t>woh hargiz Allah ko aajiz nahi kar sakte aur un ke liye jis qadar tum se ho sake tayyar rakho quwwat aur pley hue ghore aur is se tumhari heebat rahe Allah ke dushmanon par aur tumhare dushmanon par aur un ke ilawa doosron par bhi jin ko tum nahi jante</w:t>
      </w:r>
    </w:p>
    <w:p>
      <w:pPr>
        <w:jc w:val="right"/>
      </w:pPr>
      <w:r>
        <w:t>وہ ہرگز اللہ کو عاجز نہیں کر سکتے اور ان کے لیے جس قدر تم سے ہو سکے تیار رکھو قوت اور پلے ہوئے گھوڑے اور اس سے تمہاری ہیبت رہے اللہ کے دشمنوں پر اور تمہارے دشمنوں پر اور ان کے علاوہ دوسروں پر بھی جن کو تم نہیں جانتے</w:t>
      </w:r>
    </w:p>
    <w:p>
      <w:r>
        <w:rPr>
          <w:b/>
        </w:rPr>
        <w:t xml:space="preserve">[1:33:14] </w:t>
      </w:r>
      <w:r>
        <w:t>Allah un ko janta hai aur jo kuch tum Allah ki rah mein kharch karoge woh tumhe poora kar diya jayega aur tumhare sath koi kami na ki jayegi aur agar woh sulah ki taraf jhukein to tum bhi is ke liye jhuk jao aur Allah par bharosa rakho</w:t>
      </w:r>
    </w:p>
    <w:p>
      <w:pPr>
        <w:jc w:val="right"/>
      </w:pPr>
      <w:r>
        <w:t>اللہ ان کو جانتا ہے اور جو کچھ تم اللہ کی راہ میں خرچ کرو گے وہ تمہیں پورا کر دیا جائے گا اور تمہارے ساتھ کوئی کمی نہ کی جائے گی اور اگر وہ صلح کی طرف جھکیں تو تم بھی اس کے لیے جھک جاؤ اور اللہ پر بھروسہ رکھو</w:t>
      </w:r>
    </w:p>
    <w:p>
      <w:r>
        <w:rPr>
          <w:b/>
        </w:rPr>
        <w:t xml:space="preserve">[1:33:36] </w:t>
      </w:r>
      <w:r>
        <w:t>beshak woh sunne wala janne wala hai aur agar woh tum ko dhoka dena chahenge to Allah tumhare liye kafi hai wohi hai jis ne apni nasrat aur momineen ke zariye tum ko quwwat di aur un ke dil mein ittifaq paida kar diya</w:t>
      </w:r>
    </w:p>
    <w:p>
      <w:pPr>
        <w:jc w:val="right"/>
      </w:pPr>
      <w:r>
        <w:t>بے شک وہ سننے والا جاننے والا ہے اور اگر وہ تم کو دھوکہ دینا چاہیں گے تو اللہ تمہارے لیے کافی ہے وہی ہے جس نے اپنی نصرت اور مومنین کے ذریعے تم کو قوت دی اور ان کے دلوں میں اتفاق پیدا کر دیا</w:t>
      </w:r>
    </w:p>
    <w:p>
      <w:r>
        <w:rPr>
          <w:b/>
        </w:rPr>
        <w:t xml:space="preserve">[1:33:57] </w:t>
      </w:r>
      <w:r>
        <w:t>agar tum zameen mein jo kuch hai sab kharch kar dalo tab bhi un ke dil mein ittifaq paida na kar sakte lekin Allah ne un mein ittifaq paida kar diya beshak woh zor aur hai hikmat wala hai</w:t>
      </w:r>
    </w:p>
    <w:p>
      <w:pPr>
        <w:jc w:val="right"/>
      </w:pPr>
      <w:r>
        <w:t>اگر تم زمین میں جو کچھ ہے سب خرچ کر ڈالتے تب بھی ان کے دلوں میں اتفاق پیدا نہ کر سکتے لیکن اللہ نے ان میں اتفاق پیدا کر دیا بے شک وہ زور اور ہے حکمت والا ہے</w:t>
      </w:r>
    </w:p>
    <w:p>
      <w:r>
        <w:rPr>
          <w:b/>
        </w:rPr>
        <w:t xml:space="preserve">[1:34:14] </w:t>
      </w:r>
      <w:r>
        <w:t>tashreeh Islam ka aitmad istemal quwwat se zyada muzahira quwwat par hai isi liye ahl e Islam ko quwwat marhaba faraham karne ka hukum diya gaya yani woh cheezein jo hareef ko is qadar maroob karein ke woh iqdam ka hausla kho de</w:t>
      </w:r>
    </w:p>
    <w:p>
      <w:pPr>
        <w:jc w:val="right"/>
      </w:pPr>
      <w:r>
        <w:t>تشریح اسلام کا اعتماد استعمال قوت سے زیادہ مظاہرہ قوت پر ہے اسی لیے اہل اسلام کو قوت مرہبہ فراہم کرنے کا حکم دیا گیا یعنی وہ چیزیں جو حریف کو اس قدر مرعوب کریں کہ وہ اقدام کا حوصلہ کھو دے</w:t>
      </w:r>
    </w:p>
    <w:p>
      <w:r>
        <w:rPr>
          <w:b/>
        </w:rPr>
        <w:t xml:space="preserve">[1:34:43] </w:t>
      </w:r>
      <w:r>
        <w:t>Islam waqt ke miyar ke mutabiq apne ko taqatwar banata hai magar lazman ladne ke liye nahi balkeh is liye taake is ke dushmanon par is ki dhak qaim rahe aur woh is ke khilaf jarahiyana karwai ki himmat na karein</w:t>
      </w:r>
    </w:p>
    <w:p>
      <w:pPr>
        <w:jc w:val="right"/>
      </w:pPr>
      <w:r>
        <w:t>اسلام وقت کے معیار کے مطابق اپنے کو طاقتور بناتا ہے مگر لازماً لڑنے کے لیے نہیں بلکہ اس لیے تاکہ اس کے دشمنوں پر اس کی دھاک قائم رہے اور وہ اس کے خلاف جارحانہ کاروائی کی ہمت نہ کریں</w:t>
      </w:r>
    </w:p>
    <w:p>
      <w:r>
        <w:rPr>
          <w:b/>
        </w:rPr>
        <w:t xml:space="preserve">[1:35:03] </w:t>
      </w:r>
      <w:r>
        <w:t>Islam ko waqt ke miyar ke mutabiq fikri aur amli aitbar se taqatwar banane mein jo log apni kamai kharch karenge woh kai guna zyada miqdar mein is ka badla apne rab ke yahan payenge</w:t>
      </w:r>
    </w:p>
    <w:p>
      <w:pPr>
        <w:jc w:val="right"/>
      </w:pPr>
      <w:r>
        <w:t>اسلام کو وقت کے معیار کے مطابق فکری اور عملی اعتبار سے طاقتور بنانے میں جو لوگ اپنی کمائی خرچ کریں گے وہ کئی گنا زیادہ مقدار میں اس کا بدلہ اپنے رب کے یہاں پائیں گے</w:t>
      </w:r>
    </w:p>
    <w:p>
      <w:r>
        <w:rPr>
          <w:b/>
        </w:rPr>
        <w:t xml:space="preserve">[1:35:22] </w:t>
      </w:r>
      <w:r>
        <w:t>Islam ki fatah ka raaz asal jang-i-muqablon mein nahi balkeh is ke usoolon ki tableegh mein hai</w:t>
      </w:r>
    </w:p>
    <w:p>
      <w:pPr>
        <w:jc w:val="right"/>
      </w:pPr>
      <w:r>
        <w:t>اسلام کی فتح کا راز اصلاً جنگی مقابلوں میں نہیں بلکہ اس کے اصولوں کی تبلیغ میں ہے</w:t>
      </w:r>
    </w:p>
    <w:p>
      <w:r>
        <w:rPr>
          <w:b/>
        </w:rPr>
        <w:t xml:space="preserve">[1:35:31] </w:t>
      </w:r>
      <w:r>
        <w:t>is liye hukum hua ke jab bhi fareeq-e-saani sulah ki peshkash kare to har andeshe ko nazar</w:t>
      </w:r>
    </w:p>
    <w:p>
      <w:pPr>
        <w:jc w:val="right"/>
      </w:pPr>
      <w:r>
        <w:t>اس لیے حکم ہوا کہ جب بھی فریق ثانی صلح کی پیشکش کرے تو ہر اندیشے کو نظر</w:t>
      </w:r>
    </w:p>
    <w:p>
      <w:r>
        <w:rPr>
          <w:b/>
        </w:rPr>
        <w:t xml:space="preserve">[1:35:40] </w:t>
      </w:r>
      <w:r>
        <w:t>andaaz karte hue us ko qabool kar lo kyunke andesha beh-haal yaqeeeni nahi aur jang-bandi ka yeh</w:t>
      </w:r>
    </w:p>
    <w:p>
      <w:pPr>
        <w:jc w:val="right"/>
      </w:pPr>
      <w:r>
        <w:t>انداز کرتے ہوئے اس کو قبول کر لو کیونکہ اندیشہ بہرحال یقینی نہیں اور جنگ بندی کا یہ</w:t>
      </w:r>
    </w:p>
    <w:p>
      <w:r>
        <w:rPr>
          <w:b/>
        </w:rPr>
        <w:t xml:space="preserve">[1:35:50] </w:t>
      </w:r>
      <w:r>
        <w:t>faida yaqeeeni hai ke pur-aman faza mein Islam ka da'vati amal shuru ho jaaye aur is tarah jang</w:t>
      </w:r>
    </w:p>
    <w:p>
      <w:pPr>
        <w:jc w:val="right"/>
      </w:pPr>
      <w:r>
        <w:t>فائدہ یقینی ہے کہ پرامن فضا میں اسلام کا دعوتی عمل شروع ہو جائے اور اس طرح جنگ</w:t>
      </w:r>
    </w:p>
    <w:p>
      <w:r>
        <w:rPr>
          <w:b/>
        </w:rPr>
        <w:t xml:space="preserve">[1:36:00] </w:t>
      </w:r>
      <w:r>
        <w:t>karukna islam ki nazriati tausee ka sabab ban jaye</w:t>
      </w:r>
    </w:p>
    <w:p>
      <w:pPr>
        <w:jc w:val="right"/>
      </w:pPr>
      <w:r>
        <w:t>کا رکنا اسلام کی نظریاتی توسیع کا سبب بن جائے</w:t>
      </w:r>
    </w:p>
    <w:p>
      <w:r>
        <w:rPr>
          <w:b/>
        </w:rPr>
        <w:t xml:space="preserve">[1:36:06] </w:t>
      </w:r>
      <w:r>
        <w:t>Islam khud apni zaat mein sab se bari taqat hai Khuda aur akhirat ka aqeedah agar poori tarah kisi giroh ke afraad mein paida ho jaye to un ke andar se woh tamam nafisyati kharabiyaan nikal jati hain jo na ittifaqi aur bahmi takrao ka sabab hoti hain is</w:t>
      </w:r>
    </w:p>
    <w:p>
      <w:pPr>
        <w:jc w:val="right"/>
      </w:pPr>
      <w:r>
        <w:t>اسلام خود اپنی ذات میں سب سے بڑی طاقت ہے خدا اور اخرت کا عقیدہ اگر پوری طرح کسی گروہ کے افراد میں پیدا ہو جائے تو ان کے اندر سے وہ تمام نفسیاتی خرابیاں نکل جاتی ہیں جو نا اتفاقی اور باہمی ٹکراؤ کا باعث ہوتی ہیں اس</w:t>
      </w:r>
    </w:p>
    <w:p>
      <w:r>
        <w:rPr>
          <w:b/>
        </w:rPr>
        <w:t xml:space="preserve">[1:36:30] </w:t>
      </w:r>
      <w:r>
        <w:t>ke baad lazman aisa hota hai ke woh sab ke sab baham jud kar ek ho jate hain aur yeh ek haqeeqat hai ke ittehad sab se bari taqat hai ittehad giroh agar tadad mein kam ho tab bhi woh apne se zyada tadad rakhne wale giroh par ghalib aa jayega bahmi ittifaq sab se zyada mushkil cheez hai</w:t>
      </w:r>
    </w:p>
    <w:p>
      <w:pPr>
        <w:jc w:val="right"/>
      </w:pPr>
      <w:r>
        <w:t>کے بعد لازماً ایسا ہوتا ہے کہ وہ سب کے سب باہم جڑ کر ایک ہو جاتے ہیں اور یہ ایک حقیقت ہے کہ اتحاد سب سے بڑی طاقت ہے متحد گروہ اگر تعداد میں کم ہو تب بھی وہ اپنے سے زیادہ تعداد رکھنے والے گروہ پر غالب آ جائے گا باہمی اتفاق سب سے زیادہ مشکل چیز ہے</w:t>
      </w:r>
    </w:p>
    <w:p>
      <w:r>
        <w:rPr>
          <w:b/>
        </w:rPr>
        <w:t xml:space="preserve">[1:36:57] </w:t>
      </w:r>
      <w:r>
        <w:t>kisi giroh ke nasrat yafata hone ki ek pehchan yeh hai ke is ke afraad baham muttahed rahein koi bhi cheez un ke ittihad ko todne wali sabit na ho</w:t>
      </w:r>
    </w:p>
    <w:p>
      <w:pPr>
        <w:jc w:val="right"/>
      </w:pPr>
      <w:r>
        <w:t>کسی گروہ کے نصرت یافتہ ہونے کی ایک پہچان یہ ہے کہ اس کے افراد باہم متحد رہیں کوئی بھی چیز ان کے اتحاد کو توڑنے والی ثابت نہ ہو</w:t>
      </w:r>
    </w:p>
    <w:p>
      <w:r>
        <w:rPr>
          <w:b/>
        </w:rPr>
        <w:t xml:space="preserve">[1:37:16] </w:t>
      </w:r>
      <w:r>
        <w:t>ya ayyuhan nabiyy hasbukallah wa man ittaba'aka minal mu'minin</w:t>
      </w:r>
    </w:p>
    <w:p>
      <w:pPr>
        <w:jc w:val="right"/>
      </w:pPr>
      <w:r>
        <w:t>يا ایہا النبی حسبک اللہ ومن اتبعک من المؤمنین</w:t>
      </w:r>
    </w:p>
    <w:p>
      <w:r>
        <w:rPr>
          <w:b/>
        </w:rPr>
        <w:t xml:space="preserve">[1:37:27] </w:t>
      </w:r>
      <w:r>
        <w:t>ya ayyuhan nabiyy harridil mu'minina alal qital</w:t>
      </w:r>
    </w:p>
    <w:p>
      <w:pPr>
        <w:jc w:val="right"/>
      </w:pPr>
      <w:r>
        <w:t>یا ایہا النبی حرض المؤمنین علی القتال</w:t>
      </w:r>
    </w:p>
    <w:p>
      <w:r>
        <w:rPr>
          <w:b/>
        </w:rPr>
        <w:t xml:space="preserve">[1:37:37] </w:t>
      </w:r>
      <w:r>
        <w:t>in yakum minkum ishruna sabiruna yaghlibu mi'atain wa in yakum minkum mi'atun yaghlibu</w:t>
      </w:r>
    </w:p>
    <w:p>
      <w:pPr>
        <w:jc w:val="right"/>
      </w:pPr>
      <w:r>
        <w:t>ان یکم منکم عشرون صابرون یغلبوا میتین وان یکم منکم میت یغلبوا</w:t>
      </w:r>
    </w:p>
    <w:p>
      <w:r>
        <w:rPr>
          <w:b/>
        </w:rPr>
        <w:t xml:space="preserve">[1:37:55] </w:t>
      </w:r>
      <w:r>
        <w:t>alfa minalladhina kafaru bi'annahum qawmun la yafqahun</w:t>
      </w:r>
    </w:p>
    <w:p>
      <w:pPr>
        <w:jc w:val="right"/>
      </w:pPr>
      <w:r>
        <w:t>الفا من الذین کفروا بانهم قوم لا یفقهون</w:t>
      </w:r>
    </w:p>
    <w:p>
      <w:r>
        <w:rPr>
          <w:b/>
        </w:rPr>
        <w:t xml:space="preserve">[1:38:05] </w:t>
      </w:r>
      <w:r>
        <w:t>al'ana khaffafallahu 'ankum wa 'alima fikum da'fa fain yakum minkum mi'atun sabiratun</w:t>
      </w:r>
    </w:p>
    <w:p>
      <w:pPr>
        <w:jc w:val="right"/>
      </w:pPr>
      <w:r>
        <w:t>الان خفف اللہ عنکم وعلم ان فيكم ضعفا فان یکم منکم میت صابرۃ</w:t>
      </w:r>
    </w:p>
    <w:p>
      <w:r>
        <w:rPr>
          <w:b/>
        </w:rPr>
        <w:t xml:space="preserve">[1:38:22] </w:t>
      </w:r>
      <w:r>
        <w:t>yaghlibu mi'atain wa in yakum minkum alfun yaghlibu alfaini bi'idhnullah</w:t>
      </w:r>
    </w:p>
    <w:p>
      <w:pPr>
        <w:jc w:val="right"/>
      </w:pPr>
      <w:r>
        <w:t>یغلبوا میتین وان یکم منکم الف یغلبوا الفین باذن اللہ</w:t>
      </w:r>
    </w:p>
    <w:p>
      <w:r>
        <w:rPr>
          <w:b/>
        </w:rPr>
        <w:t xml:space="preserve">[1:38:39] </w:t>
      </w:r>
      <w:r>
        <w:t>wallahu ma'as sabirin</w:t>
      </w:r>
    </w:p>
    <w:p>
      <w:pPr>
        <w:jc w:val="right"/>
      </w:pPr>
      <w:r>
        <w:t>واللہ مع الصابرین</w:t>
      </w:r>
    </w:p>
    <w:p>
      <w:r>
        <w:rPr>
          <w:b/>
        </w:rPr>
        <w:t xml:space="preserve">[1:38:45] </w:t>
      </w:r>
      <w:r>
        <w:t>ae nabi tumhare liye allah kafi hai aur wo momineen jinhone tumhara sath diya hai.</w:t>
      </w:r>
    </w:p>
    <w:p>
      <w:pPr>
        <w:jc w:val="right"/>
      </w:pPr>
      <w:r>
        <w:t>اے نبی! تمہارے لیے اللہ کافی ہے، اور وہ مومنین جنہوں نے تمہارا ساتھ دیا ہے۔</w:t>
      </w:r>
    </w:p>
    <w:p>
      <w:r>
        <w:rPr>
          <w:b/>
        </w:rPr>
        <w:t xml:space="preserve">[1:38:53] </w:t>
      </w:r>
      <w:r>
        <w:t>ae nabi momineen ko ladai par ubharo agar tum mein bees aadmi sabit qadam honge to wo soo par ghalib aayenge aur agar tum mein soo honge to wo hazar munkiron par ghalib aayenge,</w:t>
      </w:r>
    </w:p>
    <w:p>
      <w:pPr>
        <w:jc w:val="right"/>
      </w:pPr>
      <w:r>
        <w:t>اے نبی! مومنین کو لڑائی پر ابھارو۔ اگر تم میں بیس آدمی ثابت قدم ہوں گے تو وہ سو پر غالب آئیں گے، اور اگر تم میں سو ہوں گے تو وہ ہزار منکروں پر غالب آئیں گے،</w:t>
      </w:r>
    </w:p>
    <w:p>
      <w:r>
        <w:rPr>
          <w:b/>
        </w:rPr>
        <w:t xml:space="preserve">[1:39:11] </w:t>
      </w:r>
      <w:r>
        <w:t>is waste ke wo log samajh nahi rakhte.</w:t>
      </w:r>
    </w:p>
    <w:p>
      <w:pPr>
        <w:jc w:val="right"/>
      </w:pPr>
      <w:r>
        <w:t>اس واسطے کہ وہ لوگ سمجھ نہیں رکھتے۔</w:t>
      </w:r>
    </w:p>
    <w:p>
      <w:r>
        <w:rPr>
          <w:b/>
        </w:rPr>
        <w:t xml:space="preserve">[1:39:16] </w:t>
      </w:r>
      <w:r>
        <w:t>ab allah ne tum par se bojh halka kar diya aur usne jaan liya ke tum mein kuch kamzori hai.</w:t>
      </w:r>
    </w:p>
    <w:p>
      <w:pPr>
        <w:jc w:val="right"/>
      </w:pPr>
      <w:r>
        <w:t>اب اللہ نے تم پر سے بوجھ ہلکا کر دیا، اور اس نے جان لیا کہ تم میں کچھ کمزوری ہے۔</w:t>
      </w:r>
    </w:p>
    <w:p>
      <w:r>
        <w:rPr>
          <w:b/>
        </w:rPr>
        <w:t xml:space="preserve">[1:39:25] </w:t>
      </w:r>
      <w:r>
        <w:t>pas agar tum mein soo sabit qadam honge to do soo par ghalib aayenge aur agar hazar honge to allah ke hukum se do hazar par ghalib aayenge aur allah sabit qadam rehne walon ke sath hai.</w:t>
      </w:r>
    </w:p>
    <w:p>
      <w:pPr>
        <w:jc w:val="right"/>
      </w:pPr>
      <w:r>
        <w:t>پس اگر تم میں سو ثابت قدم ہوں گے تو دو سو پر غالب آئیں گے، اور اگر ہزار ہوں گے تو اللہ کے حکم سے دو ہزار پر غالب آئیں گے، اور اللہ ثابت قدم رہنے والوں کے ساتھ ہے۔</w:t>
      </w:r>
    </w:p>
    <w:p>
      <w:r>
        <w:rPr>
          <w:b/>
        </w:rPr>
        <w:t xml:space="preserve">[1:39:42] </w:t>
      </w:r>
      <w:r>
        <w:t>tashreeh ahl-e-iman ki kam tadad ghair ahl-e-iman ki zyada tadad par ghalib aane ki wajah ye batai ke ahl-e-iman ke andar fiqh hoti hai jabke ghair ahl-e-iman fiqh se mehroom hain.</w:t>
      </w:r>
    </w:p>
    <w:p>
      <w:pPr>
        <w:jc w:val="right"/>
      </w:pPr>
      <w:r>
        <w:t>تشریح اہل ایمان کی کم تعداد غیر اہل ایمان کی زیادہ تعداد پر غالب آنے کی وجہ یہ بتائی کہ اہل ایمان کے اندر فقہ ہوتی ہے، جبکہ غیر اہل ایمان فقہ سے محروم ہیں۔</w:t>
      </w:r>
    </w:p>
    <w:p>
      <w:r>
        <w:rPr>
          <w:b/>
        </w:rPr>
        <w:t xml:space="preserve">[1:40:01] </w:t>
      </w:r>
      <w:r>
        <w:t>fiqh ke lafzi maane samajh ke hain.</w:t>
      </w:r>
    </w:p>
    <w:p>
      <w:pPr>
        <w:jc w:val="right"/>
      </w:pPr>
      <w:r>
        <w:t>فقہ کے لفظی معنی سمجھ کے ہیں۔</w:t>
      </w:r>
    </w:p>
    <w:p>
      <w:r>
        <w:rPr>
          <w:b/>
        </w:rPr>
        <w:t xml:space="preserve">[1:40:05] </w:t>
      </w:r>
      <w:r>
        <w:t>is se murad wo baseerat aur shaoor hai jo imaan ke nateejay mein ek shakhs ko hasil hota hai khuda par imaan kisi aadmi ke liye wahi maane rakhta hai jo andhere kamre mein bijli ka bulb jal jana.</w:t>
      </w:r>
    </w:p>
    <w:p>
      <w:pPr>
        <w:jc w:val="right"/>
      </w:pPr>
      <w:r>
        <w:t>اس سے مراد وہ بصیرت اور شعور ہے جو ایمان کے نتیجے میں ایک شخص کو حاصل ہوتا ہے۔ خدا پر ایمان کسی آدمی کے لیے وہی معنی رکھتا ہے جو اندھیرے کمرے میں بجلی کا بلب جل جانا۔</w:t>
      </w:r>
    </w:p>
    <w:p>
      <w:r>
        <w:rPr>
          <w:b/>
        </w:rPr>
        <w:t xml:space="preserve">[1:40:23] </w:t>
      </w:r>
      <w:r>
        <w:t>bulb pure kamre ko is tarah roshan kar deta hai ke uski har cheez wazeh tor par dikhai dene lagti hai.</w:t>
      </w:r>
    </w:p>
    <w:p>
      <w:pPr>
        <w:jc w:val="right"/>
      </w:pPr>
      <w:r>
        <w:t>بلب پورے کمرے کو اس طرح روشن کر دیتا ہے کہ اس کی ہر چیز واضح طور پر دکھائی دینے لگے۔</w:t>
      </w:r>
    </w:p>
    <w:p>
      <w:r>
        <w:rPr>
          <w:b/>
        </w:rPr>
        <w:t xml:space="preserve">[1:40:33] </w:t>
      </w:r>
      <w:r>
        <w:t>is tarah imaan aadmi ko ek rabbani shaoor ata karta hai jiske baad wo tamam haqiqaton ko unki asli surat mein dekhne lagta hai.</w:t>
      </w:r>
    </w:p>
    <w:p>
      <w:pPr>
        <w:jc w:val="right"/>
      </w:pPr>
      <w:r>
        <w:t>اس طرح ایمان آدمی کو ایک ربانی شعور عطا کرتا ہے، جس کے بعد وہ تمام حقیقتوں کو ان کی اصلی صورت میں دیکھنے لگتا ہے۔</w:t>
      </w:r>
    </w:p>
    <w:p>
      <w:r>
        <w:rPr>
          <w:b/>
        </w:rPr>
        <w:t xml:space="preserve">[1:40:47] </w:t>
      </w:r>
      <w:r>
        <w:t>imaan ke nateejay mein ye hota hai ke aadmi zindagi aur maut ki haqiqat ko samajh leta hai wo jaan leta hai ke asal cheez hayat-e-dunya nahi balkeh hayat-e-akhirat hai.</w:t>
      </w:r>
    </w:p>
    <w:p>
      <w:pPr>
        <w:jc w:val="right"/>
      </w:pPr>
      <w:r>
        <w:t>ایمان کے نتیجے میں یہ ہوتا ہے کہ آدمی زندگی اور موت کی حقیقت کو سمجھ لیتا ہے۔ وہ جان لیتا ہے کہ اصل چیز حیات دنیا نہیں بلکہ حیات آخرت ہے۔</w:t>
      </w:r>
    </w:p>
    <w:p>
      <w:r>
        <w:rPr>
          <w:b/>
        </w:rPr>
        <w:t xml:space="preserve">[1:40:59] </w:t>
      </w:r>
      <w:r>
        <w:t>ye cheez usko be-panah had tak nidar bana deti hai momin khuda se darne wala hota hai wo akhirat ki fikr karne wala hota hai.</w:t>
      </w:r>
    </w:p>
    <w:p>
      <w:pPr>
        <w:jc w:val="right"/>
      </w:pPr>
      <w:r>
        <w:t>یہ چیز اس کو بے پناہ حد تک نڈر بنا دیتی ہے۔ مومن خدا سے ڈرنے والا ہوتا ہے۔ وہ آخرت کی فکر کرنے والا ہوتا ہے۔</w:t>
      </w:r>
    </w:p>
    <w:p>
      <w:r>
        <w:rPr>
          <w:b/>
        </w:rPr>
        <w:t xml:space="preserve">[1:41:11] </w:t>
      </w:r>
      <w:r>
        <w:t>ye mizaj usko har qism ke manfi jazbat se pak karta hai wo zid nafrat ta'assub intiqam aur ghamand jaisi cheezon se oopar uth jata hai.</w:t>
      </w:r>
    </w:p>
    <w:p>
      <w:pPr>
        <w:jc w:val="right"/>
      </w:pPr>
      <w:r>
        <w:t>یہ مزاج اس کو ہر قسم کے منفی جذبات سے پاک کرتا ہے۔ وہ ضد، نفرت، تعصب، انتقام اور گھمنڈ جیسی چیزوں سے اوپر اٹھ جاتا ہے۔</w:t>
      </w:r>
    </w:p>
    <w:p>
      <w:r>
        <w:rPr>
          <w:b/>
        </w:rPr>
        <w:t xml:space="preserve">[1:41:26] </w:t>
      </w:r>
      <w:r>
        <w:t>dusri taraf ghair momin ka mamla sarasar iske baraks hota hai uska nateeja ye hota hai ke ghair momin ke iqdamaat manfi nafsiyat ke tehat hote hain aur momin ke iqdamaat ijabi nafsiyat ke tehat.</w:t>
      </w:r>
    </w:p>
    <w:p>
      <w:pPr>
        <w:jc w:val="right"/>
      </w:pPr>
      <w:r>
        <w:t>دوسری طرف غیر مومن کا معاملہ سراسر اس کے برعکس ہوتا ہے۔ اس کا نتیجہ یہ ہوتا ہے کہ غیر مومن کے اقدامات منفی نفسیات کے تحت ہوتے ہیں، اور مومن کے اقدامات ایجابی نفسیات کے تحت۔</w:t>
      </w:r>
    </w:p>
    <w:p>
      <w:r>
        <w:rPr>
          <w:b/>
        </w:rPr>
        <w:t xml:space="preserve">[1:41:43] </w:t>
      </w:r>
      <w:r>
        <w:t>ghair momin jazbati andaaz se amal karta hai aur momin haqiqat pasandana andaaz se.</w:t>
      </w:r>
    </w:p>
    <w:p>
      <w:pPr>
        <w:jc w:val="right"/>
      </w:pPr>
      <w:r>
        <w:t>غیر مومن جذباتی انداز سے عمل کرتا ہے، اور مومن حقیقت پسندانہ انداز سے۔</w:t>
      </w:r>
    </w:p>
    <w:p>
      <w:r>
        <w:rPr>
          <w:b/>
        </w:rPr>
        <w:t xml:space="preserve">[1:41:50] </w:t>
      </w:r>
      <w:r>
        <w:t>ghair momin tang zarfi ke sath mamla karta hai aur momin wus'at-e-zarf ke sath hazar ke muqable mein soo aur do hazar ke muqable mein ek hazar ke alfaaz batate hain ke qital ka hukum jama'at aur fauj ke liye hai.</w:t>
      </w:r>
    </w:p>
    <w:p>
      <w:pPr>
        <w:jc w:val="right"/>
      </w:pPr>
      <w:r>
        <w:t>غیر مومن تنگ ظرفی کے ساتھ معاملہ کرتا ہے، اور مومن وسعت ظرف کے ساتھ۔ ہزار کے مقابلے میں سو، اور دو ہزار کے مقابلے میں ایک ہزار کے الفاظ بتاتے ہیں کہ قتال کا حکم جماعت اور فوج کے لیے ہے۔</w:t>
      </w:r>
    </w:p>
    <w:p>
      <w:r>
        <w:rPr>
          <w:b/>
        </w:rPr>
        <w:t xml:space="preserve">[1:42:11] </w:t>
      </w:r>
      <w:r>
        <w:t>aisa karna sahi na hoga ke ek do aadmi hon tab bhi wo ladne ke liye khade ho jayen.</w:t>
      </w:r>
    </w:p>
    <w:p>
      <w:pPr>
        <w:jc w:val="right"/>
      </w:pPr>
      <w:r>
        <w:t>ایسا کرنا صحیح نہ ہوگا کہ ایک دو آدمی ہوں، تب بھی وہ لڑنے کے لیے کھڑے ہو جائیں۔</w:t>
      </w:r>
    </w:p>
    <w:p>
      <w:r>
        <w:rPr>
          <w:b/>
        </w:rPr>
        <w:t xml:space="preserve">[1:42:21] </w:t>
      </w:r>
      <w:r>
        <w:t>ma kan li nabiyyin an yakuna lahu</w:t>
      </w:r>
    </w:p>
    <w:p>
      <w:pPr>
        <w:jc w:val="right"/>
      </w:pPr>
      <w:r>
        <w:t>ما كان لنبي أن يكون له</w:t>
      </w:r>
    </w:p>
    <w:p>
      <w:r>
        <w:rPr>
          <w:b/>
        </w:rPr>
        <w:t xml:space="preserve">[1:42:26] </w:t>
      </w:r>
      <w:r>
        <w:t>usara hatta yukhkhina fi al-ard</w:t>
      </w:r>
    </w:p>
    <w:p>
      <w:pPr>
        <w:jc w:val="right"/>
      </w:pPr>
      <w:r>
        <w:t>أسرى حتى يثخن في الأرض</w:t>
      </w:r>
    </w:p>
    <w:p>
      <w:r>
        <w:rPr>
          <w:b/>
        </w:rPr>
        <w:t xml:space="preserve">[1:42:30] </w:t>
      </w:r>
      <w:r>
        <w:t>turiduna 'arad al-dunya wa Allahu yurid al-akhirata</w:t>
      </w:r>
    </w:p>
    <w:p>
      <w:pPr>
        <w:jc w:val="right"/>
      </w:pPr>
      <w:r>
        <w:t>تريدون عرض الدنيا والله يريد الآخرة</w:t>
      </w:r>
    </w:p>
    <w:p>
      <w:r>
        <w:rPr>
          <w:b/>
        </w:rPr>
        <w:t xml:space="preserve">[1:42:36] </w:t>
      </w:r>
      <w:r>
        <w:t>wa Allahu 'azeezun hakeem</w:t>
      </w:r>
    </w:p>
    <w:p>
      <w:pPr>
        <w:jc w:val="right"/>
      </w:pPr>
      <w:r>
        <w:t>والله عزيز حكيم</w:t>
      </w:r>
    </w:p>
    <w:p>
      <w:r>
        <w:rPr>
          <w:b/>
        </w:rPr>
        <w:t xml:space="preserve">[1:42:41] </w:t>
      </w:r>
      <w:r>
        <w:t>lawla kitabun min Allahi sabaqa lamakum fima</w:t>
      </w:r>
    </w:p>
    <w:p>
      <w:pPr>
        <w:jc w:val="right"/>
      </w:pPr>
      <w:r>
        <w:t>لولا كتاب من الله سبق لمسكم فيما</w:t>
      </w:r>
    </w:p>
    <w:p>
      <w:r>
        <w:rPr>
          <w:b/>
        </w:rPr>
        <w:t xml:space="preserve">[1:42:50] </w:t>
      </w:r>
      <w:r>
        <w:t>akhaztum 'adhabun 'azeem</w:t>
      </w:r>
    </w:p>
    <w:p>
      <w:pPr>
        <w:jc w:val="right"/>
      </w:pPr>
      <w:r>
        <w:t>أخذتم عذاب عظيم</w:t>
      </w:r>
    </w:p>
    <w:p>
      <w:r>
        <w:rPr>
          <w:b/>
        </w:rPr>
        <w:t xml:space="preserve">[1:42:55] </w:t>
      </w:r>
      <w:r>
        <w:t>fakulu mimma ghanamtum halalan</w:t>
      </w:r>
    </w:p>
    <w:p>
      <w:pPr>
        <w:jc w:val="right"/>
      </w:pPr>
      <w:r>
        <w:t>فكلوا مما غنمتم حلالا</w:t>
      </w:r>
    </w:p>
    <w:p>
      <w:r>
        <w:rPr>
          <w:b/>
        </w:rPr>
        <w:t xml:space="preserve">[1:42:59] </w:t>
      </w:r>
      <w:r>
        <w:t>tayyiban wa ittaqoo Allah</w:t>
      </w:r>
    </w:p>
    <w:p>
      <w:pPr>
        <w:jc w:val="right"/>
      </w:pPr>
      <w:r>
        <w:t>طيبا واتقوا الله</w:t>
      </w:r>
    </w:p>
    <w:p>
      <w:r>
        <w:rPr>
          <w:b/>
        </w:rPr>
        <w:t xml:space="preserve">[1:43:05] </w:t>
      </w:r>
      <w:r>
        <w:t>innallaha ghafurur rahim kisi nabi ke liye laiq nahi ke uske paas qidi hon jab tak wo zameen mein achhi tarah khoon rezi na kar le.</w:t>
      </w:r>
    </w:p>
    <w:p>
      <w:pPr>
        <w:jc w:val="right"/>
      </w:pPr>
      <w:r>
        <w:t>إن الله غفور رحيم کسی نبی کے لیے لائق نہیں کہ اس کے پاس قیدی ہوں جب تک وہ زمین میں اچھی طرح خون ریزی نہ کر لے۔</w:t>
      </w:r>
    </w:p>
    <w:p>
      <w:r>
        <w:rPr>
          <w:b/>
        </w:rPr>
        <w:t xml:space="preserve">[1:43:19] </w:t>
      </w:r>
      <w:r>
        <w:t>tum dunya ke asbab chahte ho aur allah akhirat ko chahta hai aur allah zabardast hai hikmat wala hai aur agar allah ka ek likha hua pehle se maujood na hota to jo tareeqa tumne ikhtiyar kiya uske baais tum ko sakht azab pahunch jata.</w:t>
      </w:r>
    </w:p>
    <w:p>
      <w:pPr>
        <w:jc w:val="right"/>
      </w:pPr>
      <w:r>
        <w:t>تم دنیا کے اسباب چاہتے ہو، اور اللہ آخرت کو چاہتا ہے، اور اللہ زبردست ہے، حکمت والا ہے۔ اور اگر اللہ کا ایک لکھا ہوا پہلے سے موجود نہ ہوتا تو جو طریقہ تم نے اختیار کیا، اس کے باعث تم کو سخت عذاب پہنچ جاتا۔</w:t>
      </w:r>
    </w:p>
    <w:p>
      <w:r>
        <w:rPr>
          <w:b/>
        </w:rPr>
        <w:t xml:space="preserve">[1:43:40] </w:t>
      </w:r>
      <w:r>
        <w:t>pas jo maal tumne liya hai usko khao tumhare liye halaal aur pak hai aur allah se daro</w:t>
      </w:r>
    </w:p>
    <w:p>
      <w:pPr>
        <w:jc w:val="right"/>
      </w:pPr>
      <w:r>
        <w:t>پس جو مال تم نے لیا ہے، اس کو کھاؤ، تمہارے لیے حلال اور پاک ہے، اور اللہ سے ڈرو</w:t>
      </w:r>
    </w:p>
    <w:p>
      <w:r>
        <w:rPr>
          <w:b/>
        </w:rPr>
        <w:t xml:space="preserve">[1:43:48] </w:t>
      </w:r>
      <w:r>
        <w:t>beshak allah bakhshne wala meherban hai tashreeh badr ki ladai mein musalmanon ne satar bade bade munkiron ko qatl kiya.</w:t>
      </w:r>
    </w:p>
    <w:p>
      <w:pPr>
        <w:jc w:val="right"/>
      </w:pPr>
      <w:r>
        <w:t>۔ بے شک اللہ بخشنے والا، مہربان ہے۔ تشریح بدر کی لڑائی میں مسلمانوں نے ستر بڑے بڑے منکرین کو قتل کیا۔</w:t>
      </w:r>
    </w:p>
    <w:p>
      <w:r>
        <w:rPr>
          <w:b/>
        </w:rPr>
        <w:t xml:space="preserve">[1:44:04] </w:t>
      </w:r>
      <w:r>
        <w:t>is ke baad jab unke paon ukhaṛne lage to unke satar aadmiyon ko giraftar kar liya in giraftar hone walon mein aksar sardar the.</w:t>
      </w:r>
    </w:p>
    <w:p>
      <w:pPr>
        <w:jc w:val="right"/>
      </w:pPr>
      <w:r>
        <w:t>اس کے بعد جب ان کے پاؤں اکھڑنے لگے تو ان کے ستر آدمیوں کو گرفتار کر لیا۔ ان گرفتار ہونے والوں میں اکثر سردار تھے۔</w:t>
      </w:r>
    </w:p>
    <w:p>
      <w:r>
        <w:rPr>
          <w:b/>
        </w:rPr>
        <w:t xml:space="preserve">[1:44:17] </w:t>
      </w:r>
      <w:r>
        <w:t>jang ke baad mashwara hua ke in qidiyon ke sath kya kiya jaye sahaba ki aksariyat ne ye rai di ke inko fidiya le kar chhod diya jaye.</w:t>
      </w:r>
    </w:p>
    <w:p>
      <w:pPr>
        <w:jc w:val="right"/>
      </w:pPr>
      <w:r>
        <w:t>جنگ کے بعد مشورہ ہوا کہ ان قیدیوں کے ساتھ کیا کیا جائے۔ صحابہ کی اکثریت نے یہ رائے دی کہ ان کو فدیہ لے کر چھوڑ دیا جائے۔</w:t>
      </w:r>
    </w:p>
    <w:p>
      <w:r>
        <w:rPr>
          <w:b/>
        </w:rPr>
        <w:t xml:space="preserve">[1:44:30] </w:t>
      </w:r>
      <w:r>
        <w:t>us waqt islam dushmano ne musalsal halaat-e-jang barpa kar rakhi thi magar musalmanon ke paas maal na hone ki wajah se saman-e-jang ki bohat kami thi.</w:t>
      </w:r>
    </w:p>
    <w:p>
      <w:pPr>
        <w:jc w:val="right"/>
      </w:pPr>
      <w:r>
        <w:t>اس وقت اسلام دشمنوں نے مسلسل حالات جنگ برپا کر رکھی تھی، مگر مسلمانوں کے پاس مال نہ ہونے کی وجہ سے سامان جنگ کی بہت کمی تھی۔</w:t>
      </w:r>
    </w:p>
    <w:p>
      <w:r>
        <w:rPr>
          <w:b/>
        </w:rPr>
        <w:t xml:space="preserve">[1:44:44] </w:t>
      </w:r>
      <w:r>
        <w:t>yeh khayal kiya gaya ke fidiya se jo raqam mile gi, us se saman-e-jang khareeda ja sakta hai. Hazrat Umar Ibn al-Khattab aur Hazrat Saad bin Mu'adh is rai ke khilaf thay.</w:t>
      </w:r>
    </w:p>
    <w:p>
      <w:pPr>
        <w:jc w:val="right"/>
      </w:pPr>
      <w:r>
        <w:t>یہ خیال کیا گیا کہ فدیہ سے جو رقم ملے گی، اس سے سامان جنگ خریدا جا سکتا ہے۔ حضرت عمر ابن الخطاب اور حضرت سعد بن معاذ اس رائے کے خلاف تھے۔</w:t>
      </w:r>
    </w:p>
    <w:p>
      <w:r>
        <w:rPr>
          <w:b/>
        </w:rPr>
        <w:t xml:space="preserve">[1:44:59] </w:t>
      </w:r>
      <w:r>
        <w:t>Hazrat Umar ne kaha: "Ae Khuda ke Rasool! Yeh qaidee kufr ke imam aur mushrikeen ke sardar hain. Yani is waqt dushmanon ki asal taqat hamari muthi mein aa gayi hai.</w:t>
      </w:r>
    </w:p>
    <w:p>
      <w:pPr>
        <w:jc w:val="right"/>
      </w:pPr>
      <w:r>
        <w:t>حضرت عمر نے کہا: "اے خدا کے رسول! یہ قیدی کفر کے امام اور مشرکین کے سردار ہیں۔ یعنی اس وقت دشمنوں کی اصل طاقت ہماری مٹھی میں آ گئی ہے۔</w:t>
      </w:r>
    </w:p>
    <w:p>
      <w:r>
        <w:rPr>
          <w:b/>
        </w:rPr>
        <w:t xml:space="preserve">[1:45:12] </w:t>
      </w:r>
      <w:r>
        <w:t>In ko khatam kar ke is masle ka hamesha ke liye khatma kar diya jaye." Taham Rasool Allah Sal Allahu Alaihi Wa Sallam ne pehli rai par amal farmaya.</w:t>
      </w:r>
    </w:p>
    <w:p>
      <w:pPr>
        <w:jc w:val="right"/>
      </w:pPr>
      <w:r>
        <w:t>ان کو ختم کر کے اس مسئلے کا ہمیشہ کے لیے خاتمہ کر دیا جائے۔" تاہم رسول اللہ صلی اللہ علیہ وسلم نے پہلی رائے پر عمل فرمایا۔</w:t>
      </w:r>
    </w:p>
    <w:p>
      <w:r>
        <w:rPr>
          <w:b/>
        </w:rPr>
        <w:t xml:space="preserve">[1:45:24] </w:t>
      </w:r>
      <w:r>
        <w:t>Baad ko jab woh aayatein utrein jin mein jang par tabsarah tha to Allah Ta'ala ne fidiya ki raqam ko jaiz thehrate hue is rawish par apni narazgi ka izhar farmaya.</w:t>
      </w:r>
    </w:p>
    <w:p>
      <w:pPr>
        <w:jc w:val="right"/>
      </w:pPr>
      <w:r>
        <w:t>بعد کو جب وہ آیتیں اتریں جن میں جنگ پر تبصرہ تھا تو اللہ تعالی نے فدیہ کی رقم کو جائز ٹھہراتے ہوئے اس روش پر اپنی ناراضگی کا اظہار فرمایا۔</w:t>
      </w:r>
    </w:p>
    <w:p>
      <w:r>
        <w:rPr>
          <w:b/>
        </w:rPr>
        <w:t xml:space="preserve">[1:45:37] </w:t>
      </w:r>
      <w:r>
        <w:t>Jangi qaideeyon ko fidiya le kar chhodna agarche bazahir rehmat aur shafqat ka mamla tha, magar woh Allah ke door-ras mansoobay ke mutabiq na tha.</w:t>
      </w:r>
    </w:p>
    <w:p>
      <w:pPr>
        <w:jc w:val="right"/>
      </w:pPr>
      <w:r>
        <w:t>جنگی قیدیوں کو فدیہ لے کر چھوڑنا اگرچہ بظاہر رحمت اور شفقت کا معاملہ تھا، مگر وہ اللہ کے دور رس منصوبے کے مطابق نہ تھا۔</w:t>
      </w:r>
    </w:p>
    <w:p>
      <w:r>
        <w:rPr>
          <w:b/>
        </w:rPr>
        <w:t xml:space="preserve">[1:45:50] </w:t>
      </w:r>
      <w:r>
        <w:t>Allah ka asal mansooba kufr aur shirk ki jar ukhaadna tha.</w:t>
      </w:r>
    </w:p>
    <w:p>
      <w:pPr>
        <w:jc w:val="right"/>
      </w:pPr>
      <w:r>
        <w:t>اللہ کا اصل منصوبہ کفر اور شرک کی جڑ اکھاڑنا تھا۔</w:t>
      </w:r>
    </w:p>
    <w:p>
      <w:r>
        <w:rPr>
          <w:b/>
        </w:rPr>
        <w:t xml:space="preserve">[1:45:57] </w:t>
      </w:r>
      <w:r>
        <w:t>Is maqsad ke liye Allah Ta'ala ne Quraish ke tamam leaderon ko, Abu Lahab aur Abu Sufyan ko chhod kar Badr ke maidan mein jama kar diya aur aise halaat paida kiye ke woh poori tarah Musalmanon ke qaboo mein aa gaye.</w:t>
      </w:r>
    </w:p>
    <w:p>
      <w:pPr>
        <w:jc w:val="right"/>
      </w:pPr>
      <w:r>
        <w:t>اس مقصد کے لیے اللہ تعالی نے قریش کے تمام لیڈروں کو، ابو لہب اور ابو سفیان کو چھوڑ کر بدر کے میدان میں جمع کر دیا اور ایسے حالات پیدا کیے کہ وہ پوری طرح مسلمانوں کے قابو میں آ گئے۔</w:t>
      </w:r>
    </w:p>
    <w:p>
      <w:r>
        <w:rPr>
          <w:b/>
        </w:rPr>
        <w:t xml:space="preserve">[1:46:12] </w:t>
      </w:r>
      <w:r>
        <w:t>Agar in leaderon ko is waqt khatam kar diya jata to kufr aur shirk ki muzahamat Badr ke maidan hi mein poori tarah dafan ho jati.</w:t>
      </w:r>
    </w:p>
    <w:p>
      <w:pPr>
        <w:jc w:val="right"/>
      </w:pPr>
      <w:r>
        <w:t>اگر ان لیڈروں کو اس وقت ختم کر دیا جاتا تو کفر اور شرک کی مزاحمت بدر کے میدان ہی میں پوری طرح دفن ہو جاتی۔</w:t>
      </w:r>
    </w:p>
    <w:p>
      <w:r>
        <w:rPr>
          <w:b/>
        </w:rPr>
        <w:t xml:space="preserve">[1:46:23] </w:t>
      </w:r>
      <w:r>
        <w:t>Magar leaderon ko chhodne ka nateeja yeh hua ke woh munnazzam ho kar dobara apni muzahamat ki tehreek jaari rakhne ke qabil ho gaye.</w:t>
      </w:r>
    </w:p>
    <w:p>
      <w:pPr>
        <w:jc w:val="right"/>
      </w:pPr>
      <w:r>
        <w:t>مگر لیڈروں کو چھوڑنے کا نتیجہ یہ ہوا کہ وہ منظم ہو کر دوبارہ اپنی مزاحمت کی تحریک جاری رکھنے کے قابل ہو گئے۔</w:t>
      </w:r>
    </w:p>
    <w:p>
      <w:r>
        <w:rPr>
          <w:b/>
        </w:rPr>
        <w:t xml:space="preserve">[1:46:34] </w:t>
      </w:r>
      <w:r>
        <w:t>Yeh faisla jangi maslahat ke khilaf tha. Woh Musalmanon ke liye azaab-e-azeem, sakht museebaton ka baais ban jata.</w:t>
      </w:r>
    </w:p>
    <w:p>
      <w:pPr>
        <w:jc w:val="right"/>
      </w:pPr>
      <w:r>
        <w:t>یہ فیصلہ جنگی مصلحت کے خلاف تھا۔ وہ مسلمانوں کے لیے عذاب عظیم، سخت مصیبتوں کا باعث بن جاتا۔</w:t>
      </w:r>
    </w:p>
    <w:p>
      <w:r>
        <w:rPr>
          <w:b/>
        </w:rPr>
        <w:t xml:space="preserve">[1:46:45] </w:t>
      </w:r>
      <w:r>
        <w:t>Yeh leader apne awam ko saath le kar Islam ke saare mamle ko tahas nahas kar d</w:t>
      </w:r>
    </w:p>
    <w:p>
      <w:pPr>
        <w:jc w:val="right"/>
      </w:pPr>
      <w:r>
        <w:t>یہ لیڈر اپنے عوام کو ساتھ لے کر اسلام کے سارے معاملے کو تحس نحس کر د</w:t>
      </w:r>
    </w:p>
    <w:p>
      <w:r>
        <w:rPr>
          <w:b/>
        </w:rPr>
        <w:t xml:space="preserve">[1:46:51] </w:t>
      </w:r>
      <w:r>
        <w:t>yetay. Magar Allah ne aakhri Rasool aur aap ke ashaab ke liye pehle se muqaddar kar diya tha ke woh lazman ghalib rahen gay.</w:t>
      </w:r>
    </w:p>
    <w:p>
      <w:pPr>
        <w:jc w:val="right"/>
      </w:pPr>
      <w:r>
        <w:t>یتے۔ مگر اللہ نے آخری رسول اور آپ کے اصحاب کے لیے پہلے سے مقدر کر دیا تھا کہ وہ لازماً غالب رہیں گے۔</w:t>
      </w:r>
    </w:p>
    <w:p>
      <w:r>
        <w:rPr>
          <w:b/>
        </w:rPr>
        <w:t xml:space="preserve">[1:47:01] </w:t>
      </w:r>
      <w:r>
        <w:t>In ko zair karne mein koi kamyab na ho sake ga.</w:t>
      </w:r>
    </w:p>
    <w:p>
      <w:pPr>
        <w:jc w:val="right"/>
      </w:pPr>
      <w:r>
        <w:t>ان کو زیر کرنے میں کوئی کامیاب نہ ہو سکے گا۔</w:t>
      </w:r>
    </w:p>
    <w:p>
      <w:r>
        <w:rPr>
          <w:b/>
        </w:rPr>
        <w:t xml:space="preserve">[1:47:07] </w:t>
      </w:r>
      <w:r>
        <w:t>Yahi wajah hai jangi tadbeer mein is kotahi ke bawajood Quraish ahl-e-iman ke upar ghalib na aa sake.</w:t>
      </w:r>
    </w:p>
    <w:p>
      <w:pPr>
        <w:jc w:val="right"/>
      </w:pPr>
      <w:r>
        <w:t>یہی وجہ ہے جنگی تدبیر میں اس کوتاہی کے باوجود قریش اہل ایمان کے اوپر غالب نہ آ سکے۔</w:t>
      </w:r>
    </w:p>
    <w:p>
      <w:r>
        <w:rPr>
          <w:b/>
        </w:rPr>
        <w:t xml:space="preserve">[1:47:16] </w:t>
      </w:r>
      <w:r>
        <w:t>Aur bil akhir wahi hua jis ka hona pehle se Khuda ke yahan likha ja chuka tha. Yani Musalmanon ki fatah aur Islam ka ghalba.</w:t>
      </w:r>
    </w:p>
    <w:p>
      <w:pPr>
        <w:jc w:val="right"/>
      </w:pPr>
      <w:r>
        <w:t>اور بالاخر وہی ہوا جس کا ہونا پہلے سے خدا کے یہاں لکھا جا چکا تھا۔ یعنی مسلمانوں کی فتح اور اسلام کا غلبہ۔</w:t>
      </w:r>
    </w:p>
    <w:p>
      <w:r>
        <w:rPr>
          <w:b/>
        </w:rPr>
        <w:t xml:space="preserve">[1:47:31] </w:t>
      </w:r>
      <w:r>
        <w:t>Ya ayyuha al-Nabi! Qul liman fi aydikum min al-asra an ya'lam Allahu fi qulubikum khayran</w:t>
      </w:r>
    </w:p>
    <w:p>
      <w:pPr>
        <w:jc w:val="right"/>
      </w:pPr>
      <w:r>
        <w:t>يا ایہا النبی! قل لمن فی ایدیکم من الاسرى ان یعلم اللہ فی قلوبکم خیرا</w:t>
      </w:r>
    </w:p>
    <w:p>
      <w:r>
        <w:rPr>
          <w:b/>
        </w:rPr>
        <w:t xml:space="preserve">[1:47:50] </w:t>
      </w:r>
      <w:r>
        <w:t>an ya'lam Allahu fi qulubikum khayran yu'tikum khayran mimma ukhidha minkum wa yaghfir lakum wallahu ghafurun rahim</w:t>
      </w:r>
    </w:p>
    <w:p>
      <w:pPr>
        <w:jc w:val="right"/>
      </w:pPr>
      <w:r>
        <w:t>ان یعلم اللہ فی قلوبکم خیرا یؤتکم خیرا مما اخذ منکم ويغفر لکم واللہ غفور رحیم</w:t>
      </w:r>
    </w:p>
    <w:p>
      <w:r>
        <w:rPr>
          <w:b/>
        </w:rPr>
        <w:t xml:space="preserve">[1:48:11] </w:t>
      </w:r>
      <w:r>
        <w:t>Wa in yuridoo khiyanatak faqad khanoollaaha min qablu fa amkana minhum wallahu aleemun hakeem</w:t>
      </w:r>
    </w:p>
    <w:p>
      <w:pPr>
        <w:jc w:val="right"/>
      </w:pPr>
      <w:r>
        <w:t>وان یریدوا خیانتک فقد خانوا اللہ من قبل فامکن منہم واللہ علیم حکیم</w:t>
      </w:r>
    </w:p>
    <w:p>
      <w:r>
        <w:rPr>
          <w:b/>
        </w:rPr>
        <w:t xml:space="preserve">[1:48:27] </w:t>
      </w:r>
      <w:r>
        <w:t>Ae Nabi! Tumhare haath mein jo qaidee hain, un se keh do ke agar Allah tumhare dilon mein koi bhalai paye ga to jo kuch tum se liya gaya hai, us se behtar woh tumhein de de ga aur tum ko bakhsh de ga.</w:t>
      </w:r>
    </w:p>
    <w:p>
      <w:pPr>
        <w:jc w:val="right"/>
      </w:pPr>
      <w:r>
        <w:t>اے نبی! تمہارے ہاتھ میں جو قیدی ہیں، ان سے کہہ دو کہ اگر اللہ تمہارے دلوں میں کوئی بھلائی پائے گا تو جو کچھ تم سے لیا گیا ہے، اس سے بہتر وہ تمہیں دے دے گا اور تم کو بخش دے گا۔</w:t>
      </w:r>
    </w:p>
    <w:p>
      <w:r>
        <w:rPr>
          <w:b/>
        </w:rPr>
        <w:t xml:space="preserve">[1:48:42] </w:t>
      </w:r>
      <w:r>
        <w:t>Aur Allah bakhshne wala, meharban hai.</w:t>
      </w:r>
    </w:p>
    <w:p>
      <w:pPr>
        <w:jc w:val="right"/>
      </w:pPr>
      <w:r>
        <w:t>اور اللہ بخشنے والا، مہربان ہے۔</w:t>
      </w:r>
    </w:p>
    <w:p>
      <w:r>
        <w:rPr>
          <w:b/>
        </w:rPr>
        <w:t xml:space="preserve">[1:48:45] </w:t>
      </w:r>
      <w:r>
        <w:t>Aur agar yeh tum se bad-ahdi karen ge to is se pehle unhon ne Khuda se bad-ahdi ki to Khuda ne tum ko un par qaboo de diya.</w:t>
      </w:r>
    </w:p>
    <w:p>
      <w:pPr>
        <w:jc w:val="right"/>
      </w:pPr>
      <w:r>
        <w:t>اور اگر یہ تم سے بدعہدی کریں گے تو اس سے پہلے انہوں نے خدا سے بدعہدی کی تو خدا نے تم کو ان پر قابو دے دیا۔</w:t>
      </w:r>
    </w:p>
    <w:p>
      <w:r>
        <w:rPr>
          <w:b/>
        </w:rPr>
        <w:t xml:space="preserve">[1:48:56] </w:t>
      </w:r>
      <w:r>
        <w:t>Aur Allah ilm wala, hikmat wala hai.</w:t>
      </w:r>
    </w:p>
    <w:p>
      <w:pPr>
        <w:jc w:val="right"/>
      </w:pPr>
      <w:r>
        <w:t>اور اللہ علم والا، حکمت والا ہے۔</w:t>
      </w:r>
    </w:p>
    <w:p>
      <w:r>
        <w:rPr>
          <w:b/>
        </w:rPr>
        <w:t xml:space="preserve">[1:49:01] </w:t>
      </w:r>
      <w:r>
        <w:t>Tashreeh Badr ke qaideeyon ko fidiya le kar chhodna Musalmanon ke liye ek jangi ghalati thi, magar khud qaideeyon ke haq mein yeh nayi zindagi faraham karne ke hum ma'ni tha.</w:t>
      </w:r>
    </w:p>
    <w:p>
      <w:pPr>
        <w:jc w:val="right"/>
      </w:pPr>
      <w:r>
        <w:t>تشریح بدر کے قیدیوں کو فدیہ لے کر چھوڑنا مسلمانوں کے لیے ایک جنگی غلطی تھی، مگر خود قیدیوں کے حق میں یہ نئی زندگی فراہم کرنے کے ہم معنی تھا۔</w:t>
      </w:r>
    </w:p>
    <w:p>
      <w:r>
        <w:rPr>
          <w:b/>
        </w:rPr>
        <w:t xml:space="preserve">[1:49:17] </w:t>
      </w:r>
      <w:r>
        <w:t>Is ka matlab yeh tha ke jo log apni mukhalifat-e-haq ke nateejay mein halakat ke mustahiq ho chuke thay, un ko ek baar aur mauqa mil gaya ke woh Islam ki dawat aur us ke muqablay mein apni beja rawish par dobara ghor kar saken.</w:t>
      </w:r>
    </w:p>
    <w:p>
      <w:pPr>
        <w:jc w:val="right"/>
      </w:pPr>
      <w:r>
        <w:t>اس کا مطلب یہ تھا کہ جو لوگ اپنی مخالفت حق کے نتیجے میں ہلاکت کے مستحق ہو چکے تھے، ان کو ایک بار اور موقع مل گیا کہ وہ اسلام کی دعوت اور اس کے مقابلے میں اپنی بے جا روش پر دوبارہ غور کر سکیں۔</w:t>
      </w:r>
    </w:p>
    <w:p>
      <w:r>
        <w:rPr>
          <w:b/>
        </w:rPr>
        <w:t xml:space="preserve">[1:49:37] </w:t>
      </w:r>
      <w:r>
        <w:t>Is mehlat ne un ke liye apni islaah ka naya darwaza khol diya.</w:t>
      </w:r>
    </w:p>
    <w:p>
      <w:pPr>
        <w:jc w:val="right"/>
      </w:pPr>
      <w:r>
        <w:t>اس مہلت نے ان کے لیے اپنی اصلاح کا نیا دروازہ کھول دیا۔</w:t>
      </w:r>
    </w:p>
    <w:p>
      <w:r>
        <w:rPr>
          <w:b/>
        </w:rPr>
        <w:t xml:space="preserve">[1:49:45] </w:t>
      </w:r>
      <w:r>
        <w:t>ab ek surat yeh thi ke in qaidiyon ke dil mein shikast ki bina par inteqaam ki aag bhadke, fidya dene ki wajah se un ko jo zalalat aur nuqsan hua hai,</w:t>
      </w:r>
    </w:p>
    <w:p>
      <w:pPr>
        <w:jc w:val="right"/>
      </w:pPr>
      <w:r>
        <w:t>اب ایک صورت یہ تھی کہ ان قیدیوں کے دل میں شکست کی بنا پر انتقام کی آگ بھڑکے، فدیہ دینے کی وجہ سے ان کو جو ذلت اور نقصان ہوا ہے،</w:t>
      </w:r>
    </w:p>
    <w:p>
      <w:r>
        <w:rPr>
          <w:b/>
        </w:rPr>
        <w:t xml:space="preserve">[1:50:00] </w:t>
      </w:r>
      <w:r>
        <w:t>is ka badla lene ke liye woh bechain ho jayen.</w:t>
      </w:r>
    </w:p>
    <w:p>
      <w:pPr>
        <w:jc w:val="right"/>
      </w:pPr>
      <w:r>
        <w:t>اس کا بدلہ لینے کے لیے وہ بے چین ہو جائیں۔</w:t>
      </w:r>
    </w:p>
    <w:p>
      <w:r>
        <w:rPr>
          <w:b/>
        </w:rPr>
        <w:t xml:space="preserve">[1:50:05] </w:t>
      </w:r>
      <w:r>
        <w:t>aisi surat mein woh phir isi ghalati ko dohraayenge jis ke nateejay mein woh Khuda ki pakad ke mustahiq ban gaye thay.</w:t>
      </w:r>
    </w:p>
    <w:p>
      <w:pPr>
        <w:jc w:val="right"/>
      </w:pPr>
      <w:r>
        <w:t>ایسی صورت میں وہ پھر اسی غلطی کو دہرائیں گے جس کے نتیجے میں وہ خدا کی پکڑ کے مستحق بن گئے تھے۔</w:t>
      </w:r>
    </w:p>
    <w:p>
      <w:r>
        <w:rPr>
          <w:b/>
        </w:rPr>
        <w:t xml:space="preserve">[1:50:16] </w:t>
      </w:r>
      <w:r>
        <w:t>woh apni quwaton ko Islam ki mukhalifat mein sarf karenge, jis ka anjaam dunya mein halakat hai aur aakhirat mein azaab.</w:t>
      </w:r>
    </w:p>
    <w:p>
      <w:pPr>
        <w:jc w:val="right"/>
      </w:pPr>
      <w:r>
        <w:t>وہ اپنی قوتوں کو اسلام کی مخالفت میں صرف کریں گے، جس کا انجام دنیا میں ہلاکت ہے اور آخرت میں عذاب۔</w:t>
      </w:r>
    </w:p>
    <w:p>
      <w:r>
        <w:rPr>
          <w:b/>
        </w:rPr>
        <w:t xml:space="preserve">[1:50:27] </w:t>
      </w:r>
      <w:r>
        <w:t>doosri surat yeh thi ke woh Badr ke maidan mein paish aane wale ghair maamooli waqie par ghaur karein ke Musalmanon ko kamtar asbaab ke bawajood itni khuli hui fatah kyun naseeb hui.</w:t>
      </w:r>
    </w:p>
    <w:p>
      <w:pPr>
        <w:jc w:val="right"/>
      </w:pPr>
      <w:r>
        <w:t>دوسری صورت یہ تھی کہ وہ بدر کے میدان میں پیش آنے والے غیر معمولی واقعے پر غور کریں کہ مسلمانوں کو کمتر اسباب کے باوجود اتنی کھلی ہوئی فتح کیوں نصیب ہوئی۔</w:t>
      </w:r>
    </w:p>
    <w:p>
      <w:r>
        <w:rPr>
          <w:b/>
        </w:rPr>
        <w:t xml:space="preserve">[1:50:42] </w:t>
      </w:r>
      <w:r>
        <w:t>is ka saaf matlab yeh hai ke Khuda Musalmanon ke deen ke saath hai, na ke Quraish ke deen ke saath.</w:t>
      </w:r>
    </w:p>
    <w:p>
      <w:pPr>
        <w:jc w:val="right"/>
      </w:pPr>
      <w:r>
        <w:t>اس کا صاف مطلب یہ ہے کہ خدا مسلمانوں کے دین کے ساتھ ہے، نہ کہ قریش کے دین کے ساتھ۔</w:t>
      </w:r>
    </w:p>
    <w:p>
      <w:r>
        <w:rPr>
          <w:b/>
        </w:rPr>
        <w:t xml:space="preserve">[1:50:51] </w:t>
      </w:r>
      <w:r>
        <w:t>yeh doosra zehan agar paida ho jaye to woh un ko aamada karega ke woh apni sabaq rosh ko badlein aur jis deen ko pehle ikhtiyar na kar sake, us ko ab se ikhtiyar kar lein.</w:t>
      </w:r>
    </w:p>
    <w:p>
      <w:pPr>
        <w:jc w:val="right"/>
      </w:pPr>
      <w:r>
        <w:t>یہ دوسرا ذہن اگر پیدا ہو جائے تو وہ ان کو آمادہ کرے گا کہ وہ اپنی سابقہ روش کو بدلیں اور جس دین کو پہلے اختیار نہ کر سکے، اس کو اب سے اختیار کر لیں۔</w:t>
      </w:r>
    </w:p>
    <w:p>
      <w:r>
        <w:rPr>
          <w:b/>
        </w:rPr>
        <w:t xml:space="preserve">[1:51:06] </w:t>
      </w:r>
      <w:r>
        <w:t>aur is tarah dunya aur aakhirat mein Khuda ke inaam ke mustahiq banen.</w:t>
      </w:r>
    </w:p>
    <w:p>
      <w:pPr>
        <w:jc w:val="right"/>
      </w:pPr>
      <w:r>
        <w:t>اور اس طرح دنیا اور آخرت میں خدا کے انعام کے مستحق بنیں۔</w:t>
      </w:r>
    </w:p>
    <w:p>
      <w:r>
        <w:rPr>
          <w:b/>
        </w:rPr>
        <w:t xml:space="preserve">[1:51:13] </w:t>
      </w:r>
      <w:r>
        <w:t>tareekh batati hai ke Quraish ke logon mein ek tadad aisi nikli jin ke dil mein mazkoora sawal jaag utha aur jald ya badair woh Islam mein dakhil ho gaye.</w:t>
      </w:r>
    </w:p>
    <w:p>
      <w:pPr>
        <w:jc w:val="right"/>
      </w:pPr>
      <w:r>
        <w:t>تاریخ بتاتی ہے کہ قریش کے لوگوں میں ایک تعداد ایسی نکلی جن کے دل میں مذکورہ سوال جاگ اٹھا اور جلد یا بدیر وہ اسلام میں داخل ہو گئے۔</w:t>
      </w:r>
    </w:p>
    <w:p>
      <w:r>
        <w:rPr>
          <w:b/>
        </w:rPr>
        <w:t xml:space="preserve">[1:51:26] </w:t>
      </w:r>
      <w:r>
        <w:t>Hazrat Abbas bin Abdul Muttalib ne zamana qaid hi mein Islam qabool kar liya. Kuch doosre log baad ko Islam ke halqay mein aa gaye.</w:t>
      </w:r>
    </w:p>
    <w:p>
      <w:pPr>
        <w:jc w:val="right"/>
      </w:pPr>
      <w:r>
        <w:t>حضرت عباس بن عبدالمطلب نے زمانہ قید ہی میں اسلام قبول کر لیا۔ کچھ دوسرے لوگ بعد کو اسلام کے حلقے میں آ گئے۔</w:t>
      </w:r>
    </w:p>
    <w:p>
      <w:r>
        <w:rPr>
          <w:b/>
        </w:rPr>
        <w:t xml:space="preserve">[1:51:38] </w:t>
      </w:r>
      <w:r>
        <w:t>yeh log agarche grohi ta'assub ki nazar mein zaleel hue, magar unhon ne Khuda ki nazar mein izzat hasil kar li.</w:t>
      </w:r>
    </w:p>
    <w:p>
      <w:pPr>
        <w:jc w:val="right"/>
      </w:pPr>
      <w:r>
        <w:t>یہ لوگ اگرچہ گروہی تعصب کی نظر میں ذلیل ہوئے، مگر انہوں نے خدا کی نظر میں عزت حاصل کر لی۔</w:t>
      </w:r>
    </w:p>
    <w:p>
      <w:r>
        <w:rPr>
          <w:b/>
        </w:rPr>
        <w:t xml:space="preserve">[1:51:47] </w:t>
      </w:r>
      <w:r>
        <w:t>dunya ka nuqsan utha kar woh aakhirat ke faiday ke malik ban gaye.</w:t>
      </w:r>
    </w:p>
    <w:p>
      <w:pPr>
        <w:jc w:val="right"/>
      </w:pPr>
      <w:r>
        <w:t>دنیا کا نقصان اٹھا کر وہ آخرت کے فائدے کے مالک بن گئے۔</w:t>
      </w:r>
    </w:p>
    <w:p>
      <w:r>
        <w:rPr>
          <w:b/>
        </w:rPr>
        <w:t xml:space="preserve">[1:51:52] </w:t>
      </w:r>
      <w:r>
        <w:t>qaidiyon ko chhodne ki wajah se Musalmanon ko yeh andesha tha ke woh is ko ehsaan samajh kar is ka etiraf nahi karenge, balkay pehle ki tarah dobara sazish aur ta'khreeb kaari ka rasta ikhtiyar kar ke Islam ki raah mein rukawat ban jayenge.</w:t>
      </w:r>
    </w:p>
    <w:p>
      <w:pPr>
        <w:jc w:val="right"/>
      </w:pPr>
      <w:r>
        <w:t>قیدیوں کو چھوڑنے کی وجہ سے مسلمانوں کو یہ اندیشہ تھا کہ وہ اس کو احسان سمجھ کر اس کا اعتراف نہیں کریں گے، بلکہ پہلے کی طرح دوبارہ سازش اور تخریب کاری کا راستہ اختیار کر کے اسلام کی راہ میں رکاوٹ بن جائیں گے۔</w:t>
      </w:r>
    </w:p>
    <w:p>
      <w:r>
        <w:rPr>
          <w:b/>
        </w:rPr>
        <w:t xml:space="preserve">[1:52:11] </w:t>
      </w:r>
      <w:r>
        <w:t>magar Quran ne is andeshe ko ahmiyat na di, kyun ke khalais haq ke liye jo tehreek uthti hai, woh aam tarz ki insani tehreek nahi hoti.</w:t>
      </w:r>
    </w:p>
    <w:p>
      <w:pPr>
        <w:jc w:val="right"/>
      </w:pPr>
      <w:r>
        <w:t>مگر قرآن نے اس اندیشے کو اہمیت نہ دی، کیونکہ خالص حق کے لیے جو تحریک اٹھتی ہے، وہ عام طرز کی انسانی تحریک نہیں ہوتی۔</w:t>
      </w:r>
    </w:p>
    <w:p>
      <w:r>
        <w:rPr>
          <w:b/>
        </w:rPr>
        <w:t xml:space="preserve">[1:52:23] </w:t>
      </w:r>
      <w:r>
        <w:t>woh ek Khudaai muamla hota hai. Uski pusht par Khuda hota hai aur Khuda se ladna kisi ke bas ki baat nahi.</w:t>
      </w:r>
    </w:p>
    <w:p>
      <w:pPr>
        <w:jc w:val="right"/>
      </w:pPr>
      <w:r>
        <w:t>وہ ایک خدائی معاملہ ہوتا ہے۔ اس کی پشت پر خدا ہوتا ہے اور خدا سے لڑنا کسی کے بس کی بات نہیں۔</w:t>
      </w:r>
    </w:p>
    <w:p>
      <w:r>
        <w:rPr>
          <w:b/>
        </w:rPr>
        <w:t xml:space="preserve">[1:52:35] </w:t>
      </w:r>
      <w:r>
        <w:t>Innalazina amanu wahajaru wajhadu bi amwalihim wa anfusihim fi sabilillah wallazina awaw wanasaru wallazina awaw wanasaru</w:t>
      </w:r>
    </w:p>
    <w:p>
      <w:pPr>
        <w:jc w:val="right"/>
      </w:pPr>
      <w:r>
        <w:t>ان الذین آمنوا وهاجروا وجاہدوا باموالهم وانفسهم فی سبیل اللہ والذین آواونصروا والذین آواونصروا</w:t>
      </w:r>
    </w:p>
    <w:p>
      <w:r>
        <w:rPr>
          <w:b/>
        </w:rPr>
        <w:t xml:space="preserve">[1:52:54] </w:t>
      </w:r>
      <w:r>
        <w:t>ulaik ba'duhum awliya'u ba'd wallazina amanu walam yuhajiru malakum min wilayatihim</w:t>
      </w:r>
    </w:p>
    <w:p>
      <w:pPr>
        <w:jc w:val="right"/>
      </w:pPr>
      <w:r>
        <w:t>اولئک بعضهم اولیاء بعض والذین آمنوا ولم يهاجروا ما لكم من ولایتهم</w:t>
      </w:r>
    </w:p>
    <w:p>
      <w:r>
        <w:rPr>
          <w:b/>
        </w:rPr>
        <w:t xml:space="preserve">[1:53:10] </w:t>
      </w:r>
      <w:r>
        <w:t>min shay'in hatta yuhajiru wa in istansarukum fid-dini fa'alaykumun-nasru illa 'ala qawmin minkum wa bainahum</w:t>
      </w:r>
    </w:p>
    <w:p>
      <w:pPr>
        <w:jc w:val="right"/>
      </w:pPr>
      <w:r>
        <w:t>من شیء حتى یہاجروا وإن استنصروكم فی الدین فعلیكم النصر إلا علی قوم من بینکم وبینہم</w:t>
      </w:r>
    </w:p>
    <w:p>
      <w:r>
        <w:rPr>
          <w:b/>
        </w:rPr>
        <w:t xml:space="preserve">[1:53:27] </w:t>
      </w:r>
      <w:r>
        <w:t>mithaq wallahu bima ta'maluna basirun wallazina kafaruba'duhum awliya'u ba'd illa taf'aluhu takun fitnatun</w:t>
      </w:r>
    </w:p>
    <w:p>
      <w:pPr>
        <w:jc w:val="right"/>
      </w:pPr>
      <w:r>
        <w:t>میثاق واللہ بما تعملون بصیر والذین کفروا بعضهم اولیاء بعض إلا تفعلوه تكن فتنة</w:t>
      </w:r>
    </w:p>
    <w:p>
      <w:r>
        <w:rPr>
          <w:b/>
        </w:rPr>
        <w:t xml:space="preserve">[1:53:48] </w:t>
      </w:r>
      <w:r>
        <w:t>fil-ardi wa fasadun kabirun</w:t>
      </w:r>
    </w:p>
    <w:p>
      <w:pPr>
        <w:jc w:val="right"/>
      </w:pPr>
      <w:r>
        <w:t>فی الأرض وفساد کبیر</w:t>
      </w:r>
    </w:p>
    <w:p>
      <w:r>
        <w:rPr>
          <w:b/>
        </w:rPr>
        <w:t xml:space="preserve">[1:53:54] </w:t>
      </w:r>
      <w:r>
        <w:t>jo log imaan laye aur jinhon ne hijrat ki aur Allah ki raah mein apne jaan o maal se jihad kiya, aur woh log jinhon ne panah di aur madad ki, woh log ek doosre ke rafiq hain.</w:t>
      </w:r>
    </w:p>
    <w:p>
      <w:pPr>
        <w:jc w:val="right"/>
      </w:pPr>
      <w:r>
        <w:t>جو لوگ ایمان لائے اور جنہوں نے ہجرت کی اور اللہ کی راہ میں اپنے جان و مال سے جہاد کیا، اور وہ لوگ جنہوں نے پناہ دی اور مدد کی، وہ لوگ ایک دوسرے کے رفیق ہیں۔</w:t>
      </w:r>
    </w:p>
    <w:p>
      <w:r>
        <w:rPr>
          <w:b/>
        </w:rPr>
        <w:t xml:space="preserve">[1:54:07] </w:t>
      </w:r>
      <w:r>
        <w:t>aur jo log imaan laye magar unhon ne hijrat nahi ki, to un se tumhara rafaqat ka koi talluq nahi</w:t>
      </w:r>
    </w:p>
    <w:p>
      <w:pPr>
        <w:jc w:val="right"/>
      </w:pPr>
      <w:r>
        <w:t>اور جو لوگ ایمان لائے مگر انہوں نے ہجرت نہیں کی، تو ان سے تمہارا رفاقت کا کوئی تعلق نہیں</w:t>
      </w:r>
    </w:p>
    <w:p>
      <w:r>
        <w:rPr>
          <w:b/>
        </w:rPr>
        <w:t xml:space="preserve">[1:54:16] </w:t>
      </w:r>
      <w:r>
        <w:t>jab tak ke woh hijrat kar ke na aa jayen aur woh tum se deen ke muamle mein madad mangen, to tum par un ki madad karna wajib hai.</w:t>
      </w:r>
    </w:p>
    <w:p>
      <w:pPr>
        <w:jc w:val="right"/>
      </w:pPr>
      <w:r>
        <w:t>جب تک کہ وہ ہجرت کر کے نہ آ جائیں اور وہ تم سے دین کے معاملے میں مدد مانگیں، تو تم پر ان کی مدد کرنا واجب ہے۔</w:t>
      </w:r>
    </w:p>
    <w:p>
      <w:r>
        <w:rPr>
          <w:b/>
        </w:rPr>
        <w:t xml:space="preserve">[1:54:26] </w:t>
      </w:r>
      <w:r>
        <w:t>illa yeh ke madad kisi aisi qom ke khilaf ho jis ke sath tumhara mu'ahida hai, aur jo kuch tum karte ho, Allah us ko dekh raha hai.</w:t>
      </w:r>
    </w:p>
    <w:p>
      <w:pPr>
        <w:jc w:val="right"/>
      </w:pPr>
      <w:r>
        <w:t>الا یہ کہ مدد کسی ایسی قوم کے خلاف ہو جس کے ساتھ تمہارا معاہدہ ہے، اور جو کچھ تم کرتے ہو، اللہ اس کو دیکھ رہا ہے۔</w:t>
      </w:r>
    </w:p>
    <w:p>
      <w:r>
        <w:rPr>
          <w:b/>
        </w:rPr>
        <w:t xml:space="preserve">[1:54:36] </w:t>
      </w:r>
      <w:r>
        <w:t>aur jo log munkir hain, woh ek doosre ke rafiq hain.</w:t>
      </w:r>
    </w:p>
    <w:p>
      <w:pPr>
        <w:jc w:val="right"/>
      </w:pPr>
      <w:r>
        <w:t>اور جو لوگ منکر ہیں، وہ ایک دوسرے کے رفیق ہیں۔</w:t>
      </w:r>
    </w:p>
    <w:p>
      <w:r>
        <w:rPr>
          <w:b/>
        </w:rPr>
        <w:t xml:space="preserve">[1:54:41] </w:t>
      </w:r>
      <w:r>
        <w:t>agar tum aisa na karo ge to zameen par fitna phailay ga aur bara fasad hoga. tashreeh aam taur par jab aik aadmi doosray ki madad karta hai to is ki wajah yeh hoti hai ke woh aadmi is ke apnay khandan ka hai,</w:t>
      </w:r>
    </w:p>
    <w:p>
      <w:pPr>
        <w:jc w:val="right"/>
      </w:pPr>
      <w:r>
        <w:t>اگر تم ایسا نہ کرو گے تو زمین پر فتنہ پھیلے گا اور بڑا فساد ہوگا۔ تشریح عام طور پر جب ایک آدمی دوسرے کی مدد کرتا ہے تو اس کی وجہ یہ ہوتی ہے کہ وہ آدمی اس کے اپنے خاندان کا ہے،</w:t>
      </w:r>
    </w:p>
    <w:p>
      <w:r>
        <w:rPr>
          <w:b/>
        </w:rPr>
        <w:t xml:space="preserve">[1:55:03] </w:t>
      </w:r>
      <w:r>
        <w:t>is se grohi aur jamaati talluq hai. m</w:t>
      </w:r>
    </w:p>
    <w:p>
      <w:pPr>
        <w:jc w:val="right"/>
      </w:pPr>
      <w:r>
        <w:t>اس سے گروہی اور جماعتی تعلق ہے۔ م</w:t>
      </w:r>
    </w:p>
    <w:p>
      <w:r>
        <w:rPr>
          <w:b/>
        </w:rPr>
        <w:t xml:space="preserve">[1:55:07] </w:t>
      </w:r>
      <w:r>
        <w:t>agar hijrat ke baad madina mein jo islami moashra qaim hua, woh aisa moashra tha jis mein ghar walon ne apnay ghar aisay logon ko diye jin se talluq ki buniyad sirf deen thi.</w:t>
      </w:r>
    </w:p>
    <w:p>
      <w:pPr>
        <w:jc w:val="right"/>
      </w:pPr>
      <w:r>
        <w:t>گر ہجرت کے بعد مدینہ میں جو اسلامی معاشرہ قائم ہوا، وہ ایسا معاشرہ تھا جس میں گھر والوں نے اپنے گھر ایسے لوگوں کو دیے جن سے تعلق کی بنیاد صرف دین تھی۔</w:t>
      </w:r>
    </w:p>
    <w:p>
      <w:r>
        <w:rPr>
          <w:b/>
        </w:rPr>
        <w:t xml:space="preserve">[1:55:23] </w:t>
      </w:r>
      <w:r>
        <w:t>jo log apnay watan ko chhod kar madina aaye, woh bhi Allah ke liye aur akhirat talbi ke liye aaye, aur jinhon ne in ajnabi logon ko apnay maal aur apni jaidad mein shareek kiya, woh bhi sirf is liye taake un ka Khuda un se khush ho aur akhirat mein unhein jannaton mein dakhil karay.</w:t>
      </w:r>
    </w:p>
    <w:p>
      <w:pPr>
        <w:jc w:val="right"/>
      </w:pPr>
      <w:r>
        <w:t>جو لوگ اپنے وطن کو چھوڑ کر مدینہ آئے، وہ بھی اللہ کے لیے اور آخرت طلبی کے لیے آئے، اور جنہوں نے ان اجنبی لوگوں کو اپنے مال اور اپنی جائیداد میں شریک کیا، وہ بھی صرف اس لیے تاکہ ان کا خدا ان سے خوش ہو اور آخرت میں انہیں جنتوں میں داخل کرے۔</w:t>
      </w:r>
    </w:p>
    <w:p>
      <w:r>
        <w:rPr>
          <w:b/>
        </w:rPr>
        <w:t xml:space="preserve">[1:55:50] </w:t>
      </w:r>
      <w:r>
        <w:t>yeh aik aisa samajh tha jis mein aham cheez khandan aur nisbat nahi balke imaan o islam tha.</w:t>
      </w:r>
    </w:p>
    <w:p>
      <w:pPr>
        <w:jc w:val="right"/>
      </w:pPr>
      <w:r>
        <w:t>یہ ایک ایسا سماج تھا جس میں اہم چیز خاندان اور نسبت نہیں بلکہ ایمان و اسلام تھا۔</w:t>
      </w:r>
    </w:p>
    <w:p>
      <w:r>
        <w:rPr>
          <w:b/>
        </w:rPr>
        <w:t xml:space="preserve">[1:55:59] </w:t>
      </w:r>
      <w:r>
        <w:t>woh aik doosray ki madad karte thay magar duniyavi faiday ke liye nahi balke akhirat ke faiday ke liye. woh aik doosray ko dete thay magar paanay walay se kisi badlay ki umeed mein nahi balke Allah se inaam ki umeed mein.</w:t>
      </w:r>
    </w:p>
    <w:p>
      <w:pPr>
        <w:jc w:val="right"/>
      </w:pPr>
      <w:r>
        <w:t>وہ ایک دوسرے کی مدد کرتے تھے مگر دنیاوی فائدے کے لیے نہیں بلکہ آخرت کے فائدے کے لیے۔ وہ ایک دوسرے کو دیتے تھے مگر پانے والے سے کسی بدلے کی امید میں نہیں بلکہ اللہ سے انعام کی امید میں۔</w:t>
      </w:r>
    </w:p>
    <w:p>
      <w:r>
        <w:rPr>
          <w:b/>
        </w:rPr>
        <w:t xml:space="preserve">[1:56:19] </w:t>
      </w:r>
      <w:r>
        <w:t>wahi moashra haqeeqi islami moashra hai jahan talluqaat khandan rishton aur grohi asbiyaton par qaim na hon balke haq ki buniyad par qaim hon.</w:t>
      </w:r>
    </w:p>
    <w:p>
      <w:pPr>
        <w:jc w:val="right"/>
      </w:pPr>
      <w:r>
        <w:t>وہی معاشرہ حقیقتاً اسلامی معاشرہ ہے جہاں تعلقات خاندانی رشتوں اور گروہی عصبیتوں پر قائم نہ ہوں بلکہ حق کی بنیاد پر قائم ہوں۔</w:t>
      </w:r>
    </w:p>
    <w:p>
      <w:r>
        <w:rPr>
          <w:b/>
        </w:rPr>
        <w:t xml:space="preserve">[1:56:34] </w:t>
      </w:r>
      <w:r>
        <w:t>jahan log aik doosray ke haami o nasir is buniyad par hon ke woh un ke deeni bhai hain, na ke is buniyad par ke duniyavi maslahaton mein se koi maslahat un ke sath wabasta hai.</w:t>
      </w:r>
    </w:p>
    <w:p>
      <w:pPr>
        <w:jc w:val="right"/>
      </w:pPr>
      <w:r>
        <w:t>جہاں لوگ ایک دوسرے کے حامی و ناصر اس بنیاد پر ہوں کہ وہ ان کے دینی بھائی ہیں، نہ کہ اس بنیاد پر کہ دنیاوی مصلحتوں میں سے کوئی مصلحت ان کے ساتھ وابستہ ہے۔</w:t>
      </w:r>
    </w:p>
    <w:p>
      <w:r>
        <w:rPr>
          <w:b/>
        </w:rPr>
        <w:t xml:space="preserve">[1:56:51] </w:t>
      </w:r>
      <w:r>
        <w:t>aik musalman jab doosray musalman se haq ke moamlay mein madad talab kare to us waqt is ki madad karna bilkul lazim hai.</w:t>
      </w:r>
    </w:p>
    <w:p>
      <w:pPr>
        <w:jc w:val="right"/>
      </w:pPr>
      <w:r>
        <w:t>ایک مسلمان جب دوسرے مسلمان سے حق کے معاملے میں مدد طلب کرے تو اس وقت اس کی مدد کرنا بالکل لازم ہے۔</w:t>
      </w:r>
    </w:p>
    <w:p>
      <w:r>
        <w:rPr>
          <w:b/>
        </w:rPr>
        <w:t xml:space="preserve">[1:57:03] </w:t>
      </w:r>
      <w:r>
        <w:t>agar musalmanon mein bahami madad ki yeh rooh baqi na rahe to yeh hoga ke sharir log kamzor musalmanon par dalair ho jayen ge aur un ki zindagi aur un ke imaan ka mehfooz rehna sakht mushkil ho jayega.</w:t>
      </w:r>
    </w:p>
    <w:p>
      <w:pPr>
        <w:jc w:val="right"/>
      </w:pPr>
      <w:r>
        <w:t>اگر مسلمانوں میں باہمی مدد کی یہ روح باقی نہ رہے تو یہ ہوگا کہ شریر لوگ کمزور مسلمانوں پر دلیر ہو جائیں گے اور ان کی زندگی اور ان کے ایمان کا محفوظ رہنا سخت مشکل ہو جائے گا۔</w:t>
      </w:r>
    </w:p>
    <w:p>
      <w:r>
        <w:rPr>
          <w:b/>
        </w:rPr>
        <w:t xml:space="preserve">[1:57:23] </w:t>
      </w:r>
      <w:r>
        <w:t>haq ke mukhalifeen apnay sathiyon ki madad ke liye intehai mutasib hotay hain, phir haq ke mannay walay apnay sathiyon ki madad mein kyun na sar garam hon.</w:t>
      </w:r>
    </w:p>
    <w:p>
      <w:pPr>
        <w:jc w:val="right"/>
      </w:pPr>
      <w:r>
        <w:t>حق کے مخالفین اپنے ساتھیوں کی مدد کے لیے انتہائی متعصب ہوتے ہیں، پھر حق کے ماننے والے اپنے ساتھیوں کی مدد میں کیوں نہ سرگرم ہوں۔</w:t>
      </w:r>
    </w:p>
    <w:p>
      <w:r>
        <w:rPr>
          <w:b/>
        </w:rPr>
        <w:t xml:space="preserve">[1:57:36] </w:t>
      </w:r>
      <w:r>
        <w:t>is mein istasna sirf is waqt hai jab ke moamla bain ul aqwami ho aur musalmanon ki madad karna bain ul aqwami pecheedgiyan paida karne ke hum maani samjha jaye.</w:t>
      </w:r>
    </w:p>
    <w:p>
      <w:pPr>
        <w:jc w:val="right"/>
      </w:pPr>
      <w:r>
        <w:t>اس میں استثنیٰ صرف اس وقت ہے جب کہ معاملہ بین الاقوامی ہو اور مسلمانوں کی مدد کرنا بین الاقوامی پیچیدگیاں پیدا کرنے کے ہم معنی سمجھا جائے۔</w:t>
      </w:r>
    </w:p>
    <w:p>
      <w:r>
        <w:rPr>
          <w:b/>
        </w:rPr>
        <w:t xml:space="preserve">[1:57:50] </w:t>
      </w:r>
      <w:r>
        <w:t>hijrat jannat mein dakhlay ka darwaza hai. aik banda jab Khuda ke napasandeeda maqam se nikal kar Khuda ke pasandeeda maqam ki taraf jata hai to darasal woh ghair jannat ko chhod kar jannat mein dakhil hota hai.</w:t>
      </w:r>
    </w:p>
    <w:p>
      <w:pPr>
        <w:jc w:val="right"/>
      </w:pPr>
      <w:r>
        <w:t>ہجرت جنت میں داخلے کا دروازہ ہے۔ ایک بندہ جب خدا کے ناپسندیدہ مقام سے نکل کر خدا کے پسندیدہ مقام کی طرف جاتا ہے تو دراصل وہ غیر جنت کو چھوڑ کر جنت میں داخل ہوتا ہے۔</w:t>
      </w:r>
    </w:p>
    <w:p>
      <w:r>
        <w:rPr>
          <w:b/>
        </w:rPr>
        <w:t xml:space="preserve">[1:58:10] </w:t>
      </w:r>
      <w:r>
        <w:t>walazina amanu wahaajaro wajaahadoo fi sabeelillah walazina aawonansaroo olayeka hum al mominoon haqqan lahum</w:t>
      </w:r>
    </w:p>
    <w:p>
      <w:pPr>
        <w:jc w:val="right"/>
      </w:pPr>
      <w:r>
        <w:t>والذین آمنوا وهاجروا وجاہدوا فی سبیل اللہ والذین آواونصروا اولئک هم المؤمنون حقا لہم</w:t>
      </w:r>
    </w:p>
    <w:p>
      <w:r>
        <w:rPr>
          <w:b/>
        </w:rPr>
        <w:t xml:space="preserve">[1:58:28] </w:t>
      </w:r>
      <w:r>
        <w:t>maghfirah warizq kareem walazina amanu min baadu wahaajaro wajaahadoo maakum faolayeka minkum</w:t>
      </w:r>
    </w:p>
    <w:p>
      <w:pPr>
        <w:jc w:val="right"/>
      </w:pPr>
      <w:r>
        <w:t>مغفرۃ ورزق کریم والذین آمنوا من بعد وهاجروا وجاہدوا معكم فاولئک منکم</w:t>
      </w:r>
    </w:p>
    <w:p>
      <w:r>
        <w:rPr>
          <w:b/>
        </w:rPr>
        <w:t xml:space="preserve">[1:58:47] </w:t>
      </w:r>
      <w:r>
        <w:t>wa olo al arham ba'duhum oola bib'din fi kitabillah</w:t>
      </w:r>
    </w:p>
    <w:p>
      <w:pPr>
        <w:jc w:val="right"/>
      </w:pPr>
      <w:r>
        <w:t>وأولو الأرحام بعضهم أولى ببعض فی کتاب اللہ</w:t>
      </w:r>
    </w:p>
    <w:p>
      <w:r>
        <w:rPr>
          <w:b/>
        </w:rPr>
        <w:t xml:space="preserve">[1:58:57] </w:t>
      </w:r>
      <w:r>
        <w:t>innallaha bikulli shai'in aleem</w:t>
      </w:r>
    </w:p>
    <w:p>
      <w:pPr>
        <w:jc w:val="right"/>
      </w:pPr>
      <w:r>
        <w:t>إن الله بكل شیء علیم</w:t>
      </w:r>
    </w:p>
    <w:p>
      <w:r>
        <w:rPr>
          <w:b/>
        </w:rPr>
        <w:t xml:space="preserve">[1:59:04] </w:t>
      </w:r>
      <w:r>
        <w:t>aur jo log imaan laye aur unhon ne hijrat ki aur Allah ki rah mein jihad kiya, aur jin logon ne panah di aur madad ki, yahi log sachay momin hain.</w:t>
      </w:r>
    </w:p>
    <w:p>
      <w:pPr>
        <w:jc w:val="right"/>
      </w:pPr>
      <w:r>
        <w:t>اور جو لوگ ایمان لائے اور انہوں نے ہجرت کی اور اللہ کی راہ میں جہاد کیا، اور جن لوگوں نے پناہ دی اور مدد کی، یہی لوگ سچے مومن ہیں۔</w:t>
      </w:r>
    </w:p>
    <w:p>
      <w:r>
        <w:rPr>
          <w:b/>
        </w:rPr>
        <w:t xml:space="preserve">[1:59:16] </w:t>
      </w:r>
      <w:r>
        <w:t>un ke liye bakhshish hai aur behtareen rizq hai, aur jo log baad mein imaan laye aur hijrat ki aur tumharay sath mil kar jihad kiya, woh bhi tum mein se hain.</w:t>
      </w:r>
    </w:p>
    <w:p>
      <w:pPr>
        <w:jc w:val="right"/>
      </w:pPr>
      <w:r>
        <w:t>ان کے لیے بخشش ہے اور بہترین رزق ہے، اور جو لوگ بعد میں ایمان لائے اور ہجرت کی اور تمہارے ساتھ مل کر جہاد کیا، وہ بھی تم میں سے ہیں۔</w:t>
      </w:r>
    </w:p>
    <w:p>
      <w:r>
        <w:rPr>
          <w:b/>
        </w:rPr>
        <w:t xml:space="preserve">[1:59:30] </w:t>
      </w:r>
      <w:r>
        <w:t>aur khoon ke rishtay daar aik doosray ke ziyada haqdar hain Allah ke nushate mein. beshak Allah har cheez ka jananay wala hai.</w:t>
      </w:r>
    </w:p>
    <w:p>
      <w:pPr>
        <w:jc w:val="right"/>
      </w:pPr>
      <w:r>
        <w:t>اور خون کے رشتہ دار ایک دوسرے کے زیادہ حقدار ہیں اللہ کے نوشتے میں۔ بے شک اللہ ہر چیز کا جاننے والا ہے۔</w:t>
      </w:r>
    </w:p>
    <w:p>
      <w:r>
        <w:rPr>
          <w:b/>
        </w:rPr>
        <w:t xml:space="preserve">[1:59:42] </w:t>
      </w:r>
      <w:r>
        <w:t>tashreeh Khuda par imaan lana Khuda ke liye zindagi guzarne ka faisla karna hai. aisay log aksar un logon ke darmiyan ajnabi ban jatay hain jo Khuda ke siwa kisi aur cheez ki khatir zindagi guzar rahay hain.</w:t>
      </w:r>
    </w:p>
    <w:p>
      <w:pPr>
        <w:jc w:val="right"/>
      </w:pPr>
      <w:r>
        <w:t>تشریح خدا پر ایمان لانا خدا کے لیے زندگی گزارنے کا فیصلہ کرنا ہے۔ ایسے لوگ اکثر ان لوگوں کے درمیان اجنبی بن جاتے ہیں جو خدا کے سوا کسی اور چیز کی خاطر زندگی گزار رہے ہوں۔</w:t>
      </w:r>
    </w:p>
    <w:p>
      <w:r>
        <w:rPr>
          <w:b/>
        </w:rPr>
        <w:t xml:space="preserve">[2:00:01] </w:t>
      </w:r>
      <w:r>
        <w:t>yeh ajnabiyat kabhi itni barhti hai ke hijrat ki nabat aa jati hai.</w:t>
      </w:r>
    </w:p>
    <w:p>
      <w:pPr>
        <w:jc w:val="right"/>
      </w:pPr>
      <w:r>
        <w:t>یہ اجنبیت کبھی اتنی بڑھتی ہے کہ ہجرت کی نوبت آ جاتی ہے۔</w:t>
      </w:r>
    </w:p>
    <w:p>
      <w:r>
        <w:rPr>
          <w:b/>
        </w:rPr>
        <w:t xml:space="preserve">[2:00:08] </w:t>
      </w:r>
      <w:r>
        <w:t>mahol ki mukhalifat ke nateejay mein poori zindagi jad o jehad aur janfashani ki zindagi ban kar reh jati hai.</w:t>
      </w:r>
    </w:p>
    <w:p>
      <w:pPr>
        <w:jc w:val="right"/>
      </w:pPr>
      <w:r>
        <w:t>ماحول کی مخالفت کے نتیجے میں پوری زندگی جدوجہد اور جانفشانی کی زندگی بن کر رہ جاتی ہے۔</w:t>
      </w:r>
    </w:p>
    <w:p>
      <w:r>
        <w:rPr>
          <w:b/>
        </w:rPr>
        <w:t xml:space="preserve">[2:00:19] </w:t>
      </w:r>
      <w:r>
        <w:t>yehi log hain jo Khuda ke nazdeek sachay momin hain.</w:t>
      </w:r>
    </w:p>
    <w:p>
      <w:pPr>
        <w:jc w:val="right"/>
      </w:pPr>
      <w:r>
        <w:t>یہی لوگ ہیں جو خدا کے نزدیک سچے مومن ہیں۔</w:t>
      </w:r>
    </w:p>
    <w:p>
      <w:r>
        <w:rPr>
          <w:b/>
        </w:rPr>
        <w:t xml:space="preserve">[2:00:24] </w:t>
      </w:r>
      <w:r>
        <w:t>is ke baad sacha imaan un logon ka hai jo Islam ki khatir barbaad ho janay walay is qafilay ke pusht panah banen, woh un ko jagah dein aur un ki har mumkin madad ke liye kharay ho jayen.</w:t>
      </w:r>
    </w:p>
    <w:p>
      <w:pPr>
        <w:jc w:val="right"/>
      </w:pPr>
      <w:r>
        <w:t>اس کے بعد سچا ایمان ان لوگوں کا ہے جو اسلام کی خاطر برباد ہو جانے والے اس قافلے کے پشت پناہ بنیں، وہ ان کو جگہ دیں اور ان کی ہر ممکن مدد کے لیے کھڑے ہو جائیں۔</w:t>
      </w:r>
    </w:p>
    <w:p>
      <w:r>
        <w:rPr>
          <w:b/>
        </w:rPr>
        <w:t xml:space="preserve">[2:00:42] </w:t>
      </w:r>
      <w:r>
        <w:t>jin ki zindagiyaan nahi looti hain, woh apna asasa un logon ke hawale kar dein jin ki zindagiyaan Islam ki raah mein lut gayi hain.</w:t>
      </w:r>
    </w:p>
    <w:p>
      <w:pPr>
        <w:jc w:val="right"/>
      </w:pPr>
      <w:r>
        <w:t>جن کی زندگیاں نہیں لوٹی ہیں، وہ اپنا اثاثہ ان لوگوں کے حوالے کر دیں جن کی زندگیاں اسلام کی راہ میں لٹ گئی ہیں۔</w:t>
      </w:r>
    </w:p>
    <w:p>
      <w:r>
        <w:rPr>
          <w:b/>
        </w:rPr>
        <w:t xml:space="preserve">[2:00:53] </w:t>
      </w:r>
      <w:r>
        <w:t>is se maloom hua ke haqeeqi musalman banne ke liye aadmi ko do mein se kam az kam aik cheez ka saboot dena hai.</w:t>
      </w:r>
    </w:p>
    <w:p>
      <w:pPr>
        <w:jc w:val="right"/>
      </w:pPr>
      <w:r>
        <w:t>اس سے معلوم ہوا کہ حقیقی مسلم بننے کے لیے آدمی کو دو میں سے کم از کم ایک چیز کا ثبوت دینا ہے۔</w:t>
      </w:r>
    </w:p>
    <w:p>
      <w:r>
        <w:rPr>
          <w:b/>
        </w:rPr>
        <w:t xml:space="preserve">[2:01:03] </w:t>
      </w:r>
      <w:r>
        <w:t>aadmi ya to apne aap ko Islam ke sath is tarah wabasta kare ke agar is ko apni bani banai dunya ujaar deni paray to is se bhi daregh na kare.</w:t>
      </w:r>
    </w:p>
    <w:p>
      <w:pPr>
        <w:jc w:val="right"/>
      </w:pPr>
      <w:r>
        <w:t>آدمی یا تو اپنے آپ کو اسلام کے ساتھ اس طرح وابستہ کرے کہ اگر اس کو اپنی بنی بنائی دنیا اجاڑ دینی پڑے تو اس سے بھی دریغ نہ کرے۔</w:t>
      </w:r>
    </w:p>
    <w:p>
      <w:r>
        <w:rPr>
          <w:b/>
        </w:rPr>
        <w:t xml:space="preserve">[2:01:19] </w:t>
      </w:r>
      <w:r>
        <w:t>aaram ki zindagi ko be aaraami ki zindagi bana deni paray to is ko bhi gawara kare. phir yeh ke Islam ki khatir jab kuch log apna asasa luta dein to woh log jo abhi lutne se mehfooz hain, woh pehle fareeq ki madad ke liye apna baazu khol dein, hatta ke zaroorat ho to apni kamai aur apni jaidad mein bhi in ko shareek kar le</w:t>
      </w:r>
    </w:p>
    <w:p>
      <w:pPr>
        <w:jc w:val="right"/>
      </w:pPr>
      <w:r>
        <w:t>آرام کی زندگی کو بے آرامی کی زندگی بنا دینا پڑے تو اس کو بھی گوارا کرے۔ پھر یہ کہ اسلام کی خاطر جب کچھ لوگ اپنا اثاثہ لٹا دیں تو وہ لوگ جو ابھی لٹنے سے محفوظ ہیں، وہ پہلے فریق کی مدد کے لیے اپنا بازو کھول دیں، حتیٰ کہ ضرورت ہو تو اپنی کمائی اور اپنی جائیداد میں بھی ان کو شریک کر ل</w:t>
      </w:r>
    </w:p>
    <w:p>
      <w:r>
        <w:rPr>
          <w:b/>
        </w:rPr>
        <w:t xml:space="preserve">[2:01:47] </w:t>
      </w:r>
      <w:r>
        <w:t>in. saacha imaan kisi ko ya to muhajir banne ki satah par milta hai ya ansar banne ki satah par.</w:t>
      </w:r>
    </w:p>
    <w:p>
      <w:pPr>
        <w:jc w:val="right"/>
      </w:pPr>
      <w:r>
        <w:t>یں۔ سچا ایمان کسی کو یا تو مہاجر بننے کی سطح پر ملتا ہے یا انصار بننے کی سطح پر۔</w:t>
      </w:r>
    </w:p>
    <w:p>
      <w:r>
        <w:rPr>
          <w:b/>
        </w:rPr>
        <w:t xml:space="preserve">[2:01:56] </w:t>
      </w:r>
      <w:r>
        <w:t>yehi do qism ke log hain jin ke liye Khuda ke yahan maghfirat aur rizq e kareem hai. aakhirat mein aanay wali jannat intehai satthri aur nafees dunya hai.</w:t>
      </w:r>
    </w:p>
    <w:p>
      <w:pPr>
        <w:jc w:val="right"/>
      </w:pPr>
      <w:r>
        <w:t>یہی دو قسم کے لوگ ہیں جن کے لیے خدا کے یہاں مغفرت اور رزق کریم ہے۔ آخرت میں آنے والی جنت انتہائی ستھری اور نفیس دنیا ہے۔</w:t>
      </w:r>
    </w:p>
    <w:p>
      <w:r>
        <w:rPr>
          <w:b/>
        </w:rPr>
        <w:t xml:space="preserve">[2:02:08] </w:t>
      </w:r>
      <w:r>
        <w:t>woh</w:t>
      </w:r>
    </w:p>
    <w:p>
      <w:pPr>
        <w:jc w:val="right"/>
      </w:pPr>
      <w:r>
        <w:t>وہ</w:t>
      </w:r>
    </w:p>
    <w:p>
      <w:r>
        <w:rPr>
          <w:b/>
        </w:rPr>
        <w:t xml:space="preserve">[2:02:09] </w:t>
      </w:r>
      <w:r>
        <w:t>aik kamil dunya hai aur kamil dunya mein basaye janay ke laiq wohi log ho sakte hain jo khud bhi kamil hon.</w:t>
      </w:r>
    </w:p>
    <w:p>
      <w:pPr>
        <w:jc w:val="right"/>
      </w:pPr>
      <w:r>
        <w:t>ایک کامل دنیا ہے اور کامل دنیا میں بسائے جانے کے لائق وہی لوگ ہو سکتے ہیں جو خود بھی کامل ہوں۔</w:t>
      </w:r>
    </w:p>
    <w:p>
      <w:r>
        <w:rPr>
          <w:b/>
        </w:rPr>
        <w:t xml:space="preserve">[2:02:18] </w:t>
      </w:r>
      <w:r>
        <w:t>koi insaan apni bashri kamzoriyon ki bina par aisi kamaliyat ka saboot nahi de sakta.</w:t>
      </w:r>
    </w:p>
    <w:p>
      <w:pPr>
        <w:jc w:val="right"/>
      </w:pPr>
      <w:r>
        <w:t>کوئی انسان اپنی بشری کمزوریوں کی بنا پر ایسی کاملیت کا ثبوت نہیں دے سکتا۔</w:t>
      </w:r>
    </w:p>
    <w:p>
      <w:r>
        <w:rPr>
          <w:b/>
        </w:rPr>
        <w:t xml:space="preserve">[2:02:27] </w:t>
      </w:r>
      <w:r>
        <w:t>taham Allah ka yeh wada hai ke jo shakhs mazkoora dono kasoti mein se kisi aik kasoti par poora utre ga, Khuda apni qudrat se is ki kamiyon ki talafi kar ke is ko jannat mein dakhil kar de ga.</w:t>
      </w:r>
    </w:p>
    <w:p>
      <w:pPr>
        <w:jc w:val="right"/>
      </w:pPr>
      <w:r>
        <w:t>تاہم اللہ کا یہ وعدہ ہے کہ جو شخص مذکورہ دونوں کسوٹی میں سے کسی ایک کسوٹی پر پورا اترے گا، خدا اپنی قدرت سے اس کی کمیوں کی تلافی کر کے اس کو جنت میں داخل کر دے گا۔</w:t>
      </w:r>
    </w:p>
    <w:p>
      <w:r>
        <w:rPr>
          <w:b/>
        </w:rPr>
        <w:t xml:space="preserve">[2:02:46] </w:t>
      </w:r>
      <w:r>
        <w:t>deen ki buniyad par bhai banne walon ki madad aur himayat be had ahim hai, taham woh rehmi rishton ke huqooq aur un ke darmiyan wirasaton ki taqseem par asar andaaz na hogi.</w:t>
      </w:r>
    </w:p>
    <w:p>
      <w:pPr>
        <w:jc w:val="right"/>
      </w:pPr>
      <w:r>
        <w:t>دین کی بنیاد پر بھائی بننے والوں کی مدد اور حمایت بے حد اہم ہے، تاہم وہ رحمی رشتوں کے حقوق اور ان کے درمیان وراثتوں کی تقسیم پر اثر انداز نہ ہوگی۔</w:t>
      </w:r>
    </w:p>
    <w:p>
      <w:r>
        <w:rPr>
          <w:b/>
        </w:rPr>
        <w:t xml:space="preserve">[2:03:04] </w:t>
      </w:r>
      <w:r>
        <w:t>apni khwahish ke tehat koi shakhs apne ahle khandan ke liye jin cheezon ko zaroori samajh le, un ki koi ahmiyat Allah ke nazdeek nahi hai.</w:t>
      </w:r>
    </w:p>
    <w:p>
      <w:pPr>
        <w:jc w:val="right"/>
      </w:pPr>
      <w:r>
        <w:t>اپنی خواہش کے تحت کوئی شخص اپنے اہل خاندان کے لیے جن چیزوں کو ضروری سمجھ لے، ان کی کوئی اہمیت اللہ کے نزدیک نہیں ہے۔</w:t>
      </w:r>
    </w:p>
    <w:p>
      <w:r>
        <w:rPr>
          <w:b/>
        </w:rPr>
        <w:t xml:space="preserve">[2:03:16] </w:t>
      </w:r>
      <w:r>
        <w:t>taham Allah ne khud apni kitab mein ahle khandan ke liye huqooq aur wirasat ka jo qanoon muqarrar kar diya hai, woh har haal mein qaim rahe ga aur koi doosri cheez is ki adaigi ke liye uzr nahi ban sakti.</w:t>
      </w:r>
    </w:p>
    <w:p>
      <w:pPr>
        <w:jc w:val="right"/>
      </w:pPr>
      <w:r>
        <w:t>تاہم اللہ نے خود اپنی کتاب میں اہل خاندان کے لیے حقوق اور وراثت کا جو قانون مقرر کر دیا ہے، وہ ہر حال میں قائم رہے گا اور کوئی دوسری چیز اس کی ادائیگی کے لیے عذر نہیں بن سکتی۔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