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Quran Fehmi</w:t>
      </w:r>
    </w:p>
    <w:p>
      <w:r>
        <w:t>https://www.youtube.com/watch?v=RR-ihEoYUD4</w:t>
      </w:r>
    </w:p>
    <w:p>
      <w:r>
        <w:rPr>
          <w:b/>
        </w:rPr>
        <w:t xml:space="preserve">[00:02] </w:t>
      </w:r>
      <w:r>
        <w:t>assalam o alaikum. wa alaikum assalam. bismillah hir rahman nir rahim. last class mein hum ne CPS mission ke baray mein jana tha ke yeh mission followers ki bheed nahi,</w:t>
      </w:r>
    </w:p>
    <w:p>
      <w:pPr>
        <w:jc w:val="right"/>
      </w:pPr>
      <w:r>
        <w:t>السلام علیکم۔ وعلیکم السلام۔ بسم اللہ الرحمن الرحیم۔ لاسٹ کلاس میں ہم نے سی پی ایس مشن کے بارے میں جانا تھا کہ یہ مشن فالوورز کی بھیڑ نہیں،</w:t>
      </w:r>
    </w:p>
    <w:p>
      <w:r>
        <w:rPr>
          <w:b/>
        </w:rPr>
        <w:t xml:space="preserve">[00:18] </w:t>
      </w:r>
      <w:r>
        <w:t>sanjida logon ki jamaat hai.</w:t>
      </w:r>
    </w:p>
    <w:p>
      <w:pPr>
        <w:jc w:val="right"/>
      </w:pPr>
      <w:r>
        <w:t>سنجیدہ لوگوں کی جماعت ہے۔</w:t>
      </w:r>
    </w:p>
    <w:p>
      <w:r>
        <w:rPr>
          <w:b/>
        </w:rPr>
        <w:t xml:space="preserve">[00:22] </w:t>
      </w:r>
      <w:r>
        <w:t>humein Maulana sahib ke zariye woh deen mila jis par rasool aur ashaab e rasool chalay.</w:t>
      </w:r>
    </w:p>
    <w:p>
      <w:pPr>
        <w:jc w:val="right"/>
      </w:pPr>
      <w:r>
        <w:t>ہمیں مولانا صاحب کے ذریعے وہ دین ملا جس پر رسول اور اصحاب رسول چلے۔</w:t>
      </w:r>
    </w:p>
    <w:p>
      <w:r>
        <w:rPr>
          <w:b/>
        </w:rPr>
        <w:t xml:space="preserve">[00:32] </w:t>
      </w:r>
      <w:r>
        <w:t>Maulana kehte hain ke Khuda ka sacha deen woh hai jo hamari zindagi mein aise shamil ho jaye jaise pani mein rang, na ke pani mein kankar.</w:t>
      </w:r>
    </w:p>
    <w:p>
      <w:pPr>
        <w:jc w:val="right"/>
      </w:pPr>
      <w:r>
        <w:t>مولانا کہتے ہیں کہ خدا کا سچا دین وہ ہے جو ہماری زندگی میں ایسے شامل ہو جائے جیسے پانی میں رنگ، نہ کہ پانی میں کنکر۔</w:t>
      </w:r>
    </w:p>
    <w:p>
      <w:r>
        <w:rPr>
          <w:b/>
        </w:rPr>
        <w:t xml:space="preserve">[00:48] </w:t>
      </w:r>
      <w:r>
        <w:t>Maulana sahib ne hi hamein sochna sikhaya,</w:t>
      </w:r>
    </w:p>
    <w:p>
      <w:pPr>
        <w:jc w:val="right"/>
      </w:pPr>
      <w:r>
        <w:t>مولانا صاحب نے ہی ہمیں سوچنا سکھایا،</w:t>
      </w:r>
    </w:p>
    <w:p>
      <w:r>
        <w:rPr>
          <w:b/>
        </w:rPr>
        <w:t xml:space="preserve">[00:51] </w:t>
      </w:r>
      <w:r>
        <w:t>aur sochne se hi hamein Khuda ki marifat hasil hoti hai.</w:t>
      </w:r>
    </w:p>
    <w:p>
      <w:pPr>
        <w:jc w:val="right"/>
      </w:pPr>
      <w:r>
        <w:t>اور سوچنے سے ہی ہمیں خدا کی معرفت حاصل ہوتی ہے۔</w:t>
      </w:r>
    </w:p>
    <w:p>
      <w:r>
        <w:rPr>
          <w:b/>
        </w:rPr>
        <w:t xml:space="preserve">[00:58] </w:t>
      </w:r>
      <w:r>
        <w:t>ab mein Miss Fatima Sarah ko invite karti hoon, please woh aaj ki talk start karein. so over to you Sarah</w:t>
      </w:r>
    </w:p>
    <w:p>
      <w:pPr>
        <w:jc w:val="right"/>
      </w:pPr>
      <w:r>
        <w:t>اب میں مس فاطمہ سارہ کو انوائٹ کرتی ہوں، پلیز وہ آج کی ٹاک سٹارٹ کریں۔ سو اوور ٹو یو سارہ</w:t>
      </w:r>
    </w:p>
    <w:p>
      <w:r>
        <w:rPr>
          <w:b/>
        </w:rPr>
        <w:t xml:space="preserve">[01:09] </w:t>
      </w:r>
      <w:r>
        <w:t>. jazak Allah. assalam o alaikum. aoozo billahi minash shaitan nir rajeem, bismillah hir rahman nir rahim.</w:t>
      </w:r>
    </w:p>
    <w:p>
      <w:pPr>
        <w:jc w:val="right"/>
      </w:pPr>
      <w:r>
        <w:t>۔ جزاک اللہ۔ السلام علیکم۔ اعوذ باللہ من الشیطان الرجیم، بسم اللہ الرحمن الرحیم۔</w:t>
      </w:r>
    </w:p>
    <w:p>
      <w:r>
        <w:rPr>
          <w:b/>
        </w:rPr>
        <w:t xml:space="preserve">[01:18] </w:t>
      </w:r>
      <w:r>
        <w:t>rabbi zidni ilma, rab ishrah li sadri, wa yassir li amri, wahul uqdatan min lisani yafqahu qawli. Allahumma salli ala Muhammad wa ala aale Muhammad kama sallaita ala Ibrahim wa ala aale Ibrahim, innaka hameedun majeed.</w:t>
      </w:r>
    </w:p>
    <w:p>
      <w:pPr>
        <w:jc w:val="right"/>
      </w:pPr>
      <w:r>
        <w:t>ربی زدنی علما، رب اشرح لی صدری، ویسر لی امری، واحل العقدۃ من لسانی یفقہ قولی۔ اللہم صلی علی محمد وعلی ال محمد کما صلیت علی ابراہیم وعلی ال ابراہیم، انک حمید مجید۔</w:t>
      </w:r>
    </w:p>
    <w:p>
      <w:r>
        <w:rPr>
          <w:b/>
        </w:rPr>
        <w:t xml:space="preserve">[01:34] </w:t>
      </w:r>
      <w:r>
        <w:t>Allahumma barik ala Muhammad wa ala aale Muhammad kama barakta ala Ibrahim</w:t>
      </w:r>
    </w:p>
    <w:p>
      <w:pPr>
        <w:jc w:val="right"/>
      </w:pPr>
      <w:r>
        <w:t>اللہم بارک علی محمد وعلی ال محمد کما بارکت علی ابراہیم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