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Spiritual Training September 20, 2008</w:t>
      </w:r>
    </w:p>
    <w:p>
      <w:r>
        <w:t>https://youtu.be/VI9axojg6Ro</w:t>
      </w:r>
    </w:p>
    <w:p>
      <w:r>
        <w:rPr>
          <w:b/>
        </w:rPr>
        <w:t xml:space="preserve">[00:26] </w:t>
      </w:r>
      <w:r>
        <w:t>wa al aqdatu min lisani yafqahu qawli.</w:t>
      </w:r>
    </w:p>
    <w:p>
      <w:pPr>
        <w:jc w:val="right"/>
      </w:pPr>
      <w:r>
        <w:t>واحل العقدۃ من لسانی یفقہ قولی۔</w:t>
      </w:r>
    </w:p>
    <w:p>
      <w:r>
        <w:rPr>
          <w:b/>
        </w:rPr>
        <w:t xml:space="preserve">[00:33] </w:t>
      </w:r>
      <w:r>
        <w:t>aaj ki jo baat hai, is ka mozu hai</w:t>
      </w:r>
    </w:p>
    <w:p>
      <w:pPr>
        <w:jc w:val="right"/>
      </w:pPr>
      <w:r>
        <w:t>آج کی جو بات ہے، اس کا موضوع ہے</w:t>
      </w:r>
    </w:p>
    <w:p>
      <w:r>
        <w:rPr>
          <w:b/>
        </w:rPr>
        <w:t xml:space="preserve">[00:41] </w:t>
      </w:r>
      <w:r>
        <w:t>ramzan ek salana tarbiyat, yani annual training, month of annual training.</w:t>
      </w:r>
    </w:p>
    <w:p>
      <w:pPr>
        <w:jc w:val="right"/>
      </w:pPr>
      <w:r>
        <w:t>رمضان ایک سالانہ تربیت، یعنی اینول ٹریننگ، منتھ آف اینول ٹریننگ۔</w:t>
      </w:r>
    </w:p>
    <w:p>
      <w:r>
        <w:rPr>
          <w:b/>
        </w:rPr>
        <w:t xml:space="preserve">[00:55] </w:t>
      </w:r>
      <w:r>
        <w:t>to training hoti hai waqti nahi, poori zindagi ke liye. to ramzan mein aadmi ko tayyar kiya jata hai,</w:t>
      </w:r>
    </w:p>
    <w:p>
      <w:pPr>
        <w:jc w:val="right"/>
      </w:pPr>
      <w:r>
        <w:t>تو ٹریننگ ہوتی ہے وقتی نہیں، پوری زندگی کے لیے۔ تو رمضان میں آدمی کو تیار کیا جاتا ہے،</w:t>
      </w:r>
    </w:p>
    <w:p>
      <w:r>
        <w:rPr>
          <w:b/>
        </w:rPr>
        <w:t xml:space="preserve">[01:08] </w:t>
      </w:r>
      <w:r>
        <w:t>us ke andar kuch khaas quality paida ki jati hai, kuch sifat paida ki jati hain, taake in sifat ko le kar wo poore saal, poori zindagi isi ke mutabiq chalta rahe.</w:t>
      </w:r>
    </w:p>
    <w:p>
      <w:pPr>
        <w:jc w:val="right"/>
      </w:pPr>
      <w:r>
        <w:t>اس کے اندر کچھ خاص کوالٹی پیدا کی جاتی ہے، کچھ صفات پیدا کی جاتی ہیں، تاکہ ان صفات کو لے کر وہ پورے سال، پوری زندگی اسی کے مطابق چلتا رہے۔</w:t>
      </w:r>
    </w:p>
    <w:p>
      <w:r>
        <w:rPr>
          <w:b/>
        </w:rPr>
        <w:t xml:space="preserve">[01:27] </w:t>
      </w:r>
      <w:r>
        <w:t>dekhein, ye baat jo hai, ye tamam ibadaton mein hai.</w:t>
      </w:r>
    </w:p>
    <w:p>
      <w:pPr>
        <w:jc w:val="right"/>
      </w:pPr>
      <w:r>
        <w:t>دیکھیں، یہ بات جو ہے، یہ تمام عبادتوں میں ہے۔</w:t>
      </w:r>
    </w:p>
    <w:p>
      <w:r>
        <w:rPr>
          <w:b/>
        </w:rPr>
        <w:t xml:space="preserve">[01:34] </w:t>
      </w:r>
      <w:r>
        <w:t>har ibadat ka ek form hota hai, ek us us ki spirit hoti hai. to form ke aitbar se woh ek waqti taur par ada ki jati hai, lekin spirit ke aitbar se woh mustaqil taur par matloob hoti hai.</w:t>
      </w:r>
    </w:p>
    <w:p>
      <w:pPr>
        <w:jc w:val="right"/>
      </w:pPr>
      <w:r>
        <w:t>ہر عبادت کا ایک فارم ہوتا ہے، ایک اس اس کی سپرٹ ہوتی ہے۔ تو فارم کے اعتبار سے وہ ایک وقتی طور پر ادا کی جاتی ہے، لیکن سپرٹ کے اعتبار سے وہ مستقل طور پر مطلوب ہوتی ہے۔</w:t>
      </w:r>
    </w:p>
    <w:p>
      <w:r>
        <w:rPr>
          <w:b/>
        </w:rPr>
        <w:t xml:space="preserve">[01:52] </w:t>
      </w:r>
      <w:r>
        <w:t>jaise namaz ko lijiye, aap jante hain ke namaz 24 ghante mein paanch waqt ada ki jati hai.</w:t>
      </w:r>
    </w:p>
    <w:p>
      <w:pPr>
        <w:jc w:val="right"/>
      </w:pPr>
      <w:r>
        <w:t>جیسے نماز کو لیجئے، آپ جانتے ہیں کہ نماز 24 گھنٹے میں پانچ وقت ادا کی جاتی ہے۔</w:t>
      </w:r>
    </w:p>
    <w:p>
      <w:r>
        <w:rPr>
          <w:b/>
        </w:rPr>
        <w:t xml:space="preserve">[02:03] </w:t>
      </w:r>
      <w:r>
        <w:t>to yeh paanch waqt jo ada ki jati hai, to form ke aitbar se hoti hai. woh to form ke aitbar se namaz aap paanch waqt ada karte hain, lekin namaz ki jo spirit hai,</w:t>
      </w:r>
    </w:p>
    <w:p>
      <w:pPr>
        <w:jc w:val="right"/>
      </w:pPr>
      <w:r>
        <w:t>تو یہ پانچ وقت جو ادا کی جاتی ہے، تو فارم کے اعتبار سے ہوتی ہے۔ وہ تو فارم کے اعتبار سے نماز آپ پانچ وقت ادا کرتے ہیں، لیکن نماز کی جو سپرٹ ہے،</w:t>
      </w:r>
    </w:p>
    <w:p>
      <w:r>
        <w:rPr>
          <w:b/>
        </w:rPr>
        <w:t xml:space="preserve">[02:17] </w:t>
      </w:r>
      <w:r>
        <w:t>woh mustaqil taur par aap se matloob hai. woh kaise</w:t>
      </w:r>
    </w:p>
    <w:p>
      <w:pPr>
        <w:jc w:val="right"/>
      </w:pPr>
      <w:r>
        <w:t>وہ مستقل طور پر آپ سے مطلوب ہے۔ وہ کیسے</w:t>
      </w:r>
    </w:p>
    <w:p>
      <w:r>
        <w:rPr>
          <w:b/>
        </w:rPr>
        <w:t xml:space="preserve">[02:25] </w:t>
      </w:r>
      <w:r>
        <w:t>? dekhen, quran mein hai ke iqam al-salat li dhikri . namaz qaim karo khuda ki yaad ke liye.</w:t>
      </w:r>
    </w:p>
    <w:p>
      <w:pPr>
        <w:jc w:val="right"/>
      </w:pPr>
      <w:r>
        <w:t>؟ دیکھیں، قرآن میں ہے کہ اقم الصلاۃ لذکری ۔ نماز قائم کرو خدا کی یاد کے لیے۔</w:t>
      </w:r>
    </w:p>
    <w:p>
      <w:r>
        <w:rPr>
          <w:b/>
        </w:rPr>
        <w:t xml:space="preserve">[02:37] </w:t>
      </w:r>
      <w:r>
        <w:t>phir dekhen, yeh khuda ki yaad sirf paanch waqt ke liye nahi hai, har waqt ke liye hai. woh bhi quran mein maujood hai.</w:t>
      </w:r>
    </w:p>
    <w:p>
      <w:pPr>
        <w:jc w:val="right"/>
      </w:pPr>
      <w:r>
        <w:t>پھر دیکھیں، یہ خدا کی یاد صرف پانچ وقت کے لیے نہیں ہے، ہر وقت کے لیے ہے۔ وہ بھی قرآن میں موجود ہے۔</w:t>
      </w:r>
    </w:p>
    <w:p>
      <w:r>
        <w:rPr>
          <w:b/>
        </w:rPr>
        <w:t xml:space="preserve">[02:47] </w:t>
      </w:r>
      <w:r>
        <w:t>surah jumma ko aap padhiye,</w:t>
      </w:r>
    </w:p>
    <w:p>
      <w:pPr>
        <w:jc w:val="right"/>
      </w:pPr>
      <w:r>
        <w:t>سورہ الجمعہ کو آپ پڑھیے،</w:t>
      </w:r>
    </w:p>
    <w:p>
      <w:r>
        <w:rPr>
          <w:b/>
        </w:rPr>
        <w:t xml:space="preserve">[02:50] </w:t>
      </w:r>
      <w:r>
        <w:t>is mein bataya gaya hai ke jab tum namaz ada kar lo to laut jao apne karobar ki taraf aur dobara zikr karte raho, khuda ki yaad karte raho.</w:t>
      </w:r>
    </w:p>
    <w:p>
      <w:pPr>
        <w:jc w:val="right"/>
      </w:pPr>
      <w:r>
        <w:t>اس میں بتایا گیا ہے کہ جب تم نماز ادا کر لو تو لوٹ جاؤ اپنے کاروبار کی طرف اور دوبارہ ذکر کرتے رہو، خدا کی یاد کرتے رہو۔</w:t>
      </w:r>
    </w:p>
    <w:p>
      <w:r>
        <w:rPr>
          <w:b/>
        </w:rPr>
        <w:t xml:space="preserve">[03:06] </w:t>
      </w:r>
      <w:r>
        <w:t>faitha qadiyat al-salat fantashiru fi al-lurz wa ibtaghu min fadl Allah wa dhkur Allah kathiran .</w:t>
      </w:r>
    </w:p>
    <w:p>
      <w:pPr>
        <w:jc w:val="right"/>
      </w:pPr>
      <w:r>
        <w:t>فیضا قضیۃ الصلاۃ فانتشروا فی اللرز وابتغوا من فضل اللہ واذکروا اللہ کثیرا ۔</w:t>
      </w:r>
    </w:p>
    <w:p>
      <w:r>
        <w:rPr>
          <w:b/>
        </w:rPr>
        <w:t xml:space="preserve">[03:16] </w:t>
      </w:r>
      <w:r>
        <w:t>to goya form ke aitbar se aap ne masjid mein namaz ada ki, aur is ke baad jab masjid se aap nikle to namaz ki spirit ko le kar nikle,</w:t>
      </w:r>
    </w:p>
    <w:p>
      <w:pPr>
        <w:jc w:val="right"/>
      </w:pPr>
      <w:r>
        <w:t>تو گویا فارم کے اعتبار سے آپ نے مسجد میں نماز ادا کی، اور اس کے بعد جب مسجد سے آپ نکلے تو نماز کی سپرٹ کو لے کر نکلے،</w:t>
      </w:r>
    </w:p>
    <w:p>
      <w:r>
        <w:rPr>
          <w:b/>
        </w:rPr>
        <w:t xml:space="preserve">[03:29] </w:t>
      </w:r>
      <w:r>
        <w:t>jo har waqt matloob hai, yani har waqt khuda ko yaad karte rehna, har mauqe par khuda ko yaad karte rehna. jaise rasool Allah ke bare mein aata hai ke kan yadhkur Allah ala kulli ahyaanihi</w:t>
      </w:r>
    </w:p>
    <w:p>
      <w:pPr>
        <w:jc w:val="right"/>
      </w:pPr>
      <w:r>
        <w:t>جو ہر وقت مطلوب ہے، یعنی ہر وقت خدا کو یاد کرتے رہنا، ہر موقع پر خدا کو یاد کرتے رہنا۔ جیسے رسول اللہ کے بارے میں آتا ہے کہ کان یذکر اللہ علی کل احیانہ</w:t>
      </w:r>
    </w:p>
    <w:p>
      <w:r>
        <w:rPr>
          <w:b/>
        </w:rPr>
        <w:t xml:space="preserve">[03:46] </w:t>
      </w:r>
      <w:r>
        <w:t>. yani har situation mein, har condition mein, har baat pesh aane par, har experience mein aap khuda ko yaad karte the.</w:t>
      </w:r>
    </w:p>
    <w:p>
      <w:pPr>
        <w:jc w:val="right"/>
      </w:pPr>
      <w:r>
        <w:t>۔ یعنی ہر سچویشن میں، ہر کنڈیشن میں، ہر بات پیش آنے پر، ہر ایکسپیرینس میں آپ خدا کو یاد کرتے تھے۔</w:t>
      </w:r>
    </w:p>
    <w:p>
      <w:r>
        <w:rPr>
          <w:b/>
        </w:rPr>
        <w:t xml:space="preserve">[03:59] </w:t>
      </w:r>
      <w:r>
        <w:t>to yeh hai spirit. to form ke aitbar se aap namaz ada karte hain paanch waqt, aur is ki spirit jo hai, khuda ko yaad karna, is ke aitbar se aap 24 ghante khuda ko yaad karte rehte hain.</w:t>
      </w:r>
    </w:p>
    <w:p>
      <w:pPr>
        <w:jc w:val="right"/>
      </w:pPr>
      <w:r>
        <w:t>تو یہ ہے سپرٹ۔ تو فارم کے اعتبار سے آپ نماز ادا کرتے ہیں پانچ وقت، اور اس کی سپرٹ جو ہے، خدا کو یاد کرنا، اس کے اعتبار سے آپ 24 گھنٹے خدا کو یاد کرتے رہتے ہیں۔</w:t>
      </w:r>
    </w:p>
    <w:p>
      <w:r>
        <w:rPr>
          <w:b/>
        </w:rPr>
        <w:t xml:space="preserve">[04:13] </w:t>
      </w:r>
      <w:r>
        <w:t>to yahi muamla hai roze ka.</w:t>
      </w:r>
    </w:p>
    <w:p>
      <w:pPr>
        <w:jc w:val="right"/>
      </w:pPr>
      <w:r>
        <w:t>تو یہی معاملہ ہے روزے کا۔</w:t>
      </w:r>
    </w:p>
    <w:p>
      <w:r>
        <w:rPr>
          <w:b/>
        </w:rPr>
        <w:t xml:space="preserve">[04:16] </w:t>
      </w:r>
      <w:r>
        <w:t>ab dekhiye, roze ka jo form hai, woh sab log jante hain ke subah, yani jis ko kehte hain morning relight,</w:t>
      </w:r>
    </w:p>
    <w:p>
      <w:pPr>
        <w:jc w:val="right"/>
      </w:pPr>
      <w:r>
        <w:t>اب دیکھیے، روزے کا جو فارم ہے، وہ سب لوگ جانتے ہیں کہ صبح، یعنی جس کو کہتے ہیں مارننگ ریلائٹ،</w:t>
      </w:r>
    </w:p>
    <w:p>
      <w:r>
        <w:rPr>
          <w:b/>
        </w:rPr>
        <w:t xml:space="preserve">[04:33] </w:t>
      </w:r>
      <w:r>
        <w:t>se sunset tak aadmi khana aur pani chhod deta hai, roze ki niyat kar ke, kyunke niyat bhi zaroori hai.</w:t>
      </w:r>
    </w:p>
    <w:p>
      <w:pPr>
        <w:jc w:val="right"/>
      </w:pPr>
      <w:r>
        <w:t>سے سن سیٹ تک آدمی کھانا اور پانی چھوڑ دیتا ہے، روزے کی نیت کر کے، کیونکہ نیت بھی ضروری ہے۔</w:t>
      </w:r>
    </w:p>
    <w:p>
      <w:r>
        <w:rPr>
          <w:b/>
        </w:rPr>
        <w:t xml:space="preserve">[04:45] </w:t>
      </w:r>
      <w:r>
        <w:t>to yeh form ke aitbar se roza hua, lekin yeh jo amal karaya jata hai ramzan ke mahine mein, to is ki ek spirit hai.</w:t>
      </w:r>
    </w:p>
    <w:p>
      <w:pPr>
        <w:jc w:val="right"/>
      </w:pPr>
      <w:r>
        <w:t>تو یہ فارم کے اعتبار سے روزہ ہوا، لیکن یہ جو عمل کرایا جاتا ہے رمضان کے مہینے میں، تو اس کی ایک سپرٹ ہے۔</w:t>
      </w:r>
    </w:p>
    <w:p>
      <w:r>
        <w:rPr>
          <w:b/>
        </w:rPr>
        <w:t xml:space="preserve">[04:57] </w:t>
      </w:r>
      <w:r>
        <w:t>woh spirit kya hai? dekhen, hadith mein aata hai ramzan ke bare mein huwa shahr al-sabr .</w:t>
      </w:r>
    </w:p>
    <w:p>
      <w:pPr>
        <w:jc w:val="right"/>
      </w:pPr>
      <w:r>
        <w:t>وہ سپرٹ کیا ہے؟ دیکھیں، حدیث میں آتا ہے رمضان کے بارے میں هو شهر الصبر ۔</w:t>
      </w:r>
    </w:p>
    <w:p>
      <w:r>
        <w:rPr>
          <w:b/>
        </w:rPr>
        <w:t xml:space="preserve">[05:07] </w:t>
      </w:r>
      <w:r>
        <w:t>ke ramzan ka mahina sabr ka mahina hai, patience ka mahina hai,</w:t>
      </w:r>
    </w:p>
    <w:p>
      <w:pPr>
        <w:jc w:val="right"/>
      </w:pPr>
      <w:r>
        <w:t>کہ رمضان کا مہینہ صبر کا مہینہ ہے، پیشنس کا مہینہ ہے،</w:t>
      </w:r>
    </w:p>
    <w:p>
      <w:r>
        <w:rPr>
          <w:b/>
        </w:rPr>
        <w:t xml:space="preserve">[05:13] </w:t>
      </w:r>
      <w:r>
        <w:t>yani na kha kar ke aur na pani pi kar jo kaifiyat hoti hai, woh patience ki kaifiyat hoti hai. is mein aap ko sabr karna padta hai, bhook lagti hai, pyas lagti hai,</w:t>
      </w:r>
    </w:p>
    <w:p>
      <w:pPr>
        <w:jc w:val="right"/>
      </w:pPr>
      <w:r>
        <w:t>یعنی نہ کھا کر کے اور نہ پانی پی کر جو کیفیت ہوتی ہے، وہ پیشنس کی کیفیت ہوتی ہے۔ اس میں آپ کو صبر کرنا پڑتا ہے، بھوک لگتی ہے، پیاس لگتی ہے،</w:t>
      </w:r>
    </w:p>
    <w:p>
      <w:r>
        <w:rPr>
          <w:b/>
        </w:rPr>
        <w:t xml:space="preserve">[05:27] </w:t>
      </w:r>
      <w:r>
        <w:t>lekin aap na pani pite, na khana khate. to yahi to sabr hai. to huwa shahr al-sabr . ramzan ka mahina sabr ka, patience ka mahina hai.</w:t>
      </w:r>
    </w:p>
    <w:p>
      <w:pPr>
        <w:jc w:val="right"/>
      </w:pPr>
      <w:r>
        <w:t>لیکن آپ نہ پانی پیتے، نہ کھانا کھاتے۔ تو یہی تو صبر ہے۔ تو هو شهر الصبر ۔ رمضان کا مہینہ صبر کا، پیشنس کا مہینہ ہے۔</w:t>
      </w:r>
    </w:p>
    <w:p>
      <w:r>
        <w:rPr>
          <w:b/>
        </w:rPr>
        <w:t xml:space="preserve">[05:39] </w:t>
      </w:r>
      <w:r>
        <w:t>to patience sirf ek mahina nahi chahiye,</w:t>
      </w:r>
    </w:p>
    <w:p>
      <w:pPr>
        <w:jc w:val="right"/>
      </w:pPr>
      <w:r>
        <w:t>تو پیشنس صرف ایک مہینہ نہیں چاہیے،</w:t>
      </w:r>
    </w:p>
    <w:p>
      <w:r>
        <w:rPr>
          <w:b/>
        </w:rPr>
        <w:t xml:space="preserve">[05:42] </w:t>
      </w:r>
      <w:r>
        <w:t>patience to sari zindagi chahiye, har mamle mein patience chahiye. aise hi dekhen, quran mein roze ke bare mein dekhiye, surah al-baqarah mein roze ka tafseeli zikr hai.</w:t>
      </w:r>
    </w:p>
    <w:p>
      <w:pPr>
        <w:jc w:val="right"/>
      </w:pPr>
      <w:r>
        <w:t>پیشنس تو ساری زندگی چاہیے، ہر معاملے میں پیشنس چاہیے۔ ایسے ہی دیکھیں، قرآن میں روزے کے بارے میں دیکھئے، سورہ البقرہ میں روزے کا تفصیلی ذکر ہے۔</w:t>
      </w:r>
    </w:p>
    <w:p>
      <w:r>
        <w:rPr>
          <w:b/>
        </w:rPr>
        <w:t xml:space="preserve">[05:59] </w:t>
      </w:r>
      <w:r>
        <w:t>is mein bataya gaya hai ke ramzan ka mahina roze ke liye muqarrar kiya gaya li taqqun .</w:t>
      </w:r>
    </w:p>
    <w:p>
      <w:pPr>
        <w:jc w:val="right"/>
      </w:pPr>
      <w:r>
        <w:t>اس میں بتایا گیا ہے کہ رمضان کا مہینہ روزے کے لیے مقرر کیا گیا لعلكم تتقون ۔</w:t>
      </w:r>
    </w:p>
    <w:p>
      <w:r>
        <w:rPr>
          <w:b/>
        </w:rPr>
        <w:t xml:space="preserve">[06:09] </w:t>
      </w:r>
      <w:r>
        <w:t>taake tumhare andar taqwa paida ho.</w:t>
      </w:r>
    </w:p>
    <w:p>
      <w:pPr>
        <w:jc w:val="right"/>
      </w:pPr>
      <w:r>
        <w:t>تاکہ تمہارے اندر تقویٰ پیدا ہو۔</w:t>
      </w:r>
    </w:p>
    <w:p>
      <w:r>
        <w:rPr>
          <w:b/>
        </w:rPr>
        <w:t xml:space="preserve">[06:13] </w:t>
      </w:r>
      <w:r>
        <w:t>to goya ke roze ka mahina shahr-ul-taqwa bhi hai. isi tarah se dekhen, farmaya ke ramzan ke mahine mein roza rakhne ka hukum diya gaya, aur ramzan ka mahina woh mahina hai jab ke quran utara gaya.</w:t>
      </w:r>
    </w:p>
    <w:p>
      <w:pPr>
        <w:jc w:val="right"/>
      </w:pPr>
      <w:r>
        <w:t>تو گویا کہ روزے کا مہینہ شہر التقویٰ بھی ہے۔ اسی طرح سے دیکھیں، فرمایا کہ رمضان کے مہینے میں روزہ رکھنے کا حکم دیا گیا، اور رمضان کا مہینہ وہ مہینہ ہے جب کہ قرآن اتارا گیا۔</w:t>
      </w:r>
    </w:p>
    <w:p>
      <w:r>
        <w:rPr>
          <w:b/>
        </w:rPr>
        <w:t xml:space="preserve">[06:30] </w:t>
      </w:r>
      <w:r>
        <w:t>shahr-u-ramadan allazi unzila fihil quran. aise hi farmaya ke roza jo hai, is liye hai ke aadmi ke andar shukr paida ho.</w:t>
      </w:r>
    </w:p>
    <w:p>
      <w:pPr>
        <w:jc w:val="right"/>
      </w:pPr>
      <w:r>
        <w:t>شهر رمضان الذي انزل فيه القرآن ۔ ایسے ہی فرمایا کہ روزہ جو ہے، اس لیے ہے کہ آدمی کے اندر شکر پیدا ہو۔</w:t>
      </w:r>
    </w:p>
    <w:p>
      <w:r>
        <w:rPr>
          <w:b/>
        </w:rPr>
        <w:t xml:space="preserve">[06:41] </w:t>
      </w:r>
      <w:r>
        <w:t>la'allakum tashkurun</w:t>
      </w:r>
    </w:p>
    <w:p>
      <w:pPr>
        <w:jc w:val="right"/>
      </w:pPr>
      <w:r>
        <w:t>لعلكم تشكرون</w:t>
      </w:r>
    </w:p>
    <w:p>
      <w:r>
        <w:rPr>
          <w:b/>
        </w:rPr>
        <w:t xml:space="preserve">[06:44] </w:t>
      </w:r>
      <w:r>
        <w:t>to goya ke ramzan ka mahina shahr-us-sabr bhi hai, shahr-ul-taqwa bhi hai, shahr-ush-shukr bhi hai, aur shahr-ul-quran bhi hai.</w:t>
      </w:r>
    </w:p>
    <w:p>
      <w:pPr>
        <w:jc w:val="right"/>
      </w:pPr>
      <w:r>
        <w:t>۔ تو گویا کہ رمضان کا مہینہ شہر الصبر بھی ہے، شہر التقویٰ بھی ہے، شہر الشکر بھی ہے، اور شہر القرآن بھی ہے۔</w:t>
      </w:r>
    </w:p>
    <w:p>
      <w:r>
        <w:rPr>
          <w:b/>
        </w:rPr>
        <w:t xml:space="preserve">[06:54] </w:t>
      </w:r>
      <w:r>
        <w:t>yeh sari cheezon ka talluq spirit se hai. to goya ke ramzan ke mahine mein yeh sari spirit paida ki jati hai, kuch khaas tarah ke a'amal ke zariye.</w:t>
      </w:r>
    </w:p>
    <w:p>
      <w:pPr>
        <w:jc w:val="right"/>
      </w:pPr>
      <w:r>
        <w:t>یہ ساری چیزوں کا تعلق سپرٹ سے ہے۔ تو گویا کہ رمضان کے مہینے میں یہ ساری سپرٹ پیدا کی جاتی ہے، کچھ خاص طرح کے اعمال کے ذریعے۔</w:t>
      </w:r>
    </w:p>
    <w:p>
      <w:r>
        <w:rPr>
          <w:b/>
        </w:rPr>
        <w:t xml:space="preserve">[07:08] </w:t>
      </w:r>
      <w:r>
        <w:t>to bait bar form to roza rakhenge aap sirf ramzan ke mahine mein, lekin is form ke douran aap ne jo apne andar rooh paida ki, jo spirit paida ki,</w:t>
      </w:r>
    </w:p>
    <w:p>
      <w:pPr>
        <w:jc w:val="right"/>
      </w:pPr>
      <w:r>
        <w:t>تو بیت بار فارم تو روزہ رکھیں گے آپ صرف رمضان کے مہینے میں، لیکن اس فارم کے دوران آپ نے جو اپنے اندر روح پیدا کی، جو سپرٹ پیدا کی،</w:t>
      </w:r>
    </w:p>
    <w:p>
      <w:r>
        <w:rPr>
          <w:b/>
        </w:rPr>
        <w:t xml:space="preserve">[07:24] </w:t>
      </w:r>
      <w:r>
        <w:t>jo sifat paida ki, woh sifat chalti rahegi poori zindagi, poore saal. ab mein mukhtasar taur par arz karunga in cheezon ke bare mein.</w:t>
      </w:r>
    </w:p>
    <w:p>
      <w:pPr>
        <w:jc w:val="right"/>
      </w:pPr>
      <w:r>
        <w:t>جو صفت پیدا کی، وہ صفت چلتی رہے گی پوری زندگی، پورے سال۔ اب میں مختصر طور پر عرض کروں گا ان چیزوں کے بارے میں۔</w:t>
      </w:r>
    </w:p>
    <w:p>
      <w:r>
        <w:rPr>
          <w:b/>
        </w:rPr>
        <w:t xml:space="preserve">[07:37] </w:t>
      </w:r>
      <w:r>
        <w:t>mislan taqwa ko lijiye ke</w:t>
      </w:r>
    </w:p>
    <w:p>
      <w:pPr>
        <w:jc w:val="right"/>
      </w:pPr>
      <w:r>
        <w:t>مثلاً تقویٰ کو لیجئے کہ</w:t>
      </w:r>
    </w:p>
    <w:p>
      <w:r>
        <w:rPr>
          <w:b/>
        </w:rPr>
        <w:t xml:space="preserve">[07:40] </w:t>
      </w:r>
      <w:r>
        <w:t>ramzan ka mahina shahr-ul-taqwa hai, taqwa ka mahina hai. taqwa kya hai? taqwa ke lifzi ma'ne hain bachna, parhez karna.</w:t>
      </w:r>
    </w:p>
    <w:p>
      <w:pPr>
        <w:jc w:val="right"/>
      </w:pPr>
      <w:r>
        <w:t>رمضان کا مہینہ شہر التقویٰ ہے، تقویٰ کا مہینہ ہے۔ تقویٰ کیا ہے؟ تقویٰ کے لفظی معنی ہیں بچنا، پرہیز کرنا۔</w:t>
      </w:r>
    </w:p>
    <w:p>
      <w:r>
        <w:rPr>
          <w:b/>
        </w:rPr>
        <w:t xml:space="preserve">[07:54] </w:t>
      </w:r>
      <w:r>
        <w:t>isi liye dhal jo hoti hai, jo talwar se bachne ke liye hoti hai, to dhal ko wiqaya kaha gaya hai,</w:t>
      </w:r>
    </w:p>
    <w:p>
      <w:pPr>
        <w:jc w:val="right"/>
      </w:pPr>
      <w:r>
        <w:t>اسی لیے ڈھال جو ہوتی ہے، جو تلوار سے بچنے کے لیے ہوتی ہے، تو ڈھال کو وقایہ کہا گیا ہے،</w:t>
      </w:r>
    </w:p>
    <w:p>
      <w:r>
        <w:rPr>
          <w:b/>
        </w:rPr>
        <w:t xml:space="preserve">[08:02] </w:t>
      </w:r>
      <w:r>
        <w:t>ya'ni bachne ka zariya, apne aap ko talwar ke war se bachane ka zariya. to taqwa ke lifzi ma'ne hain bachna, parhez karna.</w:t>
      </w:r>
    </w:p>
    <w:p>
      <w:pPr>
        <w:jc w:val="right"/>
      </w:pPr>
      <w:r>
        <w:t>یعنی بچنے کا ذریعہ، اپنے آپ کو تلوار کے وار سے بچانے کا ذریعہ۔ تو تقویٰ کے لفظی معنی ہیں بچنا، پرہیز کرنا۔</w:t>
      </w:r>
    </w:p>
    <w:p>
      <w:r>
        <w:rPr>
          <w:b/>
        </w:rPr>
        <w:t xml:space="preserve">[08:17] </w:t>
      </w:r>
      <w:r>
        <w:t>to goya ke roze mein jo parhez karta hai aadmi khane peene se, to yeh parhezgari ka ek sabak diya jata hai us ko ke poori zindagi mein tum ko mutaqiyana tareeqa ikhtiyar karna hai, ya'ni parhezgari ka tareeqa.</w:t>
      </w:r>
    </w:p>
    <w:p>
      <w:pPr>
        <w:jc w:val="right"/>
      </w:pPr>
      <w:r>
        <w:t>تو گویا کہ روزہ میں جو پرہیز کرتا ہے آدمی کھانے پینے سے، تو یہ پرہیزگاری کا ایک سبق دیا جاتا ہے اس کو کہ پوری زندگی میں تم کو متقیانہ طریقہ اختیار کرنا ہے، یعنی پرہیزگاری کا طریقہ۔</w:t>
      </w:r>
    </w:p>
    <w:p>
      <w:r>
        <w:rPr>
          <w:b/>
        </w:rPr>
        <w:t xml:space="preserve">[08:39] </w:t>
      </w:r>
      <w:r>
        <w:t>yahan mein ek hadith aap ko bataun jis se andaza hota hai ke taqwa kya hai.</w:t>
      </w:r>
    </w:p>
    <w:p>
      <w:pPr>
        <w:jc w:val="right"/>
      </w:pPr>
      <w:r>
        <w:t>یہاں میں ایک حدیث آپ کو بتاؤں جس سے اندازہ ہوتا ہے کہ تقویٰ کیا ہے۔</w:t>
      </w:r>
    </w:p>
    <w:p>
      <w:r>
        <w:rPr>
          <w:b/>
        </w:rPr>
        <w:t xml:space="preserve">[08:46] </w:t>
      </w:r>
      <w:r>
        <w:t>ek sahabi ne doosre sahabi se poocha, ek bade sahabi the, aalim sahabi, ke taqwa kya hai?</w:t>
      </w:r>
    </w:p>
    <w:p>
      <w:pPr>
        <w:jc w:val="right"/>
      </w:pPr>
      <w:r>
        <w:t>ایک صحابی نے دوسرے صحابی سے پوچھا، ایک بڑے صحابی تھے، عالم صحابی، کہ تقویٰ کیا ہے؟</w:t>
      </w:r>
    </w:p>
    <w:p>
      <w:r>
        <w:rPr>
          <w:b/>
        </w:rPr>
        <w:t xml:space="preserve">[08:57] </w:t>
      </w:r>
      <w:r>
        <w:t>to unhon ne ek misaal ke zariye se samjhaya ke taqwa kya hai. unhon ne kaha ke kya aap ek aise rastay se guzre hain jis ke dono taraf kante daar jhariyan hon?</w:t>
      </w:r>
    </w:p>
    <w:p>
      <w:pPr>
        <w:jc w:val="right"/>
      </w:pPr>
      <w:r>
        <w:t>تو انہوں نے ایک مثال کے ذریعے سے سمجھایا کہ تقویٰ کیا ہے۔ انہوں نے کہا کہ کیا آپ ایک ایسے راستے سے گزرے ہیں جس کے دونوں طرف کانٹے دار جھاڑیاں ہوں؟</w:t>
      </w:r>
    </w:p>
    <w:p>
      <w:r>
        <w:rPr>
          <w:b/>
        </w:rPr>
        <w:t xml:space="preserve">[09:10] </w:t>
      </w:r>
      <w:r>
        <w:t>kyun ke sahrai ilaqon mein aisa bohat hota hai.</w:t>
      </w:r>
    </w:p>
    <w:p>
      <w:pPr>
        <w:jc w:val="right"/>
      </w:pPr>
      <w:r>
        <w:t>کیونکہ صحرائی علاقوں میں ایسا بہت ہوتا ہے۔</w:t>
      </w:r>
    </w:p>
    <w:p>
      <w:r>
        <w:rPr>
          <w:b/>
        </w:rPr>
        <w:t xml:space="preserve">[09:16] </w:t>
      </w:r>
      <w:r>
        <w:t>to unhon ne kaha ke haan. to unhon ne poocha ke phir aap ne kya kiya? to unhon ne kaha ke mein mein ne yeh kiya ke apne kapron ko samet liya,</w:t>
      </w:r>
    </w:p>
    <w:p>
      <w:pPr>
        <w:jc w:val="right"/>
      </w:pPr>
      <w:r>
        <w:t>تو انہوں نے کہا کہ ہاں۔ تو انہوں نے پوچھا کہ پھر آپ نے کیا کیا؟ تو انہوں نے کہا کہ میں میں نے یہ کیا کہ اپنے کپڑوں کو سمیٹ لیا،</w:t>
      </w:r>
    </w:p>
    <w:p>
      <w:r>
        <w:rPr>
          <w:b/>
        </w:rPr>
        <w:t xml:space="preserve">[09:30] </w:t>
      </w:r>
      <w:r>
        <w:t>aur samet kar bachta hua, bachta hua us rastay se guzar gaya. to sahabi ne kaha ke zaliqal taqwa.</w:t>
      </w:r>
    </w:p>
    <w:p>
      <w:pPr>
        <w:jc w:val="right"/>
      </w:pPr>
      <w:r>
        <w:t>اور سمیٹ کر بچتا ہوا، بچتا ہوا اس راستے سے گزر گیا۔ تو صحابی نے کہا کہ ذالک التقویٰ ۔</w:t>
      </w:r>
    </w:p>
    <w:p>
      <w:r>
        <w:rPr>
          <w:b/>
        </w:rPr>
        <w:t xml:space="preserve">[09:40] </w:t>
      </w:r>
      <w:r>
        <w:t>yahi taqwa hai,</w:t>
      </w:r>
    </w:p>
    <w:p>
      <w:pPr>
        <w:jc w:val="right"/>
      </w:pPr>
      <w:r>
        <w:t>یہی تقویٰ ہے،</w:t>
      </w:r>
    </w:p>
    <w:p>
      <w:r>
        <w:rPr>
          <w:b/>
        </w:rPr>
        <w:t xml:space="preserve">[09:43] </w:t>
      </w:r>
      <w:r>
        <w:t>ya'ni bachte bachte rastay se guzar jana. is misaal se unhon ne bataya ke yahi zindagi ka mu'amla hai.</w:t>
      </w:r>
    </w:p>
    <w:p>
      <w:pPr>
        <w:jc w:val="right"/>
      </w:pPr>
      <w:r>
        <w:t>یعنی بچتے بچاتے راستے سے گزر جانا۔ اس مثال سے انہوں نے بتایا کہ یہی زندگی کا معاملہ ہے۔</w:t>
      </w:r>
    </w:p>
    <w:p>
      <w:r>
        <w:rPr>
          <w:b/>
        </w:rPr>
        <w:t xml:space="preserve">[09:54] </w:t>
      </w:r>
      <w:r>
        <w:t>poori zindagi mein hamein parhezgari ke sath chalna hai, kyun ke har waqt kya hai? hamari nafs ki khwahishen hain, nafs ki targeebat hain.</w:t>
      </w:r>
    </w:p>
    <w:p>
      <w:pPr>
        <w:jc w:val="right"/>
      </w:pPr>
      <w:r>
        <w:t>پوری زندگی میں ہمیں پرہیزگاری کے ساتھ چلنا ہے، کیونکہ ہر وقت کیا ہے؟ ہماری نفس کی خواہشیں ہیں، نفس کی ترغیبات ہیں۔</w:t>
      </w:r>
    </w:p>
    <w:p>
      <w:r>
        <w:rPr>
          <w:b/>
        </w:rPr>
        <w:t xml:space="preserve">[10:07] </w:t>
      </w:r>
      <w:r>
        <w:t>shaitan jo hai, woh cheezon ko mazeen mazeen kar ke khoobsurat bana kar hamein pesh karta hai, burai ko. to aadmi har waqt nafs ki targeebat ke asar mein rehta hai,</w:t>
      </w:r>
    </w:p>
    <w:p>
      <w:pPr>
        <w:jc w:val="right"/>
      </w:pPr>
      <w:r>
        <w:t>شیطان جو ہے، وہ چیزوں کو مزین مزین کر کے خوبصورت بنا کر ہمیں پیش کرتا ہے، برائی کو۔ تو آدمی ہر وقت نفس کی ترغیبات کے اثر میں رہتا ہے،</w:t>
      </w:r>
    </w:p>
    <w:p>
      <w:r>
        <w:rPr>
          <w:b/>
        </w:rPr>
        <w:t xml:space="preserve">[10:22] </w:t>
      </w:r>
      <w:r>
        <w:t>har waqt woh shaitan ke ki tazeen ke asar mein rehta hai. to ab kya kare aadmi? us ko bachte hue chalna hai,</w:t>
      </w:r>
    </w:p>
    <w:p>
      <w:pPr>
        <w:jc w:val="right"/>
      </w:pPr>
      <w:r>
        <w:t>ہر وقت وہ شیطان کے کی تزئین کے اثر میں رہتا ہے۔ تو اب کیا کرے آدمی؟ اس کو بچتے ہوئے چلنا ہے،</w:t>
      </w:r>
    </w:p>
    <w:p>
      <w:r>
        <w:rPr>
          <w:b/>
        </w:rPr>
        <w:t xml:space="preserve">[10:34] </w:t>
      </w:r>
      <w:r>
        <w:t>ya'ni nafs ki targeebat se bhi bachte rehna hai, aur shaitan ki tazeen se bhi bachte rehna hai. is tarah bachte bachte, bachte bachte apne ko zindagi ka rasta tay karna hai.</w:t>
      </w:r>
    </w:p>
    <w:p>
      <w:pPr>
        <w:jc w:val="right"/>
      </w:pPr>
      <w:r>
        <w:t>یعنی نفس کی ترغیبات سے بھی بچتے رہنا ہے، اور شیطان کی تزئین سے بھی بچتے رہنا ہے۔ اس طرح بچتے بچاتے، بچتے بچاتے اپنے کو زندگی کا راستہ طے کرنا ہے۔</w:t>
      </w:r>
    </w:p>
    <w:p>
      <w:r>
        <w:rPr>
          <w:b/>
        </w:rPr>
        <w:t xml:space="preserve">[10:48] </w:t>
      </w:r>
      <w:r>
        <w:t>to yeh hai taqwa, yeh hai parhezgari.</w:t>
      </w:r>
    </w:p>
    <w:p>
      <w:pPr>
        <w:jc w:val="right"/>
      </w:pPr>
      <w:r>
        <w:t>تو یہ ہے تقویٰ، یہ ہے پرہیزگاری۔</w:t>
      </w:r>
    </w:p>
    <w:p>
      <w:r>
        <w:rPr>
          <w:b/>
        </w:rPr>
        <w:t xml:space="preserve">[10:52] </w:t>
      </w:r>
      <w:r>
        <w:t>to rozay ne rozay mein jo amal bataya gaya hai, woh kya? yahi to hai ke pani se bacho, khane se bacho, ek khaas waqt mein, yani din ke auqaat mein.</w:t>
      </w:r>
    </w:p>
    <w:p>
      <w:pPr>
        <w:jc w:val="right"/>
      </w:pPr>
      <w:r>
        <w:t>تو روزے نے روزے میں جو عمل بتایا گیا ہے، وہ کیا؟ یہی تو ہے کہ پانی سے بچو، کھانے سے بچو، ایک خاص وقت میں، یعنی دن کے اوقات میں۔</w:t>
      </w:r>
    </w:p>
    <w:p>
      <w:r>
        <w:rPr>
          <w:b/>
        </w:rPr>
        <w:t xml:space="preserve">[11:06] </w:t>
      </w:r>
      <w:r>
        <w:t>to jo bilkul zaroori cheezein hain, aap jante hain ke khana aur pani to zindagi ki bilkul lazmi zarooraten hain, is ke baghair aadmi kaise reh sakta hai?</w:t>
      </w:r>
    </w:p>
    <w:p>
      <w:pPr>
        <w:jc w:val="right"/>
      </w:pPr>
      <w:r>
        <w:t>تو جو بالکل ضروری چیزیں ہیں، آپ جانتے ہیں کہ کھانا اور پانی تو زندگی کی بالکل لازمی ضرورتیں ہیں، اس کے بغیر آدمی کیسے رہ سکتا ہے؟</w:t>
      </w:r>
    </w:p>
    <w:p>
      <w:r>
        <w:rPr>
          <w:b/>
        </w:rPr>
        <w:t xml:space="preserve">[11:18] </w:t>
      </w:r>
      <w:r>
        <w:t>to is ma'ni hai ke jo bohat hi zyada zaroori cheezein hain, is ke zariye se aadmi ko sabak diya gaya. agar kisi mamooli cheez ke zariye sabak diya jata to gehra sabak na milta aadmi ko.</w:t>
      </w:r>
    </w:p>
    <w:p>
      <w:pPr>
        <w:jc w:val="right"/>
      </w:pPr>
      <w:r>
        <w:t>تو اس معنی ہے کہ جو بہت ہی زیادہ ضروری چیزیں ہیں، اس کے ذریعے سے آدمی کو سبق دیا گیا۔ اگر کسی معمولی چیز کے ذریعے سبق دیا جاتا تو گہرا سبق نہ ملتا آدمی کو۔</w:t>
      </w:r>
    </w:p>
    <w:p>
      <w:r>
        <w:rPr>
          <w:b/>
        </w:rPr>
        <w:t xml:space="preserve">[11:34] </w:t>
      </w:r>
      <w:r>
        <w:t>badi cheez ke zariye sabak diya gaya jis ke baghair aadmi reh nahi sakta. to is aitbaar se yeh jo kaha ke roza taqwa ka mahina hai, to taqwa ka mahina kya hai</w:t>
      </w:r>
    </w:p>
    <w:p>
      <w:pPr>
        <w:jc w:val="right"/>
      </w:pPr>
      <w:r>
        <w:t>بڑی چیز کے ذریعے سبق دیا گیا جس کے بغیر آدمی رہ نہیں سکتا۔ تو اس اعتبار سے یہ جو کہا کہ روزہ تقویٰ کا مہینہ ہے، تو تقویٰ کا مہینہ کیا ہے</w:t>
      </w:r>
    </w:p>
    <w:p>
      <w:r>
        <w:rPr>
          <w:b/>
        </w:rPr>
        <w:t xml:space="preserve">[11:47] </w:t>
      </w:r>
      <w:r>
        <w:t>? parhezgari ka mahina. dunya ke raston mein apne aap ko bachate hue guzarna, har waqt distraction hota hai.</w:t>
      </w:r>
    </w:p>
    <w:p>
      <w:pPr>
        <w:jc w:val="right"/>
      </w:pPr>
      <w:r>
        <w:t>؟ پرہیزگاری کا مہینہ۔ دنیا کے راستوں میں اپنے آپ کو بچاتے ہوئے گزرنا، ہر وقت ڈسٹریکشن ہوتا ہے۔</w:t>
      </w:r>
    </w:p>
    <w:p>
      <w:r>
        <w:rPr>
          <w:b/>
        </w:rPr>
        <w:t xml:space="preserve">[11:59] </w:t>
      </w:r>
      <w:r>
        <w:t>distraction se apne ko bachana, aur tarah tarah ki jo cheezein lubhati hain aadmi ko, us se apne aap ko bachana.</w:t>
      </w:r>
    </w:p>
    <w:p>
      <w:pPr>
        <w:jc w:val="right"/>
      </w:pPr>
      <w:r>
        <w:t>ڈسٹریکشن سے اپنے کو بچانا، اور طرح طرح کی جو چیزیں لبھاتی ہیں آدمی کو، اس سے اپنے آپ کو بچانا۔</w:t>
      </w:r>
    </w:p>
    <w:p>
      <w:r>
        <w:rPr>
          <w:b/>
        </w:rPr>
        <w:t xml:space="preserve">[12:10] </w:t>
      </w:r>
      <w:r>
        <w:t>insan ki khwahishein jo baar baar zor marti hain, us se apne aap ko bachana.</w:t>
      </w:r>
    </w:p>
    <w:p>
      <w:pPr>
        <w:jc w:val="right"/>
      </w:pPr>
      <w:r>
        <w:t>انسان کی خواہشیں جو بار بار زور مارتی ہیں، اس سے اپنے آپ کو بچانا۔</w:t>
      </w:r>
    </w:p>
    <w:p>
      <w:r>
        <w:rPr>
          <w:b/>
        </w:rPr>
        <w:t xml:space="preserve">[12:16] </w:t>
      </w:r>
      <w:r>
        <w:t>to yeh kaam aadmi ko sirf ramzan ke mahine mein nahi karna hai, hamesha karna hai. jaise aata hai ke ek rozedar jo hai, us ko chahiye ke woh kisi ko gaali na de, kisi ko bura na kahe, kisi ko sataye nahi.</w:t>
      </w:r>
    </w:p>
    <w:p>
      <w:pPr>
        <w:jc w:val="right"/>
      </w:pPr>
      <w:r>
        <w:t>تو یہ کام آدمی کو صرف رمضان کے مہینے میں نہیں کرنا ہے، ہمیشہ کرنا ہے۔ جیسے آتا ہے کہ ایک روزہ دار جو ہے، اس کو چاہیے کہ وہ کسی کو گالی نہ دے، کسی کو برا نہ کہے، کسی کو ستائے نہیں۔</w:t>
      </w:r>
    </w:p>
    <w:p>
      <w:r>
        <w:rPr>
          <w:b/>
        </w:rPr>
        <w:t xml:space="preserve">[12:36] </w:t>
      </w:r>
      <w:r>
        <w:t>to yeh sirf ramzan mein nahi hai, yeh to ramzan mein tarteebi taur par aisa kiya jata hai.</w:t>
      </w:r>
    </w:p>
    <w:p>
      <w:pPr>
        <w:jc w:val="right"/>
      </w:pPr>
      <w:r>
        <w:t>تو یہ صرف رمضان میں نہیں ہے، یہ تو رمضان میں تربیتی طور پر ایسا کیا جاتا ہے۔</w:t>
      </w:r>
    </w:p>
    <w:p>
      <w:r>
        <w:rPr>
          <w:b/>
        </w:rPr>
        <w:t xml:space="preserve">[12:45] </w:t>
      </w:r>
      <w:r>
        <w:t>yeh jo kaha gaya hai ke roza rakh kar ke tum kisi ko gaali mat do, roza rakh kar tum kisi ko satao nahi, roza rakh kar tum kisi ko bura na kaho, roza rakh kar tum kisi ki gheebat na karo.</w:t>
      </w:r>
    </w:p>
    <w:p>
      <w:pPr>
        <w:jc w:val="right"/>
      </w:pPr>
      <w:r>
        <w:t>یہ جو کہا گیا ہے کہ روزہ رکھ کر کے تم کسی کو گالی مت دو، روزہ رکھ کر تم کسی کو ستاؤ نہیں، روزہ رکھ کر تم کسی کو برا نہ کہو، روزہ رکھ کر تم کسی کی غیبت نہ کرو۔</w:t>
      </w:r>
    </w:p>
    <w:p>
      <w:r>
        <w:rPr>
          <w:b/>
        </w:rPr>
        <w:t xml:space="preserve">[12:57] </w:t>
      </w:r>
      <w:r>
        <w:t>to yeh kis liye kaha gaya? ke ramzan mein jo khusoosi course hai tarbiyat ka, us khusoosi course ko is tarah guzaro, aur phir jab is tarah se guzaro ge to is ka nateeja kya hoga?</w:t>
      </w:r>
    </w:p>
    <w:p>
      <w:pPr>
        <w:jc w:val="right"/>
      </w:pPr>
      <w:r>
        <w:t>تو یہ کس لیے کہا گیا؟ کہ رمضان میں جو خصوصی کورس ہے تربیت کا، اس خصوصی کورس کو اس طرح گزارو، اور پھر جب اس طرح سے گزارو گے تو اس کا نتیجہ کیا ہوگا؟</w:t>
      </w:r>
    </w:p>
    <w:p>
      <w:r>
        <w:rPr>
          <w:b/>
        </w:rPr>
        <w:t xml:space="preserve">[13:12] </w:t>
      </w:r>
      <w:r>
        <w:t>yeh sari sifaat tumhare andar is tarah paida ho jayengi, itne mu'assir andaaz mein ke saal bhar tumhare saath rahengi.</w:t>
      </w:r>
    </w:p>
    <w:p>
      <w:pPr>
        <w:jc w:val="right"/>
      </w:pPr>
      <w:r>
        <w:t>یہ ساری صفات تمہارے اندر اس طرح پیدا ہو جائیں گی، اتنے مؤثر انداز میں کہ سال بھر تمہارے ساتھ رہیں گی۔</w:t>
      </w:r>
    </w:p>
    <w:p>
      <w:r>
        <w:rPr>
          <w:b/>
        </w:rPr>
        <w:t xml:space="preserve">[13:20] </w:t>
      </w:r>
      <w:r>
        <w:t>woh yeh hai shahr ul taqwa. ab dekhiye ke shahr ul sabr kaha gaya ke ramzan jo hai, woh shahr ul sabr hai.</w:t>
      </w:r>
    </w:p>
    <w:p>
      <w:pPr>
        <w:jc w:val="right"/>
      </w:pPr>
      <w:r>
        <w:t>وہ یہ ہے شہر التقویٰ۔ اب دیکھیے کہ شہر الصبر کہا گیا کہ رمضان جو ہے، وہ شہر الصبر ہے۔</w:t>
      </w:r>
    </w:p>
    <w:p>
      <w:r>
        <w:rPr>
          <w:b/>
        </w:rPr>
        <w:t xml:space="preserve">[13:35] </w:t>
      </w:r>
      <w:r>
        <w:t>sabr ka matlab kya hai?</w:t>
      </w:r>
    </w:p>
    <w:p>
      <w:pPr>
        <w:jc w:val="right"/>
      </w:pPr>
      <w:r>
        <w:t>صبر کا مطلب کیا ہے؟</w:t>
      </w:r>
    </w:p>
    <w:p>
      <w:r>
        <w:rPr>
          <w:b/>
        </w:rPr>
        <w:t xml:space="preserve">[13:37] </w:t>
      </w:r>
      <w:r>
        <w:t>quran mein hai ke wa idha ma ghadibu hum yaghfuroon. un ko jab ghussa aata hai to woh maaf kar dete hain.</w:t>
      </w:r>
    </w:p>
    <w:p>
      <w:pPr>
        <w:jc w:val="right"/>
      </w:pPr>
      <w:r>
        <w:t>قرآن میں ہے کہ واذا ما غضبوا هم یغفرون ۔ ان کو جب غصہ آتا ہے تو وہ معاف کر دیتے ہیں۔</w:t>
      </w:r>
    </w:p>
    <w:p>
      <w:r>
        <w:rPr>
          <w:b/>
        </w:rPr>
        <w:t xml:space="preserve">[13:48] </w:t>
      </w:r>
      <w:r>
        <w:t>to ghussa jab aata hai to aadmi ke liye do tareeqe hote hain: ya to sabr kare ya be sabri kare. be sabri karega to us ke andar revenge aayega, inteqaam aa jayega, ladhe bharega.</w:t>
      </w:r>
    </w:p>
    <w:p>
      <w:pPr>
        <w:jc w:val="right"/>
      </w:pPr>
      <w:r>
        <w:t>تو غصہ جب آتا ہے تو آدمی کے لیے دو طریقے ہوتے ہیں: یا تو صبر کرے یا بے صبری کرے۔ بے صبری کرے گا تو اس کے اندر ریونج آئے گا، انتقام آ جائے گا، لڑے بھڑے گا۔</w:t>
      </w:r>
    </w:p>
    <w:p>
      <w:r>
        <w:rPr>
          <w:b/>
        </w:rPr>
        <w:t xml:space="preserve">[14:04] </w:t>
      </w:r>
      <w:r>
        <w:t>yeh be sabri ka andaaz hai.</w:t>
      </w:r>
    </w:p>
    <w:p>
      <w:pPr>
        <w:jc w:val="right"/>
      </w:pPr>
      <w:r>
        <w:t>یہ بے صبری کا انداز ہے۔</w:t>
      </w:r>
    </w:p>
    <w:p>
      <w:r>
        <w:rPr>
          <w:b/>
        </w:rPr>
        <w:t xml:space="preserve">[14:06] </w:t>
      </w:r>
      <w:r>
        <w:t>aur sabr ka andaaz kya hai? maaf kar dega, woh avoid karega, woh i'raaz karega, woh tolerate karega. to ramzan ko shahr ul sabr kaha gaya is liye ke isi baat ki training di jati hai ramzan ke mahine mein.</w:t>
      </w:r>
    </w:p>
    <w:p>
      <w:pPr>
        <w:jc w:val="right"/>
      </w:pPr>
      <w:r>
        <w:t>اور صبر کا انداز کیا ہے؟ معاف کر دے گا، وہ اوائڈ کرے گا، وہ اعراض کرے گا، وہ ٹولریٹ کرے گا۔ تو رمضان کو شہر الصبر کہا گیا اس لیے کہ اسی بات کی ٹریننگ دی جاتی ہے رمضان کے مہینے میں۔</w:t>
      </w:r>
    </w:p>
    <w:p>
      <w:r>
        <w:rPr>
          <w:b/>
        </w:rPr>
        <w:t xml:space="preserve">[14:25] </w:t>
      </w:r>
      <w:r>
        <w:t>goya ek khusoosi course hai</w:t>
      </w:r>
    </w:p>
    <w:p>
      <w:pPr>
        <w:jc w:val="right"/>
      </w:pPr>
      <w:r>
        <w:t>گویا ایک خصوصی کورس ہے</w:t>
      </w:r>
    </w:p>
    <w:p>
      <w:r>
        <w:rPr>
          <w:b/>
        </w:rPr>
        <w:t xml:space="preserve">[14:28] </w:t>
      </w:r>
      <w:r>
        <w:t>inhi baaton ko aadmi ke andar paida karne ke liye. ramzan ka mahina ek goya ek khusoosi course, ek special course ki hesiyat rakhta hai.</w:t>
      </w:r>
    </w:p>
    <w:p>
      <w:pPr>
        <w:jc w:val="right"/>
      </w:pPr>
      <w:r>
        <w:t>انہی باتوں کو آدمی کے اندر پیدا کرنے کے لیے۔ رمضان کا مہینہ ایک گویا ایک خصوصی کورس، ایک اسپیشل کورس کی حیثیت رکھتا ہے۔</w:t>
      </w:r>
    </w:p>
    <w:p>
      <w:r>
        <w:rPr>
          <w:b/>
        </w:rPr>
        <w:t xml:space="preserve">[14:38] </w:t>
      </w:r>
      <w:r>
        <w:t>yani wohi cheezein jo saal bhar insan ko karna hai, usi ke liye ek special course ke taur par ramzan ka mahina rakha gaya ke koi bhadkaye to bhadko mat, koi ghussa dilaye to ghussa mat ho,</w:t>
      </w:r>
    </w:p>
    <w:p>
      <w:pPr>
        <w:jc w:val="right"/>
      </w:pPr>
      <w:r>
        <w:t>یعنی وہی چیزیں جو سال بھر انسان کو کرنا ہے، اسی کے لیے ایک اسپیشل کورس کے طور پر رمضان کا مہینہ رکھا گیا کہ کوئی بھڑکائے تو بھڑکو مت، کوئی غصہ دلائے تو غصہ مت ہو،</w:t>
      </w:r>
    </w:p>
    <w:p>
      <w:r>
        <w:rPr>
          <w:b/>
        </w:rPr>
        <w:t xml:space="preserve">[14:57] </w:t>
      </w:r>
      <w:r>
        <w:t>koi provoke kare to provoke mat ho. yeh hai shahr ul sabr ka matlab. aise hi dekhiye, shahr ul quran bhi hai.</w:t>
      </w:r>
    </w:p>
    <w:p>
      <w:pPr>
        <w:jc w:val="right"/>
      </w:pPr>
      <w:r>
        <w:t>کوئی پرووک کرے تو پرووک مت ہو۔ یہ ہے شہر الصبر کا مطلب۔ ایسے ہی دیکھیے، شہر القرآن بھی ہے۔</w:t>
      </w:r>
    </w:p>
    <w:p>
      <w:r>
        <w:rPr>
          <w:b/>
        </w:rPr>
        <w:t xml:space="preserve">[15:08] </w:t>
      </w:r>
      <w:r>
        <w:t>ramzan isi mahine mein quran utara gaya. to shahr ul quran ka matlab kya hai? ramzan kis aitbaar se shahr ul quran hai?</w:t>
      </w:r>
    </w:p>
    <w:p>
      <w:pPr>
        <w:jc w:val="right"/>
      </w:pPr>
      <w:r>
        <w:t>رمضان اسی مہینے میں قرآن اتارا گیا۔ تو شہر القرآن کا مطلب کیا ہے؟ رمضان کس اعتبار سے شہر القرآن ہے؟</w:t>
      </w:r>
    </w:p>
    <w:p>
      <w:r>
        <w:rPr>
          <w:b/>
        </w:rPr>
        <w:t xml:space="preserve">[15:21] </w:t>
      </w:r>
      <w:r>
        <w:t>is aitbaar se ke ramzan mein hum khaas taur par quran ko padhte hain, quran ki aayaton mein sochte hain, quran ki baaton ko apne dimagh mein utarte hain.</w:t>
      </w:r>
    </w:p>
    <w:p>
      <w:pPr>
        <w:jc w:val="right"/>
      </w:pPr>
      <w:r>
        <w:t>اس اعتبار سے کہ رمضان میں ہم خاص طور پر قرآن کو پڑھتے ہیں، قرآن کی آیتوں میں سوچتے ہیں، قرآن کی باتوں کو اپنے دماغ میں اتارتے ہیں۔</w:t>
      </w:r>
    </w:p>
    <w:p>
      <w:r>
        <w:rPr>
          <w:b/>
        </w:rPr>
        <w:t xml:space="preserve">[15:32] </w:t>
      </w:r>
      <w:r>
        <w:t>to aisa jab hum karenge rozay ke zamanay mein</w:t>
      </w:r>
    </w:p>
    <w:p>
      <w:pPr>
        <w:jc w:val="right"/>
      </w:pPr>
      <w:r>
        <w:t>تو ایسا جب ہم کریں گے روزے کے زمانے میں</w:t>
      </w:r>
    </w:p>
    <w:p>
      <w:r>
        <w:rPr>
          <w:b/>
        </w:rPr>
        <w:t xml:space="preserve">[15:35] </w:t>
      </w:r>
      <w:r>
        <w:t>to quran hamari zindagi mein is tarah shamil ho jayega ke saal bhar is ka asar rahega. jaise ek misaal mein deta hoon ke aap ne ramzan mein quran ko padha.</w:t>
      </w:r>
    </w:p>
    <w:p>
      <w:pPr>
        <w:jc w:val="right"/>
      </w:pPr>
      <w:r>
        <w:t>تو قرآن ہماری زندگی میں اس طرح شامل ہو جائے گا کہ سال بھر اس کا اثر رہے گا۔ جیسے ایک مثال میں دیتا ہوں کہ آپ نے رمضان میں قرآن کو پڑھا۔</w:t>
      </w:r>
    </w:p>
    <w:p>
      <w:r>
        <w:rPr>
          <w:b/>
        </w:rPr>
        <w:t xml:space="preserve">[15:50] </w:t>
      </w:r>
      <w:r>
        <w:t>is mein aap ne yeh padha ke wa la tamshi fil arzi marrah.</w:t>
      </w:r>
    </w:p>
    <w:p>
      <w:pPr>
        <w:jc w:val="right"/>
      </w:pPr>
      <w:r>
        <w:t>اس میں آپ نے یہ پڑھا کہ ولا تمش فی الارض مرہ ۔</w:t>
      </w:r>
    </w:p>
    <w:p>
      <w:r>
        <w:rPr>
          <w:b/>
        </w:rPr>
        <w:t xml:space="preserve">[15:58] </w:t>
      </w:r>
      <w:r>
        <w:t>zameen mein akad kar na chal. wa la tamshi fil arzi marrah.</w:t>
      </w:r>
    </w:p>
    <w:p>
      <w:pPr>
        <w:jc w:val="right"/>
      </w:pPr>
      <w:r>
        <w:t>زمین میں اکڑ کر نہ چل۔ ولا تمش فی الارض مرہ ۔</w:t>
      </w:r>
    </w:p>
    <w:p>
      <w:r>
        <w:rPr>
          <w:b/>
        </w:rPr>
        <w:t xml:space="preserve">[16:05] </w:t>
      </w:r>
      <w:r>
        <w:t>padha to aap ne roze ke zamane mein, lekin yeh yeh jo baat hai, yeh to saal bhar ki hai</w:t>
      </w:r>
    </w:p>
    <w:p>
      <w:pPr>
        <w:jc w:val="right"/>
      </w:pPr>
      <w:r>
        <w:t>پڑھا تو آپ نے روزے کے زمانے میں، لیکن یہ یہ جو بات ہے، یہ تو سال بھر کی ہے</w:t>
      </w:r>
    </w:p>
    <w:p>
      <w:r>
        <w:rPr>
          <w:b/>
        </w:rPr>
        <w:t xml:space="preserve">[16:13] </w:t>
      </w:r>
      <w:r>
        <w:t>ke ramzan ke mahine mein aap ne quran ko khusoosi taur par padha, aur yeh ayat aap ke samne aayi ke wa la tamshi fil arzi marrah. ke zameen mein akad kar na chal.</w:t>
      </w:r>
    </w:p>
    <w:p>
      <w:pPr>
        <w:jc w:val="right"/>
      </w:pPr>
      <w:r>
        <w:t>کہ رمضان کے مہینے میں آپ نے قرآن کو خصوصی طور پر پڑھا، اور یہ آیت آپ کے سامنے آئی کہ ولا تمش فی الارض مرہ ۔ کہ زمین میں اکڑ کر نہ چل۔</w:t>
      </w:r>
    </w:p>
    <w:p>
      <w:r>
        <w:rPr>
          <w:b/>
        </w:rPr>
        <w:t xml:space="preserve">[16:24] </w:t>
      </w:r>
      <w:r>
        <w:t>to akad kar chalna sirf ramzan ki baat nahi hai. jab bhi aap chalen to aap ka andaaz akad ka andaaz na ho,</w:t>
      </w:r>
    </w:p>
    <w:p>
      <w:pPr>
        <w:jc w:val="right"/>
      </w:pPr>
      <w:r>
        <w:t>تو اکڑ کر چلنا صرف رمضان کی بات نہیں ہے۔ جب بھی آپ چلیں تو آپ کا انداز اکڑ کا انداز نہ ہو،</w:t>
      </w:r>
    </w:p>
    <w:p>
      <w:r>
        <w:rPr>
          <w:b/>
        </w:rPr>
        <w:t xml:space="preserve">[16:33] </w:t>
      </w:r>
      <w:r>
        <w:t>balke modesti ho aap ke chalne mein, tawazu ho aap ke chalne mein, yeh sab baatein hon aap ke chalne mein. dekhiye, yeh baatein kaise aati hain?</w:t>
      </w:r>
    </w:p>
    <w:p>
      <w:pPr>
        <w:jc w:val="right"/>
      </w:pPr>
      <w:r>
        <w:t>بلکہ مودستی ہو آپ کے چلنے میں، تواضع ہو آپ کے چلنے میں، یہ سب باتیں ہوں آپ کے چلنے میں۔ دیکھیے، یہ باتیں کیسے آتی ہیں؟</w:t>
      </w:r>
    </w:p>
    <w:p>
      <w:r>
        <w:rPr>
          <w:b/>
        </w:rPr>
        <w:t xml:space="preserve">[16:46] </w:t>
      </w:r>
      <w:r>
        <w:t>soch soch kar aati hain. jab aap zameen par chal rahe hon aur yeh sochein ke khuda ne mujhe do paon diye hain, yeh do paon na hota to kya karta mein?</w:t>
      </w:r>
    </w:p>
    <w:p>
      <w:pPr>
        <w:jc w:val="right"/>
      </w:pPr>
      <w:r>
        <w:t>سوچ سوچ کر آتی ہیں۔ جب آپ زمین پر چل رہے ہوں اور یہ سوچیں کہ خدا نے مجھے دو پاؤں دیے ہیں، یہ دو پاؤں نہ ہوتا تو کیا کرتا میں؟</w:t>
      </w:r>
    </w:p>
    <w:p>
      <w:r>
        <w:rPr>
          <w:b/>
        </w:rPr>
        <w:t xml:space="preserve">[16:58] </w:t>
      </w:r>
      <w:r>
        <w:t>kahin chalta.</w:t>
      </w:r>
    </w:p>
    <w:p>
      <w:pPr>
        <w:jc w:val="right"/>
      </w:pPr>
      <w:r>
        <w:t>کہیں چلتا۔</w:t>
      </w:r>
    </w:p>
    <w:p>
      <w:r>
        <w:rPr>
          <w:b/>
        </w:rPr>
        <w:t xml:space="preserve">[17:00] </w:t>
      </w:r>
      <w:r>
        <w:t>zameen par mujhe ghasetna padta, ghaset ghaset ke chalna padta. to ab jab aap yeh sochenge to akad kahan se aayegi?</w:t>
      </w:r>
    </w:p>
    <w:p>
      <w:pPr>
        <w:jc w:val="right"/>
      </w:pPr>
      <w:r>
        <w:t>زمین پر مجھے گھسٹنا پڑتا، گھسٹ گھسٹ کے چلنا پڑتا۔ تو اب جب آپ یہ سوچیں گے تو اکڑ کہاں سے آئے گی؟</w:t>
      </w:r>
    </w:p>
    <w:p>
      <w:r>
        <w:rPr>
          <w:b/>
        </w:rPr>
        <w:t xml:space="preserve">[17:12] </w:t>
      </w:r>
      <w:r>
        <w:t>phir to shukr hi shukr aayega, phir to tawazu aayegi, phir to modesti aayegi. aise hi aap farz kijiye ke car par safar kar rahe hain, tab bhi yeh nahi ho sakta ke aap ko akad paida ho.</w:t>
      </w:r>
    </w:p>
    <w:p>
      <w:pPr>
        <w:jc w:val="right"/>
      </w:pPr>
      <w:r>
        <w:t>پھر تو شکر ہی شکر آئے گا، پھر تو تواضع آئے گی، پھر تو مودستی آئے گی۔ ایسے ہی آپ فرض کیجیے کہ کار پر سفر کر رہے ہیں، تب بھی یہ نہیں ہو سکتا کہ آپ کو اکڑ پیدا ہو۔</w:t>
      </w:r>
    </w:p>
    <w:p>
      <w:r>
        <w:rPr>
          <w:b/>
        </w:rPr>
        <w:t xml:space="preserve">[17:26] </w:t>
      </w:r>
      <w:r>
        <w:t>kyun? aap sochenge ke car kya cheez hai to aap ko samajh mein aayega ke khuda ne ek aisa ajeeb ghareeb ehsan kiya hai ke dead matter road par daud raha hai, mujh ko le kar ke.</w:t>
      </w:r>
    </w:p>
    <w:p>
      <w:pPr>
        <w:jc w:val="right"/>
      </w:pPr>
      <w:r>
        <w:t>کیوں؟ آپ سوچیں گے کہ کار کیا چیز ہے تو آپ کو سمجھ میں آئے گا کہ خدا نے ایک ایسا عجیب غریب احسان کیا ہے کہ ڈیڈ میٹر روڈ پر دوڑ رہا ہے، مجھ کو لے کر کے۔</w:t>
      </w:r>
    </w:p>
    <w:p>
      <w:r>
        <w:rPr>
          <w:b/>
        </w:rPr>
        <w:t xml:space="preserve">[17:43] </w:t>
      </w:r>
      <w:r>
        <w:t>yani car jo hai, us ko aap dismantle kar dijiye to kya hai? woh dead matter hai.</w:t>
      </w:r>
    </w:p>
    <w:p>
      <w:pPr>
        <w:jc w:val="right"/>
      </w:pPr>
      <w:r>
        <w:t>یعنی کار جو ہے، اس کو آپ ڈسمنٹل کر دیجئے تو کیا ہے؟ وہ ڈیڈ میٹر ہے۔</w:t>
      </w:r>
    </w:p>
    <w:p>
      <w:r>
        <w:rPr>
          <w:b/>
        </w:rPr>
        <w:t xml:space="preserve">[17:51] </w:t>
      </w:r>
      <w:r>
        <w:t>to aap sochen ke khuda ne dead matter ko mere liye aisa bana diya ke mujh ko road par le kar ke daud raha hai. to akad kahan se aayegi?</w:t>
      </w:r>
    </w:p>
    <w:p>
      <w:pPr>
        <w:jc w:val="right"/>
      </w:pPr>
      <w:r>
        <w:t>تو آپ سوچیں کہ خدا نے ڈیڈ میٹر کو میرے لیے ایسا بنا دیا کہ مجھ کو روڈ پر لے کر کے دوڑ رہا ہے۔ تو اکڑ کہاں سے آئے گی؟</w:t>
      </w:r>
    </w:p>
    <w:p>
      <w:r>
        <w:rPr>
          <w:b/>
        </w:rPr>
        <w:t xml:space="preserve">[18:01] </w:t>
      </w:r>
      <w:r>
        <w:t>phir to shukr aayega, tawazu aayegi, modesti aayegi. aise hi aap hawai jahaz par chal rahe hain, tab bhi aap sochenge ke hawai jahaz bhi kya hai?</w:t>
      </w:r>
    </w:p>
    <w:p>
      <w:pPr>
        <w:jc w:val="right"/>
      </w:pPr>
      <w:r>
        <w:t>پھر تو شکر آئے گا، تواضع آئے گی، مودستی آئے گی۔ ایسے ہی آپ ہوائی جہاز پر چل رہے ہیں، تب بھی آپ سوچیں گے کہ ہوائی جہاز بھی کیا ہے؟</w:t>
      </w:r>
    </w:p>
    <w:p>
      <w:r>
        <w:rPr>
          <w:b/>
        </w:rPr>
        <w:t xml:space="preserve">[18:13] </w:t>
      </w:r>
      <w:r>
        <w:t>hawai jahaz banne se pehle woh dead matter hai.</w:t>
      </w:r>
    </w:p>
    <w:p>
      <w:pPr>
        <w:jc w:val="right"/>
      </w:pPr>
      <w:r>
        <w:t>ہوائی جہاز بننے سے پہلے وہ ڈیڈ میٹر ہے۔</w:t>
      </w:r>
    </w:p>
    <w:p>
      <w:r>
        <w:rPr>
          <w:b/>
        </w:rPr>
        <w:t xml:space="preserve">[18:17] </w:t>
      </w:r>
      <w:r>
        <w:t>to wahan bhi aap sochen ke dekho, khuda ne kaisa ajeeb muamla kiya mere sath ke dead matter mujh ko le kar ke ud raha hai hawa mein.</w:t>
      </w:r>
    </w:p>
    <w:p>
      <w:pPr>
        <w:jc w:val="right"/>
      </w:pPr>
      <w:r>
        <w:t>تو وہاں بھی آپ سوچیں کہ دیکھو، خدا نے کیسا عجیب معاملہ کیا میرے ساتھ کہ ڈیڈ میٹر مجھ کو لے کر کے اڑ رہا ہے ہوا میں۔</w:t>
      </w:r>
    </w:p>
    <w:p>
      <w:r>
        <w:rPr>
          <w:b/>
        </w:rPr>
        <w:t xml:space="preserve">[18:28] </w:t>
      </w:r>
      <w:r>
        <w:t>zahiri hai ke upar mein aise nahi chal sakta, mein chirya ke andar ud nahi sakta, lekin hawai jahaz mujh ko uda kar yahan se wahan le ja raha hai.</w:t>
      </w:r>
    </w:p>
    <w:p>
      <w:pPr>
        <w:jc w:val="right"/>
      </w:pPr>
      <w:r>
        <w:t>ظاہر ہے کہ اوپر میں ایسے نہیں چل سکتا، میں چڑیا کے اندر اڑ نہیں سکتا، لیکن ہوائی جہاز مجھ کو اڑا کر یہاں سے وہاں لے جا رہا ہے۔</w:t>
      </w:r>
    </w:p>
    <w:p>
      <w:r>
        <w:rPr>
          <w:b/>
        </w:rPr>
        <w:t xml:space="preserve">[18:39] </w:t>
      </w:r>
      <w:r>
        <w:t>wohi dead matter ud raha hai mujh ko le kar ke. aise hi aap ship se chal rahe hain samandar mein, tab bhi wohi ehsas aayega.</w:t>
      </w:r>
    </w:p>
    <w:p>
      <w:pPr>
        <w:jc w:val="right"/>
      </w:pPr>
      <w:r>
        <w:t>وہی ڈیڈ میٹر اڑ رہا ہے مجھ کو لے کر کے۔ ایسے ہی آپ شپ سے چل رہے ہیں سمندر میں، تب بھی وہی احساس آئے گا۔</w:t>
      </w:r>
    </w:p>
    <w:p>
      <w:r>
        <w:rPr>
          <w:b/>
        </w:rPr>
        <w:t xml:space="preserve">[18:47] </w:t>
      </w:r>
      <w:r>
        <w:t>ship bhi kya hai? ship banne se pehle woh dead matter hai. to khuda ne dead matter ko aisa kar diya ke mujh ko le kar samandaron mein teer raha hai.</w:t>
      </w:r>
    </w:p>
    <w:p>
      <w:pPr>
        <w:jc w:val="right"/>
      </w:pPr>
      <w:r>
        <w:t>شپ بھی کیا ہے؟ شپ بننے سے پہلے وہ ڈیڈ میٹر ہے۔ تو خدا نے ڈیڈ میٹر کو ایسا کر دیا کہ مجھ کو لے کر سمندروں میں تیر رہا ہے۔</w:t>
      </w:r>
    </w:p>
    <w:p>
      <w:r>
        <w:rPr>
          <w:b/>
        </w:rPr>
        <w:t xml:space="preserve">[18:56] </w:t>
      </w:r>
      <w:r>
        <w:t>woh khud se mein chaloon to mein samandar mein doob jaunga. to har waqt aap ko ehsas hoga apne banda hone ka, har waqt ehsas hoga ke sab kuch mere liye nemat hai.</w:t>
      </w:r>
    </w:p>
    <w:p>
      <w:pPr>
        <w:jc w:val="right"/>
      </w:pPr>
      <w:r>
        <w:t>وہ خود سے میں چلوں تو میں سمندر میں ڈوب جاؤں گا۔ تو ہر وقت آپ کو احساس ہوگا اپنے بندہ ہونے کا، ہر وقت احساس ہوگا کہ سب کچھ میرے لیے نعمت ہے۔</w:t>
      </w:r>
    </w:p>
    <w:p>
      <w:r>
        <w:rPr>
          <w:b/>
        </w:rPr>
        <w:t xml:space="preserve">[19:10] </w:t>
      </w:r>
      <w:r>
        <w:t>to inaam ko dekh kar ke giver yaad aayega aap ko,</w:t>
      </w:r>
    </w:p>
    <w:p>
      <w:pPr>
        <w:jc w:val="right"/>
      </w:pPr>
      <w:r>
        <w:t>تو انعام کو دیکھ کر کے منیم یاد آئے گا آپ کو،</w:t>
      </w:r>
    </w:p>
    <w:p>
      <w:r>
        <w:rPr>
          <w:b/>
        </w:rPr>
        <w:t xml:space="preserve">[19:14] </w:t>
      </w:r>
      <w:r>
        <w:t>yani cheezon ko dekh kar aap ko giver yaad aayega, samanon ko dekh kar aap ko dene wala yaad aayega. aur phir aap sochenge ke jo kuch hai, khuda ka diya hua hai.</w:t>
      </w:r>
    </w:p>
    <w:p>
      <w:pPr>
        <w:jc w:val="right"/>
      </w:pPr>
      <w:r>
        <w:t>یعنی چیزوں کو دیکھ کر آپ کو گیور یاد آئے گا، سامانوں کو دیکھ کر آپ کو دینے والا یاد آئے گا۔ اور پھر آپ سوچیں گے کہ جو کچھ ہے، خدا کا دیا ہوا ہے۔</w:t>
      </w:r>
    </w:p>
    <w:p>
      <w:r>
        <w:rPr>
          <w:b/>
        </w:rPr>
        <w:t xml:space="preserve">[19:27] </w:t>
      </w:r>
      <w:r>
        <w:t>maine to banaya nahi, maine apne aap ko nahi banaya, maine zameen ko nahi banaya, maine hawa ko nahi banaya, maine matter ko nahi banaya.</w:t>
      </w:r>
    </w:p>
    <w:p>
      <w:pPr>
        <w:jc w:val="right"/>
      </w:pPr>
      <w:r>
        <w:t>میں نے تو بنایا نہیں، میں نے اپنے آپ کو نہیں بنایا، میں نے زمین کو نہیں بنایا، میں نے ہوا کو نہیں بنایا، میں نے میٹر کو نہیں بنایا۔</w:t>
      </w:r>
    </w:p>
    <w:p>
      <w:r>
        <w:rPr>
          <w:b/>
        </w:rPr>
        <w:t xml:space="preserve">[19:40] </w:t>
      </w:r>
      <w:r>
        <w:t>to har cheez khuda ke inaam ke roop mein aap ko dikhai degi, aur khuda aap ko giver ke roop mein dikhai dega. to phir tawazu hi tawazu aayegi, modesti aayegi,</w:t>
      </w:r>
    </w:p>
    <w:p>
      <w:pPr>
        <w:jc w:val="right"/>
      </w:pPr>
      <w:r>
        <w:t>تو ہر چیز خدا کے انعام کے روپ میں آپ کو دکھائی دے گی، اور خدا آپ کو منیم کے روپ میں دکھائی دے گا۔ تو پھر تواضع ہی تواضع آئے گی، مودستی آئے گی،</w:t>
      </w:r>
    </w:p>
    <w:p>
      <w:r>
        <w:rPr>
          <w:b/>
        </w:rPr>
        <w:t xml:space="preserve">[19:53] </w:t>
      </w:r>
      <w:r>
        <w:t>faroatani aye gi, ajz aye ga, aur phir aap khuda ki yaad karte rahenge.</w:t>
      </w:r>
    </w:p>
    <w:p>
      <w:pPr>
        <w:jc w:val="right"/>
      </w:pPr>
      <w:r>
        <w:t>فروتنی آئے گی، عجز آئے گا، اور پھر آپ خدا کی یاد کرتے رہیں گے۔</w:t>
      </w:r>
    </w:p>
    <w:p>
      <w:r>
        <w:rPr>
          <w:b/>
        </w:rPr>
        <w:t xml:space="preserve">[20:01] </w:t>
      </w:r>
      <w:r>
        <w:t>yeh hai ramzan ke mahine mein jo kaha gaya hai: khoob quran padho, khoob quran padho. to is ka matlab yahi hai ke quran ki ayaton ko le le kar apne dimagh mein bithao, aur phir is ki spirit ke sath dunya mein jiyo.</w:t>
      </w:r>
    </w:p>
    <w:p>
      <w:pPr>
        <w:jc w:val="right"/>
      </w:pPr>
      <w:r>
        <w:t>یہ ہے رمضان کے مہینے میں جو کہا گیا ہے: خوب قرآن پڑھو، خوب قرآن پڑھو۔ تو اس کا مطلب یہی ہے کہ قرآن کی آیتوں کو لے لے کر اپنے دماغ میں بٹھاؤ، اور پھر اس کی اسپرٹ کے ساتھ دنیا میں جیو۔</w:t>
      </w:r>
    </w:p>
    <w:p>
      <w:r>
        <w:rPr>
          <w:b/>
        </w:rPr>
        <w:t xml:space="preserve">[20:16] </w:t>
      </w:r>
      <w:r>
        <w:t>saal bhar, sari zindagi, sari umar.</w:t>
      </w:r>
    </w:p>
    <w:p>
      <w:pPr>
        <w:jc w:val="right"/>
      </w:pPr>
      <w:r>
        <w:t>سال بھر، ساری زندگی، ساری عمر۔</w:t>
      </w:r>
    </w:p>
    <w:p>
      <w:r>
        <w:rPr>
          <w:b/>
        </w:rPr>
        <w:t xml:space="preserve">[20:20] </w:t>
      </w:r>
      <w:r>
        <w:t>aise hi dekhiye, quran mein hai ke lal-lakum tash-kurun. roze ke mahine ke bare mein jo ayaten hain surah baqarah mein, is mein roze ke bare mein farmaya ke roza is liye lal-lakum tash-kurun.</w:t>
      </w:r>
    </w:p>
    <w:p>
      <w:pPr>
        <w:jc w:val="right"/>
      </w:pPr>
      <w:r>
        <w:t>ایسے ہی دیکھیے، قرآن میں ہے کہ لَلَّكُمْ تَشْكُرُونَ ۔ روزے کے مہینے کے بارے میں جو آیتیں ہیں سورہ بقرہ میں، اس میں روزے کے بارے میں فرمایا کہ روزہ اس لیے لَلَّكُمْ تَشْكُرُونَ ۔</w:t>
      </w:r>
    </w:p>
    <w:p>
      <w:r>
        <w:rPr>
          <w:b/>
        </w:rPr>
        <w:t xml:space="preserve">[20:34] </w:t>
      </w:r>
      <w:r>
        <w:t>tah-ke tum shukr karo khuda ka.</w:t>
      </w:r>
    </w:p>
    <w:p>
      <w:pPr>
        <w:jc w:val="right"/>
      </w:pPr>
      <w:r>
        <w:t>تاکہ تم شکر کرو خدا کا۔</w:t>
      </w:r>
    </w:p>
    <w:p>
      <w:r>
        <w:rPr>
          <w:b/>
        </w:rPr>
        <w:t xml:space="preserve">[20:38] </w:t>
      </w:r>
      <w:r>
        <w:t>hatumun ne farmaya, jo khalifa doam the, ke tum pani ka ek glass peete ho, tumhare jism ke andar jata hai, aur phir woh hazam ho jata hai.</w:t>
      </w:r>
    </w:p>
    <w:p>
      <w:pPr>
        <w:jc w:val="right"/>
      </w:pPr>
      <w:r>
        <w:t>ہتومن نے فرمایا، جو خلیفہ دوم تھے، کہ تم پانی کا ایک گلاس پیتے ہو، تمہارے جسم کے اندر جاتا ہے، اور پھر وہ ہضم ہو جاتا ہے۔</w:t>
      </w:r>
    </w:p>
    <w:p>
      <w:r>
        <w:rPr>
          <w:b/>
        </w:rPr>
        <w:t xml:space="preserve">[20:52] </w:t>
      </w:r>
      <w:r>
        <w:t>is par bhi shukr karna hai. ab zara sochiye, aap pani jo do gases ka majmooa hai, yani alag alag woh do gases hain: hydrogen aur oxygen.</w:t>
      </w:r>
    </w:p>
    <w:p>
      <w:pPr>
        <w:jc w:val="right"/>
      </w:pPr>
      <w:r>
        <w:t>اس پر بھی شکر کرنا ہے۔ اب ذرا سوچیے، آپ پانی جو دو گیسز کا مجموعہ ہے، یعنی الگ الگ وہ دو گیسیں ہیں: ہائیڈروجن اور اکسیجن۔</w:t>
      </w:r>
    </w:p>
    <w:p>
      <w:r>
        <w:rPr>
          <w:b/>
        </w:rPr>
        <w:t xml:space="preserve">[21:05] </w:t>
      </w:r>
      <w:r>
        <w:t>mil gayi to pani hai,</w:t>
      </w:r>
    </w:p>
    <w:p>
      <w:pPr>
        <w:jc w:val="right"/>
      </w:pPr>
      <w:r>
        <w:t>مل گئی تو پانی ہے،</w:t>
      </w:r>
    </w:p>
    <w:p>
      <w:r>
        <w:rPr>
          <w:b/>
        </w:rPr>
        <w:t xml:space="preserve">[21:09] </w:t>
      </w:r>
      <w:r>
        <w:t>yani seyal pani, liquid pani. aap sochiye ke kaise khuda ne do gases ko apne liye pani bana diya. phir body ke andar pani gaya to body ke andar jo nizam hai, kis tarah pani ko is ne liya.</w:t>
      </w:r>
    </w:p>
    <w:p>
      <w:pPr>
        <w:jc w:val="right"/>
      </w:pPr>
      <w:r>
        <w:t>یعنی سیال پانی، لیکوڈ پانی۔ آپ سوچیے کہ کیسے خدا نے دو گیسوں کو اپنے لیے پانی بنا دیا۔ پھر باڈی کے اندر پانی گیا تو باڈی کے اندر جو نظام ہے، کس طرح پانی کو اس نے لیا۔</w:t>
      </w:r>
    </w:p>
    <w:p>
      <w:r>
        <w:rPr>
          <w:b/>
        </w:rPr>
        <w:t xml:space="preserve">[21:25] </w:t>
      </w:r>
      <w:r>
        <w:t>main ne ek aise admi ko dekha hai jis ka body pani ko accept nahi karta tha, woh pani pi nahi sakta tha.</w:t>
      </w:r>
    </w:p>
    <w:p>
      <w:pPr>
        <w:jc w:val="right"/>
      </w:pPr>
      <w:r>
        <w:t>میں نے ایک ایسے آدمی کو دیکھا ہے جس کا باڈی پانی کو ایکسیپٹ نہیں کرتا تھا، وہ پانی پی نہیں سکتا تھا۔</w:t>
      </w:r>
    </w:p>
    <w:p>
      <w:r>
        <w:rPr>
          <w:b/>
        </w:rPr>
        <w:t xml:space="preserve">[21:34] </w:t>
      </w:r>
      <w:r>
        <w:t>woh</w:t>
      </w:r>
    </w:p>
    <w:p>
      <w:pPr>
        <w:jc w:val="right"/>
      </w:pPr>
      <w:r>
        <w:t>وہ</w:t>
      </w:r>
    </w:p>
    <w:p>
      <w:r>
        <w:rPr>
          <w:b/>
        </w:rPr>
        <w:t xml:space="preserve">[21:36] </w:t>
      </w:r>
      <w:r>
        <w:t>to main ne dekha ke is ka is ka body jo hai, bilkul sookh gaya tha, bhose ki tarah ho gaya tha. to yeh sadah baat nahi hai, yeh ke pani piya aap ne, woh pani mein ja kar ke, woh pani piya aap ne, woh pani jo hai, body mein ja kar ke, woh assimilate ho gaya.</w:t>
      </w:r>
    </w:p>
    <w:p>
      <w:pPr>
        <w:jc w:val="right"/>
      </w:pPr>
      <w:r>
        <w:t>تو میں نے دیکھا کہ اس کا اس کا باڈی جو ہے، بالکل سوکھ گیا تھا، بھوسے کی طرح ہو گیا تھا۔ تو یہ سادہ بات نہیں ہے، یہ کہ پانی پیا آپ نے، وہ پانی میں جا کر کے، وہ پانی پیا آپ نے، وہ پانی جو ہے، باڈی میں جا کر کے، وہ اسیملیٹ ہو گیا۔</w:t>
      </w:r>
    </w:p>
    <w:p>
      <w:r>
        <w:rPr>
          <w:b/>
        </w:rPr>
        <w:t xml:space="preserve">[21:52] </w:t>
      </w:r>
      <w:r>
        <w:t>yeh sadah baat nahi hai. to khuda koi koi namoona dikha deta hai, yani woh insan jis ko main ne dekha tha adab garh mein ke bilkul sara body is ka bhosa ho raha tha, sookh sookh sookh gaya tha,</w:t>
      </w:r>
    </w:p>
    <w:p>
      <w:pPr>
        <w:jc w:val="right"/>
      </w:pPr>
      <w:r>
        <w:t>یہ سادہ بات نہیں ہے۔ تو خدا کوئی کوئی نمونہ دکھا دیتا ہے، یعنی وہ انسان جس کو میں نے دیکھا تھا آدب گڑھ میں کہ بالکل سارا باڈی اس کا بھوسہ ہو رہا تھا، سوکھ سوکھ سوکھ گیا تھا،</w:t>
      </w:r>
    </w:p>
    <w:p>
      <w:r>
        <w:rPr>
          <w:b/>
        </w:rPr>
        <w:t xml:space="preserve">[22:05] </w:t>
      </w:r>
      <w:r>
        <w:t>kyun ke pani is ke andar ja nahi pata tha. aise hi khane ka mamla hai.</w:t>
      </w:r>
    </w:p>
    <w:p>
      <w:pPr>
        <w:jc w:val="right"/>
      </w:pPr>
      <w:r>
        <w:t>کیونکہ پانی اس کے اندر جا نہیں پاتا تھا۔ ایسے ہی کھانے کا معاملہ ہے۔</w:t>
      </w:r>
    </w:p>
    <w:p>
      <w:r>
        <w:rPr>
          <w:b/>
        </w:rPr>
        <w:t xml:space="preserve">[22:14] </w:t>
      </w:r>
      <w:r>
        <w:t>ya aap sochen, aap khana kha rahe hain to aap sochen, khana bhi kya cheez hai. abhi hal mein meri mulaqat hui ek sahib se, woh cancer ke mareez the.</w:t>
      </w:r>
    </w:p>
    <w:p>
      <w:pPr>
        <w:jc w:val="right"/>
      </w:pPr>
      <w:r>
        <w:t>یا آپ سوچیں، آپ کھانا کھا رہے ہیں تو آپ سوچیں، کھانا بھی کیا چیز ہے۔ ابھی حال میں میری ملاقات ہوئی ایک صاحب سے، وہ کینسر کے مریض تھے۔</w:t>
      </w:r>
    </w:p>
    <w:p>
      <w:r>
        <w:rPr>
          <w:b/>
        </w:rPr>
        <w:t xml:space="preserve">[22:25] </w:t>
      </w:r>
      <w:r>
        <w:t>unhon ne bataya ke main adhi roti agar kha loon to kai ghante tak andar taqreeb rehti hai, bohat der mein hazam hoti hai. adhi roti</w:t>
      </w:r>
    </w:p>
    <w:p>
      <w:pPr>
        <w:jc w:val="right"/>
      </w:pPr>
      <w:r>
        <w:t>انہوں نے بتایا کہ میں ادھی روٹی اگر کھا لوں تو کئی گھنٹے تک اندر تقریب رہتی ہے، بہت دیر میں ہضم ہوتی ہے۔ ادھی روٹی</w:t>
      </w:r>
    </w:p>
    <w:p>
      <w:r>
        <w:rPr>
          <w:b/>
        </w:rPr>
        <w:t xml:space="preserve">[22:36] </w:t>
      </w:r>
      <w:r>
        <w:t>hum hum aap asani se khate hain, roti khate hain, chawal khate hain, sabzi khate hain, phal khate hain, aur phir hazam ho jata hai. woh to yeh kitni bari baat hai ke hazam ho jata hai.</w:t>
      </w:r>
    </w:p>
    <w:p>
      <w:pPr>
        <w:jc w:val="right"/>
      </w:pPr>
      <w:r>
        <w:t>ہم ہم آپ اسانی سے کھاتے ہیں، روٹی کھاتے ہیں، چاول کھاتے ہیں، سبزی کھاتے ہیں، پھل کھاتے ہیں، اور پھر ہضم ہو جاتا ہے۔ وہ تو یہ کتنی بڑی بات ہے کہ ہضم ہو جاتا ہے۔</w:t>
      </w:r>
    </w:p>
    <w:p>
      <w:r>
        <w:rPr>
          <w:b/>
        </w:rPr>
        <w:t xml:space="preserve">[22:49] </w:t>
      </w:r>
      <w:r>
        <w:t>to hatumun ne kaha ke ek glass ka pani agar tumhara piyu aur hazam ho jaye, ek roti kha kar badan mein utaro, woh hazam ho jaye.</w:t>
      </w:r>
    </w:p>
    <w:p>
      <w:pPr>
        <w:jc w:val="right"/>
      </w:pPr>
      <w:r>
        <w:t>تو ہتومن نے کہا کہ ایک گلاس کا پانی اگر تمہارا پیو اور ہضم ہو جائے، ایک روٹی کھا کر بدن میں اتارو، وہ ہضم ہو جائے۔</w:t>
      </w:r>
    </w:p>
    <w:p>
      <w:r>
        <w:rPr>
          <w:b/>
        </w:rPr>
        <w:t xml:space="preserve">[22:59] </w:t>
      </w:r>
      <w:r>
        <w:t>is par bhi shukr karna hai.</w:t>
      </w:r>
    </w:p>
    <w:p>
      <w:pPr>
        <w:jc w:val="right"/>
      </w:pPr>
      <w:r>
        <w:t>اس پر بھی شکر کرنا ہے۔</w:t>
      </w:r>
    </w:p>
    <w:p>
      <w:r>
        <w:rPr>
          <w:b/>
        </w:rPr>
        <w:t xml:space="preserve">[23:03] </w:t>
      </w:r>
      <w:r>
        <w:t>to yeh hai lal-lakum tash-kurun.</w:t>
      </w:r>
    </w:p>
    <w:p>
      <w:pPr>
        <w:jc w:val="right"/>
      </w:pPr>
      <w:r>
        <w:t>تو یہ ہے لَلَّكُمْ تَشْكُرُونَ ۔</w:t>
      </w:r>
    </w:p>
    <w:p>
      <w:r>
        <w:rPr>
          <w:b/>
        </w:rPr>
        <w:t xml:space="preserve">[23:07] </w:t>
      </w:r>
      <w:r>
        <w:t>lal-lakum tash-kurun. roze mein khas tor par aap ko ek special course ke tor par yeh batain batai gayeen ke dekho, pani piya tum ne to kis tarah se andar tumhare utar gaya.</w:t>
      </w:r>
    </w:p>
    <w:p>
      <w:pPr>
        <w:jc w:val="right"/>
      </w:pPr>
      <w:r>
        <w:t>لَلَّكُمْ تَشْكُرُونَ۔ روزے میں خاص طور پر آپ کو ایک اسپیشل کورس کے طور پر یہ باتیں بتائی گئیں کہ دیکھو، پانی پیا تم نے تو کس طرح سے اندر تمہارے اتر گیا۔</w:t>
      </w:r>
    </w:p>
    <w:p>
      <w:r>
        <w:rPr>
          <w:b/>
        </w:rPr>
        <w:t xml:space="preserve">[23:20] </w:t>
      </w:r>
      <w:r>
        <w:t>woh rasool Allah ne farmaya iftar ke waqt jab aap ne pani piya ke zahab-at-zama-u-wa-btal-at-il-uroq-u-wa-thabat-il-ajr.</w:t>
      </w:r>
    </w:p>
    <w:p>
      <w:pPr>
        <w:jc w:val="right"/>
      </w:pPr>
      <w:r>
        <w:t>وہ رسول اللہ نے فرمایا افطار کے وقت جب آپ نے پانی پیا کہ ذهبت زمع وقتل العروق وثبت النرج ۔</w:t>
      </w:r>
    </w:p>
    <w:p>
      <w:r>
        <w:rPr>
          <w:b/>
        </w:rPr>
        <w:t xml:space="preserve">[23:31] </w:t>
      </w:r>
      <w:r>
        <w:t>insha Allah ta'ala ke pani andar gaya aur ragen tar ho gayeen,</w:t>
      </w:r>
    </w:p>
    <w:p>
      <w:pPr>
        <w:jc w:val="right"/>
      </w:pPr>
      <w:r>
        <w:t>انشاء اللہ تعالی کہ پانی اندر گیا اور رگیں تر ہو گئیں،</w:t>
      </w:r>
    </w:p>
    <w:p>
      <w:r>
        <w:rPr>
          <w:b/>
        </w:rPr>
        <w:t xml:space="preserve">[23:38] </w:t>
      </w:r>
      <w:r>
        <w:t>ragen sookh rahi theen, body andar se sookh raha tha, halaq sookh raha tha. pani piya to sab tar ho gaya, sab shadab ho gaya.</w:t>
      </w:r>
    </w:p>
    <w:p>
      <w:pPr>
        <w:jc w:val="right"/>
      </w:pPr>
      <w:r>
        <w:t>رگیں سوکھ رہی تھیں، باڈی اندر سے سوکھ رہا تھا، حلق سوکھ رہا تھا۔ پانی پیا تو سب تر ہو گیا، سب شاداب ہو گیا۔</w:t>
      </w:r>
    </w:p>
    <w:p>
      <w:r>
        <w:rPr>
          <w:b/>
        </w:rPr>
        <w:t xml:space="preserve">[23:50] </w:t>
      </w:r>
      <w:r>
        <w:t>ab kaisi ajeeb cheez hai! aap pani ki jagah aap petrol piyen, rang is ka bhi wohi hai. petrol pi kar aap aisa nahi hoga ke aap ka ragen tar ho jayen.</w:t>
      </w:r>
    </w:p>
    <w:p>
      <w:pPr>
        <w:jc w:val="right"/>
      </w:pPr>
      <w:r>
        <w:t>اب کیسی عجیب چیز ہے! آپ پانی کی جگہ آپ پیٹرول پیجئے، رنگ اس کا بھی وہی ہے۔ پیٹرول پی کر آپ ایسا نہیں ہوگا کہ آپ کا رگیں تر ہو جائیں۔</w:t>
      </w:r>
    </w:p>
    <w:p>
      <w:r>
        <w:rPr>
          <w:b/>
        </w:rPr>
        <w:t xml:space="preserve">[24:04] </w:t>
      </w:r>
      <w:r>
        <w:t>to roze ka maqsad yahi ke yeh sab spirit jagana, sabr ki spirit jagana, shukr ki spirit jagana, taqwa ki spirit jagana.</w:t>
      </w:r>
    </w:p>
    <w:p>
      <w:pPr>
        <w:jc w:val="right"/>
      </w:pPr>
      <w:r>
        <w:t>تو روزہ کا مقصد یہی کہ یہ سب اسپرٹ جگانا، صبر کی اسپرٹ جگانا، شکر کی اسپرٹ جگانا، تقویٰ کی اسپرٹ جگانا۔</w:t>
      </w:r>
    </w:p>
    <w:p>
      <w:r>
        <w:rPr>
          <w:b/>
        </w:rPr>
        <w:t xml:space="preserve">[24:17] </w:t>
      </w:r>
      <w:r>
        <w:t>aur jaisa ke maine arz kiya ke form to waqti hota hai, roze ka jo form hai woh to ek mahine mein chala, uske baad nahi hai woh.</w:t>
      </w:r>
    </w:p>
    <w:p>
      <w:pPr>
        <w:jc w:val="right"/>
      </w:pPr>
      <w:r>
        <w:t>اور جیسا کہ میں نے عرض کیا کہ فارم تو وقتی ہوتا ہے، روزے کا جو فارم ہے وہ تو ایک مہینے میں چلا، اس کے بعد نہیں ہے وہ۔</w:t>
      </w:r>
    </w:p>
    <w:p>
      <w:r>
        <w:rPr>
          <w:b/>
        </w:rPr>
        <w:t xml:space="preserve">[24:28] </w:t>
      </w:r>
      <w:r>
        <w:t>lekin jo spirit thi, woh spirit woh to saal bhar chalegi.</w:t>
      </w:r>
    </w:p>
    <w:p>
      <w:pPr>
        <w:jc w:val="right"/>
      </w:pPr>
      <w:r>
        <w:t>لیکن جو اسپرٹ تھی، وہ اسپرٹ وہ تو سال بھر چلے گی۔</w:t>
      </w:r>
    </w:p>
    <w:p>
      <w:r>
        <w:rPr>
          <w:b/>
        </w:rPr>
        <w:t xml:space="preserve">[24:34] </w:t>
      </w:r>
      <w:r>
        <w:t>sabr ki spirit, shukr ki spirit, quran se jo aap ne seekha, woh spirit, taqwa ki spirit, yeh sab saal bhar chalegi, saal bhar chalegi, saal bhar chalegi.</w:t>
      </w:r>
    </w:p>
    <w:p>
      <w:pPr>
        <w:jc w:val="right"/>
      </w:pPr>
      <w:r>
        <w:t>صبر کی اسپرٹ، شکر کی اسپرٹ، قرآن سے جو آپ نے سیکھا، وہ اسپرٹ، تقویٰ کی اسپرٹ، یہ سب سال بھر چلے گی، سال بھر چلے گی، سال بھر چلے گی۔</w:t>
      </w:r>
    </w:p>
    <w:p>
      <w:r>
        <w:rPr>
          <w:b/>
        </w:rPr>
        <w:t xml:space="preserve">[24:46] </w:t>
      </w:r>
      <w:r>
        <w:t>is tarah se jo aadmi roza rakhta hai to uske liye hadith mein aata hai</w:t>
      </w:r>
    </w:p>
    <w:p>
      <w:pPr>
        <w:jc w:val="right"/>
      </w:pPr>
      <w:r>
        <w:t>اس طرح سے جو آدمی روزہ رکھتا ہے تو اس کے لیے حدیث میں آتا ہے</w:t>
      </w:r>
    </w:p>
    <w:p>
      <w:r>
        <w:rPr>
          <w:b/>
        </w:rPr>
        <w:t xml:space="preserve">[24:54] </w:t>
      </w:r>
      <w:r>
        <w:t>ke insaan ka har amal ka sawab khuda ke haan, yaani uska reward das gunne se le kar ke saat sau gunne tak diya jata hai.</w:t>
      </w:r>
    </w:p>
    <w:p>
      <w:pPr>
        <w:jc w:val="right"/>
      </w:pPr>
      <w:r>
        <w:t>کہ انسان کا ہر عمل کا ثواب خدا کے ہاں، یعنی اس کا ریوارڈ دس گنے سے لے کر کے سات سو گنے تک دیا جاتا ہے۔</w:t>
      </w:r>
    </w:p>
    <w:p>
      <w:r>
        <w:rPr>
          <w:b/>
        </w:rPr>
        <w:t xml:space="preserve">[25:07] </w:t>
      </w:r>
      <w:r>
        <w:t>insaan jo acha kaam karta hai is duniya mein to khuda ki taraf se uska jo reward diya jata hai, uska jo inaam</w:t>
      </w:r>
    </w:p>
    <w:p>
      <w:pPr>
        <w:jc w:val="right"/>
      </w:pPr>
      <w:r>
        <w:t>انسان جو اچھا کام کرتا ہے اس دنیا میں تو خدا کی طرف سے اس کا جو ریوارڈ دیا جاتا ہے، اس کا جو انعام</w:t>
      </w:r>
    </w:p>
    <w:p>
      <w:r>
        <w:rPr>
          <w:b/>
        </w:rPr>
        <w:t xml:space="preserve">[25:17] </w:t>
      </w:r>
      <w:r>
        <w:t>to ek amal ka das guna. aur agar uske andar bohat zabardast spirit hai, bohat zabardast کیفیت ke sath kiya gaya hai, bohat zyada rabbaniyat uske andar hai, us amal mein to saat sau guna tak diya jata hai.</w:t>
      </w:r>
    </w:p>
    <w:p>
      <w:pPr>
        <w:jc w:val="right"/>
      </w:pPr>
      <w:r>
        <w:t>تو ایک عمل کا دس گنا۔ اور اگر اس کے اندر بہت زبردست اسپرٹ ہے، بہت زبردست کیفیت کے ساتھ کیا گیا ہے، بہت زیادہ ربانیت اس کے اندر ہے، اس عمل میں تو سات سو گنا تک دیا جاتا ہے۔</w:t>
      </w:r>
    </w:p>
    <w:p>
      <w:r>
        <w:rPr>
          <w:b/>
        </w:rPr>
        <w:t xml:space="preserve">[25:32] </w:t>
      </w:r>
      <w:r>
        <w:t>to farmaya ke illa al-sawm fa inni wa ana ajzi. Allah taala ne farmaya lekin sawm, lekin roza,</w:t>
      </w:r>
    </w:p>
    <w:p>
      <w:pPr>
        <w:jc w:val="right"/>
      </w:pPr>
      <w:r>
        <w:t>تو فرمایا کہ الا الصوم فان علی وانا عجزی ۔ اللہ تعالی نے فرمایا لیکن صوم، لیکن روزہ،</w:t>
      </w:r>
    </w:p>
    <w:p>
      <w:r>
        <w:rPr>
          <w:b/>
        </w:rPr>
        <w:t xml:space="preserve">[25:44] </w:t>
      </w:r>
      <w:r>
        <w:t>roza mere liye hai aur main hi uska badla doonga. ab aap ghor kijiye ke badshah-e-kaenat aisa keh raha hai,</w:t>
      </w:r>
    </w:p>
    <w:p>
      <w:pPr>
        <w:jc w:val="right"/>
      </w:pPr>
      <w:r>
        <w:t>روزہ میرے لیے ہے اور میں ہی اس کا بدلہ دوں گا۔ اب آپ غور کیجئے کہ بادشاہ کائنات ایسا کہہ رہا ہے،</w:t>
      </w:r>
    </w:p>
    <w:p>
      <w:r>
        <w:rPr>
          <w:b/>
        </w:rPr>
        <w:t xml:space="preserve">[25:58] </w:t>
      </w:r>
      <w:r>
        <w:t>yaani zameen o aasman ka malik aisa keh raha hai ke roza to mere liye hai, main hi uska badla doonga. to kitna zyada badla dega? woh uska to koi hisab nahi, matlab countless badla main doonga uska.</w:t>
      </w:r>
    </w:p>
    <w:p>
      <w:pPr>
        <w:jc w:val="right"/>
      </w:pPr>
      <w:r>
        <w:t>یعنی زمین و آسمان کا مالک ایسا کہہ رہا ہے کہ روزہ تو میرے لیے ہے، میں ہی اس کا بدلہ دوں گا۔ تو کتنا زیادہ بدلہ دے گا؟ وہ اس کا تو کوئی حساب نہیں، مطلب کاؤنٹ لیس بدلہ میں دوں گا اس کا۔</w:t>
      </w:r>
    </w:p>
    <w:p>
      <w:r>
        <w:rPr>
          <w:b/>
        </w:rPr>
        <w:t xml:space="preserve">[26:12] </w:t>
      </w:r>
      <w:r>
        <w:t>doosre jo amal hain, unka badla milega ginniyon mein, das guna mil gaya, sau guna, do sau guna, saat sau guna tak mil gaya.</w:t>
      </w:r>
    </w:p>
    <w:p>
      <w:pPr>
        <w:jc w:val="right"/>
      </w:pPr>
      <w:r>
        <w:t>دوسرے جو عمل ہیں، ان کا بدلہ ملے گا گنتیوں میں، دس گنا مل گیا، سو گنا، دو سو گنا، سات سو گنا تک مل گیا۔</w:t>
      </w:r>
    </w:p>
    <w:p>
      <w:r>
        <w:rPr>
          <w:b/>
        </w:rPr>
        <w:t xml:space="preserve">[26:25] </w:t>
      </w:r>
      <w:r>
        <w:t>to yeh sab ka ginti ke hisab mein hai. yeh</w:t>
      </w:r>
    </w:p>
    <w:p>
      <w:pPr>
        <w:jc w:val="right"/>
      </w:pPr>
      <w:r>
        <w:t>تو یہ سب کا گنتی کے حساب میں ہے۔ یہ</w:t>
      </w:r>
    </w:p>
    <w:p>
      <w:r>
        <w:rPr>
          <w:b/>
        </w:rPr>
        <w:t xml:space="preserve">[26:28] </w:t>
      </w:r>
      <w:r>
        <w:t>lekin roze ke bare mein farmaya ke agar sacha roza ek aadmi rakhta hai, sacha roza, sacha roza to uska jo reward hai woh be hisab hai, be hisab hai, be hisab hai.</w:t>
      </w:r>
    </w:p>
    <w:p>
      <w:pPr>
        <w:jc w:val="right"/>
      </w:pPr>
      <w:r>
        <w:t>لیکن روزے کے بارے میں فرمایا کہ اگر سچا روزہ ایک آدمی رکھتا ہے، سچا روزہ، سچا روزہ تو اس کا جو ریوارڈ ہے وہ بے حساب ہے، بے حساب ہے، بے حساب ہے۔</w:t>
      </w:r>
    </w:p>
    <w:p>
      <w:r>
        <w:rPr>
          <w:b/>
        </w:rPr>
        <w:t xml:space="preserve">[26:44] </w:t>
      </w:r>
      <w:r>
        <w:t>ab bataiye ke is se bari basharat koi aur ho sakti hai? lekin yeh kis roze ke liye hai? isi roze ke liye hai jo sacha roza ho.</w:t>
      </w:r>
    </w:p>
    <w:p>
      <w:pPr>
        <w:jc w:val="right"/>
      </w:pPr>
      <w:r>
        <w:t>اب بتائیے کہ اس سے بڑی بشارت کوئی اور ہو سکتی ہے؟ لیکن یہ کس روزے کے لیے ہے؟ اسی روزے کے لیے ہے جو سچا روزہ ہو۔</w:t>
      </w:r>
    </w:p>
    <w:p>
      <w:r>
        <w:rPr>
          <w:b/>
        </w:rPr>
        <w:t xml:space="preserve">[26:56] </w:t>
      </w:r>
      <w:r>
        <w:t>aur sacha roza kaun hai?</w:t>
      </w:r>
    </w:p>
    <w:p>
      <w:pPr>
        <w:jc w:val="right"/>
      </w:pPr>
      <w:r>
        <w:t>اور سچا روزہ کون ہے؟</w:t>
      </w:r>
    </w:p>
    <w:p>
      <w:r>
        <w:rPr>
          <w:b/>
        </w:rPr>
        <w:t xml:space="preserve">[26:58] </w:t>
      </w:r>
      <w:r>
        <w:t>sacha roza woh hai ke aadmi rakhta hai to ek mahine mein aur uska asar saare saal phaila hua ho, sari zindagi phaila hua ho. woh hai sacha roza.</w:t>
      </w:r>
    </w:p>
    <w:p>
      <w:pPr>
        <w:jc w:val="right"/>
      </w:pPr>
      <w:r>
        <w:t>سچا روزہ وہ ہے کہ آدمی رکھتا ہے تو ایک مہینے میں اور اس کا اثر سارے سال پھیلا ہوا ہو، ساری زندگی پھیلا ہوا ہو۔ وہ ہے سچا روزہ۔</w:t>
      </w:r>
    </w:p>
    <w:p>
      <w:r>
        <w:rPr>
          <w:b/>
        </w:rPr>
        <w:t xml:space="preserve">[27:12] </w:t>
      </w:r>
      <w:r>
        <w:t>agar aap roza rakhein bator-e-rasm ke, rasmi taur par ek ek mahine mein rakh liya, na aap ne uski hikmat ko samjhi, na uske andar jo jo کیفیت hai usko samjha,</w:t>
      </w:r>
    </w:p>
    <w:p>
      <w:pPr>
        <w:jc w:val="right"/>
      </w:pPr>
      <w:r>
        <w:t>اگر آپ روزہ رکھیں بطور رسم کے، رسمی طور پر ایک ایک مہینے میں رکھ لیا، نہ آپ نے اس کی حکمت کو سمجھی، نہ اس کے اندر جو جو کیفیت ہے اس کو سمجھا،</w:t>
      </w:r>
    </w:p>
    <w:p>
      <w:r>
        <w:rPr>
          <w:b/>
        </w:rPr>
        <w:t xml:space="preserve">[27:28] </w:t>
      </w:r>
      <w:r>
        <w:t>rasm poora kar liya to uska to koi sawab nahi, kuch bhi sawab nahi hai uska, uska koi bhi sawab nahi.</w:t>
      </w:r>
    </w:p>
    <w:p>
      <w:pPr>
        <w:jc w:val="right"/>
      </w:pPr>
      <w:r>
        <w:t>رسم پورا کر لیا تو اس کا تو کوئی ثواب نہیں، کچھ بھی ثواب نہیں ہے اس کا، اس کا کوئی بھی ثواب نہیں۔</w:t>
      </w:r>
    </w:p>
    <w:p>
      <w:r>
        <w:rPr>
          <w:b/>
        </w:rPr>
        <w:t xml:space="preserve">[27:39] </w:t>
      </w:r>
      <w:r>
        <w:t>jaise hadith mein aata hai ke ek shakhs ne, do aadmi ne roza rakha. ab roza rakhne ke baad woh baithe, dono aapas mein baith kar ke kisi ki gheebat karne lage.</w:t>
      </w:r>
    </w:p>
    <w:p>
      <w:pPr>
        <w:jc w:val="right"/>
      </w:pPr>
      <w:r>
        <w:t>جیسے حدیث میں آتا ہے کہ ایک شخص نے، دو آدمی نے روزہ رکھا۔ اب روزہ رکھنے کے بعد وہ بیٹھے، دونوں آپس میں بیٹھ کر کے کسی کی غیبت کرنے لگے۔</w:t>
      </w:r>
    </w:p>
    <w:p>
      <w:r>
        <w:rPr>
          <w:b/>
        </w:rPr>
        <w:t xml:space="preserve">[27:51] </w:t>
      </w:r>
      <w:r>
        <w:t>rakha hai roza, ab mil kar kya kar rahe hain? kisi ki gheebat, kisi ki burai. to hadith mein aata hai ke in logon ne halaal cheez se roza rakha aur haraam cheez se iftar kar liya.</w:t>
      </w:r>
    </w:p>
    <w:p>
      <w:pPr>
        <w:jc w:val="right"/>
      </w:pPr>
      <w:r>
        <w:t>رکھا ہے روزہ، اب مل کر کیا کر رہے ہیں؟ کسی کی غیبت، کسی کی برائی۔ تو حدیث میں آتا ہے کہ ان لوگوں نے حلال چیز سے روزہ رکھا اور حرام چیز سے افطار کر لیا۔</w:t>
      </w:r>
    </w:p>
    <w:p>
      <w:r>
        <w:rPr>
          <w:b/>
        </w:rPr>
        <w:t xml:space="preserve">[28:09] </w:t>
      </w:r>
      <w:r>
        <w:t>halaal cheez yaani khane peene se roza rakha unhone, aur uske baad jo gheebat kar rahe hain to roze ko tod rahe hain. woh to aisa roza jo unse rasm ho, uski to koi value nahi hai.</w:t>
      </w:r>
    </w:p>
    <w:p>
      <w:pPr>
        <w:jc w:val="right"/>
      </w:pPr>
      <w:r>
        <w:t>حلال چیز یعنی کھانے پینے سے روزہ رکھا انہوں نے، اور اس کے بعد جو غیبت کر رہے ہیں تو روزے کو توڑ رہے ہیں۔ وہ تو ایسا روزہ جو ان سے رسم ہو، اس کی تو کوئی ویلیو نہیں ہے۔</w:t>
      </w:r>
    </w:p>
    <w:p>
      <w:r>
        <w:rPr>
          <w:b/>
        </w:rPr>
        <w:t xml:space="preserve">[28:25] </w:t>
      </w:r>
      <w:r>
        <w:t>hadith mein yeh bhi aata hai ke sacha roza uska nahi hai, rasm wala roza hai. to bhook pyas hai, sirf aise aadmi ko bhook pyas ke ilawa kuch nahi milega.</w:t>
      </w:r>
    </w:p>
    <w:p>
      <w:pPr>
        <w:jc w:val="right"/>
      </w:pPr>
      <w:r>
        <w:t>حدیث میں یہ بھی آتا ہے کہ سچا روزہ اس کا نہیں ہے، رسم والا روزہ ہے۔ تو بھوک پیاس ہے، صرف ایسے آدمی کو بھوک پیاس کے علاوہ کچھ نہیں ملے گا۔</w:t>
      </w:r>
    </w:p>
    <w:p>
      <w:r>
        <w:rPr>
          <w:b/>
        </w:rPr>
        <w:t xml:space="preserve">[28:38] </w:t>
      </w:r>
      <w:r>
        <w:t>illa al-ju' wa al-tash. iske hisse mein kya aayega? bhook aur pyas, bhook aur pyas. to form ke sath jab spirit judegi, tab woh roza roza banega.</w:t>
      </w:r>
    </w:p>
    <w:p>
      <w:pPr>
        <w:jc w:val="right"/>
      </w:pPr>
      <w:r>
        <w:t>الا الجوع والعطش ۔ اس کے حصے میں کیا آئے گا؟ بھوک اور پیاس، بھوک اور پیاس۔ تو فارم کے ساتھ جب اسپرٹ جڑے گی، تب وہ روزہ روزہ بنے گا۔</w:t>
      </w:r>
    </w:p>
    <w:p>
      <w:r>
        <w:rPr>
          <w:b/>
        </w:rPr>
        <w:t xml:space="preserve">[28:51] </w:t>
      </w:r>
      <w:r>
        <w:t>form ke sath jab spirit judegi to woh roza roza banega. aur spirit jo hai, woh temporary nahi hoti. koi bhi spirit temporary nahi hoti.</w:t>
      </w:r>
    </w:p>
    <w:p>
      <w:pPr>
        <w:jc w:val="right"/>
      </w:pPr>
      <w:r>
        <w:t>فارم کے ساتھ جب اسپرٹ جڑے گی تو وہ روزہ روزہ بنے گا۔ اور اسپرٹ جو ہے، وہ ٹیمپریری نہیں ہوتی۔ کوئی بھی اسپرٹ ٹیمپریری نہیں ہوتی۔</w:t>
      </w:r>
    </w:p>
    <w:p>
      <w:r>
        <w:rPr>
          <w:b/>
        </w:rPr>
        <w:t xml:space="preserve">[29:01] </w:t>
      </w:r>
      <w:r>
        <w:t>temporary to form hota hai.</w:t>
      </w:r>
    </w:p>
    <w:p>
      <w:pPr>
        <w:jc w:val="right"/>
      </w:pPr>
      <w:r>
        <w:t>ٹیمپریری تو فارم ہوتا ہے۔</w:t>
      </w:r>
    </w:p>
    <w:p>
      <w:r>
        <w:rPr>
          <w:b/>
        </w:rPr>
        <w:t xml:space="preserve">[29:04] </w:t>
      </w:r>
      <w:r>
        <w:t>yad rakhiye, jaise namaz ke liye maine bataya ke namaz ka ek form hai, woh to temporary hai. hai paanch waqt mein aap ne namaz padh liya, lekin jo uski spirit hai, yad-e-khuda,</w:t>
      </w:r>
    </w:p>
    <w:p>
      <w:pPr>
        <w:jc w:val="right"/>
      </w:pPr>
      <w:r>
        <w:t>یاد رکھیے، جیسے نماز کے لیے میں نے بتایا کہ نماز کا ایک فارم ہے، وہ تو ٹیمپریری ہے۔ ہے پانچ وقت میں آپ نے نماز پڑھ لیا، لیکن جو اس کی اسپرٹ ہے، یاد خدا،</w:t>
      </w:r>
    </w:p>
    <w:p>
      <w:r>
        <w:rPr>
          <w:b/>
        </w:rPr>
        <w:t xml:space="preserve">[29:19] </w:t>
      </w:r>
      <w:r>
        <w:t>khuda ko yad karna, woh kaise ho sakta hai? waqti. khuda ki yad to har waqt rahegi. aap ne zameen dekha, tab bhi khuda ki yad aayegi.</w:t>
      </w:r>
    </w:p>
    <w:p>
      <w:pPr>
        <w:jc w:val="right"/>
      </w:pPr>
      <w:r>
        <w:t>خدا کو یاد کرنا، وہ کیسے ہو سکتا ہے؟ وقتی۔ خدا کی یاد تو ہر وقت رہے گی۔ آپ نے زمین دیکھا، تب بھی خدا کی یاد آئے گی۔</w:t>
      </w:r>
    </w:p>
    <w:p>
      <w:r>
        <w:rPr>
          <w:b/>
        </w:rPr>
        <w:t xml:space="preserve">[29:29] </w:t>
      </w:r>
      <w:r>
        <w:t>aasman dekha, tab bhi khuda ki yad aayegi.</w:t>
      </w:r>
    </w:p>
    <w:p>
      <w:pPr>
        <w:jc w:val="right"/>
      </w:pPr>
      <w:r>
        <w:t>آسمان دیکھا، تب بھی خدا کی یاد</w:t>
      </w:r>
    </w:p>
    <w:p>
      <w:r>
        <w:rPr>
          <w:b/>
        </w:rPr>
        <w:t xml:space="preserve">[29:31] </w:t>
      </w:r>
      <w:r>
        <w:t>aayegi. aap ne suraj ko dekha, tab bhi khuda ki yad aayegi. darakhton ko dekha, tab bhi khuda ki yad aayegi. aap ne pahad ko dekha, tab bhi khuda ki yad aayegi.</w:t>
      </w:r>
    </w:p>
    <w:p>
      <w:pPr>
        <w:jc w:val="right"/>
      </w:pPr>
      <w:r>
        <w:t>آئے گی۔ آپ نے سورج کو دیکھا، تب بھی خدا کی یاد آئے گی۔ درختوں کو دیکھا، تب بھی خدا کی یاد آئے گی۔ آپ نے پہاڑ کو دیکھا، تب بھی خدا کی یاد آئے گی۔</w:t>
      </w:r>
    </w:p>
    <w:p>
      <w:r>
        <w:rPr>
          <w:b/>
        </w:rPr>
        <w:t xml:space="preserve">[29:42] </w:t>
      </w:r>
      <w:r>
        <w:t>daryaaon ko behte hue dekha, tab bhi khuda ki yad aayegi. to to yeh yeh waqti kaise ho sakta hai?</w:t>
      </w:r>
    </w:p>
    <w:p>
      <w:pPr>
        <w:jc w:val="right"/>
      </w:pPr>
      <w:r>
        <w:t>دریاؤں کو بہتے ہوئے دیکھا، تب بھی خدا کی یاد آئے گی۔ تو تو یہ یہ وقتی کیسے ہو سکتا ہے؟</w:t>
      </w:r>
    </w:p>
    <w:p>
      <w:r>
        <w:rPr>
          <w:b/>
        </w:rPr>
        <w:t xml:space="preserve">[29:51] </w:t>
      </w:r>
      <w:r>
        <w:t>to koi bhi ibadat form ke aitbaar se waqti hoti hai, lekin spirit ke aitbaar se woh daaimi hoti hai, mustaqil hoti hai, permanent hoti hai, saal bhar ke liye hoti hai, poori life time ke liye hoti hai.</w:t>
      </w:r>
    </w:p>
    <w:p>
      <w:pPr>
        <w:jc w:val="right"/>
      </w:pPr>
      <w:r>
        <w:t>تو کوئی بھی عبادت فارم کے اعتبار سے وقتی ہوتی ہے، لیکن اسپرٹ کے اعتبار سے وہ دائمی ہوتی ہے، مستقل ہوتی ہے، پرماننٹ ہوتی ہے، سال بھر کے لیے ہوتی ہے، پوری لائف ٹائم کے لیے ہوتی ہے۔</w:t>
      </w:r>
    </w:p>
    <w:p>
      <w:r>
        <w:rPr>
          <w:b/>
        </w:rPr>
        <w:t xml:space="preserve">[30:07] </w:t>
      </w:r>
      <w:r>
        <w:t>aisa sachcha roza jab aadmi rakha hai to yeh yeh sachcha roza jo hai, hamari samajh mein sachcha roza nahi ban jata.</w:t>
      </w:r>
    </w:p>
    <w:p>
      <w:pPr>
        <w:jc w:val="right"/>
      </w:pPr>
      <w:r>
        <w:t>ایسا سچا روزہ جب آدمی رکھا ہے تو یہ یہ سچا روزہ جو ہے، ہماری سمجھ میں سچا روزہ نہیں بن جاتا۔</w:t>
      </w:r>
    </w:p>
    <w:p>
      <w:r>
        <w:rPr>
          <w:b/>
        </w:rPr>
        <w:t xml:space="preserve">[30:17] </w:t>
      </w:r>
      <w:r>
        <w:t>aap jante hain ke har aadmi ke saath do farishte lage hue hain. do farishte. اذ يتلقى المتلقیان عن اليمين وعن الشمال قيد ۔</w:t>
      </w:r>
    </w:p>
    <w:p>
      <w:pPr>
        <w:jc w:val="right"/>
      </w:pPr>
      <w:r>
        <w:t>آپ جانتے ہیں کہ ہر آدمی کے ساتھ دو فرشتے لگے ہوئے ہیں۔ دو فرشتے۔ اذ يتلقى المتلقیان عن اليمين وعن الشمال قيد ۔</w:t>
      </w:r>
    </w:p>
    <w:p>
      <w:r>
        <w:rPr>
          <w:b/>
        </w:rPr>
        <w:t xml:space="preserve">[30:30] </w:t>
      </w:r>
      <w:r>
        <w:t>har har aadmi ke saath, har aurat, har mard, har aurat, har mard ke saath do angel hain, do farishte hain. kis liye?</w:t>
      </w:r>
    </w:p>
    <w:p>
      <w:pPr>
        <w:jc w:val="right"/>
      </w:pPr>
      <w:r>
        <w:t>ہر ہر آدمی کے ساتھ، ہر عورت، ہر مرد، ہر عورت، ہر مرد کے ساتھ دو اینجل ہیں، دو فرشتے ہیں۔ کس لیے؟</w:t>
      </w:r>
    </w:p>
    <w:p>
      <w:r>
        <w:rPr>
          <w:b/>
        </w:rPr>
        <w:t xml:space="preserve">[30:40] </w:t>
      </w:r>
      <w:r>
        <w:t>uske amal ka record tayyar karne ke liye. amal kya hai?</w:t>
      </w:r>
    </w:p>
    <w:p>
      <w:pPr>
        <w:jc w:val="right"/>
      </w:pPr>
      <w:r>
        <w:t>اس کے عمل کا ریکارڈ تیار کرنے کے لیے۔ عمل کیا ہے؟</w:t>
      </w:r>
    </w:p>
    <w:p>
      <w:r>
        <w:rPr>
          <w:b/>
        </w:rPr>
        <w:t xml:space="preserve">[30:47] </w:t>
      </w:r>
      <w:r>
        <w:t>aap ka intention, aap ka sochna, aap ka behavior, aap ki speech, jo kuch bhi aap karte hain, woh sab amal hai.</w:t>
      </w:r>
    </w:p>
    <w:p>
      <w:pPr>
        <w:jc w:val="right"/>
      </w:pPr>
      <w:r>
        <w:t>آپ کا انٹینشن، آپ کا سوچنا، آپ کا بیہیویئر، آپ کی سپیچ، جو کچھ بھی آپ کرتے ہیں، وہ سب عمل ہے۔</w:t>
      </w:r>
    </w:p>
    <w:p>
      <w:r>
        <w:rPr>
          <w:b/>
        </w:rPr>
        <w:t xml:space="preserve">[31:00] </w:t>
      </w:r>
      <w:r>
        <w:t>intention bhi amal hai, sochna bhi ek amal hai, behavior bhi ek amal hai, dealing bhi ek amal hai.</w:t>
      </w:r>
    </w:p>
    <w:p>
      <w:pPr>
        <w:jc w:val="right"/>
      </w:pPr>
      <w:r>
        <w:t>انٹینشن بھی عمل ہے، سوچنا بھی ایک عمل ہے، بیہیویئر بھی ایک عمل ہے، ڈیلنگ بھی ایک عمل ہے۔</w:t>
      </w:r>
    </w:p>
    <w:p>
      <w:r>
        <w:rPr>
          <w:b/>
        </w:rPr>
        <w:t xml:space="preserve">[31:10] </w:t>
      </w:r>
      <w:r>
        <w:t>yeh saare jo amal aap ke hain, to farishte inka record tayyar kar rahe hain.</w:t>
      </w:r>
    </w:p>
    <w:p>
      <w:pPr>
        <w:jc w:val="right"/>
      </w:pPr>
      <w:r>
        <w:t>یہ سارے جو عمل آپ کے ہیں، تو فرشتے ان کا ریکارڈ تیار کر رہے ہیں۔</w:t>
      </w:r>
    </w:p>
    <w:p>
      <w:r>
        <w:rPr>
          <w:b/>
        </w:rPr>
        <w:t xml:space="preserve">[31:18] </w:t>
      </w:r>
      <w:r>
        <w:t>inka record tayyar kar rahe hain. aur marne ke baad jab day of judgment aayega, jab khuda khud saamne aajayega, judge ki hesiyat se, to khuda ke saamne woh pesh kar denge.</w:t>
      </w:r>
    </w:p>
    <w:p>
      <w:pPr>
        <w:jc w:val="right"/>
      </w:pPr>
      <w:r>
        <w:t>ان کا ریکارڈ تیار کر رہے ہیں۔ اور مرنے کے بعد جب ڈے آف ججمنٹ آئے گا، جب خدا خود سامنے آجائے گا، جج کے حیثیت سے، تو خدا کے سامنے وہ پیش کر دیں گے۔</w:t>
      </w:r>
    </w:p>
    <w:p>
      <w:r>
        <w:rPr>
          <w:b/>
        </w:rPr>
        <w:t xml:space="preserve">[31:32] </w:t>
      </w:r>
      <w:r>
        <w:t>woh har aadmi ka aamaal naama, har aadmi ka record.</w:t>
      </w:r>
    </w:p>
    <w:p>
      <w:pPr>
        <w:jc w:val="right"/>
      </w:pPr>
      <w:r>
        <w:t>وہ ہر آدمی کا اعمال نامہ، ہر آدمی کا ریکارڈ۔</w:t>
      </w:r>
    </w:p>
    <w:p>
      <w:r>
        <w:rPr>
          <w:b/>
        </w:rPr>
        <w:t xml:space="preserve">[31:40] </w:t>
      </w:r>
      <w:r>
        <w:t>to khuda agar kahe ke tumhara roza sachcha roza tha, tab woh roza sachcha roza hai.</w:t>
      </w:r>
    </w:p>
    <w:p>
      <w:pPr>
        <w:jc w:val="right"/>
      </w:pPr>
      <w:r>
        <w:t>تو خدا اگر کہے کہ تمہارا روزہ سچا روزہ تھا، تب وہ روزہ سچا روزہ ہے۔</w:t>
      </w:r>
    </w:p>
    <w:p>
      <w:r>
        <w:rPr>
          <w:b/>
        </w:rPr>
        <w:t xml:space="preserve">[31:50] </w:t>
      </w:r>
      <w:r>
        <w:t>mere apne samajh se roza sachcha roza nahi ho sakta. mera yani khuda ka jo criterion hai, us criterion pe judge kiya jayega.</w:t>
      </w:r>
    </w:p>
    <w:p>
      <w:pPr>
        <w:jc w:val="right"/>
      </w:pPr>
      <w:r>
        <w:t>میرے اپنے سمجھ سے روزہ سچا روزہ نہیں ہو سکتا۔ میرا یعنی خدا کا جو کرائٹیرین ہے، اس کرائٹیرین پہ جج کیا جائے گا۔</w:t>
      </w:r>
    </w:p>
    <w:p>
      <w:r>
        <w:rPr>
          <w:b/>
        </w:rPr>
        <w:t xml:space="preserve">[32:01] </w:t>
      </w:r>
      <w:r>
        <w:t>main to wishful thinking mein reh sakta hoon. aadmi apne bare mein tarah tarah ke, yani tarah tarah ke khud-sakhta khayalon mein rehta hai.</w:t>
      </w:r>
    </w:p>
    <w:p>
      <w:pPr>
        <w:jc w:val="right"/>
      </w:pPr>
      <w:r>
        <w:t>میں تو وش فل تھنکنگ میں رہ سکتا ہوں۔ آدمی اپنے بارے میں طرح طرح کے، یعنی طرح طرح کے خود ساختہ خیالات میں رہتا ہے۔</w:t>
      </w:r>
    </w:p>
    <w:p>
      <w:r>
        <w:rPr>
          <w:b/>
        </w:rPr>
        <w:t xml:space="preserve">[32:14] </w:t>
      </w:r>
      <w:r>
        <w:t>kuch bhi apne ko soch sakta hai woh, lekin khuda khud apne criterion se judge karega, na ke meri wishful thinking ke lehaz se.</w:t>
      </w:r>
    </w:p>
    <w:p>
      <w:pPr>
        <w:jc w:val="right"/>
      </w:pPr>
      <w:r>
        <w:t>کچھ بھی اپنے کو سوچ سکتا ہے وہ، لیکن خدا خود اپنے کرائٹیرین سے جج کرے گا، نہ کہ میری وش فل تھنکنگ کے لحاظ سے۔</w:t>
      </w:r>
    </w:p>
    <w:p>
      <w:r>
        <w:rPr>
          <w:b/>
        </w:rPr>
        <w:t xml:space="preserve">[32:26] </w:t>
      </w:r>
      <w:r>
        <w:t>to khuda ke jo criterion hai, us par jab poora utrega roza, tab uske liye woh hai ke khuda usko countless inaam dega.</w:t>
      </w:r>
    </w:p>
    <w:p>
      <w:pPr>
        <w:jc w:val="right"/>
      </w:pPr>
      <w:r>
        <w:t>تو خدا کے جو کرائٹیرین ہے، اس پر جب پورا اترے گا روزہ، تب اس کے لیے وہ ہے کہ خدا اس کو کاؤنٹ لیس انعام دے گا۔</w:t>
      </w:r>
    </w:p>
    <w:p>
      <w:r>
        <w:rPr>
          <w:b/>
        </w:rPr>
        <w:t xml:space="preserve">[32:38] </w:t>
      </w:r>
      <w:r>
        <w:t>الا الصوم فان علی وانا عجزی ۔</w:t>
      </w:r>
    </w:p>
    <w:p>
      <w:pPr>
        <w:jc w:val="right"/>
      </w:pPr>
      <w:r>
        <w:t>الا الصوم فان علی وانا عجزی ۔</w:t>
      </w:r>
    </w:p>
    <w:p>
      <w:r>
        <w:rPr>
          <w:b/>
        </w:rPr>
        <w:t xml:space="preserve">[32:43] </w:t>
      </w:r>
      <w:r>
        <w:t>usko samajhne ki zaroorat hai. to ramzan ka mahina</w:t>
      </w:r>
    </w:p>
    <w:p>
      <w:pPr>
        <w:jc w:val="right"/>
      </w:pPr>
      <w:r>
        <w:t>اس کو سمجھنے کی ضرورت ہے۔ تو رمضان کا مہینہ</w:t>
      </w:r>
    </w:p>
    <w:p>
      <w:r>
        <w:rPr>
          <w:b/>
        </w:rPr>
        <w:t xml:space="preserve">[32:49] </w:t>
      </w:r>
      <w:r>
        <w:t>qamri mahine ke ka nawaan mahina hai.</w:t>
      </w:r>
    </w:p>
    <w:p>
      <w:pPr>
        <w:jc w:val="right"/>
      </w:pPr>
      <w:r>
        <w:t>قمری مہینے کے کا نواں مہینہ ہے۔</w:t>
      </w:r>
    </w:p>
    <w:p>
      <w:r>
        <w:rPr>
          <w:b/>
        </w:rPr>
        <w:t xml:space="preserve">[32:56] </w:t>
      </w:r>
      <w:r>
        <w:t>har saal aata hai, har saal log roza rakhte hain,</w:t>
      </w:r>
    </w:p>
    <w:p>
      <w:pPr>
        <w:jc w:val="right"/>
      </w:pPr>
      <w:r>
        <w:t>ہر سال آتا ہے، ہر سال لوگ روزہ رکھتے ہیں،</w:t>
      </w:r>
    </w:p>
    <w:p>
      <w:r>
        <w:rPr>
          <w:b/>
        </w:rPr>
        <w:t xml:space="preserve">[33:03] </w:t>
      </w:r>
      <w:r>
        <w:t>lekin form ke aitbaar se agar roza rakha kisi ne to us roze, woh roza Khuda ke criterion par poora nahi utre ga.</w:t>
      </w:r>
    </w:p>
    <w:p>
      <w:pPr>
        <w:jc w:val="right"/>
      </w:pPr>
      <w:r>
        <w:t>لیکن فارم کے اعتبار سے اگر روزہ رکھا کسی نے تو اس روزے، وہ روزہ خدا کے کرائٹیرین پر پورا نہیں اترے گا۔</w:t>
      </w:r>
    </w:p>
    <w:p>
      <w:r>
        <w:rPr>
          <w:b/>
        </w:rPr>
        <w:t xml:space="preserve">[33:13] </w:t>
      </w:r>
      <w:r>
        <w:t>woh Khuda ka jo mayar hai, us par poora nahi utre ga. woh</w:t>
      </w:r>
    </w:p>
    <w:p>
      <w:pPr>
        <w:jc w:val="right"/>
      </w:pPr>
      <w:r>
        <w:t>وہ خدا کا جو معیار ہے، اس پر پورا نہیں اترے گا۔ وہ</w:t>
      </w:r>
    </w:p>
    <w:p>
      <w:r>
        <w:rPr>
          <w:b/>
        </w:rPr>
        <w:t xml:space="preserve">[33:20] </w:t>
      </w:r>
      <w:r>
        <w:t>jaise ek note mein khud hi chhaap loon ghar mein baith kar ke, to woh bank ke mayar par poora nahi utre ga. to bank is ko qabool nahi kare ga, mere ghar ka chhaapa hua note.</w:t>
      </w:r>
    </w:p>
    <w:p>
      <w:pPr>
        <w:jc w:val="right"/>
      </w:pPr>
      <w:r>
        <w:t>جیسے ایک نوٹ میں خود ہی چھاپ لوں گھر میں بیٹھ کر کے، تو وہ بینک کے معیار پر پورا نہیں اترے گا۔ تو بینک اس کو قبول نہیں کرے گا، میرے گھر کا چھپا ہوا نوٹ۔</w:t>
      </w:r>
    </w:p>
    <w:p>
      <w:r>
        <w:rPr>
          <w:b/>
        </w:rPr>
        <w:t xml:space="preserve">[33:35] </w:t>
      </w:r>
      <w:r>
        <w:t>to Khuda ka jo apna criterion hai, Khuda ka apna jo mayar hai, us par roze ko poora utarna chahiye. tab is ke liye woh sawab hai ke jo farmaya Allah taala ne ke roza mere liye hai aur main is ka badla doon ga.</w:t>
      </w:r>
    </w:p>
    <w:p>
      <w:pPr>
        <w:jc w:val="right"/>
      </w:pPr>
      <w:r>
        <w:t>تو خدا کا جو اپنا کرائٹیرین ہے، خدا کا اپنا جو معیار ہے، اس پر روزے کو پورا اترنا چاہیے۔ تب اس کے لیے وہ ثواب ہے کہ جو فرمایا اللہ تعالی نے کہ روزہ میرے لیے ہے اور میں اس کا بدلہ دوں گا۔</w:t>
      </w:r>
    </w:p>
    <w:p>
      <w:r>
        <w:rPr>
          <w:b/>
        </w:rPr>
        <w:t xml:space="preserve">[33:57] </w:t>
      </w:r>
      <w:r>
        <w:t>dekhen, is dunya mein sab se bari cheez Allah taala ko kya matloob hai?</w:t>
      </w:r>
    </w:p>
    <w:p>
      <w:pPr>
        <w:jc w:val="right"/>
      </w:pPr>
      <w:r>
        <w:t>دیکھیں، اس دنیا میں سب سے بڑی چیز اللہ تعالی کو کیا مطلوب ہے؟</w:t>
      </w:r>
    </w:p>
    <w:p>
      <w:r>
        <w:rPr>
          <w:b/>
        </w:rPr>
        <w:t xml:space="preserve">[34:03] </w:t>
      </w:r>
      <w:r>
        <w:t>sab se bari cheez Quran ki pehli ayat batati hai Alhamdulillah Rabb-ul-Alameen. hamd ka matlab hai shukr, tareef.</w:t>
      </w:r>
    </w:p>
    <w:p>
      <w:pPr>
        <w:jc w:val="right"/>
      </w:pPr>
      <w:r>
        <w:t>سب سے بڑی چیز قرآن کی پہلی آیت بتاتی ہے الحمدللہ رب العالمین ۔ حمد کا مطلب ہے شکر، تعریف۔</w:t>
      </w:r>
    </w:p>
    <w:p>
      <w:r>
        <w:rPr>
          <w:b/>
        </w:rPr>
        <w:t xml:space="preserve">[34:17] </w:t>
      </w:r>
      <w:r>
        <w:t>yani kisi bare inaam ko pa kar ke aap ka jo jazba paida hota hai, us mein shukr bhi hota hai aur aur tareef bhi hoti hai.</w:t>
      </w:r>
    </w:p>
    <w:p>
      <w:pPr>
        <w:jc w:val="right"/>
      </w:pPr>
      <w:r>
        <w:t>یعنی کسی بڑے انعام کو پا کر کے آپ کا جو جذبہ پیدا ہوتا ہے، اس میں شکر بھی ہوتا ہے اور اور تعریف بھی ہوتی ہے۔</w:t>
      </w:r>
    </w:p>
    <w:p>
      <w:r>
        <w:rPr>
          <w:b/>
        </w:rPr>
        <w:t xml:space="preserve">[34:27] </w:t>
      </w:r>
      <w:r>
        <w:t>jaise aap bahar nikle, raat khatam hui, subah subah hui, aap bahar nikle aur sari har taraf suraj ki roshni chhai hui hai.</w:t>
      </w:r>
    </w:p>
    <w:p>
      <w:pPr>
        <w:jc w:val="right"/>
      </w:pPr>
      <w:r>
        <w:t>جیسے آپ باہر نکلے، رات ختم ہوئی، صبح صبح ہوئی، آپ باہر نکلے اور ساری ہر طرف سورج کی روشنی چھائی ہوئی ہے۔</w:t>
      </w:r>
    </w:p>
    <w:p>
      <w:r>
        <w:rPr>
          <w:b/>
        </w:rPr>
        <w:t xml:space="preserve">[34:37] </w:t>
      </w:r>
      <w:r>
        <w:t>raat ko andhera tha, raat ko sajai nahi deta tha kuch. ab suraj nikla to har taraf roshni hi roshni hai. ab aap ko ek ajeeb ehsas hoga ke kaisa hai Khuda jo nau karor tees lakh meel door se mere liye suraj ki roshni bhej raha hai.</w:t>
      </w:r>
    </w:p>
    <w:p>
      <w:pPr>
        <w:jc w:val="right"/>
      </w:pPr>
      <w:r>
        <w:t>رات کو اندھیرا تھا، رات کو سجائی نہیں دیتا تھا کچھ۔ اب سورج نکلا تو ہر طرف روشنی ہی روشنی ہے۔ اب آپ کو ایک عجیب احساس ہوگا کہ کیسا ہے خدا جو نو کروڑ تیس لاکھ میل دور سے میرے لیے سورج کی روشنی بھیج رہا ہے۔</w:t>
      </w:r>
    </w:p>
    <w:p>
      <w:r>
        <w:rPr>
          <w:b/>
        </w:rPr>
        <w:t xml:space="preserve">[34:57] </w:t>
      </w:r>
      <w:r>
        <w:t>woh kitni beautiful roshni! roshni ko Khuda ne is tarah banaya hai ke saat rangon ke milne se roshni banti hai. agar saat rangon ki roshni na ho to itni achhi na lage jaise ke hum is ko dekhte hain.</w:t>
      </w:r>
    </w:p>
    <w:p>
      <w:pPr>
        <w:jc w:val="right"/>
      </w:pPr>
      <w:r>
        <w:t>وہ کتنی بیوٹی فل روشنی! روشنی کو خدا نے اس طرح بنایا ہے کہ سات رنگوں کے ملنے سے روشنی بنتی ہے۔ اگر سات رنگوں کی روشنی نہ ہو تو اتنی اچھی نہ لگے جیسے کہ ہم اس کو دیکھتے ہیں۔</w:t>
      </w:r>
    </w:p>
    <w:p>
      <w:r>
        <w:rPr>
          <w:b/>
        </w:rPr>
        <w:t xml:space="preserve">[35:13] </w:t>
      </w:r>
      <w:r>
        <w:t>roshni mein jo beauty hai, isi liye hai ke woh saat rangon se mil kar banti hai. ab yeh aap ne dekha to is ko dekh kar aap ke andar ek kya aaye ga?</w:t>
      </w:r>
    </w:p>
    <w:p>
      <w:pPr>
        <w:jc w:val="right"/>
      </w:pPr>
      <w:r>
        <w:t>روشنی میں جو بیوٹی ہے، اسی لیے ہے کہ وہ سات رنگوں سے مل کر بنتی ہے۔ اب یہ آپ نے دیکھا تو اس کو دیکھ کر آپ کے اندر ایک کیا آئے گا؟</w:t>
      </w:r>
    </w:p>
    <w:p>
      <w:r>
        <w:rPr>
          <w:b/>
        </w:rPr>
        <w:t xml:space="preserve">[35:25] </w:t>
      </w:r>
      <w:r>
        <w:t>kitna bara hai woh Khuda jis ne suraj ko banaya, jis ne solar system ko banaya, jis ne galaxy ko banaya. yeh sab yaad aata chala jaye ga aap ko.</w:t>
      </w:r>
    </w:p>
    <w:p>
      <w:pPr>
        <w:jc w:val="right"/>
      </w:pPr>
      <w:r>
        <w:t>کتنا بڑا ہے وہ خدا جس نے سورج کو بنایا، جس نے سولر سسٹم کو بنایا، جس نے گیلیکسی کو بنایا۔ یہ سب یاد آتا چلا جائے گا آپ کو۔</w:t>
      </w:r>
    </w:p>
    <w:p>
      <w:r>
        <w:rPr>
          <w:b/>
        </w:rPr>
        <w:t xml:space="preserve">[35:37] </w:t>
      </w:r>
      <w:r>
        <w:t>to Khuda ki azmat aap ko yaad aye gi. to isi ko kehte hain qabil tareef. ke kitna bara hai Khuda, kitna kamal wala hai Khuda, kitne zyada aali sifaat wala hai Khuda.</w:t>
      </w:r>
    </w:p>
    <w:p>
      <w:pPr>
        <w:jc w:val="right"/>
      </w:pPr>
      <w:r>
        <w:t>تو خدا کی عظمت آپ کو یاد آئے گی۔ تو اسی کو کہتے ہیں قابل تعریف۔ کہ کتنا بڑا ہے خدا، کتنا کمال والا ہے خدا، کتنے زیادہ عالی صفات والا ہے خدا۔</w:t>
      </w:r>
    </w:p>
    <w:p>
      <w:r>
        <w:rPr>
          <w:b/>
        </w:rPr>
        <w:t xml:space="preserve">[35:54] </w:t>
      </w:r>
      <w:r>
        <w:t>is ko le kar Khuda ki tareef aap ke dil mein jage gi, parhez jage gi, parhez.</w:t>
      </w:r>
    </w:p>
    <w:p>
      <w:pPr>
        <w:jc w:val="right"/>
      </w:pPr>
      <w:r>
        <w:t>اس کو لے کر خدا کی تعریف آپ کے دل میں جاگے گی، پرہیز جاگے گی، پرہیز۔</w:t>
      </w:r>
    </w:p>
    <w:p>
      <w:r>
        <w:rPr>
          <w:b/>
        </w:rPr>
        <w:t xml:space="preserve">[36:02] </w:t>
      </w:r>
      <w:r>
        <w:t>phir jab aap yeh dekhen ge ke yeh cheezen jo hain, sirf azmat hi nahi hai, hamari zindagi se gehra ta'alluq hai is ka.</w:t>
      </w:r>
    </w:p>
    <w:p>
      <w:pPr>
        <w:jc w:val="right"/>
      </w:pPr>
      <w:r>
        <w:t>پھر جب آپ یہ دیکھیں گے کہ یہ چیزیں جو ہیں، صرف عظمت ہی نہیں ہے، ہماری زندگی سے گہرا تعلق ہے اس کا۔</w:t>
      </w:r>
    </w:p>
    <w:p>
      <w:r>
        <w:rPr>
          <w:b/>
        </w:rPr>
        <w:t xml:space="preserve">[36:13] </w:t>
      </w:r>
      <w:r>
        <w:t>gehra ta'alluq hai. ek aitbaar se woh azeem hain, bohat bari hain.</w:t>
      </w:r>
    </w:p>
    <w:p>
      <w:pPr>
        <w:jc w:val="right"/>
      </w:pPr>
      <w:r>
        <w:t>گہرا تعلق ہے۔ ایک اعتبار سے وہ عظیم ہیں، بہت بڑی ہیں۔</w:t>
      </w:r>
    </w:p>
    <w:p>
      <w:r>
        <w:rPr>
          <w:b/>
        </w:rPr>
        <w:t xml:space="preserve">[36:18] </w:t>
      </w:r>
      <w:r>
        <w:t>to un ke greatness ko aap dekhen ge, jab greatness ko to cheezon ki greatness mein aap ko Khuda ki greatness dikhai de gi. phir in cheezon mein jo aap ke liye blessing hai, aap ke liye jo is faida hai, jo in cheezon mein, us ko le kar aap sochen ge to kya paida hoga?</w:t>
      </w:r>
    </w:p>
    <w:p>
      <w:pPr>
        <w:jc w:val="right"/>
      </w:pPr>
      <w:r>
        <w:t>تو ان کے گریٹنس کو آپ دیکھیں گے، جب گریٹنس کو تو چیزوں کی گریٹنس میں آپ کو خدا کی گریٹنس دکھائی دے گی۔ پھر ان چیزوں میں جو آپ کے لیے بلیسنگ ہے، آپ کے لیے جو اس فائدہ ہے، جو ان چیزوں میں، اس کو لے کر آپ سوچیں گے تو کیا پیدا ہوگا؟</w:t>
      </w:r>
    </w:p>
    <w:p>
      <w:r>
        <w:rPr>
          <w:b/>
        </w:rPr>
        <w:t xml:space="preserve">[36:39] </w:t>
      </w:r>
      <w:r>
        <w:t>shukr paida hoga. to Khuda ki creation jo hai, us ko dekh kar aap ke andar dono baaten aati hain.</w:t>
      </w:r>
    </w:p>
    <w:p>
      <w:pPr>
        <w:jc w:val="right"/>
      </w:pPr>
      <w:r>
        <w:t>شکر پیدا ہوگا۔ تو خدا کی کریشن جو ہے، اس کو دیکھ کر آپ کے اندر دونوں باتیں آتی ہیں۔</w:t>
      </w:r>
    </w:p>
    <w:p>
      <w:r>
        <w:rPr>
          <w:b/>
        </w:rPr>
        <w:t xml:space="preserve">[36:47] </w:t>
      </w:r>
      <w:r>
        <w:t>aap Khuda ki greatness ko discover karte hain. is aitbaar se aap ya Khuda ki tareef, Khuda aap ko bohat hi zyada tareef ka qabil nazar aata hai.</w:t>
      </w:r>
    </w:p>
    <w:p>
      <w:pPr>
        <w:jc w:val="right"/>
      </w:pPr>
      <w:r>
        <w:t>آپ خدا کی گریٹنس کو ڈسکور کرتے ہیں۔ اس اعتبار سے آپ یا خدا کی تعریف، خدا آپ کو بہت ہی زیادہ تعریف کا قابل نظر آتا ہے۔</w:t>
      </w:r>
    </w:p>
    <w:p>
      <w:r>
        <w:rPr>
          <w:b/>
        </w:rPr>
        <w:t xml:space="preserve">[36:59] </w:t>
      </w:r>
      <w:r>
        <w:t>is mein aap apne liye blessing paate hain. is lihaaz se Khuda aap ko nazar aata hai ke kitna zyada shukr mein karoon Khuda ka ke yeh hai Alhamdulillah Rabb-ul-Alameen.</w:t>
      </w:r>
    </w:p>
    <w:p>
      <w:pPr>
        <w:jc w:val="right"/>
      </w:pPr>
      <w:r>
        <w:t>اس میں آپ اپنے لیے بلیسنگ پاتے ہیں۔ اس لحاظ سے خدا آپ کو نظر آتا ہے کہ کتنا زیادہ شکر میں کروں خدا کا کہ یہ ہے الحمدللہ رب العالمین ۔</w:t>
      </w:r>
    </w:p>
    <w:p>
      <w:r>
        <w:rPr>
          <w:b/>
        </w:rPr>
        <w:t xml:space="preserve">[37:11] </w:t>
      </w:r>
      <w:r>
        <w:t>isi ehsas ko zinda karne ke liye roza hai.</w:t>
      </w:r>
    </w:p>
    <w:p>
      <w:pPr>
        <w:jc w:val="right"/>
      </w:pPr>
      <w:r>
        <w:t>اسی احساس کو زندہ کرنے کے لیے روزہ ہے۔</w:t>
      </w:r>
    </w:p>
    <w:p>
      <w:r>
        <w:rPr>
          <w:b/>
        </w:rPr>
        <w:t xml:space="preserve">[37:16] </w:t>
      </w:r>
      <w:r>
        <w:t>kyun ke dekhiye, kisi cheez ki mahroomi hi se aap ko is ka ehsas paida hota hai. agar aap ko kabhi piyas na lage to pani ki qadar kya janen ge aap?</w:t>
      </w:r>
    </w:p>
    <w:p>
      <w:pPr>
        <w:jc w:val="right"/>
      </w:pPr>
      <w:r>
        <w:t>کیونکہ دیکھیے، کسی چیز کی محرومی ہی سے آپ کو اس کا احساس پیدا ہوتا ہے۔ اگر آپ کو کبھی پیاس نہ لگے تو پانی کی قدر کیا جانیں گے آپ؟</w:t>
      </w:r>
    </w:p>
    <w:p>
      <w:r>
        <w:rPr>
          <w:b/>
        </w:rPr>
        <w:t xml:space="preserve">[37:30] </w:t>
      </w:r>
      <w:r>
        <w:t>aap ko kabhi bhook na lage to khane ki qadar kya janen ge aap? aap ko kabhi garmi na sataye to aap AC ki qadar kya janen ge aap?</w:t>
      </w:r>
    </w:p>
    <w:p>
      <w:pPr>
        <w:jc w:val="right"/>
      </w:pPr>
      <w:r>
        <w:t>آپ کو کبھی بھوک نہ لگے تو کھانے کی قدر کیا جانیں گے آپ؟ آپ کو کبھی گرمی نہ ستائے تو آپ اے سی کی قدر کیا جانیں گے آپ؟</w:t>
      </w:r>
    </w:p>
    <w:p>
      <w:r>
        <w:rPr>
          <w:b/>
        </w:rPr>
        <w:t xml:space="preserve">[37:44] </w:t>
      </w:r>
      <w:r>
        <w:t>to Ramadan ka zameen damnah jo hai, us mein koi ek aitbaar se mahroomi ka tajurba karaya jata hai. mahroomi, pani se mahroomi, khane se mahroomi, aaram se mahroomi.</w:t>
      </w:r>
    </w:p>
    <w:p>
      <w:pPr>
        <w:jc w:val="right"/>
      </w:pPr>
      <w:r>
        <w:t>تو رمضان کا زمین دمنہ جو ہے، اس میں کوئی ایک اعتبار سے محرومی کا تجربہ کرایا جاتا ہے۔ محرومی، پانی سے محرومی، کھانے سے محرومی، آرام سے محرومی۔</w:t>
      </w:r>
    </w:p>
    <w:p>
      <w:r>
        <w:rPr>
          <w:b/>
        </w:rPr>
        <w:t xml:space="preserve">[37:58] </w:t>
      </w:r>
      <w:r>
        <w:t>kyun ke dekhiye, Ramadan mein jab aap roza rakhte hain to aap ke routine sab toot jata hai. routine yani us ko kehte hain ma'mool.</w:t>
      </w:r>
    </w:p>
    <w:p>
      <w:pPr>
        <w:jc w:val="right"/>
      </w:pPr>
      <w:r>
        <w:t>کیونکہ دیکھیے، رمضان میں جب آپ روزہ رکھتے ہیں تو آپ کے روٹین سب ٹوٹ جاتا ہے۔ روٹین یعنی اس کو کہتے ہیں معمول۔</w:t>
      </w:r>
    </w:p>
    <w:p>
      <w:r>
        <w:rPr>
          <w:b/>
        </w:rPr>
        <w:t xml:space="preserve">[38:10] </w:t>
      </w:r>
      <w:r>
        <w:t>ek ek mahine tak routine sab toota rehta hai.</w:t>
      </w:r>
    </w:p>
    <w:p>
      <w:pPr>
        <w:jc w:val="right"/>
      </w:pPr>
      <w:r>
        <w:t>ایک ایک مہینے تک روٹین سب ٹوٹا رہتا ہے۔</w:t>
      </w:r>
    </w:p>
    <w:p>
      <w:r>
        <w:rPr>
          <w:b/>
        </w:rPr>
        <w:t xml:space="preserve">[38:14] </w:t>
      </w:r>
      <w:r>
        <w:t>sone ka waqt badal gaya, jaagne ka waqt badal gaya, har cheez ka waqt badal gaya, khaane ka waqt badal gaya. to routine ka tootna jo hai, yeh aadmi ke upar bahut hi bhaari padta hai.</w:t>
      </w:r>
    </w:p>
    <w:p>
      <w:pPr>
        <w:jc w:val="right"/>
      </w:pPr>
      <w:r>
        <w:t>سونے کا وقت بدل گیا، جاگنے کا وقت بدل گیا، ہر چیز کا وقت بدل گیا، کھانے کا وقت بدل گیا۔ تو روٹین کا ٹوٹنا جو ہے، یہ آدمی کے اوپر بہت ہی بھاری پڑتا ہے۔</w:t>
      </w:r>
    </w:p>
    <w:p>
      <w:r>
        <w:rPr>
          <w:b/>
        </w:rPr>
        <w:t xml:space="preserve">[38:28] </w:t>
      </w:r>
      <w:r>
        <w:t>aadmi jo hai, bahut hi us ko sakht maloom hota hai routine ka tootna. to roze mein yeh sab kuch hota hai.</w:t>
      </w:r>
    </w:p>
    <w:p>
      <w:pPr>
        <w:jc w:val="right"/>
      </w:pPr>
      <w:r>
        <w:t>آدمی جو ہے، بہت ہی اس کو سخت معلوم ہوتا ہے روٹین کا ٹوٹنا۔ تو روزے میں یہ سب کچھ ہوتا ہے۔</w:t>
      </w:r>
    </w:p>
    <w:p>
      <w:r>
        <w:rPr>
          <w:b/>
        </w:rPr>
        <w:t xml:space="preserve">[38:37] </w:t>
      </w:r>
      <w:r>
        <w:t>roze mein aap ka aaraam gadbad hota hai.</w:t>
      </w:r>
    </w:p>
    <w:p>
      <w:pPr>
        <w:jc w:val="right"/>
      </w:pPr>
      <w:r>
        <w:t>روزے میں آپ کا آرام گڑبڑ ہوتا ہے۔</w:t>
      </w:r>
    </w:p>
    <w:p>
      <w:r>
        <w:rPr>
          <w:b/>
        </w:rPr>
        <w:t xml:space="preserve">[38:42] </w:t>
      </w:r>
      <w:r>
        <w:t>roze mein aap ke peene ka maamla bigadta hai, khaane ka maamla bigadta hai. aap ka routine sab disturb ho jaata hai. yeh saari cheezein hain.</w:t>
      </w:r>
    </w:p>
    <w:p>
      <w:pPr>
        <w:jc w:val="right"/>
      </w:pPr>
      <w:r>
        <w:t>روزے میں آپ کے پینے کا معاملہ بگڑتا ہے، کھانے کا معاملہ بگڑتا ہے۔ آپ کا روٹین سب ڈسٹرب ہو جاتا ہے۔ یہ ساری چیزیں ہیں۔</w:t>
      </w:r>
    </w:p>
    <w:p>
      <w:r>
        <w:rPr>
          <w:b/>
        </w:rPr>
        <w:t xml:space="preserve">[38:51] </w:t>
      </w:r>
      <w:r>
        <w:t>to kya hai yeh? yeh hai mehroomi ka ehsaas. jab tak mehroomi ka ehsaas na ho, aap ko yaft ka ehsaas nahi hoga.</w:t>
      </w:r>
    </w:p>
    <w:p>
      <w:pPr>
        <w:jc w:val="right"/>
      </w:pPr>
      <w:r>
        <w:t>تو کیا ہے یہ؟ یہ ہے محرومی کا احساس۔ جب تک محرومی کا احساس نہ ہو، آپ کو یافت کا احساس نہیں ہوگا۔</w:t>
      </w:r>
    </w:p>
    <w:p>
      <w:r>
        <w:rPr>
          <w:b/>
        </w:rPr>
        <w:t xml:space="preserve">[39:00] </w:t>
      </w:r>
      <w:r>
        <w:t>jaise ek martaba maine padha ke America mein ek school mein ek bar diya gaya tha ek ek aise likhne ke liye ek subject ke ek gareeb ki kahani.</w:t>
      </w:r>
    </w:p>
    <w:p>
      <w:pPr>
        <w:jc w:val="right"/>
      </w:pPr>
      <w:r>
        <w:t>جیسے ایک مرتبہ میں نے پڑھا کہ امریکہ میں ایک اسکول میں ایک بار دیا گیا تھا ایک ایک ایسے لکھنے کے لیے ایک سبجیکٹ کہ ایک غریب کی کہانی۔</w:t>
      </w:r>
    </w:p>
    <w:p>
      <w:r>
        <w:rPr>
          <w:b/>
        </w:rPr>
        <w:t xml:space="preserve">[39:18] </w:t>
      </w:r>
      <w:r>
        <w:t>ek gareeb ki kahani.</w:t>
      </w:r>
    </w:p>
    <w:p>
      <w:pPr>
        <w:jc w:val="right"/>
      </w:pPr>
      <w:r>
        <w:t>ایک غریب کی کہانی۔</w:t>
      </w:r>
    </w:p>
    <w:p>
      <w:r>
        <w:rPr>
          <w:b/>
        </w:rPr>
        <w:t xml:space="preserve">[39:21] </w:t>
      </w:r>
      <w:r>
        <w:t>to ek ladki jo bahut kisi billionaire ki ladki thi, us ne kya likha ke it was on a time there was a poor man ke ek aadmi tha jo gareeb tha.</w:t>
      </w:r>
    </w:p>
    <w:p>
      <w:pPr>
        <w:jc w:val="right"/>
      </w:pPr>
      <w:r>
        <w:t>تو ایک لڑکی جو بہت کسی بلیونیئر کی لڑکی تھی، اس نے کیا لکھا کہ it was on a time there was a poor man کہ ایک آدمی تھا جو غریب تھا۔</w:t>
      </w:r>
    </w:p>
    <w:p>
      <w:r>
        <w:rPr>
          <w:b/>
        </w:rPr>
        <w:t xml:space="preserve">[39:36] </w:t>
      </w:r>
      <w:r>
        <w:t>to us ka shohar bhi gareeb tha, us ka mali bhi gareeb tha, us ke servant bhi gareeb tha.</w:t>
      </w:r>
    </w:p>
    <w:p>
      <w:pPr>
        <w:jc w:val="right"/>
      </w:pPr>
      <w:r>
        <w:t>تو اس کا شوہر بھی غریب تھا، اس کا مالی بھی غریب تھا، اس کے سرونٹ بھی غریب تھا۔</w:t>
      </w:r>
    </w:p>
    <w:p>
      <w:r>
        <w:rPr>
          <w:b/>
        </w:rPr>
        <w:t xml:space="preserve">[39:46] </w:t>
      </w:r>
      <w:r>
        <w:t>to woh bechari jaanti hi nahi thi ke jo gareeb hoga to us ke paas yeh sab cheezein kahan hain.</w:t>
      </w:r>
    </w:p>
    <w:p>
      <w:pPr>
        <w:jc w:val="right"/>
      </w:pPr>
      <w:r>
        <w:t>تو وہ بیچاری جانتی ہی نہیں تھی کہ جو غریب ہوگا تو اس کے پاس یہ سب چیزیں کہاں ہیں۔</w:t>
      </w:r>
    </w:p>
    <w:p>
      <w:r>
        <w:rPr>
          <w:b/>
        </w:rPr>
        <w:t xml:space="preserve">[39:53] </w:t>
      </w:r>
      <w:r>
        <w:t>aise hi kisi ameer aadmi se jo jis ke paas saamaan ki bharmar thi, to kaha gaya ke falan mulk mein logon ko roti nahi mil rahi hai aur bhook ka shikaar ho rahe hain woh.</w:t>
      </w:r>
    </w:p>
    <w:p>
      <w:pPr>
        <w:jc w:val="right"/>
      </w:pPr>
      <w:r>
        <w:t>ایسے ہی کسی امیر آدمی سے جو جس کے پاس سامان کی بھرمار تھی، تو کہا گیا کہ فلاں ملک میں لوگوں کو روٹی نہیں مل رہی ہے اور بھوک کا شکار ہو رہے ہیں وہ۔</w:t>
      </w:r>
    </w:p>
    <w:p>
      <w:r>
        <w:rPr>
          <w:b/>
        </w:rPr>
        <w:t xml:space="preserve">[40:09] </w:t>
      </w:r>
      <w:r>
        <w:t>to us ne kaha kya roti nahi milti to koi cake bhi nahi milta?</w:t>
      </w:r>
    </w:p>
    <w:p>
      <w:pPr>
        <w:jc w:val="right"/>
      </w:pPr>
      <w:r>
        <w:t>تو اس نے کہا کیا روٹی نہیں ملتی تو کوئی کیک بھی نہیں ملتا؟</w:t>
      </w:r>
    </w:p>
    <w:p>
      <w:r>
        <w:rPr>
          <w:b/>
        </w:rPr>
        <w:t xml:space="preserve">[40:15] </w:t>
      </w:r>
      <w:r>
        <w:t>to jin logon ko har waqt sab cheez mili chali ja rahi hai, mili chali ja rahi hai, unhein pata hi nahi ke kya cheez hai khona, kya cheez hai mehroomi.</w:t>
      </w:r>
    </w:p>
    <w:p>
      <w:pPr>
        <w:jc w:val="right"/>
      </w:pPr>
      <w:r>
        <w:t>تو جن لوگوں کو ہر وقت سب چیز ملی چلی جا رہی ہے، ملی چلی جا رہی ہے، انہیں پتہ ہی نہیں کہ کیا چیز ہے کھونا، کیا چیز ہے محرومی۔</w:t>
      </w:r>
    </w:p>
    <w:p>
      <w:r>
        <w:rPr>
          <w:b/>
        </w:rPr>
        <w:t xml:space="preserve">[40:29] </w:t>
      </w:r>
      <w:r>
        <w:t>jis ki fridge mein khaane bhare hue hon, use kya pata hai ke bhook bhi koi cheez hai? us ko pata hi nahi hai. to yeh compulsive experience hai, yaad rakhiye, roza</w:t>
      </w:r>
    </w:p>
    <w:p>
      <w:pPr>
        <w:jc w:val="right"/>
      </w:pPr>
      <w:r>
        <w:t>جس کی فریج میں کھانے بھرے ہوئے ہوں، اسے کیا پتہ ہے کہ بھوک بھی کوئی چیز ہے؟ اس کو پتہ ہی نہیں ہے۔ تو یہ کمپلسو ایکسپیرینس ہے، یاد رکھیے، روزہ</w:t>
      </w:r>
    </w:p>
    <w:p>
      <w:r>
        <w:rPr>
          <w:b/>
        </w:rPr>
        <w:t xml:space="preserve">[40:44] </w:t>
      </w:r>
      <w:r>
        <w:t>compulsive experience hai mehroomi ka.</w:t>
      </w:r>
    </w:p>
    <w:p>
      <w:pPr>
        <w:jc w:val="right"/>
      </w:pPr>
      <w:r>
        <w:t>کمپلسو ایکسپیرینس ہے محرومی کا۔</w:t>
      </w:r>
    </w:p>
    <w:p>
      <w:r>
        <w:rPr>
          <w:b/>
        </w:rPr>
        <w:t xml:space="preserve">[40:49] </w:t>
      </w:r>
      <w:r>
        <w:t>roza jo hai, woh compulsive experience hai. bhook ka compulsive experience, pyaas ka compulsive experience, be-araami ka compulsive experience,</w:t>
      </w:r>
    </w:p>
    <w:p>
      <w:pPr>
        <w:jc w:val="right"/>
      </w:pPr>
      <w:r>
        <w:t>روزہ جو ہے، وہ کمپلسو ایکسپیرینس ہے۔ بھوک کا کمپلسو ایکسپیرینس، پیاس کا کمپلسو ایکسپیرینس، بے آرامی کا کمپلسو ایکسپیرینس،</w:t>
      </w:r>
    </w:p>
    <w:p>
      <w:r>
        <w:rPr>
          <w:b/>
        </w:rPr>
        <w:t xml:space="preserve">[41:04] </w:t>
      </w:r>
      <w:r>
        <w:t>routine ke tootne ka compulsive experience, har cheez ka. to yeh mehroomi kyun karai jaati hai?</w:t>
      </w:r>
    </w:p>
    <w:p>
      <w:pPr>
        <w:jc w:val="right"/>
      </w:pPr>
      <w:r>
        <w:t>روٹین کے ٹوٹنے کا کمپلسو ایکسپیرینس، ہر چیز کا۔ تو یہ محرومی کیوں کرائی جاتی ہے؟</w:t>
      </w:r>
    </w:p>
    <w:p>
      <w:r>
        <w:rPr>
          <w:b/>
        </w:rPr>
        <w:t xml:space="preserve">[41:14] </w:t>
      </w:r>
      <w:r>
        <w:t>taake yaft ka ehsaas aap ko ho, paane ka ehsaas aap ko ho. yaani abundantly Khuda ne aap ko de rakha hai sab kuch.</w:t>
      </w:r>
    </w:p>
    <w:p>
      <w:pPr>
        <w:jc w:val="right"/>
      </w:pPr>
      <w:r>
        <w:t>تاکہ یافت کا احساس آپ کو ہو، پانے کا احساس آپ کو ہو۔ یعنی ابینڈنٹلی خدا نے آپ کو دے رکھا ہے سب کچھ۔</w:t>
      </w:r>
    </w:p>
    <w:p>
      <w:r>
        <w:rPr>
          <w:b/>
        </w:rPr>
        <w:t xml:space="preserve">[41:24] </w:t>
      </w:r>
      <w:r>
        <w:t>to aap us ko har waqt istemaal karte rehte hain, to aap for granted lete rehte hain. har waqt milti rehti hain cheezein, to aap us ko for granted lete rehte hain.</w:t>
      </w:r>
    </w:p>
    <w:p>
      <w:pPr>
        <w:jc w:val="right"/>
      </w:pPr>
      <w:r>
        <w:t>تو آپ اس کو ہر وقت استعمال کرتے رہتے ہیں، تو آپ فار گرانٹڈ لیتے رہتے ہیں۔ ہر وقت ملتی رہتی ہے چیزیں، تو آپ اس کو فار گرانٹڈ لیتے رہتے ہیں۔</w:t>
      </w:r>
    </w:p>
    <w:p>
      <w:r>
        <w:rPr>
          <w:b/>
        </w:rPr>
        <w:t xml:space="preserve">[41:37] </w:t>
      </w:r>
      <w:r>
        <w:t>under compulsion aap ko tajurba karaya gaya hai ke na yeh sab cheezein na hon to kya hoga?</w:t>
      </w:r>
    </w:p>
    <w:p>
      <w:pPr>
        <w:jc w:val="right"/>
      </w:pPr>
      <w:r>
        <w:t>انڈر کمپلسن آپ کو تجربہ کرایا گیا ہے کہ نہ یہ سب چیزیں نہ ہوں تو کیا ہوگا؟</w:t>
      </w:r>
    </w:p>
    <w:p>
      <w:r>
        <w:rPr>
          <w:b/>
        </w:rPr>
        <w:t xml:space="preserve">[41:45] </w:t>
      </w:r>
      <w:r>
        <w:t>tab us ki nemmat ka ehsaas hota hai, inaam ko pa kar mannim ka ehsaas hota hai. main ek bar to gaya Britain, to wahan pe ek Arab naujawan aaye the aur rehte the wahan par.</w:t>
      </w:r>
    </w:p>
    <w:p>
      <w:pPr>
        <w:jc w:val="right"/>
      </w:pPr>
      <w:r>
        <w:t>تب اس کی نعمت کا احساس ہوتا ہے، انعام کو پا کر منیم کا احساس ہوتا ہے۔ میں ایک بار تو گیا برٹن، تو وہاں پہ ایک عرب نوجوان آئے تھے اور رہتے تھے وہاں پر۔</w:t>
      </w:r>
    </w:p>
    <w:p>
      <w:r>
        <w:rPr>
          <w:b/>
        </w:rPr>
        <w:t xml:space="preserve">[42:02] </w:t>
      </w:r>
      <w:r>
        <w:t>ek ek Arab country se aaye the jo jahan economic condition achhi nahi thi. to us se maine poocha ke yahan aap itne saalon se reh rahe hain, yahan aap ne kya tajurba kiya?</w:t>
      </w:r>
    </w:p>
    <w:p>
      <w:pPr>
        <w:jc w:val="right"/>
      </w:pPr>
      <w:r>
        <w:t>ایک ایک عرب کنٹری سے آئے تھے جو جہاں اکانومک کنڈیشن اچھی نہیں تھی۔ تو اس سے میں نے پوچھا کہ یہاں آپ اتنے سالوں سے رہ رہے ہیں، یہاں آپ نے کیا تجربہ کیا؟</w:t>
      </w:r>
    </w:p>
    <w:p>
      <w:r>
        <w:rPr>
          <w:b/>
        </w:rPr>
        <w:t xml:space="preserve">[42:14] </w:t>
      </w:r>
      <w:r>
        <w:t>to unhon ne kaha ke yahan tajurba mujhe yeh hua ke yahan ek hi burai hai, woh hai ke inaam to hai aur mannim ka itraaf nahi.</w:t>
      </w:r>
    </w:p>
    <w:p>
      <w:pPr>
        <w:jc w:val="right"/>
      </w:pPr>
      <w:r>
        <w:t>تو انہوں نے کہا کہ یہاں تجربہ مجھے یہ ہوا کہ یہاں ایک ہی برائی ہے، وہ ہے کہ انعام تو ہے اور منیم کا اعتراف نہیں۔</w:t>
      </w:r>
    </w:p>
    <w:p>
      <w:r>
        <w:rPr>
          <w:b/>
        </w:rPr>
        <w:t xml:space="preserve">[42:28] </w:t>
      </w:r>
      <w:r>
        <w:t>yaani inaamaat to ki bharmar hai yahan, har cheez abundantly maujood hai,</w:t>
      </w:r>
    </w:p>
    <w:p>
      <w:pPr>
        <w:jc w:val="right"/>
      </w:pPr>
      <w:r>
        <w:t>یعنی انعامات تو کی بھرمار ہے یہاں، ہر چیز ابینڈنٹلی موجود ہے،</w:t>
      </w:r>
    </w:p>
    <w:p>
      <w:r>
        <w:rPr>
          <w:b/>
        </w:rPr>
        <w:t xml:space="preserve">[42:35] </w:t>
      </w:r>
      <w:r>
        <w:t>har qism ka luxury, har qism ka comfort, har qism ka aaram, sab kuch, sab kuch, sab kuch. lekin in ko pata hi nahi ke in cheezon se hum mehroom ho jayen to kya hamare sath pesh ayega.</w:t>
      </w:r>
    </w:p>
    <w:p>
      <w:pPr>
        <w:jc w:val="right"/>
      </w:pPr>
      <w:r>
        <w:t>ہر قسم کا لگزری، ہر قسم کا کمفرٹ، ہر قسم کا آرام، سب کچھ، سب کچھ، سب کچھ۔ لیکن ان کو پتہ ہی نہیں کہ ان چیزوں سے ہم محروم ہو جائیں تو کیا ہمارے ساتھ پیش آئے گا۔</w:t>
      </w:r>
    </w:p>
    <w:p>
      <w:r>
        <w:rPr>
          <w:b/>
        </w:rPr>
        <w:t xml:space="preserve">[42:50] </w:t>
      </w:r>
      <w:r>
        <w:t>is liye wo minimum ko acknowledge karne ka in ke andar jazba hi nahi. to roza jo hai, ek compulsive experience hai mehroomi ka.</w:t>
      </w:r>
    </w:p>
    <w:p>
      <w:pPr>
        <w:jc w:val="right"/>
      </w:pPr>
      <w:r>
        <w:t>اس لیے وہ منیم کو اکنالج کرنے کا ان کے اندر جذبہ ہی نہیں۔ تو روزہ جو ہے، ایک کمپلسو ایکسپیرینس ہے محرومی کا۔</w:t>
      </w:r>
    </w:p>
    <w:p>
      <w:r>
        <w:rPr>
          <w:b/>
        </w:rPr>
        <w:t xml:space="preserve">[43:01] </w:t>
      </w:r>
      <w:r>
        <w:t>taake aadmi ke andar Khuda ka, Khuda ki yaad aaye, in cheezon ki qadar jaane khud pe insaan. jab qadar jayenge aap, tabhi aap is ka shukr kar kar payenge.</w:t>
      </w:r>
    </w:p>
    <w:p>
      <w:pPr>
        <w:jc w:val="right"/>
      </w:pPr>
      <w:r>
        <w:t>تاکہ آدمی کے اندر خدا کا، خدا کی یاد آئے، ان چیزوں کی قدر جانے خود پہ انسان۔ جب قدر جانیں گے آپ، تبھی آپ اس کا شکر کر کر پائیں گے۔</w:t>
      </w:r>
    </w:p>
    <w:p>
      <w:r>
        <w:rPr>
          <w:b/>
        </w:rPr>
        <w:t xml:space="preserve">[43:16] </w:t>
      </w:r>
      <w:r>
        <w:t>to is ka matlab yeh hai ke jo sab se bari ibadat karna hai insaan ko, hamd ki ibadat, shukr ki ibadat, Khuda ko acknowledge karne ki ibadat,</w:t>
      </w:r>
    </w:p>
    <w:p>
      <w:pPr>
        <w:jc w:val="right"/>
      </w:pPr>
      <w:r>
        <w:t>تو اس کا معنی یہ ہے کہ جو سب سے بڑی عبادت کرنا ہے انسان کو، حمد کی عبادت، شکر کی عبادت، خدا کو اکنالج کرنے کی عبادت،</w:t>
      </w:r>
    </w:p>
    <w:p>
      <w:r>
        <w:rPr>
          <w:b/>
        </w:rPr>
        <w:t xml:space="preserve">[43:28] </w:t>
      </w:r>
      <w:r>
        <w:t>is ki spirit jagane ke liye roze ka tareeqa rakha gaya Ramzan ke mahine mein ek special course ke taur par. to yeh is ka woh tabligh hai ke mahine mein ek baar aap ko yeh sab ho jaye, bas nahi,</w:t>
      </w:r>
    </w:p>
    <w:p>
      <w:pPr>
        <w:jc w:val="right"/>
      </w:pPr>
      <w:r>
        <w:t>اس کی سپرٹ جگانے کے لیے روزے کا طریقہ رکھا گیا رمضان کے مہینے میں ایک اسپیشل کورس کے طور پر۔ تو یہ اس کا وہ تبلیغ ہے کہ مہینے میں ایک بار آپ کو یہ سب ہو جائے، بس نہیں،</w:t>
      </w:r>
    </w:p>
    <w:p>
      <w:r>
        <w:rPr>
          <w:b/>
        </w:rPr>
        <w:t xml:space="preserve">[43:43] </w:t>
      </w:r>
      <w:r>
        <w:t>wo to ek special course hai ek mahine ke liye.</w:t>
      </w:r>
    </w:p>
    <w:p>
      <w:pPr>
        <w:jc w:val="right"/>
      </w:pPr>
      <w:r>
        <w:t>وہ تو ایک اسپیشل کورس ہے ایک مہینے کے لیے۔</w:t>
      </w:r>
    </w:p>
    <w:p>
      <w:r>
        <w:rPr>
          <w:b/>
        </w:rPr>
        <w:t xml:space="preserve">[43:49] </w:t>
      </w:r>
      <w:r>
        <w:t>to bait bar form to ek mahine ke liye hai woh, lekin jo spirit aap ne hasil ki is zamane mein, is spirit ko poore saal aap ke andar rehna hai.</w:t>
      </w:r>
    </w:p>
    <w:p>
      <w:pPr>
        <w:jc w:val="right"/>
      </w:pPr>
      <w:r>
        <w:t>تو بیت بار فارم تو ایک مہینے کے لیے ہے وہ، لیکن جو سپرٹ آپ نے حاصل کی اس زمانے میں، اس سپرٹ کو پورے سال آپ کے اندر رہنا ہے۔</w:t>
      </w:r>
    </w:p>
    <w:p>
      <w:r>
        <w:rPr>
          <w:b/>
        </w:rPr>
        <w:t xml:space="preserve">[44:00] </w:t>
      </w:r>
      <w:r>
        <w:t>poore saal aap ko isi spirit ke sath zindagi guzarna hai.</w:t>
      </w:r>
    </w:p>
    <w:p>
      <w:pPr>
        <w:jc w:val="right"/>
      </w:pPr>
      <w:r>
        <w:t>پورے سال آپ کو اسی سپرٹ کے ساتھ زندگی گزارنا ہے۔</w:t>
      </w:r>
    </w:p>
    <w:p>
      <w:r>
        <w:rPr>
          <w:b/>
        </w:rPr>
        <w:t xml:space="preserve">[44:08] </w:t>
      </w:r>
      <w:r>
        <w:t>jaise misaal ke taur par dekhiye, ek shakhs Rasool Allah ke paas aaya</w:t>
      </w:r>
    </w:p>
    <w:p>
      <w:pPr>
        <w:jc w:val="right"/>
      </w:pPr>
      <w:r>
        <w:t>جیسے مثال کے طور پر دیکھیے، ایک شخص رسول اللہ کے پاس آیا</w:t>
      </w:r>
    </w:p>
    <w:p>
      <w:r>
        <w:rPr>
          <w:b/>
        </w:rPr>
        <w:t xml:space="preserve">[44:14] </w:t>
      </w:r>
      <w:r>
        <w:t>to us ne kaha ke mujhe ek koi, mujhe koi ek comprehensive formula batai zindagi guzarnay ka.</w:t>
      </w:r>
    </w:p>
    <w:p>
      <w:pPr>
        <w:jc w:val="right"/>
      </w:pPr>
      <w:r>
        <w:t>تو اس نے کہا کہ مجھے ایک کوئی، مجھے کوئی ایک کمپرہنسیو فارمولا بتائی زندگی گزارنے کا۔</w:t>
      </w:r>
    </w:p>
    <w:p>
      <w:r>
        <w:rPr>
          <w:b/>
        </w:rPr>
        <w:t xml:space="preserve">[44:25] </w:t>
      </w:r>
      <w:r>
        <w:t>to aap ne farmaya ke la taghzab ghussa na kar, ghussa na kar. to ghussa na kar, yeh Ramzan mein bhi kaha gaya hai aur aap ne alag se bhi farmaya.</w:t>
      </w:r>
    </w:p>
    <w:p>
      <w:pPr>
        <w:jc w:val="right"/>
      </w:pPr>
      <w:r>
        <w:t>تو آپ نے فرمایا کہ لا تغضب غصہ نہ کر، غصہ نہ کر۔ تو غصہ نہ کر، یہ رمضان میں بھی کہا گیا ہے اور آپ نے الگ سے بھی فرمایا۔</w:t>
      </w:r>
    </w:p>
    <w:p>
      <w:r>
        <w:rPr>
          <w:b/>
        </w:rPr>
        <w:t xml:space="preserve">[44:40] </w:t>
      </w:r>
      <w:r>
        <w:t>Ramzan mein bhi kaha gaya hai ke kisi pe ghussa na karo, kisi se intiqam na lo,</w:t>
      </w:r>
    </w:p>
    <w:p>
      <w:pPr>
        <w:jc w:val="right"/>
      </w:pPr>
      <w:r>
        <w:t>رمضان میں بھی کہا گیا ہے کہ کسی پہ غصہ نہ کرو، کسی سے انتقام نہ لو،</w:t>
      </w:r>
    </w:p>
    <w:p>
      <w:r>
        <w:rPr>
          <w:b/>
        </w:rPr>
        <w:t xml:space="preserve">[44:44] </w:t>
      </w:r>
      <w:r>
        <w:t>kisi ko mushtael na mat karo. jo koi agar to mushtael kare to tum na bharko, ghussa dilaye to na ghussa ho.</w:t>
      </w:r>
    </w:p>
    <w:p>
      <w:pPr>
        <w:jc w:val="right"/>
      </w:pPr>
      <w:r>
        <w:t>کسی کو مشتعل نہ مت کرو۔ جو کوئی اگر تو مشتعل کرے تو تم نہ بھڑکو، غصہ دلائے تو نہ غصہ ہو۔</w:t>
      </w:r>
    </w:p>
    <w:p>
      <w:r>
        <w:rPr>
          <w:b/>
        </w:rPr>
        <w:t xml:space="preserve">[44:53] </w:t>
      </w:r>
      <w:r>
        <w:t>yeh Ramzan ke bare mein bhi kaha gaya. wohi Rasool Allah sallallahu alaihi wasallam poori zindagi ke bare mein farma rahe hain ke tum ghussa na karo.</w:t>
      </w:r>
    </w:p>
    <w:p>
      <w:pPr>
        <w:jc w:val="right"/>
      </w:pPr>
      <w:r>
        <w:t>یہ رمضان کے بارے میں بھی کہا گیا۔ وہی رسول اللہ صلی اللہ علیہ وسلم پوری زندگی کے بارے میں فرما رہے ہیں کہ تم غصہ نہ کرو۔</w:t>
      </w:r>
    </w:p>
    <w:p>
      <w:r>
        <w:rPr>
          <w:b/>
        </w:rPr>
        <w:t xml:space="preserve">[45:02] </w:t>
      </w:r>
      <w:r>
        <w:t>is matlab ke ghussa na karne ke jo mizaj banaya gaya Ramzan mein, woh poore poore saal matloob hai, poori poori zindagi matloob hai ke zindagi mein hum rahen, Khuda ka shukr karte hue,</w:t>
      </w:r>
    </w:p>
    <w:p>
      <w:pPr>
        <w:jc w:val="right"/>
      </w:pPr>
      <w:r>
        <w:t>اس معنی کہ غصہ نہ کرنے کے جو مزاج بنایا گیا رمضان میں، وہ پورے پورے سال مطلوب ہے، پوری پوری زندگی مطلوب ہے کہ زندگی میں ہم رہیں، خدا کا شکر کرتے ہوئے،</w:t>
      </w:r>
    </w:p>
    <w:p>
      <w:r>
        <w:rPr>
          <w:b/>
        </w:rPr>
        <w:t xml:space="preserve">[45:19] </w:t>
      </w:r>
      <w:r>
        <w:t>zindagi mein hum guzaren, Khuda ka etraf karte hue, Khuda se ke mamle mein parhezgari ka mamla karte hue,</w:t>
      </w:r>
    </w:p>
    <w:p>
      <w:pPr>
        <w:jc w:val="right"/>
      </w:pPr>
      <w:r>
        <w:t>زندگی میں ہم گزاریں، خدا کا اعتراف کرتے ہوئے، خدا سے کے معاملے میں پرہیزگاری کا معاملہ کرتے ہوئے،</w:t>
      </w:r>
    </w:p>
    <w:p>
      <w:r>
        <w:rPr>
          <w:b/>
        </w:rPr>
        <w:t xml:space="preserve">[45:31] </w:t>
      </w:r>
      <w:r>
        <w:t>mukhtalif mauqe par sabr karte hue, patience ka tareeqa ikhtiyar karte hue zindagi guzaren. to yeh Ramzan mein compulsive situation mein is qism ki training di jati hai aur is ka maqsad yeh hai ke poore saal, poori zindagi hum isi tareeqay se rahen, isi spirit ke sath dunya mein zindagi guzaren, yahan tak ke hamein maut aa jaye</w:t>
      </w:r>
    </w:p>
    <w:p>
      <w:pPr>
        <w:jc w:val="right"/>
      </w:pPr>
      <w:r>
        <w:t>مختلف مواقع پر صبر کرتے ہوئے، پیشنس کا طریقہ اختیار کرتے ہوئے زندگی گزاریں۔ تو یہ رمضان میں کمپلسو سچویشن میں اس قسم کی ٹریننگ دی جاتی ہے اور اس کا مقصد یہ ہے کہ پورے سال، پوری زندگی ہم اسی طریقے سے رہیں، اسی سپرٹ کے ساتھ دنیا میں زندگی گزاریں، یہاں تک کہ ہمیں موت آ جائ</w:t>
      </w:r>
    </w:p>
    <w:p>
      <w:r>
        <w:rPr>
          <w:b/>
        </w:rPr>
        <w:t xml:space="preserve">[45:59] </w:t>
      </w:r>
      <w:r>
        <w:t>wa la tamutun illa wa antum musalmoon ke inhi spirit ke sath, inhi, inhi.</w:t>
      </w:r>
    </w:p>
    <w:p>
      <w:pPr>
        <w:jc w:val="right"/>
      </w:pPr>
      <w:r>
        <w:t>ے۔ ولا تموتن الا وانتم مسلمون کہ انہی سپرٹ کے ساتھ، انہی، انہی۔</w:t>
      </w:r>
    </w:p>
    <w:p>
      <w:r>
        <w:rPr>
          <w:b/>
        </w:rPr>
        <w:t xml:space="preserve">[46:07] </w:t>
      </w:r>
      <w:r>
        <w:t>india is ke sath zindagi guzaren.</w:t>
      </w:r>
    </w:p>
    <w:p>
      <w:pPr>
        <w:jc w:val="right"/>
      </w:pPr>
      <w:r>
        <w:t>انڈیا اس کے ساتھ زندگی گزاریں۔</w:t>
      </w:r>
    </w:p>
    <w:p>
      <w:r>
        <w:rPr>
          <w:b/>
        </w:rPr>
        <w:t xml:space="preserve">[46:14] </w:t>
      </w:r>
      <w:r>
        <w:t>is ko aap yoon bhi keh sakte hain ke roza jo hai, aadmi ke andar ek discipline paida karta hai, self control ki sifat paida karta hai.</w:t>
      </w:r>
    </w:p>
    <w:p>
      <w:pPr>
        <w:jc w:val="right"/>
      </w:pPr>
      <w:r>
        <w:t>اس کو آپ یوں بھی کہہ سکتے ہیں کہ روزہ جو ہے، آدمی کے اندر ایک ڈسپلن پیدا کرتا ہے، سیلف کنٹرول کی صفت پیدا کرتا ہے۔</w:t>
      </w:r>
    </w:p>
    <w:p>
      <w:r>
        <w:rPr>
          <w:b/>
        </w:rPr>
        <w:t xml:space="preserve">[46:24] </w:t>
      </w:r>
      <w:r>
        <w:t>jaise aap roze ka zamana hai, aap ke samne khana rakha hua hai, thanda pani rakha hua hai, lekin aap is ko istemal nahi karte.</w:t>
      </w:r>
    </w:p>
    <w:p>
      <w:pPr>
        <w:jc w:val="right"/>
      </w:pPr>
      <w:r>
        <w:t>جیسے آپ روزے کا زمانہ ہے، آپ کے سامنے کھانا رکھا ہوا ہے، ٹھنڈا پانی رکھا ہوا ہے، لیکن آپ اس کو استعمال نہیں کرتے۔</w:t>
      </w:r>
    </w:p>
    <w:p>
      <w:r>
        <w:rPr>
          <w:b/>
        </w:rPr>
        <w:t xml:space="preserve">[46:36] </w:t>
      </w:r>
      <w:r>
        <w:t>ya pani pite ya khana khate, yeh kya hai? yeh self control, self discipline.</w:t>
      </w:r>
    </w:p>
    <w:p>
      <w:pPr>
        <w:jc w:val="right"/>
      </w:pPr>
      <w:r>
        <w:t>یا پانی پیتے یا کھانا کھاتے، یہ کیا ہے؟ یہ سیلف کنٹرول، سیلف ڈسپلن۔</w:t>
      </w:r>
    </w:p>
    <w:p>
      <w:r>
        <w:rPr>
          <w:b/>
        </w:rPr>
        <w:t xml:space="preserve">[46:45] </w:t>
      </w:r>
      <w:r>
        <w:t>isi liye roze ke liye jo lafz hai arabic mein, woh hai saum. SAUM saum, saad wa meem.</w:t>
      </w:r>
    </w:p>
    <w:p>
      <w:pPr>
        <w:jc w:val="right"/>
      </w:pPr>
      <w:r>
        <w:t>اسی لیے روزے کے لیے جو لفظ ہے عربک میں، وہ ہے سوم۔ ایس اے یو ایم سوم، صاد وا میم۔</w:t>
      </w:r>
    </w:p>
    <w:p>
      <w:r>
        <w:rPr>
          <w:b/>
        </w:rPr>
        <w:t xml:space="preserve">[46:55] </w:t>
      </w:r>
      <w:r>
        <w:t>roze ke liye arabic word jo hai, woh saum hai. saum ke matlab kya hain? abstinence, rokna, thamna apne ko.</w:t>
      </w:r>
    </w:p>
    <w:p>
      <w:pPr>
        <w:jc w:val="right"/>
      </w:pPr>
      <w:r>
        <w:t>روزے کے لیے عربک ورڈ جو ہے، وہ سوم ہے۔ سوم کے معنی کیا ہیں؟ ایبسٹیننس، روکنا، تھامنا اپنے کو۔</w:t>
      </w:r>
    </w:p>
    <w:p>
      <w:r>
        <w:rPr>
          <w:b/>
        </w:rPr>
        <w:t xml:space="preserve">[47:09] </w:t>
      </w:r>
      <w:r>
        <w:t>to khana rakha hua hai samne, paani rakha hua hai samne, lekin aap ko rokte hain, is ko istemal nahi karte. to yeh kya cheez hai?</w:t>
      </w:r>
    </w:p>
    <w:p>
      <w:pPr>
        <w:jc w:val="right"/>
      </w:pPr>
      <w:r>
        <w:t>تو کھانا رکھا ہوا ہے سامنے، پائن رکھا ہوا ہے سامنے، لیکن آپ کو روکتے ہیں، اس کو استعمال نہیں کرتے۔ تو یہ کیا چیز ہے؟</w:t>
      </w:r>
    </w:p>
    <w:p>
      <w:r>
        <w:rPr>
          <w:b/>
        </w:rPr>
        <w:t xml:space="preserve">[47:18] </w:t>
      </w:r>
      <w:r>
        <w:t>yeh yeh hai self discipline, self control, khud inzisabti. urdu mein aap keh sakte hain khud inzisabti, apne ko yani inzisab ke sath rakhna dunya mein,</w:t>
      </w:r>
    </w:p>
    <w:p>
      <w:pPr>
        <w:jc w:val="right"/>
      </w:pPr>
      <w:r>
        <w:t>یہ یہ ہے سیلف ڈسپلن، سیلف کنٹرول، خود انضباطی۔ اردو میں آپ کہہ سکتے ہیں خود انضباطی، اپنے کو یعنی انضباط کے ساتھ رکھنا دنیا میں،</w:t>
      </w:r>
    </w:p>
    <w:p>
      <w:r>
        <w:rPr>
          <w:b/>
        </w:rPr>
        <w:t xml:space="preserve">[47:37] </w:t>
      </w:r>
      <w:r>
        <w:t>apne ko rokkr dunya mein rakhna. to yahi to sabse bari cheez hai. aap jante hain ke car mein agar break na ho, break kiya hai?</w:t>
      </w:r>
    </w:p>
    <w:p>
      <w:pPr>
        <w:jc w:val="right"/>
      </w:pPr>
      <w:r>
        <w:t>اپنے کو روک کر دنیا میں رکھنا۔ تو یہی تو سب سے بڑی چیز ہے۔ آپ جانتے ہیں کہ کار میں اگر بریک نہ ہو، بریک کیا ہے؟</w:t>
      </w:r>
    </w:p>
    <w:p>
      <w:r>
        <w:rPr>
          <w:b/>
        </w:rPr>
        <w:t xml:space="preserve">[47:49] </w:t>
      </w:r>
      <w:r>
        <w:t>isko rokne ka device hai. break na ho to bas daurega, khali car daudti rahegi, daudti rahegi, yahan tak ja ke kisi khadd mein gir jayega.</w:t>
      </w:r>
    </w:p>
    <w:p>
      <w:pPr>
        <w:jc w:val="right"/>
      </w:pPr>
      <w:r>
        <w:t>اس کو روکنے کا ڈیوائس ہے۔ بریک نہ ہو تو بس دوڑے گا، خالی کار دوڑتی رہے گی، دوڑتی رہے گی، یہاں تک جا کے کسی کھڈ میں گر جائے گی۔</w:t>
      </w:r>
    </w:p>
    <w:p>
      <w:r>
        <w:rPr>
          <w:b/>
        </w:rPr>
        <w:t xml:space="preserve">[48:01] </w:t>
      </w:r>
      <w:r>
        <w:t>to rok bhi chahiye.</w:t>
      </w:r>
    </w:p>
    <w:p>
      <w:pPr>
        <w:jc w:val="right"/>
      </w:pPr>
      <w:r>
        <w:t>تو روک بھی چاہیے۔</w:t>
      </w:r>
    </w:p>
    <w:p>
      <w:r>
        <w:rPr>
          <w:b/>
        </w:rPr>
        <w:t xml:space="preserve">[48:05] </w:t>
      </w:r>
      <w:r>
        <w:t>rok na ho to aap ki car aap ke kaam nahi ayegi. to zindagi mein ek rok bhi chahiye. woh rok jo hai, woh break jo hai, woh aap ko diya jata hai roze ke zariye se.</w:t>
      </w:r>
    </w:p>
    <w:p>
      <w:pPr>
        <w:jc w:val="right"/>
      </w:pPr>
      <w:r>
        <w:t>روک نہ ہو تو آپ کی کار آپ کے کام نہیں آئے گی۔ تو زندگی میں ایک روک بھی چاہیے۔ وہ روک جو ہے، وہ بریک جو ہے، وہ آپ کو دیا جاتا ہے روزے کے ذریعے سے۔</w:t>
      </w:r>
    </w:p>
    <w:p>
      <w:r>
        <w:rPr>
          <w:b/>
        </w:rPr>
        <w:t xml:space="preserve">[48:24] </w:t>
      </w:r>
      <w:r>
        <w:t>apne ko rokkr dunya mein zindagi guzaro, apne ko discipline mein rakhkr zindagi guzaro, apne ko control karte hue zindagi guzaro.</w:t>
      </w:r>
    </w:p>
    <w:p>
      <w:pPr>
        <w:jc w:val="right"/>
      </w:pPr>
      <w:r>
        <w:t>اپنے کو روک کر دنیا میں زندگی گزارو، اپنے کو ڈسپلن میں رکھ کر زندگی گزارو، اپنے کو کنٹرول کرتے ہوئے زندگی گزارو۔</w:t>
      </w:r>
    </w:p>
    <w:p>
      <w:r>
        <w:rPr>
          <w:b/>
        </w:rPr>
        <w:t xml:space="preserve">[48:34] </w:t>
      </w:r>
      <w:r>
        <w:t>to pani ke muamle mein aap ko self control sikhaya jata hai, khane ke muamle mein aap ko self control sikhaya jata hai.</w:t>
      </w:r>
    </w:p>
    <w:p>
      <w:pPr>
        <w:jc w:val="right"/>
      </w:pPr>
      <w:r>
        <w:t>تو پانی کے معاملے میں آپ کو سیلف کنٹرول سکھایا جاتا ہے، کھانے کے معاملے میں آپ کو سیلف کنٹرول سکھایا جاتا ہے۔</w:t>
      </w:r>
    </w:p>
    <w:p>
      <w:r>
        <w:rPr>
          <w:b/>
        </w:rPr>
        <w:t xml:space="preserve">[48:45] </w:t>
      </w:r>
      <w:r>
        <w:t>isi yahi spirits ko khuda chahta hai aap puri zindagi mein dekhen, puri zindagi mein dekhen.</w:t>
      </w:r>
    </w:p>
    <w:p>
      <w:pPr>
        <w:jc w:val="right"/>
      </w:pPr>
      <w:r>
        <w:t>اسی یہی سپرٹس کو خدا چاہتا ہے آپ پوری زندگی میں دیکھیں، پوری زندگی میں دیکھیں۔</w:t>
      </w:r>
    </w:p>
    <w:p>
      <w:r>
        <w:rPr>
          <w:b/>
        </w:rPr>
        <w:t xml:space="preserve">[48:53] </w:t>
      </w:r>
      <w:r>
        <w:t>jaise hadith mein aata hai ke agar roze ke zamane mein koi shakhs tum ko gaali de, tum ko bura bhala kahe, sab o shatm kare tumhara,</w:t>
      </w:r>
    </w:p>
    <w:p>
      <w:pPr>
        <w:jc w:val="right"/>
      </w:pPr>
      <w:r>
        <w:t>جیسے حدیث میں آتا ہے کہ اگر روزے کے زمانے میں کوئی شخص تم کو گالی دے، تم کو برا بھلا کہے، سب و شتم کرے تمہارا،</w:t>
      </w:r>
    </w:p>
    <w:p>
      <w:r>
        <w:rPr>
          <w:b/>
        </w:rPr>
        <w:t xml:space="preserve">[49:07] </w:t>
      </w:r>
      <w:r>
        <w:t>to tum keh do إني رُؤَمْ سَائِمًا ke bhai mein to rozedar hoon, mein ne to roza rakh rakha hai, is liye mujhe gaali nahi dena hai, mujhe yani negatively react nahi karna hai.</w:t>
      </w:r>
    </w:p>
    <w:p>
      <w:pPr>
        <w:jc w:val="right"/>
      </w:pPr>
      <w:r>
        <w:t>تو تم کہہ دو إني رُؤَمْ سَائِمًا کہ بھائی میں تو روزے دار ہوں، میں نے تو روزہ رکھ رکھا ہے، اس لیے مجھے گالی نہیں دینا ہے، مجھے یعنی نیگیٹیولی ری ایکٹ نہیں کرنا ہے۔</w:t>
      </w:r>
    </w:p>
    <w:p>
      <w:r>
        <w:rPr>
          <w:b/>
        </w:rPr>
        <w:t xml:space="preserve">[49:26] </w:t>
      </w:r>
      <w:r>
        <w:t>tum azaad ho to tum jo chahe karo, mein to azaad nahi hoon. to yahi to hai self control, yahi to hai self discipline.</w:t>
      </w:r>
    </w:p>
    <w:p>
      <w:pPr>
        <w:jc w:val="right"/>
      </w:pPr>
      <w:r>
        <w:t>تم آزاد ہو تو تم جو چاہے کرو، میں تو آزاد نہیں ہوں۔ تو یہی تو ہے سیلف کنٹرول، یہی تو ہے سیلف ڈسپلن۔</w:t>
      </w:r>
    </w:p>
    <w:p>
      <w:r>
        <w:rPr>
          <w:b/>
        </w:rPr>
        <w:t xml:space="preserve">[49:35] </w:t>
      </w:r>
      <w:r>
        <w:t>to agar ek lafz mein kehna ho ke roza jo hai, is ka maqsad kiya hai, to yeh mein kahunga ke is ka maqsad hai self control, self discipline.</w:t>
      </w:r>
    </w:p>
    <w:p>
      <w:pPr>
        <w:jc w:val="right"/>
      </w:pPr>
      <w:r>
        <w:t>تو اگر ایک لفظ میں کہنا ہو کہ روزہ جو ہے، اس کا مقصد کیا ہے، تو یہ میں کہوں گا کہ اس کا مقصد ہے سیلف کنٹرول، سیلف ڈسپلن۔</w:t>
      </w:r>
    </w:p>
    <w:p>
      <w:r>
        <w:rPr>
          <w:b/>
        </w:rPr>
        <w:t xml:space="preserve">[49:47] </w:t>
      </w:r>
      <w:r>
        <w:t>aur yeh jo sifat hai self control aur self discipline ki, zahir hai ke yeh ek mahine ke liye nahi hai, ek din ke liye nahi hai.</w:t>
      </w:r>
    </w:p>
    <w:p>
      <w:pPr>
        <w:jc w:val="right"/>
      </w:pPr>
      <w:r>
        <w:t>اور یہ جو صفت ہے سیلف کنٹرول اور سیلف ڈسپلن کی، ظاہر ہے کہ یہ ایک مہینے کے لیے نہیں ہے، ایک دن کے لیے نہیں ہے۔</w:t>
      </w:r>
    </w:p>
    <w:p>
      <w:r>
        <w:rPr>
          <w:b/>
        </w:rPr>
        <w:t xml:space="preserve">[49:56] </w:t>
      </w:r>
      <w:r>
        <w:t>yeh to puri zindagi ke liye hai, hamesha ke liye hai. puri zindagi mein bar bar aisa hota hai ke humein apne ko control karna parta hai, bar bar aisa hota hai ke apne ko control karna parta hai.</w:t>
      </w:r>
    </w:p>
    <w:p>
      <w:pPr>
        <w:jc w:val="right"/>
      </w:pPr>
      <w:r>
        <w:t>یہ تو پوری زندگی کے لیے ہے، ہمیشہ کے لیے ہے۔ پوری زندگی میں بار بار ایسا ہوتا ہے کہ ہمیں اپنے کو کنٹرول کرنا پڑتا ہے، بار بار ایسا ہوتا ہے کہ اپنے کو کنٹرول کرنا پڑتا ہے۔</w:t>
      </w:r>
    </w:p>
    <w:p>
      <w:r>
        <w:rPr>
          <w:b/>
        </w:rPr>
        <w:t xml:space="preserve">[50:09] </w:t>
      </w:r>
      <w:r>
        <w:t>agar aap control mein na rakhen apne aap ko to kahin shaitan aap ko uchak le jayega, kahin aap apni khwahishen aap ko distract kar dengi. to kiya hoga?</w:t>
      </w:r>
    </w:p>
    <w:p>
      <w:pPr>
        <w:jc w:val="right"/>
      </w:pPr>
      <w:r>
        <w:t>اگر آپ کنٹرول میں نہ رکھیں اپنے آپ کو تو کہیں شیطان آپ کو اچک لے جائے گا، کہیں آپ اپنی خواہشیں آپ کو ڈسٹریکٹ کر دیں گی۔ تو کیا ہوگا؟</w:t>
      </w:r>
    </w:p>
    <w:p>
      <w:r>
        <w:rPr>
          <w:b/>
        </w:rPr>
        <w:t xml:space="preserve">[50:20] </w:t>
      </w:r>
      <w:r>
        <w:t>aap ki zindagi bilkul bekar guzar jayegi,</w:t>
      </w:r>
    </w:p>
    <w:p>
      <w:pPr>
        <w:jc w:val="right"/>
      </w:pPr>
      <w:r>
        <w:t>آپ کی زندگی بالکل بیکار گزر جائے گی،</w:t>
      </w:r>
    </w:p>
    <w:p>
      <w:r>
        <w:rPr>
          <w:b/>
        </w:rPr>
        <w:t xml:space="preserve">[50:26] </w:t>
      </w:r>
      <w:r>
        <w:t>aap ki zindagi is raste par nahi chalegi jo khuda ne muqarrar kiya hai aap ke liye.</w:t>
      </w:r>
    </w:p>
    <w:p>
      <w:pPr>
        <w:jc w:val="right"/>
      </w:pPr>
      <w:r>
        <w:t>آپ کی زندگی اس راستے پر نہیں چلے گی جو خدا نے مقرر کیا ہے آپ کے لیے۔</w:t>
      </w:r>
    </w:p>
    <w:p>
      <w:r>
        <w:rPr>
          <w:b/>
        </w:rPr>
        <w:t xml:space="preserve">[50:36] </w:t>
      </w:r>
      <w:r>
        <w:t>to ek lafz mein hum yeh keh sakte hain ke roza naam hai self discipline ka, self control ka, yani is ki spirit apne andar paida karne ka, ta ke puri zindagi humein isi tarah zindagi guzar saken.</w:t>
      </w:r>
    </w:p>
    <w:p>
      <w:pPr>
        <w:jc w:val="right"/>
      </w:pPr>
      <w:r>
        <w:t>تو ایک لفظ میں ہم یہ کہہ سکتے ہیں کہ روزہ نام ہے سیلف ڈسپلن کا، سیلف کنٹرول کا، یعنی اس کی سپرٹ اپنے اندر پیدا کرنے کا، تاکہ پوری زندگی ہمیں اسی طرح زندگی گزار سکیں۔</w:t>
      </w:r>
    </w:p>
    <w:p>
      <w:r>
        <w:rPr>
          <w:b/>
        </w:rPr>
        <w:t xml:space="preserve">[50:53] </w:t>
      </w:r>
      <w:r>
        <w:t>hum</w:t>
      </w:r>
    </w:p>
    <w:p>
      <w:pPr>
        <w:jc w:val="right"/>
      </w:pPr>
      <w:r>
        <w:t>ہم</w:t>
      </w:r>
    </w:p>
    <w:p>
      <w:r>
        <w:rPr>
          <w:b/>
        </w:rPr>
        <w:t xml:space="preserve">[50:55] </w:t>
      </w:r>
      <w:r>
        <w:t>dekhiye, quran mein jo roze, quran mein jo roze ki ayaten aayi hain surah al baqarah mein, to us in ayaton ke darmiyan yeh ayat hai dua ki ayat وإذا سالك عبادي عني فإني قريب وجب دعوة الداعي ذا دعان فليستجيبوا لي وليؤمنوا بي لا لهم يشهدون yeh ayat roze ke hukum ke beech mein aayi hai.</w:t>
      </w:r>
    </w:p>
    <w:p>
      <w:pPr>
        <w:jc w:val="right"/>
      </w:pPr>
      <w:r>
        <w:t>دیکھیے، قرآن میں جو روزے، قرآن میں جو روزے کی آیتیں آئیں ہیں سورہ البقرہ میں، تو اس ان آیتوں کے درمیان یہ آیت ہے دعا کی آیت وإذا سالك عبادي عني فإني قريب وجب دعوة الداعي ذا دعان فليستجيبوا لي وليؤمنوا بي لا لهم يشهدون یہ آیت روزے کے حکم کے بیچ میں آئی ہے۔</w:t>
      </w:r>
    </w:p>
    <w:p>
      <w:r>
        <w:rPr>
          <w:b/>
        </w:rPr>
        <w:t xml:space="preserve">[51:25] </w:t>
      </w:r>
      <w:r>
        <w:t>is ka tarjuma yeh hai: jab mere bande mere bare mein tum se puchhen to keh do ke mein qareeb hoon, pukarne wale ki pukar ka jawab deta hoon.</w:t>
      </w:r>
    </w:p>
    <w:p>
      <w:pPr>
        <w:jc w:val="right"/>
      </w:pPr>
      <w:r>
        <w:t>اس کا ترجمہ یہ ہے: جب میرے بندے میرے بارے میں تم سے پوچھیں تو کہہ دو کہ میں قریب ہوں، پکارنے والے کی پکار کا جواب دیتا ہوں۔</w:t>
      </w:r>
    </w:p>
    <w:p>
      <w:r>
        <w:rPr>
          <w:b/>
        </w:rPr>
        <w:t xml:space="preserve">[51:41] </w:t>
      </w:r>
      <w:r>
        <w:t>to woh mujhe pukaren, mein un ka jawab doonga, mujhe meri taraf se un ko response milega.</w:t>
      </w:r>
    </w:p>
    <w:p>
      <w:pPr>
        <w:jc w:val="right"/>
      </w:pPr>
      <w:r>
        <w:t>تو وہ مجھے پکاریں، میں ان کا جواب دوں گا، مجھے میری طرف سے ان کو رسپانس ملے گا۔</w:t>
      </w:r>
    </w:p>
    <w:p>
      <w:r>
        <w:rPr>
          <w:b/>
        </w:rPr>
        <w:t xml:space="preserve">[51:51] </w:t>
      </w:r>
      <w:r>
        <w:t>yahan pe yeh sochne ki baat hai ke dua ki baat kyun jodi gayi roze ke sath, yani roze ke zikr ke sath dua ka yeh ayat kyun shamil ki gayi.</w:t>
      </w:r>
    </w:p>
    <w:p>
      <w:pPr>
        <w:jc w:val="right"/>
      </w:pPr>
      <w:r>
        <w:t>یہاں پہ یہ سوچنے کی بات ہے کہ دعا کی بات کیوں جوڑی گئی روزے کے ساتھ، یعنی روزے کے ذکر کے ساتھ دعا کا یہ آیت کیوں شامل کی گئی۔</w:t>
      </w:r>
    </w:p>
    <w:p>
      <w:r>
        <w:rPr>
          <w:b/>
        </w:rPr>
        <w:t xml:space="preserve">[52:05] </w:t>
      </w:r>
      <w:r>
        <w:t>is par ghor karte hue yeh samajh mein aata hai ke roza aur dua bohat zyada ek doosre se jure hue hain, bohat zyada. kyun?</w:t>
      </w:r>
    </w:p>
    <w:p>
      <w:pPr>
        <w:jc w:val="right"/>
      </w:pPr>
      <w:r>
        <w:t>اس پر غور کرتے ہوئے یہ سمجھ میں آتا ہے کہ روزہ اور دعا بہت زیادہ ایک دوسرے سے جڑے ہوئے ہیں، بہت زیادہ۔ کیوں؟</w:t>
      </w:r>
    </w:p>
    <w:p>
      <w:r>
        <w:rPr>
          <w:b/>
        </w:rPr>
        <w:t xml:space="preserve">[52:15] </w:t>
      </w:r>
      <w:r>
        <w:t>quran mein yeh hai ke quran mein hai ke إِلَيْهَ يَصَدُو الْكَلِمُ الطَّيِّبِ وَلَا مُرِسَّالِ يَرْفِعُهُ yani khuda ki taraf woh dua jati hai jo purified dil se nikle.</w:t>
      </w:r>
    </w:p>
    <w:p>
      <w:pPr>
        <w:jc w:val="right"/>
      </w:pPr>
      <w:r>
        <w:t>قرآن میں یہ ہے کہ قرآن میں ہے کہ إِلَيْهَ يَصَدُو الْكَلِمُ الطَّيِّبِ وَلَا مُرِسَّالِ يَرْفِعُهُ یعنی خدا کی طرف وہ دعا جاتی ہے جو پیوریفائیڈ دل سے نکلے۔</w:t>
      </w:r>
    </w:p>
    <w:p>
      <w:r>
        <w:rPr>
          <w:b/>
        </w:rPr>
        <w:t xml:space="preserve">[52:36] </w:t>
      </w:r>
      <w:r>
        <w:t>jo aadmi apne dil ko ka tazkiya kar rakha ho, us ne apne ko purify kar rakha ho, us ne to purified soul se jo nikalti hai dua, wahi Khuda tak jati hai.</w:t>
      </w:r>
    </w:p>
    <w:p>
      <w:pPr>
        <w:jc w:val="right"/>
      </w:pPr>
      <w:r>
        <w:t>جو آدمی اپنے دل کو کا تزکیہ کر رکھا ہو، اس نے اپنے کو پیوریفائی کر رکھا ہو، اس نے تو پیوریفائیڈ سول سے جو نکلتی ہے دعا، وہی خدا تک جاتی ہے۔</w:t>
      </w:r>
    </w:p>
    <w:p>
      <w:r>
        <w:rPr>
          <w:b/>
        </w:rPr>
        <w:t xml:space="preserve">[52:49] </w:t>
      </w:r>
      <w:r>
        <w:t>ab aap sochiye, roza to yahi hai apne ko purify karna. Roza aur kya hai? Yeh to hai koi roza.</w:t>
      </w:r>
    </w:p>
    <w:p>
      <w:pPr>
        <w:jc w:val="right"/>
      </w:pPr>
      <w:r>
        <w:t>اب آپ سوچیے، روزہ تو یہی ہے اپنے کو پیوریفائی کرنا۔ روزہ اور کیا ہے؟ یہ تو ہے کوئی روزہ۔</w:t>
      </w:r>
    </w:p>
    <w:p>
      <w:r>
        <w:rPr>
          <w:b/>
        </w:rPr>
        <w:t xml:space="preserve">[52:59] </w:t>
      </w:r>
      <w:r>
        <w:t>roza ka maqsad hai apne aap ko purify karna,</w:t>
      </w:r>
    </w:p>
    <w:p>
      <w:pPr>
        <w:jc w:val="right"/>
      </w:pPr>
      <w:r>
        <w:t>روزہ کا مقصد ہے اپنے آپ کو پیوریفائی کرنا،</w:t>
      </w:r>
    </w:p>
    <w:p>
      <w:r>
        <w:rPr>
          <w:b/>
        </w:rPr>
        <w:t xml:space="preserve">[53:04] </w:t>
      </w:r>
      <w:r>
        <w:t>ae self purification. To is mani yeh hue ke purified soul jo hai, jo banai aap ne roza rakh kar ke, to aap ne apne aap ko is qabil banaya hai ke aap dua karein aur Khuda is dua ko sune.</w:t>
      </w:r>
    </w:p>
    <w:p>
      <w:pPr>
        <w:jc w:val="right"/>
      </w:pPr>
      <w:r>
        <w:t>اے سیلف پیوریفیکیشن۔ تو اس معنی یہ ہوئے کہ پیوریفائیڈ سول جو ہے، جو بنائی آپ نے روزہ رکھ کر کے، تو آپ نے اپنے آپ کو اس قابل بنایا ہے کہ آپ دعا کریں اور خدا اس دعا کو سنے۔</w:t>
      </w:r>
    </w:p>
    <w:p>
      <w:r>
        <w:rPr>
          <w:b/>
        </w:rPr>
        <w:t xml:space="preserve">[53:18] </w:t>
      </w:r>
      <w:r>
        <w:t>yeh kitni bari baat hai ke agar aadmi yeh chahta hai ke us ki dua Khuda ka suni jaye, us ki dua Khuda tak pahunche,</w:t>
      </w:r>
    </w:p>
    <w:p>
      <w:pPr>
        <w:jc w:val="right"/>
      </w:pPr>
      <w:r>
        <w:t>یہ کتنی بڑی بات ہے کہ اگر آدمی یہ چاہتا ہے کہ اس کی دعا خدا کا سنی جائے، اس کی دعا خدا تک پہنچے،</w:t>
      </w:r>
    </w:p>
    <w:p>
      <w:r>
        <w:rPr>
          <w:b/>
        </w:rPr>
        <w:t xml:space="preserve">[53:30] </w:t>
      </w:r>
      <w:r>
        <w:t>to kya karna hai? Is ko</w:t>
      </w:r>
    </w:p>
    <w:p>
      <w:pPr>
        <w:jc w:val="right"/>
      </w:pPr>
      <w:r>
        <w:t>تو کیا کرنا ہے؟ اس کو</w:t>
      </w:r>
    </w:p>
    <w:p>
      <w:r>
        <w:rPr>
          <w:b/>
        </w:rPr>
        <w:t xml:space="preserve">[53:33] </w:t>
      </w:r>
      <w:r>
        <w:t>apne aap ko purify karna hai. Roza wale amal ke zariye, roza wala amal jo hai, woh saal bhar chalega.</w:t>
      </w:r>
    </w:p>
    <w:p>
      <w:pPr>
        <w:jc w:val="right"/>
      </w:pPr>
      <w:r>
        <w:t>اپنے آپ کو پیوریفائی کرنا ہے۔ روزہ والے عمل کے ذریعے، روزہ والا عمل جو ہے، وہ سال بھر چلے گا۔</w:t>
      </w:r>
    </w:p>
    <w:p>
      <w:r>
        <w:rPr>
          <w:b/>
        </w:rPr>
        <w:t xml:space="preserve">[53:43] </w:t>
      </w:r>
      <w:r>
        <w:t>yeh nahi ke waqti tor par hai. Woh yani apne andar sabr paida karna, apne andar shukr paida karna, apne andar taqwa paida karna, apne andar Quran ki spirit paida karna.</w:t>
      </w:r>
    </w:p>
    <w:p>
      <w:pPr>
        <w:jc w:val="right"/>
      </w:pPr>
      <w:r>
        <w:t>یہ نہیں کہ وقتی طور پر ہے۔ وہ یعنی اپنے اندر صبر پیدا کرنا، اپنے اندر شکر پیدا کرنا، اپنے اندر تقویٰ پیدا کرنا، اپنے اندر قرآن کی سپرٹ پیدا کرنا۔</w:t>
      </w:r>
    </w:p>
    <w:p>
      <w:r>
        <w:rPr>
          <w:b/>
        </w:rPr>
        <w:t xml:space="preserve">[53:58] </w:t>
      </w:r>
      <w:r>
        <w:t>is tarah se aadmi apne ko purify karega aur jo purified soul hogi, usi ki zuban se woh dua niklegi, woh jandar dua,</w:t>
      </w:r>
    </w:p>
    <w:p>
      <w:pPr>
        <w:jc w:val="right"/>
      </w:pPr>
      <w:r>
        <w:t>اس طرح سے آدمی اپنے کو پیوریفائی کرے گا اور جو پیوریفائیڈ سول ہوگی، اسی کی زبان سے وہ دعا نکلے گی، وہ جاندار دعا،</w:t>
      </w:r>
    </w:p>
    <w:p>
      <w:r>
        <w:rPr>
          <w:b/>
        </w:rPr>
        <w:t xml:space="preserve">[54:12] </w:t>
      </w:r>
      <w:r>
        <w:t>woh asar wali dua, woh gehri dua jo seedhi Khuda tak pahunche. Abhi kitni bari baat batai gayi hai roze ke context mein.</w:t>
      </w:r>
    </w:p>
    <w:p>
      <w:pPr>
        <w:jc w:val="right"/>
      </w:pPr>
      <w:r>
        <w:t>وہ اثر والی دعا، وہ گہری دعا جو سیدھی خدا تک پہنچے۔ ابھی کتنی بڑی بات بتائی گئی ہے روزے کے کنٹیکسٹ میں۔</w:t>
      </w:r>
    </w:p>
    <w:p>
      <w:r>
        <w:rPr>
          <w:b/>
        </w:rPr>
        <w:t xml:space="preserve">[54:27] </w:t>
      </w:r>
      <w:r>
        <w:t>roze ke context mein kitni bari baat batai gayi hai ke dua ki qubooliyat ka raaz yeh hai. Dua ki dekhiye, ya dua ki qubooliyat ka raaz yeh nahi ke kuch kuch mysterious, kuch mysterious words aap kahein daryaft kar lein.</w:t>
      </w:r>
    </w:p>
    <w:p>
      <w:pPr>
        <w:jc w:val="right"/>
      </w:pPr>
      <w:r>
        <w:t>روزے کے کنٹیکسٹ میں کتنی بڑی بات بتائی گئی ہے کہ دعا کی قبولیت کا راز یہ ہے۔ دعا کی دیکھیے، یا دعا کی قبولیت کا راز یہ نہیں کہ کچھ کچھ مسٹیریس، کچھ مسٹیریس शब्द آپ کہیں دریافت کر لیں۔</w:t>
      </w:r>
    </w:p>
    <w:p>
      <w:r>
        <w:rPr>
          <w:b/>
        </w:rPr>
        <w:t xml:space="preserve">[54:44] </w:t>
      </w:r>
      <w:r>
        <w:t>aisa nahi, kuch mysterious words hain, in ko aap jaan lein to aap ko woh dua mil gayi jo Khuda tak pahunche.</w:t>
      </w:r>
    </w:p>
    <w:p>
      <w:pPr>
        <w:jc w:val="right"/>
      </w:pPr>
      <w:r>
        <w:t>ایسا نہیں، کچھ مسٹیریس शब्द ہیں، ان کو آپ جان لیں تو آپ کو وہ دعا مل گئی جو خدا تک پہنچ جائے۔</w:t>
      </w:r>
    </w:p>
    <w:p>
      <w:r>
        <w:rPr>
          <w:b/>
        </w:rPr>
        <w:t xml:space="preserve">[54:53] </w:t>
      </w:r>
      <w:r>
        <w:t>yaad rakhiye, dua kisi mysterious lafzon ka naam nahi hai, hargiz nahi. Dua naam hai purified soul se nikle hue alfaaz ka.</w:t>
      </w:r>
    </w:p>
    <w:p>
      <w:pPr>
        <w:jc w:val="right"/>
      </w:pPr>
      <w:r>
        <w:t>یاد رکھیے، دعا کسی مسٹیریس لفظوں کا نام نہیں ہے، ہرگز نہیں۔ دعا نام ہے پیوریفائیڈ سول سے نکلے ہوئے الفاظ کا۔</w:t>
      </w:r>
    </w:p>
    <w:p>
      <w:r>
        <w:rPr>
          <w:b/>
        </w:rPr>
        <w:t xml:space="preserve">[55:07] </w:t>
      </w:r>
      <w:r>
        <w:t>yeh is ayat mein hamein milta hai, Surah Baqarah ki ayat, yeh ayat ke roze ke context mein dua ki baat batai gayi insaan ko.</w:t>
      </w:r>
    </w:p>
    <w:p>
      <w:pPr>
        <w:jc w:val="right"/>
      </w:pPr>
      <w:r>
        <w:t>یہ اس آیت میں ہمیں ملتا ہے، سورہ بقرہ کی آیت، یہ آیت کہ روزے کے کنٹیکسٹ میں دعا کی بات بتائی گئی انسان کو۔</w:t>
      </w:r>
    </w:p>
    <w:p>
      <w:r>
        <w:rPr>
          <w:b/>
        </w:rPr>
        <w:t xml:space="preserve">[55:18] </w:t>
      </w:r>
      <w:r>
        <w:t>to roze ke mahine mein, jaisa ke maine arz kiya ke aadmi ke andar sabr ki sifat paida ki jati hai, shukr ki sifat paida kar di jati hai, taqwa ki sifat paida ki jati hai, Quran ki spirit paida ki jati hai.</w:t>
      </w:r>
    </w:p>
    <w:p>
      <w:pPr>
        <w:jc w:val="right"/>
      </w:pPr>
      <w:r>
        <w:t>تو روزے کے مہینے میں، جیسا کہ میں نے عرض کیا کہ آدمی کے اندر صبر کی صفت پیدا کی جاتی ہے، شکر کی صفت پیدا کر دی جاتی ہے، تقویٰ کی صفت پیدا کی جاتی ہے، قرآن کی سپرٹ پیدا کی جاتی ہے۔</w:t>
      </w:r>
    </w:p>
    <w:p>
      <w:r>
        <w:rPr>
          <w:b/>
        </w:rPr>
        <w:t xml:space="preserve">[55:34] </w:t>
      </w:r>
      <w:r>
        <w:t>yahi to purification hai. Yeh sab to hai woh cheez jis ko hum kehte hain, yani soul ko apni rooh ko purify karna.</w:t>
      </w:r>
    </w:p>
    <w:p>
      <w:pPr>
        <w:jc w:val="right"/>
      </w:pPr>
      <w:r>
        <w:t>یہی تو پیوریفیکیشن ہے۔ یہ سب تو ہے وہ چیز جس کو ہم کہتے ہیں، یعنی سول کو اپنی روح کو پیوریفائی کرنا۔</w:t>
      </w:r>
    </w:p>
    <w:p>
      <w:r>
        <w:rPr>
          <w:b/>
        </w:rPr>
        <w:t xml:space="preserve">[55:45] </w:t>
      </w:r>
      <w:r>
        <w:t>to in sab cheezon, yeh ek course ho gaya.</w:t>
      </w:r>
    </w:p>
    <w:p>
      <w:pPr>
        <w:jc w:val="right"/>
      </w:pPr>
      <w:r>
        <w:t>تو ان سب چیزوں، یہ ایک کورس ہو گیا۔</w:t>
      </w:r>
    </w:p>
    <w:p>
      <w:r>
        <w:rPr>
          <w:b/>
        </w:rPr>
        <w:t xml:space="preserve">[55:49] </w:t>
      </w:r>
      <w:r>
        <w:t>course of purification. To roza jo hai, ek course hai apne aap ko purify karne ka. Sachha roza, yani ritual ke tor par jo roza rakha jaye, woh nahi.</w:t>
      </w:r>
    </w:p>
    <w:p>
      <w:pPr>
        <w:jc w:val="right"/>
      </w:pPr>
      <w:r>
        <w:t>کورس آف پیوریفیکیشن۔ تو روزہ جو ہے، ایک کورس ہے اپنے آپ کو پیوریفائی کرنے کا۔ سچا روزہ، یعنی ریچول کے طور پر جو روزہ رکھا جائے، وہ نہیں۔</w:t>
      </w:r>
    </w:p>
    <w:p>
      <w:r>
        <w:rPr>
          <w:b/>
        </w:rPr>
        <w:t xml:space="preserve">[56:03] </w:t>
      </w:r>
      <w:r>
        <w:t>jo roza rasam ke tor par rakha jaye, woh nahi. Main keh raha hoon, is ko</w:t>
      </w:r>
    </w:p>
    <w:p>
      <w:pPr>
        <w:jc w:val="right"/>
      </w:pPr>
      <w:r>
        <w:t>جو روزہ رسم کے طور پر رکھا جائے، وہ نہیں۔ میں کہہ رہا ہوں، اس کو</w:t>
      </w:r>
    </w:p>
    <w:p>
      <w:r>
        <w:rPr>
          <w:b/>
        </w:rPr>
        <w:t xml:space="preserve">[56:06] </w:t>
      </w:r>
      <w:r>
        <w:t>jo sachha roza hai. Sachha roza jab aadmi rakhega to us ne apne soul ko purify kiya, apni rooh ka tazkiya kiya, apne aap ko pak kiya.</w:t>
      </w:r>
    </w:p>
    <w:p>
      <w:pPr>
        <w:jc w:val="right"/>
      </w:pPr>
      <w:r>
        <w:t>جو سچا روزہ ہے۔ سچا روزہ جب آدمی رکھے گا تو اس نے اپنے سول کو پیوریفائی کیا، اپنی روح کا تزکیہ کیا، اپنے آپ کو پاک کیا۔</w:t>
      </w:r>
    </w:p>
    <w:p>
      <w:r>
        <w:rPr>
          <w:b/>
        </w:rPr>
        <w:t xml:space="preserve">[56:24] </w:t>
      </w:r>
      <w:r>
        <w:t>to jab insaan aisa banega, jab roze ke course se guzar kar apne aap ko aisa banayega, woh to phir us ki zuban se duaen niklengi.</w:t>
      </w:r>
    </w:p>
    <w:p>
      <w:pPr>
        <w:jc w:val="right"/>
      </w:pPr>
      <w:r>
        <w:t>تو جب انسان ایسا بنے گا، جب روزے کے کورس سے گزار کر اپنے آپ کو ایسا بنائے گا، وہ تو پھر اس کی زبان سے دعائیں نکلیں گی۔</w:t>
      </w:r>
    </w:p>
    <w:p>
      <w:r>
        <w:rPr>
          <w:b/>
        </w:rPr>
        <w:t xml:space="preserve">[56:37] </w:t>
      </w:r>
      <w:r>
        <w:t>woh ek aur hi asar us ke andar hoga, us ke alfaaz hi doosre honge, uska lehja doosra hoga, us ki کیفیت doosri hogi.</w:t>
      </w:r>
    </w:p>
    <w:p>
      <w:pPr>
        <w:jc w:val="right"/>
      </w:pPr>
      <w:r>
        <w:t>وہ ایک اور ہی اثر اس کے اندر ہوگا، اس کے الفاظ ہی دوسرے ہوں گے، اس کا لہجہ دوسرا ہوگا، اس کی کیفیت دوسری ہوگی۔</w:t>
      </w:r>
    </w:p>
    <w:p>
      <w:r>
        <w:rPr>
          <w:b/>
        </w:rPr>
        <w:t xml:space="preserve">[56:47] </w:t>
      </w:r>
      <w:r>
        <w:t>to woh dua rote hue alfaaz nahi honge. Aisa nahi ke woh jaise rat ke aadmi rat leta hai, kuch alfaaz ko rat kar samajhta hai ke yeh agar hum ne keh diya to bas woh dua ho gayi.</w:t>
      </w:r>
    </w:p>
    <w:p>
      <w:pPr>
        <w:jc w:val="right"/>
      </w:pPr>
      <w:r>
        <w:t>تو وہ دعا رٹے ہوئے الفاظ نہیں ہوں گے۔ ایسا نہیں کہ وہ جیسے رٹ کے آدمی رٹ لیتا ہے، کچھ الفاظ کو رٹ کر سمجھتا ہے کہ یہ اگر ہم نے کہہ دیا تو بس وہ دعا ہو گئی۔</w:t>
      </w:r>
    </w:p>
    <w:p>
      <w:r>
        <w:rPr>
          <w:b/>
        </w:rPr>
        <w:t xml:space="preserve">[57:03] </w:t>
      </w:r>
      <w:r>
        <w:t>yaad rakhiye, dua kisi bhi rate hue alfaaz ka naam nahi hai. Koi bhi rata hua lafz aisa nahi hai jo mysteriously aap ko aala qism ki dua ka zariya ban jaye.</w:t>
      </w:r>
    </w:p>
    <w:p>
      <w:pPr>
        <w:jc w:val="right"/>
      </w:pPr>
      <w:r>
        <w:t>یاد رکھیے، دعا کسی بھی رٹے ہوئے الفاظ کا نام نہیں ہے۔ کوئی بھی رٹا ہوا لفظ ایسا نہیں ہے جو مسٹیریسلی آپ کو اعلیٰ قسم کی دعا کا ذریعہ بن جائے۔</w:t>
      </w:r>
    </w:p>
    <w:p>
      <w:r>
        <w:rPr>
          <w:b/>
        </w:rPr>
        <w:t xml:space="preserve">[57:20] </w:t>
      </w:r>
      <w:r>
        <w:t>koi bhi nahi.</w:t>
      </w:r>
    </w:p>
    <w:p>
      <w:pPr>
        <w:jc w:val="right"/>
      </w:pPr>
      <w:r>
        <w:t>کوئی بھی نہیں۔</w:t>
      </w:r>
    </w:p>
    <w:p>
      <w:r>
        <w:rPr>
          <w:b/>
        </w:rPr>
        <w:t xml:space="preserve">[57:24] </w:t>
      </w:r>
      <w:r>
        <w:t>aala dua jo hai, khuda tak jo pohnchne wali dua hai, woh to purified soul se nikalti hai, purified personality se nikalti hai, purified mind se nikalti hai,</w:t>
      </w:r>
    </w:p>
    <w:p>
      <w:pPr>
        <w:jc w:val="right"/>
      </w:pPr>
      <w:r>
        <w:t>اعلیٰ دعا جو ہے، خدا تک جو پہنچنے والی دعا ہے، وہ تو پیوریفائیڈ سول سے نکلتی ہے، پیوریفائیڈ پرسنیلٹی سے نکلتی ہے، پیوریفائیڈ مائنڈ سے نکلتی ہے،</w:t>
      </w:r>
    </w:p>
    <w:p>
      <w:r>
        <w:rPr>
          <w:b/>
        </w:rPr>
        <w:t xml:space="preserve">[57:39] </w:t>
      </w:r>
      <w:r>
        <w:t>purified heart se nikalti hai.</w:t>
      </w:r>
    </w:p>
    <w:p>
      <w:pPr>
        <w:jc w:val="right"/>
      </w:pPr>
      <w:r>
        <w:t>پیوریفائیڈ ہارٹ سے نکلتی ہے۔</w:t>
      </w:r>
    </w:p>
    <w:p>
      <w:r>
        <w:rPr>
          <w:b/>
        </w:rPr>
        <w:t xml:space="preserve">[57:43] </w:t>
      </w:r>
      <w:r>
        <w:t>woh hai woh dua jo khuda tak barah e راست pohnchti hai.</w:t>
      </w:r>
    </w:p>
    <w:p>
      <w:pPr>
        <w:jc w:val="right"/>
      </w:pPr>
      <w:r>
        <w:t>وہ ہے وہ دعا جو خدا تک براہ راست پہنچتی ہے۔</w:t>
      </w:r>
    </w:p>
    <w:p>
      <w:r>
        <w:rPr>
          <w:b/>
        </w:rPr>
        <w:t xml:space="preserve">[57:48] </w:t>
      </w:r>
      <w:r>
        <w:t>ilayhi yasadu al-kalim al-tayyib wa la murassal yarfa'uhu yani khuda tak pohnchti hai woh dua, woh kalmat, woh pukar jo salhiyat ke zameen se nikle,</w:t>
      </w:r>
    </w:p>
    <w:p>
      <w:pPr>
        <w:jc w:val="right"/>
      </w:pPr>
      <w:r>
        <w:t>إِلَيْهَ يَصَدُو الْكَلِمُ الطَّيِّبِ وَلَا مُرِسَّالِ يَرْفَعُهُ یعنی خدا تک پہنچتی ہے وہ دعا، وہ کلمات، وہ پکار جو صالحیت کے زمین سے نکلے،</w:t>
      </w:r>
    </w:p>
    <w:p>
      <w:r>
        <w:rPr>
          <w:b/>
        </w:rPr>
        <w:t xml:space="preserve">[58:04] </w:t>
      </w:r>
      <w:r>
        <w:t>jo purified soul se nikle, jo sachay insan ke dil se nikle. yeh sari cheezein hum ko ramzan ke zariye maloom hoti hain.</w:t>
      </w:r>
    </w:p>
    <w:p>
      <w:pPr>
        <w:jc w:val="right"/>
      </w:pPr>
      <w:r>
        <w:t>جو پیوریفائیڈ سول سے نکلے، جو سچے انسان کے دل سے نکلے۔ یہ ساری چیزیں ہم کو رمضان کے ذریعے معلوم ہوتی ہیں۔</w:t>
      </w:r>
    </w:p>
    <w:p>
      <w:r>
        <w:rPr>
          <w:b/>
        </w:rPr>
        <w:t xml:space="preserve">[58:18] </w:t>
      </w:r>
      <w:r>
        <w:t>toh ramzan ka mahina ek special course ka mahina hai. is special course ka taluq sirf ek mahine se nahi hai, balkeh is mein jo spirit paida ki jati hai, is ka taluq poori zindagi se hai,</w:t>
      </w:r>
    </w:p>
    <w:p>
      <w:pPr>
        <w:jc w:val="right"/>
      </w:pPr>
      <w:r>
        <w:t>تو رمضان کا مہینہ ایک اسپیشل کورس کا مہینہ ہے۔ اس اسپیشل کورس کا تعلق صرف ایک مہینے سے نہیں ہے، بلکہ اس میں جو سپرٹ پیدا کی جاتی ہے، اس کا تعلق پوری زندگی سے ہے،</w:t>
      </w:r>
    </w:p>
    <w:p>
      <w:r>
        <w:rPr>
          <w:b/>
        </w:rPr>
        <w:t xml:space="preserve">[58:36] </w:t>
      </w:r>
      <w:r>
        <w:t>saare saal se hai. life time hum is ko, is ko nibhana hai. haq hai ke agar paida ho jaye toh woh life time hi rahe gi. yaad rakhiye,</w:t>
      </w:r>
    </w:p>
    <w:p>
      <w:pPr>
        <w:jc w:val="right"/>
      </w:pPr>
      <w:r>
        <w:t>سارے سال سے ہے۔ لائف ٹائم ہم اس کو، اس کو نبھانا ہے۔ حق ہے کہ اگر پیدا ہو جائے تو وہ لائف ٹائم ہی رہے گی۔ یاد رکھیے،</w:t>
      </w:r>
    </w:p>
    <w:p>
      <w:r>
        <w:rPr>
          <w:b/>
        </w:rPr>
        <w:t xml:space="preserve">[58:47] </w:t>
      </w:r>
      <w:r>
        <w:t>aadmi ke andar khuda khauf paida ho jaye toh woh life time nahi rahe ga. woh toh har spirit jo hai, woh life time hi hoti hai, zindagi bhar ke liye hoti hai.</w:t>
      </w:r>
    </w:p>
    <w:p>
      <w:pPr>
        <w:jc w:val="right"/>
      </w:pPr>
      <w:r>
        <w:t>آدمی کے اندر خدا خوف پیدا ہو جائے تو وہ لائف ٹائم نہیں رہے گا۔ وہ تو ہر اسپرٹ جو ہے، وہ لائف ٹائم ہی ہوتی ہے، زندگی بھر کے لیے ہوتی ہے۔</w:t>
      </w:r>
    </w:p>
    <w:p>
      <w:r>
        <w:rPr>
          <w:b/>
        </w:rPr>
        <w:t xml:space="preserve">[59:01] </w:t>
      </w:r>
      <w:r>
        <w:t>meri dua hai ke Allah taala hum ko aur aap ko isi tarah ka roza rakhne ki tofeeq de aur hum ko roze ki barkatein ata farmaye.</w:t>
      </w:r>
    </w:p>
    <w:p>
      <w:pPr>
        <w:jc w:val="right"/>
      </w:pPr>
      <w:r>
        <w:t>میری دعا ہے کہ اللہ تعالی ہم کو اور آپ کو اسی طرح کا روزہ رکھنے کی توفیق دے اور ہم کو روزے کی برکتیں عطا فرمائے۔</w:t>
      </w:r>
    </w:p>
    <w:p>
      <w:r>
        <w:rPr>
          <w:b/>
        </w:rPr>
        <w:t xml:space="preserve">[59:10] </w:t>
      </w:r>
      <w:r>
        <w:t>aqool qawli hadha wa astaghfirullah li wa lakum ajmaeen.</w:t>
      </w:r>
    </w:p>
    <w:p>
      <w:pPr>
        <w:jc w:val="right"/>
      </w:pPr>
      <w:r>
        <w:t>أقول قولي هذا واستغفراللہ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