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INTERNATIONAL EK TA 'RUF</w:t>
      </w:r>
    </w:p>
    <w:p>
      <w:r>
        <w:t>https://www.youtube.com/watch?v=THnDqEQqhJk</w:t>
      </w:r>
    </w:p>
    <w:p>
      <w:r>
        <w:rPr>
          <w:b/>
        </w:rPr>
        <w:t xml:space="preserve">[00:01] </w:t>
      </w:r>
      <w:r>
        <w:t>assalam o alaikum, bismillah hir rahman nir rahim. pichli class mein hum ne dua ke baray mein jana tha ke dua kis tarah ki jati hai.</w:t>
      </w:r>
    </w:p>
    <w:p>
      <w:pPr>
        <w:jc w:val="right"/>
      </w:pPr>
      <w:r>
        <w:t>السلام علیکم، بسم اللہ الرحمن الرحیم۔ پچھلی کلاس میں ہم نے دعا کے بارے میں جانا تھا کہ دعا کس طرح کی جاتی ہے۔</w:t>
      </w:r>
    </w:p>
    <w:p>
      <w:r>
        <w:rPr>
          <w:b/>
        </w:rPr>
        <w:t xml:space="preserve">[00:15] </w:t>
      </w:r>
      <w:r>
        <w:t>yani jab hum dua karte hain to hamein is baat ko accept karna hai ke is ki qubooliyat ka waqt, tareeqa, Allah ka domain hai.</w:t>
      </w:r>
    </w:p>
    <w:p>
      <w:pPr>
        <w:jc w:val="right"/>
      </w:pPr>
      <w:r>
        <w:t>یعنی جب ہم دعا کرتے ہیں تو ہمیں اس بات کو ایکسیپٹ کرنا ہے کہ اس کی قبولیت کا وقت، طریقہ، اللہ کا ڈومین ہے۔</w:t>
      </w:r>
    </w:p>
    <w:p>
      <w:r>
        <w:rPr>
          <w:b/>
        </w:rPr>
        <w:t xml:space="preserve">[00:28] </w:t>
      </w:r>
      <w:r>
        <w:t>allah jante hain ke jo hum mang rahe hain woh humein kis mein mile ga. is liye allah humein jo dete hain wohi hamare liye theek hota hai, wohi best hota hai.</w:t>
      </w:r>
    </w:p>
    <w:p>
      <w:pPr>
        <w:jc w:val="right"/>
      </w:pPr>
      <w:r>
        <w:t>اللہ جانتے ہیں کہ جو ہم مانگ رہے ہیں وہ ہمیں کس میں ملے گا۔ اس لیے اللہ ہمیں جو دیتے ہیں وہی ہمارے لیے ٹھیک ہوتا ہے، وہی بیسٹ ہوتا ہے۔</w:t>
      </w:r>
    </w:p>
    <w:p>
      <w:r>
        <w:rPr>
          <w:b/>
        </w:rPr>
        <w:t xml:space="preserve">[00:43] </w:t>
      </w:r>
      <w:r>
        <w:t>ab mein miss fatima sarah ko invite karun karti hoon, please start karein.</w:t>
      </w:r>
    </w:p>
    <w:p>
      <w:pPr>
        <w:jc w:val="right"/>
      </w:pPr>
      <w:r>
        <w:t>اب میں مس فاطمہ سارہ کو انوائٹ کروں کرتی ہوں، پلیز اسٹارٹ کریں۔</w:t>
      </w:r>
    </w:p>
    <w:p>
      <w:r>
        <w:rPr>
          <w:b/>
        </w:rPr>
        <w:t xml:space="preserve">[00:53] </w:t>
      </w:r>
      <w:r>
        <w:t>assalam o alaikum. aoozo billah minash shaitan nir rajeem, bismillah hir rahman nir raheem. rabbi zidni ilman, rabishrah li sadri, wa yassir li amri, wahlul uqdatan min lisani yafqahu qawli.</w:t>
      </w:r>
    </w:p>
    <w:p>
      <w:pPr>
        <w:jc w:val="right"/>
      </w:pPr>
      <w:r>
        <w:t>السلام علیکم۔ اعوذ باللہ من الشیطان الرجیم، بسم اللہ الرحمن الرحیم۔ ربی زدنی علما، رب اشرح لی صدری، ویسر لی امری، واحل العقدۃ من لسانی یفقہ قولی۔</w:t>
      </w:r>
    </w:p>
    <w:p>
      <w:r>
        <w:rPr>
          <w:b/>
        </w:rPr>
        <w:t xml:space="preserve">[01:09] </w:t>
      </w:r>
      <w:r>
        <w:t>allahumma salli ala muhammadin wa ala aali muhammadin kama sallaita ala ibrahima wa ala aali ibrahima, innaka hameedun majeed. allahumma barik ala muhammadin wa ala aali muhammadin kama barakta ala ibrahima wa ala aali ibrahima, innaka hameedun majeed.</w:t>
      </w:r>
    </w:p>
    <w:p>
      <w:pPr>
        <w:jc w:val="right"/>
      </w:pPr>
      <w:r>
        <w:t>اللہم صلی علی محمد وعلی آل محمد کما صلیت علی ابراہیم وعلی آل ابراہیم، إنک حمید مجید۔ اللہم بارک علی محمد وعلی آل محمد کما بارکت علی ابراہیم وعلی آل ابراہیم، إنک حمید مجید۔</w:t>
      </w:r>
    </w:p>
    <w:p>
      <w:r>
        <w:rPr>
          <w:b/>
        </w:rPr>
        <w:t xml:space="preserve">[01:24] </w:t>
      </w:r>
      <w:r>
        <w:t>rabbana lakal hamd, lakal shukr. aaj ka unwan hai: cps international ek taaruf. cps international ke banee aur founder maulana wahiduddin khan sahab hain.</w:t>
      </w:r>
    </w:p>
    <w:p>
      <w:pPr>
        <w:jc w:val="right"/>
      </w:pPr>
      <w:r>
        <w:t>ربنا لک الحمد، لک الشکر۔ آج کا عنوان ہے: سی پی ایس انٹرنیشنل ایک تعارف۔ سی پی ایس انٹرنیشنل کے بانی اور فاؤنڈر مولانا وحید الدین خان صاحب ہیں۔</w:t>
      </w:r>
    </w:p>
    <w:p>
      <w:r>
        <w:rPr>
          <w:b/>
        </w:rPr>
        <w:t xml:space="preserve">[01:39] </w:t>
      </w:r>
      <w:r>
        <w:t>mein sab se pehle yeh baat wazeh kar dena chahti hoon ke mein in sessions mein</w:t>
      </w:r>
    </w:p>
    <w:p>
      <w:pPr>
        <w:jc w:val="right"/>
      </w:pPr>
      <w:r>
        <w:t>میں سب سے پہلے یہ بات واضح کر دینا چاہتی ہوں کہ میں ان سیشنز میں</w:t>
      </w:r>
    </w:p>
    <w:p>
      <w:r>
        <w:rPr>
          <w:b/>
        </w:rPr>
        <w:t xml:space="preserve">[01:45] </w:t>
      </w:r>
      <w:r>
        <w:t>jo kuch bhi share karti hoon woh sab maulana ke literature se, aap ke audios aur videos, aur aap se guftagu ke douran seekhi hoon.</w:t>
      </w:r>
    </w:p>
    <w:p>
      <w:pPr>
        <w:jc w:val="right"/>
      </w:pPr>
      <w:r>
        <w:t>جو کچھ بھی شیئر کرتی ہوں وہ سب مولانا کے لٹریچر سے، آپ کے آڈیوز اور ویڈیوز، اور آپ سے گفتگو کے دوران سیکھی ہوں۔</w:t>
      </w:r>
    </w:p>
    <w:p>
      <w:r>
        <w:rPr>
          <w:b/>
        </w:rPr>
        <w:t xml:space="preserve">[01:56] </w:t>
      </w:r>
      <w:r>
        <w:t>aap ka sara mission quran o sunnat par base karta hai.</w:t>
      </w:r>
    </w:p>
    <w:p>
      <w:pPr>
        <w:jc w:val="right"/>
      </w:pPr>
      <w:r>
        <w:t>آپ کا سارا مشن قرآن و سنت پر بیس کرتا ہے۔</w:t>
      </w:r>
    </w:p>
    <w:p>
      <w:r>
        <w:rPr>
          <w:b/>
        </w:rPr>
        <w:t xml:space="preserve">[02:01] </w:t>
      </w:r>
      <w:r>
        <w:t>mein ne poore shaoor ke sath yeh faisla liya hai ke mujhe mukammal taur se aap ke mission se wabasta rehna hai.</w:t>
      </w:r>
    </w:p>
    <w:p>
      <w:pPr>
        <w:jc w:val="right"/>
      </w:pPr>
      <w:r>
        <w:t>میں نے پورے شعور کے ساتھ یہ فیصلہ لیا ہے کہ مجھے مکمل طور سے آپ کے مشن سے وابستہ رہنا ہے۔</w:t>
      </w:r>
    </w:p>
    <w:p>
      <w:r>
        <w:rPr>
          <w:b/>
        </w:rPr>
        <w:t xml:space="preserve">[02:11] </w:t>
      </w:r>
      <w:r>
        <w:t>is mission ka pehla taaruf mujhe mere مرحوم walid ke zariye se hasil hua.</w:t>
      </w:r>
    </w:p>
    <w:p>
      <w:pPr>
        <w:jc w:val="right"/>
      </w:pPr>
      <w:r>
        <w:t>اس مشن کا پہلا تعارف مجھے میرے مرحوم والد کے ذریعے سے حاصل ہوا۔</w:t>
      </w:r>
    </w:p>
    <w:p>
      <w:r>
        <w:rPr>
          <w:b/>
        </w:rPr>
        <w:t xml:space="preserve">[02:17] </w:t>
      </w:r>
      <w:r>
        <w:t>mere walid ek seekh insaan the, woh is islam se mutmaeen nahi the jo samaj mein raaij tha. unhein rasool aur ashaab e rasool wale islam ki talash thi.</w:t>
      </w:r>
    </w:p>
    <w:p>
      <w:pPr>
        <w:jc w:val="right"/>
      </w:pPr>
      <w:r>
        <w:t>میرے والد ایک سیکھر انسان تھے، وہ اس اسلام سے مطمئن نہیں تھے جو سماج میں رائج تھا۔ انہیں رسول اور اصحاب رسول والے اسلام کی تلاش تھی۔</w:t>
      </w:r>
    </w:p>
    <w:p>
      <w:r>
        <w:rPr>
          <w:b/>
        </w:rPr>
        <w:t xml:space="preserve">[02:29] </w:t>
      </w:r>
      <w:r>
        <w:t>aur bil aakhir aap ne al risala mission ko daryaft kar liya aur humein bataya ke allah taala ne maulana sahab ko is naye daur mein deen ki ahya ke liye intikhab kar liya hai.</w:t>
      </w:r>
    </w:p>
    <w:p>
      <w:pPr>
        <w:jc w:val="right"/>
      </w:pPr>
      <w:r>
        <w:t>اور بالآخر آپ نے الرسالہ مشن کو دریافت کر لیا اور ہمیں بتایا کہ اللہ تعالیٰ نے مولانا صاحب کو اس نئے دور میں دین کی احیاء کے لیے انتخاب کر لیا ہے۔</w:t>
      </w:r>
    </w:p>
    <w:p>
      <w:r>
        <w:rPr>
          <w:b/>
        </w:rPr>
        <w:t xml:space="preserve">[02:44] </w:t>
      </w:r>
      <w:r>
        <w:t>yeh baat hai 1982 ki. isi zamane se aap maulana ki kitabon ko parhte aur humein bhi sunate, aur khusoosiyat ke sath al risala woh hum ko sath le kar parhte.</w:t>
      </w:r>
    </w:p>
    <w:p>
      <w:pPr>
        <w:jc w:val="right"/>
      </w:pPr>
      <w:r>
        <w:t>یہ بات ہے 1982 کی۔ اسی زمانے سے آپ مولانا کی کتابوں کو پڑھتے اور ہمیں بھی سناتے، اور خصوصیت کے ساتھ الرسالہ وہ ہم کو ساتھ لے کر پڑھتے۔</w:t>
      </w:r>
    </w:p>
    <w:p>
      <w:r>
        <w:rPr>
          <w:b/>
        </w:rPr>
        <w:t xml:space="preserve">[02:59] </w:t>
      </w:r>
      <w:r>
        <w:t>mujhe mere walid sahab ki taraf se jo sab se bara سرمایہ mila tha woh yahi mission tha, aur aulad ke liye</w:t>
      </w:r>
    </w:p>
    <w:p>
      <w:pPr>
        <w:jc w:val="right"/>
      </w:pPr>
      <w:r>
        <w:t>مجھے میرے والد صاحب کی طرف سے جو سب سے بڑا سرمایہ ملا تھا وہ یہی مشن تھا، اور اولاد کے لیے</w:t>
      </w:r>
    </w:p>
    <w:p>
      <w:r>
        <w:rPr>
          <w:b/>
        </w:rPr>
        <w:t xml:space="preserve">[03:09] </w:t>
      </w:r>
      <w:r>
        <w:t>baap ki taraf se milne wala is se bara سرمایہ kya ho sakta hai? 2006 mein mere walid ka inteqal ho gaya, allah unhein apni jannat mein abad kare.</w:t>
      </w:r>
    </w:p>
    <w:p>
      <w:pPr>
        <w:jc w:val="right"/>
      </w:pPr>
      <w:r>
        <w:t>باپ کی طرف سے ملنے والا اس سے بڑا سرمایہ کیا ہو سکتا ہے؟ 2006 میں میرے والد کا انتقال ہو گیا، اللہ انہیں اپنی جنت میں آباد کرے۔</w:t>
      </w:r>
    </w:p>
    <w:p>
      <w:r>
        <w:rPr>
          <w:b/>
        </w:rPr>
        <w:t xml:space="preserve">[03:22] </w:t>
      </w:r>
      <w:r>
        <w:t>allah ko insan ka paidaishi deen nahi, daryaft wala deen darkar hai.</w:t>
      </w:r>
    </w:p>
    <w:p>
      <w:pPr>
        <w:jc w:val="right"/>
      </w:pPr>
      <w:r>
        <w:t>اللہ کو انسان کا پیدائشی دین نہیں، دریافت والا دین درکار ہے۔</w:t>
      </w:r>
    </w:p>
    <w:p>
      <w:r>
        <w:rPr>
          <w:b/>
        </w:rPr>
        <w:t xml:space="preserve">[03:28] </w:t>
      </w:r>
      <w:r>
        <w:t>al risala mission meri rediscovery hai, is liye ke yeh mission insanon ko khuda se jodta hai. yahan sab se zyada jin mozuat par charche hote hain woh hain allah ki pehchan, allah ki qadar, allah ki tareef, allah ka shukr, allah ki mohabbat, allah ko supreme concern banana,</w:t>
      </w:r>
    </w:p>
    <w:p>
      <w:pPr>
        <w:jc w:val="right"/>
      </w:pPr>
      <w:r>
        <w:t>الرسالہ مشن میری ری ڈسکوری ہے، اس لیے کہ یہ مشن انسانوں کو خدا سے جوڑتا ہے۔ یہاں سب سے زیادہ جن موضوعات پر چرچے ہوتے ہیں وہ ہیں اللہ کی پہچان، اللہ کی قدر، اللہ کی تعریف، اللہ کا شکر، اللہ کی محبت، اللہ کو سپریم کنسرن بنانا،</w:t>
      </w:r>
    </w:p>
    <w:p>
      <w:r>
        <w:rPr>
          <w:b/>
        </w:rPr>
        <w:t xml:space="preserve">[03:53] </w:t>
      </w:r>
      <w:r>
        <w:t>allah ke inaamaat ka aisa eteraf jis se aala shukr niklta ho, dunya ke madi waqeyat se marifat ka nectar hasil karna, mukammal maano mein allah par bharosa, allah ke samne jawab dahi ka khauf,</w:t>
      </w:r>
    </w:p>
    <w:p>
      <w:pPr>
        <w:jc w:val="right"/>
      </w:pPr>
      <w:r>
        <w:t>اللہ کے انعامات کا ایسا اعتراف جس سے اعلیٰ شکر نکلتا ہو، دنیا کے مادی واقعات سے معرفت کا نیکٹر حاصل کرنا، مکمل معنوں میں اللہ پر بھروسہ، اللہ کے سامنے جواب دہی کا خوف،</w:t>
      </w:r>
    </w:p>
    <w:p>
      <w:r>
        <w:rPr>
          <w:b/>
        </w:rPr>
        <w:t xml:space="preserve">[04:12] </w:t>
      </w:r>
      <w:r>
        <w:t>allah rukh zindagi guzarne ke liye zehni shakaloon ko todne aur zindagi ke dhanchon ko badalne ki himmat aur hausla, marifat ke kabhi na khatam hone wale safar ka aisa tasawwur jo is dunya mein shuru hota hai aur phir jannat mein hamesha hamesha ke liye jari ho jata hai.</w:t>
      </w:r>
    </w:p>
    <w:p>
      <w:pPr>
        <w:jc w:val="right"/>
      </w:pPr>
      <w:r>
        <w:t>اللہ رخ زندگی گزارنے کے لیے ذہنی شاکلوں کو توڑنے اور زندگی کے ڈھانچوں کو بدلنے کی ہمت اور حوصلہ، معرفت کے کبھی نہ ختم ہونے والے سفر کا ایسا تصور جو اس دنیا میں شروع ہوتا ہے اور پھر جنت میں ہمیشہ ہمیشہ کے لیے جاری ہو جاتا ہے۔</w:t>
      </w:r>
    </w:p>
    <w:p>
      <w:r>
        <w:rPr>
          <w:b/>
        </w:rPr>
        <w:t xml:space="preserve">[04:36] </w:t>
      </w:r>
      <w:r>
        <w:t>jannat ka woh aala tasawwur jis ke mutabiq jannat khuda ke paros mein rehne ka maqam hai, jahan insan ke material desires aur intellectual demands dono ko poora kiya jayega.</w:t>
      </w:r>
    </w:p>
    <w:p>
      <w:pPr>
        <w:jc w:val="right"/>
      </w:pPr>
      <w:r>
        <w:t>جنت کا وہ اعلیٰ تصور جس کے مطابق جنت خدا کے پڑوس میں رہنے کا مقام ہے، جہاں انسان کے مٹیریل ڈیزائرز اور انٹلیکچول ڈیمانڈز دونوں کو پورا کیا جائے گا۔</w:t>
      </w:r>
    </w:p>
    <w:p>
      <w:r>
        <w:rPr>
          <w:b/>
        </w:rPr>
        <w:t xml:space="preserve">[04:53] </w:t>
      </w:r>
      <w:r>
        <w:t>woh aala zikr jis se dilo ko itminan naseeb hota hai, tazkiya e nafs yani purification of the soul ki haqeeqat, conditioning kya hai, de conditioning kya hai,</w:t>
      </w:r>
    </w:p>
    <w:p>
      <w:pPr>
        <w:jc w:val="right"/>
      </w:pPr>
      <w:r>
        <w:t>وہ اعلیٰ ذکر جس سے دلوں کو اطمینان نصیب ہوتا ہے، تزکیہ نفس یعنی پیوریفیکیشن آف دا سول کی حقیقت، کنڈیشننگ کیا ہے، ڈی کنڈیشننگ کیا ہے،</w:t>
      </w:r>
    </w:p>
    <w:p>
      <w:r>
        <w:rPr>
          <w:b/>
        </w:rPr>
        <w:t xml:space="preserve">[05:07] </w:t>
      </w:r>
      <w:r>
        <w:t>fitrat aur nafsiyat ka farq, tauba khareeb ki ahmiyat, tauba is baat ka naam hai ke aadmi khud ki merciless hammering kare.</w:t>
      </w:r>
    </w:p>
    <w:p>
      <w:pPr>
        <w:jc w:val="right"/>
      </w:pPr>
      <w:r>
        <w:t>فطرت اور نفسیات کا فرق، توبہ خریب کی اہمیت، توبہ اس بات کا نام ہے کہ آدمی خود کی مرسی لیس ہیمرنگ کرے۔</w:t>
      </w:r>
    </w:p>
    <w:p>
      <w:r>
        <w:rPr>
          <w:b/>
        </w:rPr>
        <w:t xml:space="preserve">[05:18] </w:t>
      </w:r>
      <w:r>
        <w:t>khuda ke creation plan ki wazahat jis ke mutabiq</w:t>
      </w:r>
    </w:p>
    <w:p>
      <w:pPr>
        <w:jc w:val="right"/>
      </w:pPr>
      <w:r>
        <w:t>خدا کے کریشن پلان کی وضاحت جس کے مطابق</w:t>
      </w:r>
    </w:p>
    <w:p>
      <w:r>
        <w:rPr>
          <w:b/>
        </w:rPr>
        <w:t xml:space="preserve">[05:23] </w:t>
      </w:r>
      <w:r>
        <w:t>maujooda dunya ko khuda ne qiblat ki dunya ki hesiyat se banaya hai, aur insan ki kamyabi ka raaz isi mein posheeda hai ke insan qiblat ko samne rakh kar apni zindagi ki planning kare.</w:t>
      </w:r>
    </w:p>
    <w:p>
      <w:pPr>
        <w:jc w:val="right"/>
      </w:pPr>
      <w:r>
        <w:t>موجودہ دنیا کو خدا نے قبت کی دنیا کی حیثیت سے بنایا ہے، اور انسان کی کامیابی کا راز اسی میں پوشیدہ ہے کہ انسان قبت کو سامنے رکھ کر اپنی زندگی کی پلاننگ کرے۔</w:t>
      </w:r>
    </w:p>
    <w:p>
      <w:r>
        <w:rPr>
          <w:b/>
        </w:rPr>
        <w:t xml:space="preserve">[05:39] </w:t>
      </w:r>
      <w:r>
        <w:t>is mission se hum ne seekha hai zindagi guzarne ke rehana usool, zindagi ke challenges ko face karne ka aala tareeqa, samaj mein aurat ka misbat role,</w:t>
      </w:r>
    </w:p>
    <w:p>
      <w:pPr>
        <w:jc w:val="right"/>
      </w:pPr>
      <w:r>
        <w:t>اس مشن سے ہم نے سیکھا ہے زندگی گزارنے کے رہنما اصول، زندگی کے چیلنجز کو فیس کرنے کا اعلیٰ طریقہ، معاشرے میں عورت کا مثبت رول،</w:t>
      </w:r>
    </w:p>
    <w:p>
      <w:r>
        <w:rPr>
          <w:b/>
        </w:rPr>
        <w:t xml:space="preserve">[05:53] </w:t>
      </w:r>
      <w:r>
        <w:t>yeh tasawwur ke miyan biwi aapas mein aik doosre ke intellectual partners hain, negative waqiat se positive sabak lene ka art, khud ke liye idealism, doosron ke liye pragmatism ka formula,</w:t>
      </w:r>
    </w:p>
    <w:p>
      <w:pPr>
        <w:jc w:val="right"/>
      </w:pPr>
      <w:r>
        <w:t>یہ تصور کہ میاں بیوی آپس میں ایک دوسرے کے انٹلیکچول پارٹنرز ہیں، نیگیٹیو واقعات سے پازیٹیو سبق لینے کا آرٹ، خود کے لیے آئیڈیلزم، دوسروں کے لیے پریگمیٹزم کا فارمولا،</w:t>
      </w:r>
    </w:p>
    <w:p>
      <w:r>
        <w:rPr>
          <w:b/>
        </w:rPr>
        <w:t xml:space="preserve">[06:10] </w:t>
      </w:r>
      <w:r>
        <w:t>saare alam ke haq mein daayana akhlaq, dawat ke muamle mein talif khalq ka tosiqi tasawwur, yak tarfa aman o sulah, madu ki yak tarfa khair khwahi,</w:t>
      </w:r>
    </w:p>
    <w:p>
      <w:pPr>
        <w:jc w:val="right"/>
      </w:pPr>
      <w:r>
        <w:t>سارے عالم کے حق میں داعیانہ اخلاق، دعوت کے معاملے میں تالیف خلق کا توثیقی تصور، یک طرفہ امن و صلح، مدعو کی ایک طرفہ خیر خواہی،</w:t>
      </w:r>
    </w:p>
    <w:p>
      <w:r>
        <w:rPr>
          <w:b/>
        </w:rPr>
        <w:t xml:space="preserve">[06:24] </w:t>
      </w:r>
      <w:r>
        <w:t>rights consciousness ke bajaye duty consciousness society ki buniyad,</w:t>
      </w:r>
    </w:p>
    <w:p>
      <w:pPr>
        <w:jc w:val="right"/>
      </w:pPr>
      <w:r>
        <w:t>رائٹس کانشیس کے بجائے ڈیوٹی کانشیس سوسائٹی کی بنیاد،</w:t>
      </w:r>
    </w:p>
    <w:p>
      <w:r>
        <w:rPr>
          <w:b/>
        </w:rPr>
        <w:t xml:space="preserve">[06:29] </w:t>
      </w:r>
      <w:r>
        <w:t>haalat ka sahi tajziya karne ka zehn, sabr ka sahi mafhoom, jihad ka sahi mafhoom, algharz Maulana sahib ke zariye woh deen mila jis par rasool aur ashaab e rasool chale.</w:t>
      </w:r>
    </w:p>
    <w:p>
      <w:pPr>
        <w:jc w:val="right"/>
      </w:pPr>
      <w:r>
        <w:t>حالات کا صحیح تجزیہ کرنے کا ذہن، صبر کا صحیح مفہوم، جہاد کا صحیح مفہوم، الغرض مولانا صاحب کے ذریعے وہ دین ملا جس پر رسول اور اصحاب رسول چلے۔</w:t>
      </w:r>
    </w:p>
    <w:p>
      <w:r>
        <w:rPr>
          <w:b/>
        </w:rPr>
        <w:t xml:space="preserve">[06:47] </w:t>
      </w:r>
      <w:r>
        <w:t>Maulana ke alfaaz mein Khuda ka sachha deen woh hai jo hamari zindagi mein aise shamil ho jaye jaise pani mein rang, na ke pani mein kankar.</w:t>
      </w:r>
    </w:p>
    <w:p>
      <w:pPr>
        <w:jc w:val="right"/>
      </w:pPr>
      <w:r>
        <w:t>مولانا کے الفاظ میں خدا کا سچا دین وہ ہے جو ہماری زندگیوں میں ایسے شامل ہو جائے جیسے پانی میں رنگ، نہ کہ پانی میں کنکر۔</w:t>
      </w:r>
    </w:p>
    <w:p>
      <w:r>
        <w:rPr>
          <w:b/>
        </w:rPr>
        <w:t xml:space="preserve">[07:00] </w:t>
      </w:r>
      <w:r>
        <w:t>is liye main gawahi deti hoon ke yeh Khuda ka sachha mission hai.</w:t>
      </w:r>
    </w:p>
    <w:p>
      <w:pPr>
        <w:jc w:val="right"/>
      </w:pPr>
      <w:r>
        <w:t>اس لیے میں گواہی دیتی ہوں کہ یہ خدا کا سچا مشن ہے۔</w:t>
      </w:r>
    </w:p>
    <w:p>
      <w:r>
        <w:rPr>
          <w:b/>
        </w:rPr>
        <w:t xml:space="preserve">[07:06] </w:t>
      </w:r>
      <w:r>
        <w:t>is mission se judne se dil roshan aur nazrein bedaar hoti hain. Maulana sahib ka arz ya modesty batati hoon ke main chunke spirit of Islam ki publisher hoon to is silsile mein Maulana sahib mujhe phone karte hain aur sab se pehle poochte hain: "aap ke paas time hai?" Allah</w:t>
      </w:r>
    </w:p>
    <w:p>
      <w:pPr>
        <w:jc w:val="right"/>
      </w:pPr>
      <w:r>
        <w:t>اس مشن سے جڑنے سے دل روشن اور نظریں بیدار ہوتی ہیں۔ مولانا صاحب کا عرض یا ماڈیسٹی بتاتی ہوں کہ میں چونکہ سپرٹ آف اسلام کی پبلشر ہوں تو اس سلسلے میں مولانا صاحب مجھے فون کرتے ہیں اور سب سے پہلے پوچھتے ہیں: "آپ کے پاس ٹائم ہے؟" اللہ</w:t>
      </w:r>
    </w:p>
    <w:p>
      <w:r>
        <w:rPr>
          <w:b/>
        </w:rPr>
        <w:t xml:space="preserve">[07:31] </w:t>
      </w:r>
      <w:r>
        <w:t>! main aik adna si mamooli member mission ki, aur Maulana sahib ka yeh sawal, aisa arz, aisi sadgi aik marifat wale shakhs hi se ho sakti hai.</w:t>
      </w:r>
    </w:p>
    <w:p>
      <w:pPr>
        <w:jc w:val="right"/>
      </w:pPr>
      <w:r>
        <w:t>! میں ایک ادنیٰ سی معمولی ممبر مشن کی، اور مولانا صاحب کا یہ سوال، ایسا عرض، ایسی سادگی ایک معرفت والے شخص ہی سے ہو سکتی ہے۔</w:t>
      </w:r>
    </w:p>
    <w:p>
      <w:r>
        <w:rPr>
          <w:b/>
        </w:rPr>
        <w:t xml:space="preserve">[07:43] </w:t>
      </w:r>
      <w:r>
        <w:t>aur Maulana sahib kabhi mission ke mansoobe bata kar rai daryaft karte aur bari qadr daani se</w:t>
      </w:r>
    </w:p>
    <w:p>
      <w:pPr>
        <w:jc w:val="right"/>
      </w:pPr>
      <w:r>
        <w:t>اور مولانا صاحب کبھی مشن کے منصوبے بتا کر رائے دریافت کرتے اور بڑی قدردانی سے</w:t>
      </w:r>
    </w:p>
    <w:p>
      <w:r>
        <w:rPr>
          <w:b/>
        </w:rPr>
        <w:t xml:space="preserve">[07:52] </w:t>
      </w:r>
      <w:r>
        <w:t>sunte hain. main Maulana sahib ko disturb na karne ke naam par phone nahi karti thi. to aik waqt Maulana sahib ne kaha: "aap ko meri teachings nahi chahiye?" to main ne kaha: "Maulana sahib, din raat main spirit of Islam ke kaam mein aap ke articles padhti hoon, yeh aap ki hi to teachings hain." to aap ro pare aur kaha: "I was wrong" aur mujhe khoob duaein dein.</w:t>
      </w:r>
    </w:p>
    <w:p>
      <w:pPr>
        <w:jc w:val="right"/>
      </w:pPr>
      <w:r>
        <w:t>سنتے ہیں۔ میں مولانا صاحب کو ڈسٹرب نہ کرنے کے نام پر فون نہیں کرتی تھی۔ تو ایک وقت مولانا صاحب نے کہا: "آپ کو میری ٹیچنگز نہیں چاہیے؟" تو میں نے کہا: "مولانا صاحب، دن رات میں سپرٹ آف اسلام کے کام میں آپ کے آرٹیکلز پڑھتی ہوں، یہ آپ کی ہی تو ٹیچنگز ہیں۔" تو آپ رو پڑے اور کہا: "آئی واز رونگ" اور مجھے خوب دعائیں دیں۔</w:t>
      </w:r>
    </w:p>
    <w:p>
      <w:r>
        <w:rPr>
          <w:b/>
        </w:rPr>
        <w:t xml:space="preserve">[08:20] </w:t>
      </w:r>
      <w:r>
        <w:t>in baaton ko samajhne ke liye aik comparison ki zaroorat hai. mere hajj ke safar mein hamare group mein aik aalim thay.</w:t>
      </w:r>
    </w:p>
    <w:p>
      <w:pPr>
        <w:jc w:val="right"/>
      </w:pPr>
      <w:r>
        <w:t>ان باتوں کو سمجھنے کے لیے ایک کمپیریزن کی ضرورت ہے۔ میرے حج کے سفر میں ہمارے گروپ میں ایک عالم تھے۔</w:t>
      </w:r>
    </w:p>
    <w:p>
      <w:r>
        <w:rPr>
          <w:b/>
        </w:rPr>
        <w:t xml:space="preserve">[08:30] </w:t>
      </w:r>
      <w:r>
        <w:t>main apne sath Quran ke tarjume, kitabein, aur duao ki copies le kar gayi thi</w:t>
      </w:r>
    </w:p>
    <w:p>
      <w:pPr>
        <w:jc w:val="right"/>
      </w:pPr>
      <w:r>
        <w:t>میں اپنے ساتھ قرآن کے ترجمے، کتابیں، اور دعاؤں کی کاپیز لے کر گئی تھی</w:t>
      </w:r>
    </w:p>
    <w:p>
      <w:r>
        <w:rPr>
          <w:b/>
        </w:rPr>
        <w:t xml:space="preserve">[08:37] </w:t>
      </w:r>
      <w:r>
        <w:t>group walon ko dene. aik mauqe par main jab aik dua ki copy sab ko de rahi thi, woh aalim bhi sab ke sath baithe hue thay, to ikhlaqan main ne aik copy un ko bhi di.</w:t>
      </w:r>
    </w:p>
    <w:p>
      <w:pPr>
        <w:jc w:val="right"/>
      </w:pPr>
      <w:r>
        <w:t>گروپ والوں کو دینے۔ ایک موقع پر میں جب ایک دعا کی کاپی سب کو دے رہی تھی، وہ عالم بھی سب کے ساتھ بیٹھے ہوئے تھے، تو اخلاقاً میں نے ایک کاپی ان کو بھی دی۔</w:t>
      </w:r>
    </w:p>
    <w:p>
      <w:r>
        <w:rPr>
          <w:b/>
        </w:rPr>
        <w:t xml:space="preserve">[08:52] </w:t>
      </w:r>
      <w:r>
        <w:t>doosre sab logon ne shukriya ada kiya, lekin aalim ne mujh se ghusse se kaha ke "aap yeh mujhe kyun de rahi hain?" main ne foran kaha: "woh Hazrat, is liye ke aap dekhein ke main doosron ko sahi cheez de rahi hoon ke nahi."</w:t>
      </w:r>
    </w:p>
    <w:p>
      <w:pPr>
        <w:jc w:val="right"/>
      </w:pPr>
      <w:r>
        <w:t>دوسرے سب لوگوں نے شکریہ ادا کیا، لیکن عالم نے مجھ سے غصے سے کہا کہ "آپ یہ مجھے کیوں دے رہی ہیں؟" میں نے فوراً کہا: "وہ حضرت، اس لیے کہ آپ دیکھیں کہ میں دوسروں کو صحیح چیز دے رہی ہوں کہ نہیں۔"</w:t>
      </w:r>
    </w:p>
    <w:p>
      <w:r>
        <w:rPr>
          <w:b/>
        </w:rPr>
        <w:t xml:space="preserve">[09:07] </w:t>
      </w:r>
      <w:r>
        <w:t>to unhon ne use padha aur yeh keh kar lauta diya ke "haan theek hai, theek hai" aur poore safar mein sab se alag rahe.</w:t>
      </w:r>
    </w:p>
    <w:p>
      <w:pPr>
        <w:jc w:val="right"/>
      </w:pPr>
      <w:r>
        <w:t>تو انہوں نے اسے پڑھا اور یہ کہہ کر لوٹا دیا کہ "ہاں ٹھیک ہے، ٹھیک ہے" اور پورے سفر میں سب سے الگ رہے۔</w:t>
      </w:r>
    </w:p>
    <w:p>
      <w:r>
        <w:rPr>
          <w:b/>
        </w:rPr>
        <w:t xml:space="preserve">[09:17] </w:t>
      </w:r>
      <w:r>
        <w:t>hamare mission mein koi hierarchy nahi, sab saada taur par missionary hain. is mission ka group followers ki bheed nahi hai,</w:t>
      </w:r>
    </w:p>
    <w:p>
      <w:pPr>
        <w:jc w:val="right"/>
      </w:pPr>
      <w:r>
        <w:t>ہمارے مشن میں کوئی ہیرارکی نہیں، سب سادہ طور پر مشنری ہیں۔ اس مشن کا گروپ فالوورز کی بھیڑ نہیں ہے،</w:t>
      </w:r>
    </w:p>
    <w:p>
      <w:r>
        <w:rPr>
          <w:b/>
        </w:rPr>
        <w:t xml:space="preserve">[09:27] </w:t>
      </w:r>
      <w:r>
        <w:t>sanjida logon ki jamaat hai. jo koi is mission ko samajh kar jurta hai, use koi naam o numa, ohda, tareefein, kuch kharch nahi siwaye Allah ko raazi karne ke.</w:t>
      </w:r>
    </w:p>
    <w:p>
      <w:pPr>
        <w:jc w:val="right"/>
      </w:pPr>
      <w:r>
        <w:t>سنجیدہ لوگوں کی جماعت ہے۔ جو کوئی اس مشن کو سمجھ کر جڑتا ہے، اسے کوئی نام و نمود، عہدہ، تعریفیں، کچھ خرچ نہیں سوائے اللہ کو راضی کرنے کے۔</w:t>
      </w:r>
    </w:p>
    <w:p>
      <w:r>
        <w:rPr>
          <w:b/>
        </w:rPr>
        <w:t xml:space="preserve">[09:41] </w:t>
      </w:r>
      <w:r>
        <w:t>kisi ko aik doosre se bair nahi, aik doosre ke haq mein duaein karne wale, apni rai ki qurbani dene ke liye hamesha tayyar, jo sab se bari qurbani hai.</w:t>
      </w:r>
    </w:p>
    <w:p>
      <w:pPr>
        <w:jc w:val="right"/>
      </w:pPr>
      <w:r>
        <w:t>کسی کو ایک دوسرے سے بیر نہیں، ایک دوسرے کے حق میں دعائیں کرنے والے، اپنی رائے کی قربانی دینے کے لیے ہمیشہ تیار، جو سب سے بڑی قربانی ہے۔</w:t>
      </w:r>
    </w:p>
    <w:p>
      <w:r>
        <w:rPr>
          <w:b/>
        </w:rPr>
        <w:t xml:space="preserve">[09:53] </w:t>
      </w:r>
      <w:r>
        <w:t>Masha Allah, har fard one person two missions wala hai. aik taraf apni duniyawi duties, doosri taraf apni zehni irtqa aur dawati mission ki zimmedariyon ko ahsan tareeqe se anjam dene ki bharpoor koshish kar rahe hain.</w:t>
      </w:r>
    </w:p>
    <w:p>
      <w:pPr>
        <w:jc w:val="right"/>
      </w:pPr>
      <w:r>
        <w:t>ماشاءاللہ، ہر فرد ون پرسن ٹو مشنز والا ہے۔ ایک طرف اپنی دنیاوی ڈیوٹیز، دوسری طرف اپنی ذہنی ارتقاء اور دعوتی مشن کی ذمہ داریوں کو احسن طریقے سے انجام دینے کی بھرپور کوشش کر رہے ہیں۔</w:t>
      </w:r>
    </w:p>
    <w:p>
      <w:r>
        <w:rPr>
          <w:b/>
        </w:rPr>
        <w:t xml:space="preserve">[10:14] </w:t>
      </w:r>
      <w:r>
        <w:t>mission ke saathiyon ke liye dil se duaein nikalti hain. Maulana sahib ne hamein sochna sikhaya. yeh sochna hi to pehli seedhi hai marifat ki.</w:t>
      </w:r>
    </w:p>
    <w:p>
      <w:pPr>
        <w:jc w:val="right"/>
      </w:pPr>
      <w:r>
        <w:t>مشن کے ساتھیوں کے لیے دل سے دعائیں نکلتی ہیں۔ مولانا صاحب نے ہمیں سوچنا سکھایا۔ یہ سوچنا ہی تو پہلی سیڑھی ہے معرفت کی۔</w:t>
      </w:r>
    </w:p>
    <w:p>
      <w:r>
        <w:rPr>
          <w:b/>
        </w:rPr>
        <w:t xml:space="preserve">[10:28] </w:t>
      </w:r>
      <w:r>
        <w:t>Prophet sochne ke liye hi to ghare hira mein jaate thay. Allah ne unhein peghambari ata ki jab aap sallallahu alaihi wasallam ko mutallashi paya.</w:t>
      </w:r>
    </w:p>
    <w:p>
      <w:pPr>
        <w:jc w:val="right"/>
      </w:pPr>
      <w:r>
        <w:t>پرافٹ سوچنے کے لیے ہی تو غار میں جاتے تھے۔ اللہ نے انہیں پیغمبری عطا کی جب آپ صلی اللہ علیہ وسلم کو متلاشی پایا۔</w:t>
      </w:r>
    </w:p>
    <w:p>
      <w:r>
        <w:rPr>
          <w:b/>
        </w:rPr>
        <w:t xml:space="preserve">[10:38] </w:t>
      </w:r>
      <w:r>
        <w:t>unhein wahi aayi. ab hamare liye sochne par sirat e mustaqeem ki khushkhabri hai.</w:t>
      </w:r>
    </w:p>
    <w:p>
      <w:pPr>
        <w:jc w:val="right"/>
      </w:pPr>
      <w:r>
        <w:t>انہیں وحی آئی۔ اب ہمارے لیے سوچنے پر صراط مستقیم کی خوشخبری ہے۔</w:t>
      </w:r>
    </w:p>
    <w:p>
      <w:r>
        <w:rPr>
          <w:b/>
        </w:rPr>
        <w:t xml:space="preserve">[10:45] </w:t>
      </w:r>
      <w:r>
        <w:t>Maulana apni kitab Mutala-e-Seerat mein yeh baat likhte hain: "main 2005 mein Maulana sahib se aik dawati program manga apne liye to Maulana sahib ne Rajat bhai ke zariye mujhe yeh paigham bheja ke 'We don't make programs, we makers'.</w:t>
      </w:r>
    </w:p>
    <w:p>
      <w:pPr>
        <w:jc w:val="right"/>
      </w:pPr>
      <w:r>
        <w:t>مولانا اپنی کتاب مطالعہ سیرت میں یہ بات لکھتے ہیں: "میں 2005 میں مولانا صاحب سے ایک دعوتی پروگرام مانگا اپنے لیے تو مولانا صاحب نے رجت بھائی کے ذریعے مجھے یہ پیغام بھیجا کہ 'وی ڈونٹ میک پروگرامز، وی میکرز'۔</w:t>
      </w:r>
    </w:p>
    <w:p>
      <w:r>
        <w:rPr>
          <w:b/>
        </w:rPr>
        <w:t xml:space="preserve">[11:06] </w:t>
      </w:r>
      <w:r>
        <w:t>hum aap ke liye dua karte hain."</w:t>
      </w:r>
    </w:p>
    <w:p>
      <w:pPr>
        <w:jc w:val="right"/>
      </w:pPr>
      <w:r>
        <w:t>ہم آپ کے لیے دعا کرتے ہیں۔"</w:t>
      </w:r>
    </w:p>
    <w:p>
      <w:r>
        <w:rPr>
          <w:b/>
        </w:rPr>
        <w:t xml:space="preserve">[11:09] </w:t>
      </w:r>
      <w:r>
        <w:t>Maulana sahib ki duaein hain ke woh din tha aur aaj ka din hai. Allah ne kai programs ki opportunity un ki be inteha madad ke sath ata farmayi.</w:t>
      </w:r>
    </w:p>
    <w:p>
      <w:pPr>
        <w:jc w:val="right"/>
      </w:pPr>
      <w:r>
        <w:t>مولانا صاحب کی دعائیں ہیں کہ وہ دن تھا اور آج کا دن ہے۔ اللہ نے کئی پروگرامز کی اپرچونیٹی ان کی بے انتہا مدد کے ساتھ عطا فرمائی۔</w:t>
      </w:r>
    </w:p>
    <w:p>
      <w:r>
        <w:rPr>
          <w:b/>
        </w:rPr>
        <w:t xml:space="preserve">[11:21] </w:t>
      </w:r>
      <w:r>
        <w:t>maulana sahib ko dunya ke har insan ke liye tadap tadap kar, gurgura kar dua mangne wala paya. koi maa bhi apne bachon ke liye aisi dua nahi mangti hogi.</w:t>
      </w:r>
    </w:p>
    <w:p>
      <w:pPr>
        <w:jc w:val="right"/>
      </w:pPr>
      <w:r>
        <w:t>مولانا صاحب کو دنیا کے ہر انسان کے لیے تڑپ تڑپ کر، گڑگڑا کر دعا مانگنے والا پایا۔ کوئی ماں بھی اپنے بچوں کے لیے ایسی دعا نہیں مانگتی ہوگی۔</w:t>
      </w:r>
    </w:p>
    <w:p>
      <w:r>
        <w:rPr>
          <w:b/>
        </w:rPr>
        <w:t xml:space="preserve">[11:36] </w:t>
      </w:r>
      <w:r>
        <w:t>yeh sirf mera tajurba nahi, sare cps missioneries ka maulana sahib ke sath ka yahi tajurba hai. is mission ko pehchaniye, khud padhiye aur daleel ki roshni mein janchiye.</w:t>
      </w:r>
    </w:p>
    <w:p>
      <w:pPr>
        <w:jc w:val="right"/>
      </w:pPr>
      <w:r>
        <w:t>یہ صرف میرا تجربہ نہیں، سارے سی پی ایس مشنریز کا مولانا صاحب کے ساتھ کا یہی تجربہ ہے۔ اس مشن کو پہچانیے، خود پڑھیے اور دلیل کی روشنی میں جانچیے۔</w:t>
      </w:r>
    </w:p>
    <w:p>
      <w:r>
        <w:rPr>
          <w:b/>
        </w:rPr>
        <w:t xml:space="preserve">[11:51] </w:t>
      </w:r>
      <w:r>
        <w:t>abadi aakhirat ka mamla hai, bohat ehtiyat karni hai. kisi se bhi kuch bhi sun kar apni zindagi ke faisle na kijiye.</w:t>
      </w:r>
    </w:p>
    <w:p>
      <w:pPr>
        <w:jc w:val="right"/>
      </w:pPr>
      <w:r>
        <w:t>ابدی آخرت کا معاملہ ہے، بہت محتاط رہنا ہے۔ کسی سے بھی کچھ بھی سن کر اپنی زندگی کے فیصلے نہ کیجیے۔</w:t>
      </w:r>
    </w:p>
    <w:p>
      <w:r>
        <w:rPr>
          <w:b/>
        </w:rPr>
        <w:t xml:space="preserve">[12:01] </w:t>
      </w:r>
      <w:r>
        <w:t>kya hum apni dunyavi zindagi ke aham mamlaat ko tay karne, dost o ahbab, rishtedaron ko zimmedari sonp kar befikar ho jate hain?</w:t>
      </w:r>
    </w:p>
    <w:p>
      <w:pPr>
        <w:jc w:val="right"/>
      </w:pPr>
      <w:r>
        <w:t>کیا ہم اپنی دنیاوی زندگی کے اہم معاملات کو طے کرنے، دوست و احباب، رشتہ داروں کو ذمہ داری سونپ کر بے فکر ہو جاتے ہیں؟</w:t>
      </w:r>
    </w:p>
    <w:p>
      <w:r>
        <w:rPr>
          <w:b/>
        </w:rPr>
        <w:t xml:space="preserve">[12:13] </w:t>
      </w:r>
      <w:r>
        <w:t>kya hum apne beta beti ka rishta kisi se bhi jod dete hain? kya hum khud har pehlu ka pata nahi lagate? kaise khauf rehte hain ke yeh kaam itne aham hain ke kisi par bharosa nahi karna hai, khud karna hai?</w:t>
      </w:r>
    </w:p>
    <w:p>
      <w:pPr>
        <w:jc w:val="right"/>
      </w:pPr>
      <w:r>
        <w:t>کیا ہم اپنے بیٹا بیٹی کا رشتہ کسی سے بھی جوڑ دیتے ہیں؟ کیا ہم خود ہر پہلو کا پتہ نہیں لگاتے؟ کیسے خائف رہتے ہیں کہ یہ کام اتنے اہم ہیں کہ کسی پر بھروسہ نہیں کرنا ہے، خود کرنا ہے؟</w:t>
      </w:r>
    </w:p>
    <w:p>
      <w:r>
        <w:rPr>
          <w:b/>
        </w:rPr>
        <w:t xml:space="preserve">[12:29] </w:t>
      </w:r>
      <w:r>
        <w:t>to aakhirat ke abadi mamle mein kyun aisi ghaflat, kyun aisi laparwahi? yeh baat wazeh rahe ke nijat ke mamle mein hum akele hain, dawat ke mamle mein sare insan.</w:t>
      </w:r>
    </w:p>
    <w:p>
      <w:pPr>
        <w:jc w:val="right"/>
      </w:pPr>
      <w:r>
        <w:t>تو آخرت کے ابدی معاملے میں کیوں ایسی غفلت، کیوں ایسی لاپرواہی؟ یہ بات واضح رہے کہ نجات کے معاملے میں ہم اکیلے ہیں، دعوت کے معاملے میں سارے انسان۔</w:t>
      </w:r>
    </w:p>
    <w:p>
      <w:r>
        <w:rPr>
          <w:b/>
        </w:rPr>
        <w:t xml:space="preserve">[12:44] </w:t>
      </w:r>
      <w:r>
        <w:t>aakhirat mein yeh haal hoga ke koi kisi ke kaam na aayega, yahan tak ke insan</w:t>
      </w:r>
    </w:p>
    <w:p>
      <w:pPr>
        <w:jc w:val="right"/>
      </w:pPr>
      <w:r>
        <w:t>آخرت میں یہ حال ہوگا کہ کوئی کسی کے کام نہ آئے گا، یہاں تک کہ انسان</w:t>
      </w:r>
    </w:p>
    <w:p>
      <w:r>
        <w:rPr>
          <w:b/>
        </w:rPr>
        <w:t xml:space="preserve">[12:51] </w:t>
      </w:r>
      <w:r>
        <w:t>apne bachao ke liye apne ghar walon ko fidiye mein dene tayyar. sache mission ko follow karne ka sirf is mauqa, sirf is dunya mein hai, hamari maut tak.</w:t>
      </w:r>
    </w:p>
    <w:p>
      <w:pPr>
        <w:jc w:val="right"/>
      </w:pPr>
      <w:r>
        <w:t>اپنے بچاؤ کے لیے اپنے گھر والوں کو فدیے میں دینے تیار۔ سچے مشن کو فالو کرنے کا صرف اس موقع، صرف اس دنیا میں ہے، ہماری موت تک۔</w:t>
      </w:r>
    </w:p>
    <w:p>
      <w:r>
        <w:rPr>
          <w:b/>
        </w:rPr>
        <w:t xml:space="preserve">[13:05] </w:t>
      </w:r>
      <w:r>
        <w:t>quran ki in ayaton ko lijiye: surah hadeed, chapter 57, verses 12 to 15. jis din tum momin mardon aur momin auraton ko dekhoge, unki roshni unke aage aur</w:t>
      </w:r>
    </w:p>
    <w:p>
      <w:pPr>
        <w:jc w:val="right"/>
      </w:pPr>
      <w:r>
        <w:t>قرآن کی ان آیات کو لیجیے: سورہ الحدید، چیپٹر 57، ورسز 12 ٹو 15۔ جس دن تم مومن مردوں اور مومن عورتوں کو دیکھو گے، ان کی روشنی ان کے آگے اور</w:t>
      </w:r>
    </w:p>
    <w:p>
      <w:r>
        <w:rPr>
          <w:b/>
        </w:rPr>
        <w:t xml:space="preserve">[13:21] </w:t>
      </w:r>
      <w:r>
        <w:t>unke dayen chal rahi hogi. aaj ke din tum ko khushkhabri hai baghon ki jin ke neeche nahrein jari hongi, yeh bari kamyabi hai.</w:t>
      </w:r>
    </w:p>
    <w:p>
      <w:pPr>
        <w:jc w:val="right"/>
      </w:pPr>
      <w:r>
        <w:t>ان کے دائیں چل رہی ہوگی۔ آج کے دن تم کو خوشخبری ہے باغوں کی جن کے نیچے نہریں جاری ہوں گی، یہ بڑی کامیابی ہے۔</w:t>
      </w:r>
    </w:p>
    <w:p>
      <w:r>
        <w:rPr>
          <w:b/>
        </w:rPr>
        <w:t xml:space="preserve">[13:34] </w:t>
      </w:r>
      <w:r>
        <w:t>jis din munafiq mard aur munafiq auraten imaan walon se kahenge ke hamein mauqa do ke hum tumhari roshni se kuch faida utha len, kaha jayega: "tum apne peeche lot jao, phir roshni talash karo." phir unke darmiyan</w:t>
      </w:r>
    </w:p>
    <w:p>
      <w:pPr>
        <w:jc w:val="right"/>
      </w:pPr>
      <w:r>
        <w:t>جس دن منافق مرد اور منافق عورتیں ایمان والوں سے کہیں گے کہ ہمیں موقع دو کہ ہم تمہاری روشنی سے کچھ فائدہ اٹھا لیں، کہا جائے گا: "تم اپنے پیچھے لوٹ جاؤ، پھر روشنی تلاش کرو۔" پھر ان کے درمیان</w:t>
      </w:r>
    </w:p>
    <w:p>
      <w:r>
        <w:rPr>
          <w:b/>
        </w:rPr>
        <w:t xml:space="preserve">[13:52] </w:t>
      </w:r>
      <w:r>
        <w:t>ek deewar khadi kar di jayegi jis mein ek darwaza hoga, uske andar ki taraf rehmat hogi aur uske bahar ki taraf azab hoga.</w:t>
      </w:r>
    </w:p>
    <w:p>
      <w:pPr>
        <w:jc w:val="right"/>
      </w:pPr>
      <w:r>
        <w:t>ایک دیوار کھڑی کر دی جائے گی جس میں ایک دروازہ ہوگا، اس کے اندر کی طرف رحمت ہوگی اور اس کے باہر کی طرف عذاب ہوگا۔</w:t>
      </w:r>
    </w:p>
    <w:p>
      <w:r>
        <w:rPr>
          <w:b/>
        </w:rPr>
        <w:t xml:space="preserve">[14:02] </w:t>
      </w:r>
      <w:r>
        <w:t>wo unko pukarenge ke "kya hum tumhare sath na the?" wo kahenge ke "haan, magar tumne apne aap ko fitne mein dala aur rah dekhte rahe aur shakk mein pade rahe aur jhooti ummeedon ne tumko dhoke mein rakha."</w:t>
      </w:r>
    </w:p>
    <w:p>
      <w:pPr>
        <w:jc w:val="right"/>
      </w:pPr>
      <w:r>
        <w:t>وہ ان کو پکاریں گے کہ "کیا ہم تمہارے ساتھ نہ تھے؟" وہ کہیں گے کہ "ہاں، مگر تم نے اپنے آپ کو فتنے میں ڈالا اور راہ دیکھتے رہے اور شک میں پڑے رہے اور جھوٹی امیدوں نے تم کو دھوکے میں رکھا۔"</w:t>
      </w:r>
    </w:p>
    <w:p>
      <w:r>
        <w:rPr>
          <w:b/>
        </w:rPr>
        <w:t xml:space="preserve">[14:20] </w:t>
      </w:r>
      <w:r>
        <w:t>yahan tak ke allah ka faisla aa gaya aur dhoke baz ne tum ko allah ke mamle mein dhoka diya. pas aaj na tum se koi fidiya qabool kiya jayega aur na un logon se jinhone kufr kiya.</w:t>
      </w:r>
    </w:p>
    <w:p>
      <w:pPr>
        <w:jc w:val="right"/>
      </w:pPr>
      <w:r>
        <w:t>یہاں تک کہ اللہ کا فیصلہ آگیا اور دھوکے باز نے تم کو اللہ کے معاملے میں دھوکہ دیا۔ پس آج نہ تم سے کوئی فدیہ قبول کیا جائے گا اور نہ ان لوگوں سے جنہوں نے کفر کیا۔</w:t>
      </w:r>
    </w:p>
    <w:p>
      <w:r>
        <w:rPr>
          <w:b/>
        </w:rPr>
        <w:t xml:space="preserve">[14:36] </w:t>
      </w:r>
      <w:r>
        <w:t>tumhara thikana aag hai, wahi tumhari rafiq hai aur wo bura thikana hai. kya imaan walon ke liye wo waqt nahi aaya ke unke dil allah ki naseehat ke aage jhuk jayen aur is</w:t>
      </w:r>
    </w:p>
    <w:p>
      <w:pPr>
        <w:jc w:val="right"/>
      </w:pPr>
      <w:r>
        <w:t>تمہارا ٹھکانہ آگ ہے، وہی تمہاری رفیق ہے اور وہ برا ٹھکانہ ہے۔ کیا ایمان والوں کے لیے وہ وقت نہیں آیا کہ ان کے دل اللہ کی نصیحت کے آگے جھک جائیں اور اس</w:t>
      </w:r>
    </w:p>
    <w:p>
      <w:r>
        <w:rPr>
          <w:b/>
        </w:rPr>
        <w:t xml:space="preserve">[14:50] </w:t>
      </w:r>
      <w:r>
        <w:t>haq ke aage jo nazil ho chuka hai? aur wo un logon ki tarah na ho jayen jin ko pehle kitab di gayi thi. phir un par lambi muddat guzar gayi to unke dil sakht ho gaye aur un mein se aksar log nafarman hain.</w:t>
      </w:r>
    </w:p>
    <w:p>
      <w:pPr>
        <w:jc w:val="right"/>
      </w:pPr>
      <w:r>
        <w:t>حق کے آگے جو نازل ہو چکا ہے؟ اور وہ ان لوگوں کی طرح نہ ہو جائیں جن کو پہلے کتاب دی گئی تھی۔ پھر ان پر لمبی مدت گزر گئی تو ان کے دل سخت ہو گئے اور ان میں سے اکثر لوگ نافرمان ہیں۔</w:t>
      </w:r>
    </w:p>
    <w:p>
      <w:r>
        <w:rPr>
          <w:b/>
        </w:rPr>
        <w:t xml:space="preserve">[15:08] </w:t>
      </w:r>
      <w:r>
        <w:t>in ayaton mein batai gayi in baaton par ghor kariye: imaan walon ki roshni, deewar, jhooti ummeeden, dhoke baz se dhoka khana, apne aap ko fitne mein dalna, dil ka sakht hona, allah ka imaan walon se khitab.</w:t>
      </w:r>
    </w:p>
    <w:p>
      <w:pPr>
        <w:jc w:val="right"/>
      </w:pPr>
      <w:r>
        <w:t>ان آیات میں بتائی گئی ان باتوں پر غور کریے: ایمان والوں کی روشنی، دیوار، جھوٹی امیدیں، دھوکے باز سے دھوکہ کھانا، اپنے آپ کو فتنے میں ڈالنا، دل کا سخت ہونا، اللہ کا ایمان والوں سے خطاب۔</w:t>
      </w:r>
    </w:p>
    <w:p>
      <w:r>
        <w:rPr>
          <w:b/>
        </w:rPr>
        <w:t xml:space="preserve">[15:27] </w:t>
      </w:r>
      <w:r>
        <w:t>tadabbur kijiye in baaton par.</w:t>
      </w:r>
    </w:p>
    <w:p>
      <w:pPr>
        <w:jc w:val="right"/>
      </w:pPr>
      <w:r>
        <w:t>تدبر کیجیے ان باتوں پر۔</w:t>
      </w:r>
    </w:p>
    <w:p>
      <w:r>
        <w:rPr>
          <w:b/>
        </w:rPr>
        <w:t xml:space="preserve">[15:30] </w:t>
      </w:r>
      <w:r>
        <w:t>yahan roshni mein chalne ka poora mauqa hai. na samjhi ki deewar na khadi kijiye. jhooti ummeeden mat paliye ke kuch rituals ada kar lene se hum allah ko razi kar lenge.</w:t>
      </w:r>
    </w:p>
    <w:p>
      <w:pPr>
        <w:jc w:val="right"/>
      </w:pPr>
      <w:r>
        <w:t>یہاں روشنی میں چلنے کا پورا موقع ہے۔ نہ سمجھی کی دیوار نہ کھڑی کیجیے۔ جھوٹی امیدیں مت پالیے کہ کچھ ریچولز ادا کر لینے سے ہم اللہ کو راضی کر لیں گے۔</w:t>
      </w:r>
    </w:p>
    <w:p>
      <w:r>
        <w:rPr>
          <w:b/>
        </w:rPr>
        <w:t xml:space="preserve">[15:44] </w:t>
      </w:r>
      <w:r>
        <w:t>jo imaan laye hain un sab se hi to khitab hai ke dil ko sakht hone se bachaiye. wo dil ho hamara jo allah chahte hain.</w:t>
      </w:r>
    </w:p>
    <w:p>
      <w:pPr>
        <w:jc w:val="right"/>
      </w:pPr>
      <w:r>
        <w:t>جو ایمان لائے ہیں ان سب سے ہی تو خطاب ہے کہ دل کو سخت ہونے سے بچائیے۔ وہ دل ہو ہمارا جو اللہ چاہتے ہیں۔</w:t>
      </w:r>
    </w:p>
    <w:p>
      <w:r>
        <w:rPr>
          <w:b/>
        </w:rPr>
        <w:t xml:space="preserve">[15:54] </w:t>
      </w:r>
      <w:r>
        <w:t>surah zumar, ayat number 23. allah farmate hain: "allah ne behtareen kalam utara hai, ek aisi kitab, aapas mein milti julti, bar bar dohrai hui." is se un logon ke rongte khade ho jate hain jo apne rab se darne wale hain.</w:t>
      </w:r>
    </w:p>
    <w:p>
      <w:pPr>
        <w:jc w:val="right"/>
      </w:pPr>
      <w:r>
        <w:t>سورہ زمر، آیت نمبر 23۔ اللہ فرماتے ہیں: "اللہ نے بہترین کلام اتارا ہے، ایک ایسی کتاب، آپس میں ملتی جلتی، بار بار دہرائی ہوئی۔" اس سے ان لوگوں کے رونگٹے کھڑے ہو جاتے ہیں جو اپنے رب سے ڈرنے والے ہیں۔</w:t>
      </w:r>
    </w:p>
    <w:p>
      <w:r>
        <w:rPr>
          <w:b/>
        </w:rPr>
        <w:t xml:space="preserve">[16:13] </w:t>
      </w:r>
      <w:r>
        <w:t>phir unke badan aur unke dil naram ho kar allah ki yaad ki taraf mutawajjah ho jate hain. yeh allah ki hidayat hai.</w:t>
      </w:r>
    </w:p>
    <w:p>
      <w:pPr>
        <w:jc w:val="right"/>
      </w:pPr>
      <w:r>
        <w:t>پھر ان کے بدن اور ان کے دل نرم ہو کر اللہ کی یاد کی طرف متوجہ ہو جاتے ہیں۔ یہ اللہ کی ہدایت ہے۔</w:t>
      </w:r>
    </w:p>
    <w:p>
      <w:r>
        <w:rPr>
          <w:b/>
        </w:rPr>
        <w:t xml:space="preserve">[16:24] </w:t>
      </w:r>
      <w:r>
        <w:t>dekhiye, quran ki ek ek ayat ek samandar hai, koze mein samaya hua. ek ek hadith ki universal application hai.</w:t>
      </w:r>
    </w:p>
    <w:p>
      <w:pPr>
        <w:jc w:val="right"/>
      </w:pPr>
      <w:r>
        <w:t>دیکھیے، قرآن کی ایک ایک آیت ایک سمندر ہے، کوزے میں سمایا ہوا۔ ایک ایک حدیث کی یونیورسل ایپلیکیشن ہے۔</w:t>
      </w:r>
    </w:p>
    <w:p>
      <w:r>
        <w:rPr>
          <w:b/>
        </w:rPr>
        <w:t xml:space="preserve">[16:34] </w:t>
      </w:r>
      <w:r>
        <w:t>yeh maulana sahib hamein samjha rahe hain. unki kitaben padhiye, khud janiye. chhoti si is temporary dunya ke nuksan se koi darta hai to mat dariye.</w:t>
      </w:r>
    </w:p>
    <w:p>
      <w:pPr>
        <w:jc w:val="right"/>
      </w:pPr>
      <w:r>
        <w:t>یہ مولانا صاحب ہمیں سمجھا رہے ہیں۔ ان کی کتابیں پڑھیے، خود جانیے۔ چھوٹی سی اس ٹیمپریری دنیا کے نقصان سے کوئی ڈراتا ہے تو مت ڈریے۔</w:t>
      </w:r>
    </w:p>
    <w:p>
      <w:r>
        <w:rPr>
          <w:b/>
        </w:rPr>
        <w:t xml:space="preserve">[16:47] </w:t>
      </w:r>
      <w:r>
        <w:t>yeh shaitani amal hai. farzi nuksan se dra ke shaitan galat kaam ke mashware deta hai.</w:t>
      </w:r>
    </w:p>
    <w:p>
      <w:pPr>
        <w:jc w:val="right"/>
      </w:pPr>
      <w:r>
        <w:t>یہ شیطانی عمل ہے۔ فرضی نقصان سے ڈرا کے شیطان غلط کام کے مشورے دیتا ہے۔</w:t>
      </w:r>
    </w:p>
    <w:p>
      <w:r>
        <w:rPr>
          <w:b/>
        </w:rPr>
        <w:t xml:space="preserve">[16:54] </w:t>
      </w:r>
      <w:r>
        <w:t>imaginary fears and imaginary sorrows se hamein dhoka deta hai. Main aap ko CPS literature ke woh pehlu pesh karti hoon jo kahin aur nahi milte.</w:t>
      </w:r>
    </w:p>
    <w:p>
      <w:pPr>
        <w:jc w:val="right"/>
      </w:pPr>
      <w:r>
        <w:t>امیجنری فیئرز اینڈ امیجنری سوروز سے ہمیں دھوکہ دیتا ہے۔ میں آپ کو سی پی ایس لٹریچر کے وہ پہلو پیش کرتی ہوں جو کہیں اور نہیں ملتے۔</w:t>
      </w:r>
    </w:p>
    <w:p>
      <w:r>
        <w:rPr>
          <w:b/>
        </w:rPr>
        <w:t xml:space="preserve">[17:09] </w:t>
      </w:r>
      <w:r>
        <w:t>In pehluon ki roshni mein</w:t>
      </w:r>
    </w:p>
    <w:p>
      <w:pPr>
        <w:jc w:val="right"/>
      </w:pPr>
      <w:r>
        <w:t>ان پہلوؤں کی روشنی میں</w:t>
      </w:r>
    </w:p>
    <w:p>
      <w:r>
        <w:rPr>
          <w:b/>
        </w:rPr>
        <w:t xml:space="preserve">[17:11] </w:t>
      </w:r>
      <w:r>
        <w:t>is mission ko janiye. Beshak qabool karna aap hi ki azaadi hai, is mein koi zabardasti nahi. Deen ke mamle mein koi zabardasti nahi.</w:t>
      </w:r>
    </w:p>
    <w:p>
      <w:pPr>
        <w:jc w:val="right"/>
      </w:pPr>
      <w:r>
        <w:t>اس مشن کو جانیے۔ بے شک قبول کرنا آپ ہی کی آزادی ہے، اس میں کوئی زبردستی نہیں۔ دین کے معاملے میں کوئی زبردستی نہیں۔</w:t>
      </w:r>
    </w:p>
    <w:p>
      <w:r>
        <w:rPr>
          <w:b/>
        </w:rPr>
        <w:t xml:space="preserve">[17:22] </w:t>
      </w:r>
      <w:r>
        <w:t>Yeh Quran ki baat hai. CPS mission Quran o Hadees ko</w:t>
      </w:r>
    </w:p>
    <w:p>
      <w:pPr>
        <w:jc w:val="right"/>
      </w:pPr>
      <w:r>
        <w:t>یہ قرآن کی بات ہے۔ سی پی ایس مشن قرآن و حدیث کو</w:t>
      </w:r>
    </w:p>
    <w:p>
      <w:r>
        <w:rPr>
          <w:b/>
        </w:rPr>
        <w:t xml:space="preserve">[17:29] </w:t>
      </w:r>
      <w:r>
        <w:t>asli usloob mein pesh karta hai taake hamein hamari situations mein maujooda halaat mein application samajh mein aaye aur hum khud is par amal kar ke doosron ko un ki understandable language mein pesh kar saken.</w:t>
      </w:r>
    </w:p>
    <w:p>
      <w:pPr>
        <w:jc w:val="right"/>
      </w:pPr>
      <w:r>
        <w:t>اصلی اسلوب میں پیش کرتا ہے تاکہ ہمیں ہماری سچویشنز میں موجودہ حالات میں ایپلیکیشن سمجھ میں آئے اور ہم خود اس پر عمل کر کے دوسروں کو ان کی انڈرسٹینڈیبل لینگویج میں پیش کر سکیں۔</w:t>
      </w:r>
    </w:p>
    <w:p>
      <w:r>
        <w:rPr>
          <w:b/>
        </w:rPr>
        <w:t xml:space="preserve">[17:49] </w:t>
      </w:r>
      <w:r>
        <w:t>Ek misaal se yeh samajhne mein aasani hogi. Ek interfaith program mein ek Christian priest ne mujh se kaha ke inhi Musalmanon se ek aitraaz tha ke Musalman aurat ke talluq se woh yeh unhone kuch suna tha aisa ke aurat ka daira ghar ki chaar deewari hai.</w:t>
      </w:r>
    </w:p>
    <w:p>
      <w:pPr>
        <w:jc w:val="right"/>
      </w:pPr>
      <w:r>
        <w:t>ایک مثال سے یہ سمجھنے میں آسانی ہوگی۔ ایک انٹرفیتھ پروگرام میں ایک کرسچن پریسٹ نے مجھ سے کہا کہ انہی مسلمانوں سے ایک اعتراض تھا کہ مسلمان عورت کے تعلق سے وہ یہ انہوں نے کچھ سنا تھا ایسا کہ عورت کا دائرہ گھر کی چار دیواری ہے۔</w:t>
      </w:r>
    </w:p>
    <w:p>
      <w:r>
        <w:rPr>
          <w:b/>
        </w:rPr>
        <w:t xml:space="preserve">[18:10] </w:t>
      </w:r>
      <w:r>
        <w:t>Un ka focus tha</w:t>
      </w:r>
    </w:p>
    <w:p>
      <w:pPr>
        <w:jc w:val="right"/>
      </w:pPr>
      <w:r>
        <w:t>ان کا فوکس تھا</w:t>
      </w:r>
    </w:p>
    <w:p>
      <w:r>
        <w:rPr>
          <w:b/>
        </w:rPr>
        <w:t xml:space="preserve">[18:12] </w:t>
      </w:r>
      <w:r>
        <w:t>four walls par, chaar deewari par. Mujhe aise mauqe par Maulana sahib ki teachings se Allah ne ek baat yaad dilai, woh yeh ke kai baaton ko samajhne ke liye literal meaning se hat kar is ka metaphorical ya symbolic meaning lena parta hai.</w:t>
      </w:r>
    </w:p>
    <w:p>
      <w:pPr>
        <w:jc w:val="right"/>
      </w:pPr>
      <w:r>
        <w:t>فور والز پر، چار دیواری پر۔ مجھے ایسے موقع پر مولانا صاحب کی ٹیچنگز سے اللہ نے ایک بات یاد دلائی، وہ یہ کہ کئی باتوں کو سمجھنے کے لیے لٹرل میننگ سے ہٹ کر اس کا میٹافوریکل یا سمبالک میننگ لینا پڑتا ہے۔</w:t>
      </w:r>
    </w:p>
    <w:p>
      <w:r>
        <w:rPr>
          <w:b/>
        </w:rPr>
        <w:t xml:space="preserve">[18:34] </w:t>
      </w:r>
      <w:r>
        <w:t>Yahan par unhone deewar ko physical deewar ke maani mein le liya jabke aurat ka role nurturing of families, home management, educational and dawah field ke daire mein hai jis mein</w:t>
      </w:r>
    </w:p>
    <w:p>
      <w:pPr>
        <w:jc w:val="right"/>
      </w:pPr>
      <w:r>
        <w:t>یہاں پر انہوں نے دیوار کو فزیکل دیوار کے معنی میں لے لیا جبکہ عورت کا رول نرچرنگ آف فیملیز، ہوم مینجمنٹ، ایجوکیشنل اینڈ دعویٰ فیلڈ کے دائرے میں ہے جس میں</w:t>
      </w:r>
    </w:p>
    <w:p>
      <w:r>
        <w:rPr>
          <w:b/>
        </w:rPr>
        <w:t xml:space="preserve">[18:50] </w:t>
      </w:r>
      <w:r>
        <w:t>ghar se bahar ke interactions shamil hain. To maine un se kaha ke yeh chaar deewari, yeh physical wall of brick and mortar nahi hai, yeh wall of modesty hai jo dignity aur grace se banti hai.</w:t>
      </w:r>
    </w:p>
    <w:p>
      <w:pPr>
        <w:jc w:val="right"/>
      </w:pPr>
      <w:r>
        <w:t>گھر سے باہر کے انٹریکشنز شامل ہیں۔ تو میں نے ان سے کہا کہ یہ چار دیواری، یہ فزیکل وال آف برک اینڈ موٹر نہیں ہے، یہ وال آف ماڈیسٹی ہے جو ڈگنیٹی اور گریس سے بنتی ہے۔</w:t>
      </w:r>
    </w:p>
    <w:p>
      <w:r>
        <w:rPr>
          <w:b/>
        </w:rPr>
        <w:t xml:space="preserve">[19:07] </w:t>
      </w:r>
      <w:r>
        <w:t>This is a wall which a woman should build around herself with her grace and dignity which will act as a protection in her interactions.</w:t>
      </w:r>
    </w:p>
    <w:p>
      <w:pPr>
        <w:jc w:val="right"/>
      </w:pPr>
      <w:r>
        <w:t>دس از ا وال وچ ا وومن شوڈ بلڈ اراؤنڈ ہر سیلف ود ہر گریس اینڈ ڈگنیٹی وچ ویل ایکٹ ایز ا پروٹیکشن ان ہر انٹریکشنز۔</w:t>
      </w:r>
    </w:p>
    <w:p>
      <w:r>
        <w:rPr>
          <w:b/>
        </w:rPr>
        <w:t xml:space="preserve">[19:20] </w:t>
      </w:r>
      <w:r>
        <w:t>Samne wala is se interact karte hue</w:t>
      </w:r>
    </w:p>
    <w:p>
      <w:pPr>
        <w:jc w:val="right"/>
      </w:pPr>
      <w:r>
        <w:t>سامنے والا اس سے انٹریکٹ کرتے ہوئے</w:t>
      </w:r>
    </w:p>
    <w:p>
      <w:r>
        <w:rPr>
          <w:b/>
        </w:rPr>
        <w:t xml:space="preserve">[19:24] </w:t>
      </w:r>
      <w:r>
        <w:t>be baak hona chahe to ek deewar haail hone ka ehsaas rahe. Yeh sun kar unhone kaha: "Sister, this is a very meaningful explanation." Ab dekhiye,</w:t>
      </w:r>
    </w:p>
    <w:p>
      <w:pPr>
        <w:jc w:val="right"/>
      </w:pPr>
      <w:r>
        <w:t>بے باک ہونا چاہے تو ایک دیوار حائل ہونے کا احساس رہے۔ یہ سن کر انہوں نے کہا: "سسٹر، دس از ا ویری میننگ فل ایکسپلینیشن۔" اب دیکھیے،</w:t>
      </w:r>
    </w:p>
    <w:p>
      <w:r>
        <w:rPr>
          <w:b/>
        </w:rPr>
        <w:t xml:space="preserve">[19:38] </w:t>
      </w:r>
      <w:r>
        <w:t>asli usloob kitna zaroori hai</w:t>
      </w:r>
    </w:p>
    <w:p>
      <w:pPr>
        <w:jc w:val="right"/>
      </w:pPr>
      <w:r>
        <w:t>اصلی اسلوب کتنا ضروری ہے</w:t>
      </w:r>
    </w:p>
    <w:p>
      <w:r>
        <w:rPr>
          <w:b/>
        </w:rPr>
        <w:t xml:space="preserve">[19:40] </w:t>
      </w:r>
      <w:r>
        <w:t>khud ko bhi baaton ko samajhne ke liye aur doosron ko bhi samjhane ke liye. Ab ek aur modern day concept ka discussion share karti hoon.</w:t>
      </w:r>
    </w:p>
    <w:p>
      <w:pPr>
        <w:jc w:val="right"/>
      </w:pPr>
      <w:r>
        <w:t>خود کو بھی باتوں کو سمجھنے کے لیے اور دوسروں کو بھی سمجھانے کے لیے۔ اب ایک اور ماڈرن ڈے کانسیپٹ کا ڈسکشن شیئر کرتی ہوں۔</w:t>
      </w:r>
    </w:p>
    <w:p>
      <w:r>
        <w:rPr>
          <w:b/>
        </w:rPr>
        <w:t xml:space="preserve">[19:51] </w:t>
      </w:r>
      <w:r>
        <w:t>Yeh spirituality ke different types ke bare mein hai. Spirituality without God ka concept bhi hai aaj duniya mein, lekin Islam God as a supreme concern ki spirituality pesh karta hai.</w:t>
      </w:r>
    </w:p>
    <w:p>
      <w:pPr>
        <w:jc w:val="right"/>
      </w:pPr>
      <w:r>
        <w:t>یہ سپرچویلیٹی کے ڈفرنٹ ٹائپس کے بارے میں ہے۔ سپرچویلیٹی ودا آؤٹ گاڈ کا کانسیپٹ بھی ہے آج دنیا میں، لیکن اسلام گاڈ ایز ا سپریم کنسرن کی سپرچویلیٹی پیش کرتا ہے۔</w:t>
      </w:r>
    </w:p>
    <w:p>
      <w:r>
        <w:rPr>
          <w:b/>
        </w:rPr>
        <w:t xml:space="preserve">[20:06] </w:t>
      </w:r>
      <w:r>
        <w:t>Isi tarah duniya heart based spirituality pesh karti hai jis ke kuch tareeqe hain jis mein apne mind ko kuch der bilkul khaali karne ki mashq karai jati hai.</w:t>
      </w:r>
    </w:p>
    <w:p>
      <w:pPr>
        <w:jc w:val="right"/>
      </w:pPr>
      <w:r>
        <w:t>اسی طرح دنیا ہارٹ بیسڈ سپرچویلیٹی پیش کرتی ہے جس کے کچھ طریقے ہیں جس میں اپنے مائنڈ کو کچھ دیر بالکل خالی کرنے کی مشق کرائی جاتی ہے۔</w:t>
      </w:r>
    </w:p>
    <w:p>
      <w:r>
        <w:rPr>
          <w:b/>
        </w:rPr>
        <w:t xml:space="preserve">[20:21] </w:t>
      </w:r>
      <w:r>
        <w:t>Maulana sahib ne Quran se hamein mind based spirituality ki baat batai hai ke har waqt insan ko aware rehna hai,</w:t>
      </w:r>
    </w:p>
    <w:p>
      <w:pPr>
        <w:jc w:val="right"/>
      </w:pPr>
      <w:r>
        <w:t>مولانا صاحب نے قرآن سے ہمیں مائنڈ بیسڈ سپرچویلیٹی کی بات بتائی ہے کہ ہر وقت انسان کو اویر رہنا ہے،</w:t>
      </w:r>
    </w:p>
    <w:p>
      <w:r>
        <w:rPr>
          <w:b/>
        </w:rPr>
        <w:t xml:space="preserve">[20:32] </w:t>
      </w:r>
      <w:r>
        <w:t>sochna hai. Quran ki pukaar hai: "Ya Ulal Absar, Ya Ulal Albab! Ae dekhne walon, Ae aql</w:t>
      </w:r>
    </w:p>
    <w:p>
      <w:pPr>
        <w:jc w:val="right"/>
      </w:pPr>
      <w:r>
        <w:t>سوچنا ہے۔ قرآن کی پکار ہے: "یا اول الابصار، یا اول الالباب! اے دیکھنے والوں، اے عقل</w:t>
      </w:r>
    </w:p>
    <w:p>
      <w:r>
        <w:rPr>
          <w:b/>
        </w:rPr>
        <w:t xml:space="preserve">[20:40] </w:t>
      </w:r>
      <w:r>
        <w:t>walon! We should not shut off our minds, we should be awaken souls." Apni soch ko jagaiye aur mind ke level par faisle lijiye.</w:t>
      </w:r>
    </w:p>
    <w:p>
      <w:pPr>
        <w:jc w:val="right"/>
      </w:pPr>
      <w:r>
        <w:t>والوں! وی شوڈ ناٹ شٹ آف اور مائنڈز، وی شوڈ بی اویکن سولز۔" اپنی سوچ کو جگائیے اور مائنڈ کے لیول پر فیصلے لیجیے۔</w:t>
      </w:r>
    </w:p>
    <w:p>
      <w:r>
        <w:rPr>
          <w:b/>
        </w:rPr>
        <w:t xml:space="preserve">[20:51] </w:t>
      </w:r>
      <w:r>
        <w:t>Muwafiq halaat Allah hamare liye faraham karega. Is kaam mein der na karein, kya maloom hamara agla lamha hamari maut ka ho.</w:t>
      </w:r>
    </w:p>
    <w:p>
      <w:pPr>
        <w:jc w:val="right"/>
      </w:pPr>
      <w:r>
        <w:t>موافق حالات اللہ ہمارے لیے فراہم کریں گے۔ اس کام میں دیر نہ کریں، کیا معلوم ہمارا اگلا لمحہ ہماری موت کا ہو۔</w:t>
      </w:r>
    </w:p>
    <w:p>
      <w:r>
        <w:rPr>
          <w:b/>
        </w:rPr>
        <w:t xml:space="preserve">[21:02] </w:t>
      </w:r>
      <w:r>
        <w:t>27 December 2020 ki raat ko mere shohar un ki company ki baat karte hue kaha ke agar sehat achi rahe to oil rig par 75 years ki umar tak kaam karne ka mauqa diya jata hai.</w:t>
      </w:r>
    </w:p>
    <w:p>
      <w:pPr>
        <w:jc w:val="right"/>
      </w:pPr>
      <w:r>
        <w:t>27 دسمبر 2020 کی رات کو میرے شوہر ان کی کمپنی کی بات کرتے ہوئے کہا کہ اگر صحت اچھی رہے تو آئل رک پر 75 ایئرز کی عمر تک کام کرنے کا موقع دیا جاتا ہے۔</w:t>
      </w:r>
    </w:p>
    <w:p>
      <w:r>
        <w:rPr>
          <w:b/>
        </w:rPr>
        <w:t xml:space="preserve">[21:20] </w:t>
      </w:r>
      <w:r>
        <w:t>Mere shohar ki umar 57 years ki thi. Agle din 28 December ki subah ek hadsa hua aur 29 December ki raat ko mere shohar ka inteqal ho gaya.</w:t>
      </w:r>
    </w:p>
    <w:p>
      <w:pPr>
        <w:jc w:val="right"/>
      </w:pPr>
      <w:r>
        <w:t>میرے شوہر کی عمر 57 ایئرز کی تھی۔ اگلے دن 28 دسمبر کی صبح ایک حادثہ ہوا اور 29 دسمبر کی رات کو میرے شوہر کا انتقال ہو گیا۔</w:t>
      </w:r>
    </w:p>
    <w:p>
      <w:r>
        <w:rPr>
          <w:b/>
        </w:rPr>
        <w:t xml:space="preserve">[21:34] </w:t>
      </w:r>
      <w:r>
        <w:t>Un ke liye waqt khatam ho gaya. Allah un ki maghfirat kare.</w:t>
      </w:r>
    </w:p>
    <w:p>
      <w:pPr>
        <w:jc w:val="right"/>
      </w:pPr>
      <w:r>
        <w:t>ان کے لیے وقت ختم ہو گیا۔ اللہ ان کی مغفرت کرے۔</w:t>
      </w:r>
    </w:p>
    <w:p>
      <w:r>
        <w:rPr>
          <w:b/>
        </w:rPr>
        <w:t xml:space="preserve">[21:38] </w:t>
      </w:r>
      <w:r>
        <w:t>Mera aap se ek sawal hai: Agar hum girgira kar Allah se dua mangte hon ke hamein sirat e mustaqeem par chalayein aur is giroh mein shamil karein jo aakhirat mein Allah ke paas qabool hone wala ho, to kya Rahman o Raheem Rab, hidayat dene wale, pukaarne wale ki pukaar sunne wale, sirat e mustaqeem ki taraf bulane wale, hamein bhatakne ke liye chhod denge?</w:t>
      </w:r>
    </w:p>
    <w:p>
      <w:pPr>
        <w:jc w:val="right"/>
      </w:pPr>
      <w:r>
        <w:t>میرا آپ سے ایک سوال ہے: اگر ہم گڑگڑا کر اللہ سے دعا مانگتے ہوں کہ ہمیں صراط مستقیم پر چلائیں اور اس گروہ میں شامل کریں جو آخرت میں اللہ کے پاس قبول ہونے والا ہو، تو کیا رحمان و رحیم رب، ہدایت دینے والے، پکارنے والے کی پکار سننے والے، صراط مستقیم کی طرف بلانے والے، ہمیں بھٹکنے کے لیے چھوڑ دیں گے؟</w:t>
      </w:r>
    </w:p>
    <w:p>
      <w:r>
        <w:rPr>
          <w:b/>
        </w:rPr>
        <w:t xml:space="preserve">[22:08] </w:t>
      </w:r>
      <w:r>
        <w:t>kya hum na umidi</w:t>
      </w:r>
    </w:p>
    <w:p>
      <w:pPr>
        <w:jc w:val="right"/>
      </w:pPr>
      <w:r>
        <w:t>کیا ہم نا امیدی</w:t>
      </w:r>
    </w:p>
    <w:p>
      <w:r>
        <w:rPr>
          <w:b/>
        </w:rPr>
        <w:t xml:space="preserve">[22:09] </w:t>
      </w:r>
      <w:r>
        <w:t>mein jee kar mar jayen ge? aisa hai to phir yeh kufar hoga kyunke Allah ne farmaya hai: "na umidi kufar hai." ab CPS ke kaam ki wazahat karti hoon.</w:t>
      </w:r>
    </w:p>
    <w:p>
      <w:pPr>
        <w:jc w:val="right"/>
      </w:pPr>
      <w:r>
        <w:t>میں جی کر مر جائیں گے؟ ایسا ہے تو پھر یہ کفر ہوگا کیونکہ اللہ نے فرمایا ہے: "نا امیدی کفر ہے۔" اب سی پی ایس کے کام کی وضاحت کرتی ہوں۔</w:t>
      </w:r>
    </w:p>
    <w:p>
      <w:r>
        <w:rPr>
          <w:b/>
        </w:rPr>
        <w:t xml:space="preserve">[22:23] </w:t>
      </w:r>
      <w:r>
        <w:t>dekhiye, peghambar ke zariye message mil gaya: Quran, Hadees aur peghambar ki zindagi. Maulana sahab se asli usloob mein Quran o Hadees ki understanding mil gayi.</w:t>
      </w:r>
    </w:p>
    <w:p>
      <w:pPr>
        <w:jc w:val="right"/>
      </w:pPr>
      <w:r>
        <w:t>دیکھیے، پیغمبر کے ذریعے میسج مل گیا: قرآن، حدیث اور پیغمبر کی زندگی۔ مولانا صاحب سے اصلی اسلوب میں قرآن و حدیث کی انڈرسٹینڈنگ مل گئی۔</w:t>
      </w:r>
    </w:p>
    <w:p>
      <w:r>
        <w:rPr>
          <w:b/>
        </w:rPr>
        <w:t xml:space="preserve">[22:38] </w:t>
      </w:r>
      <w:r>
        <w:t>Maulana sahab ne do</w:t>
      </w:r>
    </w:p>
    <w:p>
      <w:pPr>
        <w:jc w:val="right"/>
      </w:pPr>
      <w:r>
        <w:t>مولانا صاحب نے دو</w:t>
      </w:r>
    </w:p>
    <w:p>
      <w:r>
        <w:rPr>
          <w:b/>
        </w:rPr>
        <w:t xml:space="preserve">[22:40] </w:t>
      </w:r>
      <w:r>
        <w:t>so se zaid kitaben likhi hain. ab hum sab ko is ko samajhna hai, amal karna hai aur sahib mission ke itraaf ke sath CPS ki identity ko zahir karte hue yeh paigham ko</w:t>
      </w:r>
    </w:p>
    <w:p>
      <w:pPr>
        <w:jc w:val="right"/>
      </w:pPr>
      <w:r>
        <w:t>سو سے زائد کتابیں لکھی ہیں۔ اب ہم سب کو اس کو سمجھنا ہے، عمل کرنا ہے اور صاحب مشن کے اعتراف کے ساتھ سی پی ایس کی آئیڈینٹیٹی کو ظاہر کرتے ہوئے یہ پیغام کو</w:t>
      </w:r>
    </w:p>
    <w:p>
      <w:r>
        <w:rPr>
          <w:b/>
        </w:rPr>
        <w:t xml:space="preserve">[22:57] </w:t>
      </w:r>
      <w:r>
        <w:t>hikmat se aman ko barqarar rakhte hue doosron tak pahunchana hai. aakhri baat: hum sab missionary teh dil se Maulana ka itraaf karte hain ke aap ke zariye hamein khalis deen mila jis mein kisi tarah ki koi milawat nahi hai.</w:t>
      </w:r>
    </w:p>
    <w:p>
      <w:pPr>
        <w:jc w:val="right"/>
      </w:pPr>
      <w:r>
        <w:t>حکمت سے امن کو برقرار رکھتے ہوئے دوسروں تک پہنچانا ہے۔ آخری بات: ہم سب مشنری تہہ دل سے مولانا کا اعتراف کرتے ہیں کہ آپ کے ذریعے ہمیں خالص دین ملا جس میں کسی طرح کی کوئی ملاوٹ نہیں ہے۔</w:t>
      </w:r>
    </w:p>
    <w:p>
      <w:r>
        <w:rPr>
          <w:b/>
        </w:rPr>
        <w:t xml:space="preserve">[23:19] </w:t>
      </w:r>
      <w:r>
        <w:t>aap ne deen par jo lambi muddat se dhool lagi hui thi, us ko hata kar Islam ko us ki be-amez shakal mein, yaani Islam as it is, pesh kar diya hai.</w:t>
      </w:r>
    </w:p>
    <w:p>
      <w:pPr>
        <w:jc w:val="right"/>
      </w:pPr>
      <w:r>
        <w:t>آپ نے دین پر جو لمبی مدت سے دھول لگی ہوئی تھی، اس کو ہٹا کر اسلام کو اس کی بے آمیز شکل میں، یعنی اسلام ایز اٹ از، پیش کر دیا ہے۔</w:t>
      </w:r>
    </w:p>
    <w:p>
      <w:r>
        <w:rPr>
          <w:b/>
        </w:rPr>
        <w:t xml:space="preserve">[23:33] </w:t>
      </w:r>
      <w:r>
        <w:t>aap ne</w:t>
      </w:r>
    </w:p>
    <w:p>
      <w:pPr>
        <w:jc w:val="right"/>
      </w:pPr>
      <w:r>
        <w:t>آپ نے</w:t>
      </w:r>
    </w:p>
    <w:p>
      <w:r>
        <w:rPr>
          <w:b/>
        </w:rPr>
        <w:t xml:space="preserve">[23:34] </w:t>
      </w:r>
      <w:r>
        <w:t>hamein sikhaya hai ke Khuda ki haqeeqi marifat kya hai aur peghambar ki sachi itaa'at kya hai. hum Allah ke liye Maulana se mohabbat karte hain aur hamari aap se mohabbat is dua ki misdaq hai jo Rasool Allah ne hamein sikhlaayi hai: "Ae Allah!</w:t>
      </w:r>
    </w:p>
    <w:p>
      <w:pPr>
        <w:jc w:val="right"/>
      </w:pPr>
      <w:r>
        <w:t>ہمیں سکھایا ہے کہ خدا کی حقیقی معرفت کیا ہے اور پیغمبر کی سچی اطاعت کیا ہے۔ ہم اللہ کے لیے مولانا سے محبت کرتے ہیں اور ہماری آپ سے محبت اس دعا کی مصداق ہے جو رسول اللہ نے ہمیں سکھلائی ہے: "اے اللہ!</w:t>
      </w:r>
    </w:p>
    <w:p>
      <w:r>
        <w:rPr>
          <w:b/>
        </w:rPr>
        <w:t xml:space="preserve">[23:57] </w:t>
      </w:r>
      <w:r>
        <w:t>mujhe tofeeq dijiye ke main aap se mohabbat karoon aur un insano se mohabbat karoon jo aap</w:t>
      </w:r>
    </w:p>
    <w:p>
      <w:pPr>
        <w:jc w:val="right"/>
      </w:pPr>
      <w:r>
        <w:t>مجھے توفیق دیجیے کہ میں آپ سے محبت کروں اور ان انسانوں سے محبت کروں جو آپ</w:t>
      </w:r>
    </w:p>
    <w:p>
      <w:r>
        <w:rPr>
          <w:b/>
        </w:rPr>
        <w:t xml:space="preserve">[24:05] </w:t>
      </w:r>
      <w:r>
        <w:t>se mohabbat karte hon aur aise aamal karne ki tofeeq dijiye jis ke zariye main aap ki mohabbat ko pa sakoon." yeh Rasool ki sikhlaayi hui dua hai.</w:t>
      </w:r>
    </w:p>
    <w:p>
      <w:pPr>
        <w:jc w:val="right"/>
      </w:pPr>
      <w:r>
        <w:t>سے محبت کرتے ہوں اور ایسے اعمال کرنے کی توفیق دیجیے جس کے ذریعے میں آپ کی محبت کو پا سکتی ہوں۔" یہ رسول کی سکھلائی ہوئی دعا ہے۔</w:t>
      </w:r>
    </w:p>
    <w:p>
      <w:r>
        <w:rPr>
          <w:b/>
        </w:rPr>
        <w:t xml:space="preserve">[24:18] </w:t>
      </w:r>
      <w:r>
        <w:t>yaqeenan Maulana sahab in insano mein se hain jo Allah se be-panah mohabbat rakhte hain. is liye hum bhi Allah ki mohabbat mein Maulana se mohabbat rakhte hain.</w:t>
      </w:r>
    </w:p>
    <w:p>
      <w:pPr>
        <w:jc w:val="right"/>
      </w:pPr>
      <w:r>
        <w:t>یقیناً مولانا صاحب ان انسانوں میں سے ہیں جو اللہ سے بے پناہ محبت رکھتے ہیں۔ اس لیے ہم بھی اللہ کی محبت میں مولانا سے محبت رکھتے ہیں۔</w:t>
      </w:r>
    </w:p>
    <w:p>
      <w:r>
        <w:rPr>
          <w:b/>
        </w:rPr>
        <w:t xml:space="preserve">[24:32] </w:t>
      </w:r>
      <w:r>
        <w:t>hamari aap se mohabbat na to andhi aqeedat</w:t>
      </w:r>
    </w:p>
    <w:p>
      <w:pPr>
        <w:jc w:val="right"/>
      </w:pPr>
      <w:r>
        <w:t>ہماری آپ سے محبت نہ تو اندھی عقیدت</w:t>
      </w:r>
    </w:p>
    <w:p>
      <w:r>
        <w:rPr>
          <w:b/>
        </w:rPr>
        <w:t xml:space="preserve">[24:35] </w:t>
      </w:r>
      <w:r>
        <w:t>hai aur na hi takhleeq mein hai. wa akhiru da'wana anil hamdu lillahi rabbil alameen.</w:t>
      </w:r>
    </w:p>
    <w:p>
      <w:pPr>
        <w:jc w:val="right"/>
      </w:pPr>
      <w:r>
        <w:t>ہے اور نہ ہی تخلیق میں ہے۔ واخر دعوانا ان الحمدللہ رب العالمین۔</w:t>
      </w:r>
    </w:p>
    <w:p>
      <w:r>
        <w:rPr>
          <w:b/>
        </w:rPr>
        <w:t xml:space="preserve">[24:44] </w:t>
      </w:r>
      <w:r>
        <w:t>Assalamu Alaikum.</w:t>
      </w:r>
    </w:p>
    <w:p>
      <w:pPr>
        <w:jc w:val="right"/>
      </w:pPr>
      <w:r>
        <w:t>السلام علیکم۔</w:t>
      </w:r>
    </w:p>
    <w:p>
      <w:r>
        <w:rPr>
          <w:b/>
        </w:rPr>
        <w:t xml:space="preserve">[24:53] </w:t>
      </w:r>
      <w:r>
        <w:t>Jazak Allah.</w:t>
      </w:r>
    </w:p>
    <w:p>
      <w:pPr>
        <w:jc w:val="right"/>
      </w:pPr>
      <w:r>
        <w:t>جزاک اللہ۔</w:t>
      </w:r>
    </w:p>
    <w:p>
      <w:r>
        <w:rPr>
          <w:b/>
        </w:rPr>
        <w:t xml:space="preserve">[24:59] </w:t>
      </w:r>
      <w:r>
        <w:t>aaj ke talk ke related kisi ka koi question hai to woh mujhe whatsapp karen ya facebook ke comment section mein daal dein jis ka answer next section mein sara dein gi.</w:t>
      </w:r>
    </w:p>
    <w:p>
      <w:pPr>
        <w:jc w:val="right"/>
      </w:pPr>
      <w:r>
        <w:t>آج کے ٹاک کے ریلیٹڈ کسی کا کوئی کوئسچن ہے تو وہ مجھے واٹس ایپ کریں یا فیس بک کے کمنٹ سیکشن میں ڈال دیں جس کا انسر نیکسٹ سیکشن میں سارہ دیں گی۔</w:t>
      </w:r>
    </w:p>
    <w:p>
      <w:r>
        <w:rPr>
          <w:b/>
        </w:rPr>
        <w:t xml:space="preserve">[25:13] </w:t>
      </w:r>
      <w:r>
        <w:t>ab pichli class ke do question hain jinka jawab diya jayega.</w:t>
      </w:r>
    </w:p>
    <w:p>
      <w:pPr>
        <w:jc w:val="right"/>
      </w:pPr>
      <w:r>
        <w:t>اب پچھلی کلاس کے دو کوئسچن ہیں جن کا جواب دیا جائے گا۔</w:t>
      </w:r>
    </w:p>
    <w:p>
      <w:r>
        <w:rPr>
          <w:b/>
        </w:rPr>
        <w:t xml:space="preserve">[25:18] </w:t>
      </w:r>
      <w:r>
        <w:t>Jazak Allah. Kolkata se brother Aftab Alam ka sawal tha: "From the class about the dua, it is my learning that attachment to Almighty God is necessary.</w:t>
      </w:r>
    </w:p>
    <w:p>
      <w:pPr>
        <w:jc w:val="right"/>
      </w:pPr>
      <w:r>
        <w:t>جزاک اللہ۔ کلکتہ سے برادر افتاب عالم کا سوال تھا: "فرام دا کلاس اباؤٹ دی دعا، اٹ از مائی لرننگ دیٹ اٹیچمنٹ ٹو المائٹی گاڈ از نیسیسری۔</w:t>
      </w:r>
    </w:p>
    <w:p>
      <w:r>
        <w:rPr>
          <w:b/>
        </w:rPr>
        <w:t xml:space="preserve">[25:34] </w:t>
      </w:r>
      <w:r>
        <w:t>My question is: How can I grow such attachment to God for creative dua?"</w:t>
      </w:r>
    </w:p>
    <w:p>
      <w:pPr>
        <w:jc w:val="right"/>
      </w:pPr>
      <w:r>
        <w:t>مائی کوئسچن از: ہاؤ کین ائی گرو سچ اٹیچمنٹ ٹو گاڈ فار کریٹیو دعا؟"</w:t>
      </w:r>
    </w:p>
    <w:p>
      <w:r>
        <w:rPr>
          <w:b/>
        </w:rPr>
        <w:t xml:space="preserve">[25:41] </w:t>
      </w:r>
      <w:r>
        <w:t>dekhiye, insaan ek intehai aajiz makhlooq hai aur har choti ya badi zaroorat ke liye Khuda ka mohtaaj hai. jab zarooraton ki fehrist khatam nahi ho sakti to duaon ka silsila bhi khatam nahi hota.</w:t>
      </w:r>
    </w:p>
    <w:p>
      <w:pPr>
        <w:jc w:val="right"/>
      </w:pPr>
      <w:r>
        <w:t>دیکھیے، انسان ایک انتہائی عاجز مخلوق ہے اور ہر چھوٹی یا بڑی ضرورت کے لیے خدا کا محتاج ہے۔ جب ضرورتوں کی فہرست ختم نہیں ہو سکتی تو دعاؤں کا سلسلہ بھی ختم نہیں ہوتا۔</w:t>
      </w:r>
    </w:p>
    <w:p>
      <w:r>
        <w:rPr>
          <w:b/>
        </w:rPr>
        <w:t xml:space="preserve">[25:57] </w:t>
      </w:r>
      <w:r>
        <w:t>to musalsal duaon se</w:t>
      </w:r>
    </w:p>
    <w:p>
      <w:pPr>
        <w:jc w:val="right"/>
      </w:pPr>
      <w:r>
        <w:t>تو مسلسل دعاؤں سے</w:t>
      </w:r>
    </w:p>
    <w:p>
      <w:r>
        <w:rPr>
          <w:b/>
        </w:rPr>
        <w:t xml:space="preserve">[26:00] </w:t>
      </w:r>
      <w:r>
        <w:t>insaan ka musalsal Allah se ta'alluq bana rehta hai. yeh baat wazeh rahe ke Allah se ta'alluq paida kar ke phir dua karna hai, aisa nahi hai balke dua karne ke amal se Allah se ta'alluq bana rehta hai.</w:t>
      </w:r>
    </w:p>
    <w:p>
      <w:pPr>
        <w:jc w:val="right"/>
      </w:pPr>
      <w:r>
        <w:t>انسان کا مسلسل اللہ سے تعلق بنا رہتا ہے۔ یہ بات واضح رہے کہ اللہ سے تعلق پیدا کر کے پھر دعا کرنا ہے، ایسا نہیں ہے بلکہ دعا کرنے کے عمل سے اللہ سے تعلق بنا رہتا ہے۔</w:t>
      </w:r>
    </w:p>
    <w:p>
      <w:r>
        <w:rPr>
          <w:b/>
        </w:rPr>
        <w:t xml:space="preserve">[26:18] </w:t>
      </w:r>
      <w:r>
        <w:t>is liye hamein bohat zyada dua karne wale ban jana chahiye. doosra sawal ek interfaith program mein poocha gaya tha.</w:t>
      </w:r>
    </w:p>
    <w:p>
      <w:pPr>
        <w:jc w:val="right"/>
      </w:pPr>
      <w:r>
        <w:t>اس لیے ہمیں بہت زیادہ دعا کرنے والے بن جانا چاہیے۔ دوسرا سوال ایک انٹرفیتھ پروگرام میں پوچھا گیا تھا۔</w:t>
      </w:r>
    </w:p>
    <w:p>
      <w:r>
        <w:rPr>
          <w:b/>
        </w:rPr>
        <w:t xml:space="preserve">[26:31] </w:t>
      </w:r>
      <w:r>
        <w:t>Christianity mein prayer towers ka concept hai jis mein</w:t>
      </w:r>
    </w:p>
    <w:p>
      <w:pPr>
        <w:jc w:val="right"/>
      </w:pPr>
      <w:r>
        <w:t>کرسچینٹی میں پریئر ٹاورز کا کانسیپٹ ہے جس میں</w:t>
      </w:r>
    </w:p>
    <w:p>
      <w:r>
        <w:rPr>
          <w:b/>
        </w:rPr>
        <w:t xml:space="preserve">[26:36] </w:t>
      </w:r>
      <w:r>
        <w:t>free prayer request bhejte hain log email ke zariye ya phone ya khatoot ke zariye. kuch priests ka yahi makhsoos kaam hai ke woh yeh request ko parhein aur dua karein un ke liye.</w:t>
      </w:r>
    </w:p>
    <w:p>
      <w:pPr>
        <w:jc w:val="right"/>
      </w:pPr>
      <w:r>
        <w:t>فری پریئر ریکویسٹ بھیجتے ہیں لوگ ای میل کے ذریعے یا فون یا خطوط کے ذریعے۔ کچھ پریسٹس کا یہی مخصوص کام ہے کہ وہ یہ ریکویسٹ کو پڑھیں اور دعا کریں ان کے لیے۔</w:t>
      </w:r>
    </w:p>
    <w:p>
      <w:r>
        <w:rPr>
          <w:b/>
        </w:rPr>
        <w:t xml:space="preserve">[26:51] </w:t>
      </w:r>
      <w:r>
        <w:t>toh in ka mere se sawal tha ke kya Islam mein kuch aisa hai?</w:t>
      </w:r>
    </w:p>
    <w:p>
      <w:pPr>
        <w:jc w:val="right"/>
      </w:pPr>
      <w:r>
        <w:t>تو ان کا میرے سے سوال تھا کہ کیا اسلام میں کچھ ایسا ہے؟</w:t>
      </w:r>
    </w:p>
    <w:p>
      <w:r>
        <w:rPr>
          <w:b/>
        </w:rPr>
        <w:t xml:space="preserve">[26:57] </w:t>
      </w:r>
      <w:r>
        <w:t>maine kaha ke hai lekin ek farq ke sath. woh yeh ke yeh intezam Allah ne farishton ke zariye kiya hai.</w:t>
      </w:r>
    </w:p>
    <w:p>
      <w:pPr>
        <w:jc w:val="right"/>
      </w:pPr>
      <w:r>
        <w:t>میں نے کہا کہ ہے لیکن ایک فرق کے ساتھ۔ وہ یہ کہ یہ انتظام اللہ نے فرشتوں کے ذریعے کیا ہے۔</w:t>
      </w:r>
    </w:p>
    <w:p>
      <w:r>
        <w:rPr>
          <w:b/>
        </w:rPr>
        <w:t xml:space="preserve">[27:07] </w:t>
      </w:r>
      <w:r>
        <w:t>surah momin chapter forty verses seven to nine: "jo arsh ko uthaye hue hain aur jo is ke ird gird hain, woh apne rab ki tasbeeh karte hain</w:t>
      </w:r>
    </w:p>
    <w:p>
      <w:pPr>
        <w:jc w:val="right"/>
      </w:pPr>
      <w:r>
        <w:t>سورہ مومن چیپٹر فورٹی ورسز سیون ٹو نائن: "جو عرش کو اٹھائے ہوئے ہیں اور جو اس کے ارد گرد ہیں، وہ اپنے رب کی تسبیح کرتے ہیں</w:t>
      </w:r>
    </w:p>
    <w:p>
      <w:r>
        <w:rPr>
          <w:b/>
        </w:rPr>
        <w:t xml:space="preserve">[27:20] </w:t>
      </w:r>
      <w:r>
        <w:t>is ki hamd ke sath aur woh is par iman rakhte hain aur woh iman walon ke liye maghfirat ki dua karte hain.</w:t>
      </w:r>
    </w:p>
    <w:p>
      <w:pPr>
        <w:jc w:val="right"/>
      </w:pPr>
      <w:r>
        <w:t>اس کی حمد کے ساتھ اور وہ اس پر ایمان رکھتے ہیں اور وہ ایمان والوں کے لیے مغفرت کی دعا کرتے ہیں۔</w:t>
      </w:r>
    </w:p>
    <w:p>
      <w:r>
        <w:rPr>
          <w:b/>
        </w:rPr>
        <w:t xml:space="preserve">[27:29] </w:t>
      </w:r>
      <w:r>
        <w:t>ae hamare rab! teri rehmat aur tera ilm har cheez ka ahata kiye hue hai. pas tu maaf kar de un logon ko jo tauba karein aur tere raste ki pairwi karein aur tu un ko jahannum ke azab se bacha, ae hamare rab!</w:t>
      </w:r>
    </w:p>
    <w:p>
      <w:pPr>
        <w:jc w:val="right"/>
      </w:pPr>
      <w:r>
        <w:t>اے ہمارے رب! تیری رحمت اور تیرا علم ہر چیز کا احاطہ کیے ہوئے ہے۔ پس تو معاف کر دے ان لوگوں کو جو توبہ کریں اور تیرے راستے کی پیروی کریں اور تو ان کو جہنم کے عذاب سے بچا، اے ہمارے رب!</w:t>
      </w:r>
    </w:p>
    <w:p>
      <w:r>
        <w:rPr>
          <w:b/>
        </w:rPr>
        <w:t xml:space="preserve">[27:47] </w:t>
      </w:r>
      <w:r>
        <w:t>aur tu un ko hamesha rehne wale baghon mein dakhil</w:t>
      </w:r>
    </w:p>
    <w:p>
      <w:pPr>
        <w:jc w:val="right"/>
      </w:pPr>
      <w:r>
        <w:t>اور تو ان کو ہمیشہ رہنے والے باغوں میں داخل</w:t>
      </w:r>
    </w:p>
    <w:p>
      <w:r>
        <w:rPr>
          <w:b/>
        </w:rPr>
        <w:t xml:space="preserve">[27:50] </w:t>
      </w:r>
      <w:r>
        <w:t>kar jin ka tu ne un se wada kiya hai aur un ko bhi jo saleh hon, un ke waldein aur un ki biwiyon aur un ki aulad mein se.</w:t>
      </w:r>
    </w:p>
    <w:p>
      <w:pPr>
        <w:jc w:val="right"/>
      </w:pPr>
      <w:r>
        <w:t>کر جن کا تو نے ان سے وعدہ کیا ہے اور ان کو بھی جو صالح ہوں، ان کے والدین اور ان کی بیویوں اور ان کی اولاد میں سے۔</w:t>
      </w:r>
    </w:p>
    <w:p>
      <w:r>
        <w:rPr>
          <w:b/>
        </w:rPr>
        <w:t xml:space="preserve">[28:01] </w:t>
      </w:r>
      <w:r>
        <w:t>beshak tu zabardast hai, hikmat wala hai aur un ko buraiyon se bacha le aur jin ko tu ne is din buraiyon se bachaya to un par tu ne reham kiya aur yahi bari kamyabi hai.</w:t>
      </w:r>
    </w:p>
    <w:p>
      <w:pPr>
        <w:jc w:val="right"/>
      </w:pPr>
      <w:r>
        <w:t>بے شک تو زبردست ہے، حکمت والا ہے اور ان کو برائیوں سے بچا لے اور جن کو تو نے اس دن برائیوں سے بچایا تو ان پر تو نے رحم کیا اور یہی بڑی کامیابی ہے۔</w:t>
      </w:r>
    </w:p>
    <w:p>
      <w:r>
        <w:rPr>
          <w:b/>
        </w:rPr>
        <w:t xml:space="preserve">[28:14] </w:t>
      </w:r>
      <w:r>
        <w:t>Allah ne hamare liye farishton se yeh intezam kar ke hamari mehnaton ka rukh is taraf phera hai ke hum aise aamal ki mehnat karein jo hamein farishton ki duaon ka mustahiq banate hain.</w:t>
      </w:r>
    </w:p>
    <w:p>
      <w:pPr>
        <w:jc w:val="right"/>
      </w:pPr>
      <w:r>
        <w:t>اللہ نے ہمارے لیے فرشتوں سے یہ انتظام کر کے ہماری محنتوں کا رخ اس طرف پھیرا ہے کہ ہم ایسے اعمال کی محنت کریں جو ہمیں فرشتوں کی دعاؤں کا مستحق بناتے ہیں۔</w:t>
      </w:r>
    </w:p>
    <w:p>
      <w:r>
        <w:rPr>
          <w:b/>
        </w:rPr>
        <w:t xml:space="preserve">[28:31] </w:t>
      </w:r>
      <w:r>
        <w:t>farishton ki duaon ke sath sath hamein un insanon ki duaen bhi lagti hain jin ke sath hum bhalai karte hain aur woh hamein duaen dete hain.</w:t>
      </w:r>
    </w:p>
    <w:p>
      <w:pPr>
        <w:jc w:val="right"/>
      </w:pPr>
      <w:r>
        <w:t>فرشتوں کی دعاؤں کے ساتھ ساتھ ہمیں ان انسانوں کی دعائیں بھی لگتی ہیں جن کے ساتھ ہم بھلائی کرتے ہیں اور وہ ہمیں دعائیں دیتے ہیں۔</w:t>
      </w:r>
    </w:p>
    <w:p>
      <w:r>
        <w:rPr>
          <w:b/>
        </w:rPr>
        <w:t xml:space="preserve">[28:41] </w:t>
      </w:r>
      <w:r>
        <w:t>kaisa intezam hai rehman o raheem Allah ka hamare liye</w:t>
      </w:r>
    </w:p>
    <w:p>
      <w:pPr>
        <w:jc w:val="right"/>
      </w:pPr>
      <w:r>
        <w:t>کیسا انتظام ہے رحمان و رحیم اللہ کا ہمارے لیے</w:t>
      </w:r>
    </w:p>
    <w:p>
      <w:r>
        <w:rPr>
          <w:b/>
        </w:rPr>
        <w:t xml:space="preserve">[28:46] </w:t>
      </w:r>
      <w:r>
        <w:t>? jazak Allah. over to you faheeda. jazak Allah everyone. assalam o alaikum.</w:t>
      </w:r>
    </w:p>
    <w:p>
      <w:pPr>
        <w:jc w:val="right"/>
      </w:pPr>
      <w:r>
        <w:t>؟ جزاک اللہ۔ اوور ٹو یو فہمیدہ۔ جزاک اللہ ایوری ون۔ السلام علیکم۔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