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24 Al-Nur (Light) - Maulana Wahiduddin Khan</w:t>
      </w:r>
    </w:p>
    <w:p>
      <w:r>
        <w:t>https://www.youtube.com/watch?v=ttBKiAnZs4k</w:t>
      </w:r>
    </w:p>
    <w:p>
      <w:r>
        <w:rPr>
          <w:b/>
        </w:rPr>
        <w:t xml:space="preserve">[00:01] </w:t>
      </w:r>
      <w:r>
        <w:t>bismillah ir rahman ir raheem. sura anzalnaaha wa faradnaaha wa anzalna fiha ayatin bayyinaatin la allakum tadhakkaroon.</w:t>
      </w:r>
    </w:p>
    <w:p>
      <w:pPr>
        <w:jc w:val="right"/>
      </w:pPr>
      <w:r>
        <w:t>بسم الله الرحمن الرحيم. سورة أنزلناها وفرضناها وأنزلنا فيها آيات بينات لعلكم تذكرون.</w:t>
      </w:r>
    </w:p>
    <w:p>
      <w:r>
        <w:rPr>
          <w:b/>
        </w:rPr>
        <w:t xml:space="preserve">[00:23] </w:t>
      </w:r>
      <w:r>
        <w:t>az zaniyyatu waz zani fajlidoo kulla wahidin minhum miata jaldatin wa la ta khudhukuma bihimara fatun.</w:t>
      </w:r>
    </w:p>
    <w:p>
      <w:pPr>
        <w:jc w:val="right"/>
      </w:pPr>
      <w:r>
        <w:t>الزانية والزاني فاجردوا كل واحد منهما مئة جلدة ولا تأخذكم بهما رأفة.</w:t>
      </w:r>
    </w:p>
    <w:p>
      <w:r>
        <w:rPr>
          <w:b/>
        </w:rPr>
        <w:t xml:space="preserve">[00:35] </w:t>
      </w:r>
      <w:r>
        <w:t>wa la ta khudhukuma bihimara fatun fi deenillahi in kuntum tu'minoona billahi wal yawmil akhir wa la yashhad azabuhuma.</w:t>
      </w:r>
    </w:p>
    <w:p>
      <w:pPr>
        <w:jc w:val="right"/>
      </w:pPr>
      <w:r>
        <w:t>ولا تأخذكم بهما رأفة في دين الله إن كنتم تؤمنون بالله واليوم الآخر وليشهد عذابهما.</w:t>
      </w:r>
    </w:p>
    <w:p>
      <w:r>
        <w:rPr>
          <w:b/>
        </w:rPr>
        <w:t xml:space="preserve">[00:52] </w:t>
      </w:r>
      <w:r>
        <w:t>wa la yashhad azabuhuma</w:t>
      </w:r>
    </w:p>
    <w:p>
      <w:pPr>
        <w:jc w:val="right"/>
      </w:pPr>
      <w:r>
        <w:t>وليشهد عذابهما</w:t>
      </w:r>
    </w:p>
    <w:p>
      <w:r>
        <w:rPr>
          <w:b/>
        </w:rPr>
        <w:t xml:space="preserve">[00:54] </w:t>
      </w:r>
      <w:r>
        <w:t>taifatun minal mu'mineen. az zani la yankahu illa zaniyyatun aw mushrikah. waz zaniyyatu la yankahu illa zaniyun aw mushrik.</w:t>
      </w:r>
    </w:p>
    <w:p>
      <w:pPr>
        <w:jc w:val="right"/>
      </w:pPr>
      <w:r>
        <w:t>طائفة من المؤمنين. الزاني لا ينكح إلا زانية أو مشركة والزانية لا ينكحها إلا زان أو مشرك.</w:t>
      </w:r>
    </w:p>
    <w:p>
      <w:r>
        <w:rPr>
          <w:b/>
        </w:rPr>
        <w:t xml:space="preserve">[01:17] </w:t>
      </w:r>
      <w:r>
        <w:t>wa harrama zhalika alal mu'mineen.</w:t>
      </w:r>
    </w:p>
    <w:p>
      <w:pPr>
        <w:jc w:val="right"/>
      </w:pPr>
      <w:r>
        <w:t>وحرم ذلك على المؤمنين.</w:t>
      </w:r>
    </w:p>
    <w:p>
      <w:r>
        <w:rPr>
          <w:b/>
        </w:rPr>
        <w:t xml:space="preserve">[01:24] </w:t>
      </w:r>
      <w:r>
        <w:t>shuru Allah ke naam se jo bara meherban, nihayat reham wala hai.</w:t>
      </w:r>
    </w:p>
    <w:p>
      <w:pPr>
        <w:jc w:val="right"/>
      </w:pPr>
      <w:r>
        <w:t>شروع اللہ کے نام سے جو بڑا مہربان، نہایت رحم والا ہے۔</w:t>
      </w:r>
    </w:p>
    <w:p>
      <w:r>
        <w:rPr>
          <w:b/>
        </w:rPr>
        <w:t xml:space="preserve">[01:32] </w:t>
      </w:r>
      <w:r>
        <w:t>yeh ek surah hai jis ko hum ne utara hai, aur us ko hum ne farz kiya hai, aur is mein hum ne saaf saaf ayatein utari hain.</w:t>
      </w:r>
    </w:p>
    <w:p>
      <w:pPr>
        <w:jc w:val="right"/>
      </w:pPr>
      <w:r>
        <w:t>یہ ایک سورہ ہے جس کو ہم نے اتارا ہے، اور اس کو ہم نے فرض کیا ہے، اور اس میں ہم نے صاف صاف آیتیں اتاری ہیں۔</w:t>
      </w:r>
    </w:p>
    <w:p>
      <w:r>
        <w:rPr>
          <w:b/>
        </w:rPr>
        <w:t xml:space="preserve">[01:46] </w:t>
      </w:r>
      <w:r>
        <w:t>zani aurat aur zani mard</w:t>
      </w:r>
    </w:p>
    <w:p>
      <w:pPr>
        <w:jc w:val="right"/>
      </w:pPr>
      <w:r>
        <w:t>زانی عورت اور زانی مرد</w:t>
      </w:r>
    </w:p>
    <w:p>
      <w:r>
        <w:rPr>
          <w:b/>
        </w:rPr>
        <w:t xml:space="preserve">[01:49] </w:t>
      </w:r>
      <w:r>
        <w:t>donon mein se har ek ko sau kode maro, aur tum ko un donon par Allah ke deen ke muamle mein reham na aana chahiye agar tum Allah par aur aakhirat ke din par imaan rakhte ho.</w:t>
      </w:r>
    </w:p>
    <w:p>
      <w:pPr>
        <w:jc w:val="right"/>
      </w:pPr>
      <w:r>
        <w:t>دونوں میں سے ہر ایک کو سو کوڑے مارو، اور تم کو ان دونوں پر اللہ کے دین کے معاملے میں رحم نہ آنا چاہیے اگر تم اللہ پر اور آخرت کے دن پر ایمان رکھتے ہو۔</w:t>
      </w:r>
    </w:p>
    <w:p>
      <w:r>
        <w:rPr>
          <w:b/>
        </w:rPr>
        <w:t xml:space="preserve">[02:10] </w:t>
      </w:r>
      <w:r>
        <w:t>aur chahiye ke donon ki saza ke waqt musalmanon ka ek giroh maujood rahe. zani nikah na kare magar zania ke sath ya mushrikah ke sath,</w:t>
      </w:r>
    </w:p>
    <w:p>
      <w:pPr>
        <w:jc w:val="right"/>
      </w:pPr>
      <w:r>
        <w:t>اور چاہیے کہ دونوں کی سزا کے وقت مسلمانوں کا ایک گروہ موجود رہے۔ زانی نکاح نہ کرے مگر زانیہ کے ساتھ یا مشرکہ کے ساتھ،</w:t>
      </w:r>
    </w:p>
    <w:p>
      <w:r>
        <w:rPr>
          <w:b/>
        </w:rPr>
        <w:t xml:space="preserve">[02:25] </w:t>
      </w:r>
      <w:r>
        <w:t>aur zania ke sath nikah na kare magar</w:t>
      </w:r>
    </w:p>
    <w:p>
      <w:pPr>
        <w:jc w:val="right"/>
      </w:pPr>
      <w:r>
        <w:t>اور زانیہ کے ساتھ نکاح نہ کرے مگر</w:t>
      </w:r>
    </w:p>
    <w:p>
      <w:r>
        <w:rPr>
          <w:b/>
        </w:rPr>
        <w:t xml:space="preserve">[02:29] </w:t>
      </w:r>
      <w:r>
        <w:t>zani ya mushrik. aur yeh haram kar diya gaya ahle imaan par.</w:t>
      </w:r>
    </w:p>
    <w:p>
      <w:pPr>
        <w:jc w:val="right"/>
      </w:pPr>
      <w:r>
        <w:t>زانی یا مشرک۔ اور یہ حرام کر دیا گیا اہل ایمان پر۔</w:t>
      </w:r>
    </w:p>
    <w:p>
      <w:r>
        <w:rPr>
          <w:b/>
        </w:rPr>
        <w:t xml:space="preserve">[02:38] </w:t>
      </w:r>
      <w:r>
        <w:t>tashreeh: surah noor ghazwa bin mushtaliq ke baad san chhe hijri mein nazil hui.</w:t>
      </w:r>
    </w:p>
    <w:p>
      <w:pPr>
        <w:jc w:val="right"/>
      </w:pPr>
      <w:r>
        <w:t>تشریح: سورہ نور غزوہ بن المشتلق کے بعد سن چھ ہجری میں نازل ہوئی۔</w:t>
      </w:r>
    </w:p>
    <w:p>
      <w:r>
        <w:rPr>
          <w:b/>
        </w:rPr>
        <w:t xml:space="preserve">[02:48] </w:t>
      </w:r>
      <w:r>
        <w:t>is ghazwa mein ek mamooli waqea pesh aaya, us ko shosha bana kar madine ke munafiqeen ne</w:t>
      </w:r>
    </w:p>
    <w:p>
      <w:pPr>
        <w:jc w:val="right"/>
      </w:pPr>
      <w:r>
        <w:t>اس غزوہ میں ایک معمولی واقعہ پیش آیا، اس کو شوشہ بنا کر مدینے کے منافقین نے</w:t>
      </w:r>
    </w:p>
    <w:p>
      <w:r>
        <w:rPr>
          <w:b/>
        </w:rPr>
        <w:t xml:space="preserve">[02:56] </w:t>
      </w:r>
      <w:r>
        <w:t>hazrat aisha aur rasool Allah sal Allah alaihi wasallam ko badnaam karna shuru kiya. is surah mein ek taraf Hazrat Aisha ki kamil bar'at kar di gayi, aur doosri taraf</w:t>
      </w:r>
    </w:p>
    <w:p>
      <w:pPr>
        <w:jc w:val="right"/>
      </w:pPr>
      <w:r>
        <w:t>حضرت عائشہ اور رسول اللہ صلی اللہ علیہ وسلم کو بدنام کرنا شروع کیا۔ اس سورہ میں ایک طرف حضرت عائشہ کی کامل برات کر دی گئی، اور دوسری طرف</w:t>
      </w:r>
    </w:p>
    <w:p>
      <w:r>
        <w:rPr>
          <w:b/>
        </w:rPr>
        <w:t xml:space="preserve">[03:12] </w:t>
      </w:r>
      <w:r>
        <w:t>woh khaas ahkam diye gaye jo mashre mein is qism ki soorat e haal pesh aane ke baad nafiz kiye jaane chahiye.</w:t>
      </w:r>
    </w:p>
    <w:p>
      <w:pPr>
        <w:jc w:val="right"/>
      </w:pPr>
      <w:r>
        <w:t>وہ خاص احکام دیے گئے جو معاشرے میں اس قسم کی صورتحال پیش آنے کے بعد نافذ کیے جانے چاہیے۔</w:t>
      </w:r>
    </w:p>
    <w:p>
      <w:r>
        <w:rPr>
          <w:b/>
        </w:rPr>
        <w:t xml:space="preserve">[03:23] </w:t>
      </w:r>
      <w:r>
        <w:t>islami qanoon mein zina be had sangin jurm hai, taham</w:t>
      </w:r>
    </w:p>
    <w:p>
      <w:pPr>
        <w:jc w:val="right"/>
      </w:pPr>
      <w:r>
        <w:t>اسلامی قانون میں زنا بے حد سنگین جرم ہے، تاہم</w:t>
      </w:r>
    </w:p>
    <w:p>
      <w:r>
        <w:rPr>
          <w:b/>
        </w:rPr>
        <w:t xml:space="preserve">[03:29] </w:t>
      </w:r>
      <w:r>
        <w:t>islami qanoon do qism ke insano mein farq karta hai: ek woh jis ke liye jaiz sanfi ta'alluq ke mawaqe maujood hon, is ke bawajood woh najaaiz sanfi ta'alluq qaa'im kare;</w:t>
      </w:r>
    </w:p>
    <w:p>
      <w:pPr>
        <w:jc w:val="right"/>
      </w:pPr>
      <w:r>
        <w:t>اسلامی قانون دو قسم کے انسانوں میں فرق کرتا ہے: ایک وہ جس کے لیے جائز صنفی تعلق کے مواقع موجود ہوں، اس کے باوجود وہ ناجائز صنفی تعلق قائم کرے؛</w:t>
      </w:r>
    </w:p>
    <w:p>
      <w:r>
        <w:rPr>
          <w:b/>
        </w:rPr>
        <w:t xml:space="preserve">[03:45] </w:t>
      </w:r>
      <w:r>
        <w:t>dusra woh jis ko abhi jaiz sanfi ta'alluq ke mawaqe haasil na hue hon.</w:t>
      </w:r>
    </w:p>
    <w:p>
      <w:pPr>
        <w:jc w:val="right"/>
      </w:pPr>
      <w:r>
        <w:t>دوسرا وہ جس کو ابھی جائز صنفی تعلق کے مواقع حاصل نہ ہوئے ہوں۔</w:t>
      </w:r>
    </w:p>
    <w:p>
      <w:r>
        <w:rPr>
          <w:b/>
        </w:rPr>
        <w:t xml:space="preserve">[03:55] </w:t>
      </w:r>
      <w:r>
        <w:t>zaani aur zaania ko sau kode maro, yeh zina qabl ehsaan ki saza hai, yaani is zaani ya zaania ki</w:t>
      </w:r>
    </w:p>
    <w:p>
      <w:pPr>
        <w:jc w:val="right"/>
      </w:pPr>
      <w:r>
        <w:t>زانی اور زانیہ کو سو کوڑے مارو، یہ زنا قبل احسان کی سزا ہے، یعنی اس زانی یا زانیہ کی</w:t>
      </w:r>
    </w:p>
    <w:p>
      <w:r>
        <w:rPr>
          <w:b/>
        </w:rPr>
        <w:t xml:space="preserve">[04:04] </w:t>
      </w:r>
      <w:r>
        <w:t>jo nikah kiye hue na hon. is ke muqable mein zina baad ehsaan, shadi shuda hone ke baad zina ka irtikab ki saza rajam hai, yaani mujrim ko pathar maar kar halak kar dena.</w:t>
      </w:r>
    </w:p>
    <w:p>
      <w:pPr>
        <w:jc w:val="right"/>
      </w:pPr>
      <w:r>
        <w:t>جو نکاح کیے ہوئے نہ ہوں۔ اس کے مقابلے میں زنا بعد احسان، شادی شدہ ہونے کے بعد زنا کا ارتکاب کی سزا رجم ہے، یعنی مجرم کو پتھر مار کر ہلاک کر دینا۔</w:t>
      </w:r>
    </w:p>
    <w:p>
      <w:r>
        <w:rPr>
          <w:b/>
        </w:rPr>
        <w:t xml:space="preserve">[04:23] </w:t>
      </w:r>
      <w:r>
        <w:t>rajam ka hukum quran al-maidah 43 mein irshadata aur hadith mein sarahatan maujood hai.</w:t>
      </w:r>
    </w:p>
    <w:p>
      <w:pPr>
        <w:jc w:val="right"/>
      </w:pPr>
      <w:r>
        <w:t>رجم کا حکم قرآن المائدہ 43 میں ارشادتا اور حدیث میں صراحتاً موجود ہے۔</w:t>
      </w:r>
    </w:p>
    <w:p>
      <w:r>
        <w:rPr>
          <w:b/>
        </w:rPr>
        <w:t xml:space="preserve">[04:35] </w:t>
      </w:r>
      <w:r>
        <w:t>awam ke samne saza dena darasal saza mein ibret ka pehlu shamil karna hai. is ka maqsad yeh hai ke haal ke mujrim ka anjaam dekh kar mustaqbil ke mujrim dar jayen aur is qism ka jurm karne se</w:t>
      </w:r>
    </w:p>
    <w:p>
      <w:pPr>
        <w:jc w:val="right"/>
      </w:pPr>
      <w:r>
        <w:t>عوام کے سامنے سزا دینا دراصل سزا میں عبرت کا پہلو شامل کرنا ہے۔ اس کا مقصد یہ ہے کہ حال کے مجرم کا انجام دیکھ کر مستقبل کے مجرم ڈر جائیں اور اس قسم کا جرم کرنے سے</w:t>
      </w:r>
    </w:p>
    <w:p>
      <w:r>
        <w:rPr>
          <w:b/>
        </w:rPr>
        <w:t xml:space="preserve">[04:52] </w:t>
      </w:r>
      <w:r>
        <w:t>baaz rahen. zaani aur zaania agar saza ke baad tauba aur islaah kar len to woh dobara aam musalmano ki tarah ho jayen ge, lekin agar woh tauba aur islaah na karen to is ke baad woh is qabil nahi rehte</w:t>
      </w:r>
    </w:p>
    <w:p>
      <w:pPr>
        <w:jc w:val="right"/>
      </w:pPr>
      <w:r>
        <w:t>باز رہیں۔ زانی اور زانیہ اگر سزا کے بعد توبہ اور اصلاح کر لیں تو وہ دوبارہ عام مسلمانوں کی طرح ہو جائیں گے، لیکن اگر وہ توبہ اور اصلاح نہ کریں تو اس کے بعد وہ اس قابل نہیں رہتے</w:t>
      </w:r>
    </w:p>
    <w:p>
      <w:r>
        <w:rPr>
          <w:b/>
        </w:rPr>
        <w:t xml:space="preserve">[05:13] </w:t>
      </w:r>
      <w:r>
        <w:t>ke islami mashre mein woh rishta aur ta'alluq ke liye qabool kiye ja saken. wal-ladheena yarmuna al-muhsanaat thumma lam ya'too bi arba'ati shuhada' fa-ajridoohum thamaaneena jalda</w:t>
      </w:r>
    </w:p>
    <w:p>
      <w:pPr>
        <w:jc w:val="right"/>
      </w:pPr>
      <w:r>
        <w:t>کہ اسلامی معاشرے میں وہ رشتہ اور تعلق کے لیے قبول کیے جا سکیں۔ والذين يرمون المحصنات ثم لم يأتوا بأربعة شهداء فاجردوهم ثمانين جلدة</w:t>
      </w:r>
    </w:p>
    <w:p>
      <w:r>
        <w:rPr>
          <w:b/>
        </w:rPr>
        <w:t xml:space="preserve">[05:33] </w:t>
      </w:r>
      <w:r>
        <w:t>wa la taqbalo lahum shahadatan abadan wa ulā'ika hum al-fasiqoon</w:t>
      </w:r>
    </w:p>
    <w:p>
      <w:pPr>
        <w:jc w:val="right"/>
      </w:pPr>
      <w:r>
        <w:t>ولا تقبلوا لهم شهادة أبداً وأولئك هم الفاسقون</w:t>
      </w:r>
    </w:p>
    <w:p>
      <w:r>
        <w:rPr>
          <w:b/>
        </w:rPr>
        <w:t xml:space="preserve">[05:46] </w:t>
      </w:r>
      <w:r>
        <w:t>illa al-ladheena taboo min ba'di dhalika wa aslihoo fa-inna Allaha ghafoorun raheem.</w:t>
      </w:r>
    </w:p>
    <w:p>
      <w:pPr>
        <w:jc w:val="right"/>
      </w:pPr>
      <w:r>
        <w:t>إلا الذين تابوا من بعد ذلك وأصلحوا فإن الله غفور رحيم.</w:t>
      </w:r>
    </w:p>
    <w:p>
      <w:r>
        <w:rPr>
          <w:b/>
        </w:rPr>
        <w:t xml:space="preserve">[05:58] </w:t>
      </w:r>
      <w:r>
        <w:t>aur jo log pak daaman auraton par aib lagayen phir chaar gawah na le ayen, un ko isi kode maro aur un ki gawahi kabhi qabool na karo, yahi log nafarman hain.</w:t>
      </w:r>
    </w:p>
    <w:p>
      <w:pPr>
        <w:jc w:val="right"/>
      </w:pPr>
      <w:r>
        <w:t>اور جو لوگ پاک دامن عورتوں پر عیب لگائیں پھر چار گواہ نہ لے آئیں، ان کو اسی کوڑے مارو اور ان کی گواہی کبھی قبول نہ کرو، یہی لوگ نافرمان ہیں۔</w:t>
      </w:r>
    </w:p>
    <w:p>
      <w:r>
        <w:rPr>
          <w:b/>
        </w:rPr>
        <w:t xml:space="preserve">[06:15] </w:t>
      </w:r>
      <w:r>
        <w:t>lekin jo log is ke baad tauba karen aur islaah kar len to Allah bakhshne wala, meherban hai.</w:t>
      </w:r>
    </w:p>
    <w:p>
      <w:pPr>
        <w:jc w:val="right"/>
      </w:pPr>
      <w:r>
        <w:t>لیکن جو لوگ اس کے بعد توبہ کریں اور اصلاح کر لیں تو اللہ بخشنے والا، مہربان ہے۔</w:t>
      </w:r>
    </w:p>
    <w:p>
      <w:r>
        <w:rPr>
          <w:b/>
        </w:rPr>
        <w:t xml:space="preserve">[06:28] </w:t>
      </w:r>
      <w:r>
        <w:t>tashreeh: zina ko shadeed jurm qarar dene ka fitri taqaza yeh hai ke kisi ghair zaani par zina ka ilzam lagana bhi shadeed jurm ho.</w:t>
      </w:r>
    </w:p>
    <w:p>
      <w:pPr>
        <w:jc w:val="right"/>
      </w:pPr>
      <w:r>
        <w:t>تشریح: زنا کو شدید جرم قرار دینے کا فطری تقاضا یہ ہے کہ کسی غیر زانی پر زنا کا الزام لگانا بھی شدید جرم ہو۔</w:t>
      </w:r>
    </w:p>
    <w:p>
      <w:r>
        <w:rPr>
          <w:b/>
        </w:rPr>
        <w:t xml:space="preserve">[06:40] </w:t>
      </w:r>
      <w:r>
        <w:t>chunaanche yeh hukum diya gaya ke jo shakhs kisi par</w:t>
      </w:r>
    </w:p>
    <w:p>
      <w:pPr>
        <w:jc w:val="right"/>
      </w:pPr>
      <w:r>
        <w:t>چنانچہ یہ حکم دیا گیا کہ جو شخص کسی پر</w:t>
      </w:r>
    </w:p>
    <w:p>
      <w:r>
        <w:rPr>
          <w:b/>
        </w:rPr>
        <w:t xml:space="preserve">[06:45] </w:t>
      </w:r>
      <w:r>
        <w:t>zina ka ilzam lagaye aur phir is ko shar'i qaide ke mutabiq sabit na kar sake, us ko isi kode mare jayen.</w:t>
      </w:r>
    </w:p>
    <w:p>
      <w:pPr>
        <w:jc w:val="right"/>
      </w:pPr>
      <w:r>
        <w:t>زنا کا الزام لگائے اور پھر اس کو شرعی قاعدے کے مطابق ثابت نہ کر سکے، اس کو اسی کوڑے مارے جائیں۔</w:t>
      </w:r>
    </w:p>
    <w:p>
      <w:r>
        <w:rPr>
          <w:b/>
        </w:rPr>
        <w:t xml:space="preserve">[06:56] </w:t>
      </w:r>
      <w:r>
        <w:t>mazeed yeh ke aise shakhs ko hamesha ke liye mardood al-shahada qarar de diya jaye,</w:t>
      </w:r>
    </w:p>
    <w:p>
      <w:pPr>
        <w:jc w:val="right"/>
      </w:pPr>
      <w:r>
        <w:t>مزید یہ کہ ایسے شخص کو ہمیشہ کے لیے مردود الشہادہ قرار دے دیا جائے،</w:t>
      </w:r>
    </w:p>
    <w:p>
      <w:r>
        <w:rPr>
          <w:b/>
        </w:rPr>
        <w:t xml:space="preserve">[07:03] </w:t>
      </w:r>
      <w:r>
        <w:t>hata ke ahnaf ke nazdeek tauba ke baad bhi is ki gawahi mu'amlat mein qabool nahi ki jayegi.</w:t>
      </w:r>
    </w:p>
    <w:p>
      <w:pPr>
        <w:jc w:val="right"/>
      </w:pPr>
      <w:r>
        <w:t>حتیٰ کہ احناف کے نزدیک توبہ کے بعد بھی اس کی گواہی معاملات میں قبول نہیں کی جائے گی۔</w:t>
      </w:r>
    </w:p>
    <w:p>
      <w:r>
        <w:rPr>
          <w:b/>
        </w:rPr>
        <w:t xml:space="preserve">[07:14] </w:t>
      </w:r>
      <w:r>
        <w:t>kisi shakhs par jhoota ilzam lagana is ko akhlaqi taur par qatl karne ki koshish hai. aise jurm par islam mein sakht sazaen muqarrar ki gayi hain, aur agar koi shakhs dunya mein saza panay se bach jaye tab bhi</w:t>
      </w:r>
    </w:p>
    <w:p>
      <w:pPr>
        <w:jc w:val="right"/>
      </w:pPr>
      <w:r>
        <w:t>کسی شخص پر جھوٹا الزام لگانا اس کو اخلاقی طور پر قتل کرنے کی کوشش ہے۔ ایسے جرم پر اسلام میں سخت سزائیں مقرر کی گئی ہیں، اور اگر کوئی شخص دنیا میں سزا پانے سے بچ جائے تب بھی</w:t>
      </w:r>
    </w:p>
    <w:p>
      <w:r>
        <w:rPr>
          <w:b/>
        </w:rPr>
        <w:t xml:space="preserve">[07:33] </w:t>
      </w:r>
      <w:r>
        <w:t>woh akhirat ki saza se baharhal nahi bach sakta, illa yeh ke woh tauba kare aur Allah se maaf'i ka talabgar ho.</w:t>
      </w:r>
    </w:p>
    <w:p>
      <w:pPr>
        <w:jc w:val="right"/>
      </w:pPr>
      <w:r>
        <w:t>وہ آخرت کی سزا سے بہرحال نہیں بچ سکتا، الا یہ کہ وہ توبہ کرے اور اللہ سے معافی کا طلب گار ہو۔</w:t>
      </w:r>
    </w:p>
    <w:p>
      <w:r>
        <w:rPr>
          <w:b/>
        </w:rPr>
        <w:t xml:space="preserve">[07:45] </w:t>
      </w:r>
      <w:r>
        <w:t>wal-ladheena yarmuna azwajahum wa lam yakun lahum shuhada'</w:t>
      </w:r>
    </w:p>
    <w:p>
      <w:pPr>
        <w:jc w:val="right"/>
      </w:pPr>
      <w:r>
        <w:t>والذين يرمون أزواجهم ولم يكن لهم شهداء</w:t>
      </w:r>
    </w:p>
    <w:p>
      <w:r>
        <w:rPr>
          <w:b/>
        </w:rPr>
        <w:t xml:space="preserve">[07:51] </w:t>
      </w:r>
      <w:r>
        <w:t>illa anfusahum fa-shahadatu ahadihim</w:t>
      </w:r>
    </w:p>
    <w:p>
      <w:pPr>
        <w:jc w:val="right"/>
      </w:pPr>
      <w:r>
        <w:t>إلا أنفسهم فشهادة أحدهم</w:t>
      </w:r>
    </w:p>
    <w:p>
      <w:r>
        <w:rPr>
          <w:b/>
        </w:rPr>
        <w:t xml:space="preserve">[08:01] </w:t>
      </w:r>
      <w:r>
        <w:t>arba'u shahadatin billahi innahu la-mina al-sadiqeen wal-khamisatu an la'nata Allahi 'alayhi in kana mina al-kadhibeen</w:t>
      </w:r>
    </w:p>
    <w:p>
      <w:pPr>
        <w:jc w:val="right"/>
      </w:pPr>
      <w:r>
        <w:t>أربع شهادات بالله إنه لمن الصادقين والخامسة أن لعنة الله عليه إن كان من الكاذبين</w:t>
      </w:r>
    </w:p>
    <w:p>
      <w:r>
        <w:rPr>
          <w:b/>
        </w:rPr>
        <w:t xml:space="preserve">[08:20] </w:t>
      </w:r>
      <w:r>
        <w:t>wa yadra'u 'anha al-'adhabu an tashhada arba'a shahadatin billahi innahu la-mina al-kadhibeen wal-khamisatu an ghadhaba Allahi 'alayha</w:t>
      </w:r>
    </w:p>
    <w:p>
      <w:pPr>
        <w:jc w:val="right"/>
      </w:pPr>
      <w:r>
        <w:t>ويدرأ عنها العذاب أن تشهد أربع شهادات بالله إنه لمن الكاذبين والخامسة أن غضب الله عليها</w:t>
      </w:r>
    </w:p>
    <w:p>
      <w:r>
        <w:rPr>
          <w:b/>
        </w:rPr>
        <w:t xml:space="preserve">[08:40] </w:t>
      </w:r>
      <w:r>
        <w:t>in kana mina al-sadiqeen wa laula fadlu Allahi 'alaykum wa ra'matuhu wa anna Allaha tawwabun hakeem.</w:t>
      </w:r>
    </w:p>
    <w:p>
      <w:pPr>
        <w:jc w:val="right"/>
      </w:pPr>
      <w:r>
        <w:t>إن كان من الصادقين ولولا فضل الله عليكم ورحمته وأن الله تواب حكيم.</w:t>
      </w:r>
    </w:p>
    <w:p>
      <w:r>
        <w:rPr>
          <w:b/>
        </w:rPr>
        <w:t xml:space="preserve">[08:56] </w:t>
      </w:r>
      <w:r>
        <w:t>aur jo log apni biwiyon par aib lagayen aur un ke pas</w:t>
      </w:r>
    </w:p>
    <w:p>
      <w:pPr>
        <w:jc w:val="right"/>
      </w:pPr>
      <w:r>
        <w:t>اور جو لوگ اپنی بیویوں پر عیب لگائیں اور ان کے پاس</w:t>
      </w:r>
    </w:p>
    <w:p>
      <w:r>
        <w:rPr>
          <w:b/>
        </w:rPr>
        <w:t xml:space="preserve">[09:01] </w:t>
      </w:r>
      <w:r>
        <w:t>un ke apne siwa aur gawah na hon to aise shakhs ki gawahi ki soorat yeh hai ke woh char baar Allah ki qasam kha kar kahe ke beshak woh sacha hai,</w:t>
      </w:r>
    </w:p>
    <w:p>
      <w:pPr>
        <w:jc w:val="right"/>
      </w:pPr>
      <w:r>
        <w:t>ان کے اپنے سوا اور گواہ نہ ہوں تو ایسے شخص کی گواہی کی صورت یہ ہے کہ وہ چار بار اللہ کی قسم کھا کر کہے کہ بے شک وہ سچا ہے،</w:t>
      </w:r>
    </w:p>
    <w:p>
      <w:r>
        <w:rPr>
          <w:b/>
        </w:rPr>
        <w:t xml:space="preserve">[09:15] </w:t>
      </w:r>
      <w:r>
        <w:t>aur panchween baar yeh kahe ke us par Allah ki lanat ho agar woh jhoota ho.</w:t>
      </w:r>
    </w:p>
    <w:p>
      <w:pPr>
        <w:jc w:val="right"/>
      </w:pPr>
      <w:r>
        <w:t>اور پانچویں بار یہ کہے کہ اس پر اللہ کی لعنت ہو اگر وہ جھوٹا ہو۔</w:t>
      </w:r>
    </w:p>
    <w:p>
      <w:r>
        <w:rPr>
          <w:b/>
        </w:rPr>
        <w:t xml:space="preserve">[09:23] </w:t>
      </w:r>
      <w:r>
        <w:t>aur aurat se saza is tarah tal jaye gi ke woh char baar Allah ki qasam kha kar kahe ke yeh shakhs jhoota hai, aur panchween baar yeh kahe ke mujh par Allah ka ghazab ho agar yeh shakhs sacha ho.</w:t>
      </w:r>
    </w:p>
    <w:p>
      <w:pPr>
        <w:jc w:val="right"/>
      </w:pPr>
      <w:r>
        <w:t>اور عورت سے سزا اس طرح ٹل جائے گی کہ وہ چار بار اللہ کی قسم کھا کر کہے کہ یہ شخص جھوٹا ہے، اور پانچویں بار یہ کہے کہ مجھ پر اللہ کا غضب ہو اگر یہ شخص سچا ہو۔</w:t>
      </w:r>
    </w:p>
    <w:p>
      <w:r>
        <w:rPr>
          <w:b/>
        </w:rPr>
        <w:t xml:space="preserve">[09:40] </w:t>
      </w:r>
      <w:r>
        <w:t>aur agar tum logon par Allah ka fazal aur us ki rehmat na hoti, aur yeh ke Allah toba qabool karne wala, hikmat wala hai.</w:t>
      </w:r>
    </w:p>
    <w:p>
      <w:pPr>
        <w:jc w:val="right"/>
      </w:pPr>
      <w:r>
        <w:t>اور اگر تم لوگوں پر اللہ کا فضل اور اس کی رحمت نہ ہوتی، اور یہ کہ اللہ توبہ قبول کرنے والا، حکمت والا ہے۔</w:t>
      </w:r>
    </w:p>
    <w:p>
      <w:r>
        <w:rPr>
          <w:b/>
        </w:rPr>
        <w:t xml:space="preserve">[09:53] </w:t>
      </w:r>
      <w:r>
        <w:t>tashreeh: is silsile mein ek masla yeh hai</w:t>
      </w:r>
    </w:p>
    <w:p>
      <w:pPr>
        <w:jc w:val="right"/>
      </w:pPr>
      <w:r>
        <w:t>تشریح: اس سلسلے میں ایک مسئلہ یہ ہے</w:t>
      </w:r>
    </w:p>
    <w:p>
      <w:r>
        <w:rPr>
          <w:b/>
        </w:rPr>
        <w:t xml:space="preserve">[09:57] </w:t>
      </w:r>
      <w:r>
        <w:t>ke agar koi shakhs apni biwi par badchilni ka ilzam lagaye aur us ke paas khud apne bayan ke siwa koi aini gawah mojood na ho to is ka faisla kis tarah hoga?</w:t>
      </w:r>
    </w:p>
    <w:p>
      <w:pPr>
        <w:jc w:val="right"/>
      </w:pPr>
      <w:r>
        <w:t>کہ اگر کوئی شخص اپنی بیوی پر بدچلنی کا الزام لگائے اور اس کے پاس خود اپنے بیان کے سوا کوئی عینی گواہ موجود نہ ہو تو اس کا فیصلہ کس طرح ہوگا؟</w:t>
      </w:r>
    </w:p>
    <w:p>
      <w:r>
        <w:rPr>
          <w:b/>
        </w:rPr>
        <w:t xml:space="preserve">[10:14] </w:t>
      </w:r>
      <w:r>
        <w:t>jawab yeh hai ke is soorat mein maamle ka faisla qasam ke zariye kiya jaye ga jis ko sharai istilaah mein la'an kaha jata hai.</w:t>
      </w:r>
    </w:p>
    <w:p>
      <w:pPr>
        <w:jc w:val="right"/>
      </w:pPr>
      <w:r>
        <w:t>جواب یہ ہے کہ اس صورت میں معاملے کا فیصلہ قسم کے ذریعے کیا جائے گا جس کو شرعی اصطلاح میں لعان کہا جاتا ہے۔</w:t>
      </w:r>
    </w:p>
    <w:p>
      <w:r>
        <w:rPr>
          <w:b/>
        </w:rPr>
        <w:t xml:space="preserve">[10:27] </w:t>
      </w:r>
      <w:r>
        <w:t>agar mard muqarrar tareeqe par qasam kha le aur aurat khamosh rahe to mard ke bayan ko maan kar aurat ke oopar mazkoora saza nafiz kar di jaye gi,</w:t>
      </w:r>
    </w:p>
    <w:p>
      <w:pPr>
        <w:jc w:val="right"/>
      </w:pPr>
      <w:r>
        <w:t>اگر مرد مقرر طریقے پر قسم کھا لے اور عورت خاموش رہے تو مرد کے بیان کو مان کر عورت کے اوپر مذکورہ سزا نافذ کر دی جائے گی،</w:t>
      </w:r>
    </w:p>
    <w:p>
      <w:r>
        <w:rPr>
          <w:b/>
        </w:rPr>
        <w:t xml:space="preserve">[10:39] </w:t>
      </w:r>
      <w:r>
        <w:t>aur agar aisa ho ke aurat bhi mazkoora tareeqe par qasam kha kar kahe ke woh bay qasoor hai to phir us ko saza nahi di jaye gi, albatta is ke baad dono ke darmiyan tafreeq kara di jaye gi.</w:t>
      </w:r>
    </w:p>
    <w:p>
      <w:pPr>
        <w:jc w:val="right"/>
      </w:pPr>
      <w:r>
        <w:t>اور اگر ایسا ہو کہ عورت بھی مذکورہ طریقے پر قسم کھا کر کہے کہ وہ بے قصور ہے تو پھر اس کو سزا نہیں دی جائے گی، البتہ اس کے بعد دونوں کے درمیان تفریق کرا دی جائے گی۔</w:t>
      </w:r>
    </w:p>
    <w:p>
      <w:r>
        <w:rPr>
          <w:b/>
        </w:rPr>
        <w:t xml:space="preserve">[10:56] </w:t>
      </w:r>
      <w:r>
        <w:t>maashrat ke maamlaat be had pecheeda hote hain.</w:t>
      </w:r>
    </w:p>
    <w:p>
      <w:pPr>
        <w:jc w:val="right"/>
      </w:pPr>
      <w:r>
        <w:t>معاشرت کے معاملات بے حد پیچیدہ ہوتے ہیں۔</w:t>
      </w:r>
    </w:p>
    <w:p>
      <w:r>
        <w:rPr>
          <w:b/>
        </w:rPr>
        <w:t xml:space="preserve">[11:00] </w:t>
      </w:r>
      <w:r>
        <w:t>in maamlaat mein insaan jab qanoon saazi karta hai to woh ek pehlu ki taraf jhuk kar doosre pehlu ko majrooh kar deta hai.</w:t>
      </w:r>
    </w:p>
    <w:p>
      <w:pPr>
        <w:jc w:val="right"/>
      </w:pPr>
      <w:r>
        <w:t>ان معاملات میں انسان جب قانون سازی کرتا ہے تو وہ ایک پہلو کی طرف جھک کر دوسرے پہلو کو مجروح کر دیتا ہے۔</w:t>
      </w:r>
    </w:p>
    <w:p>
      <w:r>
        <w:rPr>
          <w:b/>
        </w:rPr>
        <w:t xml:space="preserve">[11:11] </w:t>
      </w:r>
      <w:r>
        <w:t>Khuda ke qanoon mein tamam pehluon ki kamil riayat hai.</w:t>
      </w:r>
    </w:p>
    <w:p>
      <w:pPr>
        <w:jc w:val="right"/>
      </w:pPr>
      <w:r>
        <w:t>خدا کے قانون میں تمام پہلوؤں کی کامل رعایت ہے۔</w:t>
      </w:r>
    </w:p>
    <w:p>
      <w:r>
        <w:rPr>
          <w:b/>
        </w:rPr>
        <w:t xml:space="preserve">[11:16] </w:t>
      </w:r>
      <w:r>
        <w:t>is aitbaar se Khuda ka qanoon insaan ke liye bohat bari rehmat hai. innal ladheena ja'oo bil ifki usbatun minkum</w:t>
      </w:r>
    </w:p>
    <w:p>
      <w:pPr>
        <w:jc w:val="right"/>
      </w:pPr>
      <w:r>
        <w:t>اس اعتبار سے خدا کا قانون انسان کے لیے بہت بڑی رحمت ہے۔ إن الذين جاءوا بالإفك عصبة منكم</w:t>
      </w:r>
    </w:p>
    <w:p>
      <w:r>
        <w:rPr>
          <w:b/>
        </w:rPr>
        <w:t xml:space="preserve">[11:33] </w:t>
      </w:r>
      <w:r>
        <w:t>la tahsabooho sharran lakum bal huwa khayrun lakum likulli imri'in minhum mak tasaba minal ithmi walladhee tawalla kibrahu minhum lahu 'adhabun 'adheem.</w:t>
      </w:r>
    </w:p>
    <w:p>
      <w:pPr>
        <w:jc w:val="right"/>
      </w:pPr>
      <w:r>
        <w:t>لا تحسبوه شرا لكم بل هو خير لكم لكل امرئ منهم ما اكتسب من الإثم والذي تولى كبره منهم له عذاب عظيم.</w:t>
      </w:r>
    </w:p>
    <w:p>
      <w:r>
        <w:rPr>
          <w:b/>
        </w:rPr>
        <w:t xml:space="preserve">[11:55] </w:t>
      </w:r>
      <w:r>
        <w:t>jin logon ne yeh toofan barpa kiya woh tumhare andar hi ki ek jamaat hai. tum is ko apne haq mein bura na samjho balke yeh tumhare liye behtar hai.</w:t>
      </w:r>
    </w:p>
    <w:p>
      <w:pPr>
        <w:jc w:val="right"/>
      </w:pPr>
      <w:r>
        <w:t>جن لوگوں نے یہ طوفان برپا کیا وہ تمہارے اندر ہی کی ایک جماعت ہے۔ تم اس کو اپنے حق میں برا نہ سمجھو بلکہ یہ تمہارے لیے بہتر ہے۔</w:t>
      </w:r>
    </w:p>
    <w:p>
      <w:r>
        <w:rPr>
          <w:b/>
        </w:rPr>
        <w:t xml:space="preserve">[12:09] </w:t>
      </w:r>
      <w:r>
        <w:t>un mein se har aadmi ke liye woh hai jitna us ne gunah kamaya, aur jis ne is mein sab se bara hissa liya us ke liye</w:t>
      </w:r>
    </w:p>
    <w:p>
      <w:pPr>
        <w:jc w:val="right"/>
      </w:pPr>
      <w:r>
        <w:t>ان میں سے ہر آدمی کے لیے وہ ہے جتنا اس نے گناہ کمایا، اور جس نے اس میں سب سے بڑا حصہ لیا اس کے لیے</w:t>
      </w:r>
    </w:p>
    <w:p>
      <w:r>
        <w:rPr>
          <w:b/>
        </w:rPr>
        <w:t xml:space="preserve">[12:18] </w:t>
      </w:r>
      <w:r>
        <w:t>bara azab hai. tashreeh: da'ee agar waqe'atan sachai par hai to us ke khilaf jhoote propaganda hamesha us ke haq mein mufeed sabit hote hain,</w:t>
      </w:r>
    </w:p>
    <w:p>
      <w:pPr>
        <w:jc w:val="right"/>
      </w:pPr>
      <w:r>
        <w:t>بڑا عذاب ہے۔ تشریح: داعی اگر واقعتا سچائی پر ہے تو اس کے خلاف جھوٹے پروپیگنڈے ہمیشہ اس کے حق میں مفید ثابت ہوتے ہیں،</w:t>
      </w:r>
    </w:p>
    <w:p>
      <w:r>
        <w:rPr>
          <w:b/>
        </w:rPr>
        <w:t xml:space="preserve">[12:34] </w:t>
      </w:r>
      <w:r>
        <w:t>kyun ke jhoote propaganda ki haqeeqat aakhir kar khul kar reh jati hai, aur jab haqeeqat khulti hai to ek taraf da'ee ka bar sar-e-haq hona aur zyada wazeh ho jata hai,</w:t>
      </w:r>
    </w:p>
    <w:p>
      <w:pPr>
        <w:jc w:val="right"/>
      </w:pPr>
      <w:r>
        <w:t>کیونکہ جھوٹے پروپیگنڈوں کی حقیقت آخر کار کھل کر رہتی ہے، اور جب حقیقت کھلتی ہے تو ایک طرف داعی کا برسر حق ہونا اور زیادہ واضح ہو جاتا ہے،</w:t>
      </w:r>
    </w:p>
    <w:p>
      <w:r>
        <w:rPr>
          <w:b/>
        </w:rPr>
        <w:t xml:space="preserve">[12:49] </w:t>
      </w:r>
      <w:r>
        <w:t>aur jo log is ke baray mein muzabzab thay woh is ke baad</w:t>
      </w:r>
    </w:p>
    <w:p>
      <w:pPr>
        <w:jc w:val="right"/>
      </w:pPr>
      <w:r>
        <w:t>اور جو لوگ اس کے بارے میں مذبذب تھے وہ اس کے بعد</w:t>
      </w:r>
    </w:p>
    <w:p>
      <w:r>
        <w:rPr>
          <w:b/>
        </w:rPr>
        <w:t xml:space="preserve">[12:54] </w:t>
      </w:r>
      <w:r>
        <w:t>yaqeen ke darjay tak puhanch jatay hain. woh amalan dekh letay hain ke da'ee haq ke mukhalifeen ke paas jhoote ilzam aur be buniyad itiham ke siwa aur kuch nahi.</w:t>
      </w:r>
    </w:p>
    <w:p>
      <w:pPr>
        <w:jc w:val="right"/>
      </w:pPr>
      <w:r>
        <w:t>یقین کے درجے تک پہنچ جاتے ہیں۔ وہ عملاً دیکھ لیتے ہیں کہ داعی حق کے مخالفین کے پاس جھوٹے الزام اور بے بنیاد اتہام کے سوا اور کچھ نہیں۔</w:t>
      </w:r>
    </w:p>
    <w:p>
      <w:r>
        <w:rPr>
          <w:b/>
        </w:rPr>
        <w:t xml:space="preserve">[13:10] </w:t>
      </w:r>
      <w:r>
        <w:t>hazrat ayesha ke khilaf ilzam mein sab se bara hissa lene wala mashhoor munafiq Abdullah ibn Ubayi tha. is ke liye Quran mein sakht akhrawi saza ka ailan kiya gaya,</w:t>
      </w:r>
    </w:p>
    <w:p>
      <w:pPr>
        <w:jc w:val="right"/>
      </w:pPr>
      <w:r>
        <w:t>حضرت عائشہ کے خلاف الزام میں سب سے بڑا حصہ لینے والا مشہور منافق عبداللہ ابن ابی تھا۔ اس کے لیے قرآن میں سخت اخروی سزا کا اعلان کیا گیا،</w:t>
      </w:r>
    </w:p>
    <w:p>
      <w:r>
        <w:rPr>
          <w:b/>
        </w:rPr>
        <w:t xml:space="preserve">[13:24] </w:t>
      </w:r>
      <w:r>
        <w:t>magar dunya mein us ko koi saza nahi di gayi, yahan tak ke woh apni tabai maut mar gaya.</w:t>
      </w:r>
    </w:p>
    <w:p>
      <w:pPr>
        <w:jc w:val="right"/>
      </w:pPr>
      <w:r>
        <w:t>مگر دنیا میں اس کو کوئی سزا نہیں دی گئی، یہاں تک کہ وہ اپنی طبیعی موت مر گیا۔</w:t>
      </w:r>
    </w:p>
    <w:p>
      <w:r>
        <w:rPr>
          <w:b/>
        </w:rPr>
        <w:t xml:space="preserve">[13:33] </w:t>
      </w:r>
      <w:r>
        <w:t>waqe' ke baad Hazrat Umar ne Rasool Allah (SAW) se kaha ke is shakhs ko qatl kar diya jaye. aap ne farmaya: "Ae Umar!</w:t>
      </w:r>
    </w:p>
    <w:p>
      <w:pPr>
        <w:jc w:val="right"/>
      </w:pPr>
      <w:r>
        <w:t>واقعے کے بعد حضرت عمر نے رسول اللہ صلی اللہ علیہ وسلم سے کہا کہ اس شخص کو قتل کر دیا جائے۔ آپ نے فرمایا: "اے عمر!</w:t>
      </w:r>
    </w:p>
    <w:p>
      <w:r>
        <w:rPr>
          <w:b/>
        </w:rPr>
        <w:t xml:space="preserve">[13:44] </w:t>
      </w:r>
      <w:r>
        <w:t>kya hoga jab log kahengay ke Muhammad apne sathiyon ko qatl karte hain?" is se andaza hota hai ke baaz auqat hikmat ka taqaza yeh hota hai ke baray baray mujrimon ko bhi dunya mein saza na di jaye, balke un ke maamle ko</w:t>
      </w:r>
    </w:p>
    <w:p>
      <w:pPr>
        <w:jc w:val="right"/>
      </w:pPr>
      <w:r>
        <w:t>کیا ہوگا جب لوگ کہیں گے کہ محمد اپنے ساتھیوں کو قتل کرتے ہیں؟" اس سے اندازہ ہوتا ہے کہ بعض اوقات حکمت کا تقاضا یہ ہوتا ہے کہ بڑے بڑے مجرمین کو بھی دنیا میں سزا نہ دی جائے، بلکہ ان کے معاملے کو</w:t>
      </w:r>
    </w:p>
    <w:p>
      <w:r>
        <w:rPr>
          <w:b/>
        </w:rPr>
        <w:t xml:space="preserve">[14:04] </w:t>
      </w:r>
      <w:r>
        <w:t>aakhirat ke oopar chhor diya jaye. law laa iz sami'tumooho zanna al mu'minoona wal mu'minaatu bi anfusihim khayra</w:t>
      </w:r>
    </w:p>
    <w:p>
      <w:pPr>
        <w:jc w:val="right"/>
      </w:pPr>
      <w:r>
        <w:t>آخرت کے اوپر چھوڑ دیا جائے۔ لولا إذ سمعتموه ظن المؤمنون والمؤمنات بأنفسهم خيرا</w:t>
      </w:r>
    </w:p>
    <w:p>
      <w:r>
        <w:rPr>
          <w:b/>
        </w:rPr>
        <w:t xml:space="preserve">[14:20] </w:t>
      </w:r>
      <w:r>
        <w:t>wa qalu hadha</w:t>
      </w:r>
    </w:p>
    <w:p>
      <w:pPr>
        <w:jc w:val="right"/>
      </w:pPr>
      <w:r>
        <w:t>وقالوا هذا</w:t>
      </w:r>
    </w:p>
    <w:p>
      <w:r>
        <w:rPr>
          <w:b/>
        </w:rPr>
        <w:t xml:space="preserve">[14:24] </w:t>
      </w:r>
      <w:r>
        <w:t>ikmun mubin lawla jaoo alaihi bi arba'ati shuhada' fa'idh lam ya'tu bish shuhada'</w:t>
      </w:r>
    </w:p>
    <w:p>
      <w:pPr>
        <w:jc w:val="right"/>
      </w:pPr>
      <w:r>
        <w:t>إفك مبين لولا جاءوا عليه بأربعة شهداء فإذ لم يأتوا بالشهداء</w:t>
      </w:r>
    </w:p>
    <w:p>
      <w:r>
        <w:rPr>
          <w:b/>
        </w:rPr>
        <w:t xml:space="preserve">[14:42] </w:t>
      </w:r>
      <w:r>
        <w:t>fa'ula'ika 'indallahi humul kadhibun.</w:t>
      </w:r>
    </w:p>
    <w:p>
      <w:pPr>
        <w:jc w:val="right"/>
      </w:pPr>
      <w:r>
        <w:t>فأولئك عند الله هم الكاذبون.</w:t>
      </w:r>
    </w:p>
    <w:p>
      <w:r>
        <w:rPr>
          <w:b/>
        </w:rPr>
        <w:t xml:space="preserve">[14:52] </w:t>
      </w:r>
      <w:r>
        <w:t>jab tum logon ne is ko suna to musalman mardon aur musalman auraton ne ek doosre ki babat naik guman kyon na kiya, aur kyon na kaha ke yeh khula hua buhtan hai?</w:t>
      </w:r>
    </w:p>
    <w:p>
      <w:pPr>
        <w:jc w:val="right"/>
      </w:pPr>
      <w:r>
        <w:t>جب تم لوگوں نے اس کو سنا تو مسلمان مردوں اور مسلمان عورتوں نے ایک دوسرے کی بابت نیک گمان کیوں نہ کیا، اور کیوں نہ کہا کہ یہ کھلا ہوا بہتان ہے؟</w:t>
      </w:r>
    </w:p>
    <w:p>
      <w:r>
        <w:rPr>
          <w:b/>
        </w:rPr>
        <w:t xml:space="preserve">[15:07] </w:t>
      </w:r>
      <w:r>
        <w:t>yeh log is par char gawah kyon na laye?</w:t>
      </w:r>
    </w:p>
    <w:p>
      <w:pPr>
        <w:jc w:val="right"/>
      </w:pPr>
      <w:r>
        <w:t>یہ لوگ اس پر چار گواہ کیوں نہ لائے؟</w:t>
      </w:r>
    </w:p>
    <w:p>
      <w:r>
        <w:rPr>
          <w:b/>
        </w:rPr>
        <w:t xml:space="preserve">[15:12] </w:t>
      </w:r>
      <w:r>
        <w:t>pas jab woh gawah nahi laye to Allah ke nazdeek wohi jhootay hain. Tashreeh: ek musalman par doosre musalman ka yeh haq hai ke woh is ke baray mein hamesha</w:t>
      </w:r>
    </w:p>
    <w:p>
      <w:pPr>
        <w:jc w:val="right"/>
      </w:pPr>
      <w:r>
        <w:t>پس جب وہ گواہ نہیں لائے تو اللہ کے نزدیک وہی جھوٹے ہیں۔ تشریح: ایک مسلمان پر دوسرے مسلمان کا یہ حق ہے کہ وہ اس کے بارے میں ہمیشہ</w:t>
      </w:r>
    </w:p>
    <w:p>
      <w:r>
        <w:rPr>
          <w:b/>
        </w:rPr>
        <w:t xml:space="preserve">[15:29] </w:t>
      </w:r>
      <w:r>
        <w:t>naik guman kare. Doosre ke baray mein badguman karna khud apni bad nafs ka saboot hai, aur doosre ke baray mein naik guman karna apni naik nafs ka saboot.</w:t>
      </w:r>
    </w:p>
    <w:p>
      <w:pPr>
        <w:jc w:val="right"/>
      </w:pPr>
      <w:r>
        <w:t>نیک گمان کرے۔ دوسرے کے بارے میں بدگمانی کرنا خود اپنی بد نفسی کا ثبوت ہے، اور دوسرے کے بارے میں نیک گمان کرنا اپنی نیک نفسی کا ثبوت۔</w:t>
      </w:r>
    </w:p>
    <w:p>
      <w:r>
        <w:rPr>
          <w:b/>
        </w:rPr>
        <w:t xml:space="preserve">[15:46] </w:t>
      </w:r>
      <w:r>
        <w:t>saheeh tareeqa yeh hai ke jab bhi koi shakhs kisi ke baray mein buri khabar de to foran is se saboot ka mutalba kiya jaye.</w:t>
      </w:r>
    </w:p>
    <w:p>
      <w:pPr>
        <w:jc w:val="right"/>
      </w:pPr>
      <w:r>
        <w:t>صحیح طریقہ یہ ہے کہ جب بھی کوئی شخص کسی کے بارے میں بری خبر دے تو فوراً اس سے ثبوت کا مطالبہ کیا جائے۔</w:t>
      </w:r>
    </w:p>
    <w:p>
      <w:r>
        <w:rPr>
          <w:b/>
        </w:rPr>
        <w:t xml:space="preserve">[15:56] </w:t>
      </w:r>
      <w:r>
        <w:t>jo shakhs sune woh mahaz sun kar is ko dohrane na lage, balkay woh khabar denay walay se kahe ke agar tum sachay ho to shariyat ke mutabiq gawah le aao.</w:t>
      </w:r>
    </w:p>
    <w:p>
      <w:pPr>
        <w:jc w:val="right"/>
      </w:pPr>
      <w:r>
        <w:t>جو شخص سنے وہ محض سن کر اس کو دہرانے نہ لگے، بلکہ وہ خبر دینے والے سے کہے کہ اگر تم سچے ہو تو شریعت کے مطابق گواہ لے آؤ۔</w:t>
      </w:r>
    </w:p>
    <w:p>
      <w:r>
        <w:rPr>
          <w:b/>
        </w:rPr>
        <w:t xml:space="preserve">[16:09] </w:t>
      </w:r>
      <w:r>
        <w:t>agar woh gawah le aaye to is ki baat qabil-e-lehaz ho sakti hai,</w:t>
      </w:r>
    </w:p>
    <w:p>
      <w:pPr>
        <w:jc w:val="right"/>
      </w:pPr>
      <w:r>
        <w:t>اگر وہ گواہ لے آئے تو اس کی بات قابل لحاظ ہو سکتی ہے،</w:t>
      </w:r>
    </w:p>
    <w:p>
      <w:r>
        <w:rPr>
          <w:b/>
        </w:rPr>
        <w:t xml:space="preserve">[16:15] </w:t>
      </w:r>
      <w:r>
        <w:t>aur agar woh apni baat ke haq mein gawah na laye to woh khud sab se bara mujrim hai, kyunke kisi shakhs ko bhi yeh haq nahi ke woh bila saboot kisi ke oopar aib lagane lage.</w:t>
      </w:r>
    </w:p>
    <w:p>
      <w:pPr>
        <w:jc w:val="right"/>
      </w:pPr>
      <w:r>
        <w:t>اور اگر وہ اپنی بات کے حق میں گواہ نہ لائے تو وہ خود سب سے بڑا مجرم ہے، کیونکہ کسی شخص کو بھی یہ حق نہیں کہ وہ بلا ثبوت کسی کے اوپر عیب لگانے لگے۔</w:t>
      </w:r>
    </w:p>
    <w:p>
      <w:r>
        <w:rPr>
          <w:b/>
        </w:rPr>
        <w:t xml:space="preserve">[16:31] </w:t>
      </w:r>
      <w:r>
        <w:t>walawla fadlullahi 'alaikum wa rahmatuhu fid dunya wal akhirati lamasakum fima</w:t>
      </w:r>
    </w:p>
    <w:p>
      <w:pPr>
        <w:jc w:val="right"/>
      </w:pPr>
      <w:r>
        <w:t>ولولا فضل الله عليكم ورحمته في الدنيا والآخرة لمسكم فيما</w:t>
      </w:r>
    </w:p>
    <w:p>
      <w:r>
        <w:rPr>
          <w:b/>
        </w:rPr>
        <w:t xml:space="preserve">[16:41] </w:t>
      </w:r>
      <w:r>
        <w:t>afadtum fihi 'adhabun 'azhim idh talqoonahu bi alsinatikum wa taqooloona bi afwahikum ma laysa lakum bihi 'ilmun wa tahsaboonahu hayyinana</w:t>
      </w:r>
    </w:p>
    <w:p>
      <w:pPr>
        <w:jc w:val="right"/>
      </w:pPr>
      <w:r>
        <w:t>أفضتم فيه عذاب عظيم إذ تلقونه بألسنتكم وتقولون بأفواهكم ما ليس لكم به علم وتحسبونه هينا</w:t>
      </w:r>
    </w:p>
    <w:p>
      <w:r>
        <w:rPr>
          <w:b/>
        </w:rPr>
        <w:t xml:space="preserve">[17:04] </w:t>
      </w:r>
      <w:r>
        <w:t>wa huwa 'indallahi 'azhim</w:t>
      </w:r>
    </w:p>
    <w:p>
      <w:pPr>
        <w:jc w:val="right"/>
      </w:pPr>
      <w:r>
        <w:t>وهو عند الله عظيم</w:t>
      </w:r>
    </w:p>
    <w:p>
      <w:r>
        <w:rPr>
          <w:b/>
        </w:rPr>
        <w:t xml:space="preserve">[17:10] </w:t>
      </w:r>
      <w:r>
        <w:t>walawla idh sami'tumuhu qultum ma yakoonu lana an natakallama bi hadha subhanaka hadha buhtanun 'azhim yu'azhukumullahu</w:t>
      </w:r>
    </w:p>
    <w:p>
      <w:pPr>
        <w:jc w:val="right"/>
      </w:pPr>
      <w:r>
        <w:t>ولولا إذ سمعتموه قلتم ما يكون لنا أن نتكلم بهذا سبحانك هذا بهتان عظيم يعظكم الله</w:t>
      </w:r>
    </w:p>
    <w:p>
      <w:r>
        <w:rPr>
          <w:b/>
        </w:rPr>
        <w:t xml:space="preserve">[17:30] </w:t>
      </w:r>
      <w:r>
        <w:t>an ta'oodoo limithlihi abadan inkuntum mu'mineen wa yubayyinullahu lakum al-ayat</w:t>
      </w:r>
    </w:p>
    <w:p>
      <w:pPr>
        <w:jc w:val="right"/>
      </w:pPr>
      <w:r>
        <w:t>أن تعودوا لمثله أبدا إن كنتم مؤمنين ويبين الله لكم الآيات</w:t>
      </w:r>
    </w:p>
    <w:p>
      <w:r>
        <w:rPr>
          <w:b/>
        </w:rPr>
        <w:t xml:space="preserve">[17:47] </w:t>
      </w:r>
      <w:r>
        <w:t>wallahu 'aleemun hakeem</w:t>
      </w:r>
    </w:p>
    <w:p>
      <w:pPr>
        <w:jc w:val="right"/>
      </w:pPr>
      <w:r>
        <w:t>والله عليم حكيم</w:t>
      </w:r>
    </w:p>
    <w:p>
      <w:r>
        <w:rPr>
          <w:b/>
        </w:rPr>
        <w:t xml:space="preserve">[17:52] </w:t>
      </w:r>
      <w:r>
        <w:t>aur agar tum logon par dunya aur akhirat mein Allah ka fazl aur is ki rehmat na hoti to jin baton mein tum par gaye thay is ke sabab tum par koi bari aafat aa jati jab ke tum us ko apni zabanon se naqal kar rahay thay</w:t>
      </w:r>
    </w:p>
    <w:p>
      <w:pPr>
        <w:jc w:val="right"/>
      </w:pPr>
      <w:r>
        <w:t>اور اگر تم لوگوں پر دنیا اور آخرت میں اللہ کا فضل اور اس کی رحمت نہ ہوتی تو جن باتوں میں تم پڑ گئے تھے اس کے باعث تم پر کوئی بڑی آفت آ جاتی جب کہ تم اس کو اپنی زبانوں سے نقل کر رہے تھے</w:t>
      </w:r>
    </w:p>
    <w:p>
      <w:r>
        <w:rPr>
          <w:b/>
        </w:rPr>
        <w:t xml:space="preserve">[18:11] </w:t>
      </w:r>
      <w:r>
        <w:t>aur apnay munh se aisi baat keh rahay thay jis ka tumhein koi ilm na tha aur tum us ko aik mamooli baat samajh rahay thay halankay woh Allah ke nazdeek bohat bhari baat hai</w:t>
      </w:r>
    </w:p>
    <w:p>
      <w:pPr>
        <w:jc w:val="right"/>
      </w:pPr>
      <w:r>
        <w:t>اور اپنے منہ سے ایسی بات کہہ رہے تھے جس کا تمہیں کوئی علم نہ تھا اور تم اس کو ایک معمولی بات سمجھ رہے تھے حالانکہ وہ اللہ کے نزدیک بہت بھاری بات ہے</w:t>
      </w:r>
    </w:p>
    <w:p>
      <w:r>
        <w:rPr>
          <w:b/>
        </w:rPr>
        <w:t xml:space="preserve">[18:28] </w:t>
      </w:r>
      <w:r>
        <w:t>aur jab tum ne us ko suna to yun kyon na kaha ke hum ko zeeb nahi ke hum aisi baat munh se nikalein ma'az Allah yeh bohat bara buhtan hai Allah tum ko naseehat karta hai ke phir kabhi aisa na karna agar tum momin ho</w:t>
      </w:r>
    </w:p>
    <w:p>
      <w:pPr>
        <w:jc w:val="right"/>
      </w:pPr>
      <w:r>
        <w:t>اور جب تم نے اس کو سنا تو یوں کیوں نہ کہا کہ ہم کو زیبہ نہیں کہ ہم ایسی بات منہ سے نکالیں معاذ اللہ یہ بہت بڑا بہتان ہے اللہ تم کو نصیحت کرتا ہے کہ پھر کبھی ایسا نہ کرنا اگر تم مومن ہو</w:t>
      </w:r>
    </w:p>
    <w:p>
      <w:r>
        <w:rPr>
          <w:b/>
        </w:rPr>
        <w:t xml:space="preserve">[18:47] </w:t>
      </w:r>
      <w:r>
        <w:t>Allah tum se saaf saaf ahkam bayan karta hai aur Allah janne wala hikmat wala hai Tashreeh Rasool Allah (SAW) ki hesiyat haq ke da'i ki thi</w:t>
      </w:r>
    </w:p>
    <w:p>
      <w:pPr>
        <w:jc w:val="right"/>
      </w:pPr>
      <w:r>
        <w:t>اللہ تم سے صاف صاف احکام بیان کرتا ہے اور اللہ جاننے والا حکمت والا ہے تشریح رسول اللہ صلی اللہ علیہ وسلم کی حیثیت حق کے داعی کی تھی</w:t>
      </w:r>
    </w:p>
    <w:p>
      <w:r>
        <w:rPr>
          <w:b/>
        </w:rPr>
        <w:t xml:space="preserve">[19:04] </w:t>
      </w:r>
      <w:r>
        <w:t>da'i-e-haq ka muamla be had nazuk muamla hota hai kirdaar ki ek ghalti is ke poore mission ko dha dene ke liye kafi hoti hai aisi halat mein jin logon ne yeh kiya ke ek islami khatoon ke baray mein</w:t>
      </w:r>
    </w:p>
    <w:p>
      <w:pPr>
        <w:jc w:val="right"/>
      </w:pPr>
      <w:r>
        <w:t>داعی حق کا معاملہ بے حد نازک معاملہ ہوتا ہے کردار کی ایک غلطی اس کے پورے مشن کو ڈھا دینے کے لیے کافی ہوتی ہے ایسی حالت میں جن لوگوں نے یہ کیا کہ ایک اسلامی خاتون کے بارے میں</w:t>
      </w:r>
    </w:p>
    <w:p>
      <w:r>
        <w:rPr>
          <w:b/>
        </w:rPr>
        <w:t xml:space="preserve">[19:23] </w:t>
      </w:r>
      <w:r>
        <w:t>ek be buniyad baat sun kar is ko idhar udhar bayan karne lage unhon ne sakht ghair zimmedari ka saboot diya agar Allah ta'ala ki khasoosi madad se is ilzam ki barwaqt tardeed na ho gayi hoti</w:t>
      </w:r>
    </w:p>
    <w:p>
      <w:pPr>
        <w:jc w:val="right"/>
      </w:pPr>
      <w:r>
        <w:t>ایک بے بنیاد بات سن کر اس کو ادھر ادھر بیان کرنے لگے انہوں نے سخت غیر ذمہ داری کا ثبوت دیا اگر اللہ تعالی کی خصوصی مدد سے اس الزام کی بروقت تردید نہ ہو گئی ہوتی</w:t>
      </w:r>
    </w:p>
    <w:p>
      <w:r>
        <w:rPr>
          <w:b/>
        </w:rPr>
        <w:t xml:space="preserve">[19:41] </w:t>
      </w:r>
      <w:r>
        <w:t>to yeh ghalti Islam ko na qabil-e-talafi nuqsan pohanchane ka sabab ban jati is ke nateejay mein poora islami muashra badgumaniyon ka shikar ho jata musalman do girohon mein bat kar apas mein ladne lagte</w:t>
      </w:r>
    </w:p>
    <w:p>
      <w:pPr>
        <w:jc w:val="right"/>
      </w:pPr>
      <w:r>
        <w:t>تو یہ غلطی اسلام کو ناقابل تلافی نقصان پہنچانے کا سبب بن جاتی اس کے نتیجے میں پورا اسلامی معاشرہ بدگمانیوں کا شکار ہو جاتا مسلمان دو گروہوں میں بٹ کر اپس میں لڑنے لگتے</w:t>
      </w:r>
    </w:p>
    <w:p>
      <w:r>
        <w:rPr>
          <w:b/>
        </w:rPr>
        <w:t xml:space="preserve">[20:00] </w:t>
      </w:r>
      <w:r>
        <w:t>jis giroh ke liye Khuda ka mansooba yeh tha ke is ke zariye se shirk ka aalmi ghalba khatam kiya jaye woh apas ki jang mein khud apnay aap ko khatam kar leta</w:t>
      </w:r>
    </w:p>
    <w:p>
      <w:pPr>
        <w:jc w:val="right"/>
      </w:pPr>
      <w:r>
        <w:t>جس گروہ کے لیے خدا کا منصوبہ یہ تھا کہ اس کے ذریعے سے شرک کا عالمی غلبہ ختم کیا جائے وہ اپس کی جنگ میں خود اپنے اپ کو ختم کر لیتا</w:t>
      </w:r>
    </w:p>
    <w:p>
      <w:r>
        <w:rPr>
          <w:b/>
        </w:rPr>
        <w:t xml:space="preserve">[20:16] </w:t>
      </w:r>
      <w:r>
        <w:t>in allazina yuhibbuna an tashii'al fahishata fi allazina amanu lahum azabun alimun fi ad-dunya wal-akhirati wallahu ya'lamu wa antum la ta'lamun</w:t>
      </w:r>
    </w:p>
    <w:p>
      <w:pPr>
        <w:jc w:val="right"/>
      </w:pPr>
      <w:r>
        <w:t>إن الذين يحبون أن تشيع الفاحشة في الذين آمنوا لهم عذاب أليم في الدنيا والآخرة والله يعلم وأنتم لا تعلمون</w:t>
      </w:r>
    </w:p>
    <w:p>
      <w:r>
        <w:rPr>
          <w:b/>
        </w:rPr>
        <w:t xml:space="preserve">[20:37] </w:t>
      </w:r>
      <w:r>
        <w:t>wa laula fadlullahi 'alaikum wa ra'matuhu wa annallaha raufun rahimun</w:t>
      </w:r>
    </w:p>
    <w:p>
      <w:pPr>
        <w:jc w:val="right"/>
      </w:pPr>
      <w:r>
        <w:t>ولولا فضل الله عليكم ورحمته وأن الله رؤوف رحيم</w:t>
      </w:r>
    </w:p>
    <w:p>
      <w:r>
        <w:rPr>
          <w:b/>
        </w:rPr>
        <w:t xml:space="preserve">[20:49] </w:t>
      </w:r>
      <w:r>
        <w:t>beshak jo log yeh chahte hain ke musalmanon mein be-hayai ka charchah ho un ke liye dunya aur akhirat mein dardnak saza hai aur Allah janta hai aur tum nahin jante</w:t>
      </w:r>
    </w:p>
    <w:p>
      <w:pPr>
        <w:jc w:val="right"/>
      </w:pPr>
      <w:r>
        <w:t>بے شک جو لوگ یہ چاہتے ہیں کہ مسلمانوں میں بے حیائی کا چرچہ ہو ان کے لیے دنیا اور آخرت میں دردناک سزا ہے اور اللہ جانتا ہے اور تم نہیں جانتے</w:t>
      </w:r>
    </w:p>
    <w:p>
      <w:r>
        <w:rPr>
          <w:b/>
        </w:rPr>
        <w:t xml:space="preserve">[21:06] </w:t>
      </w:r>
      <w:r>
        <w:t>aur agar tum par Allah ka fazl aur us ki rehmat na hoti aur yeh ke Allah nermi karne wala rehmat karne wala hai tashreeh is aayat mein fahishah ki isha'at se murad</w:t>
      </w:r>
    </w:p>
    <w:p>
      <w:pPr>
        <w:jc w:val="right"/>
      </w:pPr>
      <w:r>
        <w:t>اور اگر تم پر اللہ کا فضل اور اس کی رحمت نہ ہوتی اور یہ کہ اللہ نرمی کرنے والا رحمت کرنے والا ہے تشریح اس آیت میں فاحشہ کی اشاعت سے مراد</w:t>
      </w:r>
    </w:p>
    <w:p>
      <w:r>
        <w:rPr>
          <w:b/>
        </w:rPr>
        <w:t xml:space="preserve">[21:23] </w:t>
      </w:r>
      <w:r>
        <w:t>isi cheez ki isha'at hai jis jis ko oopar aayat number 11 mein af kaha gaya hai yani kisi ke khilaf be-buniyad ilzam waz' karna aur us ko phailana logon ke andar phailana</w:t>
      </w:r>
    </w:p>
    <w:p>
      <w:pPr>
        <w:jc w:val="right"/>
      </w:pPr>
      <w:r>
        <w:t>اسی چیز کی اشاعت ہے جس جس کو اوپر آیت نمبر 11 میں اف کہا گیا ہے یعنی کسی کے خلاف بے بنیاد الزام وضع کرنا اور اس کو پھیلانا لوگوں کے اندر پھیلانا</w:t>
      </w:r>
    </w:p>
    <w:p>
      <w:r>
        <w:rPr>
          <w:b/>
        </w:rPr>
        <w:t xml:space="preserve">[21:43] </w:t>
      </w:r>
      <w:r>
        <w:t>baat kehne ke do tareeqe hain ek yeh ke aadmi sirf woh baat apne munh se nikale jis ke haq mein us ke paas fi waqe koi mazboot daleel ho jo shar'i taur par sabit kiya sake</w:t>
      </w:r>
    </w:p>
    <w:p>
      <w:pPr>
        <w:jc w:val="right"/>
      </w:pPr>
      <w:r>
        <w:t>بات کہنے کے دو طریقے ہیں ایک یہ کہ آدمی صرف وہ بات اپنے منہ سے نکالے جس کے حق میں اس کے پاس فی الواقع کوئی مضبوط دلیل ہو جو شرعی طور پر ثابت کیا سکے</w:t>
      </w:r>
    </w:p>
    <w:p>
      <w:r>
        <w:rPr>
          <w:b/>
        </w:rPr>
        <w:t xml:space="preserve">[22:00] </w:t>
      </w:r>
      <w:r>
        <w:t>doosra tareeqa yeh hai ke kisi haqeeqi buniyad ke baghair khud apne zehan se baat gharna aur us ko logon se bayan karna pehla tareeqa jaiz tareeqa hai aur doosra tareeqa sarasar najaaiz tareeqa</w:t>
      </w:r>
    </w:p>
    <w:p>
      <w:pPr>
        <w:jc w:val="right"/>
      </w:pPr>
      <w:r>
        <w:t>دوسرا طریقہ یہ ہے کہ کسی حقیقی بنیاد کے بغیر خود اپنے ذہن سے بات گھڑنا اور اس کو لوگوں سے بیان کرنا پہلا طریقہ جائز طریقہ ہے اور دوسرا طریقہ سراسر ناجائز طریقہ</w:t>
      </w:r>
    </w:p>
    <w:p>
      <w:r>
        <w:rPr>
          <w:b/>
        </w:rPr>
        <w:t xml:space="preserve">[22:21] </w:t>
      </w:r>
      <w:r>
        <w:t>aam taur par aisa hota hai ke apne mukhalif ke bare mein koi baat ho to aadmi us ki zyada tehqeeq ki zaroorat nahin samajhta woh bila bahs us ko maan leta hai aur doosron se us ko bayan karna shuru kar deta hai</w:t>
      </w:r>
    </w:p>
    <w:p>
      <w:pPr>
        <w:jc w:val="right"/>
      </w:pPr>
      <w:r>
        <w:t>عام طور پر ایسا ہوتا ہے کہ اپنے مخالف کے بارے میں کوئی بات ہو تو آدمی اس کی زیادہ تحقیق کی ضرورت نہیں سمجھتا وہ بلا بحث اس کو مان لیتا ہے اور دوسروں سے اس کو بیان کرنا شروع کر دیتا ہے</w:t>
      </w:r>
    </w:p>
    <w:p>
      <w:r>
        <w:rPr>
          <w:b/>
        </w:rPr>
        <w:t xml:space="preserve">[22:39] </w:t>
      </w:r>
      <w:r>
        <w:t>yeh na sirf ghair zimmedarana fe'l hai balke woh bohat bara jurm hai woh dunya mein bhi qabil saza hai aur akhirat mein bhi</w:t>
      </w:r>
    </w:p>
    <w:p>
      <w:pPr>
        <w:jc w:val="right"/>
      </w:pPr>
      <w:r>
        <w:t>یہ نہ صرف غیر ذمہ دارانہ فعل ہے بلکہ وہ بہت بڑا جرم ہے وہ دنیا میں بھی قابل سزا ہے اور آخرت میں بھی</w:t>
      </w:r>
    </w:p>
    <w:p>
      <w:r>
        <w:rPr>
          <w:b/>
        </w:rPr>
        <w:t xml:space="preserve">[22:53] </w:t>
      </w:r>
      <w:r>
        <w:t>ya ayyuhallazina amanu la tattabi'u khutuwat ash-shaitan</w:t>
      </w:r>
    </w:p>
    <w:p>
      <w:pPr>
        <w:jc w:val="right"/>
      </w:pPr>
      <w:r>
        <w:t>يا أيها الذين آمنوا لا تتبعوا خطوات الشيطان</w:t>
      </w:r>
    </w:p>
    <w:p>
      <w:r>
        <w:rPr>
          <w:b/>
        </w:rPr>
        <w:t xml:space="preserve">[23:04] </w:t>
      </w:r>
      <w:r>
        <w:t>wa man yattabi' khutuwat ash-shaitani fa innahu ya'muru bil-fahshaa'i wal-munkari wa laula fadlullahi 'alaikum wa ra'matuhu ma zaka minkum</w:t>
      </w:r>
    </w:p>
    <w:p>
      <w:pPr>
        <w:jc w:val="right"/>
      </w:pPr>
      <w:r>
        <w:t>ومن يتبع خطوات الشيطان فإنه يأمر بالفحشاء والمنكر ولولا فضل الله عليكم ورحمته ما زكى منكم</w:t>
      </w:r>
    </w:p>
    <w:p>
      <w:r>
        <w:rPr>
          <w:b/>
        </w:rPr>
        <w:t xml:space="preserve">[23:23] </w:t>
      </w:r>
      <w:r>
        <w:t>min ahadun abadan walakinnallaha yuzakki man yashaa'u wallahu samii'un aliimun</w:t>
      </w:r>
    </w:p>
    <w:p>
      <w:pPr>
        <w:jc w:val="right"/>
      </w:pPr>
      <w:r>
        <w:t>من أحد أبدا ولكن الله يزكي من يشاء والله سميع عليم</w:t>
      </w:r>
    </w:p>
    <w:p>
      <w:r>
        <w:rPr>
          <w:b/>
        </w:rPr>
        <w:t xml:space="preserve">[23:39] </w:t>
      </w:r>
      <w:r>
        <w:t>ae iman walo! tum shaitan ke qadmon par na chalo aur jo shakhs shaitan ke qadmon par chalega to woh us ko be-hayai aur budhi ke ahkam karne ko kahega</w:t>
      </w:r>
    </w:p>
    <w:p>
      <w:pPr>
        <w:jc w:val="right"/>
      </w:pPr>
      <w:r>
        <w:t>اے ایمان والو! تم شیطان کے قدموں پر نہ چلو اور جو شخص شیطان کے قدموں پر چلے گا تو وہ اس کو بے حیائی اور بدیہی کے احکام کرنے کو کہے گا</w:t>
      </w:r>
    </w:p>
    <w:p>
      <w:r>
        <w:rPr>
          <w:b/>
        </w:rPr>
        <w:t xml:space="preserve">[23:56] </w:t>
      </w:r>
      <w:r>
        <w:t>aur agar tum par Allah ka fazl aur us ki rehmat na hoti to tum mein se koi shakhs pak na ho sakta lekin Allah hi jise chahta hai pak kar deta hai aur Allah sunne wala janne wala hai</w:t>
      </w:r>
    </w:p>
    <w:p>
      <w:pPr>
        <w:jc w:val="right"/>
      </w:pPr>
      <w:r>
        <w:t>اور اگر تم پر اللہ کا فضل اور اس کی رحمت نہ ہوتی تو تم میں سے کوئی شخص پاک نہ ہو سکتا لیکن اللہ ہی جسے چاہتا ہے پاک کر دیتا ہے اور اللہ سننے والا جاننے والا ہے</w:t>
      </w:r>
    </w:p>
    <w:p>
      <w:r>
        <w:rPr>
          <w:b/>
        </w:rPr>
        <w:t xml:space="preserve">[24:16] </w:t>
      </w:r>
      <w:r>
        <w:t>tashreeh shaitan ke qadmon par chalna yeh hai ke aadmi shaitani waswason ki pairwi karne lage ek be-buniyad baat par jab kisi ke andar bad-gumani ke jazbat paida hote hain to yeh ek shaitani waswasa hota hai</w:t>
      </w:r>
    </w:p>
    <w:p>
      <w:pPr>
        <w:jc w:val="right"/>
      </w:pPr>
      <w:r>
        <w:t>تشریح شیطان کے قدموں پر چلنا یہ ہے کہ آدمی شیطانی وسوسوں کی پیروی کرنے لگے ایک بے بنیاد بات پر جب کسی کے اندر بدگمانی کے جذبات پیدا ہوتے ہیں تو یہ ایک شیطانی وسوسہ ہوتا ہے</w:t>
      </w:r>
    </w:p>
    <w:p>
      <w:r>
        <w:rPr>
          <w:b/>
        </w:rPr>
        <w:t xml:space="preserve">[24:36] </w:t>
      </w:r>
      <w:r>
        <w:t>apne mukhalif ke bare mein jab aadmi ke andar manfi khayalat ubharte hain to yeh bhi darasal shaitan hota hai jo us ke dil mein rengta hai aise jazbat aur khayalat jab kisi ke andar paida hon to us ko chahiye ke woh andar hi andar un ko kuchal de</w:t>
      </w:r>
    </w:p>
    <w:p>
      <w:pPr>
        <w:jc w:val="right"/>
      </w:pPr>
      <w:r>
        <w:t>اپنے مخالف کے بارے میں جب آدمی کے اندر منفی خیالات ابھرتے ہیں تو یہ بھی دراصل شیطان ہوتا ہے جو اس کے دل میں رینگتا ہے ایسے جذبات اور خیالات جب کسی کے اندر پیدا ہوں تو اس کو چاہیے کہ وہ اندر ہی اندر ان کو کچل دے</w:t>
      </w:r>
    </w:p>
    <w:p>
      <w:r>
        <w:rPr>
          <w:b/>
        </w:rPr>
        <w:t xml:space="preserve">[24:58] </w:t>
      </w:r>
      <w:r>
        <w:t>na yeh ke woh un ki pairwi karne lage aise ehsasat ki pairwi karna barah-e-rast shaitan ki pairwi karna hai doosron ke khilaf toofan uthana ek aisa amal hai jo tawazu ke khilaf hai</w:t>
      </w:r>
    </w:p>
    <w:p>
      <w:pPr>
        <w:jc w:val="right"/>
      </w:pPr>
      <w:r>
        <w:t>نہ یہ کہ وہ ان کی پیروی کرنے لگے ایسے احساسات کی پیروی کرنا براہ راست شیطان کی پیروی کرنا ہے دوسروں کے خلاف طوفان اٹھانا ایک ایسا عمل ہے جو تواضع کے خلاف ہے</w:t>
      </w:r>
    </w:p>
    <w:p>
      <w:r>
        <w:rPr>
          <w:b/>
        </w:rPr>
        <w:t xml:space="preserve">[25:16] </w:t>
      </w:r>
      <w:r>
        <w:t>aam taur par aisa hota hai ke aadmi apne bare mein zaroorat se zyada khush-guman hota hai aur doosre ke bare mein zaroorat se zyada bad-guman yeh dono hi baatein aisi hain jo iman ke sath</w:t>
      </w:r>
    </w:p>
    <w:p>
      <w:pPr>
        <w:jc w:val="right"/>
      </w:pPr>
      <w:r>
        <w:t>عام طور پر ایسا ہوتا ہے کہ آدمی اپنے بارے میں ضرورت سے زیادہ خوشگمان ہوتا ہے اور دوسرے کے بارے میں ضرورت سے زیادہ بدگمان یہ دونوں ہی باتیں ایسی ہیں جو ایمان کے ساتھ</w:t>
      </w:r>
    </w:p>
    <w:p>
      <w:r>
        <w:rPr>
          <w:b/>
        </w:rPr>
        <w:t xml:space="preserve">[25:34] </w:t>
      </w:r>
      <w:r>
        <w:t>mutabiqat nahin rakhtin agar aadmi ke andar imani tawazu paida ho jaye to woh apne ihtisab mein itna zyada mashghool hoga ke us ko fursat hi na hogi ke woh doosre ke ihtisab ka jhoota jhanda uthaye</w:t>
      </w:r>
    </w:p>
    <w:p>
      <w:pPr>
        <w:jc w:val="right"/>
      </w:pPr>
      <w:r>
        <w:t>مطابقت نہیں رکھتیں اگر آدمی کے اندر ایمانی تواضع پیدا ہو جائے تو وہ اپنے احتساب میں اتنا زیادہ مشغول ہوگا کہ اس کو فرصت ہی نہ ہوگی کہ وہ دوسرے کے احتساب کا جھوٹا جھنڈا اٹھائے</w:t>
      </w:r>
    </w:p>
    <w:p>
      <w:r>
        <w:rPr>
          <w:b/>
        </w:rPr>
        <w:t xml:space="preserve">[25:53] </w:t>
      </w:r>
      <w:r>
        <w:t>wa la ya'tu ulu al-fadli minkum was-sa'ati an yu'tu uli al-qurbaa wal-masakina wal-muhajirina fi sabilillah wa lya'fu wal-yasfahu</w:t>
      </w:r>
    </w:p>
    <w:p>
      <w:pPr>
        <w:jc w:val="right"/>
      </w:pPr>
      <w:r>
        <w:t>ولا يأتن أولو الفضل منكم والسعة أن يؤتوا أولي القربى والمساكين والمهاجرين في سبيل الله وليعفوا وليصفحوا</w:t>
      </w:r>
    </w:p>
    <w:p>
      <w:r>
        <w:rPr>
          <w:b/>
        </w:rPr>
        <w:t xml:space="preserve">[26:11] </w:t>
      </w:r>
      <w:r>
        <w:t>ala tuhibbuna an yaghfirallahu lakum wallahu ghafurun rahimun</w:t>
      </w:r>
    </w:p>
    <w:p>
      <w:pPr>
        <w:jc w:val="right"/>
      </w:pPr>
      <w:r>
        <w:t>ألا تحبون أن يغفر الله لكم والله غفور رحيم</w:t>
      </w:r>
    </w:p>
    <w:p>
      <w:r>
        <w:rPr>
          <w:b/>
        </w:rPr>
        <w:t xml:space="preserve">[26:22] </w:t>
      </w:r>
      <w:r>
        <w:t>aur tum mein se jo log fazl wale aur wus'at wale hain woh is baat ki qasam na khayein ke woh apne rishtedaron aur miskeenon aur Khuda ki rah mein hijrat karne walon ko na dein ge aur chahiye ke woh maaf kar dein aur darguzar karein kya tum nahin chahte ke Allah tum ko maaf kare aur Allah</w:t>
      </w:r>
    </w:p>
    <w:p>
      <w:pPr>
        <w:jc w:val="right"/>
      </w:pPr>
      <w:r>
        <w:t>اور تم میں سے جو لوگ فضل والے اور وسعت والے ہیں وہ اس بات کی قسم نہ کھائیں کہ وہ اپنے رشتہ داروں اور مسکینوں اور خدا کی راہ میں ہجرت کرنے والوں کو نہ دیں گے اور چاہیے کہ وہ معاف کر دیں اور درگزر کریں کیا تم نہیں چاہتے کہ اللہ تم کو معاف کرے اور اللہ</w:t>
      </w:r>
    </w:p>
    <w:p>
      <w:r>
        <w:rPr>
          <w:b/>
        </w:rPr>
        <w:t xml:space="preserve">[26:47] </w:t>
      </w:r>
      <w:r>
        <w:t>bakhsne wala mehrban hai</w:t>
      </w:r>
    </w:p>
    <w:p>
      <w:pPr>
        <w:jc w:val="right"/>
      </w:pPr>
      <w:r>
        <w:t>بخشنے والا مہربان ہے</w:t>
      </w:r>
    </w:p>
    <w:p>
      <w:r>
        <w:rPr>
          <w:b/>
        </w:rPr>
        <w:t xml:space="preserve">[26:52] </w:t>
      </w:r>
      <w:r>
        <w:t>tashreeh Hazrat Aisha ke khilaf toofan uthane walon mein ek sahab Musta' ibn Uthasah the woh ek muflis muhajir the aur Hazrat Abu Bakr ke daur ke rishtedar the Hazrat Abu Bakr 'ayanat ke taur par un ko kuch raqam diya karte the</w:t>
      </w:r>
    </w:p>
    <w:p>
      <w:pPr>
        <w:jc w:val="right"/>
      </w:pPr>
      <w:r>
        <w:t>تشریح حضرت عائشہ کے خلاف طوفان اٹھانے والوں میں ایک صاحب مستع ابن اساسہ تھے وہ ایک مفلص مہاجر تھے اور حضرت ابوبکر کے دور کے رشتہ دار تھے حضرت ابوبکر عیانت کے طور پر ان کو کچھ رقم دیا کرتے تھے</w:t>
      </w:r>
    </w:p>
    <w:p>
      <w:r>
        <w:rPr>
          <w:b/>
        </w:rPr>
        <w:t xml:space="preserve">[27:12] </w:t>
      </w:r>
      <w:r>
        <w:t>Hazrat Aisha Abu Bakr ki saahibzadi thin qudrati taur par Hazrat Abu Bakr ko Musta' ibn Uthasah ke amal se takleef hui aap ne qasam kha li ke woh aaindah Musta' ki koi madad na karein ge Islam mein muhtajon ki madad un ki muhtaji ki buniyad par hoti hai na ke kisi aur buniyad par</w:t>
      </w:r>
    </w:p>
    <w:p>
      <w:pPr>
        <w:jc w:val="right"/>
      </w:pPr>
      <w:r>
        <w:t>حضرت عائشہ ابوبکر کی صاحبزادی تھیں قدرتی طور پر حضرت ابوبکر کو مستع ابن اساسہ کے عمل سے تکلیف ہوئی اپ نے قسم کھا لی کہ وہ ائندہ مستع کی کوئی مدد نہ کریں گے اسلام میں محتاجوں کی مدد ان کی محتاجی کی بنیاد پر ہوتی ہے نہ کہ کسی اور بنیاد پر</w:t>
      </w:r>
    </w:p>
    <w:p>
      <w:r>
        <w:rPr>
          <w:b/>
        </w:rPr>
        <w:t xml:space="preserve">[27:35] </w:t>
      </w:r>
      <w:r>
        <w:t>chunanche quran mein yeh hukum utra ke tum mein se jo log sahib-e-maal hain woh zaati shikayat ki bina par be-maal logon ki imdad band na karein. kya tum nahi chahte ke khuda tum ko maaf kar de.</w:t>
      </w:r>
    </w:p>
    <w:p>
      <w:pPr>
        <w:jc w:val="right"/>
      </w:pPr>
      <w:r>
        <w:t>چنانچہ قران میں یہ حکم اترا کہ تم میں سے جو لوگ صاحب مال ہیں وہ ذاتی شکایت کی بنا پر بے مال لوگوں کی امداد بند نہ کریں کیا تم نہیں چاہتے کہ خدا تم کو معاف کر دے</w:t>
      </w:r>
    </w:p>
    <w:p>
      <w:r>
        <w:rPr>
          <w:b/>
        </w:rPr>
        <w:t xml:space="preserve">[27:52] </w:t>
      </w:r>
      <w:r>
        <w:t>agar tum apne liye khuda se maafi ke umeedwar ho to tumhein bhi doosron ke bare mein maafi ka tareeqa ikhtiyar karna chahiye. yeh ayat sun kar hazrat abubakar ne kaha, haan khuda ki qasam hum chahte hain.</w:t>
      </w:r>
    </w:p>
    <w:p>
      <w:pPr>
        <w:jc w:val="right"/>
      </w:pPr>
      <w:r>
        <w:t>اگر تم اپنے لئے خدا سے معافی کے امیدوار ہو تو تمہیں بھی دوسروں کے بارے میں معافی کا طریقہ اختیار کرنا چاہیے یہ ایت سن کر حضرت ابوبکر نے کہا ہاں خدا کی قسم ہم چاہتے ہیں</w:t>
      </w:r>
    </w:p>
    <w:p>
      <w:r>
        <w:rPr>
          <w:b/>
        </w:rPr>
        <w:t xml:space="preserve">[28:09] </w:t>
      </w:r>
      <w:r>
        <w:t>ae hamare rab ke tu hum ko maaf kar de. aur phir unhon ne dobara musta'haq ki imdad jaari kar di. momin ki nazar mein sab se zyada ahmiyat khuda ke hukum ki hoti hai. khuda ka hukum samne aate hi woh foran jhuk jata hai.</w:t>
      </w:r>
    </w:p>
    <w:p>
      <w:pPr>
        <w:jc w:val="right"/>
      </w:pPr>
      <w:r>
        <w:t>اے ہمارے رب کہ تو ہم کو معاف کر دے اور پھر انہوں نے دوبارہ مستع کی امداد جاری کر دی مومن کی نظر میں سب سے زیادہ اہمیت خدا کے حکم کی ہوتی ہے خدا کا حکم سامنے اتے ہی وہ فورا جھک جاتا ہے</w:t>
      </w:r>
    </w:p>
    <w:p>
      <w:r>
        <w:rPr>
          <w:b/>
        </w:rPr>
        <w:t xml:space="preserve">[28:29] </w:t>
      </w:r>
      <w:r>
        <w:t>khwah khuda ka hukum us ki khwahish ke sarasar khilaf kyun na ho.</w:t>
      </w:r>
    </w:p>
    <w:p>
      <w:pPr>
        <w:jc w:val="right"/>
      </w:pPr>
      <w:r>
        <w:t>خواہ خدا کا حکم اس کی خواہش کے سراسر خلاف کیوں نہ ہو</w:t>
      </w:r>
    </w:p>
    <w:p>
      <w:r>
        <w:rPr>
          <w:b/>
        </w:rPr>
        <w:t xml:space="preserve">[28:38] </w:t>
      </w:r>
      <w:r>
        <w:t>inna allazeena yarmoona al-muhsanaat al-ghafilaat al-mu'minaat lu'inoo fi ad-dunya wa al-aakhirati wa lahum 'adhaabun 'azeem. yawma tashhadu 'alayhim alsinatuhum wa aydihim wa arjuluhum</w:t>
      </w:r>
    </w:p>
    <w:p>
      <w:pPr>
        <w:jc w:val="right"/>
      </w:pPr>
      <w:r>
        <w:t>إن الذين يرمون المحصنات الغافلات المؤمنات لعنوا في الدنيا والاخره ولهم عذاب عظيم يوم تشهد عليهم السنتهم وايديهم وارجلهم</w:t>
      </w:r>
    </w:p>
    <w:p>
      <w:r>
        <w:rPr>
          <w:b/>
        </w:rPr>
        <w:t xml:space="preserve">[28:57] </w:t>
      </w:r>
      <w:r>
        <w:t>bima kanoo ya'maloona. yawma'idhin yuwaffihim allahu deenahum al-haqqa wa ya'lamoona anna allaha huwa al-haqqu al-mubeen.</w:t>
      </w:r>
    </w:p>
    <w:p>
      <w:pPr>
        <w:jc w:val="right"/>
      </w:pPr>
      <w:r>
        <w:t>بما كانوا يعملون يومئذ يوفيهم الله دينهم الحق ويعلمون أن الله هو الحق المبين</w:t>
      </w:r>
    </w:p>
    <w:p>
      <w:r>
        <w:rPr>
          <w:b/>
        </w:rPr>
        <w:t xml:space="preserve">[29:18] </w:t>
      </w:r>
      <w:r>
        <w:t>beshak jo log pak daaman be-khabar iman wali auraton par tohmat lagate hain un par dunya aur aakhirat mein lanat ki gayi aur un ke liye bada azab hai. is din jab ke un ki zabanen</w:t>
      </w:r>
    </w:p>
    <w:p>
      <w:pPr>
        <w:jc w:val="right"/>
      </w:pPr>
      <w:r>
        <w:t>بے شک جو لوگ پاک دامن بے خبر ایمان والی عورتوں پر تہمت لگاتے ہیں ان پر دنیا اور آخرت میں لعنت کی گئی اور ان کے لیے بڑا عذاب ہے اس دن جب کہ ان کی زبانیں</w:t>
      </w:r>
    </w:p>
    <w:p>
      <w:r>
        <w:rPr>
          <w:b/>
        </w:rPr>
        <w:t xml:space="preserve">[29:35] </w:t>
      </w:r>
      <w:r>
        <w:t>un ke khilaf gawahi dengi aur un ke hath aur un ke paon bhi un kamon ki wajah se jo ke yeh log karte thay. is din Allah un ko wajibi badla poora poora de ga aur woh jaan len ge ke Allah</w:t>
      </w:r>
    </w:p>
    <w:p>
      <w:pPr>
        <w:jc w:val="right"/>
      </w:pPr>
      <w:r>
        <w:t>ان کے خلاف گواہی دیں گی اور ان کے ہاتھ اور ان کے پاؤں بھی ان کاموں کی وجہ سے جو کہ یہ لوگ کرتے تھے اس دن اللہ ان کو واجبی بدلہ پورا پورا دے گا اور وہ جان لیں گے کہ اللہ</w:t>
      </w:r>
    </w:p>
    <w:p>
      <w:r>
        <w:rPr>
          <w:b/>
        </w:rPr>
        <w:t xml:space="preserve">[29:55] </w:t>
      </w:r>
      <w:r>
        <w:t>haq hai kholne wala hai.</w:t>
      </w:r>
    </w:p>
    <w:p>
      <w:pPr>
        <w:jc w:val="right"/>
      </w:pPr>
      <w:r>
        <w:t>حق ہے کھولنے والا ہے</w:t>
      </w:r>
    </w:p>
    <w:p>
      <w:r>
        <w:rPr>
          <w:b/>
        </w:rPr>
        <w:t xml:space="preserve">[30:00] </w:t>
      </w:r>
      <w:r>
        <w:t>tashreeh: insaan apni zaban se doosron ke khilaf bure alfaaz nikalta hai magar woh nahi jaanta ke us ki zaban se nikle hue alfaaz doosron tak pohnchne se pehle khuda tak pohnch rahe hain.</w:t>
      </w:r>
    </w:p>
    <w:p>
      <w:pPr>
        <w:jc w:val="right"/>
      </w:pPr>
      <w:r>
        <w:t>تشریح انسان اپنی زبان سے دوسروں کے خلاف برے الفاظ نکالتا ہے مگر وہ نہیں جانتا کہ اس کی زبان سے نکلے ہوئے الفاظ دوسروں تک پہنچنے سے پہلے خدا تک پہنچ رہے ہیں</w:t>
      </w:r>
    </w:p>
    <w:p>
      <w:r>
        <w:rPr>
          <w:b/>
        </w:rPr>
        <w:t xml:space="preserve">[30:18] </w:t>
      </w:r>
      <w:r>
        <w:t>aadmi apne hath aur apne paon ko doosron par zulm karne ke liye istemal karta hai magar woh is se be-khabar hota hai ke qayamat jab aaye gi to us ke hath aur paon us ke hath aur paon na rahen ge balkeh woh khuda ke</w:t>
      </w:r>
    </w:p>
    <w:p>
      <w:pPr>
        <w:jc w:val="right"/>
      </w:pPr>
      <w:r>
        <w:t>آدمی اپنے ہاتھ اور اپنے پاؤں کو دوسروں پر ظلم کرنے کے لیے استعمال کرتا ہے مگر وہ اس سے بے خبر ہوتا ہے کہ قیامت جب آئے گی تو اس کے ہاتھ اور پاؤں اس کے ہاتھ اور پاؤں نہ رہیں گے بلکہ وہ خدا کے</w:t>
      </w:r>
    </w:p>
    <w:p>
      <w:r>
        <w:rPr>
          <w:b/>
        </w:rPr>
        <w:t xml:space="preserve">[30:37] </w:t>
      </w:r>
      <w:r>
        <w:t>gawah ban jayen ge. yahi be-khabari tamam buraiyon ki asal jar hai. agar aadmi ko is haqeeqat-e-haal ka waqai ehsas ho ke woh aisi dunya mein hai jahan woh hairan khuda ki nigah mein hai jahan uska har amal khuda-e-nizam ke tehat</w:t>
      </w:r>
    </w:p>
    <w:p>
      <w:pPr>
        <w:jc w:val="right"/>
      </w:pPr>
      <w:r>
        <w:t>گواہ بن جائیں گے یہی بے خبری تمام برائیوں کی اصل جڑ ہے اگر آدمی کو اس حقیقت حال کا واقعی احساس ہو کہ وہ ایسی دنیا میں ہے جہاں وہ حیران خدا کی نگاہ میں ہے جہاں اس کا ہر عمل خدائے نظام کے تحت</w:t>
      </w:r>
    </w:p>
    <w:p>
      <w:r>
        <w:rPr>
          <w:b/>
        </w:rPr>
        <w:t xml:space="preserve">[30:59] </w:t>
      </w:r>
      <w:r>
        <w:t>record ho raha hai to us ki zindagi bilkul badal jaye. woh har lafz toal kar apni zaban se nikale. woh apne hath aur paon ki taqat ko intehai ehtiyat ke sath istemal kare.</w:t>
      </w:r>
    </w:p>
    <w:p>
      <w:pPr>
        <w:jc w:val="right"/>
      </w:pPr>
      <w:r>
        <w:t>ریکارڈ ہو رہا ہے تو اس کی زندگی بالکل بدل جائے وہ ہر لفظ تول کر اپنی زبان سے نکالے وہ اپنے ہاتھ اور پاؤں کی طاقت کو انتہائی احتیاط کے ساتھ استعمال کرے</w:t>
      </w:r>
    </w:p>
    <w:p>
      <w:r>
        <w:rPr>
          <w:b/>
        </w:rPr>
        <w:t xml:space="preserve">[31:16] </w:t>
      </w:r>
      <w:r>
        <w:t>al-khabeethatu lil-khabeeseena wal-khabeesoona lil-khabeethati wat-tayyibatu lit-tayyibeena wat-tayyiboona lit-tayyibati.</w:t>
      </w:r>
    </w:p>
    <w:p>
      <w:pPr>
        <w:jc w:val="right"/>
      </w:pPr>
      <w:r>
        <w:t>الخبيثات للخبيثين والخبيثون للخبيثات والطيبات للطيبين والطيبون للطيبات</w:t>
      </w:r>
    </w:p>
    <w:p>
      <w:r>
        <w:rPr>
          <w:b/>
        </w:rPr>
        <w:t xml:space="preserve">[31:30] </w:t>
      </w:r>
      <w:r>
        <w:t>ulaa'ika mubarri'oona mimma yqooloona. lahum maghfiratunw wa rizqun kareem.</w:t>
      </w:r>
    </w:p>
    <w:p>
      <w:pPr>
        <w:jc w:val="right"/>
      </w:pPr>
      <w:r>
        <w:t>أولئك مبرؤون مما يقولون لهم مغفرۃ ورزق کریم</w:t>
      </w:r>
    </w:p>
    <w:p>
      <w:r>
        <w:rPr>
          <w:b/>
        </w:rPr>
        <w:t xml:space="preserve">[31:46] </w:t>
      </w:r>
      <w:r>
        <w:t>khabeesat khabeeson ke liye hain aur khabees khabeesat ke liye aur tayyibat tayyibon ke liye hain aur tayyib tayyibat ke liye. woh log bari hain jo in baaton se</w:t>
      </w:r>
    </w:p>
    <w:p>
      <w:pPr>
        <w:jc w:val="right"/>
      </w:pPr>
      <w:r>
        <w:t>خبیثات خبیثوں کے لیے ہیں اور خبیث خبیثات کے لیے اور طیبات طیبوں کے لیے ہیں اور طیب طیبات کے لیے وہ لوگ بری ہیں جو ان باتوں سے</w:t>
      </w:r>
    </w:p>
    <w:p>
      <w:r>
        <w:rPr>
          <w:b/>
        </w:rPr>
        <w:t xml:space="preserve">[32:04] </w:t>
      </w:r>
      <w:r>
        <w:t>jo yeh kehte hain. un ke liye bakhshish hai aur izzat ki rozi hai. tashreeh: khabeesat se murad khabeeth kalimat hain aur isi tarah tayyibat se murad tayyib kalimat</w:t>
      </w:r>
    </w:p>
    <w:p>
      <w:pPr>
        <w:jc w:val="right"/>
      </w:pPr>
      <w:r>
        <w:t>جو یہ کہتے ہیں ان کے لیے بخشش ہے اور عزت کی روزی ہے تشریح خبیثات سے مراد خبیث کلمات ہیں اور اسی طرح طیبات سے مراد طیب کلمات</w:t>
      </w:r>
    </w:p>
    <w:p>
      <w:r>
        <w:rPr>
          <w:b/>
        </w:rPr>
        <w:t xml:space="preserve">[32:24] </w:t>
      </w:r>
      <w:r>
        <w:t>matlab yeh hai ke mahaz kisi ke bura kehne se koi shakhs bura nahi ho jata. aadmi khud jaisa ho waisa hi baat us ke upar chaspana hoti hai. bure log agar achhe logon ke bare mein buri baat kahein to aisi baat aakhir kar khud kehne wale par parti hai aur</w:t>
      </w:r>
    </w:p>
    <w:p>
      <w:pPr>
        <w:jc w:val="right"/>
      </w:pPr>
      <w:r>
        <w:t>مطلب یہ ہے کہ محض کسی کے برا کہنے سے کوئی شخص برا نہیں ہو جاتا آدمی خود جیسا ہو ویسے ہی بات اس کے اوپر چسپاں ہوتی ہے برے لوگ اگر اچھے لوگوں کے بارے میں بری بات کہیں تو ایسی بات آخر کار خود کہنے والے پر پڑتی ہے اور</w:t>
      </w:r>
    </w:p>
    <w:p>
      <w:r>
        <w:rPr>
          <w:b/>
        </w:rPr>
        <w:t xml:space="preserve">[32:45] </w:t>
      </w:r>
      <w:r>
        <w:t>achhe log is se poori tarah be-zimma ho jate hain. jo log apni zaat mein achhe hon woh dunya mein bhi jhoote ilzamat se bari ho kar rehte hain aur aakhirat mein to un ka bari hona bilkul yaqeeni hai.</w:t>
      </w:r>
    </w:p>
    <w:p>
      <w:pPr>
        <w:jc w:val="right"/>
      </w:pPr>
      <w:r>
        <w:t>اچھے لوگ اس سے پوری طرح بے ذمہ ہو جاتے ہیں جو لوگ اپنی ذات میں اچھے ہوں وہ دنیا میں بھی جھوٹے الزامات سے بری ہو کر رہتے ہیں اور آخرت میں تو ان کا بری ہونا بالکل یقینی ہے</w:t>
      </w:r>
    </w:p>
    <w:p>
      <w:r>
        <w:rPr>
          <w:b/>
        </w:rPr>
        <w:t xml:space="preserve">[33:03] </w:t>
      </w:r>
      <w:r>
        <w:t>aakhirat mein unhein mazeed izafe ke sath khuda ke in'amat milen ge kyunke un ke khilaf na-haq baaten darasal is baat ki qeemat theen ke unhon ne apne aap ko na-haq se kaata aur apne aap ko poori tarah haq ke sath</w:t>
      </w:r>
    </w:p>
    <w:p>
      <w:pPr>
        <w:jc w:val="right"/>
      </w:pPr>
      <w:r>
        <w:t>آخرت میں انہیں مزید اضافے کے ساتھ خدا کے انعامات ملیں گے کیونکہ ان کے خلاف ناحق باتیں دراصل اس بات کی قیمت تھیں کہ انہوں نے اپنے آپ کو ناحق سے کاٹا اور اپنے آپ کو پوری طرح حق کے ساتھ</w:t>
      </w:r>
    </w:p>
    <w:p>
      <w:r>
        <w:rPr>
          <w:b/>
        </w:rPr>
        <w:t xml:space="preserve">[33:22] </w:t>
      </w:r>
      <w:r>
        <w:t>wabisata kiya.</w:t>
      </w:r>
    </w:p>
    <w:p>
      <w:pPr>
        <w:jc w:val="right"/>
      </w:pPr>
      <w:r>
        <w:t>وابستہ کیا</w:t>
      </w:r>
    </w:p>
    <w:p>
      <w:r>
        <w:rPr>
          <w:b/>
        </w:rPr>
        <w:t xml:space="preserve">[33:26] </w:t>
      </w:r>
      <w:r>
        <w:t>ya ayyuha allazeena amanoo la tadkhuloo buyootan ghayra buyootikum hatta tasta'nisoo wa tusallimoo 'ala ahliha. thalikum khayrun lakum la'allakum tadhakkaroon.</w:t>
      </w:r>
    </w:p>
    <w:p>
      <w:pPr>
        <w:jc w:val="right"/>
      </w:pPr>
      <w:r>
        <w:t>يا أيها الذين آمنوا لا تدخلوا بيوتا غير بيوتكم حتى تستانسوا وتسلموا على أهلها ذلكم خير لكم لعلكم تذكرون</w:t>
      </w:r>
    </w:p>
    <w:p>
      <w:r>
        <w:rPr>
          <w:b/>
        </w:rPr>
        <w:t xml:space="preserve">[33:49] </w:t>
      </w:r>
      <w:r>
        <w:t>fa'in lam tajidoo feeha ahadan fala tadkhulooha hatta yu'thana lakum. wa in qeela lakum irji'oo farji'oo. huwa azka lakum. wallahu bima ta'maloona 'aleem.</w:t>
      </w:r>
    </w:p>
    <w:p>
      <w:pPr>
        <w:jc w:val="right"/>
      </w:pPr>
      <w:r>
        <w:t>فإن لم تجدوا فيها أحدا فلا تدخلوها حتى يؤذن لكم وإن قيل لكم ارجعوا فارجعوا هو أزكى لكم والله بما تعملون عليم</w:t>
      </w:r>
    </w:p>
    <w:p>
      <w:r>
        <w:rPr>
          <w:b/>
        </w:rPr>
        <w:t xml:space="preserve">[34:11] </w:t>
      </w:r>
      <w:r>
        <w:t>laysa 'alaykum جناحun an tadkhuloo buyootan ghayra masqoonahtin feeha mata'un lakum. wallahu ya'lamu ma tubdoona wa ma taktumoona.</w:t>
      </w:r>
    </w:p>
    <w:p>
      <w:pPr>
        <w:jc w:val="right"/>
      </w:pPr>
      <w:r>
        <w:t>ليس عليكم جناح أن تدخلوا بيوتا غير مسكونة فيها متاع لكم والله يعلم ما تبدون وما تكتمون</w:t>
      </w:r>
    </w:p>
    <w:p>
      <w:r>
        <w:rPr>
          <w:b/>
        </w:rPr>
        <w:t xml:space="preserve">[34:30] </w:t>
      </w:r>
      <w:r>
        <w:t>ae iman walon! tum apne gharon ke siwa doosre gharon mein dakhil na ho jab tak ijazat hasil na kar lo aur ghar walon ko salam na kar lo. yeh tumhare liye behtar hai taake tum yaad rakho.</w:t>
      </w:r>
    </w:p>
    <w:p>
      <w:pPr>
        <w:jc w:val="right"/>
      </w:pPr>
      <w:r>
        <w:t>اے ایمان والو! تم اپنے گھروں کے سوا دوسرے گھروں میں داخل نہ ہو جب تک اجازت حاصل نہ کر لو اور گھر والوں کو سلام نہ کر لو یہ تمہارے لیے بہتر ہے تاکہ تم یاد رکھو</w:t>
      </w:r>
    </w:p>
    <w:p>
      <w:r>
        <w:rPr>
          <w:b/>
        </w:rPr>
        <w:t xml:space="preserve">[34:48] </w:t>
      </w:r>
      <w:r>
        <w:t>phir agar wahan kisi ko na pao to un mein dakhil na ho jab tak tum ko ijazat na de di jaye aur agar tum se kaha jaye ke lot jao to tum lot jao yeh tumhare liye behtar hai aur Allah</w:t>
      </w:r>
    </w:p>
    <w:p>
      <w:pPr>
        <w:jc w:val="right"/>
      </w:pPr>
      <w:r>
        <w:t>پھر اگر وہاں کسی کو نہ پاؤ تو ان میں داخل نہ ہو جب تک تم کو اجازت نہ دے دی جائے اور اگر تم سے کہا جائے کہ لوٹ جاؤ تو تم لوٹ جاؤ یہ تمہارے لیے بہتر ہے اور اللہ</w:t>
      </w:r>
    </w:p>
    <w:p>
      <w:r>
        <w:rPr>
          <w:b/>
        </w:rPr>
        <w:t xml:space="preserve">[35:06] </w:t>
      </w:r>
      <w:r>
        <w:t>janta hai jo kuch tum karte ho tum par is mein kuch gunah nahi ke tum in gharon mein dakhil ho jin mein koi na rehta ho un mein tumhare faide ki koi cheez ho aur Allah</w:t>
      </w:r>
    </w:p>
    <w:p>
      <w:pPr>
        <w:jc w:val="right"/>
      </w:pPr>
      <w:r>
        <w:t>جانتا ہے جو کچھ تم کرتے ہو تم پر اس میں کچھ گناہ نہیں کہ تم ان گھروں میں داخل ہو جن میں کوئی نہ رہتا ہو ان میں تمہارے فائدے کی کوئی چیز ہو اور اللہ</w:t>
      </w:r>
    </w:p>
    <w:p>
      <w:r>
        <w:rPr>
          <w:b/>
        </w:rPr>
        <w:t xml:space="preserve">[35:23] </w:t>
      </w:r>
      <w:r>
        <w:t>janta hai jo kuch tum zahir karte ho aur jo kuch tum chupate ho tashreeh ijtimai zindagi mein aksar mulaqat ki zaroorat pesh ati hai ab ek tareeqa yeh hai ke aadmi</w:t>
      </w:r>
    </w:p>
    <w:p>
      <w:pPr>
        <w:jc w:val="right"/>
      </w:pPr>
      <w:r>
        <w:t>جانتا ہے جو کچھ تم ظاہر کرتے ہو اور جو کچھ تم چھپاتے ہو تشریح اجتماعی زندگی میں اکثر ملاقات کی ضرورت پیش آتی ہے اب ایک طریقہ یہ ہے کہ آدمی</w:t>
      </w:r>
    </w:p>
    <w:p>
      <w:r>
        <w:rPr>
          <w:b/>
        </w:rPr>
        <w:t xml:space="preserve">[35:42] </w:t>
      </w:r>
      <w:r>
        <w:t>bila itlaa kisi ke haan pohanchay aur achaanak us ke makan ke andar dakhil ho jaye yeh tareeqa dono hi ke liye takleef ka باعث hai is liye ishq ki ijazat ko mulaqat ke aadab mein shamil kiya gaya</w:t>
      </w:r>
    </w:p>
    <w:p>
      <w:pPr>
        <w:jc w:val="right"/>
      </w:pPr>
      <w:r>
        <w:t>بلا اطلاع کسی کے ہاں پہنچے اور اچانک اس کے مکان کے اندر داخل ہو جائے یہ طریقہ دونوں ہی کے لیے تکلیف کا باعث ہے اس لیے عشق کی اجازت کو ملاقات کے آداب میں شامل کیا گیا</w:t>
      </w:r>
    </w:p>
    <w:p>
      <w:r>
        <w:rPr>
          <w:b/>
        </w:rPr>
        <w:t xml:space="preserve">[36:01] </w:t>
      </w:r>
      <w:r>
        <w:t>agar mumkin ho to behtar tareeqa yeh hai ke aap be ghar se rawana hone se pehle sahib mulaqat se rabt qaim kiya jaye aur us se peshgi tor par mulaqat ka waqt muqarrar kar liya jaye aur phir jab aadmi us ke makan par pohanchay to andar dakhil hone se pehle</w:t>
      </w:r>
    </w:p>
    <w:p>
      <w:pPr>
        <w:jc w:val="right"/>
      </w:pPr>
      <w:r>
        <w:t>اگر ممکن ہو تو بہتر طریقہ یہ ہے کہ آپ بے گھر سے روانہ ہونے سے پہلے صاحب ملاقات سے ربط قائم کیا جائے اور اس سے پیشگی طور پر ملاقات کا وقت مقرر کر لیا جائے اور پھر جب آدمی اس کے مکان پر پہنچے تو اندر داخل ہونے سے پہلے</w:t>
      </w:r>
    </w:p>
    <w:p>
      <w:r>
        <w:rPr>
          <w:b/>
        </w:rPr>
        <w:t xml:space="preserve">[36:21] </w:t>
      </w:r>
      <w:r>
        <w:t>us ki baqayeda ijazat le tamadduni halaat ke lehaaz se is ijazat ke mukhtalif tareeqay ho sakte hain taham har tareeqay mein islami shafaqat ki shart maujood rehna zaroori hai islam ijtimai zindagi ke tamam mamlaat ko</w:t>
      </w:r>
    </w:p>
    <w:p>
      <w:pPr>
        <w:jc w:val="right"/>
      </w:pPr>
      <w:r>
        <w:t>اس کی باقاعدہ اجازت لے تمدنی حالات کے لحاظ سے اس اجازت کے مختلف طریقے ہو سکتے ہیں تاہم ہر طریقے میں اسلامی شائستگی کی شرط موجود رہنا ضروری ہے اسلام اجتماعی زندگی کے تمام معاملات کو</w:t>
      </w:r>
    </w:p>
    <w:p>
      <w:r>
        <w:rPr>
          <w:b/>
        </w:rPr>
        <w:t xml:space="preserve">[36:42] </w:t>
      </w:r>
      <w:r>
        <w:t>aala zarfi ki buniyad par qaim karna chahta hai yahi aala zarfi mulaqat ke muawze mein bhi matloob hai agar aap kisi se milne ke liye us ke ghar jayen aur sahib khana kisi wajah se</w:t>
      </w:r>
    </w:p>
    <w:p>
      <w:pPr>
        <w:jc w:val="right"/>
      </w:pPr>
      <w:r>
        <w:t>اعلی ظرفی کی بنیاد پر قائم کرنا چاہتا ہے یہی اعلی ظرفی ملاقات کے معاوضے میں بھی مطلوب ہے اگر آپ کسی سے ملنے کے لیے اس کے گھر جائیں اور صاحب خانہ کسی وجہ سے</w:t>
      </w:r>
    </w:p>
    <w:p>
      <w:r>
        <w:rPr>
          <w:b/>
        </w:rPr>
        <w:t xml:space="preserve">[36:59] </w:t>
      </w:r>
      <w:r>
        <w:t>us waqt mulaqat se mazrat kare to aap ko khush dili ke sath wapas aa jana chahiye taham woh ijtimai maqamat is hukum se mustasni hain jahan usoolan logon ke liye</w:t>
      </w:r>
    </w:p>
    <w:p>
      <w:pPr>
        <w:jc w:val="right"/>
      </w:pPr>
      <w:r>
        <w:t>اس وقت ملاقات سے معذرت کرے تو آپ کو خوش دلی کے ساتھ واپس آ جانا چاہیے تاہم وہ اجتماعی مقامات اس حکم سے مستثنی ہیں جہاں اصولاً لوگوں کے لیے</w:t>
      </w:r>
    </w:p>
    <w:p>
      <w:r>
        <w:rPr>
          <w:b/>
        </w:rPr>
        <w:t xml:space="preserve">[37:17] </w:t>
      </w:r>
      <w:r>
        <w:t>dakhle ki aam ijazat hoti hai qul lil momineen yaghuddu min absaarihim wa yahfazoo furojahum zalika azka lahum innalaha khabeer</w:t>
      </w:r>
    </w:p>
    <w:p>
      <w:pPr>
        <w:jc w:val="right"/>
      </w:pPr>
      <w:r>
        <w:t>داخلے کی عام اجازت ہوتی ہے قل للمؤمنين یغضو من ابصارهم ويحفظو فروجهم ذلك أزكى لهم إن الله خبير</w:t>
      </w:r>
    </w:p>
    <w:p>
      <w:r>
        <w:rPr>
          <w:b/>
        </w:rPr>
        <w:t xml:space="preserve">[37:36] </w:t>
      </w:r>
      <w:r>
        <w:t>bima yasnaoon</w:t>
      </w:r>
    </w:p>
    <w:p>
      <w:pPr>
        <w:jc w:val="right"/>
      </w:pPr>
      <w:r>
        <w:t>بما يصنعون</w:t>
      </w:r>
    </w:p>
    <w:p>
      <w:r>
        <w:rPr>
          <w:b/>
        </w:rPr>
        <w:t xml:space="preserve">[37:41] </w:t>
      </w:r>
      <w:r>
        <w:t>momin mardon se kaho woh apni nigahein nechi rakhen aur apni sharmgahon ki hifazat karen yeh un ke liye pakizah hai beshak Allah ba khabar hai is se jo woh karte hain</w:t>
      </w:r>
    </w:p>
    <w:p>
      <w:pPr>
        <w:jc w:val="right"/>
      </w:pPr>
      <w:r>
        <w:t>مومن مردوں سے کہو وہ اپنی نگاہیں نیچی رکھیں اور اپنی شرم گاہوں کی حفاظت کریں یہ ان کے لیے پاکیزہ ہے بے شک اللہ باخبر ہے اس سے جو وہ کرتے ہیں</w:t>
      </w:r>
    </w:p>
    <w:p>
      <w:r>
        <w:rPr>
          <w:b/>
        </w:rPr>
        <w:t xml:space="preserve">[38:01] </w:t>
      </w:r>
      <w:r>
        <w:t>tashreeh aurat aur mard ghar mein aur muashray mein kis tarah rahen is silsilay mein yahan do usooli hidayatein di gayi hain ek hai satar ko dhankna</w:t>
      </w:r>
    </w:p>
    <w:p>
      <w:pPr>
        <w:jc w:val="right"/>
      </w:pPr>
      <w:r>
        <w:t>تشریح عورت اور مرد گھر میں اور معاشرے میں کس طرح رہیں اس سلسلے میں یہاں دو اصولی ہدایتیں دی گئی ہیں ایک ہے ستر کو ڈھانکنا</w:t>
      </w:r>
    </w:p>
    <w:p>
      <w:r>
        <w:rPr>
          <w:b/>
        </w:rPr>
        <w:t xml:space="preserve">[38:17] </w:t>
      </w:r>
      <w:r>
        <w:t>aur doosre nigaah ko nechi rakhna mard ke jism ka woh hissa jo us ko har haal mein chupaye rakhna hai woh naaf se le kar ghutnay tak hai yeh satar hai aur us ko apni biwi ke siwa kisi aur ke samne kholna jaiz nahi</w:t>
      </w:r>
    </w:p>
    <w:p>
      <w:pPr>
        <w:jc w:val="right"/>
      </w:pPr>
      <w:r>
        <w:t>اور دوسرے نگاہ کو نیچی رکھنا مرد کے جسم کا وہ حصہ جو اس کو ہر حال میں چھپائے رکھنا ہے وہ ناف سے لے کر گھٹنے تک ہے یہ ستر ہے اور اس کو اپنی بیوی کے سوا کسی اور کے سامنے کھولنا جائز نہیں</w:t>
      </w:r>
    </w:p>
    <w:p>
      <w:r>
        <w:rPr>
          <w:b/>
        </w:rPr>
        <w:t xml:space="preserve">[38:41] </w:t>
      </w:r>
      <w:r>
        <w:t>illa yeh ke is noiyat ki koi zaroorat pesh aye jab ke haram bhi halaal ho jata hai mislan tibbi muainay ke liye</w:t>
      </w:r>
    </w:p>
    <w:p>
      <w:pPr>
        <w:jc w:val="right"/>
      </w:pPr>
      <w:r>
        <w:t>الا یہ کہ اس نوعیت کی کوئی ضرورت پیش آئے جب کہ حرام بھی حلال ہو جاتا ہے مثلاً طبی معائنے کے لیے</w:t>
      </w:r>
    </w:p>
    <w:p>
      <w:r>
        <w:rPr>
          <w:b/>
        </w:rPr>
        <w:t xml:space="preserve">[38:54] </w:t>
      </w:r>
      <w:r>
        <w:t>doosri zaroori cheez yeh hai ke jab mard aur aurat ka samna ho to mardon ko chahiye ke woh apni nigahein nechi rakhen mard aur aurat ki mulaqat is tarah be takalluf andaaz mein nahi honi chahiye</w:t>
      </w:r>
    </w:p>
    <w:p>
      <w:pPr>
        <w:jc w:val="right"/>
      </w:pPr>
      <w:r>
        <w:t>دوسری ضروری چیز یہ ہے کہ جب مرد اور عورت کا سامنا ہو تو مردوں کو چاہیے کہ وہ اپنی نگاہیں نیچی رکھیں مرد اور عورت کی ملاقات اس طرح بے تکلف انداز میں نہیں ہونی چاہیے</w:t>
      </w:r>
    </w:p>
    <w:p>
      <w:r>
        <w:rPr>
          <w:b/>
        </w:rPr>
        <w:t xml:space="preserve">[39:10] </w:t>
      </w:r>
      <w:r>
        <w:t>jis tarah mard aur mard ek doosre se milte hain mard aur aurat ki mulaqat mein mard ki nigahein nechi rehni chahiye agar ittefaqan mard ki nigaah kisi ajnabi aurat par par jaye to woh foran apni nazar us se hata le</w:t>
      </w:r>
    </w:p>
    <w:p>
      <w:pPr>
        <w:jc w:val="right"/>
      </w:pPr>
      <w:r>
        <w:t>جس طرح مرد اور مرد ایک دوسرے سے ملتے ہیں مرد اور عورت کی ملاقات میں مرد کی نگاہیں نیچی رہنی چاہیے اگر اتفاقاً مرد کی نگاہ کسی اجنبی عورت پر پڑ جائے تو وہ فوراً اپنی نظر اس سے ہٹا لے</w:t>
      </w:r>
    </w:p>
    <w:p>
      <w:r>
        <w:rPr>
          <w:b/>
        </w:rPr>
        <w:t xml:space="preserve">[39:31] </w:t>
      </w:r>
      <w:r>
        <w:t>woh bil qasd doosri baar us ki taraf na dekhe ghaz bsar aur hifazat farooj ka jo hukum mardon ke liye hai wohi hukum auraton ke liye bhi hai jaisa ke agli ayat</w:t>
      </w:r>
    </w:p>
    <w:p>
      <w:pPr>
        <w:jc w:val="right"/>
      </w:pPr>
      <w:r>
        <w:t>وہ بالقصد دوسری بار اس کی طرف نہ دیکھے غض بصر اور حفاظت فروج کا جو حکم مردوں کے لیے ہے وہی حکم عورتوں کے لیے بھی ہے جیسا کہ اگلی آیت</w:t>
      </w:r>
    </w:p>
    <w:p>
      <w:r>
        <w:rPr>
          <w:b/>
        </w:rPr>
        <w:t xml:space="preserve">[39:48] </w:t>
      </w:r>
      <w:r>
        <w:t>31 se wazeh hai</w:t>
      </w:r>
    </w:p>
    <w:p>
      <w:pPr>
        <w:jc w:val="right"/>
      </w:pPr>
      <w:r>
        <w:t>31 سے واضح ہے</w:t>
      </w:r>
    </w:p>
    <w:p>
      <w:r>
        <w:rPr>
          <w:b/>
        </w:rPr>
        <w:t xml:space="preserve">[39:55] </w:t>
      </w:r>
      <w:r>
        <w:t>wa qul lil mominaat yaghdadna min absaarihinna wa yahfazna furojahunna wa la yubdeena zeenatahunna illa ma zahara minha wa la yubdeena zeenatahunna illa ma zahara minha</w:t>
      </w:r>
    </w:p>
    <w:p>
      <w:pPr>
        <w:jc w:val="right"/>
      </w:pPr>
      <w:r>
        <w:t>وقل للمؤمنات یغضضن من ابصارهن ويحفظن فروجهن ولا یبدین زینتهن الا ما ظهر منها ولا یبدین زینتهن الا ما ظهر منها</w:t>
      </w:r>
    </w:p>
    <w:p>
      <w:r>
        <w:rPr>
          <w:b/>
        </w:rPr>
        <w:t xml:space="preserve">[40:17] </w:t>
      </w:r>
      <w:r>
        <w:t>wa liyadribna bikhumarihinna ala juyubihinna wa la yubdeena zeenatahunna wa la yubdeena zeenatahunna illa li buoolatihinna aw abaihinna aw abaa</w:t>
      </w:r>
    </w:p>
    <w:p>
      <w:pPr>
        <w:jc w:val="right"/>
      </w:pPr>
      <w:r>
        <w:t>ولیضربن بخمرهن علی جیوبهن ولا یبدین زینتهن ولا یبدین زینتهن الا لبعولتهن او ابائهن او اباء</w:t>
      </w:r>
    </w:p>
    <w:p>
      <w:r>
        <w:rPr>
          <w:b/>
        </w:rPr>
        <w:t xml:space="preserve">[40:42] </w:t>
      </w:r>
      <w:r>
        <w:t>aboolatihinna aw abnaihinna aw abnaihinna aw abna aboolatihinna aw ikhwanihinna aw buni</w:t>
      </w:r>
    </w:p>
    <w:p>
      <w:pPr>
        <w:jc w:val="right"/>
      </w:pPr>
      <w:r>
        <w:t>ابعولتهن او ابنائهن او ابنائهن او ابناء ابعولتهن او اخوانهن او بنی</w:t>
      </w:r>
    </w:p>
    <w:p>
      <w:r>
        <w:rPr>
          <w:b/>
        </w:rPr>
        <w:t xml:space="preserve">[41:04] </w:t>
      </w:r>
      <w:r>
        <w:t>ikhwanihinna aw buni ikhwanihinna aw buni akhwatihinna aw nisaaihinna aw ma malakat aymanuhunna aw at tabi'een</w:t>
      </w:r>
    </w:p>
    <w:p>
      <w:pPr>
        <w:jc w:val="right"/>
      </w:pPr>
      <w:r>
        <w:t>اخوانهن او بنی اخوانهن او بنی اخواتهن او نسائهن او ما ملكت ايمانهن او التابعين</w:t>
      </w:r>
    </w:p>
    <w:p>
      <w:r>
        <w:rPr>
          <w:b/>
        </w:rPr>
        <w:t xml:space="preserve">[41:28] </w:t>
      </w:r>
      <w:r>
        <w:t>aw at tabi'een ghair uli al arbah min ar rajuli aw at tiflu allazeena lam yazharoo ala urati an nisaai wa la yadribna bi arjulihinna li yu'lama ma yukhfeena min zeenatihinna</w:t>
      </w:r>
    </w:p>
    <w:p>
      <w:pPr>
        <w:jc w:val="right"/>
      </w:pPr>
      <w:r>
        <w:t>او التابعين غير اولي الاربه من الرجال او الطفل الذين لم يظهروا على عورات النساء ولا يضربن بارجلهن ليعلم ما يخفين من زينتهن</w:t>
      </w:r>
    </w:p>
    <w:p>
      <w:r>
        <w:rPr>
          <w:b/>
        </w:rPr>
        <w:t xml:space="preserve">[41:50] </w:t>
      </w:r>
      <w:r>
        <w:t>wa tooboo ilal laahi jamee'an ayyuha al mominoona la'allakum tuflihoon</w:t>
      </w:r>
    </w:p>
    <w:p>
      <w:pPr>
        <w:jc w:val="right"/>
      </w:pPr>
      <w:r>
        <w:t>وتوبوا الى الله جميعا ايها المؤمنون لعلكم تفلحون</w:t>
      </w:r>
    </w:p>
    <w:p>
      <w:r>
        <w:rPr>
          <w:b/>
        </w:rPr>
        <w:t xml:space="preserve">[42:04] </w:t>
      </w:r>
      <w:r>
        <w:t>aur momin auraton se kaho ke woh apni nigahein nechi rakhen aur apni sharmgahon ki hifazat karen aur apni zeenat ko zahir na karen magar jo is mein se</w:t>
      </w:r>
    </w:p>
    <w:p>
      <w:pPr>
        <w:jc w:val="right"/>
      </w:pPr>
      <w:r>
        <w:t>اور مومن عورتوں سے کہو کہ وہ اپنی نگاہیں نیچی رکھیں اور اپنی شرم گاہوں کی حفاظت کریں اور اپنی زینت کو ظاہر نہ کریں مگر جو اس میں سے</w:t>
      </w:r>
    </w:p>
    <w:p>
      <w:r>
        <w:rPr>
          <w:b/>
        </w:rPr>
        <w:t xml:space="preserve">[42:20] </w:t>
      </w:r>
      <w:r>
        <w:t>zahir ho jaye aur apne dopatte apne seenon par daale rahein aur apni zeenat ko zahir na karein magar apne shuharon par ya apne baap par ya apne shohar ke baap par</w:t>
      </w:r>
    </w:p>
    <w:p>
      <w:pPr>
        <w:jc w:val="right"/>
      </w:pPr>
      <w:r>
        <w:t>ظاہر ہو جائے اور اپنے دوپٹے اپنے سینوں پر ڈالے رہیں اور اپنی زینت کو ظاہر نہ کریں مگر اپنے شوہروں پر یا اپنے باپ پر یا اپنے شوہر کے باپ پر</w:t>
      </w:r>
    </w:p>
    <w:p>
      <w:r>
        <w:rPr>
          <w:b/>
        </w:rPr>
        <w:t xml:space="preserve">[42:37] </w:t>
      </w:r>
      <w:r>
        <w:t>ya apne beton par ya apne shohar ke beton par ya apne bhaiyon par ya apne bhaiyon ke beton par ya apni behnon ke beton par ya apni auraton par ya apne malik par</w:t>
      </w:r>
    </w:p>
    <w:p>
      <w:pPr>
        <w:jc w:val="right"/>
      </w:pPr>
      <w:r>
        <w:t>یا اپنے بیٹوں پر یا اپنے شوہر کے بیٹوں پر یا اپنے بھائیوں پر یا اپنے بھائیوں کے بیٹوں پر یا اپنی بہنوں کے بیٹوں پر یا اپنی عورتوں پر یا اپنے مملوک پر</w:t>
      </w:r>
    </w:p>
    <w:p>
      <w:r>
        <w:rPr>
          <w:b/>
        </w:rPr>
        <w:t xml:space="preserve">[42:55] </w:t>
      </w:r>
      <w:r>
        <w:t>ya zer dast mardon par jo kuch ghraz nahi rakhte ya aise ladkon par jo auraton ke parde ki baaton se abhi nawaqif hon woh apne paaon zor se na maarein</w:t>
      </w:r>
    </w:p>
    <w:p>
      <w:pPr>
        <w:jc w:val="right"/>
      </w:pPr>
      <w:r>
        <w:t>یا زیر دست مردوں پر جو کچھ غرض نہیں رکھتے یا ایسے لڑکوں پر جو عورتوں کے پردے کی باتوں سے ابھی ناواقف ہوں وہ اپنے پاؤں زور سے نہ ماریں</w:t>
      </w:r>
    </w:p>
    <w:p>
      <w:r>
        <w:rPr>
          <w:b/>
        </w:rPr>
        <w:t xml:space="preserve">[43:11] </w:t>
      </w:r>
      <w:r>
        <w:t>ke unki makhfi zeenat maloom ho jaye aur aye imaan walo! tum sab mil kar Allah ki taraf rujoo karo taake tum falaah pao.</w:t>
      </w:r>
    </w:p>
    <w:p>
      <w:pPr>
        <w:jc w:val="right"/>
      </w:pPr>
      <w:r>
        <w:t>کہ ان کی مخفی زینت معلوم ہو جائے اور اے ایمان والو! تم سب مل کر اللہ کی طرف رجوع کرو تاکہ تم فلاح پاؤ۔</w:t>
      </w:r>
    </w:p>
    <w:p>
      <w:r>
        <w:rPr>
          <w:b/>
        </w:rPr>
        <w:t xml:space="preserve">[43:25] </w:t>
      </w:r>
      <w:r>
        <w:t>tashreeh khawateen ke silsile mein islam ke ahkaam</w:t>
      </w:r>
    </w:p>
    <w:p>
      <w:pPr>
        <w:jc w:val="right"/>
      </w:pPr>
      <w:r>
        <w:t>تشریح خواتین کے سلسلے میں اسلام کے احکام</w:t>
      </w:r>
    </w:p>
    <w:p>
      <w:r>
        <w:rPr>
          <w:b/>
        </w:rPr>
        <w:t xml:space="preserve">[43:30] </w:t>
      </w:r>
      <w:r>
        <w:t>do pehluon se talluq rakhte hain: ek woh jis ka unwan satr hai aur doosre woh jis ka unwan hijab hai.</w:t>
      </w:r>
    </w:p>
    <w:p>
      <w:pPr>
        <w:jc w:val="right"/>
      </w:pPr>
      <w:r>
        <w:t>دو پہلوؤں سے تعلق رکھتے ہیں: ایک وہ جس کا عنوان ستر ہے اور دوسرے وہ جس کا عنوان حجاب ہے۔</w:t>
      </w:r>
    </w:p>
    <w:p>
      <w:r>
        <w:rPr>
          <w:b/>
        </w:rPr>
        <w:t xml:space="preserve">[43:40] </w:t>
      </w:r>
      <w:r>
        <w:t>satr ka talluq jism ke parde se hai yaani aurat khwah ghar ke andar ho ya ghar ke bahar,</w:t>
      </w:r>
    </w:p>
    <w:p>
      <w:pPr>
        <w:jc w:val="right"/>
      </w:pPr>
      <w:r>
        <w:t>ستر کا تعلق جسم کے پردے سے ہے یعنی عورت خواہ گھر کے اندر ہو یا گھر کے باہر،</w:t>
      </w:r>
    </w:p>
    <w:p>
      <w:r>
        <w:rPr>
          <w:b/>
        </w:rPr>
        <w:t xml:space="preserve">[43:48] </w:t>
      </w:r>
      <w:r>
        <w:t>us ko apne badan ka kaun sa hissa kis ke saamne aur kin halaat mein khula rakhna jaiz hai aur kab khula rakhna jaiz nahi.</w:t>
      </w:r>
    </w:p>
    <w:p>
      <w:pPr>
        <w:jc w:val="right"/>
      </w:pPr>
      <w:r>
        <w:t>اس کو اپنے بدن کا کون سا حصہ کس کے سامنے اور کن حالات میں کھلا رکھنا جائز ہے اور کب کھلا رکھنا جائز نہیں۔</w:t>
      </w:r>
    </w:p>
    <w:p>
      <w:r>
        <w:rPr>
          <w:b/>
        </w:rPr>
        <w:t xml:space="preserve">[44:02] </w:t>
      </w:r>
      <w:r>
        <w:t>hijab ka talluq bahar ke parde se hai yaani</w:t>
      </w:r>
    </w:p>
    <w:p>
      <w:pPr>
        <w:jc w:val="right"/>
      </w:pPr>
      <w:r>
        <w:t>حجاب کا تعلق باہر کے پردے سے ہے یعنی</w:t>
      </w:r>
    </w:p>
    <w:p>
      <w:r>
        <w:rPr>
          <w:b/>
        </w:rPr>
        <w:t xml:space="preserve">[44:06] </w:t>
      </w:r>
      <w:r>
        <w:t>us masle se ke shariyat ne aurat ko kin halaat mein ghar se bahar nikalne aur safar karne ki ijazat di hai.</w:t>
      </w:r>
    </w:p>
    <w:p>
      <w:pPr>
        <w:jc w:val="right"/>
      </w:pPr>
      <w:r>
        <w:t>اس مسئلے سے کہ شریعت نے عورت کو کن حالات میں گھر سے باہر نکلنے اور سفر کرنے کی اجازت دی ہے۔</w:t>
      </w:r>
    </w:p>
    <w:p>
      <w:r>
        <w:rPr>
          <w:b/>
        </w:rPr>
        <w:t xml:space="preserve">[44:18] </w:t>
      </w:r>
      <w:r>
        <w:t>in ayaat mein buniyadi taur par satr ka masla bayan hua hai.</w:t>
      </w:r>
    </w:p>
    <w:p>
      <w:pPr>
        <w:jc w:val="right"/>
      </w:pPr>
      <w:r>
        <w:t>ان آیات میں بنیادی طور پر ستر کا مسئلہ بیان ہوا ہے۔</w:t>
      </w:r>
    </w:p>
    <w:p>
      <w:r>
        <w:rPr>
          <w:b/>
        </w:rPr>
        <w:t xml:space="preserve">[44:22] </w:t>
      </w:r>
      <w:r>
        <w:t>hijab ka masla aage surah ahzaab mein hai. aye momino! tum sab Allah ki taraf rujoo karo.</w:t>
      </w:r>
    </w:p>
    <w:p>
      <w:pPr>
        <w:jc w:val="right"/>
      </w:pPr>
      <w:r>
        <w:t>حجاب کا مسئلہ آگے سورہ احزاب میں ہے۔ اے مومنوں! تم سب اللہ کی طرف رجوع کرو۔</w:t>
      </w:r>
    </w:p>
    <w:p>
      <w:r>
        <w:rPr>
          <w:b/>
        </w:rPr>
        <w:t xml:space="preserve">[44:33] </w:t>
      </w:r>
      <w:r>
        <w:t>yeh alfaaz batate hain ke ahkaam shariyat ki takmeel ke silsile mein sab se</w:t>
      </w:r>
    </w:p>
    <w:p>
      <w:pPr>
        <w:jc w:val="right"/>
      </w:pPr>
      <w:r>
        <w:t>یہ الفاظ بتاتے ہیں کہ احکام شریعت کی تکمیل کے سلسلے میں سب سے</w:t>
      </w:r>
    </w:p>
    <w:p>
      <w:r>
        <w:rPr>
          <w:b/>
        </w:rPr>
        <w:t xml:space="preserve">[44:39] </w:t>
      </w:r>
      <w:r>
        <w:t>aham cheez yeh hai ke dilon ke andar is ki amadgi ho. sahaba aur saahabiyaat is maamle mein aakhri miyari darje par thay.</w:t>
      </w:r>
    </w:p>
    <w:p>
      <w:pPr>
        <w:jc w:val="right"/>
      </w:pPr>
      <w:r>
        <w:t>اہم چیز یہ ہے کہ دلوں کے اندر اس کی آمادگی ہو۔ صحابہ اور صحابیات اس معاملے میں آخری معیاری درجے پر تھے۔</w:t>
      </w:r>
    </w:p>
    <w:p>
      <w:r>
        <w:rPr>
          <w:b/>
        </w:rPr>
        <w:t xml:space="preserve">[44:51] </w:t>
      </w:r>
      <w:r>
        <w:t>hazrat ayesha kehti hain ke Khuda ki qasam! mein ne Khuda ki kitaab ki tasdeeq aur us ke ahkaam par imaan ke maamle mein</w:t>
      </w:r>
    </w:p>
    <w:p>
      <w:pPr>
        <w:jc w:val="right"/>
      </w:pPr>
      <w:r>
        <w:t>حضرت عائشہ کہتی ہیں کہ خدا کی قسم! میں نے خدا کی کتاب کی تصدیق اور اس کے احکام پر ایمان کے معاملے میں</w:t>
      </w:r>
    </w:p>
    <w:p>
      <w:r>
        <w:rPr>
          <w:b/>
        </w:rPr>
        <w:t xml:space="preserve">[45:00] </w:t>
      </w:r>
      <w:r>
        <w:t>ansar ki auraton se behtar kisi ko nahi paya.</w:t>
      </w:r>
    </w:p>
    <w:p>
      <w:pPr>
        <w:jc w:val="right"/>
      </w:pPr>
      <w:r>
        <w:t>انصار کی عورتوں سے بہتر کسی کو نہیں پایا۔</w:t>
      </w:r>
    </w:p>
    <w:p>
      <w:r>
        <w:rPr>
          <w:b/>
        </w:rPr>
        <w:t xml:space="preserve">[45:08] </w:t>
      </w:r>
      <w:r>
        <w:t>jab quran ki mazkoora ayat utri to us ke baad un ke mard apne gharon ki taraf lautey.</w:t>
      </w:r>
    </w:p>
    <w:p>
      <w:pPr>
        <w:jc w:val="right"/>
      </w:pPr>
      <w:r>
        <w:t>جب قرآن کی مذکورہ آیت اتری تو اس کے بعد ان کے مرد اپنے گھروں کی طرف لوٹے۔</w:t>
      </w:r>
    </w:p>
    <w:p>
      <w:r>
        <w:rPr>
          <w:b/>
        </w:rPr>
        <w:t xml:space="preserve">[45:17] </w:t>
      </w:r>
      <w:r>
        <w:t>unhon ne apni auraton aur ladkiyon aur behnon ko woh hukum sunaya jo Khuda ne un ke liye utara tha.</w:t>
      </w:r>
    </w:p>
    <w:p>
      <w:pPr>
        <w:jc w:val="right"/>
      </w:pPr>
      <w:r>
        <w:t>انہوں نے اپنی عورتوں اور لڑکیوں اور بہنوں کو وہ حکم سنایا جو خدا نے ان کے لیے اتارا تھا۔</w:t>
      </w:r>
    </w:p>
    <w:p>
      <w:r>
        <w:rPr>
          <w:b/>
        </w:rPr>
        <w:t xml:space="preserve">[45:26] </w:t>
      </w:r>
      <w:r>
        <w:t>pas ansar ki auraton mein se har aurat foran uth khadi hui. kisi ne apni kamar patti khol kar aur kisi ne apni chadar le kar uska dopatta banaya aur us ko odh liya.</w:t>
      </w:r>
    </w:p>
    <w:p>
      <w:pPr>
        <w:jc w:val="right"/>
      </w:pPr>
      <w:r>
        <w:t>پس انصار کی عورتوں میں سے ہر عورت فوراً اٹھ کھڑی ہوئی۔ کسی نے اپنی کمر پٹی کھول کر اور کسی نے اپنی چادر لے کر اس کا دوپٹہ بنایا اور اس کو اوڑھ لیا۔</w:t>
      </w:r>
    </w:p>
    <w:p>
      <w:r>
        <w:rPr>
          <w:b/>
        </w:rPr>
        <w:t xml:space="preserve">[45:40] </w:t>
      </w:r>
      <w:r>
        <w:t>agle din subah ki namaz unhon ne rasool Allah</w:t>
      </w:r>
    </w:p>
    <w:p>
      <w:pPr>
        <w:jc w:val="right"/>
      </w:pPr>
      <w:r>
        <w:t>اگلے دن صبح کی نماز انہوں نے رسول اللہ</w:t>
      </w:r>
    </w:p>
    <w:p>
      <w:r>
        <w:rPr>
          <w:b/>
        </w:rPr>
        <w:t xml:space="preserve">[45:44] </w:t>
      </w:r>
      <w:r>
        <w:t>sallallahu alaihi wasallam ke peeche parhi to dopatte ki wajah se aisa maloom hota tha goya un ke saron par kaway hon.</w:t>
      </w:r>
    </w:p>
    <w:p>
      <w:pPr>
        <w:jc w:val="right"/>
      </w:pPr>
      <w:r>
        <w:t>صلی اللہ علیہ وسلم کے پیچھے پڑھی تو دوپٹے کی وجہ سے ایسا معلوم ہوتا تھا گویا ان کے سروں پر کوے ہوں۔</w:t>
      </w:r>
    </w:p>
    <w:p>
      <w:r>
        <w:rPr>
          <w:b/>
        </w:rPr>
        <w:t xml:space="preserve">[45:57] </w:t>
      </w:r>
      <w:r>
        <w:t>وانكحوا الايام منكم والصالحين من عبادكم وامائكم ان يكونوا فقراء یغنہم اللہ</w:t>
      </w:r>
    </w:p>
    <w:p>
      <w:pPr>
        <w:jc w:val="right"/>
      </w:pPr>
      <w:r>
        <w:t>وانكحوا الايام منكم والصالحين من عبادكم وامائكم ان يكونوا فقراء یغنہم اللہ</w:t>
      </w:r>
    </w:p>
    <w:p>
      <w:r>
        <w:rPr>
          <w:b/>
        </w:rPr>
        <w:t xml:space="preserve">[46:16] </w:t>
      </w:r>
      <w:r>
        <w:t>من فضله واللہ واسع علیم</w:t>
      </w:r>
    </w:p>
    <w:p>
      <w:pPr>
        <w:jc w:val="right"/>
      </w:pPr>
      <w:r>
        <w:t>من فضله واللہ واسع علیم</w:t>
      </w:r>
    </w:p>
    <w:p>
      <w:r>
        <w:rPr>
          <w:b/>
        </w:rPr>
        <w:t xml:space="preserve">[46:25] </w:t>
      </w:r>
      <w:r>
        <w:t>ولیستعفف الذین لا یجدون نکاحا حتى یغنیہم اللہ من فضله والذین یبتغون الکتاب مما ملكت ایمانكم فکاتبوهم ان علمتم فیہم خیرا</w:t>
      </w:r>
    </w:p>
    <w:p>
      <w:pPr>
        <w:jc w:val="right"/>
      </w:pPr>
      <w:r>
        <w:t>ولیستعفف الذین لا یجدون نکاحا حتى یغنیہم اللہ من فضله والذین یبتغون الکتاب مما ملكت ایمانكم فکاتبوهم ان علمتم فیہم خیرا</w:t>
      </w:r>
    </w:p>
    <w:p>
      <w:r>
        <w:rPr>
          <w:b/>
        </w:rPr>
        <w:t xml:space="preserve">[46:46] </w:t>
      </w:r>
      <w:r>
        <w:t>واتوہم من مال اللہ الذی اتاکم ولا تكرهوا فتياتكم على البغاء ان اردن تحصنا لتبتغوا عرض الحياه الدنيا</w:t>
      </w:r>
    </w:p>
    <w:p>
      <w:pPr>
        <w:jc w:val="right"/>
      </w:pPr>
      <w:r>
        <w:t>واتوہم من مال اللہ الذی اتاكم ولا تكرهوا فتياتكم على البغاء ان اردن تحصنا لتبتغوا عرض الحياه الدنيا</w:t>
      </w:r>
    </w:p>
    <w:p>
      <w:r>
        <w:rPr>
          <w:b/>
        </w:rPr>
        <w:t xml:space="preserve">[47:07] </w:t>
      </w:r>
      <w:r>
        <w:t>wa man yakraahun fa innallaha min ba'di ikraahihin ghafoorur raheem wa laqad anzalna ilaikum aayaat</w:t>
      </w:r>
    </w:p>
    <w:p>
      <w:pPr>
        <w:jc w:val="right"/>
      </w:pPr>
      <w:r>
        <w:t>ومن يكرههن فان الله من بعد اكراههن غفور رحيم ولقد انزلنا اليكم آيات</w:t>
      </w:r>
    </w:p>
    <w:p>
      <w:r>
        <w:rPr>
          <w:b/>
        </w:rPr>
        <w:t xml:space="preserve">[47:27] </w:t>
      </w:r>
      <w:r>
        <w:t>mubayyinatin wa masalan minalladheena khalaw min qablikum wa masalan minalladheena khalaw min qablikum wa maw'izhatal lil muttaqeen.</w:t>
      </w:r>
    </w:p>
    <w:p>
      <w:pPr>
        <w:jc w:val="right"/>
      </w:pPr>
      <w:r>
        <w:t>مبينات ومثلا من الذين خلوا من قبلكم ومثلا من الذين خلوا من قبلكم وموعظة للمتقين.</w:t>
      </w:r>
    </w:p>
    <w:p>
      <w:r>
        <w:rPr>
          <w:b/>
        </w:rPr>
        <w:t xml:space="preserve">[47:48] </w:t>
      </w:r>
      <w:r>
        <w:t>aur tum mein jo be nikah hon un ka nikah kar do aur tumhare ghulamon aur laundiyon mein se jo nikah ke laiq hon un ka bhi agar woh gharib honge to Allah un ko apne fazl se ghani kar dega aur Allah</w:t>
      </w:r>
    </w:p>
    <w:p>
      <w:pPr>
        <w:jc w:val="right"/>
      </w:pPr>
      <w:r>
        <w:t>اور تم میں جو بے نکاح ہوں ان کا نکاح کر دو اور تمہارے غلاموں اور لوڈیوں میں سے جو نکاح کے لائق ہوں ان کا بھی اگر وہ غریب ہوں گے تو اللہ ان کو اپنے فضل سے غنی کر دے گا اور اللہ</w:t>
      </w:r>
    </w:p>
    <w:p>
      <w:r>
        <w:rPr>
          <w:b/>
        </w:rPr>
        <w:t xml:space="preserve">[48:06] </w:t>
      </w:r>
      <w:r>
        <w:t>wus'at wala janne wala hai aur jo nikah ka mauqa na payen un ko chahiye ke woh zabt karen yahan tak ke Allah apne fazl se un ko ghani kar de aur tumhare malkon mein se jo</w:t>
      </w:r>
    </w:p>
    <w:p>
      <w:pPr>
        <w:jc w:val="right"/>
      </w:pPr>
      <w:r>
        <w:t>وسعت والا جاننے والا ہے اور جو نکاح کا موقع نہ پائیں ان کو چاہیے کہ وہ ضبط کریں یہاں تک کہ اللہ اپنے فضل سے ان کو غنی کر دے اور تمہارے مملوکوں میں سے جو</w:t>
      </w:r>
    </w:p>
    <w:p>
      <w:r>
        <w:rPr>
          <w:b/>
        </w:rPr>
        <w:t xml:space="preserve">[48:24] </w:t>
      </w:r>
      <w:r>
        <w:t>mukataib hone ke talib hon to un ko mukataib bana lo agar tum un mein salahiyat pao aur un ko is maal mein se do jo Allah ne tumhein diya hai aur apni laundiyon ko peshe par majboor na karo jab ke woh pak daman rehna chahti hon</w:t>
      </w:r>
    </w:p>
    <w:p>
      <w:pPr>
        <w:jc w:val="right"/>
      </w:pPr>
      <w:r>
        <w:t>مکاتب ہونے کے طالب ہوں تو ان کو مکاتب بنا لو اگر تم ان میں صلاحیت پاؤ اور ان کو اس مال میں سے دو جو اللہ نے تمہیں دیا ہے اور اپنی لوڈیوں کو پیشے پر مجبور نہ کرو جب کہ وہ پاک دامن رہنا چاہتی ہوں</w:t>
      </w:r>
    </w:p>
    <w:p>
      <w:r>
        <w:rPr>
          <w:b/>
        </w:rPr>
        <w:t xml:space="preserve">[48:42] </w:t>
      </w:r>
      <w:r>
        <w:t>mehaz is liye ke dunyaavi zindagi ka kuch faida tum ko hasil ho jaye aur jo shakhs un ko majboor karega to Allah is jabr ke baad bakhsne wala meherban hai aur beshak hum ne tumhari taraf roshan aayatein utari hain aur</w:t>
      </w:r>
    </w:p>
    <w:p>
      <w:pPr>
        <w:jc w:val="right"/>
      </w:pPr>
      <w:r>
        <w:t>محض اس لیے کہ دنیاوی زندگی کا کچھ فائدہ تم کو حاصل ہو جائے اور جو شخص ان کو مجبور کرے گا تو اللہ اس جبر کے بعد بخشنے والا مہربان ہے اور بے شک ہم نے تمہاری طرف روشن آیتیں اتاری ہیں اور</w:t>
      </w:r>
    </w:p>
    <w:p>
      <w:r>
        <w:rPr>
          <w:b/>
        </w:rPr>
        <w:t xml:space="preserve">[49:03] </w:t>
      </w:r>
      <w:r>
        <w:t>un logon ki misalein bhi jo tum se pehle guzar chuke hain aur darne walon ke liye naseehat bhi. Tashreeh Islam mard aur aurat ke liye shadi shuda zindagi pasand karta hai.</w:t>
      </w:r>
    </w:p>
    <w:p>
      <w:pPr>
        <w:jc w:val="right"/>
      </w:pPr>
      <w:r>
        <w:t>ان لوگوں کی مثالیں بھی جو تم سے پہلے گزر چکے ہیں اور ڈرنے والوں کے لیے نصیحت بھی۔ تشریح اسلام مرد اور عورت کے لیے شادی شدہ زندگی پسند کرتا ہے۔</w:t>
      </w:r>
    </w:p>
    <w:p>
      <w:r>
        <w:rPr>
          <w:b/>
        </w:rPr>
        <w:t xml:space="preserve">[49:21] </w:t>
      </w:r>
      <w:r>
        <w:t>kisi bhi uzr ki bina par nikah se rukna Islam mein durust nahi. Kuch log kisi zaati sabab se ghair shadi shuda reh jayen to us waqt Islam pure muashre mein yeh rooh dekhna chahta hai ke tamam log is ko ek mushtarik masla samjhen aur us waqt tak mutma'in na hon jab tak woh</w:t>
      </w:r>
    </w:p>
    <w:p>
      <w:pPr>
        <w:jc w:val="right"/>
      </w:pPr>
      <w:r>
        <w:t>کسی بھی عذر کی بنا پر نکاح سے رکنا اسلام میں درست نہیں۔ کچھ لوگ کسی ذاتی سبب سے غیر شادی شدہ رہ جائیں تو اس وقت اسلام پورے معاشرے میں یہ روح دیکھنا چاہتا ہے کہ تمام لوگ اس کو ایک مشترک مسئلہ سمجھیں اور اس وقت تک مطمئن نہ ہوں جب تک وہ</w:t>
      </w:r>
    </w:p>
    <w:p>
      <w:r>
        <w:rPr>
          <w:b/>
        </w:rPr>
        <w:t xml:space="preserve">[49:45] </w:t>
      </w:r>
      <w:r>
        <w:t>is masle ko shar'i tareeqe par hal na karen. Kitab ya mukatibiat ke lafzi ma'ni hain likhna.</w:t>
      </w:r>
    </w:p>
    <w:p>
      <w:pPr>
        <w:jc w:val="right"/>
      </w:pPr>
      <w:r>
        <w:t>اس مسئلے کو شرعی طریقے پر حل نہ کریں۔ کتاب یا مکاتبت کے لفظی معنی ہیں لکھنا۔</w:t>
      </w:r>
    </w:p>
    <w:p>
      <w:r>
        <w:rPr>
          <w:b/>
        </w:rPr>
        <w:t xml:space="preserve">[49:54] </w:t>
      </w:r>
      <w:r>
        <w:t>is se murad woh tehreer hai jis mein koi laundi ya ghulam apne aaqa se yeh ahad kare ke main itni muddat mein</w:t>
      </w:r>
    </w:p>
    <w:p>
      <w:pPr>
        <w:jc w:val="right"/>
      </w:pPr>
      <w:r>
        <w:t>اس سے مراد وہ تحریر ہے جس میں کوئی لونڈی یا غلام اپنے آقا سے یہ عہد کرے کہ میں اتنی مدت میں</w:t>
      </w:r>
    </w:p>
    <w:p>
      <w:r>
        <w:rPr>
          <w:b/>
        </w:rPr>
        <w:t xml:space="preserve">[50:04] </w:t>
      </w:r>
      <w:r>
        <w:t>itna maal kama kar tujhe de doonga aur is ke baad se main azad hoon ga. Islam jis zamane mein aaya us waqt Arab mein aur sari dunya mein ghulam banane ka riwaj tha.</w:t>
      </w:r>
    </w:p>
    <w:p>
      <w:pPr>
        <w:jc w:val="right"/>
      </w:pPr>
      <w:r>
        <w:t>اتنا مال کما کر تجھے دے دوں گا اور اس کے بعد سے میں آزاد ہوں گا۔ اسلام جس زمانے میں آیا اس وقت عرب میں اور ساری دنیا میں غلام بنانے کا رواج تھا۔</w:t>
      </w:r>
    </w:p>
    <w:p>
      <w:r>
        <w:rPr>
          <w:b/>
        </w:rPr>
        <w:t xml:space="preserve">[50:17] </w:t>
      </w:r>
      <w:r>
        <w:t>Islam ne nihayat munazzam tor par is ko khatm karna shuru kiya.</w:t>
      </w:r>
    </w:p>
    <w:p>
      <w:pPr>
        <w:jc w:val="right"/>
      </w:pPr>
      <w:r>
        <w:t>اسلام نے نہایت منظم طور پر اس کو ختم کرنا شروع کیا۔</w:t>
      </w:r>
    </w:p>
    <w:p>
      <w:r>
        <w:rPr>
          <w:b/>
        </w:rPr>
        <w:t xml:space="preserve">[50:22] </w:t>
      </w:r>
      <w:r>
        <w:t>isi mein se ek tareeqa woh tha jis ko mukatibiat kaha jata hai. Taham Islam ne fiqh ke raqba gardanein chhurane ki yeh muhim apne aam usool ke mutabiq tadreej ke tehat chalai.</w:t>
      </w:r>
    </w:p>
    <w:p>
      <w:pPr>
        <w:jc w:val="right"/>
      </w:pPr>
      <w:r>
        <w:t>اسی میں سے ایک طریقہ وہ تھا جس کو مکاتبت کہا جاتا ہے۔ تاہم اسلام نے فقہ کے رقبہ گردنیں چھڑانے کی یہ مہم اپنے عام اصول کے مطابق تدریج کے تحت چلائی۔</w:t>
      </w:r>
    </w:p>
    <w:p>
      <w:r>
        <w:rPr>
          <w:b/>
        </w:rPr>
        <w:t xml:space="preserve">[50:40] </w:t>
      </w:r>
      <w:r>
        <w:t>mukhtalif tareeqon se ghulamon aur laundiyon ko riha kiya jata raha yahan tak ke khilafat rashida ke aakhri daur tak is idare ka taqreeban khataama ho gaya.</w:t>
      </w:r>
    </w:p>
    <w:p>
      <w:pPr>
        <w:jc w:val="right"/>
      </w:pPr>
      <w:r>
        <w:t>مختلف طریقوں سے غلاموں اور لوڈیوں کو رہا کیا جاتا رہا یہاں تک کہ خلافت راشدہ کے آخری دور تک اس ادارے کا تقریباً خاتمہ ہو گیا۔</w:t>
      </w:r>
    </w:p>
    <w:p>
      <w:r>
        <w:rPr>
          <w:b/>
        </w:rPr>
        <w:t xml:space="preserve">[50:55] </w:t>
      </w:r>
      <w:r>
        <w:t>qadeem zamane mein baaz log apni laundiyon se kasb karate the. Madine ke munafiq Abdullah bin Abi ke paas kai laundiyan thin jin se badkari kar ke woh raqam hasil karta tha.</w:t>
      </w:r>
    </w:p>
    <w:p>
      <w:pPr>
        <w:jc w:val="right"/>
      </w:pPr>
      <w:r>
        <w:t>قدیم زمانے میں بعض لوگ اپنی لوڈیوں سے کسب کراتے تھے۔ مدینے کے منافق عبداللہ ابن ابی کے پاس کئی لونڈیاں تھیں جن سے بدکاری کرا کر وہ رقم حاصل کرتا تھا۔</w:t>
      </w:r>
    </w:p>
    <w:p>
      <w:r>
        <w:rPr>
          <w:b/>
        </w:rPr>
        <w:t xml:space="preserve">[51:10] </w:t>
      </w:r>
      <w:r>
        <w:t>un mein se ek laundi ne Islam qabool kar liya aur kasb se baz aana chaha</w:t>
      </w:r>
    </w:p>
    <w:p>
      <w:pPr>
        <w:jc w:val="right"/>
      </w:pPr>
      <w:r>
        <w:t>ان میں سے ایک لونڈی نے اسلام قبول کر لیا اور کسر سے باز آنا چاہا</w:t>
      </w:r>
    </w:p>
    <w:p>
      <w:r>
        <w:rPr>
          <w:b/>
        </w:rPr>
        <w:t xml:space="preserve">[51:16] </w:t>
      </w:r>
      <w:r>
        <w:t>to Abdullah bin Abi ne is par jabr karna shuru kiya. Bilakhir Rasool Allah sal Allah alaih wasallam ke hukum se laundi Abdullah bin Abi ke qabze se riha karai gayi.</w:t>
      </w:r>
    </w:p>
    <w:p>
      <w:pPr>
        <w:jc w:val="right"/>
      </w:pPr>
      <w:r>
        <w:t>تو عبداللہ ابن ابی نے اس پر جبر کرنا شروع کیا۔ بالاخر رسول اللہ صلی اللہ علیہ وسلم کے حکم سے لونڈی عبداللہ ابن ابی کے قبضے سے رہا کرائی گئی۔</w:t>
      </w:r>
    </w:p>
    <w:p>
      <w:r>
        <w:rPr>
          <w:b/>
        </w:rPr>
        <w:t xml:space="preserve">[51:30] </w:t>
      </w:r>
      <w:r>
        <w:t>Allahu noorus samawati wal ard</w:t>
      </w:r>
    </w:p>
    <w:p>
      <w:pPr>
        <w:jc w:val="right"/>
      </w:pPr>
      <w:r>
        <w:t>اللہ نور السماوات والأرض</w:t>
      </w:r>
    </w:p>
    <w:p>
      <w:r>
        <w:rPr>
          <w:b/>
        </w:rPr>
        <w:t xml:space="preserve">[51:34] </w:t>
      </w:r>
      <w:r>
        <w:t>mathalu noorihi kamishkatin fiha misbah al misbahu fi zujajat in zujajatu ka annaha kawkabun zujajatu ka annaha kawkabun</w:t>
      </w:r>
    </w:p>
    <w:p>
      <w:pPr>
        <w:jc w:val="right"/>
      </w:pPr>
      <w:r>
        <w:t>مثل نوره كمشكات فيها مصباح المصباح في زجاجة الزجاجة كأنها كوكب الزجاجة كأنها كوكب</w:t>
      </w:r>
    </w:p>
    <w:p>
      <w:r>
        <w:rPr>
          <w:b/>
        </w:rPr>
        <w:t xml:space="preserve">[51:51] </w:t>
      </w:r>
      <w:r>
        <w:t>durriyuy yuqadu min shajaratin mubarakatin zaytunatin la sharqiyyatin wa la gharbiyyatin la sharqiyyatin wa la gharbiyyatin</w:t>
      </w:r>
    </w:p>
    <w:p>
      <w:pPr>
        <w:jc w:val="right"/>
      </w:pPr>
      <w:r>
        <w:t>دري يوقد من شجرة مباركة زيتونة لا شرقية ولا غربية لا شرقية ولا غربية</w:t>
      </w:r>
    </w:p>
    <w:p>
      <w:r>
        <w:rPr>
          <w:b/>
        </w:rPr>
        <w:t xml:space="preserve">[52:09] </w:t>
      </w:r>
      <w:r>
        <w:t>yakadu zaytuha yudi'u walaw lam tamsashu naarun noorun ala noori yahdillahu li noorihi</w:t>
      </w:r>
    </w:p>
    <w:p>
      <w:pPr>
        <w:jc w:val="right"/>
      </w:pPr>
      <w:r>
        <w:t>يكاد زيتها يضيء ولو لم تمسسه نار نور على نور يهدي الله لنوره</w:t>
      </w:r>
    </w:p>
    <w:p>
      <w:r>
        <w:rPr>
          <w:b/>
        </w:rPr>
        <w:t xml:space="preserve">[52:25] </w:t>
      </w:r>
      <w:r>
        <w:t>man yashaa'u wa yadribullahu al amthala lin naasi wallahu bikulli shai'in aleem.</w:t>
      </w:r>
    </w:p>
    <w:p>
      <w:pPr>
        <w:jc w:val="right"/>
      </w:pPr>
      <w:r>
        <w:t>من يشاء ويضرب الله الأمثال للناس والله بكل شيء عليم.</w:t>
      </w:r>
    </w:p>
    <w:p>
      <w:r>
        <w:rPr>
          <w:b/>
        </w:rPr>
        <w:t xml:space="preserve">[52:42] </w:t>
      </w:r>
      <w:r>
        <w:t>Allah aasmanon aur zameen ki roshni hai. Is ki roshni ki misal aisi hai jaise ek taaq. Is mein ek charagh hai.</w:t>
      </w:r>
    </w:p>
    <w:p>
      <w:pPr>
        <w:jc w:val="right"/>
      </w:pPr>
      <w:r>
        <w:t>اللہ آسمانوں اور زمین کی روشنی ہے۔ اس کی روشنی کی مثال ایسی ہے جیسے ایک طاق۔ اس میں ایک چراغ ہے۔</w:t>
      </w:r>
    </w:p>
    <w:p>
      <w:r>
        <w:rPr>
          <w:b/>
        </w:rPr>
        <w:t xml:space="preserve">[52:53] </w:t>
      </w:r>
      <w:r>
        <w:t>charagh ek shishe ke andar hai. Shisha aisa hai jaise</w:t>
      </w:r>
    </w:p>
    <w:p>
      <w:pPr>
        <w:jc w:val="right"/>
      </w:pPr>
      <w:r>
        <w:t>چراغ ایک شیشے کے اندر ہے۔ شیشہ ایسا ہے جیسے</w:t>
      </w:r>
    </w:p>
    <w:p>
      <w:r>
        <w:rPr>
          <w:b/>
        </w:rPr>
        <w:t xml:space="preserve">[52:59] </w:t>
      </w:r>
      <w:r>
        <w:t>ek chamakdar tara. Woh zaitoon ke ek aise mubarak darakht ke tel se roshan kiya jata hai jo na sharqi hai aur na gharbi.</w:t>
      </w:r>
    </w:p>
    <w:p>
      <w:pPr>
        <w:jc w:val="right"/>
      </w:pPr>
      <w:r>
        <w:t>ایک چمکدار تارا۔ وہ زیتون کے ایک ایسے مبارک درخت کے تیل سے روشن کیا جاتا ہے جو نہ شرقی ہے اور نہ غربی۔</w:t>
      </w:r>
    </w:p>
    <w:p>
      <w:r>
        <w:rPr>
          <w:b/>
        </w:rPr>
        <w:t xml:space="preserve">[53:11] </w:t>
      </w:r>
      <w:r>
        <w:t>is ka tel aisa hai goya aag ke chhooe baghair hi khud ba khud jal uthe ga.</w:t>
      </w:r>
    </w:p>
    <w:p>
      <w:pPr>
        <w:jc w:val="right"/>
      </w:pPr>
      <w:r>
        <w:t>اس کا تیل ایسا ہے گویا آگ کے چھوئے بغیر ہی خود بخود جل اٹھے گا۔</w:t>
      </w:r>
    </w:p>
    <w:p>
      <w:r>
        <w:rPr>
          <w:b/>
        </w:rPr>
        <w:t xml:space="preserve">[53:19] </w:t>
      </w:r>
      <w:r>
        <w:t>Allah apni roshni ki raah dikhata hai jis ko chahta hai. Aur Allah logon ke liye misalein bayan karta hai.</w:t>
      </w:r>
    </w:p>
    <w:p>
      <w:pPr>
        <w:jc w:val="right"/>
      </w:pPr>
      <w:r>
        <w:t>اللہ اپنی روشنی کی راہ دکھاتا ہے جس کو چاہتا ہے۔ اور اللہ لوگوں کے لیے مثالیں بیان کرتا ہے۔</w:t>
      </w:r>
    </w:p>
    <w:p>
      <w:r>
        <w:rPr>
          <w:b/>
        </w:rPr>
        <w:t xml:space="preserve">[53:28] </w:t>
      </w:r>
      <w:r>
        <w:t>Aur Allah har cheez ko janne wala hai. Tashreeh yeh ek murakkab tamseel hai.</w:t>
      </w:r>
    </w:p>
    <w:p>
      <w:pPr>
        <w:jc w:val="right"/>
      </w:pPr>
      <w:r>
        <w:t>اور اللہ ہر چیز کو جاننے والا ہے۔ تشریح یہ ایک مرکب تمثیل ہے۔</w:t>
      </w:r>
    </w:p>
    <w:p>
      <w:r>
        <w:rPr>
          <w:b/>
        </w:rPr>
        <w:t xml:space="preserve">[53:37] </w:t>
      </w:r>
      <w:r>
        <w:t>Is aayat mein roshni se murad Allah taala ki hidayat hai. Taq se murad insan ka dil hai. Aur charagh se murad iman ki isti'dad hai.</w:t>
      </w:r>
    </w:p>
    <w:p>
      <w:pPr>
        <w:jc w:val="right"/>
      </w:pPr>
      <w:r>
        <w:t>اس آیت میں روشنی سے مراد اللہ تعالی کی ہدایت ہے۔ طاق سے مراد انسان کا دل ہے۔ اور چراغ سے مراد ایمان کی استعداد ہے۔</w:t>
      </w:r>
    </w:p>
    <w:p>
      <w:r>
        <w:rPr>
          <w:b/>
        </w:rPr>
        <w:t xml:space="preserve">[53:49] </w:t>
      </w:r>
      <w:r>
        <w:t>Shisha aur tel isi isti'dad ki mazeed khusoosiyat ko bata rahe hain.</w:t>
      </w:r>
    </w:p>
    <w:p>
      <w:pPr>
        <w:jc w:val="right"/>
      </w:pPr>
      <w:r>
        <w:t>شیشہ اور تیل اسی استعداد کی مزید خصوصیت کو بتا رہے ہیں۔</w:t>
      </w:r>
    </w:p>
    <w:p>
      <w:r>
        <w:rPr>
          <w:b/>
        </w:rPr>
        <w:t xml:space="preserve">[53:55] </w:t>
      </w:r>
      <w:r>
        <w:t>Shisha is baat ki ta'beer hai ke yeh isti'dad qalb insani mein is tarah rakhi gayi hai ke woh kharji asraat se poori tarah mehfooz rahe.</w:t>
      </w:r>
    </w:p>
    <w:p>
      <w:pPr>
        <w:jc w:val="right"/>
      </w:pPr>
      <w:r>
        <w:t>شیشہ اس بات کی تعبیر ہے کہ یہ استعداد قلب انسانی میں اس طرح رکھی گئی ہے کہ وہ خارجی اثرات سے پوری طرح محفوظ رہے۔</w:t>
      </w:r>
    </w:p>
    <w:p>
      <w:r>
        <w:rPr>
          <w:b/>
        </w:rPr>
        <w:t xml:space="preserve">[54:07] </w:t>
      </w:r>
      <w:r>
        <w:t>Aur shaffaf tel is baat ki ta'beer hai ke is ki yeh isti'dad itni qawi hai</w:t>
      </w:r>
    </w:p>
    <w:p>
      <w:pPr>
        <w:jc w:val="right"/>
      </w:pPr>
      <w:r>
        <w:t>اور شفاف تیل اس بات کی تعبیر ہے کہ اس کی یہ استعداد اتنی قوی ہے</w:t>
      </w:r>
    </w:p>
    <w:p>
      <w:r>
        <w:rPr>
          <w:b/>
        </w:rPr>
        <w:t xml:space="preserve">[54:14] </w:t>
      </w:r>
      <w:r>
        <w:t>ke woh be taab ho rahi hai ke kab is ke samne haq aaye aur woh is ko bila taakhir qabool kar le.</w:t>
      </w:r>
    </w:p>
    <w:p>
      <w:pPr>
        <w:jc w:val="right"/>
      </w:pPr>
      <w:r>
        <w:t>کہ وہ بے تاب ہو رہی ہے کہ کب اس کے سامنے حق آئے اور وہ اس کو بلا تاخیر قبول کر لے۔</w:t>
      </w:r>
    </w:p>
    <w:p>
      <w:r>
        <w:rPr>
          <w:b/>
        </w:rPr>
        <w:t xml:space="preserve">[54:25] </w:t>
      </w:r>
      <w:r>
        <w:t>Yeh ek haqeeqat hai ke is kainat mein roshni ka wahid ma'khaz sirf ek Allah ki zaat hai.</w:t>
      </w:r>
    </w:p>
    <w:p>
      <w:pPr>
        <w:jc w:val="right"/>
      </w:pPr>
      <w:r>
        <w:t>یہ ایک حقیقت ہے کہ اس کائنات میں روشنی کا واحد ماخذ صرف ایک اللہ کی ذات ہے۔</w:t>
      </w:r>
    </w:p>
    <w:p>
      <w:r>
        <w:rPr>
          <w:b/>
        </w:rPr>
        <w:t xml:space="preserve">[54:32] </w:t>
      </w:r>
      <w:r>
        <w:t>Isi se har ek ko roshni aur hidayat milti hai. Mazeed yeh ke Allah taala ne insan ko is tarah paida kiya hai ke us ke andar fitri taur par haq ki talab maujood hai.</w:t>
      </w:r>
    </w:p>
    <w:p>
      <w:pPr>
        <w:jc w:val="right"/>
      </w:pPr>
      <w:r>
        <w:t>اسی سے ہر ایک کو روشنی اور ہدایت ملتی ہے۔ مزید یہ کہ اللہ تعالی نے انسان کو اس طرح پیدا کیا ہے کہ اس کے اندر فطری طور پر حق کی طلب موجود ہے۔</w:t>
      </w:r>
    </w:p>
    <w:p>
      <w:r>
        <w:rPr>
          <w:b/>
        </w:rPr>
        <w:t xml:space="preserve">[54:46] </w:t>
      </w:r>
      <w:r>
        <w:t>Yeh talab be had taqatwar hai. Aur agar is ko zahir na kiya jaye to woh har aan apna jawab pane ke liye</w:t>
      </w:r>
    </w:p>
    <w:p>
      <w:pPr>
        <w:jc w:val="right"/>
      </w:pPr>
      <w:r>
        <w:t>یہ طلب بے حد طاقتور ہے۔ اور اگر اس کو ظاہر نہ کیا جائے تو وہ ہر آن اپنا جواب پانے کے لیے</w:t>
      </w:r>
    </w:p>
    <w:p>
      <w:r>
        <w:rPr>
          <w:b/>
        </w:rPr>
        <w:t xml:space="preserve">[54:55] </w:t>
      </w:r>
      <w:r>
        <w:t>be taab rehti hai. Bait bar fitrat insani ki isti'dad qabool itni barhi hui hai goya woh koi petrol hai ke aag agar is ke qareeb bhi layee jaye to woh foran bhark uthe.</w:t>
      </w:r>
    </w:p>
    <w:p>
      <w:pPr>
        <w:jc w:val="right"/>
      </w:pPr>
      <w:r>
        <w:t>بے تاب رہتی ہے۔ بیت بار فطرت انسان کی استعداد قبول اتنی بڑھی ہوئی ہے گویا وہ کوئی پٹرول ہے کہ آگ اگر اس کے قریب بھی لائی جائے تو وہ فوراً بھڑک اٹھے۔</w:t>
      </w:r>
    </w:p>
    <w:p>
      <w:r>
        <w:rPr>
          <w:b/>
        </w:rPr>
        <w:t xml:space="preserve">[55:11] </w:t>
      </w:r>
      <w:r>
        <w:t>Momin woh haqeeqi insan hai jis ne apni fitri isti'dad ko zaya nahi kiya. Chunancha haq ki dawat samne aate hi us ki isti'dad jaag uthi.</w:t>
      </w:r>
    </w:p>
    <w:p>
      <w:pPr>
        <w:jc w:val="right"/>
      </w:pPr>
      <w:r>
        <w:t>مومن وہ حقیقی انسان ہے جس نے اپنی فطری استعداد کو ضائع نہیں کیا۔ چنانچہ حق کی دعوت سامنے آتے ہی اس کی استعداد جاگ اٹھی۔</w:t>
      </w:r>
    </w:p>
    <w:p>
      <w:r>
        <w:rPr>
          <w:b/>
        </w:rPr>
        <w:t xml:space="preserve">[55:23] </w:t>
      </w:r>
      <w:r>
        <w:t>Noor fitrat ke sath noor hidayat ne mil kar us ke poore wajood ko roshan kar diya.</w:t>
      </w:r>
    </w:p>
    <w:p>
      <w:pPr>
        <w:jc w:val="right"/>
      </w:pPr>
      <w:r>
        <w:t>نور فطرت کے ساتھ نور ہدایت نے مل کر اس کے پورے وجود کو روشن کر دیا۔</w:t>
      </w:r>
    </w:p>
    <w:p>
      <w:r>
        <w:rPr>
          <w:b/>
        </w:rPr>
        <w:t xml:space="preserve">[55:36] </w:t>
      </w:r>
      <w:r>
        <w:t>fi buyoot azzan Allah an tufaa wa yuzkara feeha ismuhu yusabbihu lahu feeha bil guduwwi wal asaal rijalun la tulheehim tijaratun</w:t>
      </w:r>
    </w:p>
    <w:p>
      <w:pPr>
        <w:jc w:val="right"/>
      </w:pPr>
      <w:r>
        <w:t>في بيوت أذن الله أن ترفع ويذكر فيها اسمه يسبح له فيها بالغدو والأصال رجال لا تلهيهم تجارة</w:t>
      </w:r>
    </w:p>
    <w:p>
      <w:r>
        <w:rPr>
          <w:b/>
        </w:rPr>
        <w:t xml:space="preserve">[55:53] </w:t>
      </w:r>
      <w:r>
        <w:t>wa la biyun an zikrillahi wa iqamis salati wa itaa iz zakati yakhafuna yawman yakhafuna yawman tataqallabu feehil quloobu wal absar</w:t>
      </w:r>
    </w:p>
    <w:p>
      <w:pPr>
        <w:jc w:val="right"/>
      </w:pPr>
      <w:r>
        <w:t>ولا بيع عن ذكر الله وإقام الصلاة وإيتاء الزكاة يخافون يوما يخافون يوما تتقلب فيه القلوب والأبصار</w:t>
      </w:r>
    </w:p>
    <w:p>
      <w:r>
        <w:rPr>
          <w:b/>
        </w:rPr>
        <w:t xml:space="preserve">[56:13] </w:t>
      </w:r>
      <w:r>
        <w:t>li yujziyahumullahu ahsan ma amiloo wa yazeedahum min fadlih wallahu yarzuqu man yashaa'u bighairi hisab.</w:t>
      </w:r>
    </w:p>
    <w:p>
      <w:pPr>
        <w:jc w:val="right"/>
      </w:pPr>
      <w:r>
        <w:t>ليجزيهم الله أحسن ما عملوا ويزيدهم من فضله والله يرزق من يشاء بغير حساب.</w:t>
      </w:r>
    </w:p>
    <w:p>
      <w:r>
        <w:rPr>
          <w:b/>
        </w:rPr>
        <w:t xml:space="preserve">[56:32] </w:t>
      </w:r>
      <w:r>
        <w:t>Aise gharon mein jin ki nisbat Allah ne hukum diya hai ke woh buland kiye jayein aur un mein is ke naam ka zikr kiya jaye un mein subah o shaam Allah ki yaad karte hain woh log jin ko tijarat aur khareed o farokht</w:t>
      </w:r>
    </w:p>
    <w:p>
      <w:pPr>
        <w:jc w:val="right"/>
      </w:pPr>
      <w:r>
        <w:t>ایسے گھروں میں جن کی نسبت اللہ نے حکم دیا ہے کہ وہ بلند کیے جائیں اور ان میں اس کے نام کا ذکر کیا جائے ان میں صبح و شام اللہ کی یاد کرتے ہیں وہ لوگ جن کو تجارت اور خرید و فروخت</w:t>
      </w:r>
    </w:p>
    <w:p>
      <w:r>
        <w:rPr>
          <w:b/>
        </w:rPr>
        <w:t xml:space="preserve">[56:50] </w:t>
      </w:r>
      <w:r>
        <w:t>Allah ki yaad se ghafil nahi karti aur na namaz ki iqamat se aur zakat ki adai se woh us din se darte hain jis mein dil aur aankhein ult jayein gi ke Allah unhein un ke amal ka behtareen badla de aur un ko</w:t>
      </w:r>
    </w:p>
    <w:p>
      <w:pPr>
        <w:jc w:val="right"/>
      </w:pPr>
      <w:r>
        <w:t>اللہ کی یاد سے غافل نہیں کرتی اور نہ نماز کی اقامت سے اور زکوۃ کی ادائیگی سے وہ اس دن سے ڈرتے ہیں جس میں دل اور آنکھیں الٹ جائیں گی کہ اللہ انہیں ان کے عمل کا بہترین بدلہ دے اور ان کو</w:t>
      </w:r>
    </w:p>
    <w:p>
      <w:r>
        <w:rPr>
          <w:b/>
        </w:rPr>
        <w:t xml:space="preserve">[57:13] </w:t>
      </w:r>
      <w:r>
        <w:t>mazeed apne fazal se nawaze aur Allah jis ko chahta hai be hisab deta hai. Tashreeh Insani jism mein jo maqam dil ka hai wohi maqam insani basti mein masjid ka hai.</w:t>
      </w:r>
    </w:p>
    <w:p>
      <w:pPr>
        <w:jc w:val="right"/>
      </w:pPr>
      <w:r>
        <w:t>مزید اپنے فضل سے نوازے اور اللہ جس کو چاہتا ہے بے حساب دیتا ہے۔ تشریح انسانی جسم میں جو مقام دل کا ہے وہی مقام انسانی بستی میں مسجد کا ہے۔</w:t>
      </w:r>
    </w:p>
    <w:p>
      <w:r>
        <w:rPr>
          <w:b/>
        </w:rPr>
        <w:t xml:space="preserve">[57:32] </w:t>
      </w:r>
      <w:r>
        <w:t>Insan ka dil iman se abad hota hai aur masjidien Allah ki ibadat se abad hoti hain. Masjidien Khuda ka ghar hain.</w:t>
      </w:r>
    </w:p>
    <w:p>
      <w:pPr>
        <w:jc w:val="right"/>
      </w:pPr>
      <w:r>
        <w:t>انسان کا دل ایمان سے آباد ہوتا ہے اور مسجدیں اللہ کی عبادت سے آباد ہوتی ہیں۔ مسجدیں خدا کا گھر ہیں۔</w:t>
      </w:r>
    </w:p>
    <w:p>
      <w:r>
        <w:rPr>
          <w:b/>
        </w:rPr>
        <w:t xml:space="preserve">[57:42] </w:t>
      </w:r>
      <w:r>
        <w:t>Woh isi liye banayi jati hain ke wahan Allah ki yaad ki jaye. Wahan aaney wale wohi log hote hain jo is liye ate hain ke wahan ke roohani mahol mein Allah ki taraf</w:t>
      </w:r>
    </w:p>
    <w:p>
      <w:pPr>
        <w:jc w:val="right"/>
      </w:pPr>
      <w:r>
        <w:t>وہ اسی لیے بنائی جاتی ہیں کہ وہاں اللہ کی یاد کی جائے۔ وہاں آنے والے وہی لوگ ہوتے ہیں جو اس لیے آتے ہیں کہ وہاں کے روحانی ماحول میں اللہ کی طرف</w:t>
      </w:r>
    </w:p>
    <w:p>
      <w:r>
        <w:rPr>
          <w:b/>
        </w:rPr>
        <w:t xml:space="preserve">[57:55] </w:t>
      </w:r>
      <w:r>
        <w:t>mutawajjah ho sakein. Woh is liye ate hain ke apne aap ko yaksoo kar ke kuch waqt Allah ki ibadat mein guzarein.</w:t>
      </w:r>
    </w:p>
    <w:p>
      <w:pPr>
        <w:jc w:val="right"/>
      </w:pPr>
      <w:r>
        <w:t>متوجہ ہو سکیں۔ وہ اس لیے آتے ہیں کہ اپنے آپ کو یکسو کر کے کچھ وقت اللہ کی عبادت میں گزاریں۔</w:t>
      </w:r>
    </w:p>
    <w:p>
      <w:r>
        <w:rPr>
          <w:b/>
        </w:rPr>
        <w:t xml:space="preserve">[58:06] </w:t>
      </w:r>
      <w:r>
        <w:t>Jis insan ko yeh tofeeq mile ke woh apni fitrat ki awaz ko pehchan kar Khuda par iman laye aur phir woh apne aap ko</w:t>
      </w:r>
    </w:p>
    <w:p>
      <w:pPr>
        <w:jc w:val="right"/>
      </w:pPr>
      <w:r>
        <w:t>جس انسان کو یہ توفیق ملے کہ وہ اپنی فطرت کی آواز کو پہچان کر خدا پر ایمان لائے اور پھر وہ اپنے آپ کو</w:t>
      </w:r>
    </w:p>
    <w:p>
      <w:r>
        <w:rPr>
          <w:b/>
        </w:rPr>
        <w:t xml:space="preserve">[58:17] </w:t>
      </w:r>
      <w:r>
        <w:t>masjid wale a'maal mein mashghool kar le us ke dil mein Allah apni heebat ka ehsas daal deta hai jo dunya mein kisi insan ke liye sab se bari nemat hai.</w:t>
      </w:r>
    </w:p>
    <w:p>
      <w:pPr>
        <w:jc w:val="right"/>
      </w:pPr>
      <w:r>
        <w:t>مسجد والے اعمال میں مشغول کر لے اس کے دل میں اللہ اپنی ہیبت کا احساس ڈال دیتا ہے جو دنیا میں کسی انسان کے لیے سب سے بڑی نعمت ہے۔</w:t>
      </w:r>
    </w:p>
    <w:p>
      <w:r>
        <w:rPr>
          <w:b/>
        </w:rPr>
        <w:t xml:space="preserve">[58:31] </w:t>
      </w:r>
      <w:r>
        <w:t>yahi woh log hain jo qurbani ke satah par khuda parasti ko ikhtiyar karte hain aur</w:t>
      </w:r>
    </w:p>
    <w:p>
      <w:pPr>
        <w:jc w:val="right"/>
      </w:pPr>
      <w:r>
        <w:t>یہی وہ لوگ ہیں جو قربانی کے سطح پر خدا پرستی کو اختیار کرتے ہیں اور</w:t>
      </w:r>
    </w:p>
    <w:p>
      <w:r>
        <w:rPr>
          <w:b/>
        </w:rPr>
        <w:t xml:space="preserve">[58:38] </w:t>
      </w:r>
      <w:r>
        <w:t>ghair khuda se kat kar khuda wale bante hain. yahi woh insan hai jo Allah ke yahan behtareen inaam ka mustahiq hai.</w:t>
      </w:r>
    </w:p>
    <w:p>
      <w:pPr>
        <w:jc w:val="right"/>
      </w:pPr>
      <w:r>
        <w:t>غیر خدا سے کٹ کر خدا والے بنتے ہیں۔ یہی وہ انسان ہے جو اللہ کے یہاں بہترین انعام کا مستحق ہے۔</w:t>
      </w:r>
    </w:p>
    <w:p>
      <w:r>
        <w:rPr>
          <w:b/>
        </w:rPr>
        <w:t xml:space="preserve">[58:49] </w:t>
      </w:r>
      <w:r>
        <w:t>Allah is ko be hisab fazl ata farmaye ga.</w:t>
      </w:r>
    </w:p>
    <w:p>
      <w:pPr>
        <w:jc w:val="right"/>
      </w:pPr>
      <w:r>
        <w:t>اللہ اس کو بے حساب فضل عطا فرمائے گا۔</w:t>
      </w:r>
    </w:p>
    <w:p>
      <w:r>
        <w:rPr>
          <w:b/>
        </w:rPr>
        <w:t xml:space="preserve">[58:56] </w:t>
      </w:r>
      <w:r>
        <w:t>walazina kafaroo a'maluhum kasarabim bqee'atin yahsabuhuz zmaanu maaa'an yahsabuhuz zmaanu maaa'an hatta</w:t>
      </w:r>
    </w:p>
    <w:p>
      <w:pPr>
        <w:jc w:val="right"/>
      </w:pPr>
      <w:r>
        <w:t>والذين كفروا أعمالهم كسراب بقيعة يحسبه الظمآن ماء يحسبه الظمآن ماء حتى</w:t>
      </w:r>
    </w:p>
    <w:p>
      <w:r>
        <w:rPr>
          <w:b/>
        </w:rPr>
        <w:t xml:space="preserve">[59:15] </w:t>
      </w:r>
      <w:r>
        <w:t>izaa jaaa'ahum lam yajidhoo shai'anw wa wajadaal laaha 'indahoo fawaffaa hu hisaabah; wallaahu saree'ul hisaab</w:t>
      </w:r>
    </w:p>
    <w:p>
      <w:pPr>
        <w:jc w:val="right"/>
      </w:pPr>
      <w:r>
        <w:t>إذا جاءه لم يجده شيئا ووجد الله عنده فوفاه حسابه والله سريع الحساب</w:t>
      </w:r>
    </w:p>
    <w:p>
      <w:r>
        <w:rPr>
          <w:b/>
        </w:rPr>
        <w:t xml:space="preserve">[59:32] </w:t>
      </w:r>
      <w:r>
        <w:t>aw kazulumatin</w:t>
      </w:r>
    </w:p>
    <w:p>
      <w:pPr>
        <w:jc w:val="right"/>
      </w:pPr>
      <w:r>
        <w:t>أو كظلمات</w:t>
      </w:r>
    </w:p>
    <w:p>
      <w:r>
        <w:rPr>
          <w:b/>
        </w:rPr>
        <w:t xml:space="preserve">[59:34] </w:t>
      </w:r>
      <w:r>
        <w:t>fi bahril lujjiy yaghshaahu mawjum min fawqihee mawjum min fawqihee sahabum min fawqihee mawjun</w:t>
      </w:r>
    </w:p>
    <w:p>
      <w:pPr>
        <w:jc w:val="right"/>
      </w:pPr>
      <w:r>
        <w:t>في بحر لج يغشاه موج من فوقه موج من فوقه سحاب من فوقه موج</w:t>
      </w:r>
    </w:p>
    <w:p>
      <w:r>
        <w:rPr>
          <w:b/>
        </w:rPr>
        <w:t xml:space="preserve">[59:52] </w:t>
      </w:r>
      <w:r>
        <w:t>min fawqihee sahabun zulumatum ba'duhaa fawqa ba'din izaaa akhrajaydahu lam yakad yaraahaa wa mal lam yaj'alil laahu lanooran</w:t>
      </w:r>
    </w:p>
    <w:p>
      <w:pPr>
        <w:jc w:val="right"/>
      </w:pPr>
      <w:r>
        <w:t>من فوقه سحاب ظلمات بعضها فوق بعض إذا أخرج يده لم يكد يراها ومن لم يجعل الله له نورا</w:t>
      </w:r>
    </w:p>
    <w:p>
      <w:r>
        <w:rPr>
          <w:b/>
        </w:rPr>
        <w:t xml:space="preserve">[1:00:09] </w:t>
      </w:r>
      <w:r>
        <w:t>fama lahoo min noor.</w:t>
      </w:r>
    </w:p>
    <w:p>
      <w:pPr>
        <w:jc w:val="right"/>
      </w:pPr>
      <w:r>
        <w:t>فما له من نور.</w:t>
      </w:r>
    </w:p>
    <w:p>
      <w:r>
        <w:rPr>
          <w:b/>
        </w:rPr>
        <w:t xml:space="preserve">[1:00:16] </w:t>
      </w:r>
      <w:r>
        <w:t>aur jin logon ne inkar kiya un ke a'maal aise hain jaise chateel maidan mein sarab.</w:t>
      </w:r>
    </w:p>
    <w:p>
      <w:pPr>
        <w:jc w:val="right"/>
      </w:pPr>
      <w:r>
        <w:t>اور جن لوگوں نے انکار کیا ان کے اعمال ایسے ہیں جیسے چٹیل میدان میں سراب۔</w:t>
      </w:r>
    </w:p>
    <w:p>
      <w:r>
        <w:rPr>
          <w:b/>
        </w:rPr>
        <w:t xml:space="preserve">[1:00:25] </w:t>
      </w:r>
      <w:r>
        <w:t>dasa is ko pani khayal karta hai yahan tak ke jab woh is ke pas aya to is ko kuch na paya</w:t>
      </w:r>
    </w:p>
    <w:p>
      <w:pPr>
        <w:jc w:val="right"/>
      </w:pPr>
      <w:r>
        <w:t>داسا اس کو پانی خیال کرتا ہے یہاں تک کہ جب وہ اس کے پاس آیا تو اس کو کچھ نہ پایا</w:t>
      </w:r>
    </w:p>
    <w:p>
      <w:r>
        <w:rPr>
          <w:b/>
        </w:rPr>
        <w:t xml:space="preserve">[1:00:34] </w:t>
      </w:r>
      <w:r>
        <w:t>aur is ne wahan Allah ko maujood paya pas is ne is ka hisab chuka diya aur Allah jald hisab chukane wala hai.</w:t>
      </w:r>
    </w:p>
    <w:p>
      <w:pPr>
        <w:jc w:val="right"/>
      </w:pPr>
      <w:r>
        <w:t>اور اس نے وہاں اللہ کو موجود پایا پس اس نے اس کا حساب چکا دیا اور اللہ جلد حساب چکانے والا ہے۔</w:t>
      </w:r>
    </w:p>
    <w:p>
      <w:r>
        <w:rPr>
          <w:b/>
        </w:rPr>
        <w:t xml:space="preserve">[1:00:44] </w:t>
      </w:r>
      <w:r>
        <w:t>ya jaise ek gehre samandar mein andhera ho moaj ke upar moaj uth rahi ho</w:t>
      </w:r>
    </w:p>
    <w:p>
      <w:pPr>
        <w:jc w:val="right"/>
      </w:pPr>
      <w:r>
        <w:t>یا جیسے ایک گہرے سمندر میں اندھیرا ہو موج کے اوپر موج اٹھ رہی ہو</w:t>
      </w:r>
    </w:p>
    <w:p>
      <w:r>
        <w:rPr>
          <w:b/>
        </w:rPr>
        <w:t xml:space="preserve">[1:00:50] </w:t>
      </w:r>
      <w:r>
        <w:t>upar se badal chhaye hue hon upar tale bohat se andhere agar koi apna hath nikale to us ko bhi na dekh paye aur jis ko Allah roshni na de to us ke liye koi roshni nahi.</w:t>
      </w:r>
    </w:p>
    <w:p>
      <w:pPr>
        <w:jc w:val="right"/>
      </w:pPr>
      <w:r>
        <w:t>اوپر سے بادل چھائے ہوئے ہوں اوپر تلے بہت سے اندھیرے اگر کوئی اپنا ہاتھ نکالے تو اس کو بھی نہ دیکھ پائے اور جس کو اللہ روشنی نہ دے تو اس کے لیے کوئی روشنی نہیں۔</w:t>
      </w:r>
    </w:p>
    <w:p>
      <w:r>
        <w:rPr>
          <w:b/>
        </w:rPr>
        <w:t xml:space="preserve">[1:01:11] </w:t>
      </w:r>
      <w:r>
        <w:t>tashreeh</w:t>
      </w:r>
    </w:p>
    <w:p>
      <w:pPr>
        <w:jc w:val="right"/>
      </w:pPr>
      <w:r>
        <w:t>تشریح</w:t>
      </w:r>
    </w:p>
    <w:p>
      <w:r>
        <w:rPr>
          <w:b/>
        </w:rPr>
        <w:t xml:space="preserve">[1:01:15] </w:t>
      </w:r>
      <w:r>
        <w:t>insanon ki ek qism woh hai jis ka zikr ayat 35 mein tha. yeh woh insan hai jo apni fitri ista'dad ko zinda rakhta hai aur is ke nateejay mein imaan ki dolat se sarfaraz hota hai.</w:t>
      </w:r>
    </w:p>
    <w:p>
      <w:pPr>
        <w:jc w:val="right"/>
      </w:pPr>
      <w:r>
        <w:t>انسانوں کی ایک قسم وہ ہے جس کا ذکر آیت 35 میں تھا۔ یہ وہ انسان ہے جو اپنی فطری استعداد کو زندہ رکھتا ہے اور اس کے نتیجے میں ایمان کی دولت سے سرفراز ہوتا ہے۔</w:t>
      </w:r>
    </w:p>
    <w:p>
      <w:r>
        <w:rPr>
          <w:b/>
        </w:rPr>
        <w:t xml:space="preserve">[1:01:31] </w:t>
      </w:r>
      <w:r>
        <w:t>ab ayat 39-40 mein insanon ki mazeed do qismon ka zikr hai. yeh woh log hain jin ka tel dawat-e-haq ki aag se bhadakne ke liye tayyar nahi hota.</w:t>
      </w:r>
    </w:p>
    <w:p>
      <w:pPr>
        <w:jc w:val="right"/>
      </w:pPr>
      <w:r>
        <w:t>اب آیت 39-40 میں انسانوں کی مزید دو قسموں کا ذکر ہے۔ یہ وہ لوگ ہیں جن کا تیل دعوت حق کی آگ سے بھڑکنے کے لیے تیار نہیں ہوتا۔</w:t>
      </w:r>
    </w:p>
    <w:p>
      <w:r>
        <w:rPr>
          <w:b/>
        </w:rPr>
        <w:t xml:space="preserve">[1:01:50] </w:t>
      </w:r>
      <w:r>
        <w:t>ek qism woh hai jo kisi khud-sakhta deen par qaim rehti hai. woh jhooti tamanaon ka ek mahal bana kar us mein khush rehti hai. yeh log isi tarah khush-gumanion mein pade rehte hain yahan tak ke jab maut ati hai to un ki khush-gumanion ka talism toot jata hai aur phir achank unhein maloom hota hai ke jis cheez ko woh manzil samjhe hue the woh</w:t>
      </w:r>
    </w:p>
    <w:p>
      <w:pPr>
        <w:jc w:val="right"/>
      </w:pPr>
      <w:r>
        <w:t>ایک قسم وہ ہے جو کسی خود ساختہ دین پر قائم رہتی ہے۔ وہ جھوٹی تمناؤں کا ایک محل بنا کر اس میں خوش رہتی ہے۔ یہ لوگ اسی طرح خوشگمانیوں میں پڑے رہتے ہیں یہاں تک کہ جب موت آتی ہے تو ان کی خوشگمانیوں کا تلسم ٹوٹ جاتا ہے اور پھر اچانک انہیں معلوم ہوتا ہے کہ جس چیز کو وہ منزل سمجھے ہوئے تھے وہ</w:t>
      </w:r>
    </w:p>
    <w:p>
      <w:r>
        <w:rPr>
          <w:b/>
        </w:rPr>
        <w:t xml:space="preserve">[1:02:17] </w:t>
      </w:r>
      <w:r>
        <w:t>halakat ke garhe ke siwa aur kuch na thi. doosri qism woh hai jo khullam khulla munkiron aur baghiyon ki hai.</w:t>
      </w:r>
    </w:p>
    <w:p>
      <w:pPr>
        <w:jc w:val="right"/>
      </w:pPr>
      <w:r>
        <w:t>ہلاکت کے گڑھے کے سوا اور کچھ نہ تھی۔ دوسری قسم وہ ہے جو کھلم کھلا منکروں اور باغیوں کی ہے۔</w:t>
      </w:r>
    </w:p>
    <w:p>
      <w:r>
        <w:rPr>
          <w:b/>
        </w:rPr>
        <w:t xml:space="preserve">[1:02:28] </w:t>
      </w:r>
      <w:r>
        <w:t>yeh log Khuda ki hidayat ko chhod kar bator-e-khud hidayat waza' karne ki koshish karte hain</w:t>
      </w:r>
    </w:p>
    <w:p>
      <w:pPr>
        <w:jc w:val="right"/>
      </w:pPr>
      <w:r>
        <w:t>یہ لوگ خدا کی ہدایت کو چھوڑ کر بطور خود ہدایت وضع کرنے کی کوشش کرتے ہیں</w:t>
      </w:r>
    </w:p>
    <w:p>
      <w:r>
        <w:rPr>
          <w:b/>
        </w:rPr>
        <w:t xml:space="preserve">[1:02:36] </w:t>
      </w:r>
      <w:r>
        <w:t>magar woh sarasar nakaam rehte hain kyunke is dunya mein hidayat dene wala Khuda ke siwa aur koi nahi.</w:t>
      </w:r>
    </w:p>
    <w:p>
      <w:pPr>
        <w:jc w:val="right"/>
      </w:pPr>
      <w:r>
        <w:t>مگر وہ سراسر ناکام رہتے ہیں کیونکہ اس دنیا میں ہدایت دینے والا خدا کے سوا اور کوئی نہیں۔</w:t>
      </w:r>
    </w:p>
    <w:p>
      <w:r>
        <w:rPr>
          <w:b/>
        </w:rPr>
        <w:t xml:space="preserve">[1:02:46] </w:t>
      </w:r>
      <w:r>
        <w:t>Khuda ko chhodne ke baad aadmi ke hisse mein is ke siwa kuch nahi rehta ke woh abadi taur par andhere mein bhatkta rahe.</w:t>
      </w:r>
    </w:p>
    <w:p>
      <w:pPr>
        <w:jc w:val="right"/>
      </w:pPr>
      <w:r>
        <w:t>خدا کو چھوڑنے کے بعد آدمی کے حصے میں اس کے سوا کچھ نہیں رہتا کہ وہ ابدی طور پر اندھیرے میں بھٹکتا رہے۔</w:t>
      </w:r>
    </w:p>
    <w:p>
      <w:r>
        <w:rPr>
          <w:b/>
        </w:rPr>
        <w:t xml:space="preserve">[1:02:58] </w:t>
      </w:r>
      <w:r>
        <w:t>alam tarannal laaha yusabbihu lahoo man fis samawati wal ardi wat tairu saaffatin kullun qad 'alima salatahoo wa tasbeeha</w:t>
      </w:r>
    </w:p>
    <w:p>
      <w:pPr>
        <w:jc w:val="right"/>
      </w:pPr>
      <w:r>
        <w:t>الم تر ان الله يسبح له من في السماوات والأرض والطير صافات كل قد علم صلاته وتسبيحه</w:t>
      </w:r>
    </w:p>
    <w:p>
      <w:r>
        <w:rPr>
          <w:b/>
        </w:rPr>
        <w:t xml:space="preserve">[1:03:17] </w:t>
      </w:r>
      <w:r>
        <w:t>wallahu 'aleemun bima yaf'aloon</w:t>
      </w:r>
    </w:p>
    <w:p>
      <w:pPr>
        <w:jc w:val="right"/>
      </w:pPr>
      <w:r>
        <w:t>والله عليم بما يفعلون</w:t>
      </w:r>
    </w:p>
    <w:p>
      <w:r>
        <w:rPr>
          <w:b/>
        </w:rPr>
        <w:t xml:space="preserve">[1:03:24] </w:t>
      </w:r>
      <w:r>
        <w:t>wa lillaahi mulkus samawati wal ardi wa ilal laahir maseer.</w:t>
      </w:r>
    </w:p>
    <w:p>
      <w:pPr>
        <w:jc w:val="right"/>
      </w:pPr>
      <w:r>
        <w:t>ولله ملك السماوات والأرض وإلى الله المصير.</w:t>
      </w:r>
    </w:p>
    <w:p>
      <w:r>
        <w:rPr>
          <w:b/>
        </w:rPr>
        <w:t xml:space="preserve">[1:03:33] </w:t>
      </w:r>
      <w:r>
        <w:t>kya tum ne nahi dekha ke Allah ki pakki bayan karte hain jo aasmano aur zameen mein hain aur chidiya bhi par ko phailaye hue.</w:t>
      </w:r>
    </w:p>
    <w:p>
      <w:pPr>
        <w:jc w:val="right"/>
      </w:pPr>
      <w:r>
        <w:t>کیا تم نے نہیں دیکھا کہ اللہ کی پاکی بیان کرتے ہیں جو آسمانوں اور زمین میں ہیں اور چڑیاں بھی پر کو پھیلائے ہوئے۔</w:t>
      </w:r>
    </w:p>
    <w:p>
      <w:r>
        <w:rPr>
          <w:b/>
        </w:rPr>
        <w:t xml:space="preserve">[1:03:44] </w:t>
      </w:r>
      <w:r>
        <w:t>har ek apni namaz ko aur apni tasbeeh ko janta hai aur Allah ko maloom hai jo kuch wo karte hain aur Allah hi ki hukumat hai aasmano aur zameen mein</w:t>
      </w:r>
    </w:p>
    <w:p>
      <w:pPr>
        <w:jc w:val="right"/>
      </w:pPr>
      <w:r>
        <w:t>ہر ایک اپنی نماز کو اور اپنی تسبیح کو جانتا ہے اور اللہ کو معلوم ہے جو کچھ وہ کرتے ہیں اور اللہ ہی کی حکومت ہے آسمانوں اور زمین میں</w:t>
      </w:r>
    </w:p>
    <w:p>
      <w:r>
        <w:rPr>
          <w:b/>
        </w:rPr>
        <w:t xml:space="preserve">[1:03:57] </w:t>
      </w:r>
      <w:r>
        <w:t>aur Allah hi ki taraf hai sab ki wapsi. tashreeh insaan se Khuda ka jo mutalba hai us ko lafz badal kar kahein to wo yeh hai ke insaan waisa hi rahe jaisa ke azroye haqeeqat use rehna chahiye.</w:t>
      </w:r>
    </w:p>
    <w:p>
      <w:pPr>
        <w:jc w:val="right"/>
      </w:pPr>
      <w:r>
        <w:t>اور اللہ ہی کی طرف ہے سب کی واپسی۔ تشریح انسان سے خدا کا جو مطالبہ ہے اس کو لفظ بدل کر کہیں تو وہ یہ ہے کہ انسان ویسا ہی رہے جیسا کہ ازروئے حقیقت اسے رہنا چاہیے۔</w:t>
      </w:r>
    </w:p>
    <w:p>
      <w:r>
        <w:rPr>
          <w:b/>
        </w:rPr>
        <w:t xml:space="preserve">[1:04:17] </w:t>
      </w:r>
      <w:r>
        <w:t>yahi deen-e-haq hai.</w:t>
      </w:r>
    </w:p>
    <w:p>
      <w:pPr>
        <w:jc w:val="right"/>
      </w:pPr>
      <w:r>
        <w:t>یہی دین حق ہے۔</w:t>
      </w:r>
    </w:p>
    <w:p>
      <w:r>
        <w:rPr>
          <w:b/>
        </w:rPr>
        <w:t xml:space="preserve">[1:04:19] </w:t>
      </w:r>
      <w:r>
        <w:t>is aitbaar se sari kainat deen-e-haq par hai kyunke is kainat ki har cheez ain usi tarah amal karti hai jaisa ke fi waqe use amal karna chahiye.</w:t>
      </w:r>
    </w:p>
    <w:p>
      <w:pPr>
        <w:jc w:val="right"/>
      </w:pPr>
      <w:r>
        <w:t>اس اعتبار سے ساری کائنات دین حق پر ہے کیونکہ اس کائنات کی ہر چیز عین اسی طرح عمل کرتی ہے جیسا کہ فی الواقع اسے عمل کرنا چاہیے۔</w:t>
      </w:r>
    </w:p>
    <w:p>
      <w:r>
        <w:rPr>
          <w:b/>
        </w:rPr>
        <w:t xml:space="preserve">[1:04:32] </w:t>
      </w:r>
      <w:r>
        <w:t>insaan ke siwa is kainat mein</w:t>
      </w:r>
    </w:p>
    <w:p>
      <w:pPr>
        <w:jc w:val="right"/>
      </w:pPr>
      <w:r>
        <w:t>انسان کے سوا اس کائنات میں</w:t>
      </w:r>
    </w:p>
    <w:p>
      <w:r>
        <w:rPr>
          <w:b/>
        </w:rPr>
        <w:t xml:space="preserve">[1:04:36] </w:t>
      </w:r>
      <w:r>
        <w:t>koi bhi cheez nahi jis ke amal mein aur haqeeqat waqe mein koi takrao ho. unhi beshumar cheezon mein se ek misaal chidiya ki hai.</w:t>
      </w:r>
    </w:p>
    <w:p>
      <w:pPr>
        <w:jc w:val="right"/>
      </w:pPr>
      <w:r>
        <w:t>کوئی بھی چیز نہیں جس کے عمل میں اور حقیقت واقعہ میں کوئی ٹکراؤ ہو۔ انہی بے شمار چیزوں میں سے ایک مثال چڑیا کی ہے۔</w:t>
      </w:r>
    </w:p>
    <w:p>
      <w:r>
        <w:rPr>
          <w:b/>
        </w:rPr>
        <w:t xml:space="preserve">[1:04:48] </w:t>
      </w:r>
      <w:r>
        <w:t>chidiya jab apna par phailaye hue fiza mein udti hai to wo isi haqeeqat ka ek kamil namuna hoti hai.</w:t>
      </w:r>
    </w:p>
    <w:p>
      <w:pPr>
        <w:jc w:val="right"/>
      </w:pPr>
      <w:r>
        <w:t>چڑیا جب اپنا پر پھیلائے ہوئے فضا میں اڑتی ہے تو وہ اسی حقیقت کا ایک کامل نمونہ ہوتی ہے۔</w:t>
      </w:r>
    </w:p>
    <w:p>
      <w:r>
        <w:rPr>
          <w:b/>
        </w:rPr>
        <w:t xml:space="preserve">[1:04:57] </w:t>
      </w:r>
      <w:r>
        <w:t>aisa maloom hota hai goya wo abadi haqeeqat ki duniya mein kamil muafiqat kar ke tair rahi ho goya us ne apne infiradi wajood ko haqaaeq ke wasee tar samandar mein gum kar diya ho.</w:t>
      </w:r>
    </w:p>
    <w:p>
      <w:pPr>
        <w:jc w:val="right"/>
      </w:pPr>
      <w:r>
        <w:t>ایسا معلوم ہوتا ہے گویا وہ ابدی حقیقت کی دنیا میں کامل موافقت کر کے تیر رہی ہو گویا اس نے اپنے انفرادی وجود کو حقائق کے وسیع تر سمندر میں گم کر دیا ہو۔</w:t>
      </w:r>
    </w:p>
    <w:p>
      <w:r>
        <w:rPr>
          <w:b/>
        </w:rPr>
        <w:t xml:space="preserve">[1:05:13] </w:t>
      </w:r>
      <w:r>
        <w:t>har ek ki ek tasbeeh KhudaWandi hai aur wahi us se matloob hai.</w:t>
      </w:r>
    </w:p>
    <w:p>
      <w:pPr>
        <w:jc w:val="right"/>
      </w:pPr>
      <w:r>
        <w:t>ہر ایک کی ایک تسبیح خداوندی ہے اور وہی اس سے مطلوب ہے۔</w:t>
      </w:r>
    </w:p>
    <w:p>
      <w:r>
        <w:rPr>
          <w:b/>
        </w:rPr>
        <w:t xml:space="preserve">[1:05:19] </w:t>
      </w:r>
      <w:r>
        <w:t>isi tarah insaan ki ek tasbeeh KhudaWandi hai aur wahi us se matloob hai. insaan agar is mamle mein ghaflat ya sarkashi ka ravaiyya ikhtiyar kare to us waqt us ko</w:t>
      </w:r>
    </w:p>
    <w:p>
      <w:pPr>
        <w:jc w:val="right"/>
      </w:pPr>
      <w:r>
        <w:t>اسی طرح انسان کی ایک تسبیح خداوندی ہے اور وہی اس سے مطلوب ہے۔ انسان اگر اس معاملے میں غفلت یا سرکشی کا رویہ اختیار کرے تو اس وقت اس کو</w:t>
      </w:r>
    </w:p>
    <w:p>
      <w:r>
        <w:rPr>
          <w:b/>
        </w:rPr>
        <w:t xml:space="preserve">[1:05:35] </w:t>
      </w:r>
      <w:r>
        <w:t>us ki sakht qeemat ada karni hogi jab Khuda ke sath us ka samna pesh aayega. alam tara annallaha yuzji sahaban thumma yuallifa bainahu thumma yaj'aluhu rukaman</w:t>
      </w:r>
    </w:p>
    <w:p>
      <w:pPr>
        <w:jc w:val="right"/>
      </w:pPr>
      <w:r>
        <w:t>اس کی سخت قیمت ادا کرنی ہوگی جب خدا کے ساتھ اس کا سامنا پیش آئے گا۔ الم تر ان الله يزجي سحابا ثم يؤلف بينه ثم يجعله ركاما</w:t>
      </w:r>
    </w:p>
    <w:p>
      <w:r>
        <w:rPr>
          <w:b/>
        </w:rPr>
        <w:t xml:space="preserve">[1:05:57] </w:t>
      </w:r>
      <w:r>
        <w:t>thumma yaj'aluhu rukaman fataral wadaq yakhruju min khilalihi wa yunzalu minas samai min jibalin fiha min baradin</w:t>
      </w:r>
    </w:p>
    <w:p>
      <w:pPr>
        <w:jc w:val="right"/>
      </w:pPr>
      <w:r>
        <w:t>ثم يجعله ركاما فترى الودق يخرج من خلاله وينزل من السماء من جبال فيها من برد</w:t>
      </w:r>
    </w:p>
    <w:p>
      <w:r>
        <w:rPr>
          <w:b/>
        </w:rPr>
        <w:t xml:space="preserve">[1:06:15] </w:t>
      </w:r>
      <w:r>
        <w:t>wa yunzalu minas samai min jibalin fiha min baradin fa yusibu bihi man yashao wa yasrifu an</w:t>
      </w:r>
    </w:p>
    <w:p>
      <w:pPr>
        <w:jc w:val="right"/>
      </w:pPr>
      <w:r>
        <w:t>وينزل من السماء من جبال فيها من برد فيصيب به من يشاء ويصرفه عن</w:t>
      </w:r>
    </w:p>
    <w:p>
      <w:r>
        <w:rPr>
          <w:b/>
        </w:rPr>
        <w:t xml:space="preserve">[1:06:31] </w:t>
      </w:r>
      <w:r>
        <w:t>man yashao</w:t>
      </w:r>
    </w:p>
    <w:p>
      <w:pPr>
        <w:jc w:val="right"/>
      </w:pPr>
      <w:r>
        <w:t>من يشاء</w:t>
      </w:r>
    </w:p>
    <w:p>
      <w:r>
        <w:rPr>
          <w:b/>
        </w:rPr>
        <w:t xml:space="preserve">[1:06:36] </w:t>
      </w:r>
      <w:r>
        <w:t>yakadu sanabiruhu yadhhabu bil absar</w:t>
      </w:r>
    </w:p>
    <w:p>
      <w:pPr>
        <w:jc w:val="right"/>
      </w:pPr>
      <w:r>
        <w:t>يكاد سنابره يذهب بالابصار</w:t>
      </w:r>
    </w:p>
    <w:p>
      <w:r>
        <w:rPr>
          <w:b/>
        </w:rPr>
        <w:t xml:space="preserve">[1:06:43] </w:t>
      </w:r>
      <w:r>
        <w:t>yuqallibul lail wan nahar. inna fi zalika la'ibratan li uli al absar.</w:t>
      </w:r>
    </w:p>
    <w:p>
      <w:pPr>
        <w:jc w:val="right"/>
      </w:pPr>
      <w:r>
        <w:t>يقلب الله الليل والنهار ان في ذلك لعبره لاولي الابصار.</w:t>
      </w:r>
    </w:p>
    <w:p>
      <w:r>
        <w:rPr>
          <w:b/>
        </w:rPr>
        <w:t xml:space="preserve">[1:06:59] </w:t>
      </w:r>
      <w:r>
        <w:t>kya tum ne dekha nahi ke Allah badalon ko chalata hai phir un ko aapas mein mila deta hai phir un ko teh ba teh kar deta hai phir tum barish ko dekhte ho ke is ke beech se nikalti hai aur wo aasman se</w:t>
      </w:r>
    </w:p>
    <w:p>
      <w:pPr>
        <w:jc w:val="right"/>
      </w:pPr>
      <w:r>
        <w:t>کیا تم نے دیکھا نہیں کہ اللہ بادلوں کو چلاتا ہے پھر ان کو آپس میں ملا دیتا ہے پھر ان کو تہ بتہ کر دیتا ہے پھر تم بارش کو دیکھتے ہو کہ اس کے بیچ سے نکلتی ہے اور وہ آسمان سے</w:t>
      </w:r>
    </w:p>
    <w:p>
      <w:r>
        <w:rPr>
          <w:b/>
        </w:rPr>
        <w:t xml:space="preserve">[1:07:17] </w:t>
      </w:r>
      <w:r>
        <w:t>us ke andar ke pahadon se ole barsata hai phir un ko jis par chahta hai gira deta hai aur jis se chahta hai un ko hata deta hai. us ki bijli ki chamak maloom hota hai ke nigahon ko uchak le jayegi</w:t>
      </w:r>
    </w:p>
    <w:p>
      <w:pPr>
        <w:jc w:val="right"/>
      </w:pPr>
      <w:r>
        <w:t>اس کے اندر کے پہاڑوں سے اولے برساتا ہے پھر ان کو جس پر چاہتا ہے گرا دیتا ہے اور جس سے چاہتا ہے ان کو ہٹا دیتا ہے اس کی بجلی کی چمک معلوم ہوتا ہے کہ نگاہوں کو اچک لے جائے گی</w:t>
      </w:r>
    </w:p>
    <w:p>
      <w:r>
        <w:rPr>
          <w:b/>
        </w:rPr>
        <w:t xml:space="preserve">[1:07:33] </w:t>
      </w:r>
      <w:r>
        <w:t>Allah raat aur din ko badalta rehta hai. beshak is mein sabaq hai aankh walon ke liye. tashreeh yahan dunya ke chand waqeat ko bator tamseel zikr kar ke kaha gaya hai ke is mein ahl-e-baseerat ke liye ibraat hai.</w:t>
      </w:r>
    </w:p>
    <w:p>
      <w:pPr>
        <w:jc w:val="right"/>
      </w:pPr>
      <w:r>
        <w:t>اللہ رات اور دن کو بدلتا رہتا ہے بے شک اس میں سبق ہے آنکھ والوں کے لیے۔ تشریح یہاں دنیا کے چند واقعات کو بطور تمثیل ذکر کر کے کہا گیا ہے کہ اس میں اہل بصیرت کے لیے عبرت ہے۔</w:t>
      </w:r>
    </w:p>
    <w:p>
      <w:r>
        <w:rPr>
          <w:b/>
        </w:rPr>
        <w:t xml:space="preserve">[1:07:54] </w:t>
      </w:r>
      <w:r>
        <w:t>ibraat ke asal ma'ni hain aboor karna, tay karna. is se murad wo zehni safar hai jab ke aadmi ek cheez se doosri cheez tak pahanchta hai.</w:t>
      </w:r>
    </w:p>
    <w:p>
      <w:pPr>
        <w:jc w:val="right"/>
      </w:pPr>
      <w:r>
        <w:t>عبرت کے اصل معنی ہیں عبور کرنا، طے کرنا۔ اس سے مراد وہ ذہنی سفر ہے جب کہ آدمی ایک چیز سے دوسری چیز تک پہنچتا ہے۔</w:t>
      </w:r>
    </w:p>
    <w:p>
      <w:r>
        <w:rPr>
          <w:b/>
        </w:rPr>
        <w:t xml:space="preserve">[1:08:06] </w:t>
      </w:r>
      <w:r>
        <w:t>jab aadmi ek waqe ko haqeeqat se wabasta karta hai,</w:t>
      </w:r>
    </w:p>
    <w:p>
      <w:pPr>
        <w:jc w:val="right"/>
      </w:pPr>
      <w:r>
        <w:t>جب آدمی ایک واقعے کو حقیقت سے وابستہ کرتا ہے،</w:t>
      </w:r>
    </w:p>
    <w:p>
      <w:r>
        <w:rPr>
          <w:b/>
        </w:rPr>
        <w:t xml:space="preserve">[1:08:12] </w:t>
      </w:r>
      <w:r>
        <w:t>jab wo ek zahiri cheez ke andar us ke ma'navi pehlu ko leta hai to usi ka naam ibraat hai.</w:t>
      </w:r>
    </w:p>
    <w:p>
      <w:pPr>
        <w:jc w:val="right"/>
      </w:pPr>
      <w:r>
        <w:t>جب وہ ایک ظاہری چیز کے اندر اس کے معنوی پہلو کو لیتا ہے تو اسی کا نام عبرت ہے۔</w:t>
      </w:r>
    </w:p>
    <w:p>
      <w:r>
        <w:rPr>
          <w:b/>
        </w:rPr>
        <w:t xml:space="preserve">[1:08:23] </w:t>
      </w:r>
      <w:r>
        <w:t>barish ko dekhiye, zameen se le kar suraj tak ek azeem ham'aahang amal ke nateejay mein wo cheez wajood mein aati hai jis ko barish kehte hain.</w:t>
      </w:r>
    </w:p>
    <w:p>
      <w:pPr>
        <w:jc w:val="right"/>
      </w:pPr>
      <w:r>
        <w:t>بارش کو دیکھیے، زمین سے لے کر سورج تک ایک عظیم ہم آہنگ عمل کے نتیجے میں وہ چیز وجود میں آتی ہے جس کو بارش کہتے ہیں۔</w:t>
      </w:r>
    </w:p>
    <w:p>
      <w:r>
        <w:rPr>
          <w:b/>
        </w:rPr>
        <w:t xml:space="preserve">[1:08:34] </w:t>
      </w:r>
      <w:r>
        <w:t>phir yeh badal kabhi zindagi bakhsh mehlati hain aur kabhi unhi badalon se</w:t>
      </w:r>
    </w:p>
    <w:p>
      <w:pPr>
        <w:jc w:val="right"/>
      </w:pPr>
      <w:r>
        <w:t>پھر یہ بادل کبھی زندگی بخش مہلاتے ہیں اور کبھی انہی بادلوں سے</w:t>
      </w:r>
    </w:p>
    <w:p>
      <w:r>
        <w:rPr>
          <w:b/>
        </w:rPr>
        <w:t xml:space="preserve">[1:08:42] </w:t>
      </w:r>
      <w:r>
        <w:t>halakat khaiz olay barsne lagte hain. yahi muamla bijli ki chamak aur raat aur din ki gardish ka hai.</w:t>
      </w:r>
    </w:p>
    <w:p>
      <w:pPr>
        <w:jc w:val="right"/>
      </w:pPr>
      <w:r>
        <w:t>ہلاکت خیز اولے برسنے لگتے ہیں۔ یہی معاملہ بجلی کی چمک اور رات اور دن کی گردش کا ہے۔</w:t>
      </w:r>
    </w:p>
    <w:p>
      <w:r>
        <w:rPr>
          <w:b/>
        </w:rPr>
        <w:t xml:space="preserve">[1:08:51] </w:t>
      </w:r>
      <w:r>
        <w:t>in zahiri waqiat mein beshumar ma'navi haqaiq chhupe hue hain. jo log in ko dekh kar zahir ko ma'ni se rabt kar saken, wahi Khuda ki nazar mein basirat wale hain.</w:t>
      </w:r>
    </w:p>
    <w:p>
      <w:pPr>
        <w:jc w:val="right"/>
      </w:pPr>
      <w:r>
        <w:t>ان ظاہری واقعات میں بے شمار معنوی حقائق چھپے ہوئے ہیں۔ جو لوگ ان کو دیکھ کر ظاہر کو معنی سے مربوط کر سکیں، وہی خدا کی نظر میں بصیرت والے ہیں۔</w:t>
      </w:r>
    </w:p>
    <w:p>
      <w:r>
        <w:rPr>
          <w:b/>
        </w:rPr>
        <w:t xml:space="preserve">[1:09:10] </w:t>
      </w:r>
      <w:r>
        <w:t>wAllahu khalaqa kull dabbatim min ma'in faminhum ma yamshi 'ala butnihi wa minhum ma yamshi 'ala rajlayn</w:t>
      </w:r>
    </w:p>
    <w:p>
      <w:pPr>
        <w:jc w:val="right"/>
      </w:pPr>
      <w:r>
        <w:t>والله خلق كل دابه من ماء فمنہم من يمشي على بطنه ومنہم من يمشي على رجلين</w:t>
      </w:r>
    </w:p>
    <w:p>
      <w:r>
        <w:rPr>
          <w:b/>
        </w:rPr>
        <w:t xml:space="preserve">[1:09:30] </w:t>
      </w:r>
      <w:r>
        <w:t>wa minhum ma yamshi 'ala rajlayn wa minhum ma yamshi 'ala arba'in yakhluqullahu ma yasha'</w:t>
      </w:r>
    </w:p>
    <w:p>
      <w:pPr>
        <w:jc w:val="right"/>
      </w:pPr>
      <w:r>
        <w:t>ومنہم من يمشي على رجلين ومنہم من يمشي على أربع يخلق الله ما شاء</w:t>
      </w:r>
    </w:p>
    <w:p>
      <w:r>
        <w:rPr>
          <w:b/>
        </w:rPr>
        <w:t xml:space="preserve">[1:09:49] </w:t>
      </w:r>
      <w:r>
        <w:t>innallaha 'ala kulli shai'in qadir. laqad anzalna ayatimmubayyinatin wallahu yahdi ma yasha'</w:t>
      </w:r>
    </w:p>
    <w:p>
      <w:pPr>
        <w:jc w:val="right"/>
      </w:pPr>
      <w:r>
        <w:t>إن الله على كل شيء قدير لقد أنزلنا آيات مبينات والله يهدي من يشاء</w:t>
      </w:r>
    </w:p>
    <w:p>
      <w:r>
        <w:rPr>
          <w:b/>
        </w:rPr>
        <w:t xml:space="preserve">[1:10:10] </w:t>
      </w:r>
      <w:r>
        <w:t>ila siratim mustaqim</w:t>
      </w:r>
    </w:p>
    <w:p>
      <w:pPr>
        <w:jc w:val="right"/>
      </w:pPr>
      <w:r>
        <w:t>إلى صراط مستقيم</w:t>
      </w:r>
    </w:p>
    <w:p>
      <w:r>
        <w:rPr>
          <w:b/>
        </w:rPr>
        <w:t xml:space="preserve">[1:10:18] </w:t>
      </w:r>
      <w:r>
        <w:t>aur Allah ne har jandar ko pani se paida kiya phir un mein se koi apne pet ke bal chalta hai aur un mein se koi do paon par chalta hai aur un mein se koi char pairon par chalta hai.</w:t>
      </w:r>
    </w:p>
    <w:p>
      <w:pPr>
        <w:jc w:val="right"/>
      </w:pPr>
      <w:r>
        <w:t>اور اللہ نے ہر جاندار کو پانی سے پیدا کیا پھر ان میں سے کوئی اپنے پیٹ کے بل چلتا ہے اور ان میں سے کوئی دو پاؤں پر چلتا ہے اور ان میں سے کوئی چار پیروں پر چلتا ہے۔</w:t>
      </w:r>
    </w:p>
    <w:p>
      <w:r>
        <w:rPr>
          <w:b/>
        </w:rPr>
        <w:t xml:space="preserve">[1:10:34] </w:t>
      </w:r>
      <w:r>
        <w:t>Allah paida karta hai jo woh chahta hai. beshak Allah har cheez par qadir hai. hum ne khol kar batane wali ayatain utar di hain aur Allah jis ko chahta hai seedhi rah ki hidayat deta hai.</w:t>
      </w:r>
    </w:p>
    <w:p>
      <w:pPr>
        <w:jc w:val="right"/>
      </w:pPr>
      <w:r>
        <w:t>اللہ پیدا کرتا ہے جو وہ چاہتا ہے۔ بے شک اللہ ہر چیز پر قادر ہے۔ ہم نے کھول کر بتانے والی آیتیں اتار دی ہیں اور اللہ جس کو چاہتا ہے سیدھی راہ کی ہدایت دیتا ہے۔</w:t>
      </w:r>
    </w:p>
    <w:p>
      <w:r>
        <w:rPr>
          <w:b/>
        </w:rPr>
        <w:t xml:space="preserve">[1:10:53] </w:t>
      </w:r>
      <w:r>
        <w:t>tashreeh dunya ki cheezon mein b-zahiri ta'addud hai. is se mushrik insan ne yeh qiyas kiya ke cheezon ke khaliq bhi muta'addad hain magar jab cheezon ko is pehlu se dekha jaye ke zahiri ta'addud aur tanawwu ke andar</w:t>
      </w:r>
    </w:p>
    <w:p>
      <w:pPr>
        <w:jc w:val="right"/>
      </w:pPr>
      <w:r>
        <w:t>تشریح دنیا کی چیزوں میں بظاہر تعدد ہے۔ اس سے مشرک انسان نے یہ قیاس کیا کہ چیزوں کے خالق بھی متعدد ہیں مگر جب چیزوں کو اس پہلو سے دیکھا جائے کہ ظاہری تعدد اور تنوع کے اندر</w:t>
      </w:r>
    </w:p>
    <w:p>
      <w:r>
        <w:rPr>
          <w:b/>
        </w:rPr>
        <w:t xml:space="preserve">[1:11:13] </w:t>
      </w:r>
      <w:r>
        <w:t>aik yeksaniyat chhipi hui hai to muamla bilkul badal jata hai. haiwanat ki lakhon qismein hain magar gehra mutala'a batata hai ke un sab ki asal aik hai.</w:t>
      </w:r>
    </w:p>
    <w:p>
      <w:pPr>
        <w:jc w:val="right"/>
      </w:pPr>
      <w:r>
        <w:t>ایک یکسانیت چھپی ہوئی ہے تو معاملہ بالکل بدل جاتا ہے۔ حیوانات کی لاکھوں قسمیں ہیں مگر گہرا مطالعہ بتاتا ہے کہ ان سب کی اصل ایک ہے۔</w:t>
      </w:r>
    </w:p>
    <w:p>
      <w:r>
        <w:rPr>
          <w:b/>
        </w:rPr>
        <w:t xml:space="preserve">[1:11:27] </w:t>
      </w:r>
      <w:r>
        <w:t>tamam haiwanat ka hayatiyati nizam bilkul yeksani hai.</w:t>
      </w:r>
    </w:p>
    <w:p>
      <w:pPr>
        <w:jc w:val="right"/>
      </w:pPr>
      <w:r>
        <w:t>تمام حیوانات کا حیاتیاتی نظام بالکل یکساں ہے۔</w:t>
      </w:r>
    </w:p>
    <w:p>
      <w:r>
        <w:rPr>
          <w:b/>
        </w:rPr>
        <w:t xml:space="preserve">[1:11:33] </w:t>
      </w:r>
      <w:r>
        <w:t>is mutala'e ke baad cheezon ka ta'addud aur tanawwu khaliq ki qudrat ka karishma ban jata hai. aik a'tebar se jo cheez ta'addud-e-takhlīq ka izhar maloom ho rahi thi woh dosre a'tebar se</w:t>
      </w:r>
    </w:p>
    <w:p>
      <w:pPr>
        <w:jc w:val="right"/>
      </w:pPr>
      <w:r>
        <w:t>اس مطالعے کے بعد چیزوں کا تعدد اور تنوع خالق کی قدرت کا کرشمہ بن جاتا ہے۔ ایک اعتبار سے جو چیز تعدد تخلیق کا اظہار معلوم ہو رہی تھی وہ دوسرے اعتبار سے</w:t>
      </w:r>
    </w:p>
    <w:p>
      <w:r>
        <w:rPr>
          <w:b/>
        </w:rPr>
        <w:t xml:space="preserve">[1:11:50] </w:t>
      </w:r>
      <w:r>
        <w:t>tauheed-e-takhlīq ka saboot ban jati hai.</w:t>
      </w:r>
    </w:p>
    <w:p>
      <w:pPr>
        <w:jc w:val="right"/>
      </w:pPr>
      <w:r>
        <w:t>توحید تخلیق کا ثبوت بن جاتی ہے۔</w:t>
      </w:r>
    </w:p>
    <w:p>
      <w:r>
        <w:rPr>
          <w:b/>
        </w:rPr>
        <w:t xml:space="preserve">[1:11:57] </w:t>
      </w:r>
      <w:r>
        <w:t>maujooda dunya aik aisi dunya hai jahan fareb ke darmiyan haqiqat ko pana parta hai. yahan apne aap ko dhoka dene wali baaton se oopar uthana parta hai taake aadmi haq ka mushahida kar sake.</w:t>
      </w:r>
    </w:p>
    <w:p>
      <w:pPr>
        <w:jc w:val="right"/>
      </w:pPr>
      <w:r>
        <w:t>موجودہ دنیا ایک ایسی دنیا ہے جہاں فریب کے درمیان حقیقت کو پانا پڑتا ہے۔ یہاں اپنے آپ کو دھوکہ دینے والی باتوں سے اوپر اٹھانا پڑتا ہے تاکہ آدمی حق کا مشاہدہ کر سکے۔</w:t>
      </w:r>
    </w:p>
    <w:p>
      <w:r>
        <w:rPr>
          <w:b/>
        </w:rPr>
        <w:t xml:space="preserve">[1:12:17] </w:t>
      </w:r>
      <w:r>
        <w:t>isi khaas kaam ke liye Allah ta'ala ne aadmi ko aql ki salahiyat di hai. jo shakhs is khudai torch ko sahi tor par istemal karega woh rasta pa lega aur jo shakhs</w:t>
      </w:r>
    </w:p>
    <w:p>
      <w:pPr>
        <w:jc w:val="right"/>
      </w:pPr>
      <w:r>
        <w:t>اسی خاص کام کے لیے اللہ تعالی نے آدمی کو عقل کی صلاحیت دی ہے۔ جو شخص اس خدائی ٹارچ کو صحیح طور پر استعمال کرے گا وہ راستہ پا لے گا اور جو شخص</w:t>
      </w:r>
    </w:p>
    <w:p>
      <w:r>
        <w:rPr>
          <w:b/>
        </w:rPr>
        <w:t xml:space="preserve">[1:12:34] </w:t>
      </w:r>
      <w:r>
        <w:t>is ko istemal nahi karega us ke liye is dunya mein bhatakne ke siwa koi aur anjam muqaddar nahi.</w:t>
      </w:r>
    </w:p>
    <w:p>
      <w:pPr>
        <w:jc w:val="right"/>
      </w:pPr>
      <w:r>
        <w:t>اس کو استعمال نہیں کرے گا اس کے لیے اس دنیا میں بھٹکنے کے سوا کوئی اور انجام مقدر نہیں۔</w:t>
      </w:r>
    </w:p>
    <w:p>
      <w:r>
        <w:rPr>
          <w:b/>
        </w:rPr>
        <w:t xml:space="preserve">[1:12:45] </w:t>
      </w:r>
      <w:r>
        <w:t>wa yequlun amanna billahi wa birrasuli wa ata'na thumma</w:t>
      </w:r>
    </w:p>
    <w:p>
      <w:pPr>
        <w:jc w:val="right"/>
      </w:pPr>
      <w:r>
        <w:t>ويقولون آمنا بالله وبالرسول وأطعنا ثم</w:t>
      </w:r>
    </w:p>
    <w:p>
      <w:r>
        <w:rPr>
          <w:b/>
        </w:rPr>
        <w:t xml:space="preserve">[1:12:52] </w:t>
      </w:r>
      <w:r>
        <w:t>yatawalla fariqum minhum mim ba'di dhalika wa ma ul'a'ika bilmu'minin</w:t>
      </w:r>
    </w:p>
    <w:p>
      <w:pPr>
        <w:jc w:val="right"/>
      </w:pPr>
      <w:r>
        <w:t>يتولى فريق منهم من بعد ذلك وما أولئك بالمؤمنين</w:t>
      </w:r>
    </w:p>
    <w:p>
      <w:r>
        <w:rPr>
          <w:b/>
        </w:rPr>
        <w:t xml:space="preserve">[1:13:09] </w:t>
      </w:r>
      <w:r>
        <w:t>wa idha du'u ila Allahi wa rasulihi liyahkuma baynahum idha fariqum minhum mu'ridun</w:t>
      </w:r>
    </w:p>
    <w:p>
      <w:pPr>
        <w:jc w:val="right"/>
      </w:pPr>
      <w:r>
        <w:t>وإذا دعوا إلى الله ورسوله ليحكم بينهم إذا فريق منهم معرضون</w:t>
      </w:r>
    </w:p>
    <w:p>
      <w:r>
        <w:rPr>
          <w:b/>
        </w:rPr>
        <w:t xml:space="preserve">[1:13:25] </w:t>
      </w:r>
      <w:r>
        <w:t>wa in yakun lahumul haqqu yatu ilayhi madh'inun</w:t>
      </w:r>
    </w:p>
    <w:p>
      <w:pPr>
        <w:jc w:val="right"/>
      </w:pPr>
      <w:r>
        <w:t>وإن يكن لهم الحق يأتوا إليه مذعنين</w:t>
      </w:r>
    </w:p>
    <w:p>
      <w:r>
        <w:rPr>
          <w:b/>
        </w:rPr>
        <w:t xml:space="preserve">[1:13:34] </w:t>
      </w:r>
      <w:r>
        <w:t>afa fi qulubihim maradun amirtabu am yakhsafun</w:t>
      </w:r>
    </w:p>
    <w:p>
      <w:pPr>
        <w:jc w:val="right"/>
      </w:pPr>
      <w:r>
        <w:t>أفي قلوبهم مرض أم ارتابوا أم يخافون</w:t>
      </w:r>
    </w:p>
    <w:p>
      <w:r>
        <w:rPr>
          <w:b/>
        </w:rPr>
        <w:t xml:space="preserve">[1:13:41] </w:t>
      </w:r>
      <w:r>
        <w:t>an yaifa allahu 'alayhim wa rasuluhu bal ul'a'ika humu al-zalimun</w:t>
      </w:r>
    </w:p>
    <w:p>
      <w:pPr>
        <w:jc w:val="right"/>
      </w:pPr>
      <w:r>
        <w:t>أن يحيف الله عليهم ورسوله بل أولئك هم الظالمون</w:t>
      </w:r>
    </w:p>
    <w:p>
      <w:r>
        <w:rPr>
          <w:b/>
        </w:rPr>
        <w:t xml:space="preserve">[1:13:55] </w:t>
      </w:r>
      <w:r>
        <w:t>aur woh kehte hain hum Allah aur rasool par iman laye aur hum ne Allah ki it'at ki magar un mein se aik giroh is ke baad phir jata hai aur yeh log iman lane wale nahi hain</w:t>
      </w:r>
    </w:p>
    <w:p>
      <w:pPr>
        <w:jc w:val="right"/>
      </w:pPr>
      <w:r>
        <w:t>اور وہ کہتے ہیں ہم اللہ اور رسول پر ایمان لائے اور ہم نے اللہ کی اطاعت کی مگر ان میں سے ایک گروہ اس کے بعد پھر جاتا ہے اور یہ لوگ ایمان لانے والے نہیں ہیں</w:t>
      </w:r>
    </w:p>
    <w:p>
      <w:r>
        <w:rPr>
          <w:b/>
        </w:rPr>
        <w:t xml:space="preserve">[1:14:14] </w:t>
      </w:r>
      <w:r>
        <w:t>aur jab un ko Allah aur rasool ki taraf bulaya jata hai taake Khuda ka rasool un ke darmiyan faisla kare to un mein se aik giroh roogardani karta hai aur agar haq un ko milne wala ho to us ki taraf</w:t>
      </w:r>
    </w:p>
    <w:p>
      <w:pPr>
        <w:jc w:val="right"/>
      </w:pPr>
      <w:r>
        <w:t>اور جب ان کو اللہ اور رسول کی طرف بلایا جاتا ہے تاکہ خدا کا رسول ان کے درمیان فیصلہ کرے تو ان میں سے ایک گروہ روگردانی کرتا ہے اور اگر حق ان کو ملنے والا ہو تو اس کی طرف</w:t>
      </w:r>
    </w:p>
    <w:p>
      <w:r>
        <w:rPr>
          <w:b/>
        </w:rPr>
        <w:t xml:space="preserve">[1:14:34] </w:t>
      </w:r>
      <w:r>
        <w:t>farmanbardar ban kar aa jate hain. kya un ke dilon mein bimari hai ya woh shakk mein pade hue hain ya un ko yeh andesha hai ke Allah aur uska rasool un ke sath zulm karenge</w:t>
      </w:r>
    </w:p>
    <w:p>
      <w:pPr>
        <w:jc w:val="right"/>
      </w:pPr>
      <w:r>
        <w:t>فرمانبردار بن کر آ جاتے ہیں۔ کیا ان کے دلوں میں بیماری ہے یا وہ شک میں پڑے ہوئے ہیں یا ان کو یہ اندیشہ ہے کہ اللہ اور اس کا رسول ان کے ساتھ ظلم کریں گے</w:t>
      </w:r>
    </w:p>
    <w:p>
      <w:r>
        <w:rPr>
          <w:b/>
        </w:rPr>
        <w:t xml:space="preserve">[1:14:49] </w:t>
      </w:r>
      <w:r>
        <w:t>balkeh yahi log zalim hain.</w:t>
      </w:r>
    </w:p>
    <w:p>
      <w:pPr>
        <w:jc w:val="right"/>
      </w:pPr>
      <w:r>
        <w:t>بلکہ یہی لوگ ظالم ہیں۔</w:t>
      </w:r>
    </w:p>
    <w:p>
      <w:r>
        <w:rPr>
          <w:b/>
        </w:rPr>
        <w:t xml:space="preserve">[1:14:56] </w:t>
      </w:r>
      <w:r>
        <w:t>tashreeh qadeem madina mein aik tabqa woh tha jis ne bazahir islam qabool kar liya tha magar woh islam ke muamle mein mخلص na tha.</w:t>
      </w:r>
    </w:p>
    <w:p>
      <w:pPr>
        <w:jc w:val="right"/>
      </w:pPr>
      <w:r>
        <w:t>تشریح قدیم مدینہ میں ایک طبقہ وہ تھا جس نے بظاہر اسلام قبول کر لیا تھا مگر وہ اسلام کے معاملے میں مخلص نہ تھا۔</w:t>
      </w:r>
    </w:p>
    <w:p>
      <w:r>
        <w:rPr>
          <w:b/>
        </w:rPr>
        <w:t xml:space="preserve">[1:15:09] </w:t>
      </w:r>
      <w:r>
        <w:t>is groh ko munafiq kaha jata hai. yeh log zaban se</w:t>
      </w:r>
    </w:p>
    <w:p>
      <w:pPr>
        <w:jc w:val="right"/>
      </w:pPr>
      <w:r>
        <w:t>اس گروہ کو منافق کہا جاتا ہے۔ یہ لوگ زبان سے</w:t>
      </w:r>
    </w:p>
    <w:p>
      <w:r>
        <w:rPr>
          <w:b/>
        </w:rPr>
        <w:t xml:space="preserve">[1:15:14] </w:t>
      </w:r>
      <w:r>
        <w:t>to khuda o rasool ki itaat ke alfaaz bolte the magar jab tajruba pesh aata to woh khud apne amal se apne is dawe ki tardeed kar dete.</w:t>
      </w:r>
    </w:p>
    <w:p>
      <w:pPr>
        <w:jc w:val="right"/>
      </w:pPr>
      <w:r>
        <w:t>تو خدا و رسول کی اطاعت کے الفاظ بولتے تھے مگر جب تجربہ پیش آتا تو وہ خود اپنے عمل سے اپنے اس دعوے کی تردید کر دیتے۔</w:t>
      </w:r>
    </w:p>
    <w:p>
      <w:r>
        <w:rPr>
          <w:b/>
        </w:rPr>
        <w:t xml:space="preserve">[1:15:28] </w:t>
      </w:r>
      <w:r>
        <w:t>is waqt soorat-e-haal yeh thi ke madina mein baqayda noiyat ki islami adalat abhi qaim nahi hui thi.</w:t>
      </w:r>
    </w:p>
    <w:p>
      <w:pPr>
        <w:jc w:val="right"/>
      </w:pPr>
      <w:r>
        <w:t>اس وقت صورتحال یہ تھی کہ مدینہ میں باقاعدہ نوعیت کی اسلامی عدالت ابھی قائم نہیں ہوئی تھی۔</w:t>
      </w:r>
    </w:p>
    <w:p>
      <w:r>
        <w:rPr>
          <w:b/>
        </w:rPr>
        <w:t xml:space="preserve">[1:15:36] </w:t>
      </w:r>
      <w:r>
        <w:t>wahan aik taraf yahoodi sardar the jo sainkaron saal se rawaji taur par logon ke faisle karte chale aa rahe the.</w:t>
      </w:r>
    </w:p>
    <w:p>
      <w:pPr>
        <w:jc w:val="right"/>
      </w:pPr>
      <w:r>
        <w:t>وہاں ایک طرف یہودی سردار تھے جو سینکڑوں سال سے رواجی طور پر لوگوں کے فیصلے کرتے چلے آ رہے تھے۔</w:t>
      </w:r>
    </w:p>
    <w:p>
      <w:r>
        <w:rPr>
          <w:b/>
        </w:rPr>
        <w:t xml:space="preserve">[1:15:47] </w:t>
      </w:r>
      <w:r>
        <w:t>doosri taraf rasool Allah sal Allah alaihi wasallam makkah se hijrat kar ke wahan pahunch chuke the.</w:t>
      </w:r>
    </w:p>
    <w:p>
      <w:pPr>
        <w:jc w:val="right"/>
      </w:pPr>
      <w:r>
        <w:t>دوسری طرف رسول اللہ صلی اللہ علیہ وسلم مکہ سے ہجرت کر کے وہاں پہنچ چکے تھے۔</w:t>
      </w:r>
    </w:p>
    <w:p>
      <w:r>
        <w:rPr>
          <w:b/>
        </w:rPr>
        <w:t xml:space="preserve">[1:15:56] </w:t>
      </w:r>
      <w:r>
        <w:t>munafiqeen ka haal yeh tha ke agar kisi musalman se un ki naza ho jaye aur woh kahe ke chalo rasool Allah ke yahan is ka faisla kara lo to mazkoor munafiq is ke liye sirf is soorat mein razi hota</w:t>
      </w:r>
    </w:p>
    <w:p>
      <w:pPr>
        <w:jc w:val="right"/>
      </w:pPr>
      <w:r>
        <w:t>منافقین کا حال یہ تھا کہ اگر کسی مسلمان سے ان کی نزا ہو جائے اور وہ کہے کہ چلو رسول اللہ کے یہاں اس کا فیصلہ کرا لو تو مذکورہ منافق اس کے لیے صرف اس صورت میں راضی ہوتا</w:t>
      </w:r>
    </w:p>
    <w:p>
      <w:r>
        <w:rPr>
          <w:b/>
        </w:rPr>
        <w:t xml:space="preserve">[1:16:14] </w:t>
      </w:r>
      <w:r>
        <w:t>jab ke us ko yaqeen hota ke muqadme ki noiyat aisi hai ke faisla us ke apne haq mein ho jaye ga. agar mamla is ke bar aks ho to woh kehta ke falan yahoodi sardar ke paas chalo aur is se faisla kar ao.</w:t>
      </w:r>
    </w:p>
    <w:p>
      <w:pPr>
        <w:jc w:val="right"/>
      </w:pPr>
      <w:r>
        <w:t>جب کہ اس کو یقین ہوتا کہ مقدمے کی نوعیت ایسی ہے کہ فیصلہ اس کے اپنے حق میں ہو جائے گا۔ اگر معاملہ اس کے برعکس ہو تو وہ کہتا کہ فلاں یہودی سردار کے پاس چلو اور اس سے فیصلہ کراؤ۔</w:t>
      </w:r>
    </w:p>
    <w:p>
      <w:r>
        <w:rPr>
          <w:b/>
        </w:rPr>
        <w:t xml:space="preserve">[1:16:36] </w:t>
      </w:r>
      <w:r>
        <w:t>yeh bazahir hoshiyari hai magar yeh khud apne oopar zulm karna hai. is tarah jeetne wale aakhirat mein is haal mein pahunchen ge ke woh apna muqadma bilkul</w:t>
      </w:r>
    </w:p>
    <w:p>
      <w:pPr>
        <w:jc w:val="right"/>
      </w:pPr>
      <w:r>
        <w:t>یہ بظاہر ہوشیاری ہے مگر یہ خود اپنے اوپر ظلم کرنا ہے۔ اس طرح جیتنے والے آخرت میں اس حال میں پہنچیں گے کہ وہ اپنا مقدمہ بالکل</w:t>
      </w:r>
    </w:p>
    <w:p>
      <w:r>
        <w:rPr>
          <w:b/>
        </w:rPr>
        <w:t xml:space="preserve">[1:16:52] </w:t>
      </w:r>
      <w:r>
        <w:t>haar chuke hon ge. innamah kan qaulul momineen izaa du'oo ilal laahi wa rasoolihi li yahkuma bainahum an yaqooloo sami'na wa ataa'na</w:t>
      </w:r>
    </w:p>
    <w:p>
      <w:pPr>
        <w:jc w:val="right"/>
      </w:pPr>
      <w:r>
        <w:t>ہار چکے ہوں گے۔ إنما كان قول المؤمنين إذا دعوا إلى الله ورسوله ليحكم بينهم أن يقولوا سمعنا وأطعنا</w:t>
      </w:r>
    </w:p>
    <w:p>
      <w:r>
        <w:rPr>
          <w:b/>
        </w:rPr>
        <w:t xml:space="preserve">[1:17:10] </w:t>
      </w:r>
      <w:r>
        <w:t>wa ulaa'ika humul muflihoon</w:t>
      </w:r>
    </w:p>
    <w:p>
      <w:pPr>
        <w:jc w:val="right"/>
      </w:pPr>
      <w:r>
        <w:t>وأولئك هم المفلحون</w:t>
      </w:r>
    </w:p>
    <w:p>
      <w:r>
        <w:rPr>
          <w:b/>
        </w:rPr>
        <w:t xml:space="preserve">[1:17:19] </w:t>
      </w:r>
      <w:r>
        <w:t>wa mai yuti'il laaha wa rasoolahu wa yakhshal laaha wa yattaqhu fa ulaa'ika humul faa'izoon</w:t>
      </w:r>
    </w:p>
    <w:p>
      <w:pPr>
        <w:jc w:val="right"/>
      </w:pPr>
      <w:r>
        <w:t>ومن يطع الله ورسوله ويخشى الله ويتقه فأولئك هم الفائزون</w:t>
      </w:r>
    </w:p>
    <w:p>
      <w:r>
        <w:rPr>
          <w:b/>
        </w:rPr>
        <w:t xml:space="preserve">[1:17:36] </w:t>
      </w:r>
      <w:r>
        <w:t>imaan walon ka qaul to yeh hai ke jab woh Allah aur us ke rasool ki taraf bulaye jayen taake rasool un ke darmiyan faisla kare to woh kahein ke hum ne suna aur hum ne mana aur yahi log falaah paane wale hain.</w:t>
      </w:r>
    </w:p>
    <w:p>
      <w:pPr>
        <w:jc w:val="right"/>
      </w:pPr>
      <w:r>
        <w:t>ایمان والوں کا قول تو یہ ہے کہ جب وہ اللہ اور اس کے رسول کی طرف بلائے جائیں تاکہ رسول ان کے درمیان فیصلہ کرے تو وہ کہیں کہ ہم نے سنا اور ہم نے مانا اور یہی لوگ فلاح پانے والے ہیں۔</w:t>
      </w:r>
    </w:p>
    <w:p>
      <w:r>
        <w:rPr>
          <w:b/>
        </w:rPr>
        <w:t xml:space="preserve">[1:17:55] </w:t>
      </w:r>
      <w:r>
        <w:t>aur jo shakhs Allah aur us ke rasool ki itaat kare aur woh Allah se dare aur woh is ki mukhalifat se bache to yahi log hain jo kamyab hon ge.</w:t>
      </w:r>
    </w:p>
    <w:p>
      <w:pPr>
        <w:jc w:val="right"/>
      </w:pPr>
      <w:r>
        <w:t>اور جو شخص اللہ اور اس کے رسول کی اطاعت کرے اور وہ اللہ سے ڈرے اور وہ اس کی مخالفت سے بچے تو یہی لوگ ہیں جو کامیاب ہوں گے۔</w:t>
      </w:r>
    </w:p>
    <w:p>
      <w:r>
        <w:rPr>
          <w:b/>
        </w:rPr>
        <w:t xml:space="preserve">[1:18:11] </w:t>
      </w:r>
      <w:r>
        <w:t>tashreeh aam aadmi apne mafad ke tabe hota hai. momin woh hai jo apne aap ko Allah aur rasool ka tabe bana le.</w:t>
      </w:r>
    </w:p>
    <w:p>
      <w:pPr>
        <w:jc w:val="right"/>
      </w:pPr>
      <w:r>
        <w:t>تشریح عام آدمی اپنے مفاد کے تابع ہوتا ہے۔ مومن وہ ہے جو اپنے آپ کو اللہ اور رسول کا تابع بنا لے۔</w:t>
      </w:r>
    </w:p>
    <w:p>
      <w:r>
        <w:rPr>
          <w:b/>
        </w:rPr>
        <w:t xml:space="preserve">[1:18:24] </w:t>
      </w:r>
      <w:r>
        <w:t>jab Khuda aur rasool ka faisla samne aa jaye to woh har haal mein wohi kare jo Khuda aur rasool ka faisla ho,</w:t>
      </w:r>
    </w:p>
    <w:p>
      <w:pPr>
        <w:jc w:val="right"/>
      </w:pPr>
      <w:r>
        <w:t>جب خدا اور رسول کا فیصلہ سامنے آ جائے تو وہ ہر حال میں وہی کرے جو خدا اور رسول کا فیصلہ ہو،</w:t>
      </w:r>
    </w:p>
    <w:p>
      <w:r>
        <w:rPr>
          <w:b/>
        </w:rPr>
        <w:t xml:space="preserve">[1:18:34] </w:t>
      </w:r>
      <w:r>
        <w:t>khwah woh us ki khwahish ke mutabiq ho ya us ki khwahish ke khilaf, khwah is mein uska mafad mehfooz hota ho ya is mein uska mafad majrooh ho raha ho.</w:t>
      </w:r>
    </w:p>
    <w:p>
      <w:pPr>
        <w:jc w:val="right"/>
      </w:pPr>
      <w:r>
        <w:t>خواہ وہ اس کی خواہش کے مطابق ہو یا اس کی خواہش کے خلاف، خواہ اس میں اس کا مفاد محفوظ ہوتا ہو یا اس میں اس کا مفاد مجروح ہو رہا ہو۔</w:t>
      </w:r>
    </w:p>
    <w:p>
      <w:r>
        <w:rPr>
          <w:b/>
        </w:rPr>
        <w:t xml:space="preserve">[1:18:49] </w:t>
      </w:r>
      <w:r>
        <w:t>aakhirat ki kamyabi sirf is shakhs ke liye hai jis ka imaan us ko Khuda o rasool ke hukum ke aage jhuka de.</w:t>
      </w:r>
    </w:p>
    <w:p>
      <w:pPr>
        <w:jc w:val="right"/>
      </w:pPr>
      <w:r>
        <w:t>آخرت کی کامیابی صرف اس شخص کے لیے ہے جس کا ایمان اس کو خدا و رسول کے حکم کے آگے جھکا دے۔</w:t>
      </w:r>
    </w:p>
    <w:p>
      <w:r>
        <w:rPr>
          <w:b/>
        </w:rPr>
        <w:t xml:space="preserve">[1:18:57] </w:t>
      </w:r>
      <w:r>
        <w:t>Khuda ka ehsas us ke dil mein is tarah utar jaye ke woh isi se sab se zyada darne lage. Khuda ki narazgi se apne aap ko bachana us ki zindagi ka sab se bara masla ban jaye.</w:t>
      </w:r>
    </w:p>
    <w:p>
      <w:pPr>
        <w:jc w:val="right"/>
      </w:pPr>
      <w:r>
        <w:t>خدا کا احساس اس کے دل میں اس طرح اتر جائے کہ وہ اسی سے سب سے زیادہ ڈرنے لگے۔ خدا کی ناراضگی سے اپنے آپ کو بچانا اس کی زندگی کا سب سے بڑا مسئلہ بن جائے۔</w:t>
      </w:r>
    </w:p>
    <w:p>
      <w:r>
        <w:rPr>
          <w:b/>
        </w:rPr>
        <w:t xml:space="preserve">[1:19:19] </w:t>
      </w:r>
      <w:r>
        <w:t>wa aqsamoo billaahi jahda aimaanihim la'in amartahum la yakhrujoo qul laa tuqsimoo taa'atun ma'roofatun innal laaha khabeerun</w:t>
      </w:r>
    </w:p>
    <w:p>
      <w:pPr>
        <w:jc w:val="right"/>
      </w:pPr>
      <w:r>
        <w:t>وأقسموا بالله جهد أيمانهم لئن أمرتهم ليخرجن قل لا تقسموا طاعة معروفة إن الله خبير</w:t>
      </w:r>
    </w:p>
    <w:p>
      <w:r>
        <w:rPr>
          <w:b/>
        </w:rPr>
        <w:t xml:space="preserve">[1:19:35] </w:t>
      </w:r>
      <w:r>
        <w:t>bima ta'maloona qul atee'ul laaha wa atee'ur rasoola fa'in tawallaw fa'innama 'alaihima hamala wa 'alaikum ma hamaltum wa in tutee'oohu tahtadoo</w:t>
      </w:r>
    </w:p>
    <w:p>
      <w:pPr>
        <w:jc w:val="right"/>
      </w:pPr>
      <w:r>
        <w:t>بما تعملون قل أطيعوا الله وأطيعوا الرسول فإن تولوا فإنما عليه ما حمل وعليكم ما حملتم وإن تطيعوه تهتدوا</w:t>
      </w:r>
    </w:p>
    <w:p>
      <w:r>
        <w:rPr>
          <w:b/>
        </w:rPr>
        <w:t xml:space="preserve">[1:19:58] </w:t>
      </w:r>
      <w:r>
        <w:t>wa maa 'alar rasooli illal balaaghul mubeen</w:t>
      </w:r>
    </w:p>
    <w:p>
      <w:pPr>
        <w:jc w:val="right"/>
      </w:pPr>
      <w:r>
        <w:t>وما على الرسول إلا البلاغ المبين</w:t>
      </w:r>
    </w:p>
    <w:p>
      <w:r>
        <w:rPr>
          <w:b/>
        </w:rPr>
        <w:t xml:space="preserve">[1:20:07] </w:t>
      </w:r>
      <w:r>
        <w:t>aur woh Allah ki qasmein khate hain, bari sakht qasmein ke agar tum un ko hukum do to woh zaroor niklein ge. kaho ke qasmein na khaao, dastoor ke mutabiq itaat chahiye.</w:t>
      </w:r>
    </w:p>
    <w:p>
      <w:pPr>
        <w:jc w:val="right"/>
      </w:pPr>
      <w:r>
        <w:t>اور وہ اللہ کی قسمیں کھاتے ہیں، بڑی سخت قسمیں کہ اگر تم ان کو حکم دو تو وہ ضرور نکلیں گے۔ کہو کہ قسمیں نہ کھاؤ، دستور کے مطابق اطاعت چاہیے۔</w:t>
      </w:r>
    </w:p>
    <w:p>
      <w:r>
        <w:rPr>
          <w:b/>
        </w:rPr>
        <w:t xml:space="preserve">[1:20:23] </w:t>
      </w:r>
      <w:r>
        <w:t>beshak Allah ko maloom hai jo tum karte ho.</w:t>
      </w:r>
    </w:p>
    <w:p>
      <w:pPr>
        <w:jc w:val="right"/>
      </w:pPr>
      <w:r>
        <w:t>بے شک اللہ کو معلوم ہے جو تم کرتے ہو۔</w:t>
      </w:r>
    </w:p>
    <w:p>
      <w:r>
        <w:rPr>
          <w:b/>
        </w:rPr>
        <w:t xml:space="preserve">[1:20:28] </w:t>
      </w:r>
      <w:r>
        <w:t>kaho ke Allah ki itaat karo aur rasool ki itaat karo. phir agar tum roogardani karoge to rasool par woh bojh hai jo us par dala gaya hai aur tum par woh bojh hai jo tum par dala gaya hai.</w:t>
      </w:r>
    </w:p>
    <w:p>
      <w:pPr>
        <w:jc w:val="right"/>
      </w:pPr>
      <w:r>
        <w:t>کہو کہ اللہ کی اطاعت کرو اور رسول کی اطاعت کرو۔ پھر اگر تم روگردانی کرو گے تو رسول پر وہ بوجھ ہے جو اس پر ڈالا گیا ہے اور تم پر وہ بوجھ ہے جو تم پر ڈالا گیا ہے۔</w:t>
      </w:r>
    </w:p>
    <w:p>
      <w:r>
        <w:rPr>
          <w:b/>
        </w:rPr>
        <w:t xml:space="preserve">[1:20:44] </w:t>
      </w:r>
      <w:r>
        <w:t>aur agar tum is ki itaat karoge to hidayat paoge</w:t>
      </w:r>
    </w:p>
    <w:p>
      <w:pPr>
        <w:jc w:val="right"/>
      </w:pPr>
      <w:r>
        <w:t>اور اگر تم اس کی اطاعت کرو گے تو ہدایت پاؤ گے</w:t>
      </w:r>
    </w:p>
    <w:p>
      <w:r>
        <w:rPr>
          <w:b/>
        </w:rPr>
        <w:t xml:space="preserve">[1:20:49] </w:t>
      </w:r>
      <w:r>
        <w:t>aur rasool ke zime sirf saaf saaf pahuncha dena hai.</w:t>
      </w:r>
    </w:p>
    <w:p>
      <w:pPr>
        <w:jc w:val="right"/>
      </w:pPr>
      <w:r>
        <w:t>اور رسول کے ذمے صرف صاف صاف پہنچا دینا ہے۔</w:t>
      </w:r>
    </w:p>
    <w:p>
      <w:r>
        <w:rPr>
          <w:b/>
        </w:rPr>
        <w:t xml:space="preserve">[1:20:56] </w:t>
      </w:r>
      <w:r>
        <w:t>tashreeh jis shakhs ke dil mein gehrai ke sath Khuda utra hua ho, us ki nigahein chhip jati hain,</w:t>
      </w:r>
    </w:p>
    <w:p>
      <w:pPr>
        <w:jc w:val="right"/>
      </w:pPr>
      <w:r>
        <w:t>تشریح جس شخص کے دل میں گہرائی کے ساتھ خدا اترا ہوا ہو، اس کی نگاہیں چھپ جاتی ہیں،</w:t>
      </w:r>
    </w:p>
    <w:p>
      <w:r>
        <w:rPr>
          <w:b/>
        </w:rPr>
        <w:t xml:space="preserve">[1:21:06] </w:t>
      </w:r>
      <w:r>
        <w:t>us ki zaban band ho jati hai, us ka ehsas zimmedari badi badi badi badi qurbaniyan kara deta hai magar zabani dawoon ke waqt woh dekhne wale logon ko goonga nazar aata hai.</w:t>
      </w:r>
    </w:p>
    <w:p>
      <w:pPr>
        <w:jc w:val="right"/>
      </w:pPr>
      <w:r>
        <w:t>اس کی زبان بند ہو جاتی ہے، اس کا احساس ذمہ داری بڑی بڑی بڑی بڑی قربانیاں کرا دیتا ہے مگر زبانی دعووں کے وقت وہ دیکھنے والے لوگوں کو گونگا نظر آتا ہے۔</w:t>
      </w:r>
    </w:p>
    <w:p>
      <w:r>
        <w:rPr>
          <w:b/>
        </w:rPr>
        <w:t xml:space="preserve">[1:21:25] </w:t>
      </w:r>
      <w:r>
        <w:t>us ke bar aks jo shakhs Khuda se ta'alluq ke mamle mein kam ho, woh alfaaz ke mamle mein zyada ho jata hai.</w:t>
      </w:r>
    </w:p>
    <w:p>
      <w:pPr>
        <w:jc w:val="right"/>
      </w:pPr>
      <w:r>
        <w:t>اس کے برعکس جو شخص خدا سے تعلق کے معاملے میں کم ہو، وہ الفاظ کے معاملے میں زیادہ ہو جاتا ہے۔</w:t>
      </w:r>
    </w:p>
    <w:p>
      <w:r>
        <w:rPr>
          <w:b/>
        </w:rPr>
        <w:t xml:space="preserve">[1:21:35] </w:t>
      </w:r>
      <w:r>
        <w:t>woh apne amal ki kami ko alfaaz ki ziyadati se poora karta hai. us ke pas</w:t>
      </w:r>
    </w:p>
    <w:p>
      <w:pPr>
        <w:jc w:val="right"/>
      </w:pPr>
      <w:r>
        <w:t>وہ اپنے عمل کی کمی کو الفاظ کی زیادتی سے پورا کرتا ہے۔ اس کے پاس</w:t>
      </w:r>
    </w:p>
    <w:p>
      <w:r>
        <w:rPr>
          <w:b/>
        </w:rPr>
        <w:t xml:space="preserve">[1:21:42] </w:t>
      </w:r>
      <w:r>
        <w:t>chunki kirdaar ki gawahi nahi hoti, is liye woh apne ko mo'tabar sabit karne ke liye bade bade alfaaz ka muzahira karta hai. jo log alfaaz ka kamal dikha kar doosron ko mutasir karna chahte hain,</w:t>
      </w:r>
    </w:p>
    <w:p>
      <w:pPr>
        <w:jc w:val="right"/>
      </w:pPr>
      <w:r>
        <w:t>چونکہ کردار کی گواہی نہیں ہوتی، اس لیے وہ اپنے کو معتبر ثابت کرنے کے لیے بڑے بڑے الفاظ کا مظاہرہ کرتا ہے۔ جو لوگ الفاظ کا کمال دکھا کر دوسروں کو متاثر کرنا چاہتے ہیں،</w:t>
      </w:r>
    </w:p>
    <w:p>
      <w:r>
        <w:rPr>
          <w:b/>
        </w:rPr>
        <w:t xml:space="preserve">[1:21:58] </w:t>
      </w:r>
      <w:r>
        <w:t>woh samajhte hain ke sara mamla bas insanon ka mamla hai. magar jis shakhs ko yaqeen ho ke asal mamla woh hai jo Khuda ke haan pesh aane wala hai, us ka sara andaaz bilkul badal jayega.</w:t>
      </w:r>
    </w:p>
    <w:p>
      <w:pPr>
        <w:jc w:val="right"/>
      </w:pPr>
      <w:r>
        <w:t>وہ سمجھتے ہیں کہ سارا معاملہ بس انسانوں کا معاملہ ہے۔ مگر جس شخص کو یقین ہو کہ اصل معاملہ وہ ہے جو خدا کے ہاں پیش آنے والا ہے، اس کا سارا انداز بالکل بدل جائے گا۔</w:t>
      </w:r>
    </w:p>
    <w:p>
      <w:r>
        <w:rPr>
          <w:b/>
        </w:rPr>
        <w:t xml:space="preserve">[1:22:16] </w:t>
      </w:r>
      <w:r>
        <w:t>wa'ad Allah allazeena aamanoo minkum wa'amilus salihate layastakhlifannahum fil arzi kama stakhlafa allazeena min qablihim kama stakhlafa allazeena min qablihim walayumakkinanna lahum deenahumullazi artadha lahum walayubaddilannahum</w:t>
      </w:r>
    </w:p>
    <w:p>
      <w:pPr>
        <w:jc w:val="right"/>
      </w:pPr>
      <w:r>
        <w:t>وعد الله الذين آمنوا منكم وعملوا الصالحات ليستخلفنهم في الأرض كما استخلف الذين من قبلهم كما استخلف الذين من قبلهم وليمكنن لهم دينهم الذي ارتضى لهم وليبدلنهم</w:t>
      </w:r>
    </w:p>
    <w:p>
      <w:r>
        <w:rPr>
          <w:b/>
        </w:rPr>
        <w:t xml:space="preserve">[1:22:45] </w:t>
      </w:r>
      <w:r>
        <w:t>min ba'di khaufihim amnan walayubaddilannahum min ba'di khaufihim amnan ya'budoona-ni la yushrikoona bi shai'an wa min</w:t>
      </w:r>
    </w:p>
    <w:p>
      <w:pPr>
        <w:jc w:val="right"/>
      </w:pPr>
      <w:r>
        <w:t>من بعد خوفهم أمنا وليبدلنهم من بعد خوفهم أمنا يعبدونني لا يشركون بي شيئا ومن</w:t>
      </w:r>
    </w:p>
    <w:p>
      <w:r>
        <w:rPr>
          <w:b/>
        </w:rPr>
        <w:t xml:space="preserve">[1:23:02] </w:t>
      </w:r>
      <w:r>
        <w:t>kafara ba'da zalika fa'ul'a'ika humul fasiqoona</w:t>
      </w:r>
    </w:p>
    <w:p>
      <w:pPr>
        <w:jc w:val="right"/>
      </w:pPr>
      <w:r>
        <w:t>كفر بعد ذلك فأولئك هم الفاسقون</w:t>
      </w:r>
    </w:p>
    <w:p>
      <w:r>
        <w:rPr>
          <w:b/>
        </w:rPr>
        <w:t xml:space="preserve">[1:23:13] </w:t>
      </w:r>
      <w:r>
        <w:t>Allah ne wada farmaya hai ke tum mein se in logon ke sath jo iman layein aur naik amal karein ke woh un ko zamin mein iqtadar dega jaisa ke un se pehle logon ko iqtadar diya tha aur un ke liye un ke deen ko jama dega jis ko un ke liye pasand kiya hai</w:t>
      </w:r>
    </w:p>
    <w:p>
      <w:pPr>
        <w:jc w:val="right"/>
      </w:pPr>
      <w:r>
        <w:t>اللہ نے وعدہ فرمایا ہے کہ تم میں سے ان لوگوں کے ساتھ جو ایمان لائیں اور نیک عمل کریں کہ وہ ان کو زمین میں اقتدار دے گا جیسا کہ ان سے پہلے لوگوں کو اقتدار دیا تھا اور ان کے لیے ان کے دین کو جما دے گا جس کو ان کے لیے پسند کیا ہے</w:t>
      </w:r>
    </w:p>
    <w:p>
      <w:r>
        <w:rPr>
          <w:b/>
        </w:rPr>
        <w:t xml:space="preserve">[1:23:34] </w:t>
      </w:r>
      <w:r>
        <w:t>aur un ki khauf ki halat ke baad is ko aman se badal dega. woh sirf meri ibadat karein ge aur kisi cheez ko mera shareek na banayein ge aur jo is ke baad inkar kare to aise hi log nafarman hain.</w:t>
      </w:r>
    </w:p>
    <w:p>
      <w:pPr>
        <w:jc w:val="right"/>
      </w:pPr>
      <w:r>
        <w:t>اور ان کی خوف کی حالت کے بعد اس کو امن سے بدل دے گا۔ وہ صرف میری عبادت کریں گے اور کسی چیز کو میرا شریک نہ بنائیں گے اور جو اس کے بعد انکار کرے تو ایسے ہی لوگ نافرمان ہیں۔</w:t>
      </w:r>
    </w:p>
    <w:p>
      <w:r>
        <w:rPr>
          <w:b/>
        </w:rPr>
        <w:t xml:space="preserve">[1:23:54] </w:t>
      </w:r>
      <w:r>
        <w:t>tashreeh yahan jis ghalba ka wada kiya gaya hai, is ka ta'alluq awalan rasool aur ashabe rasool se hai magar tab'an is ka ta'alluq poori ummat se hai.</w:t>
      </w:r>
    </w:p>
    <w:p>
      <w:pPr>
        <w:jc w:val="right"/>
      </w:pPr>
      <w:r>
        <w:t>تشریح یہاں جس غلبہ کا وعدہ کیا گیا ہے، اس کا تعلق اولا رسول اور اصحاب رسول سے ہے مگر طبعا اس کا تعلق پوری امت سے ہے۔</w:t>
      </w:r>
    </w:p>
    <w:p>
      <w:r>
        <w:rPr>
          <w:b/>
        </w:rPr>
        <w:t xml:space="preserve">[1:24:10] </w:t>
      </w:r>
      <w:r>
        <w:t>is se maloom hota hai ke ghalba aur iqtadar</w:t>
      </w:r>
    </w:p>
    <w:p>
      <w:pPr>
        <w:jc w:val="right"/>
      </w:pPr>
      <w:r>
        <w:t>اس سے معلوم ہوتا ہے کہ غلبہ اور اقتدار</w:t>
      </w:r>
    </w:p>
    <w:p>
      <w:r>
        <w:rPr>
          <w:b/>
        </w:rPr>
        <w:t xml:space="preserve">[1:24:13] </w:t>
      </w:r>
      <w:r>
        <w:t>ahl-e-iman ke amal ka nishana nahi, woh ek Khuda'i inaam hai jo iman aur amal ke nateeje mein momineen ki jama'at ko diya jata hai.</w:t>
      </w:r>
    </w:p>
    <w:p>
      <w:pPr>
        <w:jc w:val="right"/>
      </w:pPr>
      <w:r>
        <w:t>اہل ایمان کے عمل کا نشانہ نہیں، وہ ایک خدائی انعام ہے جو ایمان اور عمل کے نتیجے میں مومنین کی جماعت کو دیا جاتا ہے۔</w:t>
      </w:r>
    </w:p>
    <w:p>
      <w:r>
        <w:rPr>
          <w:b/>
        </w:rPr>
        <w:t xml:space="preserve">[1:24:28] </w:t>
      </w:r>
      <w:r>
        <w:t>is ghalba ka maqsad yeh hai ke ahl-e-iman ko zamin mein istahkam ata kiya jaye, un ko yeh mauqa diya jaye ke woh dushmanan-e-haq ke andeshon se mamoon ho kar reh sakein,</w:t>
      </w:r>
    </w:p>
    <w:p>
      <w:pPr>
        <w:jc w:val="right"/>
      </w:pPr>
      <w:r>
        <w:t>اس غلبہ کا مقصد یہ ہے کہ اہل ایمان کو زمین میں استحکام عطا کیا جائے، ان کو یہ موقع دیا جائے کہ وہ دشمنان حق کے اندیشوں سے مامون ہو کر رہ سکیں،</w:t>
      </w:r>
    </w:p>
    <w:p>
      <w:r>
        <w:rPr>
          <w:b/>
        </w:rPr>
        <w:t xml:space="preserve">[1:24:42] </w:t>
      </w:r>
      <w:r>
        <w:t>woh azadana taur par Khuda ki ibadat karein aur sirf</w:t>
      </w:r>
    </w:p>
    <w:p>
      <w:pPr>
        <w:jc w:val="right"/>
      </w:pPr>
      <w:r>
        <w:t>وہ آزادانہ طور پر خدا کی عبادت کریں اور صرف</w:t>
      </w:r>
    </w:p>
    <w:p>
      <w:r>
        <w:rPr>
          <w:b/>
        </w:rPr>
        <w:t xml:space="preserve">[1:24:47] </w:t>
      </w:r>
      <w:r>
        <w:t>ek Khuda ke bande ban kar zindagi guzarein. ahl-e-iman ke ghalba ki yeh halat is waqt tak baqi rahegi jab tak woh Khuda ke shukr karne wale bane rahein aur taqwa ki کیفیت ko na khoyein.</w:t>
      </w:r>
    </w:p>
    <w:p>
      <w:pPr>
        <w:jc w:val="right"/>
      </w:pPr>
      <w:r>
        <w:t>ایک خدا کے بندے بن کر زندگی گزاریں۔ اہل ایمان کے غلبے کی یہ حالت اس وقت تک باقی رہے گی جب تک وہ خدا کے شکر کرنے والے بنے رہیں اور تقویٰ کی کیفیت کو نہ کھوئیں۔</w:t>
      </w:r>
    </w:p>
    <w:p>
      <w:r>
        <w:rPr>
          <w:b/>
        </w:rPr>
        <w:t xml:space="preserve">[1:25:07] </w:t>
      </w:r>
      <w:r>
        <w:t>khalifa ke ma'ni arabi zaban mein jansheen ya baad ko aane wale ke hain. istakhlaf ya khalifa banana yeh hai ke ek qaum ke baad doosri qaum ko is ki jagah par ghalba aur istahkam ata kiya jaye.</w:t>
      </w:r>
    </w:p>
    <w:p>
      <w:pPr>
        <w:jc w:val="right"/>
      </w:pPr>
      <w:r>
        <w:t>خلیفہ کے معنی عربی زبان میں جانشین یا بعد کو آنے والے کے ہیں۔ استخلاف یا خلیفہ بنانا یہ ہے کہ ایک قوم کے بعد دوسری قوم کو اس کی جگہ پر غلبہ اور استحکام عطا کیا جائے۔</w:t>
      </w:r>
    </w:p>
    <w:p>
      <w:r>
        <w:rPr>
          <w:b/>
        </w:rPr>
        <w:t xml:space="preserve">[1:25:23] </w:t>
      </w:r>
      <w:r>
        <w:t>ghalba darasal Khuda'i imtehan ka ek purcha hai. Khuda ek ke baad ek har qaum ko zamin mein ghalba deta hai aur is tarah us ko janchta hai.</w:t>
      </w:r>
    </w:p>
    <w:p>
      <w:pPr>
        <w:jc w:val="right"/>
      </w:pPr>
      <w:r>
        <w:t>غلبہ دراصل خدائی امتحان کا ایک پرچہ ہے۔ خدا ایک کے بعد ایک ہر قوم کو زمین میں غلبہ دیتا ہے اور اس طرح اس کو جانچتا ہے۔</w:t>
      </w:r>
    </w:p>
    <w:p>
      <w:r>
        <w:rPr>
          <w:b/>
        </w:rPr>
        <w:t xml:space="preserve">[1:25:36] </w:t>
      </w:r>
      <w:r>
        <w:t>ahl-e-iman ki jama'at ke liye yeh ghalba imtehan ke sath ek inaam bhi hai.</w:t>
      </w:r>
    </w:p>
    <w:p>
      <w:pPr>
        <w:jc w:val="right"/>
      </w:pPr>
      <w:r>
        <w:t>اہل ایمان کی جماعت کے لیے یہ غلبہ امتحان کے ساتھ ایک انعام بھی ہے۔</w:t>
      </w:r>
    </w:p>
    <w:p>
      <w:r>
        <w:rPr>
          <w:b/>
        </w:rPr>
        <w:t xml:space="preserve">[1:25:43] </w:t>
      </w:r>
      <w:r>
        <w:t>wa aqimoo as salata aatoo az zakata wa atee'oo ar rasoola la'allakum turhamoon la tahsabannallazeena kafaroo mu'jizeena fil arzi wa ma'wahum</w:t>
      </w:r>
    </w:p>
    <w:p>
      <w:pPr>
        <w:jc w:val="right"/>
      </w:pPr>
      <w:r>
        <w:t>واقيموا الصلاة وآتوا الزكاة وأطيعوا الرسول لعلكم ترحمون لا تحسبن الذين كفروا معجزين في الأرض وماواهم</w:t>
      </w:r>
    </w:p>
    <w:p>
      <w:r>
        <w:rPr>
          <w:b/>
        </w:rPr>
        <w:t xml:space="preserve">[1:26:00] </w:t>
      </w:r>
      <w:r>
        <w:t>an-nar wa labi'sa al-maseer</w:t>
      </w:r>
    </w:p>
    <w:p>
      <w:pPr>
        <w:jc w:val="right"/>
      </w:pPr>
      <w:r>
        <w:t>النار ولبئس المصير</w:t>
      </w:r>
    </w:p>
    <w:p>
      <w:r>
        <w:rPr>
          <w:b/>
        </w:rPr>
        <w:t xml:space="preserve">[1:26:06] </w:t>
      </w:r>
      <w:r>
        <w:t>aur namaz qaim karo aur zakat ada karo aur rasool ki itaat karo taake tum par reham kiya jaae. Jo log inkaar kar rahe hain, un ki nisbat yeh gumaan na karo ke woh zameen mein Allah ko aajiz kar denge</w:t>
      </w:r>
    </w:p>
    <w:p>
      <w:pPr>
        <w:jc w:val="right"/>
      </w:pPr>
      <w:r>
        <w:t>اور نماز قائم کرو اور زکوٰۃ ادا کرو اور رسول کی اطاعت کرو تاکہ تم پر رحم کیا جائے۔ جو لوگ انکار کر رہے ہیں، ان کی نسبت یہ گمان نہ کرو کہ وہ زمین میں اللہ کو عاجز کر دیں گے</w:t>
      </w:r>
    </w:p>
    <w:p>
      <w:r>
        <w:rPr>
          <w:b/>
        </w:rPr>
        <w:t xml:space="preserve">[1:26:22] </w:t>
      </w:r>
      <w:r>
        <w:t>aur un ka thikana aag hai aur woh nihayat bura thikana hai.</w:t>
      </w:r>
    </w:p>
    <w:p>
      <w:pPr>
        <w:jc w:val="right"/>
      </w:pPr>
      <w:r>
        <w:t>اور ان کا ٹھکانہ آگ ہے اور وہ نہایت برا ٹھکانہ ہے۔</w:t>
      </w:r>
    </w:p>
    <w:p>
      <w:r>
        <w:rPr>
          <w:b/>
        </w:rPr>
        <w:t xml:space="preserve">[1:26:30] </w:t>
      </w:r>
      <w:r>
        <w:t>Tashreeh Khuda ki rehmat yeh hai ke dunya mein ghalba aur aakhirat mein jannat ata ki jaae. Jo log Khuda ki is rehmat ka mustahiq banna chahein, unhein apne andar teen sifatain paida karni chahein.</w:t>
      </w:r>
    </w:p>
    <w:p>
      <w:pPr>
        <w:jc w:val="right"/>
      </w:pPr>
      <w:r>
        <w:t>تشریح خدا کی رحمت یہ ہے کہ دنیا میں غلبہ اور آخرت میں جنت عطا کی جائے۔ جو لوگ خدا کی اس رحمت کا مستحق بننا چاہیں، انہیں اپنے اندر تین صفتیں پیدا کرنی چاہیے۔</w:t>
      </w:r>
    </w:p>
    <w:p>
      <w:r>
        <w:rPr>
          <w:b/>
        </w:rPr>
        <w:t xml:space="preserve">[1:26:48] </w:t>
      </w:r>
      <w:r>
        <w:t>Ek iqamat-e-salah. Iqamat-e-salah sooratan panj waqtah namaz ka nizaam qaim karne ka naam hai aur ma'ni is ka matlab yeh hai ke log khushu aur tawazu mein jeene wale banen,</w:t>
      </w:r>
    </w:p>
    <w:p>
      <w:pPr>
        <w:jc w:val="right"/>
      </w:pPr>
      <w:r>
        <w:t>ایک اقامت صلاۃ۔ اقامت صلاۃ صورتاً پنج وقتہ نماز کا نظام قائم کرنے کا نام ہے اور معنی اس کا مطلب یہ ہے کہ لوگ خشوع اور تواضع میں جینے والے بنیں،</w:t>
      </w:r>
    </w:p>
    <w:p>
      <w:r>
        <w:rPr>
          <w:b/>
        </w:rPr>
        <w:t xml:space="preserve">[1:27:04] </w:t>
      </w:r>
      <w:r>
        <w:t>na ke</w:t>
      </w:r>
    </w:p>
    <w:p>
      <w:pPr>
        <w:jc w:val="right"/>
      </w:pPr>
      <w:r>
        <w:t>نہ کہ</w:t>
      </w:r>
    </w:p>
    <w:p>
      <w:r>
        <w:rPr>
          <w:b/>
        </w:rPr>
        <w:t xml:space="preserve">[1:27:05] </w:t>
      </w:r>
      <w:r>
        <w:t>kibr aur sarkashi mein jeene wale. Isi tarah zakat ki amli soorat yeh hai ke apne amaal mein muqarrarah sharah ke mutabiq salanah ek raqam nikali jaae</w:t>
      </w:r>
    </w:p>
    <w:p>
      <w:pPr>
        <w:jc w:val="right"/>
      </w:pPr>
      <w:r>
        <w:t>کبر اور سرکشی میں جینے والے۔ اسی طرح زکوٰۃ کی عملی صورت یہ ہے کہ اپنے اموال میں مقررہ شرح کے مطابق سالانہ ایک رقم نکالی جائے</w:t>
      </w:r>
    </w:p>
    <w:p>
      <w:r>
        <w:rPr>
          <w:b/>
        </w:rPr>
        <w:t xml:space="preserve">[1:27:26] </w:t>
      </w:r>
      <w:r>
        <w:t>aur us ko bait-ul-maal ke hawaale kiya jaae. Aur zakat apni ma'nawi haqeeqat ke aitbaar se yeh hai ke log khud garz ban kar na rahen balkeh woh doosron ke khair khwah ban kar rahen,</w:t>
      </w:r>
    </w:p>
    <w:p>
      <w:pPr>
        <w:jc w:val="right"/>
      </w:pPr>
      <w:r>
        <w:t>اور اس کو بیت المال کے حوالے کیا جائے۔ اور زکوٰۃ اپنی معنوی حقیقت کے اعتبار سے یہ ہے کہ لوگ خود غرض بن کر نہ رہیں بلکہ وہ دوسروں کے خیر خواہ بن کر رہیں،</w:t>
      </w:r>
    </w:p>
    <w:p>
      <w:r>
        <w:rPr>
          <w:b/>
        </w:rPr>
        <w:t xml:space="preserve">[1:27:41] </w:t>
      </w:r>
      <w:r>
        <w:t>hata ke un ki khair khwahi</w:t>
      </w:r>
    </w:p>
    <w:p>
      <w:pPr>
        <w:jc w:val="right"/>
      </w:pPr>
      <w:r>
        <w:t>حتیٰ کہ ان کی خیر خواہی</w:t>
      </w:r>
    </w:p>
    <w:p>
      <w:r>
        <w:rPr>
          <w:b/>
        </w:rPr>
        <w:t xml:space="preserve">[1:27:43] </w:t>
      </w:r>
      <w:r>
        <w:t>itni barhe ke apni zaat aur apne asaasah mein woh doosron ka haq samajhne lagen.</w:t>
      </w:r>
    </w:p>
    <w:p>
      <w:pPr>
        <w:jc w:val="right"/>
      </w:pPr>
      <w:r>
        <w:t>اتنی بڑھے کہ اپنی ذات اور اپنے اثاثے میں وہ دوسروں کا حق سمجھنے لگیں۔</w:t>
      </w:r>
    </w:p>
    <w:p>
      <w:r>
        <w:rPr>
          <w:b/>
        </w:rPr>
        <w:t xml:space="preserve">[1:27:52] </w:t>
      </w:r>
      <w:r>
        <w:t>Rasool ki itaat rasool ke zamane mein zaat-e-rasool ki itaat thi aur baad ke zamane mein sunnat-e-rasool ki itaat.</w:t>
      </w:r>
    </w:p>
    <w:p>
      <w:pPr>
        <w:jc w:val="right"/>
      </w:pPr>
      <w:r>
        <w:t>رسول کی اطاعت رسول کے زمانے میں ذات رسول کی اطاعت تھی اور بعد کے زمانے میں سنت رسول کی اطاعت۔</w:t>
      </w:r>
    </w:p>
    <w:p>
      <w:r>
        <w:rPr>
          <w:b/>
        </w:rPr>
        <w:t xml:space="preserve">[1:28:03] </w:t>
      </w:r>
      <w:r>
        <w:t>Is ka matlab yeh hai ke logon ke liye zindagi ka namoona Allah ka rasool ho.</w:t>
      </w:r>
    </w:p>
    <w:p>
      <w:pPr>
        <w:jc w:val="right"/>
      </w:pPr>
      <w:r>
        <w:t>اس کا مطلب یہ ہے کہ لوگوں کے لیے زندگی کا نمونہ اللہ کا رسول ہو۔</w:t>
      </w:r>
    </w:p>
    <w:p>
      <w:r>
        <w:rPr>
          <w:b/>
        </w:rPr>
        <w:t xml:space="preserve">[1:28:10] </w:t>
      </w:r>
      <w:r>
        <w:t>Log apni zindagi ke tamam mamlaat mein sirf rasool-e-Khuda ko apna rahanuma samjhen. Rasool ki rai saamne aane ke baad log apni zaati rai se dastbardar ho jaaen,</w:t>
      </w:r>
    </w:p>
    <w:p>
      <w:pPr>
        <w:jc w:val="right"/>
      </w:pPr>
      <w:r>
        <w:t>لوگ اپنی زندگی کے تمام معاملات میں صرف رسول خدا کو اپنا رہنما سمجھیں۔ رسول کی رائے سامنے آنے کے بعد لوگ اپنی ذاتی رائے سے دستبردار ہو جائیں،</w:t>
      </w:r>
    </w:p>
    <w:p>
      <w:r>
        <w:rPr>
          <w:b/>
        </w:rPr>
        <w:t xml:space="preserve">[1:28:24] </w:t>
      </w:r>
      <w:r>
        <w:t>rasool aage ho aur tamam log us ke peeche.</w:t>
      </w:r>
    </w:p>
    <w:p>
      <w:pPr>
        <w:jc w:val="right"/>
      </w:pPr>
      <w:r>
        <w:t>رسول آگے ہو اور تمام لوگ اس کے پیچھے۔</w:t>
      </w:r>
    </w:p>
    <w:p>
      <w:r>
        <w:rPr>
          <w:b/>
        </w:rPr>
        <w:t xml:space="preserve">[1:28:30] </w:t>
      </w:r>
      <w:r>
        <w:t>ya ayyuhal lazeena aamanoo la yasta'zinkum allazeena malakat aymanukum wallazeena lam yablughul hulma minkum thalatha marrat</w:t>
      </w:r>
    </w:p>
    <w:p>
      <w:pPr>
        <w:jc w:val="right"/>
      </w:pPr>
      <w:r>
        <w:t>يا أيها الذين آمنوا ليستأذنكم الذين ملكت أيمانكم والذين لم يبلغوا الحلم منكم ثلاث مرات</w:t>
      </w:r>
    </w:p>
    <w:p>
      <w:r>
        <w:rPr>
          <w:b/>
        </w:rPr>
        <w:t xml:space="preserve">[1:28:48] </w:t>
      </w:r>
      <w:r>
        <w:t>thalatha marrat min qabli salatil fajri wa heena tada'oona tiyabakum minaz zhahirati wa ba'da salatil ishaa'i</w:t>
      </w:r>
    </w:p>
    <w:p>
      <w:pPr>
        <w:jc w:val="right"/>
      </w:pPr>
      <w:r>
        <w:t>ثلاث مرات من قبل صلاة الفجر وحين تضعون ثيابكم من الظهيرة ومن بعد صلاة العشاء</w:t>
      </w:r>
    </w:p>
    <w:p>
      <w:r>
        <w:rPr>
          <w:b/>
        </w:rPr>
        <w:t xml:space="preserve">[1:29:04] </w:t>
      </w:r>
      <w:r>
        <w:t>thalathu 'awratul lakum laysa 'alaykum wala 'alayhim janahun ba'dahunna tawwafuna 'alaykum ba'dukum 'ala ba'din kazaalika yubayyinullahu lakumul aayati</w:t>
      </w:r>
    </w:p>
    <w:p>
      <w:pPr>
        <w:jc w:val="right"/>
      </w:pPr>
      <w:r>
        <w:t>ثلاث عورات لكم ليس عليكم ولا عليهم جناح بعدهن طوافون عليكم بعضكم على بعض كذلك يبين الله لكم الآيات</w:t>
      </w:r>
    </w:p>
    <w:p>
      <w:r>
        <w:rPr>
          <w:b/>
        </w:rPr>
        <w:t xml:space="preserve">[1:29:28] </w:t>
      </w:r>
      <w:r>
        <w:t>wallahu 'aleemun hakeemun wa izaa balaghal atfalu minkumul hulma falyasta'zinoo kama ista'azanal lazeena min qablihim kazaalika yubayyinullahu lakum aayaatihi</w:t>
      </w:r>
    </w:p>
    <w:p>
      <w:pPr>
        <w:jc w:val="right"/>
      </w:pPr>
      <w:r>
        <w:t>والله عليم حكيم وإذا بلغ الأطفال منكم الحلم فليستأذنوا كما استأذن الذين من قبلهم كذلك يبين الله لكم آياته</w:t>
      </w:r>
    </w:p>
    <w:p>
      <w:r>
        <w:rPr>
          <w:b/>
        </w:rPr>
        <w:t xml:space="preserve">[1:29:49] </w:t>
      </w:r>
      <w:r>
        <w:t>wallahu 'aleemun hakeemun wal qawa'idu minan nisaa'illatee la yarjoona nikahan falaysa 'alayhinna janahun</w:t>
      </w:r>
    </w:p>
    <w:p>
      <w:pPr>
        <w:jc w:val="right"/>
      </w:pPr>
      <w:r>
        <w:t>والله عليم حكيم والقواعد من النساء اللاتي لا يرجون نكاحا فليس عليهن جناح</w:t>
      </w:r>
    </w:p>
    <w:p>
      <w:r>
        <w:rPr>
          <w:b/>
        </w:rPr>
        <w:t xml:space="preserve">[1:30:08] </w:t>
      </w:r>
      <w:r>
        <w:t>falaysa 'alayhinna janahun an yada'na tiyabahunna ghaira mutabarrijaatim biz zeenatin wa an yasta'fifna khayrul lahunn</w:t>
      </w:r>
    </w:p>
    <w:p>
      <w:pPr>
        <w:jc w:val="right"/>
      </w:pPr>
      <w:r>
        <w:t>فليس عليهن جناح أن يضعن ثيابهن غير متبرجات بزينة وأن يستعففن خير لهن</w:t>
      </w:r>
    </w:p>
    <w:p>
      <w:r>
        <w:rPr>
          <w:b/>
        </w:rPr>
        <w:t xml:space="preserve">[1:30:25] </w:t>
      </w:r>
      <w:r>
        <w:t>wallahu samee'un 'aleemun</w:t>
      </w:r>
    </w:p>
    <w:p>
      <w:pPr>
        <w:jc w:val="right"/>
      </w:pPr>
      <w:r>
        <w:t>والله سميع عليم</w:t>
      </w:r>
    </w:p>
    <w:p>
      <w:r>
        <w:rPr>
          <w:b/>
        </w:rPr>
        <w:t xml:space="preserve">[1:30:34] </w:t>
      </w:r>
      <w:r>
        <w:t>Ae imaan walon! Tum</w:t>
      </w:r>
    </w:p>
    <w:p>
      <w:pPr>
        <w:jc w:val="right"/>
      </w:pPr>
      <w:r>
        <w:t>اے ایمان والو! تم</w:t>
      </w:r>
    </w:p>
    <w:p>
      <w:r>
        <w:rPr>
          <w:b/>
        </w:rPr>
        <w:t xml:space="preserve">[1:30:36] </w:t>
      </w:r>
      <w:r>
        <w:t>haare mablookon ko aur tum mein jo buloogh tak nahin pahunche, un ko teen waqton mein ijazat dena chahiye: fajar ki namaz se pehle aur dopahar ko jab tum apne kapde utarte ho, aur isha ki namaz ke baad.</w:t>
      </w:r>
    </w:p>
    <w:p>
      <w:pPr>
        <w:jc w:val="right"/>
      </w:pPr>
      <w:r>
        <w:t>ہارے مبلوکوں کو اور تم میں جو بلوغ تک نہیں پہنچے، ان کو تین وقتوں میں اجازت دینا چاہیے: فجر کی نماز سے پہلے اور دوپہر کو جب تم اپنے کپڑے اتارتے ہو، اور عشاء کی نماز کے بعد۔</w:t>
      </w:r>
    </w:p>
    <w:p>
      <w:r>
        <w:rPr>
          <w:b/>
        </w:rPr>
        <w:t xml:space="preserve">[1:30:52] </w:t>
      </w:r>
      <w:r>
        <w:t>Yeh teen waqt tumhare liye parde ke hain, un ke baad na tum par koi gunah hai aur na un par. Tum ek doosre ke paas bakasrat aate jaate rehte ho,</w:t>
      </w:r>
    </w:p>
    <w:p>
      <w:pPr>
        <w:jc w:val="right"/>
      </w:pPr>
      <w:r>
        <w:t>یہ تین وقت تمہارے لیے پردے کے ہیں، ان کے بعد نہ تم پر کوئی گناہ ہے اور نہ ان پر۔ تم ایک دوسرے کے پاس بکثرت آتے جاتے رہتے ہو،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