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23 Al-Mu’minun (The Believers) - Maulana Wahiduddin Khan</w:t>
      </w:r>
    </w:p>
    <w:p>
      <w:r>
        <w:t>https://www.youtube.com/watch?v=BXxbVM8o34M</w:t>
      </w:r>
    </w:p>
    <w:p>
      <w:r>
        <w:rPr>
          <w:b/>
        </w:rPr>
        <w:t xml:space="preserve">[00:01] </w:t>
      </w:r>
      <w:r>
        <w:t>bismillah hir rahman nir raheem.</w:t>
      </w:r>
    </w:p>
    <w:p>
      <w:pPr>
        <w:jc w:val="right"/>
      </w:pPr>
      <w:r>
        <w:t>بسم الله الرحمن الرحيم.</w:t>
      </w:r>
    </w:p>
    <w:p>
      <w:r>
        <w:rPr>
          <w:b/>
        </w:rPr>
        <w:t xml:space="preserve">[00:07] </w:t>
      </w:r>
      <w:r>
        <w:t>qad aflahal mominoon</w:t>
      </w:r>
    </w:p>
    <w:p>
      <w:pPr>
        <w:jc w:val="right"/>
      </w:pPr>
      <w:r>
        <w:t>قد أفلح المؤمنون</w:t>
      </w:r>
    </w:p>
    <w:p>
      <w:r>
        <w:rPr>
          <w:b/>
        </w:rPr>
        <w:t xml:space="preserve">[00:12] </w:t>
      </w:r>
      <w:r>
        <w:t>allazeen hum fi salatihim khashi'oon, wallazeen hum an al-laghwi mu'aridoon,</w:t>
      </w:r>
    </w:p>
    <w:p>
      <w:pPr>
        <w:jc w:val="right"/>
      </w:pPr>
      <w:r>
        <w:t>الذين هم في صلاتهم خاشعون، والذين هم عن اللغو معرضون،</w:t>
      </w:r>
    </w:p>
    <w:p>
      <w:r>
        <w:rPr>
          <w:b/>
        </w:rPr>
        <w:t xml:space="preserve">[00:24] </w:t>
      </w:r>
      <w:r>
        <w:t>wallazeen hum lil-zakati fa'iloon,</w:t>
      </w:r>
    </w:p>
    <w:p>
      <w:pPr>
        <w:jc w:val="right"/>
      </w:pPr>
      <w:r>
        <w:t>والذين هم للزكاة فاعلون،</w:t>
      </w:r>
    </w:p>
    <w:p>
      <w:r>
        <w:rPr>
          <w:b/>
        </w:rPr>
        <w:t xml:space="preserve">[00:30] </w:t>
      </w:r>
      <w:r>
        <w:t>wallazeen hum li-furoojihim hafizoon, illa ala azwajihim aw ma malakat aymanuhum fa innahum ghairu maloomin.</w:t>
      </w:r>
    </w:p>
    <w:p>
      <w:pPr>
        <w:jc w:val="right"/>
      </w:pPr>
      <w:r>
        <w:t>والذين هم لفروجهم حافظون، إلا على أزواجهم أو ما ملكت أيمانهم فإنهم غير ملومين.</w:t>
      </w:r>
    </w:p>
    <w:p>
      <w:r>
        <w:rPr>
          <w:b/>
        </w:rPr>
        <w:t xml:space="preserve">[00:49] </w:t>
      </w:r>
      <w:r>
        <w:t>fa man ibtagha wara'a thalika fa'ula'ika hum al-'adoon, wallazeen hum li-amanatihim wa 'ahdihim ra'oon,</w:t>
      </w:r>
    </w:p>
    <w:p>
      <w:pPr>
        <w:jc w:val="right"/>
      </w:pPr>
      <w:r>
        <w:t>فمن ابتغى وراء ذلك فأولئك هم العادون، والذين هم لأماناتهم وعهدهم راعون،</w:t>
      </w:r>
    </w:p>
    <w:p>
      <w:r>
        <w:rPr>
          <w:b/>
        </w:rPr>
        <w:t xml:space="preserve">[01:07] </w:t>
      </w:r>
      <w:r>
        <w:t>wallazeen hum ala salawatihim yuhafizoon. Ula'ika hum al-warithoon allazeen yarithoon al-firdous hum fiha khalidoon.</w:t>
      </w:r>
    </w:p>
    <w:p>
      <w:pPr>
        <w:jc w:val="right"/>
      </w:pPr>
      <w:r>
        <w:t>والذين هم على صلواتهم يحافظون. أولئك هم الوارثون الذين يرثون الفردوس هم فيها خالدون.</w:t>
      </w:r>
    </w:p>
    <w:p>
      <w:r>
        <w:rPr>
          <w:b/>
        </w:rPr>
        <w:t xml:space="preserve">[01:31] </w:t>
      </w:r>
      <w:r>
        <w:t>shuru Allah ke naam se jo bara meherban, nihayat reham wala hai.</w:t>
      </w:r>
    </w:p>
    <w:p>
      <w:pPr>
        <w:jc w:val="right"/>
      </w:pPr>
      <w:r>
        <w:t>شروع اللہ کے نام سے جو بڑا مہربان، نہایت رحم والا ہے۔</w:t>
      </w:r>
    </w:p>
    <w:p>
      <w:r>
        <w:rPr>
          <w:b/>
        </w:rPr>
        <w:t xml:space="preserve">[01:38] </w:t>
      </w:r>
      <w:r>
        <w:t>yaqeenan falah pai iman walon ne jo apni namaz mein jhukne wale hain, aur jo laghu baaton se a'iraz karte hain, aur jo zakat ada karne wale hain,</w:t>
      </w:r>
    </w:p>
    <w:p>
      <w:pPr>
        <w:jc w:val="right"/>
      </w:pPr>
      <w:r>
        <w:t>یقینا فلاح پائی ایمان والوں نے جو اپنی نماز میں جھکنے والے ہیں، اور جو لغو باتوں سے اعراض کرتے ہیں، اور جو زکوٰۃ ادا کرنے والے ہیں،</w:t>
      </w:r>
    </w:p>
    <w:p>
      <w:r>
        <w:rPr>
          <w:b/>
        </w:rPr>
        <w:t xml:space="preserve">[01:54] </w:t>
      </w:r>
      <w:r>
        <w:t>aur jo apni sharmgahon ki hifazat karne wale hain siwa apni biwion ke, aur un auraton ke jo un ki malikiyen mein hon ke un par woh qabil-e-malāmat nahin.</w:t>
      </w:r>
    </w:p>
    <w:p>
      <w:pPr>
        <w:jc w:val="right"/>
      </w:pPr>
      <w:r>
        <w:t>اور جو اپنی شرمگاہوں کی حفاظت کرنے والے ہیں سوا اپنی بیویوں کے، اور ان عورتوں کے جو ان کی ملکیمین میں ہوں کہ ان پر وہ قابل ملامت نہیں۔</w:t>
      </w:r>
    </w:p>
    <w:p>
      <w:r>
        <w:rPr>
          <w:b/>
        </w:rPr>
        <w:t xml:space="preserve">[02:14] </w:t>
      </w:r>
      <w:r>
        <w:t>albatta jo is ke ilawa chahen to wohi ziyadati karne wale hain, aur jo apni amantoon aur apne ahad ka khayal rakhne wale hain,</w:t>
      </w:r>
    </w:p>
    <w:p>
      <w:pPr>
        <w:jc w:val="right"/>
      </w:pPr>
      <w:r>
        <w:t>البتہ جو اس کے علاوہ چاہیں تو وہی زیادتی کرنے والے ہیں، اور جو اپنی امانتوں اور اپنے عہد کا خیال رکھنے والے ہیں،</w:t>
      </w:r>
    </w:p>
    <w:p>
      <w:r>
        <w:rPr>
          <w:b/>
        </w:rPr>
        <w:t xml:space="preserve">[02:27] </w:t>
      </w:r>
      <w:r>
        <w:t>aur jo apni namazon ki hifazat karte hain,</w:t>
      </w:r>
    </w:p>
    <w:p>
      <w:pPr>
        <w:jc w:val="right"/>
      </w:pPr>
      <w:r>
        <w:t>اور جو اپنی نمازوں کی حفاظت کرتے ہیں،</w:t>
      </w:r>
    </w:p>
    <w:p>
      <w:r>
        <w:rPr>
          <w:b/>
        </w:rPr>
        <w:t xml:space="preserve">[02:31] </w:t>
      </w:r>
      <w:r>
        <w:t>yahi log waris hone wale hain jo firdous ki wirasat payenge, woh is mein hamesha rahenge.</w:t>
      </w:r>
    </w:p>
    <w:p>
      <w:pPr>
        <w:jc w:val="right"/>
      </w:pPr>
      <w:r>
        <w:t>یہی لوگ وارث ہونے والے ہیں جو فردوس کی وراثت پائیں گے، وہ اس میں ہمیشہ رہیں گے۔</w:t>
      </w:r>
    </w:p>
    <w:p>
      <w:r>
        <w:rPr>
          <w:b/>
        </w:rPr>
        <w:t xml:space="preserve">[02:44] </w:t>
      </w:r>
      <w:r>
        <w:t>tashreeh: Khuda ki is dunya mein kamyabi sirf is shakhs ke liye hai jo sahib-e-iman ho, jo kisi aur wala na ho kar ek Allah wala ban jaye,</w:t>
      </w:r>
    </w:p>
    <w:p>
      <w:pPr>
        <w:jc w:val="right"/>
      </w:pPr>
      <w:r>
        <w:t>تشریح: خدا کی اس دنیا میں کامیابی صرف اس شخص کے لیے ہے جو صاحب ایمان ہو، جو کسی اور والا نہ ہو کر ایک اللہ والا بن جائے،</w:t>
      </w:r>
    </w:p>
    <w:p>
      <w:r>
        <w:rPr>
          <w:b/>
        </w:rPr>
        <w:t xml:space="preserve">[03:00] </w:t>
      </w:r>
      <w:r>
        <w:t>jis ki zindagi</w:t>
      </w:r>
    </w:p>
    <w:p>
      <w:pPr>
        <w:jc w:val="right"/>
      </w:pPr>
      <w:r>
        <w:t>جس کی زندگی</w:t>
      </w:r>
    </w:p>
    <w:p>
      <w:r>
        <w:rPr>
          <w:b/>
        </w:rPr>
        <w:t xml:space="preserve">[03:01] </w:t>
      </w:r>
      <w:r>
        <w:t>andar se bahar tak iman mein dhal gayi ho. Jab kisi shakhs ko iman milta hai to yeh sadah si baat nahin hoti,</w:t>
      </w:r>
    </w:p>
    <w:p>
      <w:pPr>
        <w:jc w:val="right"/>
      </w:pPr>
      <w:r>
        <w:t>اندر سے باہر تک ایمان میں ڈھل گئی ہو۔ جب کسی شخص کو ایمان ملتا ہے تو یہ سادہ سی بات نہیں ہوتی،</w:t>
      </w:r>
    </w:p>
    <w:p>
      <w:r>
        <w:rPr>
          <w:b/>
        </w:rPr>
        <w:t xml:space="preserve">[03:15] </w:t>
      </w:r>
      <w:r>
        <w:t>yeh us ki zindagi mein ek inqilab aane ke hum ma'ana hota hai.</w:t>
      </w:r>
    </w:p>
    <w:p>
      <w:pPr>
        <w:jc w:val="right"/>
      </w:pPr>
      <w:r>
        <w:t>یہ اس کی زندگی میں ایک انقلاب آنے کے ہم معنی ہوتا ہے۔</w:t>
      </w:r>
    </w:p>
    <w:p>
      <w:r>
        <w:rPr>
          <w:b/>
        </w:rPr>
        <w:t xml:space="preserve">[03:21] </w:t>
      </w:r>
      <w:r>
        <w:t>ab woh Allah ki ibadat karne wala aur us ke aage jhukne wala ban jata hai. Uski sanjidgi itni barh jati hai ke be-fayda mashaghil mein waqt zaya karna us ko halakat maloom hone lagta hai.</w:t>
      </w:r>
    </w:p>
    <w:p>
      <w:pPr>
        <w:jc w:val="right"/>
      </w:pPr>
      <w:r>
        <w:t>اب وہ اللہ کی عبادت کرنے والا اور اس کے آگے جھکنے والا بن جاتا ہے۔ اس کی سنجیدگی اتنی بڑھ جاتی ہے کہ بے فائدہ مشاغل میں وقت ضائع کرنا اس کو ہلاکت معلوم ہونے لگتا ہے۔</w:t>
      </w:r>
    </w:p>
    <w:p>
      <w:r>
        <w:rPr>
          <w:b/>
        </w:rPr>
        <w:t xml:space="preserve">[03:39] </w:t>
      </w:r>
      <w:r>
        <w:t>woh apni kamai ka ek hissa Khuda ke naam par nikalta hai aur us se zaroorat mandon ki madad karta hai.</w:t>
      </w:r>
    </w:p>
    <w:p>
      <w:pPr>
        <w:jc w:val="right"/>
      </w:pPr>
      <w:r>
        <w:t>وہ اپنی کمائی کا ایک حصہ خدا کے نام پر نکالتا ہے اور اس سے ضرورت مندوں کی مدد کرتا ہے۔</w:t>
      </w:r>
    </w:p>
    <w:p>
      <w:r>
        <w:rPr>
          <w:b/>
        </w:rPr>
        <w:t xml:space="preserve">[03:49] </w:t>
      </w:r>
      <w:r>
        <w:t>woh apni shahwani khwahishat ko control mein rakhne wala ban jata hai</w:t>
      </w:r>
    </w:p>
    <w:p>
      <w:pPr>
        <w:jc w:val="right"/>
      </w:pPr>
      <w:r>
        <w:t>وہ اپنی شہوانی خواہشات کو کنٹرول میں رکھنے والا بن جاتا ہے</w:t>
      </w:r>
    </w:p>
    <w:p>
      <w:r>
        <w:rPr>
          <w:b/>
        </w:rPr>
        <w:t xml:space="preserve">[03:55] </w:t>
      </w:r>
      <w:r>
        <w:t>aur us ko inhi hudood ke andar istemal karta hai jo Khuda ne us ke liye muqarrar kar di hain. Woh dunya mein ek zimmedar aadmi ki tarah zindagi guzarta hai,</w:t>
      </w:r>
    </w:p>
    <w:p>
      <w:pPr>
        <w:jc w:val="right"/>
      </w:pPr>
      <w:r>
        <w:t>اور اس کو انہی حدود کے اندر استعمال کرتا ہے جو خدا نے اس کے لیے مقرر کر دی ہیں۔ وہ دنیا میں ایک ذمہ دار آدمی کی طرح زندگی گزارتا ہے،</w:t>
      </w:r>
    </w:p>
    <w:p>
      <w:r>
        <w:rPr>
          <w:b/>
        </w:rPr>
        <w:t xml:space="preserve">[04:10] </w:t>
      </w:r>
      <w:r>
        <w:t>doosre ki amanat mein woh kabhi khiyanat nahin karta. Kisi se jab woh koi ahad kar leta hai to woh kabhi us ke khilaf nahin jata.</w:t>
      </w:r>
    </w:p>
    <w:p>
      <w:pPr>
        <w:jc w:val="right"/>
      </w:pPr>
      <w:r>
        <w:t>دوسرے کی امانت میں وہ کبھی خیانت نہیں کرتا۔ کسی سے جب وہ کوئی عہد کر لیتا ہے تو وہ کبھی اس کے خلاف نہیں جاتا۔</w:t>
      </w:r>
    </w:p>
    <w:p>
      <w:r>
        <w:rPr>
          <w:b/>
        </w:rPr>
        <w:t xml:space="preserve">[04:24] </w:t>
      </w:r>
      <w:r>
        <w:t>jin logon ke andar yeh khusoosiyat hon woh Allah ke matloob bande hain. Yahi woh log hain jin ke liye Khuda ne jannat al-firdous ki mi'yari dunya tayyar kar rakhi hai.</w:t>
      </w:r>
    </w:p>
    <w:p>
      <w:pPr>
        <w:jc w:val="right"/>
      </w:pPr>
      <w:r>
        <w:t>جن لوگوں کے اندر یہ خصوصیات ہوں وہ اللہ کے مطلوب بندے ہیں۔ یہی وہ لوگ ہیں جن کے لیے خدا نے جنت الفردوس کی معیاری دنیا تیار کر رکھی ہے۔</w:t>
      </w:r>
    </w:p>
    <w:p>
      <w:r>
        <w:rPr>
          <w:b/>
        </w:rPr>
        <w:t xml:space="preserve">[04:40] </w:t>
      </w:r>
      <w:r>
        <w:t>maut ke baad woh us ki fazaon mein</w:t>
      </w:r>
    </w:p>
    <w:p>
      <w:pPr>
        <w:jc w:val="right"/>
      </w:pPr>
      <w:r>
        <w:t>موت کے بعد وہ اس کی فضاؤں میں</w:t>
      </w:r>
    </w:p>
    <w:p>
      <w:r>
        <w:rPr>
          <w:b/>
        </w:rPr>
        <w:t xml:space="preserve">[04:44] </w:t>
      </w:r>
      <w:r>
        <w:t>dakhil kar diye jayenge taake abadi taur par us ke andar aish karte rahen. Wa laqad khalaqna al-insana min sulalatin min</w:t>
      </w:r>
    </w:p>
    <w:p>
      <w:pPr>
        <w:jc w:val="right"/>
      </w:pPr>
      <w:r>
        <w:t>داخل کر دیے جائیں گے تاکہ ابدی طور پر اس کے اندر عیش کرتے رہیں۔ ولقد خلقنا الإنسان من سلالة من</w:t>
      </w:r>
    </w:p>
    <w:p>
      <w:r>
        <w:rPr>
          <w:b/>
        </w:rPr>
        <w:t xml:space="preserve">[05:01] </w:t>
      </w:r>
      <w:r>
        <w:t>teen,</w:t>
      </w:r>
    </w:p>
    <w:p>
      <w:pPr>
        <w:jc w:val="right"/>
      </w:pPr>
      <w:r>
        <w:t>طين،</w:t>
      </w:r>
    </w:p>
    <w:p>
      <w:r>
        <w:rPr>
          <w:b/>
        </w:rPr>
        <w:t xml:space="preserve">[05:04] </w:t>
      </w:r>
      <w:r>
        <w:t>thumma ja'alnāhu nutfatan fi qarārin makīn, thumma khalaqnā al-nutfata 'alaqatan, fa khalaqnā al-'alaqata madghatan,</w:t>
      </w:r>
    </w:p>
    <w:p>
      <w:pPr>
        <w:jc w:val="right"/>
      </w:pPr>
      <w:r>
        <w:t>ثم جعلناه نطفة في قرار مكين، ثم خلقنا النطفة علقة، فخلقنا العلقة مضغة،</w:t>
      </w:r>
    </w:p>
    <w:p>
      <w:r>
        <w:rPr>
          <w:b/>
        </w:rPr>
        <w:t xml:space="preserve">[05:22] </w:t>
      </w:r>
      <w:r>
        <w:t>fakhalaqnal madghata 'izaman, fakasoinal 'izama lahma, fakasoinal 'izama lahma, thumma ansha'nahu khalqan akhar,</w:t>
      </w:r>
    </w:p>
    <w:p>
      <w:pPr>
        <w:jc w:val="right"/>
      </w:pPr>
      <w:r>
        <w:t>فخلقنا المضغة عظاما، فكسونا العظام لحما، فكسونا العظام لحما، ثم أنشأناه خلقا آخر،</w:t>
      </w:r>
    </w:p>
    <w:p>
      <w:r>
        <w:rPr>
          <w:b/>
        </w:rPr>
        <w:t xml:space="preserve">[05:39] </w:t>
      </w:r>
      <w:r>
        <w:t>fatabaraka Allahu ahsanul khaliqin, thumma innakum ba'da thalika lamayyitun, thumma innakum yawmal qiyamati tub'athun.</w:t>
      </w:r>
    </w:p>
    <w:p>
      <w:pPr>
        <w:jc w:val="right"/>
      </w:pPr>
      <w:r>
        <w:t>فتبارك الله أحسن الخالقين، ثم إنكم بعد ذلك لميتون، ثم إنكم يوم القيامة تبعثون.</w:t>
      </w:r>
    </w:p>
    <w:p>
      <w:r>
        <w:rPr>
          <w:b/>
        </w:rPr>
        <w:t xml:space="preserve">[06:02] </w:t>
      </w:r>
      <w:r>
        <w:t>aur hum ne insaan ko mitti ke khulase se paida kiya, phir hum ne pani ki ek boond ki shakal mein is ko ek mehfooz thikane mein rakha,</w:t>
      </w:r>
    </w:p>
    <w:p>
      <w:pPr>
        <w:jc w:val="right"/>
      </w:pPr>
      <w:r>
        <w:t>اور ہم نے انسان کو مٹی کے خلاصے سے پیدا کیا، پھر ہم نے پانی کی ایک بوند کی شکل میں اس کو ایک محفوظ ٹھکانے میں رکھا،</w:t>
      </w:r>
    </w:p>
    <w:p>
      <w:r>
        <w:rPr>
          <w:b/>
        </w:rPr>
        <w:t xml:space="preserve">[06:16] </w:t>
      </w:r>
      <w:r>
        <w:t>phir hum ne pani ki boond ko ek janaan ki shakal di,</w:t>
      </w:r>
    </w:p>
    <w:p>
      <w:pPr>
        <w:jc w:val="right"/>
      </w:pPr>
      <w:r>
        <w:t>پھر ہم نے پانی کی بوند کو ایک جنین کی شکل دی،</w:t>
      </w:r>
    </w:p>
    <w:p>
      <w:r>
        <w:rPr>
          <w:b/>
        </w:rPr>
        <w:t xml:space="preserve">[06:21] </w:t>
      </w:r>
      <w:r>
        <w:t>phir janaan ko gosht ka ek lothra banaya, pas lothre ke andar haddiyan paida kin, phir hum ne haddiyon par gosht charha diya,</w:t>
      </w:r>
    </w:p>
    <w:p>
      <w:pPr>
        <w:jc w:val="right"/>
      </w:pPr>
      <w:r>
        <w:t>پھر جنین کو گوشت کا ایک لوتھڑا بنایا، پس لوتھڑے کے اندر ہڈیاں پیدا کیں، پھر ہم نے ہڈیوں پر گوشت چڑھا دیا،</w:t>
      </w:r>
    </w:p>
    <w:p>
      <w:r>
        <w:rPr>
          <w:b/>
        </w:rPr>
        <w:t xml:space="preserve">[06:34] </w:t>
      </w:r>
      <w:r>
        <w:t>phir hum ne is ko ek nayi soorat mein bana khara kiya,</w:t>
      </w:r>
    </w:p>
    <w:p>
      <w:pPr>
        <w:jc w:val="right"/>
      </w:pPr>
      <w:r>
        <w:t>پھر ہم نے اس کو ایک نئی صورت میں بنا کھڑا کیا،</w:t>
      </w:r>
    </w:p>
    <w:p>
      <w:r>
        <w:rPr>
          <w:b/>
        </w:rPr>
        <w:t xml:space="preserve">[06:40] </w:t>
      </w:r>
      <w:r>
        <w:t>pas bara hi babarkat hai Allah behtareen paida karne wala, phir is ke baad tum ko zaroor marna hai, phir tum qayamat ke din uthaye jaoge.</w:t>
      </w:r>
    </w:p>
    <w:p>
      <w:pPr>
        <w:jc w:val="right"/>
      </w:pPr>
      <w:r>
        <w:t>پس بڑا ہی بابرکت ہے اللہ بہترین پیدا کرنے والا، پھر اس کے بعد تم کو ضرور مرنا ہے، پھر تم قیامت کے دن اٹھائے جاؤ گے۔</w:t>
      </w:r>
    </w:p>
    <w:p>
      <w:r>
        <w:rPr>
          <w:b/>
        </w:rPr>
        <w:t xml:space="preserve">[06:55] </w:t>
      </w:r>
      <w:r>
        <w:t>tashreeh:</w:t>
      </w:r>
    </w:p>
    <w:p>
      <w:pPr>
        <w:jc w:val="right"/>
      </w:pPr>
      <w:r>
        <w:t>تشریح:</w:t>
      </w:r>
    </w:p>
    <w:p>
      <w:r>
        <w:rPr>
          <w:b/>
        </w:rPr>
        <w:t xml:space="preserve">[06:57] </w:t>
      </w:r>
      <w:r>
        <w:t>insaan ka bachcha maa ke pet ke andar parvarish pata hai. Qadeem zamane mein istiqrar hamal se le kar bachche ki paidaish tak ki poori muddat insaan ke liye ek chhipi hui cheez ki hesiyat rakhti thi.</w:t>
      </w:r>
    </w:p>
    <w:p>
      <w:pPr>
        <w:jc w:val="right"/>
      </w:pPr>
      <w:r>
        <w:t>انسان کا بچہ ماں کے پیٹ کے اندر پرورش پاتا ہے۔ قدیم زمانے میں استقرار حمل سے لے کر بچے کی پیدائش تک کی پوری مدت انسان کے لیے ایک چھپی ہوئی چیز کی حیثیت رکھتی تھی۔</w:t>
      </w:r>
    </w:p>
    <w:p>
      <w:r>
        <w:rPr>
          <w:b/>
        </w:rPr>
        <w:t xml:space="preserve">[07:14] </w:t>
      </w:r>
      <w:r>
        <w:t>beesveen sadi mein jadeed saiyntifik zaraye ke baad yeh mumkin hua hai ke pet mein parvarish paane wale bachche ka mushahida kiya jaye aur us ki babat barah-e-raast maloomat hasil ki jayen.</w:t>
      </w:r>
    </w:p>
    <w:p>
      <w:pPr>
        <w:jc w:val="right"/>
      </w:pPr>
      <w:r>
        <w:t>بیسویں صدی میں جدید سائنسی ذرائع کے بعد یہ ممکن ہوا ہے کہ پیٹ میں پرورش پانے والے بچے کا مشاہدہ کیا جائے اور اس کی بابت براہ راست معلومات حاصل کی جائیں۔</w:t>
      </w:r>
    </w:p>
    <w:p>
      <w:r>
        <w:rPr>
          <w:b/>
        </w:rPr>
        <w:t xml:space="preserve">[07:33] </w:t>
      </w:r>
      <w:r>
        <w:t>Qur'an ne chaudah so saal pehle insani takhleeq ke jo mukhtalif tadreeji marhalay bataye thay, woh herat angez tor par door jadeed ke mashini mushahide ke aeen mutabiq sabit hue hain.</w:t>
      </w:r>
    </w:p>
    <w:p>
      <w:pPr>
        <w:jc w:val="right"/>
      </w:pPr>
      <w:r>
        <w:t>قرآن نے چودہ سو سال پہلے انسانی تخلیق کے جو مختلف تدریجی مراحل بتائے تھے، وہ حیرت انگیز طور پر دور جدید کے مشینی مشاہدے کے عین مطابق ثابت ہوئے ہیں۔</w:t>
      </w:r>
    </w:p>
    <w:p>
      <w:r>
        <w:rPr>
          <w:b/>
        </w:rPr>
        <w:t xml:space="preserve">[07:49] </w:t>
      </w:r>
      <w:r>
        <w:t>yeh ek khula hua saboot hai ke Qur'an Khuda ki kitab hai.</w:t>
      </w:r>
    </w:p>
    <w:p>
      <w:pPr>
        <w:jc w:val="right"/>
      </w:pPr>
      <w:r>
        <w:t>یہ ایک کھلا ہوا ثبوت ہے کہ قرآن خدا کی کتاب ہے۔</w:t>
      </w:r>
    </w:p>
    <w:p>
      <w:r>
        <w:rPr>
          <w:b/>
        </w:rPr>
        <w:t xml:space="preserve">[07:54] </w:t>
      </w:r>
      <w:r>
        <w:t>agar aisa na hota to jadeed tehqeeq aur Qur'an ke bayan mein itni kamil mutabiqat mumkin na thi.</w:t>
      </w:r>
    </w:p>
    <w:p>
      <w:pPr>
        <w:jc w:val="right"/>
      </w:pPr>
      <w:r>
        <w:t>اگر ایسا نہ ہوتا تو جدید تحقیق اور قرآن کے بیان میں اتنی کامل مطابقت ممکن نہ تھی۔</w:t>
      </w:r>
    </w:p>
    <w:p>
      <w:r>
        <w:rPr>
          <w:b/>
        </w:rPr>
        <w:t xml:space="preserve">[08:05] </w:t>
      </w:r>
      <w:r>
        <w:t>takhleeq ka yeh waqea jo har roz maa ke pet mein ho raha hai, woh batata hai ke is dunya ka khaliq ek had darja ba kamal hasti hai.</w:t>
      </w:r>
    </w:p>
    <w:p>
      <w:pPr>
        <w:jc w:val="right"/>
      </w:pPr>
      <w:r>
        <w:t>تخلیق کا یہ واقعہ جو ہر روز ماں کے پیٹ میں ہو رہا ہے، وہ بتاتا ہے کہ اس دنیا کا خالق ایک حد درجہ باکمال ہستی ہے۔</w:t>
      </w:r>
    </w:p>
    <w:p>
      <w:r>
        <w:rPr>
          <w:b/>
        </w:rPr>
        <w:t xml:space="preserve">[08:18] </w:t>
      </w:r>
      <w:r>
        <w:t>insaan ki takhleeq awwal ka herat nak waqea jo har roz hamari aankhon ke samne ho raha hai,</w:t>
      </w:r>
    </w:p>
    <w:p>
      <w:pPr>
        <w:jc w:val="right"/>
      </w:pPr>
      <w:r>
        <w:t>انسان کی تخلیق اول کا حیرت ناک واقعہ جو ہر روز ہماری آنکھوں کے سامنے ہو رہا ہے،</w:t>
      </w:r>
    </w:p>
    <w:p>
      <w:r>
        <w:rPr>
          <w:b/>
        </w:rPr>
        <w:t xml:space="preserve">[08:26] </w:t>
      </w:r>
      <w:r>
        <w:t>wohi yeh yaqeen dilane ke liye kafi hai ke isi tarah takhleeq sani ka waqea bhi hoga aur aeen us ke mutabiq hoga jis ki khabar nabiyon ke zariye di gayi hai.</w:t>
      </w:r>
    </w:p>
    <w:p>
      <w:pPr>
        <w:jc w:val="right"/>
      </w:pPr>
      <w:r>
        <w:t>وہی یہ یقین دلانے کے لیے کافی ہے کہ اسی طرح تخلیق ثانی کا واقعہ بھی ہوگا اور عین اس کے مطابق ہوگا جس کی خبر نبیوں کے ذریعے دی گئی ہے۔</w:t>
      </w:r>
    </w:p>
    <w:p>
      <w:r>
        <w:rPr>
          <w:b/>
        </w:rPr>
        <w:t xml:space="preserve">[08:42] </w:t>
      </w:r>
      <w:r>
        <w:t>walqad khalaqna fawqakum sab'a tara'iq wama kunna 'anil khalqi ghafilin,</w:t>
      </w:r>
    </w:p>
    <w:p>
      <w:pPr>
        <w:jc w:val="right"/>
      </w:pPr>
      <w:r>
        <w:t>ولقد خلقنا فوقكم سبع طرائق وما كنا عن الخلق غافلين،</w:t>
      </w:r>
    </w:p>
    <w:p>
      <w:r>
        <w:rPr>
          <w:b/>
        </w:rPr>
        <w:t xml:space="preserve">[08:54] </w:t>
      </w:r>
      <w:r>
        <w:t>wa anzalna minas samai ma'a</w:t>
      </w:r>
    </w:p>
    <w:p>
      <w:pPr>
        <w:jc w:val="right"/>
      </w:pPr>
      <w:r>
        <w:t>وأنزلنا من السماء ماء</w:t>
      </w:r>
    </w:p>
    <w:p>
      <w:r>
        <w:rPr>
          <w:b/>
        </w:rPr>
        <w:t xml:space="preserve">[09:02] </w:t>
      </w:r>
      <w:r>
        <w:t>biqadrin fa askanaahu fil ardi, fa askanaahu fil ardi wa inna 'ala thahabi bihi la qadirun,</w:t>
      </w:r>
    </w:p>
    <w:p>
      <w:pPr>
        <w:jc w:val="right"/>
      </w:pPr>
      <w:r>
        <w:t>بقدر فأسكناه في الأرض، فأسكناه في الأرض وإنا على ذهاب به لقادرون،</w:t>
      </w:r>
    </w:p>
    <w:p>
      <w:r>
        <w:rPr>
          <w:b/>
        </w:rPr>
        <w:t xml:space="preserve">[09:19] </w:t>
      </w:r>
      <w:r>
        <w:t>fa ansha'na lakum</w:t>
      </w:r>
    </w:p>
    <w:p>
      <w:pPr>
        <w:jc w:val="right"/>
      </w:pPr>
      <w:r>
        <w:t>فأنشأنا لكم</w:t>
      </w:r>
    </w:p>
    <w:p>
      <w:r>
        <w:rPr>
          <w:b/>
        </w:rPr>
        <w:t xml:space="preserve">[09:21] </w:t>
      </w:r>
      <w:r>
        <w:t>bihi jannatin min nakhilin wa a'nabin lakum fiha fawakihu kathirah, lakum fiha fawakihu kathirah wa minha ta'kulun,</w:t>
      </w:r>
    </w:p>
    <w:p>
      <w:pPr>
        <w:jc w:val="right"/>
      </w:pPr>
      <w:r>
        <w:t>به جنات من نخيل وأعناب لكم فيها فواكه كثيرة، لكم فيها فواكه كثيرة ومنها تأكلون،</w:t>
      </w:r>
    </w:p>
    <w:p>
      <w:r>
        <w:rPr>
          <w:b/>
        </w:rPr>
        <w:t xml:space="preserve">[09:40] </w:t>
      </w:r>
      <w:r>
        <w:t>wa shajaratan takhruju min toori sinaa' tanbutu bid dihni wa sibghin lil akilin, wa inna lakum fil an'ami la 'ibrah</w:t>
      </w:r>
    </w:p>
    <w:p>
      <w:pPr>
        <w:jc w:val="right"/>
      </w:pPr>
      <w:r>
        <w:t>وشجرة تخرج من طور سيناء تنبت بالدهن وصبغ للأكلين، وإن لكم في الأنعام لعبرة</w:t>
      </w:r>
    </w:p>
    <w:p>
      <w:r>
        <w:rPr>
          <w:b/>
        </w:rPr>
        <w:t xml:space="preserve">[09:59] </w:t>
      </w:r>
      <w:r>
        <w:t>nasqikum mimma fi butuniha wa lakum fiha manafi'u kathirah wa minha ta'kulun, wa 'alayha wa 'alal fulki tahmilun.</w:t>
      </w:r>
    </w:p>
    <w:p>
      <w:pPr>
        <w:jc w:val="right"/>
      </w:pPr>
      <w:r>
        <w:t>نسقيكم مما في بطونها ولكم فيها منافع كثيرة ومنها تأكلون، وعليها وعلى الفلك تحملون.</w:t>
      </w:r>
    </w:p>
    <w:p>
      <w:r>
        <w:rPr>
          <w:b/>
        </w:rPr>
        <w:t xml:space="preserve">[10:19] </w:t>
      </w:r>
      <w:r>
        <w:t>aur hum ne tumhare upar saat raste banaye aur hum makhlooq se be khabar nahi hue, aur hum ne aasman se pani barsaya ek andaze ke sath,</w:t>
      </w:r>
    </w:p>
    <w:p>
      <w:pPr>
        <w:jc w:val="right"/>
      </w:pPr>
      <w:r>
        <w:t>اور ہم نے تمہارے اوپر سات راستے بنائے اور ہم مخلوق سے بے خبر نہیں ہوئے، اور ہم نے آسمان سے پانی برسایا ایک اندازے کے ساتھ،</w:t>
      </w:r>
    </w:p>
    <w:p>
      <w:r>
        <w:rPr>
          <w:b/>
        </w:rPr>
        <w:t xml:space="preserve">[10:35] </w:t>
      </w:r>
      <w:r>
        <w:t>phir hum ne is ko</w:t>
      </w:r>
    </w:p>
    <w:p>
      <w:pPr>
        <w:jc w:val="right"/>
      </w:pPr>
      <w:r>
        <w:t>پھر ہم نے اس کو</w:t>
      </w:r>
    </w:p>
    <w:p>
      <w:r>
        <w:rPr>
          <w:b/>
        </w:rPr>
        <w:t xml:space="preserve">[10:37] </w:t>
      </w:r>
      <w:r>
        <w:t>zameen mein thehra diya, aur hum is ko wapas lainay par qadir hain. phir hum nay is say tumharay liye khajoor aur angoor kay bagh paida kiye,</w:t>
      </w:r>
    </w:p>
    <w:p>
      <w:pPr>
        <w:jc w:val="right"/>
      </w:pPr>
      <w:r>
        <w:t>زمین میں ٹھہرا دیا، اور ہم اس کو واپس لینے پر قادر ہیں۔ پھر ہم نے اس سے تمہارے لیے کھجور اور انگور کے باغ پیدا کیے،</w:t>
      </w:r>
    </w:p>
    <w:p>
      <w:r>
        <w:rPr>
          <w:b/>
        </w:rPr>
        <w:t xml:space="preserve">[10:52] </w:t>
      </w:r>
      <w:r>
        <w:t>tumharay liye in mein bohat say phal hain aur tum in mein say khate ho, aur hum nay</w:t>
      </w:r>
    </w:p>
    <w:p>
      <w:pPr>
        <w:jc w:val="right"/>
      </w:pPr>
      <w:r>
        <w:t>تمہارے لیے ان میں بہت سے پھل ہیں اور تم ان میں سے کھاتے ہو، اور ہم نے</w:t>
      </w:r>
    </w:p>
    <w:p>
      <w:r>
        <w:rPr>
          <w:b/>
        </w:rPr>
        <w:t xml:space="preserve">[11:00] </w:t>
      </w:r>
      <w:r>
        <w:t>woh darakht paida kiya jo toor-e-seena say niklta hai, woh tail liye hue ugta hai aur khanay walon kay liye saalan bhi, aur tumharay liye maweshiyon mein sabak hai.</w:t>
      </w:r>
    </w:p>
    <w:p>
      <w:pPr>
        <w:jc w:val="right"/>
      </w:pPr>
      <w:r>
        <w:t>وہ درخت پیدا کیا جو طور سینا سے نکلتا ہے، وہ تیل لیے ہوئے اگتا ہے اور کھانے والوں کے لیے سالن بھی، اور تمہارے لیے مویشیوں میں سبق ہے۔</w:t>
      </w:r>
    </w:p>
    <w:p>
      <w:r>
        <w:rPr>
          <w:b/>
        </w:rPr>
        <w:t xml:space="preserve">[11:16] </w:t>
      </w:r>
      <w:r>
        <w:t>hum tum ko un kay pait ki cheez say pilatay hain aur tumharay liye in mein bohat faiday hain, aur tum un ko khate ho, aur tum un par aur kashtiyon par sawar hotay ho.</w:t>
      </w:r>
    </w:p>
    <w:p>
      <w:pPr>
        <w:jc w:val="right"/>
      </w:pPr>
      <w:r>
        <w:t>ہم تم کو ان کے پیٹ کی چیز سے پلاتے ہیں اور تمہارے لیے ان میں بہت فائدے ہیں، اور تم ان کو کھاتے ہو، اور تم ان پر اور کشتیوں پر سوار ہوتے ہو۔</w:t>
      </w:r>
    </w:p>
    <w:p>
      <w:r>
        <w:rPr>
          <w:b/>
        </w:rPr>
        <w:t xml:space="preserve">[11:35] </w:t>
      </w:r>
      <w:r>
        <w:t>tashreeh: insaan aik haqeer wajood hai, is kay muqablay mein kainat dahshat nak had tak azeem hai, magar kainat ka sab say ziyada herat angez pehlu yeh hai kay woh insaan kay liye</w:t>
      </w:r>
    </w:p>
    <w:p>
      <w:pPr>
        <w:jc w:val="right"/>
      </w:pPr>
      <w:r>
        <w:t>تشریح: انسان ایک حقیر وجود ہے، اس کے مقابلے میں کائنات دہشت ناک حد تک عظیم ہے، مگر کائنات کا سب سے زیادہ حیرت انگیز پہلو یہ ہے کہ وہ انسان کے لیے</w:t>
      </w:r>
    </w:p>
    <w:p>
      <w:r>
        <w:rPr>
          <w:b/>
        </w:rPr>
        <w:t xml:space="preserve">[11:53] </w:t>
      </w:r>
      <w:r>
        <w:t>intehai tor par muwafiq hai. yahan wasee khala mein anginat sitaray aur sayaray taiz raftari kay sath ghoom rahay hain, magar be shumar namuwafiq imkanat kay bawajood</w:t>
      </w:r>
    </w:p>
    <w:p>
      <w:pPr>
        <w:jc w:val="right"/>
      </w:pPr>
      <w:r>
        <w:t>انتہائی طور پر موافق ہے۔ یہاں وسیع خلا میں انگنت ستارے اور سیارے تیز رفتاری کے ساتھ گھوم رہے ہیں، مگر بے شمار ناموافق امکانات کے باوجود</w:t>
      </w:r>
    </w:p>
    <w:p>
      <w:r>
        <w:rPr>
          <w:b/>
        </w:rPr>
        <w:t xml:space="preserve">[12:10] </w:t>
      </w:r>
      <w:r>
        <w:t>woh insaan kay liye koi namuwafiq soorat-e-haal paida nahi karte. barish agar bohat ziyada barsnay lagay to insani abadiyan tabah ho jayen, magar is ki bhi aik had hai,</w:t>
      </w:r>
    </w:p>
    <w:p>
      <w:pPr>
        <w:jc w:val="right"/>
      </w:pPr>
      <w:r>
        <w:t>وہ انسان کے لیے کوئی ناموافق صورتحال پیدا نہیں کرتے۔ بارش اگر بہت زیادہ برسنے لگے تو انسانی آبادیاں تباہ ہو جائیں، مگر اس کی بھی ایک حد ہے،</w:t>
      </w:r>
    </w:p>
    <w:p>
      <w:r>
        <w:rPr>
          <w:b/>
        </w:rPr>
        <w:t xml:space="preserve">[12:28] </w:t>
      </w:r>
      <w:r>
        <w:t>woh is had say bahir nahi jati. zameen par pani kay jo zakhair hain, woh sab kay sab zameen mein jazb ho saktay hain ya bhap ban kar fiza mein urr saktay hain, magar kabhi aisa nahi hota.</w:t>
      </w:r>
    </w:p>
    <w:p>
      <w:pPr>
        <w:jc w:val="right"/>
      </w:pPr>
      <w:r>
        <w:t>وہ اس حد سے باہر نہیں جاتی۔ زمین پر پانی کے جو ذخیرے ہیں، وہ سب کے سب زمین میں جذب ہو سکتے ہیں یا بھاپ بن کر فضا میں اڑ سکتے ہیں، مگر کبھی ایسا نہیں ہوتا۔</w:t>
      </w:r>
    </w:p>
    <w:p>
      <w:r>
        <w:rPr>
          <w:b/>
        </w:rPr>
        <w:t xml:space="preserve">[12:48] </w:t>
      </w:r>
      <w:r>
        <w:t>mazeed yeh kay zameen ki soorat mein aik istithnai qara maujood hai jo aisa maloom hota hai kay khaas tor par insaan ki zaroorat ko samnay rakh kar banaya gaya hai.</w:t>
      </w:r>
    </w:p>
    <w:p>
      <w:pPr>
        <w:jc w:val="right"/>
      </w:pPr>
      <w:r>
        <w:t>مزید یہ کہ زمین کی صورت میں ایک استثنائی قرعہ موجود ہے جو ایسا معلوم ہوتا ہے کہ خاص طور پر انسان کی ضرورت کو سامنے رکھ کر بنایا گیا ہے۔</w:t>
      </w:r>
    </w:p>
    <w:p>
      <w:r>
        <w:rPr>
          <w:b/>
        </w:rPr>
        <w:t xml:space="preserve">[13:02] </w:t>
      </w:r>
      <w:r>
        <w:t>yahan insaan ki ghizai zarooriyat say lay kar</w:t>
      </w:r>
    </w:p>
    <w:p>
      <w:pPr>
        <w:jc w:val="right"/>
      </w:pPr>
      <w:r>
        <w:t>یہاں انسان کی غذائی ضروریات سے لے کر</w:t>
      </w:r>
    </w:p>
    <w:p>
      <w:r>
        <w:rPr>
          <w:b/>
        </w:rPr>
        <w:t xml:space="preserve">[13:06] </w:t>
      </w:r>
      <w:r>
        <w:t>is ki sanati zarooriyat tak tamam cheezen ifraat kay sath maujood hain. zameen kay janwar bazahir wihshi makhlooq hain, magar un ko Khuda nay tarah tarah say insaan kay liye</w:t>
      </w:r>
    </w:p>
    <w:p>
      <w:pPr>
        <w:jc w:val="right"/>
      </w:pPr>
      <w:r>
        <w:t>اس کی صنعتی ضروریات تک تمام چیزیں افراط کے ساتھ موجود ہیں۔ زمین کے جانور بظاہر وحشی مخلوق ہیں، مگر ان کو خدا نے طرح طرح سے انسان کے لیے</w:t>
      </w:r>
    </w:p>
    <w:p>
      <w:r>
        <w:rPr>
          <w:b/>
        </w:rPr>
        <w:t xml:space="preserve">[13:24] </w:t>
      </w:r>
      <w:r>
        <w:t>karamad bana diya hai. un janwaron ka pait aik herat angez karkhana hai jo ghaas aur chara leta hai aur is ko doodh aur gosht jaisi qeemti cheezon mein tabdeel karta hai.</w:t>
      </w:r>
    </w:p>
    <w:p>
      <w:pPr>
        <w:jc w:val="right"/>
      </w:pPr>
      <w:r>
        <w:t>کارآمد بنا دیا ہے۔ ان جانوروں کا پیٹ ایک حیرت انگیز کارخانہ ہے جو گھاس اور چارہ لیتا ہے اور اس کو دودھ اور گوشت جیسی قیمتی چیزوں میں تبدیل کرتا ہے۔</w:t>
      </w:r>
    </w:p>
    <w:p>
      <w:r>
        <w:rPr>
          <w:b/>
        </w:rPr>
        <w:t xml:space="preserve">[13:42] </w:t>
      </w:r>
      <w:r>
        <w:t>janwaron mein say bohat say janwar hain jo janwar honay kay bawajood apnay aap ko poori tarah insaan kay qabzay mein day detay hain kay woh un par sawari karay aur un say doosray mukhtalif faiday hasil karay.</w:t>
      </w:r>
    </w:p>
    <w:p>
      <w:pPr>
        <w:jc w:val="right"/>
      </w:pPr>
      <w:r>
        <w:t>جانوروں میں سے بہت سے جانور ہیں جو جانور ہونے کے باوجود اپنے آپ کو پوری طرح انسان کے قبضے میں دے دیتے ہیں کہ وہ ان پر سواری کرے اور ان سے دوسرے مختلف فائدے حاصل کرے۔</w:t>
      </w:r>
    </w:p>
    <w:p>
      <w:r>
        <w:rPr>
          <w:b/>
        </w:rPr>
        <w:t xml:space="preserve">[14:05] </w:t>
      </w:r>
      <w:r>
        <w:t>yeh waqiat is ka taqaza karte hain kay insaan apnay mehrban Khuda ko pehchanay aur is ka shukr guzar banda ban kar rahay.</w:t>
      </w:r>
    </w:p>
    <w:p>
      <w:pPr>
        <w:jc w:val="right"/>
      </w:pPr>
      <w:r>
        <w:t>یہ واقعات اس کا تقاضا کرتے ہیں کہ انسان اپنے مہربان خدا کو پہچانے اور اس کا شکر گزار بندہ بن کر رہے۔</w:t>
      </w:r>
    </w:p>
    <w:p>
      <w:r>
        <w:rPr>
          <w:b/>
        </w:rPr>
        <w:t xml:space="preserve">[14:20] </w:t>
      </w:r>
      <w:r>
        <w:t>wa laqad arsalna noohan ila qaumihi faqaala: ya qaumi abudoo allaha malakum min ilahin ghayruhu?</w:t>
      </w:r>
    </w:p>
    <w:p>
      <w:pPr>
        <w:jc w:val="right"/>
      </w:pPr>
      <w:r>
        <w:t>ولقد أرسلنا نوحا إلى قومه فقال: يا قوم اعبدوا الله ما لكم من إله غيره؟</w:t>
      </w:r>
    </w:p>
    <w:p>
      <w:r>
        <w:rPr>
          <w:b/>
        </w:rPr>
        <w:t xml:space="preserve">[14:31] </w:t>
      </w:r>
      <w:r>
        <w:t>malakum min ilahin ghayruhu afala tattaqoona?</w:t>
      </w:r>
    </w:p>
    <w:p>
      <w:pPr>
        <w:jc w:val="right"/>
      </w:pPr>
      <w:r>
        <w:t>ما لكم من إله غيره أفلا تتقون؟</w:t>
      </w:r>
    </w:p>
    <w:p>
      <w:r>
        <w:rPr>
          <w:b/>
        </w:rPr>
        <w:t xml:space="preserve">[14:41] </w:t>
      </w:r>
      <w:r>
        <w:t>faqaala al mala-u allazeena kafaroo min qaumihi: ma haza illa basharun mithlukum yureedu an yatafaddala alaykum?</w:t>
      </w:r>
    </w:p>
    <w:p>
      <w:pPr>
        <w:jc w:val="right"/>
      </w:pPr>
      <w:r>
        <w:t>فقال الملأ الذين كفروا من قومه: ما هذا إلا بشر مثلكم يريد أن يتفضل عليكم؟</w:t>
      </w:r>
    </w:p>
    <w:p>
      <w:r>
        <w:rPr>
          <w:b/>
        </w:rPr>
        <w:t xml:space="preserve">[14:57] </w:t>
      </w:r>
      <w:r>
        <w:t>yureedu an</w:t>
      </w:r>
    </w:p>
    <w:p>
      <w:pPr>
        <w:jc w:val="right"/>
      </w:pPr>
      <w:r>
        <w:t>يريد أن</w:t>
      </w:r>
    </w:p>
    <w:p>
      <w:r>
        <w:rPr>
          <w:b/>
        </w:rPr>
        <w:t xml:space="preserve">[14:59] </w:t>
      </w:r>
      <w:r>
        <w:t>yatafaddala alaykum wa lau shaa allahu la anzala malaa-ikatan ma sami'na bihaaza fi aabaa-ina al-awwaleen.</w:t>
      </w:r>
    </w:p>
    <w:p>
      <w:pPr>
        <w:jc w:val="right"/>
      </w:pPr>
      <w:r>
        <w:t>يتفضل عليكم ولو شاء الله لأنزل ملائكة ما سمعنا بهذا في آبائنا الأولين.</w:t>
      </w:r>
    </w:p>
    <w:p>
      <w:r>
        <w:rPr>
          <w:b/>
        </w:rPr>
        <w:t xml:space="preserve">[15:19] </w:t>
      </w:r>
      <w:r>
        <w:t>in huwa illa rajulun bihi jinnatun fatarabbazoo bihi hatta heena.</w:t>
      </w:r>
    </w:p>
    <w:p>
      <w:pPr>
        <w:jc w:val="right"/>
      </w:pPr>
      <w:r>
        <w:t>إن هو إلا رجل به جنة فتربصوا به حتى حين.</w:t>
      </w:r>
    </w:p>
    <w:p>
      <w:r>
        <w:rPr>
          <w:b/>
        </w:rPr>
        <w:t xml:space="preserve">[15:31] </w:t>
      </w:r>
      <w:r>
        <w:t>aur hum nay nooh ko is ki qom ki taraf bheja to us nay kaha: aey meri qom! tum Allah ki ibadat karo, is kay siwa tumhara koi maabood nahi.</w:t>
      </w:r>
    </w:p>
    <w:p>
      <w:pPr>
        <w:jc w:val="right"/>
      </w:pPr>
      <w:r>
        <w:t>اور ہم نے نوح کو اس کی قوم کی طرف بھیجا تو اس نے کہا: اے میری قوم! تم اللہ کی عبادت کرو، اس کے سوا تمہارا کوئی معبود نہیں۔</w:t>
      </w:r>
    </w:p>
    <w:p>
      <w:r>
        <w:rPr>
          <w:b/>
        </w:rPr>
        <w:t xml:space="preserve">[15:47] </w:t>
      </w:r>
      <w:r>
        <w:t>kya tum dartay nahi?</w:t>
      </w:r>
    </w:p>
    <w:p>
      <w:pPr>
        <w:jc w:val="right"/>
      </w:pPr>
      <w:r>
        <w:t>کیا تم ڈرتے نہیں؟</w:t>
      </w:r>
    </w:p>
    <w:p>
      <w:r>
        <w:rPr>
          <w:b/>
        </w:rPr>
        <w:t xml:space="preserve">[15:50] </w:t>
      </w:r>
      <w:r>
        <w:t>to is ki qom kay sardar jinhon nay inkar kiya tha, unhon nay kaha: yeh to bas tumharay jaisa aik aadmi hai, woh chahta hai kay tumharay oopar bartari hasil karay,</w:t>
      </w:r>
    </w:p>
    <w:p>
      <w:pPr>
        <w:jc w:val="right"/>
      </w:pPr>
      <w:r>
        <w:t>تو اس کی قوم کے سردار جنہوں نے انکار کیا تھا، انہوں نے کہا: یہ تو بس تمہارے جیسا ایک آدمی ہے، وہ چاہتا ہے کہ تمہارے اوپر برتری حاصل کرے،</w:t>
      </w:r>
    </w:p>
    <w:p>
      <w:r>
        <w:rPr>
          <w:b/>
        </w:rPr>
        <w:t xml:space="preserve">[16:04] </w:t>
      </w:r>
      <w:r>
        <w:t>aur agar Allah chahta</w:t>
      </w:r>
    </w:p>
    <w:p>
      <w:pPr>
        <w:jc w:val="right"/>
      </w:pPr>
      <w:r>
        <w:t>اور اگر اللہ چاہتا</w:t>
      </w:r>
    </w:p>
    <w:p>
      <w:r>
        <w:rPr>
          <w:b/>
        </w:rPr>
        <w:t xml:space="preserve">[16:07] </w:t>
      </w:r>
      <w:r>
        <w:t>to woh farishtay bhejta. hum nay yeh baat apnay pichlay baap dada mein nahi suni. yeh to bas aik shakhs hai jis ko junoon ho gaya hai, pas aik waqt tak is ka intizar karo.</w:t>
      </w:r>
    </w:p>
    <w:p>
      <w:pPr>
        <w:jc w:val="right"/>
      </w:pPr>
      <w:r>
        <w:t>تو وہ فرشتے بھیجتا۔ ہم نے یہ بات اپنے پچھلے بڑوں میں نہیں سنی۔ یہ تو بس ایک شخص ہے جس کو جنون ہو گیا ہے، پس ایک وقت تک اس کا انتظار کرو۔</w:t>
      </w:r>
    </w:p>
    <w:p>
      <w:r>
        <w:rPr>
          <w:b/>
        </w:rPr>
        <w:t xml:space="preserve">[16:25] </w:t>
      </w:r>
      <w:r>
        <w:t>tashreeh: hazrat nooh jis qaum mein aaye, woh maroof ma'noon mein koi munkir qaum na thi, balkeh woh hazrat adam علیہ السلام ki ummat thi.</w:t>
      </w:r>
    </w:p>
    <w:p>
      <w:pPr>
        <w:jc w:val="right"/>
      </w:pPr>
      <w:r>
        <w:t>تشریح: حضرت نوح جس قوم میں آئے، وہ معروف معنوں میں کوئی منکر قوم نہ تھی، بلکہ وہ حضرت آدم علیہ السلام کی امت تھی۔</w:t>
      </w:r>
    </w:p>
    <w:p>
      <w:r>
        <w:rPr>
          <w:b/>
        </w:rPr>
        <w:t xml:space="preserve">[16:37] </w:t>
      </w:r>
      <w:r>
        <w:t>woh khuda par aur risalat par aqeedah rakhti thi.</w:t>
      </w:r>
    </w:p>
    <w:p>
      <w:pPr>
        <w:jc w:val="right"/>
      </w:pPr>
      <w:r>
        <w:t>وہ خدا پر اور رسالت پر عقیدہ رکھتی تھی۔</w:t>
      </w:r>
    </w:p>
    <w:p>
      <w:r>
        <w:rPr>
          <w:b/>
        </w:rPr>
        <w:t xml:space="preserve">[16:42] </w:t>
      </w:r>
      <w:r>
        <w:t>is ke bawajood kyon is ne hazrat nooh ko khuda ka peghambar maanne se inkaar kar diya? is ki wajah sirf aik thi: nooh is ko apne jaisay aik aadmi maloom huay.</w:t>
      </w:r>
    </w:p>
    <w:p>
      <w:pPr>
        <w:jc w:val="right"/>
      </w:pPr>
      <w:r>
        <w:t>اس کے باوجود کیوں اس نے حضرت نوح کو خدا کا پیغمبر ماننے سے انکار کر دیا؟ اس کی وجہ صرف ایک تھی: نوح اس کو اپنے جیسے ایک آدمی معلوم ہوئے۔</w:t>
      </w:r>
    </w:p>
    <w:p>
      <w:r>
        <w:rPr>
          <w:b/>
        </w:rPr>
        <w:t xml:space="preserve">[17:00] </w:t>
      </w:r>
      <w:r>
        <w:t>peghambar aik insaan hota hai, woh maa baap ke zariye paida hota hai, is liye apne zamanay ke logon ko woh hamesha apne hi jaisa aik aadmi dikhai deta hai.</w:t>
      </w:r>
    </w:p>
    <w:p>
      <w:pPr>
        <w:jc w:val="right"/>
      </w:pPr>
      <w:r>
        <w:t>پیغمبر ایک انسان ہوتا ہے، وہ ماں باپ کے ذریعے پیدا ہوتا ہے، اس لیے اپنے زمانے کے لوگوں کو وہ ہمیشہ اپنے ہی جیسا ایک آدمی دکھائی دیتا ہے۔</w:t>
      </w:r>
    </w:p>
    <w:p>
      <w:r>
        <w:rPr>
          <w:b/>
        </w:rPr>
        <w:t xml:space="preserve">[17:12] </w:t>
      </w:r>
      <w:r>
        <w:t>yeh sirf baad ki tareekh mein hota hai ke peghambar ka naam logon ko</w:t>
      </w:r>
    </w:p>
    <w:p>
      <w:pPr>
        <w:jc w:val="right"/>
      </w:pPr>
      <w:r>
        <w:t>یہ صرف بعد کی تاریخ میں ہوتا ہے کہ پیغمبر کا نام لوگوں کو</w:t>
      </w:r>
    </w:p>
    <w:p>
      <w:r>
        <w:rPr>
          <w:b/>
        </w:rPr>
        <w:t xml:space="preserve">[17:18] </w:t>
      </w:r>
      <w:r>
        <w:t>aik pur'azmat naam mehsoos honay lagay. yahi wajah hai ke peghambar ke ham'asar peghambar ko pehchan nahin paatay.</w:t>
      </w:r>
    </w:p>
    <w:p>
      <w:pPr>
        <w:jc w:val="right"/>
      </w:pPr>
      <w:r>
        <w:t>ایک پرعظمت نام محسوس ہونے لگے۔ یہی وجہ ہے کہ پیغمبر کے ہم عصر پیغمبر کو پہچان نہیں پاتے۔</w:t>
      </w:r>
    </w:p>
    <w:p>
      <w:r>
        <w:rPr>
          <w:b/>
        </w:rPr>
        <w:t xml:space="preserve">[17:29] </w:t>
      </w:r>
      <w:r>
        <w:t>un ko peghambar aik aisa aadmi maloom hota hai jo bara ban'nay ke liye farzi tor par peghambari ka da'wa karne lagay.</w:t>
      </w:r>
    </w:p>
    <w:p>
      <w:pPr>
        <w:jc w:val="right"/>
      </w:pPr>
      <w:r>
        <w:t>ان کو پیغمبر ایک ایسا آدمی معلوم ہوتا ہے جو بڑا بننے کے لیے فرضی طور پر پیغمبری کا دعویٰ کرنے لگے۔</w:t>
      </w:r>
    </w:p>
    <w:p>
      <w:r>
        <w:rPr>
          <w:b/>
        </w:rPr>
        <w:t xml:space="preserve">[17:41] </w:t>
      </w:r>
      <w:r>
        <w:t>woh peghambar ko aik majnoon samajh kar is ko nazar andaaz kar detay hain.</w:t>
      </w:r>
    </w:p>
    <w:p>
      <w:pPr>
        <w:jc w:val="right"/>
      </w:pPr>
      <w:r>
        <w:t>وہ پیغمبر کو ایک مجنون سمجھ کر اس کو نظر انداز کر دیتے ہیں۔</w:t>
      </w:r>
    </w:p>
    <w:p>
      <w:r>
        <w:rPr>
          <w:b/>
        </w:rPr>
        <w:t xml:space="preserve">[17:49] </w:t>
      </w:r>
      <w:r>
        <w:t>har ummat ka yeh haal hua hai ke baad ke zamanay mein woh khuda ki taleemat ke bajaye apne aslaf ki riwayat par qaim ho gayi.</w:t>
      </w:r>
    </w:p>
    <w:p>
      <w:pPr>
        <w:jc w:val="right"/>
      </w:pPr>
      <w:r>
        <w:t>ہر امت کا یہ حال ہوا ہے کہ بعد کے زمانے میں وہ خدا کی تعلیمات کے بجائے اپنے اسلاف کی روایات پر قائم ہو گئی۔</w:t>
      </w:r>
    </w:p>
    <w:p>
      <w:r>
        <w:rPr>
          <w:b/>
        </w:rPr>
        <w:t xml:space="preserve">[17:59] </w:t>
      </w:r>
      <w:r>
        <w:t>peghambar ne aa kar jab asal deeni taleemat ko dobara pesh kiya to peghambar ka deen is ko</w:t>
      </w:r>
    </w:p>
    <w:p>
      <w:pPr>
        <w:jc w:val="right"/>
      </w:pPr>
      <w:r>
        <w:t>پیغمبر نے آ کر جب اصل دینی تعلیمات کو دوبارہ پیش کیا تو پیغمبر کا دین اس کو</w:t>
      </w:r>
    </w:p>
    <w:p>
      <w:r>
        <w:rPr>
          <w:b/>
        </w:rPr>
        <w:t xml:space="preserve">[18:08] </w:t>
      </w:r>
      <w:r>
        <w:t>aslaf ki riwayat se hata hua maloom hua. is ke apne zehni saanchay mein is ko aslaf bartar nazar aaye aur waqt ka peghambar un ke muqablay mein is ko kamtar dikhai diya.</w:t>
      </w:r>
    </w:p>
    <w:p>
      <w:pPr>
        <w:jc w:val="right"/>
      </w:pPr>
      <w:r>
        <w:t>اسلاف کی روایات سے ہٹا ہوا معلوم ہوا۔ اس کے اپنے ذہنی سانچے میں اس کو اسلاف برتر نظر آئے اور وقت کا پیغمبر ان کے مقابلے میں اس کو کمتر دکھائی دیا۔</w:t>
      </w:r>
    </w:p>
    <w:p>
      <w:r>
        <w:rPr>
          <w:b/>
        </w:rPr>
        <w:t xml:space="preserve">[18:25] </w:t>
      </w:r>
      <w:r>
        <w:t>yahi sab se bari wajah hai jis ki bina par har daur mein aisa hua ke peghambaron ki da'wat un ke ham'asron ke liye ajnabi bani rahi.</w:t>
      </w:r>
    </w:p>
    <w:p>
      <w:pPr>
        <w:jc w:val="right"/>
      </w:pPr>
      <w:r>
        <w:t>یہی سب سے بڑی وجہ ہے جس کی بنا پر ہر دور میں ایسا ہوا کہ پیغمبروں کی دعوت ان کے ہم عصروں کے لیے اجنبی بنی رہی۔</w:t>
      </w:r>
    </w:p>
    <w:p>
      <w:r>
        <w:rPr>
          <w:b/>
        </w:rPr>
        <w:t xml:space="preserve">[18:36] </w:t>
      </w:r>
      <w:r>
        <w:t>qaal rabbi ansurni bima kaththaboon faawhayna</w:t>
      </w:r>
    </w:p>
    <w:p>
      <w:pPr>
        <w:jc w:val="right"/>
      </w:pPr>
      <w:r>
        <w:t>قال رب انصرني بما كذبون فاوحينا</w:t>
      </w:r>
    </w:p>
    <w:p>
      <w:r>
        <w:rPr>
          <w:b/>
        </w:rPr>
        <w:t xml:space="preserve">[18:45] </w:t>
      </w:r>
      <w:r>
        <w:t>ilaihi an asna' al-fulka bia'yninaa wa wahyinaa faizaa jaa'a amrunaa wa farrat an-nooru fasluk feehaa min kulli zawjayni ithnayn</w:t>
      </w:r>
    </w:p>
    <w:p>
      <w:pPr>
        <w:jc w:val="right"/>
      </w:pPr>
      <w:r>
        <w:t>اليه ان اصنع الفلك باعيننا ووحينا فاذا جاء امرنا وفارت النور فاسلك فيها من كل زوجين اثنين</w:t>
      </w:r>
    </w:p>
    <w:p>
      <w:r>
        <w:rPr>
          <w:b/>
        </w:rPr>
        <w:t xml:space="preserve">[19:03] </w:t>
      </w:r>
      <w:r>
        <w:t>fasluk feehaa min kulli zawjayni ithnayn wa ahluka illa man sabaqa 'alayhi al-qawlu minhum wa la tukhatibnee wa la tukhatibnee fil-lazinaa zalamoo</w:t>
      </w:r>
    </w:p>
    <w:p>
      <w:pPr>
        <w:jc w:val="right"/>
      </w:pPr>
      <w:r>
        <w:t>فاسلك فيها من كل زوجين اثنين واهلك الا من سبق عليه القول منهم ولا تخاطبني ولا تخاطبني في الذين ظلموا</w:t>
      </w:r>
    </w:p>
    <w:p>
      <w:r>
        <w:rPr>
          <w:b/>
        </w:rPr>
        <w:t xml:space="preserve">[19:23] </w:t>
      </w:r>
      <w:r>
        <w:t>innahum mughraqoon.</w:t>
      </w:r>
    </w:p>
    <w:p>
      <w:pPr>
        <w:jc w:val="right"/>
      </w:pPr>
      <w:r>
        <w:t>انهم مغرقون.</w:t>
      </w:r>
    </w:p>
    <w:p>
      <w:r>
        <w:rPr>
          <w:b/>
        </w:rPr>
        <w:t xml:space="preserve">[19:29] </w:t>
      </w:r>
      <w:r>
        <w:t>nooh ne kaha: aye mere rab! to meri madad farma ke unhon ne mujh ko jhutla diya. to hum ne is ko wahi ki ke tum kashti tayyar karo hamari nigrani mein aur hamari hidayat ke mutabiq.</w:t>
      </w:r>
    </w:p>
    <w:p>
      <w:pPr>
        <w:jc w:val="right"/>
      </w:pPr>
      <w:r>
        <w:t>نوح نے کہا: اے میرے رب! تو میری مدد فرما کہ انہوں نے مجھ کو جھٹلا دیا۔ تو ہم نے اس کو وحی کی کہ تم کشتی تیار کرو ہماری نگرانی میں اور ہماری ہدایت کے مطابق۔</w:t>
      </w:r>
    </w:p>
    <w:p>
      <w:r>
        <w:rPr>
          <w:b/>
        </w:rPr>
        <w:t xml:space="preserve">[19:46] </w:t>
      </w:r>
      <w:r>
        <w:t>to jab hamara hukum aa jaye aur zameen se pani ubal paray to har qism ke janwaron mein se aik aik jora le kar is mein sawaar ho jao aur apne ghar walon ko bhi sawa un ke jin ke baray mein pehlay faisla ho chuka hai aur jinhon ne zulm kiya hai un ke muamlay mein</w:t>
      </w:r>
    </w:p>
    <w:p>
      <w:pPr>
        <w:jc w:val="right"/>
      </w:pPr>
      <w:r>
        <w:t>تو جب ہمارا حکم آ جائے اور زمین سے پانی ابل پڑے تو ہر قسم کے جانوروں میں سے ایک ایک جوڑا لے کر اس میں سوار ہو جاؤ اور اپنے گھر والوں کو بھی سوا ان کے جن کے بارے میں پہلے فیصلہ ہو چکا ہے اور جنہوں نے ظلم کیا ہے ان کے معاملے میں</w:t>
      </w:r>
    </w:p>
    <w:p>
      <w:r>
        <w:rPr>
          <w:b/>
        </w:rPr>
        <w:t xml:space="preserve">[20:10] </w:t>
      </w:r>
      <w:r>
        <w:t>mujh se baat na karna. beshak un ko doobna hai. tashreeh: hazrat nooh lambi muddat tak apni qaum ko talqeen karte rahay magar un ki qaum un ki baat maannay ke liye tayyar na hui.</w:t>
      </w:r>
    </w:p>
    <w:p>
      <w:pPr>
        <w:jc w:val="right"/>
      </w:pPr>
      <w:r>
        <w:t>مجھ سے بات نہ کرنا۔ بے شک ان کو ڈوبنا ہے۔ تشریح: حضرت نوح لمبی مدت تک اپنی قوم کو تلقین کرتے رہے مگر ان کی قوم ان کی بات ماننے کے لیے تیار نہ ہوئی۔</w:t>
      </w:r>
    </w:p>
    <w:p>
      <w:r>
        <w:rPr>
          <w:b/>
        </w:rPr>
        <w:t xml:space="preserve">[20:31] </w:t>
      </w:r>
      <w:r>
        <w:t>aakhir kaar hazrat nooh ne dua ki ke khudaaya! meri da'wat o tableegh un se amr-e-haq ko manwa na saki, ab to hi un par amr-e-haq ko zahir kar de.</w:t>
      </w:r>
    </w:p>
    <w:p>
      <w:pPr>
        <w:jc w:val="right"/>
      </w:pPr>
      <w:r>
        <w:t>آخر کار حضرت نوح نے دعا کی کہ خدایا! میری دعوت و تبلیغ ان سے امر حق کو منوا نہ سکی، اب تو ہی ان پر امر حق کو ظاہر کر دے۔</w:t>
      </w:r>
    </w:p>
    <w:p>
      <w:r>
        <w:rPr>
          <w:b/>
        </w:rPr>
        <w:t xml:space="preserve">[20:45] </w:t>
      </w:r>
      <w:r>
        <w:t>magar jab insani amal ki had khatm ho kar khudai amal ki had shuru ho to yeh mawakhzay ka waqt hota hai</w:t>
      </w:r>
    </w:p>
    <w:p>
      <w:pPr>
        <w:jc w:val="right"/>
      </w:pPr>
      <w:r>
        <w:t>مگر جب انسانی عمل کی حد ختم ہو کر خدائی عمل کی حد شروع ہو تو یہ مواخذے کا وقت ہوتا ہے</w:t>
      </w:r>
    </w:p>
    <w:p>
      <w:r>
        <w:rPr>
          <w:b/>
        </w:rPr>
        <w:t xml:space="preserve">[20:54] </w:t>
      </w:r>
      <w:r>
        <w:t>nah ke wa'z o talqeen ka. chunancha khuda ka hukum na qabil-e-tasheer toofan ki soorat mein zahir hua aur chand momineen-e-nooh ko chhod kar baqi sari qaum gharaq ho kar reh gayi.</w:t>
      </w:r>
    </w:p>
    <w:p>
      <w:pPr>
        <w:jc w:val="right"/>
      </w:pPr>
      <w:r>
        <w:t>نہ کہ وعظ و تلقین کا۔ چنانچہ خدا کا حکم ناقابل تسخیر طوفان کی صورت میں ظاہر ہوا اور چند مومنین نوح کو چھوڑ کر بقیہ ساری قوم غرق ہو کر رہ گئی۔</w:t>
      </w:r>
    </w:p>
    <w:p>
      <w:r>
        <w:rPr>
          <w:b/>
        </w:rPr>
        <w:t xml:space="preserve">[21:12] </w:t>
      </w:r>
      <w:r>
        <w:t>amr-e-haq ka itraaf na karna sab se bara zulm hai. jo log is zulm ka irtikaab karein woh hamesha khuda ki pakad mein aa jatay hain.</w:t>
      </w:r>
    </w:p>
    <w:p>
      <w:pPr>
        <w:jc w:val="right"/>
      </w:pPr>
      <w:r>
        <w:t>امر حق کا اعتراف نہ کرنا سب سے بڑا ظلم ہے۔ جو لوگ اس ظلم کا ارتکاب کریں وہ ہمیشہ خدا کی پکڑ میں آ جاتے ہیں۔</w:t>
      </w:r>
    </w:p>
    <w:p>
      <w:r>
        <w:rPr>
          <w:b/>
        </w:rPr>
        <w:t xml:space="preserve">[21:23] </w:t>
      </w:r>
      <w:r>
        <w:t>koi doosri cheez unhein is pakad se bachanay wali</w:t>
      </w:r>
    </w:p>
    <w:p>
      <w:pPr>
        <w:jc w:val="right"/>
      </w:pPr>
      <w:r>
        <w:t>کوئی دوسری چیز انہیں اس پکڑ سے بچانے والی</w:t>
      </w:r>
    </w:p>
    <w:p>
      <w:r>
        <w:rPr>
          <w:b/>
        </w:rPr>
        <w:t xml:space="preserve">[21:28] </w:t>
      </w:r>
      <w:r>
        <w:t>saabit nahin hoti. faizaa istawaita anta wa man ma'aka 'ala al-fulki faqul al-hamdu lillah allazee najjaanaa minal-qawmi az-zalimeen.</w:t>
      </w:r>
    </w:p>
    <w:p>
      <w:pPr>
        <w:jc w:val="right"/>
      </w:pPr>
      <w:r>
        <w:t>ثابت نہیں ہوتی۔ فاذا استويت انت ومن معك على الفلك فقل الحمد لله الذي نجانا من القوم الظالمين</w:t>
      </w:r>
    </w:p>
    <w:p>
      <w:r>
        <w:rPr>
          <w:b/>
        </w:rPr>
        <w:t xml:space="preserve">[21:46] </w:t>
      </w:r>
      <w:r>
        <w:t>wa qul rabbi anzilni munzalan mubarakan wa anta khairul munzileen. inna fi zalika laayatin</w:t>
      </w:r>
    </w:p>
    <w:p>
      <w:pPr>
        <w:jc w:val="right"/>
      </w:pPr>
      <w:r>
        <w:t>وقل رب انزلنی منزلا مبارکا وانت خير المنزلين ان في ذلك لايات</w:t>
      </w:r>
    </w:p>
    <w:p>
      <w:r>
        <w:rPr>
          <w:b/>
        </w:rPr>
        <w:t xml:space="preserve">[22:03] </w:t>
      </w:r>
      <w:r>
        <w:t>wa in kunna lamubtaleen.</w:t>
      </w:r>
    </w:p>
    <w:p>
      <w:pPr>
        <w:jc w:val="right"/>
      </w:pPr>
      <w:r>
        <w:t>وان كنا لمبتلين.</w:t>
      </w:r>
    </w:p>
    <w:p>
      <w:r>
        <w:rPr>
          <w:b/>
        </w:rPr>
        <w:t xml:space="preserve">[22:10] </w:t>
      </w:r>
      <w:r>
        <w:t>phir jab tum aur tumhare saathi kashti mein baith jayen to kaho: shukr hai Allah ka jis ne hum ko zalim logon se nijat di.</w:t>
      </w:r>
    </w:p>
    <w:p>
      <w:pPr>
        <w:jc w:val="right"/>
      </w:pPr>
      <w:r>
        <w:t>پھر جب تم اور تمہارے ساتھی کشتی میں بیٹھ جائیں تو کہو: شکر ہے اللہ کا جس نے ہم کو ظالم لوگوں سے نجات دی۔</w:t>
      </w:r>
    </w:p>
    <w:p>
      <w:r>
        <w:rPr>
          <w:b/>
        </w:rPr>
        <w:t xml:space="preserve">[22:22] </w:t>
      </w:r>
      <w:r>
        <w:t>aur kaho: aye mere rab! tu mujhe utaar barkat ka utarna</w:t>
      </w:r>
    </w:p>
    <w:p>
      <w:pPr>
        <w:jc w:val="right"/>
      </w:pPr>
      <w:r>
        <w:t>اور کہو: اے میرے رب! تو مجھے اتار برکت کا اتارنا</w:t>
      </w:r>
    </w:p>
    <w:p>
      <w:r>
        <w:rPr>
          <w:b/>
        </w:rPr>
        <w:t xml:space="preserve">[22:29] </w:t>
      </w:r>
      <w:r>
        <w:t>aur tu behtar utarne wala hai. beshak is mein nishaniyan hain aur beshak hum bando ko aazmate hain.</w:t>
      </w:r>
    </w:p>
    <w:p>
      <w:pPr>
        <w:jc w:val="right"/>
      </w:pPr>
      <w:r>
        <w:t>اور تو بہتر اتارنے والا ہے۔ بے شک اس میں نشانیاں ہیں اور بے شک ہم بندوں کو آزماتے ہیں۔</w:t>
      </w:r>
    </w:p>
    <w:p>
      <w:r>
        <w:rPr>
          <w:b/>
        </w:rPr>
        <w:t xml:space="preserve">[22:43] </w:t>
      </w:r>
      <w:r>
        <w:t>tashreeh: shirk se bhare hue mahaul mein jo chand afraad Hazrat Nuh par imaan laye woh isi din ma'navi aitbar se Khuda ki kashti mein dakhil ho chuke thay.</w:t>
      </w:r>
    </w:p>
    <w:p>
      <w:pPr>
        <w:jc w:val="right"/>
      </w:pPr>
      <w:r>
        <w:t>تشریح: شرک سے بھرے ہوئے ماحول میں جو چند افراد حضرت نوح پر ایمان لائے وہ اسی دن معنوی اعتبار سے خدا کی کشتی میں داخل ہو چکے تھے۔</w:t>
      </w:r>
    </w:p>
    <w:p>
      <w:r>
        <w:rPr>
          <w:b/>
        </w:rPr>
        <w:t xml:space="preserve">[22:58] </w:t>
      </w:r>
      <w:r>
        <w:t>is ke baad</w:t>
      </w:r>
    </w:p>
    <w:p>
      <w:pPr>
        <w:jc w:val="right"/>
      </w:pPr>
      <w:r>
        <w:t>اس کے بعد</w:t>
      </w:r>
    </w:p>
    <w:p>
      <w:r>
        <w:rPr>
          <w:b/>
        </w:rPr>
        <w:t xml:space="preserve">[22:59] </w:t>
      </w:r>
      <w:r>
        <w:t>jab toofan ke waqt woh lakri ki banai hui kashti mein baithe to yeh goya un ke ibtidai faisle ki takmeel thi.</w:t>
      </w:r>
    </w:p>
    <w:p>
      <w:pPr>
        <w:jc w:val="right"/>
      </w:pPr>
      <w:r>
        <w:t>جب طوفان کے وقت وہ لکڑی کی بنائی ہوئی کشتی میں بیٹھے تو یہ گویا ان کے ابتدائی فیصلے کی تکمیل تھی۔</w:t>
      </w:r>
    </w:p>
    <w:p>
      <w:r>
        <w:rPr>
          <w:b/>
        </w:rPr>
        <w:t xml:space="preserve">[23:09] </w:t>
      </w:r>
      <w:r>
        <w:t>unhon ne apne aap ko fikri taur par badi ke toofan se bachaya tha. Khuda ne un ko amli taur par</w:t>
      </w:r>
    </w:p>
    <w:p>
      <w:pPr>
        <w:jc w:val="right"/>
      </w:pPr>
      <w:r>
        <w:t>انہوں نے اپنے آپ کو فکری طور پر بدی کے طوفان سے بچایا تھا۔ خدا نے ان کو عملی طور پر</w:t>
      </w:r>
    </w:p>
    <w:p>
      <w:r>
        <w:rPr>
          <w:b/>
        </w:rPr>
        <w:t xml:space="preserve">[23:18] </w:t>
      </w:r>
      <w:r>
        <w:t>badi ke sakht anjam se bacha liya. momin har kamyabi ko Khuda ki taraf se samajhta hai, is liye woh har kamyabi par Khuda ka shukr ada karta hai.</w:t>
      </w:r>
    </w:p>
    <w:p>
      <w:pPr>
        <w:jc w:val="right"/>
      </w:pPr>
      <w:r>
        <w:t>بدی کے سخت انجام سے بچا لیا۔ مومن ہر کامیابی کو خدا کی طرف سے سمجھتا ہے، اس لیے وہ ہر کامیابی پر خدا کا شکر ادا کرتا ہے۔</w:t>
      </w:r>
    </w:p>
    <w:p>
      <w:r>
        <w:rPr>
          <w:b/>
        </w:rPr>
        <w:t xml:space="preserve">[23:34] </w:t>
      </w:r>
      <w:r>
        <w:t>aur</w:t>
      </w:r>
    </w:p>
    <w:p>
      <w:pPr>
        <w:jc w:val="right"/>
      </w:pPr>
      <w:r>
        <w:t>اور</w:t>
      </w:r>
    </w:p>
    <w:p>
      <w:r>
        <w:rPr>
          <w:b/>
        </w:rPr>
        <w:t xml:space="preserve">[23:35] </w:t>
      </w:r>
      <w:r>
        <w:t>toofan Nuh se nijat to khula hua Khudai nusrat ka waqea tha. aise mauqe par momin ki zuban se jo kalmat niklte hain woh wohi hain jin ki ek tasweer mazkoorah aayat mein nazar aati hai.</w:t>
      </w:r>
    </w:p>
    <w:p>
      <w:pPr>
        <w:jc w:val="right"/>
      </w:pPr>
      <w:r>
        <w:t>طوفان نوح سے نجات تو کھلا ہوا خدائی نصرت کا واقعہ تھا۔ ایسے موقع پر مومن کی زبان سے جو کلمات نکلتے ہیں وہ وہی ہیں جن کی ایک تصویر مذکورہ آیت میں نظر آتی ہے۔</w:t>
      </w:r>
    </w:p>
    <w:p>
      <w:r>
        <w:rPr>
          <w:b/>
        </w:rPr>
        <w:t xml:space="preserve">[23:55] </w:t>
      </w:r>
      <w:r>
        <w:t>woh haal ke liye Khuda ki qudrat ka itraaf karte hue mustaqbil ke liye mazeed inayat ki ilteja karne lagta hai kyunke us ko yaqeen hota hai ke haal bhi Khuda ke qabze mein hai aur</w:t>
      </w:r>
    </w:p>
    <w:p>
      <w:pPr>
        <w:jc w:val="right"/>
      </w:pPr>
      <w:r>
        <w:t>وہ حال کے لیے خدا کی قدرت کا اعتراف کرتے ہوئے مستقبل کے لیے مزید عنایت کی التجا کرنے لگتا ہے کیونکہ اس کو یقین ہوتا ہے کہ حال بھی خدا کے قبضے میں ہے اور</w:t>
      </w:r>
    </w:p>
    <w:p>
      <w:r>
        <w:rPr>
          <w:b/>
        </w:rPr>
        <w:t xml:space="preserve">[24:11] </w:t>
      </w:r>
      <w:r>
        <w:t>mustaqbil bhi Khuda ke qabze mein. thumma ansha'na min ba'dihim qarnan akharin fa arsalna fihim rasulan</w:t>
      </w:r>
    </w:p>
    <w:p>
      <w:pPr>
        <w:jc w:val="right"/>
      </w:pPr>
      <w:r>
        <w:t>مستقبل بھی خدا کے قبضے میں۔ ثم انشأنا من بعدهم قرنا آخرين فأرسلنا فيهم رسولا</w:t>
      </w:r>
    </w:p>
    <w:p>
      <w:r>
        <w:rPr>
          <w:b/>
        </w:rPr>
        <w:t xml:space="preserve">[24:27] </w:t>
      </w:r>
      <w:r>
        <w:t>minhum an i'abudullaha malakum min ilahin ghairuhu. afla tattaqoon.</w:t>
      </w:r>
    </w:p>
    <w:p>
      <w:pPr>
        <w:jc w:val="right"/>
      </w:pPr>
      <w:r>
        <w:t>منهم أن اعبدوا الله ما لكم من إله غيره أفلا تتقون.</w:t>
      </w:r>
    </w:p>
    <w:p>
      <w:r>
        <w:rPr>
          <w:b/>
        </w:rPr>
        <w:t xml:space="preserve">[24:39] </w:t>
      </w:r>
      <w:r>
        <w:t>wa qalal mala'u min qaumihi alladhina kafaroo wa kadhdhaboo biliqa'</w:t>
      </w:r>
    </w:p>
    <w:p>
      <w:pPr>
        <w:jc w:val="right"/>
      </w:pPr>
      <w:r>
        <w:t>وقال الملأ من قومه الذين كفروا وكذبوا بلقاء</w:t>
      </w:r>
    </w:p>
    <w:p>
      <w:r>
        <w:rPr>
          <w:b/>
        </w:rPr>
        <w:t xml:space="preserve">[24:48] </w:t>
      </w:r>
      <w:r>
        <w:t>al'akhirata wa atrafnahum fil hayati ad-dunya. wa atrafnahum fil hayati ad-dunya. ma hadha illa basharun mithlukum ya'kulu mimma ta'kuluna minhu wa yashrabu mimma tashraboon.</w:t>
      </w:r>
    </w:p>
    <w:p>
      <w:pPr>
        <w:jc w:val="right"/>
      </w:pPr>
      <w:r>
        <w:t>الآخرة وأترفناهم في الحياة الدنيا. وأترفناهم في الحياة الدنيا ما هذا إلا بشر مثلكم يأكل مما تأكلون منه ويشرب مما تشربون.</w:t>
      </w:r>
    </w:p>
    <w:p>
      <w:r>
        <w:rPr>
          <w:b/>
        </w:rPr>
        <w:t xml:space="preserve">[25:11] </w:t>
      </w:r>
      <w:r>
        <w:t>wa la'in ata'tum basharan mithlukum innakum idhan lakhasiroon.</w:t>
      </w:r>
    </w:p>
    <w:p>
      <w:pPr>
        <w:jc w:val="right"/>
      </w:pPr>
      <w:r>
        <w:t>ولئن أطعتم بشرا مثلكم إنكم إذا لخاسرون.</w:t>
      </w:r>
    </w:p>
    <w:p>
      <w:r>
        <w:rPr>
          <w:b/>
        </w:rPr>
        <w:t xml:space="preserve">[25:23] </w:t>
      </w:r>
      <w:r>
        <w:t>phir hum ne un ke baad doosra giroh paida kiya. phir un mein ek rasool unhi mein se bheja ke tum Allah ki ibadat karo, is ke siwa tumhara koi ma'bood nahi.</w:t>
      </w:r>
    </w:p>
    <w:p>
      <w:pPr>
        <w:jc w:val="right"/>
      </w:pPr>
      <w:r>
        <w:t>پھر ہم نے ان کے بعد دوسرا گروہ پیدا کیا۔ پھر ان میں ایک رسول انہی میں سے بھیجا کہ تم اللہ کی عبادت کرو، اس کے سوا تمہارا کوئی معبود نہیں۔</w:t>
      </w:r>
    </w:p>
    <w:p>
      <w:r>
        <w:rPr>
          <w:b/>
        </w:rPr>
        <w:t xml:space="preserve">[25:39] </w:t>
      </w:r>
      <w:r>
        <w:t>kya tum darte nahi? aur us ki qaum ke sardaron ne jinhon ne inkar kiya aur akhirat ki mulaqat ko jhutlaya aur un ko hum ne dunya ki zindagi mein</w:t>
      </w:r>
    </w:p>
    <w:p>
      <w:pPr>
        <w:jc w:val="right"/>
      </w:pPr>
      <w:r>
        <w:t>کیا تم ڈرتے نہیں؟ اور اس کی قوم کے سرداروں نے جنہوں نے انکار کیا اور آخرت کی ملاقات کو جھٹلایا اور ان کو ہم نے دنیا کی زندگی میں</w:t>
      </w:r>
    </w:p>
    <w:p>
      <w:r>
        <w:rPr>
          <w:b/>
        </w:rPr>
        <w:t xml:space="preserve">[25:55] </w:t>
      </w:r>
      <w:r>
        <w:t>aasudgi di thi, kaha: yeh to tumhare hi jaisa ek aadmi hai, wohi khata hai jo tum khate ho aur wohi peeta hai jo tum peete ho.</w:t>
      </w:r>
    </w:p>
    <w:p>
      <w:pPr>
        <w:jc w:val="right"/>
      </w:pPr>
      <w:r>
        <w:t>آسودگی دی تھی، کہا: یہ تو تمہارے ہی جیسا ایک آدمی ہے، وہی کھاتا ہے جو تم کھاتے ہو اور وہی پیتا ہے جو تم پیتے ہو۔</w:t>
      </w:r>
    </w:p>
    <w:p>
      <w:r>
        <w:rPr>
          <w:b/>
        </w:rPr>
        <w:t xml:space="preserve">[26:10] </w:t>
      </w:r>
      <w:r>
        <w:t>aur agar tum ne apne hi jaisa ek aadmi ki baat mani to tum</w:t>
      </w:r>
    </w:p>
    <w:p>
      <w:pPr>
        <w:jc w:val="right"/>
      </w:pPr>
      <w:r>
        <w:t>اور اگر تم نے اپنے ہی جیسے ایک آدمی کی بات مانی تو تم</w:t>
      </w:r>
    </w:p>
    <w:p>
      <w:r>
        <w:rPr>
          <w:b/>
        </w:rPr>
        <w:t xml:space="preserve">[26:15] </w:t>
      </w:r>
      <w:r>
        <w:t>bare ghaate mein rahoge. tashreeh: Hazrat Nuh ke momineen ki nasal badhi aur is par sadhiyan guzar gayin to dobara woh usi gumrahi mein mubtala ho gaye jis mein un ke pichle log mubtala hue thay.</w:t>
      </w:r>
    </w:p>
    <w:p>
      <w:pPr>
        <w:jc w:val="right"/>
      </w:pPr>
      <w:r>
        <w:t>بڑے گھاٹے میں رہو گے۔ تشریح: حضرت نوح کے مومنین کی نسل بڑھی اور اس پر صدیاں گزر گئیں تو دوبارہ وہ اسی گمراہی میں مبتلا ہو گئے جس میں ان کے پچھلے لوگ مبتلا ہوئے تھے۔</w:t>
      </w:r>
    </w:p>
    <w:p>
      <w:r>
        <w:rPr>
          <w:b/>
        </w:rPr>
        <w:t xml:space="preserve">[26:38] </w:t>
      </w:r>
      <w:r>
        <w:t>is se murad ghaliban wohi qaum hai jis ko qaum Aad kaha jata hai. yeh log Khuda se ghafil ho kar ghair Khudaon mein masroof ho gaye.</w:t>
      </w:r>
    </w:p>
    <w:p>
      <w:pPr>
        <w:jc w:val="right"/>
      </w:pPr>
      <w:r>
        <w:t>اس سے مراد غالباً وہی قوم ہے جس کو قوم عاد کہا جاتا ہے۔ یہ لوگ خدا سے غافل ہو کر غیر خداؤں میں مشغول ہو گئے۔</w:t>
      </w:r>
    </w:p>
    <w:p>
      <w:r>
        <w:rPr>
          <w:b/>
        </w:rPr>
        <w:t xml:space="preserve">[26:50] </w:t>
      </w:r>
      <w:r>
        <w:t>ab dobara un ke darmiyan Khuda ka rasool aaya aur us ne un ko haq se agah kiya.</w:t>
      </w:r>
    </w:p>
    <w:p>
      <w:pPr>
        <w:jc w:val="right"/>
      </w:pPr>
      <w:r>
        <w:t>اب دوبارہ ان کے درمیان خدا کا رسول آیا اور اس نے ان کو حق سے آگاہ کیا۔</w:t>
      </w:r>
    </w:p>
    <w:p>
      <w:r>
        <w:rPr>
          <w:b/>
        </w:rPr>
        <w:t xml:space="preserve">[26:59] </w:t>
      </w:r>
      <w:r>
        <w:t>magar dobara yahi hua ke qaum ke sardar peghambar ke mukhalif ban kar khare ho gaye. yeh sardar woh log thay jo waqt ke khayalat se mawafqat kar ke logon ke qaid bane hue thay.</w:t>
      </w:r>
    </w:p>
    <w:p>
      <w:pPr>
        <w:jc w:val="right"/>
      </w:pPr>
      <w:r>
        <w:t>مگر دوبارہ یہی ہوا کہ قوم کے سردار پیغمبر کے مخالف بن کر کھڑے ہو گئے۔ یہ سردار وہ لوگ تھے جو وقت کے خیالات سے موافقت کر کے لوگوں کے قائد بنے ہوئے تھے۔</w:t>
      </w:r>
    </w:p>
    <w:p>
      <w:r>
        <w:rPr>
          <w:b/>
        </w:rPr>
        <w:t xml:space="preserve">[27:15] </w:t>
      </w:r>
      <w:r>
        <w:t>isi ke sath khushhali bhi un ke gird jama ho gayi thi. yeh aik aam kamzori hai ke jin logon ko daulat aur iqtadar hasil ho jaye, woh is ko apne bar-e-haq hone ki daleel samajh lete hain.</w:t>
      </w:r>
    </w:p>
    <w:p>
      <w:pPr>
        <w:jc w:val="right"/>
      </w:pPr>
      <w:r>
        <w:t>اسی کے ساتھ خوشحالی بھی ان کے گرد جمع ہو گئی تھی۔ یہ ایک عام کمزوری ہے کہ جن لوگوں کو دولت اور اقتدار حاصل ہو جائے، وہ اس کو اپنے برسرحق ہونے کی دلیل سمجھ لیتے ہیں۔</w:t>
      </w:r>
    </w:p>
    <w:p>
      <w:r>
        <w:rPr>
          <w:b/>
        </w:rPr>
        <w:t xml:space="preserve">[27:34] </w:t>
      </w:r>
      <w:r>
        <w:t>yahi in sardaron ke sath hua. un ki khushhali aur iqtadar un ke liye yeh samajhne mein mani ho gaya ke woh ghalati par bhi ho sakte hain.</w:t>
      </w:r>
    </w:p>
    <w:p>
      <w:pPr>
        <w:jc w:val="right"/>
      </w:pPr>
      <w:r>
        <w:t>یہی ان سرداروں کے ساتھ ہوا۔ ان کی خوشحالی اور اقتدار ان کے لیے یہ سمجھنے میں معنی ہو گیا کہ وہ غلطی پر بھی ہو سکتے ہیں۔</w:t>
      </w:r>
    </w:p>
    <w:p>
      <w:r>
        <w:rPr>
          <w:b/>
        </w:rPr>
        <w:t xml:space="preserve">[27:48] </w:t>
      </w:r>
      <w:r>
        <w:t>unhon ne dekha ke peghambar ke gird</w:t>
      </w:r>
    </w:p>
    <w:p>
      <w:pPr>
        <w:jc w:val="right"/>
      </w:pPr>
      <w:r>
        <w:t>انہوں نے دیکھا کہ پیغمبر کے گرد</w:t>
      </w:r>
    </w:p>
    <w:p>
      <w:r>
        <w:rPr>
          <w:b/>
        </w:rPr>
        <w:t xml:space="preserve">[27:50] </w:t>
      </w:r>
      <w:r>
        <w:t>na daulat ka dhair jama hai aur na is ko iqtadar ki gaddi hasil hai. is liye unhon ne peghambar ko haqeer samajh liya.</w:t>
      </w:r>
    </w:p>
    <w:p>
      <w:pPr>
        <w:jc w:val="right"/>
      </w:pPr>
      <w:r>
        <w:t>نہ دولت کا ڈھیر جمع ہے اور نہ اس کو اقتدار کی گدی حاصل ہے۔ اس لیے انہوں نے پیغمبر کو حقیر سمجھ لیا۔</w:t>
      </w:r>
    </w:p>
    <w:p>
      <w:r>
        <w:rPr>
          <w:b/>
        </w:rPr>
        <w:t xml:space="preserve">[28:01] </w:t>
      </w:r>
      <w:r>
        <w:t>woh apne zahir parasti ki bina par peghambar ki maanwi azmat ko dekhne mein</w:t>
      </w:r>
    </w:p>
    <w:p>
      <w:pPr>
        <w:jc w:val="right"/>
      </w:pPr>
      <w:r>
        <w:t>وہ اپنے ظاہر پرستی کی بنا پر پیغمبر کی معنوی عظمت کو دیکھنے میں</w:t>
      </w:r>
    </w:p>
    <w:p>
      <w:r>
        <w:rPr>
          <w:b/>
        </w:rPr>
        <w:t xml:space="preserve">[28:09] </w:t>
      </w:r>
      <w:r>
        <w:t>nakaam rahe. ayu'idukum annakum iz tumtum wa kuntum turaban wa izaman annakum mukhrajun.</w:t>
      </w:r>
    </w:p>
    <w:p>
      <w:pPr>
        <w:jc w:val="right"/>
      </w:pPr>
      <w:r>
        <w:t>ناکام رہے۔ أيعدكم أنكم إذا متم وكنتم ترابا وعظاما أنكم مخرجون.</w:t>
      </w:r>
    </w:p>
    <w:p>
      <w:r>
        <w:rPr>
          <w:b/>
        </w:rPr>
        <w:t xml:space="preserve">[28:25] </w:t>
      </w:r>
      <w:r>
        <w:t>haihat haihat lima tu'adun.</w:t>
      </w:r>
    </w:p>
    <w:p>
      <w:pPr>
        <w:jc w:val="right"/>
      </w:pPr>
      <w:r>
        <w:t>هيهات هيهات لما توعدون.</w:t>
      </w:r>
    </w:p>
    <w:p>
      <w:r>
        <w:rPr>
          <w:b/>
        </w:rPr>
        <w:t xml:space="preserve">[28:30] </w:t>
      </w:r>
      <w:r>
        <w:t>in hi illa hayatuna ad-dunya namutu wa nahya wa ma nahnu bi mab'uthin. in huwa illa rajul iftara 'ala Allahi kaziban wa ma nahnu lahu bi mu'minin.</w:t>
      </w:r>
    </w:p>
    <w:p>
      <w:pPr>
        <w:jc w:val="right"/>
      </w:pPr>
      <w:r>
        <w:t>إن هي إلا حياتنا الدنيا نموت ونحيا وما نحن بمبعوثين. إن هو إلا رجل افترى على الله كذبا وما نحن له بمؤمنين.</w:t>
      </w:r>
    </w:p>
    <w:p>
      <w:r>
        <w:rPr>
          <w:b/>
        </w:rPr>
        <w:t xml:space="preserve">[28:51] </w:t>
      </w:r>
      <w:r>
        <w:t>kya yeh shakhs tum se kehta hai ke jab tum mar jaoge aur mitti aur hadiyan ho jaoge to phir tum nikale jaoge?</w:t>
      </w:r>
    </w:p>
    <w:p>
      <w:pPr>
        <w:jc w:val="right"/>
      </w:pPr>
      <w:r>
        <w:t>کیا یہ شخص تم سے کہتا ہے کہ جب تم مر جاؤ گے اور مٹی اور ہڈیاں ہو جاؤ گے تو پھر تم نکالے جاؤ گے؟</w:t>
      </w:r>
    </w:p>
    <w:p>
      <w:r>
        <w:rPr>
          <w:b/>
        </w:rPr>
        <w:t xml:space="preserve">[29:03] </w:t>
      </w:r>
      <w:r>
        <w:t>bohat hi ba'eed aur bohat hi ba'eed hai jo baat</w:t>
      </w:r>
    </w:p>
    <w:p>
      <w:pPr>
        <w:jc w:val="right"/>
      </w:pPr>
      <w:r>
        <w:t>بہت ہی بعید اور بہت ہی بعید ہے جو بات</w:t>
      </w:r>
    </w:p>
    <w:p>
      <w:r>
        <w:rPr>
          <w:b/>
        </w:rPr>
        <w:t xml:space="preserve">[29:08] </w:t>
      </w:r>
      <w:r>
        <w:t>un se kahi ja rahi hai. zindagi to yahi hamari dunya ki zindagi hai. yahin hum marte hain aur jite hain aur hum dobara uthaye jaane wale nahi hain.</w:t>
      </w:r>
    </w:p>
    <w:p>
      <w:pPr>
        <w:jc w:val="right"/>
      </w:pPr>
      <w:r>
        <w:t>ان سے کہی جا رہی ہے۔ زندگی تو یہی ہماری دنیا کی زندگی ہے۔ یہیں ہم مرتے ہیں اور جیتے ہیں اور ہم دوبارہ اٹھائے جانے والے نہیں ہیں۔</w:t>
      </w:r>
    </w:p>
    <w:p>
      <w:r>
        <w:rPr>
          <w:b/>
        </w:rPr>
        <w:t xml:space="preserve">[29:26] </w:t>
      </w:r>
      <w:r>
        <w:t>yeh to bas aik aisa shakhs hai jis ne Allah par jhoot bandha hai aur hum is ko manane wale nahi.</w:t>
      </w:r>
    </w:p>
    <w:p>
      <w:pPr>
        <w:jc w:val="right"/>
      </w:pPr>
      <w:r>
        <w:t>یہ تو بس ایک ایسا شخص ہے جس نے اللہ پر جھوٹ باندھا ہے اور ہم اس کو ماننے والے نہیں۔</w:t>
      </w:r>
    </w:p>
    <w:p>
      <w:r>
        <w:rPr>
          <w:b/>
        </w:rPr>
        <w:t xml:space="preserve">[29:40] </w:t>
      </w:r>
      <w:r>
        <w:t>tashreeh: is ayat mein akhirat ke bare mein jo kalmat naqal kiye gaye hain, woh kabhi zaban-e-haal se ada hote hain aur kabhi zaban-e-qaal se.</w:t>
      </w:r>
    </w:p>
    <w:p>
      <w:pPr>
        <w:jc w:val="right"/>
      </w:pPr>
      <w:r>
        <w:t>تشریح: اس آیت میں آخرت کے بارے میں جو کلمات نقل کیے گئے ہیں، وہ کبھی زبان حال سے ادا ہوتے ہیں اور کبھی زبان قال سے۔</w:t>
      </w:r>
    </w:p>
    <w:p>
      <w:r>
        <w:rPr>
          <w:b/>
        </w:rPr>
        <w:t xml:space="preserve">[29:54] </w:t>
      </w:r>
      <w:r>
        <w:t>kabhi aisa hota hai ke aadmi humta</w:t>
      </w:r>
    </w:p>
    <w:p>
      <w:pPr>
        <w:jc w:val="right"/>
      </w:pPr>
      <w:r>
        <w:t>کبھی ایسا ہوتا ہے کہ آدمی ہمتا</w:t>
      </w:r>
    </w:p>
    <w:p>
      <w:r>
        <w:rPr>
          <w:b/>
        </w:rPr>
        <w:t xml:space="preserve">[29:58] </w:t>
      </w:r>
      <w:r>
        <w:t>bas dunya ki cheezon mein masroof hota hai. woh akhirat se is tarah ghafil nazar aata hai jaise ke akhirat is ke nazdeek bilkul ba'eed az qiyas baat hai.</w:t>
      </w:r>
    </w:p>
    <w:p>
      <w:pPr>
        <w:jc w:val="right"/>
      </w:pPr>
      <w:r>
        <w:t>بس دنیا کی چیزوں میں مشغول ہوتا ہے۔ وہ آخرت سے اس طرح غافل نظر آتا ہے جیسے کہ آخرت اس کے نزدیک بالکل بعید از قیاس بات ہے۔</w:t>
      </w:r>
    </w:p>
    <w:p>
      <w:r>
        <w:rPr>
          <w:b/>
        </w:rPr>
        <w:t xml:space="preserve">[30:12] </w:t>
      </w:r>
      <w:r>
        <w:t>aur kabhi aisa hota hai</w:t>
      </w:r>
    </w:p>
    <w:p>
      <w:pPr>
        <w:jc w:val="right"/>
      </w:pPr>
      <w:r>
        <w:t>اور کبھی ایسا ہوتا ہے</w:t>
      </w:r>
    </w:p>
    <w:p>
      <w:r>
        <w:rPr>
          <w:b/>
        </w:rPr>
        <w:t xml:space="preserve">[30:15] </w:t>
      </w:r>
      <w:r>
        <w:t>ke us ki akhirat se ghaflat us ko sarkashi ki is had tak pohncha deti hai ke woh apni zaban se bhi keh deta hai ke akhirat to bohat ba'eed az qiyas cheez hai.</w:t>
      </w:r>
    </w:p>
    <w:p>
      <w:pPr>
        <w:jc w:val="right"/>
      </w:pPr>
      <w:r>
        <w:t>کہ اس کی آخرت سے غفلت اس کو سرکشی کی اس حد تک پہنچا دیتی ہے کہ وہ اپنی زبان سے بھی کہہ دیتا ہے کہ آخرت تو بہت بعید از قیاس چیز ہے۔</w:t>
      </w:r>
    </w:p>
    <w:p>
      <w:r>
        <w:rPr>
          <w:b/>
        </w:rPr>
        <w:t xml:space="preserve">[30:30] </w:t>
      </w:r>
      <w:r>
        <w:t>is liye</w:t>
      </w:r>
    </w:p>
    <w:p>
      <w:pPr>
        <w:jc w:val="right"/>
      </w:pPr>
      <w:r>
        <w:t>اس لیے</w:t>
      </w:r>
    </w:p>
    <w:p>
      <w:r>
        <w:rPr>
          <w:b/>
        </w:rPr>
        <w:t xml:space="preserve">[30:31] </w:t>
      </w:r>
      <w:r>
        <w:t>aaj jo kuch mil raha hai, us ko hasil karo. kal ke mauhoom faide ki khatir aaj ke yaqeeni faide ko na kho.</w:t>
      </w:r>
    </w:p>
    <w:p>
      <w:pPr>
        <w:jc w:val="right"/>
      </w:pPr>
      <w:r>
        <w:t>آج جو کچھ مل رہا ہے، اس کو حاصل کرو۔ کل کے موہوم فائدے کی خاطر آج کے یقینی فائدے کو نہ کھو۔</w:t>
      </w:r>
    </w:p>
    <w:p>
      <w:r>
        <w:rPr>
          <w:b/>
        </w:rPr>
        <w:t xml:space="preserve">[30:44] </w:t>
      </w:r>
      <w:r>
        <w:t>is shakhs ne Allah par jhoot bandha hai. is kalme ke bhi do sooraten hain:</w:t>
      </w:r>
    </w:p>
    <w:p>
      <w:pPr>
        <w:jc w:val="right"/>
      </w:pPr>
      <w:r>
        <w:t>اس شخص نے اللہ پر جھوٹ باندھا ہے۔ اس کلمہ کے بھی دو صورتیں ہیں:</w:t>
      </w:r>
    </w:p>
    <w:p>
      <w:r>
        <w:rPr>
          <w:b/>
        </w:rPr>
        <w:t xml:space="preserve">[30:51] </w:t>
      </w:r>
      <w:r>
        <w:t>aik yeh ke aadmi ain isi jumle ko apni zaban se ada kare, doosri yeh ke woh da'i-e-haq ko is tarah nazar andaz kare jaise ke us ki baat mahaz aik sarphire shakhs ki baat hai.</w:t>
      </w:r>
    </w:p>
    <w:p>
      <w:pPr>
        <w:jc w:val="right"/>
      </w:pPr>
      <w:r>
        <w:t>ایک یہ کہ آدمی عین اسی جملے کو اپنی زبان سے ادا کرے، دوسری یہ کہ وہ داعی حق کو اس طرح نظر انداز کرے جیسے کہ اس کی بات محض ایک سرفرے شخص کی بات ہے۔</w:t>
      </w:r>
    </w:p>
    <w:p>
      <w:r>
        <w:rPr>
          <w:b/>
        </w:rPr>
        <w:t xml:space="preserve">[31:10] </w:t>
      </w:r>
      <w:r>
        <w:t>is ka Khuda se koi ta'alluq nahi hai. qal rabbi ansurni bima kadhabun.</w:t>
      </w:r>
    </w:p>
    <w:p>
      <w:pPr>
        <w:jc w:val="right"/>
      </w:pPr>
      <w:r>
        <w:t>اس کا خدا سے کوئی تعلق نہیں۔ قال رب انصرني بما كذبون.</w:t>
      </w:r>
    </w:p>
    <w:p>
      <w:r>
        <w:rPr>
          <w:b/>
        </w:rPr>
        <w:t xml:space="preserve">[31:20] </w:t>
      </w:r>
      <w:r>
        <w:t>qal 'amma qalilin layusbihanna nadimin.</w:t>
      </w:r>
    </w:p>
    <w:p>
      <w:pPr>
        <w:jc w:val="right"/>
      </w:pPr>
      <w:r>
        <w:t>قال عما قليل ليصبحن نادمين.</w:t>
      </w:r>
    </w:p>
    <w:p>
      <w:r>
        <w:rPr>
          <w:b/>
        </w:rPr>
        <w:t xml:space="preserve">[31:28] </w:t>
      </w:r>
      <w:r>
        <w:t>fa'akhadathum as-sayhatu bil-haqqi faja'alnahum ghuthaa</w:t>
      </w:r>
    </w:p>
    <w:p>
      <w:pPr>
        <w:jc w:val="right"/>
      </w:pPr>
      <w:r>
        <w:t>فاخذتهم الصیحة بالحق فجعلناهم غثاء</w:t>
      </w:r>
    </w:p>
    <w:p>
      <w:r>
        <w:rPr>
          <w:b/>
        </w:rPr>
        <w:t xml:space="preserve">[31:36] </w:t>
      </w:r>
      <w:r>
        <w:t>faba'dan lilqawmidh dhalimin.</w:t>
      </w:r>
    </w:p>
    <w:p>
      <w:pPr>
        <w:jc w:val="right"/>
      </w:pPr>
      <w:r>
        <w:t>فبعدا للقوم الظالمين.</w:t>
      </w:r>
    </w:p>
    <w:p>
      <w:r>
        <w:rPr>
          <w:b/>
        </w:rPr>
        <w:t xml:space="preserve">[31:43] </w:t>
      </w:r>
      <w:r>
        <w:t>rasool ne kaha: aye mere rab! meri madad farma ke unhon ne mujh ko jhutla diya.</w:t>
      </w:r>
    </w:p>
    <w:p>
      <w:pPr>
        <w:jc w:val="right"/>
      </w:pPr>
      <w:r>
        <w:t>رسول نے کہا: اے میرے رب! میری مدد فرما کہ انہوں نے مجھ کو جھٹلا دیا۔</w:t>
      </w:r>
    </w:p>
    <w:p>
      <w:r>
        <w:rPr>
          <w:b/>
        </w:rPr>
        <w:t xml:space="preserve">[31:52] </w:t>
      </w:r>
      <w:r>
        <w:t>farmaya ke yeh log jald hi pachtayenge. pas un ko ek sakht awaz ne</w:t>
      </w:r>
    </w:p>
    <w:p>
      <w:pPr>
        <w:jc w:val="right"/>
      </w:pPr>
      <w:r>
        <w:t>فرمایا کہ یہ لوگ جلد ہی پچھتائیں گے۔ پس ان کو ایک سخت آواز نے</w:t>
      </w:r>
    </w:p>
    <w:p>
      <w:r>
        <w:rPr>
          <w:b/>
        </w:rPr>
        <w:t xml:space="preserve">[32:01] </w:t>
      </w:r>
      <w:r>
        <w:t>haq ke mutabiq pakar liya. phir hum ne un ko khus o khashak kar diya. pas door ho zalim qawm.</w:t>
      </w:r>
    </w:p>
    <w:p>
      <w:pPr>
        <w:jc w:val="right"/>
      </w:pPr>
      <w:r>
        <w:t>حق کے مطابق پکڑ لیا۔ پھر ہم نے ان کو خس و خاشاک کر دیا۔ پس دور ہو ظالم قوم۔</w:t>
      </w:r>
    </w:p>
    <w:p>
      <w:r>
        <w:rPr>
          <w:b/>
        </w:rPr>
        <w:t xml:space="preserve">[32:13] </w:t>
      </w:r>
      <w:r>
        <w:t>tashreeh: khuda ka peghambar jis cheez ke ailan ke liye aata hai,</w:t>
      </w:r>
    </w:p>
    <w:p>
      <w:pPr>
        <w:jc w:val="right"/>
      </w:pPr>
      <w:r>
        <w:t>تشریح: خدا کا پیغمبر جس چیز کے اعلان کے لیے آتا ہے،</w:t>
      </w:r>
    </w:p>
    <w:p>
      <w:r>
        <w:rPr>
          <w:b/>
        </w:rPr>
        <w:t xml:space="preserve">[32:19] </w:t>
      </w:r>
      <w:r>
        <w:t>woh is kainat ki sab se sangin haqiqat hai. magar peghambar is haqiqat ko sirf daleel ke roop mein zahir karta hai.</w:t>
      </w:r>
    </w:p>
    <w:p>
      <w:pPr>
        <w:jc w:val="right"/>
      </w:pPr>
      <w:r>
        <w:t>وہ اس کائنات کی سب سے سنگین حقیقت ہے۔ مگر پیغمبر اس حقیقت کو صرف دلیل کے روپ میں ظاہر کرتا ہے۔</w:t>
      </w:r>
    </w:p>
    <w:p>
      <w:r>
        <w:rPr>
          <w:b/>
        </w:rPr>
        <w:t xml:space="preserve">[32:32] </w:t>
      </w:r>
      <w:r>
        <w:t>wohi log darasal momin hain jo is ko</w:t>
      </w:r>
    </w:p>
    <w:p>
      <w:pPr>
        <w:jc w:val="right"/>
      </w:pPr>
      <w:r>
        <w:t>وہی لوگ دراصل مومن ہیں جو اس کو</w:t>
      </w:r>
    </w:p>
    <w:p>
      <w:r>
        <w:rPr>
          <w:b/>
        </w:rPr>
        <w:t xml:space="preserve">[32:36] </w:t>
      </w:r>
      <w:r>
        <w:t>daleel ke roop mein pehchanen aur apne aap ko is ke hawalay kar den.</w:t>
      </w:r>
    </w:p>
    <w:p>
      <w:pPr>
        <w:jc w:val="right"/>
      </w:pPr>
      <w:r>
        <w:t>دلیل کے روپ میں پہچانیں اور اپنے آپ کو اس کے حوالے کر دیں۔</w:t>
      </w:r>
    </w:p>
    <w:p>
      <w:r>
        <w:rPr>
          <w:b/>
        </w:rPr>
        <w:t xml:space="preserve">[32:45] </w:t>
      </w:r>
      <w:r>
        <w:t>jab koi giroh aakhri taur par yeh sabit kar de ke woh haqiqat ko daleel ke roop mein pehchanne ki salahiyat nahi rakhta, to phir khuda haqiqat ko saihah ke roop mein zahir karta hai.</w:t>
      </w:r>
    </w:p>
    <w:p>
      <w:pPr>
        <w:jc w:val="right"/>
      </w:pPr>
      <w:r>
        <w:t>جب کوئی گروہ آخری طور پر یہ ثابت کر دے کہ وہ حقیقت کو دلیل کے روپ میں پہچاننے کی صلاحیت نہیں رکھتا، تو پھر خدا حقیقت کو صیحہ کے روپ میں ظاہر کرتا ہے۔</w:t>
      </w:r>
    </w:p>
    <w:p>
      <w:r>
        <w:rPr>
          <w:b/>
        </w:rPr>
        <w:t xml:space="preserve">[33:03] </w:t>
      </w:r>
      <w:r>
        <w:t>haqiqat ek aisi changhar ban jati hai jis ka samna karne ki taqat kisi ko na ho.</w:t>
      </w:r>
    </w:p>
    <w:p>
      <w:pPr>
        <w:jc w:val="right"/>
      </w:pPr>
      <w:r>
        <w:t>حقیقت ایک ایسی چنگھاڑ بن جاتی ہے جس کا سامنا کرنے کی طاقت کسی کو نہ ہو۔</w:t>
      </w:r>
    </w:p>
    <w:p>
      <w:r>
        <w:rPr>
          <w:b/>
        </w:rPr>
        <w:t xml:space="preserve">[33:13] </w:t>
      </w:r>
      <w:r>
        <w:t>magar jab haqiqat saihah ke roop mein zahir ho jaye to yeh is ko bhagatne ka waqt hota hai,</w:t>
      </w:r>
    </w:p>
    <w:p>
      <w:pPr>
        <w:jc w:val="right"/>
      </w:pPr>
      <w:r>
        <w:t>مگر جب حقیقت صیحہ کے روپ میں ظاہر ہو جائے تو یہ اس کو بھگتنے کا وقت ہوتا ہے،</w:t>
      </w:r>
    </w:p>
    <w:p>
      <w:r>
        <w:rPr>
          <w:b/>
        </w:rPr>
        <w:t xml:space="preserve">[33:21] </w:t>
      </w:r>
      <w:r>
        <w:t>na ke is ko man'ne ka. haqiqat jab saihah ke roop mein zahir hoti hai to aadmi ke hissay mein sirf yeh reh jata hai ke woh abad tak apni is nadani par pachtata rahe ke us ne</w:t>
      </w:r>
    </w:p>
    <w:p>
      <w:pPr>
        <w:jc w:val="right"/>
      </w:pPr>
      <w:r>
        <w:t>نہ کہ اس کو ماننے کا۔ حقیقت جب صیحہ کے روپ میں ظاہر ہوتی ہے تو آدمی کے حصے میں صرف یہ رہ جاتا ہے کہ وہ ابد تک اپنی اس نادانی پر پچھتاتا رہے کہ اس نے</w:t>
      </w:r>
    </w:p>
    <w:p>
      <w:r>
        <w:rPr>
          <w:b/>
        </w:rPr>
        <w:t xml:space="preserve">[33:39] </w:t>
      </w:r>
      <w:r>
        <w:t>haqiqat ko dekha magar woh is ki taraf se andha bana raha. haqiqat ki awaz is ke kaan se takrai magar us ne is ko sunne ke liye apne kaan band kar liye.</w:t>
      </w:r>
    </w:p>
    <w:p>
      <w:pPr>
        <w:jc w:val="right"/>
      </w:pPr>
      <w:r>
        <w:t>حقیقت کو دیکھا مگر وہ اس کی طرف سے اندھا بنا رہا۔ حقیقت کی آواز اس کے کان سے ٹکرائی مگر اس نے اس کو سننے کے لیے اپنے کان بند کر لیے۔</w:t>
      </w:r>
    </w:p>
    <w:p>
      <w:r>
        <w:rPr>
          <w:b/>
        </w:rPr>
        <w:t xml:space="preserve">[33:57] </w:t>
      </w:r>
      <w:r>
        <w:t>ثم انشأنا من بعدهم قرونا آخرين ما تسبق من أمة أجلها وما يستأخرون.</w:t>
      </w:r>
    </w:p>
    <w:p>
      <w:pPr>
        <w:jc w:val="right"/>
      </w:pPr>
      <w:r>
        <w:t>ثم انشأنا من بعدهم قرونا آخرين ما تسبق من أمة أجلها وما يستأخرون.</w:t>
      </w:r>
    </w:p>
    <w:p>
      <w:r>
        <w:rPr>
          <w:b/>
        </w:rPr>
        <w:t xml:space="preserve">[34:13] </w:t>
      </w:r>
      <w:r>
        <w:t>ثم</w:t>
      </w:r>
    </w:p>
    <w:p>
      <w:pPr>
        <w:jc w:val="right"/>
      </w:pPr>
      <w:r>
        <w:t>ثم</w:t>
      </w:r>
    </w:p>
    <w:p>
      <w:r>
        <w:rPr>
          <w:b/>
        </w:rPr>
        <w:t xml:space="preserve">[34:15] </w:t>
      </w:r>
      <w:r>
        <w:t>أرسلنا رسلنا تترا كلما جاء أمة رسولها كذبوه.</w:t>
      </w:r>
    </w:p>
    <w:p>
      <w:pPr>
        <w:jc w:val="right"/>
      </w:pPr>
      <w:r>
        <w:t>أرسلنا رسلنا تترا كلما جاء أمة رسولها كذبوه.</w:t>
      </w:r>
    </w:p>
    <w:p>
      <w:r>
        <w:rPr>
          <w:b/>
        </w:rPr>
        <w:t xml:space="preserve">[34:26] </w:t>
      </w:r>
      <w:r>
        <w:t>فأتبعنا بعضهم بعضا وجعلناهم أحاديث</w:t>
      </w:r>
    </w:p>
    <w:p>
      <w:pPr>
        <w:jc w:val="right"/>
      </w:pPr>
      <w:r>
        <w:t>فأتبعنا بعضهم بعضا وجعلناهم أحاديث</w:t>
      </w:r>
    </w:p>
    <w:p>
      <w:r>
        <w:rPr>
          <w:b/>
        </w:rPr>
        <w:t xml:space="preserve">[34:34] </w:t>
      </w:r>
      <w:r>
        <w:t>فبعدا لقوم لا يؤمنون. ثم أرسلنا موسى وأخاه هارون بآياتنا وسلطان مبين.</w:t>
      </w:r>
    </w:p>
    <w:p>
      <w:pPr>
        <w:jc w:val="right"/>
      </w:pPr>
      <w:r>
        <w:t>فبعدا لقوم لا يؤمنون. ثم أرسلنا موسى وأخاه هارون بآياتنا وسلطان مبين.</w:t>
      </w:r>
    </w:p>
    <w:p>
      <w:r>
        <w:rPr>
          <w:b/>
        </w:rPr>
        <w:t xml:space="preserve">[34:54] </w:t>
      </w:r>
      <w:r>
        <w:t>phir hum ne un ke baad doosri qoumen paida keen. koi qawm na apne wade se agay jati aur na us se peechay rehti.</w:t>
      </w:r>
    </w:p>
    <w:p>
      <w:pPr>
        <w:jc w:val="right"/>
      </w:pPr>
      <w:r>
        <w:t>پھر ہم نے ان کے بعد دوسری قومیں پیدا کیں۔ کوئی قوم نہ اپنے وعدے سے آگے جاتی اور نہ اس سے پیچھے رہتی۔</w:t>
      </w:r>
    </w:p>
    <w:p>
      <w:r>
        <w:rPr>
          <w:b/>
        </w:rPr>
        <w:t xml:space="preserve">[35:08] </w:t>
      </w:r>
      <w:r>
        <w:t>phir hum ne lagatar apne rasool bheje.</w:t>
      </w:r>
    </w:p>
    <w:p>
      <w:pPr>
        <w:jc w:val="right"/>
      </w:pPr>
      <w:r>
        <w:t>پھر ہم نے لگاتار اپنے رسول بھیجے۔</w:t>
      </w:r>
    </w:p>
    <w:p>
      <w:r>
        <w:rPr>
          <w:b/>
        </w:rPr>
        <w:t xml:space="preserve">[35:11] </w:t>
      </w:r>
      <w:r>
        <w:t>jab bhi kisi qawm ke paas is ka rasool aaya to unhon ne is ko jhutlaya. to hum ne ek ke baad ek ko laga diya aur hum ne un ko kahaniyan bana diya.</w:t>
      </w:r>
    </w:p>
    <w:p>
      <w:pPr>
        <w:jc w:val="right"/>
      </w:pPr>
      <w:r>
        <w:t>جب بھی کسی قوم کے پاس اس کا رسول آیا تو انہوں نے اس کو جھٹلایا۔ تو ہم نے ایک کے بعد ایک کو لگا دیا اور ہم نے ان کو کہانیاں بنا دیا۔</w:t>
      </w:r>
    </w:p>
    <w:p>
      <w:r>
        <w:rPr>
          <w:b/>
        </w:rPr>
        <w:t xml:space="preserve">[35:26] </w:t>
      </w:r>
      <w:r>
        <w:t>pas door hon woh log</w:t>
      </w:r>
    </w:p>
    <w:p>
      <w:pPr>
        <w:jc w:val="right"/>
      </w:pPr>
      <w:r>
        <w:t>پس دور ہوں وہ لوگ</w:t>
      </w:r>
    </w:p>
    <w:p>
      <w:r>
        <w:rPr>
          <w:b/>
        </w:rPr>
        <w:t xml:space="preserve">[35:28] </w:t>
      </w:r>
      <w:r>
        <w:t>jo imaan nahi latay.</w:t>
      </w:r>
    </w:p>
    <w:p>
      <w:pPr>
        <w:jc w:val="right"/>
      </w:pPr>
      <w:r>
        <w:t>جو ایمان نہیں لاتے۔</w:t>
      </w:r>
    </w:p>
    <w:p>
      <w:r>
        <w:rPr>
          <w:b/>
        </w:rPr>
        <w:t xml:space="preserve">[35:33] </w:t>
      </w:r>
      <w:r>
        <w:t>tashreeh: peghambaron ke baad hamesha un ki ummaton mein bigad aata raha. un ki islaah ke liye bar bar peghambar bheje gaye.</w:t>
      </w:r>
    </w:p>
    <w:p>
      <w:pPr>
        <w:jc w:val="right"/>
      </w:pPr>
      <w:r>
        <w:t>تشریح: پیغمبروں کے بعد ہمیشہ ان کی امتوں میں بگاڑ آتا رہا۔ ان کی اصلاح کے لیے بار بار پیغمبر بھیجے گئے۔</w:t>
      </w:r>
    </w:p>
    <w:p>
      <w:r>
        <w:rPr>
          <w:b/>
        </w:rPr>
        <w:t xml:space="preserve">[35:47] </w:t>
      </w:r>
      <w:r>
        <w:t>ummat Adam mein Hazrat Nuh aaye.</w:t>
      </w:r>
    </w:p>
    <w:p>
      <w:pPr>
        <w:jc w:val="right"/>
      </w:pPr>
      <w:r>
        <w:t>امت آدم میں حضرت نوح آئے۔</w:t>
      </w:r>
    </w:p>
    <w:p>
      <w:r>
        <w:rPr>
          <w:b/>
        </w:rPr>
        <w:t xml:space="preserve">[35:50] </w:t>
      </w:r>
      <w:r>
        <w:t>is ke baad ummat-e-nooh mein hazrat hood aaye. phir ummat-e-hood mein hazrat saleh aaye waghera.</w:t>
      </w:r>
    </w:p>
    <w:p>
      <w:pPr>
        <w:jc w:val="right"/>
      </w:pPr>
      <w:r>
        <w:t>اس کے بعد امت نوح میں حضرت ہود آئے۔ پھر امت ہود میں حضرت صالح آئے وغیرہ۔</w:t>
      </w:r>
    </w:p>
    <w:p>
      <w:r>
        <w:rPr>
          <w:b/>
        </w:rPr>
        <w:t xml:space="preserve">[36:01] </w:t>
      </w:r>
      <w:r>
        <w:t>magar har baar yeh hua ke wohi log jo maazi ke paighambar ko</w:t>
      </w:r>
    </w:p>
    <w:p>
      <w:pPr>
        <w:jc w:val="right"/>
      </w:pPr>
      <w:r>
        <w:t>مگر ہر بار یہ ہوا کہ وہی لوگ جو ماضی کے پیغمبر کو</w:t>
      </w:r>
    </w:p>
    <w:p>
      <w:r>
        <w:rPr>
          <w:b/>
        </w:rPr>
        <w:t xml:space="preserve">[36:06] </w:t>
      </w:r>
      <w:r>
        <w:t>bila bahs maane hue thay, woh haal ke paighambar ko kisi tarah maanne par tayyar na hue. is ki wajah yeh hai ke maazi ka paighambar taweel rawaiyat ke nateejay mein</w:t>
      </w:r>
    </w:p>
    <w:p>
      <w:pPr>
        <w:jc w:val="right"/>
      </w:pPr>
      <w:r>
        <w:t>بلا بحث مانے ہوئے تھے، وہ حال کے پیغمبر کو کسی طرح ماننے پر تیار نہ ہوئے۔ اس کی وجہ یہ ہے کہ ماضی کا پیغمبر طویل روایات کے نتیجے میں</w:t>
      </w:r>
    </w:p>
    <w:p>
      <w:r>
        <w:rPr>
          <w:b/>
        </w:rPr>
        <w:t xml:space="preserve">[36:23] </w:t>
      </w:r>
      <w:r>
        <w:t>qaumi fakhr ka nishaan ban jaata hai. woh qaumon ke liye un ke qaumi tashakhhus ki alamat hota hai. woh un ke liye qaumi hero ka darja ikhtiyar kar leta hai.</w:t>
      </w:r>
    </w:p>
    <w:p>
      <w:pPr>
        <w:jc w:val="right"/>
      </w:pPr>
      <w:r>
        <w:t>قومی فخر کا نشان بن جاتا ہے۔ وہ قوموں کے لیے ان کے قومی تشخص کی علامت ہوتا ہے۔ وہ ان کے لیے قومی ہیرو کا درجہ اختیار کر لیتا ہے۔</w:t>
      </w:r>
    </w:p>
    <w:p>
      <w:r>
        <w:rPr>
          <w:b/>
        </w:rPr>
        <w:t xml:space="preserve">[36:36] </w:t>
      </w:r>
      <w:r>
        <w:t>isko maanne kar aadmi ke ehsaas-e-bartari ko</w:t>
      </w:r>
    </w:p>
    <w:p>
      <w:pPr>
        <w:jc w:val="right"/>
      </w:pPr>
      <w:r>
        <w:t>اس کو مان کر آدمی کے احساس برتری کو</w:t>
      </w:r>
    </w:p>
    <w:p>
      <w:r>
        <w:rPr>
          <w:b/>
        </w:rPr>
        <w:t xml:space="preserve">[36:40] </w:t>
      </w:r>
      <w:r>
        <w:t>taskeen milti hai. zahir hai ke aise paighambar ko kaun nahi maane ga? magar haal ke paighambar ka maamla is se bilkul baraks hota hai.</w:t>
      </w:r>
    </w:p>
    <w:p>
      <w:pPr>
        <w:jc w:val="right"/>
      </w:pPr>
      <w:r>
        <w:t>تسکین ملتی ہے۔ ظاہر ہے کہ ایسے پیغمبر کو کون نہیں مانے گا؟ مگر حال کے پیغمبر کا معاملہ اس سے بالکل برعکس ہوتا ہے۔</w:t>
      </w:r>
    </w:p>
    <w:p>
      <w:r>
        <w:rPr>
          <w:b/>
        </w:rPr>
        <w:t xml:space="preserve">[36:53] </w:t>
      </w:r>
      <w:r>
        <w:t>haal ke paighambar ke saath is ki tareekh</w:t>
      </w:r>
    </w:p>
    <w:p>
      <w:pPr>
        <w:jc w:val="right"/>
      </w:pPr>
      <w:r>
        <w:t>حال کے پیغمبر کے ساتھ اس کی تاریخ</w:t>
      </w:r>
    </w:p>
    <w:p>
      <w:r>
        <w:rPr>
          <w:b/>
        </w:rPr>
        <w:t xml:space="preserve">[36:57] </w:t>
      </w:r>
      <w:r>
        <w:t>wabasta nahi hoti. is ke saath azmat aur taqaddus ki rawaiyat shamil nahi hoti. is ko maanna sirf ek maanvi haqeeqat ke aitraaf ke hum maani hota hai,</w:t>
      </w:r>
    </w:p>
    <w:p>
      <w:pPr>
        <w:jc w:val="right"/>
      </w:pPr>
      <w:r>
        <w:t>وابستہ نہیں ہوتی۔ اس کے ساتھ عظمت اور تقدس کی روایت شامل نہیں ہوتی۔ اس کو ماننا صرف ایک معنوی حقیقت کے اعتراف کے ہم معنی ہوتا ہے،</w:t>
      </w:r>
    </w:p>
    <w:p>
      <w:r>
        <w:rPr>
          <w:b/>
        </w:rPr>
        <w:t xml:space="preserve">[37:11] </w:t>
      </w:r>
      <w:r>
        <w:t>na ke kisi</w:t>
      </w:r>
    </w:p>
    <w:p>
      <w:pPr>
        <w:jc w:val="right"/>
      </w:pPr>
      <w:r>
        <w:t>نہ کہ کسی</w:t>
      </w:r>
    </w:p>
    <w:p>
      <w:r>
        <w:rPr>
          <w:b/>
        </w:rPr>
        <w:t xml:space="preserve">[37:13] </w:t>
      </w:r>
      <w:r>
        <w:t>himalai azmat se apne aap ko wabasta karna. yahi wajah hai ke maazi ke paighambar ko maanne wale hamesha haal ke paighambar ka inkaar karte rahe.</w:t>
      </w:r>
    </w:p>
    <w:p>
      <w:pPr>
        <w:jc w:val="right"/>
      </w:pPr>
      <w:r>
        <w:t>ہمالیائی عظمت سے اپنے آپ کو وابستہ کرنا۔ یہی وجہ ہے کہ ماضی کے پیغمبر کو ماننے والے ہمیشہ حال کے پیغمبر کا انکار کرتے رہے۔</w:t>
      </w:r>
    </w:p>
    <w:p>
      <w:r>
        <w:rPr>
          <w:b/>
        </w:rPr>
        <w:t xml:space="preserve">[37:30] </w:t>
      </w:r>
      <w:r>
        <w:t>door hon jo imaan nahi laate. is ko lafz badal kar kahein to is ka matlab yeh hoga ke door hon woh log jo Khuda ke safeer ko Khuda ke safeer ki hesiyat se nahi pehchaan paate.</w:t>
      </w:r>
    </w:p>
    <w:p>
      <w:pPr>
        <w:jc w:val="right"/>
      </w:pPr>
      <w:r>
        <w:t>دور ہوں جو ایمان نہیں لاتے۔ اس کو لفظ بدل کر کہیں تو اس کا مطلب یہ ہوگا کہ دور ہوں وہ لوگ جو خدا کے سفیر کو خدا کے سفیر کی حیثیت سے نہیں پہچان پاتے۔</w:t>
      </w:r>
    </w:p>
    <w:p>
      <w:r>
        <w:rPr>
          <w:b/>
        </w:rPr>
        <w:t xml:space="preserve">[37:45] </w:t>
      </w:r>
      <w:r>
        <w:t>woh Khuda ke safeer ko sirf</w:t>
      </w:r>
    </w:p>
    <w:p>
      <w:pPr>
        <w:jc w:val="right"/>
      </w:pPr>
      <w:r>
        <w:t>وہ خدا کے سفیر کو صرف</w:t>
      </w:r>
    </w:p>
    <w:p>
      <w:r>
        <w:rPr>
          <w:b/>
        </w:rPr>
        <w:t xml:space="preserve">[37:47] </w:t>
      </w:r>
      <w:r>
        <w:t>usi waqt pehchaante hain jabke tareekhi amal ke nateejay mein woh un ka qaumi hi ban chuka ho.</w:t>
      </w:r>
    </w:p>
    <w:p>
      <w:pPr>
        <w:jc w:val="right"/>
      </w:pPr>
      <w:r>
        <w:t>اسی وقت پہچانتے ہیں جبکہ تاریخی عمل کے نتیجے میں وہ ان کا قومی ہی بن چکا ہو۔</w:t>
      </w:r>
    </w:p>
    <w:p>
      <w:r>
        <w:rPr>
          <w:b/>
        </w:rPr>
        <w:t xml:space="preserve">[37:58] </w:t>
      </w:r>
      <w:r>
        <w:t>ilal fir'awna wa mala'ihi fastakbaroo wa kanoo qawman 'aaliyeen.</w:t>
      </w:r>
    </w:p>
    <w:p>
      <w:pPr>
        <w:jc w:val="right"/>
      </w:pPr>
      <w:r>
        <w:t>إلى فرعون وملأه فاستكبروا وكانوا قوما عاليين.</w:t>
      </w:r>
    </w:p>
    <w:p>
      <w:r>
        <w:rPr>
          <w:b/>
        </w:rPr>
        <w:t xml:space="preserve">[38:07] </w:t>
      </w:r>
      <w:r>
        <w:t>fa qalo an'u'minu libasharayni mithlina wa qawmuhuma lana 'aabidoon.</w:t>
      </w:r>
    </w:p>
    <w:p>
      <w:pPr>
        <w:jc w:val="right"/>
      </w:pPr>
      <w:r>
        <w:t>فقالوا أنؤمن لبشرين مثلنا وقومهما لنا عابدون.</w:t>
      </w:r>
    </w:p>
    <w:p>
      <w:r>
        <w:rPr>
          <w:b/>
        </w:rPr>
        <w:t xml:space="preserve">[38:17] </w:t>
      </w:r>
      <w:r>
        <w:t>fa kazzaboohuma fa kanoo minal muhlikeen. wa laqad aataina moosal kitaba la'allahum yahtadoon.</w:t>
      </w:r>
    </w:p>
    <w:p>
      <w:pPr>
        <w:jc w:val="right"/>
      </w:pPr>
      <w:r>
        <w:t>فكذبوهما فكانوا من المهلكين. ولقد آتينا موسى الكتاب لعلهم يهتدون.</w:t>
      </w:r>
    </w:p>
    <w:p>
      <w:r>
        <w:rPr>
          <w:b/>
        </w:rPr>
        <w:t xml:space="preserve">[38:32] </w:t>
      </w:r>
      <w:r>
        <w:t>phir hum ne Moosa aur us ke bhai Haroon ko bheja apni nishaniyon aur khuli daleel ke saath Fir'on aur us ke darbariyon ke paas to unhone takabbur kiya aur woh maghroor log thay.</w:t>
      </w:r>
    </w:p>
    <w:p>
      <w:pPr>
        <w:jc w:val="right"/>
      </w:pPr>
      <w:r>
        <w:t>پھر ہم نے موسیٰ اور اس کے بھائی ہارون کو بھیجا اپنی نشانیوں اور کھلی دلیل کے ساتھ فرعون اور اس کے درباریوں کے پاس تو انہوں نے تکبر کیا اور وہ مغرور لوگ تھے۔</w:t>
      </w:r>
    </w:p>
    <w:p>
      <w:r>
        <w:rPr>
          <w:b/>
        </w:rPr>
        <w:t xml:space="preserve">[38:49] </w:t>
      </w:r>
      <w:r>
        <w:t>pas unhone kaha: "kya hum apne jaisay do aadmiyon ki baat maan lein halaan ke un ki qaum ke log hamare tabedar hain?" pas unhone un ko jhutla diya.</w:t>
      </w:r>
    </w:p>
    <w:p>
      <w:pPr>
        <w:jc w:val="right"/>
      </w:pPr>
      <w:r>
        <w:t>پس انہوں نے کہا: "کیا ہم اپنے جیسے دو آدمیوں کی بات مان لیں حالانکہ ان کی قوم کے لوگ ہمارے تابعدار ہیں؟" پس انہوں نے ان کو جھٹلا دیا۔</w:t>
      </w:r>
    </w:p>
    <w:p>
      <w:r>
        <w:rPr>
          <w:b/>
        </w:rPr>
        <w:t xml:space="preserve">[39:04] </w:t>
      </w:r>
      <w:r>
        <w:t>phir woh halaak kar diye gaye</w:t>
      </w:r>
    </w:p>
    <w:p>
      <w:pPr>
        <w:jc w:val="right"/>
      </w:pPr>
      <w:r>
        <w:t>پھر وہ ہلاک کر دیے گئے</w:t>
      </w:r>
    </w:p>
    <w:p>
      <w:r>
        <w:rPr>
          <w:b/>
        </w:rPr>
        <w:t xml:space="preserve">[39:07] </w:t>
      </w:r>
      <w:r>
        <w:t>aur hum ne Moosa ko kitaab di taake woh raah paayein. tashreeh: hazrat Moosa aur hazrat Haroon Bani Israel ke fard thay.</w:t>
      </w:r>
    </w:p>
    <w:p>
      <w:pPr>
        <w:jc w:val="right"/>
      </w:pPr>
      <w:r>
        <w:t>اور ہم نے موسیٰ کو کتاب دی تاکہ وہ راہ پائیں۔ تشریح: حضرت موسیٰ اور حضرت ہارون بنی اسرائیل کے فرد تھے۔</w:t>
      </w:r>
    </w:p>
    <w:p>
      <w:r>
        <w:rPr>
          <w:b/>
        </w:rPr>
        <w:t xml:space="preserve">[39:21] </w:t>
      </w:r>
      <w:r>
        <w:t>Bani Israel us waqt Misr mein thay aur</w:t>
      </w:r>
    </w:p>
    <w:p>
      <w:pPr>
        <w:jc w:val="right"/>
      </w:pPr>
      <w:r>
        <w:t>بنی اسرائیل اس وقت مصر میں تھے اور</w:t>
      </w:r>
    </w:p>
    <w:p>
      <w:r>
        <w:rPr>
          <w:b/>
        </w:rPr>
        <w:t xml:space="preserve">[39:24] </w:t>
      </w:r>
      <w:r>
        <w:t>wahan ki hukmaran qaum ke liye mazdoor ki hesiyat rakhte thay. Bani Israel ki kamtar hesiyat aur un ke muqable mein Fir'on aur us ke saathiyon ki bartar hesiyat un ke liye maani ban gayi.</w:t>
      </w:r>
    </w:p>
    <w:p>
      <w:pPr>
        <w:jc w:val="right"/>
      </w:pPr>
      <w:r>
        <w:t>وہاں کی حکمران قوم کے لیے مزدور کی حیثیت رکھتے تھے۔ بنی اسرائیل کی کمتر حیثیت اور ان کے مقابلے میں فرعون اور اس کے ساتھیوں کی برتر حیثیت ان کے لیے معنی بن گئی۔</w:t>
      </w:r>
    </w:p>
    <w:p>
      <w:r>
        <w:rPr>
          <w:b/>
        </w:rPr>
        <w:t xml:space="preserve">[39:41] </w:t>
      </w:r>
      <w:r>
        <w:t>woh ek Israeli paighambar ko numainda-e-Khuda maanne ke liye tayyar na hue. hazrat Moosa ne agarche un ke saamne nihayat mu'hkam dalail pesh kiye magar dalail ka wazan unhein</w:t>
      </w:r>
    </w:p>
    <w:p>
      <w:pPr>
        <w:jc w:val="right"/>
      </w:pPr>
      <w:r>
        <w:t>وہ ایک اسرائیلی پیغمبر کو نمائندہ خدا ماننے کے لیے تیار نہ ہوئے۔ حضرت موسیٰ نے اگرچہ ان کے سامنے نہایت محکم دلائل پیش کیے مگر دلائل کا وزن انہیں</w:t>
      </w:r>
    </w:p>
    <w:p>
      <w:r>
        <w:rPr>
          <w:b/>
        </w:rPr>
        <w:t xml:space="preserve">[39:59] </w:t>
      </w:r>
      <w:r>
        <w:t>is ke liye majboor na kar saka ke woh apni bartar nafsiyaat ko badlein aur ek mahkoom shakhs ki zubaan se zahir hone wali sadaqat ka aitraaf karein.</w:t>
      </w:r>
    </w:p>
    <w:p>
      <w:pPr>
        <w:jc w:val="right"/>
      </w:pPr>
      <w:r>
        <w:t>اس کے لیے مجبور نہ کر سکا کہ وہ اپنی برتر نفسیات کو بدلیں اور ایک محکوم شخص کی زبان سے ظاہر ہونے والی صداقت کا اعتراف کریں۔</w:t>
      </w:r>
    </w:p>
    <w:p>
      <w:r>
        <w:rPr>
          <w:b/>
        </w:rPr>
        <w:t xml:space="preserve">[40:13] </w:t>
      </w:r>
      <w:r>
        <w:t>is ka nateeja yeh hua ke Allah Ta'ala ne</w:t>
      </w:r>
    </w:p>
    <w:p>
      <w:pPr>
        <w:jc w:val="right"/>
      </w:pPr>
      <w:r>
        <w:t>اس کا نتیجہ یہ ہوا کہ اللہ تعالیٰ نے</w:t>
      </w:r>
    </w:p>
    <w:p>
      <w:r>
        <w:rPr>
          <w:b/>
        </w:rPr>
        <w:t xml:space="preserve">[40:16] </w:t>
      </w:r>
      <w:r>
        <w:t>paighambar ki madad ki. firon apni tamam taqaton ke sath gharaq kar diya gaya. doosri taraf jin logon ne paighambar ka sath diya tha, un par khuda ne yeh ehsan farmaya ke un ke pas</w:t>
      </w:r>
    </w:p>
    <w:p>
      <w:pPr>
        <w:jc w:val="right"/>
      </w:pPr>
      <w:r>
        <w:t>پیغمبر کی مدد کی۔ فرعون اپنی تمام طاقتوں کے ساتھ غرق کر دیا گیا۔ دوسری طرف جن لوگوں نے پیغمبر کا ساتھ دیا تھا، ان پر خدا نے یہ احسان فرمایا کہ ان کے پاس</w:t>
      </w:r>
    </w:p>
    <w:p>
      <w:r>
        <w:rPr>
          <w:b/>
        </w:rPr>
        <w:t xml:space="preserve">[40:32] </w:t>
      </w:r>
      <w:r>
        <w:t>apna hidayat nama bheja jis ko ikhtiyar kar ke aadmi dunya aur akhirat mein kamyabi ko apne liye yaqini bana sakta hai.</w:t>
      </w:r>
    </w:p>
    <w:p>
      <w:pPr>
        <w:jc w:val="right"/>
      </w:pPr>
      <w:r>
        <w:t>اپنا ہدایت نامہ بھیجا جس کو اختیار کر کے آدمی دنیا اور آخرت میں کامیابی کو اپنے لیے یقینی بنا سکتا ہے۔</w:t>
      </w:r>
    </w:p>
    <w:p>
      <w:r>
        <w:rPr>
          <w:b/>
        </w:rPr>
        <w:t xml:space="preserve">[40:45] </w:t>
      </w:r>
      <w:r>
        <w:t>wajalna ibna maryam wa ummahu</w:t>
      </w:r>
    </w:p>
    <w:p>
      <w:pPr>
        <w:jc w:val="right"/>
      </w:pPr>
      <w:r>
        <w:t>وجعلنا ابن مريم وامه</w:t>
      </w:r>
    </w:p>
    <w:p>
      <w:r>
        <w:rPr>
          <w:b/>
        </w:rPr>
        <w:t xml:space="preserve">[40:51] </w:t>
      </w:r>
      <w:r>
        <w:t>aayatan wa awainahuma ila rabwatin zatin qararin wa maeen.</w:t>
      </w:r>
    </w:p>
    <w:p>
      <w:pPr>
        <w:jc w:val="right"/>
      </w:pPr>
      <w:r>
        <w:t>آية واويناهما إلى ربوة ذات قرار ومعين.</w:t>
      </w:r>
    </w:p>
    <w:p>
      <w:r>
        <w:rPr>
          <w:b/>
        </w:rPr>
        <w:t xml:space="preserve">[41:04] </w:t>
      </w:r>
      <w:r>
        <w:t>aur hum ne maryam ke bete ko aur us ki maan ko aik nishani banaya aur hum ne un ko aik oonchi zameen par thikana diya jo sukoon ki jagah thi</w:t>
      </w:r>
    </w:p>
    <w:p>
      <w:pPr>
        <w:jc w:val="right"/>
      </w:pPr>
      <w:r>
        <w:t>اور ہم نے مریم کے بیٹے کو اور اس کی ماں کو ایک نشانی بنایا اور ہم نے ان کو ایک اونچی زمین پر ٹھکانہ دیا جو سکون کی جگہ تھی</w:t>
      </w:r>
    </w:p>
    <w:p>
      <w:r>
        <w:rPr>
          <w:b/>
        </w:rPr>
        <w:t xml:space="preserve">[41:22] </w:t>
      </w:r>
      <w:r>
        <w:t>aur wahan chashma jari tha.</w:t>
      </w:r>
    </w:p>
    <w:p>
      <w:pPr>
        <w:jc w:val="right"/>
      </w:pPr>
      <w:r>
        <w:t>اور وہاں چشمہ جاری تھا۔</w:t>
      </w:r>
    </w:p>
    <w:p>
      <w:r>
        <w:rPr>
          <w:b/>
        </w:rPr>
        <w:t xml:space="preserve">[41:27] </w:t>
      </w:r>
      <w:r>
        <w:t>tashreeh: hazrat maseeh ki baghair baap ke paidaish aik be had anokha waqia tha.</w:t>
      </w:r>
    </w:p>
    <w:p>
      <w:pPr>
        <w:jc w:val="right"/>
      </w:pPr>
      <w:r>
        <w:t>تشریح: حضرت مسیح کی بغیر باپ کے پیدائش ایک بے حد انوکھا واقعہ تھا۔</w:t>
      </w:r>
    </w:p>
    <w:p>
      <w:r>
        <w:rPr>
          <w:b/>
        </w:rPr>
        <w:t xml:space="preserve">[41:37] </w:t>
      </w:r>
      <w:r>
        <w:t>yeh waqia kyun hua? yeh aik nishani ke taur par hua. qadeem zamanon mein yahood ko</w:t>
      </w:r>
    </w:p>
    <w:p>
      <w:pPr>
        <w:jc w:val="right"/>
      </w:pPr>
      <w:r>
        <w:t>یہ واقعہ کیوں ہوا؟ یہ ایک نشانی کے طور پر ہوا۔ قدیم زمانے میں یہود کو</w:t>
      </w:r>
    </w:p>
    <w:p>
      <w:r>
        <w:rPr>
          <w:b/>
        </w:rPr>
        <w:t xml:space="preserve">[41:46] </w:t>
      </w:r>
      <w:r>
        <w:t>hamil risalat giroh ki hesiyat hasil thi magar unhon ne musalsal sarkashi se apne liye is ka istihqaaq kho diya.</w:t>
      </w:r>
    </w:p>
    <w:p>
      <w:pPr>
        <w:jc w:val="right"/>
      </w:pPr>
      <w:r>
        <w:t>حامل رسالت گروہ کی حیثیت حاصل تھی مگر انہوں نے مسلسل سرکشی سے اپنے لیے اس کا استحقاق کھو دیا۔</w:t>
      </w:r>
    </w:p>
    <w:p>
      <w:r>
        <w:rPr>
          <w:b/>
        </w:rPr>
        <w:t xml:space="preserve">[41:59] </w:t>
      </w:r>
      <w:r>
        <w:t>ab waqt aa gaya tha ke yeh amanat un se le kar</w:t>
      </w:r>
    </w:p>
    <w:p>
      <w:pPr>
        <w:jc w:val="right"/>
      </w:pPr>
      <w:r>
        <w:t>اب وقت آ گیا تھا کہ یہ امانت ان سے لے کر</w:t>
      </w:r>
    </w:p>
    <w:p>
      <w:r>
        <w:rPr>
          <w:b/>
        </w:rPr>
        <w:t xml:space="preserve">[42:04] </w:t>
      </w:r>
      <w:r>
        <w:t>bano ismail ko de di jaye. chunancha yahood ke oopar aakhri itmam حجت ke liye un ke aakhri paighambar ko moajzaati andaaz mein paida kiya gaya aur is paighambar ko mazeed</w:t>
      </w:r>
    </w:p>
    <w:p>
      <w:pPr>
        <w:jc w:val="right"/>
      </w:pPr>
      <w:r>
        <w:t>بنو اسماعیل کو دے دی جائے۔ چنانچہ یہود کے اوپر آخری اتمام حجت کے لیے ان کے آخری پیغمبر کو معجزاتی انداز میں پیدا کیا گیا اور اس پیغمبر کو مزید</w:t>
      </w:r>
    </w:p>
    <w:p>
      <w:r>
        <w:rPr>
          <w:b/>
        </w:rPr>
        <w:t xml:space="preserve">[42:20] </w:t>
      </w:r>
      <w:r>
        <w:t>ghair maamooli moajze diye gaye. is ke bawajood jab yahood aap ke munkir bane rahe to yeh baat aakhri taur par sabit ho gayi ke woh hamil risalat banne ke ahel nahi hain.</w:t>
      </w:r>
    </w:p>
    <w:p>
      <w:pPr>
        <w:jc w:val="right"/>
      </w:pPr>
      <w:r>
        <w:t>غیر معمولی معجزے دیے گئے۔ اس کے باوجود جب یہود آپ کے منکر بنے رہے تو یہ بات آخری طور پر ثابت ہوگئی کہ وہ حامل رسالت بننے کے اہل نہیں ہیں۔</w:t>
      </w:r>
    </w:p>
    <w:p>
      <w:r>
        <w:rPr>
          <w:b/>
        </w:rPr>
        <w:t xml:space="preserve">[42:39] </w:t>
      </w:r>
      <w:r>
        <w:t>hazrat maryam ke liye yeh intehai nazuk marhala tha. aise haal mein un ko sakht zaroorat thi ke koi aisa gosha ho jahan woh logon ki nazar se door ho kar reh saken.</w:t>
      </w:r>
    </w:p>
    <w:p>
      <w:pPr>
        <w:jc w:val="right"/>
      </w:pPr>
      <w:r>
        <w:t>حضرت مریم کے لیے یہ انتہائی نازک مرحلہ تھا۔ ایسے حال میں ان کو سخت ضرورت تھی کہ کوئی ایسا گوشہ ہو جہاں وہ لوگوں کی نظر سے دور ہو کر رہ سکیں۔</w:t>
      </w:r>
    </w:p>
    <w:p>
      <w:r>
        <w:rPr>
          <w:b/>
        </w:rPr>
        <w:t xml:space="preserve">[42:56] </w:t>
      </w:r>
      <w:r>
        <w:t>wahan zindagi ki zaroori cheezen bhi hon aur sukoon o itminan bhi hasil ho. allah ta'ala ne jab un ko is nazuk imtehan mein dala to isi ke sath un ke watan ke qareeb</w:t>
      </w:r>
    </w:p>
    <w:p>
      <w:pPr>
        <w:jc w:val="right"/>
      </w:pPr>
      <w:r>
        <w:t>وہاں زندگی کی ضروری چیزیں بھی ہوں اور سکون و اطمینان بھی حاصل ہو۔ اللہ تعالیٰ نے جب ان کو اس نازک امتحان میں ڈالا تو اسی کے ساتھ ان کے وطن کے قریب</w:t>
      </w:r>
    </w:p>
    <w:p>
      <w:r>
        <w:rPr>
          <w:b/>
        </w:rPr>
        <w:t xml:space="preserve">[43:12] </w:t>
      </w:r>
      <w:r>
        <w:t>aik pur aman gosha bhi un ke liye muhaaya farma diya.</w:t>
      </w:r>
    </w:p>
    <w:p>
      <w:pPr>
        <w:jc w:val="right"/>
      </w:pPr>
      <w:r>
        <w:t>ایک پرامن گوشہ بھی ان کے لیے مہیا فرما دیا۔</w:t>
      </w:r>
    </w:p>
    <w:p>
      <w:r>
        <w:rPr>
          <w:b/>
        </w:rPr>
        <w:t xml:space="preserve">[43:20] </w:t>
      </w:r>
      <w:r>
        <w:t>ya ayyuhal rusul kuloo min al tayyibati wa a'maloo salihan inni bima ta'maloon aleem</w:t>
      </w:r>
    </w:p>
    <w:p>
      <w:pPr>
        <w:jc w:val="right"/>
      </w:pPr>
      <w:r>
        <w:t>يا أيها الرسل كلوا من الطيبات واعملوا صالحا إني بما تعملون عليم</w:t>
      </w:r>
    </w:p>
    <w:p>
      <w:r>
        <w:rPr>
          <w:b/>
        </w:rPr>
        <w:t xml:space="preserve">[43:32] </w:t>
      </w:r>
      <w:r>
        <w:t>wa inna hazhi</w:t>
      </w:r>
    </w:p>
    <w:p>
      <w:pPr>
        <w:jc w:val="right"/>
      </w:pPr>
      <w:r>
        <w:t>وإن هذه</w:t>
      </w:r>
    </w:p>
    <w:p>
      <w:r>
        <w:rPr>
          <w:b/>
        </w:rPr>
        <w:t xml:space="preserve">[43:36] </w:t>
      </w:r>
      <w:r>
        <w:t>ummatukum ummatun wahidatun wa ana rabbukum fa'ttqoon.</w:t>
      </w:r>
    </w:p>
    <w:p>
      <w:pPr>
        <w:jc w:val="right"/>
      </w:pPr>
      <w:r>
        <w:t>أمتكم أمة واحدة وأنا ربكم فاتقون.</w:t>
      </w:r>
    </w:p>
    <w:p>
      <w:r>
        <w:rPr>
          <w:b/>
        </w:rPr>
        <w:t xml:space="preserve">[43:47] </w:t>
      </w:r>
      <w:r>
        <w:t>ae paighambaron!</w:t>
      </w:r>
    </w:p>
    <w:p>
      <w:pPr>
        <w:jc w:val="right"/>
      </w:pPr>
      <w:r>
        <w:t>اے پیغمبروں!</w:t>
      </w:r>
    </w:p>
    <w:p>
      <w:r>
        <w:rPr>
          <w:b/>
        </w:rPr>
        <w:t xml:space="preserve">[43:49] </w:t>
      </w:r>
      <w:r>
        <w:t>saaf cheezen khao aur naik kaam karo. main janta hoon jo kuch tum karte ho aur yeh tumhara deen aik hi deen hai aur main tumhara rab hoon to tum mujh se daro.</w:t>
      </w:r>
    </w:p>
    <w:p>
      <w:pPr>
        <w:jc w:val="right"/>
      </w:pPr>
      <w:r>
        <w:t>ستھری چیزیں کھاؤ اور نیک کام کرو۔ میں جانتا ہوں جو کچھ تم کرتے ہو اور یہ تمہارا دین ایک ہی دین ہے اور میں تمہارا رب ہوں تو تم مجھ سے ڈرو۔</w:t>
      </w:r>
    </w:p>
    <w:p>
      <w:r>
        <w:rPr>
          <w:b/>
        </w:rPr>
        <w:t xml:space="preserve">[44:09] </w:t>
      </w:r>
      <w:r>
        <w:t>tashreeh: deen aslan sirf aik hai aur yahi aik deen tamam paighambaron ko bataya gaya. woh yeh</w:t>
      </w:r>
    </w:p>
    <w:p>
      <w:pPr>
        <w:jc w:val="right"/>
      </w:pPr>
      <w:r>
        <w:t>تشریح: دین اصلاً صرف ایک ہے اور یہی ایک دین تمام پیغمبروں کو بتایا گیا۔ وہ یہ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