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Mission</w:t>
      </w:r>
    </w:p>
    <w:p>
      <w:r>
        <w:t>https://www.youtube.com/watch?v=Ial-p18iypI</w:t>
      </w:r>
    </w:p>
    <w:p>
      <w:r>
        <w:rPr>
          <w:b/>
        </w:rPr>
        <w:t xml:space="preserve">[00:02] </w:t>
      </w:r>
      <w:r>
        <w:t>assalam o alaikum everyone. aoozu billahi minash shaitanir rajeem, bismillahir rahmanir rahim. rabbi zidni ilman, rabishrah li sadri wa yassir li amri, wahlul uqdatan min lisani yafqahu qawli.</w:t>
      </w:r>
    </w:p>
    <w:p>
      <w:pPr>
        <w:jc w:val="right"/>
      </w:pPr>
      <w:r>
        <w:t>السلام علیکم ایوری ون۔ اعوذ باللہ من الشیطان الرجیم، بسم اللہ الرحمن الرحیم۔ ربی زنی علما، رب اشرح لی صدری ویسر لی امری، واحل العقدۃ من لسانی یفقہ قولی۔</w:t>
      </w:r>
    </w:p>
    <w:p>
      <w:r>
        <w:rPr>
          <w:b/>
        </w:rPr>
        <w:t xml:space="preserve">[00:17] </w:t>
      </w:r>
      <w:r>
        <w:t>allahumma salli ala muhammad wa ala aali muhammad, kama sallaita ala ibrahim wa ala aali ibrahim, innaka hameedun majeed. allahumma barik ala muhammad wa ala aali muhammad, kama barakta ala ibrahim wa ala aali ibrahim, innaka hameedun majeed.</w:t>
      </w:r>
    </w:p>
    <w:p>
      <w:pPr>
        <w:jc w:val="right"/>
      </w:pPr>
      <w:r>
        <w:t>اللہم صلی علی محمد وعلی ال محمد، کما صلیت علی ابراہیم وعلی ال ابراہیم، انک حمید مجید۔ اللہم بارک علی محمد وعلی ال محمد، کما بارکت علی ابراہیم وعلی ال ابراہیم، انک حمید مجید۔</w:t>
      </w:r>
    </w:p>
    <w:p>
      <w:r>
        <w:rPr>
          <w:b/>
        </w:rPr>
        <w:t xml:space="preserve">[00:33] </w:t>
      </w:r>
      <w:r>
        <w:t>rabbana lakal hamd, lakal shukr. today session is about an introduction of cps international.</w:t>
      </w:r>
    </w:p>
    <w:p>
      <w:pPr>
        <w:jc w:val="right"/>
      </w:pPr>
      <w:r>
        <w:t>ربنا لک الحمد، لک الشکر۔ ٹوڈے سیشن از اباؤٹ این انٹروڈکشن آف سی پی ایس انٹرنیشنل۔</w:t>
      </w:r>
    </w:p>
    <w:p>
      <w:r>
        <w:rPr>
          <w:b/>
        </w:rPr>
        <w:t xml:space="preserve">[00:42] </w:t>
      </w:r>
      <w:r>
        <w:t>maulana wahiduddin khan sahib is the founder of cps international, that is center for peace and spirituality based in new delhi.</w:t>
      </w:r>
    </w:p>
    <w:p>
      <w:pPr>
        <w:jc w:val="right"/>
      </w:pPr>
      <w:r>
        <w:t>مولانا وحید الدین خان صاحب از دا فاؤنڈر آف سی پی ایس انٹرنیشنل، دیٹ از سینٹر فار پیس اینڈ سپرچویلٹی بیسڈ ان نیو دہلی۔</w:t>
      </w:r>
    </w:p>
    <w:p>
      <w:r>
        <w:rPr>
          <w:b/>
        </w:rPr>
        <w:t xml:space="preserve">[00:53] </w:t>
      </w:r>
      <w:r>
        <w:t>at the very outset, let it be well understood ke whatever I share in the sessions, or all my learnings from Maulana sahib literature, audios, videos, and discussions.</w:t>
      </w:r>
    </w:p>
    <w:p>
      <w:pPr>
        <w:jc w:val="right"/>
      </w:pPr>
      <w:r>
        <w:t>ایٹ دا ویری آؤٹ سیٹ، لیٹ اٹ بی ویل انڈرسٹڈ کہ واٹ ایور آئی شیئر ان دی سیشنز، اور آل مائی لرننگز فرام مولانا صاحب لٹریچر، آڈیوز، ویڈیوز، اینڈ ڈسکشنز۔</w:t>
      </w:r>
    </w:p>
    <w:p>
      <w:r>
        <w:rPr>
          <w:b/>
        </w:rPr>
        <w:t xml:space="preserve">[01:09] </w:t>
      </w:r>
      <w:r>
        <w:t>Maulana mission is based on Quran and teachings and life of the Prophet Muhammad. with strong conviction, it is my voluntary and conscious decision to be a part of this mission in the complete sense.</w:t>
      </w:r>
    </w:p>
    <w:p>
      <w:pPr>
        <w:jc w:val="right"/>
      </w:pPr>
      <w:r>
        <w:t>مولانا مشن از بیسڈ آن قرآن اینڈ ٹیچنگز اینڈ لائف آف دا پرافٹ محمد۔ ود سٹرونگ کنوکشن، اٹ از مائی والنٹری اینڈ کانشیس ڈیسیژن ٹو بی ا پارٹ آف دس مشن ان دا کمپلیٹ سینس۔</w:t>
      </w:r>
    </w:p>
    <w:p>
      <w:r>
        <w:rPr>
          <w:b/>
        </w:rPr>
        <w:t xml:space="preserve">[01:27] </w:t>
      </w:r>
      <w:r>
        <w:t>My introduction to this mission was through my late father, Shujaat Ali.</w:t>
      </w:r>
    </w:p>
    <w:p>
      <w:pPr>
        <w:jc w:val="right"/>
      </w:pPr>
      <w:r>
        <w:t>مائی انٹروڈکشن ٹو دس مشن واز تھرو مائی لیٹ فادر، شجاعت علی۔</w:t>
      </w:r>
    </w:p>
    <w:p>
      <w:r>
        <w:rPr>
          <w:b/>
        </w:rPr>
        <w:t xml:space="preserve">[01:34] </w:t>
      </w:r>
      <w:r>
        <w:t>My father was a seeker. He was very disturbed at the Muslim culture, prevalent in society, and was seeking the Islam as presented and followed by the Prophet and his companions.</w:t>
      </w:r>
    </w:p>
    <w:p>
      <w:pPr>
        <w:jc w:val="right"/>
      </w:pPr>
      <w:r>
        <w:t>مائی فادر واز ا سیکر۔ ہی واز ویری ڈسٹربڈ ایٹ دا مسلم کلچر، پریولنٹ اینڈ سوسائٹی، اینڈ واز سیکنگ دا اسلام ایز پریزنٹڈ اینڈ فالوڈ بائی دا پرافٹ اینڈ ہز کمپینینز۔</w:t>
      </w:r>
    </w:p>
    <w:p>
      <w:r>
        <w:rPr>
          <w:b/>
        </w:rPr>
        <w:t xml:space="preserve">[01:51] </w:t>
      </w:r>
      <w:r>
        <w:t>God answered his supplication, and my father's quest ended with the discovery of Arsala mission of Maulana sahib.</w:t>
      </w:r>
    </w:p>
    <w:p>
      <w:pPr>
        <w:jc w:val="right"/>
      </w:pPr>
      <w:r>
        <w:t>گاڈ انسرڈ ہز سپلیکیشن، اینڈ مائی فادر کوئسٹ اینڈڈ ود دا ڈسکوری آف ارسالہ مشن آف مولانا صاحب۔</w:t>
      </w:r>
    </w:p>
    <w:p>
      <w:r>
        <w:rPr>
          <w:b/>
        </w:rPr>
        <w:t xml:space="preserve">[02:03] </w:t>
      </w:r>
      <w:r>
        <w:t>He, with full conviction and understanding, told us ke God Almighty has chosen Maulana sahib to present Islam as it is in the modern jargon, to address the modern scientific minds, and therefore we should follow his teachings.</w:t>
      </w:r>
    </w:p>
    <w:p>
      <w:pPr>
        <w:jc w:val="right"/>
      </w:pPr>
      <w:r>
        <w:t>ہی، ود فل کنوکشن اینڈ انڈرسٹینڈنگ، ٹولڈ اس کہ گاڈ المائٹی ہیز چوزن مولانا صاحب ٹو پریزنٹ اسلام ایز اٹ از ان دا ماڈرن جارگن، ٹو ایڈریس دا ماڈرن سائنٹیفک مائنڈز، اینڈ دیر فور وی شوڈ فالو ہز ٹیچنگز۔</w:t>
      </w:r>
    </w:p>
    <w:p>
      <w:r>
        <w:rPr>
          <w:b/>
        </w:rPr>
        <w:t xml:space="preserve">[02:25] </w:t>
      </w:r>
      <w:r>
        <w:t>This was in the year 1982</w:t>
      </w:r>
    </w:p>
    <w:p>
      <w:pPr>
        <w:jc w:val="right"/>
      </w:pPr>
      <w:r>
        <w:t>دس واز ان دا ایئر 1982</w:t>
      </w:r>
    </w:p>
    <w:p>
      <w:r>
        <w:rPr>
          <w:b/>
        </w:rPr>
        <w:t xml:space="preserve">[02:27] </w:t>
      </w:r>
      <w:r>
        <w:t>. Since then, he would read Maulana sahib books and share the treasure of knowledge and wisdom presented in it. Specifically, he would read out the Arsala to us.</w:t>
      </w:r>
    </w:p>
    <w:p>
      <w:pPr>
        <w:jc w:val="right"/>
      </w:pPr>
      <w:r>
        <w:t>۔ سنس دین، ہی وڈ ریڈ مولانا صاحب بکس اینڈ شیئر دا ٹریژر آف نالج اینڈ وزڈم پریزنٹڈ ان اٹ۔ سپیسیفکلی، ہی وڈ ریڈ آؤٹ دی ارسالہ ٹو اس۔</w:t>
      </w:r>
    </w:p>
    <w:p>
      <w:r>
        <w:rPr>
          <w:b/>
        </w:rPr>
        <w:t xml:space="preserve">[02:40] </w:t>
      </w:r>
      <w:r>
        <w:t>This was the most precious treasure I received from my father. What could be more precious than this to receive as legacy from my father?</w:t>
      </w:r>
    </w:p>
    <w:p>
      <w:pPr>
        <w:jc w:val="right"/>
      </w:pPr>
      <w:r>
        <w:t>دس واز دا موسٹ پریشیس ٹریژر آئی ریسیوڈ فرام مائی فادر۔ واٹ کڈ بی مور پریشیس دین دس ٹو ریسیو ایز لیگیسی فرام مائی فادر؟</w:t>
      </w:r>
    </w:p>
    <w:p>
      <w:r>
        <w:rPr>
          <w:b/>
        </w:rPr>
        <w:t xml:space="preserve">[02:51] </w:t>
      </w:r>
      <w:r>
        <w:t>My father passed away in 2006</w:t>
      </w:r>
    </w:p>
    <w:p>
      <w:pPr>
        <w:jc w:val="right"/>
      </w:pPr>
      <w:r>
        <w:t>مائی فادر پاسٹ اوے ان 2006</w:t>
      </w:r>
    </w:p>
    <w:p>
      <w:r>
        <w:rPr>
          <w:b/>
        </w:rPr>
        <w:t xml:space="preserve">[02:54] </w:t>
      </w:r>
      <w:r>
        <w:t>. May God grant him a place in paradise. God does not want the belief from us which we inherit.</w:t>
      </w:r>
    </w:p>
    <w:p>
      <w:pPr>
        <w:jc w:val="right"/>
      </w:pPr>
      <w:r>
        <w:t>۔ می گاڈ گرنٹ ہم ا پلیس ان پیراڈائز۔ گاڈ ڈز ناٹ وانٹ دیٹ بیلیف فرام اس وچ وی انہیریٹ۔</w:t>
      </w:r>
    </w:p>
    <w:p>
      <w:r>
        <w:rPr>
          <w:b/>
        </w:rPr>
        <w:t xml:space="preserve">[03:03] </w:t>
      </w:r>
      <w:r>
        <w:t>He wants us to have faith which we rediscover for ourselves. Therefore, Arsala mission became my rediscovery, and for the most beautiful and profound reasons.</w:t>
      </w:r>
    </w:p>
    <w:p>
      <w:pPr>
        <w:jc w:val="right"/>
      </w:pPr>
      <w:r>
        <w:t>ہی وانٹس اس ٹو ہیو فیتھ وچ وی ریڈسکور فار اور سیلف۔ دیر فور، ارسالہ مشن بیکم مائی ریڈسکوری، اینڈ فار دا موسٹ بیوٹی فل اینڈ پروفاؤنڈ ریزنز۔</w:t>
      </w:r>
    </w:p>
    <w:p>
      <w:r>
        <w:rPr>
          <w:b/>
        </w:rPr>
        <w:t xml:space="preserve">[03:18] </w:t>
      </w:r>
      <w:r>
        <w:t>This mission guides us towards a connection with God</w:t>
      </w:r>
    </w:p>
    <w:p>
      <w:pPr>
        <w:jc w:val="right"/>
      </w:pPr>
      <w:r>
        <w:t>دس مشن گائیڈز اس ٹورڈز ا کنیکشن ود گاڈ</w:t>
      </w:r>
    </w:p>
    <w:p>
      <w:r>
        <w:rPr>
          <w:b/>
        </w:rPr>
        <w:t xml:space="preserve">[03:22] </w:t>
      </w:r>
      <w:r>
        <w:t>. The highlighting topics of this mission are praise of God, His glory, knowing His magnanimity, kindness, mercy, and His generosity.</w:t>
      </w:r>
    </w:p>
    <w:p>
      <w:pPr>
        <w:jc w:val="right"/>
      </w:pPr>
      <w:r>
        <w:t>۔ دا ہائی لائٹنگ ٹاپکس آف دس مشن آر پریز آف گاڈ، ہز گلوری، نوئنگ ہز مگنیمٹی، کائنڈنس، مرسی، اینڈ ہز جنروسٹی۔</w:t>
      </w:r>
    </w:p>
    <w:p>
      <w:r>
        <w:rPr>
          <w:b/>
        </w:rPr>
        <w:t xml:space="preserve">[03:34] </w:t>
      </w:r>
      <w:r>
        <w:t>Knowing how much God loves His creation.</w:t>
      </w:r>
    </w:p>
    <w:p>
      <w:pPr>
        <w:jc w:val="right"/>
      </w:pPr>
      <w:r>
        <w:t>نوئنگ ہاؤ مچ گاڈ لوز ہز کریشن۔</w:t>
      </w:r>
    </w:p>
    <w:p>
      <w:r>
        <w:rPr>
          <w:b/>
        </w:rPr>
        <w:t xml:space="preserve">[03:39] </w:t>
      </w:r>
      <w:r>
        <w:t>Gratitude and thankfulness to Him, love for Him, making Him the supreme concern in our life.</w:t>
      </w:r>
    </w:p>
    <w:p>
      <w:pPr>
        <w:jc w:val="right"/>
      </w:pPr>
      <w:r>
        <w:t>گریٹیوڈ اینڈ تھینک فلنس ٹو ہم، لو فار ہم، میکنگ ہم دا سپریم کنسرن ان اور لائف۔</w:t>
      </w:r>
    </w:p>
    <w:p>
      <w:r>
        <w:rPr>
          <w:b/>
        </w:rPr>
        <w:t xml:space="preserve">[03:48] </w:t>
      </w:r>
      <w:r>
        <w:t>His countless blessings and acknowledging them which calls for high level of gratitude.</w:t>
      </w:r>
    </w:p>
    <w:p>
      <w:pPr>
        <w:jc w:val="right"/>
      </w:pPr>
      <w:r>
        <w:t>ہز کاؤنٹ لیس بلیسنگز اینڈ اکنالجنگ دیم وچ کالز فار ہائی لیول آف گریٹیوڈ۔</w:t>
      </w:r>
    </w:p>
    <w:p>
      <w:r>
        <w:rPr>
          <w:b/>
        </w:rPr>
        <w:t xml:space="preserve">[03:55] </w:t>
      </w:r>
      <w:r>
        <w:t>Discovering His blessings which come disguised as challenges. Drawing spiritual lessons from material events.</w:t>
      </w:r>
    </w:p>
    <w:p>
      <w:pPr>
        <w:jc w:val="right"/>
      </w:pPr>
      <w:r>
        <w:t>ڈسکورنگ ہز بلیسنگز وچ کم ڈسگائزڈ ایز چیلنجز۔ ڈرائنگ سپرچول لیسنز فرام مٹیریل ایونٹس۔</w:t>
      </w:r>
    </w:p>
    <w:p>
      <w:r>
        <w:rPr>
          <w:b/>
        </w:rPr>
        <w:t xml:space="preserve">[04:05] </w:t>
      </w:r>
      <w:r>
        <w:t>Knowing how to trust Him, fear of being accountable to Him. Living a God oriented life at the cost of breaking preconceived notions, and having the courage to bring about changes.</w:t>
      </w:r>
    </w:p>
    <w:p>
      <w:pPr>
        <w:jc w:val="right"/>
      </w:pPr>
      <w:r>
        <w:t>نوئنگ ہاؤ ٹو ٹرسٹ ہم، فیئر آف بینگ اکاؤنٹیبل ٹو ہم۔ لیونگ ا گاڈ اورینٹڈ لائف ایٹ دا کاسٹ آف بریکنگ ا پری کنسیو نوشنز، اینڈ ہیونگ دا کریج ٹو برنگ اباؤٹ چینجز۔</w:t>
      </w:r>
    </w:p>
    <w:p>
      <w:r>
        <w:rPr>
          <w:b/>
        </w:rPr>
        <w:t xml:space="preserve">[04:21] </w:t>
      </w:r>
      <w:r>
        <w:t>The vision of the endless journey of Marifat, that is God</w:t>
      </w:r>
    </w:p>
    <w:p>
      <w:pPr>
        <w:jc w:val="right"/>
      </w:pPr>
      <w:r>
        <w:t>دا ویژن آف دی اینڈ لیس جرنی آف معرفت، دیٹ از گاڈ</w:t>
      </w:r>
    </w:p>
    <w:p>
      <w:r>
        <w:rPr>
          <w:b/>
        </w:rPr>
        <w:t xml:space="preserve">[04:25] </w:t>
      </w:r>
      <w:r>
        <w:t>realization, which begins in this world, and will be an eternal part of the world of paradise. Paradise being a place in the neighborhood of God, where both man material desires and intellectual demands will be fulfilled.</w:t>
      </w:r>
    </w:p>
    <w:p>
      <w:pPr>
        <w:jc w:val="right"/>
      </w:pPr>
      <w:r>
        <w:t>ریلائزیشن، وچ بگنز ان دس ورلڈ، اینڈ ویل بی این ایٹرنل پارٹ آف دا ورلڈ آف پیراڈائز۔ پیراڈائز بینگ ا پلیس ان دا نیبرہڈ آف گاڈ، ویر بوتھ مین مٹیریل ڈیزائرز اینڈ انٹلیکچول ڈیمانڈز ویل بی فلفلڈ۔</w:t>
      </w:r>
    </w:p>
    <w:p>
      <w:r>
        <w:rPr>
          <w:b/>
        </w:rPr>
        <w:t xml:space="preserve">[04:47] </w:t>
      </w:r>
      <w:r>
        <w:t>A remembrance of God which gives peace, solace and tranquility. Purification of the soul.</w:t>
      </w:r>
    </w:p>
    <w:p>
      <w:pPr>
        <w:jc w:val="right"/>
      </w:pPr>
      <w:r>
        <w:t>ا ریممبرنس آف گاڈ وچ گوز پیس، سولس اینڈ ٹرینکولیٹی۔ پیوریفیکیشن آف دا سول۔</w:t>
      </w:r>
    </w:p>
    <w:p>
      <w:r>
        <w:rPr>
          <w:b/>
        </w:rPr>
        <w:t xml:space="preserve">[04:55] </w:t>
      </w:r>
      <w:r>
        <w:t>Conditioning and deconditioning. Difference between nature and psychology. Immediate repentance, repentance being the name for mercy, less self-hammering.</w:t>
      </w:r>
    </w:p>
    <w:p>
      <w:pPr>
        <w:jc w:val="right"/>
      </w:pPr>
      <w:r>
        <w:t>کنڈیشننگ اینڈ ڈی کنڈیشننگ۔ ڈیفرنس بٹوین نیچر اینڈ سائیکالوجی۔ امیڈیٹ ریپینٹنس، ریپینٹنس بینگ دا نیم فار مرسی، لیس سیلف ہیمرنگ۔</w:t>
      </w:r>
    </w:p>
    <w:p>
      <w:r>
        <w:rPr>
          <w:b/>
        </w:rPr>
        <w:t xml:space="preserve">[05:09] </w:t>
      </w:r>
      <w:r>
        <w:t>Explanation of God's creation plan, which in turn explains the presence of evil in the world, and knowing that a success lies in accepting it and planning a life accordingly.</w:t>
      </w:r>
    </w:p>
    <w:p>
      <w:pPr>
        <w:jc w:val="right"/>
      </w:pPr>
      <w:r>
        <w:t>ایکسپلینیشن آف گاڈ کریشن پلان، وچ ان ٹرن ایکسپلینز دا پریزنس آف ایول ان دا ورلڈ، اینڈ نوئنگ دیٹ ا سکسیس لائز ان ایکسیپٹنگ اٹ اینڈ پلاننگ ا لائف اکورڈنگلی۔</w:t>
      </w:r>
    </w:p>
    <w:p>
      <w:r>
        <w:rPr>
          <w:b/>
        </w:rPr>
        <w:t xml:space="preserve">[05:24] </w:t>
      </w:r>
      <w:r>
        <w:t>This mission taught me the golden principles of living, high methods of facing the challenges of life. It has revived the positive role of women in the construction of a good society, and given us the thrilling concept of intellectual partnership between a man and his wife.</w:t>
      </w:r>
    </w:p>
    <w:p>
      <w:pPr>
        <w:jc w:val="right"/>
      </w:pPr>
      <w:r>
        <w:t>دس مشن ٹاٹ می دا گولڈن پرنسپلز آف لیونگ، ہائی میتھڈز آف فیسنگ دا چیلنجز آف لائف۔ اٹ ہیز ریوائیو دا پوزیٹیو رول آف وومن ان دا کنسٹرکشن آف ا گڈ سوسائٹی، اینڈ گیون اس دا تھرلنگ کانسیپٹ آف انٹلیکچول پارٹنرشپ بٹوین ا مین اینڈ ہز وائف۔</w:t>
      </w:r>
    </w:p>
    <w:p>
      <w:r>
        <w:rPr>
          <w:b/>
        </w:rPr>
        <w:t xml:space="preserve">[05:46] </w:t>
      </w:r>
      <w:r>
        <w:t>the unique art of conversion of negative events into positive lessons. The formula of idealism for our self and pragmatism for other.</w:t>
      </w:r>
    </w:p>
    <w:p>
      <w:pPr>
        <w:jc w:val="right"/>
      </w:pPr>
      <w:r>
        <w:t>دا یونیک آرٹ آف کنورژن آف نیگیٹیو ایونٹس انٹو پوزیٹیو لیسنز۔ دا فارمولا آف ائیڈیلزم فار اور سیلف اینڈ پراگمٹزم فار ادر۔</w:t>
      </w:r>
    </w:p>
    <w:p>
      <w:r>
        <w:rPr>
          <w:b/>
        </w:rPr>
        <w:t xml:space="preserve">[05:58] </w:t>
      </w:r>
      <w:r>
        <w:t>unilateral good behavior towards the human kind. Extended understanding of softening of the hearts.</w:t>
      </w:r>
    </w:p>
    <w:p>
      <w:pPr>
        <w:jc w:val="right"/>
      </w:pPr>
      <w:r>
        <w:t>یونی لیٹرل گڈ بیہیویئر ٹورڈز دا ہیومن کائنڈ۔ ایکسٹینڈڈ انڈرسٹینڈنگ آف سوفٹننگ آف دا ہارٹس۔</w:t>
      </w:r>
    </w:p>
    <w:p>
      <w:r>
        <w:rPr>
          <w:b/>
        </w:rPr>
        <w:t xml:space="preserve">[06:07] </w:t>
      </w:r>
      <w:r>
        <w:t>maintaining peace for its own sake without attaching conditions. Building a duty-conscious personality and</w:t>
      </w:r>
    </w:p>
    <w:p>
      <w:pPr>
        <w:jc w:val="right"/>
      </w:pPr>
      <w:r>
        <w:t>مینٹیننگ پیس فار اٹس اون سیک وداؤٹ اٹیچنگ کنڈیشنز۔ بلڈنگ ا ڈیوٹی کانشیس پرسنیلٹی اینڈ</w:t>
      </w:r>
    </w:p>
    <w:p>
      <w:r>
        <w:rPr>
          <w:b/>
        </w:rPr>
        <w:t xml:space="preserve">[06:17] </w:t>
      </w:r>
      <w:r>
        <w:t>a duty-conscious society, and not being rights-conscious. Analysis of situations to get the right perspectives.</w:t>
      </w:r>
    </w:p>
    <w:p>
      <w:pPr>
        <w:jc w:val="right"/>
      </w:pPr>
      <w:r>
        <w:t>ا ڈیوٹی کانشیس سوسائٹی، اینڈ ناٹ بینگ رائٹس کانشیس۔ انالیسز آف سچویشنز ٹو گیٹ دا رائٹ پرسپیکٹوز۔</w:t>
      </w:r>
    </w:p>
    <w:p>
      <w:r>
        <w:rPr>
          <w:b/>
        </w:rPr>
        <w:t xml:space="preserve">[06:26] </w:t>
      </w:r>
      <w:r>
        <w:t>true meaning of patience which is an active virtue and not a passive virtue which is at the foundation of all other virtues.</w:t>
      </w:r>
    </w:p>
    <w:p>
      <w:pPr>
        <w:jc w:val="right"/>
      </w:pPr>
      <w:r>
        <w:t>ٹرو میننگ آف پیشنس وچ از این ایکٹیو ورچوو اینڈ ناٹ ا پاسیو ورچوو وچ از ایٹ دی فاؤنڈیشن آف آل ادر ورچووز۔</w:t>
      </w:r>
    </w:p>
    <w:p>
      <w:r>
        <w:rPr>
          <w:b/>
        </w:rPr>
        <w:t xml:space="preserve">[06:35] </w:t>
      </w:r>
      <w:r>
        <w:t>meaning of jihad in terms of struggle and not violence.</w:t>
      </w:r>
    </w:p>
    <w:p>
      <w:pPr>
        <w:jc w:val="right"/>
      </w:pPr>
      <w:r>
        <w:t>میننگ آف جہاد ان ٹرمز آف سٹرگل اینڈ ناٹ وائلنس۔</w:t>
      </w:r>
    </w:p>
    <w:p>
      <w:r>
        <w:rPr>
          <w:b/>
        </w:rPr>
        <w:t xml:space="preserve">[06:40] </w:t>
      </w:r>
      <w:r>
        <w:t>to submit all up, we have received the true Islamic faith which was taught by the Prophet and followed by him and his pious companions.</w:t>
      </w:r>
    </w:p>
    <w:p>
      <w:pPr>
        <w:jc w:val="right"/>
      </w:pPr>
      <w:r>
        <w:t>ٹو سمٹ آل اپ، وی ہیو ریسیوڈ دا ٹرو اسلامک فیتھ وچ واز ٹاٹ بائی دا پرافٹ اینڈ فالوڈ بائی ہم اینڈ ہز پائس کمپینینز۔</w:t>
      </w:r>
    </w:p>
    <w:p>
      <w:r>
        <w:rPr>
          <w:b/>
        </w:rPr>
        <w:t xml:space="preserve">[06:50] </w:t>
      </w:r>
      <w:r>
        <w:t>In the words of Maulana Sahib, true faith is one which blends in our personality like color mixes with water and not stands separate like pebbles in water.</w:t>
      </w:r>
    </w:p>
    <w:p>
      <w:pPr>
        <w:jc w:val="right"/>
      </w:pPr>
      <w:r>
        <w:t>ان دا ورڈز آف مولانا صاحب، ٹرو فیتھ از ون وچ بلینڈز ان اور پرسنیلٹی لائک کلر مکسز ود واٹر اینڈ ناٹ سٹے سیپریٹ لائک پبلز ان واٹر۔</w:t>
      </w:r>
    </w:p>
    <w:p>
      <w:r>
        <w:rPr>
          <w:b/>
        </w:rPr>
        <w:t xml:space="preserve">[07:04] </w:t>
      </w:r>
      <w:r>
        <w:t>Having benefited from all of the wisdom received from this mission, I bear witness that this mission is God's mission.</w:t>
      </w:r>
    </w:p>
    <w:p>
      <w:pPr>
        <w:jc w:val="right"/>
      </w:pPr>
      <w:r>
        <w:t>ہیونگ بینیفٹڈ فرام آل آف دا وزڈم ریسیوڈ فرام دس مشن، آئی بیئر وٹنس دیٹ دس مشن از گاڈ مشن۔</w:t>
      </w:r>
    </w:p>
    <w:p>
      <w:r>
        <w:rPr>
          <w:b/>
        </w:rPr>
        <w:t xml:space="preserve">[07:15] </w:t>
      </w:r>
      <w:r>
        <w:t>it's a true mission. Does he come into it or blessed with awareness and enlightenment?</w:t>
      </w:r>
    </w:p>
    <w:p>
      <w:pPr>
        <w:jc w:val="right"/>
      </w:pPr>
      <w:r>
        <w:t>اٹس ا ٹرو مشن۔ دوز ہی کم انٹو اٹ ار بلیسڈ ود اویرنس اینڈ انلائٹنمنٹ</w:t>
      </w:r>
    </w:p>
    <w:p>
      <w:r>
        <w:rPr>
          <w:b/>
        </w:rPr>
        <w:t xml:space="preserve">[07:25] </w:t>
      </w:r>
      <w:r>
        <w:t>. Let me relate to you the modesty of the man of this mission, Maulana Sahib. The recipient of several prominent national and international awards.</w:t>
      </w:r>
    </w:p>
    <w:p>
      <w:pPr>
        <w:jc w:val="right"/>
      </w:pPr>
      <w:r>
        <w:t>۔ لیٹ می ریلیٹ ٹو یو دا ماڈسٹری آف دا مین آف دس مشن، مولانا صاحب۔ دا ریسیپینٹ آف سیورل پرومیننٹ نیشنل اینڈ انٹرنیشنل ایوارڈز۔</w:t>
      </w:r>
    </w:p>
    <w:p>
      <w:r>
        <w:rPr>
          <w:b/>
        </w:rPr>
        <w:t xml:space="preserve">[07:38] </w:t>
      </w:r>
      <w:r>
        <w:t>non is Islam's ambassador to the world. Wide traveled. Recognized by the secular world as a spiritual master.</w:t>
      </w:r>
    </w:p>
    <w:p>
      <w:pPr>
        <w:jc w:val="right"/>
      </w:pPr>
      <w:r>
        <w:t>نون ایز اسلامز ایمبیسڈر ٹو دا ورلڈ۔ وائڈلی ٹریولڈ۔ ریکگنائزڈ بائی دا سیکولر ورلڈ ایز ا سپرچول ماسٹر۔</w:t>
      </w:r>
    </w:p>
    <w:p>
      <w:r>
        <w:rPr>
          <w:b/>
        </w:rPr>
        <w:t xml:space="preserve">[07:48] </w:t>
      </w:r>
      <w:r>
        <w:t>the recipient of the latest Padma Vibhushan, the second highest civilian award conferred by the Government of India in January 2021.</w:t>
      </w:r>
    </w:p>
    <w:p>
      <w:pPr>
        <w:jc w:val="right"/>
      </w:pPr>
      <w:r>
        <w:t>دا ریسیپینٹ آف دا لیٹسٹ پدم ویبھوشن، دا سیکنڈ ہائیسٹ سویلین ایوارڈ کمفرڈ بائی دا گورنمنٹ آف انڈیا ان جنوری 2021۔</w:t>
      </w:r>
    </w:p>
    <w:p>
      <w:r>
        <w:rPr>
          <w:b/>
        </w:rPr>
        <w:t xml:space="preserve">[07:58] </w:t>
      </w:r>
      <w:r>
        <w:t>When a scholar of such stature calls me in connection with the Spirit of Islam magazine which is published from our Bangalore center, he first inquires, do you have time to speak to me?</w:t>
      </w:r>
    </w:p>
    <w:p>
      <w:pPr>
        <w:jc w:val="right"/>
      </w:pPr>
      <w:r>
        <w:t>وین ا سکالر آف سچ ٹریچر کالز می ان کنیکشن ود دا سپرٹ آف اسلام میگزین وچ از پبلش فرام ا بینگلو سینٹر، ہی فرسٹ انکوائرز، ڈو یو ہیو ٹائم ٹو سپیک ٹو می؟</w:t>
      </w:r>
    </w:p>
    <w:p>
      <w:r>
        <w:rPr>
          <w:b/>
        </w:rPr>
        <w:t xml:space="preserve">[08:13] </w:t>
      </w:r>
      <w:r>
        <w:t>my God, me an ordinary member of this mission</w:t>
      </w:r>
    </w:p>
    <w:p>
      <w:pPr>
        <w:jc w:val="right"/>
      </w:pPr>
      <w:r>
        <w:t>مائی گاڈ، می اینڈ آرڈینری ممبر آف دس مشن</w:t>
      </w:r>
    </w:p>
    <w:p>
      <w:r>
        <w:rPr>
          <w:b/>
        </w:rPr>
        <w:t xml:space="preserve">[08:17] </w:t>
      </w:r>
      <w:r>
        <w:t>, and Maulana Sahib his such regard for my time. This modesty can stamp only from a truly enlightened soul.</w:t>
      </w:r>
    </w:p>
    <w:p>
      <w:pPr>
        <w:jc w:val="right"/>
      </w:pPr>
      <w:r>
        <w:t>، اینڈ مولانا صاحب ہیز سچ ریگارڈ فار مائی ٹائم۔ دس ماڈسٹری کین سٹیمپ اونلی فرام ا ٹرولی انلائٹنڈ سول۔</w:t>
      </w:r>
    </w:p>
    <w:p>
      <w:r>
        <w:rPr>
          <w:b/>
        </w:rPr>
        <w:t xml:space="preserve">[08:28] </w:t>
      </w:r>
      <w:r>
        <w:t>at times, Maulana Sahib was discussing mission project, and if he gave any opinion, he was listening to us with utmost care and importance</w:t>
      </w:r>
    </w:p>
    <w:p>
      <w:pPr>
        <w:jc w:val="right"/>
      </w:pPr>
      <w:r>
        <w:t>ایٹ ٹائمز، مولانا صاحب وڈ ڈسکس مشن پراجیکٹ، اینڈ اف ہی گیو اینی اوپینین، ہی وڈ لسن ٹو اس ود اٹ موسٹ کیئر اینڈ امپورٹنس</w:t>
      </w:r>
    </w:p>
    <w:p>
      <w:r>
        <w:rPr>
          <w:b/>
        </w:rPr>
        <w:t xml:space="preserve">[08:42] </w:t>
      </w:r>
      <w:r>
        <w:t>. with an intention of not disturbing Maulana Sahib, I would not call him on the phone. Once Maulana Sahib remarked, saying, don't you want my teachings?</w:t>
      </w:r>
    </w:p>
    <w:p>
      <w:pPr>
        <w:jc w:val="right"/>
      </w:pPr>
      <w:r>
        <w:t>۔ ود این انٹینشن آف ناٹ ڈسٹربنگ مولانا صاحب، آئی وڈ ناٹ کال ہم ان دا فون۔ ونس مولانا صاحب ریمارکڈ، سینگ، ڈونٹ یو وانٹ مائی ٹیچنگز؟</w:t>
      </w:r>
    </w:p>
    <w:p>
      <w:r>
        <w:rPr>
          <w:b/>
        </w:rPr>
        <w:t xml:space="preserve">[08:53] </w:t>
      </w:r>
      <w:r>
        <w:t>I answer them, saying, Maulana Sahib, day and night, I am reading your articles to put them together in the Spirit of Islam magazine.</w:t>
      </w:r>
    </w:p>
    <w:p>
      <w:pPr>
        <w:jc w:val="right"/>
      </w:pPr>
      <w:r>
        <w:t>آئی انسرڈ ہم، سینگ، مولانا صاحب، ڈے اینڈ نائٹ، آئی ایم ریڈنگ یور آرٹیکلز ٹو پٹ دیم ٹوگیدر ان دا سپرٹ آف اسلام میگزین۔</w:t>
      </w:r>
    </w:p>
    <w:p>
      <w:r>
        <w:rPr>
          <w:b/>
        </w:rPr>
        <w:t xml:space="preserve">[09:03] </w:t>
      </w:r>
      <w:r>
        <w:t>de ar da tichings far mi. Maulana sahib immediately said, I was wrong in the most humble tone and called upon God's blessings for me.</w:t>
      </w:r>
    </w:p>
    <w:p>
      <w:pPr>
        <w:jc w:val="right"/>
      </w:pPr>
      <w:r>
        <w:t>دے آر دا ٹیچنگز فار می۔ مولانا صاحب امیڈیٹلی سیڈ، آئی واز رونگ ان دا موسٹ ہمبل ٹون اینڈ کالڈ اپون گاڈ بلیسنگز فار می۔</w:t>
      </w:r>
    </w:p>
    <w:p>
      <w:r>
        <w:rPr>
          <w:b/>
        </w:rPr>
        <w:t xml:space="preserve">[09:15] </w:t>
      </w:r>
      <w:r>
        <w:t>To understand this humility, we need a comparison. For, it is in comparison that we understand.</w:t>
      </w:r>
    </w:p>
    <w:p>
      <w:pPr>
        <w:jc w:val="right"/>
      </w:pPr>
      <w:r>
        <w:t>ٹو انڈرسٹینڈ دس ہومیلٹی، وی نیڈ ا کمپیریزن۔ فور، اٹ از ان کمپیریزن دیٹ وی انڈرسٹینڈ۔</w:t>
      </w:r>
    </w:p>
    <w:p>
      <w:r>
        <w:rPr>
          <w:b/>
        </w:rPr>
        <w:t xml:space="preserve">[09:23] </w:t>
      </w:r>
      <w:r>
        <w:t>This happened during my Hajj pilgrimage. In a group, there was a scholar, and I had carried translations of the Quran books and copies of dua or supplications to share it with the people in a group</w:t>
      </w:r>
    </w:p>
    <w:p>
      <w:pPr>
        <w:jc w:val="right"/>
      </w:pPr>
      <w:r>
        <w:t>دس ہیپنڈ ڈیورنگ مائی حج پلگرمج۔ ان ا گروپ، دیر واز ا سکالر، اینڈ آئی ہیڈ کیریڈ ٹرانسلیشنز آف دا قرآن بکس اینڈ کاپیز آف دعا اور سپلیکیشنز ٹو شیئر اٹ ود دا پیپل ان ا گروپ</w:t>
      </w:r>
    </w:p>
    <w:p>
      <w:r>
        <w:rPr>
          <w:b/>
        </w:rPr>
        <w:t xml:space="preserve">[09:39] </w:t>
      </w:r>
      <w:r>
        <w:t>. At one point of time, I was distributing copies of a dua to the group, and the scholar happened to be seated with them.</w:t>
      </w:r>
    </w:p>
    <w:p>
      <w:pPr>
        <w:jc w:val="right"/>
      </w:pPr>
      <w:r>
        <w:t>۔ ایٹ ون پوائنٹ آف ٹائم، آئی واز ڈسٹریبیوٹنگ کاپیز آف ا دعا ٹو دا گروپ، اینڈ دا سکالر ہیپنڈ ٹو بی سیٹڈ ود دیم۔</w:t>
      </w:r>
    </w:p>
    <w:p>
      <w:r>
        <w:rPr>
          <w:b/>
        </w:rPr>
        <w:t xml:space="preserve">[09:48] </w:t>
      </w:r>
      <w:r>
        <w:t>So, following the rules of good manners, I handed him a copy. Well, others thanked me, the scholar got offended and asked me in an angry tone the reason for giving it to him.</w:t>
      </w:r>
    </w:p>
    <w:p>
      <w:pPr>
        <w:jc w:val="right"/>
      </w:pPr>
      <w:r>
        <w:t>سو، فالونگ دا رولز آف گڈ مینرز، آئی ہینڈڈ ہم ا کاپی۔ ویل، ادرز تھینکڈ می، دا سکالر گاٹ افینڈڈ اینڈ آسکڈ می ان ا اینگری ٹون دا ریزن فار گیونگ اٹ ٹو ہم۔</w:t>
      </w:r>
    </w:p>
    <w:p>
      <w:r>
        <w:rPr>
          <w:b/>
        </w:rPr>
        <w:t xml:space="preserve">[10:02] </w:t>
      </w:r>
      <w:r>
        <w:t>ai ansard ham, sing, hazrat, hazrat is a title of respect which we use. said, hazrat, to seek your approval to know if I am giving the right thing to others.</w:t>
      </w:r>
    </w:p>
    <w:p>
      <w:pPr>
        <w:jc w:val="right"/>
      </w:pPr>
      <w:r>
        <w:t>آئی انسرڈ ہم، سینگ، حضرت، حضرت از ا ٹائٹل آف ریسپیکٹ وچ وی یوز۔ سیڈ، حضرت، ٹو سیک یور اپروول ٹو نو اف آئی ایم گیونگ دا رائٹ تھنگ ٹو ادرز۔</w:t>
      </w:r>
    </w:p>
    <w:p>
      <w:r>
        <w:rPr>
          <w:b/>
        </w:rPr>
        <w:t xml:space="preserve">[10:14] </w:t>
      </w:r>
      <w:r>
        <w:t>he read it and returned it to me, saying, okay, you may give it. And throughout the pilgrimage, he stayed away from all of us.</w:t>
      </w:r>
    </w:p>
    <w:p>
      <w:pPr>
        <w:jc w:val="right"/>
      </w:pPr>
      <w:r>
        <w:t>ہی ریڈ اٹ اینڈ ریٹرنڈ اٹ ٹو می، سینگ، اوکے، یو می گیو اٹ۔ اینڈ تھرو آؤٹ دا پلگرمج، ہی سٹےڈ اوے فرام آل آف اس۔</w:t>
      </w:r>
    </w:p>
    <w:p>
      <w:r>
        <w:rPr>
          <w:b/>
        </w:rPr>
        <w:t xml:space="preserve">[10:27] </w:t>
      </w:r>
      <w:r>
        <w:t>there is no hierarchy in our mission</w:t>
      </w:r>
    </w:p>
    <w:p>
      <w:pPr>
        <w:jc w:val="right"/>
      </w:pPr>
      <w:r>
        <w:t>دیر از نو ہیرارکی ان اور مشن</w:t>
      </w:r>
    </w:p>
    <w:p>
      <w:r>
        <w:rPr>
          <w:b/>
        </w:rPr>
        <w:t xml:space="preserve">[10:30] </w:t>
      </w:r>
      <w:r>
        <w:t>maulana is a mentor and all of us are missionaries in a simple sense. this group is not a herd of followers. it's a humble group of sincere people.</w:t>
      </w:r>
    </w:p>
    <w:p>
      <w:pPr>
        <w:jc w:val="right"/>
      </w:pPr>
      <w:r>
        <w:t>۔ مولانا از ا مینٹر اینڈ آل آف اس ار مشنریز ان ا سمپل سینس۔ دس گروپ از ناٹ ا ہرڈ آف فالوورز۔ اٹس ا ہمبل گروپ آف سنسئر پیپل۔</w:t>
      </w:r>
    </w:p>
    <w:p>
      <w:r>
        <w:rPr>
          <w:b/>
        </w:rPr>
        <w:t xml:space="preserve">[10:41] </w:t>
      </w:r>
      <w:r>
        <w:t>anyone who understands this mission and joins it is free from all complexes of wishing for name, fame, self glory, materialistic expectations, praise and acknowledgement.</w:t>
      </w:r>
    </w:p>
    <w:p>
      <w:pPr>
        <w:jc w:val="right"/>
      </w:pPr>
      <w:r>
        <w:t>اینی ون ہو انڈرسٹینڈز دس مشن اینڈ جوائنٹس اٹ از فری فرام آل کمپلیکسز آف وشنگ فار نیم، فیم، سیلف گلوری، مٹیریلسٹک ایکسپیکٹیشنز، پریز اینڈ اکنالجمنٹ۔</w:t>
      </w:r>
    </w:p>
    <w:p>
      <w:r>
        <w:rPr>
          <w:b/>
        </w:rPr>
        <w:t xml:space="preserve">[10:57] </w:t>
      </w:r>
      <w:r>
        <w:t>everyone just wants Allah's acceptance of their humble efforts. there are no negative feelings for each other.</w:t>
      </w:r>
    </w:p>
    <w:p>
      <w:pPr>
        <w:jc w:val="right"/>
      </w:pPr>
      <w:r>
        <w:t>ایوری ون جسٹ وانٹس اللہ ایکسیپٹنس آف دیر ہمبل ایفرٹس۔ دیر آر نو نیگیٹیو فیلنگز فار ایچ ادر۔</w:t>
      </w:r>
    </w:p>
    <w:p>
      <w:r>
        <w:rPr>
          <w:b/>
        </w:rPr>
        <w:t xml:space="preserve">[11:06] </w:t>
      </w:r>
      <w:r>
        <w:t>everyone wishes well for the others. each member is thankful to God for the other members and acknowledges the importance of their specific contributions in the mission.</w:t>
      </w:r>
    </w:p>
    <w:p>
      <w:pPr>
        <w:jc w:val="right"/>
      </w:pPr>
      <w:r>
        <w:t>ایوری ون وشز ویل فار دی ادرز۔ ایچ ممبر از تھینک فل ٹو گاڈ فار دی ادر ممبرز اینڈ اکنالج دا امپورٹنس آف دیر سپیسیفک کنٹریبیوشنز ان دا مشن۔</w:t>
      </w:r>
    </w:p>
    <w:p>
      <w:r>
        <w:rPr>
          <w:b/>
        </w:rPr>
        <w:t xml:space="preserve">[11:19] </w:t>
      </w:r>
      <w:r>
        <w:t>e</w:t>
      </w:r>
    </w:p>
    <w:p>
      <w:pPr>
        <w:jc w:val="right"/>
      </w:pPr>
      <w:r>
        <w:t>ای</w:t>
      </w:r>
    </w:p>
    <w:p>
      <w:r>
        <w:rPr>
          <w:b/>
        </w:rPr>
        <w:t xml:space="preserve">[11:20] </w:t>
      </w:r>
      <w:r>
        <w:t>each one prays for the others, ever ready to sacrifice their opinions for the greater good. as per maulana sahib teaching, that the most difficult sacrifice is that of one's opinion.</w:t>
      </w:r>
    </w:p>
    <w:p>
      <w:pPr>
        <w:jc w:val="right"/>
      </w:pPr>
      <w:r>
        <w:t>چ ون پریز فار دی ادرز، ایور ریڈی ٹو سیکریفائس دیر اوپینینز فار دا گریٹر گڈ۔ ایز پر مولانا صاحب ٹیچنگ، دیٹ دا موسٹ ڈیفیکلٹ سیکریفائس از دیٹ آف ونز اوپینین۔</w:t>
      </w:r>
    </w:p>
    <w:p>
      <w:r>
        <w:rPr>
          <w:b/>
        </w:rPr>
        <w:t xml:space="preserve">[11:34] </w:t>
      </w:r>
      <w:r>
        <w:t>as God wills, every CPS member is a one person to missions.</w:t>
      </w:r>
    </w:p>
    <w:p>
      <w:pPr>
        <w:jc w:val="right"/>
      </w:pPr>
      <w:r>
        <w:t>ایز گاڈ ویلز، ایوری سی پی ایس ممبر از ا ون پرسن ٹو مشنز۔</w:t>
      </w:r>
    </w:p>
    <w:p>
      <w:r>
        <w:rPr>
          <w:b/>
        </w:rPr>
        <w:t xml:space="preserve">[11:40] </w:t>
      </w:r>
      <w:r>
        <w:t>on one hand, are their worldly duties, and on the other, their own intellectual development and dawa mission responsibilities which they are all trying to fulfill in the best possible way.</w:t>
      </w:r>
    </w:p>
    <w:p>
      <w:pPr>
        <w:jc w:val="right"/>
      </w:pPr>
      <w:r>
        <w:t>ان ون ہینڈ، ار دیر ورلڈی ڈیوٹیز، اینڈ ان دی ادر، دیر اون انٹلیکچول ڈیولپمنٹ اینڈ داوا مشن ریسپانسبیلٹیز وچ دے آر آل ٹرائینگ ٹو فلفل ان دا بیسٹ پوسیبل وے۔</w:t>
      </w:r>
    </w:p>
    <w:p>
      <w:r>
        <w:rPr>
          <w:b/>
        </w:rPr>
        <w:t xml:space="preserve">[11:56] </w:t>
      </w:r>
      <w:r>
        <w:t>prayers emerge from the bottom of the heart for the mission companions.</w:t>
      </w:r>
    </w:p>
    <w:p>
      <w:pPr>
        <w:jc w:val="right"/>
      </w:pPr>
      <w:r>
        <w:t>پریز ایمرج فرام دا باٹم آف دی ہارٹ فار دا مشن کمپینینز۔</w:t>
      </w:r>
    </w:p>
    <w:p>
      <w:r>
        <w:rPr>
          <w:b/>
        </w:rPr>
        <w:t xml:space="preserve">[12:03] </w:t>
      </w:r>
      <w:r>
        <w:t>maulana sahib taught us to think. thinking that is contemplation is the first step towards marifat or god realization.</w:t>
      </w:r>
    </w:p>
    <w:p>
      <w:pPr>
        <w:jc w:val="right"/>
      </w:pPr>
      <w:r>
        <w:t>مولانا صاحب ٹاٹ اس ٹو تھنک۔ تھنکنگ دیٹ از کنٹیمپلیشن از دا فرسٹ سٹیپ ٹورڈز معرفت اور گاڈ ریلائزیشن۔</w:t>
      </w:r>
    </w:p>
    <w:p>
      <w:r>
        <w:rPr>
          <w:b/>
        </w:rPr>
        <w:t xml:space="preserve">[12:14] </w:t>
      </w:r>
      <w:r>
        <w:t>prophet used to go to the cave for contemplation. and god chose him for prophethood when he found the seeking spirit in him.</w:t>
      </w:r>
    </w:p>
    <w:p>
      <w:pPr>
        <w:jc w:val="right"/>
      </w:pPr>
      <w:r>
        <w:t>پرافٹ یوز ٹو گو ٹو دا کیو فار کنٹیمپلیشن۔ اینڈ گاڈ چوز ہم فار پرافٹ ہوڈ وین ہی فاؤنڈ دا سیکنگ سپرٹ ان ہم۔</w:t>
      </w:r>
    </w:p>
    <w:p>
      <w:r>
        <w:rPr>
          <w:b/>
        </w:rPr>
        <w:t xml:space="preserve">[12:23] </w:t>
      </w:r>
      <w:r>
        <w:t>god revealed his message to him. for us now, god will guide us to the straight path if he become seekers.</w:t>
      </w:r>
    </w:p>
    <w:p>
      <w:pPr>
        <w:jc w:val="right"/>
      </w:pPr>
      <w:r>
        <w:t>گاڈ ریویلڈ ہز میسج ٹو ہم۔ فار اس ناو، گاڈ ویل گائیڈ اس ٹو دا سٹریٹ پاتھ اف ہی بیکم سیکرز۔</w:t>
      </w:r>
    </w:p>
    <w:p>
      <w:r>
        <w:rPr>
          <w:b/>
        </w:rPr>
        <w:t xml:space="preserve">[12:33] </w:t>
      </w:r>
      <w:r>
        <w:t>maulana this in his book mutala-e-seerat. in 2005, i requested maulana sahib to give me a dawa program.</w:t>
      </w:r>
    </w:p>
    <w:p>
      <w:pPr>
        <w:jc w:val="right"/>
      </w:pPr>
      <w:r>
        <w:t>مولانا دس ان ہز بک مطالعہ سیرت۔ ان 2005، آئی ریکویسٹڈ مولانا صاحب ٹو گیو می ا داوا پروگرام۔</w:t>
      </w:r>
    </w:p>
    <w:p>
      <w:r>
        <w:rPr>
          <w:b/>
        </w:rPr>
        <w:t xml:space="preserve">[12:47] </w:t>
      </w:r>
      <w:r>
        <w:t>maulana sahib send me the following message through rajat bhai, we don't make programs, we make program makers, he said, and we will do dua for you.</w:t>
      </w:r>
    </w:p>
    <w:p>
      <w:pPr>
        <w:jc w:val="right"/>
      </w:pPr>
      <w:r>
        <w:t>مولانا صاحب سینڈ می دا فالونگ میسج تھرو رجت بھائی، وی ڈونٹ میک پروگرامز، وی میک پروگرام میکرز، ہی سیڈ، اینڈ وی ویل ڈو دعا فار یو۔</w:t>
      </w:r>
    </w:p>
    <w:p>
      <w:r>
        <w:rPr>
          <w:b/>
        </w:rPr>
        <w:t xml:space="preserve">[12:59] </w:t>
      </w:r>
      <w:r>
        <w:t>it is the result of these dua that from that day until this day, god has provided us with opportunities along with us special siker.</w:t>
      </w:r>
    </w:p>
    <w:p>
      <w:pPr>
        <w:jc w:val="right"/>
      </w:pPr>
      <w:r>
        <w:t>اٹ از دا رزلٹ آف دیز دعا دیٹ فرام دیٹ ڈے انٹل دس ڈے، گاڈ ہیز پرووائیڈڈ اس ود اپرچونیٹیز الونگ ود اس سپیشل سکر۔</w:t>
      </w:r>
    </w:p>
    <w:p>
      <w:r>
        <w:rPr>
          <w:b/>
        </w:rPr>
        <w:t xml:space="preserve">[13:11] </w:t>
      </w:r>
      <w:r>
        <w:t>likewise, maulana sahib does dua for all of human kind with it most sincerity and feelings emanating from the deepest part of his heart</w:t>
      </w:r>
    </w:p>
    <w:p>
      <w:pPr>
        <w:jc w:val="right"/>
      </w:pPr>
      <w:r>
        <w:t>لائک وائز، مولانا صاحب ڈز دعا فار آل آف ہیومن کائنڈ ود اٹ موسٹ سنسیرٹی اینڈ فیلنگز ایمنیٹنگ فرام دا ڈیپسٹ پارٹ آف ہز ہارٹ</w:t>
      </w:r>
    </w:p>
    <w:p>
      <w:r>
        <w:rPr>
          <w:b/>
        </w:rPr>
        <w:t xml:space="preserve">[13:24] </w:t>
      </w:r>
      <w:r>
        <w:t>i am sure, even a mother might not be praying with such feelings for her children. to know the intensity of feelings for human kind in maulana heart, let me relate what maulana sahib said when he was asked by a person, the conditions to join cps,</w:t>
      </w:r>
    </w:p>
    <w:p>
      <w:pPr>
        <w:jc w:val="right"/>
      </w:pPr>
      <w:r>
        <w:t>۔ آئی ایم شور، ایون ا مدر مائٹ ناٹ بی پریئنگ ود سچ فیلنگز فار ہر چلڈرن۔ ٹو نو دا انٹینسٹی آف فیلنگز فار ہیومن کائنڈ ان مولانا ہارٹ، لیٹ می ریلیٹ واٹ مولانا صاحب سیڈ وین ہی واز اسکڈ بائی ا پرسن، دا کنڈیشنز ٹو جوائن سی پی ایس،</w:t>
      </w:r>
    </w:p>
    <w:p>
      <w:r>
        <w:rPr>
          <w:b/>
        </w:rPr>
        <w:t xml:space="preserve">[13:45] </w:t>
      </w:r>
      <w:r>
        <w:t>to which he replied, you should not hate anyone. this is not just my experience with maulana</w:t>
      </w:r>
    </w:p>
    <w:p>
      <w:pPr>
        <w:jc w:val="right"/>
      </w:pPr>
      <w:r>
        <w:t>ٹو وچ ہی ریپلائیڈ، یو شوڈ ناٹ ہیٹ اینی ون۔ دس از ناٹ جسٹ مائی ایکسپیرینس ود مولانا</w:t>
      </w:r>
    </w:p>
    <w:p>
      <w:r>
        <w:rPr>
          <w:b/>
        </w:rPr>
        <w:t xml:space="preserve">[13:56] </w:t>
      </w:r>
      <w:r>
        <w:t>every missionary shares the same experience. my discerning listeners, recognize this mission.</w:t>
      </w:r>
    </w:p>
    <w:p>
      <w:pPr>
        <w:jc w:val="right"/>
      </w:pPr>
      <w:r>
        <w:t>۔ ایوری مشنری شیئرز دا سیم ایکسپیرینس۔ مائی ڈیسرننگ لسنرز، ریکگنائز دس مشن۔</w:t>
      </w:r>
    </w:p>
    <w:p>
      <w:r>
        <w:rPr>
          <w:b/>
        </w:rPr>
        <w:t xml:space="preserve">[14:05] </w:t>
      </w:r>
      <w:r>
        <w:t>understand it through your own reading. it is reason based. how can we just follow what we hear from others?</w:t>
      </w:r>
    </w:p>
    <w:p>
      <w:pPr>
        <w:jc w:val="right"/>
      </w:pPr>
      <w:r>
        <w:t>انڈرسٹینڈ اٹ تھرو یور اون ریڈنگ۔ اٹ از ریزن بیسڈ۔ ہاؤ کین وی جسٹ فالو واٹ وی ہیئر فرام ادرز؟</w:t>
      </w:r>
    </w:p>
    <w:p>
      <w:r>
        <w:rPr>
          <w:b/>
        </w:rPr>
        <w:t xml:space="preserve">[14:15] </w:t>
      </w:r>
      <w:r>
        <w:t>how can we lead a life according to a own whims and fancies</w:t>
      </w:r>
    </w:p>
    <w:p>
      <w:pPr>
        <w:jc w:val="right"/>
      </w:pPr>
      <w:r>
        <w:t>ہاؤ کین وی لیڈ ا لائف اکورڈنگ ٹو ا اون ومز اینڈ فینسیز</w:t>
      </w:r>
    </w:p>
    <w:p>
      <w:r>
        <w:rPr>
          <w:b/>
        </w:rPr>
        <w:t xml:space="preserve">[14:21] </w:t>
      </w:r>
      <w:r>
        <w:t>this is a serious matter, a matter of a eternal life in the here after.</w:t>
      </w:r>
    </w:p>
    <w:p>
      <w:pPr>
        <w:jc w:val="right"/>
      </w:pPr>
      <w:r>
        <w:t>؟ دس از ا سیریس میٹر، ا میٹر آف ا ایٹرنل لائف ان دا ہیر افٹر۔</w:t>
      </w:r>
    </w:p>
    <w:p>
      <w:r>
        <w:rPr>
          <w:b/>
        </w:rPr>
        <w:t xml:space="preserve">[14:29] </w:t>
      </w:r>
      <w:r>
        <w:t>do we in a worldly matters adopt such a casual attitude towards an important affairs of a life?</w:t>
      </w:r>
    </w:p>
    <w:p>
      <w:pPr>
        <w:jc w:val="right"/>
      </w:pPr>
      <w:r>
        <w:t>ڈو وی ان ا ورلڈی میٹرز اڈاپٹ سچ ا کیژول ایٹیٹیوڈ ٹورڈز ان امپورٹنٹ افیئرز آف ا لائف؟</w:t>
      </w:r>
    </w:p>
    <w:p>
      <w:r>
        <w:rPr>
          <w:b/>
        </w:rPr>
        <w:t xml:space="preserve">[14:39] </w:t>
      </w:r>
      <w:r>
        <w:t>do we interest important decisions to a friends and relatives and depend on them to take care of them</w:t>
      </w:r>
    </w:p>
    <w:p>
      <w:pPr>
        <w:jc w:val="right"/>
      </w:pPr>
      <w:r>
        <w:t>ڈو وی انٹرسٹ امپورٹنٹ ڈیسیژنز ٹو ا فرینڈز اینڈ ریلیٹوز اینڈ ڈیپینڈ ان دیم ٹو ٹیک کیئر آف دیم</w:t>
      </w:r>
    </w:p>
    <w:p>
      <w:r>
        <w:rPr>
          <w:b/>
        </w:rPr>
        <w:t xml:space="preserve">[14:47] </w:t>
      </w:r>
      <w:r>
        <w:t>? do we have a careless attitude in selecting life companions for a sons and daughters? are and all these a subject of a personal pursu?</w:t>
      </w:r>
    </w:p>
    <w:p>
      <w:pPr>
        <w:jc w:val="right"/>
      </w:pPr>
      <w:r>
        <w:t>؟ ڈو وی ہیو ا کیئرلیس ایٹیٹیوڈ ان سلیکٹنگ لائف کمپینینز فار ا سنز اینڈ ڈاٹرز؟ ار اینڈ آل دیز ا سبجیکٹ آف ا پرسنل پرسو؟</w:t>
      </w:r>
    </w:p>
    <w:p>
      <w:r>
        <w:rPr>
          <w:b/>
        </w:rPr>
        <w:t xml:space="preserve">[14:59] </w:t>
      </w:r>
      <w:r>
        <w:t>what fears we nurture and how we do not rely on others about such matters? then how come in the eternal matter of hereafter, we are casual and insensitive?</w:t>
      </w:r>
    </w:p>
    <w:p>
      <w:pPr>
        <w:jc w:val="right"/>
      </w:pPr>
      <w:r>
        <w:t>واٹ فیئرز وی نرچر اینڈ ہاؤ وی ڈو ناٹ ریلائے ان ادرز اباؤٹ سچ میٹرز؟ دین ہاؤ کم ان دا ایٹرنل میٹر آف ہیر افٹر، وی آر کیژول اینڈ انسینسٹیو؟</w:t>
      </w:r>
    </w:p>
    <w:p>
      <w:r>
        <w:rPr>
          <w:b/>
        </w:rPr>
        <w:t xml:space="preserve">[15:14] </w:t>
      </w:r>
      <w:r>
        <w:t>know that in the matter of salvation, we are alone. only in terms of dawa, we consider the human kind. the situation will be such in the hereafter that no one will worry or be concerned about another.</w:t>
      </w:r>
    </w:p>
    <w:p>
      <w:pPr>
        <w:jc w:val="right"/>
      </w:pPr>
      <w:r>
        <w:t>نو دیٹ ان دا میٹر آف سالویشن، وی آر الون۔ اونلی ان ٹرمز آف داوا، وی کنسیڈر دا ہیومن کائنڈ۔ دا سچویشن ویل بی سچ ان دا ہیر افٹر دیٹ نو ون ویل وری اور بی کنسرنڈ اباؤٹ انادر۔</w:t>
      </w:r>
    </w:p>
    <w:p>
      <w:r>
        <w:rPr>
          <w:b/>
        </w:rPr>
        <w:t xml:space="preserve">[15:30] </w:t>
      </w:r>
      <w:r>
        <w:t>each one will be worried about one self so much that a person will be ready to offer his family as ransom so that he will be speed off the punishment.</w:t>
      </w:r>
    </w:p>
    <w:p>
      <w:pPr>
        <w:jc w:val="right"/>
      </w:pPr>
      <w:r>
        <w:t>ایچ ون ویل بی وریڈ اباؤٹ ون سیلف سو مچ دیٹ ا پرسن ویل بی ریڈی ٹو افر ہز فیملی از رینسم سو دیٹ ہی ویل بی سپیڈ اف دا پنشمنٹ۔</w:t>
      </w:r>
    </w:p>
    <w:p>
      <w:r>
        <w:rPr>
          <w:b/>
        </w:rPr>
        <w:t xml:space="preserve">[15:42] </w:t>
      </w:r>
      <w:r>
        <w:t>the opportunity to be a part of the true mission is only in this world until death comes upon us. contemplate on the following verses of the Quran, Surah Al-Hadid, Chapter 57, Verses 12 to 16</w:t>
      </w:r>
    </w:p>
    <w:p>
      <w:pPr>
        <w:jc w:val="right"/>
      </w:pPr>
      <w:r>
        <w:t>دی اپرچونیٹی ٹو بی ا پارٹ آف دا ٹرو مشن از اونلی ان دس ورلڈ انٹل ڈیتھ کمز اپون اس۔ کنٹیمپلیٹ ان دا فالونگ ورسز آف دا قرآن، سورہ الحدیث، چیپٹر 57، ورسز 12 ٹو 16</w:t>
      </w:r>
    </w:p>
    <w:p>
      <w:r>
        <w:rPr>
          <w:b/>
        </w:rPr>
        <w:t xml:space="preserve">[15:59] </w:t>
      </w:r>
      <w:r>
        <w:t>. in the day, you shall see the faithful both men and women with their lights streaming out before them and in their right hands. glidings for you today, you shall enter gardens with rivers flowing through them, where in you shall forever develop.</w:t>
      </w:r>
    </w:p>
    <w:p>
      <w:pPr>
        <w:jc w:val="right"/>
      </w:pPr>
      <w:r>
        <w:t>۔ ان دا ڈے، یو شیل سی دا فیتھ فل بوتھ مین اینڈ وومن ود دیر لائٹس سٹریمنگ آؤٹ بیفور دیم اینڈ ان دیر رائٹ ہینڈز۔ گلیڈنگز فار یو ٹوڈے، یو شیل انٹر گارڈنز ود ریورز فلوئنگ تھرو دیم، ویئر ان یو شیل فار ایور ڈویلپ۔</w:t>
      </w:r>
    </w:p>
    <w:p>
      <w:r>
        <w:rPr>
          <w:b/>
        </w:rPr>
        <w:t xml:space="preserve">[16:16] </w:t>
      </w:r>
      <w:r>
        <w:t>this the supreme triumph</w:t>
      </w:r>
    </w:p>
    <w:p>
      <w:pPr>
        <w:jc w:val="right"/>
      </w:pPr>
      <w:r>
        <w:t>دس دا سپریم ٹرائمپ</w:t>
      </w:r>
    </w:p>
    <w:p>
      <w:r>
        <w:rPr>
          <w:b/>
        </w:rPr>
        <w:t xml:space="preserve">[16:18] </w:t>
      </w:r>
      <w:r>
        <w:t>. in that day, the hypocrites both men and women will say to the faithful, wait a while for us so that we may have some of your light.</w:t>
      </w:r>
    </w:p>
    <w:p>
      <w:pPr>
        <w:jc w:val="right"/>
      </w:pPr>
      <w:r>
        <w:t>۔ ان دیٹ ڈے، دا ہپوکریٹس بوتھ مین اینڈ وومن ویل سے ٹو دا فیتھ فل، ویٹ ا وائل فار اس سو دیٹ وی می ہیو سم آف یور لائٹ۔</w:t>
      </w:r>
    </w:p>
    <w:p>
      <w:r>
        <w:rPr>
          <w:b/>
        </w:rPr>
        <w:t xml:space="preserve">[16:26] </w:t>
      </w:r>
      <w:r>
        <w:t>they will be told, turn back and look for a light else where. a wall will then be raised between them. it will have a gate on the inside of which will be grace and mercy, and on the outside of which will be punishment.</w:t>
      </w:r>
    </w:p>
    <w:p>
      <w:pPr>
        <w:jc w:val="right"/>
      </w:pPr>
      <w:r>
        <w:t>دے ویل بی ٹولڈ، ٹرن بیک اینڈ لوک فار ا لائٹ ایلس ویر۔ ا وال ویل دین بی ریز بٹوین دیم۔ اٹ ویل ہیو ا گیٹ ان دا ان سائیڈ آف وچ ویل بی گریس اینڈ مرسی، اینڈ ان دی آؤٹ سائیڈ آف وچ ویل بی پنشمنٹ۔</w:t>
      </w:r>
    </w:p>
    <w:p>
      <w:r>
        <w:rPr>
          <w:b/>
        </w:rPr>
        <w:t xml:space="preserve">[16:42] </w:t>
      </w:r>
      <w:r>
        <w:t>the hypocrites will call out to the faithful, were we not in your side</w:t>
      </w:r>
    </w:p>
    <w:p>
      <w:pPr>
        <w:jc w:val="right"/>
      </w:pPr>
      <w:r>
        <w:t>دا ہپوکریٹس ویل کال آؤٹ ٹو دا فیتھ فل، ور وی ناٹ ان یور سائیڈ</w:t>
      </w:r>
    </w:p>
    <w:p>
      <w:r>
        <w:rPr>
          <w:b/>
        </w:rPr>
        <w:t xml:space="preserve">[16:48] </w:t>
      </w:r>
      <w:r>
        <w:t>. they will reply, yes, but you gave in to temptation. you wavered and doubted and were deceived by your wishful thinking until god's will was done.</w:t>
      </w:r>
    </w:p>
    <w:p>
      <w:pPr>
        <w:jc w:val="right"/>
      </w:pPr>
      <w:r>
        <w:t>۔ دے ویل ریپلائی، یس، بٹ یو گیون ٹو ٹمپٹیشن۔ یو ویورڈ اینڈ ڈاؤٹڈ اینڈ ویر ڈیسیوڈ بائی یور وش فل تھنکنگ انٹل گاڈ ویل واز ڈن۔</w:t>
      </w:r>
    </w:p>
    <w:p>
      <w:r>
        <w:rPr>
          <w:b/>
        </w:rPr>
        <w:t xml:space="preserve">[16:59] </w:t>
      </w:r>
      <w:r>
        <w:t>then the deceiver misled you about god. so this day, no ransom can be taken from you, nor from those who are bent on denying the truth.</w:t>
      </w:r>
    </w:p>
    <w:p>
      <w:pPr>
        <w:jc w:val="right"/>
      </w:pPr>
      <w:r>
        <w:t>دین دا ڈیسیور مس لیڈ یو اباؤٹ گاڈ۔ سو دس ڈے، نو رینسم کین بی ٹیکن فرام یو، نو فرام دوز ہو ار بینڈ ان ڈیننگ دا ٹرتھ۔</w:t>
      </w:r>
    </w:p>
    <w:p>
      <w:r>
        <w:rPr>
          <w:b/>
        </w:rPr>
        <w:t xml:space="preserve">[17:10] </w:t>
      </w:r>
      <w:r>
        <w:t>your home is the fire, that's your companion, and hapless journeys end.</w:t>
      </w:r>
    </w:p>
    <w:p>
      <w:pPr>
        <w:jc w:val="right"/>
      </w:pPr>
      <w:r>
        <w:t>یور ہوم از دا فائر، دیٹس یور کمپینین، اینڈ ہپلس جرنیز اینڈ۔</w:t>
      </w:r>
    </w:p>
    <w:p>
      <w:r>
        <w:rPr>
          <w:b/>
        </w:rPr>
        <w:t xml:space="preserve">[17:17] </w:t>
      </w:r>
      <w:r>
        <w:t>has the time not come for the faithful? when their hearts in all humility should engage in the remembrance of god and of the revelation of truth so that they should not become like those who are given the book before them.</w:t>
      </w:r>
    </w:p>
    <w:p>
      <w:pPr>
        <w:jc w:val="right"/>
      </w:pPr>
      <w:r>
        <w:t>ہیز دا ٹائم ناٹ کم فار دا فیتھ فل؟ وین دیر ہارٹس ان آل ہومیلٹی شوڈ انگیج ان دا ریممبرنس آف گاڈ اینڈ آف دا ریولیشن آف ٹرتھ سو دیٹ دے شوڈ ناٹ بیکم لائک دوز ہو ار گیون دا بک بیفور دیم۔</w:t>
      </w:r>
    </w:p>
    <w:p>
      <w:r>
        <w:rPr>
          <w:b/>
        </w:rPr>
        <w:t xml:space="preserve">[17:33] </w:t>
      </w:r>
      <w:r>
        <w:t>whose hearts with the passage of time became hardened and many of whom were disobedient.</w:t>
      </w:r>
    </w:p>
    <w:p>
      <w:pPr>
        <w:jc w:val="right"/>
      </w:pPr>
      <w:r>
        <w:t>ہوز ہارٹس ود دا پاسج آف ٹائم بیکم ہارڈنڈ اینڈ مینی آف ہوم وار ڈس اوبیڈینٹ۔</w:t>
      </w:r>
    </w:p>
    <w:p>
      <w:r>
        <w:rPr>
          <w:b/>
        </w:rPr>
        <w:t xml:space="preserve">[17:39] </w:t>
      </w:r>
      <w:r>
        <w:t>you heard the verses now, what i just now read from the Quran. please ponder on the meaning of light, the request of people to allow them some of the light, the wall which will be raised, wishful thinking, the deception of satan,</w:t>
      </w:r>
    </w:p>
    <w:p>
      <w:pPr>
        <w:jc w:val="right"/>
      </w:pPr>
      <w:r>
        <w:t>یو ہرٹ دا ورسز ناو، واٹ آئی جسٹ ناو ریڈ فرام دا قرآن۔ پلیز پونڈر ان دا میننگ آف لائٹ، دا ریکویسٹ آف پیپل ٹو الاؤ دیم سم آف دا لائٹ، دا وال وچ ویل بی ریزڈ، وش فل تھنکنگ، دا ڈیسیپشن آف سیٹن،</w:t>
      </w:r>
    </w:p>
    <w:p>
      <w:r>
        <w:rPr>
          <w:b/>
        </w:rPr>
        <w:t xml:space="preserve">[17:59] </w:t>
      </w:r>
      <w:r>
        <w:t>hardening of the heart, and god's address to the believers. there is a chance to walk in the light in this world.</w:t>
      </w:r>
    </w:p>
    <w:p>
      <w:pPr>
        <w:jc w:val="right"/>
      </w:pPr>
      <w:r>
        <w:t>ہارڈننگ آف دا ہارٹ، اینڈ گاڈ ایڈریس ٹو دا بیلیورز۔ دیر از ا چانس ٹو واک ان دا لائٹ ان دس ورلڈ۔</w:t>
      </w:r>
    </w:p>
    <w:p>
      <w:r>
        <w:rPr>
          <w:b/>
        </w:rPr>
        <w:t xml:space="preserve">[18:08] </w:t>
      </w:r>
      <w:r>
        <w:t>do not create a wall of ignorance. do not nurture false expectations that performing a few rituals will please god.</w:t>
      </w:r>
    </w:p>
    <w:p>
      <w:pPr>
        <w:jc w:val="right"/>
      </w:pPr>
      <w:r>
        <w:t>ڈو ناٹ کریٹ ا وال آف اگنورنس۔ ڈو ناٹ نرچر فالس ایکسپیکٹیشنز دیٹ پرفارمنگ ا فیو ریچولز ویل پلیز گاڈ۔</w:t>
      </w:r>
    </w:p>
    <w:p>
      <w:r>
        <w:rPr>
          <w:b/>
        </w:rPr>
        <w:t xml:space="preserve">[18:19] </w:t>
      </w:r>
      <w:r>
        <w:t>Quran addresses the believers to safeguard from the hardening of the hearts. our hearts should be as per Allah's expectations.</w:t>
      </w:r>
    </w:p>
    <w:p>
      <w:pPr>
        <w:jc w:val="right"/>
      </w:pPr>
      <w:r>
        <w:t>قرآن ایڈریسز دا بیلیورز ٹو سیو گارڈ فرام دا ہارڈننگ آف دا ہارٹس۔ اور ہارٹس شوڈ بی ایز پر اللہ ایکسپیکٹیشنز۔</w:t>
      </w:r>
    </w:p>
    <w:p>
      <w:r>
        <w:rPr>
          <w:b/>
        </w:rPr>
        <w:t xml:space="preserve">[18:29] </w:t>
      </w:r>
      <w:r>
        <w:t>Surah Zumar Ayat number 23 describes this, god has sent down the best message, a scripture that is consimilar and oft repeated, that causes the skins of those in awe of their lord to creep.</w:t>
      </w:r>
    </w:p>
    <w:p>
      <w:pPr>
        <w:jc w:val="right"/>
      </w:pPr>
      <w:r>
        <w:t>سورہ زمر آیت نمبر 23 ڈسکرائب دس، گاڈ ہیز سینڈ ڈاؤن دا بیسٹ میسج، ا سکرپچر دیٹ از کون سمیلر اینڈ افٹ ریپیٹڈ، دیٹ کازز دا سکنز آف دوز ان اؤ اف دیر لارڈ ٹو کریپ۔</w:t>
      </w:r>
    </w:p>
    <w:p>
      <w:r>
        <w:rPr>
          <w:b/>
        </w:rPr>
        <w:t xml:space="preserve">[18:48] </w:t>
      </w:r>
      <w:r>
        <w:t>then their skins and their hearts soften at the mention of god, such is god's guidance. he bestows it upon whoever he will, but no one can guide those whom god leaves to stray.</w:t>
      </w:r>
    </w:p>
    <w:p>
      <w:pPr>
        <w:jc w:val="right"/>
      </w:pPr>
      <w:r>
        <w:t>دین دیر سکنز اینڈ دیر ہارٹس سوفن ایٹ دا مینشن آف گاڈ، سچ از گاڈ گائیڈنس۔ ہی بیسٹوز اٹ اپون ہو ایور ہی ویل، بٹ نو ون کین گائیڈ دوز ہوم گاڈ لیوز ٹو سٹری۔</w:t>
      </w:r>
    </w:p>
    <w:p>
      <w:r>
        <w:rPr>
          <w:b/>
        </w:rPr>
        <w:t xml:space="preserve">[19:04] </w:t>
      </w:r>
      <w:r>
        <w:t>so the stand of the verses from the Quran. each verse of the Quran is like an ocean filled in a jug.</w:t>
      </w:r>
    </w:p>
    <w:p>
      <w:pPr>
        <w:jc w:val="right"/>
      </w:pPr>
      <w:r>
        <w:t>سو دا سٹینڈ اف دا ورسز فرام دا قرآن۔ ایچ ورس اف دا قرآن از لائک ان اوشن فلڈ ان ا جگ۔</w:t>
      </w:r>
    </w:p>
    <w:p>
      <w:r>
        <w:rPr>
          <w:b/>
        </w:rPr>
        <w:t xml:space="preserve">[19:12] </w:t>
      </w:r>
      <w:r>
        <w:t>each hadith has a universal application. Maulana sahib is teaching us this through his writings. so read the literature yourself.</w:t>
      </w:r>
    </w:p>
    <w:p>
      <w:pPr>
        <w:jc w:val="right"/>
      </w:pPr>
      <w:r>
        <w:t>ایچ حدیث ہیز ا یونیورسل ایپلیکیشن۔ مولانا صاحب از ٹیچنگ اس دس تھرو ہز رائٹنگز۔ سو ریڈ دا لٹریچر یور سیلف۔</w:t>
      </w:r>
    </w:p>
    <w:p>
      <w:r>
        <w:rPr>
          <w:b/>
        </w:rPr>
        <w:t xml:space="preserve">[19:22] </w:t>
      </w:r>
      <w:r>
        <w:t>if anyone gives you the feeling that you will suffer worldly losses, do not fear. satan has his deceptively cunning ways to instill fear in us</w:t>
      </w:r>
    </w:p>
    <w:p>
      <w:pPr>
        <w:jc w:val="right"/>
      </w:pPr>
      <w:r>
        <w:t>اف اینی ون گوز یو دا فیلنگ دیٹ یو ویل سفر ورلڈی لاسز، ڈو ناٹ فیئر۔ سیٹن ہیز اس ڈیسیپٹولی کرننگ ویز ٹو انسٹل فیئر ان اس</w:t>
      </w:r>
    </w:p>
    <w:p>
      <w:r>
        <w:rPr>
          <w:b/>
        </w:rPr>
        <w:t xml:space="preserve">[19:36] </w:t>
      </w:r>
      <w:r>
        <w:t>throu his presentation of imaginary soroz and imaginary losses. we should not fall for them.</w:t>
      </w:r>
    </w:p>
    <w:p>
      <w:pPr>
        <w:jc w:val="right"/>
      </w:pPr>
      <w:r>
        <w:t>تھرو ہز پریزنٹیشن اف امیجنری سوروز اینڈ امیجنری لاسز۔ وی شوڈ ناٹ فال فار دیم۔</w:t>
      </w:r>
    </w:p>
    <w:p>
      <w:r>
        <w:rPr>
          <w:b/>
        </w:rPr>
        <w:t xml:space="preserve">[19:47] </w:t>
      </w:r>
      <w:r>
        <w:t>next, it is crucial to be aware of those aspects of cps literature which are unique and which we will not find any where else.</w:t>
      </w:r>
    </w:p>
    <w:p>
      <w:pPr>
        <w:jc w:val="right"/>
      </w:pPr>
      <w:r>
        <w:t>نیکسٹ، اٹ از کروشل ٹو بی اویر اف دوز ایسپیکٹس اف سی پی ایس لٹریچر وچ ار یونیق اینڈ وچ وی ویل ناٹ فائنڈ اینی ویر ایلس۔</w:t>
      </w:r>
    </w:p>
    <w:p>
      <w:r>
        <w:rPr>
          <w:b/>
        </w:rPr>
        <w:t xml:space="preserve">[19:59] </w:t>
      </w:r>
      <w:r>
        <w:t>let us understand this in the light of reason.</w:t>
      </w:r>
    </w:p>
    <w:p>
      <w:pPr>
        <w:jc w:val="right"/>
      </w:pPr>
      <w:r>
        <w:t>لیٹ اس انڈرسٹینڈ دس ان دا لائٹ اف ریزن۔</w:t>
      </w:r>
    </w:p>
    <w:p>
      <w:r>
        <w:rPr>
          <w:b/>
        </w:rPr>
        <w:t xml:space="preserve">[20:02] </w:t>
      </w:r>
      <w:r>
        <w:t>indeed, its acceptance is your freedom. there is no compulsion in religion. is what the quran has to say.</w:t>
      </w:r>
    </w:p>
    <w:p>
      <w:pPr>
        <w:jc w:val="right"/>
      </w:pPr>
      <w:r>
        <w:t>انڈیٹ، اٹس ایکسیپٹنس از یور فریڈم۔ دیر از نو کمپلشن ان ریلیجن۔ از واٹ دا قرآن ہیز ٹو سے۔</w:t>
      </w:r>
    </w:p>
    <w:p>
      <w:r>
        <w:rPr>
          <w:b/>
        </w:rPr>
        <w:t xml:space="preserve">[20:13] </w:t>
      </w:r>
      <w:r>
        <w:t>cps mission presents the quran and hadith in the modern jargon which addresses the modern minds so that we understand its application in the modern context.</w:t>
      </w:r>
    </w:p>
    <w:p>
      <w:pPr>
        <w:jc w:val="right"/>
      </w:pPr>
      <w:r>
        <w:t>سی پی ایس مشن پریزنٹس دا قرآن اینڈ حدیث ان دا ماڈرن جرگن وچ ایڈریسز دا ماڈرن مائنڈز سو دیٹ وی انڈرسٹینڈ اٹس ایپلیکیشن ان دا ماڈرن کنٹیکسٹ۔</w:t>
      </w:r>
    </w:p>
    <w:p>
      <w:r>
        <w:rPr>
          <w:b/>
        </w:rPr>
        <w:t xml:space="preserve">[20:27] </w:t>
      </w:r>
      <w:r>
        <w:t>first to follow it for our self, then to present it to others in their understandable language.</w:t>
      </w:r>
    </w:p>
    <w:p>
      <w:pPr>
        <w:jc w:val="right"/>
      </w:pPr>
      <w:r>
        <w:t>فرسٹ ٹو فالو اٹ فار اور سیلف، دین ٹو پریزنٹ اٹ ٹو ادرز ان دیر انڈرسٹینڈیبل لینگویج۔</w:t>
      </w:r>
    </w:p>
    <w:p>
      <w:r>
        <w:rPr>
          <w:b/>
        </w:rPr>
        <w:t xml:space="preserve">[20:36] </w:t>
      </w:r>
      <w:r>
        <w:t>i present an example to elucidate this further. in inter faith program, a christian press mentioned that he was very perturbed about a particular attitude amongst muslims with regard to muslim women.</w:t>
      </w:r>
    </w:p>
    <w:p>
      <w:pPr>
        <w:jc w:val="right"/>
      </w:pPr>
      <w:r>
        <w:t>آئی پریزنٹ این ایگزامپل ٹو ایلوسیڈیٹ دس فردر۔ ان انٹر فیتھ پروگرام، ا کرسچن پریس مینشن دیٹ ہی واز ویری پرٹربڈ اباؤٹ ا پرٹیکولر ایٹیٹیوڈ امنگسٹ مسلمز ود ریگارڈ ٹو مسلم وومن۔</w:t>
      </w:r>
    </w:p>
    <w:p>
      <w:r>
        <w:rPr>
          <w:b/>
        </w:rPr>
        <w:t xml:space="preserve">[20:51] </w:t>
      </w:r>
      <w:r>
        <w:t>it was about the information that a woman place was behind four walls which he had heard from some where, and his emphasis was totally on the words of four walls.</w:t>
      </w:r>
    </w:p>
    <w:p>
      <w:pPr>
        <w:jc w:val="right"/>
      </w:pPr>
      <w:r>
        <w:t>اٹ واز اباؤٹ دا انفارمیشن دیٹ ا وومن پلیس واز بیہائنڈ فور والز وچ ہی ہیڈ ہرڈ فرام سم ویر، اینڈ ہز ایمفیسز واز ٹوٹلی ان دا ورڈز اف فور والز۔</w:t>
      </w:r>
    </w:p>
    <w:p>
      <w:r>
        <w:rPr>
          <w:b/>
        </w:rPr>
        <w:t xml:space="preserve">[21:04] </w:t>
      </w:r>
      <w:r>
        <w:t>at this moment, allah reminded me of one of maulana sahib teachings that to understand many things, one should move away from the literal meaning and concentrate on its metaphorical or symbolical meaning.</w:t>
      </w:r>
    </w:p>
    <w:p>
      <w:pPr>
        <w:jc w:val="right"/>
      </w:pPr>
      <w:r>
        <w:t>ایٹ دس مومنٹ، اللہ ریمائنڈڈ می اف ون اف مولانا صاحب ٹیچنگز دیٹ ٹو انڈرسٹینڈ مینی تھنگز، ون شوڈ موو اوے فرام دا لٹرل میننگ اینڈ کنسنٹریٹ ان اٹس میٹافوریکل اور سمبالیکل میننگ۔</w:t>
      </w:r>
    </w:p>
    <w:p>
      <w:r>
        <w:rPr>
          <w:b/>
        </w:rPr>
        <w:t xml:space="preserve">[21:23] </w:t>
      </w:r>
      <w:r>
        <w:t>in this case, wall does not refer to a physical wall because we know that a woman role is connected to nurturing of families, management of home, and educational and dawa field which includes interactions out side of home.</w:t>
      </w:r>
    </w:p>
    <w:p>
      <w:pPr>
        <w:jc w:val="right"/>
      </w:pPr>
      <w:r>
        <w:t>ان دس کیس، وال ڈز ناٹ ریفر ٹو ا فزیکل وال بیکاز وی نو دیٹ ا وومن رول از کنیکٹڈ ٹو نرچرنگ اف فیملیز، مینجمنٹ اف ہوم، اینڈ ایجوکیشنل اینڈ تاوا فیلڈ وچ انکلوڈز انٹریکشنز آؤٹ سائیڈ اف ہوم۔</w:t>
      </w:r>
    </w:p>
    <w:p>
      <w:r>
        <w:rPr>
          <w:b/>
        </w:rPr>
        <w:t xml:space="preserve">[21:44] </w:t>
      </w:r>
      <w:r>
        <w:t>i humbly presented this explanation to the press, saying that the wall here does not refer to a wall of brick and mortar, rather it refers to a wall of modesty.</w:t>
      </w:r>
    </w:p>
    <w:p>
      <w:pPr>
        <w:jc w:val="right"/>
      </w:pPr>
      <w:r>
        <w:t>آئی ہملی پریزنٹڈ دس ایکسپلینیشن ٹو دا پریس، سینگ دیٹ دا وال ہیر ڈز ناٹ ریفر ٹو ا وال اف برک اینڈ مارٹر، رادر اٹ ریفرز ٹو ا وال اف ماڈیسٹی۔</w:t>
      </w:r>
    </w:p>
    <w:p>
      <w:r>
        <w:rPr>
          <w:b/>
        </w:rPr>
        <w:t xml:space="preserve">[21:57] </w:t>
      </w:r>
      <w:r>
        <w:t>this is a wall which a woman should build around her self with her grace and dignity which will act as a protection in her interactions.</w:t>
      </w:r>
    </w:p>
    <w:p>
      <w:pPr>
        <w:jc w:val="right"/>
      </w:pPr>
      <w:r>
        <w:t>دس از ا وال وچ ا وومن شوڈ بلڈ اراؤنڈ ہر سیلف ود ہر گریس اینڈ ڈگنٹی وچ ویل ایکٹ از ا پروٹیکشن ان ہر انٹریکشنز۔</w:t>
      </w:r>
    </w:p>
    <w:p>
      <w:r>
        <w:rPr>
          <w:b/>
        </w:rPr>
        <w:t xml:space="preserve">[22:07] </w:t>
      </w:r>
      <w:r>
        <w:t>any one in his interactions with a woman</w:t>
      </w:r>
    </w:p>
    <w:p>
      <w:pPr>
        <w:jc w:val="right"/>
      </w:pPr>
      <w:r>
        <w:t>اینی ون ان ہز انٹریکشنز ود ا وومن</w:t>
      </w:r>
    </w:p>
    <w:p>
      <w:r>
        <w:rPr>
          <w:b/>
        </w:rPr>
        <w:t xml:space="preserve">[22:11] </w:t>
      </w:r>
      <w:r>
        <w:t>harbors any indecent intention should feel the presence of a wall of respect between him and the lady he is dealing with.</w:t>
      </w:r>
    </w:p>
    <w:p>
      <w:pPr>
        <w:jc w:val="right"/>
      </w:pPr>
      <w:r>
        <w:t>ہاربرز اینی انڈیسنٹ انٹینشن شوڈ فیل دا پریزنس اف ا وال اف ریسپیکٹ بٹوین ہم اینڈ دا لیڈی ہی از ڈیلنگ ود۔</w:t>
      </w:r>
    </w:p>
    <w:p>
      <w:r>
        <w:rPr>
          <w:b/>
        </w:rPr>
        <w:t xml:space="preserve">[22:22] </w:t>
      </w:r>
      <w:r>
        <w:t>upon hearing this, the press said, sister, this is a very meaningful explanation. considering this incident, is it not necessary that we need to understand them in the present context for our own implementation and to present its beautiful and profound as</w:t>
      </w:r>
    </w:p>
    <w:p>
      <w:pPr>
        <w:jc w:val="right"/>
      </w:pPr>
      <w:r>
        <w:t>اپون ہیورنگ دس، دا پریس سیڈ، سسٹر، دس از ا ویری میننگ فل ایکسپلینیشن۔ کنسیڈرنگ دس انسیڈنٹ، از اٹ ناٹ نیسیسری دیٹ وی نیڈ ٹو انڈرسٹینڈ دین ان دا پریزنٹ کنٹیکسٹ فار اور اون امپلیمنٹیشن اینڈ ٹو پریزنٹ اٹس بیوٹی فل اینڈ پروفاؤنڈ ایس</w:t>
      </w:r>
    </w:p>
    <w:p>
      <w:r>
        <w:rPr>
          <w:b/>
        </w:rPr>
        <w:t xml:space="preserve">[22:44] </w:t>
      </w:r>
      <w:r>
        <w:t>pects to others? let me share another discussion of the modern concept of spirituality. today, different types of spirituality are presented in this world.</w:t>
      </w:r>
    </w:p>
    <w:p>
      <w:pPr>
        <w:jc w:val="right"/>
      </w:pPr>
      <w:r>
        <w:t>پیکٹس ٹو ادرز؟ لیٹ می شیئر انادر ڈسکشن اف دا ماڈرن کانسیپٹ اف سپریچویلٹی۔ ٹوڈے، ڈفرنٹ ٹائپس اف سپریچویلٹی ار پریزنٹڈ ان دس ورلڈ۔</w:t>
      </w:r>
    </w:p>
    <w:p>
      <w:r>
        <w:rPr>
          <w:b/>
        </w:rPr>
        <w:t xml:space="preserve">[22:58] </w:t>
      </w:r>
      <w:r>
        <w:t>there is spirituality without the concept of god also, but islam presents spirituality where god is a supreme concern and fear of accountability is an integral part which gives us a high level of good character which stems from a strong conviction that god is watching over us.</w:t>
      </w:r>
    </w:p>
    <w:p>
      <w:pPr>
        <w:jc w:val="right"/>
      </w:pPr>
      <w:r>
        <w:t>دیر از سپریچویلٹی وداؤٹ دا کانسیپٹ اف گاڈ السو، بٹ اسلام پریزنٹ سپریچویلٹی ویر گاڈ از ا سپریم کنسرن اینڈ فیئر اف اکاؤنٹیبلٹی از ان انٹیگرل پارٹ وچ گوز اس ا ہائی لیول اف گڈ کریکٹر وچ سٹیمز فرام ا سٹرونگ کنوکشن دیٹ گاڈ از واچنگ اوور اس۔</w:t>
      </w:r>
    </w:p>
    <w:p>
      <w:r>
        <w:rPr>
          <w:b/>
        </w:rPr>
        <w:t xml:space="preserve">[23:21] </w:t>
      </w:r>
      <w:r>
        <w:t>in the area of spirituality, another concept presented by the world is hard based spirituality in which there are methods involving emptying the mind for a certain time, but maulana sahib has presented mind based spirituality from the quran.</w:t>
      </w:r>
    </w:p>
    <w:p>
      <w:pPr>
        <w:jc w:val="right"/>
      </w:pPr>
      <w:r>
        <w:t>ان دا ایریا اف سپریچویلٹی، انادر کانسیپٹ پریزنٹڈ بائی دا ورلڈ از ہارڈ بیسڈ سپریچویلٹی ان وچ دیر ار میتھڈز انوالونگ ایمپٹنگ دا مائنڈ فار ا سرٹن ٹائم، بٹ مولانا صاحب ہیز پریزنٹڈ مائنڈ بیسڈ سپریچویلٹی فرام دا قرآن۔</w:t>
      </w:r>
    </w:p>
    <w:p>
      <w:r>
        <w:rPr>
          <w:b/>
        </w:rPr>
        <w:t xml:space="preserve">[23:43] </w:t>
      </w:r>
      <w:r>
        <w:t>the quran addresses the believers as, o you who are endowed with insight, o people of understanding, we should not shut off our minds, we should be awakened souls.</w:t>
      </w:r>
    </w:p>
    <w:p>
      <w:pPr>
        <w:jc w:val="right"/>
      </w:pPr>
      <w:r>
        <w:t>دا قرآن ایڈریسز دا بیلیورز ایز، او یو ہو ار اینڈاؤڈ ود انسائٹ، او پیپل اف انڈرسٹینڈنگ، وی شوڈ ناٹ شٹ اف اور مائنڈز، وی شوڈ بی اویکنڈ سولز۔</w:t>
      </w:r>
    </w:p>
    <w:p>
      <w:r>
        <w:rPr>
          <w:b/>
        </w:rPr>
        <w:t xml:space="preserve">[23:59] </w:t>
      </w:r>
      <w:r>
        <w:t>think and at the level of the mind, take decisions and god will as the practical situation for us.</w:t>
      </w:r>
    </w:p>
    <w:p>
      <w:pPr>
        <w:jc w:val="right"/>
      </w:pPr>
      <w:r>
        <w:t>تھنک اینڈ ایٹ دا لیول اف دا مائنڈ، ٹیک ڈیسیژنز اینڈ گاڈ ویل ایز دا پریکٹیکل سچویشن فار اس۔</w:t>
      </w:r>
    </w:p>
    <w:p>
      <w:r>
        <w:rPr>
          <w:b/>
        </w:rPr>
        <w:t xml:space="preserve">[24:07] </w:t>
      </w:r>
      <w:r>
        <w:t>do not delay these decisions, or next moment could be the moment of death.</w:t>
      </w:r>
    </w:p>
    <w:p>
      <w:pPr>
        <w:jc w:val="right"/>
      </w:pPr>
      <w:r>
        <w:t>ڈو ناٹ ڈیلے دیز ڈیسیژنز، اور نیکسٹ مومنٹ کڈ بی دا مومنٹ اف ڈیتھ۔</w:t>
      </w:r>
    </w:p>
    <w:p>
      <w:r>
        <w:rPr>
          <w:b/>
        </w:rPr>
        <w:t xml:space="preserve">[24:16] </w:t>
      </w:r>
      <w:r>
        <w:t>in the night of 27 december 2020, my husband well speaking about his company said that if an employee is healthy, then he would be allowed to work up to 75 years of his age in an oil rig.</w:t>
      </w:r>
    </w:p>
    <w:p>
      <w:pPr>
        <w:jc w:val="right"/>
      </w:pPr>
      <w:r>
        <w:t>ان دا نائٹ اف 27 دسمبر 2020، مائی ہسبینڈ ویل سپیکنگ اباؤٹ ہز کمپنی سیڈ دیٹ اف این ایمپلائی از ہیلدی، دین ہی وڈ بی الاؤڈ ٹو ورک اپ ٹو 75 ایئرز اف ہز ایج ان این ائل رگ۔</w:t>
      </w:r>
    </w:p>
    <w:p>
      <w:r>
        <w:rPr>
          <w:b/>
        </w:rPr>
        <w:t xml:space="preserve">[24:34] </w:t>
      </w:r>
      <w:r>
        <w:t>next morning in 28 december 2020, there was an accident and in the night of 29 december, my husband passed away.</w:t>
      </w:r>
    </w:p>
    <w:p>
      <w:pPr>
        <w:jc w:val="right"/>
      </w:pPr>
      <w:r>
        <w:t>نیکسٹ مارننگ ان 28 دسمبر 2020، دیر واز ان ایکسیڈنٹ اینڈ ان دا نائٹ اف 29 دسمبر، مائی ہسبینڈ پاسٹ اوے۔</w:t>
      </w:r>
    </w:p>
    <w:p>
      <w:r>
        <w:rPr>
          <w:b/>
        </w:rPr>
        <w:t xml:space="preserve">[24:45] </w:t>
      </w:r>
      <w:r>
        <w:t>his time ended, may god grant him his mercy and forgiveness.</w:t>
      </w:r>
    </w:p>
    <w:p>
      <w:pPr>
        <w:jc w:val="right"/>
      </w:pPr>
      <w:r>
        <w:t>ہز ٹائم اینڈڈ، می گاڈ گرانٹ ہم ہز مرسی اینڈ فورگیونس۔</w:t>
      </w:r>
    </w:p>
    <w:p>
      <w:r>
        <w:rPr>
          <w:b/>
        </w:rPr>
        <w:t xml:space="preserve">[24:53] </w:t>
      </w:r>
      <w:r>
        <w:t>I have a question for you.</w:t>
      </w:r>
    </w:p>
    <w:p>
      <w:pPr>
        <w:jc w:val="right"/>
      </w:pPr>
      <w:r>
        <w:t>ائی ہیو ا کویسچن فار یو۔</w:t>
      </w:r>
    </w:p>
    <w:p>
      <w:r>
        <w:rPr>
          <w:b/>
        </w:rPr>
        <w:t xml:space="preserve">[24:57] </w:t>
      </w:r>
      <w:r>
        <w:t>If we are beseeching Allah in His omniscience to guide us to the straight path and make us</w:t>
      </w:r>
    </w:p>
    <w:p>
      <w:pPr>
        <w:jc w:val="right"/>
      </w:pPr>
      <w:r>
        <w:t>اف وی ار بسیجنگ اللہ ان ال اونیسنس ٹو گائیڈ اس ٹو دا سٹریٹ پاتھ اینڈ میک اس</w:t>
      </w:r>
    </w:p>
    <w:p>
      <w:r>
        <w:rPr>
          <w:b/>
        </w:rPr>
        <w:t xml:space="preserve">[25:05] </w:t>
      </w:r>
      <w:r>
        <w:t>a part of the group which will be acceptable to God in the hereafter,</w:t>
      </w:r>
    </w:p>
    <w:p>
      <w:pPr>
        <w:jc w:val="right"/>
      </w:pPr>
      <w:r>
        <w:t>ا پارٹ اف دا گروپ وچ ویل بی ایکسیپٹیبل ٹو گاڈ ان دا ہیر افٹر،</w:t>
      </w:r>
    </w:p>
    <w:p>
      <w:r>
        <w:rPr>
          <w:b/>
        </w:rPr>
        <w:t xml:space="preserve">[25:11] </w:t>
      </w:r>
      <w:r>
        <w:t>will he in his infinite mercies, the kind, the beneficent, the benevolent one who calls us towards the</w:t>
      </w:r>
    </w:p>
    <w:p>
      <w:pPr>
        <w:jc w:val="right"/>
      </w:pPr>
      <w:r>
        <w:t>ول ہی ان ہز انفائنٹ مرسیز، دا کائنڈ، دا بینیفیشنٹ، دا بینوولنٹ ون ہو کالز اس ٹورڈز دا</w:t>
      </w:r>
    </w:p>
    <w:p>
      <w:r>
        <w:rPr>
          <w:b/>
        </w:rPr>
        <w:t xml:space="preserve">[25:21] </w:t>
      </w:r>
      <w:r>
        <w:t>Right path, leave us wandering?</w:t>
      </w:r>
    </w:p>
    <w:p>
      <w:pPr>
        <w:jc w:val="right"/>
      </w:pPr>
      <w:r>
        <w:t>رائٹ پاتھ، لیو اس وانڈرنگ؟</w:t>
      </w:r>
    </w:p>
    <w:p>
      <w:r>
        <w:rPr>
          <w:b/>
        </w:rPr>
        <w:t xml:space="preserve">[25:25] </w:t>
      </w:r>
      <w:r>
        <w:t>ar we going to leave in hopelessness and die? if yes, then its kufar because god says hopelessness is kufar.</w:t>
      </w:r>
    </w:p>
    <w:p>
      <w:pPr>
        <w:jc w:val="right"/>
      </w:pPr>
      <w:r>
        <w:t>ار وی گوئنگ ٹو لیو ان ہوپلیسنس اینڈ ڈائی؟ اف یس، دین اٹس کفر بیکاز گاڈ سیز ہوپلیسنس از کفر۔</w:t>
      </w:r>
    </w:p>
    <w:p>
      <w:r>
        <w:rPr>
          <w:b/>
        </w:rPr>
        <w:t xml:space="preserve">[25:37] </w:t>
      </w:r>
      <w:r>
        <w:t>let us with full hope seek and we will surely find</w:t>
      </w:r>
    </w:p>
    <w:p>
      <w:pPr>
        <w:jc w:val="right"/>
      </w:pPr>
      <w:r>
        <w:t>لیٹ اس ود فل ہوپ سیک اینڈ وی ویل شورلی فائنڈ</w:t>
      </w:r>
    </w:p>
    <w:p>
      <w:r>
        <w:rPr>
          <w:b/>
        </w:rPr>
        <w:t xml:space="preserve">[25:45] </w:t>
      </w:r>
      <w:r>
        <w:t>. now, we should come to the important aspect of what is the goal of cps. let us be clear that through the prophet, we have got the message, quran teachings and life of the prophet.</w:t>
      </w:r>
    </w:p>
    <w:p>
      <w:pPr>
        <w:jc w:val="right"/>
      </w:pPr>
      <w:r>
        <w:t>۔ ناؤ، وی شوڈ کم ٹو دا امپورٹنٹ ایسپیکٹ اف واٹ از دا گول اف سی پی ایس۔ لیٹ اس بی کلیئر دیٹ تھرو دا پرافٹ، وی ہیو گاٹ دا میسج، قرآن ٹیچنگز اینڈ لائف اف دا پرافٹ۔</w:t>
      </w:r>
    </w:p>
    <w:p>
      <w:r>
        <w:rPr>
          <w:b/>
        </w:rPr>
        <w:t xml:space="preserve">[26:00] </w:t>
      </w:r>
      <w:r>
        <w:t>maulana sahib through his writings has presented it to us in a way which addresses the modern minds.</w:t>
      </w:r>
    </w:p>
    <w:p>
      <w:pPr>
        <w:jc w:val="right"/>
      </w:pPr>
      <w:r>
        <w:t>مولانا صاحب تھرو ہز رائٹنگز ہیز پریزنٹڈ اٹ ٹو اس ان ا وے وچ ایڈریسز دا ماڈرن مائنڈز۔</w:t>
      </w:r>
    </w:p>
    <w:p>
      <w:r>
        <w:rPr>
          <w:b/>
        </w:rPr>
        <w:t xml:space="preserve">[26:09] </w:t>
      </w:r>
      <w:r>
        <w:t>he has written more than 200 books. now, our task is to understand, follow and with complete acknowledgement of the man of the mission under the identity of cps, present this message with wisdom in an atmosphere of peace and friendly to the world.</w:t>
      </w:r>
    </w:p>
    <w:p>
      <w:pPr>
        <w:jc w:val="right"/>
      </w:pPr>
      <w:r>
        <w:t>ہی ہیز رٹن مور دین 200 بکس۔ ناؤ، اور ٹاسک از ٹو انڈرسٹینڈ، فالو اینڈ ود کمپلیٹ ایکنالجمنٹ اف دا مین اف دا مشن انڈر دی ائیڈنٹٹی اف سی پی ایس، پریزنٹ دس میسج ود وزڈم ان این ایٹمسفیئر اف پیس اینڈ فرینڈلی ٹو دا ورلڈ۔</w:t>
      </w:r>
    </w:p>
    <w:p>
      <w:r>
        <w:rPr>
          <w:b/>
        </w:rPr>
        <w:t xml:space="preserve">[26:36] </w:t>
      </w:r>
      <w:r>
        <w:t>the last word in this session is that all of us cps missionaries acknowledge with gratitude that through maulana sahib, we have received the pristine islam as presented in the original scriptures.</w:t>
      </w:r>
    </w:p>
    <w:p>
      <w:pPr>
        <w:jc w:val="right"/>
      </w:pPr>
      <w:r>
        <w:t>دا لاسٹ ورڈ ان دس سیشن از دیٹ ال اف اس سی پی ایس مشنریز ایکنالج ود گریٹیٹیوڈ دیٹ تھرو مولانا صاحب، وی ہیو ریسیوڈ دا پرسٹین اسلام ایز پریزنٹڈ ان دی اوریجنل سکرپچرز۔</w:t>
      </w:r>
    </w:p>
    <w:p>
      <w:r>
        <w:rPr>
          <w:b/>
        </w:rPr>
        <w:t xml:space="preserve">[26:57] </w:t>
      </w:r>
      <w:r>
        <w:t>maulana sahib dedicated his life to removing the layers of dust which had settled on the teachings of the religion of islam over a long period of time and has handed over islam as it is in a golden platter to us.</w:t>
      </w:r>
    </w:p>
    <w:p>
      <w:pPr>
        <w:jc w:val="right"/>
      </w:pPr>
      <w:r>
        <w:t>مولانا صاحب ڈیڈیکیٹڈ ہز لائف ٹو ریموونگ دا لیئرز اف ڈسٹ وچ ہیڈ سیٹلڈ ان دا ٹیچنگز اف دا ریلیجن اف اسلام اوور ا لانگ پیریڈ اف ٹائم اینڈ ہیز ہینڈڈ اوور اسلام ایز اٹ از ان ا گولڈن پلیٹر ٹو اس۔</w:t>
      </w:r>
    </w:p>
    <w:p>
      <w:r>
        <w:rPr>
          <w:b/>
        </w:rPr>
        <w:t xml:space="preserve">[27:17] </w:t>
      </w:r>
      <w:r>
        <w:t>he taught us to get closer to god and to obey the prophet in the right sense. therefore, we all love maulana sahib.</w:t>
      </w:r>
    </w:p>
    <w:p>
      <w:pPr>
        <w:jc w:val="right"/>
      </w:pPr>
      <w:r>
        <w:t>ہی ٹاٹ اس ٹو گیٹ کلوزر ٹو گاڈ اینڈ ٹو اوے دا پرافٹ ان دا رائٹ سینس۔ دیر فور، وی ال لو مولانا صاحب۔</w:t>
      </w:r>
    </w:p>
    <w:p>
      <w:r>
        <w:rPr>
          <w:b/>
        </w:rPr>
        <w:t xml:space="preserve">[27:28] </w:t>
      </w:r>
      <w:r>
        <w:t>this love is exactly in our following the teachings of prophet where prophet has taught us application.</w:t>
      </w:r>
    </w:p>
    <w:p>
      <w:pPr>
        <w:jc w:val="right"/>
      </w:pPr>
      <w:r>
        <w:t>دس لو از ایگزیکٹلی ان اور فالونگ دا ٹیچنگز اف پرافٹ ویر پرافٹ ہیز ٹاٹ اس اپلیکیشن۔</w:t>
      </w:r>
    </w:p>
    <w:p>
      <w:r>
        <w:rPr>
          <w:b/>
        </w:rPr>
        <w:t xml:space="preserve">[27:38] </w:t>
      </w:r>
      <w:r>
        <w:t>o allah, i ask you for your love and love of whoever loves you and help me to do such deeds that will bring me closer to your love.</w:t>
      </w:r>
    </w:p>
    <w:p>
      <w:pPr>
        <w:jc w:val="right"/>
      </w:pPr>
      <w:r>
        <w:t>او اللہ، ائی اسک یو فار یور لو اینڈ لو اف ہو ایور لو یو اینڈ ہیلپ می ٹو ڈو سچ اف ڈیڈز دیٹ ویل برنگ می کلوزر ٹو یور لو۔</w:t>
      </w:r>
    </w:p>
    <w:p>
      <w:r>
        <w:rPr>
          <w:b/>
        </w:rPr>
        <w:t xml:space="preserve">[27:51] </w:t>
      </w:r>
      <w:r>
        <w:t>there is no doubt that maulana sahib belongs to that category of people who love allah and therefore we love maulana sahib.</w:t>
      </w:r>
    </w:p>
    <w:p>
      <w:pPr>
        <w:jc w:val="right"/>
      </w:pPr>
      <w:r>
        <w:t>دیر از نو ڈاؤٹ دیٹ مولانا صاحب بیلنگز ٹو دیٹ کیٹگری اف پیپل ہو لو اللہ اینڈ دیر فور وی لو مولانا صاحب۔</w:t>
      </w:r>
    </w:p>
    <w:p>
      <w:r>
        <w:rPr>
          <w:b/>
        </w:rPr>
        <w:t xml:space="preserve">[28:02] </w:t>
      </w:r>
      <w:r>
        <w:t>this love is neither an act of blind respect nor of blind following. and the last of our call will be prayer to allah, lord of the worlds.</w:t>
      </w:r>
    </w:p>
    <w:p>
      <w:pPr>
        <w:jc w:val="right"/>
      </w:pPr>
      <w:r>
        <w:t>دس لو از نیدر این ایکٹ اف بلائنڈ ریسپیکٹ نور اف بلائنڈ فالونگ۔ اینڈ دا لاسٹ اف اور کال ویل بی پریز ٹو اللہ، لارڈ اف دا ورلڈز۔</w:t>
      </w:r>
    </w:p>
    <w:p>
      <w:r>
        <w:rPr>
          <w:b/>
        </w:rPr>
        <w:t xml:space="preserve">[28:16] </w:t>
      </w:r>
      <w:r>
        <w:t>wa akhiru da'wana anil hamdulillahi rabbil 'alamin. thank you for the opportunity, dear listeners.</w:t>
      </w:r>
    </w:p>
    <w:p>
      <w:pPr>
        <w:jc w:val="right"/>
      </w:pPr>
      <w:r>
        <w:t>واخر دعوانا ان الحمدللہ رب العالمین۔ تھینک یو فار دا اپرچونیٹی، ڈیئر لسنرز۔</w:t>
      </w:r>
    </w:p>
    <w:p>
      <w:r>
        <w:rPr>
          <w:b/>
        </w:rPr>
        <w:t xml:space="preserve">[28:26] </w:t>
      </w:r>
      <w:r>
        <w:t>God willing, we will meet for the next session on next Wednesday, the thirty fr</w:t>
      </w:r>
    </w:p>
    <w:p>
      <w:pPr>
        <w:jc w:val="right"/>
      </w:pPr>
      <w:r>
        <w:t>گاڈ ولنگ، وی ویل میٹ فار دا نیکسٹ سیشن ان نیکسٹ وینسڈے، دا تھرٹی فر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