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22 Al-Hajj (The Pilgrimage) - Maulana Wahiduddin Khan</w:t>
      </w:r>
    </w:p>
    <w:p>
      <w:r>
        <w:t>https://www.youtube.com/watch?v=mvBopJnCGmg</w:t>
      </w:r>
    </w:p>
    <w:p>
      <w:r>
        <w:rPr>
          <w:b/>
        </w:rPr>
        <w:t xml:space="preserve">[00:01] </w:t>
      </w:r>
      <w:r>
        <w:t>bismillah hir rahman nir rahim.</w:t>
      </w:r>
    </w:p>
    <w:p>
      <w:pPr>
        <w:jc w:val="right"/>
      </w:pPr>
      <w:r>
        <w:t>بسم الله الرحمن الرحيم.</w:t>
      </w:r>
    </w:p>
    <w:p>
      <w:r>
        <w:rPr>
          <w:b/>
        </w:rPr>
        <w:t xml:space="preserve">[00:07] </w:t>
      </w:r>
      <w:r>
        <w:t>ya ayyuhannasu ittaqu rabbakum, inna zalzalatas sa'ati shay'un 'azim.</w:t>
      </w:r>
    </w:p>
    <w:p>
      <w:pPr>
        <w:jc w:val="right"/>
      </w:pPr>
      <w:r>
        <w:t>يا أيها الناس اتقوا ربكم، إن زلزلة الساعة شيء عظيم.</w:t>
      </w:r>
    </w:p>
    <w:p>
      <w:r>
        <w:rPr>
          <w:b/>
        </w:rPr>
        <w:t xml:space="preserve">[00:20] </w:t>
      </w:r>
      <w:r>
        <w:t>yawma tarawnaha tadh-halu kulla murdi'atin 'amma arda'at, wa tada'u kulla dhati hamlin hamlah, wa tarannas nasas-kara.</w:t>
      </w:r>
    </w:p>
    <w:p>
      <w:pPr>
        <w:jc w:val="right"/>
      </w:pPr>
      <w:r>
        <w:t>يوم ترونها تذهل كل مرضعة عما أرضعت، وتضع كل ذات حمل حملها، وترى الناس سكارى.</w:t>
      </w:r>
    </w:p>
    <w:p>
      <w:r>
        <w:rPr>
          <w:b/>
        </w:rPr>
        <w:t xml:space="preserve">[00:36] </w:t>
      </w:r>
      <w:r>
        <w:t>wa tarannas nasas-kara wa ma hum bisakara, walakin 'adhaballahi shadid.</w:t>
      </w:r>
    </w:p>
    <w:p>
      <w:pPr>
        <w:jc w:val="right"/>
      </w:pPr>
      <w:r>
        <w:t>وترى الناس سكارى وما هم بسكارى، ولكن عذاب الله شديد.</w:t>
      </w:r>
    </w:p>
    <w:p>
      <w:r>
        <w:rPr>
          <w:b/>
        </w:rPr>
        <w:t xml:space="preserve">[00:48] </w:t>
      </w:r>
      <w:r>
        <w:t>wa minannasi man yujadilu fillahi bighayri 'ilmin wa yattabi'u kulla shaytanin marid.</w:t>
      </w:r>
    </w:p>
    <w:p>
      <w:pPr>
        <w:jc w:val="right"/>
      </w:pPr>
      <w:r>
        <w:t>ومن الناس من يجادل في الله بغير علم ويتبع كل شيطان مريد.</w:t>
      </w:r>
    </w:p>
    <w:p>
      <w:r>
        <w:rPr>
          <w:b/>
        </w:rPr>
        <w:t xml:space="preserve">[01:00] </w:t>
      </w:r>
      <w:r>
        <w:t>kutiba 'alayhi annahu man tawallahu fa'innahu yudilluhu wa yahdihi ila 'adhabis-sa'ir.</w:t>
      </w:r>
    </w:p>
    <w:p>
      <w:pPr>
        <w:jc w:val="right"/>
      </w:pPr>
      <w:r>
        <w:t>كتب عليه أنه من تولاه فإنه يضله ويهديه إلى عذاب السعير.</w:t>
      </w:r>
    </w:p>
    <w:p>
      <w:r>
        <w:rPr>
          <w:b/>
        </w:rPr>
        <w:t xml:space="preserve">[01:14] </w:t>
      </w:r>
      <w:r>
        <w:t>shuru allah ke naam se jo bara meherban, nihayat reham wala hai.</w:t>
      </w:r>
    </w:p>
    <w:p>
      <w:pPr>
        <w:jc w:val="right"/>
      </w:pPr>
      <w:r>
        <w:t>شروع اللہ کے نام سے جو بڑا مہربان، نہایت رحم والا ہے۔</w:t>
      </w:r>
    </w:p>
    <w:p>
      <w:r>
        <w:rPr>
          <w:b/>
        </w:rPr>
        <w:t xml:space="preserve">[01:21] </w:t>
      </w:r>
      <w:r>
        <w:t>ae logon! apne rab se daro, beshak qayamat ka bhonchal bari bhari cheez hai. jis din tum use dekhoge,</w:t>
      </w:r>
    </w:p>
    <w:p>
      <w:pPr>
        <w:jc w:val="right"/>
      </w:pPr>
      <w:r>
        <w:t>اے لوگوں! اپنے رب سے ڈرو، بے شک قیامت کا بھونچال بڑی بھاری چیز ہے۔ جس دن تم اسے دیکھو گے،</w:t>
      </w:r>
    </w:p>
    <w:p>
      <w:r>
        <w:rPr>
          <w:b/>
        </w:rPr>
        <w:t xml:space="preserve">[01:32] </w:t>
      </w:r>
      <w:r>
        <w:t>har doodh pilane wali apne doodh peete bachche ko bhool jayegi, aur har hamal wali apna hamal daal degi.</w:t>
      </w:r>
    </w:p>
    <w:p>
      <w:pPr>
        <w:jc w:val="right"/>
      </w:pPr>
      <w:r>
        <w:t>ہر دودھ پلانے والی اپنے دودھ پیتے بچے کو بھول جائے گی، اور ہر حمل والی اپنا حمل ڈال دے گی۔</w:t>
      </w:r>
    </w:p>
    <w:p>
      <w:r>
        <w:rPr>
          <w:b/>
        </w:rPr>
        <w:t xml:space="preserve">[01:43] </w:t>
      </w:r>
      <w:r>
        <w:t>aur log tum ko madhosh nazar ayenge, halanki wo madhosh na honge, balki allah ka azab bara hi sakht hai.</w:t>
      </w:r>
    </w:p>
    <w:p>
      <w:pPr>
        <w:jc w:val="right"/>
      </w:pPr>
      <w:r>
        <w:t>اور لوگ تم کو مدہوش نظر آئیں گے، حالانکہ وہ مدہوش نہ ہوں گے، بلکہ اللہ کا عذاب بڑا ہی سخت ہے۔</w:t>
      </w:r>
    </w:p>
    <w:p>
      <w:r>
        <w:rPr>
          <w:b/>
        </w:rPr>
        <w:t xml:space="preserve">[01:53] </w:t>
      </w:r>
      <w:r>
        <w:t>aur logon mein koi aisa bhi hai jo ilm ke baghair allah ke bab mein jhagadta hai, aur har sarkash shaitan ki pairwi karne lagta hai.</w:t>
      </w:r>
    </w:p>
    <w:p>
      <w:pPr>
        <w:jc w:val="right"/>
      </w:pPr>
      <w:r>
        <w:t>اور لوگوں میں کوئی ایسا بھی ہے جو علم کے بغیر اللہ کے باب میں جھگڑتا ہے، اور ہر سرکش شیطان کی پیروی کرنے لگتا ہے۔</w:t>
      </w:r>
    </w:p>
    <w:p>
      <w:r>
        <w:rPr>
          <w:b/>
        </w:rPr>
        <w:t xml:space="preserve">[02:06] </w:t>
      </w:r>
      <w:r>
        <w:t>is ki nisbat yeh likh diya gaya hai ke jo shakhs is ko dost banaye ga, woh is ko</w:t>
      </w:r>
    </w:p>
    <w:p>
      <w:pPr>
        <w:jc w:val="right"/>
      </w:pPr>
      <w:r>
        <w:t>اس کی نسبت یہ لکھ دیا گیا ہے کہ جو شخص اس کو دوست بنائے گا، وہ اس کو</w:t>
      </w:r>
    </w:p>
    <w:p>
      <w:r>
        <w:rPr>
          <w:b/>
        </w:rPr>
        <w:t xml:space="preserve">[02:13] </w:t>
      </w:r>
      <w:r>
        <w:t>bay raah kar de ga, aur is ko azab jahanum ka rasta dikhaye ga. Tashreeh: doodh pilane wali apne doodh pite bachay ko bhool jaye gi, aur hamal wali aurat apna hamal</w:t>
      </w:r>
    </w:p>
    <w:p>
      <w:pPr>
        <w:jc w:val="right"/>
      </w:pPr>
      <w:r>
        <w:t>بیراہ کر دے گا، اور اس کو عذاب جہنم کا راستہ دکھائے گا۔ تشریح: دودھ پلانے والی اپنے دودھ پیتے بچے کو بھول جائے گی، اور حمل والی عورت اپنا حمل</w:t>
      </w:r>
    </w:p>
    <w:p>
      <w:r>
        <w:rPr>
          <w:b/>
        </w:rPr>
        <w:t xml:space="preserve">[02:30] </w:t>
      </w:r>
      <w:r>
        <w:t>gira de gi. Yeh tamseel ki zaban mein qayamat ki holnaki ka bayan hai. Yani is din logon ka yeh haal hoga ke agar maan ki god mein doodh peene wala bachha ho to ghabrahat ki bina par woh apne bachay ko bhool jaye, aur agar koi hamla aurat ho to shiddat e haul se uska hamal saakit ho jaye.</w:t>
      </w:r>
    </w:p>
    <w:p>
      <w:pPr>
        <w:jc w:val="right"/>
      </w:pPr>
      <w:r>
        <w:t>گرا دے گی۔ یہ تمثیل کی زبان میں قیامت کی ہولناکی کا بیان ہے۔ یعنی اس دن لوگوں کا یہ حال ہوگا کہ اگر ماں کی گود میں دودھ پینے والا بچہ ہو تو گھبراہٹ کی بنا پر وہ اپنے بچے کو بھول جائے، اور اگر کوئی حاملہ عورت ہو تو شدت ہول سے اس کا حمل ساکت ہو جائے۔</w:t>
      </w:r>
    </w:p>
    <w:p>
      <w:r>
        <w:rPr>
          <w:b/>
        </w:rPr>
        <w:t xml:space="preserve">[02:57] </w:t>
      </w:r>
      <w:r>
        <w:t>hamari dunya mein jo bhonchal atay hain, woh qayamat ke waqe ka halka sa namona hain. Qayamat ka sab se bara bhonchal jab aye ga to aadmi har woh cheez bhool jaye ga jis ko ahmiyat dene ki wajah se</w:t>
      </w:r>
    </w:p>
    <w:p>
      <w:pPr>
        <w:jc w:val="right"/>
      </w:pPr>
      <w:r>
        <w:t>ہماری دنیا میں جو بھونچال آتے ہیں، وہ قیامت کے واقعے کا ہلکا سا نمونہ ہیں۔ قیامت کا سب سے بڑا بھونچال جب آئے گا تو آدمی ہر وہ چیز بھول جائے گا جس کو اہمیت دینے کی وجہ سے</w:t>
      </w:r>
    </w:p>
    <w:p>
      <w:r>
        <w:rPr>
          <w:b/>
        </w:rPr>
        <w:t xml:space="preserve">[03:14] </w:t>
      </w:r>
      <w:r>
        <w:t>woh qayamat ke din ko bhoola hua tha, hatta ke apni aziz tareen cheez bhi us din us ko yaad na rahe gi.</w:t>
      </w:r>
    </w:p>
    <w:p>
      <w:pPr>
        <w:jc w:val="right"/>
      </w:pPr>
      <w:r>
        <w:t>وہ قیامت کے دن کو بھولا ہوا تھا، حتیٰ کہ اپنی عزیز ترین چیز بھی اس دن اس کو یاد نہ رہے گی۔</w:t>
      </w:r>
    </w:p>
    <w:p>
      <w:r>
        <w:rPr>
          <w:b/>
        </w:rPr>
        <w:t xml:space="preserve">[03:25] </w:t>
      </w:r>
      <w:r>
        <w:t>paighambar ki baat ilm ki buniyad par hoti hai, woh dalail se is ko</w:t>
      </w:r>
    </w:p>
    <w:p>
      <w:pPr>
        <w:jc w:val="right"/>
      </w:pPr>
      <w:r>
        <w:t>پیغمبر کی بات علم کی بنیاد پر ہوتی ہے، وہ دلائل سے اس کو</w:t>
      </w:r>
    </w:p>
    <w:p>
      <w:r>
        <w:rPr>
          <w:b/>
        </w:rPr>
        <w:t xml:space="preserve">[03:31] </w:t>
      </w:r>
      <w:r>
        <w:t>sabit shuda banata hai. Magar jo log apne se bahir kisi sadaqat ka etaraf karna nahi chahte, woh apne ko bar sar e haq zahir karne ke liye paighambar ki baat mein jhooti bahishein nikalte hain.</w:t>
      </w:r>
    </w:p>
    <w:p>
      <w:pPr>
        <w:jc w:val="right"/>
      </w:pPr>
      <w:r>
        <w:t>ثابت شدہ بناتا ہے۔ مگر جو لوگ اپنے سے باہر کسی صداقت کا اعتراف کرنا نہیں چاہتے، وہ اپنے کو برسر حق ظاہر کرنے کے لیے پیغمبر کی بات میں جھوٹی بحثیں نکالتے ہیں۔</w:t>
      </w:r>
    </w:p>
    <w:p>
      <w:r>
        <w:rPr>
          <w:b/>
        </w:rPr>
        <w:t xml:space="preserve">[03:48] </w:t>
      </w:r>
      <w:r>
        <w:t>is qisam ki rawish Khuda ke muqable mein sarkashi karne ke hamana hai. Jo log is tarah ki bahison ko haq ka paigham na manane ke liye uzar banayein, woh goya shaitan ko apna mushir banaye hue hain.</w:t>
      </w:r>
    </w:p>
    <w:p>
      <w:pPr>
        <w:jc w:val="right"/>
      </w:pPr>
      <w:r>
        <w:t>اس قسم کی روش خدا کے مقابلے میں سرکشی کرنے کے ہمانہ ہے۔ جو لوگ اس طرح کی بحثوں کو حق کا پیغام نہ ماننے کے لیے عذر بنائیں، وہ گویا شیطان کو اپنا مشیر بنائے ہوئے ہیں۔</w:t>
      </w:r>
    </w:p>
    <w:p>
      <w:r>
        <w:rPr>
          <w:b/>
        </w:rPr>
        <w:t xml:space="preserve">[04:05] </w:t>
      </w:r>
      <w:r>
        <w:t>woh is baat ka saboot dete hain ke woh Khuda ke khauf se khali hain. Be khofi ki nafsiyat aadmi ko is se mahroom kar deti hai ke woh haq ko pehchane aur is ka etaraf kare.</w:t>
      </w:r>
    </w:p>
    <w:p>
      <w:pPr>
        <w:jc w:val="right"/>
      </w:pPr>
      <w:r>
        <w:t>وہ اس بات کا ثبوت دیتے ہیں کہ وہ خدا کے خوف سے خالی ہیں۔ بے خوفی کی نفسیات آدمی کو اس سے محروم کر دیتی ہے کہ وہ حق کو پہچانے اور اس کا اعتراف کرے۔</w:t>
      </w:r>
    </w:p>
    <w:p>
      <w:r>
        <w:rPr>
          <w:b/>
        </w:rPr>
        <w:t xml:space="preserve">[04:20] </w:t>
      </w:r>
      <w:r>
        <w:t>woh nihayat aasani se</w:t>
      </w:r>
    </w:p>
    <w:p>
      <w:pPr>
        <w:jc w:val="right"/>
      </w:pPr>
      <w:r>
        <w:t>وہ نہایت آسانی سے</w:t>
      </w:r>
    </w:p>
    <w:p>
      <w:r>
        <w:rPr>
          <w:b/>
        </w:rPr>
        <w:t xml:space="preserve">[04:22] </w:t>
      </w:r>
      <w:r>
        <w:t>shaitan ka mamool ban jata hai. Aisa aadmi sirf qayamat ki changhar se jaage ga, magar qayamat ka zalzala aise logon ke liye sirf jahanum ka darwaza kholne ke liye aata hai,</w:t>
      </w:r>
    </w:p>
    <w:p>
      <w:pPr>
        <w:jc w:val="right"/>
      </w:pPr>
      <w:r>
        <w:t>شیطان کا معمول بن جاتا ہے۔ ایسا آدمی صرف قیامت کے چنگھاڑ سے جاگے گا، مگر قیامت کا زلزلہ ایسے لوگوں کے لیے صرف جہنم کا دروازہ کھولنے کے لیے آتا ہے،</w:t>
      </w:r>
    </w:p>
    <w:p>
      <w:r>
        <w:rPr>
          <w:b/>
        </w:rPr>
        <w:t xml:space="preserve">[04:37] </w:t>
      </w:r>
      <w:r>
        <w:t>na ke un ko</w:t>
      </w:r>
    </w:p>
    <w:p>
      <w:pPr>
        <w:jc w:val="right"/>
      </w:pPr>
      <w:r>
        <w:t>نہ کہ ان کو</w:t>
      </w:r>
    </w:p>
    <w:p>
      <w:r>
        <w:rPr>
          <w:b/>
        </w:rPr>
        <w:t xml:space="preserve">[04:39] </w:t>
      </w:r>
      <w:r>
        <w:t>hidayat ka rasta dikhane ke liye.</w:t>
      </w:r>
    </w:p>
    <w:p>
      <w:pPr>
        <w:jc w:val="right"/>
      </w:pPr>
      <w:r>
        <w:t>ہدایت کا راستہ دکھانے کے لیے۔</w:t>
      </w:r>
    </w:p>
    <w:p>
      <w:r>
        <w:rPr>
          <w:b/>
        </w:rPr>
        <w:t xml:space="preserve">[04:44] </w:t>
      </w:r>
      <w:r>
        <w:t>ya ayyuha al-nasu in kuntum fi raybin min al-ba'thi fa inna khalaqnakum min turab.</w:t>
      </w:r>
    </w:p>
    <w:p>
      <w:pPr>
        <w:jc w:val="right"/>
      </w:pPr>
      <w:r>
        <w:t>يا أيها الناس إن كنتم في ريب من البعث فإنا خلقناكم من تراب.</w:t>
      </w:r>
    </w:p>
    <w:p>
      <w:r>
        <w:rPr>
          <w:b/>
        </w:rPr>
        <w:t xml:space="preserve">[05:01] </w:t>
      </w:r>
      <w:r>
        <w:t>fa inna khalaqnakum min turab thumma min nutfatin thumma min 'alaqatin thumma min</w:t>
      </w:r>
    </w:p>
    <w:p>
      <w:pPr>
        <w:jc w:val="right"/>
      </w:pPr>
      <w:r>
        <w:t>فإنا خلقناكم من تراب ثم من نطفة ثم من علقة ثم من</w:t>
      </w:r>
    </w:p>
    <w:p>
      <w:r>
        <w:rPr>
          <w:b/>
        </w:rPr>
        <w:t xml:space="preserve">[05:17] </w:t>
      </w:r>
      <w:r>
        <w:t>mudghatin. Thumma min mudghatin mukhallaqatin wa ghayri mukhallaqatin linubayyina lakum.</w:t>
      </w:r>
    </w:p>
    <w:p>
      <w:pPr>
        <w:jc w:val="right"/>
      </w:pPr>
      <w:r>
        <w:t>مضغة. ثم من مضغة مخلقة وغير مخلقة لنبين لكم.</w:t>
      </w:r>
    </w:p>
    <w:p>
      <w:r>
        <w:rPr>
          <w:b/>
        </w:rPr>
        <w:t xml:space="preserve">[05:30] </w:t>
      </w:r>
      <w:r>
        <w:t>wa nuqarrru fi al-arhami ma nashao</w:t>
      </w:r>
    </w:p>
    <w:p>
      <w:pPr>
        <w:jc w:val="right"/>
      </w:pPr>
      <w:r>
        <w:t>ونقر في الأرحام ما نشاء</w:t>
      </w:r>
    </w:p>
    <w:p>
      <w:r>
        <w:rPr>
          <w:b/>
        </w:rPr>
        <w:t xml:space="preserve">[05:35] </w:t>
      </w:r>
      <w:r>
        <w:t>ila ajalin musamman thumma nukhrijukum tiflan.</w:t>
      </w:r>
    </w:p>
    <w:p>
      <w:pPr>
        <w:jc w:val="right"/>
      </w:pPr>
      <w:r>
        <w:t>إلى أجل مسماً ثم نخرجكم طفلاً.</w:t>
      </w:r>
    </w:p>
    <w:p>
      <w:r>
        <w:rPr>
          <w:b/>
        </w:rPr>
        <w:t xml:space="preserve">[05:44] </w:t>
      </w:r>
      <w:r>
        <w:t>thumma nukhrijukum tiflan thumma li tablughu</w:t>
      </w:r>
    </w:p>
    <w:p>
      <w:pPr>
        <w:jc w:val="right"/>
      </w:pPr>
      <w:r>
        <w:t>ثم نخرجكم طفلاً ثم لتبلغوا</w:t>
      </w:r>
    </w:p>
    <w:p>
      <w:r>
        <w:rPr>
          <w:b/>
        </w:rPr>
        <w:t xml:space="preserve">[05:53] </w:t>
      </w:r>
      <w:r>
        <w:t>ashuddakum wa minkum man yutawaffa wa minkum man yuraddu ila ardhali al-'umri.</w:t>
      </w:r>
    </w:p>
    <w:p>
      <w:pPr>
        <w:jc w:val="right"/>
      </w:pPr>
      <w:r>
        <w:t>أشدكم ومنكم من يتوفى ومنكم من يرد إلى أرذل العمر.</w:t>
      </w:r>
    </w:p>
    <w:p>
      <w:r>
        <w:rPr>
          <w:b/>
        </w:rPr>
        <w:t xml:space="preserve">[06:08] </w:t>
      </w:r>
      <w:r>
        <w:t>wa minkum</w:t>
      </w:r>
    </w:p>
    <w:p>
      <w:pPr>
        <w:jc w:val="right"/>
      </w:pPr>
      <w:r>
        <w:t>ومنكم</w:t>
      </w:r>
    </w:p>
    <w:p>
      <w:r>
        <w:rPr>
          <w:b/>
        </w:rPr>
        <w:t xml:space="preserve">[06:11] </w:t>
      </w:r>
      <w:r>
        <w:t>man yuraddu ila ardhali al-'umri likay la ya'lama min ba'di 'ilmin shay'an.</w:t>
      </w:r>
    </w:p>
    <w:p>
      <w:pPr>
        <w:jc w:val="right"/>
      </w:pPr>
      <w:r>
        <w:t>من يرد إلى أرذل العمر لكي لا يعلم من بعد علم شيئاً.</w:t>
      </w:r>
    </w:p>
    <w:p>
      <w:r>
        <w:rPr>
          <w:b/>
        </w:rPr>
        <w:t xml:space="preserve">[06:23] </w:t>
      </w:r>
      <w:r>
        <w:t>wa tara al-arda hamidatan faitha</w:t>
      </w:r>
    </w:p>
    <w:p>
      <w:pPr>
        <w:jc w:val="right"/>
      </w:pPr>
      <w:r>
        <w:t>وترى الأرض هامدة فإذا</w:t>
      </w:r>
    </w:p>
    <w:p>
      <w:r>
        <w:rPr>
          <w:b/>
        </w:rPr>
        <w:t xml:space="preserve">[06:29] </w:t>
      </w:r>
      <w:r>
        <w:t>anzalna 'alayha al-ma'a ihtazzat wa rabat. Faitha</w:t>
      </w:r>
    </w:p>
    <w:p>
      <w:pPr>
        <w:jc w:val="right"/>
      </w:pPr>
      <w:r>
        <w:t>أنزلنا عليها الماء اهتزت وربت. فإذا</w:t>
      </w:r>
    </w:p>
    <w:p>
      <w:r>
        <w:rPr>
          <w:b/>
        </w:rPr>
        <w:t xml:space="preserve">[06:40] </w:t>
      </w:r>
      <w:r>
        <w:t>anzalna 'alayha al-ma'a ihtazzat wa rabat wa anbatat min kulli zawjin bahijin.</w:t>
      </w:r>
    </w:p>
    <w:p>
      <w:pPr>
        <w:jc w:val="right"/>
      </w:pPr>
      <w:r>
        <w:t>أنزلنا عليها الماء اهتزت وربت وأنبتت من كل زوج بهيج.</w:t>
      </w:r>
    </w:p>
    <w:p>
      <w:r>
        <w:rPr>
          <w:b/>
        </w:rPr>
        <w:t xml:space="preserve">[06:54] </w:t>
      </w:r>
      <w:r>
        <w:t>zalika bi annallaha huwal haqq wa annahu yuhyil mawta wa annahu ala kulli shai'in</w:t>
      </w:r>
    </w:p>
    <w:p>
      <w:pPr>
        <w:jc w:val="right"/>
      </w:pPr>
      <w:r>
        <w:t>ذلك بأن الله هو الحق وأنه يحيي الموتى وأنه على كل شيء</w:t>
      </w:r>
    </w:p>
    <w:p>
      <w:r>
        <w:rPr>
          <w:b/>
        </w:rPr>
        <w:t xml:space="preserve">[07:07] </w:t>
      </w:r>
      <w:r>
        <w:t>qadeer. Wa annas sa'ata atiyyatun la raiba fiha wa annallaha yab'athu man fil quboor.</w:t>
      </w:r>
    </w:p>
    <w:p>
      <w:pPr>
        <w:jc w:val="right"/>
      </w:pPr>
      <w:r>
        <w:t>قدير. وأن الساعة آتية لا ريب فيها وأن الله يبعث من في القبور.</w:t>
      </w:r>
    </w:p>
    <w:p>
      <w:r>
        <w:rPr>
          <w:b/>
        </w:rPr>
        <w:t xml:space="preserve">[07:22] </w:t>
      </w:r>
      <w:r>
        <w:t>ae logon</w:t>
      </w:r>
    </w:p>
    <w:p>
      <w:pPr>
        <w:jc w:val="right"/>
      </w:pPr>
      <w:r>
        <w:t>اے لوگوں</w:t>
      </w:r>
    </w:p>
    <w:p>
      <w:r>
        <w:rPr>
          <w:b/>
        </w:rPr>
        <w:t xml:space="preserve">[07:24] </w:t>
      </w:r>
      <w:r>
        <w:t>! agar tum dobara jee uthne ke mutalliq shakk mein ho to hum ne tum ko mitti se paida kiya hai, phir nutfe se, phir khoon ke lothre se, phir gosht ki booti se, shakal wali aur</w:t>
      </w:r>
    </w:p>
    <w:p>
      <w:pPr>
        <w:jc w:val="right"/>
      </w:pPr>
      <w:r>
        <w:t>! اگر تم دوبارہ جی اٹھنے کے متعلق شک میں ہو تو ہم نے تم کو مٹی سے پیدا کیا ہے، پھر نطفہ سے، پھر خون کے لوتھڑے سے، پھر گوشت کی بوٹی سے، شکل والی اور</w:t>
      </w:r>
    </w:p>
    <w:p>
      <w:r>
        <w:rPr>
          <w:b/>
        </w:rPr>
        <w:t xml:space="preserve">[07:41] </w:t>
      </w:r>
      <w:r>
        <w:t>baghair shakal wali bhi, taake hum tum par wazeh karen. Aur hum rahimon mein thehra dete hain jo kuch chahte hain ek muayyan muddat tak.</w:t>
      </w:r>
    </w:p>
    <w:p>
      <w:pPr>
        <w:jc w:val="right"/>
      </w:pPr>
      <w:r>
        <w:t>بغیر شکل والی بھی، تاکہ ہم تم پر واضح کریں۔ اور ہم برہموں میں ٹھہرا دیتے ہیں جو کچھ چاہتے ہیں ایک معین مدت تک۔</w:t>
      </w:r>
    </w:p>
    <w:p>
      <w:r>
        <w:rPr>
          <w:b/>
        </w:rPr>
        <w:t xml:space="preserve">[07:54] </w:t>
      </w:r>
      <w:r>
        <w:t>Phir hum tum ko bachcha bana kar bahar late hain, phir taake tum</w:t>
      </w:r>
    </w:p>
    <w:p>
      <w:pPr>
        <w:jc w:val="right"/>
      </w:pPr>
      <w:r>
        <w:t>پھر ہم تم کو بچہ بنا کر باہر لاتے ہیں، پھر تاکہ تم</w:t>
      </w:r>
    </w:p>
    <w:p>
      <w:r>
        <w:rPr>
          <w:b/>
        </w:rPr>
        <w:t xml:space="preserve">[07:59] </w:t>
      </w:r>
      <w:r>
        <w:t>apni poori jawani tak pahunch jao. Aur tum mein se koi shakhs pehle hi mar jata hai aur koi shakhs badtareen umar tak pahuncha diya jata hai, taake woh jaan lene ke baad phir kuch na jaane.</w:t>
      </w:r>
    </w:p>
    <w:p>
      <w:pPr>
        <w:jc w:val="right"/>
      </w:pPr>
      <w:r>
        <w:t>اپنی پوری جوانی تک پہنچ جاؤ۔ اور تم میں سے کوئی شخص پہلے ہی مر جاتا ہے اور کوئی شخص بدترین عمر تک پہنچا دیا جاتا ہے، تاکہ وہ جان لینے کے بعد پھر کچھ نہ جانے۔</w:t>
      </w:r>
    </w:p>
    <w:p>
      <w:r>
        <w:rPr>
          <w:b/>
        </w:rPr>
        <w:t xml:space="preserve">[08:16] </w:t>
      </w:r>
      <w:r>
        <w:t>Aur tum zameen ko dekhte ho</w:t>
      </w:r>
    </w:p>
    <w:p>
      <w:pPr>
        <w:jc w:val="right"/>
      </w:pPr>
      <w:r>
        <w:t>اور تم زمین کو دیکھتے ہو</w:t>
      </w:r>
    </w:p>
    <w:p>
      <w:r>
        <w:rPr>
          <w:b/>
        </w:rPr>
        <w:t xml:space="preserve">[08:18] </w:t>
      </w:r>
      <w:r>
        <w:t>ke khushk padi hai, phir jab hum us par pani barsate hain to woh taza ho gayi aur ubhar aayi, aur woh tarah tarah ki khushnuma cheezen ugati hain.</w:t>
      </w:r>
    </w:p>
    <w:p>
      <w:pPr>
        <w:jc w:val="right"/>
      </w:pPr>
      <w:r>
        <w:t>کہ خشک پڑی ہے، پھر جب ہم اس پر پانی برساتے ہیں تو وہ تازہ ہو گئی اور ابھر آئی، اور وہ طرح طرح کی خوشنما چیزیں اگاتی ہے۔</w:t>
      </w:r>
    </w:p>
    <w:p>
      <w:r>
        <w:rPr>
          <w:b/>
        </w:rPr>
        <w:t xml:space="preserve">[08:32] </w:t>
      </w:r>
      <w:r>
        <w:t>Yeh is liye ke Allah hi haq hai aur woh</w:t>
      </w:r>
    </w:p>
    <w:p>
      <w:pPr>
        <w:jc w:val="right"/>
      </w:pPr>
      <w:r>
        <w:t>یہ اس لیے کہ اللہ ہی حق ہے اور وہ</w:t>
      </w:r>
    </w:p>
    <w:p>
      <w:r>
        <w:rPr>
          <w:b/>
        </w:rPr>
        <w:t xml:space="preserve">[08:36] </w:t>
      </w:r>
      <w:r>
        <w:t>bejanon mein jaan dalta hai, aur woh har cheez par qadir hai. Aur yeh ke qayamat aane wali hai, is mein koi shakk nahin, aur Allah zaroor un logon ko uthayega jo qabron mein hain.</w:t>
      </w:r>
    </w:p>
    <w:p>
      <w:pPr>
        <w:jc w:val="right"/>
      </w:pPr>
      <w:r>
        <w:t>بے جانوں میں جان ڈالتا ہے، اور وہ ہر چیز پر قادر ہے۔ اور یہ کہ قیامت آنے والی ہے، اس میں کوئی شک نہیں، اور اللہ ضرور ان لوگوں کو اٹھائے گا جو قبروں میں ہیں۔</w:t>
      </w:r>
    </w:p>
    <w:p>
      <w:r>
        <w:rPr>
          <w:b/>
        </w:rPr>
        <w:t xml:space="preserve">[08:53] </w:t>
      </w:r>
      <w:r>
        <w:t>tashreeh:</w:t>
      </w:r>
    </w:p>
    <w:p>
      <w:pPr>
        <w:jc w:val="right"/>
      </w:pPr>
      <w:r>
        <w:t>تشریح:</w:t>
      </w:r>
    </w:p>
    <w:p>
      <w:r>
        <w:rPr>
          <w:b/>
        </w:rPr>
        <w:t xml:space="preserve">[08:55] </w:t>
      </w:r>
      <w:r>
        <w:t>Aakhirat ki zindagi ke bare mein aadmi ko is liye shubah hota hai ke us ki samajh mein nahin aata ke jab insaan mar chuka hoga to woh kis tarah dobara zinda ho kar khada ho jayega.</w:t>
      </w:r>
    </w:p>
    <w:p>
      <w:pPr>
        <w:jc w:val="right"/>
      </w:pPr>
      <w:r>
        <w:t>آخرت کی زندگی کے بارے میں آدمی کو اس لیے شبہ ہوتا ہے کہ اس کی سمجھ میں نہیں آتا کہ جب انسان مر چکا ہوگا تو وہ کس طرح دوبارہ زندہ ہو کر کھڑا ہو جائے گا۔</w:t>
      </w:r>
    </w:p>
    <w:p>
      <w:r>
        <w:rPr>
          <w:b/>
        </w:rPr>
        <w:t xml:space="preserve">[09:09] </w:t>
      </w:r>
      <w:r>
        <w:t>Murda kainat dobara zinda kainat kaise ban jayegi?</w:t>
      </w:r>
    </w:p>
    <w:p>
      <w:pPr>
        <w:jc w:val="right"/>
      </w:pPr>
      <w:r>
        <w:t>مردہ کائنات دوبارہ زندہ کائنات کیسے بن جائے گی؟</w:t>
      </w:r>
    </w:p>
    <w:p>
      <w:r>
        <w:rPr>
          <w:b/>
        </w:rPr>
        <w:t xml:space="preserve">[09:16] </w:t>
      </w:r>
      <w:r>
        <w:t>Is shubah ka jawab khud hamari duniya ki saakht mein maujood hai. Yeh duniya kya hai?</w:t>
      </w:r>
    </w:p>
    <w:p>
      <w:pPr>
        <w:jc w:val="right"/>
      </w:pPr>
      <w:r>
        <w:t>اس شبہ کا جواب خود ہماری دنیا کی ساخت میں موجود ہے۔ یہ دنیا کیا ہے؟</w:t>
      </w:r>
    </w:p>
    <w:p>
      <w:r>
        <w:rPr>
          <w:b/>
        </w:rPr>
        <w:t xml:space="preserve">[09:26] </w:t>
      </w:r>
      <w:r>
        <w:t>Yeh ek halat ka doosri halat mein tabdeel ho jana hai. Woh cheez jis ko hum</w:t>
      </w:r>
    </w:p>
    <w:p>
      <w:pPr>
        <w:jc w:val="right"/>
      </w:pPr>
      <w:r>
        <w:t>یہ ایک حالت کا دوسری حالت میں تبدیل ہو جانا ہے۔ وہ چیز جس کو ہم</w:t>
      </w:r>
    </w:p>
    <w:p>
      <w:r>
        <w:rPr>
          <w:b/>
        </w:rPr>
        <w:t xml:space="preserve">[09:33] </w:t>
      </w:r>
      <w:r>
        <w:t>zinda wajood kehte hain, woh haqeeqatan ghair zinda wajood ka taghayyur hai. Insani jism ka tajziya batata hai ke woh loha, carbon, calcium, namkiyat, pani aur gason waghera se mil kar bana hai.</w:t>
      </w:r>
    </w:p>
    <w:p>
      <w:pPr>
        <w:jc w:val="right"/>
      </w:pPr>
      <w:r>
        <w:t>زندہ وجود کہتے ہیں، وہ حقیقتاً غیر زندہ وجود کا تغیر ہے۔ انسانی جسم کا تجزیہ بتاتا ہے کہ وہ لوہا، کاربن، کیلشیم، نمکیات، پانی اور گیسوں وغیرہ سے مل کر بنا ہے۔</w:t>
      </w:r>
    </w:p>
    <w:p>
      <w:r>
        <w:rPr>
          <w:b/>
        </w:rPr>
        <w:t xml:space="preserve">[09:52] </w:t>
      </w:r>
      <w:r>
        <w:t>Insani wajood ke yeh murakkabat sab ke sab bejan hain, magar yahi ghair zee rooh maade tabdeel ho kar zee rooh ashya ki soorat ikhtiyar kar lete hain aur insaan ki soorat mein chalne lagte hain.</w:t>
      </w:r>
    </w:p>
    <w:p>
      <w:pPr>
        <w:jc w:val="right"/>
      </w:pPr>
      <w:r>
        <w:t>انسانی وجود کے یہ مرکبات سب کے سب بے جان ہیں، مگر یہی غیر ذی روح مادے تبدیل ہو کر ذی روح اشیاء کی صورت اختیار کر لیتے ہیں اور انسان کی صورت میں چلنے لگتے ہیں۔</w:t>
      </w:r>
    </w:p>
    <w:p>
      <w:r>
        <w:rPr>
          <w:b/>
        </w:rPr>
        <w:t xml:space="preserve">[10:11] </w:t>
      </w:r>
      <w:r>
        <w:t>Phir jo insaan ek baar ghair zinda se zinda soorat ikhtiyar kar leta hai, woh agar dobara ghair zinda se zinda hayat mein tabdeel ho jaye to us mein taajjub ki baat kya hai?</w:t>
      </w:r>
    </w:p>
    <w:p>
      <w:pPr>
        <w:jc w:val="right"/>
      </w:pPr>
      <w:r>
        <w:t>پھر جو انسان ایک بار غیر زندہ سے زندہ صورت اختیار کر لیتا ہے، وہ اگر دوبارہ غیر زندہ سے زندہ حیات میں تبدیل ہو جائے تو اس میں تعجب کی بات کیا ہے؟</w:t>
      </w:r>
    </w:p>
    <w:p>
      <w:r>
        <w:rPr>
          <w:b/>
        </w:rPr>
        <w:t xml:space="preserve">[10:32] </w:t>
      </w:r>
      <w:r>
        <w:t>Isi tarah zameen ke sabze ko dekhiye. Mitti ya doosri jin cheezon se tarkeeb pa kar sabza banta hai, woh sab ki sab ibtidaan in khusoosiyat se khali hoti hain jin ke majmoo'e ka naam sabza hai.</w:t>
      </w:r>
    </w:p>
    <w:p>
      <w:pPr>
        <w:jc w:val="right"/>
      </w:pPr>
      <w:r>
        <w:t>اسی طرح زمین کے سبزے کو دیکھیے۔ مٹی یا دوسری جن چیزوں سے ترکیب پا کر سبزہ بنتا ہے، وہ سب کی سب ابتداءً ان خصوصیات سے خالی ہوتی ہیں جن کے مجموعے کا نام سبزہ ہے۔</w:t>
      </w:r>
    </w:p>
    <w:p>
      <w:r>
        <w:rPr>
          <w:b/>
        </w:rPr>
        <w:t xml:space="preserve">[10:53] </w:t>
      </w:r>
      <w:r>
        <w:t>Magar yahi ghair sabza tabdeel ho kar sabza ban jata hai. Tabdeeli ka yeh waqea rozana hamari aankhon ke samne ho raha hai.</w:t>
      </w:r>
    </w:p>
    <w:p>
      <w:pPr>
        <w:jc w:val="right"/>
      </w:pPr>
      <w:r>
        <w:t>مگر یہی غیر سبزہ تبدیل ہو کر سبزہ بن جاتا ہے۔ تبدیلی کا یہ واقعہ روزانہ ہماری آنکھوں کے سامنے ہو رہا ہے۔</w:t>
      </w:r>
    </w:p>
    <w:p>
      <w:r>
        <w:rPr>
          <w:b/>
        </w:rPr>
        <w:t xml:space="preserve">[11:04] </w:t>
      </w:r>
      <w:r>
        <w:t>Phir isi hone wale waqea ka doosri baar hona mustab'ed kyun ho?</w:t>
      </w:r>
    </w:p>
    <w:p>
      <w:pPr>
        <w:jc w:val="right"/>
      </w:pPr>
      <w:r>
        <w:t>پھر اسی ہونے والے واقعے کا دوسری بار ہونا مستبعد کیوں ہو؟</w:t>
      </w:r>
    </w:p>
    <w:p>
      <w:r>
        <w:rPr>
          <w:b/>
        </w:rPr>
        <w:t xml:space="preserve">[11:13] </w:t>
      </w:r>
      <w:r>
        <w:t>Haqeeqat yeh hai ke pehli duniya ka wajood mein aana khud hi doosri duniya ke wajood mein aane ka saboot hai. Ek duniya ka tajruba karne ke baad doosri duniya ko samajhna aqli aur lajiki taur par kuch bhi mushkil nahin.</w:t>
      </w:r>
    </w:p>
    <w:p>
      <w:pPr>
        <w:jc w:val="right"/>
      </w:pPr>
      <w:r>
        <w:t>حقیقت یہ ہے کہ پہلی دنیا کا وجود میں آنا خود ہی دوسری دنیا کے وجود میں آنے کا ثبوت ہے۔ ایک دنیا کا تجربہ کرنے کے بعد دوسری دنیا کو سمجھنا عقلی اور منطقی طور پر کچھ بھی مشکل نہیں۔</w:t>
      </w:r>
    </w:p>
    <w:p>
      <w:r>
        <w:rPr>
          <w:b/>
        </w:rPr>
        <w:t xml:space="preserve">[11:33] </w:t>
      </w:r>
      <w:r>
        <w:t>Wa minan nasi man yujadilu fillahi bighairi ilmin wala hudan wala kitabin</w:t>
      </w:r>
    </w:p>
    <w:p>
      <w:pPr>
        <w:jc w:val="right"/>
      </w:pPr>
      <w:r>
        <w:t>ومن الناس من يجادل في الله بغير علم ولا هدى ولا كتاب منير.</w:t>
      </w:r>
    </w:p>
    <w:p>
      <w:r>
        <w:rPr>
          <w:b/>
        </w:rPr>
        <w:t xml:space="preserve">[11:46] </w:t>
      </w:r>
      <w:r>
        <w:t>munir. Thani 'itfahu liyudalla 'an sabillahi lahu fid dunya khizyun</w:t>
      </w:r>
    </w:p>
    <w:p>
      <w:pPr>
        <w:jc w:val="right"/>
      </w:pPr>
      <w:r>
        <w:t>ثاني عطفه ليضل عن سبيل الله له في الدنيا خزي</w:t>
      </w:r>
    </w:p>
    <w:p>
      <w:r>
        <w:rPr>
          <w:b/>
        </w:rPr>
        <w:t xml:space="preserve">[11:54] </w:t>
      </w:r>
      <w:r>
        <w:t>wa nudheequhu yawmal qiyamati 'adhabal hareeq. dhalika bima qaddamat yadaaka wa annallaha laysa bi dhallamin lil 'abeed.</w:t>
      </w:r>
    </w:p>
    <w:p>
      <w:pPr>
        <w:jc w:val="right"/>
      </w:pPr>
      <w:r>
        <w:t>ونذيقه يوم القيامة عذاب الحريق. ذلك بما قدمت يداك وأن الله ليس بظلام للعبيد.</w:t>
      </w:r>
    </w:p>
    <w:p>
      <w:r>
        <w:rPr>
          <w:b/>
        </w:rPr>
        <w:t xml:space="preserve">[12:11] </w:t>
      </w:r>
      <w:r>
        <w:t>aur logon mein koi shakhs hai jo Allah ki baat mein jhakadta hai,</w:t>
      </w:r>
    </w:p>
    <w:p>
      <w:pPr>
        <w:jc w:val="right"/>
      </w:pPr>
      <w:r>
        <w:t>اور لوگوں میں کوئی شخص ہے جو اللہ کی بات میں جھکڑتا ہے،</w:t>
      </w:r>
    </w:p>
    <w:p>
      <w:r>
        <w:rPr>
          <w:b/>
        </w:rPr>
        <w:t xml:space="preserve">[12:16] </w:t>
      </w:r>
      <w:r>
        <w:t>ilm aur hidayat aur roshan kitab ke baghair takabbur karte hue, taake woh Allah ki raah se beraah kar de.</w:t>
      </w:r>
    </w:p>
    <w:p>
      <w:pPr>
        <w:jc w:val="right"/>
      </w:pPr>
      <w:r>
        <w:t>علم اور ہدایت اور روشن کتاب کے بغیر تکبر کرتے ہوئے، تاکہ وہ اللہ کی راہ سے بیراہ کر دے۔</w:t>
      </w:r>
    </w:p>
    <w:p>
      <w:r>
        <w:rPr>
          <w:b/>
        </w:rPr>
        <w:t xml:space="preserve">[12:27] </w:t>
      </w:r>
      <w:r>
        <w:t>is ke liye dunya mein ruswai hai aur qayamat ke din hum us ko</w:t>
      </w:r>
    </w:p>
    <w:p>
      <w:pPr>
        <w:jc w:val="right"/>
      </w:pPr>
      <w:r>
        <w:t>اس کے لیے دنیا میں رسوائی ہے اور قیامت کے دن ہم اس کو</w:t>
      </w:r>
    </w:p>
    <w:p>
      <w:r>
        <w:rPr>
          <w:b/>
        </w:rPr>
        <w:t xml:space="preserve">[12:33] </w:t>
      </w:r>
      <w:r>
        <w:t>jalti aag ka 'adhab chakhayenge. yeh tumhare haath ke kiye hue kamon ka badla hai aur Allah apne bndon par zulm karne wala nahin.</w:t>
      </w:r>
    </w:p>
    <w:p>
      <w:pPr>
        <w:jc w:val="right"/>
      </w:pPr>
      <w:r>
        <w:t>جلتی آگ کا عذاب چکھائیں گے۔ یہ تمہارے ہاتھ کے کیے ہوئے کاموں کا بدلہ ہے اور اللہ اپنے بندوں پر ظلم کرنے والا نہیں۔</w:t>
      </w:r>
    </w:p>
    <w:p>
      <w:r>
        <w:rPr>
          <w:b/>
        </w:rPr>
        <w:t xml:space="preserve">[12:49] </w:t>
      </w:r>
      <w:r>
        <w:t>tashreeh: arab ke logon ne shirk ko sachai samajh kar ikhtiyar kar rakha tha. paighambar ki dawat toheed se shirk ko manne walon ke aqaaid mutazalzal hue to is mein un logon ko khatra mehsoos hone laga jo shirk ki zameen par</w:t>
      </w:r>
    </w:p>
    <w:p>
      <w:pPr>
        <w:jc w:val="right"/>
      </w:pPr>
      <w:r>
        <w:t>تشریح: عرب کے لوگوں نے شرک کو سچائی سمجھ کر اختیار کر رکھا تھا۔ پیغمبر کی دعوت توحید سے شرک کو ماننے والوں کے عقائد متزلزل ہوئے تو اس میں ان لوگوں کو خطرہ محسوس ہونے لگا جو شرک کی زمین پر</w:t>
      </w:r>
    </w:p>
    <w:p>
      <w:r>
        <w:rPr>
          <w:b/>
        </w:rPr>
        <w:t xml:space="preserve">[13:10] </w:t>
      </w:r>
      <w:r>
        <w:t>apni sardari qaim kiye hue the. ek aam aadmi ke liye shirk ko chhodna sirf apne abai deen ko chhodna hota hai, jabke ek sardar ke liye shirk ka khatma us ki sardari ke khatme ke hamaanah hai.</w:t>
      </w:r>
    </w:p>
    <w:p>
      <w:pPr>
        <w:jc w:val="right"/>
      </w:pPr>
      <w:r>
        <w:t>اپنی سرداری قائم کیے ہوئے تھے۔ ایک عام آدمی کے لیے شرک کو چھوڑنا صرف اپنے آبائی دین کو چھوڑنا ہوتا ہے، جبکہ ایک سردار کے لیے شرک کا خاتمہ اس کی سرداری کے خاتمے کے ہمانہ ہے۔</w:t>
      </w:r>
    </w:p>
    <w:p>
      <w:r>
        <w:rPr>
          <w:b/>
        </w:rPr>
        <w:t xml:space="preserve">[13:30] </w:t>
      </w:r>
      <w:r>
        <w:t>is liye har daur mein</w:t>
      </w:r>
    </w:p>
    <w:p>
      <w:pPr>
        <w:jc w:val="right"/>
      </w:pPr>
      <w:r>
        <w:t>اس لیے ہر دور میں</w:t>
      </w:r>
    </w:p>
    <w:p>
      <w:r>
        <w:rPr>
          <w:b/>
        </w:rPr>
        <w:t xml:space="preserve">[13:32] </w:t>
      </w:r>
      <w:r>
        <w:t>be aamez deen ki dawat ke sab se zyada mukhalif woh log ban jaate hain jo milawati deen ki buniyad par apni qiyadat qaim kiye hue hain.</w:t>
      </w:r>
    </w:p>
    <w:p>
      <w:pPr>
        <w:jc w:val="right"/>
      </w:pPr>
      <w:r>
        <w:t>بے آمیز دین کی دعوت کے سب سے زیادہ مخالف وہ لوگ بن جاتے ہیں جو ملاوٹی دین کی بنیاد پر اپنی قیادت قائم کیے ہوئے ہوں۔</w:t>
      </w:r>
    </w:p>
    <w:p>
      <w:r>
        <w:rPr>
          <w:b/>
        </w:rPr>
        <w:t xml:space="preserve">[13:47] </w:t>
      </w:r>
      <w:r>
        <w:t>yeh log</w:t>
      </w:r>
    </w:p>
    <w:p>
      <w:pPr>
        <w:jc w:val="right"/>
      </w:pPr>
      <w:r>
        <w:t>یہ لوگ</w:t>
      </w:r>
    </w:p>
    <w:p>
      <w:r>
        <w:rPr>
          <w:b/>
        </w:rPr>
        <w:t xml:space="preserve">[13:48] </w:t>
      </w:r>
      <w:r>
        <w:t>haq ki dawat aur us ke da'i ke bare mein layani bahasein paida karte hain. woh koshish karte hain ke un ke zer asar awam dawat ke bare mein mushtabah ho jayen aur badastoor apne riwaj deen par</w:t>
      </w:r>
    </w:p>
    <w:p>
      <w:pPr>
        <w:jc w:val="right"/>
      </w:pPr>
      <w:r>
        <w:t>حق کی دعوت اور اس کے داعی کے بارے میں لایعنی بحثیں پیدا کرتے ہیں۔ وہ کوشش کرتے ہیں کہ ان کے زیر اثر عوام دعوت کے بارے میں مشتبہ ہو جائیں اور بدستور اپنے رواج دین پر</w:t>
      </w:r>
    </w:p>
    <w:p>
      <w:r>
        <w:rPr>
          <w:b/>
        </w:rPr>
        <w:t xml:space="preserve">[14:06] </w:t>
      </w:r>
      <w:r>
        <w:t>qaim rahen. haq ki yeh mukhalifat woh sirf is liye karte hain ke khud sakhta deen ki buniyad par unhon ne jo apni jhooti بڑai qaim kar rakhi hai,</w:t>
      </w:r>
    </w:p>
    <w:p>
      <w:pPr>
        <w:jc w:val="right"/>
      </w:pPr>
      <w:r>
        <w:t>قائم رہیں۔ حق کی یہ مخالفت وہ صرف اس لیے کرتے ہیں کہ خود ساختہ دین کی بنیاد پر انہوں نے جو اپنی جھوٹی بڑائی قائم کر رکھی ہے،</w:t>
      </w:r>
    </w:p>
    <w:p>
      <w:r>
        <w:rPr>
          <w:b/>
        </w:rPr>
        <w:t xml:space="preserve">[14:20] </w:t>
      </w:r>
      <w:r>
        <w:t>woh badastoor qaim rahe.</w:t>
      </w:r>
    </w:p>
    <w:p>
      <w:pPr>
        <w:jc w:val="right"/>
      </w:pPr>
      <w:r>
        <w:t>وہ بدستور قائم رہے۔</w:t>
      </w:r>
    </w:p>
    <w:p>
      <w:r>
        <w:rPr>
          <w:b/>
        </w:rPr>
        <w:t xml:space="preserve">[14:22] </w:t>
      </w:r>
      <w:r>
        <w:t>un ko sachai se zyada apni zaat se dilchaspi hoti hai. aise log Khuda ke nazdeek bohat bade mujrim hain.</w:t>
      </w:r>
    </w:p>
    <w:p>
      <w:pPr>
        <w:jc w:val="right"/>
      </w:pPr>
      <w:r>
        <w:t>ان کو سچائی سے زیادہ اپنی ذات سے دلچسپی ہوتی ہے۔ ایسے لوگ خدا کے نزدیک بہت بڑے مجرم ہیں۔</w:t>
      </w:r>
    </w:p>
    <w:p>
      <w:r>
        <w:rPr>
          <w:b/>
        </w:rPr>
        <w:t xml:space="preserve">[14:33] </w:t>
      </w:r>
      <w:r>
        <w:t>qayamat mein un ke hisse mein ruswai aur 'adhab ke siwa kuch aane wala nahin.</w:t>
      </w:r>
    </w:p>
    <w:p>
      <w:pPr>
        <w:jc w:val="right"/>
      </w:pPr>
      <w:r>
        <w:t>قیامت میں ان کے حصے میں رسوائی اور عذاب کے سوا کچھ آنے والا نہیں۔</w:t>
      </w:r>
    </w:p>
    <w:p>
      <w:r>
        <w:rPr>
          <w:b/>
        </w:rPr>
        <w:t xml:space="preserve">[14:42] </w:t>
      </w:r>
      <w:r>
        <w:t>wa minan naasi man ya'budullaha 'ala harfin fa in asabahu khayrun itma'anna bih.</w:t>
      </w:r>
    </w:p>
    <w:p>
      <w:pPr>
        <w:jc w:val="right"/>
      </w:pPr>
      <w:r>
        <w:t>ومن الناس من يعبد الله على حرف فإن أصابه خير اطمأن به.</w:t>
      </w:r>
    </w:p>
    <w:p>
      <w:r>
        <w:rPr>
          <w:b/>
        </w:rPr>
        <w:t xml:space="preserve">[14:53] </w:t>
      </w:r>
      <w:r>
        <w:t>fa in asabahu khayrun itma'anna bih wa in asabathu fitnatun</w:t>
      </w:r>
    </w:p>
    <w:p>
      <w:pPr>
        <w:jc w:val="right"/>
      </w:pPr>
      <w:r>
        <w:t>فإن أصابه خير اطمأن به وإن أصابته فتنة</w:t>
      </w:r>
    </w:p>
    <w:p>
      <w:r>
        <w:rPr>
          <w:b/>
        </w:rPr>
        <w:t xml:space="preserve">[15:01] </w:t>
      </w:r>
      <w:r>
        <w:t>inqalaba 'ala wajhihi khasiarad dunya wal akhirah. dhalika huwal khusranul mubeen.</w:t>
      </w:r>
    </w:p>
    <w:p>
      <w:pPr>
        <w:jc w:val="right"/>
      </w:pPr>
      <w:r>
        <w:t>انقلب على وجهه خسر الدنيا والآخرة. ذلك هو الخسران المبين.</w:t>
      </w:r>
    </w:p>
    <w:p>
      <w:r>
        <w:rPr>
          <w:b/>
        </w:rPr>
        <w:t xml:space="preserve">[15:12] </w:t>
      </w:r>
      <w:r>
        <w:t>aur logon mein koi hai jo kinare par rah kar Allah ki ibadat karta hai.</w:t>
      </w:r>
    </w:p>
    <w:p>
      <w:pPr>
        <w:jc w:val="right"/>
      </w:pPr>
      <w:r>
        <w:t>اور لوگوں میں کوئی ہے جو کنارے پر رہ کر اللہ کی عبادت کرتا ہے۔</w:t>
      </w:r>
    </w:p>
    <w:p>
      <w:r>
        <w:rPr>
          <w:b/>
        </w:rPr>
        <w:t xml:space="preserve">[15:19] </w:t>
      </w:r>
      <w:r>
        <w:t>pas agar us ko koi faida pahuncha to woh us ibadat par qaim ho gaya, aur agar koi azmaish pesh aayi to ulta phir gaya.</w:t>
      </w:r>
    </w:p>
    <w:p>
      <w:pPr>
        <w:jc w:val="right"/>
      </w:pPr>
      <w:r>
        <w:t>پس اگر اس کو کوئی فائدہ پہنچا تو وہ اس عبادت پر قائم ہو گیا، اور اگر کوئی آزمائش پیش آئی تو الٹا پھر گیا۔</w:t>
      </w:r>
    </w:p>
    <w:p>
      <w:r>
        <w:rPr>
          <w:b/>
        </w:rPr>
        <w:t xml:space="preserve">[15:31] </w:t>
      </w:r>
      <w:r>
        <w:t>us ne dunya bhi kho di aur akhirat bhi</w:t>
      </w:r>
    </w:p>
    <w:p>
      <w:pPr>
        <w:jc w:val="right"/>
      </w:pPr>
      <w:r>
        <w:t>اس نے دنیا بھی کھو دی اور آخرت بھی</w:t>
      </w:r>
    </w:p>
    <w:p>
      <w:r>
        <w:rPr>
          <w:b/>
        </w:rPr>
        <w:t xml:space="preserve">[15:36] </w:t>
      </w:r>
      <w:r>
        <w:t>khula hua khasaara hai. tashreeh: ek shakhs woh hai jo deen ko kamil sadaqat ke taur par daryaft karta hai.</w:t>
      </w:r>
    </w:p>
    <w:p>
      <w:pPr>
        <w:jc w:val="right"/>
      </w:pPr>
      <w:r>
        <w:t>کھلا ہوا خسارہ ہے۔ تشریح: ایک شخص وہ ہے جو دین کو کامل صداقت کے طور پر دریافت کرتا ہے۔</w:t>
      </w:r>
    </w:p>
    <w:p>
      <w:r>
        <w:rPr>
          <w:b/>
        </w:rPr>
        <w:t xml:space="preserve">[15:49] </w:t>
      </w:r>
      <w:r>
        <w:t>deen us ke dil o dimaagh par poori tarah chha jaata hai.</w:t>
      </w:r>
    </w:p>
    <w:p>
      <w:pPr>
        <w:jc w:val="right"/>
      </w:pPr>
      <w:r>
        <w:t>دین اس کے دل و دماغ پر پوری طرح چھا جاتا ہے۔</w:t>
      </w:r>
    </w:p>
    <w:p>
      <w:r>
        <w:rPr>
          <w:b/>
        </w:rPr>
        <w:t xml:space="preserve">[15:54] </w:t>
      </w:r>
      <w:r>
        <w:t>woh kisi tahaffuz ke baghair apne aap ko deen ke hawale kar deta hai. us ki nazar mein har doosri cheez sanawi ban jaati hai.</w:t>
      </w:r>
    </w:p>
    <w:p>
      <w:pPr>
        <w:jc w:val="right"/>
      </w:pPr>
      <w:r>
        <w:t>وہ کسی تحفظ کے بغیر اپنے آپ کو دین کے حوالے کر دیتا ہے۔ اس کی نظر میں ہر دوسری چیز ثانوی بن جاتی ہے۔</w:t>
      </w:r>
    </w:p>
    <w:p>
      <w:r>
        <w:rPr>
          <w:b/>
        </w:rPr>
        <w:t xml:space="preserve">[16:05] </w:t>
      </w:r>
      <w:r>
        <w:t>yahi shakhs Khuda ki nazar mein sachcha momin hai. doosre log woh hain jo bas oopri jazbe se deen ko manen.</w:t>
      </w:r>
    </w:p>
    <w:p>
      <w:pPr>
        <w:jc w:val="right"/>
      </w:pPr>
      <w:r>
        <w:t>یہی شخص خدا کی نظر میں سچا مومن ہے۔ دوسرے لوگ وہ ہیں جو بس اوپری جذبے سے دین کو مانیں۔</w:t>
      </w:r>
    </w:p>
    <w:p>
      <w:r>
        <w:rPr>
          <w:b/>
        </w:rPr>
        <w:t xml:space="preserve">[16:17] </w:t>
      </w:r>
      <w:r>
        <w:t>aise logon ki haqeeqi dilchaspiyan apne mafadat se wabasta hoti hain. Albata sathi taosur ke tehat woh apne aap ko deen se bhi wabasta kar lete hain.</w:t>
      </w:r>
    </w:p>
    <w:p>
      <w:pPr>
        <w:jc w:val="right"/>
      </w:pPr>
      <w:r>
        <w:t>ایسے لوگوں کی حقیقی دلچسپیاں اپنے مفادات سے وابستہ ہوتی ہیں۔ البتہ سطحی تاثر کے تحت وہ اپنے آپ کو دین سے بھی وابستہ کر لیتے ہیں۔</w:t>
      </w:r>
    </w:p>
    <w:p>
      <w:r>
        <w:rPr>
          <w:b/>
        </w:rPr>
        <w:t xml:space="preserve">[16:31] </w:t>
      </w:r>
      <w:r>
        <w:t>un ki yeh wabastagi sirf</w:t>
      </w:r>
    </w:p>
    <w:p>
      <w:pPr>
        <w:jc w:val="right"/>
      </w:pPr>
      <w:r>
        <w:t>ان کی یہ وابستگی صرف</w:t>
      </w:r>
    </w:p>
    <w:p>
      <w:r>
        <w:rPr>
          <w:b/>
        </w:rPr>
        <w:t xml:space="preserve">[16:34] </w:t>
      </w:r>
      <w:r>
        <w:t>is waqt tak ke liye hoti hai jab tak deen ko ikhtiyar karne se unhein koi nuqsan na ho raha ho.</w:t>
      </w:r>
    </w:p>
    <w:p>
      <w:pPr>
        <w:jc w:val="right"/>
      </w:pPr>
      <w:r>
        <w:t>اس وقت تک کے لیے ہوتی ہے جب تک دین کو اختیار کرنے سے انہیں کوئی نقصان نہ ہو رہا ہو۔</w:t>
      </w:r>
    </w:p>
    <w:p>
      <w:r>
        <w:rPr>
          <w:b/>
        </w:rPr>
        <w:t xml:space="preserve">[16:43] </w:t>
      </w:r>
      <w:r>
        <w:t>un ke mafadat par is se koi zad na padti ho. Jaise hi unhon ne dekha ke deen aur un ka mafad dono</w:t>
      </w:r>
    </w:p>
    <w:p>
      <w:pPr>
        <w:jc w:val="right"/>
      </w:pPr>
      <w:r>
        <w:t>ان کے مفادات پر اس سے کوئی زد نہ پڑتی ہو۔ جیسے ہی انہوں نے دیکھا کہ دین اور ان کا مفاد دونوں</w:t>
      </w:r>
    </w:p>
    <w:p>
      <w:r>
        <w:rPr>
          <w:b/>
        </w:rPr>
        <w:t xml:space="preserve">[16:54] </w:t>
      </w:r>
      <w:r>
        <w:t>saath saath nahi chal sakte to woh foran zaati mafad ko ikhtiyar kar lete hain aur deen ko chhod dete hain.</w:t>
      </w:r>
    </w:p>
    <w:p>
      <w:pPr>
        <w:jc w:val="right"/>
      </w:pPr>
      <w:r>
        <w:t>ساتھ ساتھ نہیں چل سکتے تو وہ فوراً ذاتی مفاد کو اختیار کر لیتے ہیں اور دین کو چھوڑ دیتے ہیں۔</w:t>
      </w:r>
    </w:p>
    <w:p>
      <w:r>
        <w:rPr>
          <w:b/>
        </w:rPr>
        <w:t xml:space="preserve">[17:05] </w:t>
      </w:r>
      <w:r>
        <w:t>yahi doosre qism ke log hain jin ko munafiq kaha jata hai.</w:t>
      </w:r>
    </w:p>
    <w:p>
      <w:pPr>
        <w:jc w:val="right"/>
      </w:pPr>
      <w:r>
        <w:t>یہی دوسرے قسم کے لوگ ہیں جن کو منافق کہا جاتا ہے۔</w:t>
      </w:r>
    </w:p>
    <w:p>
      <w:r>
        <w:rPr>
          <w:b/>
        </w:rPr>
        <w:t xml:space="preserve">[17:10] </w:t>
      </w:r>
      <w:r>
        <w:t>munafiq insan aakhirat ko paane mein bhi nakaam rehta hai aur duniya ko paane mein bhi. Is ki wajah yeh hai ke duniya aur aakhirat dono maamle mein kamyabi ke liye</w:t>
      </w:r>
    </w:p>
    <w:p>
      <w:pPr>
        <w:jc w:val="right"/>
      </w:pPr>
      <w:r>
        <w:t>منافق انسان آخرت کو پانے میں بھی ناکام رہتا ہے اور دنیا کو پانے میں بھی۔ اس کی وجہ یہ ہے کہ دنیا اور آخرت دونوں معاملے میں کامیابی کے لیے</w:t>
      </w:r>
    </w:p>
    <w:p>
      <w:r>
        <w:rPr>
          <w:b/>
        </w:rPr>
        <w:t xml:space="preserve">[17:26] </w:t>
      </w:r>
      <w:r>
        <w:t>ek hi lazmi shart hai, aur woh yaksoi hai. Aur yahi woh qulbi sifat hai jis se munafiq insan hamesha mehroom rehta hai.</w:t>
      </w:r>
    </w:p>
    <w:p>
      <w:pPr>
        <w:jc w:val="right"/>
      </w:pPr>
      <w:r>
        <w:t>ایک ہی لازمی شرط ہے، اور وہ یکسوئی ہے۔ اور یہی وہ قلبی صفت ہے جس سے منافق انسان ہمیشہ محروم رہتا ہے۔</w:t>
      </w:r>
    </w:p>
    <w:p>
      <w:r>
        <w:rPr>
          <w:b/>
        </w:rPr>
        <w:t xml:space="preserve">[17:38] </w:t>
      </w:r>
      <w:r>
        <w:t>woh apne do tarafah rujhan ki wajah se na poori tarah</w:t>
      </w:r>
    </w:p>
    <w:p>
      <w:pPr>
        <w:jc w:val="right"/>
      </w:pPr>
      <w:r>
        <w:t>وہ اپنے دو طرفہ رجحان کی وجہ سے نہ پوری طرح</w:t>
      </w:r>
    </w:p>
    <w:p>
      <w:r>
        <w:rPr>
          <w:b/>
        </w:rPr>
        <w:t xml:space="preserve">[17:42] </w:t>
      </w:r>
      <w:r>
        <w:t>aakhirat ki taraf yakso hota aur na poori taraf duniya ki taraf. Is tarah woh dono mein se kisi ki bhi lazmi qeemat nahi de pata.</w:t>
      </w:r>
    </w:p>
    <w:p>
      <w:pPr>
        <w:jc w:val="right"/>
      </w:pPr>
      <w:r>
        <w:t>آخرت کی طرف یکسو ہوتا اور نہ پوری طرف دنیا کی طرف۔ اس طرح وہ دونوں میں سے کسی کی بھی لازمی قیمت نہیں دے پاتا۔</w:t>
      </w:r>
    </w:p>
    <w:p>
      <w:r>
        <w:rPr>
          <w:b/>
        </w:rPr>
        <w:t xml:space="preserve">[17:55] </w:t>
      </w:r>
      <w:r>
        <w:t>aise log do tarafah mehroomi ki alamat ban kar reh jate hain. Yadu min dunillahi ma la yadhuruhu wa ma la yanfa'uhu.</w:t>
      </w:r>
    </w:p>
    <w:p>
      <w:pPr>
        <w:jc w:val="right"/>
      </w:pPr>
      <w:r>
        <w:t>ایسے لوگ دو طرفہ محرومی کی علامت بن کر رہ جاتے ہیں۔یدعو من دون اللہ ما لا یضره وما لا ينفعه.</w:t>
      </w:r>
    </w:p>
    <w:p>
      <w:r>
        <w:rPr>
          <w:b/>
        </w:rPr>
        <w:t xml:space="preserve">[18:11] </w:t>
      </w:r>
      <w:r>
        <w:t>zalika huwal dalal al ba'eed. Yadu liman dharuhu aqrabu min naf'ihi.</w:t>
      </w:r>
    </w:p>
    <w:p>
      <w:pPr>
        <w:jc w:val="right"/>
      </w:pPr>
      <w:r>
        <w:t>ذلك هو الضلال البعید.یدعو لمن ضره اقرب من نفعه.</w:t>
      </w:r>
    </w:p>
    <w:p>
      <w:r>
        <w:rPr>
          <w:b/>
        </w:rPr>
        <w:t xml:space="preserve">[18:25] </w:t>
      </w:r>
      <w:r>
        <w:t>Lab'isal mawla wa lab'isal 'ashir.</w:t>
      </w:r>
    </w:p>
    <w:p>
      <w:pPr>
        <w:jc w:val="right"/>
      </w:pPr>
      <w:r>
        <w:t>لبئس المولى ولبئس العشیر.</w:t>
      </w:r>
    </w:p>
    <w:p>
      <w:r>
        <w:rPr>
          <w:b/>
        </w:rPr>
        <w:t xml:space="preserve">[18:31] </w:t>
      </w:r>
      <w:r>
        <w:t>Innallaha yudkhilul ladheena amanu wa 'amilus salihat jannatin tajri min tahtihal anhar.</w:t>
      </w:r>
    </w:p>
    <w:p>
      <w:pPr>
        <w:jc w:val="right"/>
      </w:pPr>
      <w:r>
        <w:t>ان اللہ يدخل الذین آمنوا وعملوا الصالحات جنات تجري من تحتها الانهار.</w:t>
      </w:r>
    </w:p>
    <w:p>
      <w:r>
        <w:rPr>
          <w:b/>
        </w:rPr>
        <w:t xml:space="preserve">[18:46] </w:t>
      </w:r>
      <w:r>
        <w:t>Innallaha yaf'alu ma yureed.</w:t>
      </w:r>
    </w:p>
    <w:p>
      <w:pPr>
        <w:jc w:val="right"/>
      </w:pPr>
      <w:r>
        <w:t>ان اللہ يفعل ما يريد.</w:t>
      </w:r>
    </w:p>
    <w:p>
      <w:r>
        <w:rPr>
          <w:b/>
        </w:rPr>
        <w:t xml:space="preserve">[18:52] </w:t>
      </w:r>
      <w:r>
        <w:t>woh Khuda ke siwa aisi cheez ko pukarta hai jo na us ko nuqsan pahuncha sakti aur na us ko nafa pahuncha sakti.</w:t>
      </w:r>
    </w:p>
    <w:p>
      <w:pPr>
        <w:jc w:val="right"/>
      </w:pPr>
      <w:r>
        <w:t>وہ خدا کے سوا ایسی چیز کو پکارتا ہے جو نہ اس کو نقصان پہنچا سکتی اور نہ اس کو نفع پہنچا سکتی۔</w:t>
      </w:r>
    </w:p>
    <w:p>
      <w:r>
        <w:rPr>
          <w:b/>
        </w:rPr>
        <w:t xml:space="preserve">[19:03] </w:t>
      </w:r>
      <w:r>
        <w:t>yeh inteha darje ki gumrahi hai. Woh aisi cheez ko pukarta hai jis ka nuqsan us ke nafe se qareeb tar hai.</w:t>
      </w:r>
    </w:p>
    <w:p>
      <w:pPr>
        <w:jc w:val="right"/>
      </w:pPr>
      <w:r>
        <w:t>یہ انتہا درجے کی گمراہی ہے۔ وہ ایسی چیز کو پکارتا ہے جس کا نقصان اس کے نفع سے قریب تر ہے۔</w:t>
      </w:r>
    </w:p>
    <w:p>
      <w:r>
        <w:rPr>
          <w:b/>
        </w:rPr>
        <w:t xml:space="preserve">[19:12] </w:t>
      </w:r>
      <w:r>
        <w:t>kaisa bura kaarsaz hai aur kaisa bura rafiq!</w:t>
      </w:r>
    </w:p>
    <w:p>
      <w:pPr>
        <w:jc w:val="right"/>
      </w:pPr>
      <w:r>
        <w:t>کیسا برا کارساز ہے اور کیسا برا رفیق!</w:t>
      </w:r>
    </w:p>
    <w:p>
      <w:r>
        <w:rPr>
          <w:b/>
        </w:rPr>
        <w:t xml:space="preserve">[19:17] </w:t>
      </w:r>
      <w:r>
        <w:t>beshak Allah un logon ko jo iman laye aur naik amal kiye aisi jannaton mein dakhil karega jin ke neeche nahrein behti hongi.</w:t>
      </w:r>
    </w:p>
    <w:p>
      <w:pPr>
        <w:jc w:val="right"/>
      </w:pPr>
      <w:r>
        <w:t>بے شک اللہ ان لوگوں کو جو ایمان لائے اور نیک عمل کیے ایسی جنتوں میں داخل کرے گا جن کے نیچے نہریں بہتی ہوں گی۔</w:t>
      </w:r>
    </w:p>
    <w:p>
      <w:r>
        <w:rPr>
          <w:b/>
        </w:rPr>
        <w:t xml:space="preserve">[19:29] </w:t>
      </w:r>
      <w:r>
        <w:t>Allah karta hai jo woh chahta hai. Tashreeh: Khuda ko chhodna hamesha ghair Khuda par bharose ki wajah se hota hai.</w:t>
      </w:r>
    </w:p>
    <w:p>
      <w:pPr>
        <w:jc w:val="right"/>
      </w:pPr>
      <w:r>
        <w:t>اللہ کرتا ہے جو وہ چاہتا ہے۔ تشریح: خدا کو چھوڑنا ہمیشہ غیر خدا پر بھروسہ کی وجہ سے ہوتا ہے۔</w:t>
      </w:r>
    </w:p>
    <w:p>
      <w:r>
        <w:rPr>
          <w:b/>
        </w:rPr>
        <w:t xml:space="preserve">[19:44] </w:t>
      </w:r>
      <w:r>
        <w:t>jab bhi aisa hota hai ke ek aadmi kh</w:t>
      </w:r>
    </w:p>
    <w:p>
      <w:pPr>
        <w:jc w:val="right"/>
      </w:pPr>
      <w:r>
        <w:t>جب بھی ایسا ہوتا ہے کہ ایک آدمی 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