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Road to Paradise (Part 2) 12 Sept, 2010 - Maulana Wahiduddin Khan</w:t>
      </w:r>
    </w:p>
    <w:p>
      <w:r>
        <w:t>https://www.youtube.com/watch?v=9zqaX9GqkvQ</w:t>
      </w:r>
    </w:p>
    <w:p>
      <w:r>
        <w:rPr>
          <w:b/>
        </w:rPr>
        <w:t xml:space="preserve">[00:13] </w:t>
      </w:r>
      <w:r>
        <w:t>Rab ishrah li sadri, wa yassir li amri, wah lul uqdata min lisani yafqahu qawli.</w:t>
      </w:r>
    </w:p>
    <w:p>
      <w:pPr>
        <w:jc w:val="right"/>
      </w:pPr>
      <w:r>
        <w:t>رب اشرح لی صدری، ویسر لی امری، واحل العقدۃ من لسانی یفقہ قولی۔</w:t>
      </w:r>
    </w:p>
    <w:p>
      <w:r>
        <w:rPr>
          <w:b/>
        </w:rPr>
        <w:t xml:space="preserve">[00:27] </w:t>
      </w:r>
      <w:r>
        <w:t>is waqt ka jo mozu hai, yeh topic hai, woh paradise hai, jannat.</w:t>
      </w:r>
    </w:p>
    <w:p>
      <w:pPr>
        <w:jc w:val="right"/>
      </w:pPr>
      <w:r>
        <w:t>اس وقت کا جو موضوع ہے، یہ ٹاپک ہے، وہ پارڈائز ہے، جنت۔</w:t>
      </w:r>
    </w:p>
    <w:p>
      <w:r>
        <w:rPr>
          <w:b/>
        </w:rPr>
        <w:t xml:space="preserve">[00:43] </w:t>
      </w:r>
      <w:r>
        <w:t>main is waqt jannat ke bare mein ek hadith aap ko sunana chahta hoon.</w:t>
      </w:r>
    </w:p>
    <w:p>
      <w:pPr>
        <w:jc w:val="right"/>
      </w:pPr>
      <w:r>
        <w:t>میں اس وقت جنت کے بارے میں ایک حدیث آپ کو سنانا چاہتا ہوں۔</w:t>
      </w:r>
    </w:p>
    <w:p>
      <w:r>
        <w:rPr>
          <w:b/>
        </w:rPr>
        <w:t xml:space="preserve">[00:51] </w:t>
      </w:r>
      <w:r>
        <w:t>aap jante hain ke hadith ka matlab hota hai "qaul-e-rasool", yani "saying of the prophet of Islam".</w:t>
      </w:r>
    </w:p>
    <w:p>
      <w:pPr>
        <w:jc w:val="right"/>
      </w:pPr>
      <w:r>
        <w:t>آپ جانتے ہیں کہ حدیث کا مطلب ہوتا ہے "قول رسول"، یعنی "سینگ آف دا پرافٹ آف اسلام"۔</w:t>
      </w:r>
    </w:p>
    <w:p>
      <w:r>
        <w:rPr>
          <w:b/>
        </w:rPr>
        <w:t xml:space="preserve">[01:03] </w:t>
      </w:r>
      <w:r>
        <w:t>to hadith ki bohat si kitabein hain, to chhe kitabein aisi hain jin ko ke</w:t>
      </w:r>
    </w:p>
    <w:p>
      <w:pPr>
        <w:jc w:val="right"/>
      </w:pPr>
      <w:r>
        <w:t>تو حدیث کی بہت سی کتابیں ہیں، تو چھ کتابیں ایسی ہیں جن کو کہ</w:t>
      </w:r>
    </w:p>
    <w:p>
      <w:r>
        <w:rPr>
          <w:b/>
        </w:rPr>
        <w:t xml:space="preserve">[01:17] </w:t>
      </w:r>
      <w:r>
        <w:t>authentic mana jata hai.</w:t>
      </w:r>
    </w:p>
    <w:p>
      <w:pPr>
        <w:jc w:val="right"/>
      </w:pPr>
      <w:r>
        <w:t>اتھینٹک مانا جاتا ہے۔</w:t>
      </w:r>
    </w:p>
    <w:p>
      <w:r>
        <w:rPr>
          <w:b/>
        </w:rPr>
        <w:t xml:space="preserve">[01:20] </w:t>
      </w:r>
      <w:r>
        <w:t>in mein se aik hai jo Tirmizi ke naam se mashhoor hai.</w:t>
      </w:r>
    </w:p>
    <w:p>
      <w:pPr>
        <w:jc w:val="right"/>
      </w:pPr>
      <w:r>
        <w:t>ان میں سے ایک ہے جو الترمذی کے نام سے مشہور ہے۔</w:t>
      </w:r>
    </w:p>
    <w:p>
      <w:r>
        <w:rPr>
          <w:b/>
        </w:rPr>
        <w:t xml:space="preserve">[01:27] </w:t>
      </w:r>
      <w:r>
        <w:t>Tirmizi jo thay, wo is ke compiler thay, unhi ke se wo kitab mani jati hai. To Tirmizi mein yeh hadith hai.</w:t>
      </w:r>
    </w:p>
    <w:p>
      <w:pPr>
        <w:jc w:val="right"/>
      </w:pPr>
      <w:r>
        <w:t>الترمذی جو تھے، وہ اس کے کمپائلر تھے، انہی کے سے وہ کتاب مانی جاتی ہے۔ تو الترمذی میں یہ حدیث ہے۔</w:t>
      </w:r>
    </w:p>
    <w:p>
      <w:r>
        <w:rPr>
          <w:b/>
        </w:rPr>
        <w:t xml:space="preserve">[01:41] </w:t>
      </w:r>
      <w:r>
        <w:t>aur mein samajhta hoon ke yeh paradise ke muamle ko samajhne ke liye bohat hi zyada important hai, bohat hi meaningful hai.</w:t>
      </w:r>
    </w:p>
    <w:p>
      <w:pPr>
        <w:jc w:val="right"/>
      </w:pPr>
      <w:r>
        <w:t>اور میں سمجھتا ہوں کہ یہ پارڈائز کے معاملے کو سمجھنے کے لیے بہت ہی زیادہ امپورٹنٹ ہے، بہت ہی میننگ فل ہے۔</w:t>
      </w:r>
    </w:p>
    <w:p>
      <w:r>
        <w:rPr>
          <w:b/>
        </w:rPr>
        <w:t xml:space="preserve">[01:52] </w:t>
      </w:r>
      <w:r>
        <w:t>agar koi aadmi sach much sincere hai,</w:t>
      </w:r>
    </w:p>
    <w:p>
      <w:pPr>
        <w:jc w:val="right"/>
      </w:pPr>
      <w:r>
        <w:t>اگر کوئی آدمی سچ مچ سنسیئر ہے،</w:t>
      </w:r>
    </w:p>
    <w:p>
      <w:r>
        <w:rPr>
          <w:b/>
        </w:rPr>
        <w:t xml:space="preserve">[02:00] </w:t>
      </w:r>
      <w:r>
        <w:t>wo seeker hai, wo janna chahta hai ke paradise kya hai, kaise is mein, kaise mile gi wo kisi ko, in sab baaton ke bare mein, in sab questions ke bare mein wo sach much bohat hi seriously janna chahta hai,</w:t>
      </w:r>
    </w:p>
    <w:p>
      <w:pPr>
        <w:jc w:val="right"/>
      </w:pPr>
      <w:r>
        <w:t>وہ سیکھر ہے، وہ جاننا چاہتا ہے کہ پارڈائز کیا ہے، کیسے اس میں، کیسے ملے گی وہ کسی کو، ان سب باتوں کے بارے میں، ان سب کوئسچن کے بارے میں وہ سچ مچ بہت ہی سیریسلی جاننا چاہتا ہے،</w:t>
      </w:r>
    </w:p>
    <w:p>
      <w:r>
        <w:rPr>
          <w:b/>
        </w:rPr>
        <w:t xml:space="preserve">[02:22] </w:t>
      </w:r>
      <w:r>
        <w:t>to yeh aik hadith hi mein samajhta hoon kafi hai poori baat ko samajhne ke liye. Aur yeh hadith jo hai koi alag baat nahi hai, wahi baat hai jo khud Quran mein maujood hai, Surah Ibrahim mein:</w:t>
      </w:r>
    </w:p>
    <w:p>
      <w:pPr>
        <w:jc w:val="right"/>
      </w:pPr>
      <w:r>
        <w:t>تو یہ ایک حدیث ہی میں سمجھتا ہوں کافی ہے پوری بات کو سمجھنے کے لیے۔ اور یہ حدیث جو ہے کوئی الگ بات نہیں ہے، وہی بات ہے جو خود قرآن میں موجود ہے، سورہ ابراہیم میں:</w:t>
      </w:r>
    </w:p>
    <w:p>
      <w:r>
        <w:rPr>
          <w:b/>
        </w:rPr>
        <w:t xml:space="preserve">[02:38] </w:t>
      </w:r>
      <w:r>
        <w:t>"Masal</w:t>
      </w:r>
    </w:p>
    <w:p>
      <w:pPr>
        <w:jc w:val="right"/>
      </w:pPr>
      <w:r>
        <w:t>"مثل</w:t>
      </w:r>
    </w:p>
    <w:p>
      <w:r>
        <w:rPr>
          <w:b/>
        </w:rPr>
        <w:t xml:space="preserve">[02:39] </w:t>
      </w:r>
      <w:r>
        <w:t>kalimatin tayyibatin kashajaratin tayyibatin asliha thabitun wa faruha fis samaa". Yeh jo ayat hai Quran mein, Quran ki Surah number</w:t>
      </w:r>
    </w:p>
    <w:p>
      <w:pPr>
        <w:jc w:val="right"/>
      </w:pPr>
      <w:r>
        <w:t>کلمۃ طیبۃ کشجرۃ طیبۃ اصلہا ثابت وفرہا فی السماء"۔ یہ جو آیت ہے قرآن میں، قرآن کی سورہ نمبر</w:t>
      </w:r>
    </w:p>
    <w:p>
      <w:r>
        <w:rPr>
          <w:b/>
        </w:rPr>
        <w:t xml:space="preserve">[02:56] </w:t>
      </w:r>
      <w:r>
        <w:t>14 hai, number Surah number 14 mein hain. To isi ka sach poochein to isi ke goya ke yeh sharah hai, isi ki detail hai.</w:t>
      </w:r>
    </w:p>
    <w:p>
      <w:pPr>
        <w:jc w:val="right"/>
      </w:pPr>
      <w:r>
        <w:t>14 ہے، نمبر سورہ نمبر 14 میں ہیں۔ تو اسی کا سچ پوچھیں تو اسی کے گویا کہ یہ شرح ہے، اسی کی ڈیٹیل ہے۔</w:t>
      </w:r>
    </w:p>
    <w:p>
      <w:r>
        <w:rPr>
          <w:b/>
        </w:rPr>
        <w:t xml:space="preserve">[03:13] </w:t>
      </w:r>
      <w:r>
        <w:t>to</w:t>
      </w:r>
    </w:p>
    <w:p>
      <w:pPr>
        <w:jc w:val="right"/>
      </w:pPr>
      <w:r>
        <w:t>تو</w:t>
      </w:r>
    </w:p>
    <w:p>
      <w:r>
        <w:rPr>
          <w:b/>
        </w:rPr>
        <w:t xml:space="preserve">[03:17] </w:t>
      </w:r>
      <w:r>
        <w:t>yeh hadith ka ta'alluq Meraj se hai, Meraj jis ko kehte hain angrezi mein "ascension". Yani Islam mein yeh mana jata hai ke Rasool Allah jo thay, un ka ascension hua,</w:t>
      </w:r>
    </w:p>
    <w:p>
      <w:pPr>
        <w:jc w:val="right"/>
      </w:pPr>
      <w:r>
        <w:t>یہ حدیث کا تعلق معراج سے ہے، معراج جس کو کہتے ہیں انگریزی میں "اسینشن"۔ یعنی اسلام میں یہ مانا جاتا ہے کہ رسول اللہ جو تھے، ان کا اسینشن ہوا،</w:t>
      </w:r>
    </w:p>
    <w:p>
      <w:r>
        <w:rPr>
          <w:b/>
        </w:rPr>
        <w:t xml:space="preserve">[03:31] </w:t>
      </w:r>
      <w:r>
        <w:t>yani wo oopar gaye</w:t>
      </w:r>
    </w:p>
    <w:p>
      <w:pPr>
        <w:jc w:val="right"/>
      </w:pPr>
      <w:r>
        <w:t>یعنی وہ اوپر گئے</w:t>
      </w:r>
    </w:p>
    <w:p>
      <w:r>
        <w:rPr>
          <w:b/>
        </w:rPr>
        <w:t xml:space="preserve">[03:35] </w:t>
      </w:r>
      <w:r>
        <w:t>Meraj ke safar mein. To</w:t>
      </w:r>
    </w:p>
    <w:p>
      <w:pPr>
        <w:jc w:val="right"/>
      </w:pPr>
      <w:r>
        <w:t>معراج کے سفر میں۔ تو</w:t>
      </w:r>
    </w:p>
    <w:p>
      <w:r>
        <w:rPr>
          <w:b/>
        </w:rPr>
        <w:t xml:space="preserve">[03:42] </w:t>
      </w:r>
      <w:r>
        <w:t>is mein bohat sari baatein aap ne bataein ke mein ne wahan kya dekha, kya suna. Dekhein, yeh aqeedah galat hai Musalmanon ka ke Meraj mein Rasool Allah ne Khuda ko dekha tha.</w:t>
      </w:r>
    </w:p>
    <w:p>
      <w:pPr>
        <w:jc w:val="right"/>
      </w:pPr>
      <w:r>
        <w:t>اس میں بہت ساری باتیں آپ نے بتائیں کہ میں نے وہاں کیا دیکھا، کیا سنا۔ دیکھیں، یہ عقیدہ غلط ہے مسلمانوں کا کہ معراج میں رسول اللہ نے خدا کو دیکھا تھا۔</w:t>
      </w:r>
    </w:p>
    <w:p>
      <w:r>
        <w:rPr>
          <w:b/>
        </w:rPr>
        <w:t xml:space="preserve">[03:55] </w:t>
      </w:r>
      <w:r>
        <w:t>Yeh bilkul galat baat hai. Khuda ko dekhne ke liye wahan nahi bulaya gaya tha, balkeh jo unseen world hai, us ko dekhne ke liye.</w:t>
      </w:r>
    </w:p>
    <w:p>
      <w:pPr>
        <w:jc w:val="right"/>
      </w:pPr>
      <w:r>
        <w:t>یہ بالکل غلط بات ہے۔ خدا کو دیکھنے کے لیے وہاں نہیں بلایا گیا تھا، بلکہ جو ان سین ورلڈ ہے، اس کو دیکھنے کے لیے۔</w:t>
      </w:r>
    </w:p>
    <w:p>
      <w:r>
        <w:rPr>
          <w:b/>
        </w:rPr>
        <w:t xml:space="preserve">[04:06] </w:t>
      </w:r>
      <w:r>
        <w:t>Is farq ko samjhein. Aik hai Khuda ko dekhna aur aik hai unseen world ka experience karwana.</w:t>
      </w:r>
    </w:p>
    <w:p>
      <w:pPr>
        <w:jc w:val="right"/>
      </w:pPr>
      <w:r>
        <w:t>اس فرق کو سمجھئے۔ ایک ہے خدا کو دیکھنا اور ایک ہے ان سین ورلڈ کا ایکسپیرینس کروانا۔</w:t>
      </w:r>
    </w:p>
    <w:p>
      <w:r>
        <w:rPr>
          <w:b/>
        </w:rPr>
        <w:t xml:space="preserve">[04:19] </w:t>
      </w:r>
      <w:r>
        <w:t>To Khuda ko aap yahi dekh sakte hain, wo dekhna jo possible hai.</w:t>
      </w:r>
    </w:p>
    <w:p>
      <w:pPr>
        <w:jc w:val="right"/>
      </w:pPr>
      <w:r>
        <w:t>تو خدا کو آپ یہی دیکھ سکتے ہیں، وہ دیکھنا جو پاسیبل ہے۔</w:t>
      </w:r>
    </w:p>
    <w:p>
      <w:r>
        <w:rPr>
          <w:b/>
        </w:rPr>
        <w:t xml:space="preserve">[04:26] </w:t>
      </w:r>
      <w:r>
        <w:t>Taa'bud Allah ka'annaka tarahu. Is tarah ibadat karo goya ke tum Khuda ko dekh rahe ho.</w:t>
      </w:r>
    </w:p>
    <w:p>
      <w:pPr>
        <w:jc w:val="right"/>
      </w:pPr>
      <w:r>
        <w:t>تعبد اللہ کنک ترا اس طرح عبادت کرو گویا کہ تم خدا کو دیکھ رہے ہو۔</w:t>
      </w:r>
    </w:p>
    <w:p>
      <w:r>
        <w:rPr>
          <w:b/>
        </w:rPr>
        <w:t xml:space="preserve">[04:37] </w:t>
      </w:r>
      <w:r>
        <w:t>Yani agar aadmi ko sacha realization ho Khuda ka, Khuda ki sachi discovery ho,</w:t>
      </w:r>
    </w:p>
    <w:p>
      <w:pPr>
        <w:jc w:val="right"/>
      </w:pPr>
      <w:r>
        <w:t>یعنی اگر آدمی کو سچا ریلائزیشن ہو خدا کا، خدا کی سچی ڈسکوری ہو،</w:t>
      </w:r>
    </w:p>
    <w:p>
      <w:r>
        <w:rPr>
          <w:b/>
        </w:rPr>
        <w:t xml:space="preserve">[04:47] </w:t>
      </w:r>
      <w:r>
        <w:t>sach much wo Khuda mein ghark ho gaya ho, to us ko presence of God ka tajruba hone lagta hai.</w:t>
      </w:r>
    </w:p>
    <w:p>
      <w:pPr>
        <w:jc w:val="right"/>
      </w:pPr>
      <w:r>
        <w:t>سچ مچ وہ خدا میں غرق ہو گیا ہو، تو اس کو پریزنس آف گاڈ کا تجربہ ہونے لگتا ہے۔</w:t>
      </w:r>
    </w:p>
    <w:p>
      <w:r>
        <w:rPr>
          <w:b/>
        </w:rPr>
        <w:t xml:space="preserve">[04:59] </w:t>
      </w:r>
      <w:r>
        <w:t>Aur yeh presence of God jo hai, itna shadeed ho jata hai, tashdeed ho jata hai</w:t>
      </w:r>
    </w:p>
    <w:p>
      <w:pPr>
        <w:jc w:val="right"/>
      </w:pPr>
      <w:r>
        <w:t>اور یہ پریزنس آف گاڈ جو ہے، اتنا شدید ہو جاتا ہے، تشدید ہو جاتا ہے</w:t>
      </w:r>
    </w:p>
    <w:p>
      <w:r>
        <w:rPr>
          <w:b/>
        </w:rPr>
        <w:t xml:space="preserve">[05:04] </w:t>
      </w:r>
      <w:r>
        <w:t>ke lagta hai ke aadmi sach much Khuda ko dekh raha hai.</w:t>
      </w:r>
    </w:p>
    <w:p>
      <w:pPr>
        <w:jc w:val="right"/>
      </w:pPr>
      <w:r>
        <w:t>کہ لگتا ہے کہ آدمی سچ مچ خدا کو دیکھ رہا ہے۔</w:t>
      </w:r>
    </w:p>
    <w:p>
      <w:r>
        <w:rPr>
          <w:b/>
        </w:rPr>
        <w:t xml:space="preserve">[05:10] </w:t>
      </w:r>
      <w:r>
        <w:t>To hadith mein hai ke ta'bud Allah ka'annaka tarahu ibadat karo is tarah goya ke tum Khuda ko dekh rahe ho. To aadmi oopar ja kar ke aisa nahi ke Khuda ko direct dekhne lage.</w:t>
      </w:r>
    </w:p>
    <w:p>
      <w:pPr>
        <w:jc w:val="right"/>
      </w:pPr>
      <w:r>
        <w:t>تو حدیث میں ہے کہ تعبد اللہ کنک ترا عبادت کرو اس طرح گویا کہ تم خدا کو دیکھ رہے ہو۔ تو آدمی اوپر جا کر کہ ایسا نہیں کہ خدا کو ڈائریکٹ دیکھنے لگے۔</w:t>
      </w:r>
    </w:p>
    <w:p>
      <w:r>
        <w:rPr>
          <w:b/>
        </w:rPr>
        <w:t xml:space="preserve">[05:23] </w:t>
      </w:r>
      <w:r>
        <w:t>khuda koi choti moti cheez nahi hai. to khuda ko</w:t>
      </w:r>
    </w:p>
    <w:p>
      <w:pPr>
        <w:jc w:val="right"/>
      </w:pPr>
      <w:r>
        <w:t>خدا کوئی چھوٹی موٹی چیز نہیں ہے۔ تو خدا کو</w:t>
      </w:r>
    </w:p>
    <w:p>
      <w:r>
        <w:rPr>
          <w:b/>
        </w:rPr>
        <w:t xml:space="preserve">[05:29] </w:t>
      </w:r>
      <w:r>
        <w:t>dekhne ke liye nahi hui thi miraj, woh un seen world ka tajurba karanay ke liye hui thi.</w:t>
      </w:r>
    </w:p>
    <w:p>
      <w:pPr>
        <w:jc w:val="right"/>
      </w:pPr>
      <w:r>
        <w:t>دیکھنے کے لیے نہیں ہوئی تھی معراج، وہ ان سین ورلڈ کا تجربہ کرانے کے لیے ہوئی تھی۔</w:t>
      </w:r>
    </w:p>
    <w:p>
      <w:r>
        <w:rPr>
          <w:b/>
        </w:rPr>
        <w:t xml:space="preserve">[05:39] </w:t>
      </w:r>
      <w:r>
        <w:t>to beharhaal hadith jo maine zikr ki, us ke wording yeh hai ke</w:t>
      </w:r>
    </w:p>
    <w:p>
      <w:pPr>
        <w:jc w:val="right"/>
      </w:pPr>
      <w:r>
        <w:t>تو بہرحال حدیث جو میں نے ذکر کی، اس کے ورڈنگ یہ ہے کہ</w:t>
      </w:r>
    </w:p>
    <w:p>
      <w:r>
        <w:rPr>
          <w:b/>
        </w:rPr>
        <w:t xml:space="preserve">[05:51] </w:t>
      </w:r>
      <w:r>
        <w:t>laqeed ibrahim laylata asrabee faqala ya muhammad aqrim ummataka minni al-salam wa akhbirhum anna al-jannat</w:t>
      </w:r>
    </w:p>
    <w:p>
      <w:pPr>
        <w:jc w:val="right"/>
      </w:pPr>
      <w:r>
        <w:t>لقید ابراہیم لیلۃ اسریبی فقال یا محمد اقر امتک منی السلام واخبرہم ان الجنت</w:t>
      </w:r>
    </w:p>
    <w:p>
      <w:r>
        <w:rPr>
          <w:b/>
        </w:rPr>
        <w:t xml:space="preserve">[06:10] </w:t>
      </w:r>
      <w:r>
        <w:t>tayyibah al-turbah 'adhbat al-ma' wa innaha qay'an wa innaha ghirasuh.</w:t>
      </w:r>
    </w:p>
    <w:p>
      <w:pPr>
        <w:jc w:val="right"/>
      </w:pPr>
      <w:r>
        <w:t>طیبۃ التربہ عذبۃ الماء وانہا قیعان وان غراسہ.</w:t>
      </w:r>
    </w:p>
    <w:p>
      <w:r>
        <w:rPr>
          <w:b/>
        </w:rPr>
        <w:t xml:space="preserve">[06:22] </w:t>
      </w:r>
      <w:r>
        <w:t>subhan allah walhamdulillah wa la ilaha illallah</w:t>
      </w:r>
    </w:p>
    <w:p>
      <w:pPr>
        <w:jc w:val="right"/>
      </w:pPr>
      <w:r>
        <w:t>سبحان اللہ والحمدللہ ولا الہ الا اللہ</w:t>
      </w:r>
    </w:p>
    <w:p>
      <w:r>
        <w:rPr>
          <w:b/>
        </w:rPr>
        <w:t xml:space="preserve">[06:28] </w:t>
      </w:r>
      <w:r>
        <w:t>wallahu akbar yeh hai is hadith ki wording. is ka translation yeh hai ke rasool allah salallahu alayhi wasallam farmatay hain ke jis raat ko</w:t>
      </w:r>
    </w:p>
    <w:p>
      <w:pPr>
        <w:jc w:val="right"/>
      </w:pPr>
      <w:r>
        <w:t>واللہ اکبر یہ ہے اس حدیث کی ورڈنگ۔ اس کا ٹرانسیشن یہ ہے کہ رسول اللہ صلی اللہ علیہ وسلم فرماتے ہیں کہ جس رات کو</w:t>
      </w:r>
    </w:p>
    <w:p>
      <w:r>
        <w:rPr>
          <w:b/>
        </w:rPr>
        <w:t xml:space="preserve">[06:46] </w:t>
      </w:r>
      <w:r>
        <w:t>meri miraj hui, jis raat ko mera miraj ka safar pesh aaya, us raat ko meri mulaqat paygambar ibrahim se hui.</w:t>
      </w:r>
    </w:p>
    <w:p>
      <w:pPr>
        <w:jc w:val="right"/>
      </w:pPr>
      <w:r>
        <w:t>میری معراج ہوئی، جس رات کو میرا معراج کا سفر پیش آیا، اس رات کو میری ملاقات پیغمبر ابراہیم سے ہوئی۔</w:t>
      </w:r>
    </w:p>
    <w:p>
      <w:r>
        <w:rPr>
          <w:b/>
        </w:rPr>
        <w:t xml:space="preserve">[07:01] </w:t>
      </w:r>
      <w:r>
        <w:t>bohat baray paygambar manay jatay hain,</w:t>
      </w:r>
    </w:p>
    <w:p>
      <w:pPr>
        <w:jc w:val="right"/>
      </w:pPr>
      <w:r>
        <w:t>بہت بڑے پیغمبر مانے جاتے ہیں،</w:t>
      </w:r>
    </w:p>
    <w:p>
      <w:r>
        <w:rPr>
          <w:b/>
        </w:rPr>
        <w:t xml:space="preserve">[07:05] </w:t>
      </w:r>
      <w:r>
        <w:t>prophet ibrahim salallahu alayhi wasallam. to aap farmatay hain ke jis raat ko mujhe miraj ka safar pesh aaya, meri mulaqat hui paygambar ibrahim se,</w:t>
      </w:r>
    </w:p>
    <w:p>
      <w:pPr>
        <w:jc w:val="right"/>
      </w:pPr>
      <w:r>
        <w:t>پرافٹ ابراہیم صلی اللہ علیہ وسلم۔ تو آپ فرماتے ہیں کہ جس رات کو مجھے معراج کا سفر پیش آیا، میری ملاقات ہوئی پیغمبر ابراہیم سے،</w:t>
      </w:r>
    </w:p>
    <w:p>
      <w:r>
        <w:rPr>
          <w:b/>
        </w:rPr>
        <w:t xml:space="preserve">[07:23] </w:t>
      </w:r>
      <w:r>
        <w:t>to unhon ne kaha, yani paygambar ibrahim ne kaha: "ae muhammad!</w:t>
      </w:r>
    </w:p>
    <w:p>
      <w:pPr>
        <w:jc w:val="right"/>
      </w:pPr>
      <w:r>
        <w:t>تو انہوں نے کہا، یعنی پیغمبر ابراہیم نے کہا: "اے محمد!</w:t>
      </w:r>
    </w:p>
    <w:p>
      <w:r>
        <w:rPr>
          <w:b/>
        </w:rPr>
        <w:t xml:space="preserve">[07:30] </w:t>
      </w:r>
      <w:r>
        <w:t>apni ummat ko meri taraf se salam kehna,</w:t>
      </w:r>
    </w:p>
    <w:p>
      <w:pPr>
        <w:jc w:val="right"/>
      </w:pPr>
      <w:r>
        <w:t>اپنی امت کو میری طرف سے سلام کہنا،</w:t>
      </w:r>
    </w:p>
    <w:p>
      <w:r>
        <w:rPr>
          <w:b/>
        </w:rPr>
        <w:t xml:space="preserve">[07:40] </w:t>
      </w:r>
      <w:r>
        <w:t>apni ummat ko meri taraf se salam kehna, aur un ko yeh bata dena ke</w:t>
      </w:r>
    </w:p>
    <w:p>
      <w:pPr>
        <w:jc w:val="right"/>
      </w:pPr>
      <w:r>
        <w:t>اپنی امت کو میری طرف سے سلام کہنا، اور ان کو یہ بتا دینا کہ</w:t>
      </w:r>
    </w:p>
    <w:p>
      <w:r>
        <w:rPr>
          <w:b/>
        </w:rPr>
        <w:t xml:space="preserve">[07:50] </w:t>
      </w:r>
      <w:r>
        <w:t>jannat kya hai." yani ek paygambar jo dunya mein aya, apna kaam kiya, aur is dunya se chala gaya, ab woh is dunya mein hai jahan ke jannat hai aur dozakh hai,</w:t>
      </w:r>
    </w:p>
    <w:p>
      <w:pPr>
        <w:jc w:val="right"/>
      </w:pPr>
      <w:r>
        <w:t>جنت کیا ہے۔" یعنی ایک پیغمبر جو دنیا میں آیا، اپنا کام کیا، اور اس دنیا سے چلا گیا، اب وہ اس دنیا میں ہے جہاں کہ جنت ہے اور دوزخ ہے،</w:t>
      </w:r>
    </w:p>
    <w:p>
      <w:r>
        <w:rPr>
          <w:b/>
        </w:rPr>
        <w:t xml:space="preserve">[08:04] </w:t>
      </w:r>
      <w:r>
        <w:t>farishtay hain aur sari cheezain hain. is dunya ki khabar bata raha hai is dunya walon ko.</w:t>
      </w:r>
    </w:p>
    <w:p>
      <w:pPr>
        <w:jc w:val="right"/>
      </w:pPr>
      <w:r>
        <w:t>فرشتے ہیں اور ساری چیزیں ہیں۔ اس دنیا کی خبر بتا رہا ہے اس دنیا والوں کو۔</w:t>
      </w:r>
    </w:p>
    <w:p>
      <w:r>
        <w:rPr>
          <w:b/>
        </w:rPr>
        <w:t xml:space="preserve">[08:11] </w:t>
      </w:r>
      <w:r>
        <w:t>to hazrat ibrahim ne kaha ke "meri taraf se apni ummat ko salam kehna, aur yeh bata dena ke jannat, jannat ki zameen bohat hi pak hai.</w:t>
      </w:r>
    </w:p>
    <w:p>
      <w:pPr>
        <w:jc w:val="right"/>
      </w:pPr>
      <w:r>
        <w:t>تو حضرت ابراہیم نے کہا کہ "میری طرف سے اپنی امت کو سلام کہنا، اور یہ بتا دینا کہ جنت، جنت کی زمین بہت ہی پاک ہے۔</w:t>
      </w:r>
    </w:p>
    <w:p>
      <w:r>
        <w:rPr>
          <w:b/>
        </w:rPr>
        <w:t xml:space="preserve">[08:28] </w:t>
      </w:r>
      <w:r>
        <w:t>jannat, jannat ek zameen hai, ek land hai, bohat hi ziyada fertile hai.</w:t>
      </w:r>
    </w:p>
    <w:p>
      <w:pPr>
        <w:jc w:val="right"/>
      </w:pPr>
      <w:r>
        <w:t>جنت، جنت ایک زمین ہے، ایک لینڈ ہے، بہت ہی زیادہ فرٹائل ہے۔</w:t>
      </w:r>
    </w:p>
    <w:p>
      <w:r>
        <w:rPr>
          <w:b/>
        </w:rPr>
        <w:t xml:space="preserve">[08:38] </w:t>
      </w:r>
      <w:r>
        <w:t>is ka pani bohat hi acha hai, bohat hi meetha hai, lekin woh hai qay'an. qay'an yani plain land, khali zameen.</w:t>
      </w:r>
    </w:p>
    <w:p>
      <w:pPr>
        <w:jc w:val="right"/>
      </w:pPr>
      <w:r>
        <w:t>اس کا پانی بہت ہی اچھا ہے، بہت ہی میٹھا ہے، لیکن وہ ہے قیعان۔ قیعان یعنی پلین لینڈ، خالی زمین۔</w:t>
      </w:r>
    </w:p>
    <w:p>
      <w:r>
        <w:rPr>
          <w:b/>
        </w:rPr>
        <w:t xml:space="preserve">[08:54] </w:t>
      </w:r>
      <w:r>
        <w:t>qay'an kehtay hain plain land ko,</w:t>
      </w:r>
    </w:p>
    <w:p>
      <w:pPr>
        <w:jc w:val="right"/>
      </w:pPr>
      <w:r>
        <w:t>قیعان کہتے ہیں پلین لینڈ کو،</w:t>
      </w:r>
    </w:p>
    <w:p>
      <w:r>
        <w:rPr>
          <w:b/>
        </w:rPr>
        <w:t xml:space="preserve">[08:59] </w:t>
      </w:r>
      <w:r>
        <w:t>khali zameen ko. is mein kuch boya hua na ho, kisi mein agriculture na ho, horticulture na ho, khali zameen ho, us ko kehtay hain qay'an.</w:t>
      </w:r>
    </w:p>
    <w:p>
      <w:pPr>
        <w:jc w:val="right"/>
      </w:pPr>
      <w:r>
        <w:t>خالی زمین کو۔ اس میں کچھ بویا ہوا نہ ہو، کسی میں ایگریکلچر نہ ہو، ہارٹیکلچر نہ ہو، خالی زمین ہو، اس کو کہتے ہیں قیعان۔</w:t>
      </w:r>
    </w:p>
    <w:p>
      <w:r>
        <w:rPr>
          <w:b/>
        </w:rPr>
        <w:t xml:space="preserve">[09:08] </w:t>
      </w:r>
      <w:r>
        <w:t>to woh bohat hi ziyada fertile zameen hai, is ka soil bohat hi acha hai, wahan pani bohat acha hai, lekin</w:t>
      </w:r>
    </w:p>
    <w:p>
      <w:pPr>
        <w:jc w:val="right"/>
      </w:pPr>
      <w:r>
        <w:t>تو وہ بہت ہی زیادہ فرٹائل زمین ہے، اس کا سائل بہت ہی اچھا ہے، وہاں پانی بہت اچھا ہے، لیکن</w:t>
      </w:r>
    </w:p>
    <w:p>
      <w:r>
        <w:rPr>
          <w:b/>
        </w:rPr>
        <w:t xml:space="preserve">[09:16] </w:t>
      </w:r>
      <w:r>
        <w:t>hai woh qay'an yani plain land ki soorat mein hai woh.</w:t>
      </w:r>
    </w:p>
    <w:p>
      <w:pPr>
        <w:jc w:val="right"/>
      </w:pPr>
      <w:r>
        <w:t>ہے وہ قیعان یعنی پلین لینڈ کی صورت میں ہے وہ۔</w:t>
      </w:r>
    </w:p>
    <w:p>
      <w:r>
        <w:rPr>
          <w:b/>
        </w:rPr>
        <w:t xml:space="preserve">[09:26] </w:t>
      </w:r>
      <w:r>
        <w:t>aur is ka poda aap jantay hain ke plain land mein poda lagaya jayega, aur is ka poda kya hai?</w:t>
      </w:r>
    </w:p>
    <w:p>
      <w:pPr>
        <w:jc w:val="right"/>
      </w:pPr>
      <w:r>
        <w:t>اور اس کا پودا آپ جانتے ہیں کہ پلین لینڈ میں پودا لگایا جائے گا، اور اس کا پودا کیا ہے؟</w:t>
      </w:r>
    </w:p>
    <w:p>
      <w:r>
        <w:rPr>
          <w:b/>
        </w:rPr>
        <w:t xml:space="preserve">[09:35] </w:t>
      </w:r>
      <w:r>
        <w:t>is ka poda hai: "subhan allah, alhamdulillah, la ilaha illallah, wallahu akbar."</w:t>
      </w:r>
    </w:p>
    <w:p>
      <w:pPr>
        <w:jc w:val="right"/>
      </w:pPr>
      <w:r>
        <w:t>اس کا پودا ہے: "سبحان اللہ، الحمدللہ، لا الہ الا اللہ، واللہ اکبر۔"</w:t>
      </w:r>
    </w:p>
    <w:p>
      <w:r>
        <w:rPr>
          <w:b/>
        </w:rPr>
        <w:t xml:space="preserve">[09:43] </w:t>
      </w:r>
      <w:r>
        <w:t>main chahta hoon ke is char word ka ek word agar banayen to yeh kaha jayega ke is ka ghiras, is ka poda hai "zikr allah".</w:t>
      </w:r>
    </w:p>
    <w:p>
      <w:pPr>
        <w:jc w:val="right"/>
      </w:pPr>
      <w:r>
        <w:t>میں چاہتا ہوں کہ اس چار ورڈ کا ایک ورڈ اگر بنائیں تو یہ کہا جائے گا کہ اس کا غراس، اس کا پودا ہے "ذکر اللہ"۔</w:t>
      </w:r>
    </w:p>
    <w:p>
      <w:r>
        <w:rPr>
          <w:b/>
        </w:rPr>
        <w:t xml:space="preserve">[09:55] </w:t>
      </w:r>
      <w:r>
        <w:t>yeh chaaron "zikrullah" ke word hain. chaaron ko ek</w:t>
      </w:r>
    </w:p>
    <w:p>
      <w:pPr>
        <w:jc w:val="right"/>
      </w:pPr>
      <w:r>
        <w:t>یہ چاروں "ذکر اللہ" کے ورڈ ہیں۔ چاروں کو ایک</w:t>
      </w:r>
    </w:p>
    <w:p>
      <w:r>
        <w:rPr>
          <w:b/>
        </w:rPr>
        <w:t xml:space="preserve">[10:02] </w:t>
      </w:r>
      <w:r>
        <w:t>naam dena ho to kaha jayega ke iska poda hai "zikrullah". ab is par ghaur kijiye, aap is se kya nikla?</w:t>
      </w:r>
    </w:p>
    <w:p>
      <w:pPr>
        <w:jc w:val="right"/>
      </w:pPr>
      <w:r>
        <w:t>نام دینا ہو تو کہا جائے گا کہ اس کا پودا ہے "ذکر اللہ"۔ اب اس پر غور کیجئے، آپ اس سے کیا نکلا؟</w:t>
      </w:r>
    </w:p>
    <w:p>
      <w:r>
        <w:rPr>
          <w:b/>
        </w:rPr>
        <w:t xml:space="preserve">[10:14] </w:t>
      </w:r>
      <w:r>
        <w:t>is se kya nikla ke is se yeh nikla ke</w:t>
      </w:r>
    </w:p>
    <w:p>
      <w:pPr>
        <w:jc w:val="right"/>
      </w:pPr>
      <w:r>
        <w:t>اس سے کیا نکلا کہ اس سے یہ نکلا کہ</w:t>
      </w:r>
    </w:p>
    <w:p>
      <w:r>
        <w:rPr>
          <w:b/>
        </w:rPr>
        <w:t xml:space="preserve">[10:21] </w:t>
      </w:r>
      <w:r>
        <w:t>yani yeh duniya jo hai, kya hai? ab woh duniya kya hai? yeh duniya jo hai hamari, yeh just like nursery hai. yahan se hum apna poda le kar jayenge, woh poda wahan lagaya jayega, phir woh bagh banega.</w:t>
      </w:r>
    </w:p>
    <w:p>
      <w:pPr>
        <w:jc w:val="right"/>
      </w:pPr>
      <w:r>
        <w:t>یعنی یہ دنیا جو ہے، کیا ہے؟ اب وہ دنیا کیا ہے؟ یہ دنیا جو ہے ہماری، یہ جسٹ لائک نرسری ہے۔ یہاں سے ہم اپنا پودا لے کر جائیں گے، وہ پودا وہاں لگایا جائے گا، پھر وہ باغ بنے گا۔</w:t>
      </w:r>
    </w:p>
    <w:p>
      <w:r>
        <w:rPr>
          <w:b/>
        </w:rPr>
        <w:t xml:space="preserve">[10:40] </w:t>
      </w:r>
      <w:r>
        <w:t>is duniya se hum ek poda le jayenge, apna poda, wahan hum lagayenge is ko, wahan lagaya jayega yani angel lagayenge, aur phir woh badhega, badhega, badhta hi chala jayega.</w:t>
      </w:r>
    </w:p>
    <w:p>
      <w:pPr>
        <w:jc w:val="right"/>
      </w:pPr>
      <w:r>
        <w:t>اس دنیا سے ہم ایک پودا لے جائیں گے، اپنا پودا، وہاں ہم لگائیں گے اس کو، وہاں لگایا جائے گا یعنی اینجل لگائیں گے، اور پھر وہ بڑھے گا، بڑھے گا، بڑھتا ہی چلا جائے گا۔</w:t>
      </w:r>
    </w:p>
    <w:p>
      <w:r>
        <w:rPr>
          <w:b/>
        </w:rPr>
        <w:t xml:space="preserve">[10:56] </w:t>
      </w:r>
      <w:r>
        <w:t>to dekhen,</w:t>
      </w:r>
    </w:p>
    <w:p>
      <w:pPr>
        <w:jc w:val="right"/>
      </w:pPr>
      <w:r>
        <w:t>تو دیکھیں،</w:t>
      </w:r>
    </w:p>
    <w:p>
      <w:r>
        <w:rPr>
          <w:b/>
        </w:rPr>
        <w:t xml:space="preserve">[11:00] </w:t>
      </w:r>
      <w:r>
        <w:t>yeh bohat zyada sochne ki baat hai. nursery aap jante hain kis ko kehte hain? nursery kya cheez hai? nursery ka matlab hai: "a place where plants are reared".</w:t>
      </w:r>
    </w:p>
    <w:p>
      <w:pPr>
        <w:jc w:val="right"/>
      </w:pPr>
      <w:r>
        <w:t>یہ بہت زیادہ سوچنے کی بات ہے۔ نرسری آپ جانتے ہیں کس کو کہتے ہیں؟ نرسری کیا چیز ہے؟ نرسری کا مطلب ہے: "ا پلیس ویئر پلانٹس ار ریئرڈ"۔</w:t>
      </w:r>
    </w:p>
    <w:p>
      <w:r>
        <w:rPr>
          <w:b/>
        </w:rPr>
        <w:t xml:space="preserve">[11:16] </w:t>
      </w:r>
      <w:r>
        <w:t>are ared reared.</w:t>
      </w:r>
    </w:p>
    <w:p>
      <w:pPr>
        <w:jc w:val="right"/>
      </w:pPr>
      <w:r>
        <w:t>ار ای اے ار ای ڈی ریئرڈ۔</w:t>
      </w:r>
    </w:p>
    <w:p>
      <w:r>
        <w:rPr>
          <w:b/>
        </w:rPr>
        <w:t xml:space="preserve">[11:20] </w:t>
      </w:r>
      <w:r>
        <w:t>nursery kis ko kehte hain? "a place where plants are reared for transplantation".</w:t>
      </w:r>
    </w:p>
    <w:p>
      <w:pPr>
        <w:jc w:val="right"/>
      </w:pPr>
      <w:r>
        <w:t>نرسری کس کو کہتے ہیں؟ "ا پلیس ویئر پلانٹس ار ریئرڈ فار ٹرانسپلانٹیشن"۔</w:t>
      </w:r>
    </w:p>
    <w:p>
      <w:r>
        <w:rPr>
          <w:b/>
        </w:rPr>
        <w:t xml:space="preserve">[11:33] </w:t>
      </w:r>
      <w:r>
        <w:t>to woh khali land hai, nursery yahan hai. aap jante hain ke nursery ka matlab yeh hota hai: nursery mein plant lagaye jate hain, is liye nahi ke wahin ke wahin rahen, woh nursery mein woh plant wahin chhodne nahi diye jate.</w:t>
      </w:r>
    </w:p>
    <w:p>
      <w:pPr>
        <w:jc w:val="right"/>
      </w:pPr>
      <w:r>
        <w:t>تو وہ خالی لینڈ ہے، نرسری یہاں ہے۔ آپ جانتے ہیں کہ نرسری کا مطلب یہ ہوتا ہے: نرسری میں پلانٹ لگائے جاتے ہیں، اس لیے نہیں کہ وہیں کے وہیں رہیں، وہ نرسری میں وہ پلانٹ وہیں چھوڑنے نہیں دیے جاتے۔</w:t>
      </w:r>
    </w:p>
    <w:p>
      <w:r>
        <w:rPr>
          <w:b/>
        </w:rPr>
        <w:t xml:space="preserve">[11:53] </w:t>
      </w:r>
      <w:r>
        <w:t>jab grow karte hain aur ek halat ko pahoanchte hain to ise nikal kar ke wahan laga diya jata hai, jahan bagh ugna hai, jahan is ko bagh ki soorat mein ugna hai.</w:t>
      </w:r>
    </w:p>
    <w:p>
      <w:pPr>
        <w:jc w:val="right"/>
      </w:pPr>
      <w:r>
        <w:t>جب گرو کرتے ہیں اور ایک حالت کو پہنچتے ہیں تو اسے نکال کر کے وہاں لگا دیا جاتا ہے، جہاں باغ اگنا ہے، جہاں اس کو باغ کی صورت میں اگنا ہے۔</w:t>
      </w:r>
    </w:p>
    <w:p>
      <w:r>
        <w:rPr>
          <w:b/>
        </w:rPr>
        <w:t xml:space="preserve">[12:07] </w:t>
      </w:r>
      <w:r>
        <w:t>to yeh duniya jo hai, kya hai? yeh duniya just like nursery hai.</w:t>
      </w:r>
    </w:p>
    <w:p>
      <w:pPr>
        <w:jc w:val="right"/>
      </w:pPr>
      <w:r>
        <w:t>تو یہ دنیا جو ہے، کیا ہے؟ یہ دنیا جسٹ لائک نرسری ہے۔</w:t>
      </w:r>
    </w:p>
    <w:p>
      <w:r>
        <w:rPr>
          <w:b/>
        </w:rPr>
        <w:t xml:space="preserve">[12:21] </w:t>
      </w:r>
      <w:r>
        <w:t>transplant karne ka matlab aap samajhte hain ke "to remove and plant in another place".</w:t>
      </w:r>
    </w:p>
    <w:p>
      <w:pPr>
        <w:jc w:val="right"/>
      </w:pPr>
      <w:r>
        <w:t>ٹرانسپلانٹ کرنے کا مطلب آپ سمجھتے ہیں کہ "ٹو ریموو اینڈ پلانٹ ان انادر پلیس"۔</w:t>
      </w:r>
    </w:p>
    <w:p>
      <w:r>
        <w:rPr>
          <w:b/>
        </w:rPr>
        <w:t xml:space="preserve">[12:33] </w:t>
      </w:r>
      <w:r>
        <w:t>yeh nursery hai ya hum apna poda ugayenge</w:t>
      </w:r>
    </w:p>
    <w:p>
      <w:pPr>
        <w:jc w:val="right"/>
      </w:pPr>
      <w:r>
        <w:t>یہ نرسری ہے یا ہم اپنا پودا اگائیں گے</w:t>
      </w:r>
    </w:p>
    <w:p>
      <w:r>
        <w:rPr>
          <w:b/>
        </w:rPr>
        <w:t xml:space="preserve">[12:38] </w:t>
      </w:r>
      <w:r>
        <w:t>is nursery mein, phir kya hoga? is pode ko yahan se ukhaad kar ke yani maut hamare pode ko ukhaaregi, aur phir angel wahan par lagayenge is ko qaiyan mein, jannat ke qaiyan mein.</w:t>
      </w:r>
    </w:p>
    <w:p>
      <w:pPr>
        <w:jc w:val="right"/>
      </w:pPr>
      <w:r>
        <w:t>اس نرسری میں، پھر کیا ہوگا؟ اس پودے کو یہاں سے اکھاڑ کر کے یعنی موت ہمارے پودے کو اکھاڑے گی، اور پھر اینجل وہاں پر لگائیں گے اس کو قیعان میں، جنت کے قیعان میں۔</w:t>
      </w:r>
    </w:p>
    <w:p>
      <w:r>
        <w:rPr>
          <w:b/>
        </w:rPr>
        <w:t xml:space="preserve">[12:56] </w:t>
      </w:r>
      <w:r>
        <w:t>is misaal mein saari baaten maujood hain,</w:t>
      </w:r>
    </w:p>
    <w:p>
      <w:pPr>
        <w:jc w:val="right"/>
      </w:pPr>
      <w:r>
        <w:t>اس مثال میں ساری باتیں موجود ہیں،</w:t>
      </w:r>
    </w:p>
    <w:p>
      <w:r>
        <w:rPr>
          <w:b/>
        </w:rPr>
        <w:t xml:space="preserve">[13:05] </w:t>
      </w:r>
      <w:r>
        <w:t>saari baaten maujood hain. is duniya mein hum hum ko ek nursery mili hai,</w:t>
      </w:r>
    </w:p>
    <w:p>
      <w:pPr>
        <w:jc w:val="right"/>
      </w:pPr>
      <w:r>
        <w:t>ساری باتیں موجود ہیں۔ اس دنیا میں ہم ہم کو ایک نرسری ملی ہے،</w:t>
      </w:r>
    </w:p>
    <w:p>
      <w:r>
        <w:rPr>
          <w:b/>
        </w:rPr>
        <w:t xml:space="preserve">[13:14] </w:t>
      </w:r>
      <w:r>
        <w:t>hamara plant jo hai, hamara plant agar healthy plant hoga. aap jante hain ke plant mein kai tarah ke hote hain. ek healthy plant hota hai, ek aisa hota hai ke woh sookh jata hai,</w:t>
      </w:r>
    </w:p>
    <w:p>
      <w:pPr>
        <w:jc w:val="right"/>
      </w:pPr>
      <w:r>
        <w:t>ہمارا پلانٹ جو ہے، ہمارا پلانٹ اگر ہیلدی پلانٹ ہوگا۔ آپ جانتے ہیں کہ پلانٹ میں کئی طرح کے ہوتے ہیں۔ ایک ہیلدی پلانٹ ہوتا ہے، ایک ایسا ہوتا ہے کہ وہ سوکھ جاتا ہے،</w:t>
      </w:r>
    </w:p>
    <w:p>
      <w:r>
        <w:rPr>
          <w:b/>
        </w:rPr>
        <w:t xml:space="preserve">[13:29] </w:t>
      </w:r>
      <w:r>
        <w:t>kuch is mein nahi nikalta.</w:t>
      </w:r>
    </w:p>
    <w:p>
      <w:pPr>
        <w:jc w:val="right"/>
      </w:pPr>
      <w:r>
        <w:t>کچھ اس میں نہیں نکلتا۔</w:t>
      </w:r>
    </w:p>
    <w:p>
      <w:r>
        <w:rPr>
          <w:b/>
        </w:rPr>
        <w:t xml:space="preserve">[13:32] </w:t>
      </w:r>
      <w:r>
        <w:t>to is duniya mein jiska plant healthy plant hoga, jiska poda khoob tandrust poda hoga, to wahan jab woh oopar lagaya jayega, jab wahan is ka plantation hoga,</w:t>
      </w:r>
    </w:p>
    <w:p>
      <w:pPr>
        <w:jc w:val="right"/>
      </w:pPr>
      <w:r>
        <w:t>تو اس دنیا میں جس کا پلانٹ ہیلدی پلانٹ ہوگا، جس کا پودا خوب تندرست پودا ہوگا، تو وہاں جب وہ اوپر لگایا جائے گا، جب وہاں اس کا پلانٹیشن ہوگا،</w:t>
      </w:r>
    </w:p>
    <w:p>
      <w:r>
        <w:rPr>
          <w:b/>
        </w:rPr>
        <w:t xml:space="preserve">[13:47] </w:t>
      </w:r>
      <w:r>
        <w:t>to pani hai,</w:t>
      </w:r>
    </w:p>
    <w:p>
      <w:pPr>
        <w:jc w:val="right"/>
      </w:pPr>
      <w:r>
        <w:t>تو پانی ہے،</w:t>
      </w:r>
    </w:p>
    <w:p>
      <w:r>
        <w:rPr>
          <w:b/>
        </w:rPr>
        <w:t xml:space="preserve">[13:49] </w:t>
      </w:r>
      <w:r>
        <w:t>soil hai, fertility hai, sab cheez wahan maujood hai. to bohat tezi se ugne lagega, ugte ugte bohat zabardast qism ka drakht ban jayega, badhta hi rahega.</w:t>
      </w:r>
    </w:p>
    <w:p>
      <w:pPr>
        <w:jc w:val="right"/>
      </w:pPr>
      <w:r>
        <w:t>سائل ہے، فرٹیلٹی ہے، سب چیز وہاں موجود ہے۔ تو بہت تیزی سے اگنے لگے گا، اگتے اگتے بہت زبردست قسم کا درخت بن جائے گا، بڑھتا ہی رہے گا۔</w:t>
      </w:r>
    </w:p>
    <w:p>
      <w:r>
        <w:rPr>
          <w:b/>
        </w:rPr>
        <w:t xml:space="preserve">[14:00] </w:t>
      </w:r>
      <w:r>
        <w:t>woh koi ja jannat ke garden ka hissa ban jayega, woh</w:t>
      </w:r>
    </w:p>
    <w:p>
      <w:pPr>
        <w:jc w:val="right"/>
      </w:pPr>
      <w:r>
        <w:t>وہ کوئی جا جنت کے گارڈن کا حصہ بن جائے گا، وہ</w:t>
      </w:r>
    </w:p>
    <w:p>
      <w:r>
        <w:rPr>
          <w:b/>
        </w:rPr>
        <w:t xml:space="preserve">[14:07] </w:t>
      </w:r>
      <w:r>
        <w:t>bagh jannat, bagh jannat ka hissa ban jayega. to hum aap ko kya karna hai? duniya mein healthy plant ugna hai,</w:t>
      </w:r>
    </w:p>
    <w:p>
      <w:pPr>
        <w:jc w:val="right"/>
      </w:pPr>
      <w:r>
        <w:t>باغ جنت، باغ جنت کا حصہ بن جائے گا۔ تو ہم آپ کو کیا کرنا ہے؟ دنیا میں ہیلدی پلانٹ اگانا ہے،</w:t>
      </w:r>
    </w:p>
    <w:p>
      <w:r>
        <w:rPr>
          <w:b/>
        </w:rPr>
        <w:t xml:space="preserve">[14:20] </w:t>
      </w:r>
      <w:r>
        <w:t>aur jab healthy plant hamara hoga to wahi woh plant hai jis ko jannat ke bagh ka hissa bana diya jayega. yeh concept kitna zyada clear hai,</w:t>
      </w:r>
    </w:p>
    <w:p>
      <w:pPr>
        <w:jc w:val="right"/>
      </w:pPr>
      <w:r>
        <w:t>اور جب ہیلدی پلانٹ ہمارا ہوگا تو وہی وہ پلانٹ ہے جس کو جنت کے باغ کا حصہ بنا دیا جائے گا۔ یہ کانسیپٹ کتنا زیادہ کلیئر ہے،</w:t>
      </w:r>
    </w:p>
    <w:p>
      <w:r>
        <w:rPr>
          <w:b/>
        </w:rPr>
        <w:t xml:space="preserve">[14:34] </w:t>
      </w:r>
      <w:r>
        <w:t>kitna zyada clear hai. agar hum yeh jaan lein is baat ko</w:t>
      </w:r>
    </w:p>
    <w:p>
      <w:pPr>
        <w:jc w:val="right"/>
      </w:pPr>
      <w:r>
        <w:t>کتنا زیادہ کلیئر ہے۔ اگر ہم یہ جان لیں اس بات کو</w:t>
      </w:r>
    </w:p>
    <w:p>
      <w:r>
        <w:rPr>
          <w:b/>
        </w:rPr>
        <w:t xml:space="preserve">[14:38] </w:t>
      </w:r>
      <w:r>
        <w:t>keh aaj ki duniya jo hai, yeh kya hai? yeh sirf nursery hai, just like nursery. yeh na to aish karne ke liye hai, na is liye hai ke yahin par hum apni jannat banaein.</w:t>
      </w:r>
    </w:p>
    <w:p>
      <w:pPr>
        <w:jc w:val="right"/>
      </w:pPr>
      <w:r>
        <w:t>کہ آج کی دنیا جو ہے، یہ کیا ہے؟ یہ صرف نرسری ہے، جسٹ لائک نرسری۔ یہ نہ تو عائش کرنے کے لیے ہے، نہ اس لیے ہے کہ یہیں پر ہم اپنی جنت بنائیں۔</w:t>
      </w:r>
    </w:p>
    <w:p>
      <w:r>
        <w:rPr>
          <w:b/>
        </w:rPr>
        <w:t xml:space="preserve">[14:55] </w:t>
      </w:r>
      <w:r>
        <w:t>aap jante hain keh nursery mein baagh nahi ugata koi.</w:t>
      </w:r>
    </w:p>
    <w:p>
      <w:pPr>
        <w:jc w:val="right"/>
      </w:pPr>
      <w:r>
        <w:t>آپ جانتے ہیں کہ نرسری میں باغ نہیں اگاتا کوئی۔</w:t>
      </w:r>
    </w:p>
    <w:p>
      <w:r>
        <w:rPr>
          <w:b/>
        </w:rPr>
        <w:t xml:space="preserve">[15:00] </w:t>
      </w:r>
      <w:r>
        <w:t>nursery to choti si kiyari hoti hai, aur baagh ke liye bohat bari jagah chahiye. to koi bhi aisa nadan nahi hota ke jo nursery ke andar baagh ugane lage.</w:t>
      </w:r>
    </w:p>
    <w:p>
      <w:pPr>
        <w:jc w:val="right"/>
      </w:pPr>
      <w:r>
        <w:t>نرسری تو چھوٹی سی کیاری ہوتی ہے، اور باغ کے لیے بہت بڑی جگہ چاہیے۔ تو کوئی بھی ایسا نادان نہیں ہوتا کہ جو نرسری کے اندر باغ اگانے لگے۔</w:t>
      </w:r>
    </w:p>
    <w:p>
      <w:r>
        <w:rPr>
          <w:b/>
        </w:rPr>
        <w:t xml:space="preserve">[15:13] </w:t>
      </w:r>
      <w:r>
        <w:t>nursery garden ke liye nahi hoti, nursery hoti hai wahan par</w:t>
      </w:r>
    </w:p>
    <w:p>
      <w:pPr>
        <w:jc w:val="right"/>
      </w:pPr>
      <w:r>
        <w:t>نرسری گارڈن کے لیے نہیں ہوتی، نرسری ہوتی ہے وہاں پر</w:t>
      </w:r>
    </w:p>
    <w:p>
      <w:r>
        <w:rPr>
          <w:b/>
        </w:rPr>
        <w:t xml:space="preserve">[15:21] </w:t>
      </w:r>
      <w:r>
        <w:t>poda ugaya jaye, tandrust poda, healthy poda. to phir ja kar doosri jagah is ko lagaya jata hai. ab humein yeh dekhna hai ke hum jo poda yahan ugga rahe hain, apna yani hamari jo jis ko mein kehta hoon personality building,</w:t>
      </w:r>
    </w:p>
    <w:p>
      <w:pPr>
        <w:jc w:val="right"/>
      </w:pPr>
      <w:r>
        <w:t>پودا اگایا جائے، تندرست پودا، ہیلدی پودا۔ تو پھر جا کر دوسری جگہ اس کو لگایا جاتا ہے۔ اب ہمیں یہ دیکھنا ہے کہ ہم جو پودا یہاں اگا رہے ہیں، اپنا یعنی ہماری جو جس کو میں کہتا ہوں پرسنیلٹی بلڈنگ،</w:t>
      </w:r>
    </w:p>
    <w:p>
      <w:r>
        <w:rPr>
          <w:b/>
        </w:rPr>
        <w:t xml:space="preserve">[15:39] </w:t>
      </w:r>
      <w:r>
        <w:t>apni jo shakhsiyat hum bana rahe hain, bhi personality jo bana rahe hain, wohi hamara poda hai, wohi hamara poda hai.</w:t>
      </w:r>
    </w:p>
    <w:p>
      <w:pPr>
        <w:jc w:val="right"/>
      </w:pPr>
      <w:r>
        <w:t>اپنی جو شخصیت ہم بنا رہے ہیں، بھی پرسنیلٹی جو بنا رہے ہیں، وہی ہمارا پودا ہے، وہی ہمارا پودا ہے۔</w:t>
      </w:r>
    </w:p>
    <w:p>
      <w:r>
        <w:rPr>
          <w:b/>
        </w:rPr>
        <w:t xml:space="preserve">[15:50] </w:t>
      </w:r>
      <w:r>
        <w:t>hum mein se har shakhs khud hi soch sakta hai,</w:t>
      </w:r>
    </w:p>
    <w:p>
      <w:pPr>
        <w:jc w:val="right"/>
      </w:pPr>
      <w:r>
        <w:t>ہم میں سے ہر شخص خود ہی سوچ سکتا ہے،</w:t>
      </w:r>
    </w:p>
    <w:p>
      <w:r>
        <w:rPr>
          <w:b/>
        </w:rPr>
        <w:t xml:space="preserve">[15:57] </w:t>
      </w:r>
      <w:r>
        <w:t>khud samajh sakta hai,</w:t>
      </w:r>
    </w:p>
    <w:p>
      <w:pPr>
        <w:jc w:val="right"/>
      </w:pPr>
      <w:r>
        <w:t>خود سمجھ سکتا ہے،</w:t>
      </w:r>
    </w:p>
    <w:p>
      <w:r>
        <w:rPr>
          <w:b/>
        </w:rPr>
        <w:t xml:space="preserve">[16:02] </w:t>
      </w:r>
      <w:r>
        <w:t>koi doosra nahi samjha sakta kisi ko. hum apne introspection se har baat ko jaan sakte hain. Khuda ne jo humein dimaagh diya hai, jo aqal di hai,</w:t>
      </w:r>
    </w:p>
    <w:p>
      <w:pPr>
        <w:jc w:val="right"/>
      </w:pPr>
      <w:r>
        <w:t>کوئی دوسرا نہیں سمجھا سکتا کسی کو۔ ہم اپنے انٹروسپیکشن سے ہر بات کو جان سکتے ہیں۔ خدا نے جو ہمیں دماغ دیا ہے، جو عقل دی ہے،</w:t>
      </w:r>
    </w:p>
    <w:p>
      <w:r>
        <w:rPr>
          <w:b/>
        </w:rPr>
        <w:t xml:space="preserve">[16:15] </w:t>
      </w:r>
      <w:r>
        <w:t>jo samajh di hai, wohi samajh is baat ke liye kafi hai ke hum yeh jaanein</w:t>
      </w:r>
    </w:p>
    <w:p>
      <w:pPr>
        <w:jc w:val="right"/>
      </w:pPr>
      <w:r>
        <w:t>جو سمجھ دی ہے، وہی سمجھ اس بات کے لیے کافی ہے کہ ہم یہ جانیں</w:t>
      </w:r>
    </w:p>
    <w:p>
      <w:r>
        <w:rPr>
          <w:b/>
        </w:rPr>
        <w:t xml:space="preserve">[16:20] </w:t>
      </w:r>
      <w:r>
        <w:t>keh hum konsa poda ugga rahe hain ya sehat se ugga hi nahi rahe hain. ho sakta hai ke hum mein se kuch log hon jo abhi woh pode hi nahi ugga rahe hain, woh woh kahin aur khel kud rahe hain.</w:t>
      </w:r>
    </w:p>
    <w:p>
      <w:pPr>
        <w:jc w:val="right"/>
      </w:pPr>
      <w:r>
        <w:t>کہ ہم کون سا پودا اگا رہے ہیں یا صحت سے اگا ہی نہیں رہے ہیں۔ ہو سکتا ہے کہ ہم میں سے کچھ لوگ ہوں جو ابھی وہ پودے ہی نہیں اگا رہے ہیں، وہ وہ کہیں اور کھیل کود رہے ہیں۔</w:t>
      </w:r>
    </w:p>
    <w:p>
      <w:r>
        <w:rPr>
          <w:b/>
        </w:rPr>
        <w:t xml:space="preserve">[16:33] </w:t>
      </w:r>
      <w:r>
        <w:t>jo nursery ki jagah hai, wahan unhone apna poda ugaya hi nahi,</w:t>
      </w:r>
    </w:p>
    <w:p>
      <w:pPr>
        <w:jc w:val="right"/>
      </w:pPr>
      <w:r>
        <w:t>جو نرسری کی جگہ ہے، وہاں انہوں نے اپنا پودا اگایا ہی نہیں،</w:t>
      </w:r>
    </w:p>
    <w:p>
      <w:r>
        <w:rPr>
          <w:b/>
        </w:rPr>
        <w:t xml:space="preserve">[16:39] </w:t>
      </w:r>
      <w:r>
        <w:t>kahin aur khel kud rahe hain.</w:t>
      </w:r>
    </w:p>
    <w:p>
      <w:pPr>
        <w:jc w:val="right"/>
      </w:pPr>
      <w:r>
        <w:t>کہیں اور کھیل کود رہے ہیں۔</w:t>
      </w:r>
    </w:p>
    <w:p>
      <w:r>
        <w:rPr>
          <w:b/>
        </w:rPr>
        <w:t xml:space="preserve">[16:43] </w:t>
      </w:r>
      <w:r>
        <w:t>mein aik misaal deta hoon ke mein TV nahi dekhta, magar radio sunta hoon. mein TV nahi dekhta, magar radio sunta hoon.</w:t>
      </w:r>
    </w:p>
    <w:p>
      <w:pPr>
        <w:jc w:val="right"/>
      </w:pPr>
      <w:r>
        <w:t>میں ایک مثال دیتا ہوں کہ میں ٹی وی نہیں دیکھتا، مگر ریڈیو سنتا ہوں۔ میں ٹی وی نہیں دیکھتا، مگر ریڈیو سنتا ہوں۔</w:t>
      </w:r>
    </w:p>
    <w:p>
      <w:r>
        <w:rPr>
          <w:b/>
        </w:rPr>
        <w:t xml:space="preserve">[16:54] </w:t>
      </w:r>
      <w:r>
        <w:t>mein dekhta hoon ke radio mein siwa hawa ke kuch bhi nahi hota,</w:t>
      </w:r>
    </w:p>
    <w:p>
      <w:pPr>
        <w:jc w:val="right"/>
      </w:pPr>
      <w:r>
        <w:t>میں دیکھتا ہوں کہ ریڈیو میں سوا ہو ہا کے کچھ بھی نہیں ہوتا،</w:t>
      </w:r>
    </w:p>
    <w:p>
      <w:r>
        <w:rPr>
          <w:b/>
        </w:rPr>
        <w:t xml:space="preserve">[17:00] </w:t>
      </w:r>
      <w:r>
        <w:t>aur yahi aur zyada barhe paimane par TV mein hota hai. to mein sochta hoon ke yeh woh log hain jinhone nursery mein apna poda hi nahi lagaya,</w:t>
      </w:r>
    </w:p>
    <w:p>
      <w:pPr>
        <w:jc w:val="right"/>
      </w:pPr>
      <w:r>
        <w:t>اور یہی اور زیادہ بڑے پیمانے پر ٹی وی میں ہوتا ہے۔ تو میں سوچتا ہوں کہ یہ وہ لوگ ہیں جنہوں نے نرسری میں اپنا پودا ہی نہیں لگایا،</w:t>
      </w:r>
    </w:p>
    <w:p>
      <w:r>
        <w:rPr>
          <w:b/>
        </w:rPr>
        <w:t xml:space="preserve">[17:13] </w:t>
      </w:r>
      <w:r>
        <w:t>woh idhar udhar kahin khel kud rahe hain. yani woh logon mein se hain jinhone school mein apna admission hi nahi liya.</w:t>
      </w:r>
    </w:p>
    <w:p>
      <w:pPr>
        <w:jc w:val="right"/>
      </w:pPr>
      <w:r>
        <w:t>وہ ادھر ادھر کہیں کھیل کود رہے ہیں۔ یعنی وہ لوگوں میں سے ہیں جنہوں نے اسکول میں اپنا ایڈمیشن ہی نہیں لیا۔</w:t>
      </w:r>
    </w:p>
    <w:p>
      <w:r>
        <w:rPr>
          <w:b/>
        </w:rPr>
        <w:t xml:space="preserve">[17:24] </w:t>
      </w:r>
      <w:r>
        <w:t>to aap bataiye ke jo bachcha school mein admission admission na le, idhar udhar khel kud karta rahe, kya future hai is ka?</w:t>
      </w:r>
    </w:p>
    <w:p>
      <w:pPr>
        <w:jc w:val="right"/>
      </w:pPr>
      <w:r>
        <w:t>تو آپ بتائیے کہ جو بچہ اسکول میں ایڈمیشن ایڈمیشن نہ لے، ادھر ادھر کھیل کود کرتا رہے، کیا فیوچر ہے اس کا؟</w:t>
      </w:r>
    </w:p>
    <w:p>
      <w:r>
        <w:rPr>
          <w:b/>
        </w:rPr>
        <w:t xml:space="preserve">[17:34] </w:t>
      </w:r>
      <w:r>
        <w:t>to koi future nahi. to aaj kal jo hua culture hai, entertainment culture hai,</w:t>
      </w:r>
    </w:p>
    <w:p>
      <w:pPr>
        <w:jc w:val="right"/>
      </w:pPr>
      <w:r>
        <w:t>تو کوئی فیوچر نہیں۔ تو آج کل جو ہوا کلچر ہے، انٹرٹینمنٹ کلچر ہے،</w:t>
      </w:r>
    </w:p>
    <w:p>
      <w:r>
        <w:rPr>
          <w:b/>
        </w:rPr>
        <w:t xml:space="preserve">[17:43] </w:t>
      </w:r>
      <w:r>
        <w:t>har aadmi dekhiye, paisa kamana do hi to point formula har aadmi ka hai: paisa kamao aur enjoy karo.</w:t>
      </w:r>
    </w:p>
    <w:p>
      <w:pPr>
        <w:jc w:val="right"/>
      </w:pPr>
      <w:r>
        <w:t>ہر آدمی دیکھیے، پیسہ کمانا دو ہی ٹو پوائنٹ فارمولا ہر آدمی کا ہے: پیسہ کماؤ اور انجوائے کرو۔</w:t>
      </w:r>
    </w:p>
    <w:p>
      <w:r>
        <w:rPr>
          <w:b/>
        </w:rPr>
        <w:t xml:space="preserve">[17:52] </w:t>
      </w:r>
      <w:r>
        <w:t>paisa kamao aur enjoy karo. is ke maani kya hain? ke unhone is nursery mein</w:t>
      </w:r>
    </w:p>
    <w:p>
      <w:pPr>
        <w:jc w:val="right"/>
      </w:pPr>
      <w:r>
        <w:t>پیسہ کماؤ اور انجوائے کرو۔ اس کے معنی کیا ہیں؟ کہ انہوں نے اس نرسری میں</w:t>
      </w:r>
    </w:p>
    <w:p>
      <w:r>
        <w:rPr>
          <w:b/>
        </w:rPr>
        <w:t xml:space="preserve">[17:59] </w:t>
      </w:r>
      <w:r>
        <w:t>jahan se pode jaane wale hain, paradise ke liye, wahan unhone apna poda hi nahi lagaya. idhar udhar time waste kar rahe hain, idhar udhar apna money phenk rahe hain,</w:t>
      </w:r>
    </w:p>
    <w:p>
      <w:pPr>
        <w:jc w:val="right"/>
      </w:pPr>
      <w:r>
        <w:t>جہاں سے پودے جانے والے ہیں، پیراڈائز کے لیے، وہاں انہوں نے اپنا پودا ہی نہیں لگایا۔ ادھر ادھر ٹائم ویسٹ کر رہے ہیں، ادھر ادھر اپنا منی پھینک رہے ہیں،</w:t>
      </w:r>
    </w:p>
    <w:p>
      <w:r>
        <w:rPr>
          <w:b/>
        </w:rPr>
        <w:t xml:space="preserve">[18:13] </w:t>
      </w:r>
      <w:r>
        <w:t>idhar udhar jhooti</w:t>
      </w:r>
    </w:p>
    <w:p>
      <w:pPr>
        <w:jc w:val="right"/>
      </w:pPr>
      <w:r>
        <w:t>ادھر ادھر جھوٹی</w:t>
      </w:r>
    </w:p>
    <w:p>
      <w:r>
        <w:rPr>
          <w:b/>
        </w:rPr>
        <w:t xml:space="preserve">[18:16] </w:t>
      </w:r>
      <w:r>
        <w:t>jhoote entertainment pe apna apni zindagi ko bekar bana rahe hain. aap sochiye ke to aik aadmi woh hai jis ne is Khuda ki scheme ko scheme ko nahi samjha,</w:t>
      </w:r>
    </w:p>
    <w:p>
      <w:pPr>
        <w:jc w:val="right"/>
      </w:pPr>
      <w:r>
        <w:t>جھوٹے انٹرٹینمنٹ پہ اپنا اپنی زندگی کو بیکار بنا رہے ہیں۔ آپ سوچیے کہ تو ایک آدمی وہ ہے جس نے اس خدا کی اسکیم کو اسکیم کو نہیں سمجھا،</w:t>
      </w:r>
    </w:p>
    <w:p>
      <w:r>
        <w:rPr>
          <w:b/>
        </w:rPr>
        <w:t xml:space="preserve">[18:35] </w:t>
      </w:r>
      <w:r>
        <w:t>khuda ke ke krishan plan ko nahi samjha ke mujhe is nursery mein apna poda ugana hai. to ek woh insan hai, main chahta hoon ke zyada tar do qism ke insan hain broad category mein:</w:t>
      </w:r>
    </w:p>
    <w:p>
      <w:pPr>
        <w:jc w:val="right"/>
      </w:pPr>
      <w:r>
        <w:t>خدا کے کی کریشن پلان کو نہیں سمجھا کہ مجھے اس نرسری میں اپنا پودا اگانا ہے۔ تو ایک وہ انسان ہے، میں چاہتا ہوں کہ زیادہ تر دو قسم کے انسان ہیں براڈ کیٹگری میں:</w:t>
      </w:r>
    </w:p>
    <w:p>
      <w:r>
        <w:rPr>
          <w:b/>
        </w:rPr>
        <w:t xml:space="preserve">[18:51] </w:t>
      </w:r>
      <w:r>
        <w:t>ek woh jinho ne khuda ki is scheme ko nahi samjha ke khuda ne is dunya ko banaya hai bator nursery ke, aur mujhe yahan apna poda lagana hai.</w:t>
      </w:r>
    </w:p>
    <w:p>
      <w:pPr>
        <w:jc w:val="right"/>
      </w:pPr>
      <w:r>
        <w:t>ایک وہ جنہوں نے خدا کی اس اسکیم کو نہیں سمجھا کہ خدا نے اس دنیا کو بنایا ہے بطور نرسری کے، اور مجھے یہاں اپنا پودا لگانا ہے۔</w:t>
      </w:r>
    </w:p>
    <w:p>
      <w:r>
        <w:rPr>
          <w:b/>
        </w:rPr>
        <w:t xml:space="preserve">[19:04] </w:t>
      </w:r>
      <w:r>
        <w:t>yeh woh log hain jo khel kud rahe hain, hawa culture mein pade hue hain, jo zindagi ko samajhte hain ke bas life ko enjoy karna hai, bas aur kuch nahi.</w:t>
      </w:r>
    </w:p>
    <w:p>
      <w:pPr>
        <w:jc w:val="right"/>
      </w:pPr>
      <w:r>
        <w:t>یہ وہ لوگ ہیں جو کھیل کود رہے ہیں، ہوا کلچر میں پڑے ہوئے ہیں، جو زندگی کو سمجھتے ہیں کہ بس لائف کو انجوائے کرنا ہے، بس اور کچھ نہیں۔</w:t>
      </w:r>
    </w:p>
    <w:p>
      <w:r>
        <w:rPr>
          <w:b/>
        </w:rPr>
        <w:t xml:space="preserve">[19:14] </w:t>
      </w:r>
      <w:r>
        <w:t>kamao, enjoy karo, kamao, enjoy karo. yeh woh log hain jinho ne goya ke garden ke school mein admission hi nahi liya.</w:t>
      </w:r>
    </w:p>
    <w:p>
      <w:pPr>
        <w:jc w:val="right"/>
      </w:pPr>
      <w:r>
        <w:t>کماؤ، انجوائے کرو، کماؤ، انجوائے کرو۔ یہ وہ لوگ ہیں جنہوں نے گویا کہ گارڈن کے اسکول میں ایڈمیشن ہی نہیں لیا۔</w:t>
      </w:r>
    </w:p>
    <w:p>
      <w:r>
        <w:rPr>
          <w:b/>
        </w:rPr>
        <w:t xml:space="preserve">[19:27] </w:t>
      </w:r>
      <w:r>
        <w:t>garden ke school mein unho ne admission hi nahi liya, to waqt zaya kar rahe hain. woh ek to woh log hain ke jab maren ge, woh to maloom hoga ke afo!</w:t>
      </w:r>
    </w:p>
    <w:p>
      <w:pPr>
        <w:jc w:val="right"/>
      </w:pPr>
      <w:r>
        <w:t>گارڈن کے اسکول میں انہوں نے ایڈمیشن ہی نہیں لیا، تو وقت ضائع کر رہے ہیں۔ وہ ایک تو وہ لوگ ہیں کہ جب مریں گے، وہ تو معلوم ہوگا کہ افو!</w:t>
      </w:r>
    </w:p>
    <w:p>
      <w:r>
        <w:rPr>
          <w:b/>
        </w:rPr>
        <w:t xml:space="preserve">[19:40] </w:t>
      </w:r>
      <w:r>
        <w:t>hum kya samjhe the zindagi ko? aur zindagi kya hai?</w:t>
      </w:r>
    </w:p>
    <w:p>
      <w:pPr>
        <w:jc w:val="right"/>
      </w:pPr>
      <w:r>
        <w:t>ہم کیا سمجھے تھے زندگی کو؟ اور زندگی کیا ہے؟</w:t>
      </w:r>
    </w:p>
    <w:p>
      <w:r>
        <w:rPr>
          <w:b/>
        </w:rPr>
        <w:t xml:space="preserve">[19:44] </w:t>
      </w:r>
      <w:r>
        <w:t>zindagi thi tayyari ke liye, aur hum ne samajh liya ke zindagi hai enjoy karne ke liye.</w:t>
      </w:r>
    </w:p>
    <w:p>
      <w:pPr>
        <w:jc w:val="right"/>
      </w:pPr>
      <w:r>
        <w:t>زندگی تھی تیاری کے لیے، اور ہم نے سمجھ لیا کہ زندگی ہے انجوائے کرنے کے لیے۔</w:t>
      </w:r>
    </w:p>
    <w:p>
      <w:r>
        <w:rPr>
          <w:b/>
        </w:rPr>
        <w:t xml:space="preserve">[19:53] </w:t>
      </w:r>
      <w:r>
        <w:t>jaise kisi ki jawani jo hai, aaj kal ke zamane mein jo log hain, jawani ki umar kis liye hoti hai? schooling ke liye hoti hai, college education ke liye hoti hai, university mein parhne ke liye hoti hai, training ke liye hoti hai,</w:t>
      </w:r>
    </w:p>
    <w:p>
      <w:pPr>
        <w:jc w:val="right"/>
      </w:pPr>
      <w:r>
        <w:t>جیسے کسی کی جوانی جو ہے، آج کل کے زمانے میں جو لوگ ہیں، جوانی کی عمر کس لیے ہوتی ہے؟ اسکولنگ کے لیے ہوتی ہے، کالج ایجوکیشن کے لیے ہوتی ہے، یونیورسٹی میں پڑھنے کے لیے ہوتی ہے، ٹریننگ کے لیے ہوتی ہے،</w:t>
      </w:r>
    </w:p>
    <w:p>
      <w:r>
        <w:rPr>
          <w:b/>
        </w:rPr>
        <w:t xml:space="preserve">[20:06] </w:t>
      </w:r>
      <w:r>
        <w:t>skill paida karne ke liye hoti hai, is ke liye hoti hai.</w:t>
      </w:r>
    </w:p>
    <w:p>
      <w:pPr>
        <w:jc w:val="right"/>
      </w:pPr>
      <w:r>
        <w:t>اسکل پیدا کرنے کے لیے ہوتی ہے، اس کے لیے ہوتی ہے۔</w:t>
      </w:r>
    </w:p>
    <w:p>
      <w:r>
        <w:rPr>
          <w:b/>
        </w:rPr>
        <w:t xml:space="preserve">[20:11] </w:t>
      </w:r>
      <w:r>
        <w:t>to jin logo ne yeh jo dunya hai, is mein apna poda nahi lagaya, woh bas enjoy karte rahe, hawa karte rahe.</w:t>
      </w:r>
    </w:p>
    <w:p>
      <w:pPr>
        <w:jc w:val="right"/>
      </w:pPr>
      <w:r>
        <w:t>تو جن لوگوں نے یہ جو دنیا ہے، اس میں اپنا پودا نہیں لگایا، وہ بس انجوائے کرتے رہے، ہوا کرتے رہے۔</w:t>
      </w:r>
    </w:p>
    <w:p>
      <w:r>
        <w:rPr>
          <w:b/>
        </w:rPr>
        <w:t xml:space="preserve">[20:23] </w:t>
      </w:r>
      <w:r>
        <w:t>unho ne goya ke paradise ke school mein admission hi nahi liya,</w:t>
      </w:r>
    </w:p>
    <w:p>
      <w:pPr>
        <w:jc w:val="right"/>
      </w:pPr>
      <w:r>
        <w:t>انہوں نے گویا کہ پیراڈائز کے اسکول میں ایڈمیشن ہی نہیں لیا،</w:t>
      </w:r>
    </w:p>
    <w:p>
      <w:r>
        <w:rPr>
          <w:b/>
        </w:rPr>
        <w:t xml:space="preserve">[20:28] </w:t>
      </w:r>
      <w:r>
        <w:t>to zahir hai ke un ka koi anjam nahi hai. doosre log woh hain jinho ne koi khota poda la kar laga diya, aisa poda jis ki jar kati hui thi,</w:t>
      </w:r>
    </w:p>
    <w:p>
      <w:pPr>
        <w:jc w:val="right"/>
      </w:pPr>
      <w:r>
        <w:t>تو ظاہر ہے کہ ان کا کوئی انجام نہیں ہے۔ دوسرے لوگ وہ ہیں جنہوں نے کوئی کھوٹا پودا لا کر لگا دیا، ایسا پودا جس کی جڑ کٹی ہوئی تھی،</w:t>
      </w:r>
    </w:p>
    <w:p>
      <w:r>
        <w:rPr>
          <w:b/>
        </w:rPr>
        <w:t xml:space="preserve">[20:45] </w:t>
      </w:r>
      <w:r>
        <w:t>jo un ko sookha hua tha,</w:t>
      </w:r>
    </w:p>
    <w:p>
      <w:pPr>
        <w:jc w:val="right"/>
      </w:pPr>
      <w:r>
        <w:t>جو ان کو سوکھا ہوا تھا،</w:t>
      </w:r>
    </w:p>
    <w:p>
      <w:r>
        <w:rPr>
          <w:b/>
        </w:rPr>
        <w:t xml:space="preserve">[20:47] </w:t>
      </w:r>
      <w:r>
        <w:t>jo kaante daar tha. aap jante hain ke pode bohat qism ke hote hain, to zahir hai ke aisa poda bhi itna hi jo log aisa poda lagayen, un ka jeewan bhi, un ki zindagi bhi itni hi meaningless hai</w:t>
      </w:r>
    </w:p>
    <w:p>
      <w:pPr>
        <w:jc w:val="right"/>
      </w:pPr>
      <w:r>
        <w:t>جو کانٹے دار تھا۔ آپ جانتے ہیں کہ پودے بہت قسم کے ہوتے ہیں، تو ظاہر ہے کہ ایسا پودا بھی اتنا ہی جو لوگ ایسا پودا لگائیں، ان کا جیون بھی، ان کی زندگی بھی اتنی ہی میننگ لیس ہے</w:t>
      </w:r>
    </w:p>
    <w:p>
      <w:r>
        <w:rPr>
          <w:b/>
        </w:rPr>
        <w:t xml:space="preserve">[21:04] </w:t>
      </w:r>
      <w:r>
        <w:t>jitni ke in logo ki jo ke jinho ne poda lagaya hi nahi. kyun ke aap jante hain ke seed ke market mein agar aap saara hua seed le jayen to koi kharede ga nahi is ko.</w:t>
      </w:r>
    </w:p>
    <w:p>
      <w:pPr>
        <w:jc w:val="right"/>
      </w:pPr>
      <w:r>
        <w:t>جتنی کہ ان لوگوں کی جو کہ جنہوں نے پودا لگایا ہی نہیں۔ کیونکہ آپ جانتے ہیں کہ سیٹ کے مارکیٹ میں اگر آپ سڑا ہوا سیٹ لے جائیں تو کوئی خریدے گا نہیں اس کو۔</w:t>
      </w:r>
    </w:p>
    <w:p>
      <w:r>
        <w:rPr>
          <w:b/>
        </w:rPr>
        <w:t xml:space="preserve">[21:17] </w:t>
      </w:r>
      <w:r>
        <w:t>ek woh insan hai jis ne seed ke market mein baitha hi nahi,</w:t>
      </w:r>
    </w:p>
    <w:p>
      <w:pPr>
        <w:jc w:val="right"/>
      </w:pPr>
      <w:r>
        <w:t>ایک وہ انسان ہے جس نے سیٹ کے مارکیٹ میں بیٹھا ہی نہیں،</w:t>
      </w:r>
    </w:p>
    <w:p>
      <w:r>
        <w:rPr>
          <w:b/>
        </w:rPr>
        <w:t xml:space="preserve">[21:21] </w:t>
      </w:r>
      <w:r>
        <w:t>seed ka business kiya hi nahi is ne, to woh bhi ghaate mein hai. ek woh insan hai jo kharab qism ka seed le kar baith gaya, wahan kharab saara hua seed le kar baith gaya, wahan unwanted seed le kar baith gaya, wahan</w:t>
      </w:r>
    </w:p>
    <w:p>
      <w:pPr>
        <w:jc w:val="right"/>
      </w:pPr>
      <w:r>
        <w:t>سیٹ کا بزنس کیا ہی نہیں اس نے، تو وہ بھی گھاٹے میں ہے۔ ایک وہ انسان ہے جو خراب قسم کا سیٹ لے کر بیٹھ گیا، وہاں خراب سڑا ہوا سیٹ لے کر بیٹھ گیا، وہاں ان وانٹڈ سیٹ لے کر بیٹھ گیا، وہاں</w:t>
      </w:r>
    </w:p>
    <w:p>
      <w:r>
        <w:rPr>
          <w:b/>
        </w:rPr>
        <w:t xml:space="preserve">[21:40] </w:t>
      </w:r>
      <w:r>
        <w:t>woh bhi ghaate mein hai kyun ke is ko koi customer nahi mile ga.</w:t>
      </w:r>
    </w:p>
    <w:p>
      <w:pPr>
        <w:jc w:val="right"/>
      </w:pPr>
      <w:r>
        <w:t>وہ بھی گھاٹے میں ہے کیونکہ اس کو کوئی کسٹمر نہیں ملے گا۔</w:t>
      </w:r>
    </w:p>
    <w:p>
      <w:r>
        <w:rPr>
          <w:b/>
        </w:rPr>
        <w:t xml:space="preserve">[21:46] </w:t>
      </w:r>
      <w:r>
        <w:t>to jin logo ne</w:t>
      </w:r>
    </w:p>
    <w:p>
      <w:pPr>
        <w:jc w:val="right"/>
      </w:pPr>
      <w:r>
        <w:t>تو جن لوگوں نے</w:t>
      </w:r>
    </w:p>
    <w:p>
      <w:r>
        <w:rPr>
          <w:b/>
        </w:rPr>
        <w:t xml:space="preserve">[21:51] </w:t>
      </w:r>
      <w:r>
        <w:t>khuda ki scheme ko nahi samjha aur is dunya ki nursery mein apna poda nahi lagaya, woh bhi ghaate mein.</w:t>
      </w:r>
    </w:p>
    <w:p>
      <w:pPr>
        <w:jc w:val="right"/>
      </w:pPr>
      <w:r>
        <w:t>خدا کی اسکیم کو نہیں سمجھا اور اس دنیا کی نرسری میں اپنا پودا نہیں لگایا، وہ بھی گھاٹے میں۔</w:t>
      </w:r>
    </w:p>
    <w:p>
      <w:r>
        <w:rPr>
          <w:b/>
        </w:rPr>
        <w:t xml:space="preserve">[22:01] </w:t>
      </w:r>
      <w:r>
        <w:t>aur jo log apne naqis pode ko, apne kharab pode ko la kar wahan bo dein,</w:t>
      </w:r>
    </w:p>
    <w:p>
      <w:pPr>
        <w:jc w:val="right"/>
      </w:pPr>
      <w:r>
        <w:t>اور جو لوگ اپنے ناقص پودے کو، اپنے خراب پودے کو لا کر وہاں بو دیں،</w:t>
      </w:r>
    </w:p>
    <w:p>
      <w:r>
        <w:rPr>
          <w:b/>
        </w:rPr>
        <w:t xml:space="preserve">[22:12] </w:t>
      </w:r>
      <w:r>
        <w:t>woh bhi bekar hain. kharab pode se meri murad kya hai? ke unho ne sanjeedgi se aaj samajhne ki koshish nahi ki ke khuda khuda mujh se kya chahta hai.</w:t>
      </w:r>
    </w:p>
    <w:p>
      <w:pPr>
        <w:jc w:val="right"/>
      </w:pPr>
      <w:r>
        <w:t>وہ بھی بیکار ہیں۔ خراب پودے سے میری مراد کیا ہے؟ کہ انہوں نے سنجیدگی سے آج سمجھنے کی کوشش نہیں کی کہ خدا خدا مجھ سے کیا چاہتا ہے۔</w:t>
      </w:r>
    </w:p>
    <w:p>
      <w:r>
        <w:rPr>
          <w:b/>
        </w:rPr>
        <w:t xml:space="preserve">[22:25] </w:t>
      </w:r>
      <w:r>
        <w:t>khuda ki mansha ko janne ki koshish hi nahi ki, janne ki koshish hi nahi ki. khud hi khud samajh liya kuch ulti seedhi baat, khud hi khud ek rai qaim kar li.</w:t>
      </w:r>
    </w:p>
    <w:p>
      <w:pPr>
        <w:jc w:val="right"/>
      </w:pPr>
      <w:r>
        <w:t>خدا کی منشا کو جاننے کی کوشش ہی نہیں کی، جاننے کی کوشش ہی نہیں کی۔ خود ہی خود سمجھ لیا کچھ الٹی سیدھی بات، خود ہی خود ایک رائے قائم کر لی۔</w:t>
      </w:r>
    </w:p>
    <w:p>
      <w:r>
        <w:rPr>
          <w:b/>
        </w:rPr>
        <w:t xml:space="preserve">[22:42] </w:t>
      </w:r>
      <w:r>
        <w:t>to yeh yeh aise log goya kharab poda bo rahe hain. sab se pehle hamein bohat hi seriously, bohat hi sincerity ke sath yeh janna pare ga ke khuda ka creation plan kya hai?</w:t>
      </w:r>
    </w:p>
    <w:p>
      <w:pPr>
        <w:jc w:val="right"/>
      </w:pPr>
      <w:r>
        <w:t>تو یہ یہ ایسے لوگ گویا خراب پودا بو رہے ہیں۔ سب سے پہلے ہمیں بہت ہی سیریسلی، بہت ہی سنسیرٹی کے ساتھ یہ جاننا پڑے گا کہ خدا کا کریشن پلان کیا ہے؟</w:t>
      </w:r>
    </w:p>
    <w:p>
      <w:r>
        <w:rPr>
          <w:b/>
        </w:rPr>
        <w:t xml:space="preserve">[23:00] </w:t>
      </w:r>
      <w:r>
        <w:t>khuda ki scheme of things kya hai?</w:t>
      </w:r>
    </w:p>
    <w:p>
      <w:pPr>
        <w:jc w:val="right"/>
      </w:pPr>
      <w:r>
        <w:t>خدا کی اسکیم آف تھنگز کیا ہے؟</w:t>
      </w:r>
    </w:p>
    <w:p>
      <w:r>
        <w:rPr>
          <w:b/>
        </w:rPr>
        <w:t xml:space="preserve">[23:03] </w:t>
      </w:r>
      <w:r>
        <w:t>khuda ne kis pode ko acha poda bataya hai? khuda ne kis pode ke bare mein kaha hai ke wahi poda hoga jo ke jannat ke garden mein lagaya jayega, is ka plantation hoga wahan par.</w:t>
      </w:r>
    </w:p>
    <w:p>
      <w:pPr>
        <w:jc w:val="right"/>
      </w:pPr>
      <w:r>
        <w:t>خدا نے کس پودے کو اچھا پودا بتایا ہے؟ خدا نے کس پودے کے بارے میں کہا ہے کہ وہی پودا ہوگا جو کہ جنت کے گارڈن میں لگایا جائے گا، اس کا پلانٹیشن ہوگا وہاں پر۔</w:t>
      </w:r>
    </w:p>
    <w:p>
      <w:r>
        <w:rPr>
          <w:b/>
        </w:rPr>
        <w:t xml:space="preserve">[23:17] </w:t>
      </w:r>
      <w:r>
        <w:t>is ko janne ki koshish hi nahi ki</w:t>
      </w:r>
    </w:p>
    <w:p>
      <w:pPr>
        <w:jc w:val="right"/>
      </w:pPr>
      <w:r>
        <w:t>اس کو جاننے کی کوشش ہی نہیں کی</w:t>
      </w:r>
    </w:p>
    <w:p>
      <w:r>
        <w:rPr>
          <w:b/>
        </w:rPr>
        <w:t xml:space="preserve">[23:21] </w:t>
      </w:r>
      <w:r>
        <w:t>to apne aap is dunya mein bhi koi cheez nahi milti aur apne aap wahan bhi koi cheez kisi ko nahi mile gi.</w:t>
      </w:r>
    </w:p>
    <w:p>
      <w:pPr>
        <w:jc w:val="right"/>
      </w:pPr>
      <w:r>
        <w:t>تو اپنے آپ اس دنیا میں بھی کوئی چیز نہیں ملتی اور اپنے آپ وہاں بھی کوئی چیز کسی کو نہیں ملے گی۔</w:t>
      </w:r>
    </w:p>
    <w:p>
      <w:r>
        <w:rPr>
          <w:b/>
        </w:rPr>
        <w:t xml:space="preserve">[23:37] </w:t>
      </w:r>
      <w:r>
        <w:t>mein abhi gaya tha bhopal, parson narsoun wahan tha</w:t>
      </w:r>
    </w:p>
    <w:p>
      <w:pPr>
        <w:jc w:val="right"/>
      </w:pPr>
      <w:r>
        <w:t>میں ابھی گیا تھا بھوپال، پرسوں نرسوں وہاں تھا</w:t>
      </w:r>
    </w:p>
    <w:p>
      <w:r>
        <w:rPr>
          <w:b/>
        </w:rPr>
        <w:t xml:space="preserve">[23:44] </w:t>
      </w:r>
      <w:r>
        <w:t>to ek naujawan aaye,</w:t>
      </w:r>
    </w:p>
    <w:p>
      <w:pPr>
        <w:jc w:val="right"/>
      </w:pPr>
      <w:r>
        <w:t>تو ایک نوجوان آئے،</w:t>
      </w:r>
    </w:p>
    <w:p>
      <w:r>
        <w:rPr>
          <w:b/>
        </w:rPr>
        <w:t xml:space="preserve">[23:51] </w:t>
      </w:r>
      <w:r>
        <w:t>kai log the baithe hi is mein. wo aaye to unhon ne kaha ke mein aap ka magazine padhta hoon. aap magazine mein yeh kaha karte hain ke aaj ka jo zamana hai, is ko jano.</w:t>
      </w:r>
    </w:p>
    <w:p>
      <w:pPr>
        <w:jc w:val="right"/>
      </w:pPr>
      <w:r>
        <w:t>کئی لوگ تھے بیٹھے ہی اس میں۔ وہ آئے تو انہوں نے کہا کہ میں آپ کا میگزین پڑھتا ہوں۔ آپ میگزین میں یہ کہا کرتے ہیں کہ آج کا جو زمانہ ہے، اس کو جانو۔</w:t>
      </w:r>
    </w:p>
    <w:p>
      <w:r>
        <w:rPr>
          <w:b/>
        </w:rPr>
        <w:t xml:space="preserve">[24:08] </w:t>
      </w:r>
      <w:r>
        <w:t>to unhon ne kaha ke aaj ke zamane ko janne ke liye maine english seekhna shuru kiya hai. to unhon ne mujh se poocha ke konsi dictionary mein istemal karoon?</w:t>
      </w:r>
    </w:p>
    <w:p>
      <w:pPr>
        <w:jc w:val="right"/>
      </w:pPr>
      <w:r>
        <w:t>تو انہوں نے کہا کہ آج کے زمانے کو جاننے کے لیے میں نے انگلش سیکھنا شروع کیا ہے۔ تو انہوں نے مجھ سے پوچھا کہ کون سی ڈکشنری میں استعمال کروں؟</w:t>
      </w:r>
    </w:p>
    <w:p>
      <w:r>
        <w:rPr>
          <w:b/>
        </w:rPr>
        <w:t xml:space="preserve">[24:28] </w:t>
      </w:r>
      <w:r>
        <w:t>yeh sawal karne ke wo khare ho gaye aur kaha ke mujhe bataiye ke mein english seekh raha hoon to konsi dictionary mein istemal karoon?</w:t>
      </w:r>
    </w:p>
    <w:p>
      <w:pPr>
        <w:jc w:val="right"/>
      </w:pPr>
      <w:r>
        <w:t>یہ سوال کرنے کے وہ کھڑے ہوگئے اور کہا کہ مجھے بتائیے کہ میں انگلش سیکھ رہا ہوں تو کون سی ڈکشنری میں استعمال کروں؟</w:t>
      </w:r>
    </w:p>
    <w:p>
      <w:r>
        <w:rPr>
          <w:b/>
        </w:rPr>
        <w:t xml:space="preserve">[24:38] </w:t>
      </w:r>
      <w:r>
        <w:t>to maine kaha dictionary of junoon.</w:t>
      </w:r>
    </w:p>
    <w:p>
      <w:pPr>
        <w:jc w:val="right"/>
      </w:pPr>
      <w:r>
        <w:t>تو میں نے کہا ڈکشنری آف جنون۔</w:t>
      </w:r>
    </w:p>
    <w:p>
      <w:r>
        <w:rPr>
          <w:b/>
        </w:rPr>
        <w:t xml:space="preserve">[24:43] </w:t>
      </w:r>
      <w:r>
        <w:t>dictionary of junoon</w:t>
      </w:r>
    </w:p>
    <w:p>
      <w:pPr>
        <w:jc w:val="right"/>
      </w:pPr>
      <w:r>
        <w:t>ڈکشنری آف جنون</w:t>
      </w:r>
    </w:p>
    <w:p>
      <w:r>
        <w:rPr>
          <w:b/>
        </w:rPr>
        <w:t xml:space="preserve">[24:48] </w:t>
      </w:r>
      <w:r>
        <w:t>koi bhi cheez dekhiye, junoon se seekhi jati hai. koi kitab, koi teacher, koi institution, koi school aap ko kuch nahi deta, aap ko junoon deta hai.</w:t>
      </w:r>
    </w:p>
    <w:p>
      <w:pPr>
        <w:jc w:val="right"/>
      </w:pPr>
      <w:r>
        <w:t>کوئی بھی چیز دیکھیے، جنون سے سیکھی جاتی ہے۔ کوئی کتاب، کوئی ٹیچر، کوئی انسٹیٹیوشن، کوئی اسکول آپ کو کچھ نہیں دیتا، آپ کو جنون دیتا ہے۔</w:t>
      </w:r>
    </w:p>
    <w:p>
      <w:r>
        <w:rPr>
          <w:b/>
        </w:rPr>
        <w:t xml:space="preserve">[25:00] </w:t>
      </w:r>
      <w:r>
        <w:t>junoon yani aap isi ke liye diwane ho jayen.</w:t>
      </w:r>
    </w:p>
    <w:p>
      <w:pPr>
        <w:jc w:val="right"/>
      </w:pPr>
      <w:r>
        <w:t>جنون یعنی آپ اسی کے لیے دیوانے ہو جائیں۔</w:t>
      </w:r>
    </w:p>
    <w:p>
      <w:r>
        <w:rPr>
          <w:b/>
        </w:rPr>
        <w:t xml:space="preserve">[25:07] </w:t>
      </w:r>
      <w:r>
        <w:t>quran mein hai ke peghambar se kaha logon ne: "ya ayyuhal rasool! innakal majnoon!" "ya ayyuhal rasool!</w:t>
      </w:r>
    </w:p>
    <w:p>
      <w:pPr>
        <w:jc w:val="right"/>
      </w:pPr>
      <w:r>
        <w:t>قرآن میں ہے کہ پیغمبر سے کہا لوگوں نے: "یا ایہا الرسول! انک المجنون!" "یا ایہا الرسول!</w:t>
      </w:r>
    </w:p>
    <w:p>
      <w:r>
        <w:rPr>
          <w:b/>
        </w:rPr>
        <w:t xml:space="preserve">[25:17] </w:t>
      </w:r>
      <w:r>
        <w:t>innakal majnoon!" o peghambar! tum to hum ko diwane dikhaye the, diwane! to diwangi ka naam hai</w:t>
      </w:r>
    </w:p>
    <w:p>
      <w:pPr>
        <w:jc w:val="right"/>
      </w:pPr>
      <w:r>
        <w:t>انک المجنون!" او پیغمبر! تم تو ہم کو دیوانے دکھائے تھے، دیوانے! تو دیوانگی کا نام ہے</w:t>
      </w:r>
    </w:p>
    <w:p>
      <w:r>
        <w:rPr>
          <w:b/>
        </w:rPr>
        <w:t xml:space="preserve">[25:27] </w:t>
      </w:r>
      <w:r>
        <w:t>meaning of mission. diwane log hi koi bari cheez hasil karte hain. diwane log! to maine kaha ke dictionary of junoon istemal kijiye.</w:t>
      </w:r>
    </w:p>
    <w:p>
      <w:pPr>
        <w:jc w:val="right"/>
      </w:pPr>
      <w:r>
        <w:t>معنی آف مشن۔ دیوانے لوگ ہی کوئی بڑی چیز حاصل کرتے ہیں۔ دیوانے لوگ! تو میں نے کہا کہ ڈکشنری آف جنون استعمال کیجئے۔</w:t>
      </w:r>
    </w:p>
    <w:p>
      <w:r>
        <w:rPr>
          <w:b/>
        </w:rPr>
        <w:t xml:space="preserve">[25:40] </w:t>
      </w:r>
      <w:r>
        <w:t>wahi mein yahan bhi kahunga ke jis ko paradise dena hai, us ko culture of,</w:t>
      </w:r>
    </w:p>
    <w:p>
      <w:pPr>
        <w:jc w:val="right"/>
      </w:pPr>
      <w:r>
        <w:t>وہی میں یہاں بھی کہوں گا کہ جس کو پیراڈائز دینا ہے، اس کو کلچر آف،</w:t>
      </w:r>
    </w:p>
    <w:p>
      <w:r>
        <w:rPr>
          <w:b/>
        </w:rPr>
        <w:t xml:space="preserve">[25:50] </w:t>
      </w:r>
      <w:r>
        <w:t>us ko culture of junoon mein apne aap ko shamil karna hoga. paradise culture, culture of junoon hai. aise paradise nahi mile gi kisi ko, aise nahi mile gi kisi ko.</w:t>
      </w:r>
    </w:p>
    <w:p>
      <w:pPr>
        <w:jc w:val="right"/>
      </w:pPr>
      <w:r>
        <w:t>اس کو کلچر آف جنون میں اپنے آپ کو شامل کرنا ہوگا۔ پیراڈائز کلچر، کلچر آف جنون ہے۔ ایسے پیراڈائز نہیں ملے گی کسی کو، ایسے نہیں ملے گی کسی کو۔</w:t>
      </w:r>
    </w:p>
    <w:p>
      <w:r>
        <w:rPr>
          <w:b/>
        </w:rPr>
        <w:t xml:space="preserve">[26:03] </w:t>
      </w:r>
      <w:r>
        <w:t>aap ko, aap ko diwana war is mein ghusna parega,</w:t>
      </w:r>
    </w:p>
    <w:p>
      <w:pPr>
        <w:jc w:val="right"/>
      </w:pPr>
      <w:r>
        <w:t>آپ کو، آپ کو دیوانہ وار اس میں گھسنا پڑے گا،</w:t>
      </w:r>
    </w:p>
    <w:p>
      <w:r>
        <w:rPr>
          <w:b/>
        </w:rPr>
        <w:t xml:space="preserve">[26:07] </w:t>
      </w:r>
      <w:r>
        <w:t>diwana war is ke liye koshish karna parega.</w:t>
      </w:r>
    </w:p>
    <w:p>
      <w:pPr>
        <w:jc w:val="right"/>
      </w:pPr>
      <w:r>
        <w:t>دیوانہ وار اس کے لیے کوشش کرنا پڑے گا۔</w:t>
      </w:r>
    </w:p>
    <w:p>
      <w:r>
        <w:rPr>
          <w:b/>
        </w:rPr>
        <w:t xml:space="preserve">[26:13] </w:t>
      </w:r>
      <w:r>
        <w:t>jab tak aap diwana war nahi lagte kisi kaam mein, to aap jante hain ke koi bhi kaam aap ko koi bhi bari kamyabi nahi milti.</w:t>
      </w:r>
    </w:p>
    <w:p>
      <w:pPr>
        <w:jc w:val="right"/>
      </w:pPr>
      <w:r>
        <w:t>جب تک آپ دیوانہ وار نہیں لگتے کسی کام میں، تو آپ جانتے ہیں کہ کوئی بھی کام آپ کو کوئی بھی بڑی کامیابی نہیں ملتی۔</w:t>
      </w:r>
    </w:p>
    <w:p>
      <w:r>
        <w:rPr>
          <w:b/>
        </w:rPr>
        <w:t xml:space="preserve">[26:26] </w:t>
      </w:r>
      <w:r>
        <w:t>aap ko ek kitab chhapi hai, is ka naam hai "super achievers".</w:t>
      </w:r>
    </w:p>
    <w:p>
      <w:pPr>
        <w:jc w:val="right"/>
      </w:pPr>
      <w:r>
        <w:t>آپ کو ایک کتاب چھپی ہے، اس کا نام ہے "سپر اچیورز"۔</w:t>
      </w:r>
    </w:p>
    <w:p>
      <w:r>
        <w:rPr>
          <w:b/>
        </w:rPr>
        <w:t xml:space="preserve">[26:32] </w:t>
      </w:r>
      <w:r>
        <w:t>"super achievers"! aap is ko padhiye. har aadmi diwana ban gaya, tab us ko super achievement mili.</w:t>
      </w:r>
    </w:p>
    <w:p>
      <w:pPr>
        <w:jc w:val="right"/>
      </w:pPr>
      <w:r>
        <w:t>"سپر اچیورز"! آپ اس کو پڑھیے۔ ہر آدمی دیوانہ بن گیا، تب اس کو سپر اچیومنٹ ملی۔</w:t>
      </w:r>
    </w:p>
    <w:p>
      <w:r>
        <w:rPr>
          <w:b/>
        </w:rPr>
        <w:t xml:space="preserve">[26:45] </w:t>
      </w:r>
      <w:r>
        <w:t>ek kitab chhapi hai "freedom at midnight". "freedom at midnight!"</w:t>
      </w:r>
    </w:p>
    <w:p>
      <w:pPr>
        <w:jc w:val="right"/>
      </w:pPr>
      <w:r>
        <w:t>ایک کتاب چھپی ہے "فریڈم ایٹ مڈنائٹ"۔ "فریڈم ایٹ مڈنائٹ"!</w:t>
      </w:r>
    </w:p>
    <w:p>
      <w:r>
        <w:rPr>
          <w:b/>
        </w:rPr>
        <w:t xml:space="preserve">[26:55] </w:t>
      </w:r>
      <w:r>
        <w:t>beech raat ki azadi! to aap jante hain ke india mein jo azadi mili thi, wo is tarah hua tha ke 12, 15 august ko raat ko</w:t>
      </w:r>
    </w:p>
    <w:p>
      <w:pPr>
        <w:jc w:val="right"/>
      </w:pPr>
      <w:r>
        <w:t>بیچ رات کی آزادی! تو آپ جانتے ہیں کہ انڈیا میں جو آزادی ملی تھی، وہ اس طرح ہوا تھا کہ 12، 15 اگست کو رات کو</w:t>
      </w:r>
    </w:p>
    <w:p>
      <w:r>
        <w:rPr>
          <w:b/>
        </w:rPr>
        <w:t xml:space="preserve">[27:06] </w:t>
      </w:r>
      <w:r>
        <w:t>12 baj ke ek minute par viceroy ne,</w:t>
      </w:r>
    </w:p>
    <w:p>
      <w:pPr>
        <w:jc w:val="right"/>
      </w:pPr>
      <w:r>
        <w:t>12 بج کے ایک منٹ پر وائسرائے نے،</w:t>
      </w:r>
    </w:p>
    <w:p>
      <w:r>
        <w:rPr>
          <w:b/>
        </w:rPr>
        <w:t xml:space="preserve">[27:12] </w:t>
      </w:r>
      <w:r>
        <w:t>british viceroy ne, tell us se radio par aaya. woh us waqt tv nahi hua karta tha. radio par aa kar us ne kaha: "today india is free!"</w:t>
      </w:r>
    </w:p>
    <w:p>
      <w:pPr>
        <w:jc w:val="right"/>
      </w:pPr>
      <w:r>
        <w:t>برٹش وائسرائے نے، ٹیل اس سے ریڈیو پر آیا۔ وہ اس وقت ٹی وی نہیں ہوا کرتا تھا۔ ریڈیو پر آ کر اس نے کہا: "ٹوڈے انڈیا از فری!"</w:t>
      </w:r>
    </w:p>
    <w:p>
      <w:r>
        <w:rPr>
          <w:b/>
        </w:rPr>
        <w:t xml:space="preserve">[27:28] </w:t>
      </w:r>
      <w:r>
        <w:t>15 agast ko 12 baj ke ek minute par woh dilli mein jo radio hai, station wahan se us ne ailaan kiya: "today india is free!" yeh hai "freedom at midnight"!</w:t>
      </w:r>
    </w:p>
    <w:p>
      <w:pPr>
        <w:jc w:val="right"/>
      </w:pPr>
      <w:r>
        <w:t>15 اگست کو 12 بج کے ایک منٹ پر وہ دلی میں جو ریڈیو ہے، اسٹیشن وہاں سے اس نے اعلان کیا: "ٹوڈے انڈیا از فری!" یہ ہے "فریڈم ایٹ مڈنائٹ"!</w:t>
      </w:r>
    </w:p>
    <w:p>
      <w:r>
        <w:rPr>
          <w:b/>
        </w:rPr>
        <w:t xml:space="preserve">[27:45] </w:t>
      </w:r>
      <w:r>
        <w:t>to do aadmiyon ne yeh kitaab likhi hai.</w:t>
      </w:r>
    </w:p>
    <w:p>
      <w:pPr>
        <w:jc w:val="right"/>
      </w:pPr>
      <w:r>
        <w:t>تو دو آدمیوں نے یہ کتاب لکھی ہے۔</w:t>
      </w:r>
    </w:p>
    <w:p>
      <w:r>
        <w:rPr>
          <w:b/>
        </w:rPr>
        <w:t xml:space="preserve">[27:49] </w:t>
      </w:r>
      <w:r>
        <w:t>ek british tha, ek french tha. do aadmiyon ne</w:t>
      </w:r>
    </w:p>
    <w:p>
      <w:pPr>
        <w:jc w:val="right"/>
      </w:pPr>
      <w:r>
        <w:t>ایک برٹش تھا، ایک فرنچ تھا۔ دو آدمیوں نے</w:t>
      </w:r>
    </w:p>
    <w:p>
      <w:r>
        <w:rPr>
          <w:b/>
        </w:rPr>
        <w:t xml:space="preserve">[27:57] </w:t>
      </w:r>
      <w:r>
        <w:t>to ek interview tha, parha mein ne is ko. is mein poocha gaya ke aap ne yeh kitaab kaise likhi? kyunke filhaal yeh kitaab bohat popular hui thi, best seller bani hui thi.</w:t>
      </w:r>
    </w:p>
    <w:p>
      <w:pPr>
        <w:jc w:val="right"/>
      </w:pPr>
      <w:r>
        <w:t>تو ایک انٹرویو تھا، پڑھا میں نے اس کو۔ اس میں پوچھا گیا کہ آپ نے یہ کتاب کیسے لکھی؟ کیونکہ فی الحال یہ کتاب بہت پاپولر ہوئی تھی، بیسٹ سیلر بنی ہوئی تھی۔</w:t>
      </w:r>
    </w:p>
    <w:p>
      <w:r>
        <w:rPr>
          <w:b/>
        </w:rPr>
        <w:t xml:space="preserve">[28:11] </w:t>
      </w:r>
      <w:r>
        <w:t>to</w:t>
      </w:r>
    </w:p>
    <w:p>
      <w:pPr>
        <w:jc w:val="right"/>
      </w:pPr>
      <w:r>
        <w:t>تو</w:t>
      </w:r>
    </w:p>
    <w:p>
      <w:r>
        <w:rPr>
          <w:b/>
        </w:rPr>
        <w:t xml:space="preserve">[28:16] </w:t>
      </w:r>
      <w:r>
        <w:t>us ne jawab jo diya, woh yeh tha ke "we lived like hermit and we produced freedom by midnight!" hum rebaan ki tarah jiye</w:t>
      </w:r>
    </w:p>
    <w:p>
      <w:pPr>
        <w:jc w:val="right"/>
      </w:pPr>
      <w:r>
        <w:t>اس نے جواب جو دیا، وہ یہ تھا کہ "وی لیوڈ لائک ہرمنٹ اینڈ وی پروڈیوسڈ فریڈم بائی مڈنائٹ!" ہم رہبان کی طرح جیے</w:t>
      </w:r>
    </w:p>
    <w:p>
      <w:r>
        <w:rPr>
          <w:b/>
        </w:rPr>
        <w:t xml:space="preserve">[28:34] </w:t>
      </w:r>
      <w:r>
        <w:t>aur hum ne phir yeh kitaab tayyar kar dali. "we lived like hermit and we produce freedom at midnight!" to ek kitaab ko produce karne ke liye,</w:t>
      </w:r>
    </w:p>
    <w:p>
      <w:pPr>
        <w:jc w:val="right"/>
      </w:pPr>
      <w:r>
        <w:t>اور ہم نے پھر یہ کتاب تیار کر ڈالی۔ "وی لیوڈ لائک ہرمنٹ اینڈ وی پروڈیوس فریڈم ایٹ مڈنائٹ!" تو ایک کتاب کو پروڈیوس کرنے کے لیے،</w:t>
      </w:r>
    </w:p>
    <w:p>
      <w:r>
        <w:rPr>
          <w:b/>
        </w:rPr>
        <w:t xml:space="preserve">[28:50] </w:t>
      </w:r>
      <w:r>
        <w:t>ek kitaab ko wajood mein laane ke liye, aap ko hermit banna parta hai. ek achi kitaab jo best seller ho, jo popular ho,</w:t>
      </w:r>
    </w:p>
    <w:p>
      <w:pPr>
        <w:jc w:val="right"/>
      </w:pPr>
      <w:r>
        <w:t>ایک کتاب کو وجود میں لانے کے لیے، آپ کو ہرمنٹ بننا پڑتا ہے۔ ایک اچھی کتاب جو بیسٹ سیلر ہو، جو پاپولر ہو،</w:t>
      </w:r>
    </w:p>
    <w:p>
      <w:r>
        <w:rPr>
          <w:b/>
        </w:rPr>
        <w:t xml:space="preserve">[28:59] </w:t>
      </w:r>
      <w:r>
        <w:t>jis ko log parhein, khareedein, us ki dhoom machay. ek aisi kitaab ko wajood mein laane ke liye aap ko hermit banna parta hai.</w:t>
      </w:r>
    </w:p>
    <w:p>
      <w:pPr>
        <w:jc w:val="right"/>
      </w:pPr>
      <w:r>
        <w:t>جس کو لوگ پڑھیں، خریدیں، اس کی دھوم مچے۔ ایک ایسی کتاب کو وجود میں لانے کے لیے آپ کو ہرمنٹ بننا پڑتا ہے۔</w:t>
      </w:r>
    </w:p>
    <w:p>
      <w:r>
        <w:rPr>
          <w:b/>
        </w:rPr>
        <w:t xml:space="preserve">[29:10] </w:t>
      </w:r>
      <w:r>
        <w:t>goya deewana war is mein mehnat mehnat karni parti hai.</w:t>
      </w:r>
    </w:p>
    <w:p>
      <w:pPr>
        <w:jc w:val="right"/>
      </w:pPr>
      <w:r>
        <w:t>گویا دیوانہ وار اس میں محنت محنت کرنی پڑتی ہے۔</w:t>
      </w:r>
    </w:p>
    <w:p>
      <w:r>
        <w:rPr>
          <w:b/>
        </w:rPr>
        <w:t xml:space="preserve">[29:16] </w:t>
      </w:r>
      <w:r>
        <w:t>to aap bataein, eternal paradise ke liye kitni ziyada mehnat karni paregi? eternal paradise,</w:t>
      </w:r>
    </w:p>
    <w:p>
      <w:pPr>
        <w:jc w:val="right"/>
      </w:pPr>
      <w:r>
        <w:t>تو آپ بتائیں، ایٹرنل پیراڈائز کے لیے کتنی زیادہ محنت کرنی پڑے گی؟ ایٹرنل پیراڈائز،</w:t>
      </w:r>
    </w:p>
    <w:p>
      <w:r>
        <w:rPr>
          <w:b/>
        </w:rPr>
        <w:t xml:space="preserve">[29:26] </w:t>
      </w:r>
      <w:r>
        <w:t>eternal paradise ke liye bohat ziyada, bohat ziyada, bohat ziyada mehnat karni paregi.</w:t>
      </w:r>
    </w:p>
    <w:p>
      <w:pPr>
        <w:jc w:val="right"/>
      </w:pPr>
      <w:r>
        <w:t>ایٹرنل پیراڈائز کے لیے بہت زیادہ، بہت زیادہ، بہت زیادہ محنت کرنی پڑے گی۔</w:t>
      </w:r>
    </w:p>
    <w:p>
      <w:r>
        <w:rPr>
          <w:b/>
        </w:rPr>
        <w:t xml:space="preserve">[29:35] </w:t>
      </w:r>
      <w:r>
        <w:t>mein aaj subah ko radio sun raha tha to ek ek sahib jo film star, ek sahib hain jo bohat ziyada un ko film mein bohat ziyada un ko darja mila hai,</w:t>
      </w:r>
    </w:p>
    <w:p>
      <w:pPr>
        <w:jc w:val="right"/>
      </w:pPr>
      <w:r>
        <w:t>میں آج صبح کو ریڈیو سن رہا تھا تو ایک ایک صاحب جو فلم اسٹار، ایک صاحب ہیں جو بہت زیادہ ان کو فلم میں بہت زیادہ ان کو درجہ ملا ہے،</w:t>
      </w:r>
    </w:p>
    <w:p>
      <w:r>
        <w:rPr>
          <w:b/>
        </w:rPr>
        <w:t xml:space="preserve">[29:51] </w:t>
      </w:r>
      <w:r>
        <w:t>to us ne kaha ke film star, un ke naam ke saath jora us ne film</w:t>
      </w:r>
    </w:p>
    <w:p>
      <w:pPr>
        <w:jc w:val="right"/>
      </w:pPr>
      <w:r>
        <w:t>تو اس نے کہا کہ فلم اسٹار، ان کے نام کے ساتھ جوڑا اس نے فلم</w:t>
      </w:r>
    </w:p>
    <w:p>
      <w:r>
        <w:rPr>
          <w:b/>
        </w:rPr>
        <w:t xml:space="preserve">[29:56] </w:t>
      </w:r>
      <w:r>
        <w:t>star.</w:t>
      </w:r>
    </w:p>
    <w:p>
      <w:pPr>
        <w:jc w:val="right"/>
      </w:pPr>
      <w:r>
        <w:t>اسٹار۔</w:t>
      </w:r>
    </w:p>
    <w:p>
      <w:r>
        <w:rPr>
          <w:b/>
        </w:rPr>
        <w:t xml:space="preserve">[29:59] </w:t>
      </w:r>
      <w:r>
        <w:t>to mein ne socha ke kaisi ajeeb duniya hai! log filmon ke star banay hue hain lekin daawa ke liye koi star nahi, koi daawa star nahi.</w:t>
      </w:r>
    </w:p>
    <w:p>
      <w:pPr>
        <w:jc w:val="right"/>
      </w:pPr>
      <w:r>
        <w:t>تو میں نے سوچا کہ کیسی عجیب دنیا ہے! لوگ فلموں کے اسٹار بنے ہوئے ہیں لیکن دعویٰ کے لیے کوئی اسٹار نہیں، کوئی دعویٰ اسٹار نہیں۔</w:t>
      </w:r>
    </w:p>
    <w:p>
      <w:r>
        <w:rPr>
          <w:b/>
        </w:rPr>
        <w:t xml:space="preserve">[30:14] </w:t>
      </w:r>
      <w:r>
        <w:t>yaani paradise ke liye pukaarnay walay ko kehte hain daai, jo pukaray khara ho kar ke aey logon! paradise ke liye tayyari karo,</w:t>
      </w:r>
    </w:p>
    <w:p>
      <w:pPr>
        <w:jc w:val="right"/>
      </w:pPr>
      <w:r>
        <w:t>یعنی پیراڈائز کے لیے پکارنے والے کو کہتے ہیں داعی، جو پکارے کھڑا ہو کر کہ اے لوگوں! پیراڈائز کے لیے تیاری کرو،</w:t>
      </w:r>
    </w:p>
    <w:p>
      <w:r>
        <w:rPr>
          <w:b/>
        </w:rPr>
        <w:t xml:space="preserve">[30:28] </w:t>
      </w:r>
      <w:r>
        <w:t>apnay aap ko paradise ke qabil banao. jo is jo is pukaar ko le ke uthay, woh hai daai.</w:t>
      </w:r>
    </w:p>
    <w:p>
      <w:pPr>
        <w:jc w:val="right"/>
      </w:pPr>
      <w:r>
        <w:t>اپنے آپ کو پیراڈائز کے قابل بناؤ۔ جو اس جو اس پکار کو لے کے اٹھے، وہ ہے داعی۔</w:t>
      </w:r>
    </w:p>
    <w:p>
      <w:r>
        <w:rPr>
          <w:b/>
        </w:rPr>
        <w:t xml:space="preserve">[30:37] </w:t>
      </w:r>
      <w:r>
        <w:t>jo is pukaar ka kaam kare, us ko kahain ge daawa, daawa work. to mein ne socha ke dekhiye, duniya mein film star bohat se hain lekin daawa star koi nahi.</w:t>
      </w:r>
    </w:p>
    <w:p>
      <w:pPr>
        <w:jc w:val="right"/>
      </w:pPr>
      <w:r>
        <w:t>جو اس پکار کا کام کرے، اس کو کہیں گے دعویٰ، دعویٰ ورک۔ تو میں نے سوچا کہ دیکھیے، دنیا میں فلم اسٹار بہت سے ہیں لیکن دعویٰ اسٹار کوئی نہیں۔</w:t>
      </w:r>
    </w:p>
    <w:p>
      <w:r>
        <w:rPr>
          <w:b/>
        </w:rPr>
        <w:t xml:space="preserve">[30:50] </w:t>
      </w:r>
      <w:r>
        <w:t>to daawa star banna parega.</w:t>
      </w:r>
    </w:p>
    <w:p>
      <w:pPr>
        <w:jc w:val="right"/>
      </w:pPr>
      <w:r>
        <w:t>تو دعویٰ اسٹار بننا پڑے گا۔</w:t>
      </w:r>
    </w:p>
    <w:p>
      <w:r>
        <w:rPr>
          <w:b/>
        </w:rPr>
        <w:t xml:space="preserve">[30:59] </w:t>
      </w:r>
      <w:r>
        <w:t>agar aap aur yaad rakhiye ke agar aap discover kar lein paradise ko, agar paradise aap ko discovery ke darjay mein maloom ho jaye to kya aap samajhte hain ke aap zindagi normal zindagi rahegi?</w:t>
      </w:r>
    </w:p>
    <w:p>
      <w:pPr>
        <w:jc w:val="right"/>
      </w:pPr>
      <w:r>
        <w:t>اگر آپ اور یاد رکھیے کہ اگر آپ ڈسکور کر لیں پیراڈائز کو، اگر پیراڈائز آپ کو ڈسکوری کے درجے میں معلوم ہو جائے تو کیا آپ سمجھتے ہیں کہ آپ زندگی نارمل زندگی رہے گی؟</w:t>
      </w:r>
    </w:p>
    <w:p>
      <w:r>
        <w:rPr>
          <w:b/>
        </w:rPr>
        <w:t xml:space="preserve">[31:16] </w:t>
      </w:r>
      <w:r>
        <w:t>normal zindagi rahegi? mein jab adam barth mein tha, bohat pehle ki baat hai, to wahan par ek bazaar, hafte mein ek bazaar laga karta tha.</w:t>
      </w:r>
    </w:p>
    <w:p>
      <w:pPr>
        <w:jc w:val="right"/>
      </w:pPr>
      <w:r>
        <w:t>نارمل زندگی رہے گی؟ میں جب آدم بڑھ میں تھا، بہت پہلے کی بات ہے، تو وہاں پر ایک بازار، ہفتے میں ایک بازار لگا کرتا تھا۔</w:t>
      </w:r>
    </w:p>
    <w:p>
      <w:r>
        <w:rPr>
          <w:b/>
        </w:rPr>
        <w:t xml:space="preserve">[31:32] </w:t>
      </w:r>
      <w:r>
        <w:t>wahan mashhoor tha ke cheezein sasti milti hain.</w:t>
      </w:r>
    </w:p>
    <w:p>
      <w:pPr>
        <w:jc w:val="right"/>
      </w:pPr>
      <w:r>
        <w:t>وہاں مشہور تھا کہ چیزیں سستی ملتی ہیں۔</w:t>
      </w:r>
    </w:p>
    <w:p>
      <w:r>
        <w:rPr>
          <w:b/>
        </w:rPr>
        <w:t xml:space="preserve">[31:36] </w:t>
      </w:r>
      <w:r>
        <w:t>to mein idhar se aa raha tha apnay ghar ki taraf, idhar se ek aadmi bohat tezi se bhaga chala ja raha tha. to mein ne poocha ke bhai kahan itni tezi bhagay ja rahe hain?</w:t>
      </w:r>
    </w:p>
    <w:p>
      <w:pPr>
        <w:jc w:val="right"/>
      </w:pPr>
      <w:r>
        <w:t>تو میں ادھر سے آ رہا تھا اپنے گھر کی طرف، ادھر سے ایک آدمی بہت تیزی سے بھاگا چلا جا رہا تھا۔ تو میں نے پوچھا کہ بھئی کہاں اتنی تیزی بھاگے جا رہے ہیں؟</w:t>
      </w:r>
    </w:p>
    <w:p>
      <w:r>
        <w:rPr>
          <w:b/>
        </w:rPr>
        <w:t xml:space="preserve">[31:46] </w:t>
      </w:r>
      <w:r>
        <w:t>unhon ne kaha maloom nahi aap ko? arey bhai! aaj aaj is bazaar ka din hai, cheezen susti milti hain wahan par,</w:t>
      </w:r>
    </w:p>
    <w:p>
      <w:pPr>
        <w:jc w:val="right"/>
      </w:pPr>
      <w:r>
        <w:t>انہوں نے کہا معلوم نہیں آپ کو؟ ارے بھئی! آج آج اس بازار کا دن ہے، چیزیں سستی ملتی ہیں وہاں پر،</w:t>
      </w:r>
    </w:p>
    <w:p>
      <w:r>
        <w:rPr>
          <w:b/>
        </w:rPr>
        <w:t xml:space="preserve">[31:54] </w:t>
      </w:r>
      <w:r>
        <w:t>to hum ko jaldi wahan pahunchna hai, nahi to cheezen bik jayengi to kya hoga? to ek haftay ke bazaar mein susti cheez kharidne ke liye woh daur laga hua tha.</w:t>
      </w:r>
    </w:p>
    <w:p>
      <w:pPr>
        <w:jc w:val="right"/>
      </w:pPr>
      <w:r>
        <w:t>تو ہم کو جلدی وہاں پہنچنا ہے، نہیں تو چیزیں بک جائیں گی تو کیا ہوگا؟ تو ایک ہفتے کے بازار میں سستی چیز خریدنے کے لیے وہ دوڑ لگا ہوا تھا۔</w:t>
      </w:r>
    </w:p>
    <w:p>
      <w:r>
        <w:rPr>
          <w:b/>
        </w:rPr>
        <w:t xml:space="preserve">[32:05] </w:t>
      </w:r>
      <w:r>
        <w:t>woh</w:t>
      </w:r>
    </w:p>
    <w:p>
      <w:pPr>
        <w:jc w:val="right"/>
      </w:pPr>
      <w:r>
        <w:t>وہ</w:t>
      </w:r>
    </w:p>
    <w:p>
      <w:r>
        <w:rPr>
          <w:b/>
        </w:rPr>
        <w:t xml:space="preserve">[32:09] </w:t>
      </w:r>
      <w:r>
        <w:t>aap bataiye ke is ko yeh discovery hui ke falan bazaar mein cheezen susti milti hain aur is ke andar ek toofan aa gaya. agar aap ko yeh discovery ho jaye ke maut ke baad ek aur duniya hai,</w:t>
      </w:r>
    </w:p>
    <w:p>
      <w:pPr>
        <w:jc w:val="right"/>
      </w:pPr>
      <w:r>
        <w:t>آپ بتائیے کہ اس کو یہ ڈسکوری ہوئی کہ فلاں بازار میں چیزیں سستی ملتی ہیں اور اس کے اندر ایک طوفان آ گیا۔ اگر آپ کو یہ ڈسکوری ہو جائے کہ موت کے بعد ایک اور دنیا ہے،</w:t>
      </w:r>
    </w:p>
    <w:p>
      <w:r>
        <w:rPr>
          <w:b/>
        </w:rPr>
        <w:t xml:space="preserve">[32:26] </w:t>
      </w:r>
      <w:r>
        <w:t>maut ke baad paradise hai, yani jin jo desire meri unfulfilled reh gayi duniya mein, jo desire meri poori nahi ho saki aur na kisi ki poori hui,</w:t>
      </w:r>
    </w:p>
    <w:p>
      <w:pPr>
        <w:jc w:val="right"/>
      </w:pPr>
      <w:r>
        <w:t>موت کے بعد پیراڈائز ہے، یعنی جن جو ڈیزائر میری انفلفلڈ رہ گئی دنیا میں، جو ڈیزائر میری پوری نہیں ہو سکی اور نہ کسی کی پوری ہوئی،</w:t>
      </w:r>
    </w:p>
    <w:p>
      <w:r>
        <w:rPr>
          <w:b/>
        </w:rPr>
        <w:t xml:space="preserve">[32:41] </w:t>
      </w:r>
      <w:r>
        <w:t>duniya mein baray baray empire king hue, baray baray raja nawab hue,</w:t>
      </w:r>
    </w:p>
    <w:p>
      <w:pPr>
        <w:jc w:val="right"/>
      </w:pPr>
      <w:r>
        <w:t>دنیا میں بڑے بڑے ایمپائر کنگ ہوئے، بڑے بڑے راجہ نواب ہوئے،</w:t>
      </w:r>
    </w:p>
    <w:p>
      <w:r>
        <w:rPr>
          <w:b/>
        </w:rPr>
        <w:t xml:space="preserve">[32:47] </w:t>
      </w:r>
      <w:r>
        <w:t>baray baray paise wale hue, baray baray power wale hue, har aadmi despair mein mara, har aadmi mayusi mein mara, har aadmi is is ehsas ko le kar mara ke jo mein chahta tha, woh mujhe nahi mila.</w:t>
      </w:r>
    </w:p>
    <w:p>
      <w:pPr>
        <w:jc w:val="right"/>
      </w:pPr>
      <w:r>
        <w:t>بڑے بڑے پیسے والے ہوئے، بڑے بڑے پاور والے ہوئے، ہر آدمی ڈسپیئر میں مرا، ہر آدمی مایوسی میں مرا، ہر آدمی اس اس احساس کو لے کر مرا کہ جو میں چاہتا تھا، وہ مجھے نہیں ملا۔</w:t>
      </w:r>
    </w:p>
    <w:p>
      <w:r>
        <w:rPr>
          <w:b/>
        </w:rPr>
        <w:t xml:space="preserve">[33:04] </w:t>
      </w:r>
      <w:r>
        <w:t>desire ka ek star aadmi, desire ka ek anbaar aadmi ke andar hai.</w:t>
      </w:r>
    </w:p>
    <w:p>
      <w:pPr>
        <w:jc w:val="right"/>
      </w:pPr>
      <w:r>
        <w:t>ڈیزائر کا ایک اسٹار آدمی، ڈیزائر کا ایک انبار آدمی کے اندر ہے۔</w:t>
      </w:r>
    </w:p>
    <w:p>
      <w:r>
        <w:rPr>
          <w:b/>
        </w:rPr>
        <w:t xml:space="preserve">[33:11] </w:t>
      </w:r>
      <w:r>
        <w:t>desire, desire, desire, desire! lekin kisi ki bhi desire poori nahi hoti aur woh mar jata hai.</w:t>
      </w:r>
    </w:p>
    <w:p>
      <w:pPr>
        <w:jc w:val="right"/>
      </w:pPr>
      <w:r>
        <w:t>ڈیزائر، ڈیزائر، ڈیزائر، ڈیزائر! لیکن کسی کی بھی ڈیزائر پوری نہیں ہوتی اور وہ مر جاتا ہے۔</w:t>
      </w:r>
    </w:p>
    <w:p>
      <w:r>
        <w:rPr>
          <w:b/>
        </w:rPr>
        <w:t xml:space="preserve">[33:22] </w:t>
      </w:r>
      <w:r>
        <w:t>kyun ke aap jante hain ke 60 saal, 70 saal, 80 saal yahi umar hai aur 80 saal pahunch kar to itna kamzor rehta hai aadmi, kuch kar bhi nahi sakta.</w:t>
      </w:r>
    </w:p>
    <w:p>
      <w:pPr>
        <w:jc w:val="right"/>
      </w:pPr>
      <w:r>
        <w:t>کیونکہ آپ جانتے ہیں کہ 60 سال، 70 سال، 80 سال یہی عمر ہے اور 80 سال پہنچ کر تو اتنا کمزور رہتا ہے آدمی، کچھ کر بھی نہیں سکتا۔</w:t>
      </w:r>
    </w:p>
    <w:p>
      <w:r>
        <w:rPr>
          <w:b/>
        </w:rPr>
        <w:t xml:space="preserve">[33:34] </w:t>
      </w:r>
      <w:r>
        <w:t>abhi mein gaya tha ek conference mein, do char din ki baat hui dilli mein to ek bohat hi well known aadmi, aap sab log jante honge in ko, mein naam nahi lunga, well known aadmi hain dilli ka, bohat baray post par thay, bohat paisa hai in ke paas, farm house hai.</w:t>
      </w:r>
    </w:p>
    <w:p>
      <w:pPr>
        <w:jc w:val="right"/>
      </w:pPr>
      <w:r>
        <w:t>ابھی میں گیا تھا ایک کانفرنس میں، دو چار دن کی بات ہوئی دلی میں تو ایک بہت ہی ویل نون آدمی، آپ سب لوگ جانتے ہوں گے ان کو، میں نام نہیں لوں گا، ویل نون آدمی ہیں دلی کا، بہت بڑے پوسٹ پر تھے، بہت پیسہ ہے ان کے پاس، فارم ہاؤس ہے۔</w:t>
      </w:r>
    </w:p>
    <w:p>
      <w:r>
        <w:rPr>
          <w:b/>
        </w:rPr>
        <w:t xml:space="preserve">[33:51] </w:t>
      </w:r>
      <w:r>
        <w:t>mujh ko farm house se bulaya tha unhon ne ek bar, mein gaya tha wahan lekin wahan par aaye thay wheelchair par, woh wohi aadmi jo bohat study tha pehle, bohat shandar makan is ke paas, bohat zabardast farm house is ke paas, kafi paisa is ke paas, izzat, shohrat, dolat, naam sab kuch is ke paas.</w:t>
      </w:r>
    </w:p>
    <w:p>
      <w:pPr>
        <w:jc w:val="right"/>
      </w:pPr>
      <w:r>
        <w:t>مجھ کو فارم ہاؤس سے بلایا تھا انہوں نے ایک بار، میں گیا تھا وہاں لیکن وہاں پر آئے تھے ویل چیئر پر، وہ وہی آدمی جو بہت اسٹڈی تھا پہلے، بہت شاندار مکان اس کے پاس، بہت زبردست فارم ہاؤس اس کے پاس، کافی پیسہ اس کے پاس، عزت، شہرت، دولت، نام سب کچھ اس کے پاس۔</w:t>
      </w:r>
    </w:p>
    <w:p>
      <w:r>
        <w:rPr>
          <w:b/>
        </w:rPr>
        <w:t xml:space="preserve">[34:14] </w:t>
      </w:r>
      <w:r>
        <w:t>abhi woh mujh se kam umar hain, mujh se chotay hain, woh mujh se chotay hain. woh wahan aaye to wheelchair par thay, mein pehchan nahi paya.</w:t>
      </w:r>
    </w:p>
    <w:p>
      <w:pPr>
        <w:jc w:val="right"/>
      </w:pPr>
      <w:r>
        <w:t>ابھی وہ مجھ سے کم عمر ہیں، مجھ سے چھوٹے ہیں، وہ مجھ سے چھوٹے ہیں۔ وہ وہاں آئے تو ویل چیئر پر تھے، میں پہچان نہیں پایا۔</w:t>
      </w:r>
    </w:p>
    <w:p>
      <w:r>
        <w:rPr>
          <w:b/>
        </w:rPr>
        <w:t xml:space="preserve">[34:28] </w:t>
      </w:r>
      <w:r>
        <w:t>mere saathi ne bataya ke yeh falan sahib hain, to mein ja ke mila un se.</w:t>
      </w:r>
    </w:p>
    <w:p>
      <w:pPr>
        <w:jc w:val="right"/>
      </w:pPr>
      <w:r>
        <w:t>میرے ساتھی نے بتایا کہ یہ فلاں صاحب ہیں، تو میں جا کے ملا ان سے۔</w:t>
      </w:r>
    </w:p>
    <w:p>
      <w:r>
        <w:rPr>
          <w:b/>
        </w:rPr>
        <w:t xml:space="preserve">[34:33] </w:t>
      </w:r>
      <w:r>
        <w:t>yeh duniya hai</w:t>
      </w:r>
    </w:p>
    <w:p>
      <w:pPr>
        <w:jc w:val="right"/>
      </w:pPr>
      <w:r>
        <w:t>یہ دنیا ہے</w:t>
      </w:r>
    </w:p>
    <w:p>
      <w:r>
        <w:rPr>
          <w:b/>
        </w:rPr>
        <w:t xml:space="preserve">[34:37] </w:t>
      </w:r>
      <w:r>
        <w:t>to aap ke koi desire yahan poori nahi hoti hain,</w:t>
      </w:r>
    </w:p>
    <w:p>
      <w:pPr>
        <w:jc w:val="right"/>
      </w:pPr>
      <w:r>
        <w:t>تو آپ کے کوئی ڈیزائر یہاں پوری نہیں ہوتی ہیں،</w:t>
      </w:r>
    </w:p>
    <w:p>
      <w:r>
        <w:rPr>
          <w:b/>
        </w:rPr>
        <w:t xml:space="preserve">[34:43] </w:t>
      </w:r>
      <w:r>
        <w:t>poori nahi hoti hain. aap boorhay ho jatay hain, aap mar jatay hain to har aadmi unfulfilled desire ka case hai, har aadmi.</w:t>
      </w:r>
    </w:p>
    <w:p>
      <w:pPr>
        <w:jc w:val="right"/>
      </w:pPr>
      <w:r>
        <w:t>پوری نہیں ہوتی ہیں۔ آپ بوڑھے ہو جاتے ہیں، آپ مر جاتے ہیں تو ہر آدمی انفلفل ڈیزائر کا کیس ہے، ہر آدمی۔</w:t>
      </w:r>
    </w:p>
    <w:p>
      <w:r>
        <w:rPr>
          <w:b/>
        </w:rPr>
        <w:t xml:space="preserve">[34:55] </w:t>
      </w:r>
      <w:r>
        <w:t>ab aap ko yeh discovery ho jaye ke woh ek paradise hai, wahan sari desire fulfill hone wali hain,</w:t>
      </w:r>
    </w:p>
    <w:p>
      <w:pPr>
        <w:jc w:val="right"/>
      </w:pPr>
      <w:r>
        <w:t>اب آپ کو یہ ڈسکوری ہو جائے کہ وہ ایک پیراڈائز ہے، وہاں ساری ڈیزائر فلفل ہونے والی ہیں،</w:t>
      </w:r>
    </w:p>
    <w:p>
      <w:r>
        <w:rPr>
          <w:b/>
        </w:rPr>
        <w:t xml:space="preserve">[35:03] </w:t>
      </w:r>
      <w:r>
        <w:t>jahan hum ko poora fulfillment milega, jo eternal hai, jahan koi disadvantage nahi, jahan koi limitations nahi, jahan bimari nahi, jahan barhapa nahi, jahan accident nahi.</w:t>
      </w:r>
    </w:p>
    <w:p>
      <w:pPr>
        <w:jc w:val="right"/>
      </w:pPr>
      <w:r>
        <w:t>جہاں ہم کو پورا فلفلمنٹ ملے گا، جو ایٹرنل ہے، جہاں کوئی ڈس ایڈوانٹیج نہیں، جہاں کوئی لیمیٹیشنز نہیں، جہاں بیماری نہیں، جہاں بڑھاپا نہیں، جہاں ایکسیڈنٹ نہیں۔</w:t>
      </w:r>
    </w:p>
    <w:p>
      <w:r>
        <w:rPr>
          <w:b/>
        </w:rPr>
        <w:t xml:space="preserve">[35:15] </w:t>
      </w:r>
      <w:r>
        <w:t>itna zabardast aap ko thrill aaye ga ke aap chalayen ge: "aey logon! aey logon! bhago!"</w:t>
      </w:r>
    </w:p>
    <w:p>
      <w:pPr>
        <w:jc w:val="right"/>
      </w:pPr>
      <w:r>
        <w:t>اتنا زبردست آپ کو تھرل آئے گا کہ آپ چلائیں گے: "اے لوگوں! اے لوگوں! بھاگو!"</w:t>
      </w:r>
    </w:p>
    <w:p>
      <w:r>
        <w:rPr>
          <w:b/>
        </w:rPr>
        <w:t xml:space="preserve">[35:21] </w:t>
      </w:r>
      <w:r>
        <w:t>farr Allah! jis tarah woh aadmi bhag raha tha, us is yeh is itni jankari is ko hui ke aaj wahan bazaar laga hai, jahan susti cheezen mil rahi hain.</w:t>
      </w:r>
    </w:p>
    <w:p>
      <w:pPr>
        <w:jc w:val="right"/>
      </w:pPr>
      <w:r>
        <w:t>ففر اللہ! جس طرح وہ آدمی بھاگ رہا تھا، اس اس یہ اس اتنی جانکاری اس کو ہوئی کہ آج وہاں بازار لگا ہے، جہاں سستی چیزیں مل رہی ہیں۔</w:t>
      </w:r>
    </w:p>
    <w:p>
      <w:r>
        <w:rPr>
          <w:b/>
        </w:rPr>
        <w:t xml:space="preserve">[35:34] </w:t>
      </w:r>
      <w:r>
        <w:t>to logon ko paradise ki discovery nahi.</w:t>
      </w:r>
    </w:p>
    <w:p>
      <w:pPr>
        <w:jc w:val="right"/>
      </w:pPr>
      <w:r>
        <w:t>تو لوگوں کو پیراڈائز کی ڈسکوری نہیں۔</w:t>
      </w:r>
    </w:p>
    <w:p>
      <w:r>
        <w:rPr>
          <w:b/>
        </w:rPr>
        <w:t xml:space="preserve">[35:38] </w:t>
      </w:r>
      <w:r>
        <w:t>sachi baat hai ke aaj logon ko pata hi nahi ke paradise bhi koi cheez hai, jo naam letay hain, un ko bhi pata nahi hai, un ko bhi pata nahi hai kyun ke un ke dil mein koi thrill nahi aaya, un ki zindagi mein koi daawa ka start nahi aaya.</w:t>
      </w:r>
    </w:p>
    <w:p>
      <w:pPr>
        <w:jc w:val="right"/>
      </w:pPr>
      <w:r>
        <w:t>سچی بات ہے کہ آج لوگوں کو پتہ ہی نہیں کہ پیراڈائز بھی کوئی چیز ہے، جو نام لیتے ہیں، ان کو بھی پتہ نہیں ہے، ان کو بھی پتہ نہیں ہے کیونکہ ان کے دل میں کوئی تھرل نہیں آیا، ان کی زندگی میں کوئی دعویٰ کا اسٹارٹ نہیں آیا۔</w:t>
      </w:r>
    </w:p>
    <w:p>
      <w:r>
        <w:rPr>
          <w:b/>
        </w:rPr>
        <w:t xml:space="preserve">[36:00] </w:t>
      </w:r>
      <w:r>
        <w:t>woh duniya ko batane ke liye chalane uthay to mein yahi kahunga ke un ko paradise ki discovery nahi hui.</w:t>
      </w:r>
    </w:p>
    <w:p>
      <w:pPr>
        <w:jc w:val="right"/>
      </w:pPr>
      <w:r>
        <w:t>وہ دنیا کو بتانے کے لیے چلانے اٹھے تو میں یہی کہوں گا کہ ان کو پیراڈائز کی ڈسکوری نہیں ہوئی۔</w:t>
      </w:r>
    </w:p>
    <w:p>
      <w:r>
        <w:rPr>
          <w:b/>
        </w:rPr>
        <w:t xml:space="preserve">[36:12] </w:t>
      </w:r>
      <w:r>
        <w:t>to paradise ki discovery agar ho jaye aadmi ko to chup nahi baith sakta, woh woh chup nahi baith sakta.</w:t>
      </w:r>
    </w:p>
    <w:p>
      <w:pPr>
        <w:jc w:val="right"/>
      </w:pPr>
      <w:r>
        <w:t>تو پیراڈائز کی ڈسکوری اگر ہو جائے آدمی کو تو چپ نہیں بیٹھ سکتا، وہ وہ چپ نہیں بیٹھ سکتا۔</w:t>
      </w:r>
    </w:p>
    <w:p>
      <w:r>
        <w:rPr>
          <w:b/>
        </w:rPr>
        <w:t xml:space="preserve">[36:23] </w:t>
      </w:r>
      <w:r>
        <w:t>yeh impossible hai ke woh chup rahe.</w:t>
      </w:r>
    </w:p>
    <w:p>
      <w:pPr>
        <w:jc w:val="right"/>
      </w:pPr>
      <w:r>
        <w:t>یہ امپاسیبل ہے کہ وہ چپ رہے۔</w:t>
      </w:r>
    </w:p>
    <w:p>
      <w:r>
        <w:rPr>
          <w:b/>
        </w:rPr>
        <w:t xml:space="preserve">[36:27] </w:t>
      </w:r>
      <w:r>
        <w:t>abhi dilli mein agar agar yeh aik din khabar aa jaye ke toyota jo hai, woh toh das hazar rupay mein mil rahi hai, brand new toyota, toh saare log daud padenge is ke liye ke brand new toyota jo hai,</w:t>
      </w:r>
    </w:p>
    <w:p>
      <w:pPr>
        <w:jc w:val="right"/>
      </w:pPr>
      <w:r>
        <w:t>ابھی دلی میں اگر اگر یہ ایک دن خبر آ جائے کہ ٹائیٹا جو ہے، وہ تو دس ہزار روپے میں مل رہی ہے، برانڈ نیو ٹائیٹا، تو سارے لوگ دوڑ پڑیں گے اس کے لیے کہ برانڈ نیو ٹائیٹا جو ہے،</w:t>
      </w:r>
    </w:p>
    <w:p>
      <w:r>
        <w:rPr>
          <w:b/>
        </w:rPr>
        <w:t xml:space="preserve">[36:43] </w:t>
      </w:r>
      <w:r>
        <w:t>woh mil rahi hai das hazar rupay mein,</w:t>
      </w:r>
    </w:p>
    <w:p>
      <w:pPr>
        <w:jc w:val="right"/>
      </w:pPr>
      <w:r>
        <w:t>وہ مل رہی ہے دس ہزار روپے میں،</w:t>
      </w:r>
    </w:p>
    <w:p>
      <w:r>
        <w:rPr>
          <w:b/>
        </w:rPr>
        <w:t xml:space="preserve">[36:46] </w:t>
      </w:r>
      <w:r>
        <w:t>ya mercedes mil rahi hai pandrah hazar rupay mein, toh sab bhagenge is ki taraf. Aap batayein ke toyota aur aur aur mercedes ki kya haqeeqat hai paradise ke muqable mein?</w:t>
      </w:r>
    </w:p>
    <w:p>
      <w:pPr>
        <w:jc w:val="right"/>
      </w:pPr>
      <w:r>
        <w:t>یا مرسیڈیز مل رہی ہے پندرہ ہزار روپے میں، تو سب بھاگیں گے اس کی طرف۔ آپ بتائیں کہ ٹائیٹا اور اور اور مرسیڈیز کی کیا حقیقت ہے پیراڈائز کے مقابلے میں؟</w:t>
      </w:r>
    </w:p>
    <w:p>
      <w:r>
        <w:rPr>
          <w:b/>
        </w:rPr>
        <w:t xml:space="preserve">[37:01] </w:t>
      </w:r>
      <w:r>
        <w:t>aik accident toyota ko bekar kar deta hai.</w:t>
      </w:r>
    </w:p>
    <w:p>
      <w:pPr>
        <w:jc w:val="right"/>
      </w:pPr>
      <w:r>
        <w:t>ایک ایکسیڈنٹ ٹائیٹا کو بیکار کر دیتا ہے۔</w:t>
      </w:r>
    </w:p>
    <w:p>
      <w:r>
        <w:rPr>
          <w:b/>
        </w:rPr>
        <w:t xml:space="preserve">[37:07] </w:t>
      </w:r>
      <w:r>
        <w:t>mein aik martaba safar kar raha tha, bilkul nai gaadi thi</w:t>
      </w:r>
    </w:p>
    <w:p>
      <w:pPr>
        <w:jc w:val="right"/>
      </w:pPr>
      <w:r>
        <w:t>میں ایک مرتبہ سفر کر رہا تھا، بالکل نئی گاڑی تھی</w:t>
      </w:r>
    </w:p>
    <w:p>
      <w:r>
        <w:rPr>
          <w:b/>
        </w:rPr>
        <w:t xml:space="preserve">[37:14] </w:t>
      </w:r>
      <w:r>
        <w:t>aur us par mein tha aur aik tadad mein aur the, bas aik aadmi. Toh kya hua ke woh tez daura raha tha gaadi, achaanak aisa hua wahan par ke aik aur gaadi aa gayi aur yeh rasta nahi pa saka.</w:t>
      </w:r>
    </w:p>
    <w:p>
      <w:pPr>
        <w:jc w:val="right"/>
      </w:pPr>
      <w:r>
        <w:t>اور اس پر میں تھا اور ایک تعداد میں اور تھے، بس ایک آدمی۔ تو کیا ہوا کہ وہ تیز دوڑا رہا تھا گاڑی، اچانک ایسا ہوا وہاں پر کہ ایک اور گاڑی آ گئی اور یہ راستہ نہیں پا سکا۔</w:t>
      </w:r>
    </w:p>
    <w:p>
      <w:r>
        <w:rPr>
          <w:b/>
        </w:rPr>
        <w:t xml:space="preserve">[37:31] </w:t>
      </w:r>
      <w:r>
        <w:t>toh us ne is mein ghusa diya, aage truck khada hua tha, truck ke andar jaan boojh kar us ne ghusa diya.</w:t>
      </w:r>
    </w:p>
    <w:p>
      <w:pPr>
        <w:jc w:val="right"/>
      </w:pPr>
      <w:r>
        <w:t>تو اس نے اس میں گھسا دیا، آگے ٹرک کھڑا ہوا تھا، ٹرک کے اندر جان بوجھ کر اس نے گھسا دیا۔</w:t>
      </w:r>
    </w:p>
    <w:p>
      <w:r>
        <w:rPr>
          <w:b/>
        </w:rPr>
        <w:t xml:space="preserve">[37:39] </w:t>
      </w:r>
      <w:r>
        <w:t>us ne mein ne kaha: "aisa kyun kiya aap ne?" us ne kaha: "agar aap is mein na ghusate toh takrao hota hai, idhar takrao tha,</w:t>
      </w:r>
    </w:p>
    <w:p>
      <w:pPr>
        <w:jc w:val="right"/>
      </w:pPr>
      <w:r>
        <w:t>اس نے میں نے کہا: "ایسا کیوں کیا آپ نے؟" اس نے کہا: "اگر آپ اس میں نہ گھساتے تو ٹکراؤ ہوتا ہے، ادھر ٹکراؤ تھا،</w:t>
      </w:r>
    </w:p>
    <w:p>
      <w:r>
        <w:rPr>
          <w:b/>
        </w:rPr>
        <w:t xml:space="preserve">[37:48] </w:t>
      </w:r>
      <w:r>
        <w:t>takrao mein gaadi khatam ho jati." toh mein ne us ke neeche ghusa diya, truck ke neeche, toh kam az kam hum log bach toh gaye. Kya dunya hai?</w:t>
      </w:r>
    </w:p>
    <w:p>
      <w:pPr>
        <w:jc w:val="right"/>
      </w:pPr>
      <w:r>
        <w:t>ٹکراؤ میں گاڑی ختم ہو جاتی۔" تو میں نے اس کے نیچے گھسا دیا، ٹرک کے نیچے، تو کم از کم ہم لوگ بچ تو گئے۔ کیا دنیا ہے؟</w:t>
      </w:r>
    </w:p>
    <w:p>
      <w:r>
        <w:rPr>
          <w:b/>
        </w:rPr>
        <w:t xml:space="preserve">[37:59] </w:t>
      </w:r>
      <w:r>
        <w:t>kya hai car? kya hai brand new car? dunya ki sab se qeemti car par ja rahi thi diana aur jante hain ke isi mein mar gayi woh.</w:t>
      </w:r>
    </w:p>
    <w:p>
      <w:pPr>
        <w:jc w:val="right"/>
      </w:pPr>
      <w:r>
        <w:t>کیا ہے کار؟ کیا ہے برانڈ نیو کار؟ دنیا کی سب سے قیمتی کار پر جا رہی تھی ڈائنا اور جانتے ہیں کہ اسی میں مر گئی وہ۔</w:t>
      </w:r>
    </w:p>
    <w:p>
      <w:r>
        <w:rPr>
          <w:b/>
        </w:rPr>
        <w:t xml:space="preserve">[38:09] </w:t>
      </w:r>
      <w:r>
        <w:t>toh kya hai car? toh us ke toh mein ne kaha ke agar yeh dilli mein mashhoor ho jaye ke falan jagah jo hai, ab chouke maloti limited yahan se khatam kar rahi hai apna karobar, toh oney pone bech kar ja rahi hai,</w:t>
      </w:r>
    </w:p>
    <w:p>
      <w:pPr>
        <w:jc w:val="right"/>
      </w:pPr>
      <w:r>
        <w:t>تو کیا ہے کار؟ تو اس کے تو میں نے کہا کہ اگر یہ دلی میں مشہور ہو جائے کہ فلانی جگہ جو ہے، اب چونکہ مالوتی لمیٹڈ یہاں سے ختم کر رہی ہے اپنا کاروبار، تو اونے پونے بیچ کر جا رہی ہے،</w:t>
      </w:r>
    </w:p>
    <w:p>
      <w:r>
        <w:rPr>
          <w:b/>
        </w:rPr>
        <w:t xml:space="preserve">[38:28] </w:t>
      </w:r>
      <w:r>
        <w:t>toh sab log daurenge wahan ja kar ke. Toh mein yeh kahunga ke logon ko toyota ki discovery hui hai lekin logon ko paradise ki discovery nahi hui hai.</w:t>
      </w:r>
    </w:p>
    <w:p>
      <w:pPr>
        <w:jc w:val="right"/>
      </w:pPr>
      <w:r>
        <w:t>تو سب لوگ دوڑیں گے وہاں جا کر کے۔ تو میں یہ کہوں گا کہ لوگوں کو ٹائیٹا کی ڈسکوری ہوئی ہے لیکن لوگوں کو پیراڈائز کی ڈسکوری نہیں ہوئی ہے۔</w:t>
      </w:r>
    </w:p>
    <w:p>
      <w:r>
        <w:rPr>
          <w:b/>
        </w:rPr>
        <w:t xml:space="preserve">[38:43] </w:t>
      </w:r>
      <w:r>
        <w:t>naam lete hon tab bhi.</w:t>
      </w:r>
    </w:p>
    <w:p>
      <w:pPr>
        <w:jc w:val="right"/>
      </w:pPr>
      <w:r>
        <w:t>نام لیتے ہوں تب بھی۔</w:t>
      </w:r>
    </w:p>
    <w:p>
      <w:r>
        <w:rPr>
          <w:b/>
        </w:rPr>
        <w:t xml:space="preserve">[38:51] </w:t>
      </w:r>
      <w:r>
        <w:t>mein aik qisse par baat ko khatam karta hoon. roos ka aik writer tha, solzhenitsyn, wahan pakad dhakad hui roos mein.</w:t>
      </w:r>
    </w:p>
    <w:p>
      <w:pPr>
        <w:jc w:val="right"/>
      </w:pPr>
      <w:r>
        <w:t>میں ایک قصے پر بات کو ختم کرتا ہوں۔ روس کا ایک رائٹر تھا، سولز نیپسین، وہاں پکڑ دھکڑ ہوئی روس میں۔</w:t>
      </w:r>
    </w:p>
    <w:p>
      <w:r>
        <w:rPr>
          <w:b/>
        </w:rPr>
        <w:t xml:space="preserve">[39:01] </w:t>
      </w:r>
      <w:r>
        <w:t>uski communist zamane ki baat hai yeh. Woh bhaag kar amreeka gaya toh aik kitaab woh likh raha tha.</w:t>
      </w:r>
    </w:p>
    <w:p>
      <w:pPr>
        <w:jc w:val="right"/>
      </w:pPr>
      <w:r>
        <w:t>اس کی کمیونسٹ زمانے کی بات ہے یہ۔ وہ بھاگ کر امریکہ گیا تو ایک کتاب وہ لکھ رہا تھا۔</w:t>
      </w:r>
    </w:p>
    <w:p>
      <w:r>
        <w:rPr>
          <w:b/>
        </w:rPr>
        <w:t xml:space="preserve">[39:09] </w:t>
      </w:r>
      <w:r>
        <w:t>woh roos mein jo jo corruption tha, wahan jo bigaad tha, us par woh kitaab likh raha tha aik form mein amreeka mein.</w:t>
      </w:r>
    </w:p>
    <w:p>
      <w:pPr>
        <w:jc w:val="right"/>
      </w:pPr>
      <w:r>
        <w:t>وہ روس میں جو جو کرپشن تھا، وہاں جو بگاڑ تھا، اس پر وہ کتاب لکھ رہا تھا ایک فارم میں امریکہ میں۔</w:t>
      </w:r>
    </w:p>
    <w:p>
      <w:r>
        <w:rPr>
          <w:b/>
        </w:rPr>
        <w:t xml:space="preserve">[39:19] </w:t>
      </w:r>
      <w:r>
        <w:t>toh us zamane mein reagan jo tha, woh president tha. Reagan ko pata chala ke solzhenitsyn jo hai, wahan se bohat mashhoor writer tha, woh aya hua hai.</w:t>
      </w:r>
    </w:p>
    <w:p>
      <w:pPr>
        <w:jc w:val="right"/>
      </w:pPr>
      <w:r>
        <w:t>تو اس زمانے میں ریگن جو تھا، وہ پریزیڈنٹ تھا۔ ریگن کو پتہ چلا کہ سال جنرسین جو ہے، وہاں سے بہت مشہور رائٹر تھا، وہ آیا ہوا ہے۔</w:t>
      </w:r>
    </w:p>
    <w:p>
      <w:r>
        <w:rPr>
          <w:b/>
        </w:rPr>
        <w:t xml:space="preserve">[39:30] </w:t>
      </w:r>
      <w:r>
        <w:t>toh us ne in white house ne message bheja ke reagan tum se milna chahte hain aur tumhare sath dinner karna chahte hain. Jante hain kya hua?</w:t>
      </w:r>
    </w:p>
    <w:p>
      <w:pPr>
        <w:jc w:val="right"/>
      </w:pPr>
      <w:r>
        <w:t>تو اس نے ان وائٹ ہاؤس نے میسج بھیجا کہ ریگن تم سے ملنا چاہتے ہیں اور تمہارے ساتھ ڈنر کرنا چاہتے ہیں۔ جانتے ہیں کیا ہوا؟</w:t>
      </w:r>
    </w:p>
    <w:p>
      <w:r>
        <w:rPr>
          <w:b/>
        </w:rPr>
        <w:t xml:space="preserve">[39:41] </w:t>
      </w:r>
      <w:r>
        <w:t>us ne likh kar bhej diya ke mere paas time nahi hai, mujhe aik kitaab likhna hai, aik kitaab likh kar marna hai. Mujhe</w:t>
      </w:r>
    </w:p>
    <w:p>
      <w:pPr>
        <w:jc w:val="right"/>
      </w:pPr>
      <w:r>
        <w:t>اس نے لکھ کر بھیج دیا کہ میرے پاس ٹائم نہیں ہے، مجھے ایک کتاب لکھنا ہے، ایک کتاب لکھ کر مرنا ہے۔ مجھے</w:t>
      </w:r>
    </w:p>
    <w:p>
      <w:r>
        <w:rPr>
          <w:b/>
        </w:rPr>
        <w:t xml:space="preserve">[39:50] </w:t>
      </w:r>
      <w:r>
        <w:t>mein communist tha pehle, ab mujhe discovery hui ke communist aik dhoka tha, us dhoke ko mujhe batana hai logon ko, dunya ko, taake meri taraf se tera koi doosra dhoka na pade communism ke.</w:t>
      </w:r>
    </w:p>
    <w:p>
      <w:pPr>
        <w:jc w:val="right"/>
      </w:pPr>
      <w:r>
        <w:t>میں کمیونسٹ تھا پہلے، اب مجھے ڈسکوری ہوئی کہ کمیونسٹ ایک دھوکا تھا، اس دھوکے کو مجھے بتانا ہے لوگوں کو، دنیا کو، تاکہ میری طرف سے تیرا کوئی دوسرا دھوکہ نہ پڑے کمیونزم کے۔</w:t>
      </w:r>
    </w:p>
    <w:p>
      <w:r>
        <w:rPr>
          <w:b/>
        </w:rPr>
        <w:t xml:space="preserve">[40:02] </w:t>
      </w:r>
      <w:r>
        <w:t>toh mere paas time kahan hai? toh reagan se milna aur reagan ke sath dinner khana is ke liye kuch bhi nahi tha.</w:t>
      </w:r>
    </w:p>
    <w:p>
      <w:pPr>
        <w:jc w:val="right"/>
      </w:pPr>
      <w:r>
        <w:t>تو میرے پاس ٹائم کہاں ہے؟ تو ریگن سے ملنا اور ریگن کے ساتھ ڈنر کھانا اس کے لیے کچھ بھی نہیں تھا۔</w:t>
      </w:r>
    </w:p>
    <w:p>
      <w:r>
        <w:rPr>
          <w:b/>
        </w:rPr>
        <w:t xml:space="preserve">[40:11] </w:t>
      </w:r>
      <w:r>
        <w:t>kyun? us ko aik aik cheez ka pata hua tha, us us ko dunya ko batana chahta tha. Us ko</w:t>
      </w:r>
    </w:p>
    <w:p>
      <w:pPr>
        <w:jc w:val="right"/>
      </w:pPr>
      <w:r>
        <w:t>کیوں؟ اس کو ایک ایک چیز کا پتہ ہوا تھا، اس اس کو دنیا کو بتانا چاہتا تھا۔ اس کو</w:t>
      </w:r>
    </w:p>
    <w:p>
      <w:r>
        <w:rPr>
          <w:b/>
        </w:rPr>
        <w:t xml:space="preserve">[40:18] </w:t>
      </w:r>
      <w:r>
        <w:t>aap bataiye ke aap agar pata ho jaye aap ko ke paradise aik eternal paradise, jahan fulfillment, poora fulfillment milega har insaan ko, woh hai kahin toh kya aap chup baithenge?</w:t>
      </w:r>
    </w:p>
    <w:p>
      <w:pPr>
        <w:jc w:val="right"/>
      </w:pPr>
      <w:r>
        <w:t>آپ بتائیے کہ آپ اگر پتہ ہو جائے آپ کو کہ پیراڈائز ایک ایٹرنل پیراڈائز، جہاں فلفلم، پورا فلفلمنٹ ملے گا ہر انسان کو، وہ ہے کہیں تو کیا آپ چپ بیٹھیں گے؟</w:t>
      </w:r>
    </w:p>
    <w:p>
      <w:r>
        <w:rPr>
          <w:b/>
        </w:rPr>
        <w:t xml:space="preserve">[40:34] </w:t>
      </w:r>
      <w:r>
        <w:t>aap hero ban jayenge, hero</w:t>
      </w:r>
    </w:p>
    <w:p>
      <w:pPr>
        <w:jc w:val="right"/>
      </w:pPr>
      <w:r>
        <w:t>آپ ہیرو بن جائیں گے، ہیرو</w:t>
      </w:r>
    </w:p>
    <w:p>
      <w:r>
        <w:rPr>
          <w:b/>
        </w:rPr>
        <w:t xml:space="preserve">[40:38] </w:t>
      </w:r>
      <w:r>
        <w:t>keh khud mujhe mil jaye paradise aur doosron ko main bata doon?</w:t>
      </w:r>
    </w:p>
    <w:p>
      <w:pPr>
        <w:jc w:val="right"/>
      </w:pPr>
      <w:r>
        <w:t>کہ خود مجھے مل جائے پیراڈائز اور دوسروں کو میں بتا دوں؟</w:t>
      </w:r>
    </w:p>
    <w:p>
      <w:r>
        <w:rPr>
          <w:b/>
        </w:rPr>
        <w:t xml:space="preserve">[40:44] </w:t>
      </w:r>
      <w:r>
        <w:t>insanon se mohabbat aap ko majboor kare keh aap sarey insanon ko batane ke liye dauren. aap ek taraf apney aap ko aap chahen ge keh mujhe yeh risk na lena chahen ge keh aap ko paradise na milay, aur doosri taraf insan ki mohabbat aap ko majboor karey gi keh is ko bata de sarey insanon ko.</w:t>
      </w:r>
    </w:p>
    <w:p>
      <w:pPr>
        <w:jc w:val="right"/>
      </w:pPr>
      <w:r>
        <w:t>انسانوں سے محبت آپ کو مجبور کرے کہ آپ سارے انسانوں کو بتانے کے لیے دوڑیں۔ آپ ایک طرف اپنے آپ کو آپ چاہیں گے کہ مجھے یہ رسک نہ لینا چاہیں گے کہ آپ کو پیراڈائز نہ ملے، اور دوسری طرف انسان کی محبت آپ کو مجبور کرے گی کہ اس کو بتا دے سارے انسانوں کو۔</w:t>
      </w:r>
    </w:p>
    <w:p>
      <w:r>
        <w:rPr>
          <w:b/>
        </w:rPr>
        <w:t xml:space="preserve">[41:08] </w:t>
      </w:r>
      <w:r>
        <w:t>to saal generacine ko ek kitab likhni thi communist fareb par. khud communist tha pehley, woh phir pata chala keh yeh to bilkul fareb tha is sey dunya ko batane ke liye.</w:t>
      </w:r>
    </w:p>
    <w:p>
      <w:pPr>
        <w:jc w:val="right"/>
      </w:pPr>
      <w:r>
        <w:t>تو سال جنرسین کو ایک کتاب لکھنی تھی کمیونسٹ فریب پر۔ خود کمیونسٹ تھا پہلے، وہ پھر پتہ چلا کہ یہ تو بالکل فریب تھا اس سے دنیا کو بتانے کے لیے۔</w:t>
      </w:r>
    </w:p>
    <w:p>
      <w:r>
        <w:rPr>
          <w:b/>
        </w:rPr>
        <w:t xml:space="preserve">[41:24] </w:t>
      </w:r>
      <w:r>
        <w:t>is key pass time nahi tha.</w:t>
      </w:r>
    </w:p>
    <w:p>
      <w:pPr>
        <w:jc w:val="right"/>
      </w:pPr>
      <w:r>
        <w:t>اس کے پاس ٹائم نہیں تھا۔</w:t>
      </w:r>
    </w:p>
    <w:p>
      <w:r>
        <w:rPr>
          <w:b/>
        </w:rPr>
        <w:t xml:space="preserve">[41:27] </w:t>
      </w:r>
      <w:r>
        <w:t>hamare aap pass time hai to bas main yahi kahoon ga keh hum ko paradise mili nahi, hum ko paradise ki khabar nahi.</w:t>
      </w:r>
    </w:p>
    <w:p>
      <w:pPr>
        <w:jc w:val="right"/>
      </w:pPr>
      <w:r>
        <w:t>ہمارے آپ پاس ٹائم ہے تو بس میں یہی کہوں گا کہ ہم کو پیراڈائز ملی نہیں، ہم کو پیراڈائز کی خبر نہیں۔</w:t>
      </w:r>
    </w:p>
    <w:p>
      <w:r>
        <w:rPr>
          <w:b/>
        </w:rPr>
        <w:t xml:space="preserve">[41:37] </w:t>
      </w:r>
      <w:r>
        <w:t>to behal main yeh kahoon ga keh zindagi ko zyada zyada gehrai key sath janiye,</w:t>
      </w:r>
    </w:p>
    <w:p>
      <w:pPr>
        <w:jc w:val="right"/>
      </w:pPr>
      <w:r>
        <w:t>تو بہرحال میں یہ کہوں گا کہ زندگی کو زیادہ زیادہ گہرائی کے ساتھ جانیے،</w:t>
      </w:r>
    </w:p>
    <w:p>
      <w:r>
        <w:rPr>
          <w:b/>
        </w:rPr>
        <w:t xml:space="preserve">[41:44] </w:t>
      </w:r>
      <w:r>
        <w:t>khuda key creation plan ko samjhiye, zindagi ki value ko samjhiye, marna kya hai aur marne key baad kya hone wala hai, in baton ko samjhiye aur zindagi ki re-planning kijiye.</w:t>
      </w:r>
    </w:p>
    <w:p>
      <w:pPr>
        <w:jc w:val="right"/>
      </w:pPr>
      <w:r>
        <w:t>خدا کے کریشن پلان کو سمجھیے، زندگی کی ویلیو کو سمجھیے، مرنے مرنا کیا ہے اور مرنے کے بعد کیا ہونے والا ہے، ان باتوں کو سمجھیے اور زندگی کی ری پلاننگ کیجئے۔</w:t>
      </w:r>
    </w:p>
    <w:p>
      <w:r>
        <w:rPr>
          <w:b/>
        </w:rPr>
        <w:t xml:space="preserve">[41:59] </w:t>
      </w:r>
      <w:r>
        <w:t>aqool qawlahu</w:t>
      </w:r>
    </w:p>
    <w:p>
      <w:pPr>
        <w:jc w:val="right"/>
      </w:pPr>
      <w:r>
        <w:t>اقول قولھذا</w:t>
      </w:r>
    </w:p>
    <w:p>
      <w:r>
        <w:rPr>
          <w:b/>
        </w:rPr>
        <w:t xml:space="preserve">[42:01] </w:t>
      </w:r>
      <w:r>
        <w:t>wastaghfirullaha li walakum ajmaeen.</w:t>
      </w:r>
    </w:p>
    <w:p>
      <w:pPr>
        <w:jc w:val="right"/>
      </w:pPr>
      <w:r>
        <w:t>واستغفراللہ علی ویلکم اجمعین۔</w:t>
      </w:r>
    </w:p>
    <w:p>
      <w:r>
        <w:rPr>
          <w:b/>
        </w:rPr>
        <w:t xml:space="preserve">[42:16] </w:t>
      </w:r>
      <w:r>
        <w:t>yeh ek sawal kiya hai inhon ne keh extremism kya hai? to main arz kar raha hoon keh extremism wohi cheez hai jis ko quran o hadith mein ghulu kaha gaya hai.</w:t>
      </w:r>
    </w:p>
    <w:p>
      <w:pPr>
        <w:jc w:val="right"/>
      </w:pPr>
      <w:r>
        <w:t>یہ ایک سوال کیا ہے انہوں نے کہ ایکسٹریمزم کیا ہے؟ تو میں عرض کر رہا ہوں کہ ایکسٹریمزم وہی چیز ہے جس کو قرآن و حدیث میں غلو کہا گیا ہے۔</w:t>
      </w:r>
    </w:p>
    <w:p>
      <w:r>
        <w:rPr>
          <w:b/>
        </w:rPr>
        <w:t xml:space="preserve">[42:30] </w:t>
      </w:r>
      <w:r>
        <w:t>quran mein hai keh la taghlu fi deenikum, apney deen mein ghulu na karo.</w:t>
      </w:r>
    </w:p>
    <w:p>
      <w:pPr>
        <w:jc w:val="right"/>
      </w:pPr>
      <w:r>
        <w:t>قرآن میں ہے کہ لا تغلو فی دینکم، اپنے دین میں غلو نہ کرو۔</w:t>
      </w:r>
    </w:p>
    <w:p>
      <w:r>
        <w:rPr>
          <w:b/>
        </w:rPr>
        <w:t xml:space="preserve">[42:37] </w:t>
      </w:r>
      <w:r>
        <w:t>hadith mein yahi baat ayi hai keh ayyakum wal ghulu fid deen, keh ghulu se bacho.</w:t>
      </w:r>
    </w:p>
    <w:p>
      <w:pPr>
        <w:jc w:val="right"/>
      </w:pPr>
      <w:r>
        <w:t>حدیث میں یہی بات آئی ہے کہ ایاکم بلغلو فی الدین، کہ غلو سے بچو۔</w:t>
      </w:r>
    </w:p>
    <w:p>
      <w:r>
        <w:rPr>
          <w:b/>
        </w:rPr>
        <w:t xml:space="preserve">[42:47] </w:t>
      </w:r>
      <w:r>
        <w:t>ghulu hai wohi cheez jis ko hum kehte hain extremism, yani intiha pasandi.</w:t>
      </w:r>
    </w:p>
    <w:p>
      <w:pPr>
        <w:jc w:val="right"/>
      </w:pPr>
      <w:r>
        <w:t>غلو ہے وہی چیز جس کو ہم کہتے ہیں ایکسٹریمزم، یعنی انتہا پسندی۔</w:t>
      </w:r>
    </w:p>
    <w:p>
      <w:r>
        <w:rPr>
          <w:b/>
        </w:rPr>
        <w:t xml:space="preserve">[42:57] </w:t>
      </w:r>
      <w:r>
        <w:t>urdu mein kahen ge intiha pasandi. to ek baat achi tarah samajh lijiye keh mazhab key do aspect hain: ek hai form aur ek spirit.</w:t>
      </w:r>
    </w:p>
    <w:p>
      <w:pPr>
        <w:jc w:val="right"/>
      </w:pPr>
      <w:r>
        <w:t>اردو میں کہیں گے انتہا پسندی۔ تو ایک بات اچھی طرح سمجھ لیجئے کہ مذہب کے دو اسپیکٹ ہیں: ایک ہے فارم اور ایک اسپرٹ۔</w:t>
      </w:r>
    </w:p>
    <w:p>
      <w:r>
        <w:rPr>
          <w:b/>
        </w:rPr>
        <w:t xml:space="preserve">[43:11] </w:t>
      </w:r>
      <w:r>
        <w:t>form aur spirit to ghulu ya extremism hamesha form mein hota hai, spirit mein nahi hota.</w:t>
      </w:r>
    </w:p>
    <w:p>
      <w:pPr>
        <w:jc w:val="right"/>
      </w:pPr>
      <w:r>
        <w:t>فارم اور اسپرٹ تو غلو یا ایکسٹریمزم ہمیشہ فارم میں ہوتا ہے، اسپرٹ میں نہیں ہوتا۔</w:t>
      </w:r>
    </w:p>
    <w:p>
      <w:r>
        <w:rPr>
          <w:b/>
        </w:rPr>
        <w:t xml:space="preserve">[43:20] </w:t>
      </w:r>
      <w:r>
        <w:t>spirit mein kya hai? aap sach bolen. sach bolna ek islam mein aur mazhab ki ek value hai. spirit ki baat hai to sach, aap hamesha sach bolen to is mein kya burai hai?</w:t>
      </w:r>
    </w:p>
    <w:p>
      <w:pPr>
        <w:jc w:val="right"/>
      </w:pPr>
      <w:r>
        <w:t>اسپرٹ میں کیا ہے؟ آپ سچ بولیں۔ سچ بولنا ایک اسلام میں اور مذہب کی ایک ویلیو ہے۔ اسپرٹ کی بات ہے تو سچ، آپ ہمیشہ سچ بولیں تو اس میں کیا برائی ہے؟</w:t>
      </w:r>
    </w:p>
    <w:p>
      <w:r>
        <w:rPr>
          <w:b/>
        </w:rPr>
        <w:t xml:space="preserve">[43:32] </w:t>
      </w:r>
      <w:r>
        <w:t>yeh to koi burai ki baat nahi hai. to form mein jab aap ghulu karte hain</w:t>
      </w:r>
    </w:p>
    <w:p>
      <w:pPr>
        <w:jc w:val="right"/>
      </w:pPr>
      <w:r>
        <w:t>یہ تو کوئی برائی کی بات نہیں ہے۔ تو فارم میں جب آپ غلو کرتے ہیں</w:t>
      </w:r>
    </w:p>
    <w:p>
      <w:r>
        <w:rPr>
          <w:b/>
        </w:rPr>
        <w:t xml:space="preserve">[43:39] </w:t>
      </w:r>
      <w:r>
        <w:t>to isi key naam hai extremism. jaise misal deta hoon main aap ko,</w:t>
      </w:r>
    </w:p>
    <w:p>
      <w:pPr>
        <w:jc w:val="right"/>
      </w:pPr>
      <w:r>
        <w:t>تو اسی کے نام ہے ایکسٹریمزم۔ جیسے مثال دیتا ہوں میں آپ کو،</w:t>
      </w:r>
    </w:p>
    <w:p>
      <w:r>
        <w:rPr>
          <w:b/>
        </w:rPr>
        <w:t xml:space="preserve">[43:46] </w:t>
      </w:r>
      <w:r>
        <w:t>hadith mein aata hai keh meri ummat mein jab bigaad aye ga to is ki pehchan kya batai aap ne?</w:t>
      </w:r>
    </w:p>
    <w:p>
      <w:pPr>
        <w:jc w:val="right"/>
      </w:pPr>
      <w:r>
        <w:t>حدیث میں آتا ہے کہ میری امت میں جب بگاڑ آئے گا تو اس کی پہچان کیا بتائی آپ نے؟</w:t>
      </w:r>
    </w:p>
    <w:p>
      <w:r>
        <w:rPr>
          <w:b/>
        </w:rPr>
        <w:t xml:space="preserve">[43:56] </w:t>
      </w:r>
      <w:r>
        <w:t>keh log iftar mein der karen ge. is tarah sochiye:</w:t>
      </w:r>
    </w:p>
    <w:p>
      <w:pPr>
        <w:jc w:val="right"/>
      </w:pPr>
      <w:r>
        <w:t>کہ لوگ افطار میں دیر کریں گے۔ اس طرح سوچیے:</w:t>
      </w:r>
    </w:p>
    <w:p>
      <w:r>
        <w:rPr>
          <w:b/>
        </w:rPr>
        <w:t xml:space="preserve">[44:08] </w:t>
      </w:r>
      <w:r>
        <w:t>la tazalu an nas bi khairin ma ajjaloo al iftar. is waqt tak log khair par rahen ge jab tak woh iftar mein jaldi karte rahen ge, aur jab iftar mein der karen ge to woh waqt hoga jab keh ummat mein bigaad aa chuka hoga.</w:t>
      </w:r>
    </w:p>
    <w:p>
      <w:pPr>
        <w:jc w:val="right"/>
      </w:pPr>
      <w:r>
        <w:t>لا ازال الناس بخیر الفطر۔ اس وقت تک لوگ خیر پر رہیں گے جب تک وہ افطار میں جلدی کرتے رہیں گے، اور جب افطار میں دیر کریں گے تو وہ وقت ہوگا جب کہ امت میں بگاڑ آ چکا ہوگا۔</w:t>
      </w:r>
    </w:p>
    <w:p>
      <w:r>
        <w:rPr>
          <w:b/>
        </w:rPr>
        <w:t xml:space="preserve">[44:25] </w:t>
      </w:r>
      <w:r>
        <w:t>is par sochiye kya baat hai? kyunke jab aadmi jab spirit khatam ho jati hai, roz ek spirit kya hai?</w:t>
      </w:r>
    </w:p>
    <w:p>
      <w:pPr>
        <w:jc w:val="right"/>
      </w:pPr>
      <w:r>
        <w:t>اس پر سوچیے کیا بات ہے؟ کیونکہ جب آدمی جب اسپرٹ ختم ہو جاتی ہے، روز ایک اسپرٹ کیا ہے؟</w:t>
      </w:r>
    </w:p>
    <w:p>
      <w:r>
        <w:rPr>
          <w:b/>
        </w:rPr>
        <w:t xml:space="preserve">[44:36] </w:t>
      </w:r>
      <w:r>
        <w:t>roz ek spirit hai desire par control karna, apni khwahishon par control karna,</w:t>
      </w:r>
    </w:p>
    <w:p>
      <w:pPr>
        <w:jc w:val="right"/>
      </w:pPr>
      <w:r>
        <w:t>روز ایک اسپرٹ ہے ڈیزائر پر کنٹرول کرنا، اپنی خواہشوں پر کنٹرول کرنا،</w:t>
      </w:r>
    </w:p>
    <w:p>
      <w:r>
        <w:rPr>
          <w:b/>
        </w:rPr>
        <w:t xml:space="preserve">[44:44] </w:t>
      </w:r>
      <w:r>
        <w:t>apni zindagi mein discipline lana, self controlled life guzarna. yeh hai spirit roze ki.</w:t>
      </w:r>
    </w:p>
    <w:p>
      <w:pPr>
        <w:jc w:val="right"/>
      </w:pPr>
      <w:r>
        <w:t>اپنی زندگی میں ڈسپلن لانا، سیلف کنٹرولڈ لائف گزارنا۔ یہ ہے اسپرٹ روزے کی۔</w:t>
      </w:r>
    </w:p>
    <w:p>
      <w:r>
        <w:rPr>
          <w:b/>
        </w:rPr>
        <w:t xml:space="preserve">[44:54] </w:t>
      </w:r>
      <w:r>
        <w:t>lekin jab spirit ghayab ho jati hai to kya hota hai? shakal par sara dhyan chalta hai, bas ghari dekhte rehte hain log,</w:t>
      </w:r>
    </w:p>
    <w:p>
      <w:pPr>
        <w:jc w:val="right"/>
      </w:pPr>
      <w:r>
        <w:t>لیکن جب اسپرٹ غائب ہو جاتی ہے تو کیا ہوتا ہے؟ شکل پر سارا دھیان چلتا ہے، بس گھڑی دیکھتے رہتے ہیں لوگ،</w:t>
      </w:r>
    </w:p>
    <w:p>
      <w:r>
        <w:rPr>
          <w:b/>
        </w:rPr>
        <w:t xml:space="preserve">[45:02] </w:t>
      </w:r>
      <w:r>
        <w:t>aur woh kehta hai: "arey bhai, thoda thoda ehtiyat kar ke roza kholo." yaani roze ka waqt farz ki jiye paanch baj kar das minute par ho gaya, ho gaya kholne ka.</w:t>
      </w:r>
    </w:p>
    <w:p>
      <w:pPr>
        <w:jc w:val="right"/>
      </w:pPr>
      <w:r>
        <w:t>اور وہ کہتا ہے: "ارے بھائی، تھوڑا تھوڑا احتیاط کر کے روزہ کھولو۔" یعنی روزے کا وقت فرض کیجئے پانچ بج کر دس منٹ پر ہو گیا، ہو گیا کھولنے کا۔</w:t>
      </w:r>
    </w:p>
    <w:p>
      <w:r>
        <w:rPr>
          <w:b/>
        </w:rPr>
        <w:t xml:space="preserve">[45:11] </w:t>
      </w:r>
      <w:r>
        <w:t>yaani aap jante hain ke jaise hi sun set hua, iftar ka waqt ho gaya to kahenge: "arey bhai, ek aadmi kahega bhai paanch baj kar das minute ho gaya, time to ho gaya." aur kahega: "nahi, thoda to ehtiyat kar lo." yeh kya?</w:t>
      </w:r>
    </w:p>
    <w:p>
      <w:pPr>
        <w:jc w:val="right"/>
      </w:pPr>
      <w:r>
        <w:t>یعنی آپ جانتے ہیں کہ جیسے ہی سن سیٹ ہوا، افطار کا وقت ہو گیا تو کہیں گے: "ارے بھائی، ایک آدمی کہے گا بھئی پانچ بج کر دس منٹ ہو گیا، ٹائم تو ہو گیا۔" اور کہے گا: "نہیں، تھوڑا تو احتیاط کر لو۔" یہ کیا؟</w:t>
      </w:r>
    </w:p>
    <w:p>
      <w:r>
        <w:rPr>
          <w:b/>
        </w:rPr>
        <w:t xml:space="preserve">[45:26] </w:t>
      </w:r>
      <w:r>
        <w:t>yahi isi ka naam ghalu hai.</w:t>
      </w:r>
    </w:p>
    <w:p>
      <w:pPr>
        <w:jc w:val="right"/>
      </w:pPr>
      <w:r>
        <w:t>یہی اسی کا نام غلو ہے۔</w:t>
      </w:r>
    </w:p>
    <w:p>
      <w:r>
        <w:rPr>
          <w:b/>
        </w:rPr>
        <w:t xml:space="preserve">[45:29] </w:t>
      </w:r>
      <w:r>
        <w:t>ehtiyat kis baat ka hai? bhai, jab sun set ho gaya to iftar kar lo. kis baat ka? to isi ka naam ghalu hai.</w:t>
      </w:r>
    </w:p>
    <w:p>
      <w:pPr>
        <w:jc w:val="right"/>
      </w:pPr>
      <w:r>
        <w:t>احتیاط کس بات کا ہے؟ بھئی، جب سن سیٹ ہو گیا تو افطار کر لو۔ کس بات کا؟ تو اسی کا نام غلو ہے۔</w:t>
      </w:r>
    </w:p>
    <w:p>
      <w:r>
        <w:rPr>
          <w:b/>
        </w:rPr>
        <w:t xml:space="preserve">[45:38] </w:t>
      </w:r>
      <w:r>
        <w:t>yaani shakal mein ghalu karna. aisi namazon mein aap dekhiye</w:t>
      </w:r>
    </w:p>
    <w:p>
      <w:pPr>
        <w:jc w:val="right"/>
      </w:pPr>
      <w:r>
        <w:t>یعنی شکل میں غلو کرنا۔ ایسی نمازوں میں آپ دیکھیے</w:t>
      </w:r>
    </w:p>
    <w:p>
      <w:r>
        <w:rPr>
          <w:b/>
        </w:rPr>
        <w:t xml:space="preserve">[45:45] </w:t>
      </w:r>
      <w:r>
        <w:t>ke bohat zyada yahan haath bandhe aur yun haath uthaye hain aur yun paon rakhe hain. isi pe jhagde hote hain ke aap ne paon nahi phailaya, aap ne kahan paon aise kiye hue hain ke aap ne haath yahan baandh diya, aap ka haath yahan baandh liya, aap ne yun nahi kiya.</w:t>
      </w:r>
    </w:p>
    <w:p>
      <w:pPr>
        <w:jc w:val="right"/>
      </w:pPr>
      <w:r>
        <w:t>کہ بہت زیادہ یہاں ہاتھ باندھے اور یوں ہاتھ اٹھائے ہیں اور یوں پاؤں رکھے ہیں۔ اسی پہ جھگڑے ہوتے ہیں کہ آپ نے پاؤں نہیں پھیلایا، آپ نے کہاں پاؤں ایسے کیے ہوئے ہیں کہ آپ نے ہاتھ یہاں باندھ دیا، آپ کا ہاتھ یہاں باندھ لیا، آپ نے یوں نہیں کیا۔</w:t>
      </w:r>
    </w:p>
    <w:p>
      <w:r>
        <w:rPr>
          <w:b/>
        </w:rPr>
        <w:t xml:space="preserve">[46:02] </w:t>
      </w:r>
      <w:r>
        <w:t>isi par jhagde hote hain masjidon mein. yeh kya hai? form hai.</w:t>
      </w:r>
    </w:p>
    <w:p>
      <w:pPr>
        <w:jc w:val="right"/>
      </w:pPr>
      <w:r>
        <w:t>اسی پر جھگڑے ہوتے ہیں مسجدوں میں۔ یہ کیا ہے؟ فارم ہے۔</w:t>
      </w:r>
    </w:p>
    <w:p>
      <w:r>
        <w:rPr>
          <w:b/>
        </w:rPr>
        <w:t xml:space="preserve">[46:05] </w:t>
      </w:r>
      <w:r>
        <w:t>yaani form mein ghalu, form mein extremism. form mein zara sa idhar udhar ho jaye to samajhte hain ke namaz nahi hui. main ek martaba apna waqia bataun, yeh dilli ka.</w:t>
      </w:r>
    </w:p>
    <w:p>
      <w:pPr>
        <w:jc w:val="right"/>
      </w:pPr>
      <w:r>
        <w:t>یعنی فارم میں غلو، فارم میں ایکسٹریمزم۔ فارم میں ذرا سا ادھر ادھر ہو جائے تو سمجھتے ہیں کہ نماز نہیں ہوئی۔ میں ایک مرتبہ اپنا واقعہ بتاؤں، یہ دلی کا۔</w:t>
      </w:r>
    </w:p>
    <w:p>
      <w:r>
        <w:rPr>
          <w:b/>
        </w:rPr>
        <w:t xml:space="preserve">[46:20] </w:t>
      </w:r>
      <w:r>
        <w:t>main ne ek jagah namaz padhi,</w:t>
      </w:r>
    </w:p>
    <w:p>
      <w:pPr>
        <w:jc w:val="right"/>
      </w:pPr>
      <w:r>
        <w:t>میں نے ایک جگہ نماز پڑھی،</w:t>
      </w:r>
    </w:p>
    <w:p>
      <w:r>
        <w:rPr>
          <w:b/>
        </w:rPr>
        <w:t xml:space="preserve">[46:24] </w:t>
      </w:r>
      <w:r>
        <w:t>old delhi mein. to kya hua? woh jo imam tha, woh ek naujawan tha, madrasay mein pada hua tha lekin abhi naujawan tha.</w:t>
      </w:r>
    </w:p>
    <w:p>
      <w:pPr>
        <w:jc w:val="right"/>
      </w:pPr>
      <w:r>
        <w:t>اولڈ دہلی میں۔ تو کیا ہوا؟ وہ جو امام تھا، وہ ایک نوجوان تھا، مدرسے میں پڑھا ہوا تھا لیکن ابھی نوجوان تھا۔</w:t>
      </w:r>
    </w:p>
    <w:p>
      <w:r>
        <w:rPr>
          <w:b/>
        </w:rPr>
        <w:t xml:space="preserve">[46:38] </w:t>
      </w:r>
      <w:r>
        <w:t>asar ki namaz padhai is ne.</w:t>
      </w:r>
    </w:p>
    <w:p>
      <w:pPr>
        <w:jc w:val="right"/>
      </w:pPr>
      <w:r>
        <w:t>عصر کی نماز پڑھائی اس نے۔</w:t>
      </w:r>
    </w:p>
    <w:p>
      <w:r>
        <w:rPr>
          <w:b/>
        </w:rPr>
        <w:t xml:space="preserve">[46:40] </w:t>
      </w:r>
      <w:r>
        <w:t>asar ki namaz padh kar ke salam phera, salam pher ke bas thodi si dua ki aur us par uth gaya. woh</w:t>
      </w:r>
    </w:p>
    <w:p>
      <w:pPr>
        <w:jc w:val="right"/>
      </w:pPr>
      <w:r>
        <w:t>عصر کی نماز پڑھ کر کے سلام پھیرا، سلام پھیر کے بس تھوڑی سی دعا کی اور اس پر اٹھ گیا۔ وہ</w:t>
      </w:r>
    </w:p>
    <w:p>
      <w:r>
        <w:rPr>
          <w:b/>
        </w:rPr>
        <w:t xml:space="preserve">[46:51] </w:t>
      </w:r>
      <w:r>
        <w:t>us ka uth gaya. ab janab wahan hangama khada ho gaya. main bohat hairan tha ke bhai hangama kis baat par ho raha hai? us ne theek theek namaz padhai thi, koi kharabi nahi thi namaz mein us ke.</w:t>
      </w:r>
    </w:p>
    <w:p>
      <w:pPr>
        <w:jc w:val="right"/>
      </w:pPr>
      <w:r>
        <w:t>اس کا اٹھ گیا۔ اب جناب وہاں ہنگامہ کھڑا ہو گیا۔ میں بہت حیران تھا کہ بھئی ہنگامہ کس بات پر ہو رہا ہے؟ اس نے ٹھیک ٹھیک نماز پڑھائی تھی، کوئی خرابی نہیں تھی نماز میں اس کے۔</w:t>
      </w:r>
    </w:p>
    <w:p>
      <w:r>
        <w:rPr>
          <w:b/>
        </w:rPr>
        <w:t xml:space="preserve">[47:05] </w:t>
      </w:r>
      <w:r>
        <w:t>aur salam pherne ke baad dua ki</w:t>
      </w:r>
    </w:p>
    <w:p>
      <w:pPr>
        <w:jc w:val="right"/>
      </w:pPr>
      <w:r>
        <w:t>اور سلام پھیرنے کے بعد دعا کی</w:t>
      </w:r>
    </w:p>
    <w:p>
      <w:r>
        <w:rPr>
          <w:b/>
        </w:rPr>
        <w:t xml:space="preserve">[47:10] </w:t>
      </w:r>
      <w:r>
        <w:t>to maloom yeh hua ke us ne tasbeeh fatima nahi padhi. ab tasbeeh fatima nahi hui to pehle to namazi nahi hui. tasbeeh fatima kya hai?</w:t>
      </w:r>
    </w:p>
    <w:p>
      <w:pPr>
        <w:jc w:val="right"/>
      </w:pPr>
      <w:r>
        <w:t>تو معلوم یہ ہوا کہ اس نے تسبیح فاطمہ نہیں پڑھی۔ اب تسبیح فاطمہ نہیں ہوئی تو پہلے تو نمازی نہیں ہوئی۔ تسبیح فاطمہ کیا ہے؟</w:t>
      </w:r>
    </w:p>
    <w:p>
      <w:r>
        <w:rPr>
          <w:b/>
        </w:rPr>
        <w:t xml:space="preserve">[47:20] </w:t>
      </w:r>
      <w:r>
        <w:t>woh woh us ka talluq form se hai. yaani form mein ek kami reh gayi to namazi nahi hui.</w:t>
      </w:r>
    </w:p>
    <w:p>
      <w:pPr>
        <w:jc w:val="right"/>
      </w:pPr>
      <w:r>
        <w:t>وہ وہ اس کا تعلق فارم سے ہے۔ یعنی فارم میں ایک کمی رہ گئی تو نمازی نہیں ہوئی۔</w:t>
      </w:r>
    </w:p>
    <w:p>
      <w:r>
        <w:rPr>
          <w:b/>
        </w:rPr>
        <w:t xml:space="preserve">[47:30] </w:t>
      </w:r>
      <w:r>
        <w:t>yeh baat hajj mein, roze mein, namaz, har cheez mein aaj kal ho rahi hai kyunke yeh zawal ka zamana hai. spirit koi nahi pata, koi nahi dekhta ke spirit mein ek ke aitbar se kaisa hai.</w:t>
      </w:r>
    </w:p>
    <w:p>
      <w:pPr>
        <w:jc w:val="right"/>
      </w:pPr>
      <w:r>
        <w:t>یہ بات حج میں، روزے میں، نماز، ہر چیز میں آج کل ہو رہی ہے کیونکہ یہ زوال کا زمانہ ہے۔ اسپرٹ کوئی نہیں پتہ، کوئی نہیں دیکھتا کہ اسپرٹ میں ایک کے اعتبار سے کیسا ہے۔</w:t>
      </w:r>
    </w:p>
    <w:p>
      <w:r>
        <w:rPr>
          <w:b/>
        </w:rPr>
        <w:t xml:space="preserve">[47:44] </w:t>
      </w:r>
      <w:r>
        <w:t>kisi ki ibadat, ibadat spirit ke aitbar se kaisi hai, yeh koi nahi dekhta.</w:t>
      </w:r>
    </w:p>
    <w:p>
      <w:pPr>
        <w:jc w:val="right"/>
      </w:pPr>
      <w:r>
        <w:t>کسی کی عبادت، عبادت اسپرٹ کے اعتبار سے کیسی ہے، یہ کوئی نہیں دیکھتا۔</w:t>
      </w:r>
    </w:p>
    <w:p>
      <w:r>
        <w:rPr>
          <w:b/>
        </w:rPr>
        <w:t xml:space="preserve">[47:49] </w:t>
      </w:r>
      <w:r>
        <w:t>bas us ki shakal, us ka zahir aur us ka form usi ko napte rehte hain, usi ko napte rehte hain. yeh ji, ab main masjid mein namaz padhi, bechara ek ladka aa gaya tha, us ke paas topi nahi thi.</w:t>
      </w:r>
    </w:p>
    <w:p>
      <w:pPr>
        <w:jc w:val="right"/>
      </w:pPr>
      <w:r>
        <w:t>بس اس کی شکل، اس کا ظاہر اور اس کا فارم اسی کو ناپتے رہتے ہیں، اسی کو ناپتے رہتے ہیں۔ یہ جی، اب میں مسجد میں نماز پڑھی، بیچارہ ایک لڑکا آ گیا تھا، اس کے پاس ٹوپی نہیں تھی۔</w:t>
      </w:r>
    </w:p>
    <w:p>
      <w:r>
        <w:rPr>
          <w:b/>
        </w:rPr>
        <w:t xml:space="preserve">[48:01] </w:t>
      </w:r>
      <w:r>
        <w:t>arey ji, kharab ho gaya. ek aadmi niyat tod kar bhag gaya topi lane ke liye, us ke sar par rakh li gayi thi. to yeh yeh koi, yeh koi tareeqa hai,</w:t>
      </w:r>
    </w:p>
    <w:p>
      <w:pPr>
        <w:jc w:val="right"/>
      </w:pPr>
      <w:r>
        <w:t>ارے جی، خراب ہو گیا۔ ایک آدمی نیت توڑ کر بھاگ گیا ٹوپی لانے کے لیے، اس کے سر پر رکھ لی گئی تھی۔ تو یہ یہ کوئی، یہ کوئی طریقہ ہے،</w:t>
      </w:r>
    </w:p>
    <w:p>
      <w:r>
        <w:rPr>
          <w:b/>
        </w:rPr>
        <w:t xml:space="preserve">[48:12] </w:t>
      </w:r>
      <w:r>
        <w:t>yeh koi tareeqa hai. hadith mein to aata hai ke rasool Allah ne namaz padhi mun'alan wa ghair mun'alan. ab us par ghaur kijiye, namaz padhi aap ne mun'alan wa ghair mun'alan, yaani joote pehan kar bhi aur joote ke baghair bhi.</w:t>
      </w:r>
    </w:p>
    <w:p>
      <w:pPr>
        <w:jc w:val="right"/>
      </w:pPr>
      <w:r>
        <w:t>یہ کوئی طریقہ ہے۔ حدیث میں تو آتا ہے کہ رسول اللہ نے نماز پڑھی منتعلا و غیر منتعلا۔ اب اس پر غور کیجئے، نماز پڑھی آپ نے منتعلا و غیر منتعلا، یعنی جوتا پہن کر بھی اور جوتے کے بغیر بھی۔</w:t>
      </w:r>
    </w:p>
    <w:p>
      <w:r>
        <w:rPr>
          <w:b/>
        </w:rPr>
        <w:t xml:space="preserve">[48:32] </w:t>
      </w:r>
      <w:r>
        <w:t>ab aaj agar koi joote pehan kar namaz parhne lage to daurenge us ko marne ke liye kyunke shakal ko logon ne ibadat samajh liya hai, shakal ko ibadat samajh liya hai.</w:t>
      </w:r>
    </w:p>
    <w:p>
      <w:pPr>
        <w:jc w:val="right"/>
      </w:pPr>
      <w:r>
        <w:t>اب آج اگر کوئی جوتا پہن کر نماز پڑھنے لگے تو دوڑیں گے اس کو مارنے کے لیے کیونکہ شکل کو لوگوں نے عبادت سمجھ لیا ہے، شکل کو عبادت سمجھ لیا ہے۔</w:t>
      </w:r>
    </w:p>
    <w:p>
      <w:r>
        <w:rPr>
          <w:b/>
        </w:rPr>
        <w:t xml:space="preserve">[48:41] </w:t>
      </w:r>
      <w:r>
        <w:t>ibadat to extremism ya ghalu ka talluq form se hai. jab tak spirit par zor diya jayega, tab tak ghalu nahi ayega.</w:t>
      </w:r>
    </w:p>
    <w:p>
      <w:pPr>
        <w:jc w:val="right"/>
      </w:pPr>
      <w:r>
        <w:t>عبادت تو ایکسٹریمزم یا غلو کا تعلق فارم سے ہے۔ جب تک اسپرٹ پر زور دیا جائے گا، تب تک غلو نہیں آئے گا۔</w:t>
      </w:r>
    </w:p>
    <w:p>
      <w:r>
        <w:rPr>
          <w:b/>
        </w:rPr>
        <w:t xml:space="preserve">[48:51] </w:t>
      </w:r>
      <w:r>
        <w:t>jab spirit ko</w:t>
      </w:r>
    </w:p>
    <w:p>
      <w:pPr>
        <w:jc w:val="right"/>
      </w:pPr>
      <w:r>
        <w:t>جب اسپرٹ کو</w:t>
      </w:r>
    </w:p>
    <w:p>
      <w:r>
        <w:rPr>
          <w:b/>
        </w:rPr>
        <w:t xml:space="preserve">[48:53] </w:t>
      </w:r>
      <w:r>
        <w:t>mein kami ho jayegi to us ki is kami ko poora karne ke liye, us ko compresent karne ke liye khoob khoob log form par dhoom machayenge. form aur isi ka naam hai extremism.</w:t>
      </w:r>
    </w:p>
    <w:p>
      <w:pPr>
        <w:jc w:val="right"/>
      </w:pPr>
      <w:r>
        <w:t>میں کمی ہو جائے گی تو اس کی اس کمی کو پورا کرنے کے لیے، اس کو کمپریسنٹ کرنے کے لیے خوب خوب لوگ فارم پر دھوم مچائیں گے۔ فارم اور اسی کا نام ہے ایکسٹریمزم۔</w:t>
      </w:r>
    </w:p>
    <w:p>
      <w:r>
        <w:rPr>
          <w:b/>
        </w:rPr>
        <w:t xml:space="preserve">[49:04] </w:t>
      </w:r>
      <w:r>
        <w:t>naimi, sahih hai ke da four words that you mention, jab aap plant, hindi plant wali baat kar rahe the, subhan Allah, Allahu Akbar, aur do aur words, you mention zikr Allah.</w:t>
      </w:r>
    </w:p>
    <w:p>
      <w:pPr>
        <w:jc w:val="right"/>
      </w:pPr>
      <w:r>
        <w:t>نعمی، صحیح ہے کہ دا فور ورڈز دیٹ یو مینشن، جب آپ پلانٹ، ہندی پلانٹ والی بات کر رہے تھے، سبحان اللہ، اللہ اکبر، اور دو اور ورڈز، یو مینشن ذکر اللہ۔</w:t>
      </w:r>
    </w:p>
    <w:p>
      <w:r>
        <w:rPr>
          <w:b/>
        </w:rPr>
        <w:t xml:space="preserve">[49:15] </w:t>
      </w:r>
      <w:r>
        <w:t>he is asking you to elaborate on the</w:t>
      </w:r>
    </w:p>
    <w:p>
      <w:pPr>
        <w:jc w:val="right"/>
      </w:pPr>
      <w:r>
        <w:t>ہی از اسکنگ یو ٹو ایلیبریٹ ان دی</w:t>
      </w:r>
    </w:p>
    <w:p>
      <w:r>
        <w:rPr>
          <w:b/>
        </w:rPr>
        <w:t xml:space="preserve">[49:18] </w:t>
      </w:r>
      <w:r>
        <w:t>t. achha, is mein dekhen, char word hain: subhan Allah, alhamdulillah, la ilaha illallah, wallahu Akbar.</w:t>
      </w:r>
    </w:p>
    <w:p>
      <w:pPr>
        <w:jc w:val="right"/>
      </w:pPr>
      <w:r>
        <w:t>ٹ۔ اچھا، اس میں دیکھیں، چار ورڈ ہیں: سبحان اللہ، الحمدللہ، لا الہ الا اللہ، واللہ اکبر۔</w:t>
      </w:r>
    </w:p>
    <w:p>
      <w:r>
        <w:rPr>
          <w:b/>
        </w:rPr>
        <w:t xml:space="preserve">[49:27] </w:t>
      </w:r>
      <w:r>
        <w:t>yeh charon zikr ke lafz hain. charon ke ek batana ho to kahenge zikr Allah. dekhen, is char ka matlab nahin hai ke zikr inhi char cheezon ko dohrane ka naam hai.</w:t>
      </w:r>
    </w:p>
    <w:p>
      <w:pPr>
        <w:jc w:val="right"/>
      </w:pPr>
      <w:r>
        <w:t>یہ چاروں ذکر کے لفظ ہیں۔ چاروں کے ایک بتانا ہو تو کہیں گے ذکر اللہ۔ دیکھیں، اس چار کا مطلب نہیں ہے کہ ذکر انہی چار چیزوں کو دہرانے کا نام ہے۔</w:t>
      </w:r>
    </w:p>
    <w:p>
      <w:r>
        <w:rPr>
          <w:b/>
        </w:rPr>
        <w:t xml:space="preserve">[49:38] </w:t>
      </w:r>
      <w:r>
        <w:t>yeh sab symbolic words hain, symbolic words. charon symbolize kar rahe hain char spirit ko. is charon ka matlab yeh hai ke Khuda pak hai, Khuda bada hai, Khuda hi parwardigari hai,</w:t>
      </w:r>
    </w:p>
    <w:p>
      <w:pPr>
        <w:jc w:val="right"/>
      </w:pPr>
      <w:r>
        <w:t>یہ سب سمبلک ورڈز ہیں، سمبلک ورڈز۔ چاروں سمبلائز کر رہے ہیں چار اسپرٹ کو۔ اس چاروں کا مطلب یہ ہے کہ خدا پاک ہے، خدا بڑا ہے، خدا ہی پروردگی ہے،</w:t>
      </w:r>
    </w:p>
    <w:p>
      <w:r>
        <w:rPr>
          <w:b/>
        </w:rPr>
        <w:t xml:space="preserve">[49:53] </w:t>
      </w:r>
      <w:r>
        <w:t>Khuda hi</w:t>
      </w:r>
    </w:p>
    <w:p>
      <w:pPr>
        <w:jc w:val="right"/>
      </w:pPr>
      <w:r>
        <w:t>خدا ہی</w:t>
      </w:r>
    </w:p>
    <w:p>
      <w:r>
        <w:rPr>
          <w:b/>
        </w:rPr>
        <w:t xml:space="preserve">[49:55] </w:t>
      </w:r>
      <w:r>
        <w:t>ibadat karne ke qabil hai, Khuda hi ke liye sari glory hai. yeh sab kya hai? yeh yeh cheezein hain, is ka word se ta'alluq nahin hai.</w:t>
      </w:r>
    </w:p>
    <w:p>
      <w:pPr>
        <w:jc w:val="right"/>
      </w:pPr>
      <w:r>
        <w:t>عبادت کرنے کے قابل ہے، خدا ہی کے لیے ساری گلوری ہے۔ یہ سب کیا ہے؟ یہ یہ چیزیں ہیں، اس کا ورڈ سے تعلق نہیں ہے۔</w:t>
      </w:r>
    </w:p>
    <w:p>
      <w:r>
        <w:rPr>
          <w:b/>
        </w:rPr>
        <w:t xml:space="preserve">[50:05] </w:t>
      </w:r>
      <w:r>
        <w:t>yeh ek haqeeqat hai, ek spirit hai jis ko in lafzon mein</w:t>
      </w:r>
    </w:p>
    <w:p>
      <w:pPr>
        <w:jc w:val="right"/>
      </w:pPr>
      <w:r>
        <w:t>یہ ایک حقیقت ہے، ایک اسپرٹ ہے جس کو ان لفظوں میں</w:t>
      </w:r>
    </w:p>
    <w:p>
      <w:r>
        <w:rPr>
          <w:b/>
        </w:rPr>
        <w:t xml:space="preserve">[50:11] </w:t>
      </w:r>
      <w:r>
        <w:t>bataya ja raha hai. to jitne bhi is tarah ke hote hain, woh sab symbolic word hote hain, kisi spirit ko symbolize kar kar rahe hote hain.</w:t>
      </w:r>
    </w:p>
    <w:p>
      <w:pPr>
        <w:jc w:val="right"/>
      </w:pPr>
      <w:r>
        <w:t>بتایا جا رہا ہے۔ تو جتنے بھی اس طرح کے ہوتے ہیں، وہ سب سمبلک ورڈ ہوتے ہیں، کسی اسپرٹ کو سمبلائز کر کر رہے ہوتے ہیں۔</w:t>
      </w:r>
    </w:p>
    <w:p>
      <w:r>
        <w:rPr>
          <w:b/>
        </w:rPr>
        <w:t xml:space="preserve">[50:20] </w:t>
      </w:r>
      <w:r>
        <w:t>isi liye maine kaha ke in char ko jo aap ikattha karen to hoga zikr Allah, Allah ki yaad. Allah ki yaad ka matlab bhi dekhen, yeh nahin hai ke yeh sab jo karte hain log, Allah Allah Allah Allah Allah, yeh yeh koi zikr nahin hai, yeh</w:t>
      </w:r>
    </w:p>
    <w:p>
      <w:pPr>
        <w:jc w:val="right"/>
      </w:pPr>
      <w:r>
        <w:t>اسی لیے میں نے کہا کہ ان چار کو جو آپ اکٹھا کریں تو ہوگا ذکر اللہ، اللہ کی یاد۔ اللہ کی یاد کا مطلب بھی دیکھیں، یہ نہیں ہے کہ یہ سب جو کرتے ہیں لوگ، اللہ اللہ اللہ اللہ اللہ، یہ یہ کوئی ذکر نہیں ہے، یہ</w:t>
      </w:r>
    </w:p>
    <w:p>
      <w:r>
        <w:rPr>
          <w:b/>
        </w:rPr>
        <w:t xml:space="preserve">[50:34] </w:t>
      </w:r>
      <w:r>
        <w:t>kuch bhi nahin, is ki koi haqeeqat hi nahin hai. woh to ek andar ek toofan aata hai, Khuda ko yaad karke, Khuda ko yaad karke toofan aata hai.</w:t>
      </w:r>
    </w:p>
    <w:p>
      <w:pPr>
        <w:jc w:val="right"/>
      </w:pPr>
      <w:r>
        <w:t>کچھ بھی نہیں، اس کی کوئی حقیقت ہی نہیں ہے۔ وہ تو ایک اندر ایک طوفان آتا ہے، خدا کو یاد کر کے، خدا کو یاد کر کے طوفان آتا ہے۔</w:t>
      </w:r>
    </w:p>
    <w:p>
      <w:r>
        <w:rPr>
          <w:b/>
        </w:rPr>
        <w:t xml:space="preserve">[50:47] </w:t>
      </w:r>
      <w:r>
        <w:t>kal main apne khada tha, apne is par to suraj nikal raha tha.</w:t>
      </w:r>
    </w:p>
    <w:p>
      <w:pPr>
        <w:jc w:val="right"/>
      </w:pPr>
      <w:r>
        <w:t>کل میں اپنے کھڑا تھا، اپنے اس پر تو سورج نکل رہا تھا۔</w:t>
      </w:r>
    </w:p>
    <w:p>
      <w:r>
        <w:rPr>
          <w:b/>
        </w:rPr>
        <w:t xml:space="preserve">[50:54] </w:t>
      </w:r>
      <w:r>
        <w:t>to maine socha ke suraj itna bada hai, itna bada hai, aur is ke sath bahut sare planets hain, aur planets ke sath chand bhi kai jagah.</w:t>
      </w:r>
    </w:p>
    <w:p>
      <w:pPr>
        <w:jc w:val="right"/>
      </w:pPr>
      <w:r>
        <w:t>تو میں نے سوچا کہ سورج اتنا بڑا ہے، اتنا بڑا ہے، اور اس کے ساتھ بہت سارے پلینٹس ہیں، اور پلینٹس کے ساتھ چاند بھی کئی جگہ۔</w:t>
      </w:r>
    </w:p>
    <w:p>
      <w:r>
        <w:rPr>
          <w:b/>
        </w:rPr>
        <w:t xml:space="preserve">[51:08] </w:t>
      </w:r>
      <w:r>
        <w:t>ab sara itne bade is mein ghoom rahe hain, itne bade is mein ghoom rahe hain, aur ek second ka farq nahin hota.</w:t>
      </w:r>
    </w:p>
    <w:p>
      <w:pPr>
        <w:jc w:val="right"/>
      </w:pPr>
      <w:r>
        <w:t>اب سارا اتنے بڑے اس میں گھوم رہے ہیں، اتنے بڑے اس میں گھوم رہے ہیں، اور ایک سیکنڈ کا فرق نہیں ہوتا۔</w:t>
      </w:r>
    </w:p>
    <w:p>
      <w:r>
        <w:rPr>
          <w:b/>
        </w:rPr>
        <w:t xml:space="preserve">[51:16] </w:t>
      </w:r>
      <w:r>
        <w:t>to ek dam mujhe yeh tharthari aa gayi, tharthari ke kitni taqat hogi Khuda ki. jaise meri aankhein band ho gayi, kaise main dekhun?</w:t>
      </w:r>
    </w:p>
    <w:p>
      <w:pPr>
        <w:jc w:val="right"/>
      </w:pPr>
      <w:r>
        <w:t>تو ایک دم مجھے یہ تھرتھری آ گئی، تھرتھری کہ کتنی طاقت ہوگی خدا کی۔ جیسے میری آنکھیں بند ہو گئی، کیسے میں دیکھوں؟</w:t>
      </w:r>
    </w:p>
    <w:p>
      <w:r>
        <w:rPr>
          <w:b/>
        </w:rPr>
        <w:t xml:space="preserve">[51:28] </w:t>
      </w:r>
      <w:r>
        <w:t>is itna terrible manzar laga mujhe, woh itna terrible ke dekhte dekhte mujhe ghabrahat hone lagi.</w:t>
      </w:r>
    </w:p>
    <w:p>
      <w:pPr>
        <w:jc w:val="right"/>
      </w:pPr>
      <w:r>
        <w:t>اس اتنا ٹریبل منظر لگا مجھے، وہ اتنا ٹریبل کہ دیکھ دیکھتے ہوئے مجھے گھبراہٹ ہونے لگی۔</w:t>
      </w:r>
    </w:p>
    <w:p>
      <w:r>
        <w:rPr>
          <w:b/>
        </w:rPr>
        <w:t xml:space="preserve">[51:36] </w:t>
      </w:r>
      <w:r>
        <w:t>kitna bada suraj! aap jante hain, ek suraj ka ka mass itna zyada hai ke is mein 12 lakh zameenें is mein sama sakti hain.</w:t>
      </w:r>
    </w:p>
    <w:p>
      <w:pPr>
        <w:jc w:val="right"/>
      </w:pPr>
      <w:r>
        <w:t>کتنا بڑا سورج! آپ جانتے ہیں، ایک سورج کا کا ماس اتنا زیادہ ہے کہ اس میں 12 لاکھ زمینیں اس میں سما سکتی ہیں۔</w:t>
      </w:r>
    </w:p>
    <w:p>
      <w:r>
        <w:rPr>
          <w:b/>
        </w:rPr>
        <w:t xml:space="preserve">[51:46] </w:t>
      </w:r>
      <w:r>
        <w:t>12 lakh zameenें to suraj hai, aur itne sare planet hain, aur is mein chand hain, aur zameen hai.</w:t>
      </w:r>
    </w:p>
    <w:p>
      <w:pPr>
        <w:jc w:val="right"/>
      </w:pPr>
      <w:r>
        <w:t>12 لاکھ زمینیں تو سورج ہے، اور اتنے سارے پلینٹ ہیں، اور اس میں چاند ہیں، اور زمین ہے۔</w:t>
      </w:r>
    </w:p>
    <w:p>
      <w:r>
        <w:rPr>
          <w:b/>
        </w:rPr>
        <w:t xml:space="preserve">[51:55] </w:t>
      </w:r>
      <w:r>
        <w:t>ek dam sab ke sab ghoom rahe hain, revolve kar rahe hain. phir yeh ek kahkashan ke upar revolve kar rahe hain, phir yeh kahkashan bhi revolve kar rahi hai. yeh sochte sochte jaise mujhe laga ke mera meri aankhein band ho gayi, mujhe laga main gir padunga.</w:t>
      </w:r>
    </w:p>
    <w:p>
      <w:pPr>
        <w:jc w:val="right"/>
      </w:pPr>
      <w:r>
        <w:t>ایک دم سب کے سب گھوم رہے ہیں، ریوالو کر رہے ہیں۔ پھر یہ ایک کہکشاں کے اوپر ریوالو کر رہے ہیں، پھر یہ کہکشاں بھی ریوالو کر رہی ہے۔ یہ سوچتے سوچتے جیسے مجھے لگا کہ میرا میری آنکھیں بند ہو گئی، مجھے لگا میں گر پڑوں گا۔</w:t>
      </w:r>
    </w:p>
    <w:p>
      <w:r>
        <w:rPr>
          <w:b/>
        </w:rPr>
        <w:t xml:space="preserve">[52:15] </w:t>
      </w:r>
      <w:r>
        <w:t>yeh yeh jo aap ko tajruba hota hai, yeh yeh jo experience hota hai, is waqt jo alfaaz nikal jayein, usi ka naam zikr hai. zikr Allah!</w:t>
      </w:r>
    </w:p>
    <w:p>
      <w:pPr>
        <w:jc w:val="right"/>
      </w:pPr>
      <w:r>
        <w:t>یہ یہ جو آپ کو تجربہ ہوتا ہے، یہ یہ جو ایکسپیرینس ہوتا ہے، اس وقت جو الفاظ نکل جائیں، اسی کا نام ذکر ہے۔ ذکر اللہ!</w:t>
      </w:r>
    </w:p>
    <w:p>
      <w:r>
        <w:rPr>
          <w:b/>
        </w:rPr>
        <w:t xml:space="preserve">[52:23] </w:t>
      </w:r>
      <w:r>
        <w:t>koi ungli pe hath girne ka naam hai. yeh Khuda ko kitna underestimate karenge aap?</w:t>
      </w:r>
    </w:p>
    <w:p>
      <w:pPr>
        <w:jc w:val="right"/>
      </w:pPr>
      <w:r>
        <w:t>کوئی انگلی پہ ہاتھ گرنے کا نام ہے۔ یہ خدا کو کتنا انڈر ایسٹیمیٹ کریں گے آپ؟</w:t>
      </w:r>
    </w:p>
    <w:p>
      <w:r>
        <w:rPr>
          <w:b/>
        </w:rPr>
        <w:t xml:space="preserve">[52:34] </w:t>
      </w:r>
      <w:r>
        <w:t>to Khuda ko underestimate karna hai. aap ka ek beta ho, aur woh rehta ho Mumbai mein, aap paisa to na bhi bhejें, us ko bas beta, beta, beta, beta, beta, beta karte rahen.</w:t>
      </w:r>
    </w:p>
    <w:p>
      <w:pPr>
        <w:jc w:val="right"/>
      </w:pPr>
      <w:r>
        <w:t>تو خدا کو انڈر ایسٹیمیٹ کرنا ہے۔ آپ کا ایک بیٹا ہو، اور وہ رہتا ہو ممبئی میں، آپ پیسہ تو نہ بھیجیں، اس کو بس بیٹا، بیٹا، بیٹا، بیٹا، بیٹا، بیٹا کرتے رہیں۔</w:t>
      </w:r>
    </w:p>
    <w:p>
      <w:r>
        <w:rPr>
          <w:b/>
        </w:rPr>
        <w:t xml:space="preserve">[52:45] </w:t>
      </w:r>
      <w:r>
        <w:t>kya woh khush ho jayega aap se? woh khush ho jayega aap se? na use dekhen, na use khat likhen,</w:t>
      </w:r>
    </w:p>
    <w:p>
      <w:pPr>
        <w:jc w:val="right"/>
      </w:pPr>
      <w:r>
        <w:t>کیا وہ خوش ہو جائے گا آپ سے؟ وہ خوش ہو جائے گا آپ سے؟ نہ اسے دیکھیں، نہ اسے خط لکھیں،</w:t>
      </w:r>
    </w:p>
    <w:p>
      <w:r>
        <w:rPr>
          <w:b/>
        </w:rPr>
        <w:t xml:space="preserve">[52:51] </w:t>
      </w:r>
      <w:r>
        <w:t>na us ko paisa bhejें, aur aur raat din beta, beta, beta, beta karte rahen. kaun pagal hoga baap aisa? aur kaun beta pagal ho jo khush jaye is baat se?</w:t>
      </w:r>
    </w:p>
    <w:p>
      <w:pPr>
        <w:jc w:val="right"/>
      </w:pPr>
      <w:r>
        <w:t>نہ اس کو پیسہ بھیجیں، اور اور رات دن بیٹا، بیٹا، بیٹا، بیٹا کرتے رہیں۔ کون پاگل ہوگا باپ ایسا؟ اور کون بیٹا پاگل ہو جو خوش جائے اس بات سے؟</w:t>
      </w:r>
    </w:p>
    <w:p>
      <w:r>
        <w:rPr>
          <w:b/>
        </w:rPr>
        <w:t xml:space="preserve">[53:01] </w:t>
      </w:r>
      <w:r>
        <w:t>yeh Khuda ko woh log underestimate kar rahe hain. wa ma qaddar Allah haqq qadrihi. logon ne Khuda ko underestimate kiya.</w:t>
      </w:r>
    </w:p>
    <w:p>
      <w:pPr>
        <w:jc w:val="right"/>
      </w:pPr>
      <w:r>
        <w:t>یہ خدا کو وہ لوگ انڈر ایسٹیمیٹ کر رہے ہیں۔ وما قدر اللہ حق قدرہ۔ لوگوں نے خدا کو انڈر ایسٹیمیٹ کیا۔</w:t>
      </w:r>
    </w:p>
    <w:p>
      <w:r>
        <w:rPr>
          <w:b/>
        </w:rPr>
        <w:t xml:space="preserve">[53:11] </w:t>
      </w:r>
      <w:r>
        <w:t>quran mein hai ke wa ma qaddar allaha haqqa qaddarihi. hain qayamat mein aisa hoga ke poori zameen is ke ek hath mein hogi, sara sara aasman is ke hath doosre hath lipta hua hoga.</w:t>
      </w:r>
    </w:p>
    <w:p>
      <w:pPr>
        <w:jc w:val="right"/>
      </w:pPr>
      <w:r>
        <w:t>قرآن میں ہے کہ وما قدر اللہ حق قدرہ۔ ہیں قیامت میں ایسا ہوگا کہ پوری زمین اس کے ایک ہاتھ میں ہوگی، سارا سارا آسمان اس کے ہاتھ دوسرے ہاتھ لپٹا ہوا ہوگا۔</w:t>
      </w:r>
    </w:p>
    <w:p>
      <w:r>
        <w:rPr>
          <w:b/>
        </w:rPr>
        <w:t xml:space="preserve">[53:24] </w:t>
      </w:r>
      <w:r>
        <w:t>to zikr naam hai azmat-e-khudawandi ke ehsas se. star mah jaana aap ke andar jab star mah aata hai to woh kuch shabdon mein izhaar hota hai, is ka kuch lafzon mein is ka izhaar hota hai.</w:t>
      </w:r>
    </w:p>
    <w:p>
      <w:pPr>
        <w:jc w:val="right"/>
      </w:pPr>
      <w:r>
        <w:t>تو ذکر نام ہے عظمت خداوندی کے احساس سے۔ اسٹار ماہ جانا آپ کے اندر جب اسٹار ماہ آتا ہے تو وہ کچھ शब्दوں میں اظہار ہوتا ہے، اس کا کچھ لفظوں میں اس کا اظہار ہوتا ہے۔</w:t>
      </w:r>
    </w:p>
    <w:p>
      <w:r>
        <w:rPr>
          <w:b/>
        </w:rPr>
        <w:t xml:space="preserve">[53:38] </w:t>
      </w:r>
      <w:r>
        <w:t>woh hai zikr. to woh jo zikr hai, woh isi ko hadith mein bataya gaya hai ke is se tumhara</w:t>
      </w:r>
    </w:p>
    <w:p>
      <w:pPr>
        <w:jc w:val="right"/>
      </w:pPr>
      <w:r>
        <w:t>وہ ہے ذکر۔ تو وہ جو ذکر ہے، وہ اسی کو حدیث میں بتایا گیا ہے کہ اس سے تمہارا</w:t>
      </w:r>
    </w:p>
    <w:p>
      <w:r>
        <w:rPr>
          <w:b/>
        </w:rPr>
        <w:t xml:space="preserve">[53:47] </w:t>
      </w:r>
      <w:r>
        <w:t>pauda banta hai, tumhara plant banta hai. yaani isi ko kaha gharaasa zikr allaha. yaani is woh jo pauda hai, woh jo plant hai, is ki jo hai parvarish hoti hai, is ki jo health hai, is ki yaani healthy pauda jo jo cheez banati hai, woh zikr allaha hai.</w:t>
      </w:r>
    </w:p>
    <w:p>
      <w:pPr>
        <w:jc w:val="right"/>
      </w:pPr>
      <w:r>
        <w:t>پودا بنتا ہے، تمہارا پلانٹ بنتا ہے۔ یعنی اسی کو کہا غراسہ ذکر اللہ۔ یعنی اس وہ جو پودا ہے، وہ جو پلانٹ ہے، اس کی جو ہے پرورش ہوتی ہے، اس کی جو ہیلتھ ہے، اس کی یعنی ہیلدی پودا جو جو چیز بناتی ہے، وہ ذکر اللہ ہے۔</w:t>
      </w:r>
    </w:p>
    <w:p>
      <w:r>
        <w:rPr>
          <w:b/>
        </w:rPr>
        <w:t xml:space="preserve">[54:07] </w:t>
      </w:r>
      <w:r>
        <w:t>zikr allaha is ko healthy pauda banata hai.</w:t>
      </w:r>
    </w:p>
    <w:p>
      <w:pPr>
        <w:jc w:val="right"/>
      </w:pPr>
      <w:r>
        <w:t>ذکر اللہ اس کو ہیلدی پودا بناتا ہے۔</w:t>
      </w:r>
    </w:p>
    <w:p>
      <w:r>
        <w:rPr>
          <w:b/>
        </w:rPr>
        <w:t xml:space="preserve">[54:10] </w:t>
      </w:r>
      <w:r>
        <w:t>yeh matlab hai is ka. maulana hazrat, kisi ki spirit poori tarah verify ho gayi hai, woh samajh gaya hai islam ko poori tarah.</w:t>
      </w:r>
    </w:p>
    <w:p>
      <w:pPr>
        <w:jc w:val="right"/>
      </w:pPr>
      <w:r>
        <w:t>یہ مطلب ہے اس کا۔ مولانا حضرت، کسی کی سپرٹ پوری طرح ویریفائی ہو گئی ہے، وہ سمجھ گیا ہے اسلام کو پوری طرح۔</w:t>
      </w:r>
    </w:p>
    <w:p>
      <w:r>
        <w:rPr>
          <w:b/>
        </w:rPr>
        <w:t xml:space="preserve">[54:18] </w:t>
      </w:r>
      <w:r>
        <w:t>to is ke baad form is ke liye zaroori hai ya nahi? form ko woh jhoota hai ke kehta hai ke spirit ho gayi mujhe.</w:t>
      </w:r>
    </w:p>
    <w:p>
      <w:pPr>
        <w:jc w:val="right"/>
      </w:pPr>
      <w:r>
        <w:t>تو اس کے بعد فارم اس کے لیے ضروری ہے یا نہیں؟ فارم کو وہ جھوٹا ہے کہ کہتا ہے کہ سپرٹ ہو گئی مجھے۔</w:t>
      </w:r>
    </w:p>
    <w:p>
      <w:r>
        <w:rPr>
          <w:b/>
        </w:rPr>
        <w:t xml:space="preserve">[54:27] </w:t>
      </w:r>
      <w:r>
        <w:t>phir to mein ne kaha ke ek aadmi, ek maa aur ya ek baap ka ek bachcha mere bete se bohat hi mohabbat hai, aur form se koi izhaar na ho, na paisa de, na use khana khilaye, na use kapda de.</w:t>
      </w:r>
    </w:p>
    <w:p>
      <w:pPr>
        <w:jc w:val="right"/>
      </w:pPr>
      <w:r>
        <w:t>پھر تو میں نے کہا کہ ایک آدمی، ایک ماں اور یا ایک باپ کا ایک بچہ میرے بیٹے سے بہت ہی محبت ہے، اور فارم سے کوئی اظہار نہ ہو، نہ پیسہ دے، نہ اسے کھانا کھلائے، نہ اسے کپڑا دے۔</w:t>
      </w:r>
    </w:p>
    <w:p>
      <w:r>
        <w:rPr>
          <w:b/>
        </w:rPr>
        <w:t xml:space="preserve">[54:39] </w:t>
      </w:r>
      <w:r>
        <w:t>mein apne bete se bohat hi pyar karta hoon. to to baap, woh baap jhoota baap hai.</w:t>
      </w:r>
    </w:p>
    <w:p>
      <w:pPr>
        <w:jc w:val="right"/>
      </w:pPr>
      <w:r>
        <w:t>میں اپنے بیٹے سے بہت ہی پیار کرتا ہوں۔ تو تو باپ، وہ باپ جھوٹا باپ ہے۔</w:t>
      </w:r>
    </w:p>
    <w:p>
      <w:r>
        <w:rPr>
          <w:b/>
        </w:rPr>
        <w:t xml:space="preserve">[54:46] </w:t>
      </w:r>
      <w:r>
        <w:t>aise woh aadmi bhi jhoota hai jo kehta hai ke mere haan spirit aa gayi hai, aur form ki shakal mein is ka koi izhaar hi nahi ho raha hai. woh jhoota daawa karta hai, false claim karta hai.</w:t>
      </w:r>
    </w:p>
    <w:p>
      <w:pPr>
        <w:jc w:val="right"/>
      </w:pPr>
      <w:r>
        <w:t>ایسے وہ آدمی بھی جھوٹا ہے جو کہتا ہے کہ میرے ہاں سپرٹ آ گئی ہے، اور فارم کی شکل میں اس کا کوئی اظہار ہی نہیں ہو رہا ہے۔ وہ جھوٹا دعویٰ کرتا ہے، فالس کلیم کرتا ہے۔</w:t>
      </w:r>
    </w:p>
    <w:p>
      <w:r>
        <w:rPr>
          <w:b/>
        </w:rPr>
        <w:t xml:space="preserve">[54:57] </w:t>
      </w:r>
      <w:r>
        <w:t>woh mujhe bataiye ke spirit aaegi to woh zahir nahi hogi? woh phategi nahi? phat kar niklegi bahar? woh</w:t>
      </w:r>
    </w:p>
    <w:p>
      <w:pPr>
        <w:jc w:val="right"/>
      </w:pPr>
      <w:r>
        <w:t>وہ مجھے بتائیے کہ اسپرٹ آئے گی تو وہ ظاہر نہیں ہوگی؟ وہ پھٹے گی نہیں؟ پھٹ کر نکلے گی باہر؟ وہ</w:t>
      </w:r>
    </w:p>
    <w:p>
      <w:r>
        <w:rPr>
          <w:b/>
        </w:rPr>
        <w:t xml:space="preserve">[55:05] </w:t>
      </w:r>
      <w:r>
        <w:t>spirit aaegi to phat kar niklegi? woh phir chupke se kahin baithi rahegi? woh spirit koi aisi cheez hai jo chupke se baithi rahe? woh to bomb blast hoga, bomb shell hoga.</w:t>
      </w:r>
    </w:p>
    <w:p>
      <w:pPr>
        <w:jc w:val="right"/>
      </w:pPr>
      <w:r>
        <w:t>اسپرٹ آئے گی تو پھٹ کر نکلے گی؟ وہ پھر چپکے سے کہیں بیٹھی رہے گی؟ وہ اسپرٹ کوئی ایسی چیز ہے جو چپکے سے بیٹھی رہے؟ وہ تو بم بلاسٹ ہوگا، بم شیل ہوگا۔</w:t>
      </w:r>
    </w:p>
    <w:p>
      <w:r>
        <w:rPr>
          <w:b/>
        </w:rPr>
        <w:t xml:space="preserve">[55:17] </w:t>
      </w:r>
      <w:r>
        <w:t>woh agar spirit aa jaye to to am paas bola hai ke</w:t>
      </w:r>
    </w:p>
    <w:p>
      <w:pPr>
        <w:jc w:val="right"/>
      </w:pPr>
      <w:r>
        <w:t>وہ اگر اسپرٹ آ جائے تو تو ام پاس بولا ہے کہ</w:t>
      </w:r>
    </w:p>
    <w:p>
      <w:r>
        <w:rPr>
          <w:b/>
        </w:rPr>
        <w:t xml:space="preserve">[55:24] </w:t>
      </w:r>
      <w:r>
        <w:t>yeh jis tarah yeh baat galat hai ke form ka naam spirit nahi hai, use yeh bhi galat baat hai ke spirit hogi to form ki zaroorat nahi.</w:t>
      </w:r>
    </w:p>
    <w:p>
      <w:pPr>
        <w:jc w:val="right"/>
      </w:pPr>
      <w:r>
        <w:t>یہ جس طرح یہ بات غلط ہے کہ فارم کا نام اسپرٹ نہیں ہے، اسے یہ بھی غلط بات ہے کہ اسپرٹ ہوگی تو فارم کی ضرورت نہیں۔</w:t>
      </w:r>
    </w:p>
    <w:p>
      <w:r>
        <w:rPr>
          <w:b/>
        </w:rPr>
        <w:t xml:space="preserve">[55:36] </w:t>
      </w:r>
      <w:r>
        <w:t>is ko achhi tarah samajh lijie. kya kya kaha tha unhon ne?</w:t>
      </w:r>
    </w:p>
    <w:p>
      <w:pPr>
        <w:jc w:val="right"/>
      </w:pPr>
      <w:r>
        <w:t>اس کو اچھی طرح سمجھ لیجئے۔ کیا کیا کہا تھا انہوں نے؟</w:t>
      </w:r>
    </w:p>
    <w:p>
      <w:r>
        <w:rPr>
          <w:b/>
        </w:rPr>
        <w:t xml:space="preserve">[55:41] </w:t>
      </w:r>
      <w:r>
        <w:t>there is a form which is created by or which is uh which comes because of spirit, and there is a form which comes because of</w:t>
      </w:r>
    </w:p>
    <w:p>
      <w:pPr>
        <w:jc w:val="right"/>
      </w:pPr>
      <w:r>
        <w:t>دیر از ا فارم وچ از کریٹڈ بائے اور وچ از اہ وچ کمز بیکاز اف اسپرٹ، اینڈ دیر از ا فارم وچ کمز بیکاز اف</w:t>
      </w:r>
    </w:p>
    <w:p>
      <w:r>
        <w:rPr>
          <w:b/>
        </w:rPr>
        <w:t xml:space="preserve">[55:49] </w:t>
      </w:r>
      <w:r>
        <w:t>extremism. what is the difference in these two forms? there is a form which uh comes because of spirit, and there is another form which comes due to extremism.</w:t>
      </w:r>
    </w:p>
    <w:p>
      <w:pPr>
        <w:jc w:val="right"/>
      </w:pPr>
      <w:r>
        <w:t>ایکسٹریمزم۔ واٹ از دا ڈیفرنس ان دیز ٹو فارمز؟ دیر از ا فارم وچ اہ کمز بیکاز اف سپرٹ، اینڈ دیر از انادر فارم وچ کمز ڈیو ٹو ایکسٹریمزم۔</w:t>
      </w:r>
    </w:p>
    <w:p>
      <w:r>
        <w:rPr>
          <w:b/>
        </w:rPr>
        <w:t xml:space="preserve">[56:01] </w:t>
      </w:r>
      <w:r>
        <w:t>so what is the difference between the two?</w:t>
      </w:r>
    </w:p>
    <w:p>
      <w:pPr>
        <w:jc w:val="right"/>
      </w:pPr>
      <w:r>
        <w:t>سو واٹ از دا ڈیفرنس بٹوین دا ٹو؟</w:t>
      </w:r>
    </w:p>
    <w:p>
      <w:r>
        <w:rPr>
          <w:b/>
        </w:rPr>
        <w:t xml:space="preserve">[56:08] </w:t>
      </w:r>
      <w:r>
        <w:t>hmm, extremism jo hai woh form mein, yaani jab spirit less hota hai aadmi aur formi form is par rehta hai to isi ki dhoom machata hai.</w:t>
      </w:r>
    </w:p>
    <w:p>
      <w:pPr>
        <w:jc w:val="right"/>
      </w:pPr>
      <w:r>
        <w:t>ہمم، ایکسٹریمزم جو ہے وہ فارم میں، یعنی جب اسپرٹ لیس ہوتا ہے آدمی اور فارمی فارم اس پر رہتا ہے تو اسی کی دھوم مچاتا ہے۔</w:t>
      </w:r>
    </w:p>
    <w:p>
      <w:r>
        <w:rPr>
          <w:b/>
        </w:rPr>
        <w:t xml:space="preserve">[56:23] </w:t>
      </w:r>
      <w:r>
        <w:t>woh</w:t>
      </w:r>
    </w:p>
    <w:p>
      <w:pPr>
        <w:jc w:val="right"/>
      </w:pPr>
      <w:r>
        <w:t>وہ</w:t>
      </w:r>
    </w:p>
    <w:p>
      <w:r>
        <w:rPr>
          <w:b/>
        </w:rPr>
        <w:t xml:space="preserve">[56:24] </w:t>
      </w:r>
      <w:r>
        <w:t>jaise rasool allaha ke paas kuch log aaye, nahi, rasool allaha ke paas nahi, aap ke ahleya ke paas kuch log aaye aur poocha unhon ne ke rasool allaha ki ibadat kaisi hai?</w:t>
      </w:r>
    </w:p>
    <w:p>
      <w:pPr>
        <w:jc w:val="right"/>
      </w:pPr>
      <w:r>
        <w:t>جیسے رسول اللہ کے پاس کچھ لوگ آئے، نہیں، رسول اللہ کے پاس نہیں، آپ کے اہلیہ کے پاس کچھ لوگ آئے اور پوچھا انہوں نے کہ رسول اللہ کی عبادت کیسی ہے؟</w:t>
      </w:r>
    </w:p>
    <w:p>
      <w:r>
        <w:rPr>
          <w:b/>
        </w:rPr>
        <w:t xml:space="preserve">[56:38] </w:t>
      </w:r>
      <w:r>
        <w:t>to un ki ahleya jo theen unhon ne bataya ke</w:t>
      </w:r>
    </w:p>
    <w:p>
      <w:pPr>
        <w:jc w:val="right"/>
      </w:pPr>
      <w:r>
        <w:t>تو ان کی اہلیہ جو تھیں انہوں نے بتایا کہ</w:t>
      </w:r>
    </w:p>
    <w:p>
      <w:r>
        <w:rPr>
          <w:b/>
        </w:rPr>
        <w:t xml:space="preserve">[56:43] </w:t>
      </w:r>
      <w:r>
        <w:t>paanch waqt ki namaz padhte hain aap aur roza ramzan mein roza rakhte hain aap. to is mein aata hai kaanuhum tuqalluh, unhon ne is ko kam samjha rasool allaha ki ibadat ke baray mein.</w:t>
      </w:r>
    </w:p>
    <w:p>
      <w:pPr>
        <w:jc w:val="right"/>
      </w:pPr>
      <w:r>
        <w:t>پانچ وقت کی نماز پڑھتے ہیں آپ اور روزہ رمضان میں روزہ رکھتے ہیں آپ۔ تو اس میں آتا ہے کانہم تقلوہ، انہوں نے اس کو کم سمجھا رسول اللہ کی عبادت کے بارے میں۔</w:t>
      </w:r>
    </w:p>
    <w:p>
      <w:r>
        <w:rPr>
          <w:b/>
        </w:rPr>
        <w:t xml:space="preserve">[57:02] </w:t>
      </w:r>
      <w:r>
        <w:t>unhon ne kaha ke bhai paanch waqt namaz padhte hain</w:t>
      </w:r>
    </w:p>
    <w:p>
      <w:pPr>
        <w:jc w:val="right"/>
      </w:pPr>
      <w:r>
        <w:t>انہوں نے کہا کہ بھئی پانچ وقت نماز پڑھتے ہیں</w:t>
      </w:r>
    </w:p>
    <w:p>
      <w:r>
        <w:rPr>
          <w:b/>
        </w:rPr>
        <w:t xml:space="preserve">[57:04] </w:t>
      </w:r>
      <w:r>
        <w:t>aur roza rakhte hain. to kaanuhum tuqalluh kam samjha unhon ne. to unhon ne kaha ke mein to roza roza rakhunga aur sari raat mein namaz hi padhta rahunga.</w:t>
      </w:r>
    </w:p>
    <w:p>
      <w:pPr>
        <w:jc w:val="right"/>
      </w:pPr>
      <w:r>
        <w:t>اور روزہ رکھتے ہیں۔ تو کانہم تقلوہ کم سمجھا انہوں نے۔ تو انہوں نے کہا کہ میں تو روزہ روزہ رکھوں گا اور ساری رات میں نماز ہی پڑھتا رہوں گا۔</w:t>
      </w:r>
    </w:p>
    <w:p>
      <w:r>
        <w:rPr>
          <w:b/>
        </w:rPr>
        <w:t xml:space="preserve">[57:19] </w:t>
      </w:r>
      <w:r>
        <w:t>to is ke baad bohat is par ghusa ho gaya.</w:t>
      </w:r>
    </w:p>
    <w:p>
      <w:pPr>
        <w:jc w:val="right"/>
      </w:pPr>
      <w:r>
        <w:t>تو اس کے بعد بہت اس پر غصہ ہو گیا۔</w:t>
      </w:r>
    </w:p>
    <w:p>
      <w:r>
        <w:rPr>
          <w:b/>
        </w:rPr>
        <w:t xml:space="preserve">[57:22] </w:t>
      </w:r>
      <w:r>
        <w:t>ghusa kis baat pe? log samajhte nahi is baat ko. ghusa is baat pe ke ab is ne form ka naam ibadat samajh liya.</w:t>
      </w:r>
    </w:p>
    <w:p>
      <w:pPr>
        <w:jc w:val="right"/>
      </w:pPr>
      <w:r>
        <w:t>غصہ کس بات پہ؟ لوگ سمجھتے نہیں اس بات کو۔ غصہ اس بات پہ کہ اب اس نے فارم کا نام عبادت سمجھ لیا۔</w:t>
      </w:r>
    </w:p>
    <w:p>
      <w:r>
        <w:rPr>
          <w:b/>
        </w:rPr>
        <w:t xml:space="preserve">[57:33] </w:t>
      </w:r>
      <w:r>
        <w:t>ghusa is baat par hue the, is ko samajhte nahi log ke in logon ne form ka naam ibadat samajh liya ke bohat ziyada form ke in term of form.</w:t>
      </w:r>
    </w:p>
    <w:p>
      <w:pPr>
        <w:jc w:val="right"/>
      </w:pPr>
      <w:r>
        <w:t>غصہ اس بات پر ہوئے تھے، اس کو سمجھتے نہیں لوگ کہ ان لوگوں نے فارم کا نام عبادت سمجھ لیا کہ بہت زیادہ فارم کے ان ٹرم اف فارم۔</w:t>
      </w:r>
    </w:p>
    <w:p>
      <w:r>
        <w:rPr>
          <w:b/>
        </w:rPr>
        <w:t xml:space="preserve">[57:46] </w:t>
      </w:r>
      <w:r>
        <w:t>agar bohat ziyada aap kar rahe hote to samajhte ke haan yeh nabi ki ibadat hai.</w:t>
      </w:r>
    </w:p>
    <w:p>
      <w:pPr>
        <w:jc w:val="right"/>
      </w:pPr>
      <w:r>
        <w:t>اگر بہت زیادہ آپ کر رہے ہوتے تو سمجھتے کہ ہاں یہ نبی کی عبادت ہے۔</w:t>
      </w:r>
    </w:p>
    <w:p>
      <w:r>
        <w:rPr>
          <w:b/>
        </w:rPr>
        <w:t xml:space="preserve">[57:51] </w:t>
      </w:r>
      <w:r>
        <w:t>to in term of form pe kam laga unhon ne. unhon ne yeh nahi bataya ke sara din roza rakhte hain aur sari raat namaz parhte hain. yeh nahi kaha unhon ne.</w:t>
      </w:r>
    </w:p>
    <w:p>
      <w:pPr>
        <w:jc w:val="right"/>
      </w:pPr>
      <w:r>
        <w:t>تو ان ٹرم اف فارم پہ کم لگا انہوں نے۔ انہوں نے یہ نہیں بتایا کہ سارا دن روزہ رکھتے ہیں اور ساری رات نماز پڑھتے ہیں۔ یہ نہیں کہا انہوں نے۔</w:t>
      </w:r>
    </w:p>
    <w:p>
      <w:r>
        <w:rPr>
          <w:b/>
        </w:rPr>
        <w:t xml:space="preserve">[58:02] </w:t>
      </w:r>
      <w:r>
        <w:t>to aap ne meeting ki, logon ko bulaya, aap khare hue,</w:t>
      </w:r>
    </w:p>
    <w:p>
      <w:pPr>
        <w:jc w:val="right"/>
      </w:pPr>
      <w:r>
        <w:t>تو آپ نے میٹنگ کی، لوگوں کو بلایا، آپ کھڑے ہوئے،</w:t>
      </w:r>
    </w:p>
    <w:p>
      <w:r>
        <w:rPr>
          <w:b/>
        </w:rPr>
        <w:t xml:space="preserve">[58:07] </w:t>
      </w:r>
      <w:r>
        <w:t>aap ne kaha mujhe aaina aise suna hai mein ne. to aap ne farmaya ke yahi meri jo namaz hai, wahi hai jo tum dekhte ho. mein jo roza hai, wahi jo tum dekhte ho.</w:t>
      </w:r>
    </w:p>
    <w:p>
      <w:pPr>
        <w:jc w:val="right"/>
      </w:pPr>
      <w:r>
        <w:t>آپ نے کہا مجھے آئینہ ایسے سنا ہے میں نے۔ تو آپ نے فرمایا کہ یہی میری جو نماز ہے، وہی ہے جو تم دیکھتے ہو۔ میں جو روزہ ہے، وہی جو تم دیکھتے ہو۔</w:t>
      </w:r>
    </w:p>
    <w:p>
      <w:r>
        <w:rPr>
          <w:b/>
        </w:rPr>
        <w:t xml:space="preserve">[58:17] </w:t>
      </w:r>
      <w:r>
        <w:t>is se ziyada mein nahi kuch aur karta hoon. to yahi meri sunnat hai. faman raghiba sunnati mini,</w:t>
      </w:r>
    </w:p>
    <w:p>
      <w:pPr>
        <w:jc w:val="right"/>
      </w:pPr>
      <w:r>
        <w:t>اس سے زیادہ میں نہیں کچھ اور کرتا ہوں۔ تو یہی میری سنت ہے۔ فمن رغب سنتی منی،</w:t>
      </w:r>
    </w:p>
    <w:p>
      <w:r>
        <w:rPr>
          <w:b/>
        </w:rPr>
        <w:t xml:space="preserve">[58:27] </w:t>
      </w:r>
      <w:r>
        <w:t>jo meri sunnat se hate to woh mujh mein se nahi. is maani ke spirit ghayab hai aur form bohat ziyada hai. to Allah Rasool Allah ne farmaya ke woh meri meri ummati mein nahi hai.</w:t>
      </w:r>
    </w:p>
    <w:p>
      <w:pPr>
        <w:jc w:val="right"/>
      </w:pPr>
      <w:r>
        <w:t>جو میری سنت سے ہٹے تو وہ مجھ میں سے نہیں۔ اس معنی کہ اسپرٹ غائب ہے اور فارم بہت زیادہ ہے۔ تو اللہ رسول اللہ نے فرمایا کہ وہ میری میری امتی میں نہیں ہے۔</w:t>
      </w:r>
    </w:p>
    <w:p>
      <w:r>
        <w:rPr>
          <w:b/>
        </w:rPr>
        <w:t xml:space="preserve">[58:37] </w:t>
      </w:r>
      <w:r>
        <w:t>woh aadmi</w:t>
      </w:r>
    </w:p>
    <w:p>
      <w:pPr>
        <w:jc w:val="right"/>
      </w:pPr>
      <w:r>
        <w:t>وہ آدمی</w:t>
      </w:r>
    </w:p>
    <w:p>
      <w:r>
        <w:rPr>
          <w:b/>
        </w:rPr>
        <w:t xml:space="preserve">[58:47] </w:t>
      </w:r>
      <w:r>
        <w:t>hadithon mein aap parhein to bohat aasani se is ka jawab aap ko mil sakta hai. der lot of people who do over eating.</w:t>
      </w:r>
    </w:p>
    <w:p>
      <w:pPr>
        <w:jc w:val="right"/>
      </w:pPr>
      <w:r>
        <w:t>حدیثوں میں آپ پڑھیں تو بہت آسانی سے اس کا جواب آپ کو مل سکتا ہے۔ دیر لاٹ اف پیپل ہو ڈو اوور ایٹنگ۔</w:t>
      </w:r>
    </w:p>
    <w:p>
      <w:r>
        <w:rPr>
          <w:b/>
        </w:rPr>
        <w:t xml:space="preserve">[58:57] </w:t>
      </w:r>
      <w:r>
        <w:t>so is there a principal by which one can avoid over eating?</w:t>
      </w:r>
    </w:p>
    <w:p>
      <w:pPr>
        <w:jc w:val="right"/>
      </w:pPr>
      <w:r>
        <w:t>سو از دیر ا پرنسپل بائے وچ ون کین اوائڈ اوور ایٹنگ؟</w:t>
      </w:r>
    </w:p>
    <w:p>
      <w:r>
        <w:rPr>
          <w:b/>
        </w:rPr>
        <w:t xml:space="preserve">[59:04] </w:t>
      </w:r>
      <w:r>
        <w:t>haan, yeh bara dilchasp question hai. haal mein mujhe discovery hui hai. ek dekhein, over eating kya cheez hai?</w:t>
      </w:r>
    </w:p>
    <w:p>
      <w:pPr>
        <w:jc w:val="right"/>
      </w:pPr>
      <w:r>
        <w:t>ہاں، یہ بڑا دلچسپ کوئسچن ہے۔ حال میں مجھے ڈسکوری ہوئی ہے۔ ایک دیکھیں، اوور ایٹنگ کیا چیز ہے؟</w:t>
      </w:r>
    </w:p>
    <w:p>
      <w:r>
        <w:rPr>
          <w:b/>
        </w:rPr>
        <w:t xml:space="preserve">[59:14] </w:t>
      </w:r>
      <w:r>
        <w:t>mein pehle nahi samajhta tha is cheez ko. haal mein mujhe daryaft is ki hui hai. dekhein, system jo hai is ko samjhiye jo nature ka jo system hai.</w:t>
      </w:r>
    </w:p>
    <w:p>
      <w:pPr>
        <w:jc w:val="right"/>
      </w:pPr>
      <w:r>
        <w:t>میں پہلے نہیں سمجھتا تھا اس چیز کو۔ حال میں مجھے دریافت اس کی ہوئی ہے۔ دیکھیں، سسٹم جو ہے اس کو سمجھئے جو نیچر کا جو سسٹم ہے۔</w:t>
      </w:r>
    </w:p>
    <w:p>
      <w:r>
        <w:rPr>
          <w:b/>
        </w:rPr>
        <w:t xml:space="preserve">[59:26] </w:t>
      </w:r>
      <w:r>
        <w:t>hum har cheez ko apne dimaagh ke zariye jante hain. yaani mera mujhe bhook</w:t>
      </w:r>
    </w:p>
    <w:p>
      <w:pPr>
        <w:jc w:val="right"/>
      </w:pPr>
      <w:r>
        <w:t>ہم ہر چیز کو اپنے دماغ کے ذریعے جانتے ہیں۔ یعنی میرا مجھے بھوک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