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21 Al-Anbiya’ (The Prophets) - Maulana Wahiduddin Khan</w:t>
      </w:r>
    </w:p>
    <w:p>
      <w:r>
        <w:t>https://www.youtube.com/watch?v=Mh8DJavCqNY</w:t>
      </w:r>
    </w:p>
    <w:p>
      <w:r>
        <w:rPr>
          <w:b/>
        </w:rPr>
        <w:t xml:space="preserve">[00:01] </w:t>
      </w:r>
      <w:r>
        <w:t>bismillah rahman rahim.</w:t>
      </w:r>
    </w:p>
    <w:p>
      <w:pPr>
        <w:jc w:val="right"/>
      </w:pPr>
      <w:r>
        <w:t>بسم الله الرحمن الرحيم.</w:t>
      </w:r>
    </w:p>
    <w:p>
      <w:r>
        <w:rPr>
          <w:b/>
        </w:rPr>
        <w:t xml:space="preserve">[00:07] </w:t>
      </w:r>
      <w:r>
        <w:t>iqtaraba lilnnasi hisabuhum wahum fi ghaflatin mu'ridun. ma ya'tiihim min dhikrin min rabbihim muhdathin illa stama'uhu wahum yal'abun</w:t>
      </w:r>
    </w:p>
    <w:p>
      <w:pPr>
        <w:jc w:val="right"/>
      </w:pPr>
      <w:r>
        <w:t>اقترب للناس حسابهم وهم في غفلة معرضون. ما يأتيهم من ذكر من ربهم محدث إلا استمعوه وهم يلعبون</w:t>
      </w:r>
    </w:p>
    <w:p>
      <w:r>
        <w:rPr>
          <w:b/>
        </w:rPr>
        <w:t xml:space="preserve">[00:28] </w:t>
      </w:r>
      <w:r>
        <w:t>. lahia qulubuhum. wa asarrun najwa alladhina zalamuu hal hadha illa basharun mithlukum afta'tun as-sihra wa antum tbsirun?</w:t>
      </w:r>
    </w:p>
    <w:p>
      <w:pPr>
        <w:jc w:val="right"/>
      </w:pPr>
      <w:r>
        <w:t>. لاهية قلوبهم. وأسر النجوى الذين ظلموا هل هذا إلا بشر مثلكم أفتأتون السحر وأنتم تبصرون؟</w:t>
      </w:r>
    </w:p>
    <w:p>
      <w:r>
        <w:rPr>
          <w:b/>
        </w:rPr>
        <w:t xml:space="preserve">[00:49] </w:t>
      </w:r>
      <w:r>
        <w:t>qala: rabbi ya'lamul qawla fis-sama'i wal'ardi wahuwas-sami'ul 'alim.</w:t>
      </w:r>
    </w:p>
    <w:p>
      <w:pPr>
        <w:jc w:val="right"/>
      </w:pPr>
      <w:r>
        <w:t>قال: ربي يعلم القول في السماء والأرض وهو السميع العليم.</w:t>
      </w:r>
    </w:p>
    <w:p>
      <w:r>
        <w:rPr>
          <w:b/>
        </w:rPr>
        <w:t xml:space="preserve">[01:00] </w:t>
      </w:r>
      <w:r>
        <w:t>shuru Allah ke naam se jo bara meherban, nihayat reham wala hai. logon ke liye un ka hisab nazdeek aa pohancha, aur woh ghaflat mein pare hue a'raaz kar rahe hain.</w:t>
      </w:r>
    </w:p>
    <w:p>
      <w:pPr>
        <w:jc w:val="right"/>
      </w:pPr>
      <w:r>
        <w:t>شروع اللہ کے نام سے جو بڑا مہربان، نہایت رحم والا ہے۔ لوگوں کے لیے ان کا حساب نزدیک آ پہنچا، اور وہ غفلت میں پڑے ہوئے اعراض کر رہے ہیں۔</w:t>
      </w:r>
    </w:p>
    <w:p>
      <w:r>
        <w:rPr>
          <w:b/>
        </w:rPr>
        <w:t xml:space="preserve">[01:17] </w:t>
      </w:r>
      <w:r>
        <w:t>un ke rab ki taraf se jo bhi nayi naseehat un ke paas aati hai, woh is ko hansi karte hue suntay hain.</w:t>
      </w:r>
    </w:p>
    <w:p>
      <w:pPr>
        <w:jc w:val="right"/>
      </w:pPr>
      <w:r>
        <w:t>ان کے رب کی طرف سے جو بھی نئی نصیحت ان کے پاس آتی ہے، وہ اس کو ہنسی کرتے ہوئے سنتے ہیں۔</w:t>
      </w:r>
    </w:p>
    <w:p>
      <w:r>
        <w:rPr>
          <w:b/>
        </w:rPr>
        <w:t xml:space="preserve">[01:28] </w:t>
      </w:r>
      <w:r>
        <w:t>un ke dil ghaflat mein pare hue hain, aur zalimon ne aapas mein</w:t>
      </w:r>
    </w:p>
    <w:p>
      <w:pPr>
        <w:jc w:val="right"/>
      </w:pPr>
      <w:r>
        <w:t>ان کے دل غفلت میں پڑے ہوئے ہیں، اور ظالموں نے آپس میں</w:t>
      </w:r>
    </w:p>
    <w:p>
      <w:r>
        <w:rPr>
          <w:b/>
        </w:rPr>
        <w:t xml:space="preserve">[01:34] </w:t>
      </w:r>
      <w:r>
        <w:t>yeh sargoshi ki keh yeh shakhs to tumhare hi jaisa aik aadmi hai, phir tum kyun aankhon dekhe is ke jadu mein phanste ho?</w:t>
      </w:r>
    </w:p>
    <w:p>
      <w:pPr>
        <w:jc w:val="right"/>
      </w:pPr>
      <w:r>
        <w:t>یہ سرگوشی کی کہ یہ شخص تو تمہارے ہی جیسا ایک آدمی ہے، پھر تم کیوں آنکھوں دیکھے اس کے جادو میں پھنستے ہو؟</w:t>
      </w:r>
    </w:p>
    <w:p>
      <w:r>
        <w:rPr>
          <w:b/>
        </w:rPr>
        <w:t xml:space="preserve">[01:46] </w:t>
      </w:r>
      <w:r>
        <w:t>rasool ne kaha: mera rab har baat ko janta hai,</w:t>
      </w:r>
    </w:p>
    <w:p>
      <w:pPr>
        <w:jc w:val="right"/>
      </w:pPr>
      <w:r>
        <w:t>رسول نے کہا: میرا رب ہر بات کو جانتا ہے،</w:t>
      </w:r>
    </w:p>
    <w:p>
      <w:r>
        <w:rPr>
          <w:b/>
        </w:rPr>
        <w:t xml:space="preserve">[01:52] </w:t>
      </w:r>
      <w:r>
        <w:t>khwah woh aasman mein ho ya zameen mein, aur woh sunne wala, janne wala hai.</w:t>
      </w:r>
    </w:p>
    <w:p>
      <w:pPr>
        <w:jc w:val="right"/>
      </w:pPr>
      <w:r>
        <w:t>خواہ وہ آسمان میں ہو یا زمین میں، اور وہ سننے والا، جاننے والا ہے۔</w:t>
      </w:r>
    </w:p>
    <w:p>
      <w:r>
        <w:rPr>
          <w:b/>
        </w:rPr>
        <w:t xml:space="preserve">[02:03] </w:t>
      </w:r>
      <w:r>
        <w:t>tashreeh: har aadmi jo dunya mein hai, woh zindagi se zyada maut se qareeb hai.</w:t>
      </w:r>
    </w:p>
    <w:p>
      <w:pPr>
        <w:jc w:val="right"/>
      </w:pPr>
      <w:r>
        <w:t>تشریح: ہر آدمی جو دنیا میں ہے، وہ زندگی سے زیادہ موت سے قریب ہے۔</w:t>
      </w:r>
    </w:p>
    <w:p>
      <w:r>
        <w:rPr>
          <w:b/>
        </w:rPr>
        <w:t xml:space="preserve">[02:13] </w:t>
      </w:r>
      <w:r>
        <w:t>is aitbaar se har aadmi apne roz hisab ke ain kinare khara hua hai,</w:t>
      </w:r>
    </w:p>
    <w:p>
      <w:pPr>
        <w:jc w:val="right"/>
      </w:pPr>
      <w:r>
        <w:t>اس اعتبار سے ہر آدمی اپنے روز حساب کے عین کنارے کھڑا ہوا ہے،</w:t>
      </w:r>
    </w:p>
    <w:p>
      <w:r>
        <w:rPr>
          <w:b/>
        </w:rPr>
        <w:t xml:space="preserve">[02:20] </w:t>
      </w:r>
      <w:r>
        <w:t>magar insan ka haal yeh hai ke woh kisi bhi yaad dahani par tawajjuh nahi deta, khwah woh peghambar ke zariye karai jaye ya ghair peghambar ke zariye.</w:t>
      </w:r>
    </w:p>
    <w:p>
      <w:pPr>
        <w:jc w:val="right"/>
      </w:pPr>
      <w:r>
        <w:t>مگر انسان کا حال یہ ہے کہ وہ کسی بھی یاد دہانی پر توجہ نہیں دیتا، خواہ وہ پیغمبر کے ذریعے کرائی جائے یا غیر پیغمبر کے ذریعے۔</w:t>
      </w:r>
    </w:p>
    <w:p>
      <w:r>
        <w:rPr>
          <w:b/>
        </w:rPr>
        <w:t xml:space="preserve">[02:37] </w:t>
      </w:r>
      <w:r>
        <w:t>haq ke daai ki baat ko woh bas aik insan ki baat keh kar nazar andaz kar deta hai.</w:t>
      </w:r>
    </w:p>
    <w:p>
      <w:pPr>
        <w:jc w:val="right"/>
      </w:pPr>
      <w:r>
        <w:t>حق کے داعی کی بات کو وہ بس ایک انسان کی بات کہہ کر نظر انداز کر دیتا ہے۔</w:t>
      </w:r>
    </w:p>
    <w:p>
      <w:r>
        <w:rPr>
          <w:b/>
        </w:rPr>
        <w:t xml:space="preserve">[02:46] </w:t>
      </w:r>
      <w:r>
        <w:t>rasool Allah sal Allah alaihi wasallam ne Makkah mein jab Quran ke zariye dawat shuru ki to Quran ka khudai kalam logon ke dilo ko maskhar karne laga.</w:t>
      </w:r>
    </w:p>
    <w:p>
      <w:pPr>
        <w:jc w:val="right"/>
      </w:pPr>
      <w:r>
        <w:t>رسول اللہ صلی اللہ علیہ وسلم نے مکہ میں جب قرآن کے ذریعے دعوت شروع کی تو قرآن کا خدائی کلام لوگوں کے دلوں کو مسخر کرنے لگا۔</w:t>
      </w:r>
    </w:p>
    <w:p>
      <w:r>
        <w:rPr>
          <w:b/>
        </w:rPr>
        <w:t xml:space="preserve">[03:00] </w:t>
      </w:r>
      <w:r>
        <w:t>yeh wahan ke sardaron ke liye bari sakht baat thi kyunke</w:t>
      </w:r>
    </w:p>
    <w:p>
      <w:pPr>
        <w:jc w:val="right"/>
      </w:pPr>
      <w:r>
        <w:t>یہ وہاں کے سرداروں کے لیے بڑی سخت بات تھی کیونکہ</w:t>
      </w:r>
    </w:p>
    <w:p>
      <w:r>
        <w:rPr>
          <w:b/>
        </w:rPr>
        <w:t xml:space="preserve">[03:05] </w:t>
      </w:r>
      <w:r>
        <w:t>is se un ki qiyadat khatre mein par rahi thi. Quran tauheed ki dawat deta tha, aur Makkah ke sardar shirk ke upar apni sardari qaim kiye hue thay.</w:t>
      </w:r>
    </w:p>
    <w:p>
      <w:pPr>
        <w:jc w:val="right"/>
      </w:pPr>
      <w:r>
        <w:t>اس سے ان کی قیادت خطرے میں پڑ رہی تھی۔ قرآن توحید کی دعوت دیتا تھا، اور مکہ کے سردار شرک کے اوپر اپنی سرداری قائم کیے ہوئے تھے۔</w:t>
      </w:r>
    </w:p>
    <w:p>
      <w:r>
        <w:rPr>
          <w:b/>
        </w:rPr>
        <w:t xml:space="preserve">[03:22] </w:t>
      </w:r>
      <w:r>
        <w:t>unhon ne logon ke zehan ko is se hatane ke liye yeh kiya ke logon se kaha ke is kalam mein bazahir jo taaseer tum dekh rahe ho, woh is liye nahi hai ke woh Khuda ka kalam hai.</w:t>
      </w:r>
    </w:p>
    <w:p>
      <w:pPr>
        <w:jc w:val="right"/>
      </w:pPr>
      <w:r>
        <w:t>انہوں نے لوگوں کے ذہن کو اس سے ہٹانے کے لیے یہ کیا کہ لوگوں سے کہا کہ اس کلام میں بظاہر جو تاثیر تم دیکھ رہے ہو، وہ اس لیے نہیں ہے کہ وہ خدا کا کلام ہے۔</w:t>
      </w:r>
    </w:p>
    <w:p>
      <w:r>
        <w:rPr>
          <w:b/>
        </w:rPr>
        <w:t xml:space="preserve">[03:37] </w:t>
      </w:r>
      <w:r>
        <w:t>is ka zor</w:t>
      </w:r>
    </w:p>
    <w:p>
      <w:pPr>
        <w:jc w:val="right"/>
      </w:pPr>
      <w:r>
        <w:t>اس کا زور</w:t>
      </w:r>
    </w:p>
    <w:p>
      <w:r>
        <w:rPr>
          <w:b/>
        </w:rPr>
        <w:t xml:space="preserve">[03:39] </w:t>
      </w:r>
      <w:r>
        <w:t>sadaqat ka zor nahi balkeh jadu ka zor hai. yeh jadu bayani ka muamla hai na ke aasmani kalam ka muamla.</w:t>
      </w:r>
    </w:p>
    <w:p>
      <w:pPr>
        <w:jc w:val="right"/>
      </w:pPr>
      <w:r>
        <w:t>صداقت کا زور نہیں بلکہ جادو کا زور ہے۔ یہ جادو بیانی کا معاملہ ہے نہ کہ آسمانی کلام کا معاملہ۔</w:t>
      </w:r>
    </w:p>
    <w:p>
      <w:r>
        <w:rPr>
          <w:b/>
        </w:rPr>
        <w:t xml:space="preserve">[03:53] </w:t>
      </w:r>
      <w:r>
        <w:t>is qism ki baat kehne wale log</w:t>
      </w:r>
    </w:p>
    <w:p>
      <w:pPr>
        <w:jc w:val="right"/>
      </w:pPr>
      <w:r>
        <w:t>اس قسم کی بات کہنے والے لوگ</w:t>
      </w:r>
    </w:p>
    <w:p>
      <w:r>
        <w:rPr>
          <w:b/>
        </w:rPr>
        <w:t xml:space="preserve">[03:56] </w:t>
      </w:r>
      <w:r>
        <w:t>agarche Khuda ka naam lete hain, magar unhein yaqeen nahi ke Khuda un ko dekh aur sun raha hai.</w:t>
      </w:r>
    </w:p>
    <w:p>
      <w:pPr>
        <w:jc w:val="right"/>
      </w:pPr>
      <w:r>
        <w:t>اگرچہ خدا کا نام لیتے ہیں، مگر انہیں یقین نہیں کہ خدا ان کو دیکھ اور سن رہا ہے۔</w:t>
      </w:r>
    </w:p>
    <w:p>
      <w:r>
        <w:rPr>
          <w:b/>
        </w:rPr>
        <w:t xml:space="preserve">[04:07] </w:t>
      </w:r>
      <w:r>
        <w:t>agar unhein Khuda ke aalim ul ghaib hone ka yaqeen hota to woh</w:t>
      </w:r>
    </w:p>
    <w:p>
      <w:pPr>
        <w:jc w:val="right"/>
      </w:pPr>
      <w:r>
        <w:t>اگر انہیں خدا کے عالم الغیب ہونے کا یقین ہوتا تو وہ</w:t>
      </w:r>
    </w:p>
    <w:p>
      <w:r>
        <w:rPr>
          <w:b/>
        </w:rPr>
        <w:t xml:space="preserve">[04:13] </w:t>
      </w:r>
      <w:r>
        <w:t>aisi ghair sanjeeda baat hargiz apni zaban se na nikalte. bal qalo: adghath ahlam, bal iftarahu bal huwa shair,</w:t>
      </w:r>
    </w:p>
    <w:p>
      <w:pPr>
        <w:jc w:val="right"/>
      </w:pPr>
      <w:r>
        <w:t>ایسی غیر سنجیدہ بات ہرگز اپنی زبان سے نہ نکالتے۔ بل قالوا: أضغاث أحلام، بل افتراه بل هو شاعر،</w:t>
      </w:r>
    </w:p>
    <w:p>
      <w:r>
        <w:rPr>
          <w:b/>
        </w:rPr>
        <w:t xml:space="preserve">[04:29] </w:t>
      </w:r>
      <w:r>
        <w:t>falya'tina bi ayatin, falya'tina bi ayatin kama ursila al-awwalun.</w:t>
      </w:r>
    </w:p>
    <w:p>
      <w:pPr>
        <w:jc w:val="right"/>
      </w:pPr>
      <w:r>
        <w:t>فليأتنا بآية، فليأتنا بآية كما أرسل الأولون.</w:t>
      </w:r>
    </w:p>
    <w:p>
      <w:r>
        <w:rPr>
          <w:b/>
        </w:rPr>
        <w:t xml:space="preserve">[04:42] </w:t>
      </w:r>
      <w:r>
        <w:t>ma amant qablahum min qaryatin ahlaknahah afahum yu'minun?</w:t>
      </w:r>
    </w:p>
    <w:p>
      <w:pPr>
        <w:jc w:val="right"/>
      </w:pPr>
      <w:r>
        <w:t>ما آمنت قبلهم من قرية أهلكناها أفهم يؤمنون؟</w:t>
      </w:r>
    </w:p>
    <w:p>
      <w:r>
        <w:rPr>
          <w:b/>
        </w:rPr>
        <w:t xml:space="preserve">[04:57] </w:t>
      </w:r>
      <w:r>
        <w:t>balkeh woh kehte hain: yeh praganda khwab hai, balkeh is ko unhon ne ghad liya hai, balkeh woh aik shair hain.</w:t>
      </w:r>
    </w:p>
    <w:p>
      <w:pPr>
        <w:jc w:val="right"/>
      </w:pPr>
      <w:r>
        <w:t>بلکہ وہ کہتے ہیں: یہ پراگندہ خواب ہے، بلکہ اس کو انہوں نے گھڑ لیا ہے، بلکہ وہ ایک شاعر ہیں۔</w:t>
      </w:r>
    </w:p>
    <w:p>
      <w:r>
        <w:rPr>
          <w:b/>
        </w:rPr>
        <w:t xml:space="preserve">[05:07] </w:t>
      </w:r>
      <w:r>
        <w:t>un ko chahiye ke hamare paas is tarah ki koi nishani layen jis tarah ki nishaniyon ke sath</w:t>
      </w:r>
    </w:p>
    <w:p>
      <w:pPr>
        <w:jc w:val="right"/>
      </w:pPr>
      <w:r>
        <w:t>ان کو چاہیے کہ ہمارے پاس اس طرح کی کوئی نشانی لائیں جس طرح کی نشانیوں کے ساتھ</w:t>
      </w:r>
    </w:p>
    <w:p>
      <w:r>
        <w:rPr>
          <w:b/>
        </w:rPr>
        <w:t xml:space="preserve">[05:15] </w:t>
      </w:r>
      <w:r>
        <w:t>pichle rasool bheje gaye thay. un se pehle kisi basti ke log bhi jin ko hum ne halak kiya iman nahi laye, to kya yeh log iman layenge?</w:t>
      </w:r>
    </w:p>
    <w:p>
      <w:pPr>
        <w:jc w:val="right"/>
      </w:pPr>
      <w:r>
        <w:t>پچھلے رسول بھیجے گئے تھے۔ ان سے پہلے کسی بستی کے لوگ بھی جن کو ہم نے ہلاک کیا ایمان نہیں لائے، تو کیا یہ لوگ ایمان لائیں گے؟</w:t>
      </w:r>
    </w:p>
    <w:p>
      <w:r>
        <w:rPr>
          <w:b/>
        </w:rPr>
        <w:t xml:space="preserve">[05:30] </w:t>
      </w:r>
      <w:r>
        <w:t>tashreeh:</w:t>
      </w:r>
    </w:p>
    <w:p>
      <w:pPr>
        <w:jc w:val="right"/>
      </w:pPr>
      <w:r>
        <w:t>تشریح:</w:t>
      </w:r>
    </w:p>
    <w:p>
      <w:r>
        <w:rPr>
          <w:b/>
        </w:rPr>
        <w:t xml:space="preserve">[05:32] </w:t>
      </w:r>
      <w:r>
        <w:t>haq ka daai hamesha haq ki dawat ko daleel ke zor par pesh karta hai. mukhalifeen jab dekhte hain ke woh daleel se is ka tod nahi kar sakte to woh tarah tarah ki baatein nikal kar</w:t>
      </w:r>
    </w:p>
    <w:p>
      <w:pPr>
        <w:jc w:val="right"/>
      </w:pPr>
      <w:r>
        <w:t>حق کا داعی ہمیشہ حق کی دعوت کو دلیل کے زور پر پیش کرتا ہے۔ مخالفین جب دیکھتے ہیں کہ وہ دلیل سے اس کا توڑ نہیں کر سکتے تو وہ طرح طرح کی باتیں نکال کر</w:t>
      </w:r>
    </w:p>
    <w:p>
      <w:r>
        <w:rPr>
          <w:b/>
        </w:rPr>
        <w:t xml:space="preserve">[05:49] </w:t>
      </w:r>
      <w:r>
        <w:t>awam ko is se bargashta karne ki koshish karte hain, maslan yeh ke yeh shairana kalam hai, yeh adabi sahari hai, yeh aik diwane ke takhayulat hain,</w:t>
      </w:r>
    </w:p>
    <w:p>
      <w:pPr>
        <w:jc w:val="right"/>
      </w:pPr>
      <w:r>
        <w:t>عوام کو اس سے برگشتہ کرنے کی کوشش کرتے ہیں، مثلاً یہ کہ یہ شاعرانہ کلام ہے، یہ ادبی ساحری ہے، یہ ایک دیوانے کے تخیلات ہیں،</w:t>
      </w:r>
    </w:p>
    <w:p>
      <w:r>
        <w:rPr>
          <w:b/>
        </w:rPr>
        <w:t xml:space="preserve">[06:04] </w:t>
      </w:r>
      <w:r>
        <w:t>yeh apne jee se banai hui baatein hain</w:t>
      </w:r>
    </w:p>
    <w:p>
      <w:pPr>
        <w:jc w:val="right"/>
      </w:pPr>
      <w:r>
        <w:t>یہ اپنے جی سے بنائی ہوئی باتیں ہیں</w:t>
      </w:r>
    </w:p>
    <w:p>
      <w:r>
        <w:rPr>
          <w:b/>
        </w:rPr>
        <w:t xml:space="preserve">[06:08] </w:t>
      </w:r>
      <w:r>
        <w:t>waghaira. Rasool Allah sal Allah alihay wasallam ne chunke aal-e-makka ke samne koi hissi moajza nahi dikhaya tha, is liye aap ki risalat ko mujtaba karne ke liye woh yeh bhi kehte thay ke yeh agar Khuda ke bheje hue hain to pichle peghambaron ki tarah Khuda ke pas se koi moajza le kar kyun nahi aaye?</w:t>
      </w:r>
    </w:p>
    <w:p>
      <w:pPr>
        <w:jc w:val="right"/>
      </w:pPr>
      <w:r>
        <w:t>وغیرہ۔ رسول اللہ صلی اللہ علیہ وسلم نے چونکہ ال مکہ کے سامنے کوئی حسی معجزہ نہیں دکھایا تھا، اس لیے آپ کی رسالت کو مجتبی کرنے کے لیے وہ یہ بھی کہتے تھے کہ یہ اگر خدا کے بھیجے ہوئے ہیں تو پچھلے پیغمبروں کی طرح خدا کے پاس سے کوئی معجزہ لے کر کیوں نہیں آئے؟</w:t>
      </w:r>
    </w:p>
    <w:p>
      <w:r>
        <w:rPr>
          <w:b/>
        </w:rPr>
        <w:t xml:space="preserve">[06:36] </w:t>
      </w:r>
      <w:r>
        <w:t>magar tareekh ka tajruba batata hai ke jo log daleel se baat ko na manen, woh moajza ko dekh kar bhi us ko man'ne ke liye tayyar nahi hote.</w:t>
      </w:r>
    </w:p>
    <w:p>
      <w:pPr>
        <w:jc w:val="right"/>
      </w:pPr>
      <w:r>
        <w:t>مگر تاریخ کا تجربہ بتاتا ہے کہ جو لوگ دلیل سے بات کو نہ مانیں، وہ معجزہ کو دیکھ کر بھی اس کو ماننے کے لیے تیار نہیں ہوتے۔</w:t>
      </w:r>
    </w:p>
    <w:p>
      <w:r>
        <w:rPr>
          <w:b/>
        </w:rPr>
        <w:t xml:space="preserve">[06:49] </w:t>
      </w:r>
      <w:r>
        <w:t>is liye logon ke sath</w:t>
      </w:r>
    </w:p>
    <w:p>
      <w:pPr>
        <w:jc w:val="right"/>
      </w:pPr>
      <w:r>
        <w:t>اس لیے لوگوں کے ساتھ</w:t>
      </w:r>
    </w:p>
    <w:p>
      <w:r>
        <w:rPr>
          <w:b/>
        </w:rPr>
        <w:t xml:space="preserve">[06:52] </w:t>
      </w:r>
      <w:r>
        <w:t>khair khwahi yeh hai ke daleel ki zaban mein un ki naseehat jari rakhi jaye, na ke moajza dikha kar un par itmam-e-hujjat kar di jaye, kyunke moajza se na man'ne ke baad doosra marhala sirf</w:t>
      </w:r>
    </w:p>
    <w:p>
      <w:pPr>
        <w:jc w:val="right"/>
      </w:pPr>
      <w:r>
        <w:t>خیر خواہی یہ ہے کہ دلیل کی زبان میں ان کی نصیحت جاری رکھی جائے، نہ کہ معجزہ دکھا کر ان پر اتمام حجت کر دی جائے، کیونکہ معجزہ سے نہ ماننے کے بعد دوسرا مرحلہ صرف</w:t>
      </w:r>
    </w:p>
    <w:p>
      <w:r>
        <w:rPr>
          <w:b/>
        </w:rPr>
        <w:t xml:space="preserve">[07:10] </w:t>
      </w:r>
      <w:r>
        <w:t>halakat hota hai. Wa ma arsalna qablaka illa rijalan noohi ilayhim fas'alu ahl-e-zikr, fas'alu</w:t>
      </w:r>
    </w:p>
    <w:p>
      <w:pPr>
        <w:jc w:val="right"/>
      </w:pPr>
      <w:r>
        <w:t>ہلاکت ہوتا ہے۔ وما أرسلنا قبلك إلا رجالا نوحي إليهم فاسألوا أهل الذكر، فاسألوا</w:t>
      </w:r>
    </w:p>
    <w:p>
      <w:r>
        <w:rPr>
          <w:b/>
        </w:rPr>
        <w:t xml:space="preserve">[07:29] </w:t>
      </w:r>
      <w:r>
        <w:t>ahl-e-zikr in kuntum la ta'lamoon. Wa ma ja'alnahum jasadan la ya'kuloon at-ta'ama wa ma kanoo khaledeen.</w:t>
      </w:r>
    </w:p>
    <w:p>
      <w:pPr>
        <w:jc w:val="right"/>
      </w:pPr>
      <w:r>
        <w:t>أهل الذكر إن كنتم لا تعلمون. وما جعلناهم جسدا لا يأكلون الطعام وما كانوا خالدين.</w:t>
      </w:r>
    </w:p>
    <w:p>
      <w:r>
        <w:rPr>
          <w:b/>
        </w:rPr>
        <w:t xml:space="preserve">[07:45] </w:t>
      </w:r>
      <w:r>
        <w:t>phir</w:t>
      </w:r>
    </w:p>
    <w:p>
      <w:pPr>
        <w:jc w:val="right"/>
      </w:pPr>
      <w:r>
        <w:t>ثم</w:t>
      </w:r>
    </w:p>
    <w:p>
      <w:r>
        <w:rPr>
          <w:b/>
        </w:rPr>
        <w:t xml:space="preserve">[07:47] </w:t>
      </w:r>
      <w:r>
        <w:t>saddaqnahum al-wa'da fa anjaynahum wa man nasha'a wa ahlakna al-musrifeen.</w:t>
      </w:r>
    </w:p>
    <w:p>
      <w:pPr>
        <w:jc w:val="right"/>
      </w:pPr>
      <w:r>
        <w:t>صدقناهم الوعد فأنجيناهم ومن نشاء وأهلكنا المسرفين.</w:t>
      </w:r>
    </w:p>
    <w:p>
      <w:r>
        <w:rPr>
          <w:b/>
        </w:rPr>
        <w:t xml:space="preserve">[08:00] </w:t>
      </w:r>
      <w:r>
        <w:t>aur tum se pehle bhi jis ko hum ne rasool bana kar bheja, admeeyon hi mein se bheja. Hum un ki taraf wahi bhejte thay, pas tum ahl-e-kitab se pooch lo agar tum nahi jante.</w:t>
      </w:r>
    </w:p>
    <w:p>
      <w:pPr>
        <w:jc w:val="right"/>
      </w:pPr>
      <w:r>
        <w:t>اور تم سے پہلے بھی جس کو ہم نے رسول بنا کر بھیجا، آدمیوں ہی میں سے بھیجا۔ ہم ان کی طرف وحی بھیجتے تھے، پس تم ال کتاب سے پوچھ لو اگر تم نہیں جانتے۔</w:t>
      </w:r>
    </w:p>
    <w:p>
      <w:r>
        <w:rPr>
          <w:b/>
        </w:rPr>
        <w:t xml:space="preserve">[08:17] </w:t>
      </w:r>
      <w:r>
        <w:t>aur hum ne in rasoolon ko aise jism nahi diye ke woh khana na khate hon, aur woh hamesha rehne wale na thay.</w:t>
      </w:r>
    </w:p>
    <w:p>
      <w:pPr>
        <w:jc w:val="right"/>
      </w:pPr>
      <w:r>
        <w:t>اور ہم نے ان رسولوں کو ایسے جسم نہیں دیے کہ وہ کھانا نہ کھاتے ہوں، اور وہ ہمیشہ رہنے والے نہ تھے۔</w:t>
      </w:r>
    </w:p>
    <w:p>
      <w:r>
        <w:rPr>
          <w:b/>
        </w:rPr>
        <w:t xml:space="preserve">[08:29] </w:t>
      </w:r>
      <w:r>
        <w:t>phir hum ne un se wada poora kiya, pas un ko</w:t>
      </w:r>
    </w:p>
    <w:p>
      <w:pPr>
        <w:jc w:val="right"/>
      </w:pPr>
      <w:r>
        <w:t>پھر ہم نے ان سے وعدہ پورا کیا، پس ان کو</w:t>
      </w:r>
    </w:p>
    <w:p>
      <w:r>
        <w:rPr>
          <w:b/>
        </w:rPr>
        <w:t xml:space="preserve">[08:34] </w:t>
      </w:r>
      <w:r>
        <w:t>aur jis jis ko hum ne chaha bacha liya, aur hum ne had se guzarne walon ko halak kar diya.</w:t>
      </w:r>
    </w:p>
    <w:p>
      <w:pPr>
        <w:jc w:val="right"/>
      </w:pPr>
      <w:r>
        <w:t>اور جس جس کو ہم نے چاہا بچا لیا، اور ہم نے حد سے گزرنے والوں کو ہلاک کر دیا۔</w:t>
      </w:r>
    </w:p>
    <w:p>
      <w:r>
        <w:rPr>
          <w:b/>
        </w:rPr>
        <w:t xml:space="preserve">[08:47] </w:t>
      </w:r>
      <w:r>
        <w:t>tashreeh: jo log yeh keh kar peghambar ka inkar karte thay ke yeh to hamari tarah ke ek insan hain, un se kaha gaya</w:t>
      </w:r>
    </w:p>
    <w:p>
      <w:pPr>
        <w:jc w:val="right"/>
      </w:pPr>
      <w:r>
        <w:t>تشریح: جو لوگ یہ کہہ کر پیغمبر کا انکار کرتے تھے کہ یہ تو ہماری طرح کے ایک انسان ہیں، ان سے کہا گیا</w:t>
      </w:r>
    </w:p>
    <w:p>
      <w:r>
        <w:rPr>
          <w:b/>
        </w:rPr>
        <w:t xml:space="preserve">[08:57] </w:t>
      </w:r>
      <w:r>
        <w:t>ke agar tum apne is etraz mein sanjeeda ho to tumhare liye mamle ko samajhna kuch mushkil nahi. Bahut si guzri hui hastiyan jin ko tum peghambar tasleem karte ho, un ke janne wale maujood hain.</w:t>
      </w:r>
    </w:p>
    <w:p>
      <w:pPr>
        <w:jc w:val="right"/>
      </w:pPr>
      <w:r>
        <w:t>کہ اگر تم اپنے اس اعتراض میں سنجیدہ ہو تو تمہارے لیے معاملے کو سمجھنا کچھ مشکل نہیں۔ بہت سی گزری ہوئی ہستیاں جن کو تم پیغمبر تسلیم کرتے ہو، ان کے جاننے والے موجود ہیں۔</w:t>
      </w:r>
    </w:p>
    <w:p>
      <w:r>
        <w:rPr>
          <w:b/>
        </w:rPr>
        <w:t xml:space="preserve">[09:14] </w:t>
      </w:r>
      <w:r>
        <w:t>phir un janne walon se tehqeeq kar lo ke woh insan thay ya ghair insan. Agar woh insan thay to maujooda peghambar ko tum sirf is bina par kaise radd kar sakte ho ke woh ek maa baap ke zariye aam insan ki tarah paida hue hain?</w:t>
      </w:r>
    </w:p>
    <w:p>
      <w:pPr>
        <w:jc w:val="right"/>
      </w:pPr>
      <w:r>
        <w:t>پھر ان جاننے والوں سے تحقیق کر لو کہ وہ انسان تھے یا غیر انسان۔ اگر وہ انسان تھے تو موجودہ پیغمبر کو تم صرف اس بنا پر کیسے رد کر سکتے ہو کہ وہ ایک ماں باپ کے ذریعے عام انسان کی طرح پیدا ہوئے ہیں؟</w:t>
      </w:r>
    </w:p>
    <w:p>
      <w:r>
        <w:rPr>
          <w:b/>
        </w:rPr>
        <w:t xml:space="preserve">[09:37] </w:t>
      </w:r>
      <w:r>
        <w:t>guzishta peghambaron ki tareekh yeh bhi batati hai ke un ka iqrar ya inkar logon ke liye mahaz saada qism ka iqrar ya inkar na tha.</w:t>
      </w:r>
    </w:p>
    <w:p>
      <w:pPr>
        <w:jc w:val="right"/>
      </w:pPr>
      <w:r>
        <w:t>گزشتہ پیغمبروں کی تاریخ یہ بھی بتاتی ہے کہ ان کا اقرار یا انکار لوگوں کے لیے محض سادہ قسم کا اقرار یا انکار نہ تھا۔</w:t>
      </w:r>
    </w:p>
    <w:p>
      <w:r>
        <w:rPr>
          <w:b/>
        </w:rPr>
        <w:t xml:space="preserve">[09:49] </w:t>
      </w:r>
      <w:r>
        <w:t>is ne dono grohon ke liye</w:t>
      </w:r>
    </w:p>
    <w:p>
      <w:pPr>
        <w:jc w:val="right"/>
      </w:pPr>
      <w:r>
        <w:t>اس نے دونوں گروہوں کے لیے</w:t>
      </w:r>
    </w:p>
    <w:p>
      <w:r>
        <w:rPr>
          <w:b/>
        </w:rPr>
        <w:t xml:space="preserve">[09:53] </w:t>
      </w:r>
      <w:r>
        <w:t>wazeh taur par alag alag nateeja paida kiya. Iqrar karne walon ne nijat payi, aur inkar karne wale halak kar diye gaye.</w:t>
      </w:r>
    </w:p>
    <w:p>
      <w:pPr>
        <w:jc w:val="right"/>
      </w:pPr>
      <w:r>
        <w:t>واضح طور پر الگ الگ نتیجہ پیدا کیا۔ اقرار کرنے والوں نے نجات پائی، اور انکار کرنے والے ہلاک کر دیے گئے۔</w:t>
      </w:r>
    </w:p>
    <w:p>
      <w:r>
        <w:rPr>
          <w:b/>
        </w:rPr>
        <w:t xml:space="preserve">[10:05] </w:t>
      </w:r>
      <w:r>
        <w:t>is liye is mamle mein tum ko</w:t>
      </w:r>
    </w:p>
    <w:p>
      <w:pPr>
        <w:jc w:val="right"/>
      </w:pPr>
      <w:r>
        <w:t>اس لیے اس معاملے میں تم کو</w:t>
      </w:r>
    </w:p>
    <w:p>
      <w:r>
        <w:rPr>
          <w:b/>
        </w:rPr>
        <w:t xml:space="preserve">[10:09] </w:t>
      </w:r>
      <w:r>
        <w:t>had darja sanjeeda hona chahiye.</w:t>
      </w:r>
    </w:p>
    <w:p>
      <w:pPr>
        <w:jc w:val="right"/>
      </w:pPr>
      <w:r>
        <w:t>حد درجہ سنجیدہ ہونا چاہیے۔</w:t>
      </w:r>
    </w:p>
    <w:p>
      <w:r>
        <w:rPr>
          <w:b/>
        </w:rPr>
        <w:t xml:space="preserve">[10:15] </w:t>
      </w:r>
      <w:r>
        <w:t>laqad anzalna ilaykum kitaban feehi zikrukum afala ta'qiloon?</w:t>
      </w:r>
    </w:p>
    <w:p>
      <w:pPr>
        <w:jc w:val="right"/>
      </w:pPr>
      <w:r>
        <w:t>لقد أنزلنا إليكم كتابا فيه ذكركم أفلا تعقلون؟</w:t>
      </w:r>
    </w:p>
    <w:p>
      <w:r>
        <w:rPr>
          <w:b/>
        </w:rPr>
        <w:t xml:space="preserve">[10:27] </w:t>
      </w:r>
      <w:r>
        <w:t>wa kam qassarna min qaryatin kanat zaliimatin</w:t>
      </w:r>
    </w:p>
    <w:p>
      <w:pPr>
        <w:jc w:val="right"/>
      </w:pPr>
      <w:r>
        <w:t>وكم قصرنا من قرية كانت ظالمة</w:t>
      </w:r>
    </w:p>
    <w:p>
      <w:r>
        <w:rPr>
          <w:b/>
        </w:rPr>
        <w:t xml:space="preserve">[10:34] </w:t>
      </w:r>
      <w:r>
        <w:t>wa ansha'na ba'daha qawman akharin? Falamma ahassu bi asana idha hum minha yarquzoun:</w:t>
      </w:r>
    </w:p>
    <w:p>
      <w:pPr>
        <w:jc w:val="right"/>
      </w:pPr>
      <w:r>
        <w:t>وأنشأنا بعدها قوما آخرين؟ فلما أحسوا بأسنا إذا هم منها يركضون:</w:t>
      </w:r>
    </w:p>
    <w:p>
      <w:r>
        <w:rPr>
          <w:b/>
        </w:rPr>
        <w:t xml:space="preserve">[10:53] </w:t>
      </w:r>
      <w:r>
        <w:t>la tarkudoo waj'iroo ila ma utriftum feehi wa masakinikum la'allakum tus'aloon.</w:t>
      </w:r>
    </w:p>
    <w:p>
      <w:pPr>
        <w:jc w:val="right"/>
      </w:pPr>
      <w:r>
        <w:t>لا تركضوا وارجعوا إلى ما أترفتم فيه ومساكنكم لعلكم تسألون.</w:t>
      </w:r>
    </w:p>
    <w:p>
      <w:r>
        <w:rPr>
          <w:b/>
        </w:rPr>
        <w:t xml:space="preserve">[11:08] </w:t>
      </w:r>
      <w:r>
        <w:t>qalu ya waylana</w:t>
      </w:r>
    </w:p>
    <w:p>
      <w:pPr>
        <w:jc w:val="right"/>
      </w:pPr>
      <w:r>
        <w:t>قالوا: يا ويلنا</w:t>
      </w:r>
    </w:p>
    <w:p>
      <w:r>
        <w:rPr>
          <w:b/>
        </w:rPr>
        <w:t xml:space="preserve">[11:12] </w:t>
      </w:r>
      <w:r>
        <w:t>inna kunna zalimeen. fa ma zalat tilka da'wahum hatta ja'alnahum hasidan khamideen.</w:t>
      </w:r>
    </w:p>
    <w:p>
      <w:pPr>
        <w:jc w:val="right"/>
      </w:pPr>
      <w:r>
        <w:t>إنا كنا ظالمين. فما زالت تلك دعواهم حتى جعلناهم حصيدا خامدين.</w:t>
      </w:r>
    </w:p>
    <w:p>
      <w:r>
        <w:rPr>
          <w:b/>
        </w:rPr>
        <w:t xml:space="preserve">[11:27] </w:t>
      </w:r>
      <w:r>
        <w:t>hum ne tumhari taraf aik kitaab utari hai jis mein tumhari yaad dahanai hai. phir kya tum samajhte nahi?</w:t>
      </w:r>
    </w:p>
    <w:p>
      <w:pPr>
        <w:jc w:val="right"/>
      </w:pPr>
      <w:r>
        <w:t>ہم نے تمہاری طرف ایک کتاب اتاری ہے جس میں تمہاری یاد دہانی ہے۔ پھر کیا تم سمجھتے نہیں؟</w:t>
      </w:r>
    </w:p>
    <w:p>
      <w:r>
        <w:rPr>
          <w:b/>
        </w:rPr>
        <w:t xml:space="preserve">[11:36] </w:t>
      </w:r>
      <w:r>
        <w:t>aur kitni hi zalim hastiyan hain jin ko hum ne pees dala, aur un ke baad</w:t>
      </w:r>
    </w:p>
    <w:p>
      <w:pPr>
        <w:jc w:val="right"/>
      </w:pPr>
      <w:r>
        <w:t>اور کتنی ہی ظالم ہستیاں ہیں جن کو ہم نے پیس ڈالا، اور ان کے بعد</w:t>
      </w:r>
    </w:p>
    <w:p>
      <w:r>
        <w:rPr>
          <w:b/>
        </w:rPr>
        <w:t xml:space="preserve">[11:44] </w:t>
      </w:r>
      <w:r>
        <w:t>doosri qaum ko uthaya. pas jab unhon ne hamara azab aate dekha to woh us se bhagne lage.</w:t>
      </w:r>
    </w:p>
    <w:p>
      <w:pPr>
        <w:jc w:val="right"/>
      </w:pPr>
      <w:r>
        <w:t>دوسری قوم کو اٹھایا۔ پس جب انہوں نے ہمارا عذاب آتے دیکھا تو وہ اس سے بھاگنے لگے۔</w:t>
      </w:r>
    </w:p>
    <w:p>
      <w:r>
        <w:rPr>
          <w:b/>
        </w:rPr>
        <w:t xml:space="preserve">[11:54] </w:t>
      </w:r>
      <w:r>
        <w:t>bhago mat, aur apne saman aish ki taraf aur apne makanon ki taraf wapas chalo</w:t>
      </w:r>
    </w:p>
    <w:p>
      <w:pPr>
        <w:jc w:val="right"/>
      </w:pPr>
      <w:r>
        <w:t>بھاگو مت، اور اپنے سامان عیش کی طرف اور اپنے مکانوں کی طرف واپس چلو</w:t>
      </w:r>
    </w:p>
    <w:p>
      <w:r>
        <w:rPr>
          <w:b/>
        </w:rPr>
        <w:t xml:space="preserve">[12:02] </w:t>
      </w:r>
      <w:r>
        <w:t>taake tum se poocha jaye. unhon ne kaha: haye hamari kam-bakhti!</w:t>
      </w:r>
    </w:p>
    <w:p>
      <w:pPr>
        <w:jc w:val="right"/>
      </w:pPr>
      <w:r>
        <w:t>تاکہ تم سے پوچھا جائے۔ انہوں نے کہا: ہائے ہماری کمبختی!</w:t>
      </w:r>
    </w:p>
    <w:p>
      <w:r>
        <w:rPr>
          <w:b/>
        </w:rPr>
        <w:t xml:space="preserve">[12:08] </w:t>
      </w:r>
      <w:r>
        <w:t>beshak hum log zalim thay. pas woh yahi pukarte rahe yahan tak ke hum ne un ko aisa kar diya jaise kheti kat gayi ho aur aag bujh gayi ho.</w:t>
      </w:r>
    </w:p>
    <w:p>
      <w:pPr>
        <w:jc w:val="right"/>
      </w:pPr>
      <w:r>
        <w:t>بے شک ہم لوگ ظالم تھے۔ پس وہ یہی پکارتے رہے یہاں تک کہ ہم نے ان کو ایسا کر دیا جیسے کھیتی کٹ گئی ہو اور آگ بجھ گئی ہو۔</w:t>
      </w:r>
    </w:p>
    <w:p>
      <w:r>
        <w:rPr>
          <w:b/>
        </w:rPr>
        <w:t xml:space="preserve">[12:25] </w:t>
      </w:r>
      <w:r>
        <w:t>tashreeh:</w:t>
      </w:r>
    </w:p>
    <w:p>
      <w:pPr>
        <w:jc w:val="right"/>
      </w:pPr>
      <w:r>
        <w:t>تشریح:</w:t>
      </w:r>
    </w:p>
    <w:p>
      <w:r>
        <w:rPr>
          <w:b/>
        </w:rPr>
        <w:t xml:space="preserve">[12:26] </w:t>
      </w:r>
      <w:r>
        <w:t>khuda ki kitaab aam maanon mein mahaz aik kitaab nahi, woh aik yaad dahanai hai. woh is baat ki chetawani hai ke dunya mein insan ka aana ittefaq se nahi hai,</w:t>
      </w:r>
    </w:p>
    <w:p>
      <w:pPr>
        <w:jc w:val="right"/>
      </w:pPr>
      <w:r>
        <w:t>خدا کی کتاب عام معنوں میں محض ایک کتاب نہیں، وہ ایک یاد دہانی ہے۔ وہ اس بات کی چتاونی ہے کہ دنیا میں انسان کا آنا اتفاق سے نہیں ہے،</w:t>
      </w:r>
    </w:p>
    <w:p>
      <w:r>
        <w:rPr>
          <w:b/>
        </w:rPr>
        <w:t xml:space="preserve">[12:42] </w:t>
      </w:r>
      <w:r>
        <w:t>woh aik khudai mansooba hai.</w:t>
      </w:r>
    </w:p>
    <w:p>
      <w:pPr>
        <w:jc w:val="right"/>
      </w:pPr>
      <w:r>
        <w:t>وہ ایک خدائی منصوبہ ہے۔</w:t>
      </w:r>
    </w:p>
    <w:p>
      <w:r>
        <w:rPr>
          <w:b/>
        </w:rPr>
        <w:t xml:space="preserve">[12:45] </w:t>
      </w:r>
      <w:r>
        <w:t>aur woh mansooba yeh hai ke insan ko azmaish ke liye waqti azadi di jaye. is ke baad aadmi jaisa amal kare, us ke mutabiq us ko badla diya jaye.</w:t>
      </w:r>
    </w:p>
    <w:p>
      <w:pPr>
        <w:jc w:val="right"/>
      </w:pPr>
      <w:r>
        <w:t>اور وہ منصوبہ یہ ہے کہ انسان کو آزمائش کے لیے وقتی آزادی دی جائے۔ اس کے بعد آدمی جیسا عمل کرے، اس کے مطابق اس کو بدلہ دیا جائے۔</w:t>
      </w:r>
    </w:p>
    <w:p>
      <w:r>
        <w:rPr>
          <w:b/>
        </w:rPr>
        <w:t xml:space="preserve">[13:00] </w:t>
      </w:r>
      <w:r>
        <w:t>is haqeeqat ka juzwi zahoor</w:t>
      </w:r>
    </w:p>
    <w:p>
      <w:pPr>
        <w:jc w:val="right"/>
      </w:pPr>
      <w:r>
        <w:t>اس حقیقت کا جزئی ظہور</w:t>
      </w:r>
    </w:p>
    <w:p>
      <w:r>
        <w:rPr>
          <w:b/>
        </w:rPr>
        <w:t xml:space="preserve">[13:03] </w:t>
      </w:r>
      <w:r>
        <w:t>zalim qaumon ki halakat ki soorat mein bar bar hota raha hai, aur is ka kulli zahoor qayamat mein hoga jabke tamam agle pichle insan dobara paida kar ke jama kiye jayenge.</w:t>
      </w:r>
    </w:p>
    <w:p>
      <w:pPr>
        <w:jc w:val="right"/>
      </w:pPr>
      <w:r>
        <w:t>ظالم قوموں کی ہلاکت کی صورت میں بار بار ہوتا رہا ہے، اور اس کا کلی ظہور قیامت میں ہوگا جبکہ تمام اگلے پچھلے انسان دوبارہ پیدا کر کے جمع کیے جائیں گے۔</w:t>
      </w:r>
    </w:p>
    <w:p>
      <w:r>
        <w:rPr>
          <w:b/>
        </w:rPr>
        <w:t xml:space="preserve">[13:21] </w:t>
      </w:r>
      <w:r>
        <w:t>jab khuda ki pakad zahir hoti hai to woh tamam maadi saaz o saman aadmi ko museebat maloom hone lagte hain jin ke bal par is se pehle woh haq ki dawat ko nazar andaz kar deta tha.</w:t>
      </w:r>
    </w:p>
    <w:p>
      <w:pPr>
        <w:jc w:val="right"/>
      </w:pPr>
      <w:r>
        <w:t>جب خدا کی پکڑ ظاہر ہوتی ہے تو وہ تمام مادی ساز و سامان آدمی کو مصیبت معلوم ہونے لگتے ہیں جن کے بل پر اس سے پہلے وہ حق کی دعوت کو نظر انداز کر دیتا تھا۔</w:t>
      </w:r>
    </w:p>
    <w:p>
      <w:r>
        <w:rPr>
          <w:b/>
        </w:rPr>
        <w:t xml:space="preserve">[13:38] </w:t>
      </w:r>
      <w:r>
        <w:t>maadi saman jab tak sath na chhoden, woh ghaflat se nikalne ke liye tayyar nahi hota. aur jab yeh saman is ka sath chhod dete hain,</w:t>
      </w:r>
    </w:p>
    <w:p>
      <w:pPr>
        <w:jc w:val="right"/>
      </w:pPr>
      <w:r>
        <w:t>مادی سامان جب تک ساتھ نہ چھوڑیں، وہ غفلت سے نکلنے کے لیے تیار نہیں ہوتا۔ اور جب یہ سامان اس کا ساتھ چھوڑ دیتے ہیں،</w:t>
      </w:r>
    </w:p>
    <w:p>
      <w:r>
        <w:rPr>
          <w:b/>
        </w:rPr>
        <w:t xml:space="preserve">[13:51] </w:t>
      </w:r>
      <w:r>
        <w:t>us waqt us ki aankh khul jati hai.</w:t>
      </w:r>
    </w:p>
    <w:p>
      <w:pPr>
        <w:jc w:val="right"/>
      </w:pPr>
      <w:r>
        <w:t>اس وقت اس کی آنکھ کھل جاتی ہے۔</w:t>
      </w:r>
    </w:p>
    <w:p>
      <w:r>
        <w:rPr>
          <w:b/>
        </w:rPr>
        <w:t xml:space="preserve">[13:54] </w:t>
      </w:r>
      <w:r>
        <w:t>magar us waqt aankh ka khulna is ke kaam nahi aata kyunke us waqt tamam cheezen apni taqat kho chuki hoti hain.</w:t>
      </w:r>
    </w:p>
    <w:p>
      <w:pPr>
        <w:jc w:val="right"/>
      </w:pPr>
      <w:r>
        <w:t>مگر اس وقت آنکھ کا کھلنا اس کے کام نہیں آتا کیونکہ اس وقت تمام چیزیں اپنی طاقت کھو چکی ہوتی ہیں۔</w:t>
      </w:r>
    </w:p>
    <w:p>
      <w:r>
        <w:rPr>
          <w:b/>
        </w:rPr>
        <w:t xml:space="preserve">[14:06] </w:t>
      </w:r>
      <w:r>
        <w:t>is ke baad sirf khuda kisi ke kaam aata hai,</w:t>
      </w:r>
    </w:p>
    <w:p>
      <w:pPr>
        <w:jc w:val="right"/>
      </w:pPr>
      <w:r>
        <w:t>اس کے بعد صرف خدا کسی کے کام آتا ہے،</w:t>
      </w:r>
    </w:p>
    <w:p>
      <w:r>
        <w:rPr>
          <w:b/>
        </w:rPr>
        <w:t xml:space="preserve">[14:12] </w:t>
      </w:r>
      <w:r>
        <w:t>na ke jhoote maabood. wa ma khalaqnal samawa wal arda wa ma baynahuma la'ibeen.</w:t>
      </w:r>
    </w:p>
    <w:p>
      <w:pPr>
        <w:jc w:val="right"/>
      </w:pPr>
      <w:r>
        <w:t>نہ کہ جھوٹے معبود۔ وما خلقنا السماء والأرض وما بينهما لاعبين.</w:t>
      </w:r>
    </w:p>
    <w:p>
      <w:r>
        <w:rPr>
          <w:b/>
        </w:rPr>
        <w:t xml:space="preserve">[14:26] </w:t>
      </w:r>
      <w:r>
        <w:t>lau aradna</w:t>
      </w:r>
    </w:p>
    <w:p>
      <w:pPr>
        <w:jc w:val="right"/>
      </w:pPr>
      <w:r>
        <w:t>لو أردنا</w:t>
      </w:r>
    </w:p>
    <w:p>
      <w:r>
        <w:rPr>
          <w:b/>
        </w:rPr>
        <w:t xml:space="preserve">[14:30] </w:t>
      </w:r>
      <w:r>
        <w:t>an nattakhiza lahwa lattakhaznahu min ladunna in kunna fa'ileen.</w:t>
      </w:r>
    </w:p>
    <w:p>
      <w:pPr>
        <w:jc w:val="right"/>
      </w:pPr>
      <w:r>
        <w:t>أن نتخذ لهو لاتخذناه من لدنا إن كنا فاعلين.</w:t>
      </w:r>
    </w:p>
    <w:p>
      <w:r>
        <w:rPr>
          <w:b/>
        </w:rPr>
        <w:t xml:space="preserve">[14:43] </w:t>
      </w:r>
      <w:r>
        <w:t>bal naqdhifu bil haqqi 'alal batili fa yadmaghuhu fa iza huwa zahiqun.</w:t>
      </w:r>
    </w:p>
    <w:p>
      <w:pPr>
        <w:jc w:val="right"/>
      </w:pPr>
      <w:r>
        <w:t>بل نقذف بالحق على الباطل فيدمغه فإذا هو زاهق.</w:t>
      </w:r>
    </w:p>
    <w:p>
      <w:r>
        <w:rPr>
          <w:b/>
        </w:rPr>
        <w:t xml:space="preserve">[14:50] </w:t>
      </w:r>
      <w:r>
        <w:t>wa lakumul waylu mimma tasifoon. aur hum ne aasman aur zameen ko aur jo kuch un ke darmiyan hai khel ke taur par nahi banaya.</w:t>
      </w:r>
    </w:p>
    <w:p>
      <w:pPr>
        <w:jc w:val="right"/>
      </w:pPr>
      <w:r>
        <w:t>ولكم الويل مما تصفون. اور ہم نے آسمان اور زمین کو اور جو کچھ ان کے درمیان ہے کھیل کے طور پر نہیں بنایا۔</w:t>
      </w:r>
    </w:p>
    <w:p>
      <w:r>
        <w:rPr>
          <w:b/>
        </w:rPr>
        <w:t xml:space="preserve">[15:05] </w:t>
      </w:r>
      <w:r>
        <w:t>agar hum koi khel banana chahte to us ko hum apne paas se bana lete.</w:t>
      </w:r>
    </w:p>
    <w:p>
      <w:pPr>
        <w:jc w:val="right"/>
      </w:pPr>
      <w:r>
        <w:t>اگر ہم کوئی کھیل بنانا چاہتے تو اس کو ہم اپنے پاس سے بنا لیتے۔</w:t>
      </w:r>
    </w:p>
    <w:p>
      <w:r>
        <w:rPr>
          <w:b/>
        </w:rPr>
        <w:t xml:space="preserve">[15:12] </w:t>
      </w:r>
      <w:r>
        <w:t>agar hum ko yeh karna hota. balkay hum haq ko batil par maren gay to woh is ka sir tor de ga to woh dafatan jata rahay ga.</w:t>
      </w:r>
    </w:p>
    <w:p>
      <w:pPr>
        <w:jc w:val="right"/>
      </w:pPr>
      <w:r>
        <w:t>اگر ہم کو یہ کرنا ہوتا۔ بلکہ ہم حق کو باطل پر ماریں گے تو وہ اس کا سر توڑ دے گا تو وہ دفعتاً جاتا رہے گا۔</w:t>
      </w:r>
    </w:p>
    <w:p>
      <w:r>
        <w:rPr>
          <w:b/>
        </w:rPr>
        <w:t xml:space="preserve">[15:23] </w:t>
      </w:r>
      <w:r>
        <w:t>aur tumharay liye in baton say bari kharabi hai jo tum bayan kartay ho.</w:t>
      </w:r>
    </w:p>
    <w:p>
      <w:pPr>
        <w:jc w:val="right"/>
      </w:pPr>
      <w:r>
        <w:t>اور تمہارے لیے ان باتوں سے بڑی خرابی ہے جو تم بیان کرتے ہو۔</w:t>
      </w:r>
    </w:p>
    <w:p>
      <w:r>
        <w:rPr>
          <w:b/>
        </w:rPr>
        <w:t xml:space="preserve">[15:32] </w:t>
      </w:r>
      <w:r>
        <w:t>tashreeh: jo log khuda ki dawat kay baray mein sanjeeda na hon, woh goya mowooda dunya ko aik qism ka khudai khilona samajhtay hain jis ka waqti tafreeh kay siwa aur koi maqsad na ho.</w:t>
      </w:r>
    </w:p>
    <w:p>
      <w:pPr>
        <w:jc w:val="right"/>
      </w:pPr>
      <w:r>
        <w:t>تشریح: جو لوگ خدا کی دعوت کے بارے میں سنجیدہ نہ ہوں، وہ گویا موعودہ دنیا کو ایک قسم کا خدائی کھلونا سمجھتے ہیں جس کا وقتی تفریح کے سوا اور کوئی مقصد نہ ہو۔</w:t>
      </w:r>
    </w:p>
    <w:p>
      <w:r>
        <w:rPr>
          <w:b/>
        </w:rPr>
        <w:t xml:space="preserve">[15:49] </w:t>
      </w:r>
      <w:r>
        <w:t>magar</w:t>
      </w:r>
    </w:p>
    <w:p>
      <w:pPr>
        <w:jc w:val="right"/>
      </w:pPr>
      <w:r>
        <w:t>مگر</w:t>
      </w:r>
    </w:p>
    <w:p>
      <w:r>
        <w:rPr>
          <w:b/>
        </w:rPr>
        <w:t xml:space="preserve">[15:51] </w:t>
      </w:r>
      <w:r>
        <w:t>dunya apni bay panah hikmat o ma'nawiyat kay sath apnay khalq ka jo ta'aruf karati hai, us kay lihaaz say yeh namumkin maloom hota hai kay is ka khalq koi aisa khuda ho jis nay is dunya ko mahaz khel kay tor par banaya ho.</w:t>
      </w:r>
    </w:p>
    <w:p>
      <w:pPr>
        <w:jc w:val="right"/>
      </w:pPr>
      <w:r>
        <w:t>دنیا اپنی بے پناہ حکمت و معنویت کے ساتھ اپنے خالق کا جو تعارف کراتی ہے، اس کے لحاظ سے یہ ناممکن معلوم ہوتا ہے کہ اس کا خالق کوئی ایسا خدا ہو جس نے اس دنیا کو محض کھیل کے طور پر بنایا ہو۔</w:t>
      </w:r>
    </w:p>
    <w:p>
      <w:r>
        <w:rPr>
          <w:b/>
        </w:rPr>
        <w:t xml:space="preserve">[16:13] </w:t>
      </w:r>
      <w:r>
        <w:t>dunya mein insan jaisi anokhi makhlooq hai jis ki fitrat mein haq o batil ki tameez pai jati hai. dunya mein aisi makhlooq ka hona jo aik tareeqay ko haq aur doosray tareeqay ko batil samjhay, aur phir haq o batil kay naam par</w:t>
      </w:r>
    </w:p>
    <w:p>
      <w:pPr>
        <w:jc w:val="right"/>
      </w:pPr>
      <w:r>
        <w:t>دنیا میں انسان جیسی انوکھی مخلوق ہے جس کی فطرت میں حق و باطل کی تمیز پائی جاتی ہے۔ دنیا میں ایسی مخلوق کا ہونا جو ایک طریقے کو حق اور دوسرے طریقے کو باطل سمجھے، اور پھر حق و باطل کے نام پر</w:t>
      </w:r>
    </w:p>
    <w:p>
      <w:r>
        <w:rPr>
          <w:b/>
        </w:rPr>
        <w:t xml:space="preserve">[16:31] </w:t>
      </w:r>
      <w:r>
        <w:t>bar bar muqabla pesh aana zahir karta hai, yahan koi aisa waqt aanay wala hai jabkay aakhri tor par yeh baat khul jaye kay fi waqe haq kiya tha aur batil.</w:t>
      </w:r>
    </w:p>
    <w:p>
      <w:pPr>
        <w:jc w:val="right"/>
      </w:pPr>
      <w:r>
        <w:t>بار بار مقابلہ پیش آنا ظاہر کرتا ہے، یہاں کوئی ایسا وقت آنے والا ہے جبکہ آخری طور پر یہ بات کھل جائے کہ فی الواقع حق کیا تھا اور باطل کیا۔</w:t>
      </w:r>
    </w:p>
    <w:p>
      <w:r>
        <w:rPr>
          <w:b/>
        </w:rPr>
        <w:t xml:space="preserve">[16:47] </w:t>
      </w:r>
      <w:r>
        <w:t>aur phir</w:t>
      </w:r>
    </w:p>
    <w:p>
      <w:pPr>
        <w:jc w:val="right"/>
      </w:pPr>
      <w:r>
        <w:t>اور پھر</w:t>
      </w:r>
    </w:p>
    <w:p>
      <w:r>
        <w:rPr>
          <w:b/>
        </w:rPr>
        <w:t xml:space="preserve">[16:49] </w:t>
      </w:r>
      <w:r>
        <w:t>jis nay haq ka sath diya ho, us ko kamyabi hasil ho, aur jis nay haq ka sath na diya ho, woh nakam kar diya jaye.</w:t>
      </w:r>
    </w:p>
    <w:p>
      <w:pPr>
        <w:jc w:val="right"/>
      </w:pPr>
      <w:r>
        <w:t>جس نے حق کا ساتھ دیا ہو، اس کو کامیابی حاصل ہو، اور جس نے حق کا ساتھ نہ دیا ہو، وہ ناکام کر دیا جائے۔</w:t>
      </w:r>
    </w:p>
    <w:p>
      <w:r>
        <w:rPr>
          <w:b/>
        </w:rPr>
        <w:t xml:space="preserve">[17:02] </w:t>
      </w:r>
      <w:r>
        <w:t>jis dunya mein aisa pathar ho jo aik shakhs kay sir ko tor de, wahan</w:t>
      </w:r>
    </w:p>
    <w:p>
      <w:pPr>
        <w:jc w:val="right"/>
      </w:pPr>
      <w:r>
        <w:t>جس دنیا میں ایسا پتھر ہو جو ایک شخص کے سر کو توڑ دے، وہاں</w:t>
      </w:r>
    </w:p>
    <w:p>
      <w:r>
        <w:rPr>
          <w:b/>
        </w:rPr>
        <w:t xml:space="preserve">[17:09] </w:t>
      </w:r>
      <w:r>
        <w:t>kya aisa haq na hoga jo batil ko batil sabit kar sakay? walahu man fis samawati wal arz wa man 'indahu la yastakbiruna 'an 'ibadatihi wa la yastahsirun.</w:t>
      </w:r>
    </w:p>
    <w:p>
      <w:pPr>
        <w:jc w:val="right"/>
      </w:pPr>
      <w:r>
        <w:t>کیا ایسا حق نہ ہوگا جو باطل کو باطل ثابت کر سکے؟ وله من في السماوات والأرض ومن عنده لا يستكبرون عن عبادته ولا يستحسرون.</w:t>
      </w:r>
    </w:p>
    <w:p>
      <w:r>
        <w:rPr>
          <w:b/>
        </w:rPr>
        <w:t xml:space="preserve">[17:31] </w:t>
      </w:r>
      <w:r>
        <w:t>yusabbihunal laila wan nahara la yafturun. aur usi kay hain jo aasmanon aur zameen mein hain, aur jo us kay paas hain, woh us ki ibadat say sar taab nahi kartay</w:t>
      </w:r>
    </w:p>
    <w:p>
      <w:pPr>
        <w:jc w:val="right"/>
      </w:pPr>
      <w:r>
        <w:t>يسبحون الليل والنهار لا يفترون. اور اسی کے ہیں جو آسمانوں اور زمین میں ہیں، اور جو اس کے پاس ہیں، وہ اس کی عبادت سے سرتاوی نہیں کرتے</w:t>
      </w:r>
    </w:p>
    <w:p>
      <w:r>
        <w:rPr>
          <w:b/>
        </w:rPr>
        <w:t xml:space="preserve">[17:49] </w:t>
      </w:r>
      <w:r>
        <w:t>aur na kahili kartay hain. woh raat din us ko yaad kartay hain, woh kabhi nahi thaktay.</w:t>
      </w:r>
    </w:p>
    <w:p>
      <w:pPr>
        <w:jc w:val="right"/>
      </w:pPr>
      <w:r>
        <w:t>اور نہ کاہلی کرتے ہیں۔ وہ رات دن اس کو یاد کرتے ہیں، وہ کبھی نہیں تھکتے۔</w:t>
      </w:r>
    </w:p>
    <w:p>
      <w:r>
        <w:rPr>
          <w:b/>
        </w:rPr>
        <w:t xml:space="preserve">[18:01] </w:t>
      </w:r>
      <w:r>
        <w:t>tashreeh: zameen o asman ki har cheez makhlooq hai.</w:t>
      </w:r>
    </w:p>
    <w:p>
      <w:pPr>
        <w:jc w:val="right"/>
      </w:pPr>
      <w:r>
        <w:t>تشریح: زمین و آسمان کی ہر چیز مخلوق ہے۔</w:t>
      </w:r>
    </w:p>
    <w:p>
      <w:r>
        <w:rPr>
          <w:b/>
        </w:rPr>
        <w:t xml:space="preserve">[18:07] </w:t>
      </w:r>
      <w:r>
        <w:t>har cheez wohi karti hai jis ka usay oopar say hukum diya gaya ho. sari kainat mein sirf insan hai jo sarkashi karta hai.</w:t>
      </w:r>
    </w:p>
    <w:p>
      <w:pPr>
        <w:jc w:val="right"/>
      </w:pPr>
      <w:r>
        <w:t>ہر چیز وہی کرتی ہے جس کا اسے اوپر سے حکم دیا گیا ہو۔ ساری کائنات میں صرف انسان ہے جو سرکشی کرتا ہے۔</w:t>
      </w:r>
    </w:p>
    <w:p>
      <w:r>
        <w:rPr>
          <w:b/>
        </w:rPr>
        <w:t xml:space="preserve">[18:20] </w:t>
      </w:r>
      <w:r>
        <w:t>jo log khuda ko nahi mantay, woh yeh keh kar sarkashi kartay hain kay hamaray oopar koi malik aur hakim nahi, hum azad hain</w:t>
      </w:r>
    </w:p>
    <w:p>
      <w:pPr>
        <w:jc w:val="right"/>
      </w:pPr>
      <w:r>
        <w:t>جو لوگ خدا کو نہیں مانتے، وہ یہ کہہ کر سرکشی کرتے ہیں کہ ہمارے اوپر کوئی مالک اور حاکم نہیں، ہم آزاد ہیں</w:t>
      </w:r>
    </w:p>
    <w:p>
      <w:r>
        <w:rPr>
          <w:b/>
        </w:rPr>
        <w:t xml:space="preserve">[18:31] </w:t>
      </w:r>
      <w:r>
        <w:t>kay jo chahain karain. jo log khuda ko mantay hain, woh bhi sarkashi kartay hain, albatta un kay paas apni sarkashi ki tawjeeh doosri hoti hai.</w:t>
      </w:r>
    </w:p>
    <w:p>
      <w:pPr>
        <w:jc w:val="right"/>
      </w:pPr>
      <w:r>
        <w:t>کہ جو چاہیں کریں۔ جو لوگ خدا کو مانتے ہیں، وہ بھی سرکشی کرتے ہیں، البتہ ان کے پاس اپنی سرکشی کی توجیہ دوسری ہوتی ہے۔</w:t>
      </w:r>
    </w:p>
    <w:p>
      <w:r>
        <w:rPr>
          <w:b/>
        </w:rPr>
        <w:t xml:space="preserve">[18:47] </w:t>
      </w:r>
      <w:r>
        <w:t>woh khuda kay siwa kisi aur ko</w:t>
      </w:r>
    </w:p>
    <w:p>
      <w:pPr>
        <w:jc w:val="right"/>
      </w:pPr>
      <w:r>
        <w:t>وہ خدا کے سوا کسی اور کو</w:t>
      </w:r>
    </w:p>
    <w:p>
      <w:r>
        <w:rPr>
          <w:b/>
        </w:rPr>
        <w:t xml:space="preserve">[18:49] </w:t>
      </w:r>
      <w:r>
        <w:t>apna shafee' aur waseela maan letay hain. woh kisi ko khuda ka muqarrab maan kar yeh farz kar laitay hain kay hum un kay liye aqeedat o ehteraam ka izhaar kartay rahen to woh khuda kay yahan</w:t>
      </w:r>
    </w:p>
    <w:p>
      <w:pPr>
        <w:jc w:val="right"/>
      </w:pPr>
      <w:r>
        <w:t>اپنا شفیع اور وسیلہ مان لیتے ہیں۔ وہ کسی کو خدا کا مقرب مان کر یہ فرض کر لیتے ہیں کہ ہم ان کے لیے عقیدت و احترام کا اظہار کرتے رہیں تو وہ خدا کے یہاں</w:t>
      </w:r>
    </w:p>
    <w:p>
      <w:r>
        <w:rPr>
          <w:b/>
        </w:rPr>
        <w:t xml:space="preserve">[19:06] </w:t>
      </w:r>
      <w:r>
        <w:t>hamaray liye nijat ki sifarish kar dain gay. kuch log farishtoon ko apna shafee' aur waseela maan letay hain, aur kuch log kisi doosri hasti ko.</w:t>
      </w:r>
    </w:p>
    <w:p>
      <w:pPr>
        <w:jc w:val="right"/>
      </w:pPr>
      <w:r>
        <w:t>ہمارے لیے نجات کی سفارش کر دیں گے۔ کچھ لوگ فرشتوں کو اپنا شفیع اور وسیلہ مان لیتے ہیں، اور کچھ لوگ کسی دوسری ہستی کو۔</w:t>
      </w:r>
    </w:p>
    <w:p>
      <w:r>
        <w:rPr>
          <w:b/>
        </w:rPr>
        <w:t xml:space="preserve">[19:19] </w:t>
      </w:r>
      <w:r>
        <w:t>magar is qism kay tamam nazariye mazhab ka khair had tak batil hain.</w:t>
      </w:r>
    </w:p>
    <w:p>
      <w:pPr>
        <w:jc w:val="right"/>
      </w:pPr>
      <w:r>
        <w:t>مگر اس قسم کے تمام نظریے مذہب کا خیز حد تک باطل ہیں۔</w:t>
      </w:r>
    </w:p>
    <w:p>
      <w:r>
        <w:rPr>
          <w:b/>
        </w:rPr>
        <w:t xml:space="preserve">[19:26] </w:t>
      </w:r>
      <w:r>
        <w:t>agar kisi ko woh nigah hasil ho kay woh kainaati satah par haqeeqat ko dekh sakay to woh dekhe ga kay mafroza hastiyan khud to khuda ki haibat say us kay agay jhuki hui hain, aur insan un kay naam par</w:t>
      </w:r>
    </w:p>
    <w:p>
      <w:pPr>
        <w:jc w:val="right"/>
      </w:pPr>
      <w:r>
        <w:t>اگر کسی کو وہ نگاہ حاصل ہو کہ وہ کائناتی سطح پر حقیقت کو دیکھ سکے تو وہ دیکھے گا کہ مفروضہ ہستیاں خود تو خدا کی ہیبت سے اس کے آگے جھکی ہوئی ہیں، اور انسان ان کے نام پر</w:t>
      </w:r>
    </w:p>
    <w:p>
      <w:r>
        <w:rPr>
          <w:b/>
        </w:rPr>
        <w:t xml:space="preserve">[19:45] </w:t>
      </w:r>
      <w:r>
        <w:t>dunya mein sarkash bana hua hai.</w:t>
      </w:r>
    </w:p>
    <w:p>
      <w:pPr>
        <w:jc w:val="right"/>
      </w:pPr>
      <w:r>
        <w:t>دنیا میں سرکش بنا ہوا ہے۔</w:t>
      </w:r>
    </w:p>
    <w:p>
      <w:r>
        <w:rPr>
          <w:b/>
        </w:rPr>
        <w:t xml:space="preserve">[19:51] </w:t>
      </w:r>
      <w:r>
        <w:t>in attakhdhu aalihatan min al-ardi hum yanshurun. law kan fihima aalihatun illa Allahu lafasadata.</w:t>
      </w:r>
    </w:p>
    <w:p>
      <w:pPr>
        <w:jc w:val="right"/>
      </w:pPr>
      <w:r>
        <w:t>إن اتخذوا آلهة من الأرض هم ينشرون. لو كان فيهما آلهة إلا الله لفسدتا.</w:t>
      </w:r>
    </w:p>
    <w:p>
      <w:r>
        <w:rPr>
          <w:b/>
        </w:rPr>
        <w:t xml:space="preserve">[20:09] </w:t>
      </w:r>
      <w:r>
        <w:t>fasubhan Allahi rabbil 'arshi 'amma yasifun. la yus'alu 'amma yaf'alu wa hum yus'alun.</w:t>
      </w:r>
    </w:p>
    <w:p>
      <w:pPr>
        <w:jc w:val="right"/>
      </w:pPr>
      <w:r>
        <w:t>فسبحان الله رب العرش عما يصفون. لا يسأل عما يفعل وهم يسألون.</w:t>
      </w:r>
    </w:p>
    <w:p>
      <w:r>
        <w:rPr>
          <w:b/>
        </w:rPr>
        <w:t xml:space="preserve">[20:24] </w:t>
      </w:r>
      <w:r>
        <w:t>kya unhon ne zameen mein se mabood thehray hain jo kisi ko zindah karte hon? agar in donon mein Allah ke siwa mabood hotay to donon darham barham ho jatay.</w:t>
      </w:r>
    </w:p>
    <w:p>
      <w:pPr>
        <w:jc w:val="right"/>
      </w:pPr>
      <w:r>
        <w:t>کیا انہوں نے زمین میں سے معبود ٹھہرائے ہیں جو کسی کو زندہ کرتے ہوں؟ اگر ان دونوں میں اللہ کے سوا معبود ہوتے تو دونوں درہم برہم ہو جاتے۔</w:t>
      </w:r>
    </w:p>
    <w:p>
      <w:r>
        <w:rPr>
          <w:b/>
        </w:rPr>
        <w:t xml:space="preserve">[20:40] </w:t>
      </w:r>
      <w:r>
        <w:t>pas Allah</w:t>
      </w:r>
    </w:p>
    <w:p>
      <w:pPr>
        <w:jc w:val="right"/>
      </w:pPr>
      <w:r>
        <w:t>پس اللہ</w:t>
      </w:r>
    </w:p>
    <w:p>
      <w:r>
        <w:rPr>
          <w:b/>
        </w:rPr>
        <w:t xml:space="preserve">[20:42] </w:t>
      </w:r>
      <w:r>
        <w:t>arsh ka malik in baaton se pak hai jo yeh log bayan karte hain. woh jo kuch karta hai, us par woh poocha na jaye ga, aur un se pooch hogi.</w:t>
      </w:r>
    </w:p>
    <w:p>
      <w:pPr>
        <w:jc w:val="right"/>
      </w:pPr>
      <w:r>
        <w:t>عرش کا مالک ان باتوں سے پاک ہے جو یہ لوگ بیان کرتے ہیں۔ وہ جو کچھ کرتا ہے، اس پر وہ پوچھا نہ جائے گا، اور ان سے پوچھ ہوگی۔</w:t>
      </w:r>
    </w:p>
    <w:p>
      <w:r>
        <w:rPr>
          <w:b/>
        </w:rPr>
        <w:t xml:space="preserve">[21:00] </w:t>
      </w:r>
      <w:r>
        <w:t>tashreeh: zameen baqi kainaat se alag nahi hai, woh wasee tar kainaat ke sath mustaqil tor par murtbit hai.</w:t>
      </w:r>
    </w:p>
    <w:p>
      <w:pPr>
        <w:jc w:val="right"/>
      </w:pPr>
      <w:r>
        <w:t>تشریح: زمین بقیہ کائنات سے الگ نہیں ہے، وہ وسیع تر کائنات کے ساتھ مسلسل طور پر مربوط ہے۔</w:t>
      </w:r>
    </w:p>
    <w:p>
      <w:r>
        <w:rPr>
          <w:b/>
        </w:rPr>
        <w:t xml:space="preserve">[21:13] </w:t>
      </w:r>
      <w:r>
        <w:t>zameen par zindagi aur sar sabzi</w:t>
      </w:r>
    </w:p>
    <w:p>
      <w:pPr>
        <w:jc w:val="right"/>
      </w:pPr>
      <w:r>
        <w:t>زمین پر زندگی اور سرسبزی</w:t>
      </w:r>
    </w:p>
    <w:p>
      <w:r>
        <w:rPr>
          <w:b/>
        </w:rPr>
        <w:t xml:space="preserve">[21:17] </w:t>
      </w:r>
      <w:r>
        <w:t>isi waqt mumkin hoti hai jabkey baqi kainaat poori tarah is ka sath de.</w:t>
      </w:r>
    </w:p>
    <w:p>
      <w:pPr>
        <w:jc w:val="right"/>
      </w:pPr>
      <w:r>
        <w:t>اسی وقت ممکن ہوتی ہے جبکہ بقیہ کائنات پوری طرح اس کا ساتھ دے۔</w:t>
      </w:r>
    </w:p>
    <w:p>
      <w:r>
        <w:rPr>
          <w:b/>
        </w:rPr>
        <w:t xml:space="preserve">[21:27] </w:t>
      </w:r>
      <w:r>
        <w:t>zameen o asman ka yeh mutawafe amal sabit karta hai ke zameen o asman ka intezam</w:t>
      </w:r>
    </w:p>
    <w:p>
      <w:pPr>
        <w:jc w:val="right"/>
      </w:pPr>
      <w:r>
        <w:t>زمین و آسمان کا یہ متوافق عمل ثابت کرتا ہے کہ زمین و آسمان کا انتظام</w:t>
      </w:r>
    </w:p>
    <w:p>
      <w:r>
        <w:rPr>
          <w:b/>
        </w:rPr>
        <w:t xml:space="preserve">[21:35] </w:t>
      </w:r>
      <w:r>
        <w:t>aik hi hasti ke hath mein hai. agar woh do ke hath mein hota to yaqeenan donon ke darmiyan bar bar takrao hota, aur zameen par mojooda zindagi ka qayam mumkin na hota.</w:t>
      </w:r>
    </w:p>
    <w:p>
      <w:pPr>
        <w:jc w:val="right"/>
      </w:pPr>
      <w:r>
        <w:t>ایک ہی ہستی کے ہاتھ میں ہے۔ اگر وہ دو کے ہاتھ میں ہوتا تو یقینا دونوں کے درمیان بار بار ٹکراؤ ہوتا، اور زمین پر موجودہ زندگی کا قیام ممکن نہ ہوتا۔</w:t>
      </w:r>
    </w:p>
    <w:p>
      <w:r>
        <w:rPr>
          <w:b/>
        </w:rPr>
        <w:t xml:space="preserve">[21:56] </w:t>
      </w:r>
      <w:r>
        <w:t>kainaat apni be panah azmat aur maanoiyat ke sath apne jis khaliq ka taaruf karati hai, woh yaqeeni tor par aisa Khuda hai jo har qism ki kamiyon se yakasar pak hai.</w:t>
      </w:r>
    </w:p>
    <w:p>
      <w:pPr>
        <w:jc w:val="right"/>
      </w:pPr>
      <w:r>
        <w:t>کائنات اپنی بے پناہ عظمت اور معنویت کے ساتھ اپنے جس خالق کا تعارف کراتی ہے، وہ یقینی طور پر ایسا خدا ہے جو ہر قسم کی کمیوں سے یکسر پاک ہے۔</w:t>
      </w:r>
    </w:p>
    <w:p>
      <w:r>
        <w:rPr>
          <w:b/>
        </w:rPr>
        <w:t xml:space="preserve">[22:11] </w:t>
      </w:r>
      <w:r>
        <w:t>yeh mojooda kainaat ka</w:t>
      </w:r>
    </w:p>
    <w:p>
      <w:pPr>
        <w:jc w:val="right"/>
      </w:pPr>
      <w:r>
        <w:t>یہ موجودہ کائنات کا</w:t>
      </w:r>
    </w:p>
    <w:p>
      <w:r>
        <w:rPr>
          <w:b/>
        </w:rPr>
        <w:t xml:space="preserve">[22:14] </w:t>
      </w:r>
      <w:r>
        <w:t>kamtar andaza hai ke is ka khaliq aik aisi hasti ko mana jaye jis ke sath kamiyan aur kamzoriyan lagi hui hain.</w:t>
      </w:r>
    </w:p>
    <w:p>
      <w:pPr>
        <w:jc w:val="right"/>
      </w:pPr>
      <w:r>
        <w:t>کمتر اندازہ ہے کہ اس کا خالق ایک ایسی ہستی کو مانا جائے جس کے ساتھ کمیاں اور کمزوریاں لگی ہوئی ہوں۔</w:t>
      </w:r>
    </w:p>
    <w:p>
      <w:r>
        <w:rPr>
          <w:b/>
        </w:rPr>
        <w:t xml:space="preserve">[22:29] </w:t>
      </w:r>
      <w:r>
        <w:t>in attakhazu min doonihi aalihatan qul ha tub burhanakum.</w:t>
      </w:r>
    </w:p>
    <w:p>
      <w:pPr>
        <w:jc w:val="right"/>
      </w:pPr>
      <w:r>
        <w:t>إن اتخذوا من دونه آلهة قلها توب برهانكم.</w:t>
      </w:r>
    </w:p>
    <w:p>
      <w:r>
        <w:rPr>
          <w:b/>
        </w:rPr>
        <w:t xml:space="preserve">[22:39] </w:t>
      </w:r>
      <w:r>
        <w:t>haza zikrun mimma'i wa zikrun mim qabli.</w:t>
      </w:r>
    </w:p>
    <w:p>
      <w:pPr>
        <w:jc w:val="right"/>
      </w:pPr>
      <w:r>
        <w:t>هذا ذكر من معي وذكر من قبلي.</w:t>
      </w:r>
    </w:p>
    <w:p>
      <w:r>
        <w:rPr>
          <w:b/>
        </w:rPr>
        <w:t xml:space="preserve">[22:45] </w:t>
      </w:r>
      <w:r>
        <w:t>bal aksaruhum la ya'lamunal haq fahum mu'ridun. wa ma arsalna min qablika min rasulin illa nuhi</w:t>
      </w:r>
    </w:p>
    <w:p>
      <w:pPr>
        <w:jc w:val="right"/>
      </w:pPr>
      <w:r>
        <w:t>بل أكثرهم لا يعلمون الحق فهم معرضون. وما أرسلنا من قبلك من رسول إلا نوحي</w:t>
      </w:r>
    </w:p>
    <w:p>
      <w:r>
        <w:rPr>
          <w:b/>
        </w:rPr>
        <w:t xml:space="preserve">[23:03] </w:t>
      </w:r>
      <w:r>
        <w:t>ilaihi. illa nuhi ilaihi annahu la ilaha illa ana fa'budun.</w:t>
      </w:r>
    </w:p>
    <w:p>
      <w:pPr>
        <w:jc w:val="right"/>
      </w:pPr>
      <w:r>
        <w:t>إليه. إلا نوحي إليه أنه لا إله إلا أنا فاعبدون.</w:t>
      </w:r>
    </w:p>
    <w:p>
      <w:r>
        <w:rPr>
          <w:b/>
        </w:rPr>
        <w:t xml:space="preserve">[23:20] </w:t>
      </w:r>
      <w:r>
        <w:t>kya unhon ne Khuda ke siwa aur mabood banaye hain?</w:t>
      </w:r>
    </w:p>
    <w:p>
      <w:pPr>
        <w:jc w:val="right"/>
      </w:pPr>
      <w:r>
        <w:t>کیا انہوں نے خدا کے سوا اور معبود بنائے ہیں؟</w:t>
      </w:r>
    </w:p>
    <w:p>
      <w:r>
        <w:rPr>
          <w:b/>
        </w:rPr>
        <w:t xml:space="preserve">[23:25] </w:t>
      </w:r>
      <w:r>
        <w:t>un se kaho ke tum apni daleel lao. yehi baat un logon ki hai jo mere sath hain, aur yehi baat un logon ki hai jo mujh se pehle hue,</w:t>
      </w:r>
    </w:p>
    <w:p>
      <w:pPr>
        <w:jc w:val="right"/>
      </w:pPr>
      <w:r>
        <w:t>ان سے کہو کہ تم اپنی دلیل لاؤ۔ یہی بات ان لوگوں کی ہے جو میرے ساتھ ہیں، اور یہی بات ان لوگوں کی ہے جو مجھ سے پہلے ہوئے،</w:t>
      </w:r>
    </w:p>
    <w:p>
      <w:r>
        <w:rPr>
          <w:b/>
        </w:rPr>
        <w:t xml:space="preserve">[23:38] </w:t>
      </w:r>
      <w:r>
        <w:t>balkey un mein se aksar haq ko nahi jante.</w:t>
      </w:r>
    </w:p>
    <w:p>
      <w:pPr>
        <w:jc w:val="right"/>
      </w:pPr>
      <w:r>
        <w:t>بلکہ ان میں سے اکثر حق کو نہیں جانتے۔</w:t>
      </w:r>
    </w:p>
    <w:p>
      <w:r>
        <w:rPr>
          <w:b/>
        </w:rPr>
        <w:t xml:space="preserve">[23:45] </w:t>
      </w:r>
      <w:r>
        <w:t>pas woh araz kar rahe hain, aur hum ne tum se pehle koi aisa peghambar nahi bheja jis ki taraf hum ne yeh wahi na ki ho ke mere siwa koi mabood nahi, pas tum meri ibadat karo.</w:t>
      </w:r>
    </w:p>
    <w:p>
      <w:pPr>
        <w:jc w:val="right"/>
      </w:pPr>
      <w:r>
        <w:t>پس وہ اعراض کر رہے ہیں، اور ہم نے تم سے پہلے کوئی ایسا پیغمبر نہیں بھیجا جس کی طرف ہم نے یہ وحی نہ کی ہو کہ میرے سوا کوئی معبود نہیں، پس تم میری عبادت کرو۔</w:t>
      </w:r>
    </w:p>
    <w:p>
      <w:r>
        <w:rPr>
          <w:b/>
        </w:rPr>
        <w:t xml:space="preserve">[24:04] </w:t>
      </w:r>
      <w:r>
        <w:t>tashreeh: aik Khuda ke siwa doosre mabood farz karna kisi waqai daleel ki buniyad par nahi hai, balkey sarasar la-elmi ki buniyad par hai.</w:t>
      </w:r>
    </w:p>
    <w:p>
      <w:pPr>
        <w:jc w:val="right"/>
      </w:pPr>
      <w:r>
        <w:t>تشریح: ایک خدا کے سوا دوسرے معبود فرض کرنا کسی واقعی دلیل کی بنیاد پر نہیں ہے، بلکہ سراسر لاعلمی کی بنیاد پر ہے۔</w:t>
      </w:r>
    </w:p>
    <w:p>
      <w:r>
        <w:rPr>
          <w:b/>
        </w:rPr>
        <w:t xml:space="preserve">[24:19] </w:t>
      </w:r>
      <w:r>
        <w:t>jo log Khuda ke liye</w:t>
      </w:r>
    </w:p>
    <w:p>
      <w:pPr>
        <w:jc w:val="right"/>
      </w:pPr>
      <w:r>
        <w:t>جو لوگ خدا کے لیے</w:t>
      </w:r>
    </w:p>
    <w:p>
      <w:r>
        <w:rPr>
          <w:b/>
        </w:rPr>
        <w:t xml:space="preserve">[24:21] </w:t>
      </w:r>
      <w:r>
        <w:t>shuraka mante hain, un ke pas apne aqeedah shirk ke haq mein koi daleel nahi, na ilm insani mein aur na wahi aasmani mein.</w:t>
      </w:r>
    </w:p>
    <w:p>
      <w:pPr>
        <w:jc w:val="right"/>
      </w:pPr>
      <w:r>
        <w:t>شرکاء مانتے ہیں، ان کے پاس اپنے عقیدہ شرک کے حق میں کوئی دلیل نہیں، نہ علم انسانی میں اور نہ وحی آسمانی میں۔</w:t>
      </w:r>
    </w:p>
    <w:p>
      <w:r>
        <w:rPr>
          <w:b/>
        </w:rPr>
        <w:t xml:space="preserve">[24:35] </w:t>
      </w:r>
      <w:r>
        <w:t>woh tauheed ke dalail sun kar un se araz karte hain</w:t>
      </w:r>
    </w:p>
    <w:p>
      <w:pPr>
        <w:jc w:val="right"/>
      </w:pPr>
      <w:r>
        <w:t>وہ توحید کے دلائل سن کر ان سے اعراض کرتے ہیں</w:t>
      </w:r>
    </w:p>
    <w:p>
      <w:r>
        <w:rPr>
          <w:b/>
        </w:rPr>
        <w:t xml:space="preserve">[24:39] </w:t>
      </w:r>
      <w:r>
        <w:t>to is ki wajah un ka istidlali yaqeen nahi hai, balkey is ki wajah sirf un ka ta'assub hai.</w:t>
      </w:r>
    </w:p>
    <w:p>
      <w:pPr>
        <w:jc w:val="right"/>
      </w:pPr>
      <w:r>
        <w:t>تو اس کی وجہ ان کا استدلالی یقین نہیں ہے، بلکہ اس کی وجہ صرف ان کا تعصب ہے۔</w:t>
      </w:r>
    </w:p>
    <w:p>
      <w:r>
        <w:rPr>
          <w:b/>
        </w:rPr>
        <w:t xml:space="preserve">[24:49] </w:t>
      </w:r>
      <w:r>
        <w:t>apne muta'assibana mizaj ki wajah se woh apne aqeeday mein itna pakhta ho gaye hain</w:t>
      </w:r>
    </w:p>
    <w:p>
      <w:pPr>
        <w:jc w:val="right"/>
      </w:pPr>
      <w:r>
        <w:t>اپنے متعصبانہ مزاج کی وجہ سے وہ اپنے عقیدے میں اتنا پختہ ہو گئے ہیں</w:t>
      </w:r>
    </w:p>
    <w:p>
      <w:r>
        <w:rPr>
          <w:b/>
        </w:rPr>
        <w:t xml:space="preserve">[24:55] </w:t>
      </w:r>
      <w:r>
        <w:t>keh istidlal ke aitbar se be haqeeqat hone ke bawajood woh is ko chhodne par raazi nahi hote.</w:t>
      </w:r>
    </w:p>
    <w:p>
      <w:pPr>
        <w:jc w:val="right"/>
      </w:pPr>
      <w:r>
        <w:t>کہ استدلال کے اعتبار سے بے حقیقت ہونے کے باوجود وہ اس کو چھوڑنے پر راضی نہیں ہوتے۔</w:t>
      </w:r>
    </w:p>
    <w:p>
      <w:r>
        <w:rPr>
          <w:b/>
        </w:rPr>
        <w:t xml:space="preserve">[25:06] </w:t>
      </w:r>
      <w:r>
        <w:t>Wa qalu ittakha-d-ar-rahmaanu walada. Subhaanahu bal 'ibaadu</w:t>
      </w:r>
    </w:p>
    <w:p>
      <w:pPr>
        <w:jc w:val="right"/>
      </w:pPr>
      <w:r>
        <w:t>وقالوا اتخذ الرحمن ولدا. سبحانه بل عباد</w:t>
      </w:r>
    </w:p>
    <w:p>
      <w:r>
        <w:rPr>
          <w:b/>
        </w:rPr>
        <w:t xml:space="preserve">[25:13] </w:t>
      </w:r>
      <w:r>
        <w:t>mukramoon. La yasbiqoona bil qawli wa hum bi amrihi ya'maloon.</w:t>
      </w:r>
    </w:p>
    <w:p>
      <w:pPr>
        <w:jc w:val="right"/>
      </w:pPr>
      <w:r>
        <w:t>مكرمون. لا يسبقونه بالقول وهم بأمره يعملون.</w:t>
      </w:r>
    </w:p>
    <w:p>
      <w:r>
        <w:rPr>
          <w:b/>
        </w:rPr>
        <w:t xml:space="preserve">[25:24] </w:t>
      </w:r>
      <w:r>
        <w:t>Ya'lamu ma bayna aydihim wa ma khalfahum wa la yashfa'oona illa liman irtaḍa wa hum min khashyatihi mushfiqun.</w:t>
      </w:r>
    </w:p>
    <w:p>
      <w:pPr>
        <w:jc w:val="right"/>
      </w:pPr>
      <w:r>
        <w:t>يعلم ما بين أيديهم وما خلفهم ولا يشفعون إلا لمن ارتضى وهم من خشيته مشفقون.</w:t>
      </w:r>
    </w:p>
    <w:p>
      <w:r>
        <w:rPr>
          <w:b/>
        </w:rPr>
        <w:t xml:space="preserve">[25:38] </w:t>
      </w:r>
      <w:r>
        <w:t>Wa mai yaqul minhum inni ilahum min doonihi fa zalika najzeehi jahannam.</w:t>
      </w:r>
    </w:p>
    <w:p>
      <w:pPr>
        <w:jc w:val="right"/>
      </w:pPr>
      <w:r>
        <w:t>ومن يقل منهم إني إله من دونه فذلك نجزيه جهنم.</w:t>
      </w:r>
    </w:p>
    <w:p>
      <w:r>
        <w:rPr>
          <w:b/>
        </w:rPr>
        <w:t xml:space="preserve">[25:50] </w:t>
      </w:r>
      <w:r>
        <w:t>Kazaalika najzee-z-zaalimeen.</w:t>
      </w:r>
    </w:p>
    <w:p>
      <w:pPr>
        <w:jc w:val="right"/>
      </w:pPr>
      <w:r>
        <w:t>كذلك نجزي الظالمين.</w:t>
      </w:r>
    </w:p>
    <w:p>
      <w:r>
        <w:rPr>
          <w:b/>
        </w:rPr>
        <w:t xml:space="preserve">[25:56] </w:t>
      </w:r>
      <w:r>
        <w:t>aur woh kehte hain ke rehman ne aulaad banai hai, woh is se paak hai. Balke farishte to mu'azzaz bande hain, woh is se aage badh kar baat nahi karte,</w:t>
      </w:r>
    </w:p>
    <w:p>
      <w:pPr>
        <w:jc w:val="right"/>
      </w:pPr>
      <w:r>
        <w:t>اور وہ کہتے ہیں کہ رحمان نے اولاد بنائی ہے، وہ اس سے پاک ہے۔ بلکہ فرشتے تو معزز بندے ہیں، وہ اس سے آگے بڑھ کر بات نہیں کرتے،</w:t>
      </w:r>
    </w:p>
    <w:p>
      <w:r>
        <w:rPr>
          <w:b/>
        </w:rPr>
        <w:t xml:space="preserve">[26:12] </w:t>
      </w:r>
      <w:r>
        <w:t>aur woh isi ke hukum ke mutabiq amal karte hain. Allah un ke agle aur pichhle ahwal ko jaanta hai, aur woh sifarish nahi kar sakte magar us ke liye jis ko Allah pasand kare, aur woh us ki heebat se darte rehte hain.</w:t>
      </w:r>
    </w:p>
    <w:p>
      <w:pPr>
        <w:jc w:val="right"/>
      </w:pPr>
      <w:r>
        <w:t>اور وہ اسی کے حکم کے مطابق عمل کرتے ہیں۔ اللہ ان کے اگلے اور پچھلے احوال کو جانتا ہے، اور وہ سفارش نہیں کر سکتے مگر اس کے لیے جس کو اللہ پسند کرے، اور وہ اس کی ہیبت سے ڈرتے رہتے ہیں۔</w:t>
      </w:r>
    </w:p>
    <w:p>
      <w:r>
        <w:rPr>
          <w:b/>
        </w:rPr>
        <w:t xml:space="preserve">[26:33] </w:t>
      </w:r>
      <w:r>
        <w:t>aur un mein se jo shakhs kahega ke un ke siwa mein ma'bood hoon to hum us ko jahannam ki saza denge, hum zalimon ko aisi hi saza dete hain.</w:t>
      </w:r>
    </w:p>
    <w:p>
      <w:pPr>
        <w:jc w:val="right"/>
      </w:pPr>
      <w:r>
        <w:t>اور ان میں سے جو شخص کہے گا کہ ان کے سوا میں معبود ہوں تو ہم اس کو جہنم کی سزا دیں گے، ہم ظالموں کو ایسی ہی سزا دیتے ہیں۔</w:t>
      </w:r>
    </w:p>
    <w:p>
      <w:r>
        <w:rPr>
          <w:b/>
        </w:rPr>
        <w:t xml:space="preserve">[26:49] </w:t>
      </w:r>
      <w:r>
        <w:t>Tashreeh:</w:t>
      </w:r>
    </w:p>
    <w:p>
      <w:pPr>
        <w:jc w:val="right"/>
      </w:pPr>
      <w:r>
        <w:t>تشریح:</w:t>
      </w:r>
    </w:p>
    <w:p>
      <w:r>
        <w:rPr>
          <w:b/>
        </w:rPr>
        <w:t xml:space="preserve">[26:51] </w:t>
      </w:r>
      <w:r>
        <w:t>ek cheez ko haq aur doosri cheez ko batil samajhna aadmi se us ki aazadi chheen leta hai. Is liye insaan hamesha is koshish mein raha hai ke woh aisa nazariya daryaft kare jis se</w:t>
      </w:r>
    </w:p>
    <w:p>
      <w:pPr>
        <w:jc w:val="right"/>
      </w:pPr>
      <w:r>
        <w:t>ایک چیز کو حق اور دوسری چیز کو باطل سمجھنا آدمی سے اس کی آزادی چھین لیتا ہے۔ اس لیے انسان ہمیشہ اس کوشش میں رہا ہے کہ وہ ایسا نظریہ دریافت کرے جس سے</w:t>
      </w:r>
    </w:p>
    <w:p>
      <w:r>
        <w:rPr>
          <w:b/>
        </w:rPr>
        <w:t xml:space="preserve">[27:08] </w:t>
      </w:r>
      <w:r>
        <w:t>haq o batil ka farq mit jaye, jis se us ko yeh itminan haasil ho ke woh duniya mein khwah jis tarah bhi rahe, us se yeh pooch nahi hone wali hai ke tum ne aisa kyon kiya aur</w:t>
      </w:r>
    </w:p>
    <w:p>
      <w:pPr>
        <w:jc w:val="right"/>
      </w:pPr>
      <w:r>
        <w:t>حق و باطل کا فرق مٹ جائے، جس سے اس کو یہ اطمینان حاصل ہو کہ وہ دنیا میں خواہ جس طرح بھی رہے، اس سے یہ پوچھ نہیں ہونے والی ہے کہ تم نے ایسا کیوں کیا اور</w:t>
      </w:r>
    </w:p>
    <w:p>
      <w:r>
        <w:rPr>
          <w:b/>
        </w:rPr>
        <w:t xml:space="preserve">[27:25] </w:t>
      </w:r>
      <w:r>
        <w:t>waisa kyon nahi kiya. Ghair mazhabi logon ne yeh taskeen inkar-e-aakhirat ke zariye haasil karne ki koshish ki hai, aur mazhabi logon ne mushrikana aqeeday ke zariye.</w:t>
      </w:r>
    </w:p>
    <w:p>
      <w:pPr>
        <w:jc w:val="right"/>
      </w:pPr>
      <w:r>
        <w:t>ویسا کیوں نہیں کیا۔ غیر مذہبی لوگوں نے یہ تسکین انکار آخرت کے ذریعے حاصل کرنے کی کوشش کی ہے، اور مذہبی لوگوں نے مشرکانہ عقیدے کے ذریعے۔</w:t>
      </w:r>
    </w:p>
    <w:p>
      <w:r>
        <w:rPr>
          <w:b/>
        </w:rPr>
        <w:t xml:space="preserve">[27:40] </w:t>
      </w:r>
      <w:r>
        <w:t>Farishte ek ghaybi makhlooq hain.</w:t>
      </w:r>
    </w:p>
    <w:p>
      <w:pPr>
        <w:jc w:val="right"/>
      </w:pPr>
      <w:r>
        <w:t>فرشتے ایک غیبی مخلوق ہیں۔</w:t>
      </w:r>
    </w:p>
    <w:p>
      <w:r>
        <w:rPr>
          <w:b/>
        </w:rPr>
        <w:t xml:space="preserve">[27:44] </w:t>
      </w:r>
      <w:r>
        <w:t>Paighambaron ke zariye insaan ko farishton ki maujoodgi ki khabar di gayi taake woh Khuda ki qudrat ka ehsas kare, magar us ne farishton ko Khuda ki beti bana kar</w:t>
      </w:r>
    </w:p>
    <w:p>
      <w:pPr>
        <w:jc w:val="right"/>
      </w:pPr>
      <w:r>
        <w:t>پیغمبروں کے ذریعے انسان کو فرشتوں کی موجودگی کی خبر دی گئی تاکہ وہ خدا کی قدرت کا احساس کرے، مگر اس نے فرشتوں کو خدا کی بیٹی بنا کر</w:t>
      </w:r>
    </w:p>
    <w:p>
      <w:r>
        <w:rPr>
          <w:b/>
        </w:rPr>
        <w:t xml:space="preserve">[28:00] </w:t>
      </w:r>
      <w:r>
        <w:t>ajeeb o ghareeb taur par yeh aqeeda ghad liya ke woh farishton ke naam par kuch ibadati rasoom ada karta rahe, aur woh aakhirat mein apne baap se sifarish kar ke us ki bakhshish kara denge.</w:t>
      </w:r>
    </w:p>
    <w:p>
      <w:pPr>
        <w:jc w:val="right"/>
      </w:pPr>
      <w:r>
        <w:t>عجیب و غریب طور پر یہ عقیدہ گھڑ لیا کہ وہ فرشتوں کے نام پر کچھ عبادتی رسوم ادا کرتا رہے، اور وہ آخرت میں اپنے باپ سے سفارش کر کے اس کی بخشش کرا دیں گے۔</w:t>
      </w:r>
    </w:p>
    <w:p>
      <w:r>
        <w:rPr>
          <w:b/>
        </w:rPr>
        <w:t xml:space="preserve">[28:21] </w:t>
      </w:r>
      <w:r>
        <w:t>Is qism ke tamam aqeeday Khuda ki khudai ki nafi hain. Khuda isi liye Khuda hai ke woh aisi tamam kamiyon se paak hai.</w:t>
      </w:r>
    </w:p>
    <w:p>
      <w:pPr>
        <w:jc w:val="right"/>
      </w:pPr>
      <w:r>
        <w:t>اس قسم کے تمام عقیدے خدا کی خدائی کی نفی ہیں۔ خدا اسی لیے خدا ہے کہ وہ ایسی تمام کمیوں سے پاک ہے۔</w:t>
      </w:r>
    </w:p>
    <w:p>
      <w:r>
        <w:rPr>
          <w:b/>
        </w:rPr>
        <w:t xml:space="preserve">[28:33] </w:t>
      </w:r>
      <w:r>
        <w:t>Agar woh in kamiyon mein mubtala hota to woh</w:t>
      </w:r>
    </w:p>
    <w:p>
      <w:pPr>
        <w:jc w:val="right"/>
      </w:pPr>
      <w:r>
        <w:t>اگر وہ ان کمیوں میں مبتلا ہوتا تو وہ</w:t>
      </w:r>
    </w:p>
    <w:p>
      <w:r>
        <w:rPr>
          <w:b/>
        </w:rPr>
        <w:t xml:space="preserve">[28:38] </w:t>
      </w:r>
      <w:r>
        <w:t>Khuda na hota. Awalam yara-l-ladheena kafaroo annas-samaawaati wal arḍa kaanata ratqan fa fataqnaahuma.</w:t>
      </w:r>
    </w:p>
    <w:p>
      <w:pPr>
        <w:jc w:val="right"/>
      </w:pPr>
      <w:r>
        <w:t>خدا نہ ہوتا۔ أولم ير الذين كفروا أن السماوات والأرض كانتا رتقا ففتقناهما.</w:t>
      </w:r>
    </w:p>
    <w:p>
      <w:r>
        <w:rPr>
          <w:b/>
        </w:rPr>
        <w:t xml:space="preserve">[28:54] </w:t>
      </w:r>
      <w:r>
        <w:t>Fa fataqnaahuma wa ja'alna min</w:t>
      </w:r>
    </w:p>
    <w:p>
      <w:pPr>
        <w:jc w:val="right"/>
      </w:pPr>
      <w:r>
        <w:t>ففتقناهما وجعلنا من</w:t>
      </w:r>
    </w:p>
    <w:p>
      <w:r>
        <w:rPr>
          <w:b/>
        </w:rPr>
        <w:t xml:space="preserve">[28:57] </w:t>
      </w:r>
      <w:r>
        <w:t>al-maa'i kulli shay'in hayyin. Afala yu'minoona?</w:t>
      </w:r>
    </w:p>
    <w:p>
      <w:pPr>
        <w:jc w:val="right"/>
      </w:pPr>
      <w:r>
        <w:t>الماء كل شيء حي أفلا يؤمنون؟</w:t>
      </w:r>
    </w:p>
    <w:p>
      <w:r>
        <w:rPr>
          <w:b/>
        </w:rPr>
        <w:t xml:space="preserve">[29:06] </w:t>
      </w:r>
      <w:r>
        <w:t>Kya inkar karne walon ne nahi dekha ke aasman aur zameen dono band thay, phir hum ne un ko khol diya, aur hum ne pani se har janadar cheez ko banaya?</w:t>
      </w:r>
    </w:p>
    <w:p>
      <w:pPr>
        <w:jc w:val="right"/>
      </w:pPr>
      <w:r>
        <w:t>کیا انکار کرنے والوں نے نہیں دیکھا کہ آسمان اور زمین دونوں بند تھے، پھر ہم نے ان کو کھول دیا، اور ہم نے پانی سے ہر جاندار چیز کو بنایا؟</w:t>
      </w:r>
    </w:p>
    <w:p>
      <w:r>
        <w:rPr>
          <w:b/>
        </w:rPr>
        <w:t xml:space="preserve">[29:22] </w:t>
      </w:r>
      <w:r>
        <w:t>Kya phir bhi woh</w:t>
      </w:r>
    </w:p>
    <w:p>
      <w:pPr>
        <w:jc w:val="right"/>
      </w:pPr>
      <w:r>
        <w:t>کیا پھر بھی وہ</w:t>
      </w:r>
    </w:p>
    <w:p>
      <w:r>
        <w:rPr>
          <w:b/>
        </w:rPr>
        <w:t xml:space="preserve">[29:23] </w:t>
      </w:r>
      <w:r>
        <w:t>imaan nahi laate? Tashreeh: Ratq ke ma'ni kisi cheez ka mehband hona hai, aur fatq ka matlab us ka khul jana hai.</w:t>
      </w:r>
    </w:p>
    <w:p>
      <w:pPr>
        <w:jc w:val="right"/>
      </w:pPr>
      <w:r>
        <w:t>ایمان نہیں لاتے؟ تشریح: رتق کے معنی کسی چیز کا مہبند ہونا ہے، اور فتق کا مطلب اس کا کھل جانا ہے۔</w:t>
      </w:r>
    </w:p>
    <w:p>
      <w:r>
        <w:rPr>
          <w:b/>
        </w:rPr>
        <w:t xml:space="preserve">[29:36] </w:t>
      </w:r>
      <w:r>
        <w:t>Ghaliban is se zameen o aasman ki woh ibtidai halat murad hai jis ko</w:t>
      </w:r>
    </w:p>
    <w:p>
      <w:pPr>
        <w:jc w:val="right"/>
      </w:pPr>
      <w:r>
        <w:t>غالباً اس سے زمین و آسمان کی وہ ابتدائی حالت مراد ہے جس کو</w:t>
      </w:r>
    </w:p>
    <w:p>
      <w:r>
        <w:rPr>
          <w:b/>
        </w:rPr>
        <w:t xml:space="preserve">[29:42] </w:t>
      </w:r>
      <w:r>
        <w:t>maujooda zamanay mein big bang nazriya kaha jata hai. jadeed scientific tehqeeq ke mutabiq zameen o aasman ka tamam maada ibtida aik bohat baray golay ki soorat mein tha.</w:t>
      </w:r>
    </w:p>
    <w:p>
      <w:pPr>
        <w:jc w:val="right"/>
      </w:pPr>
      <w:r>
        <w:t>موجودہ زمانے میں بگ بینگ نظریہ کہا جاتا ہے۔ جدید سائنسی تحقیق کے مطابق زمین و آسمان کا تمام مادہ ابتداء ایک بہت بڑے گولے کی صورت میں تھا۔</w:t>
      </w:r>
    </w:p>
    <w:p>
      <w:r>
        <w:rPr>
          <w:b/>
        </w:rPr>
        <w:t xml:space="preserve">[29:58] </w:t>
      </w:r>
      <w:r>
        <w:t>maloom tibiyyati qanoon ke mutabiq is waqt is ke tamam ajzaa apne</w:t>
      </w:r>
    </w:p>
    <w:p>
      <w:pPr>
        <w:jc w:val="right"/>
      </w:pPr>
      <w:r>
        <w:t>معلوم طبیعیاتی قانون کے مطابق اس وقت اس کے تمام اجزاء اپنے</w:t>
      </w:r>
    </w:p>
    <w:p>
      <w:r>
        <w:rPr>
          <w:b/>
        </w:rPr>
        <w:t xml:space="preserve">[30:04] </w:t>
      </w:r>
      <w:r>
        <w:t>androni markaz ki taraf khench rahay thay aur intehai shiddat ke sath baham joday hue thay. is ke baad is golay ke andar aik dhamaka hua aur is ke ajzaa achaanak bahar ki taraf phailna shuru hue.</w:t>
      </w:r>
    </w:p>
    <w:p>
      <w:pPr>
        <w:jc w:val="right"/>
      </w:pPr>
      <w:r>
        <w:t>اندرونی مرکز کی طرف کھنچ رہے تھے اور انتہائی شدت کے ساتھ باہم جڑے ہوئے تھے۔ اس کے بعد اس گولے کے اندر ایک دھماکہ ہوا اور اس کے اجزاء اچانک باہر کی طرف پھیلنا شروع ہوئے۔</w:t>
      </w:r>
    </w:p>
    <w:p>
      <w:r>
        <w:rPr>
          <w:b/>
        </w:rPr>
        <w:t xml:space="preserve">[30:21] </w:t>
      </w:r>
      <w:r>
        <w:t>is tarah aakhir kar woh wasee kainat bani jo aaj hamaray samnay hai. ibtidai maadi golay mein yeh ghair mamooli waqea bayroni mudakhlat ke baghair nahi ho sakta.</w:t>
      </w:r>
    </w:p>
    <w:p>
      <w:pPr>
        <w:jc w:val="right"/>
      </w:pPr>
      <w:r>
        <w:t>اس طرح آخر کار وہ وسیع کائنات بنی جو آج ہمارے سامنے ہے۔ ابتدائی مادی گولے میں یہ غیر معمولی واقعہ بیرونی مداخلت کے بغیر نہیں ہو سکتا۔</w:t>
      </w:r>
    </w:p>
    <w:p>
      <w:r>
        <w:rPr>
          <w:b/>
        </w:rPr>
        <w:t xml:space="preserve">[30:37] </w:t>
      </w:r>
      <w:r>
        <w:t>is tarah</w:t>
      </w:r>
    </w:p>
    <w:p>
      <w:pPr>
        <w:jc w:val="right"/>
      </w:pPr>
      <w:r>
        <w:t>اس طرح</w:t>
      </w:r>
    </w:p>
    <w:p>
      <w:r>
        <w:rPr>
          <w:b/>
        </w:rPr>
        <w:t xml:space="preserve">[30:38] </w:t>
      </w:r>
      <w:r>
        <w:t>aaghaz kainat ki yeh tareekh wazeh tor par aik aisi hasti ko sabit karti hai jo kainat ke bahar apna mustaqil wajood rakhti hai aur jo apni zaati qowat se kainat ke oopar asar andaz hoti hai.</w:t>
      </w:r>
    </w:p>
    <w:p>
      <w:pPr>
        <w:jc w:val="right"/>
      </w:pPr>
      <w:r>
        <w:t>آغاز کائنات کی یہ تاریخ واضح طور پر ایک ایسی ہستی کو ثابت کرتی ہے جو کائنات کے باہر اپنا مستقل وجود رکھتی ہے اور جو اپنی ذاتی قوت سے کائنات کے اوپر اثر انداز ہوتی ہے۔</w:t>
      </w:r>
    </w:p>
    <w:p>
      <w:r>
        <w:rPr>
          <w:b/>
        </w:rPr>
        <w:t xml:space="preserve">[30:59] </w:t>
      </w:r>
      <w:r>
        <w:t>hamari dunya mein har jandar cheez sab se ziyada jis cheez se murakkab hoti hai woh pani hai. pani na ho to zindagi ka khatma ho jaye.</w:t>
      </w:r>
    </w:p>
    <w:p>
      <w:pPr>
        <w:jc w:val="right"/>
      </w:pPr>
      <w:r>
        <w:t>ہماری دنیا میں ہر جاندار چیز سب سے زیادہ جس چیز سے مرکب ہوتی ہے وہ پانی ہے۔ پانی نہ ہو تو زندگی کا خاتمہ ہو جائے۔</w:t>
      </w:r>
    </w:p>
    <w:p>
      <w:r>
        <w:rPr>
          <w:b/>
        </w:rPr>
        <w:t xml:space="preserve">[31:11] </w:t>
      </w:r>
      <w:r>
        <w:t>yeh pani hamari zameen ke siwa kahin aur maujood nahi.</w:t>
      </w:r>
    </w:p>
    <w:p>
      <w:pPr>
        <w:jc w:val="right"/>
      </w:pPr>
      <w:r>
        <w:t>یہ پانی ہماری زمین کے سوا کہیں اور موجود نہیں۔</w:t>
      </w:r>
    </w:p>
    <w:p>
      <w:r>
        <w:rPr>
          <w:b/>
        </w:rPr>
        <w:t xml:space="preserve">[31:16] </w:t>
      </w:r>
      <w:r>
        <w:t>wasee kainat mein istisnai tor par sirf aik maqam par pani ka paya jana wazeh tor par khasoosi pedaish ka pata deta hai.</w:t>
      </w:r>
    </w:p>
    <w:p>
      <w:pPr>
        <w:jc w:val="right"/>
      </w:pPr>
      <w:r>
        <w:t>وسیع کائنات میں استثنائی طور پر صرف ایک مقام پر پانی کا پایا جانا واضح طور پر خصوصی پیدائش کا پتہ دیتا ہے۔</w:t>
      </w:r>
    </w:p>
    <w:p>
      <w:r>
        <w:rPr>
          <w:b/>
        </w:rPr>
        <w:t xml:space="preserve">[31:29] </w:t>
      </w:r>
      <w:r>
        <w:t>kaisi ajeeb baat hai ke aisi khuli khuli nishaniyon ke baad bhi insan</w:t>
      </w:r>
    </w:p>
    <w:p>
      <w:pPr>
        <w:jc w:val="right"/>
      </w:pPr>
      <w:r>
        <w:t>کیسی عجیب بات ہے کہ ایسی کھلی کھلی نشانیوں کے بعد بھی انسان</w:t>
      </w:r>
    </w:p>
    <w:p>
      <w:r>
        <w:rPr>
          <w:b/>
        </w:rPr>
        <w:t xml:space="preserve">[31:34] </w:t>
      </w:r>
      <w:r>
        <w:t>khuda ko nahi pata. is ke bawajood woh badastoor mehroom para rehta hai.</w:t>
      </w:r>
    </w:p>
    <w:p>
      <w:pPr>
        <w:jc w:val="right"/>
      </w:pPr>
      <w:r>
        <w:t>خدا کو نہیں پاتا۔ اس کے باوجود وہ بدستور محروم پڑا رہتا ہے۔</w:t>
      </w:r>
    </w:p>
    <w:p>
      <w:r>
        <w:rPr>
          <w:b/>
        </w:rPr>
        <w:t xml:space="preserve">[31:44] </w:t>
      </w:r>
      <w:r>
        <w:t>waj alna fil arzi rawasi an tamida bihim waj alna fiha fajajan subulan la alahum yah tadun waj alna al samai saqfan</w:t>
      </w:r>
    </w:p>
    <w:p>
      <w:pPr>
        <w:jc w:val="right"/>
      </w:pPr>
      <w:r>
        <w:t>وجعلنا فی الارض رواسی ان تمید بهم وجعلنا فیہا فجاجا سبلا لعلهم یہتدون وجعلنا السماء سقفا</w:t>
      </w:r>
    </w:p>
    <w:p>
      <w:r>
        <w:rPr>
          <w:b/>
        </w:rPr>
        <w:t xml:space="preserve">[32:01] </w:t>
      </w:r>
      <w:r>
        <w:t>mehfozan wahum an ayatiha muarizun wahuwal lazi khalaqal laila wannahara wash shamsa wal qamara kullun fi falakin</w:t>
      </w:r>
    </w:p>
    <w:p>
      <w:pPr>
        <w:jc w:val="right"/>
      </w:pPr>
      <w:r>
        <w:t>محفوظا وهم عن آیاتها معرضون وهو الذي خلق الليل والنهار والشمس والقمر كل فی فلك</w:t>
      </w:r>
    </w:p>
    <w:p>
      <w:r>
        <w:rPr>
          <w:b/>
        </w:rPr>
        <w:t xml:space="preserve">[32:18] </w:t>
      </w:r>
      <w:r>
        <w:t>yasbahun</w:t>
      </w:r>
    </w:p>
    <w:p>
      <w:pPr>
        <w:jc w:val="right"/>
      </w:pPr>
      <w:r>
        <w:t>یسبحون</w:t>
      </w:r>
    </w:p>
    <w:p>
      <w:r>
        <w:rPr>
          <w:b/>
        </w:rPr>
        <w:t xml:space="preserve">[32:22] </w:t>
      </w:r>
      <w:r>
        <w:t>aur hum ne zameen mein pahar banaye ke woh un ko le kar jhuk na jaye aur is mein hum ne kushada rastay banaye ta ke log rah payein aur hum ne aasman ko aik mehfooz chhat banaya</w:t>
      </w:r>
    </w:p>
    <w:p>
      <w:pPr>
        <w:jc w:val="right"/>
      </w:pPr>
      <w:r>
        <w:t>اور ہم نے زمین میں پہاڑ بنائے کہ وہ ان کو لے کر جھک نہ جائے اور اس میں ہم نے کشادہ راستے بنائے تاکہ لوگ راہ پائیں اور ہم نے آسمان کو ایک محفوظ چھت بنایا</w:t>
      </w:r>
    </w:p>
    <w:p>
      <w:r>
        <w:rPr>
          <w:b/>
        </w:rPr>
        <w:t xml:space="preserve">[32:40] </w:t>
      </w:r>
      <w:r>
        <w:t>aur woh is ki nishaniyon se araz kiye hue hain aur wohi hai jis ne raat aur din aur suraj aur chand banaye sab aik aik madar mein tair rahay hain.</w:t>
      </w:r>
    </w:p>
    <w:p>
      <w:pPr>
        <w:jc w:val="right"/>
      </w:pPr>
      <w:r>
        <w:t>اور وہ اس کی نشانیوں سے اعراض کیے ہوئے ہیں اور وہی ہے جس نے رات اور دن اور سورج اور چاند بنائے سب ایک ایک مدار میں تیر رہے ہیں۔</w:t>
      </w:r>
    </w:p>
    <w:p>
      <w:r>
        <w:rPr>
          <w:b/>
        </w:rPr>
        <w:t xml:space="preserve">[32:56] </w:t>
      </w:r>
      <w:r>
        <w:t>tashreeh:</w:t>
      </w:r>
    </w:p>
    <w:p>
      <w:pPr>
        <w:jc w:val="right"/>
      </w:pPr>
      <w:r>
        <w:t>تشریح:</w:t>
      </w:r>
    </w:p>
    <w:p>
      <w:r>
        <w:rPr>
          <w:b/>
        </w:rPr>
        <w:t xml:space="preserve">[32:58] </w:t>
      </w:r>
      <w:r>
        <w:t>yahan zameen ki chand numayan nishaniyon ka zikr hai jo insan ko khuda ki yaad dilati hain ta ke woh is ka shukr guzar banda banay.</w:t>
      </w:r>
    </w:p>
    <w:p>
      <w:pPr>
        <w:jc w:val="right"/>
      </w:pPr>
      <w:r>
        <w:t>یہاں زمین کی چند نمایاں نشانیوں کا ذکر ہے جو انسان کو خدا کی یاد دلاتی ہیں تاکہ وہ اس کا شکر گزار بندہ بنے۔</w:t>
      </w:r>
    </w:p>
    <w:p>
      <w:r>
        <w:rPr>
          <w:b/>
        </w:rPr>
        <w:t xml:space="preserve">[33:10] </w:t>
      </w:r>
      <w:r>
        <w:t>un mein se aik paharon ke silsilay hain jo samundaron ke neechay ke</w:t>
      </w:r>
    </w:p>
    <w:p>
      <w:pPr>
        <w:jc w:val="right"/>
      </w:pPr>
      <w:r>
        <w:t>ان میں سے ایک پہاڑوں کے سلسلے ہیں جو سمندروں کے نیچے کے</w:t>
      </w:r>
    </w:p>
    <w:p>
      <w:r>
        <w:rPr>
          <w:b/>
        </w:rPr>
        <w:t xml:space="preserve">[33:16] </w:t>
      </w:r>
      <w:r>
        <w:t>kaseef maday ko mutawazin rakhnay ke liye satah zameen par jagah jagah ubhar aaye hain. is se murad ghaleban wohi cheez hai jis ko jadeed science mein arz-i-tawazun</w:t>
      </w:r>
    </w:p>
    <w:p>
      <w:pPr>
        <w:jc w:val="right"/>
      </w:pPr>
      <w:r>
        <w:t>کثیف مادے کو متوازن رکھنے کے لیے سطح زمین پر جگہ جگہ ابھر آئے ہیں۔ اس سے مراد غالباً وہی چیز ہے جس کو جدید سائنس میں عرضی توازن</w:t>
      </w:r>
    </w:p>
    <w:p>
      <w:r>
        <w:rPr>
          <w:b/>
        </w:rPr>
        <w:t xml:space="preserve">[33:33] </w:t>
      </w:r>
      <w:r>
        <w:t>(isostasy) kaha jata hai. isi tarah zameen ka is qabil hona bhi aik nishani hai ke insan is par apne liye rastay bana sakta hai.</w:t>
      </w:r>
    </w:p>
    <w:p>
      <w:pPr>
        <w:jc w:val="right"/>
      </w:pPr>
      <w:r>
        <w:t>(آئیسوسٹیسی) کہا جاتا ہے۔ اسی طرح زمین کا اس قابل ہونا بھی ایک نشانی ہے کہ انسان اس پر اپنے لیے راستے بنا سکتا ہے۔</w:t>
      </w:r>
    </w:p>
    <w:p>
      <w:r>
        <w:rPr>
          <w:b/>
        </w:rPr>
        <w:t xml:space="preserve">[33:45] </w:t>
      </w:r>
      <w:r>
        <w:t>kahin hamwar maidan ki soorat mein, kahin</w:t>
      </w:r>
    </w:p>
    <w:p>
      <w:pPr>
        <w:jc w:val="right"/>
      </w:pPr>
      <w:r>
        <w:t>کہیں ہموار میدان کی صورت میں، کہیں</w:t>
      </w:r>
    </w:p>
    <w:p>
      <w:r>
        <w:rPr>
          <w:b/>
        </w:rPr>
        <w:t xml:space="preserve">[33:49] </w:t>
      </w:r>
      <w:r>
        <w:t>pahaari daron ki soorat mein, aur kahin daryai shigaf ki soorat mein.</w:t>
      </w:r>
    </w:p>
    <w:p>
      <w:pPr>
        <w:jc w:val="right"/>
      </w:pPr>
      <w:r>
        <w:t>پہاڑی دروں کی صورت میں، اور کہیں دریائی شگاف کی صورت میں۔</w:t>
      </w:r>
    </w:p>
    <w:p>
      <w:r>
        <w:rPr>
          <w:b/>
        </w:rPr>
        <w:t xml:space="preserve">[33:58] </w:t>
      </w:r>
      <w:r>
        <w:t>aasman ki chhat jo hamari balai fiza hai, is ki tarkib is tarah hai ke woh hum ko suraj ki nuqsan deh shuaon se bachati hai.</w:t>
      </w:r>
    </w:p>
    <w:p>
      <w:pPr>
        <w:jc w:val="right"/>
      </w:pPr>
      <w:r>
        <w:t>آسمان کی چھت جو ہماری بالائی فضا ہے، اس کی ترکیب اس طرح ہے کہ وہ ہم کو سورج کی نقصان دہ شعاؤں سے بچاتی ہے۔</w:t>
      </w:r>
    </w:p>
    <w:p>
      <w:r>
        <w:rPr>
          <w:b/>
        </w:rPr>
        <w:t xml:space="preserve">[34:10] </w:t>
      </w:r>
      <w:r>
        <w:t>woh shahab-e-saqib ki musalsal barish ko hum tak</w:t>
      </w:r>
    </w:p>
    <w:p>
      <w:pPr>
        <w:jc w:val="right"/>
      </w:pPr>
      <w:r>
        <w:t>وہ شہاب ثاقب کی مسلسل بارش کو ہم تک</w:t>
      </w:r>
    </w:p>
    <w:p>
      <w:r>
        <w:rPr>
          <w:b/>
        </w:rPr>
        <w:t xml:space="preserve">[34:15] </w:t>
      </w:r>
      <w:r>
        <w:t>pohanchne se roke hue hai. Isi tarah suraj aur chand ka takraye baghair aik khaas daire mein ghoomna aur us ki wajah se zameen par din aur raat ka baqaydegi ke sath paida hona.</w:t>
      </w:r>
    </w:p>
    <w:p>
      <w:pPr>
        <w:jc w:val="right"/>
      </w:pPr>
      <w:r>
        <w:t>پہنچنے سے روکے ہوئے ہے۔ اسی طرح سورج اور چاند کا ٹکرائے بغیر ایک خاص دائرے میں گھومنا اور اس کی وجہ سے زمین پر دن اور رات کا باقاعدگی کے ساتھ پیدا ہونا۔</w:t>
      </w:r>
    </w:p>
    <w:p>
      <w:r>
        <w:rPr>
          <w:b/>
        </w:rPr>
        <w:t xml:space="preserve">[34:33] </w:t>
      </w:r>
      <w:r>
        <w:t>Is qism ki beshumar nishaniyan hamari dunya mein hain. Aadmi in ko gehrai ke sath dekhe to woh Khuda ki qudraton aur nematوں ke ehsas mein doob jaye, magar aadmi in ko nazar andaaz kar deta hai.</w:t>
      </w:r>
    </w:p>
    <w:p>
      <w:pPr>
        <w:jc w:val="right"/>
      </w:pPr>
      <w:r>
        <w:t>اس قسم کی بے شمار نشانیاں ہماری دنیا میں ہیں۔ آدمی ان کو گہرائی کے ساتھ دیکھے تو وہ خدا کی قدرتوں اور نعمتوں کے احساس میں ڈوب جائے، مگر آدمی ان کو نظر انداز کر دیتا ہے۔</w:t>
      </w:r>
    </w:p>
    <w:p>
      <w:r>
        <w:rPr>
          <w:b/>
        </w:rPr>
        <w:t xml:space="preserve">[34:51] </w:t>
      </w:r>
      <w:r>
        <w:t>Woh khule khule waqiyat ko dekh kar bhi anda behra bana rehta hai.</w:t>
      </w:r>
    </w:p>
    <w:p>
      <w:pPr>
        <w:jc w:val="right"/>
      </w:pPr>
      <w:r>
        <w:t>وہ کھلے کھلے واقعات کو دیکھ کر بھی اندھا بہرا بنا رہتا ہے۔</w:t>
      </w:r>
    </w:p>
    <w:p>
      <w:r>
        <w:rPr>
          <w:b/>
        </w:rPr>
        <w:t xml:space="preserve">[34:59] </w:t>
      </w:r>
      <w:r>
        <w:t>Wa ma ja'alna li basharin min qablika al-khulda afain mat fahum al-khalidun</w:t>
      </w:r>
    </w:p>
    <w:p>
      <w:pPr>
        <w:jc w:val="right"/>
      </w:pPr>
      <w:r>
        <w:t>وما جعلنا لبشر من قبلك الخلد أفإن مت فهم الخالدون</w:t>
      </w:r>
    </w:p>
    <w:p>
      <w:r>
        <w:rPr>
          <w:b/>
        </w:rPr>
        <w:t xml:space="preserve">[35:10] </w:t>
      </w:r>
      <w:r>
        <w:t>Kullu nafsin za'iqatul maut wa nablu kum bis sharri wal khairi fitnatan wa ilaina turja'un</w:t>
      </w:r>
    </w:p>
    <w:p>
      <w:pPr>
        <w:jc w:val="right"/>
      </w:pPr>
      <w:r>
        <w:t>كل نفس ذائقة الموت ونبلوكم بالشر والخير فتنة وإلينا ترجعون</w:t>
      </w:r>
    </w:p>
    <w:p>
      <w:r>
        <w:rPr>
          <w:b/>
        </w:rPr>
        <w:t xml:space="preserve">[35:28] </w:t>
      </w:r>
      <w:r>
        <w:t>Aur hum ne tum se pehle bhi kisi insan ko hamesha ki zindagi nahi di. To kya agar tum ko maut aa jaye to woh hamesha rehne wale hain?</w:t>
      </w:r>
    </w:p>
    <w:p>
      <w:pPr>
        <w:jc w:val="right"/>
      </w:pPr>
      <w:r>
        <w:t>اور ہم نے تم سے پہلے بھی کسی انسان کو ہمیشہ کی زندگی نہیں دی۔ تو کیا اگر تم کو موت آ جائے تو وہ ہمیشہ رہنے والے ہیں؟</w:t>
      </w:r>
    </w:p>
    <w:p>
      <w:r>
        <w:rPr>
          <w:b/>
        </w:rPr>
        <w:t xml:space="preserve">[35:42] </w:t>
      </w:r>
      <w:r>
        <w:t>Har jaan ko maut ka maza chakhna hai aur hum tum ko</w:t>
      </w:r>
    </w:p>
    <w:p>
      <w:pPr>
        <w:jc w:val="right"/>
      </w:pPr>
      <w:r>
        <w:t>ہر جان کو موت کا مزہ چکھنا ہے اور ہم تم کو</w:t>
      </w:r>
    </w:p>
    <w:p>
      <w:r>
        <w:rPr>
          <w:b/>
        </w:rPr>
        <w:t xml:space="preserve">[35:47] </w:t>
      </w:r>
      <w:r>
        <w:t>Buri halat aur achi halat se aazmate hain parakhne ke liye, aur tum sab hamari taraf lotaye jaoge.</w:t>
      </w:r>
    </w:p>
    <w:p>
      <w:pPr>
        <w:jc w:val="right"/>
      </w:pPr>
      <w:r>
        <w:t>بری حالت اور اچھی حالت سے آزماتے ہیں پرکھنے کے لیے، اور تم سب ہماری طرف لوٹائے جاؤ گے۔</w:t>
      </w:r>
    </w:p>
    <w:p>
      <w:r>
        <w:rPr>
          <w:b/>
        </w:rPr>
        <w:t xml:space="preserve">[36:00] </w:t>
      </w:r>
      <w:r>
        <w:t>Tashreeh: Makkah mein jo log Rasool Allah Sal Allahu Alaihi Wa Sallam ke mukhalif thay, woh wasail ke aitbar se aap se bohat barhe hue thay.</w:t>
      </w:r>
    </w:p>
    <w:p>
      <w:pPr>
        <w:jc w:val="right"/>
      </w:pPr>
      <w:r>
        <w:t>تشریح: مکہ میں جو لوگ رسول اللہ صلی اللہ علیہ وسلم کے مخالف تھے، وہ وسائل کے اعتبار سے آپ سے بہت بڑھے ہوئے تھے۔</w:t>
      </w:r>
    </w:p>
    <w:p>
      <w:r>
        <w:rPr>
          <w:b/>
        </w:rPr>
        <w:t xml:space="preserve">[36:13] </w:t>
      </w:r>
      <w:r>
        <w:t>Un ko is waqt ke mahol mein izzat aur bartari hasil thi.</w:t>
      </w:r>
    </w:p>
    <w:p>
      <w:pPr>
        <w:jc w:val="right"/>
      </w:pPr>
      <w:r>
        <w:t>ان کو اس وقت کے ماحول میں عزت اور برتری حاصل تھی۔</w:t>
      </w:r>
    </w:p>
    <w:p>
      <w:r>
        <w:rPr>
          <w:b/>
        </w:rPr>
        <w:t xml:space="preserve">[36:19] </w:t>
      </w:r>
      <w:r>
        <w:t>Is farq ka matlab un ke nazdeek yeh tha ke woh haq par hain aur Muhammad haq par. Magar dunyavi cheezon ki ziyadati aur kami haq aur na-haq ki buniyad par nahi hoti,</w:t>
      </w:r>
    </w:p>
    <w:p>
      <w:pPr>
        <w:jc w:val="right"/>
      </w:pPr>
      <w:r>
        <w:t>اس فرق کا مطلب ان کے نزدیک یہ تھا کہ وہ حق پر ہیں اور محمد ناحق پر۔ مگر دنیاوی چیزوں کی زیادتی اور کمی حق اور ناحق کی بنیاد پر نہیں ہوتی،</w:t>
      </w:r>
    </w:p>
    <w:p>
      <w:r>
        <w:rPr>
          <w:b/>
        </w:rPr>
        <w:t xml:space="preserve">[36:34] </w:t>
      </w:r>
      <w:r>
        <w:t>Balkeh sirf</w:t>
      </w:r>
    </w:p>
    <w:p>
      <w:pPr>
        <w:jc w:val="right"/>
      </w:pPr>
      <w:r>
        <w:t>بلکہ صرف</w:t>
      </w:r>
    </w:p>
    <w:p>
      <w:r>
        <w:rPr>
          <w:b/>
        </w:rPr>
        <w:t xml:space="preserve">[36:36] </w:t>
      </w:r>
      <w:r>
        <w:t>Imtehan ke liye hoti hai. Yeh Khuda ki taraf se bator aazmaish hai. Dunyavi saman pa kar agar koi shakhs apne ko bara samajhne lage to goya woh apne ko in cheezon ka nahil sabit kar raha hai.</w:t>
      </w:r>
    </w:p>
    <w:p>
      <w:pPr>
        <w:jc w:val="right"/>
      </w:pPr>
      <w:r>
        <w:t>امتحان کے لیے ہوتی ہے۔ یہ خدا کی طرف سے بطور آزمائش ہے۔ دنیاوی سامان پا کر اگر کوئی شخص اپنے کو بڑا سمجھنے لگے تو گویا وہ اپنے کو ان چیزوں کا نااہل ثابت کر رہا ہے۔</w:t>
      </w:r>
    </w:p>
    <w:p>
      <w:r>
        <w:rPr>
          <w:b/>
        </w:rPr>
        <w:t xml:space="preserve">[36:55] </w:t>
      </w:r>
      <w:r>
        <w:t>Is ka nateeja sirf yeh hai ke maut ke baad ki zindagi mein us ko hamesha ke liye mahroom kar diya jaye.</w:t>
      </w:r>
    </w:p>
    <w:p>
      <w:pPr>
        <w:jc w:val="right"/>
      </w:pPr>
      <w:r>
        <w:t>اس کا نتیجہ صرف یہ ہے کہ موت کے بعد کی زندگی میں اس کو ہمیشہ کے لیے محروم کر دیا جائے۔</w:t>
      </w:r>
    </w:p>
    <w:p>
      <w:r>
        <w:rPr>
          <w:b/>
        </w:rPr>
        <w:t xml:space="preserve">[37:06] </w:t>
      </w:r>
      <w:r>
        <w:t>Makkah ke log Rasool Allah Sal Allahu Alaihi Wa Sallam ko nakam karne ke liye har qism ki mukhalifana koshishon mein lage hue thay,</w:t>
      </w:r>
    </w:p>
    <w:p>
      <w:pPr>
        <w:jc w:val="right"/>
      </w:pPr>
      <w:r>
        <w:t>مکہ کے لوگ رسول اللہ صلی اللہ علیہ وسلم کو ناکام کرنے کے لیے ہر قسم کی مخالفانہ کوششوں میں لگے ہوئے تھے،</w:t>
      </w:r>
    </w:p>
    <w:p>
      <w:r>
        <w:rPr>
          <w:b/>
        </w:rPr>
        <w:t xml:space="preserve">[37:17] </w:t>
      </w:r>
      <w:r>
        <w:t>Hatta ke woh chahte thay ke kisi na kisi tarah aap ka khatma kar dein taake yeh mission apni jar se mahroom ho kar hamesha ke liye khatam ho jaye.</w:t>
      </w:r>
    </w:p>
    <w:p>
      <w:pPr>
        <w:jc w:val="right"/>
      </w:pPr>
      <w:r>
        <w:t>حتیٰ کہ وہ چاہتے تھے کہ کسی نہ کسی طرح آپ کا خاتمہ کر دیں تاکہ یہ مشن اپنی جڑ سے محروم ہو کر ہمیشہ کے لیے ختم ہو جائے۔</w:t>
      </w:r>
    </w:p>
    <w:p>
      <w:r>
        <w:rPr>
          <w:b/>
        </w:rPr>
        <w:t xml:space="preserve">[37:32] </w:t>
      </w:r>
      <w:r>
        <w:t>Farmaya:</w:t>
      </w:r>
    </w:p>
    <w:p>
      <w:pPr>
        <w:jc w:val="right"/>
      </w:pPr>
      <w:r>
        <w:t>فرمایا:</w:t>
      </w:r>
    </w:p>
    <w:p>
      <w:r>
        <w:rPr>
          <w:b/>
        </w:rPr>
        <w:t xml:space="preserve">[37:34] </w:t>
      </w:r>
      <w:r>
        <w:t>Paighambar ke khilaf is qism ki sazishain karne wale log is haqiqat ko bhool gaye hain ke jis qabr mein woh doosre ko dakhil karna chahte hain, usi qabr mein aakhir kar unhein khud bhi dakhil hona hai.</w:t>
      </w:r>
    </w:p>
    <w:p>
      <w:pPr>
        <w:jc w:val="right"/>
      </w:pPr>
      <w:r>
        <w:t>پیغمبر کے خلاف اس قسم کی سازشیں کرنے والے لوگ اس حقیقت کو بھول گئے ہیں کہ جس قبر میں وہ دوسرے کو داخل کرنا چاہتے ہیں، اسی قبر میں آخر کار انہیں خود بھی داخل ہونا ہے۔</w:t>
      </w:r>
    </w:p>
    <w:p>
      <w:r>
        <w:rPr>
          <w:b/>
        </w:rPr>
        <w:t xml:space="preserve">[37:50] </w:t>
      </w:r>
      <w:r>
        <w:t>Phir</w:t>
      </w:r>
    </w:p>
    <w:p>
      <w:pPr>
        <w:jc w:val="right"/>
      </w:pPr>
      <w:r>
        <w:t>پھر</w:t>
      </w:r>
    </w:p>
    <w:p>
      <w:r>
        <w:rPr>
          <w:b/>
        </w:rPr>
        <w:t xml:space="preserve">[37:51] </w:t>
      </w:r>
      <w:r>
        <w:t>Maut ke baad jab un ka samna Malik Haqeeqi se hoga to wahan woh kya karenge? Wa idha ra'akallazina kafaroo in yattakhizunaka illa huzu'an ahazallazi yazkuru alihatakum?</w:t>
      </w:r>
    </w:p>
    <w:p>
      <w:pPr>
        <w:jc w:val="right"/>
      </w:pPr>
      <w:r>
        <w:t>موت کے بعد جب ان کا سامنا مالک حقیقی سے ہوگا تو وہاں وہ کیا کریں گے؟ واذا رآك الذين كفروا ان يتخذونك الا هزوا اهذا الذي يذكر الهتكم؟</w:t>
      </w:r>
    </w:p>
    <w:p>
      <w:r>
        <w:rPr>
          <w:b/>
        </w:rPr>
        <w:t xml:space="preserve">[38:15] </w:t>
      </w:r>
      <w:r>
        <w:t>Ahazallazi yazkuru alihatakum wa hum bi zikrir rahmani hum kafirun</w:t>
      </w:r>
    </w:p>
    <w:p>
      <w:pPr>
        <w:jc w:val="right"/>
      </w:pPr>
      <w:r>
        <w:t>اهذا الذي يذكر الهتكم وهم بذكر الرحمن هم كافرون</w:t>
      </w:r>
    </w:p>
    <w:p>
      <w:r>
        <w:rPr>
          <w:b/>
        </w:rPr>
        <w:t xml:space="preserve">[38:26] </w:t>
      </w:r>
      <w:r>
        <w:t>Aur munkir log jab tum ko dekhte hain to woh sab tum ko mazak bana lete hain. Kya yahi hai jo tumhare ma'bodon ka zikr kiya karta hai?</w:t>
      </w:r>
    </w:p>
    <w:p>
      <w:pPr>
        <w:jc w:val="right"/>
      </w:pPr>
      <w:r>
        <w:t>اور منکر لوگ جب تم کو دیکھتے ہیں تو وہ سب تم کو مذاق بنا لیتے ہیں۔ کیا یہی ہے جو تمہارے معبودوں کا ذکر کیا کرتا ہے؟</w:t>
      </w:r>
    </w:p>
    <w:p>
      <w:r>
        <w:rPr>
          <w:b/>
        </w:rPr>
        <w:t xml:space="preserve">[38:39] </w:t>
      </w:r>
      <w:r>
        <w:t>Aur khud yeh log Rehman ke zikr ka</w:t>
      </w:r>
    </w:p>
    <w:p>
      <w:pPr>
        <w:jc w:val="right"/>
      </w:pPr>
      <w:r>
        <w:t>اور خود یہ لوگ رحمان کے ذکر کا</w:t>
      </w:r>
    </w:p>
    <w:p>
      <w:r>
        <w:rPr>
          <w:b/>
        </w:rPr>
        <w:t xml:space="preserve">[38:42] </w:t>
      </w:r>
      <w:r>
        <w:t>Inkar karte hain. Tashreeh: Quraish ke ma'bod aksar un ki qom ke akaber thay.</w:t>
      </w:r>
    </w:p>
    <w:p>
      <w:pPr>
        <w:jc w:val="right"/>
      </w:pPr>
      <w:r>
        <w:t>انکار کرتے ہیں۔ تشریح: قریش کے معبود اکثر ان کی قوم کے اکابر تھے۔</w:t>
      </w:r>
    </w:p>
    <w:p>
      <w:r>
        <w:rPr>
          <w:b/>
        </w:rPr>
        <w:t xml:space="preserve">[38:53] </w:t>
      </w:r>
      <w:r>
        <w:t>Aik taraf apne in akaber ki khayali azmat un ke zehnon mein basi hui thi,</w:t>
      </w:r>
    </w:p>
    <w:p>
      <w:pPr>
        <w:jc w:val="right"/>
      </w:pPr>
      <w:r>
        <w:t>ایک طرف اپنے ان اکابر کی خیالی عظمت ان کے ذہنوں میں بسی ہوئی تھی،</w:t>
      </w:r>
    </w:p>
    <w:p>
      <w:r>
        <w:rPr>
          <w:b/>
        </w:rPr>
        <w:t xml:space="preserve">[39:00] </w:t>
      </w:r>
      <w:r>
        <w:t>doosri taraf peghambar tha jis ki tasweer is waqt aik aam insaan se zyada na thi. is taqabul mein peghambar unhein bilkul maamooli nazar aata.</w:t>
      </w:r>
    </w:p>
    <w:p>
      <w:pPr>
        <w:jc w:val="right"/>
      </w:pPr>
      <w:r>
        <w:t>دوسری طرف پیغمبر تھا جس کی تصویر اس وقت ایک عام انسان سے زیادہ نہ تھی۔ اس تقابل میں پیغمبر انہیں بالکل معمولی نظر آتا۔</w:t>
      </w:r>
    </w:p>
    <w:p>
      <w:r>
        <w:rPr>
          <w:b/>
        </w:rPr>
        <w:t xml:space="preserve">[39:14] </w:t>
      </w:r>
      <w:r>
        <w:t>wo haqarat ke sath kehte ke kya yahi woh shakhs hai jo hamare akabir par tanqeed karta hai</w:t>
      </w:r>
    </w:p>
    <w:p>
      <w:pPr>
        <w:jc w:val="right"/>
      </w:pPr>
      <w:r>
        <w:t>وہ حقارت کے ساتھ کہتے کہ کیا یہی وہ شخص ہے جو ہمارے اکابر پر تنقید کرتا ہے</w:t>
      </w:r>
    </w:p>
    <w:p>
      <w:r>
        <w:rPr>
          <w:b/>
        </w:rPr>
        <w:t xml:space="preserve">[39:22] </w:t>
      </w:r>
      <w:r>
        <w:t>aur akabir ke jis deen par hum qaim hain, us ko radd kar ke doosra deen pesh kar raha hai? rasool Allah sal Allah alaihi wasallam logon ko sirf aik Khuda ki taraf bulate the, magar</w:t>
      </w:r>
    </w:p>
    <w:p>
      <w:pPr>
        <w:jc w:val="right"/>
      </w:pPr>
      <w:r>
        <w:t>اور اکابر کے جس دین پر ہم قائم ہیں، اس کو رد کر کے دوسرا دین پیش کر رہا ہے؟ رسول اللہ صلی اللہ علیہ وسلم لوگوں کو صرف ایک خدا کی طرف بلاتے تھے، مگر</w:t>
      </w:r>
    </w:p>
    <w:p>
      <w:r>
        <w:rPr>
          <w:b/>
        </w:rPr>
        <w:t xml:space="preserve">[39:39] </w:t>
      </w:r>
      <w:r>
        <w:t>unhein Khuda se koi dilchaspi nahi thi. un ki tamam dilchaspiyan apne akabir se wabasta thi.</w:t>
      </w:r>
    </w:p>
    <w:p>
      <w:pPr>
        <w:jc w:val="right"/>
      </w:pPr>
      <w:r>
        <w:t>انہیں خدا سے کوئی دلچسپی نہیں تھی۔ ان کی تمام دلچسپیاں اپنے اکابر سے وابستہ تھیں۔</w:t>
      </w:r>
    </w:p>
    <w:p>
      <w:r>
        <w:rPr>
          <w:b/>
        </w:rPr>
        <w:t xml:space="preserve">[39:49] </w:t>
      </w:r>
      <w:r>
        <w:t>unhone apne in akabir ko maabood ka darja de rakha tha. aap ki dawat se chunaanche in akabir par zad padti thi,</w:t>
      </w:r>
    </w:p>
    <w:p>
      <w:pPr>
        <w:jc w:val="right"/>
      </w:pPr>
      <w:r>
        <w:t>انہوں نے اپنے ان اکابر کو معبود کا درجہ دے رکھا تھا۔ آپ کی دعوت سے چونکہ ان اکابر پر زد پڑتی تھی،</w:t>
      </w:r>
    </w:p>
    <w:p>
      <w:r>
        <w:rPr>
          <w:b/>
        </w:rPr>
        <w:t xml:space="preserve">[39:59] </w:t>
      </w:r>
      <w:r>
        <w:t>is liye woh aap ke sakht mukhalif ho gaye. woh bhool gaye ke maaboodon ko radd kar ke aap Khuda ko pesh kar rahe hain, na ke khud apni zaat ko.</w:t>
      </w:r>
    </w:p>
    <w:p>
      <w:pPr>
        <w:jc w:val="right"/>
      </w:pPr>
      <w:r>
        <w:t>اس لیے وہ آپ کے سخت مخالف ہو گئے۔ وہ بھول گئے کہ معبودوں کو رد کر کے آپ خدا کو پیش کر رہے ہیں، نہ کہ خود اپنی ذات کو۔</w:t>
      </w:r>
    </w:p>
    <w:p>
      <w:r>
        <w:rPr>
          <w:b/>
        </w:rPr>
        <w:t xml:space="preserve">[40:15] </w:t>
      </w:r>
      <w:r>
        <w:t>khalaq</w:t>
      </w:r>
    </w:p>
    <w:p>
      <w:pPr>
        <w:jc w:val="right"/>
      </w:pPr>
      <w:r>
        <w:t>خلق</w:t>
      </w:r>
    </w:p>
    <w:p>
      <w:r>
        <w:rPr>
          <w:b/>
        </w:rPr>
        <w:t xml:space="preserve">[40:16] </w:t>
      </w:r>
      <w:r>
        <w:t>al-insaan min 'ajal sa yureekum ayati fala tasta'jiloon wa yaqooloon mata hadha al-wa'd in kuntum sadiqeen</w:t>
      </w:r>
    </w:p>
    <w:p>
      <w:pPr>
        <w:jc w:val="right"/>
      </w:pPr>
      <w:r>
        <w:t>الانسان من عجل ساريكم آياتي فلا تستعجلون ويقولون متى هذا الوعد ان كنتم صادقين</w:t>
      </w:r>
    </w:p>
    <w:p>
      <w:r>
        <w:rPr>
          <w:b/>
        </w:rPr>
        <w:t xml:space="preserve">[40:35] </w:t>
      </w:r>
      <w:r>
        <w:t>law ya'lam alladheena kafaroo heena la yakuffoona 'an wujoohihim an-nar wa la 'an dhuroorihim wa la hum yunsaroon bal ta'teehim</w:t>
      </w:r>
    </w:p>
    <w:p>
      <w:pPr>
        <w:jc w:val="right"/>
      </w:pPr>
      <w:r>
        <w:t>لو يعلم الذين كفروا حين لا يكفون عن وجوههم النار ولا عن ظهورهم ولا هم ينصرون بل تاتيهم</w:t>
      </w:r>
    </w:p>
    <w:p>
      <w:r>
        <w:rPr>
          <w:b/>
        </w:rPr>
        <w:t xml:space="preserve">[40:53] </w:t>
      </w:r>
      <w:r>
        <w:t>baghtatan fatab'hat'hum fala yastatee'oona raddaha wa la hum yuntharoona wa laqad istuhzi'a birusulin min qablika fahaqa billadheena sakhiroo minhum</w:t>
      </w:r>
    </w:p>
    <w:p>
      <w:pPr>
        <w:jc w:val="right"/>
      </w:pPr>
      <w:r>
        <w:t>بغتة فتبهتهم فلا يستطيعون ردها ولا هم ينظرون ولقد استهزئ برسل من قبلك فحاق بالذين سخروا منهم</w:t>
      </w:r>
    </w:p>
    <w:p>
      <w:r>
        <w:rPr>
          <w:b/>
        </w:rPr>
        <w:t xml:space="preserve">[41:12] </w:t>
      </w:r>
      <w:r>
        <w:t>ma kanoo bihi yastahzi'oon</w:t>
      </w:r>
    </w:p>
    <w:p>
      <w:pPr>
        <w:jc w:val="right"/>
      </w:pPr>
      <w:r>
        <w:t>ما كانوا به يستهزئون</w:t>
      </w:r>
    </w:p>
    <w:p>
      <w:r>
        <w:rPr>
          <w:b/>
        </w:rPr>
        <w:t xml:space="preserve">[41:18] </w:t>
      </w:r>
      <w:r>
        <w:t>insaan ajlat ke khameer se paida hua hai. main tum ko anqareeb apni nishaniyan dikhaunga, pas tum mujh se jaldi na karo.</w:t>
      </w:r>
    </w:p>
    <w:p>
      <w:pPr>
        <w:jc w:val="right"/>
      </w:pPr>
      <w:r>
        <w:t>انسان اجلت کے خمیر سے پیدا ہوا ہے۔ میں تم کو عنقریب اپنی نشانیاں دکھاؤں گا، پس تم مجھ سے جلدی نہ کرو۔</w:t>
      </w:r>
    </w:p>
    <w:p>
      <w:r>
        <w:rPr>
          <w:b/>
        </w:rPr>
        <w:t xml:space="preserve">[41:30] </w:t>
      </w:r>
      <w:r>
        <w:t>aur log kehte hain ke yeh wada kab aayega agar tum sachche ho?</w:t>
      </w:r>
    </w:p>
    <w:p>
      <w:pPr>
        <w:jc w:val="right"/>
      </w:pPr>
      <w:r>
        <w:t>اور لوگ کہتے ہیں کہ یہ وعدہ کب آئے گا اگر تم سچے ہو؟</w:t>
      </w:r>
    </w:p>
    <w:p>
      <w:r>
        <w:rPr>
          <w:b/>
        </w:rPr>
        <w:t xml:space="preserve">[41:36] </w:t>
      </w:r>
      <w:r>
        <w:t>kaash in munkiron ko us waqt ki khabar hoti jab ke woh aag ko na apne samne se rok saken ge aur na apne peechhe se, aur na un ko madad pahunche gi,</w:t>
      </w:r>
    </w:p>
    <w:p>
      <w:pPr>
        <w:jc w:val="right"/>
      </w:pPr>
      <w:r>
        <w:t>کاش ان منکروں کو اس وقت کی خبر ہوتی جب کہ وہ آگ کو نہ اپنے سامنے سے روک سکیں گے اور نہ اپنے پیچھے سے، اور نہ ان کو مدد پہنچے گی،</w:t>
      </w:r>
    </w:p>
    <w:p>
      <w:r>
        <w:rPr>
          <w:b/>
        </w:rPr>
        <w:t xml:space="preserve">[41:52] </w:t>
      </w:r>
      <w:r>
        <w:t>bal ke woh achaanak un par aa jaye gi,</w:t>
      </w:r>
    </w:p>
    <w:p>
      <w:pPr>
        <w:jc w:val="right"/>
      </w:pPr>
      <w:r>
        <w:t>بلکہ وہ اچانک ان پر آ جائے گی،</w:t>
      </w:r>
    </w:p>
    <w:p>
      <w:r>
        <w:rPr>
          <w:b/>
        </w:rPr>
        <w:t xml:space="preserve">[41:55] </w:t>
      </w:r>
      <w:r>
        <w:t>pas un ko badhawas kar de gi. phir woh na us ko dafa kar saken ge aur na un ko mahlat di jaye gi.</w:t>
      </w:r>
    </w:p>
    <w:p>
      <w:pPr>
        <w:jc w:val="right"/>
      </w:pPr>
      <w:r>
        <w:t>پس ان کو بدحواس کر دے گی۔ پھر وہ نہ اس کو دفع کر سکیں گے اور نہ ان کو مہلت دی جائے گی۔</w:t>
      </w:r>
    </w:p>
    <w:p>
      <w:r>
        <w:rPr>
          <w:b/>
        </w:rPr>
        <w:t xml:space="preserve">[42:05] </w:t>
      </w:r>
      <w:r>
        <w:t>aur tum se pehle bhi rasoolon ka mazaaq uraya gaya. phir jin logon ne un mein se mazaaq uraya tha, un ko us cheez ne gher liya jis ka woh mazaaq urate the.</w:t>
      </w:r>
    </w:p>
    <w:p>
      <w:pPr>
        <w:jc w:val="right"/>
      </w:pPr>
      <w:r>
        <w:t>اور تم سے پہلے بھی رسولوں کا مذاق اڑایا گیا۔ پھر جن لوگوں نے ان میں سے مذاق اڑایا تھا، ان کو اس چیز نے گھیر لیا جس کا وہ مذاق اڑاتے تھے۔</w:t>
      </w:r>
    </w:p>
    <w:p>
      <w:r>
        <w:rPr>
          <w:b/>
        </w:rPr>
        <w:t xml:space="preserve">[42:21] </w:t>
      </w:r>
      <w:r>
        <w:t>tashreeh: arab ke log aakhirat ke munkir na the. woh aakhirat ki us nawiyat ke munkir the jis ki khabar unhein un ki qaum ka aik shakhs Muhammad ibn Abdullah de raha tha.</w:t>
      </w:r>
    </w:p>
    <w:p>
      <w:pPr>
        <w:jc w:val="right"/>
      </w:pPr>
      <w:r>
        <w:t>تشریح: عرب کے لوگ آخرت کے منکر نہ تھے۔ وہ آخرت کی اس نوعیت کے منکر تھے جس کی خبر انہیں ان کی قوم کا ایک شخص محمد ابن عبداللہ دے رہا تھا۔</w:t>
      </w:r>
    </w:p>
    <w:p>
      <w:r>
        <w:rPr>
          <w:b/>
        </w:rPr>
        <w:t xml:space="preserve">[42:37] </w:t>
      </w:r>
      <w:r>
        <w:t>unhein fakhr tha ke woh aik aise deen par hain jo un ki kamiyabi ki yaqeeni zamanat hai. Muhammad sal Allah alaihi wasallam ne un ke is yaqeen ki tarzeed ki to woh bigad gaye.</w:t>
      </w:r>
    </w:p>
    <w:p>
      <w:pPr>
        <w:jc w:val="right"/>
      </w:pPr>
      <w:r>
        <w:t>انہیں فخر تھا کہ وہ ایک ایسے دین پر ہیں جو ان کی کامیابی کی یقینی ضمانت ہے۔ محمد صلی اللہ علیہ وسلم نے ان کے اس یقین کی تردید کی تو وہ بگڑ گئے۔</w:t>
      </w:r>
    </w:p>
    <w:p>
      <w:r>
        <w:rPr>
          <w:b/>
        </w:rPr>
        <w:t xml:space="preserve">[42:51] </w:t>
      </w:r>
      <w:r>
        <w:t>woh apni be khauf nafsiyat ki bina par yeh kehne lage ke woh azab hamein dikhao jis ki tum hum ko dhamki de rahe ho.</w:t>
      </w:r>
    </w:p>
    <w:p>
      <w:pPr>
        <w:jc w:val="right"/>
      </w:pPr>
      <w:r>
        <w:t>وہ اپنی بے خوف نفسیات کی بنا پر یہ کہنے لگے کہ وہ عذاب ہمیں دکھاؤ جس کی تم ہم کو دھمکی دے رہے ہو۔</w:t>
      </w:r>
    </w:p>
    <w:p>
      <w:r>
        <w:rPr>
          <w:b/>
        </w:rPr>
        <w:t xml:space="preserve">[43:04] </w:t>
      </w:r>
      <w:r>
        <w:t>farmaya ke un ki yeh jaldi sirf is liye hai ke abhi imtehan ke daur mein hone ki wajah se woh azab se door khade hue hain.</w:t>
      </w:r>
    </w:p>
    <w:p>
      <w:pPr>
        <w:jc w:val="right"/>
      </w:pPr>
      <w:r>
        <w:t>فرمایا کہ ان کی یہ جلد بازی صرف اس لیے ہے کہ ابھی امتحان کے دور میں ہونے کی وجہ سے وہ عذاب سے دور کھڑے ہوئے ہیں۔</w:t>
      </w:r>
    </w:p>
    <w:p>
      <w:r>
        <w:rPr>
          <w:b/>
        </w:rPr>
        <w:t xml:space="preserve">[43:16] </w:t>
      </w:r>
      <w:r>
        <w:t>jis din yeh mahlat khatam hogi aur Khuda ka azab unhein gher lega,</w:t>
      </w:r>
    </w:p>
    <w:p>
      <w:pPr>
        <w:jc w:val="right"/>
      </w:pPr>
      <w:r>
        <w:t>جس دن یہ مہلت ختم ہوگی اور خدا کا عذاب انہیں گھیر لے گا،</w:t>
      </w:r>
    </w:p>
    <w:p>
      <w:r>
        <w:rPr>
          <w:b/>
        </w:rPr>
        <w:t xml:space="preserve">[43:22] </w:t>
      </w:r>
      <w:r>
        <w:t>us waqt un ki samajh mein aayega ke rasool ki dawat ke baray mein sanjeeda na ho kar unhone kitni badi ghalti ki thi.</w:t>
      </w:r>
    </w:p>
    <w:p>
      <w:pPr>
        <w:jc w:val="right"/>
      </w:pPr>
      <w:r>
        <w:t>اس وقت ان کی سمجھ میں آئے گا کہ رسول کی دعوت کے بارے میں سنجیدہ نہ ہو کر انہوں نے کتنی بڑی غلطی کی تھی۔</w:t>
      </w:r>
    </w:p>
    <w:p>
      <w:r>
        <w:rPr>
          <w:b/>
        </w:rPr>
        <w:t xml:space="preserve">[43:35] </w:t>
      </w:r>
      <w:r>
        <w:t>qul man yakum bil-layli wan-nahari min ar-rahmani bal hum 'an dhikri rabbihim mu'ridoon am lahum aalihatun</w:t>
      </w:r>
    </w:p>
    <w:p>
      <w:pPr>
        <w:jc w:val="right"/>
      </w:pPr>
      <w:r>
        <w:t>قل من یکم باللیل والنہار من الرحمن بل هم عن ذکر ربهم معرضون ام لهم آلهة</w:t>
      </w:r>
    </w:p>
    <w:p>
      <w:r>
        <w:rPr>
          <w:b/>
        </w:rPr>
        <w:t xml:space="preserve">[43:53] </w:t>
      </w:r>
      <w:r>
        <w:t>tamna'uhum min doonina la yastatee'oona nasra anfusihim wa la hum minna yusbahoon</w:t>
      </w:r>
    </w:p>
    <w:p>
      <w:pPr>
        <w:jc w:val="right"/>
      </w:pPr>
      <w:r>
        <w:t>تمنعهم من دوننا لا يستطيعون نصر أنفسهم ولا هم منا يصحبون</w:t>
      </w:r>
    </w:p>
    <w:p>
      <w:r>
        <w:rPr>
          <w:b/>
        </w:rPr>
        <w:t xml:space="preserve">[44:09] </w:t>
      </w:r>
      <w:r>
        <w:t>kaho kon hai jo raat aur din mein rehman se tumhari hifazat karta hai? balke woh log apne rab ki yaad dahani se aaraaz kar rahe hain.</w:t>
      </w:r>
    </w:p>
    <w:p>
      <w:pPr>
        <w:jc w:val="right"/>
      </w:pPr>
      <w:r>
        <w:t>کہو کون ہے جو رات اور دن میں رحمان سے تمہاری حفاظت کرتا ہے؟ بلکہ وہ لوگ اپنے رب کی یاد دہانی سے اعراض کر رہے ہیں۔</w:t>
      </w:r>
    </w:p>
    <w:p>
      <w:r>
        <w:rPr>
          <w:b/>
        </w:rPr>
        <w:t xml:space="preserve">[44:22] </w:t>
      </w:r>
      <w:r>
        <w:t>kya un ke liye hamare siwa kuch maabood hain jo un ko bacha lete hain? woh khud apni hifazat ki qudrat nahi rakhte aur na hamare muqable mein</w:t>
      </w:r>
    </w:p>
    <w:p>
      <w:pPr>
        <w:jc w:val="right"/>
      </w:pPr>
      <w:r>
        <w:t>کیا ان کے لیے ہمارے سوا کچھ معبود ہیں جو ان کو بچا لیتے ہیں؟ وہ خود اپنی حفاظت کی قدرت نہیں رکھتے اور نہ ہمارے مقابلے میں</w:t>
      </w:r>
    </w:p>
    <w:p>
      <w:r>
        <w:rPr>
          <w:b/>
        </w:rPr>
        <w:t xml:space="preserve">[44:34] </w:t>
      </w:r>
      <w:r>
        <w:t>koi un ka saath de sakta hai. tashreeh: khuda ki pakar ka masla kisi door daraaz mustaqbil ka masla nahi hai.</w:t>
      </w:r>
    </w:p>
    <w:p>
      <w:pPr>
        <w:jc w:val="right"/>
      </w:pPr>
      <w:r>
        <w:t>کوئی ان کا ساتھ دے سکتا ہے۔ تشریح: خدا کی پکڑ کا مسئلہ کسی دور دراز مستقبل کا مسئلہ نہیں ہے۔</w:t>
      </w:r>
    </w:p>
    <w:p>
      <w:r>
        <w:rPr>
          <w:b/>
        </w:rPr>
        <w:t xml:space="preserve">[44:46] </w:t>
      </w:r>
      <w:r>
        <w:t>woh isi din raat ke andar chupa hua hai</w:t>
      </w:r>
    </w:p>
    <w:p>
      <w:pPr>
        <w:jc w:val="right"/>
      </w:pPr>
      <w:r>
        <w:t>وہ اسی دن رات کے اندر چھپا ہوا ہے</w:t>
      </w:r>
    </w:p>
    <w:p>
      <w:r>
        <w:rPr>
          <w:b/>
        </w:rPr>
        <w:t xml:space="preserve">[44:51] </w:t>
      </w:r>
      <w:r>
        <w:t>jis mein aadmi apne aap ko mamoon o mehfooz samajhta hai. mislan suraj aur zameen ka faasla agar nisf ke baghair ghat jaye to hamare din itne garam ho jayen ke woh hum ko aag ke shole ki tarah jala dein.</w:t>
      </w:r>
    </w:p>
    <w:p>
      <w:pPr>
        <w:jc w:val="right"/>
      </w:pPr>
      <w:r>
        <w:t>جس میں آدمی اپنے آپ کو مامون و محفوظ سمجھتا ہے۔ مثلاً سورج اور زمین کا فاصلہ اگر نصف کے بقدر گھٹ جائے تو ہمارے دن اتنے گرم ہو جائیں کہ وہ ہم کو آگ کے شعلے کی طرح جلا دیں۔</w:t>
      </w:r>
    </w:p>
    <w:p>
      <w:r>
        <w:rPr>
          <w:b/>
        </w:rPr>
        <w:t xml:space="preserve">[45:09] </w:t>
      </w:r>
      <w:r>
        <w:t>is ke bar aks agar zameen se suraj ka faasla dugna barh jaye to hamari raatein itni thandi ho jayen ke hum barf ki tarah jam kar reh jayen.</w:t>
      </w:r>
    </w:p>
    <w:p>
      <w:pPr>
        <w:jc w:val="right"/>
      </w:pPr>
      <w:r>
        <w:t>اس کے برعکس اگر زمین سے سورج کا فاصلہ دگنا بڑھ جائے تو ہماری راتیں اتنی ٹھنڈی ہو جائیں کہ ہم برف کی طرح جم کر رہ جائیں۔</w:t>
      </w:r>
    </w:p>
    <w:p>
      <w:r>
        <w:rPr>
          <w:b/>
        </w:rPr>
        <w:t xml:space="preserve">[45:23] </w:t>
      </w:r>
      <w:r>
        <w:t>zameen o aasman ka yeh had darja muwafiq nizam jis ne qaim kar rakha hai, woh is qabil hai ke insaan apni tamam aqeedatein aur wafadariyan</w:t>
      </w:r>
    </w:p>
    <w:p>
      <w:pPr>
        <w:jc w:val="right"/>
      </w:pPr>
      <w:r>
        <w:t>زمین و آسمان کا یہ حد درجہ موافق نظام جس نے قائم کر رکھا ہے، وہ اس قابل ہے کہ انسان اپنی تمام عقیدتیں اور وفاداریاں</w:t>
      </w:r>
    </w:p>
    <w:p>
      <w:r>
        <w:rPr>
          <w:b/>
        </w:rPr>
        <w:t xml:space="preserve">[45:34] </w:t>
      </w:r>
      <w:r>
        <w:t>is se wabasta kare, na ke woh in jhoote maaboodon ki parastish karne lage jo us ko kuch nahi de sakte.</w:t>
      </w:r>
    </w:p>
    <w:p>
      <w:pPr>
        <w:jc w:val="right"/>
      </w:pPr>
      <w:r>
        <w:t>اس سے وابستہ کرے، نہ کہ وہ ان جھوٹے معبودوں کی پرستش کرنے لگے جو اس کو کچھ نہیں دے سکتے۔</w:t>
      </w:r>
    </w:p>
    <w:p>
      <w:r>
        <w:rPr>
          <w:b/>
        </w:rPr>
        <w:t xml:space="preserve">[45:44] </w:t>
      </w:r>
      <w:r>
        <w:t>bal muta'na</w:t>
      </w:r>
    </w:p>
    <w:p>
      <w:pPr>
        <w:jc w:val="right"/>
      </w:pPr>
      <w:r>
        <w:t>بل متعنا</w:t>
      </w:r>
    </w:p>
    <w:p>
      <w:r>
        <w:rPr>
          <w:b/>
        </w:rPr>
        <w:t xml:space="preserve">[45:53] </w:t>
      </w:r>
      <w:r>
        <w:t>hatta taal alayhimul umru afala yarawna ana natiul arda nankusuha min atrafiha afahumul ghaliboon</w:t>
      </w:r>
    </w:p>
    <w:p>
      <w:pPr>
        <w:jc w:val="right"/>
      </w:pPr>
      <w:r>
        <w:t>حتى طال عليهم العمر أفلا يرون أنا نأتي الأرض ننقصها من أطرافها أفهم الغالبون</w:t>
      </w:r>
    </w:p>
    <w:p>
      <w:r>
        <w:rPr>
          <w:b/>
        </w:rPr>
        <w:t xml:space="preserve">[46:10] </w:t>
      </w:r>
      <w:r>
        <w:t>balke hum ne un ko aur un ke baap dada ko dunya ka samaan diya, yahan tak ke isi haal mein un par lambi muddat guzar gayi.</w:t>
      </w:r>
    </w:p>
    <w:p>
      <w:pPr>
        <w:jc w:val="right"/>
      </w:pPr>
      <w:r>
        <w:t>بلکہ ہم نے ان کو اور ان کے باپ دادا کو دنیا کا سامان دیا، یہاں تک کہ اسی حال میں ان پر لمبی مدت گزر گئی۔</w:t>
      </w:r>
    </w:p>
    <w:p>
      <w:r>
        <w:rPr>
          <w:b/>
        </w:rPr>
        <w:t xml:space="preserve">[46:22] </w:t>
      </w:r>
      <w:r>
        <w:t>kya woh nahi dekhte ke hum zameen ko us ke atraaf se ghatate chale ja rahe hain? phir kya yahi log ghalib rehne wale hain?</w:t>
      </w:r>
    </w:p>
    <w:p>
      <w:pPr>
        <w:jc w:val="right"/>
      </w:pPr>
      <w:r>
        <w:t>کیا وہ نہیں دیکھتے کہ ہم زمین کو اس کے اطراف سے گھٹاتے چلے جا رہے ہیں؟ پھر کیا یہی لوگ غالب رہنے والے ہیں؟</w:t>
      </w:r>
    </w:p>
    <w:p>
      <w:r>
        <w:rPr>
          <w:b/>
        </w:rPr>
        <w:t xml:space="preserve">[46:35] </w:t>
      </w:r>
      <w:r>
        <w:t>tashreeh: makkah ke log is zamane mein arab ke qaid samjhe jate thay. yeh qiyadat un ke liye khuda ki aik nemmat thi, magar is se unhon ne kibr ki ghiza li.</w:t>
      </w:r>
    </w:p>
    <w:p>
      <w:pPr>
        <w:jc w:val="right"/>
      </w:pPr>
      <w:r>
        <w:t>تشریح: مکہ کے لوگ اس زمانے میں عرب کے قائد سمجھے جاتے تھے۔ یہ قیادت ان کے لیے خدا کی ایک نعمت تھی، مگر اس سے انہوں نے کبر کی غذا لی۔</w:t>
      </w:r>
    </w:p>
    <w:p>
      <w:r>
        <w:rPr>
          <w:b/>
        </w:rPr>
        <w:t xml:space="preserve">[46:50] </w:t>
      </w:r>
      <w:r>
        <w:t>chunancha</w:t>
      </w:r>
    </w:p>
    <w:p>
      <w:pPr>
        <w:jc w:val="right"/>
      </w:pPr>
      <w:r>
        <w:t>چنانچہ</w:t>
      </w:r>
    </w:p>
    <w:p>
      <w:r>
        <w:rPr>
          <w:b/>
        </w:rPr>
        <w:t xml:space="preserve">[46:52] </w:t>
      </w:r>
      <w:r>
        <w:t>muhammad salallaho alaihi wasallam ki zuban se haq ka ailan hua to unhon ne apni mutakbirana nafsiyat ki bina par is ka inkar kar diya.</w:t>
      </w:r>
    </w:p>
    <w:p>
      <w:pPr>
        <w:jc w:val="right"/>
      </w:pPr>
      <w:r>
        <w:t>محمد صلی اللہ علیہ وسلم کی زبان سے حق کا اعلان ہوا تو انہوں نے اپنی متکبرانہ نفسیات کی بنا پر اس کا انکار کر دیا۔</w:t>
      </w:r>
    </w:p>
    <w:p>
      <w:r>
        <w:rPr>
          <w:b/>
        </w:rPr>
        <w:t xml:space="preserve">[47:04] </w:t>
      </w:r>
      <w:r>
        <w:t>yeh makkah mein islam ka haal tha, magar bahar ke awam</w:t>
      </w:r>
    </w:p>
    <w:p>
      <w:pPr>
        <w:jc w:val="right"/>
      </w:pPr>
      <w:r>
        <w:t>یہ مکہ میں اسلام کا حال تھا، مگر باہر کے عوام</w:t>
      </w:r>
    </w:p>
    <w:p>
      <w:r>
        <w:rPr>
          <w:b/>
        </w:rPr>
        <w:t xml:space="preserve">[47:09] </w:t>
      </w:r>
      <w:r>
        <w:t>jo is qism ki nafsiyati pecheedgi mein mubtala na thay, un ke andar islam ki sadaqat phailti ja rahi thi.</w:t>
      </w:r>
    </w:p>
    <w:p>
      <w:pPr>
        <w:jc w:val="right"/>
      </w:pPr>
      <w:r>
        <w:t>جو اس قسم کی نفسیاتی پیچیدگی میں مبتلا نہ تھے، ان کے اندر اسلام کی صداقت پھیلتی جا رہی تھی۔</w:t>
      </w:r>
    </w:p>
    <w:p>
      <w:r>
        <w:rPr>
          <w:b/>
        </w:rPr>
        <w:t xml:space="preserve">[47:19] </w:t>
      </w:r>
      <w:r>
        <w:t>makkah mein islam ko radd kar diya gaya tha, magar bahar ke qabail mein islam ko</w:t>
      </w:r>
    </w:p>
    <w:p>
      <w:pPr>
        <w:jc w:val="right"/>
      </w:pPr>
      <w:r>
        <w:t>مکہ میں اسلام کو رد کر دیا گیا تھا، مگر باہر کے قبائل میں اسلام کو</w:t>
      </w:r>
    </w:p>
    <w:p>
      <w:r>
        <w:rPr>
          <w:b/>
        </w:rPr>
        <w:t xml:space="preserve">[47:27] </w:t>
      </w:r>
      <w:r>
        <w:t>ikhtiyar kiya ja raha tha. madine ke bashindon ke bare peyman par qabool e islam ne yeh baat aakhri taur par wazeh kar di ke makkah ke logon ki qiyadat ka daira simta ja raha hai.</w:t>
      </w:r>
    </w:p>
    <w:p>
      <w:pPr>
        <w:jc w:val="right"/>
      </w:pPr>
      <w:r>
        <w:t>اختیار کیا جا رہا تھا۔ مدینے کے باشندوں کے بڑے پیمانے پر قبول اسلام نے یہ بات آخری طور پر واضح کر دی کہ مکہ کے لوگوں کی قیادت کا دائرہ سمٹا جا رہا ہے۔</w:t>
      </w:r>
    </w:p>
    <w:p>
      <w:r>
        <w:rPr>
          <w:b/>
        </w:rPr>
        <w:t xml:space="preserve">[47:43] </w:t>
      </w:r>
      <w:r>
        <w:t>yeh aik khuli hui tanbeeh thi, magar</w:t>
      </w:r>
    </w:p>
    <w:p>
      <w:pPr>
        <w:jc w:val="right"/>
      </w:pPr>
      <w:r>
        <w:t>یہ ایک کھلی ہوئی تنبیہ تھی، مگر</w:t>
      </w:r>
    </w:p>
    <w:p>
      <w:r>
        <w:rPr>
          <w:b/>
        </w:rPr>
        <w:t xml:space="preserve">[47:47] </w:t>
      </w:r>
      <w:r>
        <w:t>jo log badai ki nafsiyat mein mubtala hon, woh kisi bhi tanbeeh se sabak lene wale nahi bante.</w:t>
      </w:r>
    </w:p>
    <w:p>
      <w:pPr>
        <w:jc w:val="right"/>
      </w:pPr>
      <w:r>
        <w:t>جو لوگ بڑائی کی نفسیات میں مبتلا ہوں، وہ کسی بھی تنبیہ سے سبق لینے والے نہیں بنتے۔</w:t>
      </w:r>
    </w:p>
    <w:p>
      <w:r>
        <w:rPr>
          <w:b/>
        </w:rPr>
        <w:t xml:space="preserve">[47:56] </w:t>
      </w:r>
      <w:r>
        <w:t>qul innama unzirukum bil wahyi wala yasma'us samma'ud dua'a</w:t>
      </w:r>
    </w:p>
    <w:p>
      <w:pPr>
        <w:jc w:val="right"/>
      </w:pPr>
      <w:r>
        <w:t>قل إنما أنذركم بالوحي ولا يسمع الصم الدعاء</w:t>
      </w:r>
    </w:p>
    <w:p>
      <w:r>
        <w:rPr>
          <w:b/>
        </w:rPr>
        <w:t xml:space="preserve">[48:09] </w:t>
      </w:r>
      <w:r>
        <w:t>idha ma yunzaroon walain masathum nafkhatun min 'adhabi rabbika layaqoolunna ya waylatuna inna kunna zhalimeen</w:t>
      </w:r>
    </w:p>
    <w:p>
      <w:pPr>
        <w:jc w:val="right"/>
      </w:pPr>
      <w:r>
        <w:t>إذا ما ينذرون ولئن مستهم نفحة من عذاب ربك ليقولن يا ويلنا إنا كنا ظالمين</w:t>
      </w:r>
    </w:p>
    <w:p>
      <w:r>
        <w:rPr>
          <w:b/>
        </w:rPr>
        <w:t xml:space="preserve">[48:30] </w:t>
      </w:r>
      <w:r>
        <w:t>kaho ke mein bas wahy ke zariye se tum ko darta hoon aur behre pukar ko nahi sunte jab ke unhein daraya jaye.</w:t>
      </w:r>
    </w:p>
    <w:p>
      <w:pPr>
        <w:jc w:val="right"/>
      </w:pPr>
      <w:r>
        <w:t>کہو کہ میں بس وحی کے ذریعے سے تم کو ڈراتا ہوں اور بہرے پکار کو نہیں سنتے جب کہ انہیں ڈرایا جائے۔</w:t>
      </w:r>
    </w:p>
    <w:p>
      <w:r>
        <w:rPr>
          <w:b/>
        </w:rPr>
        <w:t xml:space="preserve">[48:41] </w:t>
      </w:r>
      <w:r>
        <w:t>aur agar tere rab ke azab ka jhonka unhein lag jaye to woh kehne lagen ge ke haaye hamari badbakhti!</w:t>
      </w:r>
    </w:p>
    <w:p>
      <w:pPr>
        <w:jc w:val="right"/>
      </w:pPr>
      <w:r>
        <w:t>اور اگر تیرے رب کے عذاب کا جھونکا انہیں لگ جائے تو وہ کہنے لگیں گے کہ ہائے ہماری بدبختی!</w:t>
      </w:r>
    </w:p>
    <w:p>
      <w:r>
        <w:rPr>
          <w:b/>
        </w:rPr>
        <w:t xml:space="preserve">[48:50] </w:t>
      </w:r>
      <w:r>
        <w:t>beshak hum zalim thay. tashreeh: wahi ke zariye darana goya daleel ke zariye logon ko mutanabbih karna hai.</w:t>
      </w:r>
    </w:p>
    <w:p>
      <w:pPr>
        <w:jc w:val="right"/>
      </w:pPr>
      <w:r>
        <w:t>بے شک ہم ظالم تھے۔ تشریح: وحی کے ذریعے ڈرانا گویا دلیل کے ذریعے لوگوں کو متنبہ کرنا ہے۔</w:t>
      </w:r>
    </w:p>
    <w:p>
      <w:r>
        <w:rPr>
          <w:b/>
        </w:rPr>
        <w:t xml:space="preserve">[49:02] </w:t>
      </w:r>
      <w:r>
        <w:t>haq ka daai hamesha daleel ki zaban mein apni baat ko pesh karta hai, aur daleel hi ki zaban mein logon ko use pehchanna parta hai.</w:t>
      </w:r>
    </w:p>
    <w:p>
      <w:pPr>
        <w:jc w:val="right"/>
      </w:pPr>
      <w:r>
        <w:t>حق کا داعی ہمیشہ دلیل کی زبان میں اپنی بات کو پیش کرتا ہے، اور دلیل ہی کی زبان میں لوگوں کو اسے پہچاننا پڑتا ہے۔</w:t>
      </w:r>
    </w:p>
    <w:p>
      <w:r>
        <w:rPr>
          <w:b/>
        </w:rPr>
        <w:t xml:space="preserve">[49:15] </w:t>
      </w:r>
      <w:r>
        <w:t>jo log daleel ke samne andhe bahre bane rahein,</w:t>
      </w:r>
    </w:p>
    <w:p>
      <w:pPr>
        <w:jc w:val="right"/>
      </w:pPr>
      <w:r>
        <w:t>جو لوگ دلیل کے سامنے اندھے بہرے بنے رہیں،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