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do Creative Dua</w:t>
      </w:r>
    </w:p>
    <w:p>
      <w:r>
        <w:t>https://www.youtube.com/watch?v=LiGXxL-poZE</w:t>
      </w:r>
    </w:p>
    <w:p>
      <w:r>
        <w:rPr>
          <w:b/>
        </w:rPr>
        <w:t xml:space="preserve">[00:00] </w:t>
      </w:r>
      <w:r>
        <w:t>bismillah rahman rahim. assalam o alaikum. pichli class mein hum ne ek hadith jani thi: agar hum apna relation Allah ke sath improve karein ge to Allah hamara relation logon ke sath improve kar de ga.</w:t>
      </w:r>
    </w:p>
    <w:p>
      <w:pPr>
        <w:jc w:val="right"/>
      </w:pPr>
      <w:r>
        <w:t>بسم اللہ الرحمن الرحیم۔ السلام علیکم۔ پچھلی کلاس میں ہم نے ایک حدیث جانی تھی: اگر ہم اپنا ریلیشن اللہ کے ساتھ امپروو کریں گے تو اللہ ہمارا ریلیشن لوگوں کے ساتھ امپروو کر دے گا۔</w:t>
      </w:r>
    </w:p>
    <w:p>
      <w:r>
        <w:rPr>
          <w:b/>
        </w:rPr>
        <w:t xml:space="preserve">[00:18] </w:t>
      </w:r>
      <w:r>
        <w:t>to is hadith se hum ne jana ke hamara soul concern sirf Allah hona chahiye. ab mein Sarah se request karungi ke wo aaj ki Quran class start karein.</w:t>
      </w:r>
    </w:p>
    <w:p>
      <w:pPr>
        <w:jc w:val="right"/>
      </w:pPr>
      <w:r>
        <w:t>تو اس حدیث سے ہم نے جانا کہ ہمارا سول کنسرن صرف اللہ ہونا چاہیے۔ اب میں سارہ سے ریکویسٹ کروں گی کہ وہ آج کی قرآن کلاس اسٹارٹ کریں۔</w:t>
      </w:r>
    </w:p>
    <w:p>
      <w:r>
        <w:rPr>
          <w:b/>
        </w:rPr>
        <w:t xml:space="preserve">[00:36] </w:t>
      </w:r>
      <w:r>
        <w:t>to Sarah, please start.</w:t>
      </w:r>
    </w:p>
    <w:p>
      <w:pPr>
        <w:jc w:val="right"/>
      </w:pPr>
      <w:r>
        <w:t>تو سارہ، پلیز اسٹارٹ۔</w:t>
      </w:r>
    </w:p>
    <w:p>
      <w:r>
        <w:rPr>
          <w:b/>
        </w:rPr>
        <w:t xml:space="preserve">[00:39] </w:t>
      </w:r>
      <w:r>
        <w:t>jazak Allah. assalam o alaikum. aoozu billahi minash shaitanir rajeem. bismillah rahman rahim. rabbi zidni ilma.</w:t>
      </w:r>
    </w:p>
    <w:p>
      <w:pPr>
        <w:jc w:val="right"/>
      </w:pPr>
      <w:r>
        <w:t>جزاک اللہ۔ السلام علیکم۔ اعوذ باللہ من الشیطان الرجیم۔ بسم اللہ الرحمن الرحیم۔ ربی زنی علما۔</w:t>
      </w:r>
    </w:p>
    <w:p>
      <w:r>
        <w:rPr>
          <w:b/>
        </w:rPr>
        <w:t xml:space="preserve">[00:48] </w:t>
      </w:r>
      <w:r>
        <w:t>rabi ishrah li sadri wa yassir li amri wahlul uqdatan min lisani yafqahu qawli. Allahumma salli ala Muhammad wa ala aale Muhammad kama sallaita ala Ibrahim wa ala aale Ibrahim innaka hameedun majeed.</w:t>
      </w:r>
    </w:p>
    <w:p>
      <w:pPr>
        <w:jc w:val="right"/>
      </w:pPr>
      <w:r>
        <w:t>رب اشرح لی صدری ویسر لی امری واحل العقدۃ من لسانی یفقہ قولی۔ اللہم صلی علی محمد وعلی آل محمد کما صلیت علی ابراہیم وعلی آل ابراہیم انک حمید مجید۔</w:t>
      </w:r>
    </w:p>
    <w:p>
      <w:r>
        <w:rPr>
          <w:b/>
        </w:rPr>
        <w:t xml:space="preserve">[01:03] </w:t>
      </w:r>
      <w:r>
        <w:t>Allahumma barik ala Muhammad wa ala aale Muhammad kama barakta ala Ibrahim</w:t>
      </w:r>
    </w:p>
    <w:p>
      <w:pPr>
        <w:jc w:val="right"/>
      </w:pPr>
      <w:r>
        <w:t>اللہم بارک علی محمد وعلی آل محمد کما بارکت علی ابراہیم</w:t>
      </w:r>
    </w:p>
    <w:p>
      <w:r>
        <w:rPr>
          <w:b/>
        </w:rPr>
        <w:t xml:space="preserve">[01:08] </w:t>
      </w:r>
      <w:r>
        <w:t>wa ala aale Ibrahim innaka hameedun majeed. rabbana lakal hamdu lakash shukr. aaj ka session dua ke bare mein hai.</w:t>
      </w:r>
    </w:p>
    <w:p>
      <w:pPr>
        <w:jc w:val="right"/>
      </w:pPr>
      <w:r>
        <w:t>وعلی آل ابراہیم انک حمید مجید۔ ربنا لک الحمد لک الشکر۔ آج کا سیشن دعا کے بارے میں ہے۔</w:t>
      </w:r>
    </w:p>
    <w:p>
      <w:r>
        <w:rPr>
          <w:b/>
        </w:rPr>
        <w:t xml:space="preserve">[01:18] </w:t>
      </w:r>
      <w:r>
        <w:t>surah baqarah ki ayat 186, chapter 2, 186. Allah farmate hain: "jab mere bande tum se meri baat poochein to mein nazdeek hoon, pukarne wale ki pukar ka jawab deta hoon jabke wo mujhe pukarta hai,</w:t>
      </w:r>
    </w:p>
    <w:p>
      <w:pPr>
        <w:jc w:val="right"/>
      </w:pPr>
      <w:r>
        <w:t>سورہ بقرہ کی آیت 186، چیپٹر 2، 186۔ اللہ فرماتے ہیں: "جب میرے بندے تم سے میری بابت پوچھیں تو میں نزدیک ہوں، پکارنے والے کی پکار کا جواب دیتا ہوں جبکہ وہ مجھے پکارتا ہے،</w:t>
      </w:r>
    </w:p>
    <w:p>
      <w:r>
        <w:rPr>
          <w:b/>
        </w:rPr>
        <w:t xml:space="preserve">[01:39] </w:t>
      </w:r>
      <w:r>
        <w:t>aur mujh par yaqeen rakhein taake wo hidayat paayein." dekhein, is ayat mein Allah pehle apne bare mein farma rahe hain ke wo hum se qareeb hain aur pukarne wale ki pukar ka jawab dete hain.</w:t>
      </w:r>
    </w:p>
    <w:p>
      <w:pPr>
        <w:jc w:val="right"/>
      </w:pPr>
      <w:r>
        <w:t>اور مجھ پر یقین رکھیں تاکہ وہ ہدایت پائیں۔" دیکھیں، اس آیت میں اللہ پہلے اپنے بارے میں فرما رہے ہیں کہ وہ ہم سے قریب ہیں اور پکارنے والے کی پکار کا جواب دیتے ہیں۔</w:t>
      </w:r>
    </w:p>
    <w:p>
      <w:r>
        <w:rPr>
          <w:b/>
        </w:rPr>
        <w:t xml:space="preserve">[01:57] </w:t>
      </w:r>
      <w:r>
        <w:t>doosre hisse mein Allah bando se farma rahe hain ke wo mera hukum manen aur mujh par yaqeen rakhein taake wo hidayat paayein.</w:t>
      </w:r>
    </w:p>
    <w:p>
      <w:pPr>
        <w:jc w:val="right"/>
      </w:pPr>
      <w:r>
        <w:t>دوسرے حصے میں اللہ بندوں سے فرما رہے ہیں کہ وہ میرا حکم مانیں اور مجھ پر یقین رکھیں تاکہ وہ ہدایت پائیں۔</w:t>
      </w:r>
    </w:p>
    <w:p>
      <w:r>
        <w:rPr>
          <w:b/>
        </w:rPr>
        <w:t xml:space="preserve">[02:07] </w:t>
      </w:r>
      <w:r>
        <w:t>is mein jo aham baat hai wo yeh hai ke jo cheez hum Allah se mangte hain</w:t>
      </w:r>
    </w:p>
    <w:p>
      <w:pPr>
        <w:jc w:val="right"/>
      </w:pPr>
      <w:r>
        <w:t>اس میں جو اہم بات ہے وہ یہ ہے کہ جو چیز ہم اللہ سے مانگتے ہیں</w:t>
      </w:r>
    </w:p>
    <w:p>
      <w:r>
        <w:rPr>
          <w:b/>
        </w:rPr>
        <w:t xml:space="preserve">[02:14] </w:t>
      </w:r>
      <w:r>
        <w:t>iske bare mein Allah ke ahkamat hote hain, to humein chahiye ke hum un ahkamat par chalein. to jo cheez hum mang rahe hain uski taraf humein hidayat yani guidance mile gi.</w:t>
      </w:r>
    </w:p>
    <w:p>
      <w:pPr>
        <w:jc w:val="right"/>
      </w:pPr>
      <w:r>
        <w:t>اس کے بارے میں اللہ کے احکامات ہوتے ہیں، تو ہمیں چاہیے کہ ہم ان احکامات پر چلیں۔ تو جو چیز ہم مانگ رہے ہیں اس کی طرف ہمیں ہدایت یعنی گائیڈنس ملے گی۔</w:t>
      </w:r>
    </w:p>
    <w:p>
      <w:r>
        <w:rPr>
          <w:b/>
        </w:rPr>
        <w:t xml:space="preserve">[02:32] </w:t>
      </w:r>
      <w:r>
        <w:t>ek misal se is baat ko samajhne mein aasani hogi. agar hum Allah se sehat mang rahe hain to sehat ke bare mein kuch usool hain, Allah ke ahkamat hain, ahadees mein kuch usool hain, jaise</w:t>
      </w:r>
    </w:p>
    <w:p>
      <w:pPr>
        <w:jc w:val="right"/>
      </w:pPr>
      <w:r>
        <w:t>ایک مثال سے اس بات کو سمجھنے میں آسانی ہوگی۔ اگر ہم اللہ سے صحت مانگ رہے ہیں تو صحت کے بارے میں کچھ اصول ہیں، اللہ کے احکامات ہیں، احادیث میں کچھ اصول ہیں، جیسے</w:t>
      </w:r>
    </w:p>
    <w:p>
      <w:r>
        <w:rPr>
          <w:b/>
        </w:rPr>
        <w:t xml:space="preserve">[02:48] </w:t>
      </w:r>
      <w:r>
        <w:t>pak cheezein khane ko kaha gaya hai, sada khane ko kaha gaya hai, waqt par khana, aise sab ahkamat hain. to humein chahiye ke hum in baaton par amal karein.</w:t>
      </w:r>
    </w:p>
    <w:p>
      <w:pPr>
        <w:jc w:val="right"/>
      </w:pPr>
      <w:r>
        <w:t>پاک چیزیں کھانے کو کہا گیا ہے، سادہ کھانے کو کہا گیا ہے، وقت پر کھانا، ایسے سب احکامات ہیں۔ تو ہمیں چاہیے کہ ہم ان باتوں پر عمل کریں۔</w:t>
      </w:r>
    </w:p>
    <w:p>
      <w:r>
        <w:rPr>
          <w:b/>
        </w:rPr>
        <w:t xml:space="preserve">[03:01] </w:t>
      </w:r>
      <w:r>
        <w:t>yeh kya tareeqa hai ke hum mang rahe hain kuch aur</w:t>
      </w:r>
    </w:p>
    <w:p>
      <w:pPr>
        <w:jc w:val="right"/>
      </w:pPr>
      <w:r>
        <w:t>یہ کیا طریقہ ہے کہ ہم مانگ رہے ہیں کچھ اور</w:t>
      </w:r>
    </w:p>
    <w:p>
      <w:r>
        <w:rPr>
          <w:b/>
        </w:rPr>
        <w:t xml:space="preserve">[03:06] </w:t>
      </w:r>
      <w:r>
        <w:t>hamara amal iske agar khilaf ho? ab doosri aham baat dua ki qabooliyat ke bare mein janne ki hai.</w:t>
      </w:r>
    </w:p>
    <w:p>
      <w:pPr>
        <w:jc w:val="right"/>
      </w:pPr>
      <w:r>
        <w:t>ہمارا عمل اس کے اگر خلاف ہو؟ اب دوسری اہم بات دعا کی قبولیت کے بارے میں جاننے کی ہے۔</w:t>
      </w:r>
    </w:p>
    <w:p>
      <w:r>
        <w:rPr>
          <w:b/>
        </w:rPr>
        <w:t xml:space="preserve">[03:16] </w:t>
      </w:r>
      <w:r>
        <w:t>dua ke mauzu par bahut sari kitabein likhi hui painge, jis mein form ki kai baatein maujood hain, jaise qabooliyat ke auqat, khaas maqamat par dua karna karne</w:t>
      </w:r>
    </w:p>
    <w:p>
      <w:pPr>
        <w:jc w:val="right"/>
      </w:pPr>
      <w:r>
        <w:t>دعا کے موضوع پر بہت ساری کتابیں لکھی ہوئی پائیں گے، جس میں فارم کی کئی باتیں موجود ہیں، جیسے قبولیت کے اوقات، خاص مقامات پر دعا کرنا کرنے</w:t>
      </w:r>
    </w:p>
    <w:p>
      <w:r>
        <w:rPr>
          <w:b/>
        </w:rPr>
        <w:t xml:space="preserve">[03:33] </w:t>
      </w:r>
      <w:r>
        <w:t>ke advantages, jaane aur kya kiya. lekin hum dekhte hain ke kai log jo in sab baaton ka ehtimam karte hain, unki zindagiyaan hidayat se khali hain, hamesha pareshan rehte hain.</w:t>
      </w:r>
    </w:p>
    <w:p>
      <w:pPr>
        <w:jc w:val="right"/>
      </w:pPr>
      <w:r>
        <w:t>کے ایڈوانٹیجز، جانے اور کیا کیا۔ لیکن ہم دیکھتے ہیں کہ کئی لوگ جو ان سب باتوں کا اہتمام کرتے ہیں، ان کی زندگیاں ہدایت سے خالی ہیں، ہمیشہ پریشان رہتے ہیں۔</w:t>
      </w:r>
    </w:p>
    <w:p>
      <w:r>
        <w:rPr>
          <w:b/>
        </w:rPr>
        <w:t xml:space="preserve">[03:49] </w:t>
      </w:r>
      <w:r>
        <w:t>agar aish mein bhi hain to dimaghi khauf mein rehte hain is baat ko le kar ke kahin unki dunya kam na ho jaye.</w:t>
      </w:r>
    </w:p>
    <w:p>
      <w:pPr>
        <w:jc w:val="right"/>
      </w:pPr>
      <w:r>
        <w:t>اگر عیش میں بھی ہیں تو دماغی خوف میں رہتے ہیں اس بات کو لے کر کہ کہیں ان کی دنیا کم نہ ہو جائے۔</w:t>
      </w:r>
    </w:p>
    <w:p>
      <w:r>
        <w:rPr>
          <w:b/>
        </w:rPr>
        <w:t xml:space="preserve">[03:58] </w:t>
      </w:r>
      <w:r>
        <w:t>kuch ho jata hai to toot jaate hain, koi intellectual development nahi, hikmat se khali, daawati zehen nahi.</w:t>
      </w:r>
    </w:p>
    <w:p>
      <w:pPr>
        <w:jc w:val="right"/>
      </w:pPr>
      <w:r>
        <w:t>کچھ ہو جاتا ہے تو ٹوٹ جاتے ہیں، کوئی انٹلیکچول ڈویلپمنٹ نہیں، حکمت سے خالی، دعوتی ذہن نہیں۔</w:t>
      </w:r>
    </w:p>
    <w:p>
      <w:r>
        <w:rPr>
          <w:b/>
        </w:rPr>
        <w:t xml:space="preserve">[04:07] </w:t>
      </w:r>
      <w:r>
        <w:t>aisa kyun kar hai? yeh jankari hamare liye zaroori hai taake hum is se bach jayein.</w:t>
      </w:r>
    </w:p>
    <w:p>
      <w:pPr>
        <w:jc w:val="right"/>
      </w:pPr>
      <w:r>
        <w:t>ایسا کیوں کر ہے؟ یہ جانکاری ہمارے لیے ضروری ہے تاکہ ہم اس سے بچ جائیں۔</w:t>
      </w:r>
    </w:p>
    <w:p>
      <w:r>
        <w:rPr>
          <w:b/>
        </w:rPr>
        <w:t xml:space="preserve">[04:15] </w:t>
      </w:r>
      <w:r>
        <w:t>is zimn mein Maulana sahib ka ek jumla kafi hai ke dua hamare dil ke tukde hone chahiye, alfaaz nahi, koi form nahi.</w:t>
      </w:r>
    </w:p>
    <w:p>
      <w:pPr>
        <w:jc w:val="right"/>
      </w:pPr>
      <w:r>
        <w:t>اس ضمن میں مولانا صاحب کا ایک جملہ کافی ہے کہ دعا ہمارے دل کے ٹکڑے ہونے چاہیے، الفاظ نہیں، کوئی فارم نہیں۔</w:t>
      </w:r>
    </w:p>
    <w:p>
      <w:r>
        <w:rPr>
          <w:b/>
        </w:rPr>
        <w:t xml:space="preserve">[04:29] </w:t>
      </w:r>
      <w:r>
        <w:t>dua hamari andaroon ki khwahish hai,</w:t>
      </w:r>
    </w:p>
    <w:p>
      <w:pPr>
        <w:jc w:val="right"/>
      </w:pPr>
      <w:r>
        <w:t>دعا ہماری اندرون کی خواہش ہے،</w:t>
      </w:r>
    </w:p>
    <w:p>
      <w:r>
        <w:rPr>
          <w:b/>
        </w:rPr>
        <w:t xml:space="preserve">[04:32] </w:t>
      </w:r>
      <w:r>
        <w:t>hamare zahiri jumle nahin. dua hamari tarap hai, hamari haqeeqi zaroorat hai. jaise shadeed khauf ke waqt hamare dil se nikalne wale alfaaz ke "Allah mere jee ko thaam le" yeh dua hai.</w:t>
      </w:r>
    </w:p>
    <w:p>
      <w:pPr>
        <w:jc w:val="right"/>
      </w:pPr>
      <w:r>
        <w:t>ہمارے ظاہری جملے نہیں۔ دعا ہماری تڑپ ہے، ہماری حقیقی ضرورت ہے۔ جیسے شدید خوف کے وقت ہمارے دل سے نکلنے والے الفاظ کہ "اللہ میرے جی کو تھام لے" یہ دعا ہے۔</w:t>
      </w:r>
    </w:p>
    <w:p>
      <w:r>
        <w:rPr>
          <w:b/>
        </w:rPr>
        <w:t xml:space="preserve">[04:51] </w:t>
      </w:r>
      <w:r>
        <w:t>aise mauqe par kya hum wuzu karne daurenge? kya qibla rukh honge? bas hamari rooh sajde mein padi yeh maang rahi hogi.</w:t>
      </w:r>
    </w:p>
    <w:p>
      <w:pPr>
        <w:jc w:val="right"/>
      </w:pPr>
      <w:r>
        <w:t>ایسے موقع پر کیا ہم وضو کرنے دوڑیں گے؟ کیا قبلہ رخ ہوں گے؟ بس ہماری روح سجدے میں پڑی یہ مانگ رہی ہوگی۔</w:t>
      </w:r>
    </w:p>
    <w:p>
      <w:r>
        <w:rPr>
          <w:b/>
        </w:rPr>
        <w:t xml:space="preserve">[05:02] </w:t>
      </w:r>
      <w:r>
        <w:t>haan, chand mauqe din mein aise hote hain jaise namaz ke baad jab hum baqayda baith kar haath utha kar kuch duaen karte hain, lekin baqi sara waqt kya kya zaroorat pesh aati rehti hai?</w:t>
      </w:r>
    </w:p>
    <w:p>
      <w:pPr>
        <w:jc w:val="right"/>
      </w:pPr>
      <w:r>
        <w:t>ہاں، چند موقع دن میں ایسے ہوتے ہیں جیسے نماز کے بعد جب ہم باقاعدہ بیٹھ کر ہاتھ اٹھا کر کچھ دعائیں کرتے ہیں، لیکن باقی سارا وقت کیا کیا ضرورت پیش آتی رہتی ہے؟</w:t>
      </w:r>
    </w:p>
    <w:p>
      <w:r>
        <w:rPr>
          <w:b/>
        </w:rPr>
        <w:t xml:space="preserve">[05:17] </w:t>
      </w:r>
      <w:r>
        <w:t>to kya hum koi bhi form ke mohtaj ho sakte hain? dekhiye,</w:t>
      </w:r>
    </w:p>
    <w:p>
      <w:pPr>
        <w:jc w:val="right"/>
      </w:pPr>
      <w:r>
        <w:t>تو کیا ہم کوئی بھی فارم کے محتاج ہو سکتے ہیں؟ دیکھیے،</w:t>
      </w:r>
    </w:p>
    <w:p>
      <w:r>
        <w:rPr>
          <w:b/>
        </w:rPr>
        <w:t xml:space="preserve">[05:23] </w:t>
      </w:r>
      <w:r>
        <w:t>dua ke liye ek achhi misaal deti hoon. ek bachcha jo apni har zaroorat ke liye iski maa par dependent hota hai, woh zarooraten jo woh jaanta hai aur woh zarooraten jo woh nahin jaanta, kya woh aisa karta hai ke chand mussaddas auqaat mein</w:t>
      </w:r>
    </w:p>
    <w:p>
      <w:pPr>
        <w:jc w:val="right"/>
      </w:pPr>
      <w:r>
        <w:t>دعا کے لیے ایک اچھی مثال دیتی ہوں۔ ایک بچہ جو اپنی ہر ضرورت کے لیے اس کی ماں پر ڈیپینڈنٹ ہوتا ہے، وہ ضرورتیں جو وہ جانتا ہے اور وہ ضرورتیں جو وہ نہیں جانتا، کیا وہ ایسا کرتا ہے کہ چند مخصوص اوقات میں</w:t>
      </w:r>
    </w:p>
    <w:p>
      <w:r>
        <w:rPr>
          <w:b/>
        </w:rPr>
        <w:t xml:space="preserve">[05:43] </w:t>
      </w:r>
      <w:r>
        <w:t>maa se apni sari zarooriyat baik waqt bayan kar deta hai aur baqi sara waqt chup rehta hai? nahin, din bhar woh har zaroorat ke liye baar baar maa se maangta hai.</w:t>
      </w:r>
    </w:p>
    <w:p>
      <w:pPr>
        <w:jc w:val="right"/>
      </w:pPr>
      <w:r>
        <w:t>ماں سے اپنی ساری ضروریات بیک وقت بیان کر دیتا ہے اور باقی سارا وقت چپ رہتا ہے؟ نہیں، دن بھر وہ ہر ضرورت کے لیے بار بار ماں سے مانگتا ہے۔</w:t>
      </w:r>
    </w:p>
    <w:p>
      <w:r>
        <w:rPr>
          <w:b/>
        </w:rPr>
        <w:t xml:space="preserve">[05:58] </w:t>
      </w:r>
      <w:r>
        <w:t>yahan tak ke kuch aise lamhaat bhi hote hain jab woh maa ke qareeb khamoshi se baithne bhi aata hai. kuch takleef hoti hai to usko bayan karta hai, khushi milti hai to maa se lapet jata hai,</w:t>
      </w:r>
    </w:p>
    <w:p>
      <w:pPr>
        <w:jc w:val="right"/>
      </w:pPr>
      <w:r>
        <w:t>یہاں تک کہ کچھ ایسے لمحات بھی ہوتے ہیں جب وہ ماں کے قریب خاموشی سے بیٹھنے بھی آتا ہے۔ کچھ تکلیف ہوتی ہے تو اس کو بیان کرتا ہے، خوشی ملتی ہے تو ماں سے لپیٹ جاتا ہے،</w:t>
      </w:r>
    </w:p>
    <w:p>
      <w:r>
        <w:rPr>
          <w:b/>
        </w:rPr>
        <w:t xml:space="preserve">[06:11] </w:t>
      </w:r>
      <w:r>
        <w:t>khauf hota hai to maa ke paas aa kar tahaffuz mehsoos karta hai. yahan tak ke jab tak neend na aa jaye yeh silsila chalta rehta hai.</w:t>
      </w:r>
    </w:p>
    <w:p>
      <w:pPr>
        <w:jc w:val="right"/>
      </w:pPr>
      <w:r>
        <w:t>خوف ہوتا ہے تو ماں کے پاس آ کر تحفظ محسوس کرتا ہے۔ یہاں تک کہ جب تک نیند نہ آ جائے یہ سلسلہ چلتا رہتا ہے۔</w:t>
      </w:r>
    </w:p>
    <w:p>
      <w:r>
        <w:rPr>
          <w:b/>
        </w:rPr>
        <w:t xml:space="preserve">[06:22] </w:t>
      </w:r>
      <w:r>
        <w:t>phir doosre din yahi silsila. koi juma ka intezar nahin, koi khaas mahina, khaas mauqa, khaas jagah, khaas waqea ka intezar nahin.</w:t>
      </w:r>
    </w:p>
    <w:p>
      <w:pPr>
        <w:jc w:val="right"/>
      </w:pPr>
      <w:r>
        <w:t>پھر دوسرے دن یہی سلسلہ۔ کوئی جمعہ کا انتظار نہیں، کوئی خاص مہینہ، خاص موقع، خاص جگہ، خاص واقعے کا انتظار نہیں۔</w:t>
      </w:r>
    </w:p>
    <w:p>
      <w:r>
        <w:rPr>
          <w:b/>
        </w:rPr>
        <w:t xml:space="preserve">[06:34] </w:t>
      </w:r>
      <w:r>
        <w:t>aap soch kar dekhiye, Allah se har lamha connection sirf dua se ho sakta hai, doosre activities se nahin.</w:t>
      </w:r>
    </w:p>
    <w:p>
      <w:pPr>
        <w:jc w:val="right"/>
      </w:pPr>
      <w:r>
        <w:t>آپ سوچ کر دیکھیے، اللہ سے ہر لمحہ کنکشن صرف دعا سے ہو سکتا ہے، دوسرے ایکٹیویٹیز سے نہیں۔</w:t>
      </w:r>
    </w:p>
    <w:p>
      <w:r>
        <w:rPr>
          <w:b/>
        </w:rPr>
        <w:t xml:space="preserve">[06:44] </w:t>
      </w:r>
      <w:r>
        <w:t>misal ke taur par, koi sara din namaz mein nahin reh sakta, sara din quran nahin padh sakta,</w:t>
      </w:r>
    </w:p>
    <w:p>
      <w:pPr>
        <w:jc w:val="right"/>
      </w:pPr>
      <w:r>
        <w:t>مثال کے طور پر، کوئی سارا دن نماز میں نہیں رہ سکتا، سارا دن قرآن نہیں پڑھ سکتا،</w:t>
      </w:r>
    </w:p>
    <w:p>
      <w:r>
        <w:rPr>
          <w:b/>
        </w:rPr>
        <w:t xml:space="preserve">[06:52] </w:t>
      </w:r>
      <w:r>
        <w:t>sara din da'wati kaam mein mashgool nahin reh sakta, lekin sara din har lamha hum dua kar sakte hain. savere uthein to naye din ke liye Allah ka shukr, aur sahi din guzarne ke liye Allah ki hidayat ki maang, Allah ki madad ke liye dua,</w:t>
      </w:r>
    </w:p>
    <w:p>
      <w:pPr>
        <w:jc w:val="right"/>
      </w:pPr>
      <w:r>
        <w:t>سارا دن دعوتی کام میں مشغول نہیں رہ سکتا، لیکن سارا دن ہر لمحہ ہم دعا کر سکتے ہیں۔ سویرے اٹھیں تو نئے دن کے لیے اللہ کا شکر، اور صحیح دن گزارنے کے لیے اللہ کی ہدایت کی مانگ، اللہ کی مدد کے لیے دعا،</w:t>
      </w:r>
    </w:p>
    <w:p>
      <w:r>
        <w:rPr>
          <w:b/>
        </w:rPr>
        <w:t xml:space="preserve">[07:12] </w:t>
      </w:r>
      <w:r>
        <w:t>pani istemal kar rahe hain to nemat ka shukr, us nemat ke khatam ho jaane se panah maangna, phir fajar ki namaz mein apni haajaton ko Allah ke samne rakhna, phir ghar walon se interaction shuru hota hai to kitni zaroorat hoti hai ke hum sabr maangein, aala akhlaq maangein, aapas ke mamlaat mein fiyaazi ki hidayat maangein.</w:t>
      </w:r>
    </w:p>
    <w:p>
      <w:pPr>
        <w:jc w:val="right"/>
      </w:pPr>
      <w:r>
        <w:t>پانی استعمال کر رہے ہیں تو نعمت کا شکر، اس نعمت کے ختم ہو جانے سے پناہ مانگنا، پھر فجر کی نماز میں اپنی حاجتوں کو اللہ کے سامنے رکھنا، پھر گھر والوں سے انٹریکشن شروع ہوتا ہے تو کتنی ضرورت ہوتی ہے کہ ہم صبر مانگیں، اعلیٰ اخلاق مانگیں، آپس کے معاملات میں فیاضی کی ہدایت مانگیں۔</w:t>
      </w:r>
    </w:p>
    <w:p>
      <w:r>
        <w:rPr>
          <w:b/>
        </w:rPr>
        <w:t xml:space="preserve">[07:37] </w:t>
      </w:r>
      <w:r>
        <w:t>kyunki Allah ne farmaya hai: "tum ek doosre ke liye aazmaish ho." kya koi hai jo sabr kare? isi tarah kaun sa lamha hai jab hamein Allah ki madad ki zaroorat na ho?</w:t>
      </w:r>
    </w:p>
    <w:p>
      <w:pPr>
        <w:jc w:val="right"/>
      </w:pPr>
      <w:r>
        <w:t>کیونکہ اللہ نے فرمایا ہے: "تم ایک دوسرے کے لیے آزمائش ہو۔" کیا کوئی ہے جو صبر کرے؟ اسی طرح کون سا لمحہ ہے جب ہمیں اللہ کی مدد کی ضرورت نہ ہو؟</w:t>
      </w:r>
    </w:p>
    <w:p>
      <w:r>
        <w:rPr>
          <w:b/>
        </w:rPr>
        <w:t xml:space="preserve">[07:51] </w:t>
      </w:r>
      <w:r>
        <w:t>ek lamha bhi nahin hai. agar aisa hai to zaroor woh ghaflat ka lamha hai.</w:t>
      </w:r>
    </w:p>
    <w:p>
      <w:pPr>
        <w:jc w:val="right"/>
      </w:pPr>
      <w:r>
        <w:t>ایک لمحہ بھی نہیں ہے۔ اگر ایسا ہے تو ضرور وہ غفلت کا لمحہ ہے۔</w:t>
      </w:r>
    </w:p>
    <w:p>
      <w:r>
        <w:rPr>
          <w:b/>
        </w:rPr>
        <w:t xml:space="preserve">[07:57] </w:t>
      </w:r>
      <w:r>
        <w:t>aur agar woh lamha hamare haq mein maut ka lamha ho gaya to kaisi badi mehroomi hai. ab samjhiye is hadith ko: "Ad-du'a mukhul ul ibadati".</w:t>
      </w:r>
    </w:p>
    <w:p>
      <w:pPr>
        <w:jc w:val="right"/>
      </w:pPr>
      <w:r>
        <w:t>اور اگر وہ لمحہ ہمارے حق میں موت کا لمحہ ہو گیا تو کیسی بڑی محرومی ہے۔ اب سمجھیے اس حدیث کو: "الدعاء مخلع عبادتی"۔</w:t>
      </w:r>
    </w:p>
    <w:p>
      <w:r>
        <w:rPr>
          <w:b/>
        </w:rPr>
        <w:t xml:space="preserve">[08:10] </w:t>
      </w:r>
      <w:r>
        <w:t>dua ibadat ka magz hai. ab aage ki baaton mein hum kuch aur baaton ko janenge jis se hamein Allah ki pehchan mein izafa hoga aur creation plan ki sahi samajh aayegi.</w:t>
      </w:r>
    </w:p>
    <w:p>
      <w:pPr>
        <w:jc w:val="right"/>
      </w:pPr>
      <w:r>
        <w:t>دعا عبادت کا مغز ہے۔ اب آگے کی باتوں میں ہم کچھ اور باتوں کو جانیں گے جس سے ہمیں اللہ کی پہچان میں اضافہ ہوگا اور کریشن پلان کی صحیح سمجھ آئے گی۔</w:t>
      </w:r>
    </w:p>
    <w:p>
      <w:r>
        <w:rPr>
          <w:b/>
        </w:rPr>
        <w:t xml:space="preserve">[08:25] </w:t>
      </w:r>
      <w:r>
        <w:t>yeh dua ki qabooliyat ke bare mein hai. dua karna hamari zaroorat hai, hamara haq hai, hamara domain hai.</w:t>
      </w:r>
    </w:p>
    <w:p>
      <w:pPr>
        <w:jc w:val="right"/>
      </w:pPr>
      <w:r>
        <w:t>یہ دعا کی قبولیت کے بارے میں ہے۔ دعا کرنا ہماری ضرورت ہے، ہمارا حق ہے، ہمارا ڈومین ہے۔</w:t>
      </w:r>
    </w:p>
    <w:p>
      <w:r>
        <w:rPr>
          <w:b/>
        </w:rPr>
        <w:t xml:space="preserve">[08:35] </w:t>
      </w:r>
      <w:r>
        <w:t>lekin dua ko qabool karna Allah ka domain hai. insanon ka aam ravaiya hai ke woh dua maangne ke peeche</w:t>
      </w:r>
    </w:p>
    <w:p>
      <w:pPr>
        <w:jc w:val="right"/>
      </w:pPr>
      <w:r>
        <w:t>لیکن دعا کو قبول کرنا اللہ کا ڈومین ہے۔ انسانوں کا عام رویہ ہے کہ وہ دعا مانگنے کے پیچھے</w:t>
      </w:r>
    </w:p>
    <w:p>
      <w:r>
        <w:rPr>
          <w:b/>
        </w:rPr>
        <w:t xml:space="preserve">[08:44] </w:t>
      </w:r>
      <w:r>
        <w:t>apne shakile, apni conditioning, apni khwahish ko rakhte hain. aur jab paate hain ke unhein woh nahin mila jo woh chahte the to foran keh dete hain ke Allah ne unhein nahin diya jo unhone manga.</w:t>
      </w:r>
    </w:p>
    <w:p>
      <w:pPr>
        <w:jc w:val="right"/>
      </w:pPr>
      <w:r>
        <w:t>اپنے شاکیلے، اپنی کنڈیشننگ، اپنی خواہش کو رکھتے ہیں۔ اور جب پاتے ہیں کہ انہیں وہ نہیں ملا جو وہ چاہتے تھے تو فوراً کہہ دیتے ہیں کہ اللہ نے انہیں نہیں دیا جو انہوں نے مانگا۔</w:t>
      </w:r>
    </w:p>
    <w:p>
      <w:r>
        <w:rPr>
          <w:b/>
        </w:rPr>
        <w:t xml:space="preserve">[09:00] </w:t>
      </w:r>
      <w:r>
        <w:t>yeh Allah par jhoot hai.</w:t>
      </w:r>
    </w:p>
    <w:p>
      <w:pPr>
        <w:jc w:val="right"/>
      </w:pPr>
      <w:r>
        <w:t>یہ اللہ پر جھوٹ ہے۔</w:t>
      </w:r>
    </w:p>
    <w:p>
      <w:r>
        <w:rPr>
          <w:b/>
        </w:rPr>
        <w:t xml:space="preserve">[09:03] </w:t>
      </w:r>
      <w:r>
        <w:t>Allah se maang kar koi mehroom nahin raha. problem yeh hai ke hum kisi aur cheez ko dua ka naam de rahe hain, ya uski qabooliyat ka ek structure hamare mind mein hai jo poora hota hua dikhai na de to hum aise nateeje par pahunchte hain.</w:t>
      </w:r>
    </w:p>
    <w:p>
      <w:pPr>
        <w:jc w:val="right"/>
      </w:pPr>
      <w:r>
        <w:t>اللہ سے مانگ کر کوئی محروم نہیں رہا۔ پرابلم یہ ہے کہ ہم کسی اور چیز کو دعا کا نام دے رہے ہیں، یا اس کی قبولیت کا ایک سٹرکچر ہمارے مائنڈ میں ہے جو پورا ہوتا ہوا دکھائی نہ دے تو ہم ایسے نتیجے پر پہنچتے ہیں۔</w:t>
      </w:r>
    </w:p>
    <w:p>
      <w:r>
        <w:rPr>
          <w:b/>
        </w:rPr>
        <w:t xml:space="preserve">[09:24] </w:t>
      </w:r>
      <w:r>
        <w:t>misal deti hoon actual waqea ki. India ke do ladke junior college se farigh hone ke baad foreign university mein aage ki parhai ke khwahishmand the aur maa baap se mutaliba kiya ke woh iska mauqa unhein dein.</w:t>
      </w:r>
    </w:p>
    <w:p>
      <w:pPr>
        <w:jc w:val="right"/>
      </w:pPr>
      <w:r>
        <w:t>مثال دیتی ہوں ایکچول واقعے کی۔ انڈیا کے دو لڑکے جونیئر کالج سے فارغ ہونے کے بعد فارن یونیورسٹی میں آگے کی پڑھائی کے خواہش مند تھے اور ماں باپ سے مطالبہ کیا کہ وہ اس کا موقع انہیں دیں۔</w:t>
      </w:r>
    </w:p>
    <w:p>
      <w:r>
        <w:rPr>
          <w:b/>
        </w:rPr>
        <w:t xml:space="preserve">[09:42] </w:t>
      </w:r>
      <w:r>
        <w:t>ab in dono ke khayalat apne apne dhang se alag the. ek ladka jaanta tha ke wahan ki zindagi mushkil hai, sab kaam khud karte hue aala darje ki parhai karni hai,</w:t>
      </w:r>
    </w:p>
    <w:p>
      <w:pPr>
        <w:jc w:val="right"/>
      </w:pPr>
      <w:r>
        <w:t>اب ان دونوں کے خیالات اپنے اپنے ڈھنگ سے الگ تھے۔ ایک لڑکا جانتا تھا کہ وہاں کی زندگی مشکل ہے، سب کام خود کرتے ہوئے اعلیٰ درجے کی پڑھائی کرنی ہے،</w:t>
      </w:r>
    </w:p>
    <w:p>
      <w:r>
        <w:rPr>
          <w:b/>
        </w:rPr>
        <w:t xml:space="preserve">[09:56] </w:t>
      </w:r>
      <w:r>
        <w:t>high standard ke students se competition hoga.</w:t>
      </w:r>
    </w:p>
    <w:p>
      <w:pPr>
        <w:jc w:val="right"/>
      </w:pPr>
      <w:r>
        <w:t>ہائی سٹینڈرڈ کے سٹوڈنٹس سے کمپیٹیشن ہوگا۔</w:t>
      </w:r>
    </w:p>
    <w:p>
      <w:r>
        <w:rPr>
          <w:b/>
        </w:rPr>
        <w:t xml:space="preserve">[10:00] </w:t>
      </w:r>
      <w:r>
        <w:t>dusra ladka samajh raha tha ke bari college hai, dunya bhar ke ameer sathیاں honge, har qism ki azadi hogi, achi quality ka saman milega, khoobsurat jagah mein kamra hoga.</w:t>
      </w:r>
    </w:p>
    <w:p>
      <w:pPr>
        <w:jc w:val="right"/>
      </w:pPr>
      <w:r>
        <w:t>دوسرا لڑکا سمجھ رہا تھا کہ بڑی کالج ہے، دنیا بھر کے امیر ساتھیاں ہوں گے، ہر قسم کی آزادی ہوگی، اچھی کوالٹی کا سامان ملے گا، خوبصورت جگہ میں کمرہ ہوگا۔</w:t>
      </w:r>
    </w:p>
    <w:p>
      <w:r>
        <w:rPr>
          <w:b/>
        </w:rPr>
        <w:t xml:space="preserve">[10:14] </w:t>
      </w:r>
      <w:r>
        <w:t>ab dekhiye kya hua. dono ke mutalbe un un ke ma bap ne pura kiya.</w:t>
      </w:r>
    </w:p>
    <w:p>
      <w:pPr>
        <w:jc w:val="right"/>
      </w:pPr>
      <w:r>
        <w:t>اب دیکھیے کیا ہوا۔ دونوں کے مطالبے ان ان کے ماں باپ نے پورا کیا۔</w:t>
      </w:r>
    </w:p>
    <w:p>
      <w:r>
        <w:rPr>
          <w:b/>
        </w:rPr>
        <w:t xml:space="preserve">[10:21] </w:t>
      </w:r>
      <w:r>
        <w:t>lekin wo jab wahan gaye to ek ladka jis ki soch dusri wali soch thi wo pareshan ho gaya ke jaise us ne socha tha wo nahi mila.</w:t>
      </w:r>
    </w:p>
    <w:p>
      <w:pPr>
        <w:jc w:val="right"/>
      </w:pPr>
      <w:r>
        <w:t>لیکن وہ جب وہاں گئے تو ایک لڑکا جس کی سوچ دوسری والی سوچ تھی وہ پریشان ہو گیا کہ جیسے اس نے سوچا تھا وہ نہیں ملا۔</w:t>
      </w:r>
    </w:p>
    <w:p>
      <w:r>
        <w:rPr>
          <w:b/>
        </w:rPr>
        <w:t xml:space="preserve">[10:32] </w:t>
      </w:r>
      <w:r>
        <w:t>yani parhai ka us ne balkay us ne wahan yeh paya ke parhai ka tough standard hai, apna har kaam khud karna par raha hai, ghalat cheezon se bachna mushkil ho raha tha.</w:t>
      </w:r>
    </w:p>
    <w:p>
      <w:pPr>
        <w:jc w:val="right"/>
      </w:pPr>
      <w:r>
        <w:t>یعنی پڑھائی کا اس نے بلکہ اس نے وہاں یہ پایا کہ پڑھائی کا ٹف سٹینڈرڈ ہے، اپنا ہر کام خود کرنا پڑ رہا ہے، غلط چیزوں سے بچنا مشکل ہو رہا تھا۔</w:t>
      </w:r>
    </w:p>
    <w:p>
      <w:r>
        <w:rPr>
          <w:b/>
        </w:rPr>
        <w:t xml:space="preserve">[10:45] </w:t>
      </w:r>
      <w:r>
        <w:t>to ab wo hua pareshan. halankay jab us ko wo mila jo chah raha tha to</w:t>
      </w:r>
    </w:p>
    <w:p>
      <w:pPr>
        <w:jc w:val="right"/>
      </w:pPr>
      <w:r>
        <w:t>تو اب وہ ہوا پریشان۔ حالانکہ جب اس کو وہ ملا جو چاہ رہا تھا تو</w:t>
      </w:r>
    </w:p>
    <w:p>
      <w:r>
        <w:rPr>
          <w:b/>
        </w:rPr>
        <w:t xml:space="preserve">[10:51] </w:t>
      </w:r>
      <w:r>
        <w:t>use khush hona chahiye tha. lekin aisa hua nahi. us ke muqable mein wo dusra ladka jis ko pata tha haqeeqat ka wo us mahol mein fit ho gaya aur us ne taraqqi ki.</w:t>
      </w:r>
    </w:p>
    <w:p>
      <w:pPr>
        <w:jc w:val="right"/>
      </w:pPr>
      <w:r>
        <w:t>اسے خوش ہونا چاہیے تھا۔ لیکن ایسا ہوا نہیں۔ اس کے مقابلے میں وہ دوسرا لڑکا جس کو پتہ تھا حقیقت کا وہ اس ماحول میں فٹ ہو گیا اور اس نے ترقی کی۔</w:t>
      </w:r>
    </w:p>
    <w:p>
      <w:r>
        <w:rPr>
          <w:b/>
        </w:rPr>
        <w:t xml:space="preserve">[11:07] </w:t>
      </w:r>
      <w:r>
        <w:t>dusra nakaam laut gaya. dua ka mamla bilkul aisa hai.</w:t>
      </w:r>
    </w:p>
    <w:p>
      <w:pPr>
        <w:jc w:val="right"/>
      </w:pPr>
      <w:r>
        <w:t>دوسرا ناکام لوٹ گیا۔ دعا کا معاملہ بالکل ایسا ہے۔</w:t>
      </w:r>
    </w:p>
    <w:p>
      <w:r>
        <w:rPr>
          <w:b/>
        </w:rPr>
        <w:t xml:space="preserve">[11:12] </w:t>
      </w:r>
      <w:r>
        <w:t>jab hum dua karte hain to is baat ko accept karna hai ke is ki qabooliyat ka waqt, tareeqa sab Allah ka domain hai.</w:t>
      </w:r>
    </w:p>
    <w:p>
      <w:pPr>
        <w:jc w:val="right"/>
      </w:pPr>
      <w:r>
        <w:t>جب ہم دعا کرتے ہیں تو اس بات کو ایکسیپٹ کرنا ہے کہ اس کی قبولیت کا وقت، طریقہ سب اللہ کا ڈومین ہے۔</w:t>
      </w:r>
    </w:p>
    <w:p>
      <w:r>
        <w:rPr>
          <w:b/>
        </w:rPr>
        <w:t xml:space="preserve">[11:23] </w:t>
      </w:r>
      <w:r>
        <w:t>Allah jante hain jo hum mang rahe hain wo humein kis mein milega, hamari wo zaroorat kaise poori hogi.</w:t>
      </w:r>
    </w:p>
    <w:p>
      <w:pPr>
        <w:jc w:val="right"/>
      </w:pPr>
      <w:r>
        <w:t>اللہ جانتے ہیں جو ہم مانگ رہے ہیں وہ ہمیں کس میں ملے گا، ہماری وہ ضرورت کیسے پوری ہوگی۔</w:t>
      </w:r>
    </w:p>
    <w:p>
      <w:r>
        <w:rPr>
          <w:b/>
        </w:rPr>
        <w:t xml:space="preserve">[11:31] </w:t>
      </w:r>
      <w:r>
        <w:t>jaise agar mein chahti hoon ke mere andar aala akhlaq ho to Allah ko maloom hai ke kya meri zindagi ke halaat hon jis se mujhe yeh aala akhlaq milega.</w:t>
      </w:r>
    </w:p>
    <w:p>
      <w:pPr>
        <w:jc w:val="right"/>
      </w:pPr>
      <w:r>
        <w:t>جیسے اگر میں چاہتی ہوں کہ میرے اندر اعلیٰ اخلاق ہو تو اللہ کو معلوم ہے کہ کیا میری زندگی کے حالات ہوں جس سے مجھے یہ اعلیٰ اخلاق ملے گا۔</w:t>
      </w:r>
    </w:p>
    <w:p>
      <w:r>
        <w:rPr>
          <w:b/>
        </w:rPr>
        <w:t xml:space="preserve">[11:43] </w:t>
      </w:r>
      <w:r>
        <w:t>wo halaat negative dikhai dete honge. jaise misal ke tor par mere sath haq talfi ka mamla pesh ayega lekin yahi situation mein mujhe sabr wala akhlaq mil sakta tha.</w:t>
      </w:r>
    </w:p>
    <w:p>
      <w:pPr>
        <w:jc w:val="right"/>
      </w:pPr>
      <w:r>
        <w:t>وہ حالات نیگیٹیو دکھائی دیتے ہوں گے۔ جیسے مثال کے طور پر میرے ساتھ حق تلفی کا معاملہ پیش آئے گا لیکن یہی سچویشن میں مجھے صبر والا اخلاق مل سکتا تھا۔</w:t>
      </w:r>
    </w:p>
    <w:p>
      <w:r>
        <w:rPr>
          <w:b/>
        </w:rPr>
        <w:t xml:space="preserve">[11:57] </w:t>
      </w:r>
      <w:r>
        <w:t>to ab sawal hai kya mangen, kya nahi? ise to bara ilm chahiye. aise khayalat agar ayen to janen ge nahi.</w:t>
      </w:r>
    </w:p>
    <w:p>
      <w:pPr>
        <w:jc w:val="right"/>
      </w:pPr>
      <w:r>
        <w:t>تو اب سوال ہے کیا مانگیں، کیا نہیں؟ اسے تو بڑا علم چاہیے۔ ایسے خیالات اگر آئیں تو جانیں گے نہیں۔</w:t>
      </w:r>
    </w:p>
    <w:p>
      <w:r>
        <w:rPr>
          <w:b/>
        </w:rPr>
        <w:t xml:space="preserve">[12:08] </w:t>
      </w:r>
      <w:r>
        <w:t>Allah rehman o raheem hai. dua har ek ki zaroorat hai. to yeh Allah ne sikhaya hai ke hum Allah se</w:t>
      </w:r>
    </w:p>
    <w:p>
      <w:pPr>
        <w:jc w:val="right"/>
      </w:pPr>
      <w:r>
        <w:t>اللہ رحمن و رحیم ہے۔ دعا ہر ایک کی ضرورت ہے۔ تو یہ اللہ نے سکھایا ہے کہ ہم اللہ سے</w:t>
      </w:r>
    </w:p>
    <w:p>
      <w:r>
        <w:rPr>
          <w:b/>
        </w:rPr>
        <w:t xml:space="preserve">[12:17] </w:t>
      </w:r>
      <w:r>
        <w:t>Allah ka fazal mangen, Allah se razi rehne wala dil mangen,</w:t>
      </w:r>
    </w:p>
    <w:p>
      <w:pPr>
        <w:jc w:val="right"/>
      </w:pPr>
      <w:r>
        <w:t>اللہ کا فضل مانگیں، اللہ سے راضی رہنے والا دل مانگیں،</w:t>
      </w:r>
    </w:p>
    <w:p>
      <w:r>
        <w:rPr>
          <w:b/>
        </w:rPr>
        <w:t xml:space="preserve">[12:25] </w:t>
      </w:r>
      <w:r>
        <w:t>hamari andaroon ki nazar se dekhne ki salahiyat mangen, Allah par kamil yaqeen aur bhare hissa mangen. Allah jo de rahe hain wahi hamare liye theek hai, jo nahi de rahe hain to is mein hamari bhalai hai, mahroomi nahi.</w:t>
      </w:r>
    </w:p>
    <w:p>
      <w:pPr>
        <w:jc w:val="right"/>
      </w:pPr>
      <w:r>
        <w:t>ہماری اندرون کی نظر سے دیکھنے کی صلاحیت مانگیں، اللہ پر کامل یقین اور بھرے حصہ مانگیں۔ اللہ جو دے رہے ہیں وہی ہمارے لیے ٹھیک ہے، جو نہیں دے رہے ہیں تو اس میں ہماری بھلائی ہے، محرومی نہیں۔</w:t>
      </w:r>
    </w:p>
    <w:p>
      <w:r>
        <w:rPr>
          <w:b/>
        </w:rPr>
        <w:t xml:space="preserve">[12:42] </w:t>
      </w:r>
      <w:r>
        <w:t>mangen lekin apne tareeqe mat rakho. jab mangne ke baad koi cheez samne ati hai to socho ke is mein kya bhalai hai.</w:t>
      </w:r>
    </w:p>
    <w:p>
      <w:pPr>
        <w:jc w:val="right"/>
      </w:pPr>
      <w:r>
        <w:t>مانگو لیکن اپنے طریقے مت رکھو۔ جب مانگنے کے بعد کوئی چیز سامنے آتی ہے تو سوچو کہ اس میں کیا بھلائی ہے۔</w:t>
      </w:r>
    </w:p>
    <w:p>
      <w:r>
        <w:rPr>
          <w:b/>
        </w:rPr>
        <w:t xml:space="preserve">[12:51] </w:t>
      </w:r>
      <w:r>
        <w:t>Allah samjha denge. mujhe ek baat samajh mein ayi thi dua ke bare mein. Allah gifts do not come in attractive boxes tied with satin ribbons.</w:t>
      </w:r>
    </w:p>
    <w:p>
      <w:pPr>
        <w:jc w:val="right"/>
      </w:pPr>
      <w:r>
        <w:t>اللہ سمجھا دیں گے۔ مجھے ایک بات سمجھ میں آئی تھی دعا کے بارے میں۔ اللہ گفٹس ڈو ناٹ کم ان اٹریکٹو باکسز ٹائیڈ ود سیٹن ربنز۔</w:t>
      </w:r>
    </w:p>
    <w:p>
      <w:r>
        <w:rPr>
          <w:b/>
        </w:rPr>
        <w:t xml:space="preserve">[13:04] </w:t>
      </w:r>
      <w:r>
        <w:t>outside package looks dull and drab, but inside it is the most precious gift. Allah ke tohfe khoobsurat khoobsurat packages mein nahi atay hain.</w:t>
      </w:r>
    </w:p>
    <w:p>
      <w:pPr>
        <w:jc w:val="right"/>
      </w:pPr>
      <w:r>
        <w:t>آؤٹ سائیڈ پیکج لوکس ڈل اینڈ ریب، بٹ ان سائیڈ اٹ از دا موسٹ پریشیس گفٹ۔ اللہ کے تحفے خوبصورت خوبصورت پیکجز میں نہیں آتے ہیں۔</w:t>
      </w:r>
    </w:p>
    <w:p>
      <w:r>
        <w:rPr>
          <w:b/>
        </w:rPr>
        <w:t xml:space="preserve">[13:16] </w:t>
      </w:r>
      <w:r>
        <w:t>jaise heera kuch mamooli se cover mein pack kiya gaya. cover ko dekhen to disappointment mehsoos hoga.</w:t>
      </w:r>
    </w:p>
    <w:p>
      <w:pPr>
        <w:jc w:val="right"/>
      </w:pPr>
      <w:r>
        <w:t>جیسے ہیرا کچھ معمولی سے کور میں پیک کیا گیا۔ کور کو دیکھیں تو ڈس اپوائنٹمنٹ محسوس ہوگا۔</w:t>
      </w:r>
    </w:p>
    <w:p>
      <w:r>
        <w:rPr>
          <w:b/>
        </w:rPr>
        <w:t xml:space="preserve">[13:25] </w:t>
      </w:r>
      <w:r>
        <w:t>asal cheez to wo hai jo is ke andar hai. kitna bhi khoobsurat package ho wo to hamare kaam ki cheez nahi na. to is apparently negative situation ke liye ek misal deti hoon.</w:t>
      </w:r>
    </w:p>
    <w:p>
      <w:pPr>
        <w:jc w:val="right"/>
      </w:pPr>
      <w:r>
        <w:t>اصل چیز تو وہ ہے جو اس کے اندر ہے۔ کتنا بھی خوبصورت پیکج ہو وہ تو ہمارے کام کی چیز نہیں نا۔ تو اس اپیرنٹلی نیگیٹیو سچویشن کے لیے ایک مثال دیتی ہوں۔</w:t>
      </w:r>
    </w:p>
    <w:p>
      <w:r>
        <w:rPr>
          <w:b/>
        </w:rPr>
        <w:t xml:space="preserve">[13:39] </w:t>
      </w:r>
      <w:r>
        <w:t>mein Allah se ek kaam mang rahi thi</w:t>
      </w:r>
    </w:p>
    <w:p>
      <w:pPr>
        <w:jc w:val="right"/>
      </w:pPr>
      <w:r>
        <w:t>میں اللہ سے ایک کام مانگ رہی تھی</w:t>
      </w:r>
    </w:p>
    <w:p>
      <w:r>
        <w:rPr>
          <w:b/>
        </w:rPr>
        <w:t xml:space="preserve">[13:41] </w:t>
      </w:r>
      <w:r>
        <w:t>mission ka aur Allah ne yeh spirit of Islam magazine ka moqa ata farmaye. to meri yeh soch bani thi ke Allah ki madad is kaam ke liye mujhe aise ayegi ke meri gharelu zimmedariyan kam ho jayengi.</w:t>
      </w:r>
    </w:p>
    <w:p>
      <w:pPr>
        <w:jc w:val="right"/>
      </w:pPr>
      <w:r>
        <w:t>مشن کا اور اللہ نے یہ سپرٹ آف اسلام میگزین کا موقع عطا فرمائے۔ تو میری یہ سوچ بنی تھی کہ اللہ کی مدد اس کام کے لیے مجھے ایسے آئے گی کہ میری گھریلو ذمہ داریاں کم ہو جائیں گی۔</w:t>
      </w:r>
    </w:p>
    <w:p>
      <w:r>
        <w:rPr>
          <w:b/>
        </w:rPr>
        <w:t xml:space="preserve">[13:57] </w:t>
      </w:r>
      <w:r>
        <w:t>lekin hua kya? hamare ghar mein do buzurg the pehle se aur magazine shuru hone se chand din pehle aise halaat pesh aye ke do aur buzurgon ki zimmedari mujh par aa gayi.</w:t>
      </w:r>
    </w:p>
    <w:p>
      <w:pPr>
        <w:jc w:val="right"/>
      </w:pPr>
      <w:r>
        <w:t>لیکن ہوا کیا؟ ہمارے گھر میں دو بزرگ تھے پہلے سے اور میگزین شروع ہونے سے چند دن پہلے ایسے حالات پیش آئے کہ دو اور بزرگوں کی ذمہ داری مجھ پر آ گئی۔</w:t>
      </w:r>
    </w:p>
    <w:p>
      <w:r>
        <w:rPr>
          <w:b/>
        </w:rPr>
        <w:t xml:space="preserve">[14:11] </w:t>
      </w:r>
      <w:r>
        <w:t>mujhe yeh ajeeb</w:t>
      </w:r>
    </w:p>
    <w:p>
      <w:pPr>
        <w:jc w:val="right"/>
      </w:pPr>
      <w:r>
        <w:t>مجھے یہ عجیب</w:t>
      </w:r>
    </w:p>
    <w:p>
      <w:r>
        <w:rPr>
          <w:b/>
        </w:rPr>
        <w:t xml:space="preserve">[14:12] </w:t>
      </w:r>
      <w:r>
        <w:t>saga. samajh mein nahin aaya to main Allah se dua ki ke aey Allah aap to rehman o raheem hain, kisi ko is ki taqat se zyada bojh nahin dalte hain, hamare kaam mein aasani dete hain.</w:t>
      </w:r>
    </w:p>
    <w:p>
      <w:pPr>
        <w:jc w:val="right"/>
      </w:pPr>
      <w:r>
        <w:t>سا لگا۔ سمجھ میں نہیں آیا تو میں اللہ سے دعا کی کہ اے اللہ آپ تو رحمن و رحیم ہیں، کسی کو اس کی طاقت سے زیادہ بوجھ نہیں ڈالتے ہیں، ہمارے کام میں آسانی دیتے ہیں۔</w:t>
      </w:r>
    </w:p>
    <w:p>
      <w:r>
        <w:rPr>
          <w:b/>
        </w:rPr>
        <w:t xml:space="preserve">[14:25] </w:t>
      </w:r>
      <w:r>
        <w:t>to yeh kya hai? mujhe samhaiye. to mujhe yeh tajruba hua ke yeh chaar log</w:t>
      </w:r>
    </w:p>
    <w:p>
      <w:pPr>
        <w:jc w:val="right"/>
      </w:pPr>
      <w:r>
        <w:t>تو یہ کیا ہے؟ مجھے سمجھائیے۔ تو مجھے یہ تجربہ ہوا کہ یہ چار لوگ</w:t>
      </w:r>
    </w:p>
    <w:p>
      <w:r>
        <w:rPr>
          <w:b/>
        </w:rPr>
        <w:t xml:space="preserve">[14:35] </w:t>
      </w:r>
      <w:r>
        <w:t>badhi hui zimmedari nahin balkeh mere liye dhaal ki manind rahe. mujhe magazine ke liye jo zaroori tha ke main ek sui se ghar ke ek kone se kaam karoon is ka intezam tha.</w:t>
      </w:r>
    </w:p>
    <w:p>
      <w:pPr>
        <w:jc w:val="right"/>
      </w:pPr>
      <w:r>
        <w:t>بڑھی ہوئی ذمہ داری نہیں بلکہ میرے لیے ڈھال کی مانند رہے۔ مجھے میگزین کے لیے جو ضروری تھا کہ میں ایک سوئی سے گھر کے ایک کونے سے کام کروں اس کا انتظام تھا۔</w:t>
      </w:r>
    </w:p>
    <w:p>
      <w:r>
        <w:rPr>
          <w:b/>
        </w:rPr>
        <w:t xml:space="preserve">[14:49] </w:t>
      </w:r>
      <w:r>
        <w:t>saare doosre logon ke mujh se mutalbe khatm ho gaye. sab mujh par mujhe reham ki nigah se dekhne lage</w:t>
      </w:r>
    </w:p>
    <w:p>
      <w:pPr>
        <w:jc w:val="right"/>
      </w:pPr>
      <w:r>
        <w:t>سارے دوسرے لوگوں کے مجھ سے مطالبے ختم ہو گئے۔ سب مجھ پر مجھے رحم کی نگاہ سے دیکھنے لگے</w:t>
      </w:r>
    </w:p>
    <w:p>
      <w:r>
        <w:rPr>
          <w:b/>
        </w:rPr>
        <w:t xml:space="preserve">[14:58] </w:t>
      </w:r>
      <w:r>
        <w:t>aur main free ho gayi is serious kaam ke liye. Allah hikmat wale, Allah rehman o raheem. Quran o Hadees mein duaen hain hamari har feeling ke liye, har zaroorat ke liye.</w:t>
      </w:r>
    </w:p>
    <w:p>
      <w:pPr>
        <w:jc w:val="right"/>
      </w:pPr>
      <w:r>
        <w:t>اور میں فری ہو گئی اس سیریس کام کے لیے۔ اللہ حکمت والے، اللہ رحمن و رحیم۔ قرآن و حدیث میں دعائیں ہیں ہماری ہر فیلنگ کے لیے، ہر ضرورت کے لیے۔</w:t>
      </w:r>
    </w:p>
    <w:p>
      <w:r>
        <w:rPr>
          <w:b/>
        </w:rPr>
        <w:t xml:space="preserve">[15:13] </w:t>
      </w:r>
      <w:r>
        <w:t>inhien ratne wali duaen nahin banana chahiye. in par bhi tadabbur karna chahiye taake hum samjhein. samajhne se kaifiyat paida hoti hai</w:t>
      </w:r>
    </w:p>
    <w:p>
      <w:pPr>
        <w:jc w:val="right"/>
      </w:pPr>
      <w:r>
        <w:t>انہیں رٹنے والی دعائیں نہیں بنانا چاہیے۔ ان پر بھی تدبر کرنا چاہیے تاکہ ہم سمجھیں۔ سمجھنے سے کیفیت پیدا ہوتی ہے</w:t>
      </w:r>
    </w:p>
    <w:p>
      <w:r>
        <w:rPr>
          <w:b/>
        </w:rPr>
        <w:t xml:space="preserve">[15:24] </w:t>
      </w:r>
      <w:r>
        <w:t>aur dua dil se nikalti hai. Surah Ambiya chapter 21 verse 87 Yunus (AS) ki dua ko lijiye aap.</w:t>
      </w:r>
    </w:p>
    <w:p>
      <w:pPr>
        <w:jc w:val="right"/>
      </w:pPr>
      <w:r>
        <w:t>اور دعا دل سے نکلتی ہے۔ سورہ انبیاء چیپٹر 21 ورس 87 یونس علیہ السلام کی دعا کو لیجئے آپ۔</w:t>
      </w:r>
    </w:p>
    <w:p>
      <w:r>
        <w:rPr>
          <w:b/>
        </w:rPr>
        <w:t xml:space="preserve">[15:36] </w:t>
      </w:r>
      <w:r>
        <w:t>jab unhon ne machhli ke pait se Allah ko pukara tha: "La</w:t>
      </w:r>
    </w:p>
    <w:p>
      <w:pPr>
        <w:jc w:val="right"/>
      </w:pPr>
      <w:r>
        <w:t>جب انہوں نے مچھلی کے پیٹ سے اللہ کو پکارا تھا: "لا</w:t>
      </w:r>
    </w:p>
    <w:p>
      <w:r>
        <w:rPr>
          <w:b/>
        </w:rPr>
        <w:t xml:space="preserve">[15:43] </w:t>
      </w:r>
      <w:r>
        <w:t>ilaha illa anta subhanaka inni kuntu minaz zalimeen, tere siwa koi mabood nahin, tu pak hai, beshak main khusarwar hoon." maine dekha hai is dua ko log ek aisa event bana liye hain Muslim culture ka part ke chand rishtedar aur dost akatha ho kar ise</w:t>
      </w:r>
    </w:p>
    <w:p>
      <w:pPr>
        <w:jc w:val="right"/>
      </w:pPr>
      <w:r>
        <w:t>الہ الا انت سبحانک انی کنت من الظالمین، تیرے سوا کوئی معبود نہیں، تو پاک ہے، بے شک میں خسروار ہوں۔" میں نے دیکھا ہے اس دعا کو لوگ ایک ایسا ایونٹ بنا لیے ہیں مسلم کلچر کا پارٹ کہ چند رشتہ دار اور دوست اکٹھا ہو کر اسے</w:t>
      </w:r>
    </w:p>
    <w:p>
      <w:r>
        <w:rPr>
          <w:b/>
        </w:rPr>
        <w:t xml:space="preserve">[16:06] </w:t>
      </w:r>
      <w:r>
        <w:t>sawa lakh baar padhte hain, tasbeeh ke daane gin gin kar. yeh is liye ke koi museebat in par aayi hoti hui hoti hai to us ko door karne ka tareeqa samajh kar.</w:t>
      </w:r>
    </w:p>
    <w:p>
      <w:pPr>
        <w:jc w:val="right"/>
      </w:pPr>
      <w:r>
        <w:t>سوا لاکھ بار پڑھتے ہیں، تسبیح کے دانے گن گن کر۔ یہ اس لیے کہ کوئی مصیبت ان پر آئی ہوتی ہوئی ہوتی ہے تو اس کو دور کرنے کا طریقہ سمجھ کر۔</w:t>
      </w:r>
    </w:p>
    <w:p>
      <w:r>
        <w:rPr>
          <w:b/>
        </w:rPr>
        <w:t xml:space="preserve">[16:19] </w:t>
      </w:r>
      <w:r>
        <w:t>ab aap is dua par ghor karein</w:t>
      </w:r>
    </w:p>
    <w:p>
      <w:pPr>
        <w:jc w:val="right"/>
      </w:pPr>
      <w:r>
        <w:t>اب آپ اس دعا پر غور کریں</w:t>
      </w:r>
    </w:p>
    <w:p>
      <w:r>
        <w:rPr>
          <w:b/>
        </w:rPr>
        <w:t xml:space="preserve">[16:23] </w:t>
      </w:r>
      <w:r>
        <w:t>jahan hum is mein hai ke "tere siwa koi mabood nahin, tu pak hai, beshak main khusarwar hoon." agar hum consciously yeh mehsoos karte hain ke hum khusarwar hain, hum ne bohat bara ghalat kaam kiya hai</w:t>
      </w:r>
    </w:p>
    <w:p>
      <w:pPr>
        <w:jc w:val="right"/>
      </w:pPr>
      <w:r>
        <w:t>جہاں ہم اس میں ہے کہ "تیرے سوا کوئی معبود نہیں، تو پاک ہے، بے شک میں خسروار ہوں۔" اگر ہم کانشیسلی یہ محسوس کرتے ہیں کہ ہم خسروار ہیں، ہم نے بہت بڑا غلط کام کیا ہے</w:t>
      </w:r>
    </w:p>
    <w:p>
      <w:r>
        <w:rPr>
          <w:b/>
        </w:rPr>
        <w:t xml:space="preserve">[16:40] </w:t>
      </w:r>
      <w:r>
        <w:t>to yeh alfaaz teesri baar mein hamari zuban se nahin nikal payenge. zuban band na ho jaye gi aur aankhon se aansu na jari ho jayenge.</w:t>
      </w:r>
    </w:p>
    <w:p>
      <w:pPr>
        <w:jc w:val="right"/>
      </w:pPr>
      <w:r>
        <w:t>تو یہ الفاظ تیسری بار میں ہماری زبان سے نکل نہیں پائیں گے۔ زبان بند نہ ہو جائے گی اور آنکھوں سے آنسو نہ جاری ہو جائیں گے۔</w:t>
      </w:r>
    </w:p>
    <w:p>
      <w:r>
        <w:rPr>
          <w:b/>
        </w:rPr>
        <w:t xml:space="preserve">[16:54] </w:t>
      </w:r>
      <w:r>
        <w:t>ek aise hum ek celebration ke mahol mein is ko hum itni dafa</w:t>
      </w:r>
    </w:p>
    <w:p>
      <w:pPr>
        <w:jc w:val="right"/>
      </w:pPr>
      <w:r>
        <w:t>ایک ایسے ہم ایک سیلیبریشن کے ماحول میں اس کو ہم اتنی دفعہ</w:t>
      </w:r>
    </w:p>
    <w:p>
      <w:r>
        <w:rPr>
          <w:b/>
        </w:rPr>
        <w:t xml:space="preserve">[16:59] </w:t>
      </w:r>
      <w:r>
        <w:t>maang sakte hain. jee karega, sab se chhup kar kone mein ja baithein, aisi sharmindagi mehsoos hogi.</w:t>
      </w:r>
    </w:p>
    <w:p>
      <w:pPr>
        <w:jc w:val="right"/>
      </w:pPr>
      <w:r>
        <w:t>مانگ سکتے ہیں۔ جی کرے گا، سب سے چھپ کر کونے میں جا بیٹھیں، ایسی شرمندگی محسوس ہوگی۔</w:t>
      </w:r>
    </w:p>
    <w:p>
      <w:r>
        <w:rPr>
          <w:b/>
        </w:rPr>
        <w:t xml:space="preserve">[17:10] </w:t>
      </w:r>
      <w:r>
        <w:t>to har dua par tadabbur kar ke samajhne se sahi kaifiyat paida hoti hai. thoda sa imagination karna chahiye paighambar kis halat mein kis tareeqe se unhon ne pukara tha.</w:t>
      </w:r>
    </w:p>
    <w:p>
      <w:pPr>
        <w:jc w:val="right"/>
      </w:pPr>
      <w:r>
        <w:t>تو ہر دعا پر تدبر کر کے سمجھنے سے صحیح کیفیت پیدا ہوتی ہے۔ تھوڑا سا امیجنیشن کرنا چاہیے پیغمبر کس حالت میں کس طریقے سے انہوں نے پکارا تھا۔</w:t>
      </w:r>
    </w:p>
    <w:p>
      <w:r>
        <w:rPr>
          <w:b/>
        </w:rPr>
        <w:t xml:space="preserve">[17:25] </w:t>
      </w:r>
      <w:r>
        <w:t>tab hum hamein bhi woh kaifiyat ka chhota sa sahi ek hissa milega.</w:t>
      </w:r>
    </w:p>
    <w:p>
      <w:pPr>
        <w:jc w:val="right"/>
      </w:pPr>
      <w:r>
        <w:t>تب ہم ہمیں بھی وہ کیفیت کا چھوٹا سا صحیح ایک حصہ ملے گا۔</w:t>
      </w:r>
    </w:p>
    <w:p>
      <w:r>
        <w:rPr>
          <w:b/>
        </w:rPr>
        <w:t xml:space="preserve">[17:32] </w:t>
      </w:r>
      <w:r>
        <w:t>ab ek aur point par aati hoon situational dua ke bare mein kuch baatein samjhenge. har ek paighambar ki dua alag alag hai hmm situations ke hisab se.</w:t>
      </w:r>
    </w:p>
    <w:p>
      <w:pPr>
        <w:jc w:val="right"/>
      </w:pPr>
      <w:r>
        <w:t>اب ایک اور پوائنٹ پر آتی ہوں سچویشنل دعا کے بارے میں کچھ باتیں سمجھیں گے۔ ہر ایک پیغمبر کی دعا الگ الگ ہے ہمم سچویشنز کے حساب سے۔</w:t>
      </w:r>
    </w:p>
    <w:p>
      <w:r>
        <w:rPr>
          <w:b/>
        </w:rPr>
        <w:t xml:space="preserve">[17:48] </w:t>
      </w:r>
      <w:r>
        <w:t>to ise yeh usool milta hai ke hum bhi hamari unique situations</w:t>
      </w:r>
    </w:p>
    <w:p>
      <w:pPr>
        <w:jc w:val="right"/>
      </w:pPr>
      <w:r>
        <w:t>تو اسے یہ اصول ملتا ہے کہ ہم بھی ہماری یونیک سچویشنز</w:t>
      </w:r>
    </w:p>
    <w:p>
      <w:r>
        <w:rPr>
          <w:b/>
        </w:rPr>
        <w:t xml:space="preserve">[17:53] </w:t>
      </w:r>
      <w:r>
        <w:t>nai nai har insaan ke sath ek ek nai situation hoti hai. to hum bhi hamein bhi ek special dua karna chahiye is se relevant alfaaz relevant feelings ke sath karna chahiye.</w:t>
      </w:r>
    </w:p>
    <w:p>
      <w:pPr>
        <w:jc w:val="right"/>
      </w:pPr>
      <w:r>
        <w:t>نئی نئی ہر انسان کے ساتھ ایک ایک نئی سچویشن ہوتی ہے۔ تو ہم بھی ہمیں بھی ایک سپیشل دعا کرنا چاہیے اس سے ریلیونٹ الفاظ ریلیونٹ فیلنگز کے ساتھ کرنا چاہیے۔</w:t>
      </w:r>
    </w:p>
    <w:p>
      <w:r>
        <w:rPr>
          <w:b/>
        </w:rPr>
        <w:t xml:space="preserve">[18:06] </w:t>
      </w:r>
      <w:r>
        <w:t>jaise ek ek aur misaal hai ek situation mujhe bar bar aati hai hmm yani main bohat koshish karti hoon ke mera din planned way mein jaye taake main har kaam achhe se kar sakoon.</w:t>
      </w:r>
    </w:p>
    <w:p>
      <w:pPr>
        <w:jc w:val="right"/>
      </w:pPr>
      <w:r>
        <w:t>جیسے ایک ایک اور مثال ہے ایک سچویشن مجھے بار بار آتی ہے ہمم یعنی میں بہت کوشش کرتی ہوں کہ میرا دن پلانڈ وے میں جائے تاکہ میں ہر کام اچھے سے کر سکوں۔</w:t>
      </w:r>
    </w:p>
    <w:p>
      <w:r>
        <w:rPr>
          <w:b/>
        </w:rPr>
        <w:t xml:space="preserve">[18:19] </w:t>
      </w:r>
      <w:r>
        <w:t>lekin dekhti hoon ke kuch na kuch challenge achanak aa jata hai</w:t>
      </w:r>
    </w:p>
    <w:p>
      <w:pPr>
        <w:jc w:val="right"/>
      </w:pPr>
      <w:r>
        <w:t>لیکن دیکھتی ہوں کہ کچھ نہ کچھ چیلنج اچانک آ جاتا ہے</w:t>
      </w:r>
    </w:p>
    <w:p>
      <w:r>
        <w:rPr>
          <w:b/>
        </w:rPr>
        <w:t xml:space="preserve">[18:24] </w:t>
      </w:r>
      <w:r>
        <w:t>doosron se aur din ka kuch hissa mere control se nahin chalta. to main ne is ke liye dua is is ek mein soch rahi thi ke main kya karungi.</w:t>
      </w:r>
    </w:p>
    <w:p>
      <w:pPr>
        <w:jc w:val="right"/>
      </w:pPr>
      <w:r>
        <w:t>دوسروں سے اور دن کا کچھ حصہ میرے کنٹرول سے نہیں چلتا۔ تو میں نے اس کے لیے دعا اس اس ایک میں سوچ رہی تھی کہ میں کیا کروں گی۔</w:t>
      </w:r>
    </w:p>
    <w:p>
      <w:r>
        <w:rPr>
          <w:b/>
        </w:rPr>
        <w:t xml:space="preserve">[18:36] </w:t>
      </w:r>
      <w:r>
        <w:t>phir mujhe laga ke mujhe ek special dua karni hai is ke liye. to main is tarah se dua karne lagi: "Aey Allah! mujhe jo yeh mamla pesh aata hai, mujhe is ko hikmat se manage karna sikhaiye.</w:t>
      </w:r>
    </w:p>
    <w:p>
      <w:pPr>
        <w:jc w:val="right"/>
      </w:pPr>
      <w:r>
        <w:t>پھر مجھے لگا کہ مجھے ایک سپیشل دعا کرنی ہے اس کے لیے۔ تو میں اس طرح سے دعا کرنے لگی: "اے اللہ! مجھے جو یہ معاملہ پیش آتا ہے، مجھے اس کو حکمت سے مینج کرنا سکھائیے۔</w:t>
      </w:r>
    </w:p>
    <w:p>
      <w:r>
        <w:rPr>
          <w:b/>
        </w:rPr>
        <w:t xml:space="preserve">[18:50] </w:t>
      </w:r>
      <w:r>
        <w:t>is ke jo ill effects hote hain, us se mera tahaffuz kariye aur yeh asraat jaldi khatm kar dijiye. yeh dunya perfection se to nahin chalegi, mujhe acceptance dijiye." aur us situation ke foran baad main normal ho jaon aur aap qadir hain ke mere din ke bache hue lamhat mein barkat dene par</w:t>
      </w:r>
    </w:p>
    <w:p>
      <w:pPr>
        <w:jc w:val="right"/>
      </w:pPr>
      <w:r>
        <w:t>اس کے جو ال ایفیکٹس ہوتے ہیں، اس سے میرا تحفظ کریے اور یہ اثرات جلدی ختم کر دیجئے۔ یہ دنیا پرفیکشن سے تو نہیں چلے گی، مجھے ایکسیپٹنس دیجئے۔" اور اس سچویشن کے فوراً بعد میں نارمل ہو جاؤں اور آپ قادر ہیں کہ میرے دن کے بچے ہوئے لمحات میں برکت دینے پر</w:t>
      </w:r>
    </w:p>
    <w:p>
      <w:r>
        <w:rPr>
          <w:b/>
        </w:rPr>
        <w:t xml:space="preserve">[19:13] </w:t>
      </w:r>
      <w:r>
        <w:t>to jo bache hue lamhat hain is mein mujhe barkat ata farmaye. to dekhiye yeh creative dua hai aur main poore conviction ke sath kehti hoon ke sirf sirf Maulana sahib ne yeh creative dua sikhai hai</w:t>
      </w:r>
    </w:p>
    <w:p>
      <w:pPr>
        <w:jc w:val="right"/>
      </w:pPr>
      <w:r>
        <w:t>تو جو بچے ہوئے لمحات ہیں اس میں مجھے برکت عطا فرمائے۔ تو دیکھیے یہ کریٹیو دعا ہے اور میں پورے کنوکشن کے ساتھ کہتی ہوں کہ صرف صرف مولانا صاحب نے یہ کریٹیو دعا سکھائی ہے</w:t>
      </w:r>
    </w:p>
    <w:p>
      <w:r>
        <w:rPr>
          <w:b/>
        </w:rPr>
        <w:t xml:space="preserve">[19:31] </w:t>
      </w:r>
      <w:r>
        <w:t>quran se is concept ko le ke kahin bhi main ne kabhi bhi nahi suna, kahin bhi nahi parha. Allah Maulana sahib ko be panah ajr ata farmaye is ka.</w:t>
      </w:r>
    </w:p>
    <w:p>
      <w:pPr>
        <w:jc w:val="right"/>
      </w:pPr>
      <w:r>
        <w:t>قرآن سے اس کانسیپٹ کو لے کے کہیں بھی میں نے کبھی بھی نہیں سنا، کہیں بھی نہیں پڑھا۔ اللہ مولانا صاحب کو بے پناہ اجر عطا فرمائے اس کا۔</w:t>
      </w:r>
    </w:p>
    <w:p>
      <w:r>
        <w:rPr>
          <w:b/>
        </w:rPr>
        <w:t xml:space="preserve">[19:44] </w:t>
      </w:r>
      <w:r>
        <w:t>to har situation mein apni feelings ko rakh ke ek dua banane se foran foran solace mil jata hai insan ko.</w:t>
      </w:r>
    </w:p>
    <w:p>
      <w:pPr>
        <w:jc w:val="right"/>
      </w:pPr>
      <w:r>
        <w:t>تو ہر سچویشن میں اپنی فیلنگز کو رکھ کے ایک دعا بنانے سے فوراً فوراً سولیس مل جاتا ہے انسان کو۔</w:t>
      </w:r>
    </w:p>
    <w:p>
      <w:r>
        <w:rPr>
          <w:b/>
        </w:rPr>
        <w:t xml:space="preserve">[19:54] </w:t>
      </w:r>
      <w:r>
        <w:t>feeling aati hai ke Allah ne sun liya, ab zaroor Allah kuch karein ge.</w:t>
      </w:r>
    </w:p>
    <w:p>
      <w:pPr>
        <w:jc w:val="right"/>
      </w:pPr>
      <w:r>
        <w:t>فیلنگ آتی ہے کہ اللہ نے سن لیا، اب ضرور اللہ کچھ کریں گے۔</w:t>
      </w:r>
    </w:p>
    <w:p>
      <w:r>
        <w:rPr>
          <w:b/>
        </w:rPr>
        <w:t xml:space="preserve">[20:03] </w:t>
      </w:r>
      <w:r>
        <w:t>ab dekhiye, ab yeh creative dua ke liye hamari creativity limited hai to phir pareshani hogi. kya main har har waqt mein creative dua bana sakti hoon?</w:t>
      </w:r>
    </w:p>
    <w:p>
      <w:pPr>
        <w:jc w:val="right"/>
      </w:pPr>
      <w:r>
        <w:t>اب دیکھیے، اب یہ کریٹیو دعا کے لیے ہماری کریٹیوٹی لمیٹڈ ہے تو پھر پریشانی ہوگی۔ کیا میں ہر ہر وقت میں کریٹیو دعا بنا سکتی ہوں؟</w:t>
      </w:r>
    </w:p>
    <w:p>
      <w:r>
        <w:rPr>
          <w:b/>
        </w:rPr>
        <w:t xml:space="preserve">[20:17] </w:t>
      </w:r>
      <w:r>
        <w:t>ki ek feeling aayegi to</w:t>
      </w:r>
    </w:p>
    <w:p>
      <w:pPr>
        <w:jc w:val="right"/>
      </w:pPr>
      <w:r>
        <w:t>کی ایک فیلنگ آئے گی تو</w:t>
      </w:r>
    </w:p>
    <w:p>
      <w:r>
        <w:rPr>
          <w:b/>
        </w:rPr>
        <w:t xml:space="preserve">[20:20] </w:t>
      </w:r>
      <w:r>
        <w:t>yahan par main ne paya sochte sochte mujhe ek zakhira mil gaya. aap ko bhi batati hoon jo creative duaon se bhara hua hai woh Allah ki kitab.</w:t>
      </w:r>
    </w:p>
    <w:p>
      <w:pPr>
        <w:jc w:val="right"/>
      </w:pPr>
      <w:r>
        <w:t>یہاں پر میں نے پایا سوچتے سوچتے مجھے ایک ذخیرہ مل گیا۔ آپ کو بھی بتاتی ہوں جو کریٹیو دعاؤں سے بھرا ہوا ہے وہ اللہ کی کتاب۔</w:t>
      </w:r>
    </w:p>
    <w:p>
      <w:r>
        <w:rPr>
          <w:b/>
        </w:rPr>
        <w:t xml:space="preserve">[20:33] </w:t>
      </w:r>
      <w:r>
        <w:t>main ne paya ke har ayat ko dua banaya ja sakta hai.</w:t>
      </w:r>
    </w:p>
    <w:p>
      <w:pPr>
        <w:jc w:val="right"/>
      </w:pPr>
      <w:r>
        <w:t>میں نے پایا کہ ہر آیت کو دعا بنایا جا سکتا ہے۔</w:t>
      </w:r>
    </w:p>
    <w:p>
      <w:r>
        <w:rPr>
          <w:b/>
        </w:rPr>
        <w:t xml:space="preserve">[20:37] </w:t>
      </w:r>
      <w:r>
        <w:t>hmm is ki ek misal deti hoon. sorry, surah momin ki ayat hai forty surah chapter chapter forty eight 82 and 83 verse ko lijie.</w:t>
      </w:r>
    </w:p>
    <w:p>
      <w:pPr>
        <w:jc w:val="right"/>
      </w:pPr>
      <w:r>
        <w:t>ہمم اس کی ایک مثال دیتی ہوں۔ سوری، سورہ مومن کی آیت ہے فورٹی سورہ چیپٹر چیپٹر فورٹی ایٹ 82 اینڈ 83 ورس کو لیجئے۔</w:t>
      </w:r>
    </w:p>
    <w:p>
      <w:r>
        <w:rPr>
          <w:b/>
        </w:rPr>
        <w:t xml:space="preserve">[20:50] </w:t>
      </w:r>
      <w:r>
        <w:t>kya woh zameen mein chale phire nahi ke woh dekhte ke kya anjam hua un logon ka jo un se pehle guzre hain?</w:t>
      </w:r>
    </w:p>
    <w:p>
      <w:pPr>
        <w:jc w:val="right"/>
      </w:pPr>
      <w:r>
        <w:t>کیا وہ زمین میں چلے پھرے نہیں کہ وہ دیکھتے کہ کیا انجام ہوا ان لوگوں کا جو ان سے پہلے گزرے ہیں؟</w:t>
      </w:r>
    </w:p>
    <w:p>
      <w:r>
        <w:rPr>
          <w:b/>
        </w:rPr>
        <w:t xml:space="preserve">[20:58] </w:t>
      </w:r>
      <w:r>
        <w:t>woh un se zyada thay aur quwwat mein aur nishaniyon mein jo ke woh zameen par chhod gaye, woh un se barhe hue thay.</w:t>
      </w:r>
    </w:p>
    <w:p>
      <w:pPr>
        <w:jc w:val="right"/>
      </w:pPr>
      <w:r>
        <w:t>وہ ان سے زیادہ تھے اور قوت میں اور نشانیوں میں جو کہ وہ زمین پر چھوڑ گئے، وہ ان سے بڑھے ہوئے تھے۔</w:t>
      </w:r>
    </w:p>
    <w:p>
      <w:r>
        <w:rPr>
          <w:b/>
        </w:rPr>
        <w:t xml:space="preserve">[21:07] </w:t>
      </w:r>
      <w:r>
        <w:t>pas un ki kamai un ke kuch kaam na aayi. pas jab un ke paighambar un ke paas khuli hui daleelain le kar aaye to woh apne is ilm par nazaan rahe jo un ke paas tha aur un par woh azab aa pada jis ka woh mazak udate thay.</w:t>
      </w:r>
    </w:p>
    <w:p>
      <w:pPr>
        <w:jc w:val="right"/>
      </w:pPr>
      <w:r>
        <w:t>پس ان کی کمائی ان کے کچھ کام نہ آئی۔ پس جب ان کے پیغمبر ان کے پاس کھلی ہوئی دلیلیں لے کر آئے تو وہ اپنے اس علم پر نازاں رہے جو ان کے پاس تھا اور ان پر وہ عذاب آ پڑا جس کا وہ مذاق اڑاتے تھے۔</w:t>
      </w:r>
    </w:p>
    <w:p>
      <w:r>
        <w:rPr>
          <w:b/>
        </w:rPr>
        <w:t xml:space="preserve">[21:21] </w:t>
      </w:r>
      <w:r>
        <w:t>mujhe achanak is ke liye mujhe kuch peace amal foran samajh mein nahi aaya. jab main ne yeh parha to main ne kaha ke main ab amal ke liye kuch point nahi le pa rahi hoon aur main kitab ko aise hi band kar doon to mujhe kya mila?</w:t>
      </w:r>
    </w:p>
    <w:p>
      <w:pPr>
        <w:jc w:val="right"/>
      </w:pPr>
      <w:r>
        <w:t>مجھے اچانک اس کے لیے مجھے کچھ پیس عمل فوراً سمجھ میں نہیں آیا۔ جب میں نے یہ پڑھا تو میں نے کہا کہ میں اب عمل کے لیے کچھ پوائنٹ نہیں لے پا رہی ہوں اور میں کتاب کو ایسے ہی بند کر دوں تو مجھے کیا ملا؟</w:t>
      </w:r>
    </w:p>
    <w:p>
      <w:r>
        <w:rPr>
          <w:b/>
        </w:rPr>
        <w:t xml:space="preserve">[21:35] </w:t>
      </w:r>
      <w:r>
        <w:t>what's and it for me? tab main ne mujhe samajh mein aaya ke main is ko ek dua ke taur par Allah se mangti hoon. to dekhiye,</w:t>
      </w:r>
    </w:p>
    <w:p>
      <w:pPr>
        <w:jc w:val="right"/>
      </w:pPr>
      <w:r>
        <w:t>واٹس اینڈ ایٹ فار می؟ تب میں نے مجھے سمجھ میں آیا کہ میں اس کو ایک دعا کے طور پر اللہ سے مانگتی ہوں۔ تو دیکھیے،</w:t>
      </w:r>
    </w:p>
    <w:p>
      <w:r>
        <w:rPr>
          <w:b/>
        </w:rPr>
        <w:t xml:space="preserve">[21:43] </w:t>
      </w:r>
      <w:r>
        <w:t>dua is is in ayaton se yeh dua bani: "ae Allah! mujhe doosron ke anjam se sahi sabak seekhne ki salahiyat ata farmaye." kyun ke Allah wahan keh rahe hain ke farma rahe hain ke "dekho chal phir kar zameen par doosron ka kya anjam hua." hmm phir dunyaavi ilm par nazaan hone se bachaiye.</w:t>
      </w:r>
    </w:p>
    <w:p>
      <w:pPr>
        <w:jc w:val="right"/>
      </w:pPr>
      <w:r>
        <w:t>دعا اس اس ان آیتوں سے یہ دعا بنی: "اے اللہ! مجھے دوسروں کے انجام سے صحیح سبق سیکھنے کی صلاحیت عطا فرمائیے۔" کیونکہ اللہ وہاں کہہ رہے ہیں کہ فرما رہے ہیں کہ "دیکھو چل پھر کر زمین پر دوسروں کا کیا انجام ہوا۔" ہمم پھر دنیاوی علم پر نازاں ہونے سے بچائیے۔</w:t>
      </w:r>
    </w:p>
    <w:p>
      <w:r>
        <w:rPr>
          <w:b/>
        </w:rPr>
        <w:t xml:space="preserve">[22:06] </w:t>
      </w:r>
      <w:r>
        <w:t>yeh psychology Allah bata rahe hain ke woh apne ilm par nazaan thay. aakhirat mein jo nijat de woh ilm aur amal se nawaziye aur aakhirat ke bare mein aakhri darje ki sanjeedgi ata farmaiye.</w:t>
      </w:r>
    </w:p>
    <w:p>
      <w:pPr>
        <w:jc w:val="right"/>
      </w:pPr>
      <w:r>
        <w:t>یہ سائیکالوجی اللہ بتا رہے ہیں کہ وہ اپنے علم پر نازاں تھے۔ آخرت میں جو نجات دے وہ علم اور عمل سے نوازیے اور آخرت کے بارے میں آخری درجے کی سنجیدگی عطا فرمائیے۔</w:t>
      </w:r>
    </w:p>
    <w:p>
      <w:r>
        <w:rPr>
          <w:b/>
        </w:rPr>
        <w:t xml:space="preserve">[22:25] </w:t>
      </w:r>
      <w:r>
        <w:t>ab chaliye session ko khatam karte hain dua ke sath ke "ae Allah! hamein aap se dua mangne mein nakaam na rakhiye." wa akhiru dawahana anil hamdu lillahi rabbil alameen.</w:t>
      </w:r>
    </w:p>
    <w:p>
      <w:pPr>
        <w:jc w:val="right"/>
      </w:pPr>
      <w:r>
        <w:t>اب چلیے سیشن کو ختم کرتے ہیں دعا کے ساتھ کہ "اے اللہ! ہمیں آپ سے دعا مانگنے میں ناکام نہ رکھیے۔" واخر دعوانا ان الحمدللہ رب العالمین۔</w:t>
      </w:r>
    </w:p>
    <w:p>
      <w:r>
        <w:rPr>
          <w:b/>
        </w:rPr>
        <w:t xml:space="preserve">[22:41] </w:t>
      </w:r>
      <w:r>
        <w:t>mazeed Maulana sahib ki yeh kitab</w:t>
      </w:r>
    </w:p>
    <w:p>
      <w:pPr>
        <w:jc w:val="right"/>
      </w:pPr>
      <w:r>
        <w:t>مزید مولانا صاحب کی یہ کتاب</w:t>
      </w:r>
    </w:p>
    <w:p>
      <w:r>
        <w:rPr>
          <w:b/>
        </w:rPr>
        <w:t xml:space="preserve">[22:44] </w:t>
      </w:r>
      <w:r>
        <w:t>parhiye: "asmae husna zikr o dua ke rabbani usool" ek bar nahi, do do bar parhiye.</w:t>
      </w:r>
    </w:p>
    <w:p>
      <w:pPr>
        <w:jc w:val="right"/>
      </w:pPr>
      <w:r>
        <w:t>پڑھیے: "اسمائے حسنی ذکر و دعا کے ربانی اصول" ایک بار نہیں، دو دو بار پڑھیے۔</w:t>
      </w:r>
    </w:p>
    <w:p>
      <w:r>
        <w:rPr>
          <w:b/>
        </w:rPr>
        <w:t xml:space="preserve">[22:53] </w:t>
      </w:r>
      <w:r>
        <w:t>notes banaiye is ke isi hafte parhiye. aaj ki class ke baad bohat kuch milega, bohat kuch milega.</w:t>
      </w:r>
    </w:p>
    <w:p>
      <w:pPr>
        <w:jc w:val="right"/>
      </w:pPr>
      <w:r>
        <w:t>نوٹس بنائیے اس کے اسی ہفتے پڑھیے۔ آج کی کلاس کے بعد بہت کچھ ملے گا، بہت کچھ ملے گا۔</w:t>
      </w:r>
    </w:p>
    <w:p>
      <w:r>
        <w:rPr>
          <w:b/>
        </w:rPr>
        <w:t xml:space="preserve">[23:03] </w:t>
      </w:r>
      <w:r>
        <w:t>Allah hamari duaon ko qabool kare.</w:t>
      </w:r>
    </w:p>
    <w:p>
      <w:pPr>
        <w:jc w:val="right"/>
      </w:pPr>
      <w:r>
        <w:t>اللہ ہماری دعاؤں کو قبول کرے۔</w:t>
      </w:r>
    </w:p>
    <w:p>
      <w:r>
        <w:rPr>
          <w:b/>
        </w:rPr>
        <w:t xml:space="preserve">[23:06] </w:t>
      </w:r>
      <w:r>
        <w:t>ameen. assalam o alaikum.</w:t>
      </w:r>
    </w:p>
    <w:p>
      <w:pPr>
        <w:jc w:val="right"/>
      </w:pPr>
      <w:r>
        <w:t>آمین۔ السلام علیکم۔</w:t>
      </w:r>
    </w:p>
    <w:p>
      <w:r>
        <w:rPr>
          <w:b/>
        </w:rPr>
        <w:t xml:space="preserve">[23:18] </w:t>
      </w:r>
      <w:r>
        <w:t>thank you Sarah for this enlightening session.</w:t>
      </w:r>
    </w:p>
    <w:p>
      <w:pPr>
        <w:jc w:val="right"/>
      </w:pPr>
      <w:r>
        <w:t>تھینک یو سارہ فار دس انلائٹننگ سیشن۔</w:t>
      </w:r>
    </w:p>
    <w:p>
      <w:r>
        <w:rPr>
          <w:b/>
        </w:rPr>
        <w:t xml:space="preserve">[23:27] </w:t>
      </w:r>
      <w:r>
        <w:t>question ke related aap ke paas koi question hai to mujhe whatsapp karein ya phir facebook ke comment section mein daal dein jis ka answer next session mein Sarah dengi.</w:t>
      </w:r>
    </w:p>
    <w:p>
      <w:pPr>
        <w:jc w:val="right"/>
      </w:pPr>
      <w:r>
        <w:t>کوئسچن کے ریلیٹڈ آپ کے پاس کوئی کوئسچن ہے تو مجھے واٹس ایپ کریں یا پھر فیس بک کے کمنٹ سیکشن میں ڈال دیں جس کا انسر نیکسٹ سیشن میں سارہ دیں گی۔</w:t>
      </w:r>
    </w:p>
    <w:p>
      <w:r>
        <w:rPr>
          <w:b/>
        </w:rPr>
        <w:t xml:space="preserve">[23:44] </w:t>
      </w:r>
      <w:r>
        <w:t>ab ek pichli class ka sawal hai, apa is ka jawab ab yeh session mein dena hai na? haan Sarah,</w:t>
      </w:r>
    </w:p>
    <w:p>
      <w:pPr>
        <w:jc w:val="right"/>
      </w:pPr>
      <w:r>
        <w:t>اب ایک پچھلی کلاس کا سوال ہے، آپا اس کا جواب اب یہ سیشن میں دینا ہے نا؟ ہاں سارہ،</w:t>
      </w:r>
    </w:p>
    <w:p>
      <w:r>
        <w:rPr>
          <w:b/>
        </w:rPr>
        <w:t xml:space="preserve">[23:55] </w:t>
      </w:r>
      <w:r>
        <w:t>kab shuru karna hai is ko? ji, aap aap shuru kar dein. achha, yeh sawal Miss Raaziya ka tha pichhli class ko le ke.</w:t>
      </w:r>
    </w:p>
    <w:p>
      <w:pPr>
        <w:jc w:val="right"/>
      </w:pPr>
      <w:r>
        <w:t>کب شروع کرنا ہے اس کو؟ جی، آپ آپ شروع کر دیں۔ اچھا، یہ سوال مس راضیہ کا تھا پچھلی کلاس کو لے کے۔</w:t>
      </w:r>
    </w:p>
    <w:p>
      <w:r>
        <w:rPr>
          <w:b/>
        </w:rPr>
        <w:t xml:space="preserve">[24:07] </w:t>
      </w:r>
      <w:r>
        <w:t>unhon ne poocha hai ke "jhagda jo ghusse ki wajah se barh jata hai,</w:t>
      </w:r>
    </w:p>
    <w:p>
      <w:pPr>
        <w:jc w:val="right"/>
      </w:pPr>
      <w:r>
        <w:t>انہوں نے پوچھا ہے کہ "جھگڑا جو غصے کی وجہ سے بڑھ جاتا ہے،</w:t>
      </w:r>
    </w:p>
    <w:p>
      <w:r>
        <w:rPr>
          <w:b/>
        </w:rPr>
        <w:t xml:space="preserve">[24:13] </w:t>
      </w:r>
      <w:r>
        <w:t>kya ghussa hamare pure nature ka part hai? agar nahin to phir is ki de-conditioning kaise ki jaye?" yeh sawal tha jo mujhe whatsapp par aaya tha.</w:t>
      </w:r>
    </w:p>
    <w:p>
      <w:pPr>
        <w:jc w:val="right"/>
      </w:pPr>
      <w:r>
        <w:t>کیا غصہ ہمارے پیور نیچر کا پارٹ ہے؟ اگر نہیں تو پھر اس کی ڈی کنڈیشننگ کیسے کی جائے؟" یہ سوال تھا جو مجھے واٹس ایپ پر آیا تھا۔</w:t>
      </w:r>
    </w:p>
    <w:p>
      <w:r>
        <w:rPr>
          <w:b/>
        </w:rPr>
        <w:t xml:space="preserve">[24:26] </w:t>
      </w:r>
      <w:r>
        <w:t>dekhiye, ghussa yani anger,</w:t>
      </w:r>
    </w:p>
    <w:p>
      <w:pPr>
        <w:jc w:val="right"/>
      </w:pPr>
      <w:r>
        <w:t>دیکھیے، غصہ یعنی اینگر،</w:t>
      </w:r>
    </w:p>
    <w:p>
      <w:r>
        <w:rPr>
          <w:b/>
        </w:rPr>
        <w:t xml:space="preserve">[24:30] </w:t>
      </w:r>
      <w:r>
        <w:t>all emotions are given by Allah. saari feelings jo hamein hain woh Allah ke diye hue hain. jo Allah ne nahin diye woh hum khud create nahin kar sakte aur mehsoos nahin kar sakte.</w:t>
      </w:r>
    </w:p>
    <w:p>
      <w:pPr>
        <w:jc w:val="right"/>
      </w:pPr>
      <w:r>
        <w:t>ال ایموشنز ار گیون بائے اللہ۔ ساری فیلنگز جو ہمیں ہیں وہ اللہ کے دیے ہوئے ہیں۔ جو اللہ نے نہیں دیے وہ ہم خود کریٹ نہیں کر سکتے اور محسوس نہیں کر سکتے۔</w:t>
      </w:r>
    </w:p>
    <w:p>
      <w:r>
        <w:rPr>
          <w:b/>
        </w:rPr>
        <w:t xml:space="preserve">[24:44] </w:t>
      </w:r>
      <w:r>
        <w:t>but jo bhi Allah ne diye hain, they are given for a purpose.</w:t>
      </w:r>
    </w:p>
    <w:p>
      <w:pPr>
        <w:jc w:val="right"/>
      </w:pPr>
      <w:r>
        <w:t>بٹ جو بھی اللہ نے دیے ہیں، دے ار گیون فار اے پرپس۔</w:t>
      </w:r>
    </w:p>
    <w:p>
      <w:r>
        <w:rPr>
          <w:b/>
        </w:rPr>
        <w:t xml:space="preserve">[24:51] </w:t>
      </w:r>
      <w:r>
        <w:t>its misuse or wrong application is what is harmful.</w:t>
      </w:r>
    </w:p>
    <w:p>
      <w:pPr>
        <w:jc w:val="right"/>
      </w:pPr>
      <w:r>
        <w:t>اٹس مس یوز اور رونگ ایپلیکیشن از واٹ از ہارم فل۔</w:t>
      </w:r>
    </w:p>
    <w:p>
      <w:r>
        <w:rPr>
          <w:b/>
        </w:rPr>
        <w:t xml:space="preserve">[24:58] </w:t>
      </w:r>
      <w:r>
        <w:t>to Quran se main batati hoon, batati hoon. chapter three verse 112 mein Allah ghazab, Allah ke raat ki baat ki gayi hai ghusse ki.</w:t>
      </w:r>
    </w:p>
    <w:p>
      <w:pPr>
        <w:jc w:val="right"/>
      </w:pPr>
      <w:r>
        <w:t>تو قرآن سے میں بتاتی ہوں، بتاتی ہوں۔ چیپٹر تھری ورس 112 میں اللہ غضب، اللہ کے رات کی بات کی گئی ہے غصے کی۔</w:t>
      </w:r>
    </w:p>
    <w:p>
      <w:r>
        <w:rPr>
          <w:b/>
        </w:rPr>
        <w:t xml:space="preserve">[25:09] </w:t>
      </w:r>
      <w:r>
        <w:t>they have incurred God's wrath, woh Allah ke ghazab ke mustahiq ho gaye.</w:t>
      </w:r>
    </w:p>
    <w:p>
      <w:pPr>
        <w:jc w:val="right"/>
      </w:pPr>
      <w:r>
        <w:t>دے ہیو انکرڈ گاڈز رات، وہ اللہ کے غضب کے مستحق ہو گئے۔</w:t>
      </w:r>
    </w:p>
    <w:p>
      <w:r>
        <w:rPr>
          <w:b/>
        </w:rPr>
        <w:t xml:space="preserve">[25:14] </w:t>
      </w:r>
      <w:r>
        <w:t>to dekhiye, Allah ka ghussa. phir Prophet ki life mein bhi kuch hain aise incidents jab Prophet (SAW) ko ghussa aaya tha.</w:t>
      </w:r>
    </w:p>
    <w:p>
      <w:pPr>
        <w:jc w:val="right"/>
      </w:pPr>
      <w:r>
        <w:t>تو دیکھیے، اللہ کا غصہ۔ پھر پرافٹ کی لائف میں بھی کچھ ہیں ایسے انسیڈنٹس جب پرافٹ صلی اللہ علیہ وسلم کو غصہ آیا تھا۔</w:t>
      </w:r>
    </w:p>
    <w:p>
      <w:r>
        <w:rPr>
          <w:b/>
        </w:rPr>
        <w:t xml:space="preserve">[25:24] </w:t>
      </w:r>
      <w:r>
        <w:t>ek waqea hai jab kisi Sahabi ne aa kar Prophet se poocha ke "hum mushrikeen ka zulm kab tak sahein ge?" to Prophet (SAW) ko ghussa aaya, aap ka chehra surkh ho gaya aur aap ne kaha ke "Allah ne to hamein bohat achhe halaat mein rakha hai, hum par aisi halatein nahin aa</w:t>
      </w:r>
    </w:p>
    <w:p>
      <w:pPr>
        <w:jc w:val="right"/>
      </w:pPr>
      <w:r>
        <w:t>ایک واقعہ ہے جب کسی صحابی نے آ کر پرافٹ سے پوچھا کہ "ہم مشرکین کا ظلم کب تک سہیں گے؟" تو پرافٹ صلی اللہ علیہ وسلم کو غصہ آیا، آپ کا چہرہ سرخ ہو گیا اور آپ نے کہا کہ "اللہ نے تو ہمیں بہت اچھے حالات میں رکھا ہے، ہم پر ایسی حالتیں نہیں آ</w:t>
      </w:r>
    </w:p>
    <w:p>
      <w:r>
        <w:rPr>
          <w:b/>
        </w:rPr>
        <w:t xml:space="preserve">[25:45] </w:t>
      </w:r>
      <w:r>
        <w:t>rahi hain jo pehle paighambaron par aayi thin." to ab is ke baad kya dekhna hai? to ghussa is we can make caught, Allah ka di hui feeling hai.</w:t>
      </w:r>
    </w:p>
    <w:p>
      <w:pPr>
        <w:jc w:val="right"/>
      </w:pPr>
      <w:r>
        <w:t>رہی ہیں جو پہلے پیغمبروں پر آئی تھیں۔" تو اب اس کے بعد کیا دیکھنا ہے؟ تو غصہ از وی کین میک کاٹ، اللہ کا دی ہوئی فیلنگ ہے۔</w:t>
      </w:r>
    </w:p>
    <w:p>
      <w:r>
        <w:rPr>
          <w:b/>
        </w:rPr>
        <w:t xml:space="preserve">[25:55] </w:t>
      </w:r>
      <w:r>
        <w:t>but jo hamara reaction hota hai anger ko, woh hamare control karne ki cheez hai aur a matter of choice hai.</w:t>
      </w:r>
    </w:p>
    <w:p>
      <w:pPr>
        <w:jc w:val="right"/>
      </w:pPr>
      <w:r>
        <w:t>بٹ جو ہمارا ری ایکشن ہوتا ہے اینگر کو، وہ ہمارے کنٹرول کرنے کی چیز ہے اور اے میٹر آف چوائس ہے۔</w:t>
      </w:r>
    </w:p>
    <w:p>
      <w:r>
        <w:rPr>
          <w:b/>
        </w:rPr>
        <w:t xml:space="preserve">[26:08] </w:t>
      </w:r>
      <w:r>
        <w:t>that is where we have to apply our free will, or control. dekhiye, main is yeh is baat se pata chalta hai ke it is to do with our own choice.</w:t>
      </w:r>
    </w:p>
    <w:p>
      <w:pPr>
        <w:jc w:val="right"/>
      </w:pPr>
      <w:r>
        <w:t>دیٹ از ویئر وی ہیو ٹو اپلائی اور فری ول، اور کنٹرول۔ دیکھیے، میں اس یہ اس بات سے پتہ چلتا ہے کہ اٹ از ٹو ڈو ود اور اون چوائس۔</w:t>
      </w:r>
    </w:p>
    <w:p>
      <w:r>
        <w:rPr>
          <w:b/>
        </w:rPr>
        <w:t xml:space="preserve">[26:20] </w:t>
      </w:r>
      <w:r>
        <w:t>kyun ke hum dekhte hain ke ghusse ka reaction log alag alag tareeqe se karte hain.</w:t>
      </w:r>
    </w:p>
    <w:p>
      <w:pPr>
        <w:jc w:val="right"/>
      </w:pPr>
      <w:r>
        <w:t>کیونکہ ہم دیکھتے ہیں کہ غصے کا ری ایکشن لوگ الگ الگ طریقے سے کرتے ہیں۔</w:t>
      </w:r>
    </w:p>
    <w:p>
      <w:r>
        <w:rPr>
          <w:b/>
        </w:rPr>
        <w:t xml:space="preserve">[26:27] </w:t>
      </w:r>
      <w:r>
        <w:t>koi chalane lagta hai, ghussa aa gaya to koi violent ho jata hai, koi chup ho jata hai. hmm to everybody behaves according to the personality they have built.</w:t>
      </w:r>
    </w:p>
    <w:p>
      <w:pPr>
        <w:jc w:val="right"/>
      </w:pPr>
      <w:r>
        <w:t>کوئی چلانے لگتا ہے، غصہ آ گیا تو کوئی وائلنٹ ہو جاتا ہے، کوئی چپ ہو جاتا ہے۔ ہمم تو ایوری باڈی بیہیوز اکارڈنگ ٹو دا پرسنیلٹی دے ہیو بلٹ۔</w:t>
      </w:r>
    </w:p>
    <w:p>
      <w:r>
        <w:rPr>
          <w:b/>
        </w:rPr>
        <w:t xml:space="preserve">[26:41] </w:t>
      </w:r>
      <w:r>
        <w:t>ab is reaction ke liye hamein Quran aur Hadees se rehnumai hai.</w:t>
      </w:r>
    </w:p>
    <w:p>
      <w:pPr>
        <w:jc w:val="right"/>
      </w:pPr>
      <w:r>
        <w:t>اب اس ری ایکشن کے لیے ہمیں قرآن اور حدیث سے رہنمائی ہے۔</w:t>
      </w:r>
    </w:p>
    <w:p>
      <w:r>
        <w:rPr>
          <w:b/>
        </w:rPr>
        <w:t xml:space="preserve">[26:46] </w:t>
      </w:r>
      <w:r>
        <w:t>Quran mein Surah Al-Imran mein bataya gaya hai aur ghusse ko peene wale log. hmm poori ayat nahin parh rahi hoon, main ayat number 134 hai.</w:t>
      </w:r>
    </w:p>
    <w:p>
      <w:pPr>
        <w:jc w:val="right"/>
      </w:pPr>
      <w:r>
        <w:t>قرآن میں سورہ ال عمران میں بتایا گیا ہے اور غصے کو پی جانے والے لوگ۔ ہمم پوری آیت نہیں پڑھ رہی ہوں، میں آیت نمبر 134 ہے۔</w:t>
      </w:r>
    </w:p>
    <w:p>
      <w:r>
        <w:rPr>
          <w:b/>
        </w:rPr>
        <w:t xml:space="preserve">[26:58] </w:t>
      </w:r>
      <w:r>
        <w:t>ghusse ko peene wale hain yani ghussa aata hai lekin pi jaate hain, is reaction nahin karte hain, galat kuch bhi nahin karte hain.</w:t>
      </w:r>
    </w:p>
    <w:p>
      <w:pPr>
        <w:jc w:val="right"/>
      </w:pPr>
      <w:r>
        <w:t>غصے کو پی جانے والے ہیں یعنی غصہ آتا ہے لیکن پی جاتے ہیں، اس ری ایکشن نہیں کرتے ہیں، غلط کچھ بھی نہیں کرتے ہیں۔</w:t>
      </w:r>
    </w:p>
    <w:p>
      <w:r>
        <w:rPr>
          <w:b/>
        </w:rPr>
        <w:t xml:space="preserve">[27:09] </w:t>
      </w:r>
      <w:r>
        <w:t>ghussa aane par</w:t>
      </w:r>
    </w:p>
    <w:p>
      <w:pPr>
        <w:jc w:val="right"/>
      </w:pPr>
      <w:r>
        <w:t>غصہ آنے پر</w:t>
      </w:r>
    </w:p>
    <w:p>
      <w:r>
        <w:rPr>
          <w:b/>
        </w:rPr>
        <w:t xml:space="preserve">[27:10] </w:t>
      </w:r>
      <w:r>
        <w:t>ek aur Surah Shura ki ayat hai 37. jab unhein ghussa aata hai to maaf kar dete hain. to ghussa aata hai lekin maaf kar dete hain.</w:t>
      </w:r>
    </w:p>
    <w:p>
      <w:pPr>
        <w:jc w:val="right"/>
      </w:pPr>
      <w:r>
        <w:t>ایک اور سورہ شوری کی آیت ہے 37۔ جب انہیں غصہ آتا ہے تو معاف کر دیتے ہیں۔ تو غصہ آتا ہے لیکن معاف کر دیتے ہیں۔</w:t>
      </w:r>
    </w:p>
    <w:p>
      <w:r>
        <w:rPr>
          <w:b/>
        </w:rPr>
        <w:t xml:space="preserve">[27:23] </w:t>
      </w:r>
      <w:r>
        <w:t>to isi tarah ahadees bhi hain. Rasool Allah ne farmaya: "taqatwar woh nahin hai jo apne muqabil ko pachhar de, balke taqatwar woh hai jo ghusse ki halat mein</w:t>
      </w:r>
    </w:p>
    <w:p>
      <w:pPr>
        <w:jc w:val="right"/>
      </w:pPr>
      <w:r>
        <w:t>تو اسی طرح احادیث بھی ہیں۔ رسول اللہ نے فرمایا: "طاقتور وہ نہیں ہے جو اپنے مقابل کو پچھاڑ دے، بلکہ طاقتور وہ ہے جو غصے کی حالت میں</w:t>
      </w:r>
    </w:p>
    <w:p>
      <w:r>
        <w:rPr>
          <w:b/>
        </w:rPr>
        <w:t xml:space="preserve">[27:38] </w:t>
      </w:r>
      <w:r>
        <w:t>apne aap par qabu pa le." ek aur hadees hai: "banda kisi cheez ka aisa koi ghoont nahin peeta jo Allah Ta'ala ke nazdeek ghusse ka ghoont peene se behtar ho, jis ko woh sirf Allah Ta'ala ki raza ke liye pi jaye."</w:t>
      </w:r>
    </w:p>
    <w:p>
      <w:pPr>
        <w:jc w:val="right"/>
      </w:pPr>
      <w:r>
        <w:t>اپنے آپ پر قابو پا لے۔" ایک اور حدیث ہے: "بندہ کسی چیز کا ایسا کوئی گھونٹ نہیں پیتا جو اللہ تعالی کے نزدیک غصے کا گھونٹ پینے سے بہتر ہو، جس کو وہ محض اللہ تعالی کی رضا کے لیے پی جائے۔"</w:t>
      </w:r>
    </w:p>
    <w:p>
      <w:r>
        <w:rPr>
          <w:b/>
        </w:rPr>
        <w:t xml:space="preserve">[27:57] </w:t>
      </w:r>
      <w:r>
        <w:t>to yeh hui rehnumai Quran aur Hadees ki. ab do aur usool hum saamne rakh sakte hain ghusse ko le kar. woh yeh, woh yeh ke one should always give a response</w:t>
      </w:r>
    </w:p>
    <w:p>
      <w:pPr>
        <w:jc w:val="right"/>
      </w:pPr>
      <w:r>
        <w:t>تو یہ ہوئی رہنمائی قرآن اور حدیث کی۔ اب دو اور اصول ہم سامنے رکھ سکتے ہیں غصے کو لے کر۔ وہ یہ، وہ یہ کہ ون شوڈ الویز گیو ا ریسپانس</w:t>
      </w:r>
    </w:p>
    <w:p>
      <w:r>
        <w:rPr>
          <w:b/>
        </w:rPr>
        <w:t xml:space="preserve">[28:14] </w:t>
      </w:r>
      <w:r>
        <w:t>thinking about it. ghusse ka response planned action hona chahiye, immediate reaction nahin. kyun ke ghusse mein kuch bhi bol, um alfaaz nikal sakte hain, kuch bhi galat salat ho sakta hai.</w:t>
      </w:r>
    </w:p>
    <w:p>
      <w:pPr>
        <w:jc w:val="right"/>
      </w:pPr>
      <w:r>
        <w:t>تھنکنگ اباؤٹ اٹ۔ غصے کا ریسپانس پلانڈ ایکشن ہونا چاہیے، امیڈیٹ ری ایکشن نہیں۔ کیونکہ غصے میں کچھ بھی بول، ام الفاظ نکل سکتے ہیں، کچھ بھی غلط سلط ہو سکتا ہے۔</w:t>
      </w:r>
    </w:p>
    <w:p>
      <w:r>
        <w:rPr>
          <w:b/>
        </w:rPr>
        <w:t xml:space="preserve">[28:28] </w:t>
      </w:r>
      <w:r>
        <w:t>to is is waqt khamosh ho jana chahiye, lekin baad mein is ko</w:t>
      </w:r>
    </w:p>
    <w:p>
      <w:pPr>
        <w:jc w:val="right"/>
      </w:pPr>
      <w:r>
        <w:t>تو اس اس وقت خاموش ہو جانا چاہیے، لیکن بعد میں اس کو</w:t>
      </w:r>
    </w:p>
    <w:p>
      <w:r>
        <w:rPr>
          <w:b/>
        </w:rPr>
        <w:t xml:space="preserve">[28:33] </w:t>
      </w:r>
      <w:r>
        <w:t>bolne ki zaroorat ho, kuch karne ki zaroorat ho to it should be a planned action, not a immediate reaction. doosra usool bana banana hai, woh yeh ke hum na usool, agar usool ki usool ke liye ghussa karna hai, apni zaat ko le kar nahin.</w:t>
      </w:r>
    </w:p>
    <w:p>
      <w:pPr>
        <w:jc w:val="right"/>
      </w:pPr>
      <w:r>
        <w:t>بولنے کی ضرورت ہو، کچھ کرنے کی ضرورت ہو تو اٹ شوڈ بی ا پلانڈ ایکشن، ناٹ ا امیڈیٹ ری ایکشن۔ دوسرا اصول بنا بنانا ہے، وہ یہ کہ ہم نا اصول، اگر اصول کی اصول کے لیے غصہ کرنا ہے، اپنی ذات کو لے کر نہیں۔</w:t>
      </w:r>
    </w:p>
    <w:p>
      <w:r>
        <w:rPr>
          <w:b/>
        </w:rPr>
        <w:t xml:space="preserve">[28:53] </w:t>
      </w:r>
      <w:r>
        <w:t>this is another important thing. is ki misaal se hum samajh sakte hain. dekhiye, agar kisi ne mujh par comment kar diya ke aap woh bohat mamooli kapre kyun pehenti hain?</w:t>
      </w:r>
    </w:p>
    <w:p>
      <w:pPr>
        <w:jc w:val="right"/>
      </w:pPr>
      <w:r>
        <w:t>دس از انادر امپورٹنٹ تھنگ۔ اس کی مثال سے ہم سمجھ سکتے ہیں۔ دیکھیے، اگر کسی نے مجھ پر کمنٹ کر دیا کہ آپ وہ بہت معمولی کپڑے کیوں پہنتی ہیں؟</w:t>
      </w:r>
    </w:p>
    <w:p>
      <w:r>
        <w:rPr>
          <w:b/>
        </w:rPr>
        <w:t xml:space="preserve">[29:06] </w:t>
      </w:r>
      <w:r>
        <w:t>hmm kuch tone bhi aisa tha ke woh kuch is ko positively nahin bol rahe thay, un ko woh negative dikhai de raha tha.</w:t>
      </w:r>
    </w:p>
    <w:p>
      <w:pPr>
        <w:jc w:val="right"/>
      </w:pPr>
      <w:r>
        <w:t>ہمم کچھ ٹون بھی ایسا تھا کہ وہ کچھ اس کو پوزیٹیولی نہیں بول رہے تھے، ان کو وہ نیگیٹیو دکھائی دے رہا تھا۔</w:t>
      </w:r>
    </w:p>
    <w:p>
      <w:r>
        <w:rPr>
          <w:b/>
        </w:rPr>
        <w:t xml:space="preserve">[29:13] </w:t>
      </w:r>
      <w:r>
        <w:t>to ab mujhe is par ghussa nahin aana chahiye, kyun ke pehle se meri mental preparedness hai ke main kaun si ghair mamooli hasti hoon ke mamooli kapre mujhe match na karein.</w:t>
      </w:r>
    </w:p>
    <w:p>
      <w:pPr>
        <w:jc w:val="right"/>
      </w:pPr>
      <w:r>
        <w:t>تو اب مجھے اس پر غصہ نہیں آنا چاہیے، کیونکہ پہلے سے میری مینٹل پریپیئرنس ہے کہ میں کون سی غیر معمولی ہستی ہوں کہ معمولی کپڑے مجھے میچ نہ کریں۔</w:t>
      </w:r>
    </w:p>
    <w:p>
      <w:r>
        <w:rPr>
          <w:b/>
        </w:rPr>
        <w:t xml:space="preserve">[29:25] </w:t>
      </w:r>
      <w:r>
        <w:t>match for each other hai, koi baat nahin. it should not hurt me. koi ghussa nahin aana chahiye mujhe is ko le kar.</w:t>
      </w:r>
    </w:p>
    <w:p>
      <w:pPr>
        <w:jc w:val="right"/>
      </w:pPr>
      <w:r>
        <w:t>میٹ فار ایچ ادر ہے، کوئی بات نہیں۔ اٹ شوڈ ناٹ ہرٹ می۔ کوئی غصہ نہیں آنا چاہیے مجھے اس کو لے کر۔</w:t>
      </w:r>
    </w:p>
    <w:p>
      <w:r>
        <w:rPr>
          <w:b/>
        </w:rPr>
        <w:t xml:space="preserve">[29:32] </w:t>
      </w:r>
      <w:r>
        <w:t>this is about my personal. lekin agar kisi ne in general keh diya ke sadgi koi achi cheez nahin hai, hmm sadgi to humein in, humein upset hona chahiye.</w:t>
      </w:r>
    </w:p>
    <w:p>
      <w:pPr>
        <w:jc w:val="right"/>
      </w:pPr>
      <w:r>
        <w:t>دس از اباؤٹ مائی پرسنل۔ لیکن اگر کسی نے ان جنرل کہہ دیا کہ سادگی کوئی اچھی چیز نہیں ہے، ہمم سادگی تو ہمیں ان، ہمیں اپسیٹ ہونا چاہیے۔</w:t>
      </w:r>
    </w:p>
    <w:p>
      <w:r>
        <w:rPr>
          <w:b/>
        </w:rPr>
        <w:t xml:space="preserve">[29:46] </w:t>
      </w:r>
      <w:r>
        <w:t>otherwise is ka matlab hai ke hum agree kar rahe hain is baat se ke sadgi koi achi cheez nahin. to in a planned and control way unhein batana chahiye ke sadgi ek aisi cheez hai</w:t>
      </w:r>
    </w:p>
    <w:p>
      <w:pPr>
        <w:jc w:val="right"/>
      </w:pPr>
      <w:r>
        <w:t>ادروائز اس کا مطلب ہے کہ ہم ایگری کر رہے ہیں اس بات سے کہ سادگی کوئی اچھی چیز نہیں۔ تو ان ا پلانڈ اینڈ کنٹرول وے انہیں بتانا چاہیے کہ سادگی ایک ایسی چیز ہے</w:t>
      </w:r>
    </w:p>
    <w:p>
      <w:r>
        <w:rPr>
          <w:b/>
        </w:rPr>
        <w:t xml:space="preserve">[29:59] </w:t>
      </w:r>
      <w:r>
        <w:t>ke jab insaan saada saada zindagi guzarta hai to woh apna waqt aur apne resources bare bare aala kaam ke liye istemal karta hai.</w:t>
      </w:r>
    </w:p>
    <w:p>
      <w:pPr>
        <w:jc w:val="right"/>
      </w:pPr>
      <w:r>
        <w:t>کہ جب انسان سادہ سادی زندگی گزارتا ہے تو وہ اپنا وقت اور اپنے ریسورسز بڑے بڑے اعلیٰ کاموں کے لیے استعمال کرتا ہے۔</w:t>
      </w:r>
    </w:p>
    <w:p>
      <w:r>
        <w:rPr>
          <w:b/>
        </w:rPr>
        <w:t xml:space="preserve">[30:10] </w:t>
      </w:r>
      <w:r>
        <w:t>to sadgi hi foundation hai jis se aala kaam hote hain. lekin unhon ne keh diya ke sadgi koi achi cheez nahin hai ya mamooli cheez hai ya</w:t>
      </w:r>
    </w:p>
    <w:p>
      <w:pPr>
        <w:jc w:val="right"/>
      </w:pPr>
      <w:r>
        <w:t>تو سادگی ہی فاؤنڈیشن ہے جس سے اعلیٰ کام ہوتے ہیں۔ لیکن انہوں نے کہہ دیا کہ سادگی کوئی اچھی چیز نہیں ہے یا معمولی چیز ہے یا</w:t>
      </w:r>
    </w:p>
    <w:p>
      <w:r>
        <w:rPr>
          <w:b/>
        </w:rPr>
        <w:t xml:space="preserve">[30:20] </w:t>
      </w:r>
      <w:r>
        <w:t>aisi qadar karne wali cheez nahin hai.</w:t>
      </w:r>
    </w:p>
    <w:p>
      <w:pPr>
        <w:jc w:val="right"/>
      </w:pPr>
      <w:r>
        <w:t>ایسی قدر کرنے والی چیز نہیں ہے۔</w:t>
      </w:r>
    </w:p>
    <w:p>
      <w:r>
        <w:rPr>
          <w:b/>
        </w:rPr>
        <w:t xml:space="preserve">[30:25] </w:t>
      </w:r>
      <w:r>
        <w:t>this is a, yahan par hum react planned action kar sakte hain, lekin apni zaat ko le ke koi kuch keh raha hai, koi har cheez pe ghussa hona, apni jo feeling hai, usay thora sa bhi kisi ne khilaf keh diya to ghussa hona.</w:t>
      </w:r>
    </w:p>
    <w:p>
      <w:pPr>
        <w:jc w:val="right"/>
      </w:pPr>
      <w:r>
        <w:t>دس از ا، یہاں پر ہم ری ایکٹ پلانڈ ایکشن کر سکتے ہیں، لیکن اپنی ذات کو لے کے کوئی کچھ کہہ رہا ہے، کوئی ہر چیز پہ غصہ ہونا، اپنی جو فیلنگ ہے، اسے تھوڑا سا بھی کسی نے خلاف کہہ دیا تو غصہ ہونا۔</w:t>
      </w:r>
    </w:p>
    <w:p>
      <w:r>
        <w:rPr>
          <w:b/>
        </w:rPr>
        <w:t xml:space="preserve">[30:39] </w:t>
      </w:r>
      <w:r>
        <w:t>this is not a</w:t>
      </w:r>
    </w:p>
    <w:p>
      <w:pPr>
        <w:jc w:val="right"/>
      </w:pPr>
      <w:r>
        <w:t>دس از ناٹ ا</w:t>
      </w:r>
    </w:p>
    <w:p>
      <w:r>
        <w:rPr>
          <w:b/>
        </w:rPr>
        <w:t xml:space="preserve">[30:41] </w:t>
      </w:r>
      <w:r>
        <w:t>the way of an intellectually developed person. to yeh do usoolon ke sath meri baat khatam hui.</w:t>
      </w:r>
    </w:p>
    <w:p>
      <w:pPr>
        <w:jc w:val="right"/>
      </w:pPr>
      <w:r>
        <w:t>دا وے اف این انٹلیکچولی ڈیولپڈ پرسن۔ تو یہ دو اصولوں کے ساتھ میری بات ختم ہوئی۔</w:t>
      </w:r>
    </w:p>
    <w:p>
      <w:r>
        <w:rPr>
          <w:b/>
        </w:rPr>
        <w:t xml:space="preserve">[30:51] </w:t>
      </w:r>
      <w:r>
        <w:t>ab further reading ke liye march issue ka jo hai, spirit of islam ah magazine mein qna hai Maulana sahib ke sath.</w:t>
      </w:r>
    </w:p>
    <w:p>
      <w:pPr>
        <w:jc w:val="right"/>
      </w:pPr>
      <w:r>
        <w:t>اب فردر ریڈنگ کے لیے مارچ ایشو کا جو ہے، سپرٹ آف اسلام اہ میگزین میں کیو این اے ہے مولانا صاحب کے ساتھ۔</w:t>
      </w:r>
    </w:p>
    <w:p>
      <w:r>
        <w:rPr>
          <w:b/>
        </w:rPr>
        <w:t xml:space="preserve">[31:01] </w:t>
      </w:r>
      <w:r>
        <w:t>sawal hai kisi ka: "how do i control my anger?" Maulana sahib ka jawab hai: "is ko aap</w:t>
      </w:r>
    </w:p>
    <w:p>
      <w:pPr>
        <w:jc w:val="right"/>
      </w:pPr>
      <w:r>
        <w:t>سوال ہے کسی کا: "ہاؤ ڈو ائی کنٹرول مائی اینگر؟" مولانا صاحب کا جواب ہے: "اس کو آپ</w:t>
      </w:r>
    </w:p>
    <w:p>
      <w:r>
        <w:rPr>
          <w:b/>
        </w:rPr>
        <w:t xml:space="preserve">[31:07] </w:t>
      </w:r>
      <w:r>
        <w:t>zarur parhein." hmm aur bhi spirit of islam mein search kiye to anger ko le ke aise sab cheezon ko le ke sawalat hain. bohat acha search option hai spirit of islam mein, is ka bharpoor istemal kijiye hafta bhar.</w:t>
      </w:r>
    </w:p>
    <w:p>
      <w:pPr>
        <w:jc w:val="right"/>
      </w:pPr>
      <w:r>
        <w:t>ضرور پڑھیں۔" ہمم اور بھی سپرٹ آف اسلام میں سرچ کیے تو اینگر کو لے کے ایسے سب چیزوں کو لے کے سوالات ہیں۔ بہت اچھا سرچ آپشن ہے سپرٹ آف اسلام میں، اس کا بھرپور استعمال کیجئے ہفتہ بھر۔</w:t>
      </w:r>
    </w:p>
    <w:p>
      <w:r>
        <w:rPr>
          <w:b/>
        </w:rPr>
        <w:t xml:space="preserve">[31:21] </w:t>
      </w:r>
      <w:r>
        <w:t>aur mazeed is topic par Maulana sahib ke, ah</w:t>
      </w:r>
    </w:p>
    <w:p>
      <w:pPr>
        <w:jc w:val="right"/>
      </w:pPr>
      <w:r>
        <w:t>اور مزید اس ٹاپک پر مولانا صاحب کے، اہ</w:t>
      </w:r>
    </w:p>
    <w:p>
      <w:r>
        <w:rPr>
          <w:b/>
        </w:rPr>
        <w:t xml:space="preserve">[31:26] </w:t>
      </w:r>
      <w:r>
        <w:t>jo Maulana sahib ki teachings hain, bohat clarity hai, bohat simple hain. mazeed is ka faida uthaein. jazak Allah.</w:t>
      </w:r>
    </w:p>
    <w:p>
      <w:pPr>
        <w:jc w:val="right"/>
      </w:pPr>
      <w:r>
        <w:t>جو مولانا صاحب کی ٹیچنگز ہیں، بہت کلیرٹی ہے، بہت سمپل ہیں۔ مزید اس کا فائدہ اٹھائیں۔ جزاک اللہ۔</w:t>
      </w:r>
    </w:p>
    <w:p>
      <w:r>
        <w:rPr>
          <w:b/>
        </w:rPr>
        <w:t xml:space="preserve">[31:40] </w:t>
      </w:r>
      <w:r>
        <w:t>jazak Allah Sarah.</w:t>
      </w:r>
    </w:p>
    <w:p>
      <w:pPr>
        <w:jc w:val="right"/>
      </w:pPr>
      <w:r>
        <w:t>جزاک اللہ سارہ۔</w:t>
      </w:r>
    </w:p>
    <w:p>
      <w:r>
        <w:rPr>
          <w:b/>
        </w:rPr>
        <w:t xml:space="preserve">[31:43] </w:t>
      </w:r>
      <w:r>
        <w:t>bohat hi achay se aaj humein samajh mein aya ke ghussay ke baray mein aur dua ke baray mein. ab hum session khatam karte hain.</w:t>
      </w:r>
    </w:p>
    <w:p>
      <w:pPr>
        <w:jc w:val="right"/>
      </w:pPr>
      <w:r>
        <w:t>بہت ہی اچھے سے آج ہمیں سمجھ میں آیا کہ غصے کے بارے میں اور دعا کے بارے میں۔ اب ہم سیشن ختم کرتے ہیں۔</w:t>
      </w:r>
    </w:p>
    <w:p>
      <w:r>
        <w:rPr>
          <w:b/>
        </w:rPr>
        <w:t xml:space="preserve">[31:55] </w:t>
      </w:r>
      <w:r>
        <w:t>assalam o alaikum. wa alaikum assalam.</w:t>
      </w:r>
    </w:p>
    <w:p>
      <w:pPr>
        <w:jc w:val="right"/>
      </w:pPr>
      <w:r>
        <w:t>السلام علیکم۔ وعلیکم السلام۔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