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Life After Death January 22, 2012</w:t>
      </w:r>
    </w:p>
    <w:p>
      <w:r>
        <w:t>https://youtu.be/5hVH1BLKBF4</w:t>
      </w:r>
    </w:p>
    <w:p>
      <w:r>
        <w:rPr>
          <w:b/>
        </w:rPr>
        <w:t xml:space="preserve">[00:36] </w:t>
      </w:r>
      <w:r>
        <w:t>aaj ka topic hai</w:t>
      </w:r>
    </w:p>
    <w:p>
      <w:pPr>
        <w:jc w:val="right"/>
      </w:pPr>
      <w:r>
        <w:t>آج کا ٹاپک ہے</w:t>
      </w:r>
    </w:p>
    <w:p>
      <w:r>
        <w:rPr>
          <w:b/>
        </w:rPr>
        <w:t xml:space="preserve">[00:41] </w:t>
      </w:r>
      <w:r>
        <w:t>"Life After Death", yani baad al maut, ya maut ke baad zindagi.</w:t>
      </w:r>
    </w:p>
    <w:p>
      <w:pPr>
        <w:jc w:val="right"/>
      </w:pPr>
      <w:r>
        <w:t>"Life After Death"، یعنی باس بعد الموت، یا موت کے بعد زندگی۔</w:t>
      </w:r>
    </w:p>
    <w:p>
      <w:r>
        <w:rPr>
          <w:b/>
        </w:rPr>
        <w:t xml:space="preserve">[00:58] </w:t>
      </w:r>
      <w:r>
        <w:t>dekhiye, death ka tasawwur aam taur par logon ke andar wazeh nahi hai.</w:t>
      </w:r>
    </w:p>
    <w:p>
      <w:pPr>
        <w:jc w:val="right"/>
      </w:pPr>
      <w:r>
        <w:t>دیکھیے، ڈیتھ کا تصور عام طور پر لوگوں کے اندر واضح نہیں ہے۔</w:t>
      </w:r>
    </w:p>
    <w:p>
      <w:r>
        <w:rPr>
          <w:b/>
        </w:rPr>
        <w:t xml:space="preserve">[01:09] </w:t>
      </w:r>
      <w:r>
        <w:t>agar aap dictionary dekhein ke death ka lafz nikalein dictionary mein, toh wahan likha hoga "The End of Life", khatma hayat.</w:t>
      </w:r>
    </w:p>
    <w:p>
      <w:pPr>
        <w:jc w:val="right"/>
      </w:pPr>
      <w:r>
        <w:t>اگر آپ ڈکشنری دیکھیں کہ ڈیتھ کا لفظ نکالیں ڈکشنری میں، تو وہاں لکھا ہوگا "The End of Life"، خاتمہ حیات۔</w:t>
      </w:r>
    </w:p>
    <w:p>
      <w:r>
        <w:rPr>
          <w:b/>
        </w:rPr>
        <w:t xml:space="preserve">[01:25] </w:t>
      </w:r>
      <w:r>
        <w:t>magar yeh baat bilkul waqe ke khilaf hai, kyunke maut ek nayi zindagi ka aaghaz hai, "Beginning of a New Life" hai,</w:t>
      </w:r>
    </w:p>
    <w:p>
      <w:pPr>
        <w:jc w:val="right"/>
      </w:pPr>
      <w:r>
        <w:t>مگر یہ بات بالکل واقعے کے خلاف ہے، کیونکہ موت ایک نئی زندگی کا آغاز ہے، "Beginning of a New Life" ہے،</w:t>
      </w:r>
    </w:p>
    <w:p>
      <w:r>
        <w:rPr>
          <w:b/>
        </w:rPr>
        <w:t xml:space="preserve">[01:42] </w:t>
      </w:r>
      <w:r>
        <w:t>zindagi ka khatma nahi hai.</w:t>
      </w:r>
    </w:p>
    <w:p>
      <w:pPr>
        <w:jc w:val="right"/>
      </w:pPr>
      <w:r>
        <w:t>زندگی کا خاتمہ نہیں ہے۔</w:t>
      </w:r>
    </w:p>
    <w:p>
      <w:r>
        <w:rPr>
          <w:b/>
        </w:rPr>
        <w:t xml:space="preserve">[01:46] </w:t>
      </w:r>
      <w:r>
        <w:t>kaisi ajeeb baat hai ke sab se bari haqeeqat bilashuba maut hai,</w:t>
      </w:r>
    </w:p>
    <w:p>
      <w:pPr>
        <w:jc w:val="right"/>
      </w:pPr>
      <w:r>
        <w:t>کیسی عجیب بات ہے کہ سب سے بڑی حقیقت بلاشبہ موت ہے،</w:t>
      </w:r>
    </w:p>
    <w:p>
      <w:r>
        <w:rPr>
          <w:b/>
        </w:rPr>
        <w:t xml:space="preserve">[01:52] </w:t>
      </w:r>
      <w:r>
        <w:t>isi ko insan bhoola hua rehta hai.</w:t>
      </w:r>
    </w:p>
    <w:p>
      <w:pPr>
        <w:jc w:val="right"/>
      </w:pPr>
      <w:r>
        <w:t>اسی کو انسان بھولا ہوا رہتا ہے۔</w:t>
      </w:r>
    </w:p>
    <w:p>
      <w:r>
        <w:rPr>
          <w:b/>
        </w:rPr>
        <w:t xml:space="preserve">[02:01] </w:t>
      </w:r>
      <w:r>
        <w:t>bohat hi ajeeb baat hai. Quran mein ek hi ayat, wohi nahi, alfaaz mein do jagah ayi hai: surah al-imran mein, surah al-anbiya mein.</w:t>
      </w:r>
    </w:p>
    <w:p>
      <w:pPr>
        <w:jc w:val="right"/>
      </w:pPr>
      <w:r>
        <w:t>بہت ہی عجیب بات ہے۔ قرآن میں ایک ہی آیت، وہی نہیں، الفاظ میں دو جگہ آئی ہے: سورہ آل عمران میں، سورہ الانبیاء میں۔</w:t>
      </w:r>
    </w:p>
    <w:p>
      <w:r>
        <w:rPr>
          <w:b/>
        </w:rPr>
        <w:t xml:space="preserve">[02:15] </w:t>
      </w:r>
      <w:r>
        <w:t>"kullu nafsin zaa'iqatul maut"</w:t>
      </w:r>
    </w:p>
    <w:p>
      <w:pPr>
        <w:jc w:val="right"/>
      </w:pPr>
      <w:r>
        <w:t>"كل نفس ذائقة الموت"</w:t>
      </w:r>
    </w:p>
    <w:p>
      <w:r>
        <w:rPr>
          <w:b/>
        </w:rPr>
        <w:t xml:space="preserve">[02:21] </w:t>
      </w:r>
      <w:r>
        <w:t>. har insan ko maut ka maza chakhna hai.</w:t>
      </w:r>
    </w:p>
    <w:p>
      <w:pPr>
        <w:jc w:val="right"/>
      </w:pPr>
      <w:r>
        <w:t>۔ ہر انسان کو موت کا مزہ چکھنا ہے۔</w:t>
      </w:r>
    </w:p>
    <w:p>
      <w:r>
        <w:rPr>
          <w:b/>
        </w:rPr>
        <w:t xml:space="preserve">[02:27] </w:t>
      </w:r>
      <w:r>
        <w:t>"Every human being is bound to taste death" . kaisi ajeeb baat hai ke yeh ayat utri thi ab se chaudah so saal pehle.</w:t>
      </w:r>
    </w:p>
    <w:p>
      <w:pPr>
        <w:jc w:val="right"/>
      </w:pPr>
      <w:r>
        <w:t>"Every human being is bound to taste death" ۔ کیسی عجیب بات ہے کہ یہ آیت اتری تھی اب سے چودہ سو سال پہلے۔</w:t>
      </w:r>
    </w:p>
    <w:p>
      <w:r>
        <w:rPr>
          <w:b/>
        </w:rPr>
        <w:t xml:space="preserve">[02:42] </w:t>
      </w:r>
      <w:r>
        <w:t>toh chaudah so saal baad ke aur is se pehle ke hazaron saal,</w:t>
      </w:r>
    </w:p>
    <w:p>
      <w:pPr>
        <w:jc w:val="right"/>
      </w:pPr>
      <w:r>
        <w:t>تو چودہ سو سال بعد کے اور اس سے پہلے کے ہزاروں سال،</w:t>
      </w:r>
    </w:p>
    <w:p>
      <w:r>
        <w:rPr>
          <w:b/>
        </w:rPr>
        <w:t xml:space="preserve">[02:48] </w:t>
      </w:r>
      <w:r>
        <w:t>yeh ayat itni zyada sabit shuda ban gayi, koi ek bhi exception nahi tareekh mein ke koi jeeta rahe, mare nahi.</w:t>
      </w:r>
    </w:p>
    <w:p>
      <w:pPr>
        <w:jc w:val="right"/>
      </w:pPr>
      <w:r>
        <w:t>یہ آیت اتنی زیادہ ثابت شدہ بن گئی، کوئی ایک بھی ایکسیپشن نہیں تاریخ میں کہ کوئی جیتا رہے، مرے نہیں۔</w:t>
      </w:r>
    </w:p>
    <w:p>
      <w:r>
        <w:rPr>
          <w:b/>
        </w:rPr>
        <w:t xml:space="preserve">[03:02] </w:t>
      </w:r>
      <w:r>
        <w:t>"Every human being is bound to taste death" . toh kaisi ajeeb baat hai ke Khuda ke siwa kaun keh sakta tha aisa?</w:t>
      </w:r>
    </w:p>
    <w:p>
      <w:pPr>
        <w:jc w:val="right"/>
      </w:pPr>
      <w:r>
        <w:t>"Every human being is bound to taste death" ۔ تو کیسی عجیب بات ہے کہ خدا کے سوا کون کہہ سکتا تھا ایسا؟</w:t>
      </w:r>
    </w:p>
    <w:p>
      <w:r>
        <w:rPr>
          <w:b/>
        </w:rPr>
        <w:t xml:space="preserve">[03:14] </w:t>
      </w:r>
      <w:r>
        <w:t>badshahon ke paas doctoron aur tibeon ki fauj hoti hai, un ke paas poora poora ek inhi ke liye special health center aur hospital bana diya jata hai,</w:t>
      </w:r>
    </w:p>
    <w:p>
      <w:pPr>
        <w:jc w:val="right"/>
      </w:pPr>
      <w:r>
        <w:t>بادشاہوں کے پاس ڈاکٹروں اور طیبوں کی فوج ہوتی ہے، ان کے پاس پورا پورا ایک انہی کے لیے اسپیشل ہیلتھ سینٹر اور ہاسپٹل بنا دیا جاتا ہے،</w:t>
      </w:r>
    </w:p>
    <w:p>
      <w:r>
        <w:rPr>
          <w:b/>
        </w:rPr>
        <w:t xml:space="preserve">[03:29] </w:t>
      </w:r>
      <w:r>
        <w:t>phir bhi woh mar jate hain.</w:t>
      </w:r>
    </w:p>
    <w:p>
      <w:pPr>
        <w:jc w:val="right"/>
      </w:pPr>
      <w:r>
        <w:t>پھر بھی وہ مر جاتے ہیں۔</w:t>
      </w:r>
    </w:p>
    <w:p>
      <w:r>
        <w:rPr>
          <w:b/>
        </w:rPr>
        <w:t xml:space="preserve">[03:34] </w:t>
      </w:r>
      <w:r>
        <w:t>to yeh kaisi ajeeb baat hai ke Quran ki yahi ayat agar koi le to yahi sabit karti hai ke Quran Allah ka kalam hai,</w:t>
      </w:r>
    </w:p>
    <w:p>
      <w:pPr>
        <w:jc w:val="right"/>
      </w:pPr>
      <w:r>
        <w:t>تو یہ کیسی عجیب بات ہے کہ قرآن کی یہی آیت اگر کوئی لے تو یہی ثابت کرتی ہے کہ قرآن اللہ کا کلام ہے،</w:t>
      </w:r>
    </w:p>
    <w:p>
      <w:r>
        <w:rPr>
          <w:b/>
        </w:rPr>
        <w:t xml:space="preserve">[03:45] </w:t>
      </w:r>
      <w:r>
        <w:t>"Word of God" hai. Koi insan aisa statement nahi de saka jo poori history mein waqea ban jaye.</w:t>
      </w:r>
    </w:p>
    <w:p>
      <w:pPr>
        <w:jc w:val="right"/>
      </w:pPr>
      <w:r>
        <w:t>"Word of God" ہے۔ کوئی انسان ایسا اسٹیٹمنٹ نہیں دے سکا جو پوری ہسٹری میں واقعہ بن جائے۔</w:t>
      </w:r>
    </w:p>
    <w:p>
      <w:r>
        <w:rPr>
          <w:b/>
        </w:rPr>
        <w:t xml:space="preserve">[03:57] </w:t>
      </w:r>
      <w:r>
        <w:t>Koi insan aisa statement nahi de saka.</w:t>
      </w:r>
    </w:p>
    <w:p>
      <w:pPr>
        <w:jc w:val="right"/>
      </w:pPr>
      <w:r>
        <w:t>کوئی انسان ایسا اسٹیٹمنٹ نہیں دے سکا۔</w:t>
      </w:r>
    </w:p>
    <w:p>
      <w:r>
        <w:rPr>
          <w:b/>
        </w:rPr>
        <w:t xml:space="preserve">[04:05] </w:t>
      </w:r>
      <w:r>
        <w:t>Is wajah se bohat zyada sochna hai is baat par ke maut kya hai.</w:t>
      </w:r>
    </w:p>
    <w:p>
      <w:pPr>
        <w:jc w:val="right"/>
      </w:pPr>
      <w:r>
        <w:t>اس وجہ سے بہت زیادہ سوچنا ہے اس بات پر کہ موت کیا ہے۔</w:t>
      </w:r>
    </w:p>
    <w:p>
      <w:r>
        <w:rPr>
          <w:b/>
        </w:rPr>
        <w:t xml:space="preserve">[04:13] </w:t>
      </w:r>
      <w:r>
        <w:t>To pehli baat to yeh janna chahiye ke maut</w:t>
      </w:r>
    </w:p>
    <w:p>
      <w:pPr>
        <w:jc w:val="right"/>
      </w:pPr>
      <w:r>
        <w:t>تو پہلی بات تو یہ جاننا چاہیے کہ موت</w:t>
      </w:r>
    </w:p>
    <w:p>
      <w:r>
        <w:rPr>
          <w:b/>
        </w:rPr>
        <w:t xml:space="preserve">[04:20] </w:t>
      </w:r>
      <w:r>
        <w:t>zindagi ka end nahi hai, ek nayi zindagi ki "Beginning" hai.</w:t>
      </w:r>
    </w:p>
    <w:p>
      <w:pPr>
        <w:jc w:val="right"/>
      </w:pPr>
      <w:r>
        <w:t>زندگی کا اینڈ نہیں ہے، ایک نئی زندگی کی "Beginning" ہے۔</w:t>
      </w:r>
    </w:p>
    <w:p>
      <w:r>
        <w:rPr>
          <w:b/>
        </w:rPr>
        <w:t xml:space="preserve">[04:28] </w:t>
      </w:r>
      <w:r>
        <w:t>Maut ka matlab yeh hai ke aadmi is duniya ko chhod kar ek aur duniya mein chala gaya.</w:t>
      </w:r>
    </w:p>
    <w:p>
      <w:pPr>
        <w:jc w:val="right"/>
      </w:pPr>
      <w:r>
        <w:t>موت کا مطلب یہ ہے کہ آدمی اس دنیا کو چھوڑ کر ایک اور دنیا میں چلا گیا۔</w:t>
      </w:r>
    </w:p>
    <w:p>
      <w:r>
        <w:rPr>
          <w:b/>
        </w:rPr>
        <w:t xml:space="preserve">[04:40] </w:t>
      </w:r>
      <w:r>
        <w:t>Ek marhala hayat se guzar kar doosre marhala marhala hayat mein dakhil ho gaya. It is to leave</w:t>
      </w:r>
    </w:p>
    <w:p>
      <w:pPr>
        <w:jc w:val="right"/>
      </w:pPr>
      <w:r>
        <w:t>ایک مرحلہ حیات سے گزر کر دوسرے مرحلہ مرحلہ حیات میں داخل ہو گیا۔ It is to leave</w:t>
      </w:r>
    </w:p>
    <w:p>
      <w:r>
        <w:rPr>
          <w:b/>
        </w:rPr>
        <w:t xml:space="preserve">[04:50] </w:t>
      </w:r>
      <w:r>
        <w:t>one phase of human life and enter the other phase of human life.</w:t>
      </w:r>
    </w:p>
    <w:p>
      <w:pPr>
        <w:jc w:val="right"/>
      </w:pPr>
      <w:r>
        <w:t>one phase of human life and enter the other phase of human life.</w:t>
      </w:r>
    </w:p>
    <w:p>
      <w:r>
        <w:rPr>
          <w:b/>
        </w:rPr>
        <w:t xml:space="preserve">[05:00] </w:t>
      </w:r>
      <w:r>
        <w:t>To is ke liye tayyari karna, is ke liye sochna,</w:t>
      </w:r>
    </w:p>
    <w:p>
      <w:pPr>
        <w:jc w:val="right"/>
      </w:pPr>
      <w:r>
        <w:t>تو اس کے لیے تیاری کرنا، اس کے لیے سوچنا،</w:t>
      </w:r>
    </w:p>
    <w:p>
      <w:r>
        <w:rPr>
          <w:b/>
        </w:rPr>
        <w:t xml:space="preserve">[05:05] </w:t>
      </w:r>
      <w:r>
        <w:t>bilashuba sab se pehla concern hamara hona chahiye.</w:t>
      </w:r>
    </w:p>
    <w:p>
      <w:pPr>
        <w:jc w:val="right"/>
      </w:pPr>
      <w:r>
        <w:t>بلاشبہ سب سے پہلا کنسرن ہمارا ہونا چاہیے۔</w:t>
      </w:r>
    </w:p>
    <w:p>
      <w:r>
        <w:rPr>
          <w:b/>
        </w:rPr>
        <w:t xml:space="preserve">[05:15] </w:t>
      </w:r>
      <w:r>
        <w:t>Bohat ajeeb baat hai ke maut aap ko kya batati hai? Ke tum ko apni zindagi banane ka chance sirf ek hi baar mila tha, dobara nahi milega.</w:t>
      </w:r>
    </w:p>
    <w:p>
      <w:pPr>
        <w:jc w:val="right"/>
      </w:pPr>
      <w:r>
        <w:t>بہت عجیب بات ہے کہ موت آپ کو کیا بتاتی ہے؟ کہ تم کو اپنی زندگی بنانے کا چانس صرف ایک ہی بار ملا تھا، دوبارہ نہیں ملے گا۔</w:t>
      </w:r>
    </w:p>
    <w:p>
      <w:r>
        <w:rPr>
          <w:b/>
        </w:rPr>
        <w:t xml:space="preserve">[05:30] </w:t>
      </w:r>
      <w:r>
        <w:t>Kaisi ajeeb baat hai.</w:t>
      </w:r>
    </w:p>
    <w:p>
      <w:pPr>
        <w:jc w:val="right"/>
      </w:pPr>
      <w:r>
        <w:t>کیسی عجیب بات ہے۔</w:t>
      </w:r>
    </w:p>
    <w:p>
      <w:r>
        <w:rPr>
          <w:b/>
        </w:rPr>
        <w:t xml:space="preserve">[05:33] </w:t>
      </w:r>
      <w:r>
        <w:t>Yaani hamari zindagi phaili hui hai abad tak, lekin amal ka mauqa to sirf isi duniya mein hai, "Period of Death" mein.</w:t>
      </w:r>
    </w:p>
    <w:p>
      <w:pPr>
        <w:jc w:val="right"/>
      </w:pPr>
      <w:r>
        <w:t>یعنی ہماری زندگی پھیلی ہوئی ہے ابد تک، لیکن عمل کا موقع تو صرف اسی دنیا میں ہے، "Period of Death" میں۔</w:t>
      </w:r>
    </w:p>
    <w:p>
      <w:r>
        <w:rPr>
          <w:b/>
        </w:rPr>
        <w:t xml:space="preserve">[05:46] </w:t>
      </w:r>
      <w:r>
        <w:t>To maut yaad dilati hai ke tumhare liye ek hi chance tha, is ko chahe kho do, chahe is ko istemal karo.</w:t>
      </w:r>
    </w:p>
    <w:p>
      <w:pPr>
        <w:jc w:val="right"/>
      </w:pPr>
      <w:r>
        <w:t>تو موت یاد دلاتی ہے کہ تمہارے لیے ایک ہی چانس تھا، اس کو چاہے کھو دو، چاہے اس کو استعمال کرو۔</w:t>
      </w:r>
    </w:p>
    <w:p>
      <w:r>
        <w:rPr>
          <w:b/>
        </w:rPr>
        <w:t xml:space="preserve">[06:00] </w:t>
      </w:r>
      <w:r>
        <w:t>To maut ke bare mein sochna goya sab se badi Reality ke bare mein sochna hai.</w:t>
      </w:r>
    </w:p>
    <w:p>
      <w:pPr>
        <w:jc w:val="right"/>
      </w:pPr>
      <w:r>
        <w:t>تو موت کے بارے میں سوچنا گویا سب سے بڑی Reality کے بارے میں سوچنا ہے۔</w:t>
      </w:r>
    </w:p>
    <w:p>
      <w:r>
        <w:rPr>
          <w:b/>
        </w:rPr>
        <w:t xml:space="preserve">[06:10] </w:t>
      </w:r>
      <w:r>
        <w:t>Dekhiye, maut ka sab se bada role kya hai? Woh hadith mein bataya gaya hai. Sab se bada role. Hadith mein aata hai ke "أكثروا ذكرى حادم اللذات الموت"</w:t>
      </w:r>
    </w:p>
    <w:p>
      <w:pPr>
        <w:jc w:val="right"/>
      </w:pPr>
      <w:r>
        <w:t>دیکھیے، موت کا سب سے بڑا رول کیا ہے؟ وہ حدیث میں بتایا گیا ہے۔ سب سے بڑا رول۔ حدیث میں آتا ہے کہ "أكثروا ذكرى حادم اللذات الموت"</w:t>
      </w:r>
    </w:p>
    <w:p>
      <w:r>
        <w:rPr>
          <w:b/>
        </w:rPr>
        <w:t xml:space="preserve">[06:28] </w:t>
      </w:r>
      <w:r>
        <w:t>. Maut ko bohat zyada yaad karo, kyunke maut lazzaton ko demolish kar deti hai, lazzaton ko dha deti hai.</w:t>
      </w:r>
    </w:p>
    <w:p>
      <w:pPr>
        <w:jc w:val="right"/>
      </w:pPr>
      <w:r>
        <w:t>۔ موت کو بہت زیادہ یاد کرو، کیونکہ موت لذتوں کو دیمالش کر دیتی ہے، لذتوں کو ڈھا دیتی ہے۔</w:t>
      </w:r>
    </w:p>
    <w:p>
      <w:r>
        <w:rPr>
          <w:b/>
        </w:rPr>
        <w:t xml:space="preserve">[06:41] </w:t>
      </w:r>
      <w:r>
        <w:t>Dekhiye, lazzaton ko dhane ka matlab kya hai?</w:t>
      </w:r>
    </w:p>
    <w:p>
      <w:pPr>
        <w:jc w:val="right"/>
      </w:pPr>
      <w:r>
        <w:t>دیکھیے، لذتوں کو ڈھانے کا مطلب کیا ہے؟</w:t>
      </w:r>
    </w:p>
    <w:p>
      <w:r>
        <w:rPr>
          <w:b/>
        </w:rPr>
        <w:t xml:space="preserve">[06:50] </w:t>
      </w:r>
      <w:r>
        <w:t>Is ka matlab hai "Killer of Distraction".</w:t>
      </w:r>
    </w:p>
    <w:p>
      <w:pPr>
        <w:jc w:val="right"/>
      </w:pPr>
      <w:r>
        <w:t>اس کا مطلب ہے "Killer of Distraction"۔</w:t>
      </w:r>
    </w:p>
    <w:p>
      <w:r>
        <w:rPr>
          <w:b/>
        </w:rPr>
        <w:t xml:space="preserve">[06:56] </w:t>
      </w:r>
      <w:r>
        <w:t>Zindagi mein sab se roke mein, sab se bada Obstacle, sab se badi rukawat kya hai? Distraction.</w:t>
      </w:r>
    </w:p>
    <w:p>
      <w:pPr>
        <w:jc w:val="right"/>
      </w:pPr>
      <w:r>
        <w:t>زندگی میں سب سے رکے میں، سب سے بڑا Obstacle، سب سے بڑی رکاوٹ کیا ہے؟ Distraction۔</w:t>
      </w:r>
    </w:p>
    <w:p>
      <w:r>
        <w:rPr>
          <w:b/>
        </w:rPr>
        <w:t xml:space="preserve">[07:06] </w:t>
      </w:r>
      <w:r>
        <w:t>Yaani aap zindagi ka jo asal maqsad hai, jo Purpose of Life hai, to bar bar aisi cheezein aati hain jo aap ko munharif kar deti hain, Deviate kar deti hain.</w:t>
      </w:r>
    </w:p>
    <w:p>
      <w:pPr>
        <w:jc w:val="right"/>
      </w:pPr>
      <w:r>
        <w:t>یعنی آپ زندگی کا جو اصل مقصد ہے، جو Purpose of Life ہے، تو بار بار ایسی چیزیں آتی ہیں جو آپ کو منحرف کر دیتی ہیں، Deviate کر دیتی ہیں۔</w:t>
      </w:r>
    </w:p>
    <w:p>
      <w:r>
        <w:rPr>
          <w:b/>
        </w:rPr>
        <w:t xml:space="preserve">[07:23] </w:t>
      </w:r>
      <w:r>
        <w:t>Koi Temptation, koi Desire, koi Ambition,</w:t>
      </w:r>
    </w:p>
    <w:p>
      <w:pPr>
        <w:jc w:val="right"/>
      </w:pPr>
      <w:r>
        <w:t>کوئی Temptation، کوئی Desire، کوئی Ambition،</w:t>
      </w:r>
    </w:p>
    <w:p>
      <w:r>
        <w:rPr>
          <w:b/>
        </w:rPr>
        <w:t xml:space="preserve">[07:34] </w:t>
      </w:r>
      <w:r>
        <w:t>koi khwahish. idhar aap Distract ho jatay hain.</w:t>
      </w:r>
    </w:p>
    <w:p>
      <w:pPr>
        <w:jc w:val="right"/>
      </w:pPr>
      <w:r>
        <w:t>کوئی خواہش۔ ادھر آپ Distract ہو جاتے ہیں۔</w:t>
      </w:r>
    </w:p>
    <w:p>
      <w:r>
        <w:rPr>
          <w:b/>
        </w:rPr>
        <w:t xml:space="preserve">[07:41] </w:t>
      </w:r>
      <w:r>
        <w:t>to maut jo hai, sab se bara Source hai aadmi ko Distraction se bachane ka. ke woh maut yaad dilati hai ke waqt kahan hai Distract hone ka.</w:t>
      </w:r>
    </w:p>
    <w:p>
      <w:pPr>
        <w:jc w:val="right"/>
      </w:pPr>
      <w:r>
        <w:t>تو موت جو ہے، سب سے بڑا Source ہے آدمی کو Distraction سے بچانے کا۔ کہ وہ موت یاد دلاتی ہے کہ وقت کہاں ہے Distract ہونے کا۔</w:t>
      </w:r>
    </w:p>
    <w:p>
      <w:r>
        <w:rPr>
          <w:b/>
        </w:rPr>
        <w:t xml:space="preserve">[07:59] </w:t>
      </w:r>
      <w:r>
        <w:t>aap jantay hain ke maut to kabhi bhi aati hai, subah, shaam, raat, din, bachpan mein, jawani mein, barhapay mein, kabhi bhi aa sakti hai.</w:t>
      </w:r>
    </w:p>
    <w:p>
      <w:pPr>
        <w:jc w:val="right"/>
      </w:pPr>
      <w:r>
        <w:t>آپ جانتے ہیں کہ موت تو کبھی بھی آتی ہے، صبح، شام، رات، دن، بچپن میں، جوانی میں، بڑھاپے میں، کبھی بھی آ سکتی ہے۔</w:t>
      </w:r>
    </w:p>
    <w:p>
      <w:r>
        <w:rPr>
          <w:b/>
        </w:rPr>
        <w:t xml:space="preserve">[08:08] </w:t>
      </w:r>
      <w:r>
        <w:t>to maut ke sath jo Uncertainty lagi hui hai, be yaqeeni ke kabhi aa jayegi, aglay lamha aa jayegi.</w:t>
      </w:r>
    </w:p>
    <w:p>
      <w:pPr>
        <w:jc w:val="right"/>
      </w:pPr>
      <w:r>
        <w:t>تو موت کے ساتھ جو Uncertainty لگی ہوئی ہے، بے یقینی کہ کبھی آ جائے گی، اگلے لمحہ آ جائے گی۔</w:t>
      </w:r>
    </w:p>
    <w:p>
      <w:r>
        <w:rPr>
          <w:b/>
        </w:rPr>
        <w:t xml:space="preserve">[08:19] </w:t>
      </w:r>
      <w:r>
        <w:t>Alwar mein aik thay Maulana Ibrahim, mein wahan gaya.</w:t>
      </w:r>
    </w:p>
    <w:p>
      <w:pPr>
        <w:jc w:val="right"/>
      </w:pPr>
      <w:r>
        <w:t>الور میں ایک تھے مولانا ابراہیم، میں وہاں گیا۔</w:t>
      </w:r>
    </w:p>
    <w:p>
      <w:r>
        <w:rPr>
          <w:b/>
        </w:rPr>
        <w:t xml:space="preserve">[08:26] </w:t>
      </w:r>
      <w:r>
        <w:t>to maloom hua ke woh taakhir kar rahay thay, taakhir kar rahay thay, woh gir paray stage se.</w:t>
      </w:r>
    </w:p>
    <w:p>
      <w:pPr>
        <w:jc w:val="right"/>
      </w:pPr>
      <w:r>
        <w:t>تو معلوم ہوا کہ وہ تاخیر کر رہے تھے، تاخیر کر رہے تھے، وہ گر پڑے اسٹیج سے۔</w:t>
      </w:r>
    </w:p>
    <w:p>
      <w:r>
        <w:rPr>
          <w:b/>
        </w:rPr>
        <w:t xml:space="preserve">[08:34] </w:t>
      </w:r>
      <w:r>
        <w:t>to aadmi sotay sotay mar jata hai, boltay boltay mar jata hai.</w:t>
      </w:r>
    </w:p>
    <w:p>
      <w:pPr>
        <w:jc w:val="right"/>
      </w:pPr>
      <w:r>
        <w:t>تو آدمی سوتے سوتے مر جاتا ہے، بولتے بولتے مر جاتا ہے۔</w:t>
      </w:r>
    </w:p>
    <w:p>
      <w:r>
        <w:rPr>
          <w:b/>
        </w:rPr>
        <w:t xml:space="preserve">[08:41] </w:t>
      </w:r>
      <w:r>
        <w:t>to Uncertainty ka jo Element hai maut ke sath, woh aap ko bohat ziyada Alert karta hai.</w:t>
      </w:r>
    </w:p>
    <w:p>
      <w:pPr>
        <w:jc w:val="right"/>
      </w:pPr>
      <w:r>
        <w:t>تو Uncertainty کا جو Element ہے موت کے ساتھ، وہ آپ کو بہت زیادہ Alert کرتا ہے۔</w:t>
      </w:r>
    </w:p>
    <w:p>
      <w:r>
        <w:rPr>
          <w:b/>
        </w:rPr>
        <w:t xml:space="preserve">[08:51] </w:t>
      </w:r>
      <w:r>
        <w:t>aap ko yaad dilata hai ke time kahan hai Distract hone ka.</w:t>
      </w:r>
    </w:p>
    <w:p>
      <w:pPr>
        <w:jc w:val="right"/>
      </w:pPr>
      <w:r>
        <w:t>آپ کو یاد دلاتا ہے کہ ٹائم کہاں ہے Distract ہونے کا۔</w:t>
      </w:r>
    </w:p>
    <w:p>
      <w:r>
        <w:rPr>
          <w:b/>
        </w:rPr>
        <w:t xml:space="preserve">[08:59] </w:t>
      </w:r>
      <w:r>
        <w:t>mein America gaya to America mein aik sahib jo bohat paise walay thay, woh hamaray khayalat se waqif thay.</w:t>
      </w:r>
    </w:p>
    <w:p>
      <w:pPr>
        <w:jc w:val="right"/>
      </w:pPr>
      <w:r>
        <w:t>میں امریکہ گیا تو امریکہ میں ایک صاحب جو بہت پیسے والے تھے، وہ ہمارے خیالات سے واقف تھے۔</w:t>
      </w:r>
    </w:p>
    <w:p>
      <w:r>
        <w:rPr>
          <w:b/>
        </w:rPr>
        <w:t xml:space="preserve">[09:09] </w:t>
      </w:r>
      <w:r>
        <w:t>unhon ne kaha ke aap maut ke baray mein bohat charcha kartay hain. unhon ne kaha maut yeh to aap logon ko Pecifist bana rahay hain, Inactive bana rahay hain.</w:t>
      </w:r>
    </w:p>
    <w:p>
      <w:pPr>
        <w:jc w:val="right"/>
      </w:pPr>
      <w:r>
        <w:t>انہوں نے کہا کہ آپ موت کے بارے میں بہت چرچا کرتے ہیں۔ انہوں نے کہا موت یہ تو آپ لوگوں کو Pecifist بنا رہے ہیں، Inactive بنا رہے ہیں۔</w:t>
      </w:r>
    </w:p>
    <w:p>
      <w:r>
        <w:rPr>
          <w:b/>
        </w:rPr>
        <w:t xml:space="preserve">[09:20] </w:t>
      </w:r>
      <w:r>
        <w:t>koi aadmi kuch kar nahin payega jab us ko maut ka zehan chhaya rahega us ke oopar. yani be amal banayenge aap.</w:t>
      </w:r>
    </w:p>
    <w:p>
      <w:pPr>
        <w:jc w:val="right"/>
      </w:pPr>
      <w:r>
        <w:t>کوئی آدمی کچھ کر نہیں پائے گا جب اس کو موت کا ذہن چھایا رہے گا اس کے اوپر۔ یعنی بے عمل بنائیں گے آپ۔</w:t>
      </w:r>
    </w:p>
    <w:p>
      <w:r>
        <w:rPr>
          <w:b/>
        </w:rPr>
        <w:t xml:space="preserve">[09:32] </w:t>
      </w:r>
      <w:r>
        <w:t>mein ne kaha ke yeh aap ki soch sahi nahin hai. maut jo hai kya hai?</w:t>
      </w:r>
    </w:p>
    <w:p>
      <w:pPr>
        <w:jc w:val="right"/>
      </w:pPr>
      <w:r>
        <w:t>میں نے کہا کہ یہ آپ کی سوچ صحیح نہیں ہے۔ موت جو ہے کیا ہے؟</w:t>
      </w:r>
    </w:p>
    <w:p>
      <w:r>
        <w:rPr>
          <w:b/>
        </w:rPr>
        <w:t xml:space="preserve">[09:41] </w:t>
      </w:r>
      <w:r>
        <w:t>Sense of Urgency paida karti hai. Sense of Urgency. ke jaldi se kaam kar dalo, time nahin hai.</w:t>
      </w:r>
    </w:p>
    <w:p>
      <w:pPr>
        <w:jc w:val="right"/>
      </w:pPr>
      <w:r>
        <w:t>Sense of Urgency پیدا کرتی ہے۔ Sense of Urgency۔ کہ جلدی سے کام کر ڈالو، ٹائم نہیں ہے۔</w:t>
      </w:r>
    </w:p>
    <w:p>
      <w:r>
        <w:rPr>
          <w:b/>
        </w:rPr>
        <w:t xml:space="preserve">[09:54] </w:t>
      </w:r>
      <w:r>
        <w:t>to Sense of Urgency jab hogi to aadmi yani Super Active ban jayega.</w:t>
      </w:r>
    </w:p>
    <w:p>
      <w:pPr>
        <w:jc w:val="right"/>
      </w:pPr>
      <w:r>
        <w:t>تو Sense of Urgency جب ہوگی تو آدمی یعنی Super Active بن جائے گا۔</w:t>
      </w:r>
    </w:p>
    <w:p>
      <w:r>
        <w:rPr>
          <w:b/>
        </w:rPr>
        <w:t xml:space="preserve">[10:02] </w:t>
      </w:r>
      <w:r>
        <w:t>aap ghhor kijiye ke jab aadmi ko jab aik aisa tasawwur jo yaad dilaye ke aglay lamha tumhari maut aa sakti hai, tum chand din ke liye is dunya mein ho.</w:t>
      </w:r>
    </w:p>
    <w:p>
      <w:pPr>
        <w:jc w:val="right"/>
      </w:pPr>
      <w:r>
        <w:t>آپ غور کیجیے کہ جب آدمی کو جب ایک ایسا تصور جو یاد دلائے کہ اگلے لمحہ تمہاری موت آ سکتی ہے، تم چند دن کے لیے اس دنیا میں ہو۔</w:t>
      </w:r>
    </w:p>
    <w:p>
      <w:r>
        <w:rPr>
          <w:b/>
        </w:rPr>
        <w:t xml:space="preserve">[10:17] </w:t>
      </w:r>
      <w:r>
        <w:t>to woh to Super Active ban jayega. ke jo karna hai, jo zindagi ka maqsad hai, us ko jaldi se kar dalo.</w:t>
      </w:r>
    </w:p>
    <w:p>
      <w:pPr>
        <w:jc w:val="right"/>
      </w:pPr>
      <w:r>
        <w:t>تو وہ تو Super Active بن جائے گا۔ کہ جو کرنا ہے، جو زندگی کا مقصد ہے، اس کو جلدی سے کر ڈالو۔</w:t>
      </w:r>
    </w:p>
    <w:p>
      <w:r>
        <w:rPr>
          <w:b/>
        </w:rPr>
        <w:t xml:space="preserve">[10:28] </w:t>
      </w:r>
      <w:r>
        <w:t>mein aap ko aik waqia yaad dilata hoon.</w:t>
      </w:r>
    </w:p>
    <w:p>
      <w:pPr>
        <w:jc w:val="right"/>
      </w:pPr>
      <w:r>
        <w:t>میں آپ کو ایک واقعہ یاد دلاتا ہوں۔</w:t>
      </w:r>
    </w:p>
    <w:p>
      <w:r>
        <w:rPr>
          <w:b/>
        </w:rPr>
        <w:t xml:space="preserve">[10:33] </w:t>
      </w:r>
      <w:r>
        <w:t>dekhiye, Islam ki tareekh mein</w:t>
      </w:r>
    </w:p>
    <w:p>
      <w:pPr>
        <w:jc w:val="right"/>
      </w:pPr>
      <w:r>
        <w:t>دیکھیے، اسلام کی تاریخ میں</w:t>
      </w:r>
    </w:p>
    <w:p>
      <w:r>
        <w:rPr>
          <w:b/>
        </w:rPr>
        <w:t xml:space="preserve">[10:38] </w:t>
      </w:r>
      <w:r>
        <w:t>Hazrat Umar bin Abdul Aziz, Umavi Khalifa thay woh, woh panchween Khalifa Rashid manay jatay hain.</w:t>
      </w:r>
    </w:p>
    <w:p>
      <w:pPr>
        <w:jc w:val="right"/>
      </w:pPr>
      <w:r>
        <w:t>حضرت عمر بن عبدالعزیز، اموی خلیفہ تھے وہ، وہ پانچویں خلیفہ راشد مانے جاتے ہیں۔</w:t>
      </w:r>
    </w:p>
    <w:p>
      <w:r>
        <w:rPr>
          <w:b/>
        </w:rPr>
        <w:t xml:space="preserve">[10:50] </w:t>
      </w:r>
      <w:r>
        <w:t>Umar bin Abdul Aziz.</w:t>
      </w:r>
    </w:p>
    <w:p>
      <w:pPr>
        <w:jc w:val="right"/>
      </w:pPr>
      <w:r>
        <w:t>عمر بن عبدالعزیز۔</w:t>
      </w:r>
    </w:p>
    <w:p>
      <w:r>
        <w:rPr>
          <w:b/>
        </w:rPr>
        <w:t xml:space="preserve">[10:57] </w:t>
      </w:r>
      <w:r>
        <w:t>Banu Umaya ka jo zamana hai us mein woh Khalifa huay thay.</w:t>
      </w:r>
    </w:p>
    <w:p>
      <w:pPr>
        <w:jc w:val="right"/>
      </w:pPr>
      <w:r>
        <w:t>بنو امیہ کا جو زمانہ ہے اس میں وہ خلیفہ ہوئے تھے۔</w:t>
      </w:r>
    </w:p>
    <w:p>
      <w:r>
        <w:rPr>
          <w:b/>
        </w:rPr>
        <w:t xml:space="preserve">[11:02] </w:t>
      </w:r>
      <w:r>
        <w:t>to un ke waqiat mein yeh aata hai ke jis din bait hui to jumma ke waqt baat shuru hui aur shaam tak hoti rahi.</w:t>
      </w:r>
    </w:p>
    <w:p>
      <w:pPr>
        <w:jc w:val="right"/>
      </w:pPr>
      <w:r>
        <w:t>تو ان کے واقعات میں یہ آتا ہے کہ جس دن بیعت ہوئی تو جمعہ کے وقت بات شروع ہوئی اور شام تک ہوتی رہی۔</w:t>
      </w:r>
    </w:p>
    <w:p>
      <w:r>
        <w:rPr>
          <w:b/>
        </w:rPr>
        <w:t xml:space="preserve">[11:16] </w:t>
      </w:r>
      <w:r>
        <w:t>to woh thak gaye. phir thak gaye woh. to shaam ko jab woh ghar par gaye, Isha ki namaz ke baad, to andar chalay gaye sonay ke liye.</w:t>
      </w:r>
    </w:p>
    <w:p>
      <w:pPr>
        <w:jc w:val="right"/>
      </w:pPr>
      <w:r>
        <w:t>تو وہ تھک گئے۔ پھر تھک گئے وہ۔ تو شام کو جب وہ گھر پر گئے، عشاء کی نماز کے بعد، تو اندر چلے گئے سونے کے لیے۔</w:t>
      </w:r>
    </w:p>
    <w:p>
      <w:r>
        <w:rPr>
          <w:b/>
        </w:rPr>
        <w:t xml:space="preserve">[11:34] </w:t>
      </w:r>
      <w:r>
        <w:t>a</w:t>
      </w:r>
    </w:p>
    <w:p>
      <w:pPr>
        <w:jc w:val="right"/>
      </w:pPr>
      <w:r>
        <w:t>ا</w:t>
      </w:r>
    </w:p>
    <w:p>
      <w:r>
        <w:rPr>
          <w:b/>
        </w:rPr>
        <w:t xml:space="preserve">[11:35] </w:t>
      </w:r>
      <w:r>
        <w:t>chha, jab un ki bai'at hui to khabar damishq mein hui thi. to logon ko khabar hui ke umar bin abdul aziz jo hain woh khalifa ho gaye hain.</w:t>
      </w:r>
    </w:p>
    <w:p>
      <w:pPr>
        <w:jc w:val="right"/>
      </w:pPr>
      <w:r>
        <w:t>چھا، جب ان کی بیعت ہوئی تو خبر دمشق میں ہوئی تھی۔ تو لوگوں کو خبر ہوئی کہ عمر بن عبدالعزیز جو ہیں وہ خلیفہ ہو گئے ہیں۔</w:t>
      </w:r>
    </w:p>
    <w:p>
      <w:r>
        <w:rPr>
          <w:b/>
        </w:rPr>
        <w:t xml:space="preserve">[11:46] </w:t>
      </w:r>
      <w:r>
        <w:t>to aap jante hain ke logon ke Problem hote hain, logon ki shikayaten hoti hain, logon ke masail hote hain. to un ke ghar ke darwaze par bohat se log jama ho gaye apni apni baat kehne ke liye.</w:t>
      </w:r>
    </w:p>
    <w:p>
      <w:pPr>
        <w:jc w:val="right"/>
      </w:pPr>
      <w:r>
        <w:t>تو آپ جانتے ہیں کہ لوگوں کے Problem ہوتے ہیں، لوگوں کی شکایتیں ہوتی ہیں، لوگوں کے مسائل ہوتے ہیں۔ تو ان کے گھر کے دروازے پر بہت سے لوگ جمع ہو گئے اپنی اپنی بات کہنے کے لیے۔</w:t>
      </w:r>
    </w:p>
    <w:p>
      <w:r>
        <w:rPr>
          <w:b/>
        </w:rPr>
        <w:t xml:space="preserve">[12:01] </w:t>
      </w:r>
      <w:r>
        <w:t>to un ke bete the,</w:t>
      </w:r>
    </w:p>
    <w:p>
      <w:pPr>
        <w:jc w:val="right"/>
      </w:pPr>
      <w:r>
        <w:t>تو ان کے بیٹے تھے،</w:t>
      </w:r>
    </w:p>
    <w:p>
      <w:r>
        <w:rPr>
          <w:b/>
        </w:rPr>
        <w:t xml:space="preserve">[12:05] </w:t>
      </w:r>
      <w:r>
        <w:t>bahar woh gaye. to logon ne kaha ke hum hum ko khalifa se milna hai, kuch baaten hamein kehna hai. to woh sahibzade jo andar gaye,</w:t>
      </w:r>
    </w:p>
    <w:p>
      <w:pPr>
        <w:jc w:val="right"/>
      </w:pPr>
      <w:r>
        <w:t>باہر وہ گئے۔ تو لوگوں نے کہا کہ ہم ہم کو خلیفہ سے ملنا ہے، کچھ باتیں ہمیں کہنا ہے۔ تو وہ صاحبزادے جو اندر گئے،</w:t>
      </w:r>
    </w:p>
    <w:p>
      <w:r>
        <w:rPr>
          <w:b/>
        </w:rPr>
        <w:t xml:space="preserve">[12:18] </w:t>
      </w:r>
      <w:r>
        <w:t>jahan woh leTe hue the, hazrat umar bin abdul aziz. to unhon ne kaha ke darwaze par bohat se log aaye hue hain, aap se milna chahte hain.</w:t>
      </w:r>
    </w:p>
    <w:p>
      <w:pPr>
        <w:jc w:val="right"/>
      </w:pPr>
      <w:r>
        <w:t>جہاں وہ لیٹے ہوئے تھے، حضرت عمر بن عبدالعزیز۔ تو انہوں نے کہا کہ دروازے پر بہت سے لوگ آئے ہوئے ہیں، آپ سے ملنا چاہتے ہیں۔</w:t>
      </w:r>
    </w:p>
    <w:p>
      <w:r>
        <w:rPr>
          <w:b/>
        </w:rPr>
        <w:t xml:space="preserve">[12:32] </w:t>
      </w:r>
      <w:r>
        <w:t>to unhon ne kaha ke aaj main nahi mil sakta, main thak gaya hoon. un se keh do ke kal aayenge.</w:t>
      </w:r>
    </w:p>
    <w:p>
      <w:pPr>
        <w:jc w:val="right"/>
      </w:pPr>
      <w:r>
        <w:t>تو انہوں نے کہا کہ آج میں نہیں مل سکتا، میں تھک گیا ہوں۔ ان سے کہہ دو کہ کل آئیں گے۔</w:t>
      </w:r>
    </w:p>
    <w:p>
      <w:r>
        <w:rPr>
          <w:b/>
        </w:rPr>
        <w:t xml:space="preserve">[12:44] </w:t>
      </w:r>
      <w:r>
        <w:t>un se keh do ke wapas jayen, kal aayenge.</w:t>
      </w:r>
    </w:p>
    <w:p>
      <w:pPr>
        <w:jc w:val="right"/>
      </w:pPr>
      <w:r>
        <w:t>ان سے کہہ دو کہ واپس جائیں، کل آئیں گے۔</w:t>
      </w:r>
    </w:p>
    <w:p>
      <w:r>
        <w:rPr>
          <w:b/>
        </w:rPr>
        <w:t xml:space="preserve">[12:50] </w:t>
      </w:r>
      <w:r>
        <w:t>to beta jo tha un ka, bohat hi momin, mukhlis aadmi tha. us ne kaha ke walid sahib, kya aap ko yaqin</w:t>
      </w:r>
    </w:p>
    <w:p>
      <w:pPr>
        <w:jc w:val="right"/>
      </w:pPr>
      <w:r>
        <w:t>تو بیٹا جو تھا ان کا، بہت ہی مومن، مخلص آدمی تھا۔ اس نے کہا کہ والد صاحب، کیا آپ کو یق</w:t>
      </w:r>
    </w:p>
    <w:p>
      <w:r>
        <w:rPr>
          <w:b/>
        </w:rPr>
        <w:t xml:space="preserve">[13:01] </w:t>
      </w:r>
      <w:r>
        <w:t>hai ke aap kal tak zinda rahenge?</w:t>
      </w:r>
    </w:p>
    <w:p>
      <w:pPr>
        <w:jc w:val="right"/>
      </w:pPr>
      <w:r>
        <w:t>ین ہے کہ آپ کل تک زندہ رہیں گے؟</w:t>
      </w:r>
    </w:p>
    <w:p>
      <w:r>
        <w:rPr>
          <w:b/>
        </w:rPr>
        <w:t xml:space="preserve">[13:11] </w:t>
      </w:r>
      <w:r>
        <w:t>us ne kaha ke kya aap ko yaqin hai ke aap kal tak zinda rahenge?</w:t>
      </w:r>
    </w:p>
    <w:p>
      <w:pPr>
        <w:jc w:val="right"/>
      </w:pPr>
      <w:r>
        <w:t>اس نے کہا کہ کیا آپ کو یقین ہے کہ آپ کل تک زندہ رہیں گے؟</w:t>
      </w:r>
    </w:p>
    <w:p>
      <w:r>
        <w:rPr>
          <w:b/>
        </w:rPr>
        <w:t xml:space="preserve">[13:21] </w:t>
      </w:r>
      <w:r>
        <w:t>yeh sun kar woh foran uth gaye. bete ko dua di. woh bahar ja kar ke logon se mile aur un ki baaten suni.</w:t>
      </w:r>
    </w:p>
    <w:p>
      <w:pPr>
        <w:jc w:val="right"/>
      </w:pPr>
      <w:r>
        <w:t>یہ سن کر وہ فوراً اٹھ گئے۔ بیٹے کو دعا دی۔ وہ باہر جا کر کے لوگوں سے ملے اور ان کی باتیں سنی۔</w:t>
      </w:r>
    </w:p>
    <w:p>
      <w:r>
        <w:rPr>
          <w:b/>
        </w:rPr>
        <w:t xml:space="preserve">[13:33] </w:t>
      </w:r>
      <w:r>
        <w:t>yeh hai Sense of Urgency. Sense of Urgency. jo karna, jo kaam karna hai, us ko abhi kar dalo.</w:t>
      </w:r>
    </w:p>
    <w:p>
      <w:pPr>
        <w:jc w:val="right"/>
      </w:pPr>
      <w:r>
        <w:t>یہ ہے Sense of Urgency۔ Sense of Urgency۔ جو کرنا، جو کام کرنا ہے، اس کو ابھی کر ڈالو۔</w:t>
      </w:r>
    </w:p>
    <w:p>
      <w:r>
        <w:rPr>
          <w:b/>
        </w:rPr>
        <w:t xml:space="preserve">[13:43] </w:t>
      </w:r>
      <w:r>
        <w:t>kyun ke woh agla lamha milne wala nahi hai.</w:t>
      </w:r>
    </w:p>
    <w:p>
      <w:pPr>
        <w:jc w:val="right"/>
      </w:pPr>
      <w:r>
        <w:t>کیونکہ وہ اگلا لمحہ ملنے والا نہیں ہے۔</w:t>
      </w:r>
    </w:p>
    <w:p>
      <w:r>
        <w:rPr>
          <w:b/>
        </w:rPr>
        <w:t xml:space="preserve">[13:50] </w:t>
      </w:r>
      <w:r>
        <w:t>to yeh soch bilkul hi ghalat hai ke maut aadmi ko be amal banati hai.</w:t>
      </w:r>
    </w:p>
    <w:p>
      <w:pPr>
        <w:jc w:val="right"/>
      </w:pPr>
      <w:r>
        <w:t>تو یہ سوچ بالکل ہی غلط ہے کہ موت آدمی کو بے عمل بناتی ہے۔</w:t>
      </w:r>
    </w:p>
    <w:p>
      <w:r>
        <w:rPr>
          <w:b/>
        </w:rPr>
        <w:t xml:space="preserve">[14:01] </w:t>
      </w:r>
      <w:r>
        <w:t>hargiz nahi.</w:t>
      </w:r>
    </w:p>
    <w:p>
      <w:pPr>
        <w:jc w:val="right"/>
      </w:pPr>
      <w:r>
        <w:t>ہرگز نہیں۔</w:t>
      </w:r>
    </w:p>
    <w:p>
      <w:r>
        <w:rPr>
          <w:b/>
        </w:rPr>
        <w:t xml:space="preserve">[14:04] </w:t>
      </w:r>
      <w:r>
        <w:t>maut aadmi ko hero banati hai, hero.</w:t>
      </w:r>
    </w:p>
    <w:p>
      <w:pPr>
        <w:jc w:val="right"/>
      </w:pPr>
      <w:r>
        <w:t>موت آدمی کو ہیرو بناتی ہے، ہیرو۔</w:t>
      </w:r>
    </w:p>
    <w:p>
      <w:r>
        <w:rPr>
          <w:b/>
        </w:rPr>
        <w:t xml:space="preserve">[14:11] </w:t>
      </w:r>
      <w:r>
        <w:t>ab dekhiye ke insan ko is duniya mein karna kya hai jis ke liye use hero banna hai?</w:t>
      </w:r>
    </w:p>
    <w:p>
      <w:pPr>
        <w:jc w:val="right"/>
      </w:pPr>
      <w:r>
        <w:t>اب دیکھیے کہ انسان کو اس دنیا میں کرنا کیا ہے جس کے لیے اسے ہیرو بننا ہے؟</w:t>
      </w:r>
    </w:p>
    <w:p>
      <w:r>
        <w:rPr>
          <w:b/>
        </w:rPr>
        <w:t xml:space="preserve">[14:21] </w:t>
      </w:r>
      <w:r>
        <w:t>main samajhta hoon ke buniyadi taur par woh teen chezen hain jo is duniya se hamein lena hai.</w:t>
      </w:r>
    </w:p>
    <w:p>
      <w:pPr>
        <w:jc w:val="right"/>
      </w:pPr>
      <w:r>
        <w:t>میں سمجھتا ہوں کہ بنیادی طور پر وہ تین چیزیں ہیں جو اس دنیا سے ہمیں لینا ہے۔</w:t>
      </w:r>
    </w:p>
    <w:p>
      <w:r>
        <w:rPr>
          <w:b/>
        </w:rPr>
        <w:t xml:space="preserve">[14:31] </w:t>
      </w:r>
      <w:r>
        <w:t>kyun ke kaam woh hai jo akhirat ke baad aap ko faida de. aap duniya mein hukumat qaim karen, jahan buildingen banayen, jahan Property banayen, to yeh to sath le kar nahi jayenge aap.</w:t>
      </w:r>
    </w:p>
    <w:p>
      <w:pPr>
        <w:jc w:val="right"/>
      </w:pPr>
      <w:r>
        <w:t>کیونکہ کام وہ ہے جو آخرت کے بعد آپ کو فائدہ دے۔ آپ دنیا میں حکومت قائم کریں، جہاں بلڈنگیں بنائیں، جہاں Property بنائیں، تو یہ تو ساتھ لے کر نہیں جائیں گے آپ۔</w:t>
      </w:r>
    </w:p>
    <w:p>
      <w:r>
        <w:rPr>
          <w:b/>
        </w:rPr>
        <w:t xml:space="preserve">[14:46] </w:t>
      </w:r>
      <w:r>
        <w:t>chhod ke jana padega.</w:t>
      </w:r>
    </w:p>
    <w:p>
      <w:pPr>
        <w:jc w:val="right"/>
      </w:pPr>
      <w:r>
        <w:t>چھوڑ کے جانا پڑے گا۔</w:t>
      </w:r>
    </w:p>
    <w:p>
      <w:r>
        <w:rPr>
          <w:b/>
        </w:rPr>
        <w:t xml:space="preserve">[14:51] </w:t>
      </w:r>
      <w:r>
        <w:t>jo cheez marte hi sath chhod de aap ka, woh aap ka maqsad hayat nahi ho sakta. Aim of Life nahi ho sakta.</w:t>
      </w:r>
    </w:p>
    <w:p>
      <w:pPr>
        <w:jc w:val="right"/>
      </w:pPr>
      <w:r>
        <w:t>جو چیز مرتے ہی ساتھ چھوڑ دے آپ کا، وہ آپ کا مقصد حیات نہیں ہو سکتا۔ Aim of Life نہیں ہو سکتا۔</w:t>
      </w:r>
    </w:p>
    <w:p>
      <w:r>
        <w:rPr>
          <w:b/>
        </w:rPr>
        <w:t xml:space="preserve">[15:03] </w:t>
      </w:r>
      <w:r>
        <w:t>zindagi ka maqsad sirf woh ho sakta hai jo maut ke baad bhi aap ka sath de. woh kya hai? main samajhta hoon ke woh buniyadi taur par teen chezen hain.</w:t>
      </w:r>
    </w:p>
    <w:p>
      <w:pPr>
        <w:jc w:val="right"/>
      </w:pPr>
      <w:r>
        <w:t>زندگی کا مقصد صرف وہ ہو سکتا ہے جو موت کے بعد بھی آپ کا ساتھ دے۔ وہ کیا ہے؟ میں سمجھتا ہوں کہ وہ بنیادی طور پر تین چیزیں ہیں۔</w:t>
      </w:r>
    </w:p>
    <w:p>
      <w:r>
        <w:rPr>
          <w:b/>
        </w:rPr>
        <w:t xml:space="preserve">[15:21] </w:t>
      </w:r>
      <w:r>
        <w:t>sab se pehli cheez hai Creator ki daryaft. Discovery of God.</w:t>
      </w:r>
    </w:p>
    <w:p>
      <w:pPr>
        <w:jc w:val="right"/>
      </w:pPr>
      <w:r>
        <w:t>سب سے پہلی چیز ہے Creator کی دریافت۔ Discovery of God ۔</w:t>
      </w:r>
    </w:p>
    <w:p>
      <w:r>
        <w:rPr>
          <w:b/>
        </w:rPr>
        <w:t xml:space="preserve">[15:30] </w:t>
      </w:r>
      <w:r>
        <w:t>jis ne aap ko banaya hai, jis ne sari kainat ki takhleeq ki hai, us ko janna. jis ko kaha gaya hai shariat mein marifat.</w:t>
      </w:r>
    </w:p>
    <w:p>
      <w:pPr>
        <w:jc w:val="right"/>
      </w:pPr>
      <w:r>
        <w:t>جس نے آپ کو بنایا ہے، جس نے ساری کائنات کی تخلیق کی ہے، اس کو جاننا۔ جس کو کہا گیا ہے شریعت میں معرفت۔</w:t>
      </w:r>
    </w:p>
    <w:p>
      <w:r>
        <w:rPr>
          <w:b/>
        </w:rPr>
        <w:t xml:space="preserve">[15:43] </w:t>
      </w:r>
      <w:r>
        <w:t>marifat, daryaft, Discovery khalq ki. yeh pehla kaam hai.</w:t>
      </w:r>
    </w:p>
    <w:p>
      <w:pPr>
        <w:jc w:val="right"/>
      </w:pPr>
      <w:r>
        <w:t>معرفت، دریافت، Discovery خالق کی۔ یہ پہلا کام ہے۔</w:t>
      </w:r>
    </w:p>
    <w:p>
      <w:r>
        <w:rPr>
          <w:b/>
        </w:rPr>
        <w:t xml:space="preserve">[15:54] </w:t>
      </w:r>
      <w:r>
        <w:t>yeh nahi to kuch bhi nahi. yeh nahi to beginning bhi nahi hui.</w:t>
      </w:r>
    </w:p>
    <w:p>
      <w:pPr>
        <w:jc w:val="right"/>
      </w:pPr>
      <w:r>
        <w:t>یہ نہیں تو کچھ بھی نہیں۔ یہ نہیں تو Beginning بھی نہیں ہوئی۔</w:t>
      </w:r>
    </w:p>
    <w:p>
      <w:r>
        <w:rPr>
          <w:b/>
        </w:rPr>
        <w:t xml:space="preserve">[16:01] </w:t>
      </w:r>
      <w:r>
        <w:t>yeh starting point hai zindagi ka.</w:t>
      </w:r>
    </w:p>
    <w:p>
      <w:pPr>
        <w:jc w:val="right"/>
      </w:pPr>
      <w:r>
        <w:t>یہ Starting Point ہے زندگی کا۔</w:t>
      </w:r>
    </w:p>
    <w:p>
      <w:r>
        <w:rPr>
          <w:b/>
        </w:rPr>
        <w:t xml:space="preserve">[16:08] </w:t>
      </w:r>
      <w:r>
        <w:t>is ke baad kya hai? yeh janna hai ke what is the creation plan of God .</w:t>
      </w:r>
    </w:p>
    <w:p>
      <w:pPr>
        <w:jc w:val="right"/>
      </w:pPr>
      <w:r>
        <w:t>اس کے بعد کیا ہے؟ یہ جاننا ہے کہ What is the creation plan of God ۔</w:t>
      </w:r>
    </w:p>
    <w:p>
      <w:r>
        <w:rPr>
          <w:b/>
        </w:rPr>
        <w:t xml:space="preserve">[16:16] </w:t>
      </w:r>
      <w:r>
        <w:t>Allah ka takhleeqi mansooba kya hai? khaliq ko janna sab se pehle. is ke baad khaliq ne kyun banaya mujh ko?</w:t>
      </w:r>
    </w:p>
    <w:p>
      <w:pPr>
        <w:jc w:val="right"/>
      </w:pPr>
      <w:r>
        <w:t>اللہ کا تخلیقی منصوبہ کیا ہے؟ خالق کو جاننا سب سے پہلے۔ اس کے بعد خالق نے کیوں بنایا مجھ کو؟</w:t>
      </w:r>
    </w:p>
    <w:p>
      <w:r>
        <w:rPr>
          <w:b/>
        </w:rPr>
        <w:t xml:space="preserve">[16:27] </w:t>
      </w:r>
      <w:r>
        <w:t>kyun banaya kainat ko? kyun mujh ko yahan rakha?</w:t>
      </w:r>
    </w:p>
    <w:p>
      <w:pPr>
        <w:jc w:val="right"/>
      </w:pPr>
      <w:r>
        <w:t>کیوں بنایا کائنات کو؟ کیوں مجھ کو یہاں رکھا؟</w:t>
      </w:r>
    </w:p>
    <w:p>
      <w:r>
        <w:rPr>
          <w:b/>
        </w:rPr>
        <w:t xml:space="preserve">[16:33] </w:t>
      </w:r>
      <w:r>
        <w:t>to yeh doosri cheez hui. teesri cheez jo hai, jab aap daryaft karte hain ke maut ke baad jannat aur jahannum hai, to teesri cheez kya aap ka concern banti hai?</w:t>
      </w:r>
    </w:p>
    <w:p>
      <w:pPr>
        <w:jc w:val="right"/>
      </w:pPr>
      <w:r>
        <w:t>تو یہ دوسری چیز ہوئی۔ تیسری چیز جو ہے، جب آپ دریافت کرتے ہیں کہ موت کے بعد جنت اور جہنم ہے، تو تیسری چیز کیا آپ کا Concern بنتی ہے؟</w:t>
      </w:r>
    </w:p>
    <w:p>
      <w:r>
        <w:rPr>
          <w:b/>
        </w:rPr>
        <w:t xml:space="preserve">[16:50] </w:t>
      </w:r>
      <w:r>
        <w:t>apne aap ko is qabil banana ke maut ke baad aap ko</w:t>
      </w:r>
    </w:p>
    <w:p>
      <w:pPr>
        <w:jc w:val="right"/>
      </w:pPr>
      <w:r>
        <w:t>اپنے آپ کو اس قابل بنانا کہ موت کے بعد آپ کو</w:t>
      </w:r>
    </w:p>
    <w:p>
      <w:r>
        <w:rPr>
          <w:b/>
        </w:rPr>
        <w:t xml:space="preserve">[16:56] </w:t>
      </w:r>
      <w:r>
        <w:t>jahannum ko samne na na karna pare. aap ko jannat mein jagah mile.</w:t>
      </w:r>
    </w:p>
    <w:p>
      <w:pPr>
        <w:jc w:val="right"/>
      </w:pPr>
      <w:r>
        <w:t>جہنم کو سامنے نہ نہ کرنا پڑے۔ آپ کو جنت میں جگہ ملے۔</w:t>
      </w:r>
    </w:p>
    <w:p>
      <w:r>
        <w:rPr>
          <w:b/>
        </w:rPr>
        <w:t xml:space="preserve">[17:09] </w:t>
      </w:r>
      <w:r>
        <w:t>kyunki hadith mein aata hai ke</w:t>
      </w:r>
    </w:p>
    <w:p>
      <w:pPr>
        <w:jc w:val="right"/>
      </w:pPr>
      <w:r>
        <w:t>کیونکہ حدیث میں آتا ہے کہ</w:t>
      </w:r>
    </w:p>
    <w:p>
      <w:r>
        <w:rPr>
          <w:b/>
        </w:rPr>
        <w:t xml:space="preserve">[17:13] </w:t>
      </w:r>
      <w:r>
        <w:t>al qabr raudhatun min riyad al jannah wa hufratun min hufr al nar .</w:t>
      </w:r>
    </w:p>
    <w:p>
      <w:pPr>
        <w:jc w:val="right"/>
      </w:pPr>
      <w:r>
        <w:t>القبر روضۃ من ریاض الجنہ وحفرۃ من حفر النار ۔</w:t>
      </w:r>
    </w:p>
    <w:p>
      <w:r>
        <w:rPr>
          <w:b/>
        </w:rPr>
        <w:t xml:space="preserve">[17:22] </w:t>
      </w:r>
      <w:r>
        <w:t>yani maut ke baad hi aadmi ko ya to samna karna hai jahannum ka, ya is ko darwaza khulega is ke liye jannat ka.</w:t>
      </w:r>
    </w:p>
    <w:p>
      <w:pPr>
        <w:jc w:val="right"/>
      </w:pPr>
      <w:r>
        <w:t>یعنی موت کے بعد ہی آدمی کو یا تو سامنا کرنا ہے جہنم کا، یا اس کو دروازہ کھلے گا اس کے لیے جنت کا۔</w:t>
      </w:r>
    </w:p>
    <w:p>
      <w:r>
        <w:rPr>
          <w:b/>
        </w:rPr>
        <w:t xml:space="preserve">[17:35] </w:t>
      </w:r>
      <w:r>
        <w:t>to jab aap khaliq ki daryaft karte hain to foran is ke baad aap khaliq ke takhleeqi mansoobe ko daryaft karte hain.</w:t>
      </w:r>
    </w:p>
    <w:p>
      <w:pPr>
        <w:jc w:val="right"/>
      </w:pPr>
      <w:r>
        <w:t>تو جب آپ خالق کی دریافت کرتے ہیں تو فوراً اس کے بعد آپ خالق کے تخلیقی منصوبے کو دریافت کرتے ہیں۔</w:t>
      </w:r>
    </w:p>
    <w:p>
      <w:r>
        <w:rPr>
          <w:b/>
        </w:rPr>
        <w:t xml:space="preserve">[17:46] </w:t>
      </w:r>
      <w:r>
        <w:t>aur jab takhleeqi mansoobe ko daryaft karte hain to aap ka yeh sab se bara concern ban jata hai</w:t>
      </w:r>
    </w:p>
    <w:p>
      <w:pPr>
        <w:jc w:val="right"/>
      </w:pPr>
      <w:r>
        <w:t>اور جب تخلیقی منصوبے کو دریافت کرتے ہیں تو آپ کا یہ سب سے بڑا Concern بن جاتا ہے</w:t>
      </w:r>
    </w:p>
    <w:p>
      <w:r>
        <w:rPr>
          <w:b/>
        </w:rPr>
        <w:t xml:space="preserve">[17:56] </w:t>
      </w:r>
      <w:r>
        <w:t>ke main apne aap ko bachaoon jahannum se aur jannat ka mustahiq banaoon.</w:t>
      </w:r>
    </w:p>
    <w:p>
      <w:pPr>
        <w:jc w:val="right"/>
      </w:pPr>
      <w:r>
        <w:t>کہ میں اپنے آپ کو بچاؤں جہنم سے اور جنت کا مستحق بناؤں۔</w:t>
      </w:r>
    </w:p>
    <w:p>
      <w:r>
        <w:rPr>
          <w:b/>
        </w:rPr>
        <w:t xml:space="preserve">[18:05] </w:t>
      </w:r>
      <w:r>
        <w:t>dekhiye, yahi tamam paighambaron ka sab se bara nuqta dawat tha.</w:t>
      </w:r>
    </w:p>
    <w:p>
      <w:pPr>
        <w:jc w:val="right"/>
      </w:pPr>
      <w:r>
        <w:t>دیکھیے، یہی تمام پیغمبروں کا سب سے بڑا نقطہ دعوت تھا۔</w:t>
      </w:r>
    </w:p>
    <w:p>
      <w:r>
        <w:rPr>
          <w:b/>
        </w:rPr>
        <w:t xml:space="preserve">[18:13] </w:t>
      </w:r>
      <w:r>
        <w:t>paighambar bheje gaye duniya mein mission ke liye. un ke mission ka sab se bara yahi tha.</w:t>
      </w:r>
    </w:p>
    <w:p>
      <w:pPr>
        <w:jc w:val="right"/>
      </w:pPr>
      <w:r>
        <w:t>پیغمبر بھیجے گئے دنیا میں Mission کے لیے۔ ان کے Mission کا سب سے بڑا یہی تھا۔</w:t>
      </w:r>
    </w:p>
    <w:p>
      <w:r>
        <w:rPr>
          <w:b/>
        </w:rPr>
        <w:t xml:space="preserve">[18:22] </w:t>
      </w:r>
      <w:r>
        <w:t>rasool Allah sal Allah alaihi wasallam, dekhiye, Makkah mein 610 eesvi mein aap ko paighambar banaya Allah taala ne.</w:t>
      </w:r>
    </w:p>
    <w:p>
      <w:pPr>
        <w:jc w:val="right"/>
      </w:pPr>
      <w:r>
        <w:t>رسول اللہ صلی اللہ علیہ وسلم، دیکھیے، مکہ میں 610 عیسوی میں آپ کو پیغمبر بنایا اللہ تعالیٰ نے۔</w:t>
      </w:r>
    </w:p>
    <w:p>
      <w:r>
        <w:rPr>
          <w:b/>
        </w:rPr>
        <w:t xml:space="preserve">[18:35] </w:t>
      </w:r>
      <w:r>
        <w:t>is ke baad aap ne logon ko ikhatta kiya.</w:t>
      </w:r>
    </w:p>
    <w:p>
      <w:pPr>
        <w:jc w:val="right"/>
      </w:pPr>
      <w:r>
        <w:t>اس کے بعد آپ نے لوگوں کو اکٹھا کیا۔</w:t>
      </w:r>
    </w:p>
    <w:p>
      <w:r>
        <w:rPr>
          <w:b/>
        </w:rPr>
        <w:t xml:space="preserve">[18:41] </w:t>
      </w:r>
      <w:r>
        <w:t>aur jo pehli taqreer aap ne ki, wahan Makkah ke bahir aik teela tha, teela, jis ko hum Safa kehte hain.</w:t>
      </w:r>
    </w:p>
    <w:p>
      <w:pPr>
        <w:jc w:val="right"/>
      </w:pPr>
      <w:r>
        <w:t>اور جو پہلی تقریر آپ نے کی، وہاں مکہ کے باہر ایک ٹیلہ تھا، ٹیلہ، جس کو ہم صفا کہتے ہیں۔</w:t>
      </w:r>
    </w:p>
    <w:p>
      <w:r>
        <w:rPr>
          <w:b/>
        </w:rPr>
        <w:t xml:space="preserve">[18:53] </w:t>
      </w:r>
      <w:r>
        <w:t>wahan par aap aadmi ko koi baat kehna hota tha to wahan khara ho kar awaz deta tha. log ikhatta hote the.</w:t>
      </w:r>
    </w:p>
    <w:p>
      <w:pPr>
        <w:jc w:val="right"/>
      </w:pPr>
      <w:r>
        <w:t>وہاں پر آپ آدمی کو کوئی بات کہنا ہوتا تھا تو وہاں کھڑا ہو کر آواز دیتا تھا۔ لوگ اکٹھا ہوتے تھے۔</w:t>
      </w:r>
    </w:p>
    <w:p>
      <w:r>
        <w:rPr>
          <w:b/>
        </w:rPr>
        <w:t xml:space="preserve">[19:02] </w:t>
      </w:r>
      <w:r>
        <w:t>to aap ne jo taqreer ki, us ka khulasa kya tha? wallahi la tamootoon kama tanamoon wa tahyoon kama tastaiqizoon wa innaha la jannata abadan wa narun abadan .</w:t>
      </w:r>
    </w:p>
    <w:p>
      <w:pPr>
        <w:jc w:val="right"/>
      </w:pPr>
      <w:r>
        <w:t>تو آپ نے جو تقریر کی، اس کا خلاصہ کیا تھا؟ والله لا تموتون کما تنامون وتحيون کما تستيقظون وانها لا جنة ابدا ونار ابدا ۔</w:t>
      </w:r>
    </w:p>
    <w:p>
      <w:r>
        <w:rPr>
          <w:b/>
        </w:rPr>
        <w:t xml:space="preserve">[19:19] </w:t>
      </w:r>
      <w:r>
        <w:t>aap ne ek misaal di sone aur jaagne ki. ke jis tarah tum</w:t>
      </w:r>
    </w:p>
    <w:p>
      <w:pPr>
        <w:jc w:val="right"/>
      </w:pPr>
      <w:r>
        <w:t>آپ نے ایک مثال دی سونے اور جاگنے کی۔ کہ جس طرح تم</w:t>
      </w:r>
    </w:p>
    <w:p>
      <w:r>
        <w:rPr>
          <w:b/>
        </w:rPr>
        <w:t xml:space="preserve">[19:27] </w:t>
      </w:r>
      <w:r>
        <w:t>soote ho, waise hi maro ge. lekin maut zindagi khatma nahi hai. agli din phir tum uthte ho, waise hi tum dobara akhirat mein uthaye jaoge.</w:t>
      </w:r>
    </w:p>
    <w:p>
      <w:pPr>
        <w:jc w:val="right"/>
      </w:pPr>
      <w:r>
        <w:t>سوتے ہو، ویسے ہی مرو گے۔ لیکن موت زندگی خاتمہ نہیں ہے۔ اگلے دن پھر تم اٹھتے ہو، ویسے ہی تم دوبارہ آخرت میں اٹھائے جاؤ گے۔</w:t>
      </w:r>
    </w:p>
    <w:p>
      <w:r>
        <w:rPr>
          <w:b/>
        </w:rPr>
        <w:t xml:space="preserve">[19:42] </w:t>
      </w:r>
      <w:r>
        <w:t>aur is ke baad kya hai? ya jannat hai ya jahannum hai.</w:t>
      </w:r>
    </w:p>
    <w:p>
      <w:pPr>
        <w:jc w:val="right"/>
      </w:pPr>
      <w:r>
        <w:t>اور اس کے بعد کیا ہے؟ یا جنت ہے یا جہنم ہے۔</w:t>
      </w:r>
    </w:p>
    <w:p>
      <w:r>
        <w:rPr>
          <w:b/>
        </w:rPr>
        <w:t xml:space="preserve">[19:51] </w:t>
      </w:r>
      <w:r>
        <w:t>yeh aap Makkah mein aap ki pehli taqreer thi.</w:t>
      </w:r>
    </w:p>
    <w:p>
      <w:pPr>
        <w:jc w:val="right"/>
      </w:pPr>
      <w:r>
        <w:t>یہ آپ مکہ میں آپ کی پہلی تقریر تھی۔</w:t>
      </w:r>
    </w:p>
    <w:p>
      <w:r>
        <w:rPr>
          <w:b/>
        </w:rPr>
        <w:t xml:space="preserve">[19:54] </w:t>
      </w:r>
      <w:r>
        <w:t>phir madina mein jo aap ne pehli taqreer ki, terah saal ke baad jab aap madina gaye hijrat kar ke, to pehli taqreer mein aap ne farmaya tha: aiha annas ittaqu an-nar walaw bishirqi tamrah.</w:t>
      </w:r>
    </w:p>
    <w:p>
      <w:pPr>
        <w:jc w:val="right"/>
      </w:pPr>
      <w:r>
        <w:t>پھر مدینہ میں جو آپ نے پہلی تقریر کی، تیرہ سال کے بعد جب آپ مدینہ گئے ہجرت کر کے، تو پہلی تقریر میں آپ نے فرمایا تھا: ایہا الناس اتقوا النار ولو بشرق تمرة ۔</w:t>
      </w:r>
    </w:p>
    <w:p>
      <w:r>
        <w:rPr>
          <w:b/>
        </w:rPr>
        <w:t xml:space="preserve">[20:10] </w:t>
      </w:r>
      <w:r>
        <w:t>ae logon! apne aap ko aag se bachao. khwah khajoor ke tukre ke zariye kyun na ho.</w:t>
      </w:r>
    </w:p>
    <w:p>
      <w:pPr>
        <w:jc w:val="right"/>
      </w:pPr>
      <w:r>
        <w:t>اے لوگوں! اپنے آپ کو آگ سے بچاؤ۔ خواہ کھجور کے ٹکڑے کے ذریعے کیوں نہ ہو۔</w:t>
      </w:r>
    </w:p>
    <w:p>
      <w:r>
        <w:rPr>
          <w:b/>
        </w:rPr>
        <w:t xml:space="preserve">[20:20] </w:t>
      </w:r>
      <w:r>
        <w:t>to yeh tamam paighambaron ka sab se bara</w:t>
      </w:r>
    </w:p>
    <w:p>
      <w:pPr>
        <w:jc w:val="right"/>
      </w:pPr>
      <w:r>
        <w:t>تو یہ تمام پیغمبروں کا سب سے بڑا</w:t>
      </w:r>
    </w:p>
    <w:p>
      <w:r>
        <w:rPr>
          <w:b/>
        </w:rPr>
        <w:t xml:space="preserve">[20:26] </w:t>
      </w:r>
      <w:r>
        <w:t>yehi nuqta-e-dawat tha. yeh un ka mission tha.</w:t>
      </w:r>
    </w:p>
    <w:p>
      <w:pPr>
        <w:jc w:val="right"/>
      </w:pPr>
      <w:r>
        <w:t>یہی نقطہ دعوت تھا۔ یہ ان کا Mission تھا۔</w:t>
      </w:r>
    </w:p>
    <w:p>
      <w:r>
        <w:rPr>
          <w:b/>
        </w:rPr>
        <w:t xml:space="preserve">[20:32] </w:t>
      </w:r>
      <w:r>
        <w:t>kyun is ko mission banaya paighambaron ne? yehi to sab se bara masla hai insaan ka hai. aur yaad rakhiye, sab se zyada jo cheez aadmi ko active karti hai, serious banati hai,</w:t>
      </w:r>
    </w:p>
    <w:p>
      <w:pPr>
        <w:jc w:val="right"/>
      </w:pPr>
      <w:r>
        <w:t>کیوں اس کو Mission بنایا پیغمبروں نے؟ یہی تو سب سے بڑا مسئلہ ہے انسان کا ہے۔ اور یاد رکھیے، سب سے زیادہ جو چیز آدمی کو Active کرتی ہے، Serious بناتی ہے،</w:t>
      </w:r>
    </w:p>
    <w:p>
      <w:r>
        <w:rPr>
          <w:b/>
        </w:rPr>
        <w:t xml:space="preserve">[20:47] </w:t>
      </w:r>
      <w:r>
        <w:t>woh maut ka yaqeen hai.</w:t>
      </w:r>
    </w:p>
    <w:p>
      <w:pPr>
        <w:jc w:val="right"/>
      </w:pPr>
      <w:r>
        <w:t>وہ موت کا یقین ہے۔</w:t>
      </w:r>
    </w:p>
    <w:p>
      <w:r>
        <w:rPr>
          <w:b/>
        </w:rPr>
        <w:t xml:space="preserve">[20:56] </w:t>
      </w:r>
      <w:r>
        <w:t>aap dunya mein bohat se ikhtilafat, log aksar ikhtilaf ki baatein karte hain. kal parson mere paas aik sahib aaye, sahib!</w:t>
      </w:r>
    </w:p>
    <w:p>
      <w:pPr>
        <w:jc w:val="right"/>
      </w:pPr>
      <w:r>
        <w:t>آپ دنیا میں بہت سے اختلافات، لوگ اکثر اختلاف کی باتیں کرتے ہیں۔ کل پرسوں میرے پاس ایک صاحب آئے، صاحب!</w:t>
      </w:r>
    </w:p>
    <w:p>
      <w:r>
        <w:rPr>
          <w:b/>
        </w:rPr>
        <w:t xml:space="preserve">[21:05] </w:t>
      </w:r>
      <w:r>
        <w:t>ummat ka ikhtilaf kaisay khatam ho? to main ne aik waqia bataya.</w:t>
      </w:r>
    </w:p>
    <w:p>
      <w:pPr>
        <w:jc w:val="right"/>
      </w:pPr>
      <w:r>
        <w:t>امت کا اختلاف کیسے ختم ہو؟ تو میں نے ایک واقعہ بتایا۔</w:t>
      </w:r>
    </w:p>
    <w:p>
      <w:r>
        <w:rPr>
          <w:b/>
        </w:rPr>
        <w:t xml:space="preserve">[21:12] </w:t>
      </w:r>
      <w:r>
        <w:t>yeh main ne kaha ke yeh ikhtilaf ki baat nahi hai.</w:t>
      </w:r>
    </w:p>
    <w:p>
      <w:pPr>
        <w:jc w:val="right"/>
      </w:pPr>
      <w:r>
        <w:t>یہ میں نے کہا کہ یہ اختلاف کی بات نہیں ہے۔</w:t>
      </w:r>
    </w:p>
    <w:p>
      <w:r>
        <w:rPr>
          <w:b/>
        </w:rPr>
        <w:t xml:space="preserve">[21:17] </w:t>
      </w:r>
      <w:r>
        <w:t>yeh be-khofi ki baat hai. Allah ki pakar se be-khofi.</w:t>
      </w:r>
    </w:p>
    <w:p>
      <w:pPr>
        <w:jc w:val="right"/>
      </w:pPr>
      <w:r>
        <w:t>یہ بے خوفی کی بات ہے۔ اللہ کی پکڑ سے بے خوفی۔</w:t>
      </w:r>
    </w:p>
    <w:p>
      <w:r>
        <w:rPr>
          <w:b/>
        </w:rPr>
        <w:t xml:space="preserve">[21:24] </w:t>
      </w:r>
      <w:r>
        <w:t>us ne ikhtilaf paida kar rakha hai. to unhon ne bataya ke Hyderabad mein aik conference thi ulama ki.</w:t>
      </w:r>
    </w:p>
    <w:p>
      <w:pPr>
        <w:jc w:val="right"/>
      </w:pPr>
      <w:r>
        <w:t>اس نے اختلاف پیدا کر رکھا ہے۔ تو انہوں نے بتایا کہ حیدرآباد میں ایک Conference تھی علماء کی۔</w:t>
      </w:r>
    </w:p>
    <w:p>
      <w:r>
        <w:rPr>
          <w:b/>
        </w:rPr>
        <w:t xml:space="preserve">[21:34] </w:t>
      </w:r>
      <w:r>
        <w:t>India bhar ke tamam madaris ke ulama, zimmedar hazraat, usay bulaye gaye thay.</w:t>
      </w:r>
    </w:p>
    <w:p>
      <w:pPr>
        <w:jc w:val="right"/>
      </w:pPr>
      <w:r>
        <w:t>انڈیا بھر کے تمام مدارس کے علماء، ذمہ دار حضرات، اسے بلائے گئے تھے۔</w:t>
      </w:r>
    </w:p>
    <w:p>
      <w:r>
        <w:rPr>
          <w:b/>
        </w:rPr>
        <w:t xml:space="preserve">[21:44] </w:t>
      </w:r>
      <w:r>
        <w:t>misalan Nadwat se wahan aaye thay Maulana Abdul Arfan sahib, jo us waqt muhtaram thay. aise hi tamam madaris ke log.</w:t>
      </w:r>
    </w:p>
    <w:p>
      <w:pPr>
        <w:jc w:val="right"/>
      </w:pPr>
      <w:r>
        <w:t>مثلاً ندوہ سے وہاں آئے تھے مولانا عبدالعرفان صاحب، جو اس وقت محترم تھے۔ ایسے ہی تمام مدارس کے لوگ۔</w:t>
      </w:r>
    </w:p>
    <w:p>
      <w:r>
        <w:rPr>
          <w:b/>
        </w:rPr>
        <w:t xml:space="preserve">[21:54] </w:t>
      </w:r>
      <w:r>
        <w:t>to main bhi is mein sharik tha.</w:t>
      </w:r>
    </w:p>
    <w:p>
      <w:pPr>
        <w:jc w:val="right"/>
      </w:pPr>
      <w:r>
        <w:t>تو میں بھی اس میں شریک تھا۔</w:t>
      </w:r>
    </w:p>
    <w:p>
      <w:r>
        <w:rPr>
          <w:b/>
        </w:rPr>
        <w:t xml:space="preserve">[22:01] </w:t>
      </w:r>
      <w:r>
        <w:t>to wahan ka</w:t>
      </w:r>
    </w:p>
    <w:p>
      <w:pPr>
        <w:jc w:val="right"/>
      </w:pPr>
      <w:r>
        <w:t>تو وہاں کا</w:t>
      </w:r>
    </w:p>
    <w:p>
      <w:r>
        <w:rPr>
          <w:b/>
        </w:rPr>
        <w:t xml:space="preserve">[22:05] </w:t>
      </w:r>
      <w:r>
        <w:t>wahan aik tajweez yeh pesh ki gayi ke tamam madaris ka nizam yaksaan kiya jaye. misal ke taur par, aik talib-e-ilm secular education le raha hai Delhi mein.</w:t>
      </w:r>
    </w:p>
    <w:p>
      <w:pPr>
        <w:jc w:val="right"/>
      </w:pPr>
      <w:r>
        <w:t>وہاں ایک تجویز یہ پیشی گئی کہ تمام مدارس کا نظام یکساں کیا جائے۔ مثال کے طور پر، ایک طالب علم سکولر ایجوکیشن لے رہا ہے دلی میں۔</w:t>
      </w:r>
    </w:p>
    <w:p>
      <w:r>
        <w:rPr>
          <w:b/>
        </w:rPr>
        <w:t xml:space="preserve">[22:20] </w:t>
      </w:r>
      <w:r>
        <w:t>yahan se high school pass karta hai. to kahin bhi India mein jayega to us ko agle saal dakhla mil jata hai.</w:t>
      </w:r>
    </w:p>
    <w:p>
      <w:pPr>
        <w:jc w:val="right"/>
      </w:pPr>
      <w:r>
        <w:t>یہاں سے ہائی سکول پاس کرتا ہے۔ تو کہیں بھی انڈیا میں جائے گا تو اس کو اگلے سال داخلہ مل جاتا ہے۔</w:t>
      </w:r>
    </w:p>
    <w:p>
      <w:r>
        <w:rPr>
          <w:b/>
        </w:rPr>
        <w:t xml:space="preserve">[22:31] </w:t>
      </w:r>
      <w:r>
        <w:t>yahan ka certificate wahan kaam aata hai.</w:t>
      </w:r>
    </w:p>
    <w:p>
      <w:pPr>
        <w:jc w:val="right"/>
      </w:pPr>
      <w:r>
        <w:t>یہاں کا سرٹیفکیٹ وہاں کام آتا ہے۔</w:t>
      </w:r>
    </w:p>
    <w:p>
      <w:r>
        <w:rPr>
          <w:b/>
        </w:rPr>
        <w:t xml:space="preserve">[22:36] </w:t>
      </w:r>
      <w:r>
        <w:t>to madaris mein aisa muttaheda nizam nahi hai ke yahan ka certificate wahan kaam aa jaye. har madrase ka alag alag nizam hai.</w:t>
      </w:r>
    </w:p>
    <w:p>
      <w:pPr>
        <w:jc w:val="right"/>
      </w:pPr>
      <w:r>
        <w:t>تو مدارس میں ایسا متحدہ نظام نہیں ہے کہ یہاں کا سرٹیفکیٹ وہاں کام آ جائے۔ ہر مدرسے کا الگ الگ نظام ہے۔</w:t>
      </w:r>
    </w:p>
    <w:p>
      <w:r>
        <w:rPr>
          <w:b/>
        </w:rPr>
        <w:t xml:space="preserve">[22:46] </w:t>
      </w:r>
      <w:r>
        <w:t>talib-e-ilm ko alag alag apne ko sabit karna parta hai. is tarah ki kai cheezein theen jo wahan par zer-e-bahs aayi theen.</w:t>
      </w:r>
    </w:p>
    <w:p>
      <w:pPr>
        <w:jc w:val="right"/>
      </w:pPr>
      <w:r>
        <w:t>طالب علم کو الگ الگ اپنے کو ثابت کرنا پڑتا ہے۔ اس طرح کی کئی چیزیں تھیں جو وہاں پر زیر بحث آئی تھیں۔</w:t>
      </w:r>
    </w:p>
    <w:p>
      <w:r>
        <w:rPr>
          <w:b/>
        </w:rPr>
        <w:t xml:space="preserve">[22:57] </w:t>
      </w:r>
      <w:r>
        <w:t>maliyat ke baray mein bhi is ka bhi aik ijtimai nizam, markazi nizam banaya jaye. to kisi bhi mozu par wahan ittifaq nahi ho raha tha.</w:t>
      </w:r>
    </w:p>
    <w:p>
      <w:pPr>
        <w:jc w:val="right"/>
      </w:pPr>
      <w:r>
        <w:t>مالیات کے بارے میں بھی اس کا بھی ایک اجتماعی نظام، مرکزی نظام بنایا جائے۔ تو کسی بھی موضوع پر وہاں اتفاق نہیں ہو رہا تھا۔</w:t>
      </w:r>
    </w:p>
    <w:p>
      <w:r>
        <w:rPr>
          <w:b/>
        </w:rPr>
        <w:t xml:space="preserve">[23:08] </w:t>
      </w:r>
      <w:r>
        <w:t>har aadmi ajeeb ajeeb baatein karta tha. aik baat yeh thi ke nisaab aik yaksaan kiya jaye.</w:t>
      </w:r>
    </w:p>
    <w:p>
      <w:pPr>
        <w:jc w:val="right"/>
      </w:pPr>
      <w:r>
        <w:t>ہر آدمی عجیب عجیب باتیں کرتا تھا۔ ایک بات یہ تھی کہ نصاب ایک یکساں کیا جائے۔</w:t>
      </w:r>
    </w:p>
    <w:p>
      <w:r>
        <w:rPr>
          <w:b/>
        </w:rPr>
        <w:t xml:space="preserve">[23:15] </w:t>
      </w:r>
      <w:r>
        <w:t>nisaab jo jis tarah se secular idaron mein hai ke wahan nisaab aik hota hai. yahan ka aadmi wahan ja kar kaam kar sakta hai, wahan dakhla le sakta hai.</w:t>
      </w:r>
    </w:p>
    <w:p>
      <w:pPr>
        <w:jc w:val="right"/>
      </w:pPr>
      <w:r>
        <w:t>نصاب جو جس طرح سے سیکولر اداروں میں ہے کہ وہاں نصاب ایک ہوتا ہے۔ یہاں کا آدمی وہاں جا کر کام کر سکتا ہے، وہاں داخلہ لے سکتا ہے۔</w:t>
      </w:r>
    </w:p>
    <w:p>
      <w:r>
        <w:rPr>
          <w:b/>
        </w:rPr>
        <w:t xml:space="preserve">[23:26] </w:t>
      </w:r>
      <w:r>
        <w:t>to madaris ke nisaab mein yeksaniyat laayi jaye. kisi bhi mozu par wahan ittifaq nahi ho raha tha. har aadmi apni bhi boli bolta tha.</w:t>
      </w:r>
    </w:p>
    <w:p>
      <w:pPr>
        <w:jc w:val="right"/>
      </w:pPr>
      <w:r>
        <w:t>تو مدارس کے نصاب میں یکسانیت لائی جائے۔ کسی بھی موضوع پر وہاں اتفاق نہیں ہو رہا تھا۔ ہر آدمی اپنی بھی بولی بولتا تھا۔</w:t>
      </w:r>
    </w:p>
    <w:p>
      <w:r>
        <w:rPr>
          <w:b/>
        </w:rPr>
        <w:t xml:space="preserve">[23:40] </w:t>
      </w:r>
      <w:r>
        <w:t>to main chup chap baitha tha, bohat hi dard aur fikr kiye hue.</w:t>
      </w:r>
    </w:p>
    <w:p>
      <w:pPr>
        <w:jc w:val="right"/>
      </w:pPr>
      <w:r>
        <w:t>تو میں چپ چاپ بیٹھا تھا، بہت ہی درد اور فکر کیے ہوئے۔</w:t>
      </w:r>
    </w:p>
    <w:p>
      <w:r>
        <w:rPr>
          <w:b/>
        </w:rPr>
        <w:t xml:space="preserve">[23:47] </w:t>
      </w:r>
      <w:r>
        <w:t>to aik sahib ne kaha ke aap bhi kahiye is mozu par kuch. to mein bohat hi dard mandi ke sath utha.</w:t>
      </w:r>
    </w:p>
    <w:p>
      <w:pPr>
        <w:jc w:val="right"/>
      </w:pPr>
      <w:r>
        <w:t>تو ایک صاحب نے کہا کہ آپ بھی کہیے اس موضوع پر کچھ۔ تو میں بہت ہی درد مندی کے ساتھ اٹھا۔</w:t>
      </w:r>
    </w:p>
    <w:p>
      <w:r>
        <w:rPr>
          <w:b/>
        </w:rPr>
        <w:t xml:space="preserve">[23:58] </w:t>
      </w:r>
      <w:r>
        <w:t>aur mein ne kaha ke</w:t>
      </w:r>
    </w:p>
    <w:p>
      <w:pPr>
        <w:jc w:val="right"/>
      </w:pPr>
      <w:r>
        <w:t>اور میں نے کہا کہ</w:t>
      </w:r>
    </w:p>
    <w:p>
      <w:r>
        <w:rPr>
          <w:b/>
        </w:rPr>
        <w:t xml:space="preserve">[24:02] </w:t>
      </w:r>
      <w:r>
        <w:t>yahan itne sare log akhathe hain, agar yahan aik kala saamp nikal aye, aik naag,</w:t>
      </w:r>
    </w:p>
    <w:p>
      <w:pPr>
        <w:jc w:val="right"/>
      </w:pPr>
      <w:r>
        <w:t>یہاں اتنے سارے لوگ اکٹھے ہیں، اگر یہاں ایک کالا سانپ نکل آئے، ایک ناگ،</w:t>
      </w:r>
    </w:p>
    <w:p>
      <w:r>
        <w:rPr>
          <w:b/>
        </w:rPr>
        <w:t xml:space="preserve">[24:12] </w:t>
      </w:r>
      <w:r>
        <w:t>to kya hoga?</w:t>
      </w:r>
    </w:p>
    <w:p>
      <w:pPr>
        <w:jc w:val="right"/>
      </w:pPr>
      <w:r>
        <w:t>تو کیا ہوگا؟</w:t>
      </w:r>
    </w:p>
    <w:p>
      <w:r>
        <w:rPr>
          <w:b/>
        </w:rPr>
        <w:t xml:space="preserve">[24:16] </w:t>
      </w:r>
      <w:r>
        <w:t>sab ki raayein aik ho jayengi. to kai raayein nahi hongi. sab aadmi kahenge: "saamp, saamp! bachho, bachho!"</w:t>
      </w:r>
    </w:p>
    <w:p>
      <w:pPr>
        <w:jc w:val="right"/>
      </w:pPr>
      <w:r>
        <w:t>سب کی رائیں ایک ہو جائیں گی۔ تو کئی رائیں نہیں ہوں گی۔ سب آدمی کہیں گے: "سانپ، سانپ! بچو، بچو!"</w:t>
      </w:r>
    </w:p>
    <w:p>
      <w:r>
        <w:rPr>
          <w:b/>
        </w:rPr>
        <w:t xml:space="preserve">[24:28] </w:t>
      </w:r>
      <w:r>
        <w:t>jab tak saamp nahi nikla hua hai, tab tak log tarah tarah ki boliyan bol rahe hain.</w:t>
      </w:r>
    </w:p>
    <w:p>
      <w:pPr>
        <w:jc w:val="right"/>
      </w:pPr>
      <w:r>
        <w:t>جب تک سانپ نہیں نکلا ہوا ہے، تب تک لوگ طرح طرح کی بولیاں بول رہے ہیں۔</w:t>
      </w:r>
    </w:p>
    <w:p>
      <w:r>
        <w:rPr>
          <w:b/>
        </w:rPr>
        <w:t xml:space="preserve">[24:35] </w:t>
      </w:r>
      <w:r>
        <w:t>jaise hi aik saamp, kala saamp, phool nikal kar khara ho jaye, jis ko cobra kehte hain, c o b r a, aik cobra,</w:t>
      </w:r>
    </w:p>
    <w:p>
      <w:pPr>
        <w:jc w:val="right"/>
      </w:pPr>
      <w:r>
        <w:t>جیسے ہی ایک سانپ، کالا سانپ، پھل نکال کر کھڑا ہو جائے، جس کو کابرا کہتے ہیں، سی او بی آر اے، ایک کابرا،</w:t>
      </w:r>
    </w:p>
    <w:p>
      <w:r>
        <w:rPr>
          <w:b/>
        </w:rPr>
        <w:t xml:space="preserve">[24:50] </w:t>
      </w:r>
      <w:r>
        <w:t>to sab aik hi raaye sab ki ho jayegi. ke "saamp, saamp! bachho is se!" yeh kehte hue meri zuban se nikla</w:t>
      </w:r>
    </w:p>
    <w:p>
      <w:pPr>
        <w:jc w:val="right"/>
      </w:pPr>
      <w:r>
        <w:t>تو سب ایک ہی رائے سب کی ہو جائے گی۔ کہ "سانپ، سانپ! بچو اس سے!" یہ کہتے ہوئے میری زبان سے نکلا</w:t>
      </w:r>
    </w:p>
    <w:p>
      <w:r>
        <w:rPr>
          <w:b/>
        </w:rPr>
        <w:t xml:space="preserve">[25:02] </w:t>
      </w:r>
      <w:r>
        <w:t>ke shiddat-e-khauf raaiyon ke ta'addud ko khatam kar deta hai.</w:t>
      </w:r>
    </w:p>
    <w:p>
      <w:pPr>
        <w:jc w:val="right"/>
      </w:pPr>
      <w:r>
        <w:t>کہ شدتِ خوف رائیوں کے تعدد کو ختم کر دیتا ہے۔</w:t>
      </w:r>
    </w:p>
    <w:p>
      <w:r>
        <w:rPr>
          <w:b/>
        </w:rPr>
        <w:t xml:space="preserve">[25:11] </w:t>
      </w:r>
      <w:r>
        <w:t>shiddat-e-khauf raaiyon ke ta'addud ko khatam kar deta hai.</w:t>
      </w:r>
    </w:p>
    <w:p>
      <w:pPr>
        <w:jc w:val="right"/>
      </w:pPr>
      <w:r>
        <w:t>شدتِ خوف رائیوں کے تعدد کو ختم کر دیتا ہے۔</w:t>
      </w:r>
    </w:p>
    <w:p>
      <w:r>
        <w:rPr>
          <w:b/>
        </w:rPr>
        <w:t xml:space="preserve">[25:17] </w:t>
      </w:r>
      <w:r>
        <w:t>yani agar aap ko sach much Allah ka dar ho,</w:t>
      </w:r>
    </w:p>
    <w:p>
      <w:pPr>
        <w:jc w:val="right"/>
      </w:pPr>
      <w:r>
        <w:t>یعنی اگر آپ کو سچ مچ اللہ کا ڈر ہو،</w:t>
      </w:r>
    </w:p>
    <w:p>
      <w:r>
        <w:rPr>
          <w:b/>
        </w:rPr>
        <w:t xml:space="preserve">[25:27] </w:t>
      </w:r>
      <w:r>
        <w:t>sach much Allah ka dar ho, to aap itna serious ho jayenge, itna sincere ho jayenge ke wahi baat sochenge jo sochne wali baat hai.</w:t>
      </w:r>
    </w:p>
    <w:p>
      <w:pPr>
        <w:jc w:val="right"/>
      </w:pPr>
      <w:r>
        <w:t>سچ مچ اللہ کا ڈر ہو، تو آپ اتنا Serious ہو جائیں گے، اتنا Sincere ہو جائیں گے کہ وہی بات سوچیں گے جو سوچنے والی بات ہے۔</w:t>
      </w:r>
    </w:p>
    <w:p>
      <w:r>
        <w:rPr>
          <w:b/>
        </w:rPr>
        <w:t xml:space="preserve">[25:39] </w:t>
      </w:r>
      <w:r>
        <w:t>distraction khatam ho jayega.</w:t>
      </w:r>
    </w:p>
    <w:p>
      <w:pPr>
        <w:jc w:val="right"/>
      </w:pPr>
      <w:r>
        <w:t>Distraction ختم ہو جائے گا۔</w:t>
      </w:r>
    </w:p>
    <w:p>
      <w:r>
        <w:rPr>
          <w:b/>
        </w:rPr>
        <w:t xml:space="preserve">[25:44] </w:t>
      </w:r>
      <w:r>
        <w:t>to Allah ka dar ke ma'ani kya hain?</w:t>
      </w:r>
    </w:p>
    <w:p>
      <w:pPr>
        <w:jc w:val="right"/>
      </w:pPr>
      <w:r>
        <w:t>تو اللہ کا ڈر کے معنی کیا ہیں؟</w:t>
      </w:r>
    </w:p>
    <w:p>
      <w:r>
        <w:rPr>
          <w:b/>
        </w:rPr>
        <w:t xml:space="preserve">[25:47] </w:t>
      </w:r>
      <w:r>
        <w:t>Allah ki pakar ka dar. Allah ke mawakhze ka dar. maut ka dar.</w:t>
      </w:r>
    </w:p>
    <w:p>
      <w:pPr>
        <w:jc w:val="right"/>
      </w:pPr>
      <w:r>
        <w:t>اللہ کی پکڑ کا ڈر۔ اللہ کے مواخذے کا ڈر۔ موت کا ڈر۔</w:t>
      </w:r>
    </w:p>
    <w:p>
      <w:r>
        <w:rPr>
          <w:b/>
        </w:rPr>
        <w:t xml:space="preserve">[25:58] </w:t>
      </w:r>
      <w:r>
        <w:t>to yeh aadmi ka agar ragaar aa jaye to kitna bara waqea hoga ke ikhtilaf khatam. sab log yeh kehte hain ke aaj ummat mein ikhtilaf hai.</w:t>
      </w:r>
    </w:p>
    <w:p>
      <w:pPr>
        <w:jc w:val="right"/>
      </w:pPr>
      <w:r>
        <w:t>تو یہ آدمی کا اگر رگاڑ آ جائے تو کتنا بڑا واقعہ ہوگا کہ اختلاف ختم۔ سب لوگ یہ کہتے ہیں کہ آج امت میں اختلاف ہے۔</w:t>
      </w:r>
    </w:p>
    <w:p>
      <w:r>
        <w:rPr>
          <w:b/>
        </w:rPr>
        <w:t xml:space="preserve">[26:11] </w:t>
      </w:r>
      <w:r>
        <w:t>ikhtilaf ki wajah se ummat kamzor ho gayi hai, is ki koi value nahi hai.</w:t>
      </w:r>
    </w:p>
    <w:p>
      <w:pPr>
        <w:jc w:val="right"/>
      </w:pPr>
      <w:r>
        <w:t>اختلاف کی وجہ سے امت کمزور ہو گئی ہے، اس کی کوئی Value نہیں ہے۔</w:t>
      </w:r>
    </w:p>
    <w:p>
      <w:r>
        <w:rPr>
          <w:b/>
        </w:rPr>
        <w:t xml:space="preserve">[26:18] </w:t>
      </w:r>
      <w:r>
        <w:t>to ikhtilaf khatam karen. jar jar ko dekhen, root cause kya hai? ikhtilaf kyun hai? Allah se bekhaufi, maut se bekhaufi, aakhirat ki pakar se bekhaufi,</w:t>
      </w:r>
    </w:p>
    <w:p>
      <w:pPr>
        <w:jc w:val="right"/>
      </w:pPr>
      <w:r>
        <w:t>تو اختلاف ختم کریں۔ جڑ جڑ کو دیکھیں، Root Cause کیا ہے؟ اختلاف کیوں ہے؟ اللہ سے بے خوفی، موت سے بے خوفی، آخرت کی پکڑ سے بے خوفی،</w:t>
      </w:r>
    </w:p>
    <w:p>
      <w:r>
        <w:rPr>
          <w:b/>
        </w:rPr>
        <w:t xml:space="preserve">[26:33] </w:t>
      </w:r>
      <w:r>
        <w:t>jahannum se bekhaufi.</w:t>
      </w:r>
    </w:p>
    <w:p>
      <w:pPr>
        <w:jc w:val="right"/>
      </w:pPr>
      <w:r>
        <w:t>جہنم سے بے خوفی۔</w:t>
      </w:r>
    </w:p>
    <w:p>
      <w:r>
        <w:rPr>
          <w:b/>
        </w:rPr>
        <w:t xml:space="preserve">[26:39] </w:t>
      </w:r>
      <w:r>
        <w:t>to wahan sab log bilkul sannata chha gaya logon par jab mein ne kaha ke shiddat-e-khauf raaiyon ke ta'addud ko khatam kar deta hai.</w:t>
      </w:r>
    </w:p>
    <w:p>
      <w:pPr>
        <w:jc w:val="right"/>
      </w:pPr>
      <w:r>
        <w:t>تو وہاں سب لوگ بالکل سناٹا چھا گیا لوگوں پر جب میں نے کہا کہ شدتِ خوف رائیوں کے تعدد کو ختم کر دیتا ہے۔</w:t>
      </w:r>
    </w:p>
    <w:p>
      <w:r>
        <w:rPr>
          <w:b/>
        </w:rPr>
        <w:t xml:space="preserve">[26:56] </w:t>
      </w:r>
      <w:r>
        <w:t>to yeh hai maut. maut aik ideology hai, aik philosophy hai. maut koi saada cheez nahi hai.</w:t>
      </w:r>
    </w:p>
    <w:p>
      <w:pPr>
        <w:jc w:val="right"/>
      </w:pPr>
      <w:r>
        <w:t>تو یہ ہے موت۔ موت ایک Ideology ہے، ایک Philosophy ہے۔ موت کوئی سادہ چیز نہیں ہے۔</w:t>
      </w:r>
    </w:p>
    <w:p>
      <w:r>
        <w:rPr>
          <w:b/>
        </w:rPr>
        <w:t xml:space="preserve">[27:07] </w:t>
      </w:r>
      <w:r>
        <w:t>aik poori ideology hai, aik poori philosophy hai. aik concept life hai, concept of life hai.</w:t>
      </w:r>
    </w:p>
    <w:p>
      <w:pPr>
        <w:jc w:val="right"/>
      </w:pPr>
      <w:r>
        <w:t>ایک پوری Ideology ہے، ایک پوری Philosophy ہے۔ ایک Concept Life ہے، Concept of Life ہے۔</w:t>
      </w:r>
    </w:p>
    <w:p>
      <w:r>
        <w:rPr>
          <w:b/>
        </w:rPr>
        <w:t xml:space="preserve">[27:23] </w:t>
      </w:r>
      <w:r>
        <w:t>isi liye tamam paighambar insan ko is se warning dete rahe ke aye logon!</w:t>
      </w:r>
    </w:p>
    <w:p>
      <w:pPr>
        <w:jc w:val="right"/>
      </w:pPr>
      <w:r>
        <w:t>اسی لیے تمام پیغمبر انسان کو اس سے Warning دیتے رہے کہ اے لوگوں!</w:t>
      </w:r>
    </w:p>
    <w:p>
      <w:r>
        <w:rPr>
          <w:b/>
        </w:rPr>
        <w:t xml:space="preserve">[27:32] </w:t>
      </w:r>
      <w:r>
        <w:t>tumhein marna hai.</w:t>
      </w:r>
    </w:p>
    <w:p>
      <w:pPr>
        <w:jc w:val="right"/>
      </w:pPr>
      <w:r>
        <w:t>تمہیں مرنا ہے۔</w:t>
      </w:r>
    </w:p>
    <w:p>
      <w:r>
        <w:rPr>
          <w:b/>
        </w:rPr>
        <w:t xml:space="preserve">[27:34] </w:t>
      </w:r>
      <w:r>
        <w:t>maut ke baad Allah ke samne khara hona hai. mere bachpan mein</w:t>
      </w:r>
    </w:p>
    <w:p>
      <w:pPr>
        <w:jc w:val="right"/>
      </w:pPr>
      <w:r>
        <w:t>موت کے بعد اللہ کے سامنے کھڑا ہونا ہے۔ میرے بچپن میں</w:t>
      </w:r>
    </w:p>
    <w:p>
      <w:r>
        <w:rPr>
          <w:b/>
        </w:rPr>
        <w:t xml:space="preserve">[27:45] </w:t>
      </w:r>
      <w:r>
        <w:t>aaj aaj har taraf be khofi hai. aaj namazon ki dhoom hai, masjidon, madarson ki dhoom hai. lekin Allah se darne wala kahin nazar nahi aata.</w:t>
      </w:r>
    </w:p>
    <w:p>
      <w:pPr>
        <w:jc w:val="right"/>
      </w:pPr>
      <w:r>
        <w:t>آج آج ہر طرف بے خوفی ہے۔ آج نمازوں کی دھوم ہے، مسجدوں، مدرسوں کی دھوم ہے۔ لیکن اللہ سے ڈرنے والا کہیں نظر نہیں آتا۔</w:t>
      </w:r>
    </w:p>
    <w:p>
      <w:r>
        <w:rPr>
          <w:b/>
        </w:rPr>
        <w:t xml:space="preserve">[27:57] </w:t>
      </w:r>
      <w:r>
        <w:t>ek hadith mein hai ke masayib mu'awiyah wa kharab min al-huda</w:t>
      </w:r>
    </w:p>
    <w:p>
      <w:pPr>
        <w:jc w:val="right"/>
      </w:pPr>
      <w:r>
        <w:t>ایک حدیث میں ہے کہ مصائب معاورة وی خراب من الہدیٰ</w:t>
      </w:r>
    </w:p>
    <w:p>
      <w:r>
        <w:rPr>
          <w:b/>
        </w:rPr>
        <w:t xml:space="preserve">[28:05] </w:t>
      </w:r>
      <w:r>
        <w:t>. ek aur riwayat mein hai ke hatta la tara khashian. yaani deen ke naam par khoob dhoom hogi. lekin Allah se darne wale log nahi rahenge.</w:t>
      </w:r>
    </w:p>
    <w:p>
      <w:pPr>
        <w:jc w:val="right"/>
      </w:pPr>
      <w:r>
        <w:t>۔ ایک اور روایت میں ہے کہ حتیٰ لا ترى خاشعاً ۔ یعنی دین کے نام پر خوب دھوم ہوگی۔ لیکن اللہ سے ڈرنے والے لوگ نہیں رہیں گے۔</w:t>
      </w:r>
    </w:p>
    <w:p>
      <w:r>
        <w:rPr>
          <w:b/>
        </w:rPr>
        <w:t xml:space="preserve">[28:16] </w:t>
      </w:r>
      <w:r>
        <w:t>hatta la tara khashian. yaani ek bhi darne wala nahi hoga. kaisi ajeeb baat hai.</w:t>
      </w:r>
    </w:p>
    <w:p>
      <w:pPr>
        <w:jc w:val="right"/>
      </w:pPr>
      <w:r>
        <w:t>حتیٰ لا ترى خاشعاً ۔ یعنی ایک بھی ڈرنے والا نہیں ہوگا۔ کیسی عجیب بات ہے۔</w:t>
      </w:r>
    </w:p>
    <w:p>
      <w:r>
        <w:rPr>
          <w:b/>
        </w:rPr>
        <w:t xml:space="preserve">[28:26] </w:t>
      </w:r>
      <w:r>
        <w:t>to aap dhoom, deen ke naam par dhoom jo hai, us se khush hone ki zaroorat nahi hai.</w:t>
      </w:r>
    </w:p>
    <w:p>
      <w:pPr>
        <w:jc w:val="right"/>
      </w:pPr>
      <w:r>
        <w:t>تو آپ دھوم، دین کے نام پر دھوم جو ہے، اس سے خوش ہونے کی ضرورت نہیں ہے۔</w:t>
      </w:r>
    </w:p>
    <w:p>
      <w:r>
        <w:rPr>
          <w:b/>
        </w:rPr>
        <w:t xml:space="preserve">[28:32] </w:t>
      </w:r>
      <w:r>
        <w:t>dekhne ki cheez yeh hai ke kya haqeeqat-e-deen hai ke nahi? haqeeqat-e-deen kya hai? Allah ka khauf.</w:t>
      </w:r>
    </w:p>
    <w:p>
      <w:pPr>
        <w:jc w:val="right"/>
      </w:pPr>
      <w:r>
        <w:t>دیکھنے کی چیز یہ ہے کہ کیا حقیقتِ دین ہے کہ نہیں؟ حقیقتِ دین کیا ہے؟ اللہ کا خوف۔</w:t>
      </w:r>
    </w:p>
    <w:p>
      <w:r>
        <w:rPr>
          <w:b/>
        </w:rPr>
        <w:t xml:space="preserve">[28:42] </w:t>
      </w:r>
      <w:r>
        <w:t>Allah ke samne jawab dehi ka ehsas. ke aadmi responsible hai Allah ke aage, accountable hai.</w:t>
      </w:r>
    </w:p>
    <w:p>
      <w:pPr>
        <w:jc w:val="right"/>
      </w:pPr>
      <w:r>
        <w:t>اللہ کے سامنے جواب دہی کا احساس۔ کہ آدمی Responsible ہے اللہ کے آگے، Accountable ہے۔</w:t>
      </w:r>
    </w:p>
    <w:p>
      <w:r>
        <w:rPr>
          <w:b/>
        </w:rPr>
        <w:t xml:space="preserve">[28:54] </w:t>
      </w:r>
      <w:r>
        <w:t>accountability ka kitna zyada ehsas hai, woh hai dekhne ki cheez.</w:t>
      </w:r>
    </w:p>
    <w:p>
      <w:pPr>
        <w:jc w:val="right"/>
      </w:pPr>
      <w:r>
        <w:t>Accountability کا کتنا زیادہ احساس ہے، وہ ہے دیکھنے کی چیز۔</w:t>
      </w:r>
    </w:p>
    <w:p>
      <w:r>
        <w:rPr>
          <w:b/>
        </w:rPr>
        <w:t xml:space="preserve">[29:04] </w:t>
      </w:r>
      <w:r>
        <w:t>woh qata' dekhne ki cheez hai. to sab se badi cheez hai accountability ka ehsas, jawab dehi ka ehsas.</w:t>
      </w:r>
    </w:p>
    <w:p>
      <w:pPr>
        <w:jc w:val="right"/>
      </w:pPr>
      <w:r>
        <w:t>وہ قطع دیکھنے کی چیز ہے۔ تو سب سے بڑی چیز ہے Accountability کا احساس، جواب دہی کا احساس۔</w:t>
      </w:r>
    </w:p>
    <w:p>
      <w:r>
        <w:rPr>
          <w:b/>
        </w:rPr>
        <w:t xml:space="preserve">[29:24] </w:t>
      </w:r>
      <w:r>
        <w:t>to yeh hai ahmiyat concept of death ki.</w:t>
      </w:r>
    </w:p>
    <w:p>
      <w:pPr>
        <w:jc w:val="right"/>
      </w:pPr>
      <w:r>
        <w:t>تو یہ ہے اہمیت Concept of Death کی۔</w:t>
      </w:r>
    </w:p>
    <w:p>
      <w:r>
        <w:rPr>
          <w:b/>
        </w:rPr>
        <w:t xml:space="preserve">[29:33] </w:t>
      </w:r>
      <w:r>
        <w:t>yeh saada baat nahi hai. yeh bohat hi gehri baat hai.</w:t>
      </w:r>
    </w:p>
    <w:p>
      <w:pPr>
        <w:jc w:val="right"/>
      </w:pPr>
      <w:r>
        <w:t>یہ سادہ بات نہیں ہے۔ یہ بہت ہی گہری بات ہے۔</w:t>
      </w:r>
    </w:p>
    <w:p>
      <w:r>
        <w:rPr>
          <w:b/>
        </w:rPr>
        <w:t xml:space="preserve">[29:40] </w:t>
      </w:r>
      <w:r>
        <w:t>quran mein dekhiye, mukhtalif tareeqon se dalail diye gaye hain insaan ko samjhane ke liye.</w:t>
      </w:r>
    </w:p>
    <w:p>
      <w:pPr>
        <w:jc w:val="right"/>
      </w:pPr>
      <w:r>
        <w:t>قرآن میں دیکھیے، مختلف طریقوں سے دلائل دیے گئے ہیں انسان کو سمجھانے کے لیے۔</w:t>
      </w:r>
    </w:p>
    <w:p>
      <w:r>
        <w:rPr>
          <w:b/>
        </w:rPr>
        <w:t xml:space="preserve">[29:51] </w:t>
      </w:r>
      <w:r>
        <w:t>ke insaan samajhta hai ke mar gaye to khatam. to mukhtalif tareeqon se dalail diye gaye hain.</w:t>
      </w:r>
    </w:p>
    <w:p>
      <w:pPr>
        <w:jc w:val="right"/>
      </w:pPr>
      <w:r>
        <w:t>کہ انسان سمجھتا ہے کہ مر گئے تو ختم۔ تو مختلف طریقوں سے دلائل دیے گئے ہیں۔</w:t>
      </w:r>
    </w:p>
    <w:p>
      <w:r>
        <w:rPr>
          <w:b/>
        </w:rPr>
        <w:t xml:space="preserve">[29:57] </w:t>
      </w:r>
      <w:r>
        <w:t>misalan ek dalil yeh hai ke zameen khushk ho jati hai. har taraf sabzi khatam ho jati hai.</w:t>
      </w:r>
    </w:p>
    <w:p>
      <w:pPr>
        <w:jc w:val="right"/>
      </w:pPr>
      <w:r>
        <w:t>مثلاً ایک دلیل یہ ہے کہ زمین خشک ہو جاتی ہے۔ ہر طرف سبزی ختم ہو جاتی ہے۔</w:t>
      </w:r>
    </w:p>
    <w:p>
      <w:r>
        <w:rPr>
          <w:b/>
        </w:rPr>
        <w:t xml:space="preserve">[30:07] </w:t>
      </w:r>
      <w:r>
        <w:t>phir barish hoti hai. aur is ke baad sabza laala hota hai. to aata hai kadhalik al-khuruj.</w:t>
      </w:r>
    </w:p>
    <w:p>
      <w:pPr>
        <w:jc w:val="right"/>
      </w:pPr>
      <w:r>
        <w:t>پھر بارش ہوتی ہے۔ اور اس کے بعد سبزہ لالا ہوتا ہے۔ تو آتا ہے قَذَالِكَ الْخُرُوجُ ۔</w:t>
      </w:r>
    </w:p>
    <w:p>
      <w:r>
        <w:rPr>
          <w:b/>
        </w:rPr>
        <w:t xml:space="preserve">[30:16] </w:t>
      </w:r>
      <w:r>
        <w:t>jis tarah se mari hui zameen zinda ho jati hai. mari hui ganiari phir se hari ho jati hai. to kadhalik al-khuruj. aise hi dobara zindagi hogi.</w:t>
      </w:r>
    </w:p>
    <w:p>
      <w:pPr>
        <w:jc w:val="right"/>
      </w:pPr>
      <w:r>
        <w:t>جس طرح سے مری ہوئی زمین زندہ ہو جاتی ہے۔ مری ہوئی گنیری پھر سے ہری ہو جاتی ہے۔ تو قَذَالِكَ الْخُرُوجُ ۔ ایسے ہی دوبارہ زندگی ہوگی۔</w:t>
      </w:r>
    </w:p>
    <w:p>
      <w:r>
        <w:rPr>
          <w:b/>
        </w:rPr>
        <w:t xml:space="preserve">[30:26] </w:t>
      </w:r>
      <w:r>
        <w:t>iska matlab nahi ke isi isi zameen mein hum pade hue hain aur koi barish hogi to hum zinda ho jayenge. yeh tamseel hai. yeh tamseel ki zuban hai.</w:t>
      </w:r>
    </w:p>
    <w:p>
      <w:pPr>
        <w:jc w:val="right"/>
      </w:pPr>
      <w:r>
        <w:t>اس کا مطلب نہیں کہ اسی اسی زمین میں ہم پڑے ہوئے ہیں اور کوئی بارش ہوگی تو ہم زندہ ہو جائیں گے۔ یہ تمثیل ہے۔ یہ تمثیل کی زبان ہے۔</w:t>
      </w:r>
    </w:p>
    <w:p>
      <w:r>
        <w:rPr>
          <w:b/>
        </w:rPr>
        <w:t xml:space="preserve">[30:39] </w:t>
      </w:r>
      <w:r>
        <w:t>yeh tamseel ki zuban hai. yaani jis tarah se aap jante hain ke drakht mein bhi zindagi hai, ghaas mein bhi zindagi hai.</w:t>
      </w:r>
    </w:p>
    <w:p>
      <w:pPr>
        <w:jc w:val="right"/>
      </w:pPr>
      <w:r>
        <w:t>یہ تمثیل کی زبان ہے۔ یعنی جس طرح سے آپ جانتے ہیں کہ درخت میں بھی زندگی ہے، گھاس میں بھی زندگی ہے۔</w:t>
      </w:r>
    </w:p>
    <w:p>
      <w:r>
        <w:rPr>
          <w:b/>
        </w:rPr>
        <w:t xml:space="preserve">[30:49] </w:t>
      </w:r>
      <w:r>
        <w:t>to jis tarah se haryali aur greenery sookh jati hai, mar jati hai. lekin jab barish hoti hai to is mein phir zindagi aa jati hai.</w:t>
      </w:r>
    </w:p>
    <w:p>
      <w:pPr>
        <w:jc w:val="right"/>
      </w:pPr>
      <w:r>
        <w:t>تو جس طرح سے ہریالی اور گرینری سوکھ جاتی ہے، مر جاتی ہے۔ لیکن جب بارش ہوتی ہے تو اس میں پھر زندگی آ جاتی ہے۔</w:t>
      </w:r>
    </w:p>
    <w:p>
      <w:r>
        <w:rPr>
          <w:b/>
        </w:rPr>
        <w:t xml:space="preserve">[31:00] </w:t>
      </w:r>
      <w:r>
        <w:t>phir laala uthti hai. isi tarah se insaan ka mamla hai ke marne ke baad, yaani tamseel ke taur par hai. yeh matlab nahi ke isi zameen mein hum pade hue hain aur koi barish barsayega to hum us se uth khade honge.</w:t>
      </w:r>
    </w:p>
    <w:p>
      <w:pPr>
        <w:jc w:val="right"/>
      </w:pPr>
      <w:r>
        <w:t>پھر لالا اٹھتی ہے۔ اسی طرح سے انسان کا معاملہ ہے کہ مرنے کے بعد، یعنی تمثیل کے طور پر ہے۔ یہ مطلب نہیں کہ اسی زمین میں ہم پڑے ہوئے ہیں اور کوئی بارش برسائے گا تو ہم اس سے اٹھ کھڑے ہوں گے۔</w:t>
      </w:r>
    </w:p>
    <w:p>
      <w:r>
        <w:rPr>
          <w:b/>
        </w:rPr>
        <w:t xml:space="preserve">[31:11] </w:t>
      </w:r>
      <w:r>
        <w:t>yeh matlab nahi hai. yeh tamseel ki zuban hai.</w:t>
      </w:r>
    </w:p>
    <w:p>
      <w:pPr>
        <w:jc w:val="right"/>
      </w:pPr>
      <w:r>
        <w:t>یہ مطلب نہیں ہے۔ یہ تمثیل کی زبان ہے۔</w:t>
      </w:r>
    </w:p>
    <w:p>
      <w:r>
        <w:rPr>
          <w:b/>
        </w:rPr>
        <w:t xml:space="preserve">[31:18] </w:t>
      </w:r>
      <w:r>
        <w:t>to samjho ke jis tarah se drakht aur haryali zinda hoti hai, aise hi insaan bhi zinda hoga.</w:t>
      </w:r>
    </w:p>
    <w:p>
      <w:pPr>
        <w:jc w:val="right"/>
      </w:pPr>
      <w:r>
        <w:t>تو سمجھو کہ جس طرح سے درخت اور ہریالی زندہ ہوتی ہے، ایسے ہی انسان بھی زندہ ہوگا۔</w:t>
      </w:r>
    </w:p>
    <w:p>
      <w:r>
        <w:rPr>
          <w:b/>
        </w:rPr>
        <w:t xml:space="preserve">[31:26] </w:t>
      </w:r>
      <w:r>
        <w:t>isi tarah se ek ayat hai.</w:t>
      </w:r>
    </w:p>
    <w:p>
      <w:pPr>
        <w:jc w:val="right"/>
      </w:pPr>
      <w:r>
        <w:t>اسی طرح سے ایک آیت ہے۔</w:t>
      </w:r>
    </w:p>
    <w:p>
      <w:r>
        <w:rPr>
          <w:b/>
        </w:rPr>
        <w:t xml:space="preserve">[31:36] </w:t>
      </w:r>
      <w:r>
        <w:t>is mein bhi ek ek tamseel di gayi hai.</w:t>
      </w:r>
    </w:p>
    <w:p>
      <w:pPr>
        <w:jc w:val="right"/>
      </w:pPr>
      <w:r>
        <w:t>اس میں بھی ایک ایک تمثیل دی گئی ہے۔</w:t>
      </w:r>
    </w:p>
    <w:p>
      <w:r>
        <w:rPr>
          <w:b/>
        </w:rPr>
        <w:t xml:space="preserve">[31:41] </w:t>
      </w:r>
      <w:r>
        <w:t>innahu lahaqqun mithla ma anrakum tattaqun. innahu lahaqqun mithla ma anrakum tattaqun.</w:t>
      </w:r>
    </w:p>
    <w:p>
      <w:pPr>
        <w:jc w:val="right"/>
      </w:pPr>
      <w:r>
        <w:t>إِنَّهُ لَحَقٌ مِثْلَ مَا أَنْرِكُمْ تَتَّقُونَۖ إِنَّهُ لَحَقٌ مِثْلَ مَا أَنْرِكُمْ تَتَّقُونَ ۔</w:t>
      </w:r>
    </w:p>
    <w:p>
      <w:r>
        <w:rPr>
          <w:b/>
        </w:rPr>
        <w:t xml:space="preserve">[31:52] </w:t>
      </w:r>
      <w:r>
        <w:t>wo haq hai isi tarah jis tarah tum bolte ho.</w:t>
      </w:r>
    </w:p>
    <w:p>
      <w:pPr>
        <w:jc w:val="right"/>
      </w:pPr>
      <w:r>
        <w:t>وہ حق ہے اسی طرح جس طرح تم بولتے ہو۔</w:t>
      </w:r>
    </w:p>
    <w:p>
      <w:r>
        <w:rPr>
          <w:b/>
        </w:rPr>
        <w:t xml:space="preserve">[31:59] </w:t>
      </w:r>
      <w:r>
        <w:t>is hadith, is ayat mein kya baat kahi gayi hai? Yani bolna jo hai, nutq, yeh speech kis tarah is baat ka saboot hai ke aadmi maut ke baad mar nahi jata, maut ke baad phir zinda rehta hai.</w:t>
      </w:r>
    </w:p>
    <w:p>
      <w:pPr>
        <w:jc w:val="right"/>
      </w:pPr>
      <w:r>
        <w:t>اس حدیث، اس آیت میں کیا بات کہی گئی ہے؟ یعنی بولنا جو ہے، نطق، یہ سپیچ کس طرح اس بات کا ثبوت ہے کہ آدمی موت کے بعد مر نہیں جاتا، موت کے بعد پھر زندہ رہتا ہے۔</w:t>
      </w:r>
    </w:p>
    <w:p>
      <w:r>
        <w:rPr>
          <w:b/>
        </w:rPr>
        <w:t xml:space="preserve">[32:14] </w:t>
      </w:r>
      <w:r>
        <w:t>yani bas ba'd al maut jo hai, Life After Death jo hai, us ke liye saboot diya gaya ke innahu lahaqqun mithla ma anrikum tattaqun.</w:t>
      </w:r>
    </w:p>
    <w:p>
      <w:pPr>
        <w:jc w:val="right"/>
      </w:pPr>
      <w:r>
        <w:t>یعنی باس بعد الموت جو ہے، Life After Death جو ہے، اس کے لیے ثبوت دیا گیا کہ إِنَّهُ لَحَقٌ مِثْلَ مَا أَنْرِكُمْ تَتَّقُونَ ۔</w:t>
      </w:r>
    </w:p>
    <w:p>
      <w:r>
        <w:rPr>
          <w:b/>
        </w:rPr>
        <w:t xml:space="preserve">[32:26] </w:t>
      </w:r>
      <w:r>
        <w:t>ke wo barhaq hai, wo Relative hai jis tarah tum bolte ho.</w:t>
      </w:r>
    </w:p>
    <w:p>
      <w:pPr>
        <w:jc w:val="right"/>
      </w:pPr>
      <w:r>
        <w:t>کہ وہ برحق ہے، وہ Relative ہے جس طرح تم بولتے ہو۔</w:t>
      </w:r>
    </w:p>
    <w:p>
      <w:r>
        <w:rPr>
          <w:b/>
        </w:rPr>
        <w:t xml:space="preserve">[32:35] </w:t>
      </w:r>
      <w:r>
        <w:t>is ka matlab kya hai?</w:t>
      </w:r>
    </w:p>
    <w:p>
      <w:pPr>
        <w:jc w:val="right"/>
      </w:pPr>
      <w:r>
        <w:t>اس کا مطلب کیا ہے؟</w:t>
      </w:r>
    </w:p>
    <w:p>
      <w:r>
        <w:rPr>
          <w:b/>
        </w:rPr>
        <w:t xml:space="preserve">[32:41] </w:t>
      </w:r>
      <w:r>
        <w:t>chand din pehle mein radio sun raha tha ke ek shakhs jo mar chuka hai,</w:t>
      </w:r>
    </w:p>
    <w:p>
      <w:pPr>
        <w:jc w:val="right"/>
      </w:pPr>
      <w:r>
        <w:t>چند دن پہلے میں ریڈیو سن رہا تھا کہ ایک شخص جو مر چکا ہے،</w:t>
      </w:r>
    </w:p>
    <w:p>
      <w:r>
        <w:rPr>
          <w:b/>
        </w:rPr>
        <w:t xml:space="preserve">[32:51] </w:t>
      </w:r>
      <w:r>
        <w:t>uski taqreer maine suni thi stage par. Uski awaaz, uska lehja, uska tone. To wo mar chuka hai.</w:t>
      </w:r>
    </w:p>
    <w:p>
      <w:pPr>
        <w:jc w:val="right"/>
      </w:pPr>
      <w:r>
        <w:t>اس کی تقریر میں نے سنی تھی اسٹیج پر۔ اس کی آواز، اس کا لہجہ، اس کا ٹون۔ تو وہ مر چکا ہے۔</w:t>
      </w:r>
    </w:p>
    <w:p>
      <w:r>
        <w:rPr>
          <w:b/>
        </w:rPr>
        <w:t xml:space="preserve">[33:03] </w:t>
      </w:r>
      <w:r>
        <w:t>to uski yaad mein ek program aa raha tha radio par. To achaanak usne, wahan uske paas, uska tape hoga, usne tape on kiya aur achaanak mein uski awaaz sunne laga.</w:t>
      </w:r>
    </w:p>
    <w:p>
      <w:pPr>
        <w:jc w:val="right"/>
      </w:pPr>
      <w:r>
        <w:t>تو اس کی یاد میں ایک پروگرام آ رہا تھا ریڈیو پر۔ تو اچانک اس نے، وہاں اس کے پاس، اس کا ٹیپ ہوگا، اس نے ٹیپ آن کیا اور اچانک میں اس کی آواز سننے لگا۔</w:t>
      </w:r>
    </w:p>
    <w:p>
      <w:r>
        <w:rPr>
          <w:b/>
        </w:rPr>
        <w:t xml:space="preserve">[33:22] </w:t>
      </w:r>
      <w:r>
        <w:t>waise hi awaaz jo ke jaisi ke maine uski zindagi mein suni thi.</w:t>
      </w:r>
    </w:p>
    <w:p>
      <w:pPr>
        <w:jc w:val="right"/>
      </w:pPr>
      <w:r>
        <w:t>ویسے ہی آواز جو کہ جیسی کہ میں نے اس کی زندگی میں سنی تھی۔</w:t>
      </w:r>
    </w:p>
    <w:p>
      <w:r>
        <w:rPr>
          <w:b/>
        </w:rPr>
        <w:t xml:space="preserve">[33:28] </w:t>
      </w:r>
      <w:r>
        <w:t>mujhe laga ke dobara bol raha hai wo.</w:t>
      </w:r>
    </w:p>
    <w:p>
      <w:pPr>
        <w:jc w:val="right"/>
      </w:pPr>
      <w:r>
        <w:t>مجھے لگا کہ دوبارہ بول رہا ہے وہ۔</w:t>
      </w:r>
    </w:p>
    <w:p>
      <w:r>
        <w:rPr>
          <w:b/>
        </w:rPr>
        <w:t xml:space="preserve">[33:32] </w:t>
      </w:r>
      <w:r>
        <w:t>to meri samajh mein aaya ke is ayat ka matlab kya hai. Is ayat mein ek phenomena ko refer kiya gaya hai.</w:t>
      </w:r>
    </w:p>
    <w:p>
      <w:pPr>
        <w:jc w:val="right"/>
      </w:pPr>
      <w:r>
        <w:t>تو میری سمجھ میں آیا کہ اس آیت کا مطلب کیا ہے۔ اس آیت میں ایک فیناومینا کو ریفر کیا گیا ہے۔</w:t>
      </w:r>
    </w:p>
    <w:p>
      <w:r>
        <w:rPr>
          <w:b/>
        </w:rPr>
        <w:t xml:space="preserve">[33:43] </w:t>
      </w:r>
      <w:r>
        <w:t>ek zahira ko ka hawala de kar ke bataya gaya hai ke dekho, insaan ki speech repeatable hai, qabil-e-aada hai.</w:t>
      </w:r>
    </w:p>
    <w:p>
      <w:pPr>
        <w:jc w:val="right"/>
      </w:pPr>
      <w:r>
        <w:t>ایک ظاہرہ کو کا حوالہ دے کر کے بتایا گیا ہے کہ دیکھو، انسان کی سپیچ ریپیٹیبل ہے، قابلِ اعادہ ہے۔</w:t>
      </w:r>
    </w:p>
    <w:p>
      <w:r>
        <w:rPr>
          <w:b/>
        </w:rPr>
        <w:t xml:space="preserve">[33:56] </w:t>
      </w:r>
      <w:r>
        <w:t>insaan ka jo nutq hai, jo speech uski hai, wo qabil-e-aada hai. Wo repeatable hai. Uske kaha is se kya nikla?</w:t>
      </w:r>
    </w:p>
    <w:p>
      <w:pPr>
        <w:jc w:val="right"/>
      </w:pPr>
      <w:r>
        <w:t>انسان کا جو نطق ہے، جو سپیچ اس کی ہے، وہ قابلِ اعادہ ہے۔ وہ ریپیٹیبل ہے۔ اس کے کہا اس سے کیا نکلا؟</w:t>
      </w:r>
    </w:p>
    <w:p>
      <w:r>
        <w:rPr>
          <w:b/>
        </w:rPr>
        <w:t xml:space="preserve">[34:07] </w:t>
      </w:r>
      <w:r>
        <w:t>ke kam az kam ek insaan ki personality ke ek ek juz ko, ek part ko aap isi duniya mein tajruba kar rahe hain.</w:t>
      </w:r>
    </w:p>
    <w:p>
      <w:pPr>
        <w:jc w:val="right"/>
      </w:pPr>
      <w:r>
        <w:t>کہ کم از کم ایک انسان کی پرسنیلٹی کے ایک ایک جز کو، ایک پارٹ کو آپ اسی دنیا میں تجربہ کر رہے ہیں۔</w:t>
      </w:r>
    </w:p>
    <w:p>
      <w:r>
        <w:rPr>
          <w:b/>
        </w:rPr>
        <w:t xml:space="preserve">[34:17] </w:t>
      </w:r>
      <w:r>
        <w:t>aakhirat se aane se pehle.</w:t>
      </w:r>
    </w:p>
    <w:p>
      <w:pPr>
        <w:jc w:val="right"/>
      </w:pPr>
      <w:r>
        <w:t>آخرت سے آنے سے پہلے۔</w:t>
      </w:r>
    </w:p>
    <w:p>
      <w:r>
        <w:rPr>
          <w:b/>
        </w:rPr>
        <w:t xml:space="preserve">[34:20] </w:t>
      </w:r>
      <w:r>
        <w:t>insaan ki jo personality hai, isi ka ek hissa hai speech, nutq, goyayi.</w:t>
      </w:r>
    </w:p>
    <w:p>
      <w:pPr>
        <w:jc w:val="right"/>
      </w:pPr>
      <w:r>
        <w:t>انسان کی جو پرسنیلٹی ہے، اسی کا ایک حصہ ہے اسپیچ، نطق، گویائی۔</w:t>
      </w:r>
    </w:p>
    <w:p>
      <w:r>
        <w:rPr>
          <w:b/>
        </w:rPr>
        <w:t xml:space="preserve">[34:30] </w:t>
      </w:r>
      <w:r>
        <w:t>isi ka hissa hai. To insaan ki personality ke ek juz ko aaj bhi tum tajruba kar rahe ho ke wo repeat hua, wo repeatable tha.</w:t>
      </w:r>
    </w:p>
    <w:p>
      <w:pPr>
        <w:jc w:val="right"/>
      </w:pPr>
      <w:r>
        <w:t>اسی کا حصہ ہے۔ تو انسان کی پرسنیلٹی کے ایک جز کو آج بھی تم تجربہ کر رہے ہو کہ وہ ریپیٹ ہوا، وہ ریپیٹیبل تھا۔</w:t>
      </w:r>
    </w:p>
    <w:p>
      <w:r>
        <w:rPr>
          <w:b/>
        </w:rPr>
        <w:t xml:space="preserve">[34:42] </w:t>
      </w:r>
      <w:r>
        <w:t>to poori personality repeatable nahi.</w:t>
      </w:r>
    </w:p>
    <w:p>
      <w:pPr>
        <w:jc w:val="right"/>
      </w:pPr>
      <w:r>
        <w:t>تو پوری پرسنیلٹی ریپیٹیبل کوئی نہیں۔</w:t>
      </w:r>
    </w:p>
    <w:p>
      <w:r>
        <w:rPr>
          <w:b/>
        </w:rPr>
        <w:t xml:space="preserve">[34:45] </w:t>
      </w:r>
      <w:r>
        <w:t>agar juz repeatable hai to bilashuba poori poori personality bhi repeatable hai.</w:t>
      </w:r>
    </w:p>
    <w:p>
      <w:pPr>
        <w:jc w:val="right"/>
      </w:pPr>
      <w:r>
        <w:t>اگر جز ریپیٹیبل ہے تو بلاشبہ پوری پوری پرسنیلٹی بھی ریپیٹیبل ہے۔</w:t>
      </w:r>
    </w:p>
    <w:p>
      <w:r>
        <w:rPr>
          <w:b/>
        </w:rPr>
        <w:t xml:space="preserve">[34:54] </w:t>
      </w:r>
      <w:r>
        <w:t>kaisi ajeeb yeh daleel hai Quran majeed mein. Masalan is zamane mein yeh jo ayat hai, Quran ke bare mein aap jante hain ek hadith hai ke la tanqadi ajaibuhu.</w:t>
      </w:r>
    </w:p>
    <w:p>
      <w:pPr>
        <w:jc w:val="right"/>
      </w:pPr>
      <w:r>
        <w:t>کیسی عجیب یہ دلیل ہے قرآن مجید میں۔ مثلاً اس زمانے میں یہ جو آیت ہے، قرآن کے بارے میں آپ جانتے ہیں ایک حدیث ہے کہ لَا تَنْقَضِي عَجَائِبُهُ ۔</w:t>
      </w:r>
    </w:p>
    <w:p>
      <w:r>
        <w:rPr>
          <w:b/>
        </w:rPr>
        <w:t xml:space="preserve">[35:09] </w:t>
      </w:r>
      <w:r>
        <w:t>uske ajaib kabhi khatam na honge.</w:t>
      </w:r>
    </w:p>
    <w:p>
      <w:pPr>
        <w:jc w:val="right"/>
      </w:pPr>
      <w:r>
        <w:t>اس کے عجائب کبھی ختم نہ ہوں گے۔</w:t>
      </w:r>
    </w:p>
    <w:p>
      <w:r>
        <w:rPr>
          <w:b/>
        </w:rPr>
        <w:t xml:space="preserve">[35:13] </w:t>
      </w:r>
      <w:r>
        <w:t>yani baad ki haqeeqaten Quran ki baaton ko confirm karti rahengi, uski tasdeeq karti rahengi.</w:t>
      </w:r>
    </w:p>
    <w:p>
      <w:pPr>
        <w:jc w:val="right"/>
      </w:pPr>
      <w:r>
        <w:t>یعنی بعد کی حقیقتیں قرآن کی باتوں کو کنفرم کرتی رہیں گی، اس کی تصدیق کرتی رہیں گی۔</w:t>
      </w:r>
    </w:p>
    <w:p>
      <w:r>
        <w:rPr>
          <w:b/>
        </w:rPr>
        <w:t xml:space="preserve">[35:22] </w:t>
      </w:r>
      <w:r>
        <w:t>la tanqadi ajaibuhu. Abadi kitab hai, alam al ghaib ki kitab hai. To baad tak ke haqaiq ko cover kiye hue hain.</w:t>
      </w:r>
    </w:p>
    <w:p>
      <w:pPr>
        <w:jc w:val="right"/>
      </w:pPr>
      <w:r>
        <w:t>لَا تَنْقَضِي عَجَائِبُهُ ۔ ابدی کتاب ہے، عالم الغیب کی کتاب ہے۔ تو بعد تک کے حقائق کو کور کیے ہوئے ہیں۔</w:t>
      </w:r>
    </w:p>
    <w:p>
      <w:r>
        <w:rPr>
          <w:b/>
        </w:rPr>
        <w:t xml:space="preserve">[35:35] </w:t>
      </w:r>
      <w:r>
        <w:t>to jis waqt ayat utri, us waqt is ka ek saada mafhoom logon ne liya.</w:t>
      </w:r>
    </w:p>
    <w:p>
      <w:pPr>
        <w:jc w:val="right"/>
      </w:pPr>
      <w:r>
        <w:t>تو جس وقت آیت اتری، اس وقت اس کا ایک سادہ مفہوم لوگوں نے لیا۔</w:t>
      </w:r>
    </w:p>
    <w:p>
      <w:r>
        <w:rPr>
          <w:b/>
        </w:rPr>
        <w:t xml:space="preserve">[35:41] </w:t>
      </w:r>
      <w:r>
        <w:t>aaj jab ke awaaz ki recording ka zamana aa gaya, aap jante hain ke aaj awaaz ki recording, mein yahan bol raha hoon, yeh bhi preserve rahega, save rahega.</w:t>
      </w:r>
    </w:p>
    <w:p>
      <w:pPr>
        <w:jc w:val="right"/>
      </w:pPr>
      <w:r>
        <w:t>آج جب کہ آواز کی ریکارڈنگ کا زمانہ آ گیا، آپ جانتے ہیں کہ آج آواز کی ریکارڈنگ، میں یہاں بول رہا ہوں، یہ بھی Preserve رہے گا، Save رہے گا۔</w:t>
      </w:r>
    </w:p>
    <w:p>
      <w:r>
        <w:rPr>
          <w:b/>
        </w:rPr>
        <w:t xml:space="preserve">[35:53] </w:t>
      </w:r>
      <w:r>
        <w:t>is ko aap sun sakte hain kal parson, narsron, kabhi bhi. to pehle insan, yeh Modern technology se pehle, Modern technology se pehle insan nahi janta tha ke insan ki awaz jo hai woh repeatable hai.</w:t>
      </w:r>
    </w:p>
    <w:p>
      <w:pPr>
        <w:jc w:val="right"/>
      </w:pPr>
      <w:r>
        <w:t>اس کو آپ سن سکتے ہیں کل پرسوں، نرسوں، کبھی بھی۔ تو پہلے انسان، یہ Modern ٹیکنالوجی سے پہلے، Modern ٹیکنالوجی سے پہلے انسان نہیں جانتا تھا کہ انسان کی آواز جو ہے وہ ریپیٹیبل ہے۔</w:t>
      </w:r>
    </w:p>
    <w:p>
      <w:r>
        <w:rPr>
          <w:b/>
        </w:rPr>
        <w:t xml:space="preserve">[36:11] </w:t>
      </w:r>
      <w:r>
        <w:t>aaj yeh baat la tanqadi ajaibuhu. ka ek ek misaal yeh bhi hai ke jo baat Quran mein kahi gayi thi, aaj woh poori tarah se mushahde mein aa gayi,</w:t>
      </w:r>
    </w:p>
    <w:p>
      <w:pPr>
        <w:jc w:val="right"/>
      </w:pPr>
      <w:r>
        <w:t>آج یہ بات لَا تَنْقَضِي عَجَائِبُهُ ۔ کا ایک ایک مثال یہ بھی ہے کہ جو بات قرآن میں کہی گئی تھی، آج وہ پوری طرح سے مشاہدے میں آ گئی،</w:t>
      </w:r>
    </w:p>
    <w:p>
      <w:r>
        <w:rPr>
          <w:b/>
        </w:rPr>
        <w:t xml:space="preserve">[36:25] </w:t>
      </w:r>
      <w:r>
        <w:t>tajrube mein aa gaya. bohat ajeeb yeh cheez hai. innahu lahaqun mithla ma anrikum tattaqun</w:t>
      </w:r>
    </w:p>
    <w:p>
      <w:pPr>
        <w:jc w:val="right"/>
      </w:pPr>
      <w:r>
        <w:t>تجربے میں آ گئی۔ بہت عجیب یہ چیز ہے۔ إِنَّهُ لَحَقٌ مِثْلَ مَا أَنْرِكُمْ تَتَّقُونَ</w:t>
      </w:r>
    </w:p>
    <w:p>
      <w:r>
        <w:rPr>
          <w:b/>
        </w:rPr>
        <w:t xml:space="preserve">[36:37] </w:t>
      </w:r>
      <w:r>
        <w:t>. yani ba'ad al maut isi tarah haq hai jis tarah tum bolte ho. yani Life After Death isi tarah ek relative hai jaise tum bolte ho.</w:t>
      </w:r>
    </w:p>
    <w:p>
      <w:pPr>
        <w:jc w:val="right"/>
      </w:pPr>
      <w:r>
        <w:t>۔ یعنی باس بعد الموت اسی طرح حق ہے جس طرح تم بولتے ہو۔ یعنی Life After Death اسی طرح ایک Relative ہے جیسے تم بولتے ہو۔</w:t>
      </w:r>
    </w:p>
    <w:p>
      <w:r>
        <w:rPr>
          <w:b/>
        </w:rPr>
        <w:t xml:space="preserve">[36:49] </w:t>
      </w:r>
      <w:r>
        <w:t>yani speech ko ya nutq ko yahan suboot mein pesh kiya gaya.</w:t>
      </w:r>
    </w:p>
    <w:p>
      <w:pPr>
        <w:jc w:val="right"/>
      </w:pPr>
      <w:r>
        <w:t>یعنی اسپیچ کو یا نطق کو یہاں ثبوت میں پیش کیا گیا۔</w:t>
      </w:r>
    </w:p>
    <w:p>
      <w:r>
        <w:rPr>
          <w:b/>
        </w:rPr>
        <w:t xml:space="preserve">[36:57] </w:t>
      </w:r>
      <w:r>
        <w:t>to Modern technology ne sabit kiya ke speech kya hai? speech hamari hasti ka, hamari hamari zindagi ka ek hissa hai. hamari personality ka ek juz hai.</w:t>
      </w:r>
    </w:p>
    <w:p>
      <w:pPr>
        <w:jc w:val="right"/>
      </w:pPr>
      <w:r>
        <w:t>تو Modern ٹیکنالوجی نے ثابت کیا کہ اسپیچ کیا ہے؟ اسپیچ ہماری ہستی کا، ہماری ہماری زندگی کا ایک حصہ ہے۔ ہماری پرسنیلٹی کا ایک جز ہے۔</w:t>
      </w:r>
    </w:p>
    <w:p>
      <w:r>
        <w:rPr>
          <w:b/>
        </w:rPr>
        <w:t xml:space="preserve">[37:11] </w:t>
      </w:r>
      <w:r>
        <w:t>to agar insan ki personality ka ek juz repeatable hai to poori personality repeatable nahi. aap ghor kijiye.</w:t>
      </w:r>
    </w:p>
    <w:p>
      <w:pPr>
        <w:jc w:val="right"/>
      </w:pPr>
      <w:r>
        <w:t>تو اگر انسان کی پرسنیلٹی کا ایک جز ریپیٹیبل ہے تو پوری پرسنیلٹی ریپیٹیبل کوئی نہیں۔ آپ غور کیجیے۔</w:t>
      </w:r>
    </w:p>
    <w:p>
      <w:r>
        <w:rPr>
          <w:b/>
        </w:rPr>
        <w:t xml:space="preserve">[37:22] </w:t>
      </w:r>
      <w:r>
        <w:t>insan ki personality ka ek juz, ek part agar repeatable hai to uski poori personality ka repeatable hona, repeatable hona apne aap sabit ho jata hai.</w:t>
      </w:r>
    </w:p>
    <w:p>
      <w:pPr>
        <w:jc w:val="right"/>
      </w:pPr>
      <w:r>
        <w:t>انسان کی پرسنیلٹی کا ایک جز، ایک پارٹ اگر ریپیٹیبل ہے تو اس کی پوری پرسنیلٹی کا ریپیٹیبل ہونا، ریپیٹیبل ہونا اپنے آپ ثابت ہو جاتا ہے۔</w:t>
      </w:r>
    </w:p>
    <w:p>
      <w:r>
        <w:rPr>
          <w:b/>
        </w:rPr>
        <w:t xml:space="preserve">[37:39] </w:t>
      </w:r>
      <w:r>
        <w:t>kaisi ajeeb yeh daleel hai. yeh Life After Death ke bare mein.</w:t>
      </w:r>
    </w:p>
    <w:p>
      <w:pPr>
        <w:jc w:val="right"/>
      </w:pPr>
      <w:r>
        <w:t>کیسی عجیب یہ دلیل ہے۔ یہ Life After Death کے بارے میں۔</w:t>
      </w:r>
    </w:p>
    <w:p>
      <w:r>
        <w:rPr>
          <w:b/>
        </w:rPr>
        <w:t xml:space="preserve">[37:52] </w:t>
      </w:r>
      <w:r>
        <w:t>yeh sari cheezein Allah taala ne rakhi hain duniya mein taake aadmi yaqeen kar sake ke maut jo hai woh zindagi ka khatma nahi hai.</w:t>
      </w:r>
    </w:p>
    <w:p>
      <w:pPr>
        <w:jc w:val="right"/>
      </w:pPr>
      <w:r>
        <w:t>یہ ساری چیزیں اللہ تعالیٰ نے رکھی ہیں دنیا میں تاکہ آدمی یقین کر سکے کہ موت جو ہے وہ زندگی کا خاتمہ نہیں ہے۔</w:t>
      </w:r>
    </w:p>
    <w:p>
      <w:r>
        <w:rPr>
          <w:b/>
        </w:rPr>
        <w:t xml:space="preserve">[38:05] </w:t>
      </w:r>
      <w:r>
        <w:t>maut ke baad bhi zindagi hai. dekhiye, deen ka, deen ko janne ki do satahien hain. ek saada satah hai.</w:t>
      </w:r>
    </w:p>
    <w:p>
      <w:pPr>
        <w:jc w:val="right"/>
      </w:pPr>
      <w:r>
        <w:t>موت کے بعد بھی زندگی ہے۔ دیکھیے، دین کا، دین کو جاننے کی دو سطحیں ہیں۔ ایک سادہ سطح ہے۔</w:t>
      </w:r>
    </w:p>
    <w:p>
      <w:r>
        <w:rPr>
          <w:b/>
        </w:rPr>
        <w:t xml:space="preserve">[38:16] </w:t>
      </w:r>
      <w:r>
        <w:t>aur ek hai jo tadabbur ke zariye hasil hoti hai.</w:t>
      </w:r>
    </w:p>
    <w:p>
      <w:pPr>
        <w:jc w:val="right"/>
      </w:pPr>
      <w:r>
        <w:t>اور ایک ہے جو تدبر کے ذریعے حاصل ہوتی ہے۔</w:t>
      </w:r>
    </w:p>
    <w:p>
      <w:r>
        <w:rPr>
          <w:b/>
        </w:rPr>
        <w:t xml:space="preserve">[38:20] </w:t>
      </w:r>
      <w:r>
        <w:t>tadabbur. Quran mein aap jante hain ke tadabbur, tafakkur par bar bar zor diya gaya hai. ta'aqqul.</w:t>
      </w:r>
    </w:p>
    <w:p>
      <w:pPr>
        <w:jc w:val="right"/>
      </w:pPr>
      <w:r>
        <w:t>تدبر۔ قرآن میں آپ جانتے ہیں کہ تدبر، تفکر پر بار بار زور دیا گیا ہے۔ تَعَقُّل ۔</w:t>
      </w:r>
    </w:p>
    <w:p>
      <w:r>
        <w:rPr>
          <w:b/>
        </w:rPr>
        <w:t xml:space="preserve">[38:29] </w:t>
      </w:r>
      <w:r>
        <w:t>apni aql ko istemal karo, socho. bar bar usko zor diya gaya hai. to deen ka ek satah woh hai jo saada taur par aap jaan lete hain.</w:t>
      </w:r>
    </w:p>
    <w:p>
      <w:pPr>
        <w:jc w:val="right"/>
      </w:pPr>
      <w:r>
        <w:t>اپنی عقل کو استعمال کرو، سوچو۔ بار بار اس کو زور دیا گیا ہے۔ تو دین کا ایک سطح وہ ہے جو سادہ طور پر آپ جان لیتے ہیں۔</w:t>
      </w:r>
    </w:p>
    <w:p>
      <w:r>
        <w:rPr>
          <w:b/>
        </w:rPr>
        <w:t xml:space="preserve">[38:42] </w:t>
      </w:r>
      <w:r>
        <w:t>ek woh hai jo tadabbur ke zariye maloom hoti hai.</w:t>
      </w:r>
    </w:p>
    <w:p>
      <w:pPr>
        <w:jc w:val="right"/>
      </w:pPr>
      <w:r>
        <w:t>ایک وہ ہے جو تدبر کے ذریعے معلوم ہوتی ہے۔</w:t>
      </w:r>
    </w:p>
    <w:p>
      <w:r>
        <w:rPr>
          <w:b/>
        </w:rPr>
        <w:t xml:space="preserve">[38:47] </w:t>
      </w:r>
      <w:r>
        <w:t>isi liye Hadees mein hai ke Quran ke bare mein likulli aayatin minha zaharun wa batrun.</w:t>
      </w:r>
    </w:p>
    <w:p>
      <w:pPr>
        <w:jc w:val="right"/>
      </w:pPr>
      <w:r>
        <w:t>اسی لیے حدیث میں ہے کہ قرآن کے بارے میں لِكُلِّ آَيَةٍ مِنْهَا ظَهَرٌ وَبَطْرٌ ۔</w:t>
      </w:r>
    </w:p>
    <w:p>
      <w:r>
        <w:rPr>
          <w:b/>
        </w:rPr>
        <w:t xml:space="preserve">[38:56] </w:t>
      </w:r>
      <w:r>
        <w:t>yani Quran ki ayaton ka ek sutoor mein hai, ek band sutoor mein hai. ek hai Lines mein hai, ek Between the Lines mein. goya ek woh hai jo saada taur par aap Quran ka tarjuma padh kar samajh sakte hain.</w:t>
      </w:r>
    </w:p>
    <w:p>
      <w:pPr>
        <w:jc w:val="right"/>
      </w:pPr>
      <w:r>
        <w:t>یعنی قرآن کی آیتوں کا ایک سطور میں ہے، ایک بند سطور میں ہے۔ ایک ہے Lines میں ہے، ایک Between the Lines میں۔ گویا ایک وہ ہے جو سادہ طور پر آپ قرآن کا ترجمہ پڑھ کر سمجھ سکتے ہیں۔</w:t>
      </w:r>
    </w:p>
    <w:p>
      <w:r>
        <w:rPr>
          <w:b/>
        </w:rPr>
        <w:t xml:space="preserve">[39:12] </w:t>
      </w:r>
      <w:r>
        <w:t>ek woh hai jis ke liye aap tadabbur karna padta hai, sochna padta hai. apne dimagh ko activate karna padta hai. to maut ke bare mein ek saada baat to yeh hai ke aap kisi ek aadmi mar gaya aap ke samne to sochein aap ke main hi use marunga.</w:t>
      </w:r>
    </w:p>
    <w:p>
      <w:pPr>
        <w:jc w:val="right"/>
      </w:pPr>
      <w:r>
        <w:t>ایک وہ ہے جس کے لیے آپ تدبر کرنا پڑتا ہے، سوچنا پڑتا ہے۔ اپنے دماغ کو Activate کرنا پڑتا ہے۔ تو موت کے بارے میں ایک سادہ بات تو یہ ہے کہ آپ کسی ایک آدمی مر گیا آپ کے سامنے تو سوچیں آپ کہ میں ہی اسے مروں گا۔</w:t>
      </w:r>
    </w:p>
    <w:p>
      <w:r>
        <w:rPr>
          <w:b/>
        </w:rPr>
        <w:t xml:space="preserve">[39:27] </w:t>
      </w:r>
      <w:r>
        <w:t>aur ek yeh hai ke aap usko sochein, sochein, sochein.</w:t>
      </w:r>
    </w:p>
    <w:p>
      <w:pPr>
        <w:jc w:val="right"/>
      </w:pPr>
      <w:r>
        <w:t>اور ایک یہ ہے کہ آپ اس کو سوچیں، سوچیں، سوچیں۔</w:t>
      </w:r>
    </w:p>
    <w:p>
      <w:r>
        <w:rPr>
          <w:b/>
        </w:rPr>
        <w:t xml:space="preserve">[39:33] </w:t>
      </w:r>
      <w:r>
        <w:t>ab main ek misaal deta hoon aap ko sochne ki.</w:t>
      </w:r>
    </w:p>
    <w:p>
      <w:pPr>
        <w:jc w:val="right"/>
      </w:pPr>
      <w:r>
        <w:t>اب میں ایک مثال دیتا ہوں آپ کو سوچنے کی۔</w:t>
      </w:r>
    </w:p>
    <w:p>
      <w:r>
        <w:rPr>
          <w:b/>
        </w:rPr>
        <w:t xml:space="preserve">[39:38] </w:t>
      </w:r>
      <w:r>
        <w:t>dekhiye, hamari jo hamari jo Body hai, hamari Body jo hai is mein countless cells hain is ke andar.</w:t>
      </w:r>
    </w:p>
    <w:p>
      <w:pPr>
        <w:jc w:val="right"/>
      </w:pPr>
      <w:r>
        <w:t>دیکھیے، ہماری جو ہماری جو Body ہے، ہماری Body جو ہے اس میں Countless Cells ہیں اس کے اندر۔</w:t>
      </w:r>
    </w:p>
    <w:p>
      <w:r>
        <w:rPr>
          <w:b/>
        </w:rPr>
        <w:t xml:space="preserve">[39:49] </w:t>
      </w:r>
      <w:r>
        <w:t>billion billion cells hain. chhote chhote jo dekhein dikhai nahi dete. jaise eenton se mil kar ke building banti hai.</w:t>
      </w:r>
    </w:p>
    <w:p>
      <w:pPr>
        <w:jc w:val="right"/>
      </w:pPr>
      <w:r>
        <w:t>Billion بلین Cells ہیں۔ چھوٹے چھوٹے جو دیکھیں دکھائی نہیں دیتے۔ جیسے اینٹوں سے مل کر کے بلڈنگ بنتی ہے۔</w:t>
      </w:r>
    </w:p>
    <w:p>
      <w:r>
        <w:rPr>
          <w:b/>
        </w:rPr>
        <w:t xml:space="preserve">[39:59] </w:t>
      </w:r>
      <w:r>
        <w:t>to aise hi bohat se chhote chhote cells se mil kar hamara Body banta hai.</w:t>
      </w:r>
    </w:p>
    <w:p>
      <w:pPr>
        <w:jc w:val="right"/>
      </w:pPr>
      <w:r>
        <w:t>تو ایسے ہی بہت سے چھوٹے چھوٹے Cells سے مل کر ہمارا Body بنتا ہے۔</w:t>
      </w:r>
    </w:p>
    <w:p>
      <w:r>
        <w:rPr>
          <w:b/>
        </w:rPr>
        <w:t xml:space="preserve">[40:03] </w:t>
      </w:r>
      <w:r>
        <w:t>hum jo khana khate hain us se wohi living cells bante rehte hain.</w:t>
      </w:r>
    </w:p>
    <w:p>
      <w:pPr>
        <w:jc w:val="right"/>
      </w:pPr>
      <w:r>
        <w:t>ہم جو کھانا کھاتے ہیں اس سے وہی Living Cells بنتے رہتے ہیں۔</w:t>
      </w:r>
    </w:p>
    <w:p>
      <w:r>
        <w:rPr>
          <w:b/>
        </w:rPr>
        <w:t xml:space="preserve">[40:11] </w:t>
      </w:r>
      <w:r>
        <w:t>lekin building mein to jo aap ne eent laga di wohi lagi hui hai so saal tak. aap ki Body mein har din cell badalte hain.</w:t>
      </w:r>
    </w:p>
    <w:p>
      <w:pPr>
        <w:jc w:val="right"/>
      </w:pPr>
      <w:r>
        <w:t>لیکن بلڈنگ میں تو جو آپ نے اینٹ لگا دی وہی لگی ہوئی ہے سو سال تک۔ آپ کی Body میں ہر دن Cell بدلتے ہیں۔</w:t>
      </w:r>
    </w:p>
    <w:p>
      <w:r>
        <w:rPr>
          <w:b/>
        </w:rPr>
        <w:t xml:space="preserve">[40:20] </w:t>
      </w:r>
      <w:r>
        <w:t>har din jo aap khate hain woh naye Cell bante hain. woh Replace hota rehta hai. yaani pichhle Cell nikalte rehte hain.</w:t>
      </w:r>
    </w:p>
    <w:p>
      <w:pPr>
        <w:jc w:val="right"/>
      </w:pPr>
      <w:r>
        <w:t>ہر دن جو آپ کھاتے ہیں وہ نئے Cell بنتے ہیں۔ وہ Replace ہوتا رہتا ہے۔ یعنی پچھلے Cell نکلتے رہتے ہیں۔</w:t>
      </w:r>
    </w:p>
    <w:p>
      <w:r>
        <w:rPr>
          <w:b/>
        </w:rPr>
        <w:t xml:space="preserve">[40:30] </w:t>
      </w:r>
      <w:r>
        <w:t>aur naye Cell is ki jagah lete rehte hain.</w:t>
      </w:r>
    </w:p>
    <w:p>
      <w:pPr>
        <w:jc w:val="right"/>
      </w:pPr>
      <w:r>
        <w:t>اور نئے Cell اس کی جگہ لیتے رہتے ہیں۔</w:t>
      </w:r>
    </w:p>
    <w:p>
      <w:r>
        <w:rPr>
          <w:b/>
        </w:rPr>
        <w:t xml:space="preserve">[40:34] </w:t>
      </w:r>
      <w:r>
        <w:t>to yeh Replacement hota rehta hai. to andaza kiya gaya hai ke yeh jo amal hai Replacement ka, yaani purane Cell ka nikalna aur naye Cell ka aana.</w:t>
      </w:r>
    </w:p>
    <w:p>
      <w:pPr>
        <w:jc w:val="right"/>
      </w:pPr>
      <w:r>
        <w:t>تو یہ Replacement ہوتا رہتا ہے۔ تو اندازہ کیا گیا ہے کہ یہ جو عمل ہے Replacement کا، یعنی پرانے Cell کا نکلنا اور نئے Cell کا آنا۔</w:t>
      </w:r>
    </w:p>
    <w:p>
      <w:r>
        <w:rPr>
          <w:b/>
        </w:rPr>
        <w:t xml:space="preserve">[40:49] </w:t>
      </w:r>
      <w:r>
        <w:t>kyunke woh bohat chhote hote hain. is liye aap aise kahin dikhai nahi dega ke Cell nikal rahe hain. woh bohat hi chhote. aankh se dikhai nahi dete woh.</w:t>
      </w:r>
    </w:p>
    <w:p>
      <w:pPr>
        <w:jc w:val="right"/>
      </w:pPr>
      <w:r>
        <w:t>کیونکہ وہ بہت چھوٹے ہوتے ہیں۔ اس لیے آپ ایسے کہیں دکھائی نہیں دے گا کہ Cell نکل رہے ہیں۔ وہ بہت ہی چھوٹے۔ آنکھ سے دکھائی نہیں دیتے وہ۔</w:t>
      </w:r>
    </w:p>
    <w:p>
      <w:r>
        <w:rPr>
          <w:b/>
        </w:rPr>
        <w:t xml:space="preserve">[41:02] </w:t>
      </w:r>
      <w:r>
        <w:t>to yaani bachpan mein, jawani mein, barhape mein muddat badalti hai. to Average lagaya gaya hai ke das saal mein ek aadmi ke tamam Cell badal jaate hain.</w:t>
      </w:r>
    </w:p>
    <w:p>
      <w:pPr>
        <w:jc w:val="right"/>
      </w:pPr>
      <w:r>
        <w:t>تو یعنی بچپن میں، جوانی میں، بڑھاپے میں مدت بدلتی ہے۔ تو Average لگایا گیا ہے کہ دس سال میں ایک آدمی کے تمام Cell بدل جاتے ہیں۔</w:t>
      </w:r>
    </w:p>
    <w:p>
      <w:r>
        <w:rPr>
          <w:b/>
        </w:rPr>
        <w:t xml:space="preserve">[41:18] </w:t>
      </w:r>
      <w:r>
        <w:t>ek Average Period.</w:t>
      </w:r>
    </w:p>
    <w:p>
      <w:pPr>
        <w:jc w:val="right"/>
      </w:pPr>
      <w:r>
        <w:t>ایک Average Period۔</w:t>
      </w:r>
    </w:p>
    <w:p>
      <w:r>
        <w:rPr>
          <w:b/>
        </w:rPr>
        <w:t xml:space="preserve">[41:22] </w:t>
      </w:r>
      <w:r>
        <w:t>is ka matlab kya hua?</w:t>
      </w:r>
    </w:p>
    <w:p>
      <w:pPr>
        <w:jc w:val="right"/>
      </w:pPr>
      <w:r>
        <w:t>اس کا مطلب کیا ہوا؟</w:t>
      </w:r>
    </w:p>
    <w:p>
      <w:r>
        <w:rPr>
          <w:b/>
        </w:rPr>
        <w:t xml:space="preserve">[41:26] </w:t>
      </w:r>
      <w:r>
        <w:t>ke agar ek aadmi ko nabbe saal hai to goya nabbe baar paida hua aur nabbe baar mara.</w:t>
      </w:r>
    </w:p>
    <w:p>
      <w:pPr>
        <w:jc w:val="right"/>
      </w:pPr>
      <w:r>
        <w:t>کہ اگر ایک آدمی کو نوے سال ہے تو گویا نوے بار پیدا ہوا اور نوے بار مرا۔</w:t>
      </w:r>
    </w:p>
    <w:p>
      <w:r>
        <w:rPr>
          <w:b/>
        </w:rPr>
        <w:t xml:space="preserve">[41:38] </w:t>
      </w:r>
      <w:r>
        <w:t>yaani kyunke Cell toote phir bhi mein zinda hoon.</w:t>
      </w:r>
    </w:p>
    <w:p>
      <w:pPr>
        <w:jc w:val="right"/>
      </w:pPr>
      <w:r>
        <w:t>یعنی کیونکہ Cell ٹوٹے پھر بھی میں زندہ ہوں۔</w:t>
      </w:r>
    </w:p>
    <w:p>
      <w:r>
        <w:rPr>
          <w:b/>
        </w:rPr>
        <w:t xml:space="preserve">[41:44] </w:t>
      </w:r>
      <w:r>
        <w:t>to is par bohat tehqeeq ki gayi hai Modern Psychology mein.</w:t>
      </w:r>
    </w:p>
    <w:p>
      <w:pPr>
        <w:jc w:val="right"/>
      </w:pPr>
      <w:r>
        <w:t>تو اس پر بہت تحقیق کی گئی ہے Modern Psychology میں۔</w:t>
      </w:r>
    </w:p>
    <w:p>
      <w:r>
        <w:rPr>
          <w:b/>
        </w:rPr>
        <w:t xml:space="preserve">[41:49] </w:t>
      </w:r>
      <w:r>
        <w:t>Modern Psychology ka ek Subject hai ke jab Body marta rehta hai to woh jo ek aur Soul jo hai, Soul ya Mind ya Spirit woh woh kahan hai?</w:t>
      </w:r>
    </w:p>
    <w:p>
      <w:pPr>
        <w:jc w:val="right"/>
      </w:pPr>
      <w:r>
        <w:t>Modern Psychology کا ایک Subject ہے کہ جب Body مرتا رہتا ہے تو وہ جو ایک اور Soul جو ہے، Soul یا Mind یا Spirit وہ وہ کہاں ہے؟</w:t>
      </w:r>
    </w:p>
    <w:p>
      <w:r>
        <w:rPr>
          <w:b/>
        </w:rPr>
        <w:t xml:space="preserve">[42:03] </w:t>
      </w:r>
      <w:r>
        <w:t>misal ke tor par dekhiye, Memory, hafiza. ab se pachas saal pehle</w:t>
      </w:r>
    </w:p>
    <w:p>
      <w:pPr>
        <w:jc w:val="right"/>
      </w:pPr>
      <w:r>
        <w:t>مثال کے طور پر دیکھیے، Memory، حافظہ۔ اب سے پچاس سال پہلے</w:t>
      </w:r>
    </w:p>
    <w:p>
      <w:r>
        <w:rPr>
          <w:b/>
        </w:rPr>
        <w:t xml:space="preserve">[42:15] </w:t>
      </w:r>
      <w:r>
        <w:t>ek waqea hua.</w:t>
      </w:r>
    </w:p>
    <w:p>
      <w:pPr>
        <w:jc w:val="right"/>
      </w:pPr>
      <w:r>
        <w:t>ایک واقعہ ہوا۔</w:t>
      </w:r>
    </w:p>
    <w:p>
      <w:r>
        <w:rPr>
          <w:b/>
        </w:rPr>
        <w:t xml:space="preserve">[42:19] </w:t>
      </w:r>
      <w:r>
        <w:t>woh aap ne suna aur dekha. aaj woh aap ki aap ki Vivid Memory mein hai woh bilkul. aap jo sochte hain to woh aa jata hai aap ke samne.</w:t>
      </w:r>
    </w:p>
    <w:p>
      <w:pPr>
        <w:jc w:val="right"/>
      </w:pPr>
      <w:r>
        <w:t>وہ آپ نے سنا اور دیکھا۔ آج وہ آپ کی آپ کی Vivid Memory میں ہے وہ بالکل۔ آپ جو سوچتے ہیں تو وہ آ جاتا ہے آپ کے سامنے۔</w:t>
      </w:r>
    </w:p>
    <w:p>
      <w:r>
        <w:rPr>
          <w:b/>
        </w:rPr>
        <w:t xml:space="preserve">[42:30] </w:t>
      </w:r>
      <w:r>
        <w:t>ke yeh dekha tha maine, yeh bola tha main, yeh manzar mere samne aaya tha. to yeh hai Psychology, Modern Psychology mein yeh sawal kiya gaya hai ke woh aakhir kahan hai woh?</w:t>
      </w:r>
    </w:p>
    <w:p>
      <w:pPr>
        <w:jc w:val="right"/>
      </w:pPr>
      <w:r>
        <w:t>کہ یہ دیکھا تھا میں نے، یہ بولا تھا میں، یہ منظر میرے سامنے آیا تھا۔ تو یہ ہے Psychology، Modern Psychology میں یہ سوال کیا گیا ہے کہ وہ آخر کہاں ہے وہ؟</w:t>
      </w:r>
    </w:p>
    <w:p>
      <w:r>
        <w:rPr>
          <w:b/>
        </w:rPr>
        <w:t xml:space="preserve">[42:41] </w:t>
      </w:r>
      <w:r>
        <w:t>woh yaad-dasht, woh Memory. jab yeh agar Body ke Cells par thi to Cell to toot gaya.</w:t>
      </w:r>
    </w:p>
    <w:p>
      <w:pPr>
        <w:jc w:val="right"/>
      </w:pPr>
      <w:r>
        <w:t>وہ یادداشت، وہ Memory۔ جب یہ اگر Body کے Cells پر تھی تو Cell تو ٹوٹ گیا۔</w:t>
      </w:r>
    </w:p>
    <w:p>
      <w:r>
        <w:rPr>
          <w:b/>
        </w:rPr>
        <w:t xml:space="preserve">[42:48] </w:t>
      </w:r>
      <w:r>
        <w:t>Body ka jo Physical Cells hain hamare andar wahin par woh Memory thi to woh to toot chuka woh.</w:t>
      </w:r>
    </w:p>
    <w:p>
      <w:pPr>
        <w:jc w:val="right"/>
      </w:pPr>
      <w:r>
        <w:t>Body کا جو Physical Cells ہیں ہمارے اندر وہیں پر وہ Memory تھی تو وہ تو ٹوٹ چکا وہ۔</w:t>
      </w:r>
    </w:p>
    <w:p>
      <w:r>
        <w:rPr>
          <w:b/>
        </w:rPr>
        <w:t xml:space="preserve">[42:58] </w:t>
      </w:r>
      <w:r>
        <w:t>is se yeh baat sabit hui hai ke woh hamari Body ke bahar hai. yaani Physical Being hamari jo hai us ke siwa kahin koi cheez hai hamare andar wahan woh Memory hai.</w:t>
      </w:r>
    </w:p>
    <w:p>
      <w:pPr>
        <w:jc w:val="right"/>
      </w:pPr>
      <w:r>
        <w:t>اس سے یہ بات ثابت ہوئی ہے کہ وہ ہماری Body کے باہر ہے۔ یعنی Physical Being ہماری جو ہے اس کے سوا کہیں کوئی چیز ہے ہمارے اندر وہاں وہ Memory ہے۔</w:t>
      </w:r>
    </w:p>
    <w:p>
      <w:r>
        <w:rPr>
          <w:b/>
        </w:rPr>
        <w:t xml:space="preserve">[43:15] </w:t>
      </w:r>
      <w:r>
        <w:t>isi liye ek scientist ne kaha hai ke Human Personality ke bare mein ke Personality is a changeless in change .</w:t>
      </w:r>
    </w:p>
    <w:p>
      <w:pPr>
        <w:jc w:val="right"/>
      </w:pPr>
      <w:r>
        <w:t>اسی لیے ایک سائنٹسٹ نے کہا ہے کہ Human Personality کے بارے میں کہ Personality is a changeless in change ۔</w:t>
      </w:r>
    </w:p>
    <w:p>
      <w:r>
        <w:rPr>
          <w:b/>
        </w:rPr>
        <w:t xml:space="preserve">[43:27] </w:t>
      </w:r>
      <w:r>
        <w:t>yeh jo hamari Personality hai is ke bare mein kaha hai ke Personality is a changeless in change . yaani badalti hui, badalte hue wajood ke andar ek na badalne wala ek wajood.</w:t>
      </w:r>
    </w:p>
    <w:p>
      <w:pPr>
        <w:jc w:val="right"/>
      </w:pPr>
      <w:r>
        <w:t>یہ جو ہماری Personality ہے اس کے بارے میں کہا ہے کہ Personality is a changeless in change ۔ یعنی بدلتی ہوئی، بدلتے ہوئے وجود کے اندر ایک نہ بدلنے والا ایک وجود۔</w:t>
      </w:r>
    </w:p>
    <w:p>
      <w:r>
        <w:rPr>
          <w:b/>
        </w:rPr>
        <w:t xml:space="preserve">[43:45] </w:t>
      </w:r>
      <w:r>
        <w:t>yaani Physical Sense mein mein badalta hoon, har waqt badalta hoon. lekin is ke mawara ek aur cheez hai jo badalti nahi. to is ne is ko kaha ke Personality is a changeless in change .</w:t>
      </w:r>
    </w:p>
    <w:p>
      <w:pPr>
        <w:jc w:val="right"/>
      </w:pPr>
      <w:r>
        <w:t>یعنی Physical Sense میں میں بدلتا ہوں، ہر وقت بدلتا ہوں۔ لیکن اس کے ماوراء ایک اور چیز ہے جو بدلتی نہیں۔ تو اس نے اس کو کہا کہ Personality is a changeless in change ۔</w:t>
      </w:r>
    </w:p>
    <w:p>
      <w:r>
        <w:rPr>
          <w:b/>
        </w:rPr>
        <w:t xml:space="preserve">[43:59] </w:t>
      </w:r>
      <w:r>
        <w:t>insan ki hasti, insan ka wajood ek badalti hui cheez ke darmayan ek na badalne wali cheez hai.</w:t>
      </w:r>
    </w:p>
    <w:p>
      <w:pPr>
        <w:jc w:val="right"/>
      </w:pPr>
      <w:r>
        <w:t>انسان کی ہستی، انسان کا وجود ایک بدلتی ہوئی چیز کے درمیان ایک نہ بدلنے والی چیز ہے۔</w:t>
      </w:r>
    </w:p>
    <w:p>
      <w:r>
        <w:rPr>
          <w:b/>
        </w:rPr>
        <w:t xml:space="preserve">[44:11] </w:t>
      </w:r>
      <w:r>
        <w:t>kaisi ajeeb baat hai.</w:t>
      </w:r>
    </w:p>
    <w:p>
      <w:pPr>
        <w:jc w:val="right"/>
      </w:pPr>
      <w:r>
        <w:t>کیسی عجیب بات ہے۔</w:t>
      </w:r>
    </w:p>
    <w:p>
      <w:r>
        <w:rPr>
          <w:b/>
        </w:rPr>
        <w:t xml:space="preserve">[44:13] </w:t>
      </w:r>
      <w:r>
        <w:t>yeh sochne se maloom hoti hai.</w:t>
      </w:r>
    </w:p>
    <w:p>
      <w:pPr>
        <w:jc w:val="right"/>
      </w:pPr>
      <w:r>
        <w:t>یہ سوچنے سے معلوم ہوتی ہے۔</w:t>
      </w:r>
    </w:p>
    <w:p>
      <w:r>
        <w:rPr>
          <w:b/>
        </w:rPr>
        <w:t xml:space="preserve">[44:18] </w:t>
      </w:r>
      <w:r>
        <w:t>sochne se maloom hoti hai yeh.</w:t>
      </w:r>
    </w:p>
    <w:p>
      <w:pPr>
        <w:jc w:val="right"/>
      </w:pPr>
      <w:r>
        <w:t>سوچنے سے معلوم ہوتی ہے یہ۔</w:t>
      </w:r>
    </w:p>
    <w:p>
      <w:r>
        <w:rPr>
          <w:b/>
        </w:rPr>
        <w:t xml:space="preserve">[44:26] </w:t>
      </w:r>
      <w:r>
        <w:t>to dekhiye, quran mein hai ke min doonihima jannatan. jannatein do hain. hadith mein aata hai ke jannatein so hain.</w:t>
      </w:r>
    </w:p>
    <w:p>
      <w:pPr>
        <w:jc w:val="right"/>
      </w:pPr>
      <w:r>
        <w:t>تو دیکھیے، قرآن میں ہے کہ مِنْ دُونِهَمَا جَنَّتَانَ ۔ جنتیں دو ہیں۔ حدیث میں آتا ہے کہ جنتیں سو ہیں۔</w:t>
      </w:r>
    </w:p>
    <w:p>
      <w:r>
        <w:rPr>
          <w:b/>
        </w:rPr>
        <w:t xml:space="preserve">[44:38] </w:t>
      </w:r>
      <w:r>
        <w:t>to so mein samajhta hoon ke subdivision ke aitbar se so hain.</w:t>
      </w:r>
    </w:p>
    <w:p>
      <w:pPr>
        <w:jc w:val="right"/>
      </w:pPr>
      <w:r>
        <w:t>تو سو میں سمجھتا ہوں کہ Subdivision کے اعتبار سے سو ہیں۔</w:t>
      </w:r>
    </w:p>
    <w:p>
      <w:r>
        <w:rPr>
          <w:b/>
        </w:rPr>
        <w:t xml:space="preserve">[44:43] </w:t>
      </w:r>
      <w:r>
        <w:t>broad division ke aitbar se do hain.</w:t>
      </w:r>
    </w:p>
    <w:p>
      <w:pPr>
        <w:jc w:val="right"/>
      </w:pPr>
      <w:r>
        <w:t>Broad Division کے اعتبار سے دو ہیں۔</w:t>
      </w:r>
    </w:p>
    <w:p>
      <w:r>
        <w:rPr>
          <w:b/>
        </w:rPr>
        <w:t xml:space="preserve">[44:48] </w:t>
      </w:r>
      <w:r>
        <w:t>to ek hai saada taur par aap padha aap ne quran o hadith ko. saada matlab jo tha us ko le liya aap ne.</w:t>
      </w:r>
    </w:p>
    <w:p>
      <w:pPr>
        <w:jc w:val="right"/>
      </w:pPr>
      <w:r>
        <w:t>تو ایک ہے سادہ طور پر آپ پڑھا آپ نے قرآن و حدیث کو۔ سادہ مطلب جو تھا اس کو لے لیا آپ نے۔</w:t>
      </w:r>
    </w:p>
    <w:p>
      <w:r>
        <w:rPr>
          <w:b/>
        </w:rPr>
        <w:t xml:space="preserve">[44:56] </w:t>
      </w:r>
      <w:r>
        <w:t>woh bhi ek darja hai. ek hai ke tadabbur kiya aap ne, socha. apne zehn ko activate kiya. to</w:t>
      </w:r>
    </w:p>
    <w:p>
      <w:pPr>
        <w:jc w:val="right"/>
      </w:pPr>
      <w:r>
        <w:t>وہ بھی ایک درجہ ہے۔ ایک ہے کہ تدبر کیا آپ نے، سوچا۔ اپنے ذہن کو Activate کیا۔ تو</w:t>
      </w:r>
    </w:p>
    <w:p>
      <w:r>
        <w:rPr>
          <w:b/>
        </w:rPr>
        <w:t xml:space="preserve">[45:08] </w:t>
      </w:r>
      <w:r>
        <w:t>woh zyada bada darj</w:t>
      </w:r>
    </w:p>
    <w:p>
      <w:pPr>
        <w:jc w:val="right"/>
      </w:pPr>
      <w:r>
        <w:t>وہ زیادہ بڑا درج</w:t>
      </w:r>
    </w:p>
    <w:p>
      <w:r>
        <w:rPr>
          <w:b/>
        </w:rPr>
        <w:t xml:space="preserve">[45:10] </w:t>
      </w:r>
      <w:r>
        <w:t>ha hai. ek ashab al maimanah ka darja, ek as sabiqoon ka darja.</w:t>
      </w:r>
    </w:p>
    <w:p>
      <w:pPr>
        <w:jc w:val="right"/>
      </w:pPr>
      <w:r>
        <w:t>ہ ہے۔ ایک اصحاب المائمنہ کا درجہ، ایک السابقون کا درجہ۔</w:t>
      </w:r>
    </w:p>
    <w:p>
      <w:r>
        <w:rPr>
          <w:b/>
        </w:rPr>
        <w:t xml:space="preserve">[45:20] </w:t>
      </w:r>
      <w:r>
        <w:t>to yeh do darje hain aadmi ke. jis jo jaisi mehnat karega, jaisi apne aap ko tayyar karega us ke aitbar se woh jannat milegi.</w:t>
      </w:r>
    </w:p>
    <w:p>
      <w:pPr>
        <w:jc w:val="right"/>
      </w:pPr>
      <w:r>
        <w:t>تو یہ دو درجے ہیں آدمی کے۔ جس جو جیسی محنت کرے گا، جیسی اپنے آپ کو تیار کرے گا اس کے اعتبار سے وہ جنت ملے گی۔</w:t>
      </w:r>
    </w:p>
    <w:p>
      <w:r>
        <w:rPr>
          <w:b/>
        </w:rPr>
        <w:t xml:space="preserve">[45:36] </w:t>
      </w:r>
      <w:r>
        <w:t>to behal mein arz karunga ke maut koi manfi cheez nahi hai.</w:t>
      </w:r>
    </w:p>
    <w:p>
      <w:pPr>
        <w:jc w:val="right"/>
      </w:pPr>
      <w:r>
        <w:t>تو بہرحال میں عرض کروں گا کہ موت کوئی منفی چیز نہیں ہے۔</w:t>
      </w:r>
    </w:p>
    <w:p>
      <w:r>
        <w:rPr>
          <w:b/>
        </w:rPr>
        <w:t xml:space="preserve">[45:47] </w:t>
      </w:r>
      <w:r>
        <w:t>maut aap ke andar haqeeqat ka gehra shor paida karti hai. jis ko maine kaha sense of urgency.</w:t>
      </w:r>
    </w:p>
    <w:p>
      <w:pPr>
        <w:jc w:val="right"/>
      </w:pPr>
      <w:r>
        <w:t>موت آپ کے اندر حقیقت کا گہرا شور پیدا کرتی ہے۔ جس کو میں نے کہا Sense of Urgency۔</w:t>
      </w:r>
    </w:p>
    <w:p>
      <w:r>
        <w:rPr>
          <w:b/>
        </w:rPr>
        <w:t xml:space="preserve">[45:57] </w:t>
      </w:r>
      <w:r>
        <w:t>jo karna foran kar dalo. kyunke kuch nahi maloom ke kal mujhe milega ya nahi milega.</w:t>
      </w:r>
    </w:p>
    <w:p>
      <w:pPr>
        <w:jc w:val="right"/>
      </w:pPr>
      <w:r>
        <w:t>جو کرنا فوراً کر ڈالو۔ کیونکہ کچھ نہیں معلوم کہ کل مجھے ملے گا یا نہیں ملے گا۔</w:t>
      </w:r>
    </w:p>
    <w:p>
      <w:r>
        <w:rPr>
          <w:b/>
        </w:rPr>
        <w:t xml:space="preserve">[46:05] </w:t>
      </w:r>
      <w:r>
        <w:t>kal milega ya nahi milega.</w:t>
      </w:r>
    </w:p>
    <w:p>
      <w:pPr>
        <w:jc w:val="right"/>
      </w:pPr>
      <w:r>
        <w:t>کل ملے گا یا نہیں ملے گا۔</w:t>
      </w:r>
    </w:p>
    <w:p>
      <w:r>
        <w:rPr>
          <w:b/>
        </w:rPr>
        <w:t xml:space="preserve">[46:11] </w:t>
      </w:r>
      <w:r>
        <w:t>to aap batayein ke kitni badi taqat hai maut? maut aadmi ko be amal nahi banati. maut aadmi ko bohat zyada ba amal banati hai.</w:t>
      </w:r>
    </w:p>
    <w:p>
      <w:pPr>
        <w:jc w:val="right"/>
      </w:pPr>
      <w:r>
        <w:t>تو آپ بتائیں کہ کتنی بڑی طاقت ہے موت؟ موت آدمی کو بے عمل نہیں بناتی۔ موت آدمی کو بہت زیادہ بامعمل بناتی ہے۔</w:t>
      </w:r>
    </w:p>
    <w:p>
      <w:r>
        <w:rPr>
          <w:b/>
        </w:rPr>
        <w:t xml:space="preserve">[46:23] </w:t>
      </w:r>
      <w:r>
        <w:t>aur yeh ke woh bachati hai is se ke aap apna waqt fazool zaya karein idhar udhar. fazool zaya karein.</w:t>
      </w:r>
    </w:p>
    <w:p>
      <w:pPr>
        <w:jc w:val="right"/>
      </w:pPr>
      <w:r>
        <w:t>اور یہ کہ وہ بچاتی ہے اس سے کہ آپ اپنا وقت فضول ضائع کریں ادھر ادھر۔ فضول ضائع کریں۔</w:t>
      </w:r>
    </w:p>
    <w:p>
      <w:r>
        <w:rPr>
          <w:b/>
        </w:rPr>
        <w:t xml:space="preserve">[46:35] </w:t>
      </w:r>
      <w:r>
        <w:t>mein jo logon ko dekhta hoon to mein yaani aam taur par mera tajruba yeh hai ke har aadmi apne ko under utilize karta hai. yaani kam istemal karta hai.</w:t>
      </w:r>
    </w:p>
    <w:p>
      <w:pPr>
        <w:jc w:val="right"/>
      </w:pPr>
      <w:r>
        <w:t>میں جو لوگوں کو دیکھتا ہوں تو میں یعنی عام طور پر میرا تجربہ یہ ہے کہ ہر آدمی اپنے کو Under Utilize کرتا ہے۔ یعنی کم استعمال کرتا ہے۔</w:t>
      </w:r>
    </w:p>
    <w:p>
      <w:r>
        <w:rPr>
          <w:b/>
        </w:rPr>
        <w:t xml:space="preserve">[46:51] </w:t>
      </w:r>
      <w:r>
        <w:t>har aadmi apne ko under utilize karta hai. yaani kumtar istemal karta hai apna. kyun? idhar phansa, idhar phansa hua.</w:t>
      </w:r>
    </w:p>
    <w:p>
      <w:pPr>
        <w:jc w:val="right"/>
      </w:pPr>
      <w:r>
        <w:t>ہر آدمی اپنے کو Under Utilize کرتا ہے۔ یعنی کمتر استعمال کرتا ہے اپنا۔ کیوں؟ ادھر پھنسا، ادھر پھنسا ہوا۔</w:t>
      </w:r>
    </w:p>
    <w:p>
      <w:r>
        <w:rPr>
          <w:b/>
        </w:rPr>
        <w:t xml:space="preserve">[47:00] </w:t>
      </w:r>
      <w:r>
        <w:t>jo asal maqsad hai us mein hissa kam de pata hai aur khwahishon mein aur apni tamanaon mein, apne farzi mansoobe mein phansa rehta hai.</w:t>
      </w:r>
    </w:p>
    <w:p>
      <w:pPr>
        <w:jc w:val="right"/>
      </w:pPr>
      <w:r>
        <w:t>جو اصل مقصد ہے اس میں حصہ کم دے پاتا ہے اور خواہشوں میں اور اپنی تمناؤں میں، اپنے فرضی منصوبے میں پھنسا رہتا ہے۔</w:t>
      </w:r>
    </w:p>
    <w:p>
      <w:r>
        <w:rPr>
          <w:b/>
        </w:rPr>
        <w:t xml:space="preserve">[47:13] </w:t>
      </w:r>
      <w:r>
        <w:t>to kyun hai? kyunke is ko yeh ehsas nahi hai ke mein kal mar sakta hoon. agar yeh ehsas ho ke kal marunga mein to sari cheezon ko chhod kar ke isi ek cheez par stick karega.</w:t>
      </w:r>
    </w:p>
    <w:p>
      <w:pPr>
        <w:jc w:val="right"/>
      </w:pPr>
      <w:r>
        <w:t>تو کیوں ہے؟ کیونکہ اس کو یہ احساس نہیں ہے کہ میں کل مر سکتا ہوں۔ اگر یہ احساس ہو کہ کل مروں گا میں تو ساری چیزوں کو چھوڑ کر کے اسی ایک چیز پر Stick کرے گا۔</w:t>
      </w:r>
    </w:p>
    <w:p>
      <w:r>
        <w:rPr>
          <w:b/>
        </w:rPr>
        <w:t xml:space="preserve">[47:25] </w:t>
      </w:r>
      <w:r>
        <w:t>isi par focus karega woh.</w:t>
      </w:r>
    </w:p>
    <w:p>
      <w:pPr>
        <w:jc w:val="right"/>
      </w:pPr>
      <w:r>
        <w:t>اسی پر Focus کرے گا وہ۔</w:t>
      </w:r>
    </w:p>
    <w:p>
      <w:r>
        <w:rPr>
          <w:b/>
        </w:rPr>
        <w:t xml:space="preserve">[47:31] </w:t>
      </w:r>
      <w:r>
        <w:t>to maut ka sab se bada jo role hai maut ke shaoor ka insaan ki zindagi mein woh yeh hai ke woh sense of urgency paida karti hai.</w:t>
      </w:r>
    </w:p>
    <w:p>
      <w:pPr>
        <w:jc w:val="right"/>
      </w:pPr>
      <w:r>
        <w:t>تو موت کا سب سے بڑا جو Role ہے موت کے شعور کا انسان کی زندگی میں وہ یہ ہے کہ وہ Sense of Urgency پیدا کرتی ہے۔</w:t>
      </w:r>
    </w:p>
    <w:p>
      <w:r>
        <w:rPr>
          <w:b/>
        </w:rPr>
        <w:t xml:space="preserve">[47:43] </w:t>
      </w:r>
      <w:r>
        <w:t>aap ghor kijiye kitna bada positive role hai maut ka.</w:t>
      </w:r>
    </w:p>
    <w:p>
      <w:pPr>
        <w:jc w:val="right"/>
      </w:pPr>
      <w:r>
        <w:t>آپ غور کیجیے کتنا بڑا Positive Role ہے موت کا۔</w:t>
      </w:r>
    </w:p>
    <w:p>
      <w:r>
        <w:rPr>
          <w:b/>
        </w:rPr>
        <w:t xml:space="preserve">[47:52] </w:t>
      </w:r>
      <w:r>
        <w:t>ab maut aadmi ko yaad dilati hai ke kyunke aap jante hain ke jo mara woh phir dobara lot ta nahi.</w:t>
      </w:r>
    </w:p>
    <w:p>
      <w:pPr>
        <w:jc w:val="right"/>
      </w:pPr>
      <w:r>
        <w:t>اب موت آدمی کو یاد دلاتی ہے کہ کیونکہ آپ جانتے ہیں کہ جو مرا وہ پھر دوبارہ لوٹتا نہیں۔</w:t>
      </w:r>
    </w:p>
    <w:p>
      <w:r>
        <w:rPr>
          <w:b/>
        </w:rPr>
        <w:t xml:space="preserve">[48:01] </w:t>
      </w:r>
      <w:r>
        <w:t>mein rozana aap yaqeen kijiye ke mein sochta rehta hoon ke mere janne wale falan mar gaye, falan mar gaye, falan mar gaye. ginta rehta hoon.</w:t>
      </w:r>
    </w:p>
    <w:p>
      <w:pPr>
        <w:jc w:val="right"/>
      </w:pPr>
      <w:r>
        <w:t>میں روزانہ آپ یقین کیجیے کہ میں سوچتا رہتا ہوں کہ میرے جاننے والے فلاں مر گئے، فلاں مر گئے، فلاں مر گئے۔ گنتا رہتا ہوں۔</w:t>
      </w:r>
    </w:p>
    <w:p>
      <w:r>
        <w:rPr>
          <w:b/>
        </w:rPr>
        <w:t xml:space="preserve">[48:11] </w:t>
      </w:r>
      <w:r>
        <w:t>ke falan falan log jin ko mein janta tha, jin ke sath mein ne kaam kiya tha, jin ke sath mein ne safar kiya tha, sab mar chuke hain.</w:t>
      </w:r>
    </w:p>
    <w:p>
      <w:pPr>
        <w:jc w:val="right"/>
      </w:pPr>
      <w:r>
        <w:t>کہ فلاں فلاں لوگ جن کو میں جانتا تھا، جن کے ساتھ میں نے کام کیا تھا، جن کے ساتھ میں نے سفر کیا تھا، سب مر چکے ہیں۔</w:t>
      </w:r>
    </w:p>
    <w:p>
      <w:r>
        <w:rPr>
          <w:b/>
        </w:rPr>
        <w:t xml:space="preserve">[48:23] </w:t>
      </w:r>
      <w:r>
        <w:t>to marne ke baad un mein se koi lota nahi. un mein se koi lota nahi.</w:t>
      </w:r>
    </w:p>
    <w:p>
      <w:pPr>
        <w:jc w:val="right"/>
      </w:pPr>
      <w:r>
        <w:t>تو مرنے کے بعد ان میں سے کوئی لوٹا نہیں۔ ان میں سے کوئی لوٹا نہیں۔</w:t>
      </w:r>
    </w:p>
    <w:p>
      <w:r>
        <w:rPr>
          <w:b/>
        </w:rPr>
        <w:t xml:space="preserve">[48:30] </w:t>
      </w:r>
      <w:r>
        <w:t>hamare adam garh mein ek bohat zabardast doctor thay. woh surgeon thay. adam shehar mein.</w:t>
      </w:r>
    </w:p>
    <w:p>
      <w:pPr>
        <w:jc w:val="right"/>
      </w:pPr>
      <w:r>
        <w:t>ہمارے آدم گڑھ میں ایک بہت زبردست ڈاکٹر تھے۔ وہ سرجن تھے۔ آدم شہر میں۔</w:t>
      </w:r>
    </w:p>
    <w:p>
      <w:r>
        <w:rPr>
          <w:b/>
        </w:rPr>
        <w:t xml:space="preserve">[48:39] </w:t>
      </w:r>
      <w:r>
        <w:t>bohat yani pehalwan jaisay lagte thay woh. khoob tandrust, taqatwar.</w:t>
      </w:r>
    </w:p>
    <w:p>
      <w:pPr>
        <w:jc w:val="right"/>
      </w:pPr>
      <w:r>
        <w:t>بہت یعنی پہلوان جیسے لگتے تھے وہ۔ خوب تندرست، طاقتور۔</w:t>
      </w:r>
    </w:p>
    <w:p>
      <w:r>
        <w:rPr>
          <w:b/>
        </w:rPr>
        <w:t xml:space="preserve">[48:47] </w:t>
      </w:r>
      <w:r>
        <w:t>is ko kehte hain Sturdy, Sturdy. phir maine un ko woh halat bhi dekhi hai barhapay mein. jab</w:t>
      </w:r>
    </w:p>
    <w:p>
      <w:pPr>
        <w:jc w:val="right"/>
      </w:pPr>
      <w:r>
        <w:t>اس کو کہتے ہیں Sturdy, Sturdy۔ پھر میں نے ان کو وہ حالت بھی دیکھی ہے بڑھاپے میں۔ جب</w:t>
      </w:r>
    </w:p>
    <w:p>
      <w:r>
        <w:rPr>
          <w:b/>
        </w:rPr>
        <w:t xml:space="preserve">[48:55] </w:t>
      </w:r>
      <w:r>
        <w:t>keh un ko Parkinson ki bemari ho gayi jo hath ussay hilta hilta rehta hai. aur chai apne hath se nahi pakar sakte thay. is ke baad mar gaye.</w:t>
      </w:r>
    </w:p>
    <w:p>
      <w:pPr>
        <w:jc w:val="right"/>
      </w:pPr>
      <w:r>
        <w:t>کہ ان کو Parkinson کی بیماری ہو گئی جو ہاتھ اسے ہلتا ہلتا رہتا ہے۔ اور چائے اپنے ہاتھ سے نہیں پکڑ سکتے تھے۔ اس کے بعد مر گئے۔</w:t>
      </w:r>
    </w:p>
    <w:p>
      <w:r>
        <w:rPr>
          <w:b/>
        </w:rPr>
        <w:t xml:space="preserve">[49:05] </w:t>
      </w:r>
      <w:r>
        <w:t>phir lotay nahi woh. top ke doctor thay woh. to is ka matlab kya hua? mout aati hai Point of No Return par.</w:t>
      </w:r>
    </w:p>
    <w:p>
      <w:pPr>
        <w:jc w:val="right"/>
      </w:pPr>
      <w:r>
        <w:t>پھر لوٹے نہیں وہ۔ ٹاپ کے ڈاکٹر تھے وہ۔ تو اس کا مطلب کیا ہوا؟ موت آتی ہے Point of No Return پر۔</w:t>
      </w:r>
    </w:p>
    <w:p>
      <w:r>
        <w:rPr>
          <w:b/>
        </w:rPr>
        <w:t xml:space="preserve">[49:18] </w:t>
      </w:r>
      <w:r>
        <w:t>aadmi ko jab mout aati hai woh Point of No Return par aati hai.</w:t>
      </w:r>
    </w:p>
    <w:p>
      <w:pPr>
        <w:jc w:val="right"/>
      </w:pPr>
      <w:r>
        <w:t>آدمی کو جب موت آتی ہے وہ Point of No Return پر آتی ہے۔</w:t>
      </w:r>
    </w:p>
    <w:p>
      <w:r>
        <w:rPr>
          <w:b/>
        </w:rPr>
        <w:t xml:space="preserve">[49:23] </w:t>
      </w:r>
      <w:r>
        <w:t>wapsi nahi hai. wapsi nahi hai.</w:t>
      </w:r>
    </w:p>
    <w:p>
      <w:pPr>
        <w:jc w:val="right"/>
      </w:pPr>
      <w:r>
        <w:t>واپسی نہیں ہے۔ واپسی نہیں ہے۔</w:t>
      </w:r>
    </w:p>
    <w:p>
      <w:r>
        <w:rPr>
          <w:b/>
        </w:rPr>
        <w:t xml:space="preserve">[49:30] </w:t>
      </w:r>
      <w:r>
        <w:t>dekhiye log jo hain Birthday mante hain. paidaish ka din manate hain. main to samajhta hoon keh logon ko ab mout ka din manana chahiye.</w:t>
      </w:r>
    </w:p>
    <w:p>
      <w:pPr>
        <w:jc w:val="right"/>
      </w:pPr>
      <w:r>
        <w:t>دیکھیے لوگ جو ہیں Birthday مانتے ہیں۔ پیدائش کا دن مناتے ہیں۔ میں تو سمجھتا ہوں کہ لوگوں کو اب موت کا دن منانا چاہیے۔</w:t>
      </w:r>
    </w:p>
    <w:p>
      <w:r>
        <w:rPr>
          <w:b/>
        </w:rPr>
        <w:t xml:space="preserve">[49:42] </w:t>
      </w:r>
      <w:r>
        <w:t>Death Day. kyon? aadmi, har ek aadmi ka ek bohat hi bara masla hai keh woh Countdown ho raha hai.</w:t>
      </w:r>
    </w:p>
    <w:p>
      <w:pPr>
        <w:jc w:val="right"/>
      </w:pPr>
      <w:r>
        <w:t>Death Day۔ کیوں؟ آدمی، ہر ایک آدمی کا ایک بہت ہی بڑا مسئلہ ہے کہ وہ Countdown ہو رہا ہے۔</w:t>
      </w:r>
    </w:p>
    <w:p>
      <w:r>
        <w:rPr>
          <w:b/>
        </w:rPr>
        <w:t xml:space="preserve">[49:52] </w:t>
      </w:r>
      <w:r>
        <w:t>Countup nahi ho raha hai, Countdown ho raha hai.</w:t>
      </w:r>
    </w:p>
    <w:p>
      <w:pPr>
        <w:jc w:val="right"/>
      </w:pPr>
      <w:r>
        <w:t>Countup نہیں ہو رہا ہے، Countdown ہو رہا ہے۔</w:t>
      </w:r>
    </w:p>
    <w:p>
      <w:r>
        <w:rPr>
          <w:b/>
        </w:rPr>
        <w:t xml:space="preserve">[49:57] </w:t>
      </w:r>
      <w:r>
        <w:t>misalan ek aadmi ki umar agar farz kijiye keh saath saal thi to har agla din usay kam kam karta ja raha hai.</w:t>
      </w:r>
    </w:p>
    <w:p>
      <w:pPr>
        <w:jc w:val="right"/>
      </w:pPr>
      <w:r>
        <w:t>مثلاً ایک آدمی کی عمر اگر فرض کیجیے کہ ساٹھ سال تھی تو ہر اگلا دن اسے کم کم کرتا جا رہا ہے۔</w:t>
      </w:r>
    </w:p>
    <w:p>
      <w:r>
        <w:rPr>
          <w:b/>
        </w:rPr>
        <w:t xml:space="preserve">[50:08] </w:t>
      </w:r>
      <w:r>
        <w:t>saath se unsaath, unsaath se athavan, athavan se sataavan, sataavan se chhappan, chhappan se pachpan, pachpan se chauvan, chauvan se tripan, bawan, ikavan.</w:t>
      </w:r>
    </w:p>
    <w:p>
      <w:pPr>
        <w:jc w:val="right"/>
      </w:pPr>
      <w:r>
        <w:t>ساٹھ سے انسٹھ، انسٹھ سے اٹھاون، اٹھاون سے ستاون، ستاون سے چھپن، چھپن سے پچپن، پچپن سے چون، چون سے تریپن، باون، اکاون۔</w:t>
      </w:r>
    </w:p>
    <w:p>
      <w:r>
        <w:rPr>
          <w:b/>
        </w:rPr>
        <w:t xml:space="preserve">[50:20] </w:t>
      </w:r>
      <w:r>
        <w:t>kam ho to yeh har din kam ho raha hai. har din. jo hamari yani qudrat mein jo hamari mout likhi hui hai us ko to hum barha nahi sakte.</w:t>
      </w:r>
    </w:p>
    <w:p>
      <w:pPr>
        <w:jc w:val="right"/>
      </w:pPr>
      <w:r>
        <w:t>کم ہو تو یہ ہر دن کم ہو رہا ہے۔ ہر دن۔ جو ہماری یعنی قدرت میں جو ہماری موت لکھی ہوئی ہے اس کو تو ہم بڑھا نہیں سکتے۔</w:t>
      </w:r>
    </w:p>
    <w:p>
      <w:r>
        <w:rPr>
          <w:b/>
        </w:rPr>
        <w:t xml:space="preserve">[50:33] </w:t>
      </w:r>
      <w:r>
        <w:t>koi barha nahi paya. to amalan kya ho raha hai? Countdown ho raha hai. Countup thori ho raha hai. log samajhte hain hum aagay barh rahe hain, nahi hum peechay hat rahe hain.</w:t>
      </w:r>
    </w:p>
    <w:p>
      <w:pPr>
        <w:jc w:val="right"/>
      </w:pPr>
      <w:r>
        <w:t>کوئی بڑھا نہیں پایا۔ تو عملاً کیا ہو رہا ہے؟ Countdown ہو رہا ہے۔ Countup تھوڑی ہو رہا ہے۔ لوگ سمجھتے ہیں ہم آگے بڑھ رہے ہیں، نہیں ہم پیچھے ہٹ رہے ہیں۔</w:t>
      </w:r>
    </w:p>
    <w:p>
      <w:r>
        <w:rPr>
          <w:b/>
        </w:rPr>
        <w:t xml:space="preserve">[50:45] </w:t>
      </w:r>
      <w:r>
        <w:t>mout ki taraf ja rahe hain.</w:t>
      </w:r>
    </w:p>
    <w:p>
      <w:pPr>
        <w:jc w:val="right"/>
      </w:pPr>
      <w:r>
        <w:t>موت کی طرف جا رہے ہیں۔</w:t>
      </w:r>
    </w:p>
    <w:p>
      <w:r>
        <w:rPr>
          <w:b/>
        </w:rPr>
        <w:t xml:space="preserve">[50:48] </w:t>
      </w:r>
      <w:r>
        <w:t>to main samajhta hoon keh logon ko jo sochne ki baat hai woh woh yeh hai keh hamara har din Countdown ho raha hai.</w:t>
      </w:r>
    </w:p>
    <w:p>
      <w:pPr>
        <w:jc w:val="right"/>
      </w:pPr>
      <w:r>
        <w:t>تو میں سمجھتا ہوں کہ لوگوں کو جو سوچنے کی بات ہے وہ وہ یہ ہے کہ ہمارا ہر دن Countdown ہو رہا ہے۔</w:t>
      </w:r>
    </w:p>
    <w:p>
      <w:r>
        <w:rPr>
          <w:b/>
        </w:rPr>
        <w:t xml:space="preserve">[50:59] </w:t>
      </w:r>
      <w:r>
        <w:t>ek martaba maine parha hai ek aadmi ke baray mein, ek ek ek top ka ek aadmi jo uska baap bhi bohat ameer kabeer tha keh He was born with a silver spoon in his mouth.</w:t>
      </w:r>
    </w:p>
    <w:p>
      <w:pPr>
        <w:jc w:val="right"/>
      </w:pPr>
      <w:r>
        <w:t>ایک مرتبہ میں نے پڑھا ہے ایک آدمی کے بارے میں، ایک ایک ایک ٹاپ کا ایک آدمی جو اس کا باپ بھی بہت امیر کبیر تھا کہ He was born with a silver spoon in his mouth.</w:t>
      </w:r>
    </w:p>
    <w:p>
      <w:r>
        <w:rPr>
          <w:b/>
        </w:rPr>
        <w:t xml:space="preserve">[51:16] </w:t>
      </w:r>
      <w:r>
        <w:t>He was born</w:t>
      </w:r>
    </w:p>
    <w:p>
      <w:pPr>
        <w:jc w:val="right"/>
      </w:pPr>
      <w:r>
        <w:t>He was born</w:t>
      </w:r>
    </w:p>
    <w:p>
      <w:r>
        <w:rPr>
          <w:b/>
        </w:rPr>
        <w:t xml:space="preserve">[51:20] </w:t>
      </w:r>
      <w:r>
        <w:t>with a silver spoon in his mouth. lekin aaj woh aadmi mar chuka hai.</w:t>
      </w:r>
    </w:p>
    <w:p>
      <w:pPr>
        <w:jc w:val="right"/>
      </w:pPr>
      <w:r>
        <w:t>with a silver spoon in his mouth. لیکن آج وہ آدمی مر چکا ہے۔</w:t>
      </w:r>
    </w:p>
    <w:p>
      <w:r>
        <w:rPr>
          <w:b/>
        </w:rPr>
        <w:t xml:space="preserve">[51:27] </w:t>
      </w:r>
      <w:r>
        <w:t>to maine socha parhtay huay keh sahi baat to yeh thi keh yeh kaha jata hai keh He was born with a death spoon in his mouth.</w:t>
      </w:r>
    </w:p>
    <w:p>
      <w:pPr>
        <w:jc w:val="right"/>
      </w:pPr>
      <w:r>
        <w:t>تو میں نے سوچا پڑھتے ہوئے کہ صحیح بات تو یہ تھی کہ یہ کہا جاتا ہے کہ He was born with a death spoon in his mouth.</w:t>
      </w:r>
    </w:p>
    <w:p>
      <w:r>
        <w:rPr>
          <w:b/>
        </w:rPr>
        <w:t xml:space="preserve">[51:37] </w:t>
      </w:r>
      <w:r>
        <w:t>main ek aisay aadmi ki baat kar raha hoon jo meri zindagi ke mirzwani mein paida hua</w:t>
      </w:r>
    </w:p>
    <w:p>
      <w:pPr>
        <w:jc w:val="right"/>
      </w:pPr>
      <w:r>
        <w:t>میں ایک ایسے آدمی کی بات کر رہا ہوں جو میری زندگی کے میرزوانی میں پیدا ہوا</w:t>
      </w:r>
    </w:p>
    <w:p>
      <w:r>
        <w:rPr>
          <w:b/>
        </w:rPr>
        <w:t xml:space="preserve">[51:41] </w:t>
      </w:r>
      <w:r>
        <w:t>. mirzwani mein tha woh. maine dekha hai abhi us ko. lekin bohat paisay wala aadmi ke ghar paida hua woh. to uska mujhe naam lainay ki zaroorat nahi hai.</w:t>
      </w:r>
    </w:p>
    <w:p>
      <w:pPr>
        <w:jc w:val="right"/>
      </w:pPr>
      <w:r>
        <w:t>۔ میرزوانی میں تھا وہ۔ میں نے دیکھا ہے ابھی اس کو۔ لیکن بہت پیسے والا آدمی کے گھر پیدا ہوا وہ۔ تو اس کا مجھے نام لینے کی ضرورت نہیں ہے۔</w:t>
      </w:r>
    </w:p>
    <w:p>
      <w:r>
        <w:rPr>
          <w:b/>
        </w:rPr>
        <w:t xml:space="preserve">[51:52] </w:t>
      </w:r>
      <w:r>
        <w:t>to us ke baray mein maine parha hai keh He was born with a silver spoon in his mouth. lekin aaj woh aaj woh nahi duniya mein, mar chuka hai.</w:t>
      </w:r>
    </w:p>
    <w:p>
      <w:pPr>
        <w:jc w:val="right"/>
      </w:pPr>
      <w:r>
        <w:t>تو اس کے بارے میں میں نے پڑھا ہے کہ He was born with a silver spoon in his mouth. لیکن آج وہ آج وہ نہیں دنیا میں، مر چکا ہے۔</w:t>
      </w:r>
    </w:p>
    <w:p>
      <w:r>
        <w:rPr>
          <w:b/>
        </w:rPr>
        <w:t xml:space="preserve">[52:05] </w:t>
      </w:r>
      <w:r>
        <w:t>to jab maine yeh parha to maine socha keh zahir hai sahi baat yeh thi keh yeh kaha jata hai He was born with a death spoon in his mouth.</w:t>
      </w:r>
    </w:p>
    <w:p>
      <w:pPr>
        <w:jc w:val="right"/>
      </w:pPr>
      <w:r>
        <w:t>تو جب میں نے یہ پڑھا تو میں نے سوچا کہ ظاہر ہے صحیح بات یہ تھی کہ یہ کہا جاتا ہے He was born with a death spoon in his mouth.</w:t>
      </w:r>
    </w:p>
    <w:p>
      <w:r>
        <w:rPr>
          <w:b/>
        </w:rPr>
        <w:t xml:space="preserve">[52:17] </w:t>
      </w:r>
      <w:r>
        <w:t>kis tarah se log bekhabar hain haqaiq se. haqiqaton se bekhabar hain.</w:t>
      </w:r>
    </w:p>
    <w:p>
      <w:pPr>
        <w:jc w:val="right"/>
      </w:pPr>
      <w:r>
        <w:t>کس طرح سے لوگ بے خبر ہیں حقائق سے۔ حقیقتوں سے بے خبر ہیں۔</w:t>
      </w:r>
    </w:p>
    <w:p>
      <w:r>
        <w:rPr>
          <w:b/>
        </w:rPr>
        <w:t xml:space="preserve">[52:27] </w:t>
      </w:r>
      <w:r>
        <w:t>aik badshah ke bare mein maine padha ke is ko maut ka bohat dar rehta tha.</w:t>
      </w:r>
    </w:p>
    <w:p>
      <w:pPr>
        <w:jc w:val="right"/>
      </w:pPr>
      <w:r>
        <w:t>ایک بادشاہ کے بارے میں میں نے پڑھا کہ اس کو موت کا بہت ڈر رہتا تھا۔</w:t>
      </w:r>
    </w:p>
    <w:p>
      <w:r>
        <w:rPr>
          <w:b/>
        </w:rPr>
        <w:t xml:space="preserve">[52:34] </w:t>
      </w:r>
      <w:r>
        <w:t>to is ne kya kiya? kisi ne is ko bataya ke maut ka farishta jo hai woh khushki par safar karta hai, pani par nahin. kisi ne aik bewoofi ki baat keh di kisi ne.</w:t>
      </w:r>
    </w:p>
    <w:p>
      <w:pPr>
        <w:jc w:val="right"/>
      </w:pPr>
      <w:r>
        <w:t>تو اس نے کیا کیا؟ کسی نے اس کو بتایا کہ موت کا فرشتہ جو ہے وہ خشکی پر سفر کرتا ہے، پانی پر نہیں۔ کسی نے ایک بیوقوفی کی بات کہہ دی کسی نے۔</w:t>
      </w:r>
    </w:p>
    <w:p>
      <w:r>
        <w:rPr>
          <w:b/>
        </w:rPr>
        <w:t xml:space="preserve">[52:48] </w:t>
      </w:r>
      <w:r>
        <w:t>pani par safar nahin kar sakta maut ka farishta. to is ne kaha yeh to bara acha formula hai. to is ne aik qila banaya aur us ke charon taraf garhe khudwaye, is mein pani bharwa diya.</w:t>
      </w:r>
    </w:p>
    <w:p>
      <w:pPr>
        <w:jc w:val="right"/>
      </w:pPr>
      <w:r>
        <w:t>پانی پر سفر نہیں کر سکتا موت کا فرشتہ۔ تو اس نے کہا یہ تو بڑا اچھا فارمولا ہے۔ تو اس نے ایک قلعہ بنایا اور اس کے چاروں طرف گڑھے کھدوائے، اس میں پانی بھروا دیا۔</w:t>
      </w:r>
    </w:p>
    <w:p>
      <w:r>
        <w:rPr>
          <w:b/>
        </w:rPr>
        <w:t xml:space="preserve">[53:02] </w:t>
      </w:r>
      <w:r>
        <w:t>yani charon taraf pani bhara hua.</w:t>
      </w:r>
    </w:p>
    <w:p>
      <w:pPr>
        <w:jc w:val="right"/>
      </w:pPr>
      <w:r>
        <w:t>یعنی چاروں طرف پانی بھرا ہوا۔</w:t>
      </w:r>
    </w:p>
    <w:p>
      <w:r>
        <w:rPr>
          <w:b/>
        </w:rPr>
        <w:t xml:space="preserve">[53:06] </w:t>
      </w:r>
      <w:r>
        <w:t>jaise aik samajh lijiye ke gol nahar. ab woh is qile par aane laga. ab samjha ke maut ka farishta mujh tak pohnchega nahin.</w:t>
      </w:r>
    </w:p>
    <w:p>
      <w:pPr>
        <w:jc w:val="right"/>
      </w:pPr>
      <w:r>
        <w:t>جیسے ایک سمجھ لیجیے کہ گول نہر۔ اب وہ اس قلعے پر آنے لگا۔ اب سمجھا کہ موت کا فرشتہ مجھ تک پہنچے گا نہیں۔</w:t>
      </w:r>
    </w:p>
    <w:p>
      <w:r>
        <w:rPr>
          <w:b/>
        </w:rPr>
        <w:t xml:space="preserve">[53:15] </w:t>
      </w:r>
      <w:r>
        <w:t>kyun ke is ko pani se guzarna pare ga. lekin jab waqt aaya to mar gaya, woh bhi mar gaya. He was also born with a death spoon in his mouth.</w:t>
      </w:r>
    </w:p>
    <w:p>
      <w:pPr>
        <w:jc w:val="right"/>
      </w:pPr>
      <w:r>
        <w:t>کیونکہ اس کو پانی سے گزرنا پڑے گا۔ لیکن جب وقت آیا تو مر گیا، وہ بھی مر گیا۔ He was also born with a death spoon in his mouth.</w:t>
      </w:r>
    </w:p>
    <w:p>
      <w:r>
        <w:rPr>
          <w:b/>
        </w:rPr>
        <w:t xml:space="preserve">[53:30] </w:t>
      </w:r>
      <w:r>
        <w:t>to yeh sab cheezein aisi hain jo bohat zyada sochne ki hain. bohat zyada sochne ki hain.</w:t>
      </w:r>
    </w:p>
    <w:p>
      <w:pPr>
        <w:jc w:val="right"/>
      </w:pPr>
      <w:r>
        <w:t>تو یہ سب چیزیں ایسی ہیں جو بہت زیادہ سوچنے کی ہیں۔ بہت زیادہ سوچنے کی ہیں۔</w:t>
      </w:r>
    </w:p>
    <w:p>
      <w:r>
        <w:rPr>
          <w:b/>
        </w:rPr>
        <w:t xml:space="preserve">[53:40] </w:t>
      </w:r>
      <w:r>
        <w:t>yani subah sham sochne ki hain.</w:t>
      </w:r>
    </w:p>
    <w:p>
      <w:pPr>
        <w:jc w:val="right"/>
      </w:pPr>
      <w:r>
        <w:t>یعنی صبح شام سوچنے کی ہیں۔</w:t>
      </w:r>
    </w:p>
    <w:p>
      <w:r>
        <w:rPr>
          <w:b/>
        </w:rPr>
        <w:t xml:space="preserve">[53:48] </w:t>
      </w:r>
      <w:r>
        <w:t>ab dekhiye aaj ka main aap ko tajurba batata hoon apna, aaj ka tajurba.</w:t>
      </w:r>
    </w:p>
    <w:p>
      <w:pPr>
        <w:jc w:val="right"/>
      </w:pPr>
      <w:r>
        <w:t>اب دیکھیے آج کا میں آپ کو تجربہ بتاتا ہوں اپنا، آج کا تجربہ۔</w:t>
      </w:r>
    </w:p>
    <w:p>
      <w:r>
        <w:rPr>
          <w:b/>
        </w:rPr>
        <w:t xml:space="preserve">[53:57] </w:t>
      </w:r>
      <w:r>
        <w:t>isi wajah se kal mera pet kharab ho gaya. to jis ko kehte hain Appetite yani bhook, woh mujhe aaj, aaj maine kuch bhi nahin khaya.</w:t>
      </w:r>
    </w:p>
    <w:p>
      <w:pPr>
        <w:jc w:val="right"/>
      </w:pPr>
      <w:r>
        <w:t>اسی وجہ سے کل میرا پیٹ خراب ہو گیا۔ تو جس کو کہتے ہیں Appetite یعنی بھوک، وہ مجھے آج، آج میں نے کچھ بھی نہیں کھایا۔</w:t>
      </w:r>
    </w:p>
    <w:p>
      <w:r>
        <w:rPr>
          <w:b/>
        </w:rPr>
        <w:t xml:space="preserve">[54:11] </w:t>
      </w:r>
      <w:r>
        <w:t>kuch bhi subah maine nahin khaya hai. abhi bhi mujhe bhook nahin hai mujhe. yani Appetite khatam ho gayi.</w:t>
      </w:r>
    </w:p>
    <w:p>
      <w:pPr>
        <w:jc w:val="right"/>
      </w:pPr>
      <w:r>
        <w:t>کچھ بھی صبح میں نے نہیں کھایا ہے۔ ابھی بھی مجھے بھوک نہیں ہے مجھے۔ یعنی Appetite ختم ہو گئی۔</w:t>
      </w:r>
    </w:p>
    <w:p>
      <w:r>
        <w:rPr>
          <w:b/>
        </w:rPr>
        <w:t xml:space="preserve">[54:23] </w:t>
      </w:r>
      <w:r>
        <w:t>to maine socha ke dekhiye insan kitna majboor hai. kitna majboor hai. aap ko yeh taqat nahin hai ke apne andar bhook paida karen.</w:t>
      </w:r>
    </w:p>
    <w:p>
      <w:pPr>
        <w:jc w:val="right"/>
      </w:pPr>
      <w:r>
        <w:t>تو میں نے سوچا کہ دیکھیے انسان کتنا مجبور ہے۔ کتنا مجبور ہے۔ آپ کو یہ طاقت نہیں ہے کہ اپنے اندر بھوک پیدا کریں۔</w:t>
      </w:r>
    </w:p>
    <w:p>
      <w:r>
        <w:rPr>
          <w:b/>
        </w:rPr>
        <w:t xml:space="preserve">[54:41] </w:t>
      </w:r>
      <w:r>
        <w:t>to subah se maine kuch bhi nahin khaya. yani chawal ka aik dana bhi nahin khaya. lekin abhi tak mujhe bhook nahin hai.</w:t>
      </w:r>
    </w:p>
    <w:p>
      <w:pPr>
        <w:jc w:val="right"/>
      </w:pPr>
      <w:r>
        <w:t>تو صبح سے میں نے کچھ بھی نہیں کھایا۔ یعنی چاول کا ایک دانہ بھی نہیں کھایا۔ لیکن ابھی تک مجھے بھوک نہیں ہے۔</w:t>
      </w:r>
    </w:p>
    <w:p>
      <w:r>
        <w:rPr>
          <w:b/>
        </w:rPr>
        <w:t xml:space="preserve">[54:50] </w:t>
      </w:r>
      <w:r>
        <w:t>ab farz kijiye yeh baqar hai to aadmi bhooke mar jaye. yani khana rahe ga, khana nahin, kha nahin sake ga woh. jab bhook nahin hogi to kaise khayenge aap?</w:t>
      </w:r>
    </w:p>
    <w:p>
      <w:pPr>
        <w:jc w:val="right"/>
      </w:pPr>
      <w:r>
        <w:t>اب فرض کیجیے یہ باقر ہے تو آدمی بھوکے مر جائے۔ یعنی کھانا رہے گا، کھانا نہیں، کھا نہیں سکے گا وہ۔ جب بھوک نہیں ہوگی تو کیسے کھائیں گے آپ؟</w:t>
      </w:r>
    </w:p>
    <w:p>
      <w:r>
        <w:rPr>
          <w:b/>
        </w:rPr>
        <w:t xml:space="preserve">[55:02] </w:t>
      </w:r>
      <w:r>
        <w:t>meri beti thi woh bohat subah bohat dhoop machati thi ke yeh kha lijiyey, woh kha lijiyey. yeh bana dete hain, woh bana dete hain. maine kaha, maine kaha main kuch bhi nahin kha sakta.</w:t>
      </w:r>
    </w:p>
    <w:p>
      <w:pPr>
        <w:jc w:val="right"/>
      </w:pPr>
      <w:r>
        <w:t>میری بیٹی تھی وہ بہت صبح بہت دھوپ مچاتی تھی کہ یہ کھا لیجیے، وہ کھا لیجیے۔ یہ بنا دیتے ہیں، وہ بنا دیتے ہیں۔ میں نے کہا، میں نے کہا میں کچھ بھی نہیں کھا سکتا۔</w:t>
      </w:r>
    </w:p>
    <w:p>
      <w:r>
        <w:rPr>
          <w:b/>
        </w:rPr>
        <w:t xml:space="preserve">[55:11] </w:t>
      </w:r>
      <w:r>
        <w:t>kyun ke Appetite nahin hai. Appetite jab na ho to aap nahin kha sakte.</w:t>
      </w:r>
    </w:p>
    <w:p>
      <w:pPr>
        <w:jc w:val="right"/>
      </w:pPr>
      <w:r>
        <w:t>کیونکہ Appetite نہیں ہے۔ Appetite جب نہ ہو تو آپ نہیں کھا سکتے۔</w:t>
      </w:r>
    </w:p>
    <w:p>
      <w:r>
        <w:rPr>
          <w:b/>
        </w:rPr>
        <w:t xml:space="preserve">[55:19] </w:t>
      </w:r>
      <w:r>
        <w:t>yeh sab cheezein aap ko apni East ko yaad dilati hain, Helplessness ko yaad dilati hain.</w:t>
      </w:r>
    </w:p>
    <w:p>
      <w:pPr>
        <w:jc w:val="right"/>
      </w:pPr>
      <w:r>
        <w:t>یہ سب چیزیں آپ کو اپنی East کو یاد دلاتی ہیں، Helplessness کو یاد دلاتی ہیں۔</w:t>
      </w:r>
    </w:p>
    <w:p>
      <w:r>
        <w:rPr>
          <w:b/>
        </w:rPr>
        <w:t xml:space="preserve">[55:26] </w:t>
      </w:r>
      <w:r>
        <w:t>jab Helplessness ko aap yaad karenge tab aap ko Death yaad karenge. jab Death yaad karenge to aakhirat mein, hashar mein jo samna hoga Allah taala ka us ko yaad karenge.</w:t>
      </w:r>
    </w:p>
    <w:p>
      <w:pPr>
        <w:jc w:val="right"/>
      </w:pPr>
      <w:r>
        <w:t>جب Helplessness کو آپ یاد کریں گے تب آپ کو Death یاد کریں گے۔ جب Death یاد کریں گے تو آخرت میں، حشر میں جو سامنا ہوگا اللہ تعالیٰ کا اس کو یاد کریں گے۔</w:t>
      </w:r>
    </w:p>
    <w:p>
      <w:r>
        <w:rPr>
          <w:b/>
        </w:rPr>
        <w:t xml:space="preserve">[55:41] </w:t>
      </w:r>
      <w:r>
        <w:t>hamare bachpan mein yeh sab baatein chirche mein rehti theen. ab to chirche mein nahin hain. ab to chircha Consumerism ka hai.</w:t>
      </w:r>
    </w:p>
    <w:p>
      <w:pPr>
        <w:jc w:val="right"/>
      </w:pPr>
      <w:r>
        <w:t>ہمارے بچپن میں یہ سب باتیں چرچے میں رہتی تھیں۔ اب تو چرچے میں نہیں ہیں۔ اب تو چرچہ Consumerism کا ہے۔</w:t>
      </w:r>
    </w:p>
    <w:p>
      <w:r>
        <w:rPr>
          <w:b/>
        </w:rPr>
        <w:t xml:space="preserve">[55:49] </w:t>
      </w:r>
      <w:r>
        <w:t>doosri cheez jo chircha hai. maslan mere baap, un ka intiqal hua December 1929 mein.</w:t>
      </w:r>
    </w:p>
    <w:p>
      <w:pPr>
        <w:jc w:val="right"/>
      </w:pPr>
      <w:r>
        <w:t>دوسری چیز جو چرچہ ہے۔ مثلاً میرے باپ، ان کا انتقال ہوا دسمبر 1929 میں۔</w:t>
      </w:r>
    </w:p>
    <w:p>
      <w:r>
        <w:rPr>
          <w:b/>
        </w:rPr>
        <w:t xml:space="preserve">[55:59] </w:t>
      </w:r>
      <w:r>
        <w:t>mere baap Farid Fariduddin Khan ka intiqal hua tha December 1929 mein. woh kaha karte the, "Khuda ko munh dikhana hai.</w:t>
      </w:r>
    </w:p>
    <w:p>
      <w:pPr>
        <w:jc w:val="right"/>
      </w:pPr>
      <w:r>
        <w:t>میرے باپ فرید فرید الدین خان کا انتقال ہوا تھا دسمبر 1929 میں۔ وہ کہا کرتے تھے، "خدا کو منہ دکھانا ہے۔</w:t>
      </w:r>
    </w:p>
    <w:p>
      <w:r>
        <w:rPr>
          <w:b/>
        </w:rPr>
        <w:t xml:space="preserve">[56:13] </w:t>
      </w:r>
      <w:r>
        <w:t>Khuda ko munh dikhana hai.</w:t>
      </w:r>
    </w:p>
    <w:p>
      <w:pPr>
        <w:jc w:val="right"/>
      </w:pPr>
      <w:r>
        <w:t>خدا کو منہ دکھانا ہے۔</w:t>
      </w:r>
    </w:p>
    <w:p>
      <w:r>
        <w:rPr>
          <w:b/>
        </w:rPr>
        <w:t xml:space="preserve">[56:15] </w:t>
      </w:r>
      <w:r>
        <w:t>" yani Khuda ko Face karna hai. aakhirat ki adalat ko Face karna hai. tab yeh soch raha karti thi logon ke andar.</w:t>
      </w:r>
    </w:p>
    <w:p>
      <w:pPr>
        <w:jc w:val="right"/>
      </w:pPr>
      <w:r>
        <w:t>" یعنی خدا کو Face کرنا ہے۔ آخرت کی عدالت کو Face کرنا ہے۔ تب یہ سوچ رہا کرتی تھی لوگوں کے اندر۔</w:t>
      </w:r>
    </w:p>
    <w:p>
      <w:r>
        <w:rPr>
          <w:b/>
        </w:rPr>
        <w:t xml:space="preserve">[56:25] </w:t>
      </w:r>
      <w:r>
        <w:t>ab to kuch bhi nahin hai. ab to Politics hai, TV hai, tamashe hain.</w:t>
      </w:r>
    </w:p>
    <w:p>
      <w:pPr>
        <w:jc w:val="right"/>
      </w:pPr>
      <w:r>
        <w:t>اب تو کچھ بھی نہیں ہے۔ اب تو Politics ہے، ٹی وی ہے، تماشے ہیں۔</w:t>
      </w:r>
    </w:p>
    <w:p>
      <w:r>
        <w:rPr>
          <w:b/>
        </w:rPr>
        <w:t xml:space="preserve">[56:35] </w:t>
      </w:r>
      <w:r>
        <w:t>Shopping hai. yahi sab tamashe hain. ab kaun kehta hai ke Khuda ko munh dikhana hai?</w:t>
      </w:r>
    </w:p>
    <w:p>
      <w:pPr>
        <w:jc w:val="right"/>
      </w:pPr>
      <w:r>
        <w:t>Shopping ہے۔ یہی سب تماشے ہیں۔ اب کون کہتا ہے کہ خدا کو منہ دکھانا ہے؟</w:t>
      </w:r>
    </w:p>
    <w:p>
      <w:r>
        <w:rPr>
          <w:b/>
        </w:rPr>
        <w:t xml:space="preserve">[56:46] </w:t>
      </w:r>
      <w:r>
        <w:t>to mein is mahaul mein paida hua jab ke hamare samaj mein aise kehne wale hua karte the ke "Khuda ko munh dikhana hai. Hamein God ko Face karna hai." to maut yaad aati thi, hashr yaad aata tha.</w:t>
      </w:r>
    </w:p>
    <w:p>
      <w:pPr>
        <w:jc w:val="right"/>
      </w:pPr>
      <w:r>
        <w:t>تو میں اس ماحول میں پیدا ہوا جب کہ ہمارے سماج میں ایسے کہنے والے ہوا کرتے تھے کہ "خدا کو منہ دکھانا ہے۔ ہمیں God کو Face کرنا ہے۔" تو موت یاد آتی تھی، حشر یاد آتا تھا۔</w:t>
      </w:r>
    </w:p>
    <w:p>
      <w:r>
        <w:rPr>
          <w:b/>
        </w:rPr>
        <w:t xml:space="preserve">[57:03] </w:t>
      </w:r>
      <w:r>
        <w:t>Allah taala ke saamne Accountability yaad aati thi. Phir jannat jahannum yaad aati thi. Ab aaj ke mahaul mein kuch bhi nahin hai.</w:t>
      </w:r>
    </w:p>
    <w:p>
      <w:pPr>
        <w:jc w:val="right"/>
      </w:pPr>
      <w:r>
        <w:t>اللہ تعالیٰ کے سامنے Accountability یاد آتی تھی۔ پھر جنت جہنم یاد آتی تھی۔ اب آج کے ماحول میں کچھ بھی نہیں ہے۔</w:t>
      </w:r>
    </w:p>
    <w:p>
      <w:r>
        <w:rPr>
          <w:b/>
        </w:rPr>
        <w:t xml:space="preserve">[57:17] </w:t>
      </w:r>
      <w:r>
        <w:t>to yaad rakhiye yeh yeh maishati baat nahin hai. Is mein yeh hai ke aap ko Double sawab. Ek yeh hai ke maut ka ya aakhirat ka ya jannat jahannum ka charchaa mahaul mein ho aur aap us ko jaan lein to Single sawab milega.</w:t>
      </w:r>
    </w:p>
    <w:p>
      <w:pPr>
        <w:jc w:val="right"/>
      </w:pPr>
      <w:r>
        <w:t>تو یاد رکھیے یہ یہ معیشتی بات نہیں ہے۔ اس میں یہ ہے کہ آپ کو Double ثواب۔ ایک یہ ہے کہ موت کا یا آخرت کا یا جنت جہنم کا چرچہ ماحول میں ہو اور آپ اس کو جان لیں تو Single ثواب ملے گا۔</w:t>
      </w:r>
    </w:p>
    <w:p>
      <w:r>
        <w:rPr>
          <w:b/>
        </w:rPr>
        <w:t xml:space="preserve">[57:34] </w:t>
      </w:r>
      <w:r>
        <w:t>lekin woh maadoom ho jaye, fitna dohama aa jaye aur phir aap ko Rediscover karein to aap ko Double sawab milega.</w:t>
      </w:r>
    </w:p>
    <w:p>
      <w:pPr>
        <w:jc w:val="right"/>
      </w:pPr>
      <w:r>
        <w:t>لیکن وہ معدوم ہو جائے، فتنہ دوہما آ جائے اور پھر آپ کو Rediscover کریں تو آپ کو Double ثواب ملے گا۔</w:t>
      </w:r>
    </w:p>
    <w:p>
      <w:r>
        <w:rPr>
          <w:b/>
        </w:rPr>
        <w:t xml:space="preserve">[57:45] </w:t>
      </w:r>
      <w:r>
        <w:t>yaani jo cheez mahaul nahin bata raha hai, jo cheez samaj nahin bata raha hai.</w:t>
      </w:r>
    </w:p>
    <w:p>
      <w:pPr>
        <w:jc w:val="right"/>
      </w:pPr>
      <w:r>
        <w:t>یعنی جو چیز ماحول نہیں بتا رہا ہے، جو چیز سماج نہیں بتا رہا ہے۔</w:t>
      </w:r>
    </w:p>
    <w:p>
      <w:r>
        <w:rPr>
          <w:b/>
        </w:rPr>
        <w:t xml:space="preserve">[57:52] </w:t>
      </w:r>
      <w:r>
        <w:t>bata raha hai to jaan liya aap ne to ek sawab hai. Lekin nahin bata raha hai, ghaflat ka mahaul har taraf hai. Aap apne zehan ko Active karte hain.</w:t>
      </w:r>
    </w:p>
    <w:p>
      <w:pPr>
        <w:jc w:val="right"/>
      </w:pPr>
      <w:r>
        <w:t>بتا رہا ہے تو جان لیا آپ نے تو ایک ثواب ہے۔ لیکن نہیں بتا رہا ہے، غفلت کا ماحول ہر طرف ہے۔ آپ اپنے ذہن کو Active کرتے ہیں۔</w:t>
      </w:r>
    </w:p>
    <w:p>
      <w:r>
        <w:rPr>
          <w:b/>
        </w:rPr>
        <w:t xml:space="preserve">[58:02] </w:t>
      </w:r>
      <w:r>
        <w:t>apne shaoor ko jagate hain. Raat din sochte hain. Phir Rediscover karte hain aap. Af woh! Maut aane wali hai.</w:t>
      </w:r>
    </w:p>
    <w:p>
      <w:pPr>
        <w:jc w:val="right"/>
      </w:pPr>
      <w:r>
        <w:t>اپنے شعور کو جگاتے ہیں۔ رات دن سوچتے ہیں۔ پھر Rediscover کرتے ہیں آپ۔ افوہ! موت آنے والی ہے۔</w:t>
      </w:r>
    </w:p>
    <w:p>
      <w:r>
        <w:rPr>
          <w:b/>
        </w:rPr>
        <w:t xml:space="preserve">[58:10] </w:t>
      </w:r>
      <w:r>
        <w:t>maut ke baad hisab kitab hone wala hai. Jannat jahannum ka saamna pesh aane wala hai. To aap ka sawab badh jata hai.</w:t>
      </w:r>
    </w:p>
    <w:p>
      <w:pPr>
        <w:jc w:val="right"/>
      </w:pPr>
      <w:r>
        <w:t>موت کے بعد حساب کتاب ہونے والا ہے۔ جنت جہنم کا سامنا پیش آنے والا ہے۔ تو آپ کا ثواب بڑھ جاتا ہے۔</w:t>
      </w:r>
    </w:p>
    <w:p>
      <w:r>
        <w:rPr>
          <w:b/>
        </w:rPr>
        <w:t xml:space="preserve">[58:22] </w:t>
      </w:r>
      <w:r>
        <w:t>to aap jis daur mein hain us ki shikayat mat kijiye. Balkeh logon ko khushkhabri dijiye ke tum aise woh daur mein paida hue ho ke tum ko agar Rediscover karo to tum ko Double sawab hai.</w:t>
      </w:r>
    </w:p>
    <w:p>
      <w:pPr>
        <w:jc w:val="right"/>
      </w:pPr>
      <w:r>
        <w:t>تو آپ جس دور میں ہیں اس کی شکایت مت کیجیے۔ بلکہ لوگوں کو خوشخبری دیجیے کہ تم ایسے وہ دور میں پیدا ہوئے ہو کہ تم کو اگر Rediscover کرو تو تم کو Double ثواب ہے۔</w:t>
      </w:r>
    </w:p>
    <w:p>
      <w:r>
        <w:rPr>
          <w:b/>
        </w:rPr>
        <w:t xml:space="preserve">[58:38] </w:t>
      </w:r>
      <w:r>
        <w:t>to mein dua karta hoon Allah taala se ke mujh ko aur aap ko sachai ki tofeeq ata farmaye.</w:t>
      </w:r>
    </w:p>
    <w:p>
      <w:pPr>
        <w:jc w:val="right"/>
      </w:pPr>
      <w:r>
        <w:t>تو میں دعا کرتا ہوں اللہ تعالیٰ سے کہ مجھ کو اور آپ کو سچائی کی توفیق عطا فرمائے۔</w:t>
      </w:r>
    </w:p>
    <w:p>
      <w:r>
        <w:rPr>
          <w:b/>
        </w:rPr>
        <w:t xml:space="preserve">[58:47] </w:t>
      </w:r>
      <w:r>
        <w:t>Aaqool qawli haaza wastaghfirullaha lee walakum ajmaeen.</w:t>
      </w:r>
    </w:p>
    <w:p>
      <w:pPr>
        <w:jc w:val="right"/>
      </w:pPr>
      <w:r>
        <w:t>أقول قولي هذا واستغفرالله لي ولكم اجمعین.</w:t>
      </w:r>
    </w:p>
    <w:p>
      <w:r>
        <w:rPr>
          <w:b/>
        </w:rPr>
        <w:t xml:space="preserve">[59:06] </w:t>
      </w:r>
      <w:r>
        <w:t>Okay, we'll be starting with the question-answer session now. All the online viewers are requested to send their questions on info@cpsglobal.org.</w:t>
      </w:r>
    </w:p>
    <w:p>
      <w:pPr>
        <w:jc w:val="right"/>
      </w:pPr>
      <w:r>
        <w:t>Okay, we'll be starting with the question-answer session now. All the online viewers are requested to send their questions on info@cpsglobal.org.</w:t>
      </w:r>
    </w:p>
    <w:p>
      <w:r>
        <w:rPr>
          <w:b/>
        </w:rPr>
        <w:t xml:space="preserve">[59:16] </w:t>
      </w:r>
      <w:r>
        <w:t>Please also mention your name and location when you send your questions.</w:t>
      </w:r>
    </w:p>
    <w:p>
      <w:pPr>
        <w:jc w:val="right"/>
      </w:pPr>
      <w:r>
        <w:t>Please also mention your name and location when you send your questions.</w:t>
      </w:r>
    </w:p>
    <w:p>
      <w:r>
        <w:rPr>
          <w:b/>
        </w:rPr>
        <w:t xml:space="preserve">[59:25] </w:t>
      </w:r>
      <w:r>
        <w:t>Maulana, yeh sawal aaya hai Mr. Aamir bin Yusuf ka Karachi Pakistan se</w:t>
      </w:r>
    </w:p>
    <w:p>
      <w:pPr>
        <w:jc w:val="right"/>
      </w:pPr>
      <w:r>
        <w:t>مولانا، یہ سوال آیا ہے مسٹر عامر بن یوسف کا کراچی پاکستان سے</w:t>
      </w:r>
    </w:p>
    <w:p>
      <w:r>
        <w:rPr>
          <w:b/>
        </w:rPr>
        <w:t xml:space="preserve">[59:32] </w:t>
      </w:r>
      <w:r>
        <w:t>. Unhon ne likha hai: "Aajkal har insaan doosre ke upar focus kiye hue hain. Woh apna saara waqt doosron ki investigation par laga deta hai, magar woh apne aap ko ignore kiye hue hain." Yeh shaitan ka ek bahut bahut bada trap setup hai. Doosri taraf, woh insanon ko fakhr mein mubtala rakhta hai. Ins</w:t>
      </w:r>
    </w:p>
    <w:p>
      <w:pPr>
        <w:jc w:val="right"/>
      </w:pPr>
      <w:r>
        <w:t>۔ انہوں نے لکھا ہے: "आजकल हर इंसान दूसरे के ऊपर फोकस किए हुए हैं। वह अपना सारा वक्त दूसरों की इन्वेस्टिगेशन पर लगा देता है, मगर वह अपने आप को इग्नोर किए हुए हैं।" यह शैतान का एक बहुत बहुत बड़ा ट्रैप सेटअप है। दूसरी तरफ, वह इंसानों को फक्र में मुब्तला रखता है। इं</w:t>
      </w:r>
    </w:p>
    <w:p>
      <w:r>
        <w:rPr>
          <w:b/>
        </w:rPr>
        <w:t xml:space="preserve">[1:00:00] </w:t>
      </w:r>
      <w:r>
        <w:t>aan apne aap ko special aur doosre ko inferior assume kar leta hai. Koi aisa alag batayein ke insaan focus aur is galat assumption se bahar aa sake, warna insaan ke liye haqeeqat mein museebat ban jayegi.</w:t>
      </w:r>
    </w:p>
    <w:p>
      <w:pPr>
        <w:jc w:val="right"/>
      </w:pPr>
      <w:r>
        <w:t>सान अपने आप को स्पेशल और दूसरे को inferior assume कर लेता है। कोई ऐसा अलग बताएं कि इंसान फोकस और इस गलत assumption से बाहर आ सके, वरना इंसान के लिए हकीकत में मुसीबत बन जाएगी।</w:t>
      </w:r>
    </w:p>
    <w:p>
      <w:r>
        <w:rPr>
          <w:b/>
        </w:rPr>
        <w:t xml:space="preserve">[1:00:19] </w:t>
      </w:r>
      <w:r>
        <w:t>Dekhiye, kaha jata hai ke "Charity begins from home." Apne aap se shuru kijiye.</w:t>
      </w:r>
    </w:p>
    <w:p>
      <w:pPr>
        <w:jc w:val="right"/>
      </w:pPr>
      <w:r>
        <w:t>دیکھیے، کہا جاتا ہے کہ "Charity begins from home." اپنے آپ سے شروع کیجیے۔</w:t>
      </w:r>
    </w:p>
    <w:p>
      <w:r>
        <w:rPr>
          <w:b/>
        </w:rPr>
        <w:t xml:space="preserve">[1:00:28] </w:t>
      </w:r>
      <w:r>
        <w:t>Hadees mein aata hai ke "Alaika nafsak." Apne aap se shuru kijiye. Yaani jo baat aap dekh rahe hain ke doosron mein nahin hai, us ko apne andar mazeed izafe ke saath paida kijiye.</w:t>
      </w:r>
    </w:p>
    <w:p>
      <w:pPr>
        <w:jc w:val="right"/>
      </w:pPr>
      <w:r>
        <w:t>حدیث میں آتا ہے کہ "عليك نفسك." اپنے آپ سے شروع کیجیے۔ یعنی جو بات آپ دیکھ رہے ہیں کہ دوسروں میں نہیں ہے، اس کو اپنے اندر مزید اضافے کے ساتھ پیدا کیجیے۔</w:t>
      </w:r>
    </w:p>
    <w:p>
      <w:r>
        <w:rPr>
          <w:b/>
        </w:rPr>
        <w:t xml:space="preserve">[1:00:42] </w:t>
      </w:r>
      <w:r>
        <w:t>to phir woh cheez mutaddi hogi, phailay gi. Ek ek dilchasp mujhe qissa yaad aata hai George Bernard Shaw ka.</w:t>
      </w:r>
    </w:p>
    <w:p>
      <w:pPr>
        <w:jc w:val="right"/>
      </w:pPr>
      <w:r>
        <w:t>تو پھر وہ چیز متعدی ہوگی، پھیلے گی۔ ایک ایک دلچسپ مجھے قصہ یاد آتا ہے جارج بنارشا کا۔</w:t>
      </w:r>
    </w:p>
    <w:p>
      <w:r>
        <w:rPr>
          <w:b/>
        </w:rPr>
        <w:t xml:space="preserve">[1:00:54] </w:t>
      </w:r>
      <w:r>
        <w:t>Shaw Ireland mein paida hua tha, to Ireland mein us waqt education kam thi. To ek shakhs mila us se, Ireland Shaw se.</w:t>
      </w:r>
    </w:p>
    <w:p>
      <w:pPr>
        <w:jc w:val="right"/>
      </w:pPr>
      <w:r>
        <w:t>بنارشا آئرلینڈ میں پیدا ہوا تھا، تو آئرلینڈ میں اس وقت ایجوکیشن کم تھی۔ تو ایک شخص ملا اس سے، آئرلینڈ بنارشا سے۔</w:t>
      </w:r>
    </w:p>
    <w:p>
      <w:r>
        <w:rPr>
          <w:b/>
        </w:rPr>
        <w:t xml:space="preserve">[1:01:06] </w:t>
      </w:r>
      <w:r>
        <w:t>us ne kaha ke hamari qaum jo hai, jahil hai, education nahin hai wahan. To aap us ke liye kuch kijiye, qaum ki jahalat khatam karne ke liye.</w:t>
      </w:r>
    </w:p>
    <w:p>
      <w:pPr>
        <w:jc w:val="right"/>
      </w:pPr>
      <w:r>
        <w:t>اس نے کہا کہ ہماری قوم جو ہے، جاہل ہے، ایجوکیشن نہیں ہے وہاں۔ تو آپ اس کے لیے کچھ کیجیے، قوم کی جہالت ختم کرنے کے لیے۔</w:t>
      </w:r>
    </w:p>
    <w:p>
      <w:r>
        <w:rPr>
          <w:b/>
        </w:rPr>
        <w:t xml:space="preserve">[1:01:19] </w:t>
      </w:r>
      <w:r>
        <w:t>to Shaw ne kaha ke tum parhe likhe ho, tum ne parha hai?</w:t>
      </w:r>
    </w:p>
    <w:p>
      <w:pPr>
        <w:jc w:val="right"/>
      </w:pPr>
      <w:r>
        <w:t>تو بنارشا نے کہا کہ تم پڑھے لکھے ہو، تم نے پڑھا ہے؟</w:t>
      </w:r>
    </w:p>
    <w:p>
      <w:r>
        <w:rPr>
          <w:b/>
        </w:rPr>
        <w:t xml:space="preserve">[1:01:24] </w:t>
      </w:r>
      <w:r>
        <w:t>Unhon ne kaha ke nahin, maine bhi nahin parha. Unhon ne kaha ke to tum sab se pehle khud parho taake meri qaum mein se kam se kam ek jahil to kam ho jaye.</w:t>
      </w:r>
    </w:p>
    <w:p>
      <w:pPr>
        <w:jc w:val="right"/>
      </w:pPr>
      <w:r>
        <w:t>انہوں نے کہا کہ نہیں، میں نے بھی نہیں پڑھا۔ انہوں نے کہا کہ تو تم سب سے پہلے خود پڑھو تاکہ میری قوم میں سے کم سے کم ایک جاہل تو کم ہو جائے۔</w:t>
      </w:r>
    </w:p>
    <w:p>
      <w:r>
        <w:rPr>
          <w:b/>
        </w:rPr>
        <w:t xml:space="preserve">[1:01:36] </w:t>
      </w:r>
      <w:r>
        <w:t>meri qaum mein se ek jahil to kam ho jaye. To aisi baat jo log kehte hain, un se mein yahi kahunga ke apne ko kam se kam, apne ko to aisa banaiye taake ghafilen mein ek aadmi to kam ho jaye.</w:t>
      </w:r>
    </w:p>
    <w:p>
      <w:pPr>
        <w:jc w:val="right"/>
      </w:pPr>
      <w:r>
        <w:t>میری قوم میں سے ایک جاہل تو کم ہو جائے۔ تو ایسی بات جو لوگ کہتے ہیں، ان سے میں یہی کہوں گا کہ اپنے کو کم سے کم، اپنے کو تو ایسا بنائیے تاکہ غافلین میں ایک آدمی تو کم ہو جائے۔</w:t>
      </w:r>
    </w:p>
    <w:p>
      <w:r>
        <w:rPr>
          <w:b/>
        </w:rPr>
        <w:t xml:space="preserve">[1:01:51] </w:t>
      </w:r>
      <w:r>
        <w:t>doosri baat yeh hai ke dekhiye, agar ek aadmi apne ko badal le poori tarah, to badalna saada waqea nahin hota.</w:t>
      </w:r>
    </w:p>
    <w:p>
      <w:pPr>
        <w:jc w:val="right"/>
      </w:pPr>
      <w:r>
        <w:t>دوسری بات یہ ہے کہ دیکھیے، اگر ایک آدمی اپنے کو بدل لے پوری طرح، تو بدلنا سادہ واقعہ نہیں ہوتا۔</w:t>
      </w:r>
    </w:p>
    <w:p>
      <w:r>
        <w:rPr>
          <w:b/>
        </w:rPr>
        <w:t xml:space="preserve">[1:02:01] </w:t>
      </w:r>
      <w:r>
        <w:t>is ka badalna aik mutaddi waqea hota hai, yani doosron par asar dalta hai. woh</w:t>
      </w:r>
    </w:p>
    <w:p>
      <w:pPr>
        <w:jc w:val="right"/>
      </w:pPr>
      <w:r>
        <w:t>اس کا بدلنا ایک متعدی واقعہ ہوتا ہے، یعنی دوسروں پر اثر ڈالتا ہے۔ وہ</w:t>
      </w:r>
    </w:p>
    <w:p>
      <w:r>
        <w:rPr>
          <w:b/>
        </w:rPr>
        <w:t xml:space="preserve">[1:02:12] </w:t>
      </w:r>
      <w:r>
        <w:t>apne ko badalna samajh ko badalna hai, apne ko badalna doosron ko badalna hai.</w:t>
      </w:r>
    </w:p>
    <w:p>
      <w:pPr>
        <w:jc w:val="right"/>
      </w:pPr>
      <w:r>
        <w:t>اپنے کو بدلنا سماج کو بدلنا ہے، اپنے کو بدلنا دوسروں کو بدلنا ہے۔</w:t>
      </w:r>
    </w:p>
    <w:p>
      <w:r>
        <w:rPr>
          <w:b/>
        </w:rPr>
        <w:t xml:space="preserve">[1:02:19] </w:t>
      </w:r>
      <w:r>
        <w:t>to log aam taur par doosron ki shikayat zaroor karte hain, yeh determination nahi paida karte apne andar ke main apne ko hi kam badal daloon.</w:t>
      </w:r>
    </w:p>
    <w:p>
      <w:pPr>
        <w:jc w:val="right"/>
      </w:pPr>
      <w:r>
        <w:t>تو لوگ عام طور پر دوسروں کی شکایت ضرور کرتے ہیں، یہ Determination نہیں پیدا کرتے اپنے اندر کہ میں اپنے کو ہی کم بدل ڈالوں۔</w:t>
      </w:r>
    </w:p>
    <w:p>
      <w:r>
        <w:rPr>
          <w:b/>
        </w:rPr>
        <w:t xml:space="preserve">[1:02:34] </w:t>
      </w:r>
      <w:r>
        <w:t>phir mujh ko dekh kar doosre badlen ge. to aise sab logon se main yahi kehta hoon ke aap doosron ki fikr mat kijiye, "alaika nafsak." ke puraman kijiye, "save yourself."</w:t>
      </w:r>
    </w:p>
    <w:p>
      <w:pPr>
        <w:jc w:val="right"/>
      </w:pPr>
      <w:r>
        <w:t>پھر مجھ کو دیکھ کر دوسرے بدلیں گے۔ تو ایسے سب لوگوں سے میں یہی کہتا ہوں کہ آپ دوسروں کی فکر مت کیجیے، "عليك نفسك." کہ پرامن کیجیے، "Save yourself."</w:t>
      </w:r>
    </w:p>
    <w:p>
      <w:r>
        <w:rPr>
          <w:b/>
        </w:rPr>
        <w:t xml:space="preserve">[1:02:49] </w:t>
      </w:r>
      <w:r>
        <w:t>to apne aap ko badal daliye aur phir duniya badal badal jayegi.</w:t>
      </w:r>
    </w:p>
    <w:p>
      <w:pPr>
        <w:jc w:val="right"/>
      </w:pPr>
      <w:r>
        <w:t>تو اپنے آپ کو بدل ڈالیے اور پھر دنیا بدل بدل جائے گی۔</w:t>
      </w:r>
    </w:p>
    <w:p>
      <w:r>
        <w:rPr>
          <w:b/>
        </w:rPr>
        <w:t xml:space="preserve">[1:02:56] </w:t>
      </w:r>
      <w:r>
        <w:t>"change yourself and you'll be able to change the whole world."</w:t>
      </w:r>
    </w:p>
    <w:p>
      <w:pPr>
        <w:jc w:val="right"/>
      </w:pPr>
      <w:r>
        <w:t>"Change yourself and you'll be able to change the whole world."</w:t>
      </w:r>
    </w:p>
    <w:p>
      <w:r>
        <w:rPr>
          <w:b/>
        </w:rPr>
        <w:t xml:space="preserve">[1:03:04] </w:t>
      </w:r>
      <w:r>
        <w:t>maulana, agla sawal bhi karachi se hai. mister abdul lateef ne kiya hai aur woh aap se pooch rahe hain ke duniya mein har insaan har mamle mein perfect cheez chahta hai.</w:t>
      </w:r>
    </w:p>
    <w:p>
      <w:pPr>
        <w:jc w:val="right"/>
      </w:pPr>
      <w:r>
        <w:t>مولانا، اگلا سوال بھی کراچی سے ہے۔ مسٹر عبداللطیف نے کیا ہے اور وہ آپ سے پوچھ رہے ہیں کہ دنیا میں ہر انسان ہر معاملے میں Perfect چیز چاہتا ہے۔</w:t>
      </w:r>
    </w:p>
    <w:p>
      <w:r>
        <w:rPr>
          <w:b/>
        </w:rPr>
        <w:t xml:space="preserve">[1:03:17] </w:t>
      </w:r>
      <w:r>
        <w:t>aakhir jannat ke bare mein yeh baat kis tarah hum logon ko samjhayein?</w:t>
      </w:r>
    </w:p>
    <w:p>
      <w:pPr>
        <w:jc w:val="right"/>
      </w:pPr>
      <w:r>
        <w:t>آخر جنت کے بارے میں یہ بات کس طرح ہم لوگوں کو سمجھائیں؟</w:t>
      </w:r>
    </w:p>
    <w:p>
      <w:r>
        <w:rPr>
          <w:b/>
        </w:rPr>
        <w:t xml:space="preserve">[1:03:26] </w:t>
      </w:r>
      <w:r>
        <w:t>kitabein parhwaiye, quran parhwaiye. hum to yahi kaam zindagi mein karte rahe. bohat se log Allah ke fazl se hamari kitabein parh kar badal gaye hain.</w:t>
      </w:r>
    </w:p>
    <w:p>
      <w:pPr>
        <w:jc w:val="right"/>
      </w:pPr>
      <w:r>
        <w:t>کتابیں پڑھوائیے، قرآن پڑھوائیے۔ ہم تو یہی کام زندگی میں کرتے رہے۔ بہت سے لوگ اللہ کے فضل سے ہماری کتابیں پڑھ کر بدل گئے ہیں۔</w:t>
      </w:r>
    </w:p>
    <w:p>
      <w:r>
        <w:rPr>
          <w:b/>
        </w:rPr>
        <w:t xml:space="preserve">[1:03:38] </w:t>
      </w:r>
      <w:r>
        <w:t>hum logon ko yeh batate hain ke aap jo perfect ki talash mein hain to haqeeqat mein woh woh jannat ki talash hai. perfection ki talash ka jo insaan ke andar jazba hai, woh darasal jannat ki talash ka mamla hai.</w:t>
      </w:r>
    </w:p>
    <w:p>
      <w:pPr>
        <w:jc w:val="right"/>
      </w:pPr>
      <w:r>
        <w:t>ہم لوگوں کو یہ بتاتے ہیں کہ آپ جو Perfect کی تلاش میں ہیں تو حقیقت میں وہ وہ جنت کی تلاش ہے۔ Perfection کی تلاش کا جو انسان کے اندر جذبہ ہے، وہ دراصل جنت کی تلاش کا معاملہ ہے۔</w:t>
      </w:r>
    </w:p>
    <w:p>
      <w:r>
        <w:rPr>
          <w:b/>
        </w:rPr>
        <w:t xml:space="preserve">[1:03:54] </w:t>
      </w:r>
      <w:r>
        <w:t>log samajhte hain ke yahi duniya mein mujhe perfection mil jaye. is galat fehmi ko door karna hai.</w:t>
      </w:r>
    </w:p>
    <w:p>
      <w:pPr>
        <w:jc w:val="right"/>
      </w:pPr>
      <w:r>
        <w:t>لوگ سمجھتے ہیں کہ یہی دنیا میں مجھے Perfection مل جائے۔ اس غلط فہمی کو دور کرنا ہے۔</w:t>
      </w:r>
    </w:p>
    <w:p>
      <w:r>
        <w:rPr>
          <w:b/>
        </w:rPr>
        <w:t xml:space="preserve">[1:04:03] </w:t>
      </w:r>
      <w:r>
        <w:t>"man is a perfection-seeking animal."</w:t>
      </w:r>
    </w:p>
    <w:p>
      <w:pPr>
        <w:jc w:val="right"/>
      </w:pPr>
      <w:r>
        <w:t>یہ کہا جاتا ہے کہ "Man is a Perfection-seeking animal."</w:t>
      </w:r>
    </w:p>
    <w:p>
      <w:r>
        <w:rPr>
          <w:b/>
        </w:rPr>
        <w:t xml:space="preserve">[1:04:08] </w:t>
      </w:r>
      <w:r>
        <w:t>yeh baat sahi hai. lekin perfection ko paane ki jagah yeh duniya nahi hai, akhirat hai.</w:t>
      </w:r>
    </w:p>
    <w:p>
      <w:pPr>
        <w:jc w:val="right"/>
      </w:pPr>
      <w:r>
        <w:t>یہ بات صحیح ہے۔ لیکن Perfection کو پانے کی جگہ یہ دنیا نہیں ہے، آخرت ہے۔</w:t>
      </w:r>
    </w:p>
    <w:p>
      <w:r>
        <w:rPr>
          <w:b/>
        </w:rPr>
        <w:t xml:space="preserve">[1:04:16] </w:t>
      </w:r>
      <w:r>
        <w:t>to apne ko jannat ke liye deserving candidate banaiye.</w:t>
      </w:r>
    </w:p>
    <w:p>
      <w:pPr>
        <w:jc w:val="right"/>
      </w:pPr>
      <w:r>
        <w:t>تو اپنے کو جنت کے لیے Deserving Candidate بنائیے۔</w:t>
      </w:r>
    </w:p>
    <w:p>
      <w:r>
        <w:rPr>
          <w:b/>
        </w:rPr>
        <w:t xml:space="preserve">[1:04:24] </w:t>
      </w:r>
      <w:r>
        <w:t>apne ko is qabil banaiye ke woh jo perfect world mout ke baad samne aayegi, wahan aap ko dakhla milay.</w:t>
      </w:r>
    </w:p>
    <w:p>
      <w:pPr>
        <w:jc w:val="right"/>
      </w:pPr>
      <w:r>
        <w:t>اپنے کو اس قابل بنائیے کہ وہ جو Perfect World موت کے بعد سامنے آئے گی، وہاں آپ کو داخلہ ملے۔</w:t>
      </w:r>
    </w:p>
    <w:p>
      <w:r>
        <w:rPr>
          <w:b/>
        </w:rPr>
        <w:t xml:space="preserve">[1:04:31] </w:t>
      </w:r>
      <w:r>
        <w:t>is nuqtay ko samjhaiye.</w:t>
      </w:r>
    </w:p>
    <w:p>
      <w:pPr>
        <w:jc w:val="right"/>
      </w:pPr>
      <w:r>
        <w:t>اس نقطے کو سمجھائیے۔</w:t>
      </w:r>
    </w:p>
    <w:p>
      <w:r>
        <w:rPr>
          <w:b/>
        </w:rPr>
        <w:t xml:space="preserve">[1:04:36] </w:t>
      </w:r>
      <w:r>
        <w:t>aur hamari jo kitabein hain, woh sab sach poochien to direct ya indirect isi par hain, sari kitabein. to in kitabon ko parhwaiye.</w:t>
      </w:r>
    </w:p>
    <w:p>
      <w:pPr>
        <w:jc w:val="right"/>
      </w:pPr>
      <w:r>
        <w:t>اور ہماری جو کتابیں ہیں، وہ سب سچ پوچھیں تو Direct یا Indirect اسی پر ہیں، ساری کتابیں۔ تو ان کتابوں کو پڑھوائیے۔</w:t>
      </w:r>
    </w:p>
    <w:p>
      <w:r>
        <w:rPr>
          <w:b/>
        </w:rPr>
        <w:t xml:space="preserve">[1:04:50] </w:t>
      </w:r>
      <w:r>
        <w:t>maulana, agla sawal dilli se hai. mister n</w:t>
      </w:r>
    </w:p>
    <w:p>
      <w:pPr>
        <w:jc w:val="right"/>
      </w:pPr>
      <w:r>
        <w:t>مولانا، اگلا سوال دلی سے ہے۔ مسٹر ن</w:t>
      </w:r>
    </w:p>
    <w:p>
      <w:r>
        <w:rPr>
          <w:b/>
        </w:rPr>
        <w:t xml:space="preserve">[1:04:53] </w:t>
      </w:r>
      <w:r>
        <w:t>asir aziz ka, unhon ne likha hai: "you have said that part of human personality is repeatable. hence, human personality is also repeatable.</w:t>
      </w:r>
    </w:p>
    <w:p>
      <w:pPr>
        <w:jc w:val="right"/>
      </w:pPr>
      <w:r>
        <w:t>اصر عزیز کا، انہوں نے لکھا ہے: "You have said that part of human personality is repeatable. Hence, human personality is also repeatable.</w:t>
      </w:r>
    </w:p>
    <w:p>
      <w:r>
        <w:rPr>
          <w:b/>
        </w:rPr>
        <w:t xml:space="preserve">[1:05:05] </w:t>
      </w:r>
      <w:r>
        <w:t>the concept of avagaman says the same thing. as muslims, we do not believe in this theory. how can we distinguish the concept of life after death with the concept of avagaman?"</w:t>
      </w:r>
    </w:p>
    <w:p>
      <w:pPr>
        <w:jc w:val="right"/>
      </w:pPr>
      <w:r>
        <w:t>The concept of آواگمن says the same thing. As Muslims, we do not believe in this theory. How can we distinguish the concept of life after death with the concept of آواگمن?"</w:t>
      </w:r>
    </w:p>
    <w:p>
      <w:r>
        <w:rPr>
          <w:b/>
        </w:rPr>
        <w:t xml:space="preserve">[1:05:20] </w:t>
      </w:r>
      <w:r>
        <w:t>dekhiye, avagaman agar simply yeh ho ke mout ke baad zindagi, to woh to samajh mein aati hai. lekin jo 82 saal ke, pata nahi kitne lakh saal ka chakkar hai, woh to ek illogical baat hai.</w:t>
      </w:r>
    </w:p>
    <w:p>
      <w:pPr>
        <w:jc w:val="right"/>
      </w:pPr>
      <w:r>
        <w:t>دیکھیے، آواگمن اگر Simply یہ ہو کہ موت کے بعد زندگی، تو وہ تو سمجھ میں آتی ہے۔ لیکن جو 82 سال کے، پتہ نہیں کتنے لاکھ سال کا چکر ہے، وہ تو ایک Illogical بات ہے۔</w:t>
      </w:r>
    </w:p>
    <w:p>
      <w:r>
        <w:rPr>
          <w:b/>
        </w:rPr>
        <w:t xml:space="preserve">[1:05:35] </w:t>
      </w:r>
      <w:r>
        <w:t>avagaman simply agar yeh ho, life after death ke mani mein, to main sahi samjhunga is ko. lekin woh to yeh hai ke ek, pata nahi kitne karor saal aadmi ghoomta rehta hai, ghoomta rehta hai, ghoomta rehta hai.</w:t>
      </w:r>
    </w:p>
    <w:p>
      <w:pPr>
        <w:jc w:val="right"/>
      </w:pPr>
      <w:r>
        <w:t>آواگمن Simply اگر یہ ہو، Life after death کے معنی میں، تو میں صحیح سمجھوں گا اس کو۔ لیکن وہ تو یہ ہے کہ ایک، پتہ نہیں کتنے کروڑ سال آدمی گھومتا رہتا ہے، گھومتا رہتا ہے، گھومتا رہتا ہے۔</w:t>
      </w:r>
    </w:p>
    <w:p>
      <w:r>
        <w:rPr>
          <w:b/>
        </w:rPr>
        <w:t xml:space="preserve">[1:05:47] </w:t>
      </w:r>
      <w:r>
        <w:t>yeh yeh to bilkul illogical baat hai.</w:t>
      </w:r>
    </w:p>
    <w:p>
      <w:pPr>
        <w:jc w:val="right"/>
      </w:pPr>
      <w:r>
        <w:t>یہ یہ تو بالکل Illogical بات ہے۔</w:t>
      </w:r>
    </w:p>
    <w:p>
      <w:r>
        <w:rPr>
          <w:b/>
        </w:rPr>
        <w:t xml:space="preserve">[1:05:50] </w:t>
      </w:r>
      <w:r>
        <w:t>koi is ka na reason mein, koi is ka saboot hai, na mazhab mein koi saboot hai.</w:t>
      </w:r>
    </w:p>
    <w:p>
      <w:pPr>
        <w:jc w:val="right"/>
      </w:pPr>
      <w:r>
        <w:t>کوئی اس کا نہ Reason میں، کوئی اس کا ثبوت ہے، نہ مذہب میں کوئی ثبوت ہے۔</w:t>
      </w:r>
    </w:p>
    <w:p>
      <w:r>
        <w:rPr>
          <w:b/>
        </w:rPr>
        <w:t xml:space="preserve">[1:05:59] </w:t>
      </w:r>
      <w:r>
        <w:t>to avagaman simply life after death ke mani mein nahi hai. woh ek ek cycle ke mani mein hai. aur woh cycle ka koi saboot nahi hai. na mazhab mein, na reason mein, na science mein.</w:t>
      </w:r>
    </w:p>
    <w:p>
      <w:pPr>
        <w:jc w:val="right"/>
      </w:pPr>
      <w:r>
        <w:t>تو آواگمن Simply Life after death کے معنی میں نہیں ہے۔ وہ ایک ایک Cycle کے معنی میں ہے۔ اور وہ Cycle کا کوئی ثبوت نہیں ہے۔ نہ مذہب میں، نہ Reason میں، نہ سائنس میں۔</w:t>
      </w:r>
    </w:p>
    <w:p>
      <w:r>
        <w:rPr>
          <w:b/>
        </w:rPr>
        <w:t xml:space="preserve">[1:06:12] </w:t>
      </w:r>
      <w:r>
        <w:t>maulana, agla sawal bangloor se aya hai. maulana naseerullah qureshi sahab ka,</w:t>
      </w:r>
    </w:p>
    <w:p>
      <w:pPr>
        <w:jc w:val="right"/>
      </w:pPr>
      <w:r>
        <w:t>مولانا، اگلا سوال بنگلور سے آیا ہے۔ مولانا نصیر اللہ قریشی صاحب کا،</w:t>
      </w:r>
    </w:p>
    <w:p>
      <w:r>
        <w:rPr>
          <w:b/>
        </w:rPr>
        <w:t xml:space="preserve">[1:06:17] </w:t>
      </w:r>
      <w:r>
        <w:t>unhon ne likha hai: "jab rasool Allah par pehli wahi nazil hui to jibril ne rasool ko kyun dabaucha?</w:t>
      </w:r>
    </w:p>
    <w:p>
      <w:pPr>
        <w:jc w:val="right"/>
      </w:pPr>
      <w:r>
        <w:t>انہوں نے لکھا ہے: "جب رسول اللہ پر پہلی وحی نازل ہوئی تو جبریل نے رسول کو کیوں دبوچا؟</w:t>
      </w:r>
    </w:p>
    <w:p>
      <w:r>
        <w:rPr>
          <w:b/>
        </w:rPr>
        <w:t xml:space="preserve">[1:06:26] </w:t>
      </w:r>
      <w:r>
        <w:t>wazahat farmayen."</w:t>
      </w:r>
    </w:p>
    <w:p>
      <w:pPr>
        <w:jc w:val="right"/>
      </w:pPr>
      <w:r>
        <w:t>وضاحت فرمائیں۔"</w:t>
      </w:r>
    </w:p>
    <w:p>
      <w:r>
        <w:rPr>
          <w:b/>
        </w:rPr>
        <w:t xml:space="preserve">[1:06:30] </w:t>
      </w:r>
      <w:r>
        <w:t>dabaucha nahi hai, embrace kiya. dabaucha matlab nahi, embrace kiya. matlab sine se lagaya.</w:t>
      </w:r>
    </w:p>
    <w:p>
      <w:pPr>
        <w:jc w:val="right"/>
      </w:pPr>
      <w:r>
        <w:t>دبوچا نہیں ہے، Embrace کیا۔ دبوچا مطلب نہیں، Embrace کیا۔ مطلب سینے سے لگایا۔</w:t>
      </w:r>
    </w:p>
    <w:p>
      <w:r>
        <w:rPr>
          <w:b/>
        </w:rPr>
        <w:t xml:space="preserve">[1:06:41] </w:t>
      </w:r>
      <w:r>
        <w:t>to pehla tajurba tha rasool Allah sal Allah alaihi wasallam ko. to embrace kar ke unhon ne is is dehshat ko khatm kiya. bas.</w:t>
      </w:r>
    </w:p>
    <w:p>
      <w:pPr>
        <w:jc w:val="right"/>
      </w:pPr>
      <w:r>
        <w:t>تو پہلا تجربہ تھا رسول اللہ صلی اللہ علیہ وسلم کو۔ تو Embrace کر کے انہوں نے اس اس دہشت کو ختم کیا۔ بس۔</w:t>
      </w:r>
    </w:p>
    <w:p>
      <w:r>
        <w:rPr>
          <w:b/>
        </w:rPr>
        <w:t xml:space="preserve">[1:06:51] </w:t>
      </w:r>
      <w:r>
        <w:t>aur koi is mein koi mysterious baat nahi hai. aap bhi kisi dost se achaanak milen, pachas saal ke baad, to woh shakk se dekhega aap ko.</w:t>
      </w:r>
    </w:p>
    <w:p>
      <w:pPr>
        <w:jc w:val="right"/>
      </w:pPr>
      <w:r>
        <w:t>اور کوئی اس میں کوئی Mysterious بات نہیں ہے۔ آپ بھی کسی دوست سے اچانک ملیں، پچاس سال کے بعد، تو وہ شک سے دیکھے گا آپ کو۔</w:t>
      </w:r>
    </w:p>
    <w:p>
      <w:r>
        <w:rPr>
          <w:b/>
        </w:rPr>
        <w:t xml:space="preserve">[1:07:01] </w:t>
      </w:r>
      <w:r>
        <w:t>ke pata nahi yeh wahi koi doosra aadmi hai. to aap us ko gale mil jayenge, embrace karenge. taake us ki dehshat khatm ho. us ki ajnabiyat khatm</w:t>
      </w:r>
    </w:p>
    <w:p>
      <w:pPr>
        <w:jc w:val="right"/>
      </w:pPr>
      <w:r>
        <w:t>کہ پتہ نہیں یہ وہی کوئی دوسرا آدمی ہے۔ تو آپ اس کو گلے مل جائیں گے، Embrace کریں گے۔ تاکہ اس کی دہشت ختم ہو۔ اس کی اجنبیت ختم</w:t>
      </w:r>
    </w:p>
    <w:p>
      <w:r>
        <w:rPr>
          <w:b/>
        </w:rPr>
        <w:t xml:space="preserve">[1:07:11] </w:t>
      </w:r>
      <w:r>
        <w:t>ho. bas itni si baat hai, koi is mein mystery nahi hai.</w:t>
      </w:r>
    </w:p>
    <w:p>
      <w:pPr>
        <w:jc w:val="right"/>
      </w:pPr>
      <w:r>
        <w:t>ہو۔ بس اتنی سی بات ہے، کوئی اس میں Mystery نہیں ہے۔</w:t>
      </w:r>
    </w:p>
    <w:p>
      <w:r>
        <w:rPr>
          <w:b/>
        </w:rPr>
        <w:t xml:space="preserve">[1:07:17] </w:t>
      </w:r>
      <w:r>
        <w:t>maulana, agla sawal karachi se aya hai. miss samia latif ka, unhon ne likha hai: "jannat har lehaz se ek perfect jagah hai.</w:t>
      </w:r>
    </w:p>
    <w:p>
      <w:pPr>
        <w:jc w:val="right"/>
      </w:pPr>
      <w:r>
        <w:t>مولانا، اگلا سوال کراچی سے آیا ہے۔ مس سامیہ لطیف کا، انہوں نے لکھا ہے: "جنت ہر لحاظ سے ایک Perfect جگہ ہے۔</w:t>
      </w:r>
    </w:p>
    <w:p>
      <w:r>
        <w:rPr>
          <w:b/>
        </w:rPr>
        <w:t xml:space="preserve">[1:07:27] </w:t>
      </w:r>
      <w:r>
        <w:t>jis ke baray mein insan soche to us ke jism mein ek thrill paida ho jaye." maulana sahab, yeh baat hamein sirf al risala ke zariye maloom hui.</w:t>
      </w:r>
    </w:p>
    <w:p>
      <w:pPr>
        <w:jc w:val="right"/>
      </w:pPr>
      <w:r>
        <w:t>جس کے بارے میں انسان سوچے تو اس کے جسم میں ایک Thrill پیدا ہو جائے۔" مولانا صاحب، یہ بات ہمیں صرف الرسالہ کے ذریعے معلوم ہوئی۔</w:t>
      </w:r>
    </w:p>
    <w:p>
      <w:r>
        <w:rPr>
          <w:b/>
        </w:rPr>
        <w:t xml:space="preserve">[1:07:39] </w:t>
      </w:r>
      <w:r>
        <w:t>aakhir doosre log is baat ko samajhne mein kyun nakam hain? bhai, pehle shukr ki jiye ke maloom ho gayi. mar jate hain baghair jaane hue to kya hota?</w:t>
      </w:r>
    </w:p>
    <w:p>
      <w:pPr>
        <w:jc w:val="right"/>
      </w:pPr>
      <w:r>
        <w:t>آخر دوسرے لوگ اس بات کو سمجھنے میں کیوں ناکام ہیں؟ بھئی، پہلے شکر کیجیے کہ معلوم ہو گئی۔ مر جاتے ہیں بغیر جانے ہوئے تو کیا ہوتا؟</w:t>
      </w:r>
    </w:p>
    <w:p>
      <w:r>
        <w:rPr>
          <w:b/>
        </w:rPr>
        <w:t xml:space="preserve">[1:07:51] </w:t>
      </w:r>
      <w:r>
        <w:t>aur doosron ko bataiye. yani bajaye is ke ke aap yeh sawal karen, aap sirf do kaam kijiye. khud shukr kijiye Allah taala ka ke hum ko yeh haqeeqat maloom ho gayi marne se pehle pehle.</w:t>
      </w:r>
    </w:p>
    <w:p>
      <w:pPr>
        <w:jc w:val="right"/>
      </w:pPr>
      <w:r>
        <w:t>اور دوسروں کو بتائیے۔ یعنی بجائے اس کے کہ آپ یہ سوال کریں، آپ صرف دو کام کیجیے۔ خود شکر کیجیے اللہ تعالیٰ کا کہ ہم کو یہ حقیقت معلوم ہو گئی مرنے سے پہلے پہلے۔</w:t>
      </w:r>
    </w:p>
    <w:p>
      <w:r>
        <w:rPr>
          <w:b/>
        </w:rPr>
        <w:t xml:space="preserve">[1:08:04] </w:t>
      </w:r>
      <w:r>
        <w:t>aur doosron ko bataiye. doosron ko al risala parhwaiye.</w:t>
      </w:r>
    </w:p>
    <w:p>
      <w:pPr>
        <w:jc w:val="right"/>
      </w:pPr>
      <w:r>
        <w:t>اور دوسروں کو بتائیے۔ دوسروں کو رسالہ پڑھوائیے۔</w:t>
      </w:r>
    </w:p>
    <w:p>
      <w:r>
        <w:rPr>
          <w:b/>
        </w:rPr>
        <w:t xml:space="preserve">[1:08:09] </w:t>
      </w:r>
      <w:r>
        <w:t>yani positive response yeh hai. woh jo hai, woh to negative response ho jayega. is discovery ka jo aap ko hui, uska positive response yeh hai ke aap Allah ka shukr karen.</w:t>
      </w:r>
    </w:p>
    <w:p>
      <w:pPr>
        <w:jc w:val="right"/>
      </w:pPr>
      <w:r>
        <w:t>یعنی Positive Response یہ ہے۔ وہ جو ہے، وہ تو Negative Response ہو جائے گا۔ اس Discovery کا جو آپ کو ہوئی، اس کا Positive Response یہ ہے کہ آپ اللہ کا شکر کریں۔</w:t>
      </w:r>
    </w:p>
    <w:p>
      <w:r>
        <w:rPr>
          <w:b/>
        </w:rPr>
        <w:t xml:space="preserve">[1:08:23] </w:t>
      </w:r>
      <w:r>
        <w:t>ke maut se pehle pehle Allah ne aap ko ba khabar kar diya is haqeeqat se.</w:t>
      </w:r>
    </w:p>
    <w:p>
      <w:pPr>
        <w:jc w:val="right"/>
      </w:pPr>
      <w:r>
        <w:t>کہ موت سے پہلے پہلے اللہ نے آپ کو باخبر کر دیا اس حقیقت سے۔</w:t>
      </w:r>
    </w:p>
    <w:p>
      <w:r>
        <w:rPr>
          <w:b/>
        </w:rPr>
        <w:t xml:space="preserve">[1:08:30] </w:t>
      </w:r>
      <w:r>
        <w:t>warna maut ke baad maloom hota to, main ek sahab se main ne kaha ke har aadmi wahan jab jayega to woh kahega afsos ke sath ke "Mine was a case of missed opportunity." "Mine was a case of missed opportunity." to yeh is se bacha liya aap ko Allah taala ne.</w:t>
      </w:r>
    </w:p>
    <w:p>
      <w:pPr>
        <w:jc w:val="right"/>
      </w:pPr>
      <w:r>
        <w:t>ورنہ موت کے بعد معلوم ہوتا تو، میں ایک صاحب سے میں نے کہا کہ ہر آدمی وہاں جب جائے گا تو وہ کہے گا افسوس کے ساتھ کہ "Mine was a case of missed opportunity." "Mine was a case of missed opportunity." تو یہ اس سے بچا لیا آپ کو اللہ تعالیٰ نے۔</w:t>
      </w:r>
    </w:p>
    <w:p>
      <w:r>
        <w:rPr>
          <w:b/>
        </w:rPr>
        <w:t xml:space="preserve">[1:08:49] </w:t>
      </w:r>
      <w:r>
        <w:t>aur doosron ko bhi bataiye. doosron ko bhi wahi cheezen parhwaiye.</w:t>
      </w:r>
    </w:p>
    <w:p>
      <w:pPr>
        <w:jc w:val="right"/>
      </w:pPr>
      <w:r>
        <w:t>اور دوسروں کو بھی بتائیے۔ دوسروں کو بھی وہی چیزیں پڑھوائیے۔</w:t>
      </w:r>
    </w:p>
    <w:p>
      <w:r>
        <w:rPr>
          <w:b/>
        </w:rPr>
        <w:t xml:space="preserve">[1:08:56] </w:t>
      </w:r>
      <w:r>
        <w:t>maulana, agla sawal aya hai dilli se. maulana zakwan nadvi ka,</w:t>
      </w:r>
    </w:p>
    <w:p>
      <w:pPr>
        <w:jc w:val="right"/>
      </w:pPr>
      <w:r>
        <w:t>مولانا، اگلا سوال آیا ہے دلی سے۔ مولانا زکوان ندوی کا،</w:t>
      </w:r>
    </w:p>
    <w:p>
      <w:r>
        <w:rPr>
          <w:b/>
        </w:rPr>
        <w:t xml:space="preserve">[1:09:00] </w:t>
      </w:r>
      <w:r>
        <w:t>unhon ne likha hai: "musalmanon ke har group mein aur har idaray mein differences paye jatay hain. musalmanon ke darmiyan ittehad maujood nahi.</w:t>
      </w:r>
    </w:p>
    <w:p>
      <w:pPr>
        <w:jc w:val="right"/>
      </w:pPr>
      <w:r>
        <w:t>انہوں نے لکھا ہے: "مسلمانوں کے ہر گروپ میں اور ہر ادارے میں Differences پائے جاتے ہیں۔ مسلمانوں کے درمیان اتحاد موجود نہیں۔</w:t>
      </w:r>
    </w:p>
    <w:p>
      <w:r>
        <w:rPr>
          <w:b/>
        </w:rPr>
        <w:t xml:space="preserve">[1:09:11] </w:t>
      </w:r>
      <w:r>
        <w:t>musalmanon ke darmiyan is ikhtilaf ka sabab kya hai? aur is ka hal kya hai? kya yeh sab dawat al Allah ke kaam ko chhodne ka nateeja hai?</w:t>
      </w:r>
    </w:p>
    <w:p>
      <w:pPr>
        <w:jc w:val="right"/>
      </w:pPr>
      <w:r>
        <w:t>مسلمانوں کے درمیان اس اختلاف کا سبب کیا ہے؟ اور اس کا حل کیا ہے؟ کیا یہ سب دعوت الا اللہ کے کام کو چھوڑنے کا نتیجہ ہے؟</w:t>
      </w:r>
    </w:p>
    <w:p>
      <w:r>
        <w:rPr>
          <w:b/>
        </w:rPr>
        <w:t xml:space="preserve">[1:09:22] </w:t>
      </w:r>
      <w:r>
        <w:t>kyun ke dawat hi woh cheez hai jis se aadmi ko unity ke liye common ground milta hai."</w:t>
      </w:r>
    </w:p>
    <w:p>
      <w:pPr>
        <w:jc w:val="right"/>
      </w:pPr>
      <w:r>
        <w:t>کیونکہ دعوت ہی وہ چیز ہے جس سے آدمی کو Unity کے لیے Common Ground ملتا ہے۔"</w:t>
      </w:r>
    </w:p>
    <w:p>
      <w:r>
        <w:rPr>
          <w:b/>
        </w:rPr>
        <w:t xml:space="preserve">[1:09:29] </w:t>
      </w:r>
      <w:r>
        <w:t>haan, yeh baat sahi hai. dawat Allah jo hai, woh ek common ground deta hai poori ummat ko.</w:t>
      </w:r>
    </w:p>
    <w:p>
      <w:pPr>
        <w:jc w:val="right"/>
      </w:pPr>
      <w:r>
        <w:t>ہاں، یہ بات صحیح ہے۔ دعوت اللہ جو ہے، وہ ایک Common Ground دیتا ہے پوری امت کو۔</w:t>
      </w:r>
    </w:p>
    <w:p>
      <w:r>
        <w:rPr>
          <w:b/>
        </w:rPr>
        <w:t xml:space="preserve">[1:09:38] </w:t>
      </w:r>
      <w:r>
        <w:t>is mein koi ikhtilaf nahi, koi material dispute nahi hai. property ke liye ho to main chahoon ke mujhe mile, wahan wahan woh mile.</w:t>
      </w:r>
    </w:p>
    <w:p>
      <w:pPr>
        <w:jc w:val="right"/>
      </w:pPr>
      <w:r>
        <w:t>اس میں کوئی اختلاف نہیں، کوئی Material Dispute نہیں ہے۔ Property کے لیے ہو تو میں چاہوں کہ مجھے ملے، وہاں وہاں وہ ملے۔</w:t>
      </w:r>
    </w:p>
    <w:p>
      <w:r>
        <w:rPr>
          <w:b/>
        </w:rPr>
        <w:t xml:space="preserve">[1:09:49] </w:t>
      </w:r>
      <w:r>
        <w:t>lekin dawat Allah ke liye kya hai?</w:t>
      </w:r>
    </w:p>
    <w:p>
      <w:pPr>
        <w:jc w:val="right"/>
      </w:pPr>
      <w:r>
        <w:t>لیکن دعوت اللہ کے لیے کیا ہے؟</w:t>
      </w:r>
    </w:p>
    <w:p>
      <w:r>
        <w:rPr>
          <w:b/>
        </w:rPr>
        <w:t xml:space="preserve">[1:09:52] </w:t>
      </w:r>
      <w:r>
        <w:t>to yeh baat sahi hai ke ummat mein agar ittehad ko farogh dena hai to dawat Allah ko in mein khoob khoob farogh diya jaye. jitna zyada ummat dawat Allah par khadi hogi, utne zyada ikhtilaf apne aap mit jayenge.</w:t>
      </w:r>
    </w:p>
    <w:p>
      <w:pPr>
        <w:jc w:val="right"/>
      </w:pPr>
      <w:r>
        <w:t>تو یہ بات صحیح ہے کہ امت میں اگر اتحاد کو فروغ دینا ہے تو دعوت اللہ کو ان میں خوب خوب فروغ دیا جائے۔ جتنا زیادہ امت دعوت اللہ پر کھڑی ہوگی، اتنے زیادہ اختلاف اپنے آپ مٹ جائیں گے۔</w:t>
      </w:r>
    </w:p>
    <w:p>
      <w:r>
        <w:rPr>
          <w:b/>
        </w:rPr>
        <w:t xml:space="preserve">[1:10:07] </w:t>
      </w:r>
      <w:r>
        <w:t>is mein koi shakk nahi hai. Maulana, in ka aik aur sawal hai, unhon ne likha hai: "Deeni ghairat ya deeni jazba yeh hai ke aadmi achhai aur burai ke muamle mein hassas ho</w:t>
      </w:r>
    </w:p>
    <w:p>
      <w:pPr>
        <w:jc w:val="right"/>
      </w:pPr>
      <w:r>
        <w:t>اس میں کوئی شک نہیں ہے۔ مولانا، ان کا ایک اور سوال ہے، انہوں نے لکھا ہے: "دینی غیرت یا دینی جذبہ یہ ہے کہ آدمی اچھائی اور برائی کے معاملے میں حساس ہو</w:t>
      </w:r>
    </w:p>
    <w:p>
      <w:r>
        <w:rPr>
          <w:b/>
        </w:rPr>
        <w:t xml:space="preserve">[1:10:21] </w:t>
      </w:r>
      <w:r>
        <w:t>۔ woh burai ko dekh kar is ki islaah ke liye Peaceful andaaz mein dua aur koshish kare. Deeni ghairat ke naam par Violence aur Hate ka culture chalana deen ke naam par sirf bedini hai.</w:t>
      </w:r>
    </w:p>
    <w:p>
      <w:pPr>
        <w:jc w:val="right"/>
      </w:pPr>
      <w:r>
        <w:t>۔ وہ برائی کو دیکھ کر اس کی اصلاح کے لیے Peaceful انداز میں دعا اور کوشش کرے۔ دینی غیرت کے نام پر Violence اور Hate کا Culture چلانا دین کے نام پر صرف بے دینی ہے۔</w:t>
      </w:r>
    </w:p>
    <w:p>
      <w:r>
        <w:rPr>
          <w:b/>
        </w:rPr>
        <w:t xml:space="preserve">[1:10:36] </w:t>
      </w:r>
      <w:r>
        <w:t>kya yeh baat durust hai?" hmm, bilkul sahi hai. Ghalat ka lafz bidat, bidat. Ghalat koi cheez nahi Islam mein. Kahin bhi aap Quran o Hadees mein is ke saboot nahi dekhte.</w:t>
      </w:r>
    </w:p>
    <w:p>
      <w:pPr>
        <w:jc w:val="right"/>
      </w:pPr>
      <w:r>
        <w:t>کیا یہ بات درست ہے؟" ہمم، بالکل صحیح ہے۔ غلط کا لفظ بدعت، بدعت۔ غلط کوئی چیز نہیں اسلام میں۔ کہیں بھی آپ قرآن و حدیث میں اس کے ثبوت نہیں دیکھتے۔</w:t>
      </w:r>
    </w:p>
    <w:p>
      <w:r>
        <w:rPr>
          <w:b/>
        </w:rPr>
        <w:t xml:space="preserve">[1:10:51] </w:t>
      </w:r>
      <w:r>
        <w:t>kai lafz hain, mere paas abhi kal parson kuch log aaye ke yeh shaan e Rasool ka muamla hai. Yeh shaan e Rasool kahan likha hua hai? Maine un se poocha, bataiye.</w:t>
      </w:r>
    </w:p>
    <w:p>
      <w:pPr>
        <w:jc w:val="right"/>
      </w:pPr>
      <w:r>
        <w:t>کئی لفظ ہیں، میرے پاس ابھی کل پرسوں کچھ لوگ آئے کہ یہ شان رسول کا معاملہ ہے۔ یہ شان رسول کہاں لکھا ہوا ہے؟ میں نے ان سے پوچھا، بتائیے۔</w:t>
      </w:r>
    </w:p>
    <w:p>
      <w:r>
        <w:rPr>
          <w:b/>
        </w:rPr>
        <w:t xml:space="preserve">[1:10:59] </w:t>
      </w:r>
      <w:r>
        <w:t>woh aalim thay. Abhi jo Musalman dhoom macha rahe thay Jaipur wale muamle mein. Toh unhon ne kaha yeh toh shaan e Rasool ka muamla hai.</w:t>
      </w:r>
    </w:p>
    <w:p>
      <w:pPr>
        <w:jc w:val="right"/>
      </w:pPr>
      <w:r>
        <w:t>وہ عالم تھے۔ ابھی جو مسلمان دھوم مچا رہے تھے جے پور والے معاملے میں۔ تو انہوں نے کہا یہ تو شان رسول کا معاملہ ہے۔</w:t>
      </w:r>
    </w:p>
    <w:p>
      <w:r>
        <w:rPr>
          <w:b/>
        </w:rPr>
        <w:t xml:space="preserve">[1:11:08] </w:t>
      </w:r>
      <w:r>
        <w:t>toh maine poocha, aik bande ne kaha Quran mein kahan likha hai? Hadees mein kahan likha hai? Aisi ghairat bhi kahan likha hai? Kahin likha nahi hai.</w:t>
      </w:r>
    </w:p>
    <w:p>
      <w:pPr>
        <w:jc w:val="right"/>
      </w:pPr>
      <w:r>
        <w:t>تو میں نے پوچھا، ایک بندے نے کہا قرآن میں کہاں لکھا ہے؟ حدیث میں کہاں لکھا ہے؟ ایسی غیرت بھی کہاں لکھا ہے؟ کہیں لکھا نہیں ہے۔</w:t>
      </w:r>
    </w:p>
    <w:p>
      <w:r>
        <w:rPr>
          <w:b/>
        </w:rPr>
        <w:t xml:space="preserve">[1:11:16] </w:t>
      </w:r>
      <w:r>
        <w:t>bohat se alfaaz logon ne khud bana liye hain. Aur is ko is tarah bolte hain jaise ke yeh deen ka taqaza hai. Dekhiye, yaad rakhiye.</w:t>
      </w:r>
    </w:p>
    <w:p>
      <w:pPr>
        <w:jc w:val="right"/>
      </w:pPr>
      <w:r>
        <w:t>بہت سے الفاظ لوگوں نے خود بنا لیے ہیں۔ اور اس کو اس طرح بولتے ہیں جیسے کہ یہ دین کا تقاضا ہے۔ دیکھیں، یاد رکھیے۔</w:t>
      </w:r>
    </w:p>
    <w:p>
      <w:r>
        <w:rPr>
          <w:b/>
        </w:rPr>
        <w:t xml:space="preserve">[1:11:29] </w:t>
      </w:r>
      <w:r>
        <w:t>koi bhi baat,</w:t>
      </w:r>
    </w:p>
    <w:p>
      <w:pPr>
        <w:jc w:val="right"/>
      </w:pPr>
      <w:r>
        <w:t>کوئی بھی بات،</w:t>
      </w:r>
    </w:p>
    <w:p>
      <w:r>
        <w:rPr>
          <w:b/>
        </w:rPr>
        <w:t xml:space="preserve">[1:11:33] </w:t>
      </w:r>
      <w:r>
        <w:t>koi bhi rai banane se pehle, sab se pehle Quran o Surat ko dekhiye.</w:t>
      </w:r>
    </w:p>
    <w:p>
      <w:pPr>
        <w:jc w:val="right"/>
      </w:pPr>
      <w:r>
        <w:t>کوئی بھی رائے بنانے سے پہلے، سب سے پہلے قرآن و سورت کو دیکھیے۔</w:t>
      </w:r>
    </w:p>
    <w:p>
      <w:r>
        <w:rPr>
          <w:b/>
        </w:rPr>
        <w:t xml:space="preserve">[1:11:38] </w:t>
      </w:r>
      <w:r>
        <w:t>jaise kaha tha ke "إِتِونِي شَيْئًا مِن كِتَابِ اللَّهِ حَتَّىٰ أَقُلُ" ۔ jo tum keh rahe ho, us ko pehle Quran se is ka hawala do. Tab main is ko maano ga, nahi toh nahi maano ga.</w:t>
      </w:r>
    </w:p>
    <w:p>
      <w:pPr>
        <w:jc w:val="right"/>
      </w:pPr>
      <w:r>
        <w:t>جیسے کہا تھا کہ "إِتِونِي شَيْئًا مِن كِتَابِ اللَّهِ حَتَّىٰ أَقُلُ" ۔ جو تم کہہ رہے ہو، اس کو پہلے قرآن سے اس کا حوالہ دو۔ تب میں اس کو مانوں گا، نہیں تو نہیں مانوں گا۔</w:t>
      </w:r>
    </w:p>
    <w:p>
      <w:r>
        <w:rPr>
          <w:b/>
        </w:rPr>
        <w:t xml:space="preserve">[1:11:50] </w:t>
      </w:r>
      <w:r>
        <w:t>toh har cheez ka hawala Quran mein hona chahiye. Rasool Allah ki Hadees mein hona chahiye. Agar nahi hawala aaya toh phir Baseless hai, be buniyad hai woh.</w:t>
      </w:r>
    </w:p>
    <w:p>
      <w:pPr>
        <w:jc w:val="right"/>
      </w:pPr>
      <w:r>
        <w:t>تو ہر چیز کا حوالہ قرآن میں ہونا چاہیے۔ رسول اللہ کی حدیث میں ہونا چاہیے۔ اگر نہیں حوالہ آیا تو پھر Baseless ہے، بے بنیاد ہے وہ۔</w:t>
      </w:r>
    </w:p>
    <w:p>
      <w:r>
        <w:rPr>
          <w:b/>
        </w:rPr>
        <w:t xml:space="preserve">[1:11:58] </w:t>
      </w:r>
      <w:r>
        <w:t>woh bidat hai. "مَنْ أَتَسَاءَ فِي أَمْرِنَا هَذَا مَا لَيْسَ مِنْهُ رَدٌّ" ۔ toh radd hai woh. Toh aisi hamakat hum kyun karein ke hum aakhirat mein pounchte hain Rasool Allah ke saamne toh Rasool Allah yeh keh dein ke tum ne kahan deen nikaal liya tha?</w:t>
      </w:r>
    </w:p>
    <w:p>
      <w:pPr>
        <w:jc w:val="right"/>
      </w:pPr>
      <w:r>
        <w:t>وہ بدعت ہے۔ "مَنْ أَتَسَاءَ فِي أَمْرِنَا هَذَا مَا لَيْسَ مِنْهُ رَدٌّ" ۔ تو رد ہے وہ۔ تو ایسی حماقت ہم کیوں کریں کہ ہم آخرت میں پہنچتے ہیں رسول اللہ کے سامنے تو رسول اللہ یہ کہہ دیں کہ تم نے کہاں دین نکال لیا تھا؟</w:t>
      </w:r>
    </w:p>
    <w:p>
      <w:r>
        <w:rPr>
          <w:b/>
        </w:rPr>
        <w:t xml:space="preserve">[1:12:14] </w:t>
      </w:r>
      <w:r>
        <w:t>maine toh nahi kaha tha aisa deen. Toh aap bataiye ke Rasool ke naam par aap nikaale hue hain aur Rasool keh dein ke yeh toh woh Disown karein us ko</w:t>
      </w:r>
    </w:p>
    <w:p>
      <w:pPr>
        <w:jc w:val="right"/>
      </w:pPr>
      <w:r>
        <w:t>میں نے تو نہیں کہا تھا ایسا دین۔ تو آپ بتائیے کہ رسول کے نام پر آپ نکالے ہوئے ہیں اور رسول کہہ دیں کہ یہ تو وہ Disown کریں اس کو</w:t>
      </w:r>
    </w:p>
    <w:p>
      <w:r>
        <w:rPr>
          <w:b/>
        </w:rPr>
        <w:t xml:space="preserve">[1:12:23] </w:t>
      </w:r>
      <w:r>
        <w:t>۔ yeh kahan tum ne nikala shaan e Rasool? Aap ghaur kijiye, kitna kaanpne ki baat hai. Jis Rasool ke naam par aap shaan e Rasool ke hangaame kar ke hue hain, woh Rasool keh de aakhirat mein ke bhai maine toh kabhi nahi kaha tha ke tum shaan e Rasool ka jhanda uthao.</w:t>
      </w:r>
    </w:p>
    <w:p>
      <w:pPr>
        <w:jc w:val="right"/>
      </w:pPr>
      <w:r>
        <w:t>۔ یہ کہاں تم نے نکالا شان رسول؟ آپ غور کیجیے، کتنا کانپنے کی بات ہے۔ جس رسول کے نام پر آپ شان رسول کے ہنگامے کر کے ہوئے ہیں، وہ رسول کہہ دے آخرت میں کہ بھئی میں نے تو کبھی نہیں کہا تھا کہ تم شان رسول کا جھنڈا اٹھاؤ۔</w:t>
      </w:r>
    </w:p>
    <w:p>
      <w:r>
        <w:rPr>
          <w:b/>
        </w:rPr>
        <w:t xml:space="preserve">[1:12:40] </w:t>
      </w:r>
      <w:r>
        <w:t>kyun uthaya tum ne jhanda? Aap bataiye kaun duniya humein jagah degi? Kaun zameen o aasman hum ko jagah dega? Bohat sochne ki baat hai.</w:t>
      </w:r>
    </w:p>
    <w:p>
      <w:pPr>
        <w:jc w:val="right"/>
      </w:pPr>
      <w:r>
        <w:t>کیوں اٹھایا تم نے جھنڈا؟ آپ بتائیے کون دنیا ہمیں جگہ دے گی؟ کون زمین و آسمان ہم کو جگہ دے گا؟ بہت سوچنے کی بات ہے۔</w:t>
      </w:r>
    </w:p>
    <w:p>
      <w:r>
        <w:rPr>
          <w:b/>
        </w:rPr>
        <w:t xml:space="preserve">[1:12:51] </w:t>
      </w:r>
      <w:r>
        <w:t>yeh log toh hain jo Hadees mein aata hai ke kuch logon ko farishtay pakad kar le aayenge jahannum mein. Toh Rasool Allah dekh ke kahenge yeh yeh toh meri ummat ke log hain.</w:t>
      </w:r>
    </w:p>
    <w:p>
      <w:pPr>
        <w:jc w:val="right"/>
      </w:pPr>
      <w:r>
        <w:t>یہ لوگ تو ہیں جو حدیث میں آتا ہے کہ کچھ لوگوں کو فرشتے پکڑ کر لے آئیں گے جہنم میں۔ تو رسول اللہ دیکھ کے کہیں گے یہ یہ تو میری امت کے لوگ ہیں۔</w:t>
      </w:r>
    </w:p>
    <w:p>
      <w:r>
        <w:rPr>
          <w:b/>
        </w:rPr>
        <w:t xml:space="preserve">[1:13:03] </w:t>
      </w:r>
      <w:r>
        <w:t>toh farishtay kahenge yeh toh badal dala aap ke baad deen ko unhon ne. Toh aap kahein fasoqan, fasoqan door ho, door ho. Toh darna chahiye logon ko.</w:t>
      </w:r>
    </w:p>
    <w:p>
      <w:pPr>
        <w:jc w:val="right"/>
      </w:pPr>
      <w:r>
        <w:t>تو فرشتے کہیں گے یہ تو بدل ڈالا آپ کے بعد دین کو انہوں نے۔ تو آپ کہیں فسوقاً، فسوقاً دور ہو، دور ہو۔ تو ڈرنا چاہیے لوگوں کو۔</w:t>
      </w:r>
    </w:p>
    <w:p>
      <w:r>
        <w:rPr>
          <w:b/>
        </w:rPr>
        <w:t xml:space="preserve">[1:13:14] </w:t>
      </w:r>
      <w:r>
        <w:t>ke aap shaan e Rasool ka jhanda uthaye hue hain.</w:t>
      </w:r>
    </w:p>
    <w:p>
      <w:pPr>
        <w:jc w:val="right"/>
      </w:pPr>
      <w:r>
        <w:t>کہ آپ شان رسول کا جھنڈا اٹھائے ہوئے ہیں۔</w:t>
      </w:r>
    </w:p>
    <w:p>
      <w:r>
        <w:rPr>
          <w:b/>
        </w:rPr>
        <w:t xml:space="preserve">[1:13:19] </w:t>
      </w:r>
      <w:r>
        <w:t>shaan e Rasool ke upar hangama khada kiye hue hain. Aur marne ke baad jab pounchenge aap aakhirat mein, wahan Rasool Allah honge. Woh kahenge tum ne kahan se deen nikaal liya yeh?</w:t>
      </w:r>
    </w:p>
    <w:p>
      <w:pPr>
        <w:jc w:val="right"/>
      </w:pPr>
      <w:r>
        <w:t>شان رسول کے اوپر ہنگامہ کھڑا کیے ہوئے ہیں۔ اور مرنے کے بعد جب پہنچیں گے آپ آخرت میں، وہاں رسول اللہ ہوں گے۔ وہ کہیں گے تم نے کہاں سے دین نکال لیا یہ؟</w:t>
      </w:r>
    </w:p>
    <w:p>
      <w:r>
        <w:rPr>
          <w:b/>
        </w:rPr>
        <w:t xml:space="preserve">[1:13:29] </w:t>
      </w:r>
      <w:r>
        <w:t>kahan maine kaha tha ke shaan e Rasool ka jhanda uthao. Toh bataiye kya kya haal hoga hamara? Kaun se zameen o aasman hum ko jagah denge?</w:t>
      </w:r>
    </w:p>
    <w:p>
      <w:pPr>
        <w:jc w:val="right"/>
      </w:pPr>
      <w:r>
        <w:t>کہاں میں نے کہا تھا کہ شان رسول کا جھنڈا اٹھاؤ۔ تو بتائیے کیا کیا حال ہوگا ہمارا؟ کون سے زمین و آسمان ہم کو جگہ دیں گے؟</w:t>
      </w:r>
    </w:p>
    <w:p>
      <w:r>
        <w:rPr>
          <w:b/>
        </w:rPr>
        <w:t xml:space="preserve">[1:13:41] </w:t>
      </w:r>
      <w:r>
        <w:t>Maulana, agla sawal Dilli se hai. Miss Naghma Siddiqui ka, unhon</w:t>
      </w:r>
    </w:p>
    <w:p>
      <w:pPr>
        <w:jc w:val="right"/>
      </w:pPr>
      <w:r>
        <w:t>مولانا، اگلا سوال دلی سے ہے۔ مس نغمہ صدیقی کا، انہوں</w:t>
      </w:r>
    </w:p>
    <w:p>
      <w:r>
        <w:rPr>
          <w:b/>
        </w:rPr>
        <w:t xml:space="preserve">[1:13:45] </w:t>
      </w:r>
      <w:r>
        <w:t>ne poocha hai: "Death is man's biggest reality. Why does he stay unaware of it?" bhai toh Shaitan ka sab se bara harba hai.</w:t>
      </w:r>
    </w:p>
    <w:p>
      <w:pPr>
        <w:jc w:val="right"/>
      </w:pPr>
      <w:r>
        <w:t>نے پوچھا ہے: "Death is man's biggest reality. Why does he stay unaware of it?" بھئی تو شیطان کا سب سے بڑا حربہ ہے۔</w:t>
      </w:r>
    </w:p>
    <w:p>
      <w:r>
        <w:rPr>
          <w:b/>
        </w:rPr>
        <w:t xml:space="preserve">[1:13:56] </w:t>
      </w:r>
      <w:r>
        <w:t>Shaitan chahta hai ke maut se aadmi ko bhulaye rakhe, maut ko bhulaye rakhe. Kyun ke maut aayegi toh aadmi ki zindagi badal jayegi bilkul.</w:t>
      </w:r>
    </w:p>
    <w:p>
      <w:pPr>
        <w:jc w:val="right"/>
      </w:pPr>
      <w:r>
        <w:t>شیطان چاہتا ہے کہ موت سے آدمی کو بھلائے رکھے، موت کو بھلائے رکھے۔ کیونکہ موت آئے گی تو آدمی کی زندگی بدل جائے گی بالکل۔</w:t>
      </w:r>
    </w:p>
    <w:p>
      <w:r>
        <w:rPr>
          <w:b/>
        </w:rPr>
        <w:t xml:space="preserve">[1:14:11] </w:t>
      </w:r>
      <w:r>
        <w:t>toh yeh Shaitan ka, main samajhta hoon ke sab se bara harba yeh hai ke aadmi ko, ab dekhiye aap ghaur kijiye. Yeh Shaitan ki sunnat hai yeh.</w:t>
      </w:r>
    </w:p>
    <w:p>
      <w:pPr>
        <w:jc w:val="right"/>
      </w:pPr>
      <w:r>
        <w:t>تو یہ شیطان کا، میں سمجھتا ہوں کہ سب سے بڑا حربہ یہ ہے کہ آدمی کو، اب دیکھیے آپ غور کیجیے۔ یہ شیطان کی سنت ہے یہ۔</w:t>
      </w:r>
    </w:p>
    <w:p>
      <w:r>
        <w:rPr>
          <w:b/>
        </w:rPr>
        <w:t xml:space="preserve">[1:14:21] </w:t>
      </w:r>
      <w:r>
        <w:t>aap ghaur kijiye ke Shaitan ne Allah Ta'ala se baghaawat ki. Agar is sach much is ko yaqeen hota ke mujhe isi Khuda ke paas lautna hai Qayamat mein aur mujhe saza sunai jayegi.</w:t>
      </w:r>
    </w:p>
    <w:p>
      <w:pPr>
        <w:jc w:val="right"/>
      </w:pPr>
      <w:r>
        <w:t>آپ غور کیجیے کہ شیطان نے اللہ تعالیٰ سے بغاوت کی۔ اگر اس سچ مچ اس کو یقین ہوتا کہ مجھے اسی خدا کے پاس لوٹنا ہے قیامت میں اور مجھے سزا سنائی جائے گی۔</w:t>
      </w:r>
    </w:p>
    <w:p>
      <w:r>
        <w:rPr>
          <w:b/>
        </w:rPr>
        <w:t xml:space="preserve">[1:14:38] </w:t>
      </w:r>
      <w:r>
        <w:t>sach much is ka</w:t>
      </w:r>
    </w:p>
    <w:p>
      <w:pPr>
        <w:jc w:val="right"/>
      </w:pPr>
      <w:r>
        <w:t>سچ مچ اس کا</w:t>
      </w:r>
    </w:p>
    <w:p>
      <w:r>
        <w:rPr>
          <w:b/>
        </w:rPr>
        <w:t xml:space="preserve">[1:14:39] </w:t>
      </w:r>
      <w:r>
        <w:t>ehsas hota to woh khud hi yeh kaam na karta. to shaitan khud be khabar tha is baat se ke mujhe dobara Allah ke samne meri peshi hone hone wali hai.</w:t>
      </w:r>
    </w:p>
    <w:p>
      <w:pPr>
        <w:jc w:val="right"/>
      </w:pPr>
      <w:r>
        <w:t>احساس ہوتا تو وہ خود ہی یہ کام نہ کرتا۔ تو شیطان خود بے خبر تھا اس بات سے کہ مجھے دوبارہ اللہ کے سامنے میری پیشی ہونے ہونے والی ہے۔</w:t>
      </w:r>
    </w:p>
    <w:p>
      <w:r>
        <w:rPr>
          <w:b/>
        </w:rPr>
        <w:t xml:space="preserve">[1:14:51] </w:t>
      </w:r>
      <w:r>
        <w:t>main is Khuda ki adalat ko face karna parega mujh ko. waqti tor par mujhe azadi hai qayamat se pehle hangama karne ki.</w:t>
      </w:r>
    </w:p>
    <w:p>
      <w:pPr>
        <w:jc w:val="right"/>
      </w:pPr>
      <w:r>
        <w:t>میں اس خدا کی عدالت کو فیس کرنا پڑے گا مجھ کو۔ وقتی طور پر مجھے آزادی ہے قیامت سے پہلے ہنگامہ کرنے کی۔</w:t>
      </w:r>
    </w:p>
    <w:p>
      <w:r>
        <w:rPr>
          <w:b/>
        </w:rPr>
        <w:t xml:space="preserve">[1:15:00] </w:t>
      </w:r>
      <w:r>
        <w:t>to shaitan khud hi is se ghafil hai ya tha ke mujhe aakhir kar Khuda ki adalat ko face karna hai.</w:t>
      </w:r>
    </w:p>
    <w:p>
      <w:pPr>
        <w:jc w:val="right"/>
      </w:pPr>
      <w:r>
        <w:t>تو شیطان خود ہی اس سے غافل ہے یا تھا کہ مجھے آخر کار خدا کی عدالت کو فیس کرنا ہے۔</w:t>
      </w:r>
    </w:p>
    <w:p>
      <w:r>
        <w:rPr>
          <w:b/>
        </w:rPr>
        <w:t xml:space="preserve">[1:15:08] </w:t>
      </w:r>
      <w:r>
        <w:t>to yeh wohi is sunnat hai woh shaitan ki. woh is sunnat ko, isi shaitan ki sunnat hai. us ne kaha tha ke main main sab ko apni sunnat pe chala dunga.</w:t>
      </w:r>
    </w:p>
    <w:p>
      <w:pPr>
        <w:jc w:val="right"/>
      </w:pPr>
      <w:r>
        <w:t>تو یہ وہی اس سنت ہے وہ شیطان کی۔ وہ اس سنت کو، اسی شیطان کی سنت ہے۔ اس نے کہا تھا کہ میں میں سب کو اپنی سنت پہ چلا دوں گا۔</w:t>
      </w:r>
    </w:p>
    <w:p>
      <w:r>
        <w:rPr>
          <w:b/>
        </w:rPr>
        <w:t xml:space="preserve">[1:15:18] </w:t>
      </w:r>
      <w:r>
        <w:t>apne raste par. to jo log, yani Allah ki pakar ka jin ko ehsas ho, unhein sochna chahiye ke mujhe to shaitan ke raste pe chal raha hoon main.</w:t>
      </w:r>
    </w:p>
    <w:p>
      <w:pPr>
        <w:jc w:val="right"/>
      </w:pPr>
      <w:r>
        <w:t>اپنے راستے پر۔ تو جو لوگ، یعنی اللہ کی پکڑ کا جن کو احساس ہو، انہیں سوچنا چاہیے کہ مجھے تو شیطان کے راستے پہ چل رہا ہوں میں۔</w:t>
      </w:r>
    </w:p>
    <w:p>
      <w:r>
        <w:rPr>
          <w:b/>
        </w:rPr>
        <w:t xml:space="preserve">[1:15:32] </w:t>
      </w:r>
      <w:r>
        <w:t>maut ka mat</w:t>
      </w:r>
    </w:p>
    <w:p>
      <w:pPr>
        <w:jc w:val="right"/>
      </w:pPr>
      <w:r>
        <w:t>موت کا مط</w:t>
      </w:r>
    </w:p>
    <w:p>
      <w:r>
        <w:rPr>
          <w:b/>
        </w:rPr>
        <w:t xml:space="preserve">[1:15:33] </w:t>
      </w:r>
      <w:r>
        <w:t>lab kya hai? maut ka matlab hai Allah ke samne Accountability. Allah ke samne, Allah ke samne peshi. yeh matlab hai maut ka.</w:t>
      </w:r>
    </w:p>
    <w:p>
      <w:pPr>
        <w:jc w:val="right"/>
      </w:pPr>
      <w:r>
        <w:t>لب کیا ہے؟ موت کا مطلب ہے اللہ کے سامنے Accountability۔ اللہ کے سامنے، اللہ کے سامنے پیشی۔ یہ مطلب ہے موت کا۔</w:t>
      </w:r>
    </w:p>
    <w:p>
      <w:r>
        <w:rPr>
          <w:b/>
        </w:rPr>
        <w:t xml:space="preserve">[1:15:44] </w:t>
      </w:r>
      <w:r>
        <w:t>to shaitan khud is se ghafil aur aur doosron ko bhi ghafil karta hai is ko.</w:t>
      </w:r>
    </w:p>
    <w:p>
      <w:pPr>
        <w:jc w:val="right"/>
      </w:pPr>
      <w:r>
        <w:t>تو شیطان خود اس سے غافل اور اور دوسروں کو بھی غافل کرتا ہے اس کو۔</w:t>
      </w:r>
    </w:p>
    <w:p>
      <w:r>
        <w:rPr>
          <w:b/>
        </w:rPr>
        <w:t xml:space="preserve">[1:15:51] </w:t>
      </w:r>
      <w:r>
        <w:t>quran</w:t>
      </w:r>
    </w:p>
    <w:p>
      <w:pPr>
        <w:jc w:val="right"/>
      </w:pPr>
      <w:r>
        <w:t>قر</w:t>
      </w:r>
    </w:p>
    <w:p>
      <w:r>
        <w:rPr>
          <w:b/>
        </w:rPr>
        <w:t xml:space="preserve">[1:15:52] </w:t>
      </w:r>
      <w:r>
        <w:t>mein hai ke: "jo tumhari pairwi karega to tum ko aur un sab logon ko main jahannum mein daal dunga."</w:t>
      </w:r>
    </w:p>
    <w:p>
      <w:pPr>
        <w:jc w:val="right"/>
      </w:pPr>
      <w:r>
        <w:t>آن میں ہے کہ: "جو تمہاری پیروی کرے گا تو تم کو اور ان سب لوگوں کو میں جہنم میں ڈال دوں گا۔"</w:t>
      </w:r>
    </w:p>
    <w:p>
      <w:r>
        <w:rPr>
          <w:b/>
        </w:rPr>
        <w:t xml:space="preserve">[1:16:00] </w:t>
      </w:r>
      <w:r>
        <w:t>to kitna zyada sochne ki baat hai. surah aaraf mein Allah taala ne sirf kaha tha iblis se ke: "jo tumhari pairwi karega main tum ko aur us ko sab ko jahannum mein daal dunga." to yeh to pairwi hai ke aadmi is baat se ghafil ho jaye ke hamein aakhir kar Khuda ke samne pesh hona hai.</w:t>
      </w:r>
    </w:p>
    <w:p>
      <w:pPr>
        <w:jc w:val="right"/>
      </w:pPr>
      <w:r>
        <w:t>تو کتنا زیادہ سوچنے کی بات ہے۔ سورہ اعراف میں اللہ تعالیٰ نے صرف کہا تھا ابلیس سے کہ: "جو تمہاری پیروی کرے گا میں تم کو اور اس کو سب کو جہنم میں ڈال دوں گا۔" تو یہ تو پیروی ہے کہ آدمی اس بات سے غافل ہو جائے کہ ہمیں آخر کار خدا کے سامنے پیش ہونا ہے۔</w:t>
      </w:r>
    </w:p>
    <w:p>
      <w:r>
        <w:rPr>
          <w:b/>
        </w:rPr>
        <w:t xml:space="preserve">[1:16:20] </w:t>
      </w:r>
      <w:r>
        <w:t>Khuda ke Verdict ka samna karna hai.</w:t>
      </w:r>
    </w:p>
    <w:p>
      <w:pPr>
        <w:jc w:val="right"/>
      </w:pPr>
      <w:r>
        <w:t>خدا کے Verdict کا سامنا کرنا ہے۔</w:t>
      </w:r>
    </w:p>
    <w:p>
      <w:r>
        <w:rPr>
          <w:b/>
        </w:rPr>
        <w:t xml:space="preserve">[1:16:26] </w:t>
      </w:r>
      <w:r>
        <w:t>to isi isi shaitan ki sunnat, shaitan ne sab ko apni sunnat pe kisi ke tareeqe se baqayeda rakha hai. to bohat zyada sochne ki baat hai.</w:t>
      </w:r>
    </w:p>
    <w:p>
      <w:pPr>
        <w:jc w:val="right"/>
      </w:pPr>
      <w:r>
        <w:t>تو اسی اسی شیطان کی سنت، شیطان نے سب کو اپنی سنت پہ کسی کے طریقے سے باقاعدہ رکھا ہے۔ تو بہت زیادہ سوچنے کی بات ہے۔</w:t>
      </w:r>
    </w:p>
    <w:p>
      <w:r>
        <w:rPr>
          <w:b/>
        </w:rPr>
        <w:t xml:space="preserve">[1:16:39] </w:t>
      </w:r>
      <w:r>
        <w:t>Maulana, agla sawal aya hai Mr Fazal Amin ka, Karachi Pakistan se. unhon ne likha hai: "main aik dukandar hoon.</w:t>
      </w:r>
    </w:p>
    <w:p>
      <w:pPr>
        <w:jc w:val="right"/>
      </w:pPr>
      <w:r>
        <w:t>مولانا، اگلا سوال آیا ہے مسٹر فضل امین کا، کراچی پاکستان سے۔ انہوں نے لکھا ہے: "میں ایک دکاندار ہوں۔</w:t>
      </w:r>
    </w:p>
    <w:p>
      <w:r>
        <w:rPr>
          <w:b/>
        </w:rPr>
        <w:t xml:space="preserve">[1:16:48] </w:t>
      </w:r>
      <w:r>
        <w:t>HIRS ka mamla har dukandar ke sath rehta hai jis ki wajah se har dukandar shadeed Tension mein rehta hai. Maulana sahib, is Tension se kis tarah nikla jaye?" HIRS ka matlab hai Lust.</w:t>
      </w:r>
    </w:p>
    <w:p>
      <w:pPr>
        <w:jc w:val="right"/>
      </w:pPr>
      <w:r>
        <w:t>HIRS کا معاملہ ہر دکاندار کے ساتھ رہتا ہے جس کی وجہ سے ہر دکاندار شدید Tension میں رہتا ہے۔ مولانا صاحب، اس Tension سے کس طرح نکلا جائے؟" HIRS کا مطلب ہے Lust۔</w:t>
      </w:r>
    </w:p>
    <w:p>
      <w:r>
        <w:rPr>
          <w:b/>
        </w:rPr>
        <w:t xml:space="preserve">[1:17:02] </w:t>
      </w:r>
      <w:r>
        <w:t>L-U-S-T, Lust.</w:t>
      </w:r>
    </w:p>
    <w:p>
      <w:pPr>
        <w:jc w:val="right"/>
      </w:pPr>
      <w:r>
        <w:t>L-U-S-T، Lust۔</w:t>
      </w:r>
    </w:p>
    <w:p>
      <w:r>
        <w:rPr>
          <w:b/>
        </w:rPr>
        <w:t xml:space="preserve">[1:17:09] </w:t>
      </w:r>
      <w:r>
        <w:t>is ka saada tareeqa dekhiye kya hai formula. ke is ko Quran mein kaha gaya hai taqasur. aur zyada, aur zyada, aur zyada.</w:t>
      </w:r>
    </w:p>
    <w:p>
      <w:pPr>
        <w:jc w:val="right"/>
      </w:pPr>
      <w:r>
        <w:t>اس کا سادہ طریقہ دیکھیے کیا ہے فارمولا۔ کہ اس کو قرآن میں کہا گیا ہے تَقَاصُرُ۔ اور زیادہ، اور زیادہ، اور زیادہ۔</w:t>
      </w:r>
    </w:p>
    <w:p>
      <w:r>
        <w:rPr>
          <w:b/>
        </w:rPr>
        <w:t xml:space="preserve">[1:17:19] </w:t>
      </w:r>
      <w:r>
        <w:t>to is ka saada formula sochne ka yeh hai ke aap yeh sochen ke zyada paisa kis liye?</w:t>
      </w:r>
    </w:p>
    <w:p>
      <w:pPr>
        <w:jc w:val="right"/>
      </w:pPr>
      <w:r>
        <w:t>تو اس کا سادہ فارمولا سوچنے کا یہ ہے کہ آپ یہ سوچیں کہ زیادہ پیسہ کس لیے؟</w:t>
      </w:r>
    </w:p>
    <w:p>
      <w:r>
        <w:rPr>
          <w:b/>
        </w:rPr>
        <w:t xml:space="preserve">[1:17:29] </w:t>
      </w:r>
      <w:r>
        <w:t>zyada zyada chahta hoon paisa to kis liye? zyada peace of mind ke liye? to zyada paisa sirf peace of mind ko Disrupt karta hai.</w:t>
      </w:r>
    </w:p>
    <w:p>
      <w:pPr>
        <w:jc w:val="right"/>
      </w:pPr>
      <w:r>
        <w:t>زیادہ زیادہ چاہتا ہوں پیسہ تو کس لیے؟ زیادہ پیس آف مائنڈ کے لیے؟ تو زیادہ پیسہ صرف پیس آف مائنڈ کو Disrupt کرتا ہے۔</w:t>
      </w:r>
    </w:p>
    <w:p>
      <w:r>
        <w:rPr>
          <w:b/>
        </w:rPr>
        <w:t xml:space="preserve">[1:17:40] </w:t>
      </w:r>
      <w:r>
        <w:t>jitna zyada paisa utni pais of mind khatam.</w:t>
      </w:r>
    </w:p>
    <w:p>
      <w:pPr>
        <w:jc w:val="right"/>
      </w:pPr>
      <w:r>
        <w:t>جتنا زیادہ پیسہ اتنی پیس آف مائنڈ ختم۔</w:t>
      </w:r>
    </w:p>
    <w:p>
      <w:r>
        <w:rPr>
          <w:b/>
        </w:rPr>
        <w:t xml:space="preserve">[1:17:44] </w:t>
      </w:r>
      <w:r>
        <w:t>to jab jo required result na mile to taqasur se faida kya hai? is wajah se dekhiye hadith mein ata hai ke sab se bari cheez qanaat hai, taqasur nahin.</w:t>
      </w:r>
    </w:p>
    <w:p>
      <w:pPr>
        <w:jc w:val="right"/>
      </w:pPr>
      <w:r>
        <w:t>تو جب جو Required Result نہ ملے تو تَقَاصُرُ سے فائدہ کیا ہے؟ اس وجہ سے دیکھیے حدیث میں آتا ہے کہ سب سے بڑی چیز قناعت ہے، تَقَاصُرُ نہیں۔</w:t>
      </w:r>
    </w:p>
    <w:p>
      <w:r>
        <w:rPr>
          <w:b/>
        </w:rPr>
        <w:t xml:space="preserve">[1:18:00] </w:t>
      </w:r>
      <w:r>
        <w:t>do cheezein hain dekhiye qanaat aik hai aik hai taqasur. taqasur ka matlab hai ke mahr hai na mahr.</w:t>
      </w:r>
    </w:p>
    <w:p>
      <w:pPr>
        <w:jc w:val="right"/>
      </w:pPr>
      <w:r>
        <w:t>دو چیزیں ہیں دیکھیے قناعت ایک ہے ایک ہے تَقَاصُرُ۔ تَقَاصُرُ کا مطلب ہے کہ مہر ہے نا مہر۔</w:t>
      </w:r>
    </w:p>
    <w:p>
      <w:r>
        <w:rPr>
          <w:b/>
        </w:rPr>
        <w:t xml:space="preserve">[1:18:07] </w:t>
      </w:r>
      <w:r>
        <w:t>qanaat ka matlab hai ke jo Allah taala ne aap ko diya hai us par aap ka Contentment ho jaye. to Contentment mein Peace of Mind hai.</w:t>
      </w:r>
    </w:p>
    <w:p>
      <w:pPr>
        <w:jc w:val="right"/>
      </w:pPr>
      <w:r>
        <w:t>قناعت کا مطلب ہے کہ جو اللہ تعالیٰ نے آپ کو دیا ہے اس پر آپ کا Contentment ہو جائے۔ تو Contentment میں Peace of Mind ہے۔</w:t>
      </w:r>
    </w:p>
    <w:p>
      <w:r>
        <w:rPr>
          <w:b/>
        </w:rPr>
        <w:t xml:space="preserve">[1:18:19] </w:t>
      </w:r>
      <w:r>
        <w:t>mahr hai na mahr mein nahin hai. to sawal yeh hai ke jab jab Result na milta ho to kya faida taqasur se?</w:t>
      </w:r>
    </w:p>
    <w:p>
      <w:pPr>
        <w:jc w:val="right"/>
      </w:pPr>
      <w:r>
        <w:t>مہر ہے نا مہر میں نہیں ہے۔ تو سوال یہ ہے کہ جب جب Result نہ ملتا ہو تو کیا فائدہ تَقَاصُرُ سے؟</w:t>
      </w:r>
    </w:p>
    <w:p>
      <w:r>
        <w:rPr>
          <w:b/>
        </w:rPr>
        <w:t xml:space="preserve">[1:18:29] </w:t>
      </w:r>
      <w:r>
        <w:t>aap sochiye ke Tension hota hai. insaan ki sehat kharab hoti hai. Blood Pressure badhta hai. aadmi Diabetic ho jata hai.</w:t>
      </w:r>
    </w:p>
    <w:p>
      <w:pPr>
        <w:jc w:val="right"/>
      </w:pPr>
      <w:r>
        <w:t>آپ سوچیے کہ Tension ہوتا ہے۔ انسان کی صحت خراب ہوتی ہے۔ Blood Pressure بڑھتا ہے۔ آدمی Diabetic ہو جاتا ہے۔</w:t>
      </w:r>
    </w:p>
    <w:p>
      <w:r>
        <w:rPr>
          <w:b/>
        </w:rPr>
        <w:t xml:space="preserve">[1:18:40] </w:t>
      </w:r>
      <w:r>
        <w:t>jitne zyada paise wale hain un ka yeh anjam hua. is wajah se dekhiye sahi tareeqa kya hai? agar aap ke paas zyada paisa aata hai to us ko deen ke raaste mein kharch kijiye.</w:t>
      </w:r>
    </w:p>
    <w:p>
      <w:pPr>
        <w:jc w:val="right"/>
      </w:pPr>
      <w:r>
        <w:t>جتنے زیادہ پیسے والے ہیں ان کا یہ انجام ہوا۔ اس وجہ سے دیکھیے صحیح طریقہ کیا ہے؟ اگر آپ کے پاس زیادہ پیسہ آتا ہے تو اس کو دین کے راستے میں خرچ کیجیے۔</w:t>
      </w:r>
    </w:p>
    <w:p>
      <w:r>
        <w:rPr>
          <w:b/>
        </w:rPr>
        <w:t xml:space="preserve">[1:18:54] </w:t>
      </w:r>
      <w:r>
        <w:t>sirf apni zaat mein mat kharch kijiye.</w:t>
      </w:r>
    </w:p>
    <w:p>
      <w:pPr>
        <w:jc w:val="right"/>
      </w:pPr>
      <w:r>
        <w:t>صرف اپنی ذات میں مت خرچ کیجیے۔</w:t>
      </w:r>
    </w:p>
    <w:p>
      <w:r>
        <w:rPr>
          <w:b/>
        </w:rPr>
        <w:t xml:space="preserve">[1:18:59] </w:t>
      </w:r>
      <w:r>
        <w:t>yaani kam paisa agar Allah taala ne diya aap ko to us par qanaat kar ke zindagi guzariye. agar Allah taala ne aap ko zyada paise de diye to theek hai woh bhi nemmat hai lekin kis liye?</w:t>
      </w:r>
    </w:p>
    <w:p>
      <w:pPr>
        <w:jc w:val="right"/>
      </w:pPr>
      <w:r>
        <w:t>یعنی کم پیسہ اگر اللہ تعالیٰ نے دیا آپ کو تو اس پر قناعت کر کے زندگی گزاریے۔ اگر اللہ تعالیٰ نے آپ کو زیادہ پیسے دے دیے تو ٹھیک ہے وہ بھی نعمت ہے لیکن کس لیے؟</w:t>
      </w:r>
    </w:p>
    <w:p>
      <w:r>
        <w:rPr>
          <w:b/>
        </w:rPr>
        <w:t xml:space="preserve">[1:19:14] </w:t>
      </w:r>
      <w:r>
        <w:t>sirf is liye ke apni Family ke liye nahi deen ke liye. Quran mein hai ke: "yasaloonaka ma la yunfiqoon" .</w:t>
      </w:r>
    </w:p>
    <w:p>
      <w:pPr>
        <w:jc w:val="right"/>
      </w:pPr>
      <w:r>
        <w:t>صرف اس لیے کہ اپنی Family کے لیے نہیں دین کے لیے۔ قرآن میں ہے کہ: "يَسْلُونِكَ مَا لَا يُنْفِقُونَ" ۔</w:t>
      </w:r>
    </w:p>
    <w:p>
      <w:r>
        <w:rPr>
          <w:b/>
        </w:rPr>
        <w:t xml:space="preserve">[1:19:24] </w:t>
      </w:r>
      <w:r>
        <w:t>log poochte hain ke kaise kharch karein?</w:t>
      </w:r>
    </w:p>
    <w:p>
      <w:pPr>
        <w:jc w:val="right"/>
      </w:pPr>
      <w:r>
        <w:t>لوگ پوچھتے ہیں کہ کیسے خرچ کریں؟</w:t>
      </w:r>
    </w:p>
    <w:p>
      <w:r>
        <w:rPr>
          <w:b/>
        </w:rPr>
        <w:t xml:space="preserve">[1:19:27] </w:t>
      </w:r>
      <w:r>
        <w:t>to Allah taala ne farmaya ke baqadr zaroorat apne paas rakho baqi deen mein kharch karo. yeh do formula hain Peace ka aur sukoon ka.</w:t>
      </w:r>
    </w:p>
    <w:p>
      <w:pPr>
        <w:jc w:val="right"/>
      </w:pPr>
      <w:r>
        <w:t>تو اللہ تعالیٰ نے فرمایا کہ بقدر ضرورت اپنے پاس رکھو باقی دین میں خرچ کرو۔ یہ دو فارمولا ہیں Peace کا اور سکون کا۔</w:t>
      </w:r>
    </w:p>
    <w:p>
      <w:r>
        <w:rPr>
          <w:b/>
        </w:rPr>
        <w:t xml:space="preserve">[1:19:37] </w:t>
      </w:r>
      <w:r>
        <w:t>ke agar aap ko kam rizq mila hai to us par qanaat kar li jiye. zyada paisa aa raha hai Allah taala ki taraf se aap ko to zaroorat ke waqt apne paas rakhiye baqi deen mein kharch kar dijiye.</w:t>
      </w:r>
    </w:p>
    <w:p>
      <w:pPr>
        <w:jc w:val="right"/>
      </w:pPr>
      <w:r>
        <w:t>کہ اگر آپ کو کم رزق ملا ہے تو اس پر قناعت کر لیجیے۔ زیادہ پیسہ آ رہا ہے اللہ تعالیٰ کی طرف سے آپ کو تو ضرورت کے وقت اپنے پاس رکھیے باقی دین میں خرچ کر دیجیے۔</w:t>
      </w:r>
    </w:p>
    <w:p>
      <w:r>
        <w:rPr>
          <w:b/>
        </w:rPr>
        <w:t xml:space="preserve">[1:19:51] </w:t>
      </w:r>
      <w:r>
        <w:t>is ke siwa jo tareeqa hoga us mein sirf Tension, Stress, sehat ki kharabi is ke siwa kuch nahi.</w:t>
      </w:r>
    </w:p>
    <w:p>
      <w:pPr>
        <w:jc w:val="right"/>
      </w:pPr>
      <w:r>
        <w:t>اس کے سوا جو طریقہ ہوگا اس میں صرف Tension، Stress، صحت کی خرابی اس کے سوا کچھ نہیں۔</w:t>
      </w:r>
    </w:p>
    <w:p>
      <w:r>
        <w:rPr>
          <w:b/>
        </w:rPr>
        <w:t xml:space="preserve">[1:20:03] </w:t>
      </w:r>
      <w:r>
        <w:t>Maulana, agla sawal Hyderabad se aaya hai Mr. Ahd Sham Hasnain ka. unhon ne likha hai: "Molana, I hear many Muslims saying 'I am Muslim and proud of it.' Is this line justified?</w:t>
      </w:r>
    </w:p>
    <w:p>
      <w:pPr>
        <w:jc w:val="right"/>
      </w:pPr>
      <w:r>
        <w:t>مولانا، اگلا سوال حیدرآباد سے آیا ہے مسٹر عہد شام حسنین کا۔ انہوں نے لکھا ہے: "Molana, I hear many Muslims saying 'I am Muslim and proud of it.' Is this line justified?</w:t>
      </w:r>
    </w:p>
    <w:p>
      <w:r>
        <w:rPr>
          <w:b/>
        </w:rPr>
        <w:t xml:space="preserve">[1:20:17] </w:t>
      </w:r>
      <w:r>
        <w:t>Please clarify."</w:t>
      </w:r>
    </w:p>
    <w:p>
      <w:pPr>
        <w:jc w:val="right"/>
      </w:pPr>
      <w:r>
        <w:t>Please clarify."</w:t>
      </w:r>
    </w:p>
    <w:p>
      <w:r>
        <w:rPr>
          <w:b/>
        </w:rPr>
        <w:t xml:space="preserve">[1:20:20] </w:t>
      </w:r>
      <w:r>
        <w:t>yeh to bohat bari burai hai jo aaj ke yeh Musalmanon mein hai. dekhiye har cheez ko aap ko Judge karna chahiye Sahaba se.</w:t>
      </w:r>
    </w:p>
    <w:p>
      <w:pPr>
        <w:jc w:val="right"/>
      </w:pPr>
      <w:r>
        <w:t>یہ تو بہت بڑی برائی ہے جو آج کے یہ مسلمانوں میں ہے۔ دیکھیے ہر چیز کو آپ کو Judge کرنا چاہیے صحابہ سے۔</w:t>
      </w:r>
    </w:p>
    <w:p>
      <w:r>
        <w:rPr>
          <w:b/>
        </w:rPr>
        <w:t xml:space="preserve">[1:20:32] </w:t>
      </w:r>
      <w:r>
        <w:t>koi ek Sahabi mujhe bata diya jo yeh kaha ho kehta ho ke mujhe fakhr hai ke main Muslim hoon, main fakhr hai ke mujhe Islam mila hai. koi koi ek Sahabi nahi.</w:t>
      </w:r>
    </w:p>
    <w:p>
      <w:pPr>
        <w:jc w:val="right"/>
      </w:pPr>
      <w:r>
        <w:t>کوئی ایک صحابی مجھے بتا دیا جو یہ کہا ہو کہتا ہو کہ مجھے فخر ہے کہ میں مسلم ہوں، میں فخر ہے کہ مجھے اسلام ملا ہے۔ کوئی کوئی ایک صحابی نہیں۔</w:t>
      </w:r>
    </w:p>
    <w:p>
      <w:r>
        <w:rPr>
          <w:b/>
        </w:rPr>
        <w:t xml:space="preserve">[1:20:43] </w:t>
      </w:r>
      <w:r>
        <w:t>to yeh kahan se nikla? yeh to Shaitan ki sunnat hai.</w:t>
      </w:r>
    </w:p>
    <w:p>
      <w:pPr>
        <w:jc w:val="right"/>
      </w:pPr>
      <w:r>
        <w:t>تو یہ کہاں سے نکلا؟ یہ تو شیطان کی سنت ہے۔</w:t>
      </w:r>
    </w:p>
    <w:p>
      <w:r>
        <w:rPr>
          <w:b/>
        </w:rPr>
        <w:t xml:space="preserve">[1:20:46] </w:t>
      </w:r>
      <w:r>
        <w:t>Shaitan ne fakhr kiya tha: "ana khayrun minhu" . Shaitan ne kaha tha: "ana khayrun minhu" . aur fakhr kiya tha ke main behtar hoon Adam se.</w:t>
      </w:r>
    </w:p>
    <w:p>
      <w:pPr>
        <w:jc w:val="right"/>
      </w:pPr>
      <w:r>
        <w:t>شیطان نے فخر کیا تھا: "أنا خير منه" ۔ شیطان نے کہا تھا: "أنا خير منه" ۔ اور فخر کیا تھا کہ میں بہتر ہوں آدم سے۔</w:t>
      </w:r>
    </w:p>
    <w:p>
      <w:r>
        <w:rPr>
          <w:b/>
        </w:rPr>
        <w:t xml:space="preserve">[1:20:57] </w:t>
      </w:r>
      <w:r>
        <w:t>to yeh jo hai is Shaitan ki sunnat hai, yeh Rasool Allah ki sunnat nahi hai, yeh Sahaba ki sunnat hai.</w:t>
      </w:r>
    </w:p>
    <w:p>
      <w:pPr>
        <w:jc w:val="right"/>
      </w:pPr>
      <w:r>
        <w:t>تو یہ جو ہے اس شیطان کی سنت ہے، یہ رسول اللہ کی سنت نہیں ہے، یہ صحابہ کی سنت ہے۔</w:t>
      </w:r>
    </w:p>
    <w:p>
      <w:r>
        <w:rPr>
          <w:b/>
        </w:rPr>
        <w:t xml:space="preserve">[1:21:04] </w:t>
      </w:r>
      <w:r>
        <w:t>fakhr ka kalma jo hai yeh Shaitan ka kalma hai. Shaitan ka kalma hai: "ana khayrun minhu" . fakhr ke maani kya hain?</w:t>
      </w:r>
    </w:p>
    <w:p>
      <w:pPr>
        <w:jc w:val="right"/>
      </w:pPr>
      <w:r>
        <w:t>فخر کا کلمہ جو ہے یہ شیطان کا کلمہ ہے۔ شیطان کا کلمہ ہے: "أنا خير منه" ۔ فخر کے معنی کیا ہیں؟</w:t>
      </w:r>
    </w:p>
    <w:p>
      <w:r>
        <w:rPr>
          <w:b/>
        </w:rPr>
        <w:t xml:space="preserve">[1:21:14] </w:t>
      </w:r>
      <w:r>
        <w:t>ke main main behtar hoon, main Superior hoon. yeh to Shaitan ki Shaitan ki Shaitan ke peeche chalna hai.</w:t>
      </w:r>
    </w:p>
    <w:p>
      <w:pPr>
        <w:jc w:val="right"/>
      </w:pPr>
      <w:r>
        <w:t>کہ میں میں بہتر ہوں، میں Superior ہوں۔ یہ تو شیطان کی شیطان کی شیطان کے پیچھے چلنا ہے۔</w:t>
      </w:r>
    </w:p>
    <w:p>
      <w:r>
        <w:rPr>
          <w:b/>
        </w:rPr>
        <w:t xml:space="preserve">[1:21:25] </w:t>
      </w:r>
      <w:r>
        <w:t>Islam ka jo hai woh Modesty hai, tawazu hai. Modesty, tawazu. fakhr har giz nahi hai.</w:t>
      </w:r>
    </w:p>
    <w:p>
      <w:pPr>
        <w:jc w:val="right"/>
      </w:pPr>
      <w:r>
        <w:t>اسلام کا جو ہے وہ Modesty ہے، تواضع ہے۔ Modesty، تواضع۔ فخر ہرگز نہیں ہے۔</w:t>
      </w:r>
    </w:p>
    <w:p>
      <w:r>
        <w:rPr>
          <w:b/>
        </w:rPr>
        <w:t xml:space="preserve">[1:21:36] </w:t>
      </w:r>
      <w:r>
        <w:t>jo log fakhr karte hain woh Allah ki pakad mein aayenge ke tum ne tum ko chalna chahiye tha Rasool Allah ki sunnat par aur tum chale Shaitan ki sunnat par.</w:t>
      </w:r>
    </w:p>
    <w:p>
      <w:pPr>
        <w:jc w:val="right"/>
      </w:pPr>
      <w:r>
        <w:t>جو لوگ فخر کرتے ہیں وہ اللہ کی پکڑ میں آئیں گے کہ تم نے تم کو چلنا چاہیے تھا رسول اللہ کی سنت پر اور تم چلے شیطان کی سنت پر۔</w:t>
      </w:r>
    </w:p>
    <w:p>
      <w:r>
        <w:rPr>
          <w:b/>
        </w:rPr>
        <w:t xml:space="preserve">[1:21:49] </w:t>
      </w:r>
      <w:r>
        <w:t>yaani tum ko chahiye tha ke Rasool aur Sahaba Rasool ki misalein tumhare paas theen, un ki sunnat pe chalte tum. un ko chhod ke tum Shaitan ke raaste chal pade. yeh to bohat bara bilashuba gunah hai, is mein koi sawab ki baat nahi.</w:t>
      </w:r>
    </w:p>
    <w:p>
      <w:pPr>
        <w:jc w:val="right"/>
      </w:pPr>
      <w:r>
        <w:t>یعنی تم کو چاہیے تھا کہ رسول اور صحابہ رسول کی مثالیں تمہارے پاس تھیں، ان کی سنت پہ چلتے تم۔ ان کو چھوڑ کے تم شیطان کے راستے چل پڑے۔ یہ تو بہت بڑا بلاشبہ گناہ ہے، اس میں کوئی ثواب کی بات نہیں۔</w:t>
      </w:r>
    </w:p>
    <w:p>
      <w:r>
        <w:rPr>
          <w:b/>
        </w:rPr>
        <w:t xml:space="preserve">[1:22:06] </w:t>
      </w:r>
      <w:r>
        <w:t>Maulana, agla sawal Delhi se hai Mr. Ali Muhammad Baba ka. unhon ne likha hai: "What is the meaning of 'Mutu qabla an tamutu'?" "Mootu qabla an tamootu".</w:t>
      </w:r>
    </w:p>
    <w:p>
      <w:pPr>
        <w:jc w:val="right"/>
      </w:pPr>
      <w:r>
        <w:t>مولانا، اگلا سوال دلی سے ہے مسٹر علی محمد بابا کا۔ انہوں نے لکھا ہے: "What is the meaning of 'Mutu qabla an tamutu'?" "موتو قبل ان تموتو"۔</w:t>
      </w:r>
    </w:p>
    <w:p>
      <w:r>
        <w:rPr>
          <w:b/>
        </w:rPr>
        <w:t xml:space="preserve">[1:22:22] </w:t>
      </w:r>
      <w:r>
        <w:t>is ka tarjuma hai lafzi ke mar jao is se pehle ke tum ko maut aaye.</w:t>
      </w:r>
    </w:p>
    <w:p>
      <w:pPr>
        <w:jc w:val="right"/>
      </w:pPr>
      <w:r>
        <w:t>اس کا ترجمہ ہے لفظی کہ مر جاؤ اس سے پہلے کہ تم کو موت آئے۔</w:t>
      </w:r>
    </w:p>
    <w:p>
      <w:r>
        <w:rPr>
          <w:b/>
        </w:rPr>
        <w:t xml:space="preserve">[1:22:29] </w:t>
      </w:r>
      <w:r>
        <w:t>yeh ek usloob hai kehne ka, is ko ek usloob hai kehne ka ke matlab yeh hai ke maut ko bohat zyada yaad karo.</w:t>
      </w:r>
    </w:p>
    <w:p>
      <w:pPr>
        <w:jc w:val="right"/>
      </w:pPr>
      <w:r>
        <w:t>یہ ایک اسلوب ہے کہنے کا، اس کو ایک اسلوب ہے کہنے کا کہ مطلب یہ ہے کہ موت کو بہت زیادہ یاد کرو۔</w:t>
      </w:r>
    </w:p>
    <w:p>
      <w:r>
        <w:rPr>
          <w:b/>
        </w:rPr>
        <w:t xml:space="preserve">[1:22:39] </w:t>
      </w:r>
      <w:r>
        <w:t>yaani yeh baat ke main marne wala hoon is ko bohat zyada yaad karo. yeh matlab hai. mootu ke maani yeh nahi ke jaise apne ko halak kar lo.</w:t>
      </w:r>
    </w:p>
    <w:p>
      <w:pPr>
        <w:jc w:val="right"/>
      </w:pPr>
      <w:r>
        <w:t>یعنی یہ بات کہ میں مرنے والا ہوں اس کو بہت زیادہ یاد کرو۔ یہ مطلب ہے۔ موتو کے معنی یہ نہیں کہ جیسے اپنے کو ہلاک کر لو۔</w:t>
      </w:r>
    </w:p>
    <w:p>
      <w:r>
        <w:rPr>
          <w:b/>
        </w:rPr>
        <w:t xml:space="preserve">[1:22:50] </w:t>
      </w:r>
      <w:r>
        <w:t>Maut ko itna zyada yaad karo, itna zyada yaad karo ke tum ko tumhari soch yani Death oriented soch ban jaye.</w:t>
      </w:r>
    </w:p>
    <w:p>
      <w:pPr>
        <w:jc w:val="right"/>
      </w:pPr>
      <w:r>
        <w:t>موت کو اتنا زیادہ یاد کرو، اتنا زیادہ یاد کرو کہ تم کو تمہاری سوچ یعنی Death oriented سوچ بن جائے۔</w:t>
      </w:r>
    </w:p>
    <w:p>
      <w:r>
        <w:rPr>
          <w:b/>
        </w:rPr>
        <w:t xml:space="preserve">[1:23:01] </w:t>
      </w:r>
      <w:r>
        <w:t>To motu ka matlab hai Death oriented soch.</w:t>
      </w:r>
    </w:p>
    <w:p>
      <w:pPr>
        <w:jc w:val="right"/>
      </w:pPr>
      <w:r>
        <w:t>تو موتو کا مطلب ہے Death oriented سوچ۔</w:t>
      </w:r>
    </w:p>
    <w:p>
      <w:r>
        <w:rPr>
          <w:b/>
        </w:rPr>
        <w:t xml:space="preserve">[1:23:07] </w:t>
      </w:r>
      <w:r>
        <w:t>Physical sense mein aap ko Distract karna yeh matlab is ka nahi hai. Maulana, agla sawal lene se pehle ek Comment parhna chahenge jo abhi aaya hai Raipur se Mr. Idrees ka aur Ms. Shabana ka.</w:t>
      </w:r>
    </w:p>
    <w:p>
      <w:pPr>
        <w:jc w:val="right"/>
      </w:pPr>
      <w:r>
        <w:t>Physical sense میں آپ کو Distract کرنا یہ مطلب اس کا نہیں ہے۔ مولانا، اگلا سوال لینے سے پہلے ایک Comment پڑھنا چاہیں گے جو ابھی آیا ہے رائے پور سے مسٹر ادریس کا اور مس شبانہ کا۔</w:t>
      </w:r>
    </w:p>
    <w:p>
      <w:r>
        <w:rPr>
          <w:b/>
        </w:rPr>
        <w:t xml:space="preserve">[1:23:19] </w:t>
      </w:r>
      <w:r>
        <w:t>Unhon ne likha hai: "Today we do not have any question but would like to say that it was one of the most thought provoking lectures." Agla sawal Maulana Delhi se hai Dr. Owais</w:t>
      </w:r>
    </w:p>
    <w:p>
      <w:pPr>
        <w:jc w:val="right"/>
      </w:pPr>
      <w:r>
        <w:t>انہوں نے لکھا ہے: "Today we do not have any question but would like to say that it was one of the most thought provoking lectures." اگلا سوال مولانا دلی سے ہے ڈاکٹر اویس</w:t>
      </w:r>
    </w:p>
    <w:p>
      <w:r>
        <w:rPr>
          <w:b/>
        </w:rPr>
        <w:t xml:space="preserve">[1:23:34] </w:t>
      </w:r>
      <w:r>
        <w:t>Siddiqui ka. Unhon ne likha hai: "Molana, what are the practical methods to save ourselves from under-utilization?" Dekhiye under-utilization ka matlab yeh hai ke aap ko Allah Ta'ala ne dunya mein rakha tha jannat wale kaam karne ke liye.</w:t>
      </w:r>
    </w:p>
    <w:p>
      <w:pPr>
        <w:jc w:val="right"/>
      </w:pPr>
      <w:r>
        <w:t>صدیقی کا۔ انہوں نے لکھا ہے: "Molana, what are the practical methods to save ourselves from under-utilization?" دیکھیے under-utilization کا مطلب یہ ہے کہ آپ کو اللہ تعالیٰ نے دنیا میں رکھا تھا جنت والے کام کرنے کے لیے۔</w:t>
      </w:r>
    </w:p>
    <w:p>
      <w:r>
        <w:rPr>
          <w:b/>
        </w:rPr>
        <w:t xml:space="preserve">[1:23:57] </w:t>
      </w:r>
      <w:r>
        <w:t>Aap kar rahe hain kaun sa kaam? Dunya wale kaam. Jo kisi kaam ke nahi. Mar jayen sab chhoot gaya.</w:t>
      </w:r>
    </w:p>
    <w:p>
      <w:pPr>
        <w:jc w:val="right"/>
      </w:pPr>
      <w:r>
        <w:t>آپ کر رہے ہیں کون سا کام؟ دنیا والے کام۔ جو کسی کام کے نہیں۔ مر جائیں سب چھوٹ گیا۔</w:t>
      </w:r>
    </w:p>
    <w:p>
      <w:r>
        <w:rPr>
          <w:b/>
        </w:rPr>
        <w:t xml:space="preserve">[1:24:05] </w:t>
      </w:r>
      <w:r>
        <w:t>Jo le kar jana hai apne sath us ke liye to kuch kar nahi rahe hain. Jo nahi le ke jana hai us mein apne ko lagaye hue hain. To Distraction ki tamam soortein under-utilization hain.</w:t>
      </w:r>
    </w:p>
    <w:p>
      <w:pPr>
        <w:jc w:val="right"/>
      </w:pPr>
      <w:r>
        <w:t>جو لے کر جانا ہے اپنے ساتھ اس کے لیے تو کچھ کر نہیں رہے ہیں۔ جو نہیں لے کے جانا ہے اس میں اپنے کو لگائے ہوئے ہیں۔ تو Distraction کی تمام صورتیں under-utilization ہیں۔</w:t>
      </w:r>
    </w:p>
    <w:p>
      <w:r>
        <w:rPr>
          <w:b/>
        </w:rPr>
        <w:t xml:space="preserve">[1:24:18] </w:t>
      </w:r>
      <w:r>
        <w:t>Yaani maine dekha logon ko joke chhod rahe hain, ha ha kar rahe hain, shair padh rahe hain, tafreeh kar rahe hain, qisse kahaniyan suna rahe hain.</w:t>
      </w:r>
    </w:p>
    <w:p>
      <w:pPr>
        <w:jc w:val="right"/>
      </w:pPr>
      <w:r>
        <w:t>یعنی میں نے دیکھا لوگوں کو جوک چھوڑ رہے ہیں، ہا ہا کر رہے ہیں، شعر پڑھ رہے ہیں، تفریح کر رہے ہیں، قصے کہانیاں سنا رہے ہیں۔</w:t>
      </w:r>
    </w:p>
    <w:p>
      <w:r>
        <w:rPr>
          <w:b/>
        </w:rPr>
        <w:t xml:space="preserve">[1:24:29] </w:t>
      </w:r>
      <w:r>
        <w:t>Aur tarah tarah ke Entertainment yaani main zindagi guzarna, joke mein zindagi guzarna, kahaniyan, qisse mein zindagi guzarna yeh kya hai?</w:t>
      </w:r>
    </w:p>
    <w:p>
      <w:pPr>
        <w:jc w:val="right"/>
      </w:pPr>
      <w:r>
        <w:t>اور طرح طرح کے Entertainment یعنی میں زندگی گزارنا، جوک میں زندگی گزارنا، کہانیاں، قصے میں زندگی گزارنا یہ کیا ہے؟</w:t>
      </w:r>
    </w:p>
    <w:p>
      <w:r>
        <w:rPr>
          <w:b/>
        </w:rPr>
        <w:t xml:space="preserve">[1:24:41] </w:t>
      </w:r>
      <w:r>
        <w:t>Yeh apne ko kam tar istemal hai. Aap ko is se zyada bari kaam ke liye Allah ne paida kiya hai. Matlab Allah ek hai ke aap Allah ki marifat hasil karen, Allah ko Discover karen.</w:t>
      </w:r>
    </w:p>
    <w:p>
      <w:pPr>
        <w:jc w:val="right"/>
      </w:pPr>
      <w:r>
        <w:t>یہ اپنے کو کم تر استعمال ہے۔ آپ کو اس سے زیادہ بڑی کام کے لیے اللہ نے پیدا کیا ہے۔ مطلب اللہ ایک ہے کہ آپ اللہ کی معرفت حاصل کریں، اللہ کو Discover کریں۔</w:t>
      </w:r>
    </w:p>
    <w:p>
      <w:r>
        <w:rPr>
          <w:b/>
        </w:rPr>
        <w:t xml:space="preserve">[1:24:54] </w:t>
      </w:r>
      <w:r>
        <w:t>Aur ek hai ke Third Class ka jo Entertainment hota hai us mein phanse rahen.</w:t>
      </w:r>
    </w:p>
    <w:p>
      <w:pPr>
        <w:jc w:val="right"/>
      </w:pPr>
      <w:r>
        <w:t>اور ایک ہے کہ Third Class کا جو Entertainment ہوتا ہے اس میں پھنسے رہیں۔</w:t>
      </w:r>
    </w:p>
    <w:p>
      <w:r>
        <w:rPr>
          <w:b/>
        </w:rPr>
        <w:t xml:space="preserve">[1:25:01] </w:t>
      </w:r>
      <w:r>
        <w:t>Misal ke taur par main ek misal deta hoon ke main TV nahi dekhta. Kyun? Main is ko kam tar istemal samajhta hoon.</w:t>
      </w:r>
    </w:p>
    <w:p>
      <w:pPr>
        <w:jc w:val="right"/>
      </w:pPr>
      <w:r>
        <w:t>مثال کے طور پر میں ایک مثال دیتا ہوں کہ میں ٹی وی نہیں دیکھتا۔ کیوں؟ میں اس کو کم تر استعمال سمجھتا ہوں۔</w:t>
      </w:r>
    </w:p>
    <w:p>
      <w:r>
        <w:rPr>
          <w:b/>
        </w:rPr>
        <w:t xml:space="preserve">[1:25:14] </w:t>
      </w:r>
      <w:r>
        <w:t>Maine dekha kitabon mein ilm kitabon mein hai, TV mein nahi hai. Kitab mein padhta hoon to mujhe Wisdom milta hai. TV mein kya hai?</w:t>
      </w:r>
    </w:p>
    <w:p>
      <w:pPr>
        <w:jc w:val="right"/>
      </w:pPr>
      <w:r>
        <w:t>میں نے دیکھا کتابوں میں علم کتابوں میں ہے، ٹی وی میں نہیں ہے۔ کتاب میں پڑھتا ہوں تو مجھے Wisdom ملتا ہے۔ ٹی وی میں کیا ہے؟</w:t>
      </w:r>
    </w:p>
    <w:p>
      <w:r>
        <w:rPr>
          <w:b/>
        </w:rPr>
        <w:t xml:space="preserve">[1:25:23] </w:t>
      </w:r>
      <w:r>
        <w:t>Thodi thodi der ke baad ek Advertise aayega, ek Advertisement aayega. Thodi thodi ke baad ek koi tamasha aayega.</w:t>
      </w:r>
    </w:p>
    <w:p>
      <w:pPr>
        <w:jc w:val="right"/>
      </w:pPr>
      <w:r>
        <w:t>تھوڑی تھوڑی دیر کے بعد ایک Advertise آئے گا، ایک Advertisement آئے گا۔ تھوڑی تھوڑی کے بعد ایک کوئی تماشہ آئے گا۔</w:t>
      </w:r>
    </w:p>
    <w:p>
      <w:r>
        <w:rPr>
          <w:b/>
        </w:rPr>
        <w:t xml:space="preserve">[1:25:32] </w:t>
      </w:r>
      <w:r>
        <w:t>To is mein kya? Yaani woh us waqt ko maine zaya kiya.</w:t>
      </w:r>
    </w:p>
    <w:p>
      <w:pPr>
        <w:jc w:val="right"/>
      </w:pPr>
      <w:r>
        <w:t>تو اس میں کیا؟ یعنی وہ اس وقت کو میں نے ضائع کیا۔</w:t>
      </w:r>
    </w:p>
    <w:p>
      <w:r>
        <w:rPr>
          <w:b/>
        </w:rPr>
        <w:t xml:space="preserve">[1:25:40] </w:t>
      </w:r>
      <w:r>
        <w:t>To aap khud hisab kar ke laga sakte hain ke yeh jo time mere paas tha, us time ko main kya is se achhe kaam mein laga sakta tha?</w:t>
      </w:r>
    </w:p>
    <w:p>
      <w:pPr>
        <w:jc w:val="right"/>
      </w:pPr>
      <w:r>
        <w:t>تو آپ خود حساب کر کے لگا سکتے ہیں کہ یہ جو ٹائم میرے پاس تھا، اس ٹائم کو میں کیا اس سے اچھے کام میں لگا سکتا تھا؟</w:t>
      </w:r>
    </w:p>
    <w:p>
      <w:r>
        <w:rPr>
          <w:b/>
        </w:rPr>
        <w:t xml:space="preserve">[1:25:48] </w:t>
      </w:r>
      <w:r>
        <w:t>Jo jis kaam mein maine lagaya us ko? To yeh yeh aadmi bahar se nahi bata bata sakta aap ko. Khud aap Evaluate kijiye. Evaluate kijiye aur janiye.</w:t>
      </w:r>
    </w:p>
    <w:p>
      <w:pPr>
        <w:jc w:val="right"/>
      </w:pPr>
      <w:r>
        <w:t>جو جس کام میں میں نے لگایا اس کو؟ تو یہ یہ آدمی باہر سے نہیں بتا بتا سکتا آپ کو۔ خود آپ Evaluate کیجیے۔ Evaluate کیجیے اور جانیے۔</w:t>
      </w:r>
    </w:p>
    <w:p>
      <w:r>
        <w:rPr>
          <w:b/>
        </w:rPr>
        <w:t xml:space="preserve">[1:26:00] </w:t>
      </w:r>
      <w:r>
        <w:t>Dusra koi Method is ka hai nahi. Is ko kahenge Self Evaluation. Self Evaluation is the only method.</w:t>
      </w:r>
    </w:p>
    <w:p>
      <w:pPr>
        <w:jc w:val="right"/>
      </w:pPr>
      <w:r>
        <w:t>دوسرا کوئی Method اس کا ہے نہیں۔ اس کو کہیں گے Self Evaluation۔ Self Evaluation is the only method.</w:t>
      </w:r>
    </w:p>
    <w:p>
      <w:r>
        <w:rPr>
          <w:b/>
        </w:rPr>
        <w:t xml:space="preserve">[1:26:14] </w:t>
      </w:r>
      <w:r>
        <w:t>Maulana, agla sawal Mr. Faiq ka hai California se. Unhon ne likha hai: "Most of the Muslim scholars focus on the physical attributes or beauty of the Prophet of Islam.</w:t>
      </w:r>
    </w:p>
    <w:p>
      <w:pPr>
        <w:jc w:val="right"/>
      </w:pPr>
      <w:r>
        <w:t>مولانا، اگلا سوال مسٹر فائق کا ہے کیلیفورنیا سے۔ انہوں نے لکھا ہے: "Most of the Muslim scholars focus on the physical attributes or beauty of the Prophet of Islam.</w:t>
      </w:r>
    </w:p>
    <w:p>
      <w:r>
        <w:rPr>
          <w:b/>
        </w:rPr>
        <w:t xml:space="preserve">[1:26:28] </w:t>
      </w:r>
      <w:r>
        <w:t>How is this important in following the Prophet's sirah?" Kuch bhi nahi, koi Importance is ki nahi hai. Yeh koi Importance nahi hai.</w:t>
      </w:r>
    </w:p>
    <w:p>
      <w:pPr>
        <w:jc w:val="right"/>
      </w:pPr>
      <w:r>
        <w:t>How is this important in following the Prophet's sirah?" کچھ بھی نہیں، کوئی Importance اس کی نہیں ہے۔ یہ کوئی Importance نہیں ہے۔</w:t>
      </w:r>
    </w:p>
    <w:p>
      <w:r>
        <w:rPr>
          <w:b/>
        </w:rPr>
        <w:t xml:space="preserve">[1:26:40] </w:t>
      </w:r>
      <w:r>
        <w:t>Quran mein jo baatein kahi gayi wahi Important hain. Yeh to khud sakhta bana rakha hai logon ne. Yaani Quran mein kya hai? Rasool Allah ka jo Character hai woh hamein Focus karna hai.</w:t>
      </w:r>
    </w:p>
    <w:p>
      <w:pPr>
        <w:jc w:val="right"/>
      </w:pPr>
      <w:r>
        <w:t>قرآن میں جو باتیں کہی گئی وہی Important ہیں۔ یہ تو خود ساختہ بنا رکھا ہے لوگوں نے۔ یعنی قرآن میں کیا ہے؟ رسول اللہ کا جو Character ہے وہ ہمیں Focus کرنا ہے۔</w:t>
      </w:r>
    </w:p>
    <w:p>
      <w:r>
        <w:rPr>
          <w:b/>
        </w:rPr>
        <w:t xml:space="preserve">[1:26:52] </w:t>
      </w:r>
      <w:r>
        <w:t>Character.</w:t>
      </w:r>
    </w:p>
    <w:p>
      <w:pPr>
        <w:jc w:val="right"/>
      </w:pPr>
      <w:r>
        <w:t>Character۔</w:t>
      </w:r>
    </w:p>
    <w:p>
      <w:r>
        <w:rPr>
          <w:b/>
        </w:rPr>
        <w:t xml:space="preserve">[1:26:55] </w:t>
      </w:r>
      <w:r>
        <w:t>Jaise main bataoon aap ko ke abhi dekhiye, abhi jo Jaipur pe jo International Conference thi to sare India bhar ke Musalmanon ne hungama kiya.</w:t>
      </w:r>
    </w:p>
    <w:p>
      <w:pPr>
        <w:jc w:val="right"/>
      </w:pPr>
      <w:r>
        <w:t>جیسے میں بتاؤں آپ کو کہ ابھی دیکھیے، ابھی جو جیپور پہ جو International Conference تھی تو سارے انڈیا بھر کے مسلمانوں نے ہنگامہ کیا۔</w:t>
      </w:r>
    </w:p>
    <w:p>
      <w:r>
        <w:rPr>
          <w:b/>
        </w:rPr>
        <w:t xml:space="preserve">[1:27:09] </w:t>
      </w:r>
      <w:r>
        <w:t>Aur hamare saathi mashaa Allah Plan kar ke wahan gaye hain, wahan par Quran logon ko Quran de rahe hain. Quran de rahe hain wahan par.</w:t>
      </w:r>
    </w:p>
    <w:p>
      <w:pPr>
        <w:jc w:val="right"/>
      </w:pPr>
      <w:r>
        <w:t>اور ہمارے ساتھی ماشاءاللہ Plan کر کے وہاں گئے ہیں، وہاں پر قرآن لوگوں کو قرآن دے رہے ہیں۔ قرآن دے رہے ہیں وہاں پر۔</w:t>
      </w:r>
    </w:p>
    <w:p>
      <w:r>
        <w:rPr>
          <w:b/>
        </w:rPr>
        <w:t xml:space="preserve">[1:27:22] </w:t>
      </w:r>
      <w:r>
        <w:t>To yeh hai yaani jo log Rasool Allah ke khud sakhta taur par khud khud unhon ne bana liya Rasool Allah ka kuch, isi mein naat khwani kar rahe hain, isi ka zikr kar rahe hain, isi ki charcha kar rahe hain.</w:t>
      </w:r>
    </w:p>
    <w:p>
      <w:pPr>
        <w:jc w:val="right"/>
      </w:pPr>
      <w:r>
        <w:t>تو یہ ہے یعنی جو لوگ رسول اللہ کے خود ساختہ طور پر خود خود انہوں نے بنا لیا رسول اللہ کا کچھ، اسی میں نعت خوانی کر رہے ہیں، اسی کا ذکر کر رہے ہیں، اسی کی چرچا کر رہے ہیں۔</w:t>
      </w:r>
    </w:p>
    <w:p>
      <w:r>
        <w:rPr>
          <w:b/>
        </w:rPr>
        <w:t xml:space="preserve">[1:27:36] </w:t>
      </w:r>
      <w:r>
        <w:t>to sawal yeh hai ke kya sahaba ne aisa kiya tha? sahaba ne to aisa nahi kiya tha. sahaba to quran ko phailaya unhone sari duniya mein.</w:t>
      </w:r>
    </w:p>
    <w:p>
      <w:pPr>
        <w:jc w:val="right"/>
      </w:pPr>
      <w:r>
        <w:t>تو سوال یہ ہے کہ کیا صحابہ نے ایسا کیا تھا؟ صحابہ نے تو ایسا نہیں کیا تھا۔ صحابہ تو قرآن کو پھیلایا انہوں نے ساری دنیا میں۔</w:t>
      </w:r>
    </w:p>
    <w:p>
      <w:r>
        <w:rPr>
          <w:b/>
        </w:rPr>
        <w:t xml:space="preserve">[1:27:48] </w:t>
      </w:r>
      <w:r>
        <w:t>yeh hai rasool allah ki sunnat, yeh hai rasool allah ka uswa, yeh hai rasool allah se mohabbat ke aap ke mission ko phailaya jaye. rasool allah ke yani physical beauty ko le kar ke naat khwani karna yeh to yeh to khud sakhta baat hai.</w:t>
      </w:r>
    </w:p>
    <w:p>
      <w:pPr>
        <w:jc w:val="right"/>
      </w:pPr>
      <w:r>
        <w:t>یہ ہے رسول اللہ کی سنت، یہ ہے رسول اللہ کا اسوہ، یہ ہے رسول اللہ سے محبت کہ آپ کے Mission کو پھیلایا جائے۔ رسول اللہ کے یعنی Physical Beauty کو لے کر کے نعت خوانی کرنا یہ تو یہ تو خود ساختہ بات ہے۔</w:t>
      </w:r>
    </w:p>
    <w:p>
      <w:r>
        <w:rPr>
          <w:b/>
        </w:rPr>
        <w:t xml:space="preserve">[1:28:02] </w:t>
      </w:r>
      <w:r>
        <w:t>to is ko bidat samajhta hoon. rasool allah ki physical beauty ko le kar naat khwani sahaba ne kabhi nahi ki. sahaba to rasool allah ke mission ko le kar daude.</w:t>
      </w:r>
    </w:p>
    <w:p>
      <w:pPr>
        <w:jc w:val="right"/>
      </w:pPr>
      <w:r>
        <w:t>تو اس کو بدعت سمجھتا ہوں۔ رسول اللہ کی Physical Beauty کو لے کر نعت خوانی صحابہ نے کبھی نہیں کی۔ صحابہ تو رسول اللہ کے Mission کو لے کر دوڑے۔</w:t>
      </w:r>
    </w:p>
    <w:p>
      <w:r>
        <w:rPr>
          <w:b/>
        </w:rPr>
        <w:t xml:space="preserve">[1:28:13] </w:t>
      </w:r>
      <w:r>
        <w:t>mission ko phailaya.</w:t>
      </w:r>
    </w:p>
    <w:p>
      <w:pPr>
        <w:jc w:val="right"/>
      </w:pPr>
      <w:r>
        <w:t>Mission کو پھیلایا۔</w:t>
      </w:r>
    </w:p>
    <w:p>
      <w:r>
        <w:rPr>
          <w:b/>
        </w:rPr>
        <w:t xml:space="preserve">[1:28:15] </w:t>
      </w:r>
      <w:r>
        <w:t>to wahi cheez sahi hai jo is ko sahaba ne kiya ho. sahaba ke baad jo tareeqe nikle hain woh sab bidat hain aur bidat sirf gunah hoti hai.</w:t>
      </w:r>
    </w:p>
    <w:p>
      <w:pPr>
        <w:jc w:val="right"/>
      </w:pPr>
      <w:r>
        <w:t>تو وہی چیز صحیح ہے جو اس کو صحابہ نے کیا ہو۔ صحابہ کے بعد جو طریقے نکلے ہیں وہ سب بدعت ہیں اور بدعت صرف گناہ ہوتی ہے۔</w:t>
      </w:r>
    </w:p>
    <w:p>
      <w:r>
        <w:rPr>
          <w:b/>
        </w:rPr>
        <w:t xml:space="preserve">[1:28:24] </w:t>
      </w:r>
      <w:r>
        <w:t>is mein koi sawab nahi hai. maulana, in ka doosra sawal yeh hai, unhone likha hai: "Most of the Muslims who follow the Islamic scholars and know a little bit of Quran and Hadith are away from the love of humanity.</w:t>
      </w:r>
    </w:p>
    <w:p>
      <w:pPr>
        <w:jc w:val="right"/>
      </w:pPr>
      <w:r>
        <w:t>اس میں کوئی ثواب نہیں ہے۔ مولانا، ان کا دوسرا سوال یہ ہے، انہوں نے لکھا ہے: "Most of the Muslims who follow the Islamic scholars and know a little bit of Quran and Hadith are away from the love of humanity.</w:t>
      </w:r>
    </w:p>
    <w:p>
      <w:r>
        <w:rPr>
          <w:b/>
        </w:rPr>
        <w:t xml:space="preserve">[1:28:41] </w:t>
      </w:r>
      <w:r>
        <w:t>Why does the learning of Islam lead one to stiffening of one's heart?"</w:t>
      </w:r>
    </w:p>
    <w:p>
      <w:pPr>
        <w:jc w:val="right"/>
      </w:pPr>
      <w:r>
        <w:t>Why does the learning of Islam lead one to stiffening of one's heart?"</w:t>
      </w:r>
    </w:p>
    <w:p>
      <w:r>
        <w:rPr>
          <w:b/>
        </w:rPr>
        <w:t xml:space="preserve">[1:28:50] </w:t>
      </w:r>
      <w:r>
        <w:t>nahi, yeh yeh stiffening jo aayi hai yeh quran o hadith se nahi aayi hai. chhodne ki niyat mein aayi hai, chhodne ki.</w:t>
      </w:r>
    </w:p>
    <w:p>
      <w:pPr>
        <w:jc w:val="right"/>
      </w:pPr>
      <w:r>
        <w:t>نہیں، یہ یہ stiffening جو آئی ہے یہ قرآن و حدیث سے نہیں آئی ہے۔ چھوڑنے کی نیتی میں آئی ہے، چھوڑنے کی۔</w:t>
      </w:r>
    </w:p>
    <w:p>
      <w:r>
        <w:rPr>
          <w:b/>
        </w:rPr>
        <w:t xml:space="preserve">[1:28:59] </w:t>
      </w:r>
      <w:r>
        <w:t>is ko kehte hain qasawat. qasawat chhoden. agar woh quran ko padhen, hadith ko padhen, rasool allah ki seerat ko padhen to is mein dil naram hoga.</w:t>
      </w:r>
    </w:p>
    <w:p>
      <w:pPr>
        <w:jc w:val="right"/>
      </w:pPr>
      <w:r>
        <w:t>اس کو کہتے ہیں قساوت۔ قساوت چھوڑیں۔ اگر وہ قرآن کو پڑھیں، حدیث کو پڑھیں، رسول اللہ کی سیرت کو پڑھیں تو اس میں دل نرم ہوگا۔</w:t>
      </w:r>
    </w:p>
    <w:p>
      <w:r>
        <w:rPr>
          <w:b/>
        </w:rPr>
        <w:t xml:space="preserve">[1:29:09] </w:t>
      </w:r>
      <w:r>
        <w:t>woh softening ke zariye aayi hai, stiffening ke zariye nahi hai. yani qasawat nahi aayegi balkeh dil naram ho gaye. log log log keh rahe hain ke woh padhte hi nahi hain.</w:t>
      </w:r>
    </w:p>
    <w:p>
      <w:pPr>
        <w:jc w:val="right"/>
      </w:pPr>
      <w:r>
        <w:t>وہ Softening کے ذریعے آئی ہے، stiffening کے ذریعے نہیں ہے۔ یعنی قساوت نہیں آئے گی بلکہ دل نرم ہو گئے۔ لوگ لوگ لوگ کہہ رہے ہیں کہ وہ پڑھتے ہی نہیں ہیں۔</w:t>
      </w:r>
    </w:p>
    <w:p>
      <w:r>
        <w:rPr>
          <w:b/>
        </w:rPr>
        <w:t xml:space="preserve">[1:29:20] </w:t>
      </w:r>
      <w:r>
        <w:t>bahut se bahut quran ki tilawat kar lete hain. quran ka zikr kaun karta hai? to jitna zyada gehrai ke sath log quran ko padhenge, sunnat rasool ko padhenge, hadith ko padhenge, sahaba ki zindagi ko padhenge, utne hi logon ke dil naram honge.</w:t>
      </w:r>
    </w:p>
    <w:p>
      <w:pPr>
        <w:jc w:val="right"/>
      </w:pPr>
      <w:r>
        <w:t>بہت سے بہت قرآن کی تلاوت کر لیتے ہیں۔ قرآن کا ذکر کون کرتا ہے؟ تو جتنا زیادہ گہرائی کے ساتھ لوگ قرآن کو پڑھیں گے، سنت رسول کو پڑھیں گے، حدیث کو پڑھیں گے، صحابہ کی زندگیوں کو پڑھیں گے، اتنے ہی لوگوں کے دل نرم ہوں گے۔</w:t>
      </w:r>
    </w:p>
    <w:p>
      <w:r>
        <w:rPr>
          <w:b/>
        </w:rPr>
        <w:t xml:space="preserve">[1:29:36] </w:t>
      </w:r>
      <w:r>
        <w:t>aur jitna is ko chhodenge utni qasawat aayegi.</w:t>
      </w:r>
    </w:p>
    <w:p>
      <w:pPr>
        <w:jc w:val="right"/>
      </w:pPr>
      <w:r>
        <w:t>اور جتنا اس کو چھوڑیں گے اتنی قساوت آئے گی۔</w:t>
      </w:r>
    </w:p>
    <w:p>
      <w:r>
        <w:rPr>
          <w:b/>
        </w:rPr>
        <w:t xml:space="preserve">[1:29:40] </w:t>
      </w:r>
      <w:r>
        <w:t>yeh hai saada formula is ka.</w:t>
      </w:r>
    </w:p>
    <w:p>
      <w:pPr>
        <w:jc w:val="right"/>
      </w:pPr>
      <w:r>
        <w:t>یہ ہے سادہ فارمولا اس کا۔</w:t>
      </w:r>
    </w:p>
    <w:p>
      <w:r>
        <w:rPr>
          <w:b/>
        </w:rPr>
        <w:t xml:space="preserve">[1:29:44] </w:t>
      </w:r>
      <w:r>
        <w:t>dilli se misr muhammad sadiq ne likha hai: "We Muslims believe this. We Muslims believe this worldly life only once.</w:t>
      </w:r>
    </w:p>
    <w:p>
      <w:pPr>
        <w:jc w:val="right"/>
      </w:pPr>
      <w:r>
        <w:t>دلی سے مسٹر محمد صادق نے لکھا ہے: "We Muslims believe this. We Muslims believe this worldly life only once.</w:t>
      </w:r>
    </w:p>
    <w:p>
      <w:r>
        <w:rPr>
          <w:b/>
        </w:rPr>
        <w:t xml:space="preserve">[1:29:55] </w:t>
      </w:r>
      <w:r>
        <w:t>But non-Muslims believe seven times life and birth. Please tell us how to make them understand logically as they don't believe Quran and Islamic concepts."</w:t>
      </w:r>
    </w:p>
    <w:p>
      <w:pPr>
        <w:jc w:val="right"/>
      </w:pPr>
      <w:r>
        <w:t>But non-Muslims believe seven times life and birth. Please tell us how to make them understand logically as they don't believe Quran and Islamic concepts."</w:t>
      </w:r>
    </w:p>
    <w:p>
      <w:r>
        <w:rPr>
          <w:b/>
        </w:rPr>
        <w:t xml:space="preserve">[1:30:10] </w:t>
      </w:r>
      <w:r>
        <w:t>kitaben padhiye, padhwaiye. khud hi padhiye to padhwaiye. aur koi doosra zariya nahi hai. khud apne yani aap apna intellectual development kijiye.</w:t>
      </w:r>
    </w:p>
    <w:p>
      <w:pPr>
        <w:jc w:val="right"/>
      </w:pPr>
      <w:r>
        <w:t>کتابیں پڑھیے، پڑھوائیے۔ خود ہی پڑھیے تو پڑھوائیے۔ اور کوئی دوسرا ذریعہ نہیں ہے۔ خود اپنے یعنی آپ اپنا Intellectual Development کیجیے۔</w:t>
      </w:r>
    </w:p>
    <w:p>
      <w:r>
        <w:rPr>
          <w:b/>
        </w:rPr>
        <w:t xml:space="preserve">[1:30:24] </w:t>
      </w:r>
      <w:r>
        <w:t>aur sab mutale se hota hai, study ke zariye hota hai. khud padhiye to padhwaiye. yahi tareeqa hai. maulana sharukh hussain ne dilli se likha hai: "इस्लाम में मायूसी हराम क्यों है?</w:t>
      </w:r>
    </w:p>
    <w:p>
      <w:pPr>
        <w:jc w:val="right"/>
      </w:pPr>
      <w:r>
        <w:t>اور سب مطالعے سے ہوتا ہے، Study کے ذریعے ہوتا ہے۔ خود پڑھیے تو پڑھوائیے۔ یہی طریقہ ہے۔ مولانا شارخ حسین نے دلی سے لکھا ہے: "इस्लाम में मायूसी हराम क्यों है?</w:t>
      </w:r>
    </w:p>
    <w:p>
      <w:r>
        <w:rPr>
          <w:b/>
        </w:rPr>
        <w:t xml:space="preserve">[1:30:39] </w:t>
      </w:r>
      <w:r>
        <w:t>"haram is liye hai ke duniya ko allah taala ne is tarah banaya hai ke yahan mayoos hone ki zaroorat hi nahi hai.</w:t>
      </w:r>
    </w:p>
    <w:p>
      <w:pPr>
        <w:jc w:val="right"/>
      </w:pPr>
      <w:r>
        <w:t>" حرام اس لیے ہے کہ دنیا کو اللہ تعالیٰ نے اس طرح بنایا ہے کہ یہاں مایوس ہونے کی ضرورت ہی نہیں ہے۔</w:t>
      </w:r>
    </w:p>
    <w:p>
      <w:r>
        <w:rPr>
          <w:b/>
        </w:rPr>
        <w:t xml:space="preserve">[1:30:52] </w:t>
      </w:r>
      <w:r>
        <w:t>misal ke taur par agar koi shakhs pani na piya bhar jaye to haram hoga is ke liye. kyun? pani itna abundantly maujood hai ke aap kahin bhi pani, zameen khoden to pani hai, darya ko dekhen to pani hai, samandar ko dekhen to pani hai.</w:t>
      </w:r>
    </w:p>
    <w:p>
      <w:pPr>
        <w:jc w:val="right"/>
      </w:pPr>
      <w:r>
        <w:t>مثال کے طور پر اگر کوئی شخص پانی نہ پیا بھر جائے تو حرام ہوگا اس کے لیے۔ کیوں؟ پانی اتنا Abundantly موجود ہے کہ آپ کہیں بھی پانی، زمین کھودیں تو پانی ہے، دریا کو دیکھیں تو پانی ہے، سمندر کو دیکھیں تو پانی ہے۔</w:t>
      </w:r>
    </w:p>
    <w:p>
      <w:r>
        <w:rPr>
          <w:b/>
        </w:rPr>
        <w:t xml:space="preserve">[1:31:09] </w:t>
      </w:r>
      <w:r>
        <w:t>to aap kyun pani, pani yani pani na peekar apne ko maar dalen? jab pani itna abundantly available hai to aap pani ko chhod kar maren apne aap ko, halak karen.</w:t>
      </w:r>
    </w:p>
    <w:p>
      <w:pPr>
        <w:jc w:val="right"/>
      </w:pPr>
      <w:r>
        <w:t>تو آپ کیوں پانی، پانی یعنی پانی نہ پی کر اپنے کو مار ڈالیں؟ جب پانی اتنا Abundantly Available ہے تو آپ پانی کو چھوڑ کر ماریں اپنے آپ کو، ہلاک کریں۔</w:t>
      </w:r>
    </w:p>
    <w:p>
      <w:r>
        <w:rPr>
          <w:b/>
        </w:rPr>
        <w:t xml:space="preserve">[1:31:20] </w:t>
      </w:r>
      <w:r>
        <w:t>to kaise jaiz hoga woh? to allah taala ne duniya ko is tarah banaya hai ke yahan opportunities unlimited hain.</w:t>
      </w:r>
    </w:p>
    <w:p>
      <w:pPr>
        <w:jc w:val="right"/>
      </w:pPr>
      <w:r>
        <w:t>تو کیسے جائز ہوگا وہ؟ تو اللہ تعالیٰ نے دنیا کو اس طرح بنایا ہے کہ یہاں Opportunities Unlimited ہیں۔</w:t>
      </w:r>
    </w:p>
    <w:p>
      <w:r>
        <w:rPr>
          <w:b/>
        </w:rPr>
        <w:t xml:space="preserve">[1:31:30] </w:t>
      </w:r>
      <w:r>
        <w:t>unlimited. to kya zaroorat hai mayoos hone ki aap ko? unlimited opportunities hain.</w:t>
      </w:r>
    </w:p>
    <w:p>
      <w:pPr>
        <w:jc w:val="right"/>
      </w:pPr>
      <w:r>
        <w:t>Unlimited۔ تو کیا ضرورت ہے مایوس ہونے کی آپ کو؟ Unlimited Opportunities ہیں۔</w:t>
      </w:r>
    </w:p>
    <w:p>
      <w:r>
        <w:rPr>
          <w:b/>
        </w:rPr>
        <w:t xml:space="preserve">[1:31:38] </w:t>
      </w:r>
      <w:r>
        <w:t>to is liye mayoosi ko haram qarar diya gaya hai. yani nizam mein fitrat ke khilaf hai, law of nature ke khilaf hai. allah taala ne aisi duniya aap ko di hai jahan mawaqe, opportunities bepanah hain.</w:t>
      </w:r>
    </w:p>
    <w:p>
      <w:pPr>
        <w:jc w:val="right"/>
      </w:pPr>
      <w:r>
        <w:t>تو اس لیے مایوسی کو حرام قرار دیا گیا ہے۔ یعنی نظام میں فطرت کے خلاف ہے، Law of Nature کے خلاف ہے۔ اللہ تعالیٰ نے ایسی دنیا آپ کو دی ہے جہاں مواقع، Opportunities بے پناہ ہیں۔</w:t>
      </w:r>
    </w:p>
    <w:p>
      <w:r>
        <w:rPr>
          <w:b/>
        </w:rPr>
        <w:t xml:space="preserve">[1:31:54] </w:t>
      </w:r>
      <w:r>
        <w:t>aap khwamkhwah aap koi mayoos kar ke baithen to yeh aap ko yani yani khuda ke nizam ke khilaf ka yeh hai, is ke khilaf vote dena hai, is ke khilaf sochna hai.</w:t>
      </w:r>
    </w:p>
    <w:p>
      <w:pPr>
        <w:jc w:val="right"/>
      </w:pPr>
      <w:r>
        <w:t>آپ خوامخواہ آپ کوئی مایوس کر کے بیٹھیں تو یہ آپ کو یعنی یعنی خدا کے نظام کے خلاف کا یہ ہے، اس کے خلاف ووٹ دینا ہے، اس کے خلاف اس خلاف سوچنا ہے۔</w:t>
      </w:r>
    </w:p>
    <w:p>
      <w:r>
        <w:rPr>
          <w:b/>
        </w:rPr>
        <w:t xml:space="preserve">[1:32:10] </w:t>
      </w:r>
      <w:r>
        <w:t>khuda par distress show karna hai. jo aadmi mayoos hota hai woh khuda par be aitimadi karta hai, khuda par distress show karta hai.</w:t>
      </w:r>
    </w:p>
    <w:p>
      <w:pPr>
        <w:jc w:val="right"/>
      </w:pPr>
      <w:r>
        <w:t>خدا پر Distress Show کرنا ہے۔ جو آدمی مایوس ہوتا ہے وہ خدا پر بے اعتمادی کرتا ہے، خدا پر Distress Show کرتا ہے۔</w:t>
      </w:r>
    </w:p>
    <w:p>
      <w:r>
        <w:rPr>
          <w:b/>
        </w:rPr>
        <w:t xml:space="preserve">[1:32:22] </w:t>
      </w:r>
      <w:r>
        <w:t>to to zahir hai ke haram hoga. kyunke iske koi is ka koi justification nahi hai. is ka koi jawaz, is ka koi jawaz nahi hai.</w:t>
      </w:r>
    </w:p>
    <w:p>
      <w:pPr>
        <w:jc w:val="right"/>
      </w:pPr>
      <w:r>
        <w:t>تو تو ظاہر ہے کہ حرام ہوگا۔ کیونکہ اس کے کوئی اس کا کوئی Justification نہیں ہے۔ اس کا کوئی جواز، اس کا کوئی جواز نہیں ہے۔</w:t>
      </w:r>
    </w:p>
    <w:p>
      <w:r>
        <w:rPr>
          <w:b/>
        </w:rPr>
        <w:t xml:space="preserve">[1:32:34] </w:t>
      </w:r>
      <w:r>
        <w:t>molana, agla sawal miss saira latif ka hai karachi pakistan se. unhon ne likha hai: "kya jannat mein insan hamesha ke liye rahega?</w:t>
      </w:r>
    </w:p>
    <w:p>
      <w:pPr>
        <w:jc w:val="right"/>
      </w:pPr>
      <w:r>
        <w:t>مولانا، اگلا سوال مس سائرہ لطیف کا ہے کراچی پاکستان سے۔ انہوں نے لکھا ہے: "क्या جنت میں इंसान हमेशा के लिए रहेगा?</w:t>
      </w:r>
    </w:p>
    <w:p>
      <w:r>
        <w:rPr>
          <w:b/>
        </w:rPr>
        <w:t xml:space="preserve">[1:32:45] </w:t>
      </w:r>
      <w:r>
        <w:t>shaitan doosra waswasa dil mein dalta hai." bhai jab allah taala ne aelan kiya ke hamesha rahega to is waswase ki zaroorat kya hai? hum fiya khalidun quran mein bar bar aya hai.</w:t>
      </w:r>
    </w:p>
    <w:p>
      <w:pPr>
        <w:jc w:val="right"/>
      </w:pPr>
      <w:r>
        <w:t>شیطان दूसरा وسوسہ دل میں डालता है।" بھئی جب اللہ تعالیٰ نے اعلان کیا کہ ہمیشہ رہے گا تو اس وسوسے کی ضرورت کیا ہے؟ هُمْ فِيَا خَالِدُونَ قرآن میں بار بار آیا ہے۔</w:t>
      </w:r>
    </w:p>
    <w:p>
      <w:r>
        <w:rPr>
          <w:b/>
        </w:rPr>
        <w:t xml:space="preserve">[1:32:58] </w:t>
      </w:r>
      <w:r>
        <w:t>khalidun woh hamesha rehne ke liye mukhtalif alfaz mein quran mein hain.</w:t>
      </w:r>
    </w:p>
    <w:p>
      <w:pPr>
        <w:jc w:val="right"/>
      </w:pPr>
      <w:r>
        <w:t>خالدین وہ ہمیشہ رہنے کے لیے مختلف الفاظ میں قرآن میں ہیں۔</w:t>
      </w:r>
    </w:p>
    <w:p>
      <w:r>
        <w:rPr>
          <w:b/>
        </w:rPr>
        <w:t xml:space="preserve">[1:33:06] </w:t>
      </w:r>
      <w:r>
        <w:t>ya rasool al-firdaus hum fiya khalidun to jab jannat ka jo khaliq hai woh aelan kar raha hai ke jannat mein jo log dakhil honge woh hamesha is mein rahenge to is mein shakk ki kya baat hai?</w:t>
      </w:r>
    </w:p>
    <w:p>
      <w:pPr>
        <w:jc w:val="right"/>
      </w:pPr>
      <w:r>
        <w:t>يَا رَسُولَ الْفِرْدَوسِ هُمْ فِيَا خَالِدُونَ تو جب جنت کا جو خالق ہے وہ اعلان کر رہا ہے کہ جنت میں جو لوگ داخل ہوں گے وہ ہمیشہ اس میں رہیں گے تو اس میں شک کی کیا بات ہے؟</w:t>
      </w:r>
    </w:p>
    <w:p>
      <w:r>
        <w:rPr>
          <w:b/>
        </w:rPr>
        <w:t xml:space="preserve">[1:33:22] </w:t>
      </w:r>
      <w:r>
        <w:t>albata yeh yeh galat nazariya hai ke jo musalman ghar mein paida hoga woh jannat mein jayega. yeh bilkul khud sakhta nazariya hai. musalman ghar mein paida hone se jannat nahi milti kisi ko.</w:t>
      </w:r>
    </w:p>
    <w:p>
      <w:pPr>
        <w:jc w:val="right"/>
      </w:pPr>
      <w:r>
        <w:t>البتہ یہ یہ غلط نظریہ ہے کہ جو مسلمان گھر میں پیدا ہوگا وہ جنت میں جائے گا۔ یہ بالکل خود ساختہ نظریہ ہے۔ مسلمان گھر میں پیدا ہونے سے جنت نہیں ملتی کسی کو۔</w:t>
      </w:r>
    </w:p>
    <w:p>
      <w:r>
        <w:rPr>
          <w:b/>
        </w:rPr>
        <w:t xml:space="preserve">[1:33:35] </w:t>
      </w:r>
      <w:r>
        <w:t>jo deserve karega woh jannat mein jayega. yaad rakhiye. jo apne character ke aitbar se jo deserve karega woh jannat mein jayega.</w:t>
      </w:r>
    </w:p>
    <w:p>
      <w:pPr>
        <w:jc w:val="right"/>
      </w:pPr>
      <w:r>
        <w:t>جو Deserve کرے گا وہ جنت میں جائے گا۔ یاد رکھیے۔ جو اپنے Character کے اعتبار سے جو Deserve کرے گا وہ جنت میں جائے گا۔</w:t>
      </w:r>
    </w:p>
    <w:p>
      <w:r>
        <w:rPr>
          <w:b/>
        </w:rPr>
        <w:t xml:space="preserve">[1:33:45] </w:t>
      </w:r>
      <w:r>
        <w:t>yeh nahi ke yeh birth certificate koi jannat ka mustahiq nahi banata kisi aadmi ko.</w:t>
      </w:r>
    </w:p>
    <w:p>
      <w:pPr>
        <w:jc w:val="right"/>
      </w:pPr>
      <w:r>
        <w:t>یہ نہیں کہ یہ Birth Certificate کوئی جنت کا مستحق نہیں بناتا کسی آدمی کو۔</w:t>
      </w:r>
    </w:p>
    <w:p>
      <w:r>
        <w:rPr>
          <w:b/>
        </w:rPr>
        <w:t xml:space="preserve">[1:33:58] </w:t>
      </w:r>
      <w:r>
        <w:t>molana, agla jo sawal hai, sawal kam observation hai</w:t>
      </w:r>
    </w:p>
    <w:p>
      <w:pPr>
        <w:jc w:val="right"/>
      </w:pPr>
      <w:r>
        <w:t>مولانا، اگلا جو سوال ہے، سوال کم Observation ہے</w:t>
      </w:r>
    </w:p>
    <w:p>
      <w:r>
        <w:rPr>
          <w:b/>
        </w:rPr>
        <w:t xml:space="preserve">[1:34:02] </w:t>
      </w:r>
      <w:r>
        <w:t>jo pennsylvania se mister khawaja kaleemuddin ne abhi abhi bheji hai. unhon ne likha hai: "an observation: one of her associates from maryland told me that she gave her friend a copy of tazkir al-quran as a gift.</w:t>
      </w:r>
    </w:p>
    <w:p>
      <w:pPr>
        <w:jc w:val="right"/>
      </w:pPr>
      <w:r>
        <w:t>جو Pennsylvania سے مسٹر خواجہ کلیم الدین نے ابھی ابھی بھیجی ہے۔ انہوں نے لکھا ہے: "An observation: One of her associates from Maryland told me that she gave her friend a copy of Tazkir al-Quran as a gift.</w:t>
      </w:r>
    </w:p>
    <w:p>
      <w:r>
        <w:rPr>
          <w:b/>
        </w:rPr>
        <w:t xml:space="preserve">[1:34:20] </w:t>
      </w:r>
      <w:r>
        <w:t>her friend returned the copy of tazkir al-quran saying that she wouldn't read it because it is not certified by any islamic authority.</w:t>
      </w:r>
    </w:p>
    <w:p>
      <w:pPr>
        <w:jc w:val="right"/>
      </w:pPr>
      <w:r>
        <w:t>Her friend returned the copy of Tazkir al-Quran saying that she wouldn't read it because it is not certified by any Islamic authority.</w:t>
      </w:r>
    </w:p>
    <w:p>
      <w:r>
        <w:rPr>
          <w:b/>
        </w:rPr>
        <w:t xml:space="preserve">[1:34:32] </w:t>
      </w:r>
      <w:r>
        <w:t>our associate took it back without commenting anything. in her second meeting, our associate gave the lady another book titled raz-e-hayat.</w:t>
      </w:r>
    </w:p>
    <w:p>
      <w:pPr>
        <w:jc w:val="right"/>
      </w:pPr>
      <w:r>
        <w:t>Our associate took it back without commenting anything. In her second meeting, our associate gave the lady another book titled Raz-e-Hayat.</w:t>
      </w:r>
    </w:p>
    <w:p>
      <w:r>
        <w:rPr>
          <w:b/>
        </w:rPr>
        <w:t xml:space="preserve">[1:34:44] </w:t>
      </w:r>
      <w:r>
        <w:t>her friend read that book without looking at the name of the author. she liked the book very much and she thanked her for the best gift she gave her.</w:t>
      </w:r>
    </w:p>
    <w:p>
      <w:pPr>
        <w:jc w:val="right"/>
      </w:pPr>
      <w:r>
        <w:t>Her friend read that book without looking at the name of the author. She liked the book very much and she thanked her for the best gift she gave her.</w:t>
      </w:r>
    </w:p>
    <w:p>
      <w:r>
        <w:rPr>
          <w:b/>
        </w:rPr>
        <w:t xml:space="preserve">[1:34:56] </w:t>
      </w:r>
      <w:r>
        <w:t>at this moment, our associate told her that this was the same person who was the commentator of the quran she gave her before.</w:t>
      </w:r>
    </w:p>
    <w:p>
      <w:pPr>
        <w:jc w:val="right"/>
      </w:pPr>
      <w:r>
        <w:t>At this moment, our associate told her that this was the same person who was the commentator of the Quran she gave her before.</w:t>
      </w:r>
    </w:p>
    <w:p>
      <w:r>
        <w:rPr>
          <w:b/>
        </w:rPr>
        <w:t xml:space="preserve">[1:35:06] </w:t>
      </w:r>
      <w:r>
        <w:t>then she got the tazkir al-quran back from her and started reading it. now she has become her associate in dawa work." please, molana, comment on this.</w:t>
      </w:r>
    </w:p>
    <w:p>
      <w:pPr>
        <w:jc w:val="right"/>
      </w:pPr>
      <w:r>
        <w:t>Then she got the Tazkir al-Quran back from her and started reading it. Now she has become her associate in Dawa work." Please, مولانا، comment on this.</w:t>
      </w:r>
    </w:p>
    <w:p>
      <w:r>
        <w:rPr>
          <w:b/>
        </w:rPr>
        <w:t xml:space="preserve">[1:35:19] </w:t>
      </w:r>
      <w:r>
        <w:t>bahut is mein sabaq hai.</w:t>
      </w:r>
    </w:p>
    <w:p>
      <w:pPr>
        <w:jc w:val="right"/>
      </w:pPr>
      <w:r>
        <w:t>بہت اس میں سبق ہے۔</w:t>
      </w:r>
    </w:p>
    <w:p>
      <w:r>
        <w:rPr>
          <w:b/>
        </w:rPr>
        <w:t xml:space="preserve">[1:35:21] </w:t>
      </w:r>
      <w:r>
        <w:t>aur yeh arabi ka ek maqola hai ke al-nas a'daa ma jahaloo log us cheez ke dushman ho jate hain jis ko woh na jante hon.</w:t>
      </w:r>
    </w:p>
    <w:p>
      <w:pPr>
        <w:jc w:val="right"/>
      </w:pPr>
      <w:r>
        <w:t>اور یہ عربی کا ایک مقولہ ہے کہ الناس أعداء ما جهلوا لوگ اس چیز کے دشمن ہو جاتے ہیں جس کو وہ نہ جانتے ہوں۔</w:t>
      </w:r>
    </w:p>
    <w:p>
      <w:r>
        <w:rPr>
          <w:b/>
        </w:rPr>
        <w:t xml:space="preserve">[1:35:34] </w:t>
      </w:r>
      <w:r>
        <w:t>to logon ko agar aap ko dikhaya jaye ke falan mukhalif hai, yeh sazish kar raha hai, dushmani kar raha hai, to yeh yeh alfaaz mat boliye.</w:t>
      </w:r>
    </w:p>
    <w:p>
      <w:pPr>
        <w:jc w:val="right"/>
      </w:pPr>
      <w:r>
        <w:t>تو لوگوں کو اگر آپ کو دکھایا جائے کہ فلاں مخالف ہے، یہ سازش کر رہا ہے، دشمنی کر رہا ہے، تو یہ یہ الفاظ مت بولیے۔</w:t>
      </w:r>
    </w:p>
    <w:p>
      <w:r>
        <w:rPr>
          <w:b/>
        </w:rPr>
        <w:t xml:space="preserve">[1:35:44] </w:t>
      </w:r>
      <w:r>
        <w:t>iski bekhabari ko todiye. al-nas a'daa ma jahaloo</w:t>
      </w:r>
    </w:p>
    <w:p>
      <w:pPr>
        <w:jc w:val="right"/>
      </w:pPr>
      <w:r>
        <w:t>اس کی بے خبری کو توڑیے۔ الناس أعداء ما جهلوا</w:t>
      </w:r>
    </w:p>
    <w:p>
      <w:r>
        <w:rPr>
          <w:b/>
        </w:rPr>
        <w:t xml:space="preserve">[1:35:51] </w:t>
      </w:r>
      <w:r>
        <w:t>iske jahal ko todiye, iski bekhabari ko todiye, iski unawareness ko khatam kijiye. iske baad woh jise aap mante hain us ko wohi manne lagega.</w:t>
      </w:r>
    </w:p>
    <w:p>
      <w:pPr>
        <w:jc w:val="right"/>
      </w:pPr>
      <w:r>
        <w:t>اس کے جہل کو توڑیے، اس کی بے خبری کو توڑیے، اس کی Unawareness کو ختم کیجیے۔ اس کے بعد وہ جسے آپ مانتے ہیں اس کو وہی ماننے لگے گا۔</w:t>
      </w:r>
    </w:p>
    <w:p>
      <w:r>
        <w:rPr>
          <w:b/>
        </w:rPr>
        <w:t xml:space="preserve">[1:36:00] </w:t>
      </w:r>
      <w:r>
        <w:t>kyunke iska khaliq wahi khuda hai jis ko jo khaliq aap ka hai.</w:t>
      </w:r>
    </w:p>
    <w:p>
      <w:pPr>
        <w:jc w:val="right"/>
      </w:pPr>
      <w:r>
        <w:t>کیونکہ اس کا خالق وہی خدا ہے جس کو جو خالق آپ کا ہے۔</w:t>
      </w:r>
    </w:p>
    <w:p>
      <w:r>
        <w:rPr>
          <w:b/>
        </w:rPr>
        <w:t xml:space="preserve">[1:36:09] </w:t>
      </w:r>
      <w:r>
        <w:t>molana, agla sawal kya hai mister muhammad samiuallah sa</w:t>
      </w:r>
    </w:p>
    <w:p>
      <w:pPr>
        <w:jc w:val="right"/>
      </w:pPr>
      <w:r>
        <w:t>مولانا، اگلا سوال کیا ہے مسٹر شاہ عمران حسن نے دلی سے۔ انہوں نے لکھا ہے: "हजरत अबू बकर का यह कहना कि इस्लाम पे आंच आ जाए और मैं जिंदा रहू</w:t>
      </w:r>
    </w:p>
    <w:p>
      <w:r>
        <w:rPr>
          <w:b/>
        </w:rPr>
        <w:t xml:space="preserve">[1:36:21] </w:t>
      </w:r>
      <w:r>
        <w:t>n, kya yeh deeni ghairat ki misaal nahi hai?" ghairat azm hai, azm, Determination.</w:t>
      </w:r>
    </w:p>
    <w:p>
      <w:pPr>
        <w:jc w:val="right"/>
      </w:pPr>
      <w:r>
        <w:t>ँ, क्या यह दینی غیرت की मिसाल नहीं है?" غیرت عزم ہے، عزم، Determination۔</w:t>
      </w:r>
    </w:p>
    <w:p>
      <w:r>
        <w:rPr>
          <w:b/>
        </w:rPr>
        <w:t xml:space="preserve">[1:36:31] </w:t>
      </w:r>
      <w:r>
        <w:t>Determination ki baat yeh hai. Apne aap ko aakhri had tak le jaane ki misaal hai. Ghalat kya hai? Ghalat toh yeh bilkul jahalat, jahiliyat, jahili lafz hai.</w:t>
      </w:r>
    </w:p>
    <w:p>
      <w:pPr>
        <w:jc w:val="right"/>
      </w:pPr>
      <w:r>
        <w:t>Determination کی بات یہ ہے۔ اپنے آپ کو آخری حد تک لے جانے کی مثال ہے۔ غلط کیا ہے؟ غلط تو یہ بالکل جہالت، جاہلیت، جاہلی لفظ ہے۔</w:t>
      </w:r>
    </w:p>
    <w:p>
      <w:r>
        <w:rPr>
          <w:b/>
        </w:rPr>
        <w:t xml:space="preserve">[1:36:44] </w:t>
      </w:r>
      <w:r>
        <w:t>Agla sawal Dilli se hai Mr. Muhammad Samiullah Sah</w:t>
      </w:r>
    </w:p>
    <w:p>
      <w:pPr>
        <w:jc w:val="right"/>
      </w:pPr>
      <w:r>
        <w:t>اگلا سوال دلی سے ہے مسٹر محمد سمیع اللہ ص</w:t>
      </w:r>
    </w:p>
    <w:p>
      <w:r>
        <w:rPr>
          <w:b/>
        </w:rPr>
        <w:t xml:space="preserve">[1:36:48] </w:t>
      </w:r>
      <w:r>
        <w:t>ab ka. Unhon ne likha hai: "Ae zauq! Is jahan ko hai zeeb ikhtilaf se. Maulana Sahab, is shair ka matlab kya hai?</w:t>
      </w:r>
    </w:p>
    <w:p>
      <w:pPr>
        <w:jc w:val="right"/>
      </w:pPr>
      <w:r>
        <w:t>احب کا۔ انہوں نے لکھا ہے: "اے ذوق! اس جہاں کو ہے زیب اختلاف سے ۔ مولانا صاحب، اس شعر کا مطلب کیا ہے؟</w:t>
      </w:r>
    </w:p>
    <w:p>
      <w:r>
        <w:rPr>
          <w:b/>
        </w:rPr>
        <w:t xml:space="preserve">[1:36:59] </w:t>
      </w:r>
      <w:r>
        <w:t>Yahan ikhtilaf ke maani Disunity nahi hain. Iska matlab Diversity hai.</w:t>
      </w:r>
    </w:p>
    <w:p>
      <w:pPr>
        <w:jc w:val="right"/>
      </w:pPr>
      <w:r>
        <w:t>یہاں اختلاف کے معنی Disunity نہیں ہیں۔ اس کا مطلب Diversity ہے۔</w:t>
      </w:r>
    </w:p>
    <w:p>
      <w:r>
        <w:rPr>
          <w:b/>
        </w:rPr>
        <w:t xml:space="preserve">[1:37:07] </w:t>
      </w:r>
      <w:r>
        <w:t>Disunity nahi hai, is is shair ka matlab. Diversity toh Diversity toh bohat achi cheez hai.</w:t>
      </w:r>
    </w:p>
    <w:p>
      <w:pPr>
        <w:jc w:val="right"/>
      </w:pPr>
      <w:r>
        <w:t>Disunity نہیں ہے، اس اس شعر کا مطلب۔ Diversity تو Diversity تو بہت اچھی چیز ہے۔</w:t>
      </w:r>
    </w:p>
    <w:p>
      <w:r>
        <w:rPr>
          <w:b/>
        </w:rPr>
        <w:t xml:space="preserve">[1:37:17] </w:t>
      </w:r>
      <w:r>
        <w:t>Tarah tarah ke logon ki salahiyat hoti hai, har aitbaar se aap contribute karein aadmi. Har aitbaar se aap woh contribute karein Human and Humanity ko.</w:t>
      </w:r>
    </w:p>
    <w:p>
      <w:pPr>
        <w:jc w:val="right"/>
      </w:pPr>
      <w:r>
        <w:t>طرح طرح کے لوگوں کی صلاحیت ہوتی ہے، ہر اعتبار سے آپ Contribute کریں آدمی۔ ہر اعتبار سے آپ وہ Contribute کریں Human and Humanity کو۔</w:t>
      </w:r>
    </w:p>
    <w:p>
      <w:r>
        <w:rPr>
          <w:b/>
        </w:rPr>
        <w:t xml:space="preserve">[1:37:30] </w:t>
      </w:r>
      <w:r>
        <w:t>Toh yeh bohat achi baat hogi. Toh jo cheez ghalat hai woh woh ikhtilaf ko le kar ke jhanda uthana, ikhtilaf ko light jhoṛa karna, woh bura hai.</w:t>
      </w:r>
    </w:p>
    <w:p>
      <w:pPr>
        <w:jc w:val="right"/>
      </w:pPr>
      <w:r>
        <w:t>تو یہ بہت اچھی بات ہوگی۔ تو جو چیز غلط ہے وہ وہ اختلاف کو لے کر کے جھنڈا اٹھانا، اختلاف کو لائٹ جھوڑا کرنا، وہ برا ہے۔</w:t>
      </w:r>
    </w:p>
    <w:p>
      <w:r>
        <w:rPr>
          <w:b/>
        </w:rPr>
        <w:t xml:space="preserve">[1:37:41] </w:t>
      </w:r>
      <w:r>
        <w:t>Baaki yeh hai ke aap koi ek koi Different way mein sochte hain aap toh usko pesh kijiye, woh aap ko aap ko contribution hoga.</w:t>
      </w:r>
    </w:p>
    <w:p>
      <w:pPr>
        <w:jc w:val="right"/>
      </w:pPr>
      <w:r>
        <w:t>باقی یہ ہے کہ آپ کوئی ایک کوئی Different way میں سوچتے ہیں آپ تو اس کو پیش کیجیے، وہ آپ کو آپ کو Contribution ہوگا۔</w:t>
      </w:r>
    </w:p>
    <w:p>
      <w:r>
        <w:rPr>
          <w:b/>
        </w:rPr>
        <w:t xml:space="preserve">[1:37:50] </w:t>
      </w:r>
      <w:r>
        <w:t>Is se logon ko naye goshe milenge sochne ke liye. Woh toh is se Intellectual Development hoga. Merit se Mr. Hakim Muhammad Kaleem Sahab ka sawal hai Maulana.</w:t>
      </w:r>
    </w:p>
    <w:p>
      <w:pPr>
        <w:jc w:val="right"/>
      </w:pPr>
      <w:r>
        <w:t>اس سے لوگوں کو نئے گوشے ملیں گے سوچنے کے لیے۔ وہ تو اس سے Intellectual Development ہوگا۔ میرٹ سے مسٹر حکیم محمد کلیم صاحب کا سوال ہے مولانا۔</w:t>
      </w:r>
    </w:p>
    <w:p>
      <w:r>
        <w:rPr>
          <w:b/>
        </w:rPr>
        <w:t xml:space="preserve">[1:38:04] </w:t>
      </w:r>
      <w:r>
        <w:t>Unhon ne likha hai: "Maulana Sahab! Rooh aur shaoor mein kya farq hai?</w:t>
      </w:r>
    </w:p>
    <w:p>
      <w:pPr>
        <w:jc w:val="right"/>
      </w:pPr>
      <w:r>
        <w:t>انہوں نے لکھا ہے: "مولانا صاحب! روح اور شعور میں کیا فرق ہے؟</w:t>
      </w:r>
    </w:p>
    <w:p>
      <w:r>
        <w:rPr>
          <w:b/>
        </w:rPr>
        <w:t xml:space="preserve">[1:38:11] </w:t>
      </w:r>
      <w:r>
        <w:t>Quran aur Hadees ki roshni mein wazahat farmayein. Rooh aur shaoor ek hi cheez hai. Yeh science se pehle kai alfaaz bole jaate thay, Spirit aur Soul aur Rooh aur waghera waghera, yeh sab ab woh alfaaz khatam ho chuke hain science ki daryafton ke baad.</w:t>
      </w:r>
    </w:p>
    <w:p>
      <w:pPr>
        <w:jc w:val="right"/>
      </w:pPr>
      <w:r>
        <w:t>قرآن اور حدیث کی روشنی میں وضاحت فرمائیں۔ روح اور شعور ایک ہی چیز ہے۔ یہ سائنس سے پہلے کئی الفاظ بولے جاتے تھے، Spirit اور Soul اور روح اور وغیرہ وغیرہ، یہ سب اب وہ الفاظ ختم ہو چکے ہیں سائنس کی دریافتوں کے بعد۔</w:t>
      </w:r>
    </w:p>
    <w:p>
      <w:r>
        <w:rPr>
          <w:b/>
        </w:rPr>
        <w:t xml:space="preserve">[1:38:28] </w:t>
      </w:r>
      <w:r>
        <w:t>Ab toh ek hi hai, Mind hai aur Body hai, do hi cheezein hain. Aur koi teesri cheez nahi hai. Wahi Mind ko aap chahe shaoor kahein, chahe Soul kahein, chahe Rooh kahein, ya kuch bhi kahein.</w:t>
      </w:r>
    </w:p>
    <w:p>
      <w:pPr>
        <w:jc w:val="right"/>
      </w:pPr>
      <w:r>
        <w:t>اب تو ایک ہی ہے، Mind ہے اور Body ہے، دو ہی چیزیں ہیں۔ اور کوئی تیسری چیز نہیں ہے۔ وہی Mind کو آپ چاہے شعور کہیں، چاہے Soul کہیں، چاہے روح کہیں، یا کچھ بھی کہیے۔</w:t>
      </w:r>
    </w:p>
    <w:p>
      <w:r>
        <w:rPr>
          <w:b/>
        </w:rPr>
        <w:t xml:space="preserve">[1:38:40] </w:t>
      </w:r>
      <w:r>
        <w:t>Jee haan. Toh woh yeh rawaiti daur mein mukhtalif alfaaz bole jaate thay. Ab toh main samajhta hoon ke yahi alfaaz bolne chahiye, Mind aur Body ke alfaaz.</w:t>
      </w:r>
    </w:p>
    <w:p>
      <w:pPr>
        <w:jc w:val="right"/>
      </w:pPr>
      <w:r>
        <w:t>جی ہاں۔ تو وہ یہ روایتی دور میں مختلف الفاظ بولے جاتے تھے۔ اب تو میں سمجھتا ہوں کہ یہی الفاظ بولنے چاہیے، Mind اور Body کے الفاظ۔</w:t>
      </w:r>
    </w:p>
    <w:p>
      <w:r>
        <w:rPr>
          <w:b/>
        </w:rPr>
        <w:t xml:space="preserve">[1:38:57] </w:t>
      </w:r>
      <w:r>
        <w:t>Baaki chounke zamane mein alfaaz jo raaij hote hain toh woh khatam nahi hote. Toh woh adabi aitbaar se unka istemal jaari rahega, adabi istemal se.</w:t>
      </w:r>
    </w:p>
    <w:p>
      <w:pPr>
        <w:jc w:val="right"/>
      </w:pPr>
      <w:r>
        <w:t>باقی چونکہ زمانے میں الفاظ جو رائج ہوتے ہیں تو وہ ختم نہیں ہوتے۔ تو وہ ادبی اعتبار سے ان کا استعمال جاری رہے گا، ادبی استعمال سے۔</w:t>
      </w:r>
    </w:p>
    <w:p>
      <w:r>
        <w:rPr>
          <w:b/>
        </w:rPr>
        <w:t xml:space="preserve">[1:39:07] </w:t>
      </w:r>
      <w:r>
        <w:t>Lekin insaan ko samajhne ke liye jab baat ho toh aap ko yeh maanna hoga ke insaan ke do hi woh hain: ek uska Physical Being aur ek hai Intellectual Being, bas.</w:t>
      </w:r>
    </w:p>
    <w:p>
      <w:pPr>
        <w:jc w:val="right"/>
      </w:pPr>
      <w:r>
        <w:t>لیکن انسان کو سمجھنے کے لیے جب بات ہو تو آپ کو یہ ماننا ہوگا کہ انسان کے دو ہی وہ ہیں: ایک اس کا Physical Being اور ایک ہے Intellectual Being، بس۔</w:t>
      </w:r>
    </w:p>
    <w:p>
      <w:r>
        <w:rPr>
          <w:b/>
        </w:rPr>
        <w:t xml:space="preserve">[1:39:17] </w:t>
      </w:r>
      <w:r>
        <w:t>Aur koi teesri Being nahi hai.</w:t>
      </w:r>
    </w:p>
    <w:p>
      <w:pPr>
        <w:jc w:val="right"/>
      </w:pPr>
      <w:r>
        <w:t>اور کوئی تیسری Being نہیں ہے۔</w:t>
      </w:r>
    </w:p>
    <w:p>
      <w:r>
        <w:rPr>
          <w:b/>
        </w:rPr>
        <w:t xml:space="preserve">[1:39:23] </w:t>
      </w:r>
      <w:r>
        <w:t>Mr. Daniyal ka Patna Bihar se sawal hai. Unhon ne likha hai: "Hadees mein aaya hai ke shero shayari Iblees ka kaam hai</w:t>
      </w:r>
    </w:p>
    <w:p>
      <w:pPr>
        <w:jc w:val="right"/>
      </w:pPr>
      <w:r>
        <w:t>مسٹر دانیال کا پٹنہ بہار سے سوال ہے۔ انہوں نے لکھا ہے: "हदीस में आया है कि शेरो शायरी इब्लीस का काम है</w:t>
      </w:r>
    </w:p>
    <w:p>
      <w:r>
        <w:rPr>
          <w:b/>
        </w:rPr>
        <w:t xml:space="preserve">[1:39:33] </w:t>
      </w:r>
      <w:r>
        <w:t>. Ash-shiru min mazamir Iblees. Iska matlab kya hai?</w:t>
      </w:r>
    </w:p>
    <w:p>
      <w:pPr>
        <w:jc w:val="right"/>
      </w:pPr>
      <w:r>
        <w:t>۔ الشیرو من مزامیری ابلیس۔ اس کا مطلب کیا ہے؟</w:t>
      </w:r>
    </w:p>
    <w:p>
      <w:r>
        <w:rPr>
          <w:b/>
        </w:rPr>
        <w:t xml:space="preserve">[1:39:54] </w:t>
      </w:r>
      <w:r>
        <w:t>Iska matlab hai ek aadmi romantic ban jaata hai. Kisi bhi shair ko dekh ke woh romantic rehta hai.</w:t>
      </w:r>
    </w:p>
    <w:p>
      <w:pPr>
        <w:jc w:val="right"/>
      </w:pPr>
      <w:r>
        <w:t>اس کا مطلب ہے ایک آدمی رومانٹک بن جاتا ہے۔ کسی بھی شاعر کو دیکھ کے وہ رومانٹک رہتا ہے۔</w:t>
      </w:r>
    </w:p>
    <w:p>
      <w:r>
        <w:rPr>
          <w:b/>
        </w:rPr>
        <w:t xml:space="preserve">[1:40:01] </w:t>
      </w:r>
      <w:r>
        <w:t>Hamari family mein ek sahab thay, shair thay woh. Unka shair hai: "Shayari kya hai farogh-e-husn-e-peh'han dekhna khak-dan-e-aab-o-gul mein aalam-e-jaan dekhna." Matlab khayali duniya mein rehte hain, tasawwuri duniya mein rehte hain.</w:t>
      </w:r>
    </w:p>
    <w:p>
      <w:pPr>
        <w:jc w:val="right"/>
      </w:pPr>
      <w:r>
        <w:t>ہماری فیملی میں ایک صاحب تھے، شاعر تھے وہ۔ ان کا شعر ہے: "شاعری کیا ہے فروغ حسن پنہاں دیکھنا خاک دانِ آب و گل میں عالمِ جاں دیکھنا ۔" مطلب خیالی دنیا میں رہتے ہیں، تصوراتی دنیا میں رہتے ہیں۔</w:t>
      </w:r>
    </w:p>
    <w:p>
      <w:r>
        <w:rPr>
          <w:b/>
        </w:rPr>
        <w:t xml:space="preserve">[1:40:18] </w:t>
      </w:r>
      <w:r>
        <w:t>Huqaaq se unko matlab nahi hota.</w:t>
      </w:r>
    </w:p>
    <w:p>
      <w:pPr>
        <w:jc w:val="right"/>
      </w:pPr>
      <w:r>
        <w:t>حقائق سے ان کو مطلب نہیں ہوتا۔</w:t>
      </w:r>
    </w:p>
    <w:p>
      <w:r>
        <w:rPr>
          <w:b/>
        </w:rPr>
        <w:t xml:space="preserve">[1:40:24] </w:t>
      </w:r>
      <w:r>
        <w:t>Ya kisi bhi shair ko dekhiye. Hamare haan bohat mashhoor tareen shair hain Allama Iqbal ka. Woh romantic insaan, aadmi ko romantic is mein daal diya.</w:t>
      </w:r>
    </w:p>
    <w:p>
      <w:pPr>
        <w:jc w:val="right"/>
      </w:pPr>
      <w:r>
        <w:t>یا کسی بھی شاعر کو دیکھیے۔ ہمارے ہاں بہت مشہور ترین شاعر ہیں علامہ اقبال کا۔ وہ رومانٹک انسان، آدمی کو رومانٹک اس میں ڈال دیا۔</w:t>
      </w:r>
    </w:p>
    <w:p>
      <w:r>
        <w:rPr>
          <w:b/>
        </w:rPr>
        <w:t xml:space="preserve">[1:40:34] </w:t>
      </w:r>
      <w:r>
        <w:t>Yaani romantic world mein. Misaal ke taur par ke woh. "Din nahi tera nashiman qasr-e-sultani gumbad par.</w:t>
      </w:r>
    </w:p>
    <w:p>
      <w:pPr>
        <w:jc w:val="right"/>
      </w:pPr>
      <w:r>
        <w:t>یعنی رومانٹک ورلڈ میں۔ مثال کے طور پر کہ وہ۔ "دن نهی ترا نشیمن قصرِ سلطانی گنبد پر ۔</w:t>
      </w:r>
    </w:p>
    <w:p>
      <w:r>
        <w:rPr>
          <w:b/>
        </w:rPr>
        <w:t xml:space="preserve">[1:40:47] </w:t>
      </w:r>
      <w:r>
        <w:t>Toh shahi hai basar kar pahadon ke chattan'on mein." Yeh koi koi baat hai yeh? Toh ek romantic Thinking hai bas.</w:t>
      </w:r>
    </w:p>
    <w:p>
      <w:pPr>
        <w:jc w:val="right"/>
      </w:pPr>
      <w:r>
        <w:t>تو شاہی ہے بسرا کر پہاڑوں کے چٹانوں میں۔" یہ کوئی کوئی بات ہے یہ؟ تو ایک رومانٹک Thinking ہے بس۔</w:t>
      </w:r>
    </w:p>
    <w:p>
      <w:r>
        <w:rPr>
          <w:b/>
        </w:rPr>
        <w:t xml:space="preserve">[1:40:55] </w:t>
      </w:r>
      <w:r>
        <w:t>to shair, dekhiye Europe mein bohat shairi galat thi. jab science aai to shairi khatam ho gai. isi tarah Arab mein shairi bohat thi.</w:t>
      </w:r>
    </w:p>
    <w:p>
      <w:pPr>
        <w:jc w:val="right"/>
      </w:pPr>
      <w:r>
        <w:t>تو شاعر، دیکھیے یورپ میں بہت شاعری غلط تھی۔ جب سائنس آئی تو شاعری ختم ہو گئی۔ اسی طرح عرب میں شاعری بہت تھی۔</w:t>
      </w:r>
    </w:p>
    <w:p>
      <w:r>
        <w:rPr>
          <w:b/>
        </w:rPr>
        <w:t xml:space="preserve">[1:41:04] </w:t>
      </w:r>
      <w:r>
        <w:t>lekin Islamabad mein shairi khatam ho gai. ab to yeh daur-e-zawaal hai jis mein shairi ki baatein karte hain log. yeh zawaal ki alamat hai shairi.</w:t>
      </w:r>
    </w:p>
    <w:p>
      <w:pPr>
        <w:jc w:val="right"/>
      </w:pPr>
      <w:r>
        <w:t>لیکن اسلام آباد میں شاعری ختم ہو گئی۔ اب تو یہ دورِ زوال ہے جس میں شاعری کی باتیں کرتے ہیں لوگ۔ یہ زوال کی علامت ہے شاعری۔</w:t>
      </w:r>
    </w:p>
    <w:p>
      <w:r>
        <w:rPr>
          <w:b/>
        </w:rPr>
        <w:t xml:space="preserve">[1:41:14] </w:t>
      </w:r>
      <w:r>
        <w:t>ji haan. zinda qaum mein haqeeqat hoti hai, haqaa'iq par un ka zehn chalta hai. yeh romantic ideas par nahin.</w:t>
      </w:r>
    </w:p>
    <w:p>
      <w:pPr>
        <w:jc w:val="right"/>
      </w:pPr>
      <w:r>
        <w:t>جی ہاں۔ زندہ قوم میں حقیقت ہوتی ہے، حقائق پر ان کا ذہن چلتا ہے۔ یہ رومانٹک آئیڈیاز پر نہیں۔</w:t>
      </w:r>
    </w:p>
    <w:p>
      <w:r>
        <w:rPr>
          <w:b/>
        </w:rPr>
        <w:t xml:space="preserve">[1:41:25] </w:t>
      </w:r>
      <w:r>
        <w:t>yeh to main samajhta hoon ke zawaal ki alamat hai. yeh zindagi ki alamat nahin hai, shairi waghera kuch.</w:t>
      </w:r>
    </w:p>
    <w:p>
      <w:pPr>
        <w:jc w:val="right"/>
      </w:pPr>
      <w:r>
        <w:t>یہ تو میں سمجھتا ہوں کہ زوال کی علامت ہے۔ یہ زندگی کی علامت نہیں ہے، شاعری وغیرہ کچھ۔</w:t>
      </w:r>
    </w:p>
    <w:p>
      <w:r>
        <w:rPr>
          <w:b/>
        </w:rPr>
        <w:t xml:space="preserve">[1:41:35] </w:t>
      </w:r>
      <w:r>
        <w:t>Maulana, in ka aik aur sawal hai. unhon ne likha hai: "aajkal aisay log uthe hain jo Islam par articles aur kitabein likh kar chhaap rahe hain.</w:t>
      </w:r>
    </w:p>
    <w:p>
      <w:pPr>
        <w:jc w:val="right"/>
      </w:pPr>
      <w:r>
        <w:t>مولانا، ان کا ایک اور سوال ہے۔ انہوں نے لکھا ہے: "आजकल ऐसे लोग उठे हैं جو اسلام پر آرٹیکلز اور کتابیں لکھ کر چھاپ رہے ہیں۔</w:t>
      </w:r>
    </w:p>
    <w:p>
      <w:r>
        <w:rPr>
          <w:b/>
        </w:rPr>
        <w:t xml:space="preserve">[1:41:46] </w:t>
      </w:r>
      <w:r>
        <w:t>yeh log na Islam ki nisbat se matloob scholarship rakhte hain aur na woh is cheez ko jante hain jis ko art of writing kaha jata hai.</w:t>
      </w:r>
    </w:p>
    <w:p>
      <w:pPr>
        <w:jc w:val="right"/>
      </w:pPr>
      <w:r>
        <w:t>یہ لوگ نہ اسلام کی نسبت سے مطلوب سکالرشپ رکھتے ہیں اور نہ وہ اس چیز کو جانتے ہیں جس کو آرٹ آف رائٹنگ کہا جاتا ہے۔</w:t>
      </w:r>
    </w:p>
    <w:p>
      <w:r>
        <w:rPr>
          <w:b/>
        </w:rPr>
        <w:t xml:space="preserve">[1:41:56] </w:t>
      </w:r>
      <w:r>
        <w:t>aisay logon ke baray mein aap kya farmayein ge?</w:t>
      </w:r>
    </w:p>
    <w:p>
      <w:pPr>
        <w:jc w:val="right"/>
      </w:pPr>
      <w:r>
        <w:t>ایسے لوگوں کے بارے میں آپ کیا فرمائیں گے؟</w:t>
      </w:r>
    </w:p>
    <w:p>
      <w:r>
        <w:rPr>
          <w:b/>
        </w:rPr>
        <w:t xml:space="preserve">[1:42:03] </w:t>
      </w:r>
      <w:r>
        <w:t>bhai, hum kya kahein ge? yeh to azaadi hai. aadmi kuch bhi karega, hum kya kar sakte hain is ko? koi koi rasta to rok nahin sakte aap. waqai ke un ki jo kitabein hain</w:t>
      </w:r>
    </w:p>
    <w:p>
      <w:pPr>
        <w:jc w:val="right"/>
      </w:pPr>
      <w:r>
        <w:t>بھئی، ہم کیا کہیں گے؟ یہ تو آزادی ہے۔ آدمی کچھ بھی کرے گا، ہم کیا کر سکتے ہیں اس کو؟ کوئی کوئی راستہ تو روک نہیں سکتے آپ۔ واقعی کہ ان کی جو کتابیں ہیں</w:t>
      </w:r>
    </w:p>
    <w:p>
      <w:r>
        <w:rPr>
          <w:b/>
        </w:rPr>
        <w:t xml:space="preserve">[1:42:13] </w:t>
      </w:r>
      <w:r>
        <w:t>aur dead ho jati hain, aisay log jo art of writing nahin jante hon, woh woh chhaapte hain, chhaap kar doston ko free mein baant'te hain. main aksar logon se kehta hoon, mere paas aayein ge aadmi, aik kitaab, aik gift karega apni.</w:t>
      </w:r>
    </w:p>
    <w:p>
      <w:pPr>
        <w:jc w:val="right"/>
      </w:pPr>
      <w:r>
        <w:t>اور ڈیڈ ہو جاتی ہیں، ایسے لوگ جو آرٹ آف رائٹنگ نہیں جانتے ہوں، وہ وہ چھاپتے ہیں، چھاپ کر دوستوں کو فری میں بانٹتے ہیں۔ میں اکثر لوگوں سے کہتا ہوں، میرے پاس آئیں گے آدمی، ایک کتاب، ایک گفٹ کرے گا اپنی۔</w:t>
      </w:r>
    </w:p>
    <w:p>
      <w:r>
        <w:rPr>
          <w:b/>
        </w:rPr>
        <w:t xml:space="preserve">[1:42:27] </w:t>
      </w:r>
      <w:r>
        <w:t>to main kehta hoon, aakhir paisa west kiya aap ne? jo kitaab marketable na ho, us ko chhaapna bhi nahin chahiye. bas free mein baant'te hain doston ke ke main bhi musannif hoon.</w:t>
      </w:r>
    </w:p>
    <w:p>
      <w:pPr>
        <w:jc w:val="right"/>
      </w:pPr>
      <w:r>
        <w:t>تو میں کہتا ہوں، آخر پیسہ ویسٹ کیا آپ نے؟ جو کتاب مارکیٹیبل نہ ہو، اس کو چھاپنا بھی نہیں چاہیے۔ بس فری میں بانٹتے ہیں دوستوں کے کہ میں بھی مصنف ہوں۔</w:t>
      </w:r>
    </w:p>
    <w:p>
      <w:r>
        <w:rPr>
          <w:b/>
        </w:rPr>
        <w:t xml:space="preserve">[1:42:41] </w:t>
      </w:r>
      <w:r>
        <w:t>aik martaba main ne aik mazmoon likha, isi tarah ke trending se mazmoon likha tha. to main ne kaha tha ke aaj kal jo articles chhapte hain, jo kitabein chhap'ti hain, un ka aik hi title hona chahiye.</w:t>
      </w:r>
    </w:p>
    <w:p>
      <w:pPr>
        <w:jc w:val="right"/>
      </w:pPr>
      <w:r>
        <w:t>ایک مرتبہ میں نے ایک مضمون لکھا، اسی طرح کے ٹرینڈنگ سے مضمون لکھا تھا۔ تو میں نے کہا تھا کہ آج کل جو آرٹیکل چھپتے ہیں، جو کتابیں چھپتی ہیں، ان کا ایک ہی ٹائٹل ہونا چاہیے۔</w:t>
      </w:r>
    </w:p>
    <w:p>
      <w:r>
        <w:rPr>
          <w:b/>
        </w:rPr>
        <w:t xml:space="preserve">[1:42:55] </w:t>
      </w:r>
      <w:r>
        <w:t>aik hi title: "main writer hoon". bas. yaani apne writer hone ka ailaan kar rahe hain. baqi baat kuch bhi is ke andar nahin hoti.</w:t>
      </w:r>
    </w:p>
    <w:p>
      <w:pPr>
        <w:jc w:val="right"/>
      </w:pPr>
      <w:r>
        <w:t>ایک ہی ٹائٹل: "میں رائٹر ہوں"۔ بس۔ یعنی اپنے رائٹر ہونے کا اعلان کر رہے ہیں۔ باقی بات کچھ بھی اس کے اندر نہیں ہوتی۔</w:t>
      </w:r>
    </w:p>
    <w:p>
      <w:r>
        <w:rPr>
          <w:b/>
        </w:rPr>
        <w:t xml:space="preserve">[1:43:06] </w:t>
      </w:r>
      <w:r>
        <w:t>to batane ke liye ke main bhi writer hoon, main bhi musannif hoon, main bhi author hoon,</w:t>
      </w:r>
    </w:p>
    <w:p>
      <w:pPr>
        <w:jc w:val="right"/>
      </w:pPr>
      <w:r>
        <w:t>تو بتانے کے لیے کہ میں بھی رائٹر ہوں، میں بھی مصنف ہوں، میں بھی آتھر ہوں،</w:t>
      </w:r>
    </w:p>
    <w:p>
      <w:r>
        <w:rPr>
          <w:b/>
        </w:rPr>
        <w:t xml:space="preserve">[1:43:10] </w:t>
      </w:r>
      <w:r>
        <w:t>chhaapte hain kitabein to apne doston ko woh free mein baant'te hain. koi parhta uṛta hai nahin in ko. ab kya kiya jaye? azaadi hai to aadmi karega.</w:t>
      </w:r>
    </w:p>
    <w:p>
      <w:pPr>
        <w:jc w:val="right"/>
      </w:pPr>
      <w:r>
        <w:t>چھاپتے ہیں کتابیں تو اپنے دوستوں کو وہ فری میں بانٹتے ہیں۔ کوئی پڑھتا اڑتا ہے نہیں ان کو۔ اب کیا کیا جائے؟ آزادی ہے تو آدمی کرے گا۔</w:t>
      </w:r>
    </w:p>
    <w:p>
      <w:r>
        <w:rPr>
          <w:b/>
        </w:rPr>
        <w:t xml:space="preserve">[1:43:21] </w:t>
      </w:r>
      <w:r>
        <w:t>lekin law of nature khud hi is ko, yaani woh maslay ko hal kar raha hai. kyunke woh kitabein aati hain aur raddi mein chali jati hain.</w:t>
      </w:r>
    </w:p>
    <w:p>
      <w:pPr>
        <w:jc w:val="right"/>
      </w:pPr>
      <w:r>
        <w:t>لیکن لاء آف نیچر خود ہی اس کو، یعنی وہ مسئلے کو حل کر رہا ہے۔ کیونکہ وہ کتابیں آتی ہیں اور ردی میں چلی جاتی ہیں۔</w:t>
      </w:r>
    </w:p>
    <w:p>
      <w:r>
        <w:rPr>
          <w:b/>
        </w:rPr>
        <w:t xml:space="preserve">[1:43:30] </w:t>
      </w:r>
      <w:r>
        <w:t>koi parhta nahin hai is ko. aap ab survey kar lijiyay. is tarah ki kitabein koi parhta parhta nahin.</w:t>
      </w:r>
    </w:p>
    <w:p>
      <w:pPr>
        <w:jc w:val="right"/>
      </w:pPr>
      <w:r>
        <w:t>کوئی پڑھتا نہیں ہے اس کو۔ آپ اب سروے کر لیجیے۔ اس طرح کی کتابیں کوئی پڑھتا پڑھتا نہیں۔</w:t>
      </w:r>
    </w:p>
    <w:p>
      <w:r>
        <w:rPr>
          <w:b/>
        </w:rPr>
        <w:t xml:space="preserve">[1:43:38] </w:t>
      </w:r>
      <w:r>
        <w:t>woh sab raddi mein jati hain.</w:t>
      </w:r>
    </w:p>
    <w:p>
      <w:pPr>
        <w:jc w:val="right"/>
      </w:pPr>
      <w:r>
        <w:t>وہ سب ردی میں جاتی ہیں۔</w:t>
      </w:r>
    </w:p>
    <w:p>
      <w:r>
        <w:rPr>
          <w:b/>
        </w:rPr>
        <w:t xml:space="preserve">[1:43:43] </w:t>
      </w:r>
      <w:r>
        <w:t>Maulana Naseerullah ka Bangalore se sawal hai. unhon ne poocha hai Maulana ke kya log jahannum mein bhi hamesha rahenge?</w:t>
      </w:r>
    </w:p>
    <w:p>
      <w:pPr>
        <w:jc w:val="right"/>
      </w:pPr>
      <w:r>
        <w:t>مولانا نصیر اللہ کا بینگلور سے سوال ہے۔ انہوں نے پوچھا ہے مولانا کہ کیا لوگ جہنم میں بھی ہمیشہ رہیں گے؟</w:t>
      </w:r>
    </w:p>
    <w:p>
      <w:r>
        <w:rPr>
          <w:b/>
        </w:rPr>
        <w:t xml:space="preserve">[1:43:52] </w:t>
      </w:r>
      <w:r>
        <w:t>is ke baray mein batayein. Quran mein to yahi hai. ab hum to wohi jan'ne ge jo Quran mein likha hua hai. hamare paas Quran se bahar koi maloomat to hain nahin.</w:t>
      </w:r>
    </w:p>
    <w:p>
      <w:pPr>
        <w:jc w:val="right"/>
      </w:pPr>
      <w:r>
        <w:t>اس کے بارے میں بتائیں۔ قرآن میں تو یہی ہے۔ اب ہم تو وہی جانیں گے جو قرآن میں لکھا ہوا ہے۔ ہمارے پاس قرآن سے باہر کوئی معلومات تو ہیں نہیں۔</w:t>
      </w:r>
    </w:p>
    <w:p>
      <w:r>
        <w:rPr>
          <w:b/>
        </w:rPr>
        <w:t xml:space="preserve">[1:44:03] </w:t>
      </w:r>
      <w:r>
        <w:t>Quran mein to yahi hai ke</w:t>
      </w:r>
    </w:p>
    <w:p>
      <w:pPr>
        <w:jc w:val="right"/>
      </w:pPr>
      <w:r>
        <w:t>قرآن میں تو یہی ہے کہ</w:t>
      </w:r>
    </w:p>
    <w:p>
      <w:r>
        <w:rPr>
          <w:b/>
        </w:rPr>
        <w:t xml:space="preserve">[1:44:07] </w:t>
      </w:r>
      <w:r>
        <w:t>jannat bhi abadi hai aur jahannum bhi abadi hai. to jo hai woh us ko maaniye aap. hum alag se kahan se maloomat layeinge?</w:t>
      </w:r>
    </w:p>
    <w:p>
      <w:pPr>
        <w:jc w:val="right"/>
      </w:pPr>
      <w:r>
        <w:t>جنت بھی ابدی ہے اور جہنم بھی ابدی ہے۔ تو جو ہے وہ اس کو مانیے آپ۔ ہم الگ سے کہاں سے معلومات لائیں گے؟</w:t>
      </w:r>
    </w:p>
    <w:p>
      <w:r>
        <w:rPr>
          <w:b/>
        </w:rPr>
        <w:t xml:space="preserve">[1:44:17] </w:t>
      </w:r>
      <w:r>
        <w:t>Okay, we will end this session now. Thank you.</w:t>
      </w:r>
    </w:p>
    <w:p>
      <w:pPr>
        <w:jc w:val="right"/>
      </w:pPr>
      <w:r>
        <w:t>Okay, we will end this session now.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