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19 Maryam (Mary) - Maulana Wahiduddin Khan</w:t>
      </w:r>
    </w:p>
    <w:p>
      <w:r>
        <w:t>https://www.youtube.com/watch?v=jq1zhAHpYm8</w:t>
      </w:r>
    </w:p>
    <w:p>
      <w:r>
        <w:rPr>
          <w:b/>
        </w:rPr>
        <w:t xml:space="preserve">[00:01] </w:t>
      </w:r>
      <w:r>
        <w:t>bismillah hir rahman nir rahim.</w:t>
      </w:r>
    </w:p>
    <w:p>
      <w:pPr>
        <w:jc w:val="right"/>
      </w:pPr>
      <w:r>
        <w:t>بسم الله الرحمن الرحيم.</w:t>
      </w:r>
    </w:p>
    <w:p>
      <w:r>
        <w:rPr>
          <w:b/>
        </w:rPr>
        <w:t xml:space="preserve">[00:07] </w:t>
      </w:r>
      <w:r>
        <w:t>kaf ha ya ain</w:t>
      </w:r>
    </w:p>
    <w:p>
      <w:pPr>
        <w:jc w:val="right"/>
      </w:pPr>
      <w:r>
        <w:t>كاف ها يا عين</w:t>
      </w:r>
    </w:p>
    <w:p>
      <w:r>
        <w:rPr>
          <w:b/>
        </w:rPr>
        <w:t xml:space="preserve">[00:16] </w:t>
      </w:r>
      <w:r>
        <w:t>sad. zikr rahmat rabbika abdah zakariya iz nadā rabbahu nadā'an khafiyyan.</w:t>
      </w:r>
    </w:p>
    <w:p>
      <w:pPr>
        <w:jc w:val="right"/>
      </w:pPr>
      <w:r>
        <w:t>صاد. ذكر رحمة ربك عبده زكريا إذ نادى ربه نداءً خفيًا.</w:t>
      </w:r>
    </w:p>
    <w:p>
      <w:r>
        <w:rPr>
          <w:b/>
        </w:rPr>
        <w:t xml:space="preserve">[00:33] </w:t>
      </w:r>
      <w:r>
        <w:t>kaf ha ya ain sad. yeh is rahmat ka zikr hai jo tere rab ne apne bande zakariya par ki, jab us ne apne rab ko chhipi awaz se pukara.</w:t>
      </w:r>
    </w:p>
    <w:p>
      <w:pPr>
        <w:jc w:val="right"/>
      </w:pPr>
      <w:r>
        <w:t>کف ہا یا عین صاد۔ یہ اس رحمت کا ذکر ہے جو تیرے رب نے اپنے بندے زکریا پر کی، جب اس نے اپنے رب کو چھپی آواز سے پکارا۔</w:t>
      </w:r>
    </w:p>
    <w:p>
      <w:r>
        <w:rPr>
          <w:b/>
        </w:rPr>
        <w:t xml:space="preserve">[00:52] </w:t>
      </w:r>
      <w:r>
        <w:t>tashrih: hazrat zakariya hazrat maryam ke behnoi the. hazrat maryam ke walid ka naam imran tha.</w:t>
      </w:r>
    </w:p>
    <w:p>
      <w:pPr>
        <w:jc w:val="right"/>
      </w:pPr>
      <w:r>
        <w:t>تشریح: حضرت زکریا حضرت مریم کے بہنوئی تھے۔ حضرت مریم کے والد کا نام عمران تھا۔</w:t>
      </w:r>
    </w:p>
    <w:p>
      <w:r>
        <w:rPr>
          <w:b/>
        </w:rPr>
        <w:t xml:space="preserve">[01:03] </w:t>
      </w:r>
      <w:r>
        <w:t>hazrat maryam abhi sirf kuch saal ki theen</w:t>
      </w:r>
    </w:p>
    <w:p>
      <w:pPr>
        <w:jc w:val="right"/>
      </w:pPr>
      <w:r>
        <w:t>حضرت مریم ابھی صرف چند سال کی تھیں</w:t>
      </w:r>
    </w:p>
    <w:p>
      <w:r>
        <w:rPr>
          <w:b/>
        </w:rPr>
        <w:t xml:space="preserve">[01:08] </w:t>
      </w:r>
      <w:r>
        <w:t>ke un ke walid ka intiqal ho gaya. woh hekal ke nazim-e-ala the. un ke baad hazrat zakariya hekal ke nazim-e-ala, kahinon ke sardar muqarrar hue.</w:t>
      </w:r>
    </w:p>
    <w:p>
      <w:pPr>
        <w:jc w:val="right"/>
      </w:pPr>
      <w:r>
        <w:t>کہ ان کے والد کا انتقال ہو گیا۔ وہ ہیکل کے ناظمِ اعلیٰ تھے۔ ان کے بعد حضرت زکریا ہیکل کے ناظمِ اعلیٰ، کاہنوں کے سردار مقرر ہوئے۔</w:t>
      </w:r>
    </w:p>
    <w:p>
      <w:r>
        <w:rPr>
          <w:b/>
        </w:rPr>
        <w:t xml:space="preserve">[01:25] </w:t>
      </w:r>
      <w:r>
        <w:t>is zamane mein hazrat maryam</w:t>
      </w:r>
    </w:p>
    <w:p>
      <w:pPr>
        <w:jc w:val="right"/>
      </w:pPr>
      <w:r>
        <w:t>اس زمانے میں حضرت مریم</w:t>
      </w:r>
    </w:p>
    <w:p>
      <w:r>
        <w:rPr>
          <w:b/>
        </w:rPr>
        <w:t xml:space="preserve">[01:28] </w:t>
      </w:r>
      <w:r>
        <w:t>apni walida ki nazar ke mutabiq hekal ki khidmat mein de di gayi theen. hazrat zakariya chunaanche hazrat maryam ke qareebi aziz the aur hekal ke sardar bhi,</w:t>
      </w:r>
    </w:p>
    <w:p>
      <w:pPr>
        <w:jc w:val="right"/>
      </w:pPr>
      <w:r>
        <w:t>اپنی والدہ کی نظر کے مطابق ہیکل کی خدمت میں دے دی گئی تھیں۔ حضرت زکریا چونکہ حضرت مریم کے قریبی عزیز تھے اور ہیکل کے سردار بھی،</w:t>
      </w:r>
    </w:p>
    <w:p>
      <w:r>
        <w:rPr>
          <w:b/>
        </w:rPr>
        <w:t xml:space="preserve">[01:44] </w:t>
      </w:r>
      <w:r>
        <w:t>is liye wahi hazrat maryam ki tarbiyat ke zimmedar qarar paaye.</w:t>
      </w:r>
    </w:p>
    <w:p>
      <w:pPr>
        <w:jc w:val="right"/>
      </w:pPr>
      <w:r>
        <w:t>اس لیے وہی حضرت مریم کی تربیت کے ذمہ دار قرار پائے۔</w:t>
      </w:r>
    </w:p>
    <w:p>
      <w:r>
        <w:rPr>
          <w:b/>
        </w:rPr>
        <w:t xml:space="preserve">[01:54] </w:t>
      </w:r>
      <w:r>
        <w:t>hazrat zakariya alaihis salam ne chhipi awaz mein khuda se dua ki. yeh dua hairat angez taur par poori hui.</w:t>
      </w:r>
    </w:p>
    <w:p>
      <w:pPr>
        <w:jc w:val="right"/>
      </w:pPr>
      <w:r>
        <w:t>حضرت زکریا علیہ السلام نے چھپی آواز میں خدا سے دعا کی۔ یہ دعا حیرت انگیز طور پر پوری ہوئی۔</w:t>
      </w:r>
    </w:p>
    <w:p>
      <w:r>
        <w:rPr>
          <w:b/>
        </w:rPr>
        <w:t xml:space="preserve">[02:05] </w:t>
      </w:r>
      <w:r>
        <w:t>is se maloom hota hai ke sachchi dua kya hai. sachchi dua darasal</w:t>
      </w:r>
    </w:p>
    <w:p>
      <w:pPr>
        <w:jc w:val="right"/>
      </w:pPr>
      <w:r>
        <w:t>اس سے معلوم ہوتا ہے کہ سچی دعا کیا ہے۔ سچی دعا دراصل</w:t>
      </w:r>
    </w:p>
    <w:p>
      <w:r>
        <w:rPr>
          <w:b/>
        </w:rPr>
        <w:t xml:space="preserve">[02:12] </w:t>
      </w:r>
      <w:r>
        <w:t>is yaqin ka betabana izhar hai ke sara ikhtiyar sirf khuda ke paas hai. isi ke dene se aadmi ko milega, aur woh na de to kabhi kisi ko</w:t>
      </w:r>
    </w:p>
    <w:p>
      <w:pPr>
        <w:jc w:val="right"/>
      </w:pPr>
      <w:r>
        <w:t>اس یقین کا بے تابانہ اظہار ہے کہ سارا اختیار صرف خدا کے پاس ہے۔ اسی کے دینے سے آدمی کو ملے گا، اور وہ نہ دے تو کبھی کسی کو</w:t>
      </w:r>
    </w:p>
    <w:p>
      <w:r>
        <w:rPr>
          <w:b/>
        </w:rPr>
        <w:t xml:space="preserve">[02:28] </w:t>
      </w:r>
      <w:r>
        <w:t>kuch nahi mil sakta. sachchi dua ka sara rukh sirf ek khuda ki taraf hota hai.</w:t>
      </w:r>
    </w:p>
    <w:p>
      <w:pPr>
        <w:jc w:val="right"/>
      </w:pPr>
      <w:r>
        <w:t>کچھ نہیں مل سکتا۔ سچی دعا کا سارا رخ صرف ایک خدا کی طرف ہوتا ہے۔</w:t>
      </w:r>
    </w:p>
    <w:p>
      <w:r>
        <w:rPr>
          <w:b/>
        </w:rPr>
        <w:t xml:space="preserve">[02:37] </w:t>
      </w:r>
      <w:r>
        <w:t>yahi wajah hai ke sachchi dua sab se zyada is waqt ubalti hai</w:t>
      </w:r>
    </w:p>
    <w:p>
      <w:pPr>
        <w:jc w:val="right"/>
      </w:pPr>
      <w:r>
        <w:t>یہی وجہ ہے کہ سچی دعا سب سے زیادہ اس وقت ابلتی ہے</w:t>
      </w:r>
    </w:p>
    <w:p>
      <w:r>
        <w:rPr>
          <w:b/>
        </w:rPr>
        <w:t xml:space="preserve">[02:44] </w:t>
      </w:r>
      <w:r>
        <w:t>jab ke aadmi tanhai mein ho, jahan us ke aur khuda ke siwa koi teesra na paya jaye.</w:t>
      </w:r>
    </w:p>
    <w:p>
      <w:pPr>
        <w:jc w:val="right"/>
      </w:pPr>
      <w:r>
        <w:t>جب کہ آدمی تنہائی میں ہو، جہاں اس کے اور خدا کے سوا کوئی تیسرا نہ پایا جائے۔</w:t>
      </w:r>
    </w:p>
    <w:p>
      <w:r>
        <w:rPr>
          <w:b/>
        </w:rPr>
        <w:t xml:space="preserve">[02:56] </w:t>
      </w:r>
      <w:r>
        <w:t>qāla rabbi innī wahana al-ʿaẓmu minnī wa-ishtaʿala ar-ra'su shayban</w:t>
      </w:r>
    </w:p>
    <w:p>
      <w:pPr>
        <w:jc w:val="right"/>
      </w:pPr>
      <w:r>
        <w:t>قال رب إني وهن العظم مني واشتعل الرأس شيبًا</w:t>
      </w:r>
    </w:p>
    <w:p>
      <w:r>
        <w:rPr>
          <w:b/>
        </w:rPr>
        <w:t xml:space="preserve">[03:04] </w:t>
      </w:r>
      <w:r>
        <w:t>wa lam akun biduʿā'ika rabbi shaqiyyan wa innī khiftu al-mawālī min warā'ī wa kānat imra'atī ʿāqiran</w:t>
      </w:r>
    </w:p>
    <w:p>
      <w:pPr>
        <w:jc w:val="right"/>
      </w:pPr>
      <w:r>
        <w:t>ولم أكن بدعائك رب شقيًا وإني خفت الموالي من ورائي وكانت امرأتي عاقرًا</w:t>
      </w:r>
    </w:p>
    <w:p>
      <w:r>
        <w:rPr>
          <w:b/>
        </w:rPr>
        <w:t xml:space="preserve">[03:21] </w:t>
      </w:r>
      <w:r>
        <w:t>fahab lī min ladunka waliyyan yarithunī wa yarithu min āli yaʿqūb wajʿalhu rabbi raḍiyyan.</w:t>
      </w:r>
    </w:p>
    <w:p>
      <w:pPr>
        <w:jc w:val="right"/>
      </w:pPr>
      <w:r>
        <w:t>فهب لي من لدنك وليًا يرثني ويرث من آل يعقوب واجعله رب رضيًا.</w:t>
      </w:r>
    </w:p>
    <w:p>
      <w:r>
        <w:rPr>
          <w:b/>
        </w:rPr>
        <w:t xml:space="preserve">[03:34] </w:t>
      </w:r>
      <w:r>
        <w:t>zakariya ne kaha: aye mere rab!</w:t>
      </w:r>
    </w:p>
    <w:p>
      <w:pPr>
        <w:jc w:val="right"/>
      </w:pPr>
      <w:r>
        <w:t>زکریا نے کہا: اے میرے رب!</w:t>
      </w:r>
    </w:p>
    <w:p>
      <w:r>
        <w:rPr>
          <w:b/>
        </w:rPr>
        <w:t xml:space="preserve">[03:38] </w:t>
      </w:r>
      <w:r>
        <w:t>meri haddiyan kamzor ho gayi hain aur sar mein baalon ki safedi phail gayi hai. aur aye mere rab!</w:t>
      </w:r>
    </w:p>
    <w:p>
      <w:pPr>
        <w:jc w:val="right"/>
      </w:pPr>
      <w:r>
        <w:t>میری ہڈیاں کمزور ہو گئی ہیں اور سر میں بالوں کی سفیدی پھیل گئی ہے۔ اور اے میرے رب!</w:t>
      </w:r>
    </w:p>
    <w:p>
      <w:r>
        <w:rPr>
          <w:b/>
        </w:rPr>
        <w:t xml:space="preserve">[03:50] </w:t>
      </w:r>
      <w:r>
        <w:t>tujh se mang kar main kabhi mahroom nahi raha, aur main apne baad rishtedaron ki taraf se andesha rakhta hoon.</w:t>
      </w:r>
    </w:p>
    <w:p>
      <w:pPr>
        <w:jc w:val="right"/>
      </w:pPr>
      <w:r>
        <w:t>تجھ سے مانگ کر میں کبھی محروم نہیں رہا، اور میں اپنے بعد رشتہ داروں کی طرف سے اندیشہ رکھتا ہوں۔</w:t>
      </w:r>
    </w:p>
    <w:p>
      <w:r>
        <w:rPr>
          <w:b/>
        </w:rPr>
        <w:t xml:space="preserve">[04:01] </w:t>
      </w:r>
      <w:r>
        <w:t>aur meri biwi banjh hai, pas mujh ko apne paas se ek waris de jo meri jagah le, aur aal-e-yaqub ki bhi.</w:t>
      </w:r>
    </w:p>
    <w:p>
      <w:pPr>
        <w:jc w:val="right"/>
      </w:pPr>
      <w:r>
        <w:t>اور میری بیوی بانجھ ہے، پس مجھ کو اپنے پاس سے ایک وارث دے جو میری جگہ لے، اور آل یعقوب کی بھی۔</w:t>
      </w:r>
    </w:p>
    <w:p>
      <w:r>
        <w:rPr>
          <w:b/>
        </w:rPr>
        <w:t xml:space="preserve">[04:16] </w:t>
      </w:r>
      <w:r>
        <w:t>aur aye mere rab!</w:t>
      </w:r>
    </w:p>
    <w:p>
      <w:pPr>
        <w:jc w:val="right"/>
      </w:pPr>
      <w:r>
        <w:t>اور اے میرے رب!</w:t>
      </w:r>
    </w:p>
    <w:p>
      <w:r>
        <w:rPr>
          <w:b/>
        </w:rPr>
        <w:t xml:space="preserve">[04:18] </w:t>
      </w:r>
      <w:r>
        <w:t>isko apna pasandeeda bana.</w:t>
      </w:r>
    </w:p>
    <w:p>
      <w:pPr>
        <w:jc w:val="right"/>
      </w:pPr>
      <w:r>
        <w:t>اس کو اپنا پسندیدہ بنا۔</w:t>
      </w:r>
    </w:p>
    <w:p>
      <w:r>
        <w:rPr>
          <w:b/>
        </w:rPr>
        <w:t xml:space="preserve">[04:24] </w:t>
      </w:r>
      <w:r>
        <w:t>tashreeh: yeh is bande ki zabaan se nikli hui dua hai jo deen ka mission chalate hue bilkul boodha ho gaya tha,</w:t>
      </w:r>
    </w:p>
    <w:p>
      <w:pPr>
        <w:jc w:val="right"/>
      </w:pPr>
      <w:r>
        <w:t>تشریح: یہ اس بندے کی زبان سے نکلی ہوئی دعا ہے جو دین کا مشن چلاتے ہوئے بالکل بوڑھا ہو گیا تھا،</w:t>
      </w:r>
    </w:p>
    <w:p>
      <w:r>
        <w:rPr>
          <w:b/>
        </w:rPr>
        <w:t xml:space="preserve">[04:36] </w:t>
      </w:r>
      <w:r>
        <w:t>aur ahle khandan mein koi shakhs is ko nazar nahi aata tha jo is ke baad is ke mission ko jaari rakh sakay.</w:t>
      </w:r>
    </w:p>
    <w:p>
      <w:pPr>
        <w:jc w:val="right"/>
      </w:pPr>
      <w:r>
        <w:t>اور اہل خاندان میں کوئی شخص اس کو نظر نہیں آتا تھا جو اس کے بعد اس کے مشن کو جاری رکھے۔</w:t>
      </w:r>
    </w:p>
    <w:p>
      <w:r>
        <w:rPr>
          <w:b/>
        </w:rPr>
        <w:t xml:space="preserve">[04:47] </w:t>
      </w:r>
      <w:r>
        <w:t>aik taraf apna ajz aur doosri taraf mission ki ahmiyat.</w:t>
      </w:r>
    </w:p>
    <w:p>
      <w:pPr>
        <w:jc w:val="right"/>
      </w:pPr>
      <w:r>
        <w:t>ایک طرف اپنا عجز اور دوسری طرف مشن کی اہمیت۔</w:t>
      </w:r>
    </w:p>
    <w:p>
      <w:r>
        <w:rPr>
          <w:b/>
        </w:rPr>
        <w:t xml:space="preserve">[04:54] </w:t>
      </w:r>
      <w:r>
        <w:t>yeh dono ehsasat is ki zabaan par is dua ki soorat mein dhal gaye jo mazkoora ayat mein nazar atay hain.</w:t>
      </w:r>
    </w:p>
    <w:p>
      <w:pPr>
        <w:jc w:val="right"/>
      </w:pPr>
      <w:r>
        <w:t>یہ دونوں احساسات اس کی زبان پر اس دعا کی صورت میں ڈھل گئے جو مذکورہ آیات میں نظر آتے ہیں۔</w:t>
      </w:r>
    </w:p>
    <w:p>
      <w:r>
        <w:rPr>
          <w:b/>
        </w:rPr>
        <w:t xml:space="preserve">[05:05] </w:t>
      </w:r>
      <w:r>
        <w:t>goya yeh aam maanon mein mahaz aik bete ki dua na thi,</w:t>
      </w:r>
    </w:p>
    <w:p>
      <w:pPr>
        <w:jc w:val="right"/>
      </w:pPr>
      <w:r>
        <w:t>گویا یہ عام معنوں میں محض ایک بیٹے کی دعا نہ تھی،</w:t>
      </w:r>
    </w:p>
    <w:p>
      <w:r>
        <w:rPr>
          <w:b/>
        </w:rPr>
        <w:t xml:space="preserve">[05:12] </w:t>
      </w:r>
      <w:r>
        <w:t>balkeh is baat ki dua thi ke mujhe aik aisa laiq shakhs hasil ho jaye jo mere baad mere peghambari mission ko jaari rakhay.</w:t>
      </w:r>
    </w:p>
    <w:p>
      <w:pPr>
        <w:jc w:val="right"/>
      </w:pPr>
      <w:r>
        <w:t>بلکہ اس بات کی دعا تھی کہ مجھے ایک ایسا لائق شخص حاصل ہو جائے جو میرے بعد میرے پیغمبرانہ مشن کو جاری رکھے۔</w:t>
      </w:r>
    </w:p>
    <w:p>
      <w:r>
        <w:rPr>
          <w:b/>
        </w:rPr>
        <w:t xml:space="preserve">[05:28] </w:t>
      </w:r>
      <w:r>
        <w:t>ya zakariya inna nubashiruka bighulamin ismuhu yahya lam najal lahu min qablu samiya qala rab anna yakunu li ghulam</w:t>
      </w:r>
    </w:p>
    <w:p>
      <w:pPr>
        <w:jc w:val="right"/>
      </w:pPr>
      <w:r>
        <w:t>يا زكريا إنا نبشرك بغلام اسمه يحيى لم نجعل له من قبل سمیًا قال رب أنا يكون لي غلام</w:t>
      </w:r>
    </w:p>
    <w:p>
      <w:r>
        <w:rPr>
          <w:b/>
        </w:rPr>
        <w:t xml:space="preserve">[05:46] </w:t>
      </w:r>
      <w:r>
        <w:t>wa kanat amrati aaqiraw wa qad bulughtu minal kibri atiya. aye zakariya!</w:t>
      </w:r>
    </w:p>
    <w:p>
      <w:pPr>
        <w:jc w:val="right"/>
      </w:pPr>
      <w:r>
        <w:t>وكانت امرأتي عاقرًا وقد بلغت من الكبر عتيًا. اے زکریا!</w:t>
      </w:r>
    </w:p>
    <w:p>
      <w:r>
        <w:rPr>
          <w:b/>
        </w:rPr>
        <w:t xml:space="preserve">[05:56] </w:t>
      </w:r>
      <w:r>
        <w:t>hum tum ko aik ladke ki basharat dete hain jis ka naam yahya hoga. hum ne is se pehle is naam ka koi aadmi nahi banaya.</w:t>
      </w:r>
    </w:p>
    <w:p>
      <w:pPr>
        <w:jc w:val="right"/>
      </w:pPr>
      <w:r>
        <w:t>ہم تم کو ایک لڑکے کی بشارت دیتے ہیں جس کا نام یحیی ہوگا۔ ہم نے اس سے پہلے اس نام کا کوئی آدمی نہیں بنایا۔</w:t>
      </w:r>
    </w:p>
    <w:p>
      <w:r>
        <w:rPr>
          <w:b/>
        </w:rPr>
        <w:t xml:space="preserve">[06:09] </w:t>
      </w:r>
      <w:r>
        <w:t>us ne kaha: aye mere rab!</w:t>
      </w:r>
    </w:p>
    <w:p>
      <w:pPr>
        <w:jc w:val="right"/>
      </w:pPr>
      <w:r>
        <w:t>اس نے کہا: اے میرے رب!</w:t>
      </w:r>
    </w:p>
    <w:p>
      <w:r>
        <w:rPr>
          <w:b/>
        </w:rPr>
        <w:t xml:space="preserve">[06:13] </w:t>
      </w:r>
      <w:r>
        <w:t>mere yahan ladka kaise hoga jabkeh meri biwi banjh hai, aur main boodhape ke intehai darje ko puhanch chuka hoon.</w:t>
      </w:r>
    </w:p>
    <w:p>
      <w:pPr>
        <w:jc w:val="right"/>
      </w:pPr>
      <w:r>
        <w:t>میرے یہاں لڑکا کیسے ہوگا جبکہ میری بیوی بانجھ ہے، اور میں بڑھاپے کے انتہائی درجے کو پہنچ چکا ہوں۔</w:t>
      </w:r>
    </w:p>
    <w:p>
      <w:r>
        <w:rPr>
          <w:b/>
        </w:rPr>
        <w:t xml:space="preserve">[06:26] </w:t>
      </w:r>
      <w:r>
        <w:t>tashreeh: yeh dua bete ki soorat mein qabool hui.</w:t>
      </w:r>
    </w:p>
    <w:p>
      <w:pPr>
        <w:jc w:val="right"/>
      </w:pPr>
      <w:r>
        <w:t>تشریح: یہ دعا بیٹے کی صورت میں قبول ہوئی۔</w:t>
      </w:r>
    </w:p>
    <w:p>
      <w:r>
        <w:rPr>
          <w:b/>
        </w:rPr>
        <w:t xml:space="preserve">[06:33] </w:t>
      </w:r>
      <w:r>
        <w:t>aik aisa beta jaisa beta aam taur par logon ke yahan paida nahi hota. aik shakhs jo aakhri had tak boodha ho chuka ho aur jis ki biwi poori umer tak banjh rahi ho,</w:t>
      </w:r>
    </w:p>
    <w:p>
      <w:pPr>
        <w:jc w:val="right"/>
      </w:pPr>
      <w:r>
        <w:t>ایک ایسا بیٹا جیسا بیٹا عام طور پر لوگوں کے یہاں پیدا نہیں ہوتا۔ ایک شخص جو آخری حد تک بوڑھا ہو چکا ہو اور جس کی بیوی پوری عمر تک بانجھ رہی ہو،</w:t>
      </w:r>
    </w:p>
    <w:p>
      <w:r>
        <w:rPr>
          <w:b/>
        </w:rPr>
        <w:t xml:space="preserve">[06:51] </w:t>
      </w:r>
      <w:r>
        <w:t>us ke yahan bachcha paida hona yaqeenan aik intehai ghair mamooli baat hai. is bina par Hazrat Zakariya ko is khabar par khushi ke sath taajjub bhi hua.</w:t>
      </w:r>
    </w:p>
    <w:p>
      <w:pPr>
        <w:jc w:val="right"/>
      </w:pPr>
      <w:r>
        <w:t>اس کے یہاں بچہ پیدا ہونا یقیناً ایک انتہائی غیر معمولی بات ہے۔ اس بنا پر حضرت زکریا کو اس خبر پر خوشی کے ساتھ تعجب بھی ہوا۔</w:t>
      </w:r>
    </w:p>
    <w:p>
      <w:r>
        <w:rPr>
          <w:b/>
        </w:rPr>
        <w:t xml:space="preserve">[07:07] </w:t>
      </w:r>
      <w:r>
        <w:t>milne wali nemat ke ghair mutawaqqay hone ka ehsas un ki zabaan se</w:t>
      </w:r>
    </w:p>
    <w:p>
      <w:pPr>
        <w:jc w:val="right"/>
      </w:pPr>
      <w:r>
        <w:t>ملنے والی نعمت کے غیر متوقع ہونے کا احساس ان کی زبان سے</w:t>
      </w:r>
    </w:p>
    <w:p>
      <w:r>
        <w:rPr>
          <w:b/>
        </w:rPr>
        <w:t xml:space="preserve">[07:13] </w:t>
      </w:r>
      <w:r>
        <w:t>un alfaaz mein nikal pada ke mere yahan kaise bachcha paida hoga jabkeh main aur meri biwi dono is aitbaar se azkar rafta ho chuke hain.</w:t>
      </w:r>
    </w:p>
    <w:p>
      <w:pPr>
        <w:jc w:val="right"/>
      </w:pPr>
      <w:r>
        <w:t>ان الفاظ میں نکل پڑا کہ میرے یہاں کیسے بچہ پیدا ہوگا جبکہ میں اور میری بیوی دونوں اس اعتبار سے اذکار رفتہ ہو چکے ہیں۔</w:t>
      </w:r>
    </w:p>
    <w:p>
      <w:r>
        <w:rPr>
          <w:b/>
        </w:rPr>
        <w:t xml:space="preserve">[07:28] </w:t>
      </w:r>
      <w:r>
        <w:t>qala kadhalika qala rabbuka huwa alayya</w:t>
      </w:r>
    </w:p>
    <w:p>
      <w:pPr>
        <w:jc w:val="right"/>
      </w:pPr>
      <w:r>
        <w:t>قال كذلك قال ربك هو علي</w:t>
      </w:r>
    </w:p>
    <w:p>
      <w:r>
        <w:rPr>
          <w:b/>
        </w:rPr>
        <w:t xml:space="preserve">[07:32] </w:t>
      </w:r>
      <w:r>
        <w:t>hayyin wa qad khalaqtuka min qablu wa lam taku shaiy'an qala rabij al li ayata qala ayatuka alla tukallim</w:t>
      </w:r>
    </w:p>
    <w:p>
      <w:pPr>
        <w:jc w:val="right"/>
      </w:pPr>
      <w:r>
        <w:t>هين وقد خلقتك من قبل ولم تك شيئًا قال رب اجعل لي آية قال آيتك ألا تكلم</w:t>
      </w:r>
    </w:p>
    <w:p>
      <w:r>
        <w:rPr>
          <w:b/>
        </w:rPr>
        <w:t xml:space="preserve">[07:48] </w:t>
      </w:r>
      <w:r>
        <w:t>annasa thalatha layalin sawiyyan fakhraja ala qawmihi minal mihrabi faawha ilayhim an sabbihu bukratan wa ashiyyan.</w:t>
      </w:r>
    </w:p>
    <w:p>
      <w:pPr>
        <w:jc w:val="right"/>
      </w:pPr>
      <w:r>
        <w:t>الناس ثلاث ليالٍ سويًا فخرج على قومه من المحراب فأوحى إليهم أن سبحوا بكرة وعشيًا.</w:t>
      </w:r>
    </w:p>
    <w:p>
      <w:r>
        <w:rPr>
          <w:b/>
        </w:rPr>
        <w:t xml:space="preserve">[08:08] </w:t>
      </w:r>
      <w:r>
        <w:t>jawab mila ke aisa hi hoga. tera rab farmata hai ke yeh mere liye aasan hai. maine is se pehle tum ko paida kiya jabkeh tum kuch bhi na thay.</w:t>
      </w:r>
    </w:p>
    <w:p>
      <w:pPr>
        <w:jc w:val="right"/>
      </w:pPr>
      <w:r>
        <w:t>جواب ملا کہ ایسا ہی ہوگا۔ تیرا رب فرماتا ہے کہ یہ میرے لیے آسان ہے۔ میں نے اس سے پہلے تم کو پیدا کیا حالانکہ تم کچھ بھی نہ تھے۔</w:t>
      </w:r>
    </w:p>
    <w:p>
      <w:r>
        <w:rPr>
          <w:b/>
        </w:rPr>
        <w:t xml:space="preserve">[08:24] </w:t>
      </w:r>
      <w:r>
        <w:t>zakariya ne kaha ke aye mere rab!</w:t>
      </w:r>
    </w:p>
    <w:p>
      <w:pPr>
        <w:jc w:val="right"/>
      </w:pPr>
      <w:r>
        <w:t>زکریا نے کہا کہ اے میرے رب!</w:t>
      </w:r>
    </w:p>
    <w:p>
      <w:r>
        <w:rPr>
          <w:b/>
        </w:rPr>
        <w:t xml:space="preserve">[08:27] </w:t>
      </w:r>
      <w:r>
        <w:t>mere liye koi nishani muqarrar kar de. farmaya ke tumhari nishani yeh hai ke tum teen shab o roz logon se baat na kar sako ge jabkeh tum tandrust hoge.</w:t>
      </w:r>
    </w:p>
    <w:p>
      <w:pPr>
        <w:jc w:val="right"/>
      </w:pPr>
      <w:r>
        <w:t>میرے لیے کوئی نشانی مقرر کر دے۔ فرمایا کہ تمہاری نشانی یہ ہے کہ تم تین شب و روز لوگوں سے بات نہ کر سکو گے حالانکہ تم تندرست ہو گے۔</w:t>
      </w:r>
    </w:p>
    <w:p>
      <w:r>
        <w:rPr>
          <w:b/>
        </w:rPr>
        <w:t xml:space="preserve">[08:44] </w:t>
      </w:r>
      <w:r>
        <w:t>phir zakariya mihrab-e-ibadat se nikal kar logon ke paas aaya aur un se isharay se kaha ke tum subah o shaam Khuda ki pakki bayan karo.</w:t>
      </w:r>
    </w:p>
    <w:p>
      <w:pPr>
        <w:jc w:val="right"/>
      </w:pPr>
      <w:r>
        <w:t>پھر زکریا محراب عبادت سے نکل کر لوگوں کے پاس آیا اور ان سے اشارے سے کہا کہ تم صبح و شام خدا کی پاکی بیان کرو۔</w:t>
      </w:r>
    </w:p>
    <w:p>
      <w:r>
        <w:rPr>
          <w:b/>
        </w:rPr>
        <w:t xml:space="preserve">[09:01] </w:t>
      </w:r>
      <w:r>
        <w:t>tashreeh: pehle insan ka baap aur maa ke baghair paida hona jis tarah aik khodai moajza hai, usi tarah baap aur maa ke zariye bachche ka paida hona bhi aik khodai moajza hai,</w:t>
      </w:r>
    </w:p>
    <w:p>
      <w:pPr>
        <w:jc w:val="right"/>
      </w:pPr>
      <w:r>
        <w:t>تشریح: پہلے انسان کا باپ اور ماں کے بغیر پیدا ہونا جس طرح ایک خدائی معجزہ ہے، اسی طرح باپ اور ماں کے ذریعے بچے کا پیدا ہونا بھی ایک خدائی معجزہ ہے،</w:t>
      </w:r>
    </w:p>
    <w:p>
      <w:r>
        <w:rPr>
          <w:b/>
        </w:rPr>
        <w:t xml:space="preserve">[09:19] </w:t>
      </w:r>
      <w:r>
        <w:t>khwah yeh maa baap boodhe hon ya jawan. haqeeqat yeh hai ke yeh Khuda hai jo insan ko paida karta hai.</w:t>
      </w:r>
    </w:p>
    <w:p>
      <w:pPr>
        <w:jc w:val="right"/>
      </w:pPr>
      <w:r>
        <w:t>خواہ یہ ماں باپ بوڑھے ہوں یا جوان۔ حقیقت یہ ہے کہ یہ خدا ہے جو انسان کو پیدا کرتا ہے۔</w:t>
      </w:r>
    </w:p>
    <w:p>
      <w:r>
        <w:rPr>
          <w:b/>
        </w:rPr>
        <w:t xml:space="preserve">[09:29] </w:t>
      </w:r>
      <w:r>
        <w:t>isi ne pehle paida kiya aur wahi aaj bhi paida karne wala hai.</w:t>
      </w:r>
    </w:p>
    <w:p>
      <w:pPr>
        <w:jc w:val="right"/>
      </w:pPr>
      <w:r>
        <w:t>اسی نے پہلے پیدا کیا اور وہی آج بھی پیدا کرنے والا ہے۔</w:t>
      </w:r>
    </w:p>
    <w:p>
      <w:r>
        <w:rPr>
          <w:b/>
        </w:rPr>
        <w:t xml:space="preserve">[09:35] </w:t>
      </w:r>
      <w:r>
        <w:t>dusri har cheez mahaz ek zahiri bahana hai na ke haqeeqi wajah. Hazrat Zakariya ne rehmat-e-khudawandi ke milne ki nishani daryaft ki.</w:t>
      </w:r>
    </w:p>
    <w:p>
      <w:pPr>
        <w:jc w:val="right"/>
      </w:pPr>
      <w:r>
        <w:t>دوسری ہر چیز محض ایک ظاہری بہانہ ہے نہ کہ حقیقی وجہ۔ حضرت زکریا نے رحمت خداوندی کے ملنے کی علامت دریافت کی۔</w:t>
      </w:r>
    </w:p>
    <w:p>
      <w:r>
        <w:rPr>
          <w:b/>
        </w:rPr>
        <w:t xml:space="preserve">[09:49] </w:t>
      </w:r>
      <w:r>
        <w:t>bataya gaya ke tandrust hone ke bawajood</w:t>
      </w:r>
    </w:p>
    <w:p>
      <w:pPr>
        <w:jc w:val="right"/>
      </w:pPr>
      <w:r>
        <w:t>بتایا گیا کہ تندرست ہونے کے باوجود</w:t>
      </w:r>
    </w:p>
    <w:p>
      <w:r>
        <w:rPr>
          <w:b/>
        </w:rPr>
        <w:t xml:space="preserve">[09:53] </w:t>
      </w:r>
      <w:r>
        <w:t>jab kamil teen raat din tak logon se zaban ke zariye baat na kar sako, us waqt samajh lena ke hamal qaraar pa gaya hai.</w:t>
      </w:r>
    </w:p>
    <w:p>
      <w:pPr>
        <w:jc w:val="right"/>
      </w:pPr>
      <w:r>
        <w:t>جب کامل تین رات دن تک لوگوں سے زبان کے ذریعے بات نہ کر سکو، اس وقت سمجھ لینا کہ حمل قرار پا گیا ہے۔</w:t>
      </w:r>
    </w:p>
    <w:p>
      <w:r>
        <w:rPr>
          <w:b/>
        </w:rPr>
        <w:t xml:space="preserve">[10:05] </w:t>
      </w:r>
      <w:r>
        <w:t>chunaanche jab woh waqt aaya to zaban baat cheet se ruk gayi.</w:t>
      </w:r>
    </w:p>
    <w:p>
      <w:pPr>
        <w:jc w:val="right"/>
      </w:pPr>
      <w:r>
        <w:t>چنانچہ جب وہ وقت آیا تو زبان بات چیت سے رک گئی۔</w:t>
      </w:r>
    </w:p>
    <w:p>
      <w:r>
        <w:rPr>
          <w:b/>
        </w:rPr>
        <w:t xml:space="preserve">[10:10] </w:t>
      </w:r>
      <w:r>
        <w:t>Hazrat Zakariya apne ibadat khane se bahar nikle aur logon se isharay ke sath kaha ke subah o shaam Allah ko yaad karo aur us ki ibadat o itaat mein mashghool raho.</w:t>
      </w:r>
    </w:p>
    <w:p>
      <w:pPr>
        <w:jc w:val="right"/>
      </w:pPr>
      <w:r>
        <w:t>حضرت زکریا اپنے عبادت خانے سے باہر نکلے اور لوگوں سے اشارے کے ساتھ کہا کہ صبح و شام اللہ کو یاد کرو اور اس کی عبادت و اطاعت میں مشغول رہو۔</w:t>
      </w:r>
    </w:p>
    <w:p>
      <w:r>
        <w:rPr>
          <w:b/>
        </w:rPr>
        <w:t xml:space="preserve">[10:26] </w:t>
      </w:r>
      <w:r>
        <w:t>Hazrat Zakariya ka ghaliban yeh mamool tha ke woh rozana logon ko waaz o naseehat farmate thay. Jab zaban bolne se ruk gayi, tab bhi aap maqam-e-ijtema par aaye aur logon ko naseehat ki.</w:t>
      </w:r>
    </w:p>
    <w:p>
      <w:pPr>
        <w:jc w:val="right"/>
      </w:pPr>
      <w:r>
        <w:t>حضرت زکریا کا غالباً یہ معمول تھا کہ وہ روزانہ لوگوں کو وعظ و نصیحت فرماتے تھے۔ جب زبان بولنے سے رک گئی، تب بھی آپ مقام اجتماع پر آئے اور لوگوں کو نصیحت کی۔</w:t>
      </w:r>
    </w:p>
    <w:p>
      <w:r>
        <w:rPr>
          <w:b/>
        </w:rPr>
        <w:t xml:space="preserve">[10:42] </w:t>
      </w:r>
      <w:r>
        <w:t>albata</w:t>
      </w:r>
    </w:p>
    <w:p>
      <w:pPr>
        <w:jc w:val="right"/>
      </w:pPr>
      <w:r>
        <w:t>البتہ</w:t>
      </w:r>
    </w:p>
    <w:p>
      <w:r>
        <w:rPr>
          <w:b/>
        </w:rPr>
        <w:t xml:space="preserve">[10:43] </w:t>
      </w:r>
      <w:r>
        <w:t>chunke zaban chal nahi rahi thi, aap ne isharay ke sath logon ko taqeen farmayi.</w:t>
      </w:r>
    </w:p>
    <w:p>
      <w:pPr>
        <w:jc w:val="right"/>
      </w:pPr>
      <w:r>
        <w:t>چونکہ زبان چل نہیں رہی تھی، آپ نے اشارے کے ساتھ لوگوں کو تلقین فرمائی۔</w:t>
      </w:r>
    </w:p>
    <w:p>
      <w:r>
        <w:rPr>
          <w:b/>
        </w:rPr>
        <w:t xml:space="preserve">[10:53] </w:t>
      </w:r>
      <w:r>
        <w:t>ya yahya khudh al-kitaba bi quwwatin wa ataynahu al-hikma sabiyyan wa hananan min ladunna wa zakatan wa kana taqiyyan</w:t>
      </w:r>
    </w:p>
    <w:p>
      <w:pPr>
        <w:jc w:val="right"/>
      </w:pPr>
      <w:r>
        <w:t>يا يحيى خذ الكتاب بقوة وآتيناه الحكم صبيا وحنانا من لدنا وزكاة وكان تقيا</w:t>
      </w:r>
    </w:p>
    <w:p>
      <w:r>
        <w:rPr>
          <w:b/>
        </w:rPr>
        <w:t xml:space="preserve">[11:10] </w:t>
      </w:r>
      <w:r>
        <w:t>wa birran biwalidayhi wa lam yakun jabbaran asiyyan wa salamatun 'alayhi yawma wulida wa yawma yamutu wa yawma yub'athu hayyan.</w:t>
      </w:r>
    </w:p>
    <w:p>
      <w:pPr>
        <w:jc w:val="right"/>
      </w:pPr>
      <w:r>
        <w:t>وبرا بوالديه ولم يكن جبارا عصيا وسلام عليه يوم ولد ويوم يموت ويوم يبعث حيا.</w:t>
      </w:r>
    </w:p>
    <w:p>
      <w:r>
        <w:rPr>
          <w:b/>
        </w:rPr>
        <w:t xml:space="preserve">[11:26] </w:t>
      </w:r>
      <w:r>
        <w:t>ae Yahya</w:t>
      </w:r>
    </w:p>
    <w:p>
      <w:pPr>
        <w:jc w:val="right"/>
      </w:pPr>
      <w:r>
        <w:t>اے یحیی</w:t>
      </w:r>
    </w:p>
    <w:p>
      <w:r>
        <w:rPr>
          <w:b/>
        </w:rPr>
        <w:t xml:space="preserve">[11:27] </w:t>
      </w:r>
      <w:r>
        <w:t>! kitaab ko mazbooti se pakdo aur hum ne is ko bachpan hi mein deen ki samajh ata ki aur apni taraf se is ko narm dili aur pakizgi ata ki.</w:t>
      </w:r>
    </w:p>
    <w:p>
      <w:pPr>
        <w:jc w:val="right"/>
      </w:pPr>
      <w:r>
        <w:t>! کتاب کو مضبوطی سے پکڑو اور ہم نے اس کو بچپن ہی میں دین کی سمجھ عطا کی اور اپنی طرف سے اس کو نرم دلی اور پاکیزگی عطا کی۔</w:t>
      </w:r>
    </w:p>
    <w:p>
      <w:r>
        <w:rPr>
          <w:b/>
        </w:rPr>
        <w:t xml:space="preserve">[11:41] </w:t>
      </w:r>
      <w:r>
        <w:t>aur woh parhezgar aur apne walidain ka khidmat guzar tha</w:t>
      </w:r>
    </w:p>
    <w:p>
      <w:pPr>
        <w:jc w:val="right"/>
      </w:pPr>
      <w:r>
        <w:t>اور وہ پرہیزگار اور اپنے والدین کا خدمت گزار تھا</w:t>
      </w:r>
    </w:p>
    <w:p>
      <w:r>
        <w:rPr>
          <w:b/>
        </w:rPr>
        <w:t xml:space="preserve">[11:47] </w:t>
      </w:r>
      <w:r>
        <w:t>aur woh sarkash aur nafarman na tha. Aur us par salamat hai jis din woh paida hua aur jis din woh marega aur jis din woh zinda kar ke uthaya jayega.</w:t>
      </w:r>
    </w:p>
    <w:p>
      <w:pPr>
        <w:jc w:val="right"/>
      </w:pPr>
      <w:r>
        <w:t>اور وہ سرکش اور نافرمان نہ تھا۔ اور اس پر سلامتی ہے جس دن وہ پیدا ہوا اور جس دن وہ مرے گا اور جس دن وہ زندہ کر کے اٹھایا جائے گا۔</w:t>
      </w:r>
    </w:p>
    <w:p>
      <w:r>
        <w:rPr>
          <w:b/>
        </w:rPr>
        <w:t xml:space="preserve">[12:06] </w:t>
      </w:r>
      <w:r>
        <w:t>tashreeh: kaha jata hai ke Hazrat Yahya jab chote thay to larkon ne ek baar unhein khelne ke liye bulaya.</w:t>
      </w:r>
    </w:p>
    <w:p>
      <w:pPr>
        <w:jc w:val="right"/>
      </w:pPr>
      <w:r>
        <w:t>تشریح: کہا جاتا ہے کہ حضرت یحیی جب چھوٹے تھے تو لڑکوں نے ایک بار انہیں کھیلنے کے لیے بلایا۔</w:t>
      </w:r>
    </w:p>
    <w:p>
      <w:r>
        <w:rPr>
          <w:b/>
        </w:rPr>
        <w:t xml:space="preserve">[12:16] </w:t>
      </w:r>
      <w:r>
        <w:t>unhon ne inkar kar diya aur kaha: hum is liye nahi banaye gaye hain.</w:t>
      </w:r>
    </w:p>
    <w:p>
      <w:pPr>
        <w:jc w:val="right"/>
      </w:pPr>
      <w:r>
        <w:t>انہوں نے انکار کر دیا اور کہا: ہم اس لیے نہیں بنائے گئے ہیں۔</w:t>
      </w:r>
    </w:p>
    <w:p>
      <w:r>
        <w:rPr>
          <w:b/>
        </w:rPr>
        <w:t xml:space="preserve">[12:23] </w:t>
      </w:r>
      <w:r>
        <w:t>is se andaza hota hai ke un ko bachpan se yeh shaoor hasil tha ke zindagi ko ba-maqsad hona chahiye. Isi tarah un ke andar paidaishi taur par soz o gudaaz maujood tha.</w:t>
      </w:r>
    </w:p>
    <w:p>
      <w:pPr>
        <w:jc w:val="right"/>
      </w:pPr>
      <w:r>
        <w:t>اس سے اندازہ ہوتا ہے کہ ان کو بچپن سے یہ شعور حاصل تھا کہ زندگی کو بامقصد ہونا چاہیے۔ اسی طرح ان کے اندر پیدائشی طور پر سوز و گداز موجود تھا۔</w:t>
      </w:r>
    </w:p>
    <w:p>
      <w:r>
        <w:rPr>
          <w:b/>
        </w:rPr>
        <w:t xml:space="preserve">[12:40] </w:t>
      </w:r>
      <w:r>
        <w:t>woh nafsiyaati grhon se azaad thay.</w:t>
      </w:r>
    </w:p>
    <w:p>
      <w:pPr>
        <w:jc w:val="right"/>
      </w:pPr>
      <w:r>
        <w:t>وہ نفسیاتی گرہوں سے آزاد تھے۔</w:t>
      </w:r>
    </w:p>
    <w:p>
      <w:r>
        <w:rPr>
          <w:b/>
        </w:rPr>
        <w:t xml:space="preserve">[12:43] </w:t>
      </w:r>
      <w:r>
        <w:t>woh apne walidain ke huqooq ada karne walay thay. Woh sarkashi aur nafarmani se bilkul khaali thay.</w:t>
      </w:r>
    </w:p>
    <w:p>
      <w:pPr>
        <w:jc w:val="right"/>
      </w:pPr>
      <w:r>
        <w:t>وہ اپنے والدین کے حقوق ادا کرنے والے تھے۔ وہ سرکشی اور نافرمانی سے بالکل خالی تھے۔</w:t>
      </w:r>
    </w:p>
    <w:p>
      <w:r>
        <w:rPr>
          <w:b/>
        </w:rPr>
        <w:t xml:space="preserve">[12:54] </w:t>
      </w:r>
      <w:r>
        <w:t>yahi woh ausaf hain jo aadmi ko is qabil banate hain</w:t>
      </w:r>
    </w:p>
    <w:p>
      <w:pPr>
        <w:jc w:val="right"/>
      </w:pPr>
      <w:r>
        <w:t>یہی وہ اوصاف ہیں جو آدمی کو اس قابل بناتے ہیں</w:t>
      </w:r>
    </w:p>
    <w:p>
      <w:r>
        <w:rPr>
          <w:b/>
        </w:rPr>
        <w:t xml:space="preserve">[12:59] </w:t>
      </w:r>
      <w:r>
        <w:t>ke woh kisi haal mein Khuda ki kitaab se na hate. Aur inhi ausaf wala aadmi woh hai jis par dunya mein bhi Khuda ki rehmat nazil hoti hai aur akhirat mein bhi Khuda ki rehmat.</w:t>
      </w:r>
    </w:p>
    <w:p>
      <w:pPr>
        <w:jc w:val="right"/>
      </w:pPr>
      <w:r>
        <w:t>کہ وہ کسی حال میں خدا کی کتاب سے نہ ہٹے۔ اور انہی اوصاف والا آدمی وہ ہے جس پر دنیا میں بھی خدا کی رحمت نازل ہوتی ہے اور آخرت میں بھی خدا کی رحمت۔</w:t>
      </w:r>
    </w:p>
    <w:p>
      <w:r>
        <w:rPr>
          <w:b/>
        </w:rPr>
        <w:t xml:space="preserve">[13:19] </w:t>
      </w:r>
      <w:r>
        <w:t>wadhkur fi al-kitabi maryama idh intabadat min ahliha makana sharqiyyan fa-ittakhadhat min dunihim hijaban fa-arsalna</w:t>
      </w:r>
    </w:p>
    <w:p>
      <w:pPr>
        <w:jc w:val="right"/>
      </w:pPr>
      <w:r>
        <w:t>واذكر في الكتاب مريم إذ انتبدت من أهلها مكانا شرقيا فاتخذت من دونهم حجابا فأرسلنا</w:t>
      </w:r>
    </w:p>
    <w:p>
      <w:r>
        <w:rPr>
          <w:b/>
        </w:rPr>
        <w:t xml:space="preserve">[13:36] </w:t>
      </w:r>
      <w:r>
        <w:t>ilayha ruhana fa-tamaththala laha basharan sawiyyan qalat inni a'udhu bi al-rahman minka in kunta taqiyyan</w:t>
      </w:r>
    </w:p>
    <w:p>
      <w:pPr>
        <w:jc w:val="right"/>
      </w:pPr>
      <w:r>
        <w:t>إليها روحنا فتمثل لها بشرا سويًا قالت إني أعوذ بالرحمن منك إن كنت تقيا</w:t>
      </w:r>
    </w:p>
    <w:p>
      <w:r>
        <w:rPr>
          <w:b/>
        </w:rPr>
        <w:t xml:space="preserve">[13:54] </w:t>
      </w:r>
      <w:r>
        <w:t>qala innama ana rasulu rabbiki li-ahaba laka ghulaman zakiyyan qalat ana yakunu li ghulamun wa lam yamsasni basharun</w:t>
      </w:r>
    </w:p>
    <w:p>
      <w:pPr>
        <w:jc w:val="right"/>
      </w:pPr>
      <w:r>
        <w:t>قال إنما أنا رسول ربك لأهب لك غلاما زكيا قالت أنا يكون لي غلام ولم يمسسني بشر</w:t>
      </w:r>
    </w:p>
    <w:p>
      <w:r>
        <w:rPr>
          <w:b/>
        </w:rPr>
        <w:t xml:space="preserve">[14:12] </w:t>
      </w:r>
      <w:r>
        <w:t>wa lam aku baghiya qala kadhalika qala rabbuka huwa alayya hayyinun wal najaluhu ayatan lil nasi wa rahmata minna</w:t>
      </w:r>
    </w:p>
    <w:p>
      <w:pPr>
        <w:jc w:val="right"/>
      </w:pPr>
      <w:r>
        <w:t>ولم أك بغيا قال كذلك قال ربك هو علي هين ولنجعله آية للناس ورحمة منا</w:t>
      </w:r>
    </w:p>
    <w:p>
      <w:r>
        <w:rPr>
          <w:b/>
        </w:rPr>
        <w:t xml:space="preserve">[14:30] </w:t>
      </w:r>
      <w:r>
        <w:t>wa kana amran maqḍiyyan. aur kitab mein maryam ka.</w:t>
      </w:r>
    </w:p>
    <w:p>
      <w:pPr>
        <w:jc w:val="right"/>
      </w:pPr>
      <w:r>
        <w:t>وكان أمرا مقضيا. اور کتاب میں مریم کا۔</w:t>
      </w:r>
    </w:p>
    <w:p>
      <w:r>
        <w:rPr>
          <w:b/>
        </w:rPr>
        <w:t xml:space="preserve">[14:38] </w:t>
      </w:r>
      <w:r>
        <w:t>ke woh jab ke woh apne logon se alag ho kar sharqi makan mein chali gayi. phir us ne apne aap ko un se parde mein kar liya.</w:t>
      </w:r>
    </w:p>
    <w:p>
      <w:pPr>
        <w:jc w:val="right"/>
      </w:pPr>
      <w:r>
        <w:t>کہ وہ جب کہ وہ اپنے لوگوں سے الگ ہو کر شرقی مکان میں چلی گئی۔ پھر اس نے اپنے آپ کو ان سے پردے میں کر لیا۔</w:t>
      </w:r>
    </w:p>
    <w:p>
      <w:r>
        <w:rPr>
          <w:b/>
        </w:rPr>
        <w:t xml:space="preserve">[14:51] </w:t>
      </w:r>
      <w:r>
        <w:t>phir hum ne us ke paas apna farishta bheja</w:t>
      </w:r>
    </w:p>
    <w:p>
      <w:pPr>
        <w:jc w:val="right"/>
      </w:pPr>
      <w:r>
        <w:t>پھر ہم نے اس کے پاس اپنا فرشتہ بھیجا</w:t>
      </w:r>
    </w:p>
    <w:p>
      <w:r>
        <w:rPr>
          <w:b/>
        </w:rPr>
        <w:t xml:space="preserve">[14:55] </w:t>
      </w:r>
      <w:r>
        <w:t>jo us ke samne ek pura aadmi ban kar zahir hua. maryam ne kaha: main tujh se khudaaye rehman ki panah mangti hoon agar tu khuda se darne wala hai.</w:t>
      </w:r>
    </w:p>
    <w:p>
      <w:pPr>
        <w:jc w:val="right"/>
      </w:pPr>
      <w:r>
        <w:t>جو اس کے سامنے ایک پورا آدمی بن کر ظاہر ہوا۔ مریم نے کہا: میں تجھ سے خدائے رحمان کی پناہ مانگتی ہوں اگر تو خدا سے ڈرنے والا ہے۔</w:t>
      </w:r>
    </w:p>
    <w:p>
      <w:r>
        <w:rPr>
          <w:b/>
        </w:rPr>
        <w:t xml:space="preserve">[15:10] </w:t>
      </w:r>
      <w:r>
        <w:t>us ne kaha:</w:t>
      </w:r>
    </w:p>
    <w:p>
      <w:pPr>
        <w:jc w:val="right"/>
      </w:pPr>
      <w:r>
        <w:t>اس نے کہا:</w:t>
      </w:r>
    </w:p>
    <w:p>
      <w:r>
        <w:rPr>
          <w:b/>
        </w:rPr>
        <w:t xml:space="preserve">[15:12] </w:t>
      </w:r>
      <w:r>
        <w:t>main tumhare rab ka bheja hua hoon taake tum ko ek pakiza ladka doon. maryam ne kaha: mere yahan kaise ladka hoga jab ke mujh ko kisi aadmi ne nahi chhua</w:t>
      </w:r>
    </w:p>
    <w:p>
      <w:pPr>
        <w:jc w:val="right"/>
      </w:pPr>
      <w:r>
        <w:t>میں تمہارے رب کا بھیجا ہوا ہوں تاکہ تم کو ایک پاکیزہ لڑکا دوں۔ مریم نے کہا: میرے یہاں کیسے لڑکا ہوگا جب کہ مجھ کو کسی آدمی نے نہیں چھوا</w:t>
      </w:r>
    </w:p>
    <w:p>
      <w:r>
        <w:rPr>
          <w:b/>
        </w:rPr>
        <w:t xml:space="preserve">[15:30] </w:t>
      </w:r>
      <w:r>
        <w:t>aur na main budkar hoon. farishte ne kaha ke aisa hi hoga. tera rab fermata hai ke yeh mere liye aasan hai.</w:t>
      </w:r>
    </w:p>
    <w:p>
      <w:pPr>
        <w:jc w:val="right"/>
      </w:pPr>
      <w:r>
        <w:t>اور نہ میں بدکار ہوں۔ فرشتے نے کہا کہ ایسا ہی ہوگا۔ تیرا رب فرماتا ہے کہ یہ میرے لیے آسان ہے۔</w:t>
      </w:r>
    </w:p>
    <w:p>
      <w:r>
        <w:rPr>
          <w:b/>
        </w:rPr>
        <w:t xml:space="preserve">[15:41] </w:t>
      </w:r>
      <w:r>
        <w:t>aur taake hum us ko logon ke liye nishani bana dein aur apni janib se ek rehmat.</w:t>
      </w:r>
    </w:p>
    <w:p>
      <w:pPr>
        <w:jc w:val="right"/>
      </w:pPr>
      <w:r>
        <w:t>اور تاکہ ہم اس کو لوگوں کے لیے نشانی بنا دیں اور اپنی جانب سے ایک رحمت۔</w:t>
      </w:r>
    </w:p>
    <w:p>
      <w:r>
        <w:rPr>
          <w:b/>
        </w:rPr>
        <w:t xml:space="preserve">[15:49] </w:t>
      </w:r>
      <w:r>
        <w:t>aur yeh ek tay shuda baat hai. tashreeh: hazrat maryam apni walida ki nazar ke mutabiq hekal baitul maqdis ki khidmat ke liye de di gayi theen.</w:t>
      </w:r>
    </w:p>
    <w:p>
      <w:pPr>
        <w:jc w:val="right"/>
      </w:pPr>
      <w:r>
        <w:t>اور یہ ایک طے شدہ بات ہے۔ تشریح: حضرت مریم اپنی والدہ کی نظر کے مطابق ہیکل بیت المقدس کی خدمت کے لیے دے دی گئی تھیں۔</w:t>
      </w:r>
    </w:p>
    <w:p>
      <w:r>
        <w:rPr>
          <w:b/>
        </w:rPr>
        <w:t xml:space="preserve">[16:07] </w:t>
      </w:r>
      <w:r>
        <w:t>qadeem hekal ka sharqi hissa auraton ke liye khaas tha. woh is hisse mein ek taraf parda daal kar mutakif ho gayi theen.</w:t>
      </w:r>
    </w:p>
    <w:p>
      <w:pPr>
        <w:jc w:val="right"/>
      </w:pPr>
      <w:r>
        <w:t>قدیم ہیکل کا مشرقی حصہ عورتوں کے لیے خاص تھا۔ وہ اس حصے میں ایک طرف پردہ ڈال کر معتکف ہو گئیں۔</w:t>
      </w:r>
    </w:p>
    <w:p>
      <w:r>
        <w:rPr>
          <w:b/>
        </w:rPr>
        <w:t xml:space="preserve">[16:18] </w:t>
      </w:r>
      <w:r>
        <w:t>is ke baad achaanak ek roz aisa hua ke unhone dekha ke ek tandrust o tawana aadmi un ke samne khada hua hai.</w:t>
      </w:r>
    </w:p>
    <w:p>
      <w:pPr>
        <w:jc w:val="right"/>
      </w:pPr>
      <w:r>
        <w:t>اس کے بعد اچانک ایک روز ایسا ہوا کہ انہوں نے دیکھا کہ ایک تندرست و توانا آدمی ان کے سامنے کھڑا ہوا ہے۔</w:t>
      </w:r>
    </w:p>
    <w:p>
      <w:r>
        <w:rPr>
          <w:b/>
        </w:rPr>
        <w:t xml:space="preserve">[16:28] </w:t>
      </w:r>
      <w:r>
        <w:t>is manzar se un ka ghabra uthna bilkul fitri tha. magar aadmi ne bataya ke woh farishta hai aur khuda ki taraf se is liye aaya hai ke hazrat maryam ko moajzaati tor par ek bachcha ata kare.</w:t>
      </w:r>
    </w:p>
    <w:p>
      <w:pPr>
        <w:jc w:val="right"/>
      </w:pPr>
      <w:r>
        <w:t>اس منظر سے ان کا گھبرا اٹھنا بالکل فطری تھا۔ مگر آدمی نے بتایا کہ وہ فرشتہ ہے اور خدا کی طرف سے اس لیے آیا ہے کہ حضرت مریم کو معجزاتی طور پر ایک بچہ عطا کرے۔</w:t>
      </w:r>
    </w:p>
    <w:p>
      <w:r>
        <w:rPr>
          <w:b/>
        </w:rPr>
        <w:t xml:space="preserve">[16:47] </w:t>
      </w:r>
      <w:r>
        <w:t>hazrat masih alaihissalam ka is tarah moajzaati tor par paida hona khuda ki ek azim nishani thi. is ka maqsad yeh tha ke yahood aap ke farishta khuda hone par shak na karein aur aap</w:t>
      </w:r>
    </w:p>
    <w:p>
      <w:pPr>
        <w:jc w:val="right"/>
      </w:pPr>
      <w:r>
        <w:t>حضرت مسیح علیہ السلام کا اس طرح معجزاتی طور پر پیدا ہونا خدا کی ایک عظیم نشانی تھی۔ اس کا مقصد یہ تھا کہ یہود آپ کے فرشتہ خدا ہونے پر شک نہ کریں اور آپ</w:t>
      </w:r>
    </w:p>
    <w:p>
      <w:r>
        <w:rPr>
          <w:b/>
        </w:rPr>
        <w:t xml:space="preserve">[17:03] </w:t>
      </w:r>
      <w:r>
        <w:t>khuda ki taraf se jo baatein batayein un ko maan lein. magar itni khuli hui nishani ke bawajood unhone hazrat masih ka inkar kar diya.</w:t>
      </w:r>
    </w:p>
    <w:p>
      <w:pPr>
        <w:jc w:val="right"/>
      </w:pPr>
      <w:r>
        <w:t>خدا کی طرف سے جو باتیں بتائیں ان کو مان لیں۔ مگر اتنی کھلی ہوئی نشانی کے باوجود انہوں نے حضرت مسیح کا انکار کر دیا۔</w:t>
      </w:r>
    </w:p>
    <w:p>
      <w:r>
        <w:rPr>
          <w:b/>
        </w:rPr>
        <w:t xml:space="preserve">[17:16] </w:t>
      </w:r>
      <w:r>
        <w:t>faḥamalathu fanta badat bihi makana</w:t>
      </w:r>
    </w:p>
    <w:p>
      <w:pPr>
        <w:jc w:val="right"/>
      </w:pPr>
      <w:r>
        <w:t>فحملته فانتبدت به مكانا</w:t>
      </w:r>
    </w:p>
    <w:p>
      <w:r>
        <w:rPr>
          <w:b/>
        </w:rPr>
        <w:t xml:space="preserve">[17:22] </w:t>
      </w:r>
      <w:r>
        <w:t>qaṣiyyan fajā'ahā al-maḥāḍu ilā jidh'i an-nakhla. qālat yā laytanī muttu qabla hādhā wa kuntu nasyan mansiyyan.</w:t>
      </w:r>
    </w:p>
    <w:p>
      <w:pPr>
        <w:jc w:val="right"/>
      </w:pPr>
      <w:r>
        <w:t>قصيا فاجاءها المخاض إلى جذع النخلة قالت يا ليتني مت قبل هذا وكنت نسيا منسيا.</w:t>
      </w:r>
    </w:p>
    <w:p>
      <w:r>
        <w:rPr>
          <w:b/>
        </w:rPr>
        <w:t xml:space="preserve">[17:41] </w:t>
      </w:r>
      <w:r>
        <w:t>pas maryam ne is ka hamal utha liya aur woh us ko le kar ek door ki jagah chali gayi. phir dard e zeh us ko khajoor ke darakht ki taraf le gaya.</w:t>
      </w:r>
    </w:p>
    <w:p>
      <w:pPr>
        <w:jc w:val="right"/>
      </w:pPr>
      <w:r>
        <w:t>پس مریم نے اس کا حمل اٹھا لیا اور وہ اس کو لے کر ایک دور کی جگہ چلی گئی۔ پھر درد زہ اس کو کھجور کے درخت کی طرف لے گیا۔</w:t>
      </w:r>
    </w:p>
    <w:p>
      <w:r>
        <w:rPr>
          <w:b/>
        </w:rPr>
        <w:t xml:space="preserve">[17:54] </w:t>
      </w:r>
      <w:r>
        <w:t>us ne kaha: kaash main is se pehle mar jati</w:t>
      </w:r>
    </w:p>
    <w:p>
      <w:pPr>
        <w:jc w:val="right"/>
      </w:pPr>
      <w:r>
        <w:t>اس نے کہا: کاش میں اس سے پہلے مر جاتی</w:t>
      </w:r>
    </w:p>
    <w:p>
      <w:r>
        <w:rPr>
          <w:b/>
        </w:rPr>
        <w:t xml:space="preserve">[17:59] </w:t>
      </w:r>
      <w:r>
        <w:t>aur bhooli bisri cheez ho jati.</w:t>
      </w:r>
    </w:p>
    <w:p>
      <w:pPr>
        <w:jc w:val="right"/>
      </w:pPr>
      <w:r>
        <w:t>اور بھولی بسری چیز ہو جاتی۔</w:t>
      </w:r>
    </w:p>
    <w:p>
      <w:r>
        <w:rPr>
          <w:b/>
        </w:rPr>
        <w:t xml:space="preserve">[18:05] </w:t>
      </w:r>
      <w:r>
        <w:t>tashreeh: hazrat maryam ek muazzaz mazhabi gharane ki ghair shadi shuda khatoon theen. aisi ek khatoon ka hamila hona us ke liye ek aisi azmaish hai jis se badi koi azmaish nahi.</w:t>
      </w:r>
    </w:p>
    <w:p>
      <w:pPr>
        <w:jc w:val="right"/>
      </w:pPr>
      <w:r>
        <w:t>تشریح: حضرت مریم ایک معزز مذہبی گھرانے کی غیر شادی شدہ خاتون تھیں۔ ایسی ایک خاتون کا حاملہ ہونا اس کے لیے ایک ایسی آزمائش ہے جس سے بڑی کوئی آزمائش نہیں۔</w:t>
      </w:r>
    </w:p>
    <w:p>
      <w:r>
        <w:rPr>
          <w:b/>
        </w:rPr>
        <w:t xml:space="preserve">[18:24] </w:t>
      </w:r>
      <w:r>
        <w:t>is pareshani mein mubtala hone ke baad woh khamoshi ke sath hekal se nikli aur door ke ek maqam par chali gayi.</w:t>
      </w:r>
    </w:p>
    <w:p>
      <w:pPr>
        <w:jc w:val="right"/>
      </w:pPr>
      <w:r>
        <w:t>اس پریشانی میں مبتلا ہونے کے بعد وہ خاموشی کے ساتھ ہیکل سے نکلیں اور دور کے ایک مقام پر چلی گئیں۔</w:t>
      </w:r>
    </w:p>
    <w:p>
      <w:r>
        <w:rPr>
          <w:b/>
        </w:rPr>
        <w:t xml:space="preserve">[18:36] </w:t>
      </w:r>
      <w:r>
        <w:t>jab waqt pura hua aur dard e zeh ki kefiyat paida hui</w:t>
      </w:r>
    </w:p>
    <w:p>
      <w:pPr>
        <w:jc w:val="right"/>
      </w:pPr>
      <w:r>
        <w:t>جب وقت پورا ہوا اور درد زہ کی کیفیت پیدا ہوئی</w:t>
      </w:r>
    </w:p>
    <w:p>
      <w:r>
        <w:rPr>
          <w:b/>
        </w:rPr>
        <w:t xml:space="preserve">[18:40] </w:t>
      </w:r>
      <w:r>
        <w:t>to woh basti se bahar ek khajoor ke neeche baith gayi. ek pak baz ghair munkooha khatoon par aise waqt mein jo kefiyat guzre gi us ki tasweer in alfaz mein milti hai:</w:t>
      </w:r>
    </w:p>
    <w:p>
      <w:pPr>
        <w:jc w:val="right"/>
      </w:pPr>
      <w:r>
        <w:t>تو وہ بستی سے باہر ایک کھجور کے نیچے بیٹھ گئیں۔ ایک پاک باز غیر منکوحہ خاتون پر ایسے وقت میں جو کیفیت گزرے گی اس کی تصویر ان الفاظ میں ملتی ہے:</w:t>
      </w:r>
    </w:p>
    <w:p>
      <w:r>
        <w:rPr>
          <w:b/>
        </w:rPr>
        <w:t xml:space="preserve">[18:58] </w:t>
      </w:r>
      <w:r>
        <w:t>kaash main is se pehle khatam ho jati aur logon ke hafze mein mera koi wajood na hota.</w:t>
      </w:r>
    </w:p>
    <w:p>
      <w:pPr>
        <w:jc w:val="right"/>
      </w:pPr>
      <w:r>
        <w:t>کاش میں اس سے پہلے ختم ہو جاتی اور لوگوں کے حافظے میں میرا کوئی وجود نہ ہوتا۔</w:t>
      </w:r>
    </w:p>
    <w:p>
      <w:r>
        <w:rPr>
          <w:b/>
        </w:rPr>
        <w:t xml:space="preserve">[19:10] </w:t>
      </w:r>
      <w:r>
        <w:t>fanadaha min tahtiha ala tahzani qad ja'ala rabbuka tahtaki sariya</w:t>
      </w:r>
    </w:p>
    <w:p>
      <w:pPr>
        <w:jc w:val="right"/>
      </w:pPr>
      <w:r>
        <w:t>فناداها من تحتها ألا تحزني قد جعل ربك تحتك سريا</w:t>
      </w:r>
    </w:p>
    <w:p>
      <w:r>
        <w:rPr>
          <w:b/>
        </w:rPr>
        <w:t xml:space="preserve">[19:20] </w:t>
      </w:r>
      <w:r>
        <w:t>wahuzzi ilaiki bijid'i annakhilati tusaqqitu 'alaiki ratban janiyyan fakuli washrabi waqurri 'aynan fa'inma tarayna</w:t>
      </w:r>
    </w:p>
    <w:p>
      <w:pPr>
        <w:jc w:val="right"/>
      </w:pPr>
      <w:r>
        <w:t>وهزي إليك بجذع النخلة تساقط عليك رطبا جنيا فكلي واشربي وقري عينا فإما ترين</w:t>
      </w:r>
    </w:p>
    <w:p>
      <w:r>
        <w:rPr>
          <w:b/>
        </w:rPr>
        <w:t xml:space="preserve">[19:39] </w:t>
      </w:r>
      <w:r>
        <w:t>min al-bashi ahadan fasaquli inni nathartu lirrahmani sawman fasaquli inni nathartu lirrahmani sawman</w:t>
      </w:r>
    </w:p>
    <w:p>
      <w:pPr>
        <w:jc w:val="right"/>
      </w:pPr>
      <w:r>
        <w:t>من البشر أحدا فقولي إني نذرت للرحمن صوما فقولي إني نذرت للرحمن صوما</w:t>
      </w:r>
    </w:p>
    <w:p>
      <w:r>
        <w:rPr>
          <w:b/>
        </w:rPr>
        <w:t xml:space="preserve">[19:57] </w:t>
      </w:r>
      <w:r>
        <w:t>falan ukallima al-yawma insiyan.</w:t>
      </w:r>
    </w:p>
    <w:p>
      <w:pPr>
        <w:jc w:val="right"/>
      </w:pPr>
      <w:r>
        <w:t>فلن أكلم اليوم إنسيا.</w:t>
      </w:r>
    </w:p>
    <w:p>
      <w:r>
        <w:rPr>
          <w:b/>
        </w:rPr>
        <w:t xml:space="preserve">[20:04] </w:t>
      </w:r>
      <w:r>
        <w:t>phir maryam ko us ne us ke neeche se awaz di ke ghamgeen na ho. tere rab ne tere neeche ek chashma jari kar diya hai aur tum khajoor ke tane ko apni taraf hilaao.</w:t>
      </w:r>
    </w:p>
    <w:p>
      <w:pPr>
        <w:jc w:val="right"/>
      </w:pPr>
      <w:r>
        <w:t>پھر مریم کو اس نے اس کے نیچے سے آواز دی کہ غمگین نہ ہو۔ تیرے رب نے تیرے نیچے ایک چشمہ جاری کر دیا ہے اور تم کھجور کے تنے کو اپنی طرف ہلاؤ۔</w:t>
      </w:r>
    </w:p>
    <w:p>
      <w:r>
        <w:rPr>
          <w:b/>
        </w:rPr>
        <w:t xml:space="preserve">[20:20] </w:t>
      </w:r>
      <w:r>
        <w:t>is se tumhare upar paki khajoorein girengi. pas khao aur piyo aur</w:t>
      </w:r>
    </w:p>
    <w:p>
      <w:pPr>
        <w:jc w:val="right"/>
      </w:pPr>
      <w:r>
        <w:t>اس سے تمہارے اوپر پکی کھجوریں گریں گی۔ پس کھاؤ اور پیو اور</w:t>
      </w:r>
    </w:p>
    <w:p>
      <w:r>
        <w:rPr>
          <w:b/>
        </w:rPr>
        <w:t xml:space="preserve">[20:27] </w:t>
      </w:r>
      <w:r>
        <w:t>aankhein thandi karo. phir agar tum koi aadmi dekho to us se keh do ke maine rehman ka roza maan rakha hai to aaj main kisi insaan se nahi bolunga.</w:t>
      </w:r>
    </w:p>
    <w:p>
      <w:pPr>
        <w:jc w:val="right"/>
      </w:pPr>
      <w:r>
        <w:t>آنکھیں ٹھنڈی کرو۔ پھر اگر تم کوئی آدمی دیکھو تو اس سے کہہ دو کہ میں نے رحمان کا روزہ مان رکھا ہے تو آج میں کسی انسان سے نہیں بولوں گی۔</w:t>
      </w:r>
    </w:p>
    <w:p>
      <w:r>
        <w:rPr>
          <w:b/>
        </w:rPr>
        <w:t xml:space="preserve">[20:44] </w:t>
      </w:r>
      <w:r>
        <w:t>tashreeh:</w:t>
      </w:r>
    </w:p>
    <w:p>
      <w:pPr>
        <w:jc w:val="right"/>
      </w:pPr>
      <w:r>
        <w:t>تشریح:</w:t>
      </w:r>
    </w:p>
    <w:p>
      <w:r>
        <w:rPr>
          <w:b/>
        </w:rPr>
        <w:t xml:space="preserve">[20:47] </w:t>
      </w:r>
      <w:r>
        <w:t>itni nazuk azmaish mein mubtala hone ke baad hazrat maryam ke liye taskeen ka sirf ek hi zariya ho sakta tha aur woh yeh ke khuda ka farishta zahir ho kar unhein yaqeen dilaye.</w:t>
      </w:r>
    </w:p>
    <w:p>
      <w:pPr>
        <w:jc w:val="right"/>
      </w:pPr>
      <w:r>
        <w:t>اتنی نازک آزمائش میں مبتلا ہونے کے بعد حضرت مریم کے لیے تسکین کا صرف ایک ہی ذریعہ ہو سکتا تھا اور وہ یہ کہ خدا کا فرشتہ ظاہر ہو کر انہیں یقین دلائے۔</w:t>
      </w:r>
    </w:p>
    <w:p>
      <w:r>
        <w:rPr>
          <w:b/>
        </w:rPr>
        <w:t xml:space="preserve">[21:02] </w:t>
      </w:r>
      <w:r>
        <w:t>chunancha yahi hua.</w:t>
      </w:r>
    </w:p>
    <w:p>
      <w:pPr>
        <w:jc w:val="right"/>
      </w:pPr>
      <w:r>
        <w:t>چنانچہ یہی ہوا۔</w:t>
      </w:r>
    </w:p>
    <w:p>
      <w:r>
        <w:rPr>
          <w:b/>
        </w:rPr>
        <w:t xml:space="preserve">[21:04] </w:t>
      </w:r>
      <w:r>
        <w:t>ain us waqt farishte ne aa kar awaz di ke ghabrao mat. yeh sab jo ho raha hai yeh khuda ke mansoobe ke tehat ho raha hai.</w:t>
      </w:r>
    </w:p>
    <w:p>
      <w:pPr>
        <w:jc w:val="right"/>
      </w:pPr>
      <w:r>
        <w:t>عین اس وقت فرشتے نے آ کر آواز دی کہ گھبراؤ مت۔ یہ سب جو ہو رہا ہے یہ خدا کے منصوبے کے تحت ہو رہا ہے۔</w:t>
      </w:r>
    </w:p>
    <w:p>
      <w:r>
        <w:rPr>
          <w:b/>
        </w:rPr>
        <w:t xml:space="preserve">[21:15] </w:t>
      </w:r>
      <w:r>
        <w:t>tumhare qareeb saaf pani ka chashma rawan kar diya gaya hai</w:t>
      </w:r>
    </w:p>
    <w:p>
      <w:pPr>
        <w:jc w:val="right"/>
      </w:pPr>
      <w:r>
        <w:t>تمہارے قریب صاف پانی کا چشمہ رواں کر دیا گیا ہے</w:t>
      </w:r>
    </w:p>
    <w:p>
      <w:r>
        <w:rPr>
          <w:b/>
        </w:rPr>
        <w:t xml:space="preserve">[21:21] </w:t>
      </w:r>
      <w:r>
        <w:t>aur khajoor ka yeh darakht tum ko har waqt taza phal mahya karega. is se khao aur piyo.</w:t>
      </w:r>
    </w:p>
    <w:p>
      <w:pPr>
        <w:jc w:val="right"/>
      </w:pPr>
      <w:r>
        <w:t>اور کھجور کا یہ درخت تم کو ہر وقت تازہ پھل مہیا کرے گا۔ اس سے کھاؤ اور پیو۔</w:t>
      </w:r>
    </w:p>
    <w:p>
      <w:r>
        <w:rPr>
          <w:b/>
        </w:rPr>
        <w:t xml:space="preserve">[21:32] </w:t>
      </w:r>
      <w:r>
        <w:t>bachche ke silsile mein farishte ne yeh keh kar mutma'in kar diya ke</w:t>
      </w:r>
    </w:p>
    <w:p>
      <w:pPr>
        <w:jc w:val="right"/>
      </w:pPr>
      <w:r>
        <w:t>بچے کے سلسلے میں فرشتے نے یہ کہہ کر مطمئن کر دیا کہ</w:t>
      </w:r>
    </w:p>
    <w:p>
      <w:r>
        <w:rPr>
          <w:b/>
        </w:rPr>
        <w:t xml:space="preserve">[21:39] </w:t>
      </w:r>
      <w:r>
        <w:t>khuda ke mo'jaze se paida hone wala yeh bachcha khud tumhare difa' ke liye kafi hai. tum bani israil ke riwaj ke mutabiq chup kar roza rakh lo aur</w:t>
      </w:r>
    </w:p>
    <w:p>
      <w:pPr>
        <w:jc w:val="right"/>
      </w:pPr>
      <w:r>
        <w:t>خدا کے معجزے سے پیدا ہونے والا یہ بچہ خود تمہارے دفاع کے لیے کافی ہے۔ تم بنی اسرائیل کے رواج کے مطابق چھپ کر روزہ رکھ لو اور</w:t>
      </w:r>
    </w:p>
    <w:p>
      <w:r>
        <w:rPr>
          <w:b/>
        </w:rPr>
        <w:t xml:space="preserve">[21:55] </w:t>
      </w:r>
      <w:r>
        <w:t>jab kisi aadmi se tumhara samna ho aur woh tum se pooche to tum bachche ki taraf ishara kar do.</w:t>
      </w:r>
    </w:p>
    <w:p>
      <w:pPr>
        <w:jc w:val="right"/>
      </w:pPr>
      <w:r>
        <w:t>جب کسی آدمی سے تمہارا سامنا ہو اور وہ تم سے پوچھے تو تم بچے کی طرف اشارہ کر دو۔</w:t>
      </w:r>
    </w:p>
    <w:p>
      <w:r>
        <w:rPr>
          <w:b/>
        </w:rPr>
        <w:t xml:space="preserve">[22:04] </w:t>
      </w:r>
      <w:r>
        <w:t>woh khud jawab de kar tum ko bari-uz-zima kar dega.</w:t>
      </w:r>
    </w:p>
    <w:p>
      <w:pPr>
        <w:jc w:val="right"/>
      </w:pPr>
      <w:r>
        <w:t>وہ خود جواب دے کر تم کو بری الذمہ کر دے گا۔</w:t>
      </w:r>
    </w:p>
    <w:p>
      <w:r>
        <w:rPr>
          <w:b/>
        </w:rPr>
        <w:t xml:space="preserve">[22:12] </w:t>
      </w:r>
      <w:r>
        <w:t>fa'atat bihi qawmaha tahmiluhu qalu ya maryamu laqad ji'ti shay'an fariyya ya ukhta haruna ma kana abuki amra su'in</w:t>
      </w:r>
    </w:p>
    <w:p>
      <w:pPr>
        <w:jc w:val="right"/>
      </w:pPr>
      <w:r>
        <w:t>فاتت به قومها تحمله قالوا يا مريم لقد جئت شيئا ثريا يا أخت هارون ما كان أبوك امرأ سوء</w:t>
      </w:r>
    </w:p>
    <w:p>
      <w:r>
        <w:rPr>
          <w:b/>
        </w:rPr>
        <w:t xml:space="preserve">[22:28] </w:t>
      </w:r>
      <w:r>
        <w:t>wama kanat ummuki baghiyyan. phir woh us ko god mein liye hue apni qom ke paas aai.</w:t>
      </w:r>
    </w:p>
    <w:p>
      <w:pPr>
        <w:jc w:val="right"/>
      </w:pPr>
      <w:r>
        <w:t>وما كانت أمك بغيا. پھر وہ اس کو گود میں لیے ہوئے اپنی قوم کے پاس آئی۔</w:t>
      </w:r>
    </w:p>
    <w:p>
      <w:r>
        <w:rPr>
          <w:b/>
        </w:rPr>
        <w:t xml:space="preserve">[22:41] </w:t>
      </w:r>
      <w:r>
        <w:t>logon ne kaha: ae maryam!</w:t>
      </w:r>
    </w:p>
    <w:p>
      <w:pPr>
        <w:jc w:val="right"/>
      </w:pPr>
      <w:r>
        <w:t>لوگوں نے کہا: اے مریم!</w:t>
      </w:r>
    </w:p>
    <w:p>
      <w:r>
        <w:rPr>
          <w:b/>
        </w:rPr>
        <w:t xml:space="preserve">[22:44] </w:t>
      </w:r>
      <w:r>
        <w:t>tum ne bara toofan kar dala. ae haroon ki behan! na tumhara baap koi bura aadmi tha aur na tumhari maan badkar thi.</w:t>
      </w:r>
    </w:p>
    <w:p>
      <w:pPr>
        <w:jc w:val="right"/>
      </w:pPr>
      <w:r>
        <w:t>تم نے بڑا طوفان کر ڈالا۔ اے ہارون کی بہن! نہ تمہارا باپ کوئی برا آدمی تھا اور نہ تمہاری ماں بدکار تھی۔</w:t>
      </w:r>
    </w:p>
    <w:p>
      <w:r>
        <w:rPr>
          <w:b/>
        </w:rPr>
        <w:t xml:space="preserve">[23:02] </w:t>
      </w:r>
      <w:r>
        <w:t>tashreeh:</w:t>
      </w:r>
    </w:p>
    <w:p>
      <w:pPr>
        <w:jc w:val="right"/>
      </w:pPr>
      <w:r>
        <w:t>تشریح:</w:t>
      </w:r>
    </w:p>
    <w:p>
      <w:r>
        <w:rPr>
          <w:b/>
        </w:rPr>
        <w:t xml:space="preserve">[23:06] </w:t>
      </w:r>
      <w:r>
        <w:t>farishte ki baat sunne ke baad hazrat maryam ke andar aitmad paida ho gaya. woh bachche ko le kar apne khandan walon mein wapas aai'n.</w:t>
      </w:r>
    </w:p>
    <w:p>
      <w:pPr>
        <w:jc w:val="right"/>
      </w:pPr>
      <w:r>
        <w:t>فرشتے کی بات سننے کے بعد حضرت مریم کے اندر اعتماد پیدا ہو گیا۔ وہ بچے کو لے کر اپنے خاندان والوں میں واپس آئیں۔</w:t>
      </w:r>
    </w:p>
    <w:p>
      <w:r>
        <w:rPr>
          <w:b/>
        </w:rPr>
        <w:t xml:space="preserve">[23:19] </w:t>
      </w:r>
      <w:r>
        <w:t>un ko is haal mein dekh kar yahood ke tamam log</w:t>
      </w:r>
    </w:p>
    <w:p>
      <w:pPr>
        <w:jc w:val="right"/>
      </w:pPr>
      <w:r>
        <w:t>ان کو اس حال میں دیکھ کر یہود کے تمام لوگ</w:t>
      </w:r>
    </w:p>
    <w:p>
      <w:r>
        <w:rPr>
          <w:b/>
        </w:rPr>
        <w:t xml:space="preserve">[23:24] </w:t>
      </w:r>
      <w:r>
        <w:t>unhein malamat karne lage. hazrat maryam ne wohi kiya jo farishte ne unhein bataya tha. unho'n ne khud khamosh rehte hue bachche ki taraf ishara kar diya.</w:t>
      </w:r>
    </w:p>
    <w:p>
      <w:pPr>
        <w:jc w:val="right"/>
      </w:pPr>
      <w:r>
        <w:t>انہیں ملامت کرنے لگے۔ حضرت مریم نے وہی کیا جو فرشتے نے انہیں بتایا تھا۔ انہوں نے خود خاموش رہتے ہوئے بچے کی طرف اشارہ کر دیا۔</w:t>
      </w:r>
    </w:p>
    <w:p>
      <w:r>
        <w:rPr>
          <w:b/>
        </w:rPr>
        <w:t xml:space="preserve">[23:39] </w:t>
      </w:r>
      <w:r>
        <w:t>matlab yeh tha ke yeh ladka</w:t>
      </w:r>
    </w:p>
    <w:p>
      <w:pPr>
        <w:jc w:val="right"/>
      </w:pPr>
      <w:r>
        <w:t>مطلب یہ تھا کہ یہ لڑکا</w:t>
      </w:r>
    </w:p>
    <w:p>
      <w:r>
        <w:rPr>
          <w:b/>
        </w:rPr>
        <w:t xml:space="preserve">[23:42] </w:t>
      </w:r>
      <w:r>
        <w:t>koi aam qism ka ladka nahi hai aur is ka saboot yeh hai ke tum is se kalam karo. woh god ka bachcha hone ke bawajood tumhare kalam ko samjhega aur saaf zuban mein tumhara jawab dega.</w:t>
      </w:r>
    </w:p>
    <w:p>
      <w:pPr>
        <w:jc w:val="right"/>
      </w:pPr>
      <w:r>
        <w:t>کوئی عام قسم کا لڑکا نہیں ہے اور اس کا ثبوت یہ ہے کہ تم اس سے کلام کرو۔ وہ گود کا بچہ ہونے کے باوجود تمہارے کلام کو سمجھے گا اور صاف زبان میں تمہارا جواب دے گا۔</w:t>
      </w:r>
    </w:p>
    <w:p>
      <w:r>
        <w:rPr>
          <w:b/>
        </w:rPr>
        <w:t xml:space="preserve">[24:03] </w:t>
      </w:r>
      <w:r>
        <w:t>fasharat ilayh qalu kayfa nukallimu man kana fil mahdi sabiya qala inni abdullah atani alkitaba waja'alani nabiya</w:t>
      </w:r>
    </w:p>
    <w:p>
      <w:pPr>
        <w:jc w:val="right"/>
      </w:pPr>
      <w:r>
        <w:t>فاشارت إليه قالوا كيف نكلم من كان في المهد صبيا قال إني عبد الله آتاني الكتاب وجعلني نبيا</w:t>
      </w:r>
    </w:p>
    <w:p>
      <w:r>
        <w:rPr>
          <w:b/>
        </w:rPr>
        <w:t xml:space="preserve">[24:20] </w:t>
      </w:r>
      <w:r>
        <w:t>waja'alani mubarakana aynama kuntu awsaani bis salati waz zakati ma dumtu hayyan wa birran biwalidati walam yaj'alani jabbaran</w:t>
      </w:r>
    </w:p>
    <w:p>
      <w:pPr>
        <w:jc w:val="right"/>
      </w:pPr>
      <w:r>
        <w:t>وجعلني مباركا أينما كنت وأوصاني بالصلاة والزكاة ما دمت حيا وبرا بوالدتي ولم يجعلني جبارا</w:t>
      </w:r>
    </w:p>
    <w:p>
      <w:r>
        <w:rPr>
          <w:b/>
        </w:rPr>
        <w:t xml:space="preserve">[24:37] </w:t>
      </w:r>
      <w:r>
        <w:t>shiqiyan was salamu alayya yawma wulidtu wayawma amutu wayawma ab'athu hayyan.</w:t>
      </w:r>
    </w:p>
    <w:p>
      <w:pPr>
        <w:jc w:val="right"/>
      </w:pPr>
      <w:r>
        <w:t>شقيا والسلام علي يوم ولدت ويوم أموت ويوم أبعث حيا.</w:t>
      </w:r>
    </w:p>
    <w:p>
      <w:r>
        <w:rPr>
          <w:b/>
        </w:rPr>
        <w:t xml:space="preserve">[24:48] </w:t>
      </w:r>
      <w:r>
        <w:t>phir maryam ne is ki taraf ishara kiya. logon ne kaha:</w:t>
      </w:r>
    </w:p>
    <w:p>
      <w:pPr>
        <w:jc w:val="right"/>
      </w:pPr>
      <w:r>
        <w:t>پھر مریم نے اس کی طرف اشارہ کیا۔ لوگوں نے کہا:</w:t>
      </w:r>
    </w:p>
    <w:p>
      <w:r>
        <w:rPr>
          <w:b/>
        </w:rPr>
        <w:t xml:space="preserve">[24:54] </w:t>
      </w:r>
      <w:r>
        <w:t>hum is se kis tarah baat karen jo ke god mein bachcha hai? bachcha bola: mein Allah ka banda hoon.</w:t>
      </w:r>
    </w:p>
    <w:p>
      <w:pPr>
        <w:jc w:val="right"/>
      </w:pPr>
      <w:r>
        <w:t>ہم اس سے کس طرح بات کریں جو کہ گود میں بچہ ہے؟ بچہ بولا: میں اللہ کا بندہ ہوں۔</w:t>
      </w:r>
    </w:p>
    <w:p>
      <w:r>
        <w:rPr>
          <w:b/>
        </w:rPr>
        <w:t xml:space="preserve">[25:06] </w:t>
      </w:r>
      <w:r>
        <w:t>us ne mujh ko kitab di aur mujh ko nabi banaya</w:t>
      </w:r>
    </w:p>
    <w:p>
      <w:pPr>
        <w:jc w:val="right"/>
      </w:pPr>
      <w:r>
        <w:t>اس نے مجھ کو کتاب دی اور مجھ کو نبی بنایا</w:t>
      </w:r>
    </w:p>
    <w:p>
      <w:r>
        <w:rPr>
          <w:b/>
        </w:rPr>
        <w:t xml:space="preserve">[25:12] </w:t>
      </w:r>
      <w:r>
        <w:t>aur mein jahan kahin bhi hoon us ne mujh ko barkat wala banaya hai aur us ne mujh ko namaz aur zakat ki taqeed ki hai jab tak mein zinda rahoon aur mujh ko meri maan ka khidmat guzar banaya hai</w:t>
      </w:r>
    </w:p>
    <w:p>
      <w:pPr>
        <w:jc w:val="right"/>
      </w:pPr>
      <w:r>
        <w:t>اور میں جہاں کہیں بھی ہوں اس نے مجھ کو برکت والا بنایا ہے اور اس نے مجھ کو نماز اور زکوٰۃ کی تاکید کی ہے جب تک میں زندہ رہوں اور مجھ کو میری ماں کا خدمت گزار بنایا ہے</w:t>
      </w:r>
    </w:p>
    <w:p>
      <w:r>
        <w:rPr>
          <w:b/>
        </w:rPr>
        <w:t xml:space="preserve">[25:32] </w:t>
      </w:r>
      <w:r>
        <w:t>aur mujh ko sarkash badbakht nahi banaya. aur mujh par salamat hai jis din mein paida hua aur jis din mein maroonga aur jis din mein zinda kar ke uthaya jaunga.</w:t>
      </w:r>
    </w:p>
    <w:p>
      <w:pPr>
        <w:jc w:val="right"/>
      </w:pPr>
      <w:r>
        <w:t>اور مجھ کو سرکش بدبخت نہیں بنایا۔ اور مجھ پر سلامتی ہے جس دن میں پیدا ہوا اور جس دن میں مروں گا اور جس دن میں زندہ کر کے اٹھایا جاؤں گا۔</w:t>
      </w:r>
    </w:p>
    <w:p>
      <w:r>
        <w:rPr>
          <w:b/>
        </w:rPr>
        <w:t xml:space="preserve">[25:51] </w:t>
      </w:r>
      <w:r>
        <w:t>tashreeh: hazrat maryam ke ishare ke bawajood yahud ki samajh mein nahi aata tha ke woh ek chote se bachche se kis tarah baat karen.</w:t>
      </w:r>
    </w:p>
    <w:p>
      <w:pPr>
        <w:jc w:val="right"/>
      </w:pPr>
      <w:r>
        <w:t>تشریح: حضرت مریم کے اشارے کے باوجود یہود کی سمجھ میں نہیں آتا تھا کہ وہ ایک چھوٹے سے بچے سے کس طرح بات کریں۔</w:t>
      </w:r>
    </w:p>
    <w:p>
      <w:r>
        <w:rPr>
          <w:b/>
        </w:rPr>
        <w:t xml:space="preserve">[26:03] </w:t>
      </w:r>
      <w:r>
        <w:t>us waqt hazrat masih khud bol pade.</w:t>
      </w:r>
    </w:p>
    <w:p>
      <w:pPr>
        <w:jc w:val="right"/>
      </w:pPr>
      <w:r>
        <w:t>اس وقت حضرت مسیح خود بول پڑے۔</w:t>
      </w:r>
    </w:p>
    <w:p>
      <w:r>
        <w:rPr>
          <w:b/>
        </w:rPr>
        <w:t xml:space="preserve">[26:08] </w:t>
      </w:r>
      <w:r>
        <w:t>unki moajizana guftagu mein ek taraf hazrat maryam ki kamil barat thi, doosri taraf yeh ek peshagi shahadat thi taake yeh naumulud jab bada ho</w:t>
      </w:r>
    </w:p>
    <w:p>
      <w:pPr>
        <w:jc w:val="right"/>
      </w:pPr>
      <w:r>
        <w:t>ان کی معجزانہ گفتگو میں ایک طرف حضرت مریم کی کامل برات تھی، دوسری طرف یہ ایک پیشگی شہادت تھی تاکہ یہ نومولود جب بڑا ہو</w:t>
      </w:r>
    </w:p>
    <w:p>
      <w:r>
        <w:rPr>
          <w:b/>
        </w:rPr>
        <w:t xml:space="preserve">[26:25] </w:t>
      </w:r>
      <w:r>
        <w:t>aur nabuwat ka ailan kare to logon ke liye aap ki nabuwat par shakk karne ki koi gunjaish baqi na rahe.</w:t>
      </w:r>
    </w:p>
    <w:p>
      <w:pPr>
        <w:jc w:val="right"/>
      </w:pPr>
      <w:r>
        <w:t>اور نبوت کا اعلان کرے تو لوگوں کے لیے آپ کی نبوت پر شک کرنے کی کوئی گنجائش باقی نہ رہے۔</w:t>
      </w:r>
    </w:p>
    <w:p>
      <w:r>
        <w:rPr>
          <w:b/>
        </w:rPr>
        <w:t xml:space="preserve">[26:37] </w:t>
      </w:r>
      <w:r>
        <w:t>zalika isa ibnu maryam qawla alhaqq alladhi fihi yamtariun ma kana lillahi an yattakhidha min waladin subhanahu idha qada</w:t>
      </w:r>
    </w:p>
    <w:p>
      <w:pPr>
        <w:jc w:val="right"/>
      </w:pPr>
      <w:r>
        <w:t>ذلك عيسى ابن مريم قول الحق الذي فيه يمترون ما كان لله أن يتخذ من ولد سبحانه إذا قضى</w:t>
      </w:r>
    </w:p>
    <w:p>
      <w:r>
        <w:rPr>
          <w:b/>
        </w:rPr>
        <w:t xml:space="preserve">[26:56] </w:t>
      </w:r>
      <w:r>
        <w:t>amran fainnama yaqulu lahu kun fayakun. yeh hai isa ibn maryam.</w:t>
      </w:r>
    </w:p>
    <w:p>
      <w:pPr>
        <w:jc w:val="right"/>
      </w:pPr>
      <w:r>
        <w:t>أمرا فإنما يقول له كن فيكون. یہ ہے عیسیٰ ابن مریم۔</w:t>
      </w:r>
    </w:p>
    <w:p>
      <w:r>
        <w:rPr>
          <w:b/>
        </w:rPr>
        <w:t xml:space="preserve">[27:09] </w:t>
      </w:r>
      <w:r>
        <w:t>sachi baat jis mein log jhagad rahe hain.</w:t>
      </w:r>
    </w:p>
    <w:p>
      <w:pPr>
        <w:jc w:val="right"/>
      </w:pPr>
      <w:r>
        <w:t>سچی بات جس میں لوگ جھگڑ رہے ہیں۔</w:t>
      </w:r>
    </w:p>
    <w:p>
      <w:r>
        <w:rPr>
          <w:b/>
        </w:rPr>
        <w:t xml:space="preserve">[27:13] </w:t>
      </w:r>
      <w:r>
        <w:t>Allah aisa nahi ke woh koi aulad banaye. woh pak hai. jab woh kisi kaam ka faisla karta hai to kehta hai ke ho ja to woh ho jata hai.</w:t>
      </w:r>
    </w:p>
    <w:p>
      <w:pPr>
        <w:jc w:val="right"/>
      </w:pPr>
      <w:r>
        <w:t>اللہ ایسا نہیں کہ وہ کوئی اولاد بنائے۔ وہ پاک ہے۔ جب وہ کسی کام کا فیصلہ کرتا ہے تو کہتا ہے کہ ہو جا تو وہ ہو جاتا ہے۔</w:t>
      </w:r>
    </w:p>
    <w:p>
      <w:r>
        <w:rPr>
          <w:b/>
        </w:rPr>
        <w:t xml:space="preserve">[27:29] </w:t>
      </w:r>
      <w:r>
        <w:t>tashreeh:</w:t>
      </w:r>
    </w:p>
    <w:p>
      <w:pPr>
        <w:jc w:val="right"/>
      </w:pPr>
      <w:r>
        <w:t>تشریح:</w:t>
      </w:r>
    </w:p>
    <w:p>
      <w:r>
        <w:rPr>
          <w:b/>
        </w:rPr>
        <w:t xml:space="preserve">[27:30] </w:t>
      </w:r>
      <w:r>
        <w:t>hazrat maryam ki ghair maamooli paidaish ek anokha waqea tha. is anokhe waqea ki tawjeeh mein masihi ulma ne ajeeb ajeeb aqeeday bana liye.</w:t>
      </w:r>
    </w:p>
    <w:p>
      <w:pPr>
        <w:jc w:val="right"/>
      </w:pPr>
      <w:r>
        <w:t>حضرت مریم کی غیر معمولی پیدائش ایک انوکھا واقعہ تھا۔ اس انوکھے واقعے کی توجیہ میں مسیحی علماء نے عجیب عجیب عقیدے بنا لیے۔</w:t>
      </w:r>
    </w:p>
    <w:p>
      <w:r>
        <w:rPr>
          <w:b/>
        </w:rPr>
        <w:t xml:space="preserve">[27:44] </w:t>
      </w:r>
      <w:r>
        <w:t>magar hamesha tawjeeh ki ek had hoti hai</w:t>
      </w:r>
    </w:p>
    <w:p>
      <w:pPr>
        <w:jc w:val="right"/>
      </w:pPr>
      <w:r>
        <w:t>مگر ہمیشہ توجیہ کی ایک حد ہوتی ہے</w:t>
      </w:r>
    </w:p>
    <w:p>
      <w:r>
        <w:rPr>
          <w:b/>
        </w:rPr>
        <w:t xml:space="preserve">[27:49] </w:t>
      </w:r>
      <w:r>
        <w:t>aur is had ke andar reh kar hi kisi cheez ki tawjeeh ki ja sakti hai. hazrat masih ki ghair maamooli paidaish ki tawjeeh mein unko Khuda ka beta bana dena had se</w:t>
      </w:r>
    </w:p>
    <w:p>
      <w:pPr>
        <w:jc w:val="right"/>
      </w:pPr>
      <w:r>
        <w:t>اور اس حد کے اندر رہ کر ہی کسی چیز کی توجیہ کی جا سکتی ہے۔ حضرت مسیح کی غیر معمولی پیدائش کی توجیہ میں ان کو خدا کا بیٹا بنا دینا حد سے</w:t>
      </w:r>
    </w:p>
    <w:p>
      <w:r>
        <w:rPr>
          <w:b/>
        </w:rPr>
        <w:t xml:space="preserve">[28:05] </w:t>
      </w:r>
      <w:r>
        <w:t>bahar jana hai kyunke yeh Khuda ki yaktayi ke munafi hai ke us ki koi aulad ho. aiza yeh ke kainat mein beshumar anokhe waqeat hain jin ko hum rozana dekhte hain.</w:t>
      </w:r>
    </w:p>
    <w:p>
      <w:pPr>
        <w:jc w:val="right"/>
      </w:pPr>
      <w:r>
        <w:t>باہر جانا ہے کیونکہ یہ خدا کی یکتائی کے منافی ہے کہ اس کی کوئی اولاد ہو۔ نیز یہ کہ کائنات میں بے شمار انوکھے واقعات ہیں جن کو ہم روزانہ دیکھتے ہیں۔</w:t>
      </w:r>
    </w:p>
    <w:p>
      <w:r>
        <w:rPr>
          <w:b/>
        </w:rPr>
        <w:t xml:space="preserve">[28:23] </w:t>
      </w:r>
      <w:r>
        <w:t>is duniya ki har cheez ek anokha waqea hai. ab agar mazeed ek anokhi cheez samne aaye to insaan ko yeh kehna chahiye ke Khuda ne jis tarah doosri beshumar anokhi cheezein paida ki hain usi tarah</w:t>
      </w:r>
    </w:p>
    <w:p>
      <w:pPr>
        <w:jc w:val="right"/>
      </w:pPr>
      <w:r>
        <w:t>اس دنیا کی ہر چیز ایک انوکھا واقعہ ہے۔ اب اگر مزید ایک انوکھی چیز سامنے آئے تو انسان کو یہ کہنا چاہیے کہ خدا نے جس طرح دوسری بے شمار انوکھی چیزیں پیدا کی ہیں اسی طرح</w:t>
      </w:r>
    </w:p>
    <w:p>
      <w:r>
        <w:rPr>
          <w:b/>
        </w:rPr>
        <w:t xml:space="preserve">[28:42] </w:t>
      </w:r>
      <w:r>
        <w:t>woh is anokhi cheez ka bhi khaliq hai jo aaj hamare samne zahir hui hai. wa inna Allaha rabbi warabbukum fa'abduhu hadha</w:t>
      </w:r>
    </w:p>
    <w:p>
      <w:pPr>
        <w:jc w:val="right"/>
      </w:pPr>
      <w:r>
        <w:t>وہ اس انوکھی چیز کا بھی خالق ہے جو آج ہمارے سامنے ظاہر ہوئی ہے۔ وإن الله ربي وربكم فاعبدوه هذا</w:t>
      </w:r>
    </w:p>
    <w:p>
      <w:r>
        <w:rPr>
          <w:b/>
        </w:rPr>
        <w:t xml:space="preserve">[28:58] </w:t>
      </w:r>
      <w:r>
        <w:t>sirat mustaqeem fa ikhtalaf al-ahzab min baynihim fa waylun lil-ladheena kafaroo min mashhad yawmin azeem asmi' bihim wa absir yaw ya'toonana lakinna al-zaloomeena al-yawma fee dalalin</w:t>
      </w:r>
    </w:p>
    <w:p>
      <w:pPr>
        <w:jc w:val="right"/>
      </w:pPr>
      <w:r>
        <w:t>صراط مستقيم فاختلف الأحزاب من بينهم فويل للذين كفروا من مشهد يوم عظيم أسمع بهم وأبصر يوم يأتوننا لكن الظالمون اليوم في ضلال</w:t>
      </w:r>
    </w:p>
    <w:p>
      <w:r>
        <w:rPr>
          <w:b/>
        </w:rPr>
        <w:t xml:space="preserve">[29:23] </w:t>
      </w:r>
      <w:r>
        <w:t>mubeen. aur beshak Allah mera rab hai aur tumhara rab bhi.</w:t>
      </w:r>
    </w:p>
    <w:p>
      <w:pPr>
        <w:jc w:val="right"/>
      </w:pPr>
      <w:r>
        <w:t>مبين. اور بے شک اللہ میرا رب ہے اور تمہارا رب بھی۔</w:t>
      </w:r>
    </w:p>
    <w:p>
      <w:r>
        <w:rPr>
          <w:b/>
        </w:rPr>
        <w:t xml:space="preserve">[29:31] </w:t>
      </w:r>
      <w:r>
        <w:t>pas tum usi ki ibadat karo. yahi seedha rasta hai. phir un ke firqon ne baham ikhtilaf kiya.</w:t>
      </w:r>
    </w:p>
    <w:p>
      <w:pPr>
        <w:jc w:val="right"/>
      </w:pPr>
      <w:r>
        <w:t>پس تم اسی کی عبادت کرو۔ یہی سیدھا راستہ ہے۔ پھر ان کے فرقوں نے باہم اختلاف کیا۔</w:t>
      </w:r>
    </w:p>
    <w:p>
      <w:r>
        <w:rPr>
          <w:b/>
        </w:rPr>
        <w:t xml:space="preserve">[29:40] </w:t>
      </w:r>
      <w:r>
        <w:t>pas inkar karne walon ke liye aik baray din ke aanay se kharabi hai. jis din yeh log hamare paas ayenge woh khoob suntay aur khoob dekhtay honge magar aaj yeh zalim</w:t>
      </w:r>
    </w:p>
    <w:p>
      <w:pPr>
        <w:jc w:val="right"/>
      </w:pPr>
      <w:r>
        <w:t>پس انکار کرنے والوں کے لیے ایک بڑے دن کے آنے سے خرابی ہے۔ جس دن یہ لوگ ہمارے پاس آئیں گے وہ خوب سنتے اور خوب دیکھتے ہوں گے مگر آج یہ ظالم</w:t>
      </w:r>
    </w:p>
    <w:p>
      <w:r>
        <w:rPr>
          <w:b/>
        </w:rPr>
        <w:t xml:space="preserve">[29:57] </w:t>
      </w:r>
      <w:r>
        <w:t>khuli hui gumrahi mein hain. tashreeh: hazrat maseeh aur doosray tamam peghambaron ne aik hi sirat mustaqeem ki taraf logon ko bulaya.</w:t>
      </w:r>
    </w:p>
    <w:p>
      <w:pPr>
        <w:jc w:val="right"/>
      </w:pPr>
      <w:r>
        <w:t>کھلی ہوئی گمراہی میں ہیں۔ تشریح: حضرت مسیح اور دوسرے تمام پیغمبروں نے ایک ہی صراط مستقیم کی طرف لوگوں کو بلایا۔</w:t>
      </w:r>
    </w:p>
    <w:p>
      <w:r>
        <w:rPr>
          <w:b/>
        </w:rPr>
        <w:t xml:space="preserve">[30:10] </w:t>
      </w:r>
      <w:r>
        <w:t>woh yeh ke aadmi Khuda ko apna rab banaye aur usi ki ibadat kare.</w:t>
      </w:r>
    </w:p>
    <w:p>
      <w:pPr>
        <w:jc w:val="right"/>
      </w:pPr>
      <w:r>
        <w:t>وہ یہ کہ آدمی خدا کو اپنا رب بنائے اور اسی کی عبادت کرے۔</w:t>
      </w:r>
    </w:p>
    <w:p>
      <w:r>
        <w:rPr>
          <w:b/>
        </w:rPr>
        <w:t xml:space="preserve">[30:17] </w:t>
      </w:r>
      <w:r>
        <w:t>magar hamesha yeh hua ke khud sakhta taweelat o tashreehat ke zariye is sirat mustaqeem se inhiraf kiya gaya.</w:t>
      </w:r>
    </w:p>
    <w:p>
      <w:pPr>
        <w:jc w:val="right"/>
      </w:pPr>
      <w:r>
        <w:t>مگر ہمیشہ یہ ہوا کہ خود ساختہ تاویلات و تشریحات کے ذریعے اس صراط مستقیم سے انحراف کیا گیا۔</w:t>
      </w:r>
    </w:p>
    <w:p>
      <w:r>
        <w:rPr>
          <w:b/>
        </w:rPr>
        <w:t xml:space="preserve">[30:27] </w:t>
      </w:r>
      <w:r>
        <w:t>kisi ne aik baat nikali aur kisi ne doosri baat. is tarah ikhtilaf paida hua</w:t>
      </w:r>
    </w:p>
    <w:p>
      <w:pPr>
        <w:jc w:val="right"/>
      </w:pPr>
      <w:r>
        <w:t>کسی نے ایک بات نکالی اور کسی نے دوسری بات۔ اس طرح اختلاف پیدا ہوا</w:t>
      </w:r>
    </w:p>
    <w:p>
      <w:r>
        <w:rPr>
          <w:b/>
        </w:rPr>
        <w:t xml:space="preserve">[30:33] </w:t>
      </w:r>
      <w:r>
        <w:t>aur aik deen kayi deenon mein taqseem ho gaya.</w:t>
      </w:r>
    </w:p>
    <w:p>
      <w:pPr>
        <w:jc w:val="right"/>
      </w:pPr>
      <w:r>
        <w:t>اور ایک دین کئی دینوں میں تقسیم ہو گیا۔</w:t>
      </w:r>
    </w:p>
    <w:p>
      <w:r>
        <w:rPr>
          <w:b/>
        </w:rPr>
        <w:t xml:space="preserve">[30:44] </w:t>
      </w:r>
      <w:r>
        <w:t>dunya mein bhi haq baat poori tarah wazeh hai magar yahan insaan ko imtehan ki wajah se azadi hasil hai. woh chahe to maane aur chahe to na maane.</w:t>
      </w:r>
    </w:p>
    <w:p>
      <w:pPr>
        <w:jc w:val="right"/>
      </w:pPr>
      <w:r>
        <w:t>دنیا میں بھی حق بات پوری طرح واضح ہے مگر یہاں انسان کو امتحان کی وجہ سے آزادی حاصل ہے۔ وہ چاہے تو مانے اور چاہے تو نہ مانے۔</w:t>
      </w:r>
    </w:p>
    <w:p>
      <w:r>
        <w:rPr>
          <w:b/>
        </w:rPr>
        <w:t xml:space="preserve">[30:56] </w:t>
      </w:r>
      <w:r>
        <w:t>is waqti azadi ki wajah se insaan ghalat fehmi mein par jata hai</w:t>
      </w:r>
    </w:p>
    <w:p>
      <w:pPr>
        <w:jc w:val="right"/>
      </w:pPr>
      <w:r>
        <w:t>اس وقتی آزادی کی وجہ سے انسان غلط فہمی میں پڑ جاتا ہے</w:t>
      </w:r>
    </w:p>
    <w:p>
      <w:r>
        <w:rPr>
          <w:b/>
        </w:rPr>
        <w:t xml:space="preserve">[31:01] </w:t>
      </w:r>
      <w:r>
        <w:t>aur sarkashi karne lagta hai. is ko dalail ke zariye bataya jata hai ke Khuda ki sirat mustaqeem kya hai magar woh us ko nahi manta.</w:t>
      </w:r>
    </w:p>
    <w:p>
      <w:pPr>
        <w:jc w:val="right"/>
      </w:pPr>
      <w:r>
        <w:t>اور سرکشی کرنے لگتا ہے۔ اس کو دلائل کے ذریعے بتایا جاتا ہے کہ خدا کی صراط مستقیم کیا ہے مگر وہ اس کو نہیں مانتا۔</w:t>
      </w:r>
    </w:p>
    <w:p>
      <w:r>
        <w:rPr>
          <w:b/>
        </w:rPr>
        <w:t xml:space="preserve">[31:12] </w:t>
      </w:r>
      <w:r>
        <w:t>lekin akhirat mein jab azadi chhin chuki hogi insaan ki wohi aankhein aur wohi kaan</w:t>
      </w:r>
    </w:p>
    <w:p>
      <w:pPr>
        <w:jc w:val="right"/>
      </w:pPr>
      <w:r>
        <w:t>لیکن آخرت میں جب آزادی چھن چکی ہوگی انسان کی وہی آنکھیں اور وہی کان</w:t>
      </w:r>
    </w:p>
    <w:p>
      <w:r>
        <w:rPr>
          <w:b/>
        </w:rPr>
        <w:t xml:space="preserve">[31:19] </w:t>
      </w:r>
      <w:r>
        <w:t>khoob dekhnay aur sunnay walay ban jayenge jo aaj aisay maloom hotay hain goya ke woh dekhna aur sunna jantay hi na hon.</w:t>
      </w:r>
    </w:p>
    <w:p>
      <w:pPr>
        <w:jc w:val="right"/>
      </w:pPr>
      <w:r>
        <w:t>خوب دیکھنے اور سننے والے بن جائیں گے جو آج ایسے معلوم ہوتے ہیں گویا کہ وہ دیکھنا اور سننا جانتے ہی نہ ہوں۔</w:t>
      </w:r>
    </w:p>
    <w:p>
      <w:r>
        <w:rPr>
          <w:b/>
        </w:rPr>
        <w:t xml:space="preserve">[31:32] </w:t>
      </w:r>
      <w:r>
        <w:t>wa andhirhum yawm al-hasrati idha qudiya al-amru wa hum fee ghaflatin</w:t>
      </w:r>
    </w:p>
    <w:p>
      <w:pPr>
        <w:jc w:val="right"/>
      </w:pPr>
      <w:r>
        <w:t>وأنذرهم يوم الحسرة إذ قضي الأمر وهم في غفلة</w:t>
      </w:r>
    </w:p>
    <w:p>
      <w:r>
        <w:rPr>
          <w:b/>
        </w:rPr>
        <w:t xml:space="preserve">[31:39] </w:t>
      </w:r>
      <w:r>
        <w:t>wa hum la yu'minoona inna nahnu narithu al-arda wa man 'alayha wa ilayna yurja'oona.</w:t>
      </w:r>
    </w:p>
    <w:p>
      <w:pPr>
        <w:jc w:val="right"/>
      </w:pPr>
      <w:r>
        <w:t>وهم لا يؤمنون إنا نحن نرث الأرض ومن عليها وإلينا يرجعون.</w:t>
      </w:r>
    </w:p>
    <w:p>
      <w:r>
        <w:rPr>
          <w:b/>
        </w:rPr>
        <w:t xml:space="preserve">[31:52] </w:t>
      </w:r>
      <w:r>
        <w:t>aur un logon ko is hasrat ke din se</w:t>
      </w:r>
    </w:p>
    <w:p>
      <w:pPr>
        <w:jc w:val="right"/>
      </w:pPr>
      <w:r>
        <w:t>اور ان لوگوں کو اس حسرت کے دن سے</w:t>
      </w:r>
    </w:p>
    <w:p>
      <w:r>
        <w:rPr>
          <w:b/>
        </w:rPr>
        <w:t xml:space="preserve">[31:55] </w:t>
      </w:r>
      <w:r>
        <w:t>dra do jab maamlay ka faisla kar diya jayega aur woh ghaflat mein hain aur woh imaan nahi la rahe hain.</w:t>
      </w:r>
    </w:p>
    <w:p>
      <w:pPr>
        <w:jc w:val="right"/>
      </w:pPr>
      <w:r>
        <w:t>ڈرا دو جب معاملے کا فیصلہ کر دیا جائے گا اور وہ غفلت میں ہیں اور وہ ایمان نہیں لا رہے ہیں۔</w:t>
      </w:r>
    </w:p>
    <w:p>
      <w:r>
        <w:rPr>
          <w:b/>
        </w:rPr>
        <w:t xml:space="preserve">[32:04] </w:t>
      </w:r>
      <w:r>
        <w:t>beshak hum hi zameen aur zameen ke rehne walon ke waris honge aur log hamari hi taraf lotaye jayenge.</w:t>
      </w:r>
    </w:p>
    <w:p>
      <w:pPr>
        <w:jc w:val="right"/>
      </w:pPr>
      <w:r>
        <w:t>بے شک ہم ہی زمین اور زمین کے رہنے والوں کے وارث ہوں گے اور لوگ ہماری ہی طرف لوٹائے جائیں گے۔</w:t>
      </w:r>
    </w:p>
    <w:p>
      <w:r>
        <w:rPr>
          <w:b/>
        </w:rPr>
        <w:t xml:space="preserve">[32:16] </w:t>
      </w:r>
      <w:r>
        <w:t>tashreeh: aadmi dunya mein nakami se dochar hota hai to us ko mauqa hota hai ke woh dobara nayi zindagi shuru kar sake.</w:t>
      </w:r>
    </w:p>
    <w:p>
      <w:pPr>
        <w:jc w:val="right"/>
      </w:pPr>
      <w:r>
        <w:t>تشریح: آدمی دنیا میں ناکامی سے دوچار ہوتا ہے تو اس کو موقع ہوتا ہے کہ وہ دوبارہ نئی زندگی شروع کر سکے۔</w:t>
      </w:r>
    </w:p>
    <w:p>
      <w:r>
        <w:rPr>
          <w:b/>
        </w:rPr>
        <w:t xml:space="preserve">[32:28] </w:t>
      </w:r>
      <w:r>
        <w:t>us ke paas saathi aur madadgar hotay hain jo us ko sambhalne ke liye kharay ho jatay hain.</w:t>
      </w:r>
    </w:p>
    <w:p>
      <w:pPr>
        <w:jc w:val="right"/>
      </w:pPr>
      <w:r>
        <w:t>اس کے پاس ساتھی اور مددگار ہوتے ہیں جو اس کو سنبھالنے کے لیے کھڑے ہو جاتے ہیں۔</w:t>
      </w:r>
    </w:p>
    <w:p>
      <w:r>
        <w:rPr>
          <w:b/>
        </w:rPr>
        <w:t xml:space="preserve">[32:35] </w:t>
      </w:r>
      <w:r>
        <w:t>magar akhirat ki nakami aisi nakami hai jis ke baad dobara sambhalne ka koi imkan nahi.</w:t>
      </w:r>
    </w:p>
    <w:p>
      <w:pPr>
        <w:jc w:val="right"/>
      </w:pPr>
      <w:r>
        <w:t>مگر آخرت کی ناکامی ایسی ناکامی ہے جس کے بعد دوبارہ سنبھلنے کا کوئی امکان نہیں۔</w:t>
      </w:r>
    </w:p>
    <w:p>
      <w:r>
        <w:rPr>
          <w:b/>
        </w:rPr>
        <w:t xml:space="preserve">[32:45] </w:t>
      </w:r>
      <w:r>
        <w:t>kaisa ajeeb hasrat ka lamha hoga jab aadmi yeh janega ke woh sab kuch kar sakta tha magar</w:t>
      </w:r>
    </w:p>
    <w:p>
      <w:pPr>
        <w:jc w:val="right"/>
      </w:pPr>
      <w:r>
        <w:t>کیسا عجیب حسرت کا لمحہ ہوگا جب آدمی یہ جانے گا کہ وہ سب کچھ کر سکتا تھا مگر</w:t>
      </w:r>
    </w:p>
    <w:p>
      <w:r>
        <w:rPr>
          <w:b/>
        </w:rPr>
        <w:t xml:space="preserve">[32:52] </w:t>
      </w:r>
      <w:r>
        <w:t>us ne nahi kiya. yahan tak ke karne ka waqt hi khatam ho gaya.</w:t>
      </w:r>
    </w:p>
    <w:p>
      <w:pPr>
        <w:jc w:val="right"/>
      </w:pPr>
      <w:r>
        <w:t>اس نے نہیں کیا۔ یہاں تک کہ کرنے کا وقت ہی ختم ہو گیا۔</w:t>
      </w:r>
    </w:p>
    <w:p>
      <w:r>
        <w:rPr>
          <w:b/>
        </w:rPr>
        <w:t xml:space="preserve">[33:00] </w:t>
      </w:r>
      <w:r>
        <w:t>sari kharabiyon ki jar yeh hai ke aadmi yeh samajh leta hai ke woh apna malik aap hai. magar haqeeqat yeh hai ke yeh sirf aik darmiyani waqfa hai.</w:t>
      </w:r>
    </w:p>
    <w:p>
      <w:pPr>
        <w:jc w:val="right"/>
      </w:pPr>
      <w:r>
        <w:t>ساری خرابیوں کی جڑ یہ ہے کہ آدمی یہ سمجھ لیتا ہے کہ وہ اپنا مالک آپ ہے۔ مگر حقیقت یہ ہے کہ یہ صرف ایک درمیانی وقفہ ہے۔</w:t>
      </w:r>
    </w:p>
    <w:p>
      <w:r>
        <w:rPr>
          <w:b/>
        </w:rPr>
        <w:t xml:space="preserve">[33:12] </w:t>
      </w:r>
      <w:r>
        <w:t>pehlay bhi sirf khuda tamam cheezon ka malik tha</w:t>
      </w:r>
    </w:p>
    <w:p>
      <w:pPr>
        <w:jc w:val="right"/>
      </w:pPr>
      <w:r>
        <w:t>پہلے بھی صرف خدا تمام چیزوں کا مالک تھا</w:t>
      </w:r>
    </w:p>
    <w:p>
      <w:r>
        <w:rPr>
          <w:b/>
        </w:rPr>
        <w:t xml:space="preserve">[33:16] </w:t>
      </w:r>
      <w:r>
        <w:t>aur aakhir mein bhi yeh sirf khuda hai jo tamam cheezon ka malik hoga. Khuda ke siwa koi nahi jisko yahan haqeeqi maano mein koi malikana haisiyat hasil hai.</w:t>
      </w:r>
    </w:p>
    <w:p>
      <w:pPr>
        <w:jc w:val="right"/>
      </w:pPr>
      <w:r>
        <w:t>اور آخر میں بھی یہ صرف خدا ہے جو تمام چیزوں کا مالک ہوگا۔ خدا کے سوا کوئی نہیں جس کو یہاں حقیقی معنوں میں کوئی مالکانہ حیثیت حاصل ہو۔</w:t>
      </w:r>
    </w:p>
    <w:p>
      <w:r>
        <w:rPr>
          <w:b/>
        </w:rPr>
        <w:t xml:space="preserve">[33:31] </w:t>
      </w:r>
      <w:r>
        <w:t>wa-zkur fil-kitabi ibrahim innahu kana siddiqan</w:t>
      </w:r>
    </w:p>
    <w:p>
      <w:pPr>
        <w:jc w:val="right"/>
      </w:pPr>
      <w:r>
        <w:t>واذكر في الكتاب ابراهيم إنه كان صديقا</w:t>
      </w:r>
    </w:p>
    <w:p>
      <w:r>
        <w:rPr>
          <w:b/>
        </w:rPr>
        <w:t xml:space="preserve">[33:37] </w:t>
      </w:r>
      <w:r>
        <w:t>nabiyyan iz qala li-abihi ya abati lima ta'budu ma la yasma'u wa la yubsiru wa la yughni 'anka shay'an ya abati inni qad ja'ani minal-'ilmi ma lam ya'tika fa-ttabi'ni</w:t>
      </w:r>
    </w:p>
    <w:p>
      <w:pPr>
        <w:jc w:val="right"/>
      </w:pPr>
      <w:r>
        <w:t>نبيا إذ قال لأبيه يا أبت لم تعبد ما لا يسمع ولا يبصر ولا يغني عنك شيئا يا أبت إني قد جاءني من العلم ما لم يأتك فاتبعني</w:t>
      </w:r>
    </w:p>
    <w:p>
      <w:r>
        <w:rPr>
          <w:b/>
        </w:rPr>
        <w:t xml:space="preserve">[34:04] </w:t>
      </w:r>
      <w:r>
        <w:t>ahdika siratan sawiyyan ya abati la ta'budish-shaytan in-nash-shaytana kana lir-rahmani 'asiyyan ya</w:t>
      </w:r>
    </w:p>
    <w:p>
      <w:pPr>
        <w:jc w:val="right"/>
      </w:pPr>
      <w:r>
        <w:t>أهدك صراطا سويا يا أبت لا تعبد الشيطان إن الشيطان كان للرحمن عصيا يا</w:t>
      </w:r>
    </w:p>
    <w:p>
      <w:r>
        <w:rPr>
          <w:b/>
        </w:rPr>
        <w:t xml:space="preserve">[34:21] </w:t>
      </w:r>
      <w:r>
        <w:t>abati inni akhafu an yamsasaka 'adhabum-mir-rahmani fa-takuna lish-shaytani waliyyan.</w:t>
      </w:r>
    </w:p>
    <w:p>
      <w:pPr>
        <w:jc w:val="right"/>
      </w:pPr>
      <w:r>
        <w:t>أبت إني أخاف أن يمسك عذاب من الرحمن فتكون للشيطان وليا.</w:t>
      </w:r>
    </w:p>
    <w:p>
      <w:r>
        <w:rPr>
          <w:b/>
        </w:rPr>
        <w:t xml:space="preserve">[34:35] </w:t>
      </w:r>
      <w:r>
        <w:t>aur kitaab mein ibrahim ka zikr karo. Beshak woh sacha tha aur nabi tha.</w:t>
      </w:r>
    </w:p>
    <w:p>
      <w:pPr>
        <w:jc w:val="right"/>
      </w:pPr>
      <w:r>
        <w:t>اور کتاب میں ابراہیم کا ذکر کرو۔ بے شک وہ سچا تھا اور نبی تھا۔</w:t>
      </w:r>
    </w:p>
    <w:p>
      <w:r>
        <w:rPr>
          <w:b/>
        </w:rPr>
        <w:t xml:space="preserve">[34:41] </w:t>
      </w:r>
      <w:r>
        <w:t>jab us ne apne baap se kaha ke a mere baap</w:t>
      </w:r>
    </w:p>
    <w:p>
      <w:pPr>
        <w:jc w:val="right"/>
      </w:pPr>
      <w:r>
        <w:t>جب اس نے اپنے باپ سے کہا کہ اے میرے با</w:t>
      </w:r>
    </w:p>
    <w:p>
      <w:r>
        <w:rPr>
          <w:b/>
        </w:rPr>
        <w:t xml:space="preserve">[34:45] </w:t>
      </w:r>
      <w:r>
        <w:t>! aisi cheez ki ibadat kyun karte ho jo na sune aur na dekhe aur na tumhare kuch kaam aa sake?</w:t>
      </w:r>
    </w:p>
    <w:p>
      <w:pPr>
        <w:jc w:val="right"/>
      </w:pPr>
      <w:r>
        <w:t>پ! ایسی چیز کی عبادت کیوں کرتے ہو جو نہ سنے اور نہ دیکھے اور نہ تمہارے کچھ کام آ سکے؟</w:t>
      </w:r>
    </w:p>
    <w:p>
      <w:r>
        <w:rPr>
          <w:b/>
        </w:rPr>
        <w:t xml:space="preserve">[34:54] </w:t>
      </w:r>
      <w:r>
        <w:t>a mere baap! mere paas aisa ilm aaya hai jo tumhare paas nahi hai to tum mere kehne par chalo.</w:t>
      </w:r>
    </w:p>
    <w:p>
      <w:pPr>
        <w:jc w:val="right"/>
      </w:pPr>
      <w:r>
        <w:t>اے میرے باپ! میرے پاس ایسا علم آیا ہے جو تمہارے پاس نہیں ہے تو تم میرے کہنے پر چلو۔</w:t>
      </w:r>
    </w:p>
    <w:p>
      <w:r>
        <w:rPr>
          <w:b/>
        </w:rPr>
        <w:t xml:space="preserve">[35:04] </w:t>
      </w:r>
      <w:r>
        <w:t>main tum ko seedha rasta dikhaunga. A mere baap</w:t>
      </w:r>
    </w:p>
    <w:p>
      <w:pPr>
        <w:jc w:val="right"/>
      </w:pPr>
      <w:r>
        <w:t>میں تم کو سیدھا راستہ دکھاؤں گا۔ اے میرے باپ</w:t>
      </w:r>
    </w:p>
    <w:p>
      <w:r>
        <w:rPr>
          <w:b/>
        </w:rPr>
        <w:t xml:space="preserve">[35:09] </w:t>
      </w:r>
      <w:r>
        <w:t>! shaitan ki ibadat na kar. Beshak shaitan khudaye rehman ki nafarmani karne wala hai. A mere baap!</w:t>
      </w:r>
    </w:p>
    <w:p>
      <w:pPr>
        <w:jc w:val="right"/>
      </w:pPr>
      <w:r>
        <w:t>! شیطان کی عبادت نہ کر۔ بے شک شیطان خدائے رحمن کی نافرمانی کرنے والا ہے۔ اے میرے باپ!</w:t>
      </w:r>
    </w:p>
    <w:p>
      <w:r>
        <w:rPr>
          <w:b/>
        </w:rPr>
        <w:t xml:space="preserve">[35:19] </w:t>
      </w:r>
      <w:r>
        <w:t>mujhe dar hai ke tum ko khudaye rehman ka koi azaab pakad le aur tum shaitan ke saathi ban kar reh jao.</w:t>
      </w:r>
    </w:p>
    <w:p>
      <w:pPr>
        <w:jc w:val="right"/>
      </w:pPr>
      <w:r>
        <w:t>مجھ کو ڈر ہے کہ تم کو خدائے رحمن کا کوئی عذاب پکڑ لے اور تم شیطان کے ساتھی بن کر رہ جاؤ۔</w:t>
      </w:r>
    </w:p>
    <w:p>
      <w:r>
        <w:rPr>
          <w:b/>
        </w:rPr>
        <w:t xml:space="preserve">[35:31] </w:t>
      </w:r>
      <w:r>
        <w:t>tashreeh: hazrat ibrahim iraq mein paida hue. Unke walid</w:t>
      </w:r>
    </w:p>
    <w:p>
      <w:pPr>
        <w:jc w:val="right"/>
      </w:pPr>
      <w:r>
        <w:t>تشریح: حضرت ابراہیم عراق میں پیدا ہوئے۔ ان کے والد</w:t>
      </w:r>
    </w:p>
    <w:p>
      <w:r>
        <w:rPr>
          <w:b/>
        </w:rPr>
        <w:t xml:space="preserve">[35:38] </w:t>
      </w:r>
      <w:r>
        <w:t>azar but parast thay. Aap ko nabuwat mili to aap ne apne walid ko naseehat ki ke buton ki ibadat chhod do aur khuda ki ibadat karo warna tum khuda ki pakad mein aa jaoge.</w:t>
      </w:r>
    </w:p>
    <w:p>
      <w:pPr>
        <w:jc w:val="right"/>
      </w:pPr>
      <w:r>
        <w:t>ازر بت پرست تھے۔ آپ کو نبوت ملی تو آپ نے اپنے والد کو نصیحت کی کہ بتوں کی عبادت چھوڑ دو اور خدا کی عبادت کرو ورنہ تم خدا کی پکڑ میں آ جاؤ گے۔</w:t>
      </w:r>
    </w:p>
    <w:p>
      <w:r>
        <w:rPr>
          <w:b/>
        </w:rPr>
        <w:t xml:space="preserve">[35:53] </w:t>
      </w:r>
      <w:r>
        <w:t>shaitan ki ibadat ka matlab</w:t>
      </w:r>
    </w:p>
    <w:p>
      <w:pPr>
        <w:jc w:val="right"/>
      </w:pPr>
      <w:r>
        <w:t>شیطان کی عبادت کا مطلب</w:t>
      </w:r>
    </w:p>
    <w:p>
      <w:r>
        <w:rPr>
          <w:b/>
        </w:rPr>
        <w:t xml:space="preserve">[35:56] </w:t>
      </w:r>
      <w:r>
        <w:t>khud shaitan ki ibadat nahi hai balke shaitan ki batai hui cheez ki ibadat hai. Insan ke andar fitri taur par yeh jazba rakha gaya hai ke woh kisi ko ooncha darja de kar us ke aage apne</w:t>
      </w:r>
    </w:p>
    <w:p>
      <w:pPr>
        <w:jc w:val="right"/>
      </w:pPr>
      <w:r>
        <w:t>خود شیطان کی عبادت نہیں ہے بلکہ شیطان کی بتائی ہوئی چیز کی عبادت ہے۔ انسان کے اندر فطری طور پر یہ جذبہ رکھا گیا ہے کہ وہ کسی کو اونچا درجہ دے کر اس کے آگے اپنے</w:t>
      </w:r>
    </w:p>
    <w:p>
      <w:r>
        <w:rPr>
          <w:b/>
        </w:rPr>
        <w:t xml:space="preserve">[36:12] </w:t>
      </w:r>
      <w:r>
        <w:t>jazbaat-e-aqeedat ko nisar kare. Is jazbe ka haqeeqi markaz khuda hai magar shaitan mukhtalif tareeqe se logon ke zehan ko pherta hai taake woh insaan ko mushrik bana de.</w:t>
      </w:r>
    </w:p>
    <w:p>
      <w:pPr>
        <w:jc w:val="right"/>
      </w:pPr>
      <w:r>
        <w:t>جذبات عقیدت کو نثار کرے۔ اس جذبے کا حقیقی مرکز خدا ہے مگر شیطان مختلف طریقے سے لوگوں کے ذہن کو پھیرتا ہے تاکہ وہ انسان کو مشرک بنا دے۔</w:t>
      </w:r>
    </w:p>
    <w:p>
      <w:r>
        <w:rPr>
          <w:b/>
        </w:rPr>
        <w:t xml:space="preserve">[36:27] </w:t>
      </w:r>
      <w:r>
        <w:t>taake insaan</w:t>
      </w:r>
    </w:p>
    <w:p>
      <w:pPr>
        <w:jc w:val="right"/>
      </w:pPr>
      <w:r>
        <w:t>تاکہ انسان</w:t>
      </w:r>
    </w:p>
    <w:p>
      <w:r>
        <w:rPr>
          <w:b/>
        </w:rPr>
        <w:t xml:space="preserve">[36:29] </w:t>
      </w:r>
      <w:r>
        <w:t>ghair khuda ko woh cheez de de jo us ko sirf khuda ko dena chahiye.</w:t>
      </w:r>
    </w:p>
    <w:p>
      <w:pPr>
        <w:jc w:val="right"/>
      </w:pPr>
      <w:r>
        <w:t>غیر خدا کو وہ چیز دے دے جو اس کو صرف خدا کو دینا چاہیے۔</w:t>
      </w:r>
    </w:p>
    <w:p>
      <w:r>
        <w:rPr>
          <w:b/>
        </w:rPr>
        <w:t xml:space="preserve">[36:37] </w:t>
      </w:r>
      <w:r>
        <w:t>Qala arahibun anta 'an aalihati ya</w:t>
      </w:r>
    </w:p>
    <w:p>
      <w:pPr>
        <w:jc w:val="right"/>
      </w:pPr>
      <w:r>
        <w:t>قال أراغب أنت عن آلهتي يا</w:t>
      </w:r>
    </w:p>
    <w:p>
      <w:r>
        <w:rPr>
          <w:b/>
        </w:rPr>
        <w:t xml:space="preserve">[36:44] </w:t>
      </w:r>
      <w:r>
        <w:t>Ibrahima la'in lam tantahi la'arjumannaka</w:t>
      </w:r>
    </w:p>
    <w:p>
      <w:pPr>
        <w:jc w:val="right"/>
      </w:pPr>
      <w:r>
        <w:t>ابراهيم لئن لم تنته لأرجمنك</w:t>
      </w:r>
    </w:p>
    <w:p>
      <w:r>
        <w:rPr>
          <w:b/>
        </w:rPr>
        <w:t xml:space="preserve">[36:50] </w:t>
      </w:r>
      <w:r>
        <w:t>wahjurni maliyyan qala</w:t>
      </w:r>
    </w:p>
    <w:p>
      <w:pPr>
        <w:jc w:val="right"/>
      </w:pPr>
      <w:r>
        <w:t>واهجرني مليا قال</w:t>
      </w:r>
    </w:p>
    <w:p>
      <w:r>
        <w:rPr>
          <w:b/>
        </w:rPr>
        <w:t xml:space="preserve">[36:53] </w:t>
      </w:r>
      <w:r>
        <w:t>salamun 'alayka sa'astaghfiru laka rabbi</w:t>
      </w:r>
    </w:p>
    <w:p>
      <w:pPr>
        <w:jc w:val="right"/>
      </w:pPr>
      <w:r>
        <w:t>سلام عليك سأستغفر لك ربي</w:t>
      </w:r>
    </w:p>
    <w:p>
      <w:r>
        <w:rPr>
          <w:b/>
        </w:rPr>
        <w:t xml:space="preserve">[36:59] </w:t>
      </w:r>
      <w:r>
        <w:t>innahu kana bi hafiyyan wa a'tazilukum wa ma tad'una min-dunil-lahi wa ad'u rabbi 'asa an la akuna bi-du'a'i</w:t>
      </w:r>
    </w:p>
    <w:p>
      <w:pPr>
        <w:jc w:val="right"/>
      </w:pPr>
      <w:r>
        <w:t>إنه كان بي حفيا وأعتزلكم وما تدعون من دون الله وأدعو ربي عسى أن لا أكون بدعاء</w:t>
      </w:r>
    </w:p>
    <w:p>
      <w:r>
        <w:rPr>
          <w:b/>
        </w:rPr>
        <w:t xml:space="preserve">[37:19] </w:t>
      </w:r>
      <w:r>
        <w:t>rabbi shaqiyyan</w:t>
      </w:r>
    </w:p>
    <w:p>
      <w:pPr>
        <w:jc w:val="right"/>
      </w:pPr>
      <w:r>
        <w:t>ربي شقيا</w:t>
      </w:r>
    </w:p>
    <w:p>
      <w:r>
        <w:rPr>
          <w:b/>
        </w:rPr>
        <w:t xml:space="preserve">[37:23] </w:t>
      </w:r>
      <w:r>
        <w:t>baap ne kaha ke a ibrahim</w:t>
      </w:r>
    </w:p>
    <w:p>
      <w:pPr>
        <w:jc w:val="right"/>
      </w:pPr>
      <w:r>
        <w:t>باپ نے کہا کہ اے ابراہ</w:t>
      </w:r>
    </w:p>
    <w:p>
      <w:r>
        <w:rPr>
          <w:b/>
        </w:rPr>
        <w:t xml:space="preserve">[37:25] </w:t>
      </w:r>
      <w:r>
        <w:t>! kya tum mere ma'boodon se phir gaye ho? Agar tum baaz na aaye to main tum ko sangsaar kar dunga aur tum mujh se hamesha ke liye door ho jao.</w:t>
      </w:r>
    </w:p>
    <w:p>
      <w:pPr>
        <w:jc w:val="right"/>
      </w:pPr>
      <w:r>
        <w:t>یم! کیا تم میرے معبودوں سے پھر گئے ہو؟ اگر تم باز نہ آئے تو میں تم کو سنگسار کر دوں گا اور تم مجھ سے ہمیشہ کے لیے دور ہو جاؤ۔</w:t>
      </w:r>
    </w:p>
    <w:p>
      <w:r>
        <w:rPr>
          <w:b/>
        </w:rPr>
        <w:t xml:space="preserve">[37:39] </w:t>
      </w:r>
      <w:r>
        <w:t>ibrahim ne kaha tum par salamat ho.</w:t>
      </w:r>
    </w:p>
    <w:p>
      <w:pPr>
        <w:jc w:val="right"/>
      </w:pPr>
      <w:r>
        <w:t>ابراہیم نے کہا تم پر سلامتی ہو۔</w:t>
      </w:r>
    </w:p>
    <w:p>
      <w:r>
        <w:rPr>
          <w:b/>
        </w:rPr>
        <w:t xml:space="preserve">[37:42] </w:t>
      </w:r>
      <w:r>
        <w:t>mein apne rab se tumhare liye bakhshish ki dua karunga. beshak woh mujh par meherban hai aur mein tum logon ko chhodta hoon aur un ko bhi jinhein tum Allah ke siwa pukarte ho aur mein apne rab hi ko pukaroonga.</w:t>
      </w:r>
    </w:p>
    <w:p>
      <w:pPr>
        <w:jc w:val="right"/>
      </w:pPr>
      <w:r>
        <w:t>میں اپنے رب سے تمہارے لیے بخشش کی دعا کروں گا۔ بے شک وہ مجھ پر مہربان ہے اور میں تم لوگوں کو چھوڑتا ہوں اور ان کو بھی جنہیں تم اللہ کے سوا پکارتے ہو اور میں اپنے رب ہی کو پکاروں گا۔</w:t>
      </w:r>
    </w:p>
    <w:p>
      <w:r>
        <w:rPr>
          <w:b/>
        </w:rPr>
        <w:t xml:space="preserve">[38:01] </w:t>
      </w:r>
      <w:r>
        <w:t>ummeed hai ke mein apne rab ko pukkar kar mehroom nahin rahoonga.</w:t>
      </w:r>
    </w:p>
    <w:p>
      <w:pPr>
        <w:jc w:val="right"/>
      </w:pPr>
      <w:r>
        <w:t>امید ہے کہ میں اپنے رب کو پکار کر محروم نہیں رہوں گا۔</w:t>
      </w:r>
    </w:p>
    <w:p>
      <w:r>
        <w:rPr>
          <w:b/>
        </w:rPr>
        <w:t xml:space="preserve">[38:08] </w:t>
      </w:r>
      <w:r>
        <w:t>tashreeh: hazrat ibrahim ne jin batoon par tanqeed ki woh saada maano mein mahaz pathar ke tukde na thay balkeh woh un hastiyon ke numainda thay jin ki tilasmati azmat</w:t>
      </w:r>
    </w:p>
    <w:p>
      <w:pPr>
        <w:jc w:val="right"/>
      </w:pPr>
      <w:r>
        <w:t>تشریح: حضرت ابراہیم نے جن بتوں پر تنقید کی وہ سادہ معنوں میں محض پتھر کے ٹکڑے نہ تھے بلکہ وہ ان ہستیوں کے نمائندہ تھے جن کی تلسماتی عظمت</w:t>
      </w:r>
    </w:p>
    <w:p>
      <w:r>
        <w:rPr>
          <w:b/>
        </w:rPr>
        <w:t xml:space="preserve">[38:25] </w:t>
      </w:r>
      <w:r>
        <w:t>maazi ki taweel riwayat ke nateeje mein logon ke zehnon par qaim ho chuki thi. is taqabul mein nojawan ibrahim ek maamooli shakhs nazar aaye aur iraq ke but azmaton ke pahaad dikhai diye.</w:t>
      </w:r>
    </w:p>
    <w:p>
      <w:pPr>
        <w:jc w:val="right"/>
      </w:pPr>
      <w:r>
        <w:t>ماضی کی طویل روایات کے نتیجے میں لوگوں کے ذہنوں پر قائم ہو چکی تھی۔ اس تقابل میں نوجوان ابراہیم ایک معمولی شخص نظر آئے اور عراق کے بت عظمتوں کے پہاڑ دکھائی دیے۔</w:t>
      </w:r>
    </w:p>
    <w:p>
      <w:r>
        <w:rPr>
          <w:b/>
        </w:rPr>
        <w:t xml:space="preserve">[38:43] </w:t>
      </w:r>
      <w:r>
        <w:t>yahi wajah hai ke hazrat ibrahim ke walid ne haqarat ke sath un ki naseehat ko nazar andaaz kar diya. haq ki dawat ek maqam par shuru ki jaye aur phir woh is marhale mein pahunch jaye ke log us ko achhi tarah samajh chuke hon</w:t>
      </w:r>
    </w:p>
    <w:p>
      <w:pPr>
        <w:jc w:val="right"/>
      </w:pPr>
      <w:r>
        <w:t>یہی وجہ ہے کہ حضرت ابراہیم کے والد نے حقارت کے ساتھ ان کی نصیحت کو نظر انداز کر دیا۔ حق کی دعوت ایک مقام پر شروع کی جائے اور پھر وہ اس مرحلے میں پہنچ جائے کہ لوگ اس کو اچھی طرح سمجھ چکے ہوں</w:t>
      </w:r>
    </w:p>
    <w:p>
      <w:r>
        <w:rPr>
          <w:b/>
        </w:rPr>
        <w:t xml:space="preserve">[39:05] </w:t>
      </w:r>
      <w:r>
        <w:t>magar woh maanne ke bajaye jarahiyat par utar aayen to us waqt daai apne maqam amal ko tabdeel kar deta hai.</w:t>
      </w:r>
    </w:p>
    <w:p>
      <w:pPr>
        <w:jc w:val="right"/>
      </w:pPr>
      <w:r>
        <w:t>مگر وہ ماننے کے بجائے جارحیت پر اتر آئیں تو اس وقت داعی اپنے مقام عمل کو تبدیل کر دیتا ہے۔</w:t>
      </w:r>
    </w:p>
    <w:p>
      <w:r>
        <w:rPr>
          <w:b/>
        </w:rPr>
        <w:t xml:space="preserve">[39:15] </w:t>
      </w:r>
      <w:r>
        <w:t>isi ka doosra naam hijrat hai. maqam amal ki yeh tabdeeli kabhi</w:t>
      </w:r>
    </w:p>
    <w:p>
      <w:pPr>
        <w:jc w:val="right"/>
      </w:pPr>
      <w:r>
        <w:t>اسی کا دوسرا نام ہجرت ہے۔ مقام عمل کی یہ تبدیلی کبھی</w:t>
      </w:r>
    </w:p>
    <w:p>
      <w:r>
        <w:rPr>
          <w:b/>
        </w:rPr>
        <w:t xml:space="preserve">[39:21] </w:t>
      </w:r>
      <w:r>
        <w:t>qareeb ke daire mein hoti hai aur kabhi door ke daire mein.</w:t>
      </w:r>
    </w:p>
    <w:p>
      <w:pPr>
        <w:jc w:val="right"/>
      </w:pPr>
      <w:r>
        <w:t>قریب کے دائرے میں ہوتی ہے اور کبھی دور کے دائرے میں۔</w:t>
      </w:r>
    </w:p>
    <w:p>
      <w:r>
        <w:rPr>
          <w:b/>
        </w:rPr>
        <w:t xml:space="preserve">[39:28] </w:t>
      </w:r>
      <w:r>
        <w:t>dawat ka amal ek khudai amal hai. yahi wajah hai ke woh jab bhi shuru hota hai rabbani nafsiyat ke sath shuru hota hai.</w:t>
      </w:r>
    </w:p>
    <w:p>
      <w:pPr>
        <w:jc w:val="right"/>
      </w:pPr>
      <w:r>
        <w:t>دعوت کا عمل ایک خدائی عمل ہے۔ یہی وجہ ہے کہ وہ جب بھی شروع ہوتا ہے ربانی نفسیات کے ساتھ شروع ہوتا ہے۔</w:t>
      </w:r>
    </w:p>
    <w:p>
      <w:r>
        <w:rPr>
          <w:b/>
        </w:rPr>
        <w:t xml:space="preserve">[39:39] </w:t>
      </w:r>
      <w:r>
        <w:t>madu agar daai ke sath zulm o haqarat ka maamla kare tab bhi daai ke dil mein us ke liye</w:t>
      </w:r>
    </w:p>
    <w:p>
      <w:pPr>
        <w:jc w:val="right"/>
      </w:pPr>
      <w:r>
        <w:t>مدعو اگر داعی کے ساتھ ظلم و حقارت کا معاملہ کرے تب بھی داعی کے دل میں اس کے لیے</w:t>
      </w:r>
    </w:p>
    <w:p>
      <w:r>
        <w:rPr>
          <w:b/>
        </w:rPr>
        <w:t xml:space="preserve">[39:47] </w:t>
      </w:r>
      <w:r>
        <w:t>naram goshah maujood rehta hai. isi tarah daai agar apne mahol mein be yaar o madadgar ho jaye tab bhi woh mayoos nahin hota kyunke is ka asal sahara Khuda hota hai.</w:t>
      </w:r>
    </w:p>
    <w:p>
      <w:pPr>
        <w:jc w:val="right"/>
      </w:pPr>
      <w:r>
        <w:t>نرم گوشہ موجود رہتا ہے۔ اسی طرح داعی اگر اپنے ماحول میں بے یار و مددگار ہو جائے تب بھی وہ مایوس نہیں ہوتا کیونکہ اس کا اصل سہارا خدا ہوتا ہے۔</w:t>
      </w:r>
    </w:p>
    <w:p>
      <w:r>
        <w:rPr>
          <w:b/>
        </w:rPr>
        <w:t xml:space="preserve">[40:01] </w:t>
      </w:r>
      <w:r>
        <w:t>woh yaqeen rakhta hai ke woh badastoor is ke sath maujood hai aur hamesha maujood rahega.</w:t>
      </w:r>
    </w:p>
    <w:p>
      <w:pPr>
        <w:jc w:val="right"/>
      </w:pPr>
      <w:r>
        <w:t>وہ یقین رکھتا ہے کہ وہ بدستور اس کے ساتھ موجود ہے اور ہمیشہ موجود رہے گا۔</w:t>
      </w:r>
    </w:p>
    <w:p>
      <w:r>
        <w:rPr>
          <w:b/>
        </w:rPr>
        <w:t xml:space="preserve">[40:10] </w:t>
      </w:r>
      <w:r>
        <w:t>falamma اعتزلهم وما يعبدون من دون الله وهبنا له اسحاق ويعقوب وكلا جعلنا نبيا ووهبنا لهم</w:t>
      </w:r>
    </w:p>
    <w:p>
      <w:pPr>
        <w:jc w:val="right"/>
      </w:pPr>
      <w:r>
        <w:t>فلما اعتزلهم وما يعبدون من دون الله وهبنا له اسحاق ويعقوب وكلا جعلنا نبيا ووهبنا لهم</w:t>
      </w:r>
    </w:p>
    <w:p>
      <w:r>
        <w:rPr>
          <w:b/>
        </w:rPr>
        <w:t xml:space="preserve">[40:28] </w:t>
      </w:r>
      <w:r>
        <w:t>min rehmatina waj alna lahum lisan sidq aliyan pas jab woh logon se juda ho gaya aur un se jin ko woh Allah ke siwa poochte thay to hum ne us ko</w:t>
      </w:r>
    </w:p>
    <w:p>
      <w:pPr>
        <w:jc w:val="right"/>
      </w:pPr>
      <w:r>
        <w:t>من رحمتنا وجعلنا لهم لسان صدق عليا پس جب وہ لوگوں سے جدا ہو گیا اور ان سے جن کو وہ اللہ کے سوا پوچھتے تھے تو ہم نے اس کو</w:t>
      </w:r>
    </w:p>
    <w:p>
      <w:r>
        <w:rPr>
          <w:b/>
        </w:rPr>
        <w:t xml:space="preserve">[40:45] </w:t>
      </w:r>
      <w:r>
        <w:t>ishaq aur yaqoob ata kiye aur hum ne un mein se har ek ko nabi banaya aur un ko apni rehmat ka hissa diya aur hum ne un ka naam nek aur buland kiya.</w:t>
      </w:r>
    </w:p>
    <w:p>
      <w:pPr>
        <w:jc w:val="right"/>
      </w:pPr>
      <w:r>
        <w:t>اسحاق اور یعقوب عطا کیے اور ہم نے ان میں سے ہر ایک کو نبی بنایا اور ان کو اپنی رحمت کا حصہ دیا اور ہم نے ان کا نام نیک اور بلند کیا۔</w:t>
      </w:r>
    </w:p>
    <w:p>
      <w:r>
        <w:rPr>
          <w:b/>
        </w:rPr>
        <w:t xml:space="preserve">[41:01] </w:t>
      </w:r>
      <w:r>
        <w:t>tashreeh:</w:t>
      </w:r>
    </w:p>
    <w:p>
      <w:pPr>
        <w:jc w:val="right"/>
      </w:pPr>
      <w:r>
        <w:t>تشریح:</w:t>
      </w:r>
    </w:p>
    <w:p>
      <w:r>
        <w:rPr>
          <w:b/>
        </w:rPr>
        <w:t xml:space="preserve">[41:03] </w:t>
      </w:r>
      <w:r>
        <w:t>aadmi apne khandan aur apne giroh ke sath jeeta hai. aisi halat mein kisi shakhs ko us ke khandan aur us ke giroh se nikal dena goya us ko barbadi ke sehra mein dhakel dena hai.</w:t>
      </w:r>
    </w:p>
    <w:p>
      <w:pPr>
        <w:jc w:val="right"/>
      </w:pPr>
      <w:r>
        <w:t>آدمی اپنے خاندان اور اپنے گروہ کے ساتھ جیتا ہے۔ ایسی حالت میں کسی شخص کو اس کے خاندان اور اس کے گروہ سے نکال دینا گویا اس کو بربادی کے صحرا میں دھکیل دینا ہے۔</w:t>
      </w:r>
    </w:p>
    <w:p>
      <w:r>
        <w:rPr>
          <w:b/>
        </w:rPr>
        <w:t xml:space="preserve">[41:17] </w:t>
      </w:r>
      <w:r>
        <w:t>magar hazrat ibrahim ke waqeye ki soorat mein Allah taala ne</w:t>
      </w:r>
    </w:p>
    <w:p>
      <w:pPr>
        <w:jc w:val="right"/>
      </w:pPr>
      <w:r>
        <w:t>مگر حضرت ابراہیم کے واقعے کی صورت میں اللہ تعالی نے</w:t>
      </w:r>
    </w:p>
    <w:p>
      <w:r>
        <w:rPr>
          <w:b/>
        </w:rPr>
        <w:t xml:space="preserve">[41:22] </w:t>
      </w:r>
      <w:r>
        <w:t>hamesha ke liye dikha diya ke jo banda khalis Allah ke liye be ghar kiya jaye us ko Allah apni taraf se zyada achha ghar ata kar deta hai.</w:t>
      </w:r>
    </w:p>
    <w:p>
      <w:pPr>
        <w:jc w:val="right"/>
      </w:pPr>
      <w:r>
        <w:t>ہمیشہ کے لیے دکھا دیا کہ جو بندہ خالص اللہ کے لیے بے گھر کیا جائے اس کو اللہ اپنی طرف سے زیادہ اچھا گھر عطا کر دیتا ہے۔</w:t>
      </w:r>
    </w:p>
    <w:p>
      <w:r>
        <w:rPr>
          <w:b/>
        </w:rPr>
        <w:t xml:space="preserve">[41:34] </w:t>
      </w:r>
      <w:r>
        <w:t>jo shakhs khalis Allah ke liye</w:t>
      </w:r>
    </w:p>
    <w:p>
      <w:pPr>
        <w:jc w:val="right"/>
      </w:pPr>
      <w:r>
        <w:t>جو شخص خالص اللہ کے لیے</w:t>
      </w:r>
    </w:p>
    <w:p>
      <w:r>
        <w:rPr>
          <w:b/>
        </w:rPr>
        <w:t xml:space="preserve">[41:38] </w:t>
      </w:r>
      <w:r>
        <w:t>gumnami mein daal diya jaye us ko Allah zyada bare peymane par naik naam bana deta hai. waذكر في الكتاب موسى إنه كان مخلصا</w:t>
      </w:r>
    </w:p>
    <w:p>
      <w:pPr>
        <w:jc w:val="right"/>
      </w:pPr>
      <w:r>
        <w:t>گمنامی میں ڈال دیا جائے اس کو اللہ زیادہ بڑے پیمانے پر نیک نام بنا دیتا ہے۔ واذكر في الكتاب موسى إنه كان مخلصا</w:t>
      </w:r>
    </w:p>
    <w:p>
      <w:r>
        <w:rPr>
          <w:b/>
        </w:rPr>
        <w:t xml:space="preserve">[41:55] </w:t>
      </w:r>
      <w:r>
        <w:t>وكان رسولا نبيا وناديناه من جانب الطور الأيمن وقربناه نجيا ووهبنا له من رحمتنا</w:t>
      </w:r>
    </w:p>
    <w:p>
      <w:pPr>
        <w:jc w:val="right"/>
      </w:pPr>
      <w:r>
        <w:t>وكان رسولا نبيا وناديناه من جانب الطور الأيمن وقربناه نجيا ووهبنا له من رحمتنا</w:t>
      </w:r>
    </w:p>
    <w:p>
      <w:r>
        <w:rPr>
          <w:b/>
        </w:rPr>
        <w:t xml:space="preserve">[42:12] </w:t>
      </w:r>
      <w:r>
        <w:t>أخاه هارون نبيا aur kitab mein moosa ka zikr karo. beshak woh chuna hua tha aur rasool nabi tha aur hum ne is ko koh toor ke dahni janib se pukara aur us ko hum ne raaz ki baatein karne ke liye qareeb kiya</w:t>
      </w:r>
    </w:p>
    <w:p>
      <w:pPr>
        <w:jc w:val="right"/>
      </w:pPr>
      <w:r>
        <w:t>أخاه هارون نبيا اور کتاب میں موسی کا ذکر کرو۔ بے شک وہ چنا ہوا تھا اور رسول نبی تھا اور ہم نے اس کو کوہ طور کے داہنی جانب سے پکارا اور اس کو ہم نے راز کی باتیں کرنے کے لیے قریب کیا</w:t>
      </w:r>
    </w:p>
    <w:p>
      <w:r>
        <w:rPr>
          <w:b/>
        </w:rPr>
        <w:t xml:space="preserve">[42:35] </w:t>
      </w:r>
      <w:r>
        <w:t>aur apni rehmat se hum ne is ke bhai haroon ko nabi banakar use diya. tashreeh: hazrat moosa madain se chal kar misr ja rahe thay.</w:t>
      </w:r>
    </w:p>
    <w:p>
      <w:pPr>
        <w:jc w:val="right"/>
      </w:pPr>
      <w:r>
        <w:t>اور اپنی رحمت سے ہم نے اس کے بھائی ہارون کو نبی بنا کر اسے دیا۔ تشریح: حضرت موسی مدین سے چل کر مصر جا رہے تھے۔</w:t>
      </w:r>
    </w:p>
    <w:p>
      <w:r>
        <w:rPr>
          <w:b/>
        </w:rPr>
        <w:t xml:space="preserve">[42:49] </w:t>
      </w:r>
      <w:r>
        <w:t>is safar mein woh koh toor se guzre.</w:t>
      </w:r>
    </w:p>
    <w:p>
      <w:pPr>
        <w:jc w:val="right"/>
      </w:pPr>
      <w:r>
        <w:t>اس سفر میں وہ کوہ طور سے گزرے۔</w:t>
      </w:r>
    </w:p>
    <w:p>
      <w:r>
        <w:rPr>
          <w:b/>
        </w:rPr>
        <w:t xml:space="preserve">[42:52] </w:t>
      </w:r>
      <w:r>
        <w:t>wahan khuda ne unhein peghambari ata farmayi. Allah taala ne pichhle har daur mein apne peghambar muntakhib kiye aur un ke paas apna kalam bheja.</w:t>
      </w:r>
    </w:p>
    <w:p>
      <w:pPr>
        <w:jc w:val="right"/>
      </w:pPr>
      <w:r>
        <w:t>وہاں خدا نے انہیں پیغمبری عطا فرمائی۔ اللہ تعالی نے پچھلے ہر دور میں اپنے پیغمبر منتخب کیے اور ان کے پاس اپنا کلام بھیجا۔</w:t>
      </w:r>
    </w:p>
    <w:p>
      <w:r>
        <w:rPr>
          <w:b/>
        </w:rPr>
        <w:t xml:space="preserve">[43:04] </w:t>
      </w:r>
      <w:r>
        <w:t>yeh kalam hamesha jibril farishte ke zariye aaya</w:t>
      </w:r>
    </w:p>
    <w:p>
      <w:pPr>
        <w:jc w:val="right"/>
      </w:pPr>
      <w:r>
        <w:t>یہ کلام ہمیشہ جبرائیل فرشتہ کے ذریعے آیا</w:t>
      </w:r>
    </w:p>
    <w:p>
      <w:r>
        <w:rPr>
          <w:b/>
        </w:rPr>
        <w:t xml:space="preserve">[43:10] </w:t>
      </w:r>
      <w:r>
        <w:t>magar hazrat musa ke sath yeh khususi mamla hua ke Allah ne un se barah-e-rast kalam kiya. Nazr yeh bhi hazrat musa ki khususiyaat hai ke aap ke liye khuda ne ek mazeed peghambar hazrat haroon</w:t>
      </w:r>
    </w:p>
    <w:p>
      <w:pPr>
        <w:jc w:val="right"/>
      </w:pPr>
      <w:r>
        <w:t>مگر حضرت موسی کے ساتھ یہ خصوصی معاملہ ہوا کہ اللہ نے ان سے براہ راست کلام کیا۔ نیز یہ بھی حضرت موسی کی خصوصیت ہے کہ آپ کے لیے خدا نے ایک مزید پیغمبر حضرت ہارون</w:t>
      </w:r>
    </w:p>
    <w:p>
      <w:r>
        <w:rPr>
          <w:b/>
        </w:rPr>
        <w:t xml:space="preserve">[43:27] </w:t>
      </w:r>
      <w:r>
        <w:t>muqarrar farmaya jo aap ka madadgar ho. Is khususiyaat ki wajah shayad woh makhsoos halaat hon jin mein aap ko apna peghambarana farz anjam dena tha kyunke aap ke samne ek taraf firoun jaisa jabir badshah tha aur doosri taraf yahood jaisi qaum jo apne zawal ki aakhri had ko pahunch chuki thi.</w:t>
      </w:r>
    </w:p>
    <w:p>
      <w:pPr>
        <w:jc w:val="right"/>
      </w:pPr>
      <w:r>
        <w:t>مقرر فرمایا جو آپ کا مددگار ہو۔ اس خصوصیت کی وجہ شاید وہ مخصوص حالات ہوں جن میں آپ کو اپنا پیغمبرانہ فرض انجام دینا تھا کیونکہ آپ کے سامنے ایک طرف فرعون جیسا جابر بادشاہ تھا اور دوسری طرف یہود جیسی قوم جو اپنے زوال کی آخری حد کو پہنچ چکی تھی۔</w:t>
      </w:r>
    </w:p>
    <w:p>
      <w:r>
        <w:rPr>
          <w:b/>
        </w:rPr>
        <w:t xml:space="preserve">[43:56] </w:t>
      </w:r>
      <w:r>
        <w:t>rehmat o nasrat ke yeh mamlaat apni intehai soorat mein sirf peghambaron ke liye khaas hain. Taham Allah apne momin bandon ke sath bhi darja badarja isi qism ka mamla farmata hai.</w:t>
      </w:r>
    </w:p>
    <w:p>
      <w:pPr>
        <w:jc w:val="right"/>
      </w:pPr>
      <w:r>
        <w:t>رحمت و نصرت کے یہ معاملات اپنی انتہائی صورت میں صرف پیغمبروں کے لیے خاص ہیں۔ تاہم اللہ اپنے مومن بندوں کے ساتھ بھی درجہ بدرجہ اسی قسم کا معاملہ فرماتا ہے۔</w:t>
      </w:r>
    </w:p>
    <w:p>
      <w:r>
        <w:rPr>
          <w:b/>
        </w:rPr>
        <w:t xml:space="preserve">[44:11] </w:t>
      </w:r>
      <w:r>
        <w:t>woh un ke hasb-e-estidad unhein</w:t>
      </w:r>
    </w:p>
    <w:p>
      <w:pPr>
        <w:jc w:val="right"/>
      </w:pPr>
      <w:r>
        <w:t>وہ ان کے حسب استعداد انہیں</w:t>
      </w:r>
    </w:p>
    <w:p>
      <w:r>
        <w:rPr>
          <w:b/>
        </w:rPr>
        <w:t xml:space="preserve">[44:15] </w:t>
      </w:r>
      <w:r>
        <w:t>apne kisi kaam ko karne ki tofeeq deta hai. Woh un par khamoshi se apni baat ilqa karta hai. Woh un ke liye aisi khususi taeed ka intezam karta hai jo aam halaat mein kisi ko nahi milti.</w:t>
      </w:r>
    </w:p>
    <w:p>
      <w:pPr>
        <w:jc w:val="right"/>
      </w:pPr>
      <w:r>
        <w:t>اپنے کسی کام کو کرنے کی توفیق دیتا ہے۔ وہ ان پر خاموشی سے اپنی بات القا کرتا ہے۔ وہ ان کے لیے ایسی خصوصی تائید کا انتظام کرتا ہے جو عام حالات میں کسی کو نہیں ملتی۔</w:t>
      </w:r>
    </w:p>
    <w:p>
      <w:r>
        <w:rPr>
          <w:b/>
        </w:rPr>
        <w:t xml:space="preserve">[44:33] </w:t>
      </w:r>
      <w:r>
        <w:t>waذكر في الكتاب اسماعيل إنه كان صادق الوعد وكان رسولا نبيا وكان يأمر أهله بالصلاة والزكاة وكان</w:t>
      </w:r>
    </w:p>
    <w:p>
      <w:pPr>
        <w:jc w:val="right"/>
      </w:pPr>
      <w:r>
        <w:t>واذكر في الكتاب اسماعيل إنه كان صادق الوعد وكان رسولا نبيا وكان يأمر أهله بالصلاة والزكاة وكان</w:t>
      </w:r>
    </w:p>
    <w:p>
      <w:r>
        <w:rPr>
          <w:b/>
        </w:rPr>
        <w:t xml:space="preserve">[44:51] </w:t>
      </w:r>
      <w:r>
        <w:t>عند ربه مرضيا واذكر في الكتاب إدريس إنه كان صديقا نبيا ورفعناه مكانا عليا</w:t>
      </w:r>
    </w:p>
    <w:p>
      <w:pPr>
        <w:jc w:val="right"/>
      </w:pPr>
      <w:r>
        <w:t>عند ربه مرضيا واذكر في الكتاب إدريس إنه كان صديقا نبيا ورفعناه مكانا عليا</w:t>
      </w:r>
    </w:p>
    <w:p>
      <w:r>
        <w:rPr>
          <w:b/>
        </w:rPr>
        <w:t xml:space="preserve">[45:08] </w:t>
      </w:r>
      <w:r>
        <w:t>aur kitab mein ismail ka zikr karo. Woh wade ka sacha tha aur rasool nabi tha. Woh apne logon ko namaz aur zakat ka hukum deta tha aur apne rab ke nazdeek pasandeeda tha.</w:t>
      </w:r>
    </w:p>
    <w:p>
      <w:pPr>
        <w:jc w:val="right"/>
      </w:pPr>
      <w:r>
        <w:t>اور کتاب میں اسماعیل کا ذکر کرو۔ وہ وعدے کا سچا تھا اور رسول نبی تھا۔ وہ اپنے لوگوں کو نماز اور زکوۃ کا حکم دیتا تھا اور اپنے رب کے نزدیک پسندیدہ تھا۔</w:t>
      </w:r>
    </w:p>
    <w:p>
      <w:r>
        <w:rPr>
          <w:b/>
        </w:rPr>
        <w:t xml:space="preserve">[45:24] </w:t>
      </w:r>
      <w:r>
        <w:t>aur kitab mein idrees ka zikr karo. Beshak woh sacha tha aur nabi tha aur hum ne</w:t>
      </w:r>
    </w:p>
    <w:p>
      <w:pPr>
        <w:jc w:val="right"/>
      </w:pPr>
      <w:r>
        <w:t>اور کتاب میں ادریس کا ذکر کرو۔ بے شک وہ سچا تھا اور نبی تھا اور ہم نے</w:t>
      </w:r>
    </w:p>
    <w:p>
      <w:r>
        <w:rPr>
          <w:b/>
        </w:rPr>
        <w:t xml:space="preserve">[45:32] </w:t>
      </w:r>
      <w:r>
        <w:t>us ko buland martabe tak pahunchaya. Tashreeh: Hazrat ismail hazrat ibrahim ke farzand the.</w:t>
      </w:r>
    </w:p>
    <w:p>
      <w:pPr>
        <w:jc w:val="right"/>
      </w:pPr>
      <w:r>
        <w:t>اس کو بلند رتبے تک پہنچایا۔ تشریح: حضرت اسماعیل حضرت ابراہیم کے فرزند تھے۔</w:t>
      </w:r>
    </w:p>
    <w:p>
      <w:r>
        <w:rPr>
          <w:b/>
        </w:rPr>
        <w:t xml:space="preserve">[45:43] </w:t>
      </w:r>
      <w:r>
        <w:t>hazrat idrees ek peghambar hain jo ghaleban hazrat nooh se pehle paida hue.</w:t>
      </w:r>
    </w:p>
    <w:p>
      <w:pPr>
        <w:jc w:val="right"/>
      </w:pPr>
      <w:r>
        <w:t>حضرت ادریس ایک پیغمبر ہیں جو غالباً حضرت نوح سے پہلے پیدا ہوئے۔</w:t>
      </w:r>
    </w:p>
    <w:p>
      <w:r>
        <w:rPr>
          <w:b/>
        </w:rPr>
        <w:t xml:space="preserve">[45:49] </w:t>
      </w:r>
      <w:r>
        <w:t>un peghambaron ki do khaas siftien yahan bayan ki gayi hain. Sacha hona. Logon ko namaz, khuda ki ibadat aur zakat yani</w:t>
      </w:r>
    </w:p>
    <w:p>
      <w:pPr>
        <w:jc w:val="right"/>
      </w:pPr>
      <w:r>
        <w:t>ان پیغمبروں کی دو خاص صفتیں یہاں بیان کی گئی ہیں۔ سچا ہونا۔ لوگوں کو نماز، خدا کی عبادت اور زکوۃ یعنی</w:t>
      </w:r>
    </w:p>
    <w:p>
      <w:r>
        <w:rPr>
          <w:b/>
        </w:rPr>
        <w:t xml:space="preserve">[46:06] </w:t>
      </w:r>
      <w:r>
        <w:t>bandon ke huqooq ki adaiygi ki talqeen karna. Irshad hua hai ke un siftoun ne un ko khuda ka pasandeeda bana diya aur woh intehai aala darje par pahuncha diye gaye.</w:t>
      </w:r>
    </w:p>
    <w:p>
      <w:pPr>
        <w:jc w:val="right"/>
      </w:pPr>
      <w:r>
        <w:t>بندوں کے حقوق کی ادائیگی کی تلقین کرنا۔ ارشاد ہوا ہے کہ ان صفتوں نے ان کو خدا کا پسندیدہ بنا دیا اور وہ انتہائی اعلیٰ درجے پر پہنچا دیے گئے۔</w:t>
      </w:r>
    </w:p>
    <w:p>
      <w:r>
        <w:rPr>
          <w:b/>
        </w:rPr>
        <w:t xml:space="preserve">[46:25] </w:t>
      </w:r>
      <w:r>
        <w:t>jin shakhsiyaton ko khuda ne apni peghambari ke liye chuna un ke andar yeh siftien kamaal darje mein maujood hoti theen.</w:t>
      </w:r>
    </w:p>
    <w:p>
      <w:pPr>
        <w:jc w:val="right"/>
      </w:pPr>
      <w:r>
        <w:t>جن شخصیتوں کو خدا نے اپنی پیغمبری کے لیے چنا ان کے اندر یہ صفتیں کمال درجے میں موجود ہوتی تھیں۔</w:t>
      </w:r>
    </w:p>
    <w:p>
      <w:r>
        <w:rPr>
          <w:b/>
        </w:rPr>
        <w:t xml:space="preserve">[46:34] </w:t>
      </w:r>
      <w:r>
        <w:t>taham aam ahl-e-imaan se bhi yahi siftien matloob hain aur un ko bhi darja badarja is ke woh thmarat hasil hote hain jo khuda ne</w:t>
      </w:r>
    </w:p>
    <w:p>
      <w:pPr>
        <w:jc w:val="right"/>
      </w:pPr>
      <w:r>
        <w:t>تاہم عام اہل ایمان سے بھی یہی صفات مطلوب ہیں اور ان کو بھی درجہ بدرجہ اس کے وہ ثمرات حاصل ہوتے ہیں جو خدا نے</w:t>
      </w:r>
    </w:p>
    <w:p>
      <w:r>
        <w:rPr>
          <w:b/>
        </w:rPr>
        <w:t xml:space="preserve">[46:47] </w:t>
      </w:r>
      <w:r>
        <w:t>un siftoun ke liye abadi taur par muqarrar kiye hain. أولئك الذين أنعم الله عليهم من النبيين من ذريه آدم وممن حملنا مع نوح</w:t>
      </w:r>
    </w:p>
    <w:p>
      <w:pPr>
        <w:jc w:val="right"/>
      </w:pPr>
      <w:r>
        <w:t>ان صفتوں کے لیے ابدی طور پر مقرر کیے ہیں۔ أولئك الذين أنعم الله عليهم من النبيين من ذريه آدم وممن حملنا مع نوح</w:t>
      </w:r>
    </w:p>
    <w:p>
      <w:r>
        <w:rPr>
          <w:b/>
        </w:rPr>
        <w:t xml:space="preserve">[47:10] </w:t>
      </w:r>
      <w:r>
        <w:t>وممن حملنا مع نوح ومن ذريه ابراهيم وإسرائيل وممن هدينا وجتبينا إذا تتلى عليهم آيات الرحمن خرو سجدا وبكيا</w:t>
      </w:r>
    </w:p>
    <w:p>
      <w:pPr>
        <w:jc w:val="right"/>
      </w:pPr>
      <w:r>
        <w:t>وممن حملنا مع نوح ومن ذريه ابراهيم وإسرائيل وممن هدينا وجتبينا إذا تتلى عليهم آيات الرحمن خرو سجدا وبكيا</w:t>
      </w:r>
    </w:p>
    <w:p>
      <w:r>
        <w:rPr>
          <w:b/>
        </w:rPr>
        <w:t xml:space="preserve">[47:36] </w:t>
      </w:r>
      <w:r>
        <w:t>yeh woh log hain jin par Allah ne peghambaron mein se apna fazl farmaya. Adam ki aulaad mein se aur un logon mein se jin ko hum ne nooh ke sath sawar kiya tha.</w:t>
      </w:r>
    </w:p>
    <w:p>
      <w:pPr>
        <w:jc w:val="right"/>
      </w:pPr>
      <w:r>
        <w:t>یہ وہ لوگ ہیں جن پر اللہ نے پیغمبروں میں سے اپنا فضل فرمایا۔ آدم کی اولاد میں سے اور ان لوگوں میں سے جن کو ہم نے نوح کے ساتھ سوار کیا تھا۔</w:t>
      </w:r>
    </w:p>
    <w:p>
      <w:r>
        <w:rPr>
          <w:b/>
        </w:rPr>
        <w:t xml:space="preserve">[47:51] </w:t>
      </w:r>
      <w:r>
        <w:t>aur</w:t>
      </w:r>
    </w:p>
    <w:p>
      <w:pPr>
        <w:jc w:val="right"/>
      </w:pPr>
      <w:r>
        <w:t>اور</w:t>
      </w:r>
    </w:p>
    <w:p>
      <w:r>
        <w:rPr>
          <w:b/>
        </w:rPr>
        <w:t xml:space="preserve">[47:52] </w:t>
      </w:r>
      <w:r>
        <w:t>ibrahim aur ismail ki nasal se aur un logon mein se jin ko hum ne hidayat bakhshi aur un ko maqbool banaya.</w:t>
      </w:r>
    </w:p>
    <w:p>
      <w:pPr>
        <w:jc w:val="right"/>
      </w:pPr>
      <w:r>
        <w:t>ابراہیم اور اسماعیل کی نسل سے اور ان لوگوں میں سے جن کو ہم نے ہدایت بخشی اور ان کو مقبول بنایا۔</w:t>
      </w:r>
    </w:p>
    <w:p>
      <w:r>
        <w:rPr>
          <w:b/>
        </w:rPr>
        <w:t xml:space="preserve">[48:03] </w:t>
      </w:r>
      <w:r>
        <w:t>jab un ko khudaye rehman ki ayatain sunai jati theen to woh</w:t>
      </w:r>
    </w:p>
    <w:p>
      <w:pPr>
        <w:jc w:val="right"/>
      </w:pPr>
      <w:r>
        <w:t>جب ان کو خدائے رحمان کی آیتیں سنائی جاتیں تو وہ</w:t>
      </w:r>
    </w:p>
    <w:p>
      <w:r>
        <w:rPr>
          <w:b/>
        </w:rPr>
        <w:t xml:space="preserve">[48:08] </w:t>
      </w:r>
      <w:r>
        <w:t>sajda karte hue aur rote hue gir padte.</w:t>
      </w:r>
    </w:p>
    <w:p>
      <w:pPr>
        <w:jc w:val="right"/>
      </w:pPr>
      <w:r>
        <w:t>سجدہ کرتے ہوئے اور روتے ہوئے گر پڑتے۔</w:t>
      </w:r>
    </w:p>
    <w:p>
      <w:r>
        <w:rPr>
          <w:b/>
        </w:rPr>
        <w:t xml:space="preserve">[48:15] </w:t>
      </w:r>
      <w:r>
        <w:t>tashreeh: Yahan un peghambaron ki taraf ishara kiya gaya hai jo adam ki nasal, nooh ki nasal aur</w:t>
      </w:r>
    </w:p>
    <w:p>
      <w:pPr>
        <w:jc w:val="right"/>
      </w:pPr>
      <w:r>
        <w:t>تشریح: یہاں ان پیغمبروں کی طرف اشارہ کیا گیا ہے جو آدم کی نسل، نوح کی نسل اور</w:t>
      </w:r>
    </w:p>
    <w:p>
      <w:r>
        <w:rPr>
          <w:b/>
        </w:rPr>
        <w:t xml:space="preserve">[48:25] </w:t>
      </w:r>
      <w:r>
        <w:t>ibrahim ki nasal mein khusoosiyat se paida hue. jin ko khuda ne is ka ahel paya ke un ko apni khaas hidayaat se nawazay aur un ko logon ke samnay apni numaindagi ke liye chun le.</w:t>
      </w:r>
    </w:p>
    <w:p>
      <w:pPr>
        <w:jc w:val="right"/>
      </w:pPr>
      <w:r>
        <w:t>ابراہیم کی نسل میں خصوصیت سے پیدا ہوئے۔ جن کو خدا نے اس کا اہل پایا کہ ان کو اپنی خاص ہدایت سے نوازے اور ان کو لوگوں کے سامنے اپنی نمائندگی کے لیے چن لے۔</w:t>
      </w:r>
    </w:p>
    <w:p>
      <w:r>
        <w:rPr>
          <w:b/>
        </w:rPr>
        <w:t xml:space="preserve">[48:44] </w:t>
      </w:r>
      <w:r>
        <w:t>in hazraat par khuda ne itnay baray baray inaamaat kyun kiye? farmaya ke is ki wajah in ka yeh mushtarik wasf tha ke woh khuda ki khudaai ke ehsaas mein itna barhay hue thay ke is ka kalam sun kar un ka seena hil jata tha aur woh</w:t>
      </w:r>
    </w:p>
    <w:p>
      <w:pPr>
        <w:jc w:val="right"/>
      </w:pPr>
      <w:r>
        <w:t>ان حضرات پر خدا نے اتنے بڑے بڑے انعامات کیوں کیے؟ فرمایا کہ اس کی وجہ ان کا یہ مشترک وصف تھا کہ وہ خدا کی خدائی کے احساس میں اتنا بڑھے ہوئے تھے کہ اس کا کلام سن کر ان کا سینہ ہل جاتا تھا اور وہ</w:t>
      </w:r>
    </w:p>
    <w:p>
      <w:r>
        <w:rPr>
          <w:b/>
        </w:rPr>
        <w:t xml:space="preserve">[49:03] </w:t>
      </w:r>
      <w:r>
        <w:t>rote hue is ke agay zameen par gir parrtay thay. rote hue sajday mein girna khuda ki azmat o jalal ke itraaf ka aakhri darja hai.</w:t>
      </w:r>
    </w:p>
    <w:p>
      <w:pPr>
        <w:jc w:val="right"/>
      </w:pPr>
      <w:r>
        <w:t>روتے ہوئے اس کے آگے زمین پر گر پڑتے تھے۔ روتے ہوئے سجدے میں گرنا خدا کی عظمت و جلال کے اعتراف کا آخری درجہ ہے۔</w:t>
      </w:r>
    </w:p>
    <w:p>
      <w:r>
        <w:rPr>
          <w:b/>
        </w:rPr>
        <w:t xml:space="preserve">[49:16] </w:t>
      </w:r>
      <w:r>
        <w:t>jis ko yeh darja milay us ne goya is imaan ka zaiqa chakha jo nabiyon aur rasoolon ke liye</w:t>
      </w:r>
    </w:p>
    <w:p>
      <w:pPr>
        <w:jc w:val="right"/>
      </w:pPr>
      <w:r>
        <w:t>جس کو یہ درجہ ملے اس نے گویا اس ایمان کا ذائقہ چکھا جو نبیوں اور رسولوں کے لیے</w:t>
      </w:r>
    </w:p>
    <w:p>
      <w:r>
        <w:rPr>
          <w:b/>
        </w:rPr>
        <w:t xml:space="preserve">[49:23] </w:t>
      </w:r>
      <w:r>
        <w:t>khaas hai.</w:t>
      </w:r>
    </w:p>
    <w:p>
      <w:pPr>
        <w:jc w:val="right"/>
      </w:pPr>
      <w:r>
        <w:t>خاص ہے۔</w:t>
      </w:r>
    </w:p>
    <w:p>
      <w:r>
        <w:rPr>
          <w:b/>
        </w:rPr>
        <w:t xml:space="preserve">[49:27] </w:t>
      </w:r>
      <w:r>
        <w:t>fakhlaf min baadihim khalf ada'u al-salat wa ittaba'u al-shahawat fa sawfa yalaqoona ghayyan illa man tab wa amana wa amila salihan</w:t>
      </w:r>
    </w:p>
    <w:p>
      <w:pPr>
        <w:jc w:val="right"/>
      </w:pPr>
      <w:r>
        <w:t>فخلف من بعدهم خلف أضاعوا الصلاة واتبعوا الشهوات فسوف يلقون غيا إلا من تاب وآمن وعمل صالحا</w:t>
      </w:r>
    </w:p>
    <w:p>
      <w:r>
        <w:rPr>
          <w:b/>
        </w:rPr>
        <w:t xml:space="preserve">[49:43] </w:t>
      </w:r>
      <w:r>
        <w:t>fa ula'ika yadkhuluna al-jannata wa la yuzlamuna shay'an phir un ke baad aisay nakhlaf jansheen huay jinhon ne namaz ko kho diya aur khwahishon ke peechay parh gaye.</w:t>
      </w:r>
    </w:p>
    <w:p>
      <w:pPr>
        <w:jc w:val="right"/>
      </w:pPr>
      <w:r>
        <w:t>فأولئك يدخلون الجنة ولا يظلمون شيئا پھر ان کے بعد ایسے ناخلف جانشین ہوئے جنہوں نے نماز کو کھو دیا اور خواہشوں کے پیچھے پڑ گئے۔</w:t>
      </w:r>
    </w:p>
    <w:p>
      <w:r>
        <w:rPr>
          <w:b/>
        </w:rPr>
        <w:t xml:space="preserve">[50:02] </w:t>
      </w:r>
      <w:r>
        <w:t>pas anqareeb woh apni kharabi ko dekhein gay. albatta jis ne toba ki aur imaan le aaya aur naik kaam kiya to yahi log jannat mein dakhil hon gay aur un ki zara bhi haq talfi nahi ki jaye gi.</w:t>
      </w:r>
    </w:p>
    <w:p>
      <w:pPr>
        <w:jc w:val="right"/>
      </w:pPr>
      <w:r>
        <w:t>پس عنقریب وہ اپنی خرابی کو دیکھیں گے۔ البتہ جس نے توبہ کی اور ایمان لے آیا اور نیک کام کیا تو یہی لوگ جنت میں داخل ہوں گے اور ان کی ذرا بھی حق تلفی نہیں کی جائے گی۔</w:t>
      </w:r>
    </w:p>
    <w:p>
      <w:r>
        <w:rPr>
          <w:b/>
        </w:rPr>
        <w:t xml:space="preserve">[50:21] </w:t>
      </w:r>
      <w:r>
        <w:t>tashreeh: peghambar ki dawat ke zariye jo afraad bante hain un ki numayan khusoosiyat yeh hoti hai ke woh khwahish parasti se oopar uth jatay hain.</w:t>
      </w:r>
    </w:p>
    <w:p>
      <w:pPr>
        <w:jc w:val="right"/>
      </w:pPr>
      <w:r>
        <w:t>تشریح: پیغمبر کی دعوت کے ذریعے جو افراد بنتے ہیں ان کی نمایاں خصوصیت یہ ہوتی ہے کہ وہ خواہش پرستی سے اوپر اٹھ جاتے ہیں۔</w:t>
      </w:r>
    </w:p>
    <w:p>
      <w:r>
        <w:rPr>
          <w:b/>
        </w:rPr>
        <w:t xml:space="preserve">[50:36] </w:t>
      </w:r>
      <w:r>
        <w:t>woh Allah ko yaad karne walay ban jatay hain.</w:t>
      </w:r>
    </w:p>
    <w:p>
      <w:pPr>
        <w:jc w:val="right"/>
      </w:pPr>
      <w:r>
        <w:t>وہ اللہ کو یاد کرنے والے بن جاتے ہیں۔</w:t>
      </w:r>
    </w:p>
    <w:p>
      <w:r>
        <w:rPr>
          <w:b/>
        </w:rPr>
        <w:t xml:space="preserve">[50:39] </w:t>
      </w:r>
      <w:r>
        <w:t>jis ki aik mutayyan soorat ka naam namaz hai. deen ki asal khuda ki yaad hai aur namaz isi khuda ki yaad ki aik munazzam soorat.</w:t>
      </w:r>
    </w:p>
    <w:p>
      <w:pPr>
        <w:jc w:val="right"/>
      </w:pPr>
      <w:r>
        <w:t>جس کی ایک متعین صورت کا نام نماز ہے۔ دین کی اصل خدا کی یاد ہے اور نماز اسی خدا کی یاد کی ایک منظم صورت۔</w:t>
      </w:r>
    </w:p>
    <w:p>
      <w:r>
        <w:rPr>
          <w:b/>
        </w:rPr>
        <w:t xml:space="preserve">[50:54] </w:t>
      </w:r>
      <w:r>
        <w:t>peghambaron ko mannay walon ki agli naslain agar khuda se ghafil ho jayen aur khwahish ke peechay chalne lagen to khuda ke nazdeek woh gumrah log hain.</w:t>
      </w:r>
    </w:p>
    <w:p>
      <w:pPr>
        <w:jc w:val="right"/>
      </w:pPr>
      <w:r>
        <w:t>پیغمبروں کو ماننے والوں کی اگلی نسلیں اگر خدا سے غافل ہو جائیں اور خواہش کے پیچھے چلنے لگیں تو خدا کے نزدیک وہ گمراہ لوگ ہیں۔</w:t>
      </w:r>
    </w:p>
    <w:p>
      <w:r>
        <w:rPr>
          <w:b/>
        </w:rPr>
        <w:t xml:space="preserve">[51:07] </w:t>
      </w:r>
      <w:r>
        <w:t>peghambaron se wabastagi un ko koi faida denay wali nahi.</w:t>
      </w:r>
    </w:p>
    <w:p>
      <w:pPr>
        <w:jc w:val="right"/>
      </w:pPr>
      <w:r>
        <w:t>پیغمبروں سے وابستگی ان کو کوئی فائدہ دینے والی نہیں۔</w:t>
      </w:r>
    </w:p>
    <w:p>
      <w:r>
        <w:rPr>
          <w:b/>
        </w:rPr>
        <w:t xml:space="preserve">[51:14] </w:t>
      </w:r>
      <w:r>
        <w:t>aisay log yaqeenan apne anjaam ko pohnchein gay. in mein se sirf wohi log bachen gay jo dobara asal deen ki taraf loten aur haqeeqi ma'non mein imaan aur amal saleh ki zindagi ikhtiyar karen.</w:t>
      </w:r>
    </w:p>
    <w:p>
      <w:pPr>
        <w:jc w:val="right"/>
      </w:pPr>
      <w:r>
        <w:t>ایسے لوگ یقینا اپنے انجام کو پہنچیں گے۔ ان میں سے صرف وہی لوگ بچیں گے جو دوبارہ اصل دین کی طرف لوٹیں اور حقیقی معنوں میں ایمان اور عمل صالح کی زندگی اختیار کریں۔</w:t>
      </w:r>
    </w:p>
    <w:p>
      <w:r>
        <w:rPr>
          <w:b/>
        </w:rPr>
        <w:t xml:space="preserve">[51:33] </w:t>
      </w:r>
      <w:r>
        <w:t>aakhirat ke liye koshish karne walon ko foran apni mehnaton aur qurbaniyon ka anjaam nahi milta. is liye koi shakhs shubah kar sakta hai ke yeh rasta aisa hai jis mein</w:t>
      </w:r>
    </w:p>
    <w:p>
      <w:pPr>
        <w:jc w:val="right"/>
      </w:pPr>
      <w:r>
        <w:t>آخرت کے لیے کوشش کرنے والوں کو فوراً اپنی محنتوں اور قربانیوں کا انجام نہیں ملتا۔ اس لیے کوئی شخص شبہ کر سکتا ہے کہ یہ راستہ ایسا ہے جس میں</w:t>
      </w:r>
    </w:p>
    <w:p>
      <w:r>
        <w:rPr>
          <w:b/>
        </w:rPr>
        <w:t xml:space="preserve">[51:49] </w:t>
      </w:r>
      <w:r>
        <w:t>amal hai magar amal ka anjaam nahi. magar yeh mahaz galat fehmi hai. haqeeqat yeh hai ke jis tarah dunya ke liye amal karne walay apne amal ka badla paatay hain usi tarah aakhirat ke liye amal karne walay bhi</w:t>
      </w:r>
    </w:p>
    <w:p>
      <w:pPr>
        <w:jc w:val="right"/>
      </w:pPr>
      <w:r>
        <w:t>عمل ہے مگر عمل کا انجام نہیں۔ مگر یہ محض غلط فہمی ہے۔ حقیقت یہ ہے کہ جس طرح دنیا کے لیے عمل کرنے والے اپنے عمل کا بدلہ پاتے ہیں اسی طرح آخرت کے لیے عمل کرنے والے بھی</w:t>
      </w:r>
    </w:p>
    <w:p>
      <w:r>
        <w:rPr>
          <w:b/>
        </w:rPr>
        <w:t xml:space="preserve">[52:08] </w:t>
      </w:r>
      <w:r>
        <w:t>apne amal ka bharpoor badla payein gay. is maamlay mein kisi shakk mein parnay ki zaroorat nahi. jannat adn allati wa'ada al-rahman 'ibadahu bil-ghayb</w:t>
      </w:r>
    </w:p>
    <w:p>
      <w:pPr>
        <w:jc w:val="right"/>
      </w:pPr>
      <w:r>
        <w:t>اپنے عمل کا بھرپور بدلہ پائیں گے۔ اس معاملے میں کسی شک میں پڑنے کی ضرورت نہیں۔ جنات عدن التي وعد الرحمن عباده بالغيب</w:t>
      </w:r>
    </w:p>
    <w:p>
      <w:r>
        <w:rPr>
          <w:b/>
        </w:rPr>
        <w:t xml:space="preserve">[52:26] </w:t>
      </w:r>
      <w:r>
        <w:t>innahu kana wa'aduhu ma'tiyan la yasma'una fiha laghwan illa salaman wa lahum rizquhum fiha bukrataw wa 'ashiyan tilka al-jannatu allati nuworithu min 'ibadina man kana taqiyan</w:t>
      </w:r>
    </w:p>
    <w:p>
      <w:pPr>
        <w:jc w:val="right"/>
      </w:pPr>
      <w:r>
        <w:t>إنه كان وعده مأتيا لا يسمعون فيها لغوا إلا سلاما ولهم رزقهم فيها بكرة وعشيا تلك الجنة التي نورث من عبادنا من كان تقيا</w:t>
      </w:r>
    </w:p>
    <w:p>
      <w:r>
        <w:rPr>
          <w:b/>
        </w:rPr>
        <w:t xml:space="preserve">[52:52] </w:t>
      </w:r>
      <w:r>
        <w:t>un ke liye hamesha rehne walay bagh hain jin ka rehman ne apne bondon se ghayabana wada kar rakha hai aur yeh wada poora ho kar rehna hai.</w:t>
      </w:r>
    </w:p>
    <w:p>
      <w:pPr>
        <w:jc w:val="right"/>
      </w:pPr>
      <w:r>
        <w:t>ان کے لیے ہمیشہ رہنے والے باغ ہیں جن کا رحمان نے اپنے بندوں سے غائبانہ وعدہ کر رکھا ہے اور یہ وعدہ پورا ہو کر رہنا ہے۔</w:t>
      </w:r>
    </w:p>
    <w:p>
      <w:r>
        <w:rPr>
          <w:b/>
        </w:rPr>
        <w:t xml:space="preserve">[53:04] </w:t>
      </w:r>
      <w:r>
        <w:t>is mein woh log koi fazool baat nahi sunen gay bajuz salam ke aur is mein un ka rizq subah o shaam mile ga.</w:t>
      </w:r>
    </w:p>
    <w:p>
      <w:pPr>
        <w:jc w:val="right"/>
      </w:pPr>
      <w:r>
        <w:t>اس میں وہ لوگ کوئی فضول بات نہیں سنیں گے بجز سلام کے اور اس میں ان کا رزق صبح و شام ملے گا۔</w:t>
      </w:r>
    </w:p>
    <w:p>
      <w:r>
        <w:rPr>
          <w:b/>
        </w:rPr>
        <w:t xml:space="preserve">[53:13] </w:t>
      </w:r>
      <w:r>
        <w:t>yeh woh jannat hai jis ka waris hum apne bondon mein se un ko banayen gay jo khuda se darne walay hon.</w:t>
      </w:r>
    </w:p>
    <w:p>
      <w:pPr>
        <w:jc w:val="right"/>
      </w:pPr>
      <w:r>
        <w:t>یہ وہ جنت ہے جس کا وارث ہم اپنے بندوں میں سے ان کو بنائیں گے جو خدا سے ڈرنے والے ہوں۔</w:t>
      </w:r>
    </w:p>
    <w:p>
      <w:r>
        <w:rPr>
          <w:b/>
        </w:rPr>
        <w:t xml:space="preserve">[53:23] </w:t>
      </w:r>
      <w:r>
        <w:t>tashreeh: dunya mein imtehan ki wajah se har aik ko azadi mili hui hai. yahan achhai karne walay bhi azad hain aur burai karne walay bhi azad.</w:t>
      </w:r>
    </w:p>
    <w:p>
      <w:pPr>
        <w:jc w:val="right"/>
      </w:pPr>
      <w:r>
        <w:t>تشریح: دنیا میں امتحان کی وجہ سے ہر ایک کو آزادی ملی ہوئی ہے۔ یہاں اچھائی کرنے والے بھی آزاد ہیں اور برائی کرنے والے بھی آزاد۔</w:t>
      </w:r>
    </w:p>
    <w:p>
      <w:r>
        <w:rPr>
          <w:b/>
        </w:rPr>
        <w:t xml:space="preserve">[53:37] </w:t>
      </w:r>
      <w:r>
        <w:t>is ka nateeja yeh hai</w:t>
      </w:r>
    </w:p>
    <w:p>
      <w:pPr>
        <w:jc w:val="right"/>
      </w:pPr>
      <w:r>
        <w:t>اس کا نتیجہ یہ ہے</w:t>
      </w:r>
    </w:p>
    <w:p>
      <w:r>
        <w:rPr>
          <w:b/>
        </w:rPr>
        <w:t xml:space="preserve">[53:39] </w:t>
      </w:r>
      <w:r>
        <w:t>ke dunya mein aik sachay insaan ko kabhi sukoon hasil nahi hota. woh zaati tor par khwah kitna hi theek ho magar doosray logon ki be theek baatein us ko sukoon lenay nahi daitin.</w:t>
      </w:r>
    </w:p>
    <w:p>
      <w:pPr>
        <w:jc w:val="right"/>
      </w:pPr>
      <w:r>
        <w:t>کہ دنیا میں ایک سچے انسان کو کبھی سکون حاصل نہیں ہوتا۔ وہ ذاتی طور پر خواہ کتنا ہی ٹھیک ہو مگر دوسرے لوگوں کی بے ٹھیک باتیں اس کو سکون لینے نہیں دیتیں۔</w:t>
      </w:r>
    </w:p>
    <w:p>
      <w:r>
        <w:rPr>
          <w:b/>
        </w:rPr>
        <w:t xml:space="preserve">[53:56] </w:t>
      </w:r>
      <w:r>
        <w:t>log apni azadi se ghalat faida utha kar mahol ko gandi baaton aur buri awazon se bhar dete hain.</w:t>
      </w:r>
    </w:p>
    <w:p>
      <w:pPr>
        <w:jc w:val="right"/>
      </w:pPr>
      <w:r>
        <w:t>لوگ اپنی آزادی سے غلط فائدہ اٹھا کر ماحول کو گندی باتوں اور بری آوازوں سے بھر دیتے ہیں۔</w:t>
      </w:r>
    </w:p>
    <w:p>
      <w:r>
        <w:rPr>
          <w:b/>
        </w:rPr>
        <w:t xml:space="preserve">[54:08] </w:t>
      </w:r>
      <w:r>
        <w:t>jannat woh basti hai jis se is qism ke tamam insaan kharij kar diye jayenge.</w:t>
      </w:r>
    </w:p>
    <w:p>
      <w:pPr>
        <w:jc w:val="right"/>
      </w:pPr>
      <w:r>
        <w:t>جنت وہ بستی ہے جس سے اس قسم کے تمام انسان خارج کر دیے جائیں گے۔</w:t>
      </w:r>
    </w:p>
    <w:p>
      <w:r>
        <w:rPr>
          <w:b/>
        </w:rPr>
        <w:t xml:space="preserve">[54:15] </w:t>
      </w:r>
      <w:r>
        <w:t>wahan sirf woh aala zawq ke log abad kiye jayenge jinhone dunya mein yeh saboot diya tha ke woh kaanton ki manind nahi jeete balkeh phool ki manind rehna jante hain.</w:t>
      </w:r>
    </w:p>
    <w:p>
      <w:pPr>
        <w:jc w:val="right"/>
      </w:pPr>
      <w:r>
        <w:t>وہاں صرف وہ اعلیٰ ذوق کے لوگ آباد کیے جائیں گے جنہوں نے دنیا میں یہ ثبوت دیا تھا کہ وہ کانٹوں کی مانند نہیں جیتے بلکہ پھول کی مانند رہنا جانتے ہیں۔</w:t>
      </w:r>
    </w:p>
    <w:p>
      <w:r>
        <w:rPr>
          <w:b/>
        </w:rPr>
        <w:t xml:space="preserve">[54:32] </w:t>
      </w:r>
      <w:r>
        <w:t>aise logon ke mahol mein jo zindagi banegi woh bilashuba abadi salamti ki jannat hogi.</w:t>
      </w:r>
    </w:p>
    <w:p>
      <w:pPr>
        <w:jc w:val="right"/>
      </w:pPr>
      <w:r>
        <w:t>ایسے لوگوں کے ماحول میں جو زندگی بنے گی وہ بلاشبہ ابدی سلامتی کی جنت ہوگی۔</w:t>
      </w:r>
    </w:p>
    <w:p>
      <w:r>
        <w:rPr>
          <w:b/>
        </w:rPr>
        <w:t xml:space="preserve">[54:43] </w:t>
      </w:r>
      <w:r>
        <w:t>dunya mein laghw cheezon se bachna aur salamti ka paikar ban jana aik sakht tareen amal hai. is ke liye apni aazad zindagi ko khud apne irade se paband zindagi bana lena padta hai.</w:t>
      </w:r>
    </w:p>
    <w:p>
      <w:pPr>
        <w:jc w:val="right"/>
      </w:pPr>
      <w:r>
        <w:t>دنیا میں لغو چیزوں سے بچنا اور سلامتی کا پیکر بن جانا ایک سخت ترین عمل ہے۔ اس کے لیے اپنی آزاد زندگی کو خود اپنے ارادے سے پابند زندگی بنا لینا پڑتا ہے۔</w:t>
      </w:r>
    </w:p>
    <w:p>
      <w:r>
        <w:rPr>
          <w:b/>
        </w:rPr>
        <w:t xml:space="preserve">[54:59] </w:t>
      </w:r>
      <w:r>
        <w:t>yeh mushkil tareen qurbani hai jis ka saboot sirf woh shakhs de sakta hai</w:t>
      </w:r>
    </w:p>
    <w:p>
      <w:pPr>
        <w:jc w:val="right"/>
      </w:pPr>
      <w:r>
        <w:t>یہ مشکل ترین قربانی ہے جس کا ثبوت صرف وہ شخص دے سکتا ہے</w:t>
      </w:r>
    </w:p>
    <w:p>
      <w:r>
        <w:rPr>
          <w:b/>
        </w:rPr>
        <w:t xml:space="preserve">[55:04] </w:t>
      </w:r>
      <w:r>
        <w:t>jo fi waqe Allah se darta ho. Allah se darne wale hi dunya mein jannati insaan ban kar reh sakte hain aur yahi woh log hain jo aakhirat ki abadi jannaton mein dakhil kiye jayenge.</w:t>
      </w:r>
    </w:p>
    <w:p>
      <w:pPr>
        <w:jc w:val="right"/>
      </w:pPr>
      <w:r>
        <w:t>جو فی الواقع اللہ سے ڈرتا ہو۔ اللہ سے ڈرنے والے ہی دنیا میں جنتی انسان بن کر رہ سکتے ہیں اور یہی وہ لوگ ہیں جو آخرت کی ابدی جنتوں میں داخل کیے جائیں گے۔</w:t>
      </w:r>
    </w:p>
    <w:p>
      <w:r>
        <w:rPr>
          <w:b/>
        </w:rPr>
        <w:t xml:space="preserve">[55:22] </w:t>
      </w:r>
      <w:r>
        <w:t>wa ma natanazzalu illa bi amri rabbika lahu ma bayna aydina wa ma khalfana wa ma bayna zalika</w:t>
      </w:r>
    </w:p>
    <w:p>
      <w:pPr>
        <w:jc w:val="right"/>
      </w:pPr>
      <w:r>
        <w:t>وما نتنزل إلا بأمر ربك له ما بين أيدينا وما خلفنا وما بين ذلك</w:t>
      </w:r>
    </w:p>
    <w:p>
      <w:r>
        <w:rPr>
          <w:b/>
        </w:rPr>
        <w:t xml:space="preserve">[55:33] </w:t>
      </w:r>
      <w:r>
        <w:t>wa ma kana rabbuka nasiya rabb as samawati wal ardi wa ma baynahuma fa abidhu wastabir li'ibadatihi hal ta'lamu lahu samiya</w:t>
      </w:r>
    </w:p>
    <w:p>
      <w:pPr>
        <w:jc w:val="right"/>
      </w:pPr>
      <w:r>
        <w:t>وما كان ربك نسيا رب السماوات والأرض وما بينهما فاعبده واصطبر لعبادته هل تعلم له سميا</w:t>
      </w:r>
    </w:p>
    <w:p>
      <w:r>
        <w:rPr>
          <w:b/>
        </w:rPr>
        <w:t xml:space="preserve">[55:50] </w:t>
      </w:r>
      <w:r>
        <w:t>aur hum nahi utarte magar tumhare rab ke hukum se.</w:t>
      </w:r>
    </w:p>
    <w:p>
      <w:pPr>
        <w:jc w:val="right"/>
      </w:pPr>
      <w:r>
        <w:t>اور ہم نہیں اترتے مگر تمہارے رب کے حکم سے۔</w:t>
      </w:r>
    </w:p>
    <w:p>
      <w:r>
        <w:rPr>
          <w:b/>
        </w:rPr>
        <w:t xml:space="preserve">[55:54] </w:t>
      </w:r>
      <w:r>
        <w:t>isi ka hai jo hamare aage hai aur jo hamare peeche hai aur jo is ke beech mein hai. aur tumhara rab bhoolne wala nahi.</w:t>
      </w:r>
    </w:p>
    <w:p>
      <w:pPr>
        <w:jc w:val="right"/>
      </w:pPr>
      <w:r>
        <w:t>اسی کا ہے جو ہمارے آگے ہے اور جو ہمارے پیچھے ہے اور جو اس کے بیچ میں ہے۔ اور تمہارا رب بھولنے والا نہیں۔</w:t>
      </w:r>
    </w:p>
    <w:p>
      <w:r>
        <w:rPr>
          <w:b/>
        </w:rPr>
        <w:t xml:space="preserve">[56:05] </w:t>
      </w:r>
      <w:r>
        <w:t>woh rab hai aasmanon ka aur zameen ka aur jo un ke beech mein hai. pas tum isi ki ibadat karo</w:t>
      </w:r>
    </w:p>
    <w:p>
      <w:pPr>
        <w:jc w:val="right"/>
      </w:pPr>
      <w:r>
        <w:t>وہ رب ہے آسمانوں کا اور زمین کا اور جو ان کے بیچ میں ہے۔ پس تم اسی کی عبادت کرو</w:t>
      </w:r>
    </w:p>
    <w:p>
      <w:r>
        <w:rPr>
          <w:b/>
        </w:rPr>
        <w:t xml:space="preserve">[56:12] </w:t>
      </w:r>
      <w:r>
        <w:t>aur us ki ibadat par qaim raho. kya tum is ka koi hum sifat jante ho? tashreeh: islami dawat jab mukhalifat ke daur mein ho to yeh daai ke liye bara sakht marhala hota hai.</w:t>
      </w:r>
    </w:p>
    <w:p>
      <w:pPr>
        <w:jc w:val="right"/>
      </w:pPr>
      <w:r>
        <w:t>اور اس کی عبادت پر قائم رہو۔ کیا تم اس کا کوئی ہم صفت جانتے ہو؟ تشریح: اسلامی دعوت جب مخالفت کے دور میں ہو تو یہ داعی کے لیے بڑا سخت مرحلہ ہوتا ہے۔</w:t>
      </w:r>
    </w:p>
    <w:p>
      <w:r>
        <w:rPr>
          <w:b/>
        </w:rPr>
        <w:t xml:space="preserve">[56:31] </w:t>
      </w:r>
      <w:r>
        <w:t>daai har roz chahta hai ke maujudah kaifiyat ko khatam karne ke liye koi naya iqdam kiya jaye jabke Khuda ka hukum yeh hota hai ke sabr aur intezar ka tareeqa ikhtiyar karo.</w:t>
      </w:r>
    </w:p>
    <w:p>
      <w:pPr>
        <w:jc w:val="right"/>
      </w:pPr>
      <w:r>
        <w:t>داعی ہر روز چاہتا ہے کہ موجودہ کیفیت کو ختم کرنے کے لیے کوئی نیا اقدام کیا جائے جبکہ خدا کا حکم یہ ہوتا ہے کہ صبر اور انتظار کا طریقہ اختیار کرو۔</w:t>
      </w:r>
    </w:p>
    <w:p>
      <w:r>
        <w:rPr>
          <w:b/>
        </w:rPr>
        <w:t xml:space="preserve">[56:47] </w:t>
      </w:r>
      <w:r>
        <w:t>aisi hi kaifiyat aik bar rasool Allah sal Allah alaihi wasallam ke sath pesh aai.</w:t>
      </w:r>
    </w:p>
    <w:p>
      <w:pPr>
        <w:jc w:val="right"/>
      </w:pPr>
      <w:r>
        <w:t>ایسی ہی کیفیت ایک بار رسول اللہ صلی اللہ علیہ وسلم کے ساتھ پیش آئی۔</w:t>
      </w:r>
    </w:p>
    <w:p>
      <w:r>
        <w:rPr>
          <w:b/>
        </w:rPr>
        <w:t xml:space="preserve">[56:53] </w:t>
      </w:r>
      <w:r>
        <w:t>halat ki shiddat ke pesh nazar aap Khuda ki taraf se mazeed hidayat ke muntazir the magar aik riwayat ke mutabiq taqreeban chalis din tak Jibrael nahi aaye.</w:t>
      </w:r>
    </w:p>
    <w:p>
      <w:pPr>
        <w:jc w:val="right"/>
      </w:pPr>
      <w:r>
        <w:t>حالات کی شدت کے پیش نظر آپ خدا کی طرف سے مزید ہدایت کے منتظر تھے مگر ایک روایت کے مطابق تقریباً چالیس دن تک جبرائیل نہیں آئے۔</w:t>
      </w:r>
    </w:p>
    <w:p>
      <w:r>
        <w:rPr>
          <w:b/>
        </w:rPr>
        <w:t xml:space="preserve">[57:08] </w:t>
      </w:r>
      <w:r>
        <w:t>phir jab woh aaye to aap ne kaha ke aey Jibrael itni der kyun kar di? unhon ne jawab diya ke hum Khuda ki marzi ke paband hain.</w:t>
      </w:r>
    </w:p>
    <w:p>
      <w:pPr>
        <w:jc w:val="right"/>
      </w:pPr>
      <w:r>
        <w:t>پھر جب وہ آئے تو آپ نے کہا کہ اے جبرائیل اتنی دیر کیوں کر دی؟ انہوں نے جواب دیا کہ ہم خدا کی مرضی کے پابند ہیں۔</w:t>
      </w:r>
    </w:p>
    <w:p>
      <w:r>
        <w:rPr>
          <w:b/>
        </w:rPr>
        <w:t xml:space="preserve">[57:19] </w:t>
      </w:r>
      <w:r>
        <w:t>jab Khuda ki taraf se koi hidayat milti hai to aate hain aur jab</w:t>
      </w:r>
    </w:p>
    <w:p>
      <w:pPr>
        <w:jc w:val="right"/>
      </w:pPr>
      <w:r>
        <w:t>جب خدا کی طرف سے کوئی ہدایت ملتی ہے تو آتے ہیں اور جب</w:t>
      </w:r>
    </w:p>
    <w:p>
      <w:r>
        <w:rPr>
          <w:b/>
        </w:rPr>
        <w:t xml:space="preserve">[57:24] </w:t>
      </w:r>
      <w:r>
        <w:t>hidayat nahi milti to nahi aate. yeh waqia bayan kar ke yahan sabr ki talqeen ki gayi hai. jo soorat-e-haal jari hai us ko Khuda poori tarah dekh raha hai.</w:t>
      </w:r>
    </w:p>
    <w:p>
      <w:pPr>
        <w:jc w:val="right"/>
      </w:pPr>
      <w:r>
        <w:t>ہدایت نہیں ملتی تو نہیں آتے۔ یہ واقعہ بیان کر کے یہاں صبر کی تلقین کی گئی ہے۔ جو صورتحال جاری ہے اس کو خدا پوری طرح دیکھ رہا ہے۔</w:t>
      </w:r>
    </w:p>
    <w:p>
      <w:r>
        <w:rPr>
          <w:b/>
        </w:rPr>
        <w:t xml:space="preserve">[57:39] </w:t>
      </w:r>
      <w:r>
        <w:t>is ke bawajood agar us ki taraf se</w:t>
      </w:r>
    </w:p>
    <w:p>
      <w:pPr>
        <w:jc w:val="right"/>
      </w:pPr>
      <w:r>
        <w:t>اس کے باوجود اگر اس کی طرف سے</w:t>
      </w:r>
    </w:p>
    <w:p>
      <w:r>
        <w:rPr>
          <w:b/>
        </w:rPr>
        <w:t xml:space="preserve">[57:42] </w:t>
      </w:r>
      <w:r>
        <w:t>nayi hidayat nahi aa rahi hai to is ka matlab yeh hai ke is waqt yahi matloob hai ke is soorat-e-haal ko bardasht kiya jaye.</w:t>
      </w:r>
    </w:p>
    <w:p>
      <w:pPr>
        <w:jc w:val="right"/>
      </w:pPr>
      <w:r>
        <w:t>نئی ہدایت نہیں آ رہی ہے تو اس کا مطلب یہ ہے کہ اس وقت یہی مطلوب ہے کہ اس صورتحال کو برداشت کیا جائے۔</w:t>
      </w:r>
    </w:p>
    <w:p>
      <w:r>
        <w:rPr>
          <w:b/>
        </w:rPr>
        <w:t xml:space="preserve">[57:54] </w:t>
      </w:r>
      <w:r>
        <w:t>agar hikmat ka taqaza kuch aur hota to yaqeenan koi aur hukum aata. Khuda se zyada koi janne wala nahi.</w:t>
      </w:r>
    </w:p>
    <w:p>
      <w:pPr>
        <w:jc w:val="right"/>
      </w:pPr>
      <w:r>
        <w:t>اگر حکمت کا تقاضا کچھ اور ہوتا تو یقینا کوئی اور حکم آتا۔ خدا سے زیادہ کوئی جاننے والا نہیں۔</w:t>
      </w:r>
    </w:p>
    <w:p>
      <w:r>
        <w:rPr>
          <w:b/>
        </w:rPr>
        <w:t xml:space="preserve">[58:03] </w:t>
      </w:r>
      <w:r>
        <w:t>is liye Khuda se behtar kisi ki rahnumai bhi nahi ho sakti.</w:t>
      </w:r>
    </w:p>
    <w:p>
      <w:pPr>
        <w:jc w:val="right"/>
      </w:pPr>
      <w:r>
        <w:t>اس لیے خدا سے بہتر کسی کی رہنمائی بھی نہیں ہو سکتی۔</w:t>
      </w:r>
    </w:p>
    <w:p>
      <w:r>
        <w:rPr>
          <w:b/>
        </w:rPr>
        <w:t xml:space="preserve">[58:11] </w:t>
      </w:r>
      <w:r>
        <w:t>rukne wale halaat mein iqdam ki ayat talash karna sahi nahi. aisa karna goya is hukum ko qabl az waqt utarne ki koshish karna hai jo abhi aadmi ke liye nahi utra.</w:t>
      </w:r>
    </w:p>
    <w:p>
      <w:pPr>
        <w:jc w:val="right"/>
      </w:pPr>
      <w:r>
        <w:t>رکنے والے حالات میں اقدام کی آیت تلاش کرنا صحیح نہیں۔ ایسا کرنا گویا اس حکم کو قبل از وقت اتارنے کی کوشش کرنا ہے جو ابھی آدمی کے لیے نہیں اترا۔</w:t>
      </w:r>
    </w:p>
    <w:p>
      <w:r>
        <w:rPr>
          <w:b/>
        </w:rPr>
        <w:t xml:space="preserve">[58:29] </w:t>
      </w:r>
      <w:r>
        <w:t>wa yiqulu al insanu aiza ma mitnu lasawfa ukhraju hayya? awala yadhkuru al insanu anaa khalaqnahu min qablu wa lam yaku shay'a?</w:t>
      </w:r>
    </w:p>
    <w:p>
      <w:pPr>
        <w:jc w:val="right"/>
      </w:pPr>
      <w:r>
        <w:t>ويقول الإنسان: أئذا ما مت لسوف أخرج حيا؟ أولا يذكر الإنسان أنا خلقناه من قبل ولم يك شيئا؟</w:t>
      </w:r>
    </w:p>
    <w:p>
      <w:r>
        <w:rPr>
          <w:b/>
        </w:rPr>
        <w:t xml:space="preserve">[58:46] </w:t>
      </w:r>
      <w:r>
        <w:t>farabbika lanahshurannahum wash shayateena thumma lanuhdirannahum hawla jahannama jathiya?</w:t>
      </w:r>
    </w:p>
    <w:p>
      <w:pPr>
        <w:jc w:val="right"/>
      </w:pPr>
      <w:r>
        <w:t>فوربك لنحشرنهم والشياطين ثم لنحضرنهم حول جهنم جثيا؟</w:t>
      </w:r>
    </w:p>
    <w:p>
      <w:r>
        <w:rPr>
          <w:b/>
        </w:rPr>
        <w:t xml:space="preserve">[59:00] </w:t>
      </w:r>
      <w:r>
        <w:t>aur insaan kehta hai: kya jab mein mar jaunga to phir</w:t>
      </w:r>
    </w:p>
    <w:p>
      <w:pPr>
        <w:jc w:val="right"/>
      </w:pPr>
      <w:r>
        <w:t>اور انسان کہتا ہے: کیا جب میں مر جاؤں گا تو پھر</w:t>
      </w:r>
    </w:p>
    <w:p>
      <w:r>
        <w:rPr>
          <w:b/>
        </w:rPr>
        <w:t xml:space="preserve">[59:06] </w:t>
      </w:r>
      <w:r>
        <w:t>zinda kar ke nikala jaunga? kya insaan ko yaad nahi ke hum ne is ko is se pehle paida kiya aur wo kuch bhi na tha?</w:t>
      </w:r>
    </w:p>
    <w:p>
      <w:pPr>
        <w:jc w:val="right"/>
      </w:pPr>
      <w:r>
        <w:t>زندہ کر کے نکالا جاؤں گا؟ کیا انسان کو یاد نہیں کہ ہم نے اس کو اس سے پہلے پیدا کیا اور وہ کچھ بھی نہ تھا؟</w:t>
      </w:r>
    </w:p>
    <w:p>
      <w:r>
        <w:rPr>
          <w:b/>
        </w:rPr>
        <w:t xml:space="preserve">[59:20] </w:t>
      </w:r>
      <w:r>
        <w:t>pas tere rab ki qasam</w:t>
      </w:r>
    </w:p>
    <w:p>
      <w:pPr>
        <w:jc w:val="right"/>
      </w:pPr>
      <w:r>
        <w:t>پس تیرے رب کی قسم</w:t>
      </w:r>
    </w:p>
    <w:p>
      <w:r>
        <w:rPr>
          <w:b/>
        </w:rPr>
        <w:t xml:space="preserve">[59:22] </w:t>
      </w:r>
      <w:r>
        <w:t>hum un ko jama karenge aur shaitan ko bhi. phir un ko jahannum ke gird is tarah hazir karenge ke wo ghutnon ke bal gire hue honge.</w:t>
      </w:r>
    </w:p>
    <w:p>
      <w:pPr>
        <w:jc w:val="right"/>
      </w:pPr>
      <w:r>
        <w:t>ہم ان کو جمع کریں گے اور شیطان کو بھی۔ پھر ان کو جہنم کے گرد اس طرح حاضر کریں گے کہ وہ گھٹنوں کے بل گرے ہوں گے۔</w:t>
      </w:r>
    </w:p>
    <w:p>
      <w:r>
        <w:rPr>
          <w:b/>
        </w:rPr>
        <w:t xml:space="preserve">[59:39] </w:t>
      </w:r>
      <w:r>
        <w:t>tashreeh: arab ke log jo quran ke pehle mukhatib the wo zindagi baad maut ko mante the magar yeh manna sirf rasmi manna tha.</w:t>
      </w:r>
    </w:p>
    <w:p>
      <w:pPr>
        <w:jc w:val="right"/>
      </w:pPr>
      <w:r>
        <w:t>تشریح: عرب کے لوگ جو قرآن کے پہلے مخاطب تھے وہ زندگی بعد موت کو مانتے تھے مگر یہ ماننا صرف رسمی ماننا تھا۔</w:t>
      </w:r>
    </w:p>
    <w:p>
      <w:r>
        <w:rPr>
          <w:b/>
        </w:rPr>
        <w:t xml:space="preserve">[59:53] </w:t>
      </w:r>
      <w:r>
        <w:t>wo haqeeqi manna na tha.</w:t>
      </w:r>
    </w:p>
    <w:p>
      <w:pPr>
        <w:jc w:val="right"/>
      </w:pPr>
      <w:r>
        <w:t>وہ حقیقی ماننا نہ تھا۔</w:t>
      </w:r>
    </w:p>
    <w:p>
      <w:r>
        <w:rPr>
          <w:b/>
        </w:rPr>
        <w:t xml:space="preserve">[59:57] </w:t>
      </w:r>
      <w:r>
        <w:t>quran mein akhirat se mutaliq jitne alfaaz hain wo sab pehle se un ki zaban mein maujood the magar un ki zindagi par is manne ka koi asar na tha.</w:t>
      </w:r>
    </w:p>
    <w:p>
      <w:pPr>
        <w:jc w:val="right"/>
      </w:pPr>
      <w:r>
        <w:t>قرآن میں آخرت سے متعلق جتنے الفاظ ہیں وہ سب پہلے سے ان کی زبان میں موجود تھے مگر ان کی زندگی پر اس ماننے کا کوئی اثر نہ تھا۔</w:t>
      </w:r>
    </w:p>
    <w:p>
      <w:r>
        <w:rPr>
          <w:b/>
        </w:rPr>
        <w:t xml:space="preserve">[1:00:10] </w:t>
      </w:r>
      <w:r>
        <w:t>un ki amli zindagi aisi thi goya ke wo</w:t>
      </w:r>
    </w:p>
    <w:p>
      <w:pPr>
        <w:jc w:val="right"/>
      </w:pPr>
      <w:r>
        <w:t>ان کی عملی زندگی ایسی تھی گویا کہ وہ</w:t>
      </w:r>
    </w:p>
    <w:p>
      <w:r>
        <w:rPr>
          <w:b/>
        </w:rPr>
        <w:t xml:space="preserve">[1:00:14] </w:t>
      </w:r>
      <w:r>
        <w:t>zaban-e-haal se keh rahe hon ke zindagi to bas yahi dunya ki zindagi hai. marne ke baad kon hum ko uthayega aur kon hamara hisab lega?</w:t>
      </w:r>
    </w:p>
    <w:p>
      <w:pPr>
        <w:jc w:val="right"/>
      </w:pPr>
      <w:r>
        <w:t>زبان حال سے کہہ رہے ہوں کہ زندگی تو بس یہی دنیا کی زندگی ہے۔ مرنے کے بعد کون ہم کو اٹھائے گا اور کون ہمارا حساب لے گا؟</w:t>
      </w:r>
    </w:p>
    <w:p>
      <w:r>
        <w:rPr>
          <w:b/>
        </w:rPr>
        <w:t xml:space="preserve">[1:00:33] </w:t>
      </w:r>
      <w:r>
        <w:t>magar yeh ghaflat ya inkar sirf is liye hai ke aadmi sanjeedgi ke sath ghor nahi karta. agar wo ghor kare to us ki pehli paidaish hi us ke liye us ki doosri paidaish ki daleel ban jaye.</w:t>
      </w:r>
    </w:p>
    <w:p>
      <w:pPr>
        <w:jc w:val="right"/>
      </w:pPr>
      <w:r>
        <w:t>مگر یہ غفلت یا انکار صرف اس لیے ہے کہ آدمی سنجیدگی کے ساتھ غور نہیں کرتا۔ اگر وہ غور کرے تو اس کی پہلی پیدائش ہی اس کے لیے اس کی دوسری پیدائش کی دلیل بن جائے۔</w:t>
      </w:r>
    </w:p>
    <w:p>
      <w:r>
        <w:rPr>
          <w:b/>
        </w:rPr>
        <w:t xml:space="preserve">[1:00:53] </w:t>
      </w:r>
      <w:r>
        <w:t>yahan shaitain se murad bure leader hain. yeh leader pur-fareb alfaaz bol kar awam ko behkate hain.</w:t>
      </w:r>
    </w:p>
    <w:p>
      <w:pPr>
        <w:jc w:val="right"/>
      </w:pPr>
      <w:r>
        <w:t>یہاں شیاطین سے مراد برے لیڈر ہیں۔ یہ لیڈر پرفرے بالفاظ بول کر عوام کو بہکاتے ہیں۔</w:t>
      </w:r>
    </w:p>
    <w:p>
      <w:r>
        <w:rPr>
          <w:b/>
        </w:rPr>
        <w:t xml:space="preserve">[1:01:05] </w:t>
      </w:r>
      <w:r>
        <w:t>is aitbar se wo wahi kaam karte hain jo shaitan karta hai.</w:t>
      </w:r>
    </w:p>
    <w:p>
      <w:pPr>
        <w:jc w:val="right"/>
      </w:pPr>
      <w:r>
        <w:t>اس اعتبار سے وہ وہی کام کرتے ہیں جو شیطان کرتا ہے۔</w:t>
      </w:r>
    </w:p>
    <w:p>
      <w:r>
        <w:rPr>
          <w:b/>
        </w:rPr>
        <w:t xml:space="preserve">[1:01:12] </w:t>
      </w:r>
      <w:r>
        <w:t>dunya mein yeh leader azmat ke maqam par khare hue nazar aate hain. is liye log un ko nazar andaaz nahi kar pate magar akhirat mein un ki azmat khatm ho jayegi.</w:t>
      </w:r>
    </w:p>
    <w:p>
      <w:pPr>
        <w:jc w:val="right"/>
      </w:pPr>
      <w:r>
        <w:t>دنیا میں یہ لیڈر عظمت کے مقام پر کھڑے ہوئے نظر آتے ہیں۔ اس لیے لوگ ان کو نظر انداز نہیں کر پاتے مگر آخرت میں ان کی عظمت ختم ہو جائے گی۔</w:t>
      </w:r>
    </w:p>
    <w:p>
      <w:r>
        <w:rPr>
          <w:b/>
        </w:rPr>
        <w:t xml:space="preserve">[1:01:28] </w:t>
      </w:r>
      <w:r>
        <w:t>wahan yeh bare log bhi</w:t>
      </w:r>
    </w:p>
    <w:p>
      <w:pPr>
        <w:jc w:val="right"/>
      </w:pPr>
      <w:r>
        <w:t>وہاں یہ بڑے لوگ بھی</w:t>
      </w:r>
    </w:p>
    <w:p>
      <w:r>
        <w:rPr>
          <w:b/>
        </w:rPr>
        <w:t xml:space="preserve">[1:01:30] </w:t>
      </w:r>
      <w:r>
        <w:t>isi tarah zalat ke garhe mein daal diye jayenge jis tarah un ke chote log.</w:t>
      </w:r>
    </w:p>
    <w:p>
      <w:pPr>
        <w:jc w:val="right"/>
      </w:pPr>
      <w:r>
        <w:t>اسی طرح ذلت کے گڑھے میں ڈال دیے جائیں گے جس طرح ان کے چھوٹے لوگ۔</w:t>
      </w:r>
    </w:p>
    <w:p>
      <w:r>
        <w:rPr>
          <w:b/>
        </w:rPr>
        <w:t xml:space="preserve">[1:01:40] </w:t>
      </w:r>
      <w:r>
        <w:t>ثم لننزعن من كل شيعة أيهم أشد على الرحمن عتيا؟</w:t>
      </w:r>
    </w:p>
    <w:p>
      <w:pPr>
        <w:jc w:val="right"/>
      </w:pPr>
      <w:r>
        <w:t>ثم لننزعن من كل شيعة أيهم أشد على الرحمن عتيا؟</w:t>
      </w:r>
    </w:p>
    <w:p>
      <w:r>
        <w:rPr>
          <w:b/>
        </w:rPr>
        <w:t xml:space="preserve">[1:01:50] </w:t>
      </w:r>
      <w:r>
        <w:t>ثم لنحن أعلم بالذين هم أولى بها صلیا؟</w:t>
      </w:r>
    </w:p>
    <w:p>
      <w:pPr>
        <w:jc w:val="right"/>
      </w:pPr>
      <w:r>
        <w:t>ثم لنحن أعلم بالذين هم أولى بها صلیا؟</w:t>
      </w:r>
    </w:p>
    <w:p>
      <w:r>
        <w:rPr>
          <w:b/>
        </w:rPr>
        <w:t xml:space="preserve">[1:01:58] </w:t>
      </w:r>
      <w:r>
        <w:t>وإن منكم إلا واردها؟ كان على ربك حتما مقضيا؟</w:t>
      </w:r>
    </w:p>
    <w:p>
      <w:pPr>
        <w:jc w:val="right"/>
      </w:pPr>
      <w:r>
        <w:t>وإن منكم إلا واردها؟ كان على ربك حتما مقضيا؟</w:t>
      </w:r>
    </w:p>
    <w:p>
      <w:r>
        <w:rPr>
          <w:b/>
        </w:rPr>
        <w:t xml:space="preserve">[1:02:08] </w:t>
      </w:r>
      <w:r>
        <w:t>ثم ننجي الذين اتقوا ونذر الظالمين فيها جثيا؟</w:t>
      </w:r>
    </w:p>
    <w:p>
      <w:pPr>
        <w:jc w:val="right"/>
      </w:pPr>
      <w:r>
        <w:t>ثم ننجي الذين اتقوا ونذر الظالمين فيها جثيا؟</w:t>
      </w:r>
    </w:p>
    <w:p>
      <w:r>
        <w:rPr>
          <w:b/>
        </w:rPr>
        <w:t xml:space="preserve">[1:02:18] </w:t>
      </w:r>
      <w:r>
        <w:t>phir hum har giroh mein se un logon ko juda karenge jo rehman ke muqable mein sab se zyada sarakash bane hue the.</w:t>
      </w:r>
    </w:p>
    <w:p>
      <w:pPr>
        <w:jc w:val="right"/>
      </w:pPr>
      <w:r>
        <w:t>پھر ہم ہر گروہ میں سے ان لوگوں کو جدا کریں گے جو رحمان کے مقابلے میں سب سے زیادہ سرکش بنے ہوئے تھے۔</w:t>
      </w:r>
    </w:p>
    <w:p>
      <w:r>
        <w:rPr>
          <w:b/>
        </w:rPr>
        <w:t xml:space="preserve">[1:02:28] </w:t>
      </w:r>
      <w:r>
        <w:t>phir hum aise logon ko khoob jante hain jo jahannum mein dakhil hone ke zyada mustahiq hain.</w:t>
      </w:r>
    </w:p>
    <w:p>
      <w:pPr>
        <w:jc w:val="right"/>
      </w:pPr>
      <w:r>
        <w:t>پھر ہم ایسے لوگوں کو خوب جانتے ہیں جو جہنم میں داخل ہونے کے زیادہ مستحق ہیں۔</w:t>
      </w:r>
    </w:p>
    <w:p>
      <w:r>
        <w:rPr>
          <w:b/>
        </w:rPr>
        <w:t xml:space="preserve">[1:02:38] </w:t>
      </w:r>
      <w:r>
        <w:t>aur tum mein se koi nahi jis ka us par se guzar na ho. yeh tere rab ke upar lazim hai jo poora ho kar rahega.</w:t>
      </w:r>
    </w:p>
    <w:p>
      <w:pPr>
        <w:jc w:val="right"/>
      </w:pPr>
      <w:r>
        <w:t>اور تم میں سے کوئی نہیں جس کا اس پر سے گزر نہ ہو۔ یہ تیرے رب کے اوپر لازم ہے جو پورا ہو کر رہے گا۔</w:t>
      </w:r>
    </w:p>
    <w:p>
      <w:r>
        <w:rPr>
          <w:b/>
        </w:rPr>
        <w:t xml:space="preserve">[1:02:48] </w:t>
      </w:r>
      <w:r>
        <w:t>phir hum un logon ko bacha lenge jo darte the aur zalimon ko is mein</w:t>
      </w:r>
    </w:p>
    <w:p>
      <w:pPr>
        <w:jc w:val="right"/>
      </w:pPr>
      <w:r>
        <w:t>پھر ہم ان لوگوں کو بچا لیں گے جو ڈرتے تھے اور ظالموں کو اس میں</w:t>
      </w:r>
    </w:p>
    <w:p>
      <w:r>
        <w:rPr>
          <w:b/>
        </w:rPr>
        <w:t xml:space="preserve">[1:02:56] </w:t>
      </w:r>
      <w:r>
        <w:t>gira hua chhod denge. tashreeh: haq ko na manna jurm hai magar haq ko na manne ki tehreek chalana is se bhi zyada bada jurm hai.</w:t>
      </w:r>
    </w:p>
    <w:p>
      <w:pPr>
        <w:jc w:val="right"/>
      </w:pPr>
      <w:r>
        <w:t>گرا ہوا چھوڑ دیں گے۔ تشریح: حق کو نہ ماننا جرم ہے مگر حق کو نہ ماننے کی تحریک چلانا اس سے بھی زیادہ بڑا جرم ہے۔</w:t>
      </w:r>
    </w:p>
    <w:p>
      <w:r>
        <w:rPr>
          <w:b/>
        </w:rPr>
        <w:t xml:space="preserve">[1:03:12] </w:t>
      </w:r>
      <w:r>
        <w:t>jo log haq ke khilaf tehreek ke qaid bane wo khuda ki nazar mein badtareen saza ke mustahiq hain.</w:t>
      </w:r>
    </w:p>
    <w:p>
      <w:pPr>
        <w:jc w:val="right"/>
      </w:pPr>
      <w:r>
        <w:t>جو لوگ حق کے خلاف تحریک کے قائد بنے وہ خدا کی نظر میں بدترین سزا کے مستحق ہیں۔</w:t>
      </w:r>
    </w:p>
    <w:p>
      <w:r>
        <w:rPr>
          <w:b/>
        </w:rPr>
        <w:t xml:space="preserve">[1:03:22] </w:t>
      </w:r>
      <w:r>
        <w:t>un ko akhirat mein aam logon ke muqable mein dugni saza di jayegi. quran ke alfaz se aur baaz riwayat se yeh maloom hota hai ke allah taala qayamat ke din</w:t>
      </w:r>
    </w:p>
    <w:p>
      <w:pPr>
        <w:jc w:val="right"/>
      </w:pPr>
      <w:r>
        <w:t>ان کو آخرت میں عام لوگوں کے مقابلے میں دگنی سزا دی جائے گی۔ قرآن کے الفاظ سے اور بعض روایات سے یہ معلوم ہوتا ہے کہ اللہ تعالی قیامت کے دن</w:t>
      </w:r>
    </w:p>
    <w:p>
      <w:r>
        <w:rPr>
          <w:b/>
        </w:rPr>
        <w:t xml:space="preserve">[1:03:36] </w:t>
      </w:r>
      <w:r>
        <w:t>tamam logon ko jahannum se guzarega. yeh guzarna jahannum ke andar se nahi hoga balkeh is ke upar se hoga.</w:t>
      </w:r>
    </w:p>
    <w:p>
      <w:pPr>
        <w:jc w:val="right"/>
      </w:pPr>
      <w:r>
        <w:t>تمام لوگوں کو جہنم سے گزارے گا۔ یہ گزرنا جہنم کے اندر سے نہیں ہوگا بلکہ اس کے اوپر سے ہوگا۔</w:t>
      </w:r>
    </w:p>
    <w:p>
      <w:r>
        <w:rPr>
          <w:b/>
        </w:rPr>
        <w:t xml:space="preserve">[1:03:48] </w:t>
      </w:r>
      <w:r>
        <w:t>yeh aisa hi hoga jaise gehre darya ke upar aadmi</w:t>
      </w:r>
    </w:p>
    <w:p>
      <w:pPr>
        <w:jc w:val="right"/>
      </w:pPr>
      <w:r>
        <w:t>یہ ایسا ہی ہوگا جیسے گہرے دریا کے اوپر آدمی</w:t>
      </w:r>
    </w:p>
    <w:p>
      <w:r>
        <w:rPr>
          <w:b/>
        </w:rPr>
        <w:t xml:space="preserve">[1:03:53] </w:t>
      </w:r>
      <w:r>
        <w:t>khule pul ke zariye guzar jata hai. woh darya ki khatarnak maujon ko dekhta hai magar woh is mein gharaq nahi hota.</w:t>
      </w:r>
    </w:p>
    <w:p>
      <w:pPr>
        <w:jc w:val="right"/>
      </w:pPr>
      <w:r>
        <w:t>کھلے پل کے ذریعے گزر جاتا ہے۔ وہ دریا کی خطرناک موجوں کو دیکھتا ہے مگر وہ اس میں غرق نہیں ہوتا۔</w:t>
      </w:r>
    </w:p>
    <w:p>
      <w:r>
        <w:rPr>
          <w:b/>
        </w:rPr>
        <w:t xml:space="preserve">[1:04:04] </w:t>
      </w:r>
      <w:r>
        <w:t>isi tarah qayamat mein tamam log jahannum ke upar se guzarenge.</w:t>
      </w:r>
    </w:p>
    <w:p>
      <w:pPr>
        <w:jc w:val="right"/>
      </w:pPr>
      <w:r>
        <w:t>اسی طرح قیامت میں تمام لوگ جہنم کے اوپر سے گزریں گے۔</w:t>
      </w:r>
    </w:p>
    <w:p>
      <w:r>
        <w:rPr>
          <w:b/>
        </w:rPr>
        <w:t xml:space="preserve">[1:04:09] </w:t>
      </w:r>
      <w:r>
        <w:t>jo naik log hain woh aage ja kar jannat mein dakhil ho jayenge aur jo bure log hain woh aage na barh sakenge.</w:t>
      </w:r>
    </w:p>
    <w:p>
      <w:pPr>
        <w:jc w:val="right"/>
      </w:pPr>
      <w:r>
        <w:t>جو نیک لوگ ہیں وہ آگے جا کر جنت میں داخل ہو جائیں گے اور جو برے لوگ ہیں وہ آگے نہ بڑھ سکیں گے۔</w:t>
      </w:r>
    </w:p>
    <w:p>
      <w:r>
        <w:rPr>
          <w:b/>
        </w:rPr>
        <w:t xml:space="preserve">[1:04:21] </w:t>
      </w:r>
      <w:r>
        <w:t>jahannum unhein pehchan kar un ko apni taraf kheench legi.</w:t>
      </w:r>
    </w:p>
    <w:p>
      <w:pPr>
        <w:jc w:val="right"/>
      </w:pPr>
      <w:r>
        <w:t>جہنم انہیں پہچان کر ان کو اپنی طرف کھینچ لے گی۔</w:t>
      </w:r>
    </w:p>
    <w:p>
      <w:r>
        <w:rPr>
          <w:b/>
        </w:rPr>
        <w:t xml:space="preserve">[1:04:27] </w:t>
      </w:r>
      <w:r>
        <w:t>is tajrube ka maqsad yeh hoga ke jannat mein dakhil kiye jane wale log khuda ki is azeem nemat ka waqai ehsas kar saken ke is ne kaisi buri jagah se bacha kar unhein kaisi behtar jagah pouncha diya hai.</w:t>
      </w:r>
    </w:p>
    <w:p>
      <w:pPr>
        <w:jc w:val="right"/>
      </w:pPr>
      <w:r>
        <w:t>اس تجربے کا مقصد یہ ہوگا کہ جنت میں داخل کیے جانے والے لوگ خدا کی اس عظیم نعمت کا واقعی احساس کر سکیں کہ اس نے کیسی بری جگہ سے بچا کر انہیں کیسی بہتر جگہ پہنچا دیا ہے۔</w:t>
      </w:r>
    </w:p>
    <w:p>
      <w:r>
        <w:rPr>
          <w:b/>
        </w:rPr>
        <w:t xml:space="preserve">[1:04:47] </w:t>
      </w:r>
      <w:r>
        <w:t>waiza tutla alaihim ayatina bayyinatin qala alladhina kafaroo lilladhina amanoo?</w:t>
      </w:r>
    </w:p>
    <w:p>
      <w:pPr>
        <w:jc w:val="right"/>
      </w:pPr>
      <w:r>
        <w:t>وإذا تتلى عليهم آياتنا بينات قال الذين كفروا للذين آمنوا؟</w:t>
      </w:r>
    </w:p>
    <w:p>
      <w:r>
        <w:rPr>
          <w:b/>
        </w:rPr>
        <w:t xml:space="preserve">[1:04:57] </w:t>
      </w:r>
      <w:r>
        <w:t>qala alladhina kafaroo lilladhina amanoo: ayu al-fariqayni khayrun</w:t>
      </w:r>
    </w:p>
    <w:p>
      <w:pPr>
        <w:jc w:val="right"/>
      </w:pPr>
      <w:r>
        <w:t>قال الذين كفروا للذين آمنوا: أي الفريقين خير</w:t>
      </w:r>
    </w:p>
    <w:p>
      <w:r>
        <w:rPr>
          <w:b/>
        </w:rPr>
        <w:t xml:space="preserve">[1:05:07] </w:t>
      </w:r>
      <w:r>
        <w:t>maqaman wa ahsanu nadiya? wa kam ahlakna qablahum min qarnin hum ahsanu asathaw wa riya?</w:t>
      </w:r>
    </w:p>
    <w:p>
      <w:pPr>
        <w:jc w:val="right"/>
      </w:pPr>
      <w:r>
        <w:t>مقاما وأحسن نديا؟ وكم أهلكنا قبلهم من قرن هم أحسن أثاثا ورئيا؟</w:t>
      </w:r>
    </w:p>
    <w:p>
      <w:r>
        <w:rPr>
          <w:b/>
        </w:rPr>
        <w:t xml:space="preserve">[1:05:21] </w:t>
      </w:r>
      <w:r>
        <w:t>aur jab un ko hamari</w:t>
      </w:r>
    </w:p>
    <w:p>
      <w:pPr>
        <w:jc w:val="right"/>
      </w:pPr>
      <w:r>
        <w:t>اور جب ان کو ہماری</w:t>
      </w:r>
    </w:p>
    <w:p>
      <w:r>
        <w:rPr>
          <w:b/>
        </w:rPr>
        <w:t xml:space="preserve">[1:05:23] </w:t>
      </w:r>
      <w:r>
        <w:t>khuli khuli ayaten sunai jati hain to inkar karne wale iman lane walon se kehte hain ke dono girohon mein se kaun behtar halat mein hai aur kis ki majlis zyada achhi hai?</w:t>
      </w:r>
    </w:p>
    <w:p>
      <w:pPr>
        <w:jc w:val="right"/>
      </w:pPr>
      <w:r>
        <w:t>کھلی کھلی آیتیں سنائی جاتی ہیں تو انکار کرنے والے ایمان لانے والوں سے کہتے ہیں کہ دونوں گروہوں میں سے کون بہتر حالت میں ہے اور کس کی مجلس زیادہ اچھی ہے؟</w:t>
      </w:r>
    </w:p>
    <w:p>
      <w:r>
        <w:rPr>
          <w:b/>
        </w:rPr>
        <w:t xml:space="preserve">[1:05:40] </w:t>
      </w:r>
      <w:r>
        <w:t>aur un se pehle hum ne kitni hi qaumen halak kar dein jo un se zyada asbab wali aur un se zyada shan wali thin.</w:t>
      </w:r>
    </w:p>
    <w:p>
      <w:pPr>
        <w:jc w:val="right"/>
      </w:pPr>
      <w:r>
        <w:t>اور ان سے پہلے ہم نے کتنی ہی قومیں ہلاک کر دیں جو ان سے زیادہ اسباب والی اور ان سے زیادہ شان والی تھیں۔</w:t>
      </w:r>
    </w:p>
    <w:p>
      <w:r>
        <w:rPr>
          <w:b/>
        </w:rPr>
        <w:t xml:space="preserve">[1:05:55] </w:t>
      </w:r>
      <w:r>
        <w:t>tashreeh: jo log haq nahq ki behas mein na paden. jo akhirat ke muqable mein dunya ki maslehaton ko ahmiyat den.</w:t>
      </w:r>
    </w:p>
    <w:p>
      <w:pPr>
        <w:jc w:val="right"/>
      </w:pPr>
      <w:r>
        <w:t>تشریح: جو لوگ حق ناحق کی بحث میں نہ پڑیں۔ جو آخرت کے مقابلے میں دنیا کی مصلحتوں کو اہمیت دیں۔</w:t>
      </w:r>
    </w:p>
    <w:p>
      <w:r>
        <w:rPr>
          <w:b/>
        </w:rPr>
        <w:t xml:space="preserve">[1:06:08] </w:t>
      </w:r>
      <w:r>
        <w:t>jo khuda ko khush karne se zyada awam ko khush karne ka ihtimam karte hon.</w:t>
      </w:r>
    </w:p>
    <w:p>
      <w:pPr>
        <w:jc w:val="right"/>
      </w:pPr>
      <w:r>
        <w:t>جو خدا کو خوش کرنے سے زیادہ عوام کو خوش کرنے کا اہتمام کرتے ہوں۔</w:t>
      </w:r>
    </w:p>
    <w:p>
      <w:r>
        <w:rPr>
          <w:b/>
        </w:rPr>
        <w:t xml:space="preserve">[1:06:15] </w:t>
      </w:r>
      <w:r>
        <w:t>aise log hamesha zyada kamyab rehte hain. un ke gird zyada raunak aur shan jama ho jati hai.</w:t>
      </w:r>
    </w:p>
    <w:p>
      <w:pPr>
        <w:jc w:val="right"/>
      </w:pPr>
      <w:r>
        <w:t>ایسے لوگ ہمیشہ زیادہ کامیاب رہتے ہیں۔ ان کے گرد زیادہ رونق اور شان جمع ہو جاتی ہے۔</w:t>
      </w:r>
    </w:p>
    <w:p>
      <w:r>
        <w:rPr>
          <w:b/>
        </w:rPr>
        <w:t xml:space="preserve">[1:06:25] </w:t>
      </w:r>
      <w:r>
        <w:t>dusri taraf jo log har mamle mein yeh dekhen ke haq kya hai aur nahq kiya.</w:t>
      </w:r>
    </w:p>
    <w:p>
      <w:pPr>
        <w:jc w:val="right"/>
      </w:pPr>
      <w:r>
        <w:t>دوسری طرف جو لوگ ہر معاملے میں یہ دیکھیں کہ حق کیا ہے اور ناحق کیا۔</w:t>
      </w:r>
    </w:p>
    <w:p>
      <w:r>
        <w:rPr>
          <w:b/>
        </w:rPr>
        <w:t xml:space="preserve">[1:06:33] </w:t>
      </w:r>
      <w:r>
        <w:t>jo dunya ki maslehaton ko nazar andaz karen aur akhirat ki maslehaton ko tarjeeh den. jo awami rujhan se zyada khuda ka lihaz karen.</w:t>
      </w:r>
    </w:p>
    <w:p>
      <w:pPr>
        <w:jc w:val="right"/>
      </w:pPr>
      <w:r>
        <w:t>جو دنیا کی مصلحتوں کو نظر انداز کریں اور آخرت کی مصلحتوں کو ترجیح دیں۔ جو عوامی رجحان سے زیادہ خدا کا لحاظ کریں۔</w:t>
      </w:r>
    </w:p>
    <w:p>
      <w:r>
        <w:rPr>
          <w:b/>
        </w:rPr>
        <w:t xml:space="preserve">[1:06:45] </w:t>
      </w:r>
      <w:r>
        <w:t>aise log aksar zahiri shan o shaukat wali cheezon se</w:t>
      </w:r>
    </w:p>
    <w:p>
      <w:pPr>
        <w:jc w:val="right"/>
      </w:pPr>
      <w:r>
        <w:t>ایسے لوگ اکثر ظاہری شان و شوکت والی چیزوں سے</w:t>
      </w:r>
    </w:p>
    <w:p>
      <w:r>
        <w:rPr>
          <w:b/>
        </w:rPr>
        <w:t xml:space="preserve">[1:06:50] </w:t>
      </w:r>
      <w:r>
        <w:t>mehroom rehte hain. yeh farq bahut se logon ke liye galat fehmi ka sabab ban jata hai. woh samajhte hain ke jo log dunyavi aitbar se behtar hain woh khuda ke pasandida hain.</w:t>
      </w:r>
    </w:p>
    <w:p>
      <w:pPr>
        <w:jc w:val="right"/>
      </w:pPr>
      <w:r>
        <w:t>محروم رہتے ہیں۔ یہ فرق بہت سے لوگوں کے لیے غلط فہمی کا سبب بن جاتا ہے۔ وہ سمجھتے ہیں کہ جو لوگ دنیاوی اعتبار سے بہتر ہیں وہ خدا کے پسندیدہ ہیں۔</w:t>
      </w:r>
    </w:p>
    <w:p>
      <w:r>
        <w:rPr>
          <w:b/>
        </w:rPr>
        <w:t xml:space="preserve">[1:07:07] </w:t>
      </w:r>
      <w:r>
        <w:t>aur jo log dunyavi aitbar se behtar nahi woh khuda ke nazdeek napasandida hain. magar yeh mayar sarasar galat hai.</w:t>
      </w:r>
    </w:p>
    <w:p>
      <w:pPr>
        <w:jc w:val="right"/>
      </w:pPr>
      <w:r>
        <w:t>اور جو لوگ دنیاوی اعتبار سے بہتر نہیں وہ خدا کے نزدیک ناپسندیدہ ہیں۔ مگر یہ معیار سراسر غلط ہے۔</w:t>
      </w:r>
    </w:p>
    <w:p>
      <w:r>
        <w:rPr>
          <w:b/>
        </w:rPr>
        <w:t xml:space="preserve">[1:07:19] </w:t>
      </w:r>
      <w:r>
        <w:t>aur mazi ki tareekh is ki tardeed karne ke liye</w:t>
      </w:r>
    </w:p>
    <w:p>
      <w:pPr>
        <w:jc w:val="right"/>
      </w:pPr>
      <w:r>
        <w:t>اور ماضی کی تاریخ اس کی تردید کرنے کے لیے</w:t>
      </w:r>
    </w:p>
    <w:p>
      <w:r>
        <w:rPr>
          <w:b/>
        </w:rPr>
        <w:t xml:space="preserve">[1:07:23] </w:t>
      </w:r>
      <w:r>
        <w:t>kafi hai. kitne prafakhr sarzamin ke neeche dafan ho gaye. kitne mahal hain jo aaj khandar ke siwa kisi aur surat mein dekhne walon ko nazar nahi aate.</w:t>
      </w:r>
    </w:p>
    <w:p>
      <w:pPr>
        <w:jc w:val="right"/>
      </w:pPr>
      <w:r>
        <w:t>کافی ہے۔ کتنے پرفخر سرزمین کے نیچے دفن ہو گئے۔ کتنے محل ہیں جو آج کھڈر کے سوا کسی اور صورت میں دیکھنے والوں کو نظر نہیں آتے۔</w:t>
      </w:r>
    </w:p>
    <w:p>
      <w:r>
        <w:rPr>
          <w:b/>
        </w:rPr>
        <w:t xml:space="preserve">[1:07:40] </w:t>
      </w:r>
      <w:r>
        <w:t>qul man kana fi al-dalalati falyamdad lahu al-rahmanu madda? hatta idha raaw ma yuaduna imma al-azabu wa imma al-sa'atu sa-ya'lamuna man huwa sharr</w:t>
      </w:r>
    </w:p>
    <w:p>
      <w:pPr>
        <w:jc w:val="right"/>
      </w:pPr>
      <w:r>
        <w:t>قل من كان في الضلالة فليمدد له الرحمن مدا؟ حتى إذا رأوا ما يوعدون إما العذاب وإما الساعة فسيعلمون من هو شر</w:t>
      </w:r>
    </w:p>
    <w:p>
      <w:r>
        <w:rPr>
          <w:b/>
        </w:rPr>
        <w:t xml:space="preserve">[1:08:00] </w:t>
      </w:r>
      <w:r>
        <w:t>makana wa adaf junda. kaho ke jo shakhs gumrahi mein hota hai to rehman us ko dheel diya karta hai.</w:t>
      </w:r>
    </w:p>
    <w:p>
      <w:pPr>
        <w:jc w:val="right"/>
      </w:pPr>
      <w:r>
        <w:t>مكانا وأضعف جندا. کہو کہ جو شخص گمراہی میں ہوتا ہے تو رحمان اس کو ڈھیل دیا کرتا ہے۔</w:t>
      </w:r>
    </w:p>
    <w:p>
      <w:r>
        <w:rPr>
          <w:b/>
        </w:rPr>
        <w:t xml:space="preserve">[1:08:13] </w:t>
      </w:r>
      <w:r>
        <w:t>yahan tak ke jab woh dekh len ge is cheez ko</w:t>
      </w:r>
    </w:p>
    <w:p>
      <w:pPr>
        <w:jc w:val="right"/>
      </w:pPr>
      <w:r>
        <w:t>یہاں تک کہ جب وہ دیکھ لیں گے اس چیز کو</w:t>
      </w:r>
    </w:p>
    <w:p>
      <w:r>
        <w:rPr>
          <w:b/>
        </w:rPr>
        <w:t xml:space="preserve">[1:08:17] </w:t>
      </w:r>
      <w:r>
        <w:t>jis ka un se wada kiya ja raha hai. azab ya qayamat to un ko maloom ho jayega ke kis ka hal bura hai aur kis ka jatha kamzor.</w:t>
      </w:r>
    </w:p>
    <w:p>
      <w:pPr>
        <w:jc w:val="right"/>
      </w:pPr>
      <w:r>
        <w:t>جس کا ان سے وعدہ کیا جا رہا ہے۔ عذاب یا قیامت تو ان کو معلوم ہو جائے گا کہ کس کا حال برا ہے اور کس کا جتھا کمزور۔</w:t>
      </w:r>
    </w:p>
    <w:p>
      <w:r>
        <w:rPr>
          <w:b/>
        </w:rPr>
        <w:t xml:space="preserve">[1:08:33] </w:t>
      </w:r>
      <w:r>
        <w:t>tashreeh: sarkash aadmi ko sarkashi ka moqa milna mohlat imtehan ki waja se hota hai na ke kisi haq ki bina par.</w:t>
      </w:r>
    </w:p>
    <w:p>
      <w:pPr>
        <w:jc w:val="right"/>
      </w:pPr>
      <w:r>
        <w:t>تشریح: سرکش آدمی کو سرکشی کا موقع ملنا مہلت امتحان کی وجہ سے ہوتا ہے نہ کہ کسی حق کی بنا پر۔</w:t>
      </w:r>
    </w:p>
    <w:p>
      <w:r>
        <w:rPr>
          <w:b/>
        </w:rPr>
        <w:t xml:space="preserve">[1:08:47] </w:t>
      </w:r>
      <w:r>
        <w:t>magar aksar aisa hota hai ke aadmi</w:t>
      </w:r>
    </w:p>
    <w:p>
      <w:pPr>
        <w:jc w:val="right"/>
      </w:pPr>
      <w:r>
        <w:t>مگر اکثر ایسا ہوتا ہے کہ آدمی</w:t>
      </w:r>
    </w:p>
    <w:p>
      <w:r>
        <w:rPr>
          <w:b/>
        </w:rPr>
        <w:t xml:space="preserve">[1:08:50] </w:t>
      </w:r>
      <w:r>
        <w:t>is farq ko samajh nahi pata. woh waqti mohlat ko mustaqil halat samajh leta hai. us ki aankh is waqt tak nahi khulti jab tak muddat ke khatme ka elan na ho jaye aur us se</w:t>
      </w:r>
    </w:p>
    <w:p>
      <w:pPr>
        <w:jc w:val="right"/>
      </w:pPr>
      <w:r>
        <w:t>اس فرق کو سمجھ نہیں پاتا۔ وہ وقتی مہلت کو اپنی مستقل حالت سمجھ لیتا ہے۔ اس کی آنکھ اس وقت تک نہیں کھلتی جب تک مدت کے خاتمے کا اعلان نہ ہو جائے اور اس سے</w:t>
      </w:r>
    </w:p>
    <w:p>
      <w:r>
        <w:rPr>
          <w:b/>
        </w:rPr>
        <w:t xml:space="preserve">[1:09:07] </w:t>
      </w:r>
      <w:r>
        <w:t>sarkashi ka haq chheen na liya jaye. khuda apni maslehat ke tehat kisi ko dunya hi mein yeh tajruba kara deta hai.</w:t>
      </w:r>
    </w:p>
    <w:p>
      <w:pPr>
        <w:jc w:val="right"/>
      </w:pPr>
      <w:r>
        <w:t>سرکشی کا حق چھین نہ لیا جائے۔ خدا اپنی مصلحت کے تحت کسی کو دنیا ہی میں یہ تجربہ کرا دیتا ہے۔</w:t>
      </w:r>
    </w:p>
    <w:p>
      <w:r>
        <w:rPr>
          <w:b/>
        </w:rPr>
        <w:t xml:space="preserve">[1:09:18] </w:t>
      </w:r>
      <w:r>
        <w:t>koi usi hal par baqi rehta hai. yahan tak ke maut us ko woh cheez dikha deti hai</w:t>
      </w:r>
    </w:p>
    <w:p>
      <w:pPr>
        <w:jc w:val="right"/>
      </w:pPr>
      <w:r>
        <w:t>کوئی اسی حال پر باقی رہتا ہے۔ یہاں تک کہ موت اس کو وہ چیز دکھا دیتی ہے</w:t>
      </w:r>
    </w:p>
    <w:p>
      <w:r>
        <w:rPr>
          <w:b/>
        </w:rPr>
        <w:t xml:space="preserve">[1:09:26] </w:t>
      </w:r>
      <w:r>
        <w:t>jis ko woh zindagi mein dekhne par tayar na hua tha.</w:t>
      </w:r>
    </w:p>
    <w:p>
      <w:pPr>
        <w:jc w:val="right"/>
      </w:pPr>
      <w:r>
        <w:t>جس کو وہ زندگی میں دیکھنے پر تیار نہ ہوا تھا۔</w:t>
      </w:r>
    </w:p>
    <w:p>
      <w:r>
        <w:rPr>
          <w:b/>
        </w:rPr>
        <w:t xml:space="preserve">[1:09:33] </w:t>
      </w:r>
      <w:r>
        <w:t>wa yazeed allahu allazeena ihtadaw huda wal baqiyatu salihat khair inda rabbika sawaban wa khair</w:t>
      </w:r>
    </w:p>
    <w:p>
      <w:pPr>
        <w:jc w:val="right"/>
      </w:pPr>
      <w:r>
        <w:t>ويزيد الله الذين اهتدوا هدى والباقيات الصالحات خير عند ربك ثوابا وخير</w:t>
      </w:r>
    </w:p>
    <w:p>
      <w:r>
        <w:rPr>
          <w:b/>
        </w:rPr>
        <w:t xml:space="preserve">[1:09:46] </w:t>
      </w:r>
      <w:r>
        <w:t>marda. aur Allah hidayat pakarne walon ki hidayat mein izafa karta hai. aur baqi rehne wali nekiyan tumhare rab ke nazdeek ajar ke aitbar se behtar hain.</w:t>
      </w:r>
    </w:p>
    <w:p>
      <w:pPr>
        <w:jc w:val="right"/>
      </w:pPr>
      <w:r>
        <w:t>مردا. اور اللہ ہدایت پکڑنے والوں کی ہدایت میں اضافہ کرتا ہے۔ اور باقی رہنے والی نیکیاں تمہارے رب کے نزدیک اجر کے اعتبار سے بہتر ہیں۔</w:t>
      </w:r>
    </w:p>
    <w:p>
      <w:r>
        <w:rPr>
          <w:b/>
        </w:rPr>
        <w:t xml:space="preserve">[1:10:02] </w:t>
      </w:r>
      <w:r>
        <w:t>aur</w:t>
      </w:r>
    </w:p>
    <w:p>
      <w:pPr>
        <w:jc w:val="right"/>
      </w:pPr>
      <w:r>
        <w:t>اور</w:t>
      </w:r>
    </w:p>
    <w:p>
      <w:r>
        <w:rPr>
          <w:b/>
        </w:rPr>
        <w:t xml:space="preserve">[1:10:03] </w:t>
      </w:r>
      <w:r>
        <w:t>anjam ke aitbar se bhi behtar. tashreeh: hidayat yab hona yeh hai ke aadmi ka shaoor sahi rukh par jaag uthe.</w:t>
      </w:r>
    </w:p>
    <w:p>
      <w:pPr>
        <w:jc w:val="right"/>
      </w:pPr>
      <w:r>
        <w:t>انجام کے اعتبار سے بھی بہتر۔ تشریح: ہدایت یاب ہونا یہ ہے کہ آدمی کا شعور صحیح رخ پر جاگ اٹھے۔</w:t>
      </w:r>
    </w:p>
    <w:p>
      <w:r>
        <w:rPr>
          <w:b/>
        </w:rPr>
        <w:t xml:space="preserve">[1:10:15] </w:t>
      </w:r>
      <w:r>
        <w:t>aise aadmi ke samne koi surat-e-hal ati hai to woh us ki sahi tawjeeh kar ke</w:t>
      </w:r>
    </w:p>
    <w:p>
      <w:pPr>
        <w:jc w:val="right"/>
      </w:pPr>
      <w:r>
        <w:t>ایسے آدمی کے سامنے کوئی صورتحال آتی ہے تو وہ اس کی صحیح توجیح کر کے</w:t>
      </w:r>
    </w:p>
    <w:p>
      <w:r>
        <w:rPr>
          <w:b/>
        </w:rPr>
        <w:t xml:space="preserve">[1:10:23] </w:t>
      </w:r>
      <w:r>
        <w:t>us ko apni raza bana leta hai. is tarah us ki hidayat mein yaqeen aur kaifiyat ke aitbar se barabar izafa hota rehta hai.</w:t>
      </w:r>
    </w:p>
    <w:p>
      <w:pPr>
        <w:jc w:val="right"/>
      </w:pPr>
      <w:r>
        <w:t>اس کو اپنی رضا بنا لیتا ہے۔ اس طرح اس کی ہدایت میں یقین اور کیفیت کے اعتبار سے برابر اضافہ ہوتا رہتا ہے۔</w:t>
      </w:r>
    </w:p>
    <w:p>
      <w:r>
        <w:rPr>
          <w:b/>
        </w:rPr>
        <w:t xml:space="preserve">[1:10:36] </w:t>
      </w:r>
      <w:r>
        <w:t>us ki hidayat jamid chattan ki tarah nahi hoti balkeh</w:t>
      </w:r>
    </w:p>
    <w:p>
      <w:pPr>
        <w:jc w:val="right"/>
      </w:pPr>
      <w:r>
        <w:t>اس کی ہدایت جامد چٹان کی طرح نہیں ہوتی بلکہ</w:t>
      </w:r>
    </w:p>
    <w:p>
      <w:r>
        <w:rPr>
          <w:b/>
        </w:rPr>
        <w:t xml:space="preserve">[1:10:41] </w:t>
      </w:r>
      <w:r>
        <w:t>zinda darakht ki manind hoti hai jo barabar barhta chala jaye. jis tarah dunya ke pesh nazar amal karne wala barabar taraqqi karta rehta hai usi tarah akhirat ko samne rakh kar amal karne wale ka amal bhi</w:t>
      </w:r>
    </w:p>
    <w:p>
      <w:pPr>
        <w:jc w:val="right"/>
      </w:pPr>
      <w:r>
        <w:t>زندہ درخت کی مانند ہوتی ہے جو برابر بڑھتا چلا جائے۔ جس طرح دنیا کے پیش نظر عمل کرنے والا برابر ترقی کرتا رہتا ہے اسی طرح آخرت کو سامنے رکھ کر عمل کرنے والے کا عمل بھی</w:t>
      </w:r>
    </w:p>
    <w:p>
      <w:r>
        <w:rPr>
          <w:b/>
        </w:rPr>
        <w:t xml:space="preserve">[1:10:59] </w:t>
      </w:r>
      <w:r>
        <w:t>musalsal izafa pazir hai. yeh izafa paziri chounke akhirat mein zakhira ho rahi hai is liye woh dunya mein nazar nahi ati.</w:t>
      </w:r>
    </w:p>
    <w:p>
      <w:pPr>
        <w:jc w:val="right"/>
      </w:pPr>
      <w:r>
        <w:t>مسلسل اضافہ پذیر ہے۔ یہ اضافہ پذیری چونکہ آخرت میں ذخیرہ ہو رہی ہے اس لیے وہ دنیا میں نظر نہیں آتی۔</w:t>
      </w:r>
    </w:p>
    <w:p>
      <w:r>
        <w:rPr>
          <w:b/>
        </w:rPr>
        <w:t xml:space="preserve">[1:11:11] </w:t>
      </w:r>
      <w:r>
        <w:t>magar qayamat jab parda phad degi to har aadmi dekh lega ke hidayat paney wale ki hidayat kis tarah</w:t>
      </w:r>
    </w:p>
    <w:p>
      <w:pPr>
        <w:jc w:val="right"/>
      </w:pPr>
      <w:r>
        <w:t>مگر قیامت جب پردہ پھاڑ دے گی تو ہر آدمی دیکھ لے گا کہ ہدایت پانے والے کی ہدایت کس طرح</w:t>
      </w:r>
    </w:p>
    <w:p>
      <w:r>
        <w:rPr>
          <w:b/>
        </w:rPr>
        <w:t xml:space="preserve">[1:11:20] </w:t>
      </w:r>
      <w:r>
        <w:t>barh rahi thi aur usi ke sath us ka amal bhi. afara'ait allazi kafara biayatina wa qala la otin malan wa waladan?</w:t>
      </w:r>
    </w:p>
    <w:p>
      <w:pPr>
        <w:jc w:val="right"/>
      </w:pPr>
      <w:r>
        <w:t>بڑھ رہی تھی اور اسی کے ساتھ اس کا عمل بھی۔ أفرأيت الذي كفر بآياتنا وقال لأوتين مالا وولدا؟</w:t>
      </w:r>
    </w:p>
    <w:p>
      <w:r>
        <w:rPr>
          <w:b/>
        </w:rPr>
        <w:t xml:space="preserve">[1:11:36] </w:t>
      </w:r>
      <w:r>
        <w:t>atala'al ghaiba am attakhatha inda ar rehamani ahda? kalla, sanaktubu ma yaqulu wa namuddu lahu min al azabi madan wa narithu ma yaqulu wa ya'teena fardan.</w:t>
      </w:r>
    </w:p>
    <w:p>
      <w:pPr>
        <w:jc w:val="right"/>
      </w:pPr>
      <w:r>
        <w:t>أطلع الغيب أم اتخذ عند الرحمن عهدا؟ كلا، سنكتب ما يقول ونمد له من العذاب مدا ونرثه ما يقول ويأتينا فردا.</w:t>
      </w:r>
    </w:p>
    <w:p>
      <w:r>
        <w:rPr>
          <w:b/>
        </w:rPr>
        <w:t xml:space="preserve">[1:11:57] </w:t>
      </w:r>
      <w:r>
        <w:t>kya tum ne us ko nahi dekha jis ne hamari ayaton ka inkar kiya aur kaha ke mujh ko maal aur aulad mil kar rahen ge?</w:t>
      </w:r>
    </w:p>
    <w:p>
      <w:pPr>
        <w:jc w:val="right"/>
      </w:pPr>
      <w:r>
        <w:t>کیا تم نے اس کو نہیں دیکھا جس نے ہماری آیتوں کا انکار کیا اور کہا کہ مجھ کو مال اور اولاد مل کر رہیں گے؟</w:t>
      </w:r>
    </w:p>
    <w:p>
      <w:r>
        <w:rPr>
          <w:b/>
        </w:rPr>
        <w:t xml:space="preserve">[1:12:08] </w:t>
      </w:r>
      <w:r>
        <w:t>kya us ne ghayb mein jhank kar dekha hai ya us ne Allah se koi ahad le liya hai?</w:t>
      </w:r>
    </w:p>
    <w:p>
      <w:pPr>
        <w:jc w:val="right"/>
      </w:pPr>
      <w:r>
        <w:t>کیا اس نے غیب میں جھانک کر دیکھا ہے یا اس نے اللہ سے کوئی عہد لے لیا ہے؟</w:t>
      </w:r>
    </w:p>
    <w:p>
      <w:r>
        <w:rPr>
          <w:b/>
        </w:rPr>
        <w:t xml:space="preserve">[1:12:16] </w:t>
      </w:r>
      <w:r>
        <w:t>hargiz nahi.</w:t>
      </w:r>
    </w:p>
    <w:p>
      <w:pPr>
        <w:jc w:val="right"/>
      </w:pPr>
      <w:r>
        <w:t>ہرگز نہیں۔</w:t>
      </w:r>
    </w:p>
    <w:p>
      <w:r>
        <w:rPr>
          <w:b/>
        </w:rPr>
        <w:t xml:space="preserve">[1:12:17] </w:t>
      </w:r>
      <w:r>
        <w:t>jo kuch woh kehta hai us ko hum likh len ge aur us ki saza mein izafa karen ge. aur jin cheezon ka woh mudda'i hai us ke waris hum banen ge aur woh hamare pas akela ayega.</w:t>
      </w:r>
    </w:p>
    <w:p>
      <w:pPr>
        <w:jc w:val="right"/>
      </w:pPr>
      <w:r>
        <w:t>جو کچھ وہ کہتا ہے اس کو ہم لکھ لیں گے اور اس کی سزا میں اضافہ کریں گے۔ اور جن چیزوں کا وہ مدعی ہے اس کے وارث ہم بنیں گے اور وہ ہمارے پاس اکیلا آئے گا۔</w:t>
      </w:r>
    </w:p>
    <w:p>
      <w:r>
        <w:rPr>
          <w:b/>
        </w:rPr>
        <w:t xml:space="preserve">[1:12:36] </w:t>
      </w:r>
      <w:r>
        <w:t>tashreeh: jab aadmi ke paas daulat aur taqat ka koi hissa aata hai to us ke andar ghlat qism ki khud aitmaadi paida ho jati hai.</w:t>
      </w:r>
    </w:p>
    <w:p>
      <w:pPr>
        <w:jc w:val="right"/>
      </w:pPr>
      <w:r>
        <w:t>تشریح: جب آدمی کے پاس دولت اور طاقت کا کوئی حصہ آتا ہے تو اس کے اندر غلط قسم کی خود اعتمادی پیدا ہو جاتی ہے۔</w:t>
      </w:r>
    </w:p>
    <w:p>
      <w:r>
        <w:rPr>
          <w:b/>
        </w:rPr>
        <w:t xml:space="preserve">[1:12:48] </w:t>
      </w:r>
      <w:r>
        <w:t>woh aisi rawish ikhtiyar karta hai jo us ki waqai hesiyat se mutabiq nahi rakhti. woh aisi baatein bolne lagta hai</w:t>
      </w:r>
    </w:p>
    <w:p>
      <w:pPr>
        <w:jc w:val="right"/>
      </w:pPr>
      <w:r>
        <w:t>وہ ایسی روش اختیار کرتا ہے جو اس کی واقعی حیثیت سے مطابقت نہیں رکھتی۔ وہ ایسی باتیں بولنے لگتا ہے</w:t>
      </w:r>
    </w:p>
    <w:p>
      <w:r>
        <w:rPr>
          <w:b/>
        </w:rPr>
        <w:t xml:space="preserve">[1:12:59] </w:t>
      </w:r>
      <w:r>
        <w:t>jo us ko nahi bolna chahiye. aisa hi ek waqia makka mein hua. aasim bin waail makka ka ek mushrik sardar tha.</w:t>
      </w:r>
    </w:p>
    <w:p>
      <w:pPr>
        <w:jc w:val="right"/>
      </w:pPr>
      <w:r>
        <w:t>جو اس کو نہیں بولنا چاہیے۔ ایسا ہی ایک واقعہ مکہ میں ہوا۔ عاصم بن وائل مکہ کا ایک مشرک سردار تھا۔</w:t>
      </w:r>
    </w:p>
    <w:p>
      <w:r>
        <w:rPr>
          <w:b/>
        </w:rPr>
        <w:t xml:space="preserve">[1:13:10] </w:t>
      </w:r>
      <w:r>
        <w:t>hazrat khabab bin al-araz ki kuch raqam us ke zimmay baqi thi.</w:t>
      </w:r>
    </w:p>
    <w:p>
      <w:pPr>
        <w:jc w:val="right"/>
      </w:pPr>
      <w:r>
        <w:t>حضرت خباب ابن العرض کی کچھ رقم اس کے ذمے باقی تھی۔</w:t>
      </w:r>
    </w:p>
    <w:p>
      <w:r>
        <w:rPr>
          <w:b/>
        </w:rPr>
        <w:t xml:space="preserve">[1:13:15] </w:t>
      </w:r>
      <w:r>
        <w:t>unhon ne raqam ka mutalba kiya to aasim bin waail ne kaha ke main tumhari raqam is waqt doon ga jab ke tum muhammad ka inkar karo.</w:t>
      </w:r>
    </w:p>
    <w:p>
      <w:pPr>
        <w:jc w:val="right"/>
      </w:pPr>
      <w:r>
        <w:t>انہوں نے رقم کا مطالبہ کیا تو عاصم بن وائل نے کہا کہ میں تمہاری رقم اس وقت دوں گا جب کہ تم محمد کا انکار کرو۔</w:t>
      </w:r>
    </w:p>
    <w:p>
      <w:r>
        <w:rPr>
          <w:b/>
        </w:rPr>
        <w:t xml:space="preserve">[1:13:26] </w:t>
      </w:r>
      <w:r>
        <w:t>un ki zabaan se nikla ke main hargiz muhammad ka inkar nahi karoon ga yahan tak ke tum maro aur phir paida ho.</w:t>
      </w:r>
    </w:p>
    <w:p>
      <w:pPr>
        <w:jc w:val="right"/>
      </w:pPr>
      <w:r>
        <w:t>ان کی زبان سے نکلا کہ میں ہرگز محمد کا انکار نہیں کروں گا یہاں تک کہ تم مرو اور پھر پیدا ہو۔</w:t>
      </w:r>
    </w:p>
    <w:p>
      <w:r>
        <w:rPr>
          <w:b/>
        </w:rPr>
        <w:t xml:space="preserve">[1:13:36] </w:t>
      </w:r>
      <w:r>
        <w:t>aasim bin waail ne yeh sun kar kaha ke jab main dobara paida ho ga to wahan bhi main maal aur aulad ka malik rahoon ga.</w:t>
      </w:r>
    </w:p>
    <w:p>
      <w:pPr>
        <w:jc w:val="right"/>
      </w:pPr>
      <w:r>
        <w:t>عاصم بن وائل نے یہ سن کر کہا کہ جب میں دوبارہ پیدا ہوں گا تو وہاں بھی میں مال اور اولاد کا مالک رہوں گا۔</w:t>
      </w:r>
    </w:p>
    <w:p>
      <w:r>
        <w:rPr>
          <w:b/>
        </w:rPr>
        <w:t xml:space="preserve">[1:13:46] </w:t>
      </w:r>
      <w:r>
        <w:t>is waqt tum mujh se apni raqam le laina. yeh sab jhooti khud aitmaadi ki baatein hain aur</w:t>
      </w:r>
    </w:p>
    <w:p>
      <w:pPr>
        <w:jc w:val="right"/>
      </w:pPr>
      <w:r>
        <w:t>اس وقت تم مجھ سے اپنی رقم لے لینا۔ یہ سب جھوٹی خود اعتمادی کی باتیں ہیں اور</w:t>
      </w:r>
    </w:p>
    <w:p>
      <w:r>
        <w:rPr>
          <w:b/>
        </w:rPr>
        <w:t xml:space="preserve">[1:13:55] </w:t>
      </w:r>
      <w:r>
        <w:t>jhooti khud aitmaadi kisi ke kuch kaam aane wali nahi.</w:t>
      </w:r>
    </w:p>
    <w:p>
      <w:pPr>
        <w:jc w:val="right"/>
      </w:pPr>
      <w:r>
        <w:t>جھوٹی خود اعتمادی کسی کے کچھ کام آنے والی نہیں۔</w:t>
      </w:r>
    </w:p>
    <w:p>
      <w:r>
        <w:rPr>
          <w:b/>
        </w:rPr>
        <w:t xml:space="preserve">[1:14:04] </w:t>
      </w:r>
      <w:r>
        <w:t>watakhadhu min dunillahi aalihatan liyakunu lahum izzan? kalla, sayakfuroona bi'ibadatihim wayakoonoona 'alayhim didda.</w:t>
      </w:r>
    </w:p>
    <w:p>
      <w:pPr>
        <w:jc w:val="right"/>
      </w:pPr>
      <w:r>
        <w:t>واتخذوا من دون الله آلهة ليكونوا لهم عزا؟ كلا، سيكفرون بعبادتهم ويكونون عليهم ضدا.</w:t>
      </w:r>
    </w:p>
    <w:p>
      <w:r>
        <w:rPr>
          <w:b/>
        </w:rPr>
        <w:t xml:space="preserve">[1:14:21] </w:t>
      </w:r>
      <w:r>
        <w:t>aur unhon ne allah ke siwa maabood banaye hain</w:t>
      </w:r>
    </w:p>
    <w:p>
      <w:pPr>
        <w:jc w:val="right"/>
      </w:pPr>
      <w:r>
        <w:t>اور انہوں نے اللہ کے سوا معبود بنائے ہیں</w:t>
      </w:r>
    </w:p>
    <w:p>
      <w:r>
        <w:rPr>
          <w:b/>
        </w:rPr>
        <w:t xml:space="preserve">[1:14:24] </w:t>
      </w:r>
      <w:r>
        <w:t>taake woh un ke liye madad banain. hargiz nahi.</w:t>
      </w:r>
    </w:p>
    <w:p>
      <w:pPr>
        <w:jc w:val="right"/>
      </w:pPr>
      <w:r>
        <w:t>تاکہ وہ ان کے لیے مدد بنیں۔ ہرگز نہیں۔</w:t>
      </w:r>
    </w:p>
    <w:p>
      <w:r>
        <w:rPr>
          <w:b/>
        </w:rPr>
        <w:t xml:space="preserve">[1:14:30] </w:t>
      </w:r>
      <w:r>
        <w:t>woh un ki ibadat ka inkar karein ge aur un ke mukhalif ban jayen ge. tashreeh: insaan yeh chahta hai ke woh dunya mein jo chahe kare magar us ko us ki bad'amli ka anjam na bhugtana pare.</w:t>
      </w:r>
    </w:p>
    <w:p>
      <w:pPr>
        <w:jc w:val="right"/>
      </w:pPr>
      <w:r>
        <w:t>وہ ان کی عبادت کا انکار کریں گے اور ان کے مخالف بن جائیں گے۔ تشریح: انسان یہ چاہتا ہے کہ وہ دنیا میں جو چاہے کرے مگر اس کو اس کی بدعملی کا انجام نہ بھگتنا پڑے۔</w:t>
      </w:r>
    </w:p>
    <w:p>
      <w:r>
        <w:rPr>
          <w:b/>
        </w:rPr>
        <w:t xml:space="preserve">[1:14:50] </w:t>
      </w:r>
      <w:r>
        <w:t>is qism ki hifazat kisi ko allah se nahi mil sakti. is liye us ne aisi hastiyan tajweez kar leen jo allah ke muhab</w:t>
      </w:r>
    </w:p>
    <w:p>
      <w:pPr>
        <w:jc w:val="right"/>
      </w:pPr>
      <w:r>
        <w:t>اس قسم کی حفاظت کسی کو اللہ سے نہیں مل سکتی۔ اس لیے اس نے ایسی ہستیاں تجویز کر لیں جو اللہ کے محب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