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18 Al-Kahf (The Cave) - Maulana Wahiduddin Khan</w:t>
      </w:r>
    </w:p>
    <w:p>
      <w:r>
        <w:t>https://www.youtube.com/watch?v=GRedDIuj8KQ</w:t>
      </w:r>
    </w:p>
    <w:p>
      <w:r>
        <w:rPr>
          <w:b/>
        </w:rPr>
        <w:t xml:space="preserve">[01:06] </w:t>
      </w:r>
      <w:r>
        <w:t>. shuru allah ke naam se jo bara meherban, nihayat reham wala hai.</w:t>
      </w:r>
    </w:p>
    <w:p>
      <w:pPr>
        <w:jc w:val="right"/>
      </w:pPr>
      <w:r>
        <w:t>. شروع اللہ کے نام سے جو بڑا مہربان، نہایت رحم والا ہے۔</w:t>
      </w:r>
    </w:p>
    <w:p>
      <w:r>
        <w:rPr>
          <w:b/>
        </w:rPr>
        <w:t xml:space="preserve">[01:16] </w:t>
      </w:r>
      <w:r>
        <w:t>tareef allah ke liye hai jis ne apne bande par kitab utari aur us mein koi kaji nahi rakhi,</w:t>
      </w:r>
    </w:p>
    <w:p>
      <w:pPr>
        <w:jc w:val="right"/>
      </w:pPr>
      <w:r>
        <w:t>تعریف اللہ کے لیے ہے جس نے اپنے بندے پر کتاب اتاری اور اس میں کوئی کجی نہیں رکھی،</w:t>
      </w:r>
    </w:p>
    <w:p>
      <w:r>
        <w:rPr>
          <w:b/>
        </w:rPr>
        <w:t xml:space="preserve">[01:29] </w:t>
      </w:r>
      <w:r>
        <w:t>bilkul theek, taake woh allah ki taraf se ek sakht azab se aagah kar de aur iman walon ko khushkhabri de de jo naik aamal karte hain ke un ke liye acha badla hai,</w:t>
      </w:r>
    </w:p>
    <w:p>
      <w:pPr>
        <w:jc w:val="right"/>
      </w:pPr>
      <w:r>
        <w:t>بالکل ٹھیک، تاکہ وہ اللہ کی طرف سے ایک سخت عذاب سے آگاہ کر دے اور ایمان والوں کو خوشخبری دے دے جو نیک اعمال کرتے ہیں کہ ان کے لیے اچھا بدلہ ہے،</w:t>
      </w:r>
    </w:p>
    <w:p>
      <w:r>
        <w:rPr>
          <w:b/>
        </w:rPr>
        <w:t xml:space="preserve">[01:49] </w:t>
      </w:r>
      <w:r>
        <w:t>woh</w:t>
      </w:r>
    </w:p>
    <w:p>
      <w:pPr>
        <w:jc w:val="right"/>
      </w:pPr>
      <w:r>
        <w:t>وہ</w:t>
      </w:r>
    </w:p>
    <w:p>
      <w:r>
        <w:rPr>
          <w:b/>
        </w:rPr>
        <w:t xml:space="preserve">[01:50] </w:t>
      </w:r>
      <w:r>
        <w:t>is mein hamesha rahen ge. aur un logon ko dara de jo kehte hain ke allah ne beta banaya hai, un ko is baat ka koi ilm nahi aur na un ke baap dada ko.</w:t>
      </w:r>
    </w:p>
    <w:p>
      <w:pPr>
        <w:jc w:val="right"/>
      </w:pPr>
      <w:r>
        <w:t>اس میں ہمیشہ رہیں گے۔ اور ان لوگوں کو ڈرا دے جو کہتے ہیں کہ اللہ نے بیٹا بنایا ہے، ان کو اس بات کا کوئی علم نہیں اور نہ ان کے باپ دادا کو۔</w:t>
      </w:r>
    </w:p>
    <w:p>
      <w:r>
        <w:rPr>
          <w:b/>
        </w:rPr>
        <w:t xml:space="preserve">[02:08] </w:t>
      </w:r>
      <w:r>
        <w:t>yeh bari bhari baat hai jo un ke munh se nikal rahi hai, woh sirf jhoot kehte hain.</w:t>
      </w:r>
    </w:p>
    <w:p>
      <w:pPr>
        <w:jc w:val="right"/>
      </w:pPr>
      <w:r>
        <w:t>یہ بڑی بھاری بات ہے جو ان کے منہ سے نکل رہی ہے، وہ صرف جھوٹ کہتے ہیں۔</w:t>
      </w:r>
    </w:p>
    <w:p>
      <w:r>
        <w:rPr>
          <w:b/>
        </w:rPr>
        <w:t xml:space="preserve">[02:21] </w:t>
      </w:r>
      <w:r>
        <w:t>tashreeh: quran pichli aasmani kitabon ka tasheeh shuda edition hai. pichli kitabon mein yeh hua ke baad ke logon ne munh shigafiyan kar ke khudai taleemat ko per pech bana diya.</w:t>
      </w:r>
    </w:p>
    <w:p>
      <w:pPr>
        <w:jc w:val="right"/>
      </w:pPr>
      <w:r>
        <w:t>تشریح: قرآن پچھلی آسمانی کتابوں کا تصحیح شدہ ایڈیشن ہے۔ پچھلی کتابوں میں یہ ہوا کہ بعد کے لوگوں نے منہ شگافیاں کر کے خدائی تعلیمات کو پرپیچ بنا دیا۔</w:t>
      </w:r>
    </w:p>
    <w:p>
      <w:r>
        <w:rPr>
          <w:b/>
        </w:rPr>
        <w:t xml:space="preserve">[02:42] </w:t>
      </w:r>
      <w:r>
        <w:t>doosre yeh ke khud saakhta tashreehat ke zariye ibtidai taleem mein inhiraf paida kiya gaya aur is tarah is ke rukh ko badal diya gaya.</w:t>
      </w:r>
    </w:p>
    <w:p>
      <w:pPr>
        <w:jc w:val="right"/>
      </w:pPr>
      <w:r>
        <w:t>دوسرے یہ کہ خود ساختہ تشریحات کے ذریعے ابتدائی تعلیم میں انحراف پیدا کیا گیا اور اس طرح اس کے رخ کو بدل دیا گیا۔</w:t>
      </w:r>
    </w:p>
    <w:p>
      <w:r>
        <w:rPr>
          <w:b/>
        </w:rPr>
        <w:t xml:space="preserve">[02:58] </w:t>
      </w:r>
      <w:r>
        <w:t>quran in dono qism ki insani aamezishon se pak hai. is mein ek taraf asal deen apni fitri sadgi ke sath maujood hai,</w:t>
      </w:r>
    </w:p>
    <w:p>
      <w:pPr>
        <w:jc w:val="right"/>
      </w:pPr>
      <w:r>
        <w:t>قرآن ان دونوں قسم کی انسانی آمیزشوں سے پاک ہے۔ اس میں ایک طرف اصل دین اپنی فطری سادگی کے ساتھ موجود ہے،</w:t>
      </w:r>
    </w:p>
    <w:p>
      <w:r>
        <w:rPr>
          <w:b/>
        </w:rPr>
        <w:t xml:space="preserve">[03:12] </w:t>
      </w:r>
      <w:r>
        <w:t>doosri taraf is ka rukh seedha khuda ki taraf hai jaisa ke bait bar waqe hona chahiye.</w:t>
      </w:r>
    </w:p>
    <w:p>
      <w:pPr>
        <w:jc w:val="right"/>
      </w:pPr>
      <w:r>
        <w:t>دوسری طرف اس کا رخ سیدھا خدا کی طرف ہے جیسا کہ بیت بار واقع ہونا چاہیے۔</w:t>
      </w:r>
    </w:p>
    <w:p>
      <w:r>
        <w:rPr>
          <w:b/>
        </w:rPr>
        <w:t xml:space="preserve">[03:24] </w:t>
      </w:r>
      <w:r>
        <w:t>khuda ne yeh intezam kyun kiya ke woh dunya walon ke paas apni kitab bheje? is ka maqsad logon ko khudai scheme se aagah karna hai.</w:t>
      </w:r>
    </w:p>
    <w:p>
      <w:pPr>
        <w:jc w:val="right"/>
      </w:pPr>
      <w:r>
        <w:t>خدا نے یہ اہتمام کیوں کیا کہ وہ دنیا والوں کے پاس اپنی کتاب بھیجے؟ اس کا مقصد لوگوں کو خدائی اسکیم سے آگاہ کرنا ہے۔</w:t>
      </w:r>
    </w:p>
    <w:p>
      <w:r>
        <w:rPr>
          <w:b/>
        </w:rPr>
        <w:t xml:space="preserve">[03:38] </w:t>
      </w:r>
      <w:r>
        <w:t>khuda ne insan ko is dunya mein imtehan ki gharz se abad kiya hai. is ke baad woh har ek ka hisab le ga aur har ek ko is ke amal ke mutabiq ya to jahannum mein dalay ga ya jannat ke abadi baghon mein basayay ga.</w:t>
      </w:r>
    </w:p>
    <w:p>
      <w:pPr>
        <w:jc w:val="right"/>
      </w:pPr>
      <w:r>
        <w:t>خدا نے انسان کو اس دنیا میں امتحان کی غرض سے آباد کیا ہے۔ اس کے بعد وہ ہر ایک کا حساب لے گا اور ہر ایک کو اس کے عمل کے مطابق یا تو جہنم میں ڈالے گا یا جنت کے ابدی باغوں میں بسائے گا۔</w:t>
      </w:r>
    </w:p>
    <w:p>
      <w:r>
        <w:rPr>
          <w:b/>
        </w:rPr>
        <w:t xml:space="preserve">[04:03] </w:t>
      </w:r>
      <w:r>
        <w:t>khuda chahta hai ke har aadmi maut se pehle is masle se baghbar ho jaye ta ke kisi ke liye koi uzr baqi na rahe.</w:t>
      </w:r>
    </w:p>
    <w:p>
      <w:pPr>
        <w:jc w:val="right"/>
      </w:pPr>
      <w:r>
        <w:t>خدا چاہتا ہے کہ ہر آدمی موت سے پہلے اس مسئلے سے باخبر ہو جائے تاکہ کسی کے لیے کوئی عذر باقی نہ رہے۔</w:t>
      </w:r>
    </w:p>
    <w:p>
      <w:r>
        <w:rPr>
          <w:b/>
        </w:rPr>
        <w:t xml:space="preserve">[04:17] </w:t>
      </w:r>
      <w:r>
        <w:t>dunya mein insan ki gumrahi ka ek sabab yeh hai ke woh khuda ke siwa kisi aur ko apna sahara bana leta hai.</w:t>
      </w:r>
    </w:p>
    <w:p>
      <w:pPr>
        <w:jc w:val="right"/>
      </w:pPr>
      <w:r>
        <w:t>دنیا میں انسان کی گمراہی کا ایک سبب یہ ہے کہ وہ خدا کے سوا کسی اور کو اپنا سہارا بنا لیتا ہے۔</w:t>
      </w:r>
    </w:p>
    <w:p>
      <w:r>
        <w:rPr>
          <w:b/>
        </w:rPr>
        <w:t xml:space="preserve">[04:27] </w:t>
      </w:r>
      <w:r>
        <w:t>is ki ek qabih surat kisi ko khuda ka beta farz kar lena hai, magar is qism ka har aqeedah sirf ek jhoot hai kyunke zameen o asman mein khuda ke siwa koi nahi jis ko kisi qism ka koi ikhtiyar hasil ho.</w:t>
      </w:r>
    </w:p>
    <w:p>
      <w:pPr>
        <w:jc w:val="right"/>
      </w:pPr>
      <w:r>
        <w:t>اس کی ایک قبیح صورت کسی کو خدا کا بیٹا فرض کر لینا ہے، مگر اس قسم کا ہر عقیدہ صرف ایک جھوٹ ہے کیونکہ زمین و آسمان میں خدا کے سوا کوئی نہیں جس کو کسی قسم کا کوئی اختیار حاصل ہو۔</w:t>
      </w:r>
    </w:p>
    <w:p>
      <w:r>
        <w:rPr>
          <w:b/>
        </w:rPr>
        <w:t xml:space="preserve">[04:52] </w:t>
      </w:r>
      <w:r>
        <w:t>fal'allaka bakh'un nafsaka 'ala atharihim in lam yu'minu bihadith al-hadith asafan.</w:t>
      </w:r>
    </w:p>
    <w:p>
      <w:pPr>
        <w:jc w:val="right"/>
      </w:pPr>
      <w:r>
        <w:t>فلعلك باخع نفسك على آثارهم إن لم يؤمنوا بهذا الحديث أسفًا.</w:t>
      </w:r>
    </w:p>
    <w:p>
      <w:r>
        <w:rPr>
          <w:b/>
        </w:rPr>
        <w:t xml:space="preserve">[05:04] </w:t>
      </w:r>
      <w:r>
        <w:t>inna ja'alna ma 'ala al-ardi zinatan laha linabluwahum ayuhum ahsan 'amalan, wa inna laja'iluna ma 'alayha sa'eedan jurzan.</w:t>
      </w:r>
    </w:p>
    <w:p>
      <w:pPr>
        <w:jc w:val="right"/>
      </w:pPr>
      <w:r>
        <w:t>إنا جعلنا ما على الأرض زينة لها لنبلوهم أيهم أحسن عملاً، وإنا لجاعلون ما عليها صعيدًا جرزًا.</w:t>
      </w:r>
    </w:p>
    <w:p>
      <w:r>
        <w:rPr>
          <w:b/>
        </w:rPr>
        <w:t xml:space="preserve">[05:21] </w:t>
      </w:r>
      <w:r>
        <w:t>shayad tum un ke peeche gham se apne ko halak kar dalo ge agar woh is baat par iman na laye.</w:t>
      </w:r>
    </w:p>
    <w:p>
      <w:pPr>
        <w:jc w:val="right"/>
      </w:pPr>
      <w:r>
        <w:t>شاید تم ان کے پیچھے غم سے اپنے کو ہلاک کر ڈالو گے اگر وہ اس بات پر ایمان نہ لائے۔</w:t>
      </w:r>
    </w:p>
    <w:p>
      <w:r>
        <w:rPr>
          <w:b/>
        </w:rPr>
        <w:t xml:space="preserve">[05:32] </w:t>
      </w:r>
      <w:r>
        <w:t>jo kuch zameen par hai us ko hum ne zameen ki ronak banaya hai ta ke hum logon ko janchein ke un mein kaun acha amal karne wala hai, aur hum zameen ki tamam cheezon ko ek saaf maidan bana dein ge.</w:t>
      </w:r>
    </w:p>
    <w:p>
      <w:pPr>
        <w:jc w:val="right"/>
      </w:pPr>
      <w:r>
        <w:t>جو کچھ زمین پر ہے اس کو ہم نے زمین کی رونق بنایا ہے تاکہ ہم لوگوں کو جانچیں کہ ان میں کون اچھا عمل کرنے والا ہے، اور ہم زمین کی تمام چیزوں کو ایک صاف میدان بنا دیں گے۔</w:t>
      </w:r>
    </w:p>
    <w:p>
      <w:r>
        <w:rPr>
          <w:b/>
        </w:rPr>
        <w:t xml:space="preserve">[05:54] </w:t>
      </w:r>
      <w:r>
        <w:t>tashreeh: shayad tum apne ko halak kar dalo ge.</w:t>
      </w:r>
    </w:p>
    <w:p>
      <w:pPr>
        <w:jc w:val="right"/>
      </w:pPr>
      <w:r>
        <w:t>تشریح: شاید تم اپنے کو ہلاک کر ڈالو گے۔</w:t>
      </w:r>
    </w:p>
    <w:p>
      <w:r>
        <w:rPr>
          <w:b/>
        </w:rPr>
        <w:t xml:space="preserve">[05:59] </w:t>
      </w:r>
      <w:r>
        <w:t>yeh jumla batata hai ke da'i agar da'wat ke mamle mein sanjeeda ho to shiddat ehsas se is ka kya haal ho jata hai.</w:t>
      </w:r>
    </w:p>
    <w:p>
      <w:pPr>
        <w:jc w:val="right"/>
      </w:pPr>
      <w:r>
        <w:t>یہ جملہ بتاتا ہے کہ داعی اگر دعوت کے معاملے میں سنجیدہ ہو تو شدت احساس سے اس کا کیا حال ہو جاتا ہے۔</w:t>
      </w:r>
    </w:p>
    <w:p>
      <w:r>
        <w:rPr>
          <w:b/>
        </w:rPr>
        <w:t xml:space="preserve">[06:13] </w:t>
      </w:r>
      <w:r>
        <w:t>haqiqat yeh hai ke da'wat haq ka ehtimam is intiha par pahunch kar hota hai</w:t>
      </w:r>
    </w:p>
    <w:p>
      <w:pPr>
        <w:jc w:val="right"/>
      </w:pPr>
      <w:r>
        <w:t>حقیقت یہ ہے کہ دعوت حق کا اہتمام اس انتہا پر پہنچ کر ہوتا ہے</w:t>
      </w:r>
    </w:p>
    <w:p>
      <w:r>
        <w:rPr>
          <w:b/>
        </w:rPr>
        <w:t xml:space="preserve">[06:21] </w:t>
      </w:r>
      <w:r>
        <w:t>jab yeh kaha jane lage ke da'i shayad is gham mein apne ko halak kar dalay ga ke log haq ki da'wat ko qabool nahi kar rahe hain.</w:t>
      </w:r>
    </w:p>
    <w:p>
      <w:pPr>
        <w:jc w:val="right"/>
      </w:pPr>
      <w:r>
        <w:t>جب یہ کہا جانے لگے کہ داعی شاید اس غم میں اپنے کو ہلاک کر ڈالے گا کہ لوگ حق کی دعوت کو قبول نہیں کر رہے ہیں۔</w:t>
      </w:r>
    </w:p>
    <w:p>
      <w:r>
        <w:rPr>
          <w:b/>
        </w:rPr>
        <w:t xml:space="preserve">[06:35] </w:t>
      </w:r>
      <w:r>
        <w:t>ek da'wat jo dalil ke aitbar se intehai wazeh ho, jis ko pesh karne wala dard mandi ki aakhri had par pahunch kar us ko logon ke liye sanjeeda ghaur o fikr ka mozu bana de,</w:t>
      </w:r>
    </w:p>
    <w:p>
      <w:pPr>
        <w:jc w:val="right"/>
      </w:pPr>
      <w:r>
        <w:t>ایک دعوت جو دلیل کے اعتبار سے انتہائی واضح ہو، جس کو پیش کرنے والا درد مندی کی آخری حد پر پہنچ کر اس کو لوگوں کے لیے سنجیدہ غور و فکر کا موضوع بنا دے،</w:t>
      </w:r>
    </w:p>
    <w:p>
      <w:r>
        <w:rPr>
          <w:b/>
        </w:rPr>
        <w:t xml:space="preserve">[06:51] </w:t>
      </w:r>
      <w:r>
        <w:t>us</w:t>
      </w:r>
    </w:p>
    <w:p>
      <w:pPr>
        <w:jc w:val="right"/>
      </w:pPr>
      <w:r>
        <w:t>اس</w:t>
      </w:r>
    </w:p>
    <w:p>
      <w:r>
        <w:rPr>
          <w:b/>
        </w:rPr>
        <w:t xml:space="preserve">[06:52] </w:t>
      </w:r>
      <w:r>
        <w:t>ke bawajood log use na manen. to is na manane ki wajah kya hoti hai? is ki wajah dunya ki dilfarebiyan hain.</w:t>
      </w:r>
    </w:p>
    <w:p>
      <w:pPr>
        <w:jc w:val="right"/>
      </w:pPr>
      <w:r>
        <w:t>کے باوجود لوگ اسے نہ مانیں۔ تو اس نہ ماننے کی وجہ کیا ہوتی ہے؟ اس کی وجہ دنیا کی دلفریبیاں ہیں۔</w:t>
      </w:r>
    </w:p>
    <w:p>
      <w:r>
        <w:rPr>
          <w:b/>
        </w:rPr>
        <w:t xml:space="preserve">[07:05] </w:t>
      </w:r>
      <w:r>
        <w:t>dunya itni pur kashish hai ke aadmi is se oopar uth nahi pata, is liye woh aisi da'wat ki ahmiyat ko samajh nahi pata jo is ki tawajjuhāt ko samne ki dunya se hata kar us dunya ki taraf le ja rahi hai jis ki raunaqe bظahir dikhai nahi deti.</w:t>
      </w:r>
    </w:p>
    <w:p>
      <w:pPr>
        <w:jc w:val="right"/>
      </w:pPr>
      <w:r>
        <w:t>دنیا اتنی پرکشش ہے کہ آدمی اس سے اوپر اٹھ نہیں پاتا، اس لیے وہ ایسی دعوت کی اہمیت کو سمجھ نہیں پاتا جو اس کی توجہات کو سامنے کی دنیا سے ہٹا کر اس دنیا کی طرف لے جا رہی ہے جس کی رونقیں بظاہر دکھائی نہیں دیتیں۔</w:t>
      </w:r>
    </w:p>
    <w:p>
      <w:r>
        <w:rPr>
          <w:b/>
        </w:rPr>
        <w:t xml:space="preserve">[07:31] </w:t>
      </w:r>
      <w:r>
        <w:t>magar zameen ki dilfarebiyan intehai aarzi hain. woh imtehan ki ek muqarrar muddat tak hain.</w:t>
      </w:r>
    </w:p>
    <w:p>
      <w:pPr>
        <w:jc w:val="right"/>
      </w:pPr>
      <w:r>
        <w:t>مگر زمین کی دلفریبیاں انتہائی عارضی ہیں۔ وہ امتحان کی ایک مقرر مدت تک ہیں۔</w:t>
      </w:r>
    </w:p>
    <w:p>
      <w:r>
        <w:rPr>
          <w:b/>
        </w:rPr>
        <w:t xml:space="preserve">[07:42] </w:t>
      </w:r>
      <w:r>
        <w:t>is ke baad zameen ki yeh hesiyat khatam kar di jaye gi,</w:t>
      </w:r>
    </w:p>
    <w:p>
      <w:pPr>
        <w:jc w:val="right"/>
      </w:pPr>
      <w:r>
        <w:t>اس کے بعد زمین کی یہ حیثیت ختم کر دی جائے گی،</w:t>
      </w:r>
    </w:p>
    <w:p>
      <w:r>
        <w:rPr>
          <w:b/>
        </w:rPr>
        <w:t xml:space="preserve">[07:47] </w:t>
      </w:r>
      <w:r>
        <w:t>yahan tak ke woh sehra ki tarah bas ek khushk maidan ho kar reh jaye gi.</w:t>
      </w:r>
    </w:p>
    <w:p>
      <w:pPr>
        <w:jc w:val="right"/>
      </w:pPr>
      <w:r>
        <w:t>یہاں تک کہ وہ صحرا کی طرح بس ایک خشک میدان ہو کر رہ جائے گی۔</w:t>
      </w:r>
    </w:p>
    <w:p>
      <w:r>
        <w:rPr>
          <w:b/>
        </w:rPr>
        <w:t xml:space="preserve">[07:58] </w:t>
      </w:r>
      <w:r>
        <w:t>am hasibta anna ashab al-kahf wa al-raqim kano min ayatina 'ajaban?</w:t>
      </w:r>
    </w:p>
    <w:p>
      <w:pPr>
        <w:jc w:val="right"/>
      </w:pPr>
      <w:r>
        <w:t>أم حسبت أن أصحاب الكهف والرقيم كانوا من آياتنا عجبًا؟</w:t>
      </w:r>
    </w:p>
    <w:p>
      <w:r>
        <w:rPr>
          <w:b/>
        </w:rPr>
        <w:t xml:space="preserve">[08:07] </w:t>
      </w:r>
      <w:r>
        <w:t>idh awa al-fityatu ila al-kahfi faqalu rabbana atina min ladunka rahmatan</w:t>
      </w:r>
    </w:p>
    <w:p>
      <w:pPr>
        <w:jc w:val="right"/>
      </w:pPr>
      <w:r>
        <w:t>إذ أوى الفتية إلى الكهف فقالوا ربنا آتنا من لدنك رحمة</w:t>
      </w:r>
    </w:p>
    <w:p>
      <w:r>
        <w:rPr>
          <w:b/>
        </w:rPr>
        <w:t xml:space="preserve">[08:19] </w:t>
      </w:r>
      <w:r>
        <w:t>wahayyi' lana min amrina rashadan, fadribna 'ala athanihim fi al-kahfi sineen 'adadan, thumma ba'athnahum lin'lama ay al-hizbayni ahsa lima labithu</w:t>
      </w:r>
    </w:p>
    <w:p>
      <w:pPr>
        <w:jc w:val="right"/>
      </w:pPr>
      <w:r>
        <w:t>وهيئ لنا من أمرنا رشدًا، فضربنا على آذانهم في الكهف سنين عددًا، ثم بعثناهم لنعلم أي الحزبين أحصى لما لبثوا</w:t>
      </w:r>
    </w:p>
    <w:p>
      <w:r>
        <w:rPr>
          <w:b/>
        </w:rPr>
        <w:t xml:space="preserve">[08:40] </w:t>
      </w:r>
      <w:r>
        <w:t>amadan.</w:t>
      </w:r>
    </w:p>
    <w:p>
      <w:pPr>
        <w:jc w:val="right"/>
      </w:pPr>
      <w:r>
        <w:t>أمدًا.</w:t>
      </w:r>
    </w:p>
    <w:p>
      <w:r>
        <w:rPr>
          <w:b/>
        </w:rPr>
        <w:t xml:space="preserve">[08:42] </w:t>
      </w:r>
      <w:r>
        <w:t>kya tum khayal karte ho ke kahf aur raqim wale hamari nishaniyon mein se bohat ajib nishani the?</w:t>
      </w:r>
    </w:p>
    <w:p>
      <w:pPr>
        <w:jc w:val="right"/>
      </w:pPr>
      <w:r>
        <w:t>کیا تم خیال کرتے ہو کہ کہف اور رقیم والے ہماری نشانیوں میں سے بہت عجیب نشانی تھے؟</w:t>
      </w:r>
    </w:p>
    <w:p>
      <w:r>
        <w:rPr>
          <w:b/>
        </w:rPr>
        <w:t xml:space="preserve">[08:53] </w:t>
      </w:r>
      <w:r>
        <w:t>jab un nojawanon ne ghar mein panah li, phir unhone kaha ke aye hamare rab, hum ko apne paas se rehmat de aur hamare mamle ko durust kar de.</w:t>
      </w:r>
    </w:p>
    <w:p>
      <w:pPr>
        <w:jc w:val="right"/>
      </w:pPr>
      <w:r>
        <w:t>جب ان نوجوانوں نے غار میں پناہ لی، پھر انہوں نے کہا کہ اے ہمارے رب، ہم کو اپنے پاس سے رحمت دے اور ہمارے معاملے کو درست کر دے۔</w:t>
      </w:r>
    </w:p>
    <w:p>
      <w:r>
        <w:rPr>
          <w:b/>
        </w:rPr>
        <w:t xml:space="preserve">[09:14] </w:t>
      </w:r>
      <w:r>
        <w:t>pas hum ne ghar mein un ke kaanon par saalha saal ke liye neend ka parda daal diya.</w:t>
      </w:r>
    </w:p>
    <w:p>
      <w:pPr>
        <w:jc w:val="right"/>
      </w:pPr>
      <w:r>
        <w:t>پس ہم نے غار میں ان کے کانوں پر سالہا سال کے لیے نیند کا پردہ ڈال دیا۔</w:t>
      </w:r>
    </w:p>
    <w:p>
      <w:r>
        <w:rPr>
          <w:b/>
        </w:rPr>
        <w:t xml:space="preserve">[09:24] </w:t>
      </w:r>
      <w:r>
        <w:t>phir hum ne un ko uthaya taake hum maloom karein ke dono grohon mein se kaun muddat-e-qiyaam ka zyada theek shumaar karta hai.</w:t>
      </w:r>
    </w:p>
    <w:p>
      <w:pPr>
        <w:jc w:val="right"/>
      </w:pPr>
      <w:r>
        <w:t>پھر ہم نے ان کو اٹھایا تاکہ ہم معلوم کریں کہ دونوں گروہوں میں سے کون مدت قیام کا زیادہ ٹھیک شمار کرتا ہے۔</w:t>
      </w:r>
    </w:p>
    <w:p>
      <w:r>
        <w:rPr>
          <w:b/>
        </w:rPr>
        <w:t xml:space="preserve">[09:43] </w:t>
      </w:r>
      <w:r>
        <w:t>tashreeh:</w:t>
      </w:r>
    </w:p>
    <w:p>
      <w:pPr>
        <w:jc w:val="right"/>
      </w:pPr>
      <w:r>
        <w:t>تشریح:</w:t>
      </w:r>
    </w:p>
    <w:p>
      <w:r>
        <w:rPr>
          <w:b/>
        </w:rPr>
        <w:t xml:space="preserve">[09:47] </w:t>
      </w:r>
      <w:r>
        <w:t>ashab-e-kahf ka waqia ek alamaati waqia hai jo batata hai ke sachche ahle-e-imaan ki zindagi mein kis qism ke marhalay pesh aate hain.</w:t>
      </w:r>
    </w:p>
    <w:p>
      <w:pPr>
        <w:jc w:val="right"/>
      </w:pPr>
      <w:r>
        <w:t>اصحاب کہف کا واقعہ ایک علامتی واقعہ ہے جو بتاتا ہے کہ سچے اہل ایمان کی زندگی میں کس قسم کے مراحل پیش آتے ہیں۔</w:t>
      </w:r>
    </w:p>
    <w:p>
      <w:r>
        <w:rPr>
          <w:b/>
        </w:rPr>
        <w:t xml:space="preserve">[10:00] </w:t>
      </w:r>
      <w:r>
        <w:t>is se maloom hota hai ke ahle-e-imaan baaz auqaat halaat ki shiddat ki bina par kisi ghar mein panaah lene par majboor hote hain,</w:t>
      </w:r>
    </w:p>
    <w:p>
      <w:pPr>
        <w:jc w:val="right"/>
      </w:pPr>
      <w:r>
        <w:t>اس سے معلوم ہوتا ہے کہ اہل ایمان بعض اوقات حالات کی شدت کی بنا پر کسی غار میں پناہ لینے پر مجبور ہوتے ہیں،</w:t>
      </w:r>
    </w:p>
    <w:p>
      <w:r>
        <w:rPr>
          <w:b/>
        </w:rPr>
        <w:t xml:space="preserve">[10:12] </w:t>
      </w:r>
      <w:r>
        <w:t>magar yeh ghar jo bazahir halaat un ke liye ek qabr tha, wahan se zindagi aur harkat ka ek naya sailab phoot padta hai.</w:t>
      </w:r>
    </w:p>
    <w:p>
      <w:pPr>
        <w:jc w:val="right"/>
      </w:pPr>
      <w:r>
        <w:t>مگر یہ غار جو بظاہر حالات ان کے لیے ایک قبر تھا، وہاں سے زندگی اور حرکت کا ایک نیا سیلاب پھوٹ پڑتا ہے۔</w:t>
      </w:r>
    </w:p>
    <w:p>
      <w:r>
        <w:rPr>
          <w:b/>
        </w:rPr>
        <w:t xml:space="preserve">[10:25] </w:t>
      </w:r>
      <w:r>
        <w:t>un ke mukhalifeen ne jahan un ki tareekh khatm kar dena chaha tha, wahin se dobara un ke liye ek nayi tareekh shuru kar di jaati hai.</w:t>
      </w:r>
    </w:p>
    <w:p>
      <w:pPr>
        <w:jc w:val="right"/>
      </w:pPr>
      <w:r>
        <w:t>ان کے مخالفین نے جہاں ان کی تاریخ ختم کر دینا چاہا تھا، وہیں سے دوبارہ ان کے لیے ایک نئی تاریخ شروع کر دی جاتی ہے۔</w:t>
      </w:r>
    </w:p>
    <w:p>
      <w:r>
        <w:rPr>
          <w:b/>
        </w:rPr>
        <w:t xml:space="preserve">[10:41] </w:t>
      </w:r>
      <w:r>
        <w:t>kahf wale agar wahi hain jo maseehi tareekh mein saat sone wale kahe jaate hain, to yeh qissa shehr Ifisus se talluq rakhta hai.</w:t>
      </w:r>
    </w:p>
    <w:p>
      <w:pPr>
        <w:jc w:val="right"/>
      </w:pPr>
      <w:r>
        <w:t>کہف والے اگر وہی ہیں جو مسیحی تاریخ میں سات سونے والے کہے جاتے ہیں، تو یہ قصہ شہر ایفیسس سے تعلق رکھتا ہے۔</w:t>
      </w:r>
    </w:p>
    <w:p>
      <w:r>
        <w:rPr>
          <w:b/>
        </w:rPr>
        <w:t xml:space="preserve">[10:55] </w:t>
      </w:r>
      <w:r>
        <w:t>yeh qadeem zamane ka ek mashhoor shehr hai jo Turki ke maghribi sahil par waqe tha aur jis ke pur-azmat khandaraat aaj bhi wahan paaye jaate hain.</w:t>
      </w:r>
    </w:p>
    <w:p>
      <w:pPr>
        <w:jc w:val="right"/>
      </w:pPr>
      <w:r>
        <w:t>یہ قدیم زمانے کا ایک مشہور شہر ہے جو ترکی کے مغربی ساحل پر واقع تھا اور جس کے پرعظمت کھنڈر آج بھی وہاں پائے جاتے ہیں۔</w:t>
      </w:r>
    </w:p>
    <w:p>
      <w:r>
        <w:rPr>
          <w:b/>
        </w:rPr>
        <w:t xml:space="preserve">[11:08] </w:t>
      </w:r>
      <w:r>
        <w:t>is ilaaqe mein us zamane mein Roomi hukmraan Deceis ki hukumat thi. yahan but-parasti ka zor tha aur chand ko mabood qarar de kar use pooja jaata tha.</w:t>
      </w:r>
    </w:p>
    <w:p>
      <w:pPr>
        <w:jc w:val="right"/>
      </w:pPr>
      <w:r>
        <w:t>اس علاقے میں اس زمانے میں رومی حکمراں ڈیسیس کی حکومت تھی۔ یہاں بت پرستی کا زور تھا اور چاند کو معبود قرار دے کر اسے پوجا جاتا تھا۔</w:t>
      </w:r>
    </w:p>
    <w:p>
      <w:r>
        <w:rPr>
          <w:b/>
        </w:rPr>
        <w:t xml:space="preserve">[11:24] </w:t>
      </w:r>
      <w:r>
        <w:t>is zamane mein Hazrat Masih ke ibtidaai pairon ke zariye yahan tauheed ki dawat pahunchi aur phailne lagi.</w:t>
      </w:r>
    </w:p>
    <w:p>
      <w:pPr>
        <w:jc w:val="right"/>
      </w:pPr>
      <w:r>
        <w:t>اس زمانے میں حضرت مسیح کے ابتدائی پیروں کے ذریعے یہاں توحید کی دعوت پہنچی اور پھیلنے لگی۔</w:t>
      </w:r>
    </w:p>
    <w:p>
      <w:r>
        <w:rPr>
          <w:b/>
        </w:rPr>
        <w:t xml:space="preserve">[11:34] </w:t>
      </w:r>
      <w:r>
        <w:t>Roomi hukmraan jo khud bhi but-parast tha, mazhab-e-tauheed ki isha'at ko bardasht na kar saka aur Hazrat Masih ke pairon par sakhtiyan karne laga.</w:t>
      </w:r>
    </w:p>
    <w:p>
      <w:pPr>
        <w:jc w:val="right"/>
      </w:pPr>
      <w:r>
        <w:t>رومی حکمراں جو خود بھی بت پرست تھا، مذہب توحید کی اشاعت کو برداشت نہ کر سکا اور حضرت مسیح کے پیروں پر سختیاں کرنے لگا۔</w:t>
      </w:r>
    </w:p>
    <w:p>
      <w:r>
        <w:rPr>
          <w:b/>
        </w:rPr>
        <w:t xml:space="preserve">[11:47] </w:t>
      </w:r>
      <w:r>
        <w:t>mazkoorah ashab-e-kahf Ifisus ke aala gharanon ke saat naujawan the jinhon ne ghaleban 250 Isvi mein mazhab-e-tauheed ko qabool kar liya aur is ke mublegh ban gaye.</w:t>
      </w:r>
    </w:p>
    <w:p>
      <w:pPr>
        <w:jc w:val="right"/>
      </w:pPr>
      <w:r>
        <w:t>مذکورہ اصحاب کہف ایفیسس کے اعلیٰ گھرانوں کے سات نوجوان تھے جنہوں نے غالباً 250 عیسوی میں مذہب توحید کو قبول کر لیا اور اس کے مبلغ بن گئے۔</w:t>
      </w:r>
    </w:p>
    <w:p>
      <w:r>
        <w:rPr>
          <w:b/>
        </w:rPr>
        <w:t xml:space="preserve">[12:05] </w:t>
      </w:r>
      <w:r>
        <w:t>hukumat ki taraf se un ki dar-o-gheer hui to woh shehr se nikal kar qareeb ke ek pahaad ki taraf chale gaye aur wahan ek bade ghar mein chhip gaye.</w:t>
      </w:r>
    </w:p>
    <w:p>
      <w:pPr>
        <w:jc w:val="right"/>
      </w:pPr>
      <w:r>
        <w:t>حکومت کی طرف سے ان کی داروگیر ہوئی تو وہ شہر سے نکل کر قریب کے ایک پہاڑ کی طرف چلے گئے اور وہاں ایک بڑے غار میں چھپ گئے۔</w:t>
      </w:r>
    </w:p>
    <w:p>
      <w:r>
        <w:rPr>
          <w:b/>
        </w:rPr>
        <w:t xml:space="preserve">[12:20] </w:t>
      </w:r>
      <w:r>
        <w:t>ashab-e-Raqeem ghaleban inhi ashab-e-kahf ka doosra naam hai. Raqeem ke ma'ni marqooma ke hain ya'ni likhi hui cheez.</w:t>
      </w:r>
    </w:p>
    <w:p>
      <w:pPr>
        <w:jc w:val="right"/>
      </w:pPr>
      <w:r>
        <w:t>اصحاب رقیم غالباً انہی اصحاب کہف کا دوسرا نام ہے۔ رقیم کے معنی مرقوم کے ہیں یعنی لکھی ہوئی چیز۔</w:t>
      </w:r>
    </w:p>
    <w:p>
      <w:r>
        <w:rPr>
          <w:b/>
        </w:rPr>
        <w:t xml:space="preserve">[12:30] </w:t>
      </w:r>
      <w:r>
        <w:t>kaha jaata hai ke aala gharanon ke mazkoorah saat naujawan jab laapata ho gaye to baadshah ke hukum se un ke naam aur halaat ek seesay ki takhti par likh kar shaahi khazane mein rakh diye gaye.</w:t>
      </w:r>
    </w:p>
    <w:p>
      <w:pPr>
        <w:jc w:val="right"/>
      </w:pPr>
      <w:r>
        <w:t>کہا جاتا ہے کہ اعلیٰ خاندانوں کے مذکورہ سات نوجوان جب لاپتا ہو گئے تو بادشاہ کے حکم سے ان کے نام اور حالات ایک سیسہ کی تختی پر لکھ کر شاہی خزانے میں رکھ دیے گئے۔</w:t>
      </w:r>
    </w:p>
    <w:p>
      <w:r>
        <w:rPr>
          <w:b/>
        </w:rPr>
        <w:t xml:space="preserve">[12:47] </w:t>
      </w:r>
      <w:r>
        <w:t>is bina par un ka doosra naam ashab-e-Raqeem takhti wale par gaya.</w:t>
      </w:r>
    </w:p>
    <w:p>
      <w:pPr>
        <w:jc w:val="right"/>
      </w:pPr>
      <w:r>
        <w:t>اس بنا پر ان کا دوسرا نام اصحاب رقیم تختی والے پڑ گیا۔</w:t>
      </w:r>
    </w:p>
    <w:p>
      <w:r>
        <w:rPr>
          <w:b/>
        </w:rPr>
        <w:t xml:space="preserve">[13:03] </w:t>
      </w:r>
      <w:r>
        <w:t>nahnu naqsu alaika naba'ahu bilhaqq, innahum fityatun aamanoo bi rabbihim wa zidnahum huda, wa rabatna ala quloobihim iz qamoo faqaaloo rabbuna rabus samawati wal ardi lan</w:t>
      </w:r>
    </w:p>
    <w:p>
      <w:pPr>
        <w:jc w:val="right"/>
      </w:pPr>
      <w:r>
        <w:t>نحن نقص علیک نبأه بالحق، إنهم فتية آمنوا بربهم وزدناهم هدى، وربطنا على قلوبهم إذ قاموا فقالوا ربنا رب السماوات والأرض لن</w:t>
      </w:r>
    </w:p>
    <w:p>
      <w:r>
        <w:rPr>
          <w:b/>
        </w:rPr>
        <w:t xml:space="preserve">[13:20] </w:t>
      </w:r>
      <w:r>
        <w:t>nad'oo min doonihi ilaha. lan nad'oo min doonihi ilaha laqad qulna izun</w:t>
      </w:r>
    </w:p>
    <w:p>
      <w:pPr>
        <w:jc w:val="right"/>
      </w:pPr>
      <w:r>
        <w:t>ندعو من دونه إلها. لن ندعو من دونه إلها لقد قلنا إذن</w:t>
      </w:r>
    </w:p>
    <w:p>
      <w:r>
        <w:rPr>
          <w:b/>
        </w:rPr>
        <w:t xml:space="preserve">[13:37] </w:t>
      </w:r>
      <w:r>
        <w:t>shatata: ha'ula'i qawmunat takhazoo min doonihi aalihatan law la ya'toona alaihim bisultaanin</w:t>
      </w:r>
    </w:p>
    <w:p>
      <w:pPr>
        <w:jc w:val="right"/>
      </w:pPr>
      <w:r>
        <w:t>شططا: هؤلاء قومنا اتخذوا من دونه آلهة لولا يأتون عليهم بسلطان</w:t>
      </w:r>
    </w:p>
    <w:p>
      <w:r>
        <w:rPr>
          <w:b/>
        </w:rPr>
        <w:t xml:space="preserve">[13:54] </w:t>
      </w:r>
      <w:r>
        <w:t>bain. law la ya'toona alaihim bisultaanin bain faman azlamu mimmaniftara alallahi kaziba.</w:t>
      </w:r>
    </w:p>
    <w:p>
      <w:pPr>
        <w:jc w:val="right"/>
      </w:pPr>
      <w:r>
        <w:t>بين. لولا يأتون عليهم بسلطان بين فمن أظلم ممن افترى على الله كذبًا.</w:t>
      </w:r>
    </w:p>
    <w:p>
      <w:r>
        <w:rPr>
          <w:b/>
        </w:rPr>
        <w:t xml:space="preserve">[14:11] </w:t>
      </w:r>
      <w:r>
        <w:t>hum tum ko</w:t>
      </w:r>
    </w:p>
    <w:p>
      <w:pPr>
        <w:jc w:val="right"/>
      </w:pPr>
      <w:r>
        <w:t>ہم تم کو</w:t>
      </w:r>
    </w:p>
    <w:p>
      <w:r>
        <w:rPr>
          <w:b/>
        </w:rPr>
        <w:t xml:space="preserve">[14:12] </w:t>
      </w:r>
      <w:r>
        <w:t>un ka asal qissa sunate hain. woh kuch naujawan the jo apne Rabb par imaan laaye aur hum ne un ki hidayat mein izafa kiya aur hum ne un ke dilon ko mazboot kar diya</w:t>
      </w:r>
    </w:p>
    <w:p>
      <w:pPr>
        <w:jc w:val="right"/>
      </w:pPr>
      <w:r>
        <w:t>ان کا اصل قصہ سناتے ہیں۔ وہ کچھ نوجوان تھے جو اپنے رب پر ایمان لائے اور ہم نے ان کی ہدایت میں مزید ترقی دی اور ہم نے ان کے دلوں کو مضبوط کر دیا</w:t>
      </w:r>
    </w:p>
    <w:p>
      <w:r>
        <w:rPr>
          <w:b/>
        </w:rPr>
        <w:t xml:space="preserve">[14:30] </w:t>
      </w:r>
      <w:r>
        <w:t>jab ke woh uthe aur kaha ke hamara Rabb wohi hai jo aasmanon aur zameen ka Rabb hai.</w:t>
      </w:r>
    </w:p>
    <w:p>
      <w:pPr>
        <w:jc w:val="right"/>
      </w:pPr>
      <w:r>
        <w:t>جب کہ وہ اٹھے اور کہا کہ ہمارا رب وہی ہے جو آسمانوں اور زمین کا رب ہے۔</w:t>
      </w:r>
    </w:p>
    <w:p>
      <w:r>
        <w:rPr>
          <w:b/>
        </w:rPr>
        <w:t xml:space="preserve">[14:39] </w:t>
      </w:r>
      <w:r>
        <w:t>hum is ke siwa kisi doosre mabood ko na pukarein ge. agar hum aisa karein to hum bohat beja baat karein ge.</w:t>
      </w:r>
    </w:p>
    <w:p>
      <w:pPr>
        <w:jc w:val="right"/>
      </w:pPr>
      <w:r>
        <w:t>ہم اس کے سوا کسی دوسرے معبود کو نہ پکاریں گے۔ اگر ہم ایسا کریں تو ہم بہت بے جا بات کریں گے۔</w:t>
      </w:r>
    </w:p>
    <w:p>
      <w:r>
        <w:rPr>
          <w:b/>
        </w:rPr>
        <w:t xml:space="preserve">[14:53] </w:t>
      </w:r>
      <w:r>
        <w:t>yeh hamari qaum ke logon ne is ke siwa doosre maabood bana rakhe hain. Yeh un ke haq mein wazeh daleel kyun nahi laate?</w:t>
      </w:r>
    </w:p>
    <w:p>
      <w:pPr>
        <w:jc w:val="right"/>
      </w:pPr>
      <w:r>
        <w:t>یہ ہماری قوم کے لوگوں نے اس کے سوا دوسرے معبود بنا رکھے ہیں۔ یہ ان کے حق میں واضح دلیل کیوں نہیں لاتے؟</w:t>
      </w:r>
    </w:p>
    <w:p>
      <w:r>
        <w:rPr>
          <w:b/>
        </w:rPr>
        <w:t xml:space="preserve">[15:06] </w:t>
      </w:r>
      <w:r>
        <w:t>Phir is shakhs se bara zalim aur kaun hoga jo Allah par jhoot bandhe?</w:t>
      </w:r>
    </w:p>
    <w:p>
      <w:pPr>
        <w:jc w:val="right"/>
      </w:pPr>
      <w:r>
        <w:t>پھر اس شخص سے بڑا ظالم اور کون ہوگا جو اللہ پر جھوٹ باندھے؟</w:t>
      </w:r>
    </w:p>
    <w:p>
      <w:r>
        <w:rPr>
          <w:b/>
        </w:rPr>
        <w:t xml:space="preserve">[15:17] </w:t>
      </w:r>
      <w:r>
        <w:t>Tashreeh: Yeh log wazeh daleel kyun nahi laate? Is jumle se andaza hota hai ke imaan laane ke baad in naujawanon aur qaum ke barhe logon ke darmiyan ek muddat tak behas o guftagu rahi,</w:t>
      </w:r>
    </w:p>
    <w:p>
      <w:pPr>
        <w:jc w:val="right"/>
      </w:pPr>
      <w:r>
        <w:t>تشریح: یہ لوگ واضح دلیل کیوں نہیں لاتے؟ اس جملے سے اندازہ ہوتا ہے کہ ایمان لانے کے بعد ان نوجوانوں اور قوم کے بڑے لوگوں کے درمیان ایک مدت تک بحث و گفتگو رہی،</w:t>
      </w:r>
    </w:p>
    <w:p>
      <w:r>
        <w:rPr>
          <w:b/>
        </w:rPr>
        <w:t xml:space="preserve">[15:36] </w:t>
      </w:r>
      <w:r>
        <w:t>magar is darmiyan mein in barhon ki taraf se jo baatein kahi gayi un mein shirk ke haq mein koi wazeh daleel na thi.</w:t>
      </w:r>
    </w:p>
    <w:p>
      <w:pPr>
        <w:jc w:val="right"/>
      </w:pPr>
      <w:r>
        <w:t>مگر اس درمیان میں ان بڑوں کی طرف سے جو باتیں کہی گئیں ان میں شرک کے حق میں کوئی واضح دلیل نہ تھی۔</w:t>
      </w:r>
    </w:p>
    <w:p>
      <w:r>
        <w:rPr>
          <w:b/>
        </w:rPr>
        <w:t xml:space="preserve">[15:48] </w:t>
      </w:r>
      <w:r>
        <w:t>Is tajrube ne in tawheed parast naujawanon ke yaqeen ko aur zyada barha diya. Un ke liye namumkin ho gaya ke ghair sabit shuda cheez ki khatir sabit shuda cheez ko tark kar dein.</w:t>
      </w:r>
    </w:p>
    <w:p>
      <w:pPr>
        <w:jc w:val="right"/>
      </w:pPr>
      <w:r>
        <w:t>اس تجربے نے ان توحید پرست نوجوانوں کے یقین کو اور زیادہ بڑھا دیا۔ ان کے لیے ناممکن ہو گیا کہ غیر ثابت شدہ چیز کی خاطر ثابت شدہ چیز کو ترک کر دیں۔</w:t>
      </w:r>
    </w:p>
    <w:p>
      <w:r>
        <w:rPr>
          <w:b/>
        </w:rPr>
        <w:t xml:space="preserve">[16:08] </w:t>
      </w:r>
      <w:r>
        <w:t>mazkoora mukhalifat ke baad agar woh barhon ki barhai ko ahmiyat dete to woh beyqeeni aur tadhabdhub</w:t>
      </w:r>
    </w:p>
    <w:p>
      <w:pPr>
        <w:jc w:val="right"/>
      </w:pPr>
      <w:r>
        <w:t>مذکورہ مخالفت کے بعد اگر وہ بڑوں کی بڑائی کو اہمیت دیتے تو وہ بے یقینی اور تذبذب</w:t>
      </w:r>
    </w:p>
    <w:p>
      <w:r>
        <w:rPr>
          <w:b/>
        </w:rPr>
        <w:t xml:space="preserve">[16:18] </w:t>
      </w:r>
      <w:r>
        <w:t>ka shikar ho jate,</w:t>
      </w:r>
    </w:p>
    <w:p>
      <w:pPr>
        <w:jc w:val="right"/>
      </w:pPr>
      <w:r>
        <w:t>کا شکار ہو جاتے،</w:t>
      </w:r>
    </w:p>
    <w:p>
      <w:r>
        <w:rPr>
          <w:b/>
        </w:rPr>
        <w:t xml:space="preserve">[16:21] </w:t>
      </w:r>
      <w:r>
        <w:t>magar jab unhon ne daleel aur burhan ko ahmiyat di to is ne un ke yaqeen mein aur</w:t>
      </w:r>
    </w:p>
    <w:p>
      <w:pPr>
        <w:jc w:val="right"/>
      </w:pPr>
      <w:r>
        <w:t>مگر جب انہوں نے دلیل اور برہان کو اہمیت دی تو اس نے ان کے یقین میں اور</w:t>
      </w:r>
    </w:p>
    <w:p>
      <w:r>
        <w:rPr>
          <w:b/>
        </w:rPr>
        <w:t xml:space="preserve">[16:29] </w:t>
      </w:r>
      <w:r>
        <w:t>izafa kar diya kyunke daleel aur burhan ke aitbar se yeh barhe unhein bilkul chhote nazar aaye.</w:t>
      </w:r>
    </w:p>
    <w:p>
      <w:pPr>
        <w:jc w:val="right"/>
      </w:pPr>
      <w:r>
        <w:t>اضافہ کر دیا کیونکہ دلیل اور برہان کے اعتبار سے یہ بڑے انہیں بالکل چھوٹے نظر آئے۔</w:t>
      </w:r>
    </w:p>
    <w:p>
      <w:r>
        <w:rPr>
          <w:b/>
        </w:rPr>
        <w:t xml:space="preserve">[16:40] </w:t>
      </w:r>
      <w:r>
        <w:t>Apni tamam zahiri azmaton ke bawajood woh log jhoot ki zameen par khare hue mile na ke sach ki zameen par.</w:t>
      </w:r>
    </w:p>
    <w:p>
      <w:pPr>
        <w:jc w:val="right"/>
      </w:pPr>
      <w:r>
        <w:t>اپنی تمام ظاہری عظمتوں کے باوجود وہ لوگ جھوٹ کی زمین پر کھڑے ہوئے ملے نہ کہ سچ کی زمین پر۔</w:t>
      </w:r>
    </w:p>
    <w:p>
      <w:r>
        <w:rPr>
          <w:b/>
        </w:rPr>
        <w:t xml:space="preserve">[16:51] </w:t>
      </w:r>
      <w:r>
        <w:t>Wa iz اعتزلتموهم وما يعبدون إلا الله فأو إلى الكهف ينشر لكم ربكم من رحمته ويهيئ لكم</w:t>
      </w:r>
    </w:p>
    <w:p>
      <w:pPr>
        <w:jc w:val="right"/>
      </w:pPr>
      <w:r>
        <w:t>وإذ اعتزلتموهم وما يعبدون إلا الله فأو إلى الكهف ينشر لكم ربكم من رحمته ويهيئ لكم</w:t>
      </w:r>
    </w:p>
    <w:p>
      <w:r>
        <w:rPr>
          <w:b/>
        </w:rPr>
        <w:t xml:space="preserve">[17:09] </w:t>
      </w:r>
      <w:r>
        <w:t>min amrikum marfaqan. Aur jab tum in logon se alag ho gaye aur un ke maaboodon se jin ki woh Khuda ke siwa ibadat karte hain to ab chal kar ghare mein panah lo.</w:t>
      </w:r>
    </w:p>
    <w:p>
      <w:pPr>
        <w:jc w:val="right"/>
      </w:pPr>
      <w:r>
        <w:t>من أمركم مرفقًا. اور جب تم ان لوگوں سے الگ ہو گئے اور ان کے معبودوں سے جن کی وہ خدا کے سوا عبادت کرتے ہیں تو اب چل کر غار میں پناہ لو۔</w:t>
      </w:r>
    </w:p>
    <w:p>
      <w:r>
        <w:rPr>
          <w:b/>
        </w:rPr>
        <w:t xml:space="preserve">[17:28] </w:t>
      </w:r>
      <w:r>
        <w:t>Tumhara Rab tumhare upar apni rehmat phailaye ga aur tumhare kaam ke liye sar o saman muhaiya karega.</w:t>
      </w:r>
    </w:p>
    <w:p>
      <w:pPr>
        <w:jc w:val="right"/>
      </w:pPr>
      <w:r>
        <w:t>تمہارا رب تمہارے اوپر اپنی رحمت پھیلائے گا اور تمہارے کام کے لیے سر و سامان مہیا کرے گا۔</w:t>
      </w:r>
    </w:p>
    <w:p>
      <w:r>
        <w:rPr>
          <w:b/>
        </w:rPr>
        <w:t xml:space="preserve">[17:41] </w:t>
      </w:r>
      <w:r>
        <w:t>Tashreeh: Banda jab haq ki khatir insanon se katta hai to ayn usi waqt woh Khuda se jud jata hai,</w:t>
      </w:r>
    </w:p>
    <w:p>
      <w:pPr>
        <w:jc w:val="right"/>
      </w:pPr>
      <w:r>
        <w:t>تشریح: بندہ جب حق کی خاطر انسانوں سے کٹتا ہے تو عین اسی وقت وہ خدا سے جڑ جاتا ہے،</w:t>
      </w:r>
    </w:p>
    <w:p>
      <w:r>
        <w:rPr>
          <w:b/>
        </w:rPr>
        <w:t xml:space="preserve">[17:52] </w:t>
      </w:r>
      <w:r>
        <w:t>hata ke woh apne Rab se itna qareeb ho jata hai ke us se us ki sargoshiyan shuru ho jati hain.</w:t>
      </w:r>
    </w:p>
    <w:p>
      <w:pPr>
        <w:jc w:val="right"/>
      </w:pPr>
      <w:r>
        <w:t>حتیٰ کہ وہ اپنے رب سے اتنا قریب ہو جاتا ہے کہ اس سے اس کی سرگوشیاں شروع ہو جاتی ہیں۔</w:t>
      </w:r>
    </w:p>
    <w:p>
      <w:r>
        <w:rPr>
          <w:b/>
        </w:rPr>
        <w:t xml:space="preserve">[18:02] </w:t>
      </w:r>
      <w:r>
        <w:t>Woh apne Rab se kalam karta hai aur us se uska jawab pata hai.</w:t>
      </w:r>
    </w:p>
    <w:p>
      <w:pPr>
        <w:jc w:val="right"/>
      </w:pPr>
      <w:r>
        <w:t>وہ اپنے رب سے کلام کرتا ہے اور اس سے اس کا جواب پاتا ہے۔</w:t>
      </w:r>
    </w:p>
    <w:p>
      <w:r>
        <w:rPr>
          <w:b/>
        </w:rPr>
        <w:t xml:space="preserve">[18:12] </w:t>
      </w:r>
      <w:r>
        <w:t>Ashab e kahf ka nomuslimana yaqeen, un ki be khauf tablegh, un ka sab kuch chhodne par razi ho jana magar haq ko na chhodna, un cheezon ne un ko qurbat e khuda wandi ka aala maqam ata kar diya tha.</w:t>
      </w:r>
    </w:p>
    <w:p>
      <w:pPr>
        <w:jc w:val="right"/>
      </w:pPr>
      <w:r>
        <w:t>اصحاب کہف کا نومسلمانہ یقین، ان کی بے خوف تبلیغ، ان کا سب کچھ چھوڑنے پر راضی ہو جانا مگر حق کو نہ چھوڑنا، ان چیزوں نے ان کو قربت خداوندی کا اعلیٰ مقام عطا کر دیا تھا۔</w:t>
      </w:r>
    </w:p>
    <w:p>
      <w:r>
        <w:rPr>
          <w:b/>
        </w:rPr>
        <w:t xml:space="preserve">[18:30] </w:t>
      </w:r>
      <w:r>
        <w:t>Phir woh bazahir jo kuch kho rahe the us se zyada bari cheez un ke liye woh thi jis ko unhon ne paya tha.</w:t>
      </w:r>
    </w:p>
    <w:p>
      <w:pPr>
        <w:jc w:val="right"/>
      </w:pPr>
      <w:r>
        <w:t>پھر وہ بظاہر جو کچھ کھو رہے تھے اس سے زیادہ بڑی چیز ان کے لیے وہ تھی جس کو انہوں نے پایا تھا۔</w:t>
      </w:r>
    </w:p>
    <w:p>
      <w:r>
        <w:rPr>
          <w:b/>
        </w:rPr>
        <w:t xml:space="preserve">[18:42] </w:t>
      </w:r>
      <w:r>
        <w:t>Yahi yaft ka woh ehsas tha jis ne unhein amada kiya ke woh har doosri cheez ki mahroomi gawara kar lein magar haq se mahroomi ko gawara na karein.</w:t>
      </w:r>
    </w:p>
    <w:p>
      <w:pPr>
        <w:jc w:val="right"/>
      </w:pPr>
      <w:r>
        <w:t>یہی یافت کا وہ احساس تھا جس نے انہیں آمادہ کیا کہ وہ ہر دوسری چیز کی محرومی گوارا کر لیں مگر حق سے محرومی کو گوارا نہ کریں۔</w:t>
      </w:r>
    </w:p>
    <w:p>
      <w:r>
        <w:rPr>
          <w:b/>
        </w:rPr>
        <w:t xml:space="preserve">[18:57] </w:t>
      </w:r>
      <w:r>
        <w:t>Woh is par razi ho gaye ke woh apne ghar aur shahar ko chhod kar ghare mein chale jayein aur phir bhi un ki yeh umeed baqi rahe ke un ka Khuda zaroor un ki madad karega aur un ke halaat ko durust kar dega.</w:t>
      </w:r>
    </w:p>
    <w:p>
      <w:pPr>
        <w:jc w:val="right"/>
      </w:pPr>
      <w:r>
        <w:t>وہ اس پر راضی ہو گئے کہ وہ اپنے گھر اور شہر کو چھوڑ کر غار میں چلے جائیں اور پھر بھی ان کی یہ امید باقی رہے کہ ان کا خدا ضرور ان کی مدد کرے گا اور ان کے حالات کو درست کر دے گا۔</w:t>
      </w:r>
    </w:p>
    <w:p>
      <w:r>
        <w:rPr>
          <w:b/>
        </w:rPr>
        <w:t xml:space="preserve">[19:18] </w:t>
      </w:r>
      <w:r>
        <w:t>Ibne Jarir ne Ata ka qaul naqal kiya hai ke un ki tadad saat thi.</w:t>
      </w:r>
    </w:p>
    <w:p>
      <w:pPr>
        <w:jc w:val="right"/>
      </w:pPr>
      <w:r>
        <w:t>ابن جریر نے عطا کا قول نقل کیا ہے کہ ان کی تعداد سات تھی۔</w:t>
      </w:r>
    </w:p>
    <w:p>
      <w:r>
        <w:rPr>
          <w:b/>
        </w:rPr>
        <w:t xml:space="preserve">[19:24] </w:t>
      </w:r>
      <w:r>
        <w:t>Woh ghare mein dakhil ho kar ibadat karte rehte aur rote aur Allah se madad mangte yahan tak ke aakhir kar Allah ne un par lambi neend tari kar di.</w:t>
      </w:r>
    </w:p>
    <w:p>
      <w:pPr>
        <w:jc w:val="right"/>
      </w:pPr>
      <w:r>
        <w:t>وہ غار میں داخل ہو کر عبادت کرتے رہتے اور روتے اور اللہ سے مدد مانگتے یہاں تک کہ آخر کار اللہ نے ان پر لمبی نیند طاری کر دی۔</w:t>
      </w:r>
    </w:p>
    <w:p>
      <w:r>
        <w:rPr>
          <w:b/>
        </w:rPr>
        <w:t xml:space="preserve">[19:43] </w:t>
      </w:r>
      <w:r>
        <w:t>وترى الشمس إذا طلعت تزاور عن كهفهم ذات اليمين وإذا غربت تقرضهم ذات الشمال وهم في فجوة منه.</w:t>
      </w:r>
    </w:p>
    <w:p>
      <w:pPr>
        <w:jc w:val="right"/>
      </w:pPr>
      <w:r>
        <w:t>وترى الشمس إذا طلعت تزاور عن كهفهم ذات اليمين وإذا غربت تقرضهم ذات الشمال وهم في فجوة منه.</w:t>
      </w:r>
    </w:p>
    <w:p>
      <w:r>
        <w:rPr>
          <w:b/>
        </w:rPr>
        <w:t xml:space="preserve">[19:58] </w:t>
      </w:r>
      <w:r>
        <w:t>ذلك من آيات الله.</w:t>
      </w:r>
    </w:p>
    <w:p>
      <w:pPr>
        <w:jc w:val="right"/>
      </w:pPr>
      <w:r>
        <w:t>ذلك من آيات الله.</w:t>
      </w:r>
    </w:p>
    <w:p>
      <w:r>
        <w:rPr>
          <w:b/>
        </w:rPr>
        <w:t xml:space="preserve">[20:04] </w:t>
      </w:r>
      <w:r>
        <w:t>من يهدي الله فهو المهتد ومن يضلل فلن تجد له وليًا</w:t>
      </w:r>
    </w:p>
    <w:p>
      <w:pPr>
        <w:jc w:val="right"/>
      </w:pPr>
      <w:r>
        <w:t>من يهدي الله فهو المهتد ومن يضلل فلن تجد له وليًا</w:t>
      </w:r>
    </w:p>
    <w:p>
      <w:r>
        <w:rPr>
          <w:b/>
        </w:rPr>
        <w:t xml:space="preserve">[20:13] </w:t>
      </w:r>
      <w:r>
        <w:t>Murshidan. Aur tum suraj ko dekhte ke jab woh tuloo hota hai to un ke ghare se dayen janib ko bacha rehta hai aur jab dhoobta hai to un se bayen taraf ko qatra jata hai aur woh ghare ke andar ek wasee jagah mein hain.</w:t>
      </w:r>
    </w:p>
    <w:p>
      <w:pPr>
        <w:jc w:val="right"/>
      </w:pPr>
      <w:r>
        <w:t>مرشدًا. اور تم سورج کو دیکھتے کہ جب وہ طلوع ہوتا ہے تو ان کے غار سے دائیں جانب کو بچا رہتا ہے اور جب ڈوبتا ہے تو ان سے بائیں طرف کو قطرہ جاتا ہے اور وہ غار کے اندر ایک وسیع جگہ میں ہیں۔</w:t>
      </w:r>
    </w:p>
    <w:p>
      <w:r>
        <w:rPr>
          <w:b/>
        </w:rPr>
        <w:t xml:space="preserve">[20:37] </w:t>
      </w:r>
      <w:r>
        <w:t>Yeh Allah ki nishaniyon mein se hai jis ko Allah hidayat de wohi hidayat panay wala hai aur jis ko Allah be rah kar de to tum us ke liye koi madadgar rah batane wala na pao ge.</w:t>
      </w:r>
    </w:p>
    <w:p>
      <w:pPr>
        <w:jc w:val="right"/>
      </w:pPr>
      <w:r>
        <w:t>یہ اللہ کی نشانیوں میں سے ہے جس کو اللہ ہدایت دے وہی ہدایت پانے والا ہے اور جس کو اللہ بے راہ کر دے تو تم اس کے لیے کوئی مددگار راہ بتانے والا نہ پاؤ گے۔</w:t>
      </w:r>
    </w:p>
    <w:p>
      <w:r>
        <w:rPr>
          <w:b/>
        </w:rPr>
        <w:t xml:space="preserve">[20:57] </w:t>
      </w:r>
      <w:r>
        <w:t>Tashreeh: Da'wati dor mein jab Ashab e Kahf aur un ki qaum ke logon ke darmiyan kashmakash barhi usi darmiyan mein ghaliban unhon ne imkani andeshe ke pesh nazar ek makhsoos ghare ka intikhab kar liya.</w:t>
      </w:r>
    </w:p>
    <w:p>
      <w:pPr>
        <w:jc w:val="right"/>
      </w:pPr>
      <w:r>
        <w:t>تشریح: دعوتی دور میں جب اصحاب کہف اور ان کی قوم کے لوگوں کے درمیان کشمکش بڑھی اسی دوران میں غالباً انہوں نے امکانی اندیشے کے پیش نظر ایک مخصوص غار کا انتخاب کر لیا۔</w:t>
      </w:r>
    </w:p>
    <w:p>
      <w:r>
        <w:rPr>
          <w:b/>
        </w:rPr>
        <w:t xml:space="preserve">[21:19] </w:t>
      </w:r>
      <w:r>
        <w:t>yeh ghare itna wasee tha ke saat aadmi ba aasani is ke andar qayam kar saken.</w:t>
      </w:r>
    </w:p>
    <w:p>
      <w:pPr>
        <w:jc w:val="right"/>
      </w:pPr>
      <w:r>
        <w:t>یہ غار اتنا وسیع تھا کہ سات آدمی با آسانی اس کے اندر قیام کر سکیں۔</w:t>
      </w:r>
    </w:p>
    <w:p>
      <w:r>
        <w:rPr>
          <w:b/>
        </w:rPr>
        <w:t xml:space="preserve">[21:27] </w:t>
      </w:r>
      <w:r>
        <w:t>Mazeed yeh ke ghaleban woh shumal rawaiyya tha is bina par sooraj ki roshni subah ya shaam kisi waqt bhi barah-e-rast is ke andar nahi pohanchti thi aur idhar se guzarnay wala koi shakhs bahar se dekh kar yeh nahi jaan sakta tha ke is ke andar kuch insaan maujood hain.</w:t>
      </w:r>
    </w:p>
    <w:p>
      <w:pPr>
        <w:jc w:val="right"/>
      </w:pPr>
      <w:r>
        <w:t>مزید یہ کہ غالباً وہ شمال رویہ تھا اس بنا پر سورج کی روشنی صبح یا شام کسی وقت بھی براہ راست اس کے اندر نہیں پہنچتی تھی اور ادھر سے گزرنے والا کوئی شخص باہر سے دیکھ کر یہ نہیں جان سکتا تھا کہ اس کے اندر کچھ انسان موجود ہیں۔</w:t>
      </w:r>
    </w:p>
    <w:p>
      <w:r>
        <w:rPr>
          <w:b/>
        </w:rPr>
        <w:t xml:space="preserve">[21:54] </w:t>
      </w:r>
      <w:r>
        <w:t>jab aadmi aisa kare ke haq ke mamle mein maslehat ka ravaiyya na ikhtiyar kare</w:t>
      </w:r>
    </w:p>
    <w:p>
      <w:pPr>
        <w:jc w:val="right"/>
      </w:pPr>
      <w:r>
        <w:t>جب آدمی ایسا کرے کہ حق کے معاملے میں مصلحت کا رویہ نہ اختیار کرے</w:t>
      </w:r>
    </w:p>
    <w:p>
      <w:r>
        <w:rPr>
          <w:b/>
        </w:rPr>
        <w:t xml:space="preserve">[22:01] </w:t>
      </w:r>
      <w:r>
        <w:t>mushkil tareen halaat mein bhi woh sabr o shukr ke sath khuda ki taraf mutawajjah rahe to khuda</w:t>
      </w:r>
    </w:p>
    <w:p>
      <w:pPr>
        <w:jc w:val="right"/>
      </w:pPr>
      <w:r>
        <w:t>مشکل ترین حالات میں بھی وہ صبر و شکر کے ساتھ خدا کی طرف متوجہ رہے تو خدا</w:t>
      </w:r>
    </w:p>
    <w:p>
      <w:r>
        <w:rPr>
          <w:b/>
        </w:rPr>
        <w:t xml:space="preserve">[22:10] </w:t>
      </w:r>
      <w:r>
        <w:t>us ko aise raston ki taraf rehnumai farmata hai jis mein uska imaan bhi mehfooz rahe aur</w:t>
      </w:r>
    </w:p>
    <w:p>
      <w:pPr>
        <w:jc w:val="right"/>
      </w:pPr>
      <w:r>
        <w:t>اس کو ایسے راستوں کی طرف رہنمائی فرماتا ہے جس میں اس کا ایمان بھی محفوظ رہے اور</w:t>
      </w:r>
    </w:p>
    <w:p>
      <w:r>
        <w:rPr>
          <w:b/>
        </w:rPr>
        <w:t xml:space="preserve">[22:19] </w:t>
      </w:r>
      <w:r>
        <w:t>woh apne dawati mission ko bhi na kho diye.</w:t>
      </w:r>
    </w:p>
    <w:p>
      <w:pPr>
        <w:jc w:val="right"/>
      </w:pPr>
      <w:r>
        <w:t>وہ اپنے دعوتی مشن کو بھی نہ کھوئے۔</w:t>
      </w:r>
    </w:p>
    <w:p>
      <w:r>
        <w:rPr>
          <w:b/>
        </w:rPr>
        <w:t xml:space="preserve">[22:25] </w:t>
      </w:r>
      <w:r>
        <w:t>Yeh nasrat ashaab-e-kahf ko un ke makhsoos halaat ke aitbaar se poori tarah haasil hui. Mazeed yeh ke Khuda ne un ko apne khaas kaam ke liye chun liya.</w:t>
      </w:r>
    </w:p>
    <w:p>
      <w:pPr>
        <w:jc w:val="right"/>
      </w:pPr>
      <w:r>
        <w:t>یہ نصرت اصحاب کہف کو ان کے مخصوص حالات کے اعتبار سے پوری طرح حاصل ہوئی۔ مزید یہ کہ خدا نے ان کو اپنے خاص کام کے لیے چن لیا۔</w:t>
      </w:r>
    </w:p>
    <w:p>
      <w:r>
        <w:rPr>
          <w:b/>
        </w:rPr>
        <w:t xml:space="preserve">[22:40] </w:t>
      </w:r>
      <w:r>
        <w:t>Unhon ne jis rohani bulandi ka saboot diya tha us ke baad woh Khuda ki nazar mein is qabil ho gaye ke un ko zindagi baad maut ka hissi saboot bana diya jaye.</w:t>
      </w:r>
    </w:p>
    <w:p>
      <w:pPr>
        <w:jc w:val="right"/>
      </w:pPr>
      <w:r>
        <w:t>انہوں نے جس روحانی بلندی کا ثبوت دیا تھا اس کے بعد وہ خدا کی نظر میں اس قابل ہو گئے کہ ان کو زندگی بعد موت کا حسی ثبوت بنا دیا جائے۔</w:t>
      </w:r>
    </w:p>
    <w:p>
      <w:r>
        <w:rPr>
          <w:b/>
        </w:rPr>
        <w:t xml:space="preserve">[22:57] </w:t>
      </w:r>
      <w:r>
        <w:t>Ashaab-e-kahf ka do sau saal tak so kar dobara uthna isi nawiyat ka aik waqia hai.</w:t>
      </w:r>
    </w:p>
    <w:p>
      <w:pPr>
        <w:jc w:val="right"/>
      </w:pPr>
      <w:r>
        <w:t>اصحاب کہف کا دو سو سال تک سو کر دوبارہ اٹھنا اسی نوعیت کا ایک واقعہ ہے۔</w:t>
      </w:r>
    </w:p>
    <w:p>
      <w:r>
        <w:rPr>
          <w:b/>
        </w:rPr>
        <w:t xml:space="preserve">[23:08] </w:t>
      </w:r>
      <w:r>
        <w:t>Wa tahsabuhum ayqazan wa hum ruqud, wa nuqallibuhum zata al yameen wa zata al shimal, wa kalbuhum basit dhira'aihi bil wusid.</w:t>
      </w:r>
    </w:p>
    <w:p>
      <w:pPr>
        <w:jc w:val="right"/>
      </w:pPr>
      <w:r>
        <w:t>وتحسبهم أيقظًا وهم رقود، ونقلبهم ذات اليمين وذات الشمال، وكلبهم باسط ذراعيه بالوصيد.</w:t>
      </w:r>
    </w:p>
    <w:p>
      <w:r>
        <w:rPr>
          <w:b/>
        </w:rPr>
        <w:t xml:space="preserve">[23:26] </w:t>
      </w:r>
      <w:r>
        <w:t>Law ittala'ta alaihim lawallayta minhum firaran wa lamullita minhum ru'ban. Aur tum unhein dekh kar yeh samajhte ke woh jaag rahe hain halankeh woh so rahe thay.</w:t>
      </w:r>
    </w:p>
    <w:p>
      <w:pPr>
        <w:jc w:val="right"/>
      </w:pPr>
      <w:r>
        <w:t>لو اطلعت عليهم لوليت منهم فرارًا ولملئت منهم رعبًا. اور تم انہیں دیکھ کر یہ سمجھتے کہ وہ جاگ رہے ہیں حالانکہ وہ سو رہے تھے۔</w:t>
      </w:r>
    </w:p>
    <w:p>
      <w:r>
        <w:rPr>
          <w:b/>
        </w:rPr>
        <w:t xml:space="preserve">[23:46] </w:t>
      </w:r>
      <w:r>
        <w:t>Hum un ko dayen aur bayen karwat badlate rehte thay aur un ka kutta ghare ke dahane par dono haath phailaye baitha tha.</w:t>
      </w:r>
    </w:p>
    <w:p>
      <w:pPr>
        <w:jc w:val="right"/>
      </w:pPr>
      <w:r>
        <w:t>ہم ان کو دائیں اور بائیں کروٹ بدلواتے رہتے تھے اور ان کا کتا غار کے دہانے پر دونوں ہاتھ پھیلائے بیٹھا تھا۔</w:t>
      </w:r>
    </w:p>
    <w:p>
      <w:r>
        <w:rPr>
          <w:b/>
        </w:rPr>
        <w:t xml:space="preserve">[23:58] </w:t>
      </w:r>
      <w:r>
        <w:t>Agar tum un ko jhaank kar dekhte to un se peeth pher kar bhaag khare hote aur tumhare andar un ki dahshat baith jati.</w:t>
      </w:r>
    </w:p>
    <w:p>
      <w:pPr>
        <w:jc w:val="right"/>
      </w:pPr>
      <w:r>
        <w:t>اگر تم ان کو جھانک کر دیکھتے تو ان سے پیٹھ پھیر کر بھاگ کھڑے ہوتے اور تمہارے اندر ان کی دہشت بیٹھ جاتی۔</w:t>
      </w:r>
    </w:p>
    <w:p>
      <w:r>
        <w:rPr>
          <w:b/>
        </w:rPr>
        <w:t xml:space="preserve">[24:11] </w:t>
      </w:r>
      <w:r>
        <w:t>Tashreeh: Allah taala ne aik taraf yeh kiya ke ashaab-e-kahf par musalsal neend taari kar di.</w:t>
      </w:r>
    </w:p>
    <w:p>
      <w:pPr>
        <w:jc w:val="right"/>
      </w:pPr>
      <w:r>
        <w:t>تشریح: اللہ تعالیٰ نے ایک طرف یہ کیا کہ اصحاب کہف پر مسلسل نیند طاری کر دی۔</w:t>
      </w:r>
    </w:p>
    <w:p>
      <w:r>
        <w:rPr>
          <w:b/>
        </w:rPr>
        <w:t xml:space="preserve">[24:21] </w:t>
      </w:r>
      <w:r>
        <w:t>Isi ke sath un ki hifazat ke liye mukhtalif intezamat farma diye.</w:t>
      </w:r>
    </w:p>
    <w:p>
      <w:pPr>
        <w:jc w:val="right"/>
      </w:pPr>
      <w:r>
        <w:t>اسی کے ساتھ ان کی حفاظت کے لیے مختلف انتظامات فرما دیے۔</w:t>
      </w:r>
    </w:p>
    <w:p>
      <w:r>
        <w:rPr>
          <w:b/>
        </w:rPr>
        <w:t xml:space="preserve">[24:27] </w:t>
      </w:r>
      <w:r>
        <w:t>Mislan woh barabar karwaten lete rehte thay kyunke Hazrat Ibn Abbas ke alfaaz mein agar aisa na hota to un ka jism zameen kha jati.</w:t>
      </w:r>
    </w:p>
    <w:p>
      <w:pPr>
        <w:jc w:val="right"/>
      </w:pPr>
      <w:r>
        <w:t>مثلاً وہ برابر کروٹیں لیتے رہتے تھے کیونکہ حضرت ابن عباس کے الفاظ میں اگر ایسا نہ ہوتا تو ان کا جسم زمین کھا جاتی۔</w:t>
      </w:r>
    </w:p>
    <w:p>
      <w:r>
        <w:rPr>
          <w:b/>
        </w:rPr>
        <w:t xml:space="preserve">[24:42] </w:t>
      </w:r>
      <w:r>
        <w:t>Un ke ghare ke dahane par aik kutta musalsal baitha raha. Yeh ghaleban is liye tha ke koi insaan ya janwar andar dakhil na ho sake.</w:t>
      </w:r>
    </w:p>
    <w:p>
      <w:pPr>
        <w:jc w:val="right"/>
      </w:pPr>
      <w:r>
        <w:t>ان کے غار کے دہانے پر ایک کتا مسلسل بیٹھا رہا۔ یہ غالباً اس لیے تھا کہ کوئی انسان یا جانور اندر داخل نہ ہو سکے۔</w:t>
      </w:r>
    </w:p>
    <w:p>
      <w:r>
        <w:rPr>
          <w:b/>
        </w:rPr>
        <w:t xml:space="preserve">[24:55] </w:t>
      </w:r>
      <w:r>
        <w:t>Mazeed yeh ke ghare ke andar Khuda ne aisa parhaibat mahaul bana diya tha ke koi shakhs agar jhaankne ki koshish kare to pehli hi nazar mein dahshat zada ho kar bhaag jaye.</w:t>
      </w:r>
    </w:p>
    <w:p>
      <w:pPr>
        <w:jc w:val="right"/>
      </w:pPr>
      <w:r>
        <w:t>مزید یہ کہ غار کے اندر خدا نے ایسا پرہیبت ماحول بنا دیا تھا کہ کوئی شخص اگر جھانکنے کی کوشش کرے تو پہلی ہی نظر میں دہشت زدہ ہو کر بھاگ جائے۔</w:t>
      </w:r>
    </w:p>
    <w:p>
      <w:r>
        <w:rPr>
          <w:b/>
        </w:rPr>
        <w:t xml:space="preserve">[25:13] </w:t>
      </w:r>
      <w:r>
        <w:t>Wa kazalika ba'athnahum li yatasaloo bainahum. Qala qailun minhum: Kam labistum?</w:t>
      </w:r>
    </w:p>
    <w:p>
      <w:pPr>
        <w:jc w:val="right"/>
      </w:pPr>
      <w:r>
        <w:t>وكذلك بعثناهم ليتساءلوا بينهم. قال قائل منهم: كم لبثتم؟</w:t>
      </w:r>
    </w:p>
    <w:p>
      <w:r>
        <w:rPr>
          <w:b/>
        </w:rPr>
        <w:t xml:space="preserve">[25:27] </w:t>
      </w:r>
      <w:r>
        <w:t>Qaloo: Labisna yawman aw ba'da yawm.</w:t>
      </w:r>
    </w:p>
    <w:p>
      <w:pPr>
        <w:jc w:val="right"/>
      </w:pPr>
      <w:r>
        <w:t>قالوا: لبثنا يومًا أو بعض يوم.</w:t>
      </w:r>
    </w:p>
    <w:p>
      <w:r>
        <w:rPr>
          <w:b/>
        </w:rPr>
        <w:t xml:space="preserve">[25:33] </w:t>
      </w:r>
      <w:r>
        <w:t>Qaloo: Rabbukum a'lamu bima labistum. Fab'athoo ahadakum bi warqikum hathi ila al madina fal yanzur.</w:t>
      </w:r>
    </w:p>
    <w:p>
      <w:pPr>
        <w:jc w:val="right"/>
      </w:pPr>
      <w:r>
        <w:t>قالوا: ربكم أعلم بما لبثتم. فبعثوا أحدكم بورقكم هذه إلى المدينة فلينظر.</w:t>
      </w:r>
    </w:p>
    <w:p>
      <w:r>
        <w:rPr>
          <w:b/>
        </w:rPr>
        <w:t xml:space="preserve">[25:48] </w:t>
      </w:r>
      <w:r>
        <w:t>Fal yanzur ayyuha</w:t>
      </w:r>
    </w:p>
    <w:p>
      <w:pPr>
        <w:jc w:val="right"/>
      </w:pPr>
      <w:r>
        <w:t>فلينظر أيها</w:t>
      </w:r>
    </w:p>
    <w:p>
      <w:r>
        <w:rPr>
          <w:b/>
        </w:rPr>
        <w:t xml:space="preserve">[25:52] </w:t>
      </w:r>
      <w:r>
        <w:t>Adhka ta'aman fal yati kum bi rizqin minhu wa yatalattaf wa la yash'uranna bikum ahad.</w:t>
      </w:r>
    </w:p>
    <w:p>
      <w:pPr>
        <w:jc w:val="right"/>
      </w:pPr>
      <w:r>
        <w:t>أذكى طعامًا فليأتكم برزق منه وليتلطف ولا يشعرن بكم أحدًا.</w:t>
      </w:r>
    </w:p>
    <w:p>
      <w:r>
        <w:rPr>
          <w:b/>
        </w:rPr>
        <w:t xml:space="preserve">[26:05] </w:t>
      </w:r>
      <w:r>
        <w:t>Innahum in yadh-haru alaikum yarjumookum aw yu'eedookum fi miltihim wa lan tuflihoo</w:t>
      </w:r>
    </w:p>
    <w:p>
      <w:pPr>
        <w:jc w:val="right"/>
      </w:pPr>
      <w:r>
        <w:t>إنهم إن يظهروا عليكم يرجموكم أو يعيدوكم في ملتهم ولن تفلحوا</w:t>
      </w:r>
    </w:p>
    <w:p>
      <w:r>
        <w:rPr>
          <w:b/>
        </w:rPr>
        <w:t xml:space="preserve">[26:16] </w:t>
      </w:r>
      <w:r>
        <w:t>Idhan abada.</w:t>
      </w:r>
    </w:p>
    <w:p>
      <w:pPr>
        <w:jc w:val="right"/>
      </w:pPr>
      <w:r>
        <w:t>إذًا أبدًا.</w:t>
      </w:r>
    </w:p>
    <w:p>
      <w:r>
        <w:rPr>
          <w:b/>
        </w:rPr>
        <w:t xml:space="preserve">[26:21] </w:t>
      </w:r>
      <w:r>
        <w:t>Aur isi tarah hum ne un ko jagaya taake woh aapas mein pooch gach karein. Un mein se aik kehne wale ne kaha: Tum kitni der yahan thehray?</w:t>
      </w:r>
    </w:p>
    <w:p>
      <w:pPr>
        <w:jc w:val="right"/>
      </w:pPr>
      <w:r>
        <w:t>اور اسی طرح ہم نے ان کو جگایا تاکہ وہ آپس میں پوچھ گچھ کریں۔ ان میں سے ایک کہنے والے نے کہا: تم کتنی دیر یہاں ٹھہرے؟</w:t>
      </w:r>
    </w:p>
    <w:p>
      <w:r>
        <w:rPr>
          <w:b/>
        </w:rPr>
        <w:t xml:space="preserve">[26:33] </w:t>
      </w:r>
      <w:r>
        <w:t>Unhon ne kaha ke hum aik din ya aik din se bhi kam thehray. Woh bolay ke Allah hi behtar janta hai ke tum kitni der yahan thehray rahay.</w:t>
      </w:r>
    </w:p>
    <w:p>
      <w:pPr>
        <w:jc w:val="right"/>
      </w:pPr>
      <w:r>
        <w:t>انہوں نے کہا کہ ہم ایک دن یا ایک دن سے بھی کم ٹھہرے۔ وہ بولے کہ اللہ ہی بہتر جانتا ہے کہ تم کتنی دیر یہاں ٹھہرے رہے۔</w:t>
      </w:r>
    </w:p>
    <w:p>
      <w:r>
        <w:rPr>
          <w:b/>
        </w:rPr>
        <w:t xml:space="preserve">[26:49] </w:t>
      </w:r>
      <w:r>
        <w:t>Pas apne mein se kisi ko yeh chandi ka sikka de kar shehar bhejo. Pas woh dekhe ke pakiza khana kahan milta hai aur tumhare liye is mein se kuch khana laye.</w:t>
      </w:r>
    </w:p>
    <w:p>
      <w:pPr>
        <w:jc w:val="right"/>
      </w:pPr>
      <w:r>
        <w:t>پس اپنے میں سے کسی کو یہ چاندی کا سکہ دے کر شہر بھیجو۔ پس وہ دیکھے کہ پاکیزہ کھانا کہاں ملتا ہے اور تمہارے لیے اس میں سے کچھ کھانا لائے۔</w:t>
      </w:r>
    </w:p>
    <w:p>
      <w:r>
        <w:rPr>
          <w:b/>
        </w:rPr>
        <w:t xml:space="preserve">[27:05] </w:t>
      </w:r>
      <w:r>
        <w:t>aur woh naram se jaye aur kisi ko tumhari khabar na hone de.</w:t>
      </w:r>
    </w:p>
    <w:p>
      <w:pPr>
        <w:jc w:val="right"/>
      </w:pPr>
      <w:r>
        <w:t>اور وہ نرمی سے جائے اور کسی کو تمہاری خبر نہ ہونے دے۔</w:t>
      </w:r>
    </w:p>
    <w:p>
      <w:r>
        <w:rPr>
          <w:b/>
        </w:rPr>
        <w:t xml:space="preserve">[27:11] </w:t>
      </w:r>
      <w:r>
        <w:t>agar woh tumhari khabar pa jayenge to tum ko patharon se mar dalenge ya tum ko apne deen mein lauta lenge aur phir tum kabhi falah na paoge.</w:t>
      </w:r>
    </w:p>
    <w:p>
      <w:pPr>
        <w:jc w:val="right"/>
      </w:pPr>
      <w:r>
        <w:t>اگر وہ تمہاری خبر پا جائیں گے تو تم کو پتھروں سے مار ڈالیں گے یا تم کو اپنے دین میں لوٹا لیں گے اور پھر تم کبھی فلاح نہ پاؤ گے۔</w:t>
      </w:r>
    </w:p>
    <w:p>
      <w:r>
        <w:rPr>
          <w:b/>
        </w:rPr>
        <w:t xml:space="preserve">[27:27] </w:t>
      </w:r>
      <w:r>
        <w:t>tashreeh: ashaab e kahf jab so kar uthe to qudrati taur par woh aapas mein zikr karne lage ke woh kitni muddat tak soye honge</w:t>
      </w:r>
    </w:p>
    <w:p>
      <w:pPr>
        <w:jc w:val="right"/>
      </w:pPr>
      <w:r>
        <w:t>تشریح: اصحاب کہف جب سو کر اٹھے تو قدرتی طور پر وہ آپس میں ذکر کرنے لگے کہ وہ کتنی مدت تک سوئے ہوں گے</w:t>
      </w:r>
    </w:p>
    <w:p>
      <w:r>
        <w:rPr>
          <w:b/>
        </w:rPr>
        <w:t xml:space="preserve">[27:39] </w:t>
      </w:r>
      <w:r>
        <w:t>magar zamana Khuda ke hukum ke tehat un ke liye theher gaya tha. is liye jo muddat doosron ke liye sadiyon mein phaili hui thi woh ashaab e kahf ko bas ek din ke barabar maloom hui.</w:t>
      </w:r>
    </w:p>
    <w:p>
      <w:pPr>
        <w:jc w:val="right"/>
      </w:pPr>
      <w:r>
        <w:t>مگر زمانہ خدا کے حکم کے تحت ان کے لیے ٹھہر گیا تھا۔ اس لیے جو مدت دوسروں کے لیے صدیوں میں پھیلی ہوئی تھی وہ اصحاب کہف کو بس ایک دن کے برابر معلوم ہوئی۔</w:t>
      </w:r>
    </w:p>
    <w:p>
      <w:r>
        <w:rPr>
          <w:b/>
        </w:rPr>
        <w:t xml:space="preserve">[27:56] </w:t>
      </w:r>
      <w:r>
        <w:t>so kar uthne ke baad unhein bhook ka ehsaas hua. un ke paas kuch chandi ke sikke the. unhone apne mein se ek shakhs ko ek sikka le kar bheja.</w:t>
      </w:r>
    </w:p>
    <w:p>
      <w:pPr>
        <w:jc w:val="right"/>
      </w:pPr>
      <w:r>
        <w:t>سو کر اٹھنے کے بعد انہیں بھوک کا احساس ہوا۔ ان کے پاس کچھ چاندی کے سکے تھے۔ انہوں نے اپنے میں سے ایک شخص کو ایک سکہ لے کر بھیجا۔</w:t>
      </w:r>
    </w:p>
    <w:p>
      <w:r>
        <w:rPr>
          <w:b/>
        </w:rPr>
        <w:t xml:space="preserve">[28:09] </w:t>
      </w:r>
      <w:r>
        <w:t>ghaliban un ka khayal hoga ke shehar ke jin hisson mein isai baste honge wahan halaal khana mil sakega.</w:t>
      </w:r>
    </w:p>
    <w:p>
      <w:pPr>
        <w:jc w:val="right"/>
      </w:pPr>
      <w:r>
        <w:t>غالباً ان کا خیال ہوگا کہ شہر کے جن حصوں میں عیسائی بستے ہوں گے وہاں حلال کھانا مل سکے گا۔</w:t>
      </w:r>
    </w:p>
    <w:p>
      <w:r>
        <w:rPr>
          <w:b/>
        </w:rPr>
        <w:t xml:space="preserve">[28:19] </w:t>
      </w:r>
      <w:r>
        <w:t>is liye unhone kaha ke talash kar ke pakiza khana le aana. neez unhone taakeed ki ke sara maamla nihayat khush tadbiri se anjaam dena</w:t>
      </w:r>
    </w:p>
    <w:p>
      <w:pPr>
        <w:jc w:val="right"/>
      </w:pPr>
      <w:r>
        <w:t>اس لیے انہوں نے کہا کہ تلاش کر کے پاکیزہ کھانا لے آنا۔ نیز انہوں نے تاکید کی کہ سارا معاملہ نہایت خوش تدبیری سے انجام دینا</w:t>
      </w:r>
    </w:p>
    <w:p>
      <w:r>
        <w:rPr>
          <w:b/>
        </w:rPr>
        <w:t xml:space="preserve">[28:33] </w:t>
      </w:r>
      <w:r>
        <w:t>kyun ke sabqa tajrube ki bina par unhein andesha tha ke agar woh log hum se ba khabar ho jayenge to woh humein dobara but parast banane ki koshish karenge aur jab hum raazi na honge to woh hum ko</w:t>
      </w:r>
    </w:p>
    <w:p>
      <w:pPr>
        <w:jc w:val="right"/>
      </w:pPr>
      <w:r>
        <w:t>کیونکہ سابقہ تجربے کی بنا پر انہیں اندیشہ تھا کہ اگر وہ لوگ ہم سے باخبر ہو جائیں گے تو وہ ہمیں دوبارہ بت پرست بنانے کی کوشش کریں گے اور جب ہم راضی نہ ہوں گے تو وہ ہم کو</w:t>
      </w:r>
    </w:p>
    <w:p>
      <w:r>
        <w:rPr>
          <w:b/>
        </w:rPr>
        <w:t xml:space="preserve">[28:50] </w:t>
      </w:r>
      <w:r>
        <w:t>mar dalenge.</w:t>
      </w:r>
    </w:p>
    <w:p>
      <w:pPr>
        <w:jc w:val="right"/>
      </w:pPr>
      <w:r>
        <w:t>مار ڈالیں گے۔</w:t>
      </w:r>
    </w:p>
    <w:p>
      <w:r>
        <w:rPr>
          <w:b/>
        </w:rPr>
        <w:t xml:space="preserve">[28:54] </w:t>
      </w:r>
      <w:r>
        <w:t>wa kadhalika a'atharna 'alayhim liy'alamoo anna wa'adAllahi haqqun wa anna as-sa'ata la raiba feeha.</w:t>
      </w:r>
    </w:p>
    <w:p>
      <w:pPr>
        <w:jc w:val="right"/>
      </w:pPr>
      <w:r>
        <w:t>وكذلك أعثرنا عليهم ليعلموا أن وعد الله حق وأن الساعة لا ريب فيها.</w:t>
      </w:r>
    </w:p>
    <w:p>
      <w:r>
        <w:rPr>
          <w:b/>
        </w:rPr>
        <w:t xml:space="preserve">[29:08] </w:t>
      </w:r>
      <w:r>
        <w:t>wa anna as-sa'ata la raiba feeha</w:t>
      </w:r>
    </w:p>
    <w:p>
      <w:pPr>
        <w:jc w:val="right"/>
      </w:pPr>
      <w:r>
        <w:t>وأن الساعة لا ريب فيها</w:t>
      </w:r>
    </w:p>
    <w:p>
      <w:r>
        <w:rPr>
          <w:b/>
        </w:rPr>
        <w:t xml:space="preserve">[29:12] </w:t>
      </w:r>
      <w:r>
        <w:t>idh yatanaza'oona baynahum amrahum faqaloo: banoo 'alayhim bunyanan rabbuhum a'alamu bihim.</w:t>
      </w:r>
    </w:p>
    <w:p>
      <w:pPr>
        <w:jc w:val="right"/>
      </w:pPr>
      <w:r>
        <w:t>إذ يتنازعون بينهم أمرهم فقالوا: بنوا عليهم بنيانا ربهم أعلم بهم.</w:t>
      </w:r>
    </w:p>
    <w:p>
      <w:r>
        <w:rPr>
          <w:b/>
        </w:rPr>
        <w:t xml:space="preserve">[29:23] </w:t>
      </w:r>
      <w:r>
        <w:t>qala alladheena ghalaboo 'ala amrihim lanattakhidhan 'alayhim</w:t>
      </w:r>
    </w:p>
    <w:p>
      <w:pPr>
        <w:jc w:val="right"/>
      </w:pPr>
      <w:r>
        <w:t>قال الذين غلبوا على أمرهم لنتخذن عليهم</w:t>
      </w:r>
    </w:p>
    <w:p>
      <w:r>
        <w:rPr>
          <w:b/>
        </w:rPr>
        <w:t xml:space="preserve">[29:32] </w:t>
      </w:r>
      <w:r>
        <w:t>masjidah.</w:t>
      </w:r>
    </w:p>
    <w:p>
      <w:pPr>
        <w:jc w:val="right"/>
      </w:pPr>
      <w:r>
        <w:t>مسجدًا.</w:t>
      </w:r>
    </w:p>
    <w:p>
      <w:r>
        <w:rPr>
          <w:b/>
        </w:rPr>
        <w:t xml:space="preserve">[29:35] </w:t>
      </w:r>
      <w:r>
        <w:t>aur is tarah hum ne un par logon ko muttala kar diya ta ke log jaan lein ke Allah ka wada sachha hai aur yeh ke qayamat mein koi shakk nahin.</w:t>
      </w:r>
    </w:p>
    <w:p>
      <w:pPr>
        <w:jc w:val="right"/>
      </w:pPr>
      <w:r>
        <w:t>اور اس طرح ہم نے ان پر لوگوں کو مطلع کر دیا تاکہ لوگ جان لیں کہ اللہ کا وعدہ سچا ہے اور یہ کہ قیامت میں کوئی شک نہیں۔</w:t>
      </w:r>
    </w:p>
    <w:p>
      <w:r>
        <w:rPr>
          <w:b/>
        </w:rPr>
        <w:t xml:space="preserve">[29:49] </w:t>
      </w:r>
      <w:r>
        <w:t>jab log aapas mein un ke maamle mein jhagad rahe the phir kehne lage ke un ke ghar par ek imarat bana do.</w:t>
      </w:r>
    </w:p>
    <w:p>
      <w:pPr>
        <w:jc w:val="right"/>
      </w:pPr>
      <w:r>
        <w:t>جب لوگ آپس میں ان کے معاملے میں جھگڑ رہے تھے پھر کہنے لگے کہ ان کے غار پر ایک عمارت بنا دو۔</w:t>
      </w:r>
    </w:p>
    <w:p>
      <w:r>
        <w:rPr>
          <w:b/>
        </w:rPr>
        <w:t xml:space="preserve">[30:00] </w:t>
      </w:r>
      <w:r>
        <w:t>un ka rab un ko khoob jaanta hai.</w:t>
      </w:r>
    </w:p>
    <w:p>
      <w:pPr>
        <w:jc w:val="right"/>
      </w:pPr>
      <w:r>
        <w:t>ان کا رب ان کو خوب جانتا ہے۔</w:t>
      </w:r>
    </w:p>
    <w:p>
      <w:r>
        <w:rPr>
          <w:b/>
        </w:rPr>
        <w:t xml:space="preserve">[30:03] </w:t>
      </w:r>
      <w:r>
        <w:t>jo log un ke maamle mein ghalib aaye unhone kaha ke hum un ke ghar par ek ibadat gah banayenge.</w:t>
      </w:r>
    </w:p>
    <w:p>
      <w:pPr>
        <w:jc w:val="right"/>
      </w:pPr>
      <w:r>
        <w:t>جو لوگ ان کے معاملے میں غالب آئے انہوں نے کہا کہ ہم ان کے غار پر ایک عبادت گاہ بنائیں گے۔</w:t>
      </w:r>
    </w:p>
    <w:p>
      <w:r>
        <w:rPr>
          <w:b/>
        </w:rPr>
        <w:t xml:space="preserve">[30:14] </w:t>
      </w:r>
      <w:r>
        <w:t>tashreeh: insaan so saal ya is se bhi kam muddat maujooda zameen par zindagi guzar kar mar jata hai.</w:t>
      </w:r>
    </w:p>
    <w:p>
      <w:pPr>
        <w:jc w:val="right"/>
      </w:pPr>
      <w:r>
        <w:t>تشریح: انسان سو سال یا اس سے بھی کم مدت موجودہ زمین پر زندگی گزار کر مر جاتا ہے۔</w:t>
      </w:r>
    </w:p>
    <w:p>
      <w:r>
        <w:rPr>
          <w:b/>
        </w:rPr>
        <w:t xml:space="preserve">[30:25] </w:t>
      </w:r>
      <w:r>
        <w:t>bataur e zaahir aisa maloom hota hai ke woh hamesha ke liye khatm ho gaya magar haqeeqat yeh hai ke woh mar kar baqi rehta hai aur dobara ek nayi duniya mein uthta hai jahan is ke liye ya abadi rahat hai ya abadi azaab.</w:t>
      </w:r>
    </w:p>
    <w:p>
      <w:pPr>
        <w:jc w:val="right"/>
      </w:pPr>
      <w:r>
        <w:t>بظاہر ایسا معلوم ہوتا ہے کہ وہ ہمیشہ کے لیے ختم ہو گیا مگر حقیقت یہ ہے کہ وہ مر کر باقی رہتا ہے اور دوبارہ ایک نئی دنیا میں اٹھتا ہے جہاں اس کے لیے یا ابدی راحت ہے یا ابدی عذاب۔</w:t>
      </w:r>
    </w:p>
    <w:p>
      <w:r>
        <w:rPr>
          <w:b/>
        </w:rPr>
        <w:t xml:space="preserve">[30:50] </w:t>
      </w:r>
      <w:r>
        <w:t>yeh insaan ka sab se zyada sangin masla hai aur is par logon ke darmiyan hamesha bahs jaari rahi hai.</w:t>
      </w:r>
    </w:p>
    <w:p>
      <w:pPr>
        <w:jc w:val="right"/>
      </w:pPr>
      <w:r>
        <w:t>یہ انسان کا سب سے زیادہ سنگین مسئلہ ہے اور اس پر لوگوں کے درمیان ہمیشہ بحث جاری رہی ہے۔</w:t>
      </w:r>
    </w:p>
    <w:p>
      <w:r>
        <w:rPr>
          <w:b/>
        </w:rPr>
        <w:t xml:space="preserve">[31:00] </w:t>
      </w:r>
      <w:r>
        <w:t>is ki isi ahmiyat ki bina par Khuda ne aisa kiya ke aqli daleel ke sath is ke haq mein hissi daleel ka bhi intezaam farmaya ta ke zindagi baad maut ke maamle mein kisi ke liye is ki gunjaish baqi na rahe.</w:t>
      </w:r>
    </w:p>
    <w:p>
      <w:pPr>
        <w:jc w:val="right"/>
      </w:pPr>
      <w:r>
        <w:t>اس کی اسی اہمیت کی بنا پر خدا نے ایسا کیا کہ عقلی دلیل کے ساتھ اس کے حق میں حسی دلیل کا بھی انتظام فرمایا تاکہ زندگی بعد موت کے معاملے میں کسی کے لیے اس کی گنجائش باقی نہ رہے۔</w:t>
      </w:r>
    </w:p>
    <w:p>
      <w:r>
        <w:rPr>
          <w:b/>
        </w:rPr>
        <w:t xml:space="preserve">[31:19] </w:t>
      </w:r>
      <w:r>
        <w:t>mukhtalif zamanon mein yeh hissi daleel mukhtalif andaaz se dikhai jati rahi hai. panchveen sadi eesvi mein ashaab e kahf ka maut ke baad dobara ghar se nikalna isi qism ka ek ghair maamooli waqea tha.</w:t>
      </w:r>
    </w:p>
    <w:p>
      <w:pPr>
        <w:jc w:val="right"/>
      </w:pPr>
      <w:r>
        <w:t>مختلف زمانوں میں یہ حسی دلیل مختلف انداز سے دکھائی جاتی رہی ہے۔ پانچویں صدی عیسوی میں اصحاب کہف کا موت کے بعد دوبارہ غار سے نکلنا اسی قسم کا ایک غیر معمولی واقعہ تھا۔</w:t>
      </w:r>
    </w:p>
    <w:p>
      <w:r>
        <w:rPr>
          <w:b/>
        </w:rPr>
        <w:t xml:space="preserve">[31:39] </w:t>
      </w:r>
      <w:r>
        <w:t>maujooda zamane mein mafooq science ki tehqiqat bhi ghaliban isi nawiyat ki misalein hain jin se zindagi baad maut ka nazariya hissi miyar istidlal par sabit hota hai.</w:t>
      </w:r>
    </w:p>
    <w:p>
      <w:pPr>
        <w:jc w:val="right"/>
      </w:pPr>
      <w:r>
        <w:t>موجودہ زمانے میں مافوق سائنس کی تحقیقات بھی غالباً اسی نوعیت کی مثال ہیں جن سے زندگی بعد موت کا نظریہ حسی معیار استدلال پر ثابت ہوتا ہے۔</w:t>
      </w:r>
    </w:p>
    <w:p>
      <w:r>
        <w:rPr>
          <w:b/>
        </w:rPr>
        <w:t xml:space="preserve">[32:00] </w:t>
      </w:r>
      <w:r>
        <w:t>ashaab e kahf do so saal ya is se zyada muddat ke baad jab ghar se nikle to un ke shehar ki duniya bilkul badal chuki thi.</w:t>
      </w:r>
    </w:p>
    <w:p>
      <w:pPr>
        <w:jc w:val="right"/>
      </w:pPr>
      <w:r>
        <w:t>اصحاب کہف دو سو سال یا اس سے زیادہ مدت کے بعد جب غار سے نکلے تو ان کے شہر کی دنیا بالکل بدل چکی تھی۔</w:t>
      </w:r>
    </w:p>
    <w:p>
      <w:r>
        <w:rPr>
          <w:b/>
        </w:rPr>
        <w:t xml:space="preserve">[32:11] </w:t>
      </w:r>
      <w:r>
        <w:t>ghaliban do so pichas eesvi mein woh apne shahar nafees se nikal kar ghar mein gaye thay. is waqt is ilaqay mein but parast hukmraan deesis ki hukumat thi.</w:t>
      </w:r>
    </w:p>
    <w:p>
      <w:pPr>
        <w:jc w:val="right"/>
      </w:pPr>
      <w:r>
        <w:t>غالباً دو سو پچاس عیسوی میں وہ اپنے شہر نفیس سے نکل کر غار میں گئے تھے۔ اس وقت اس علاقے میں بت پرست حکمراں ڈیسیس کی حکومت تھی۔</w:t>
      </w:r>
    </w:p>
    <w:p>
      <w:r>
        <w:rPr>
          <w:b/>
        </w:rPr>
        <w:t xml:space="preserve">[32:24] </w:t>
      </w:r>
      <w:r>
        <w:t>is darmiyan mein maseehi mubleghin ki koshishon se roomi badshah qastanteen eesai ho gaya aur is ke baad saare roomi ilaqay mein eesai mazhab phail gaya.</w:t>
      </w:r>
    </w:p>
    <w:p>
      <w:pPr>
        <w:jc w:val="right"/>
      </w:pPr>
      <w:r>
        <w:t>اس درمیان میں مسیحی مبلغین کی کوششوں سے رومی بادشاہ قسطنطین عیسائی ہو گیا اور اس کے بعد سارے رومی علاقے میں عیسائی مذہب پھیل گیا۔</w:t>
      </w:r>
    </w:p>
    <w:p>
      <w:r>
        <w:rPr>
          <w:b/>
        </w:rPr>
        <w:t xml:space="preserve">[32:39] </w:t>
      </w:r>
      <w:r>
        <w:t>char so sentalees eesvi mein jab ashaab e kahaf dobara apne shahar mein wapas aaye to un ke shahar mein eesaiyat ka ghalba ho chuka tha.</w:t>
      </w:r>
    </w:p>
    <w:p>
      <w:pPr>
        <w:jc w:val="right"/>
      </w:pPr>
      <w:r>
        <w:t>چار سو سینتالیس عیسوی میں جب اصحاب کہف دوبارہ اپنے شہر میں واپس آئے تو ان کے شہر میں عیسائیت کا غلبہ ہو چکا تھا۔</w:t>
      </w:r>
    </w:p>
    <w:p>
      <w:r>
        <w:rPr>
          <w:b/>
        </w:rPr>
        <w:t xml:space="preserve">[32:52] </w:t>
      </w:r>
      <w:r>
        <w:t>jab yeh saat naujawan ghaar se bahar aaye aur shahi khazane mein mehfooz un ke naam ki takhti</w:t>
      </w:r>
    </w:p>
    <w:p>
      <w:pPr>
        <w:jc w:val="right"/>
      </w:pPr>
      <w:r>
        <w:t>جب یہ ساتوں نوجوان غار سے باہر آئے اور شاہی خزانے میں محفوظ ان کے نام کی تختی</w:t>
      </w:r>
    </w:p>
    <w:p>
      <w:r>
        <w:rPr>
          <w:b/>
        </w:rPr>
        <w:t xml:space="preserve">[33:01] </w:t>
      </w:r>
      <w:r>
        <w:t>neez doosre qaraa'in se tasdeeq ho gayi ke yeh wohi naujawan hain jo but parasti ke daur mein</w:t>
      </w:r>
    </w:p>
    <w:p>
      <w:pPr>
        <w:jc w:val="right"/>
      </w:pPr>
      <w:r>
        <w:t>نیز دوسرے قرائن سے تصدیق ہو گئی کہ یہ وہی نوجوان ہیں جو بت پرستی کے دور میں</w:t>
      </w:r>
    </w:p>
    <w:p>
      <w:r>
        <w:rPr>
          <w:b/>
        </w:rPr>
        <w:t xml:space="preserve">[33:12] </w:t>
      </w:r>
      <w:r>
        <w:t>apne Maseehi aqaa'id ki khaatir shehar chhod kar chale gaye thay to woh foran logon ki aqeedat ka</w:t>
      </w:r>
    </w:p>
    <w:p>
      <w:pPr>
        <w:jc w:val="right"/>
      </w:pPr>
      <w:r>
        <w:t>اپنے مسیحی عقائد کی خاطر شہر چھوڑ کر چلے گئے تھے تو وہ فوراً لوگوں کی عقیدت کا</w:t>
      </w:r>
    </w:p>
    <w:p>
      <w:r>
        <w:rPr>
          <w:b/>
        </w:rPr>
        <w:t xml:space="preserve">[33:20] </w:t>
      </w:r>
      <w:r>
        <w:t>markaz ban gaye.</w:t>
      </w:r>
    </w:p>
    <w:p>
      <w:pPr>
        <w:jc w:val="right"/>
      </w:pPr>
      <w:r>
        <w:t>مرکز بن گئے۔</w:t>
      </w:r>
    </w:p>
    <w:p>
      <w:r>
        <w:rPr>
          <w:b/>
        </w:rPr>
        <w:t xml:space="preserve">[33:22] </w:t>
      </w:r>
      <w:r>
        <w:t>naya roomi hukmraan thoodosius khud un se milne aur un ki barkat lene ke liye paidal chal kar un ke paas aaya aur jab un naujawano ka inteqal hua to un ki yaadgaar mein un ke ghar ke oopar</w:t>
      </w:r>
    </w:p>
    <w:p>
      <w:pPr>
        <w:jc w:val="right"/>
      </w:pPr>
      <w:r>
        <w:t>نیا رومی حکمراں تھوڈوسیئس خود ان سے ملنے اور ان کی برکت لینے کے لیے پیدل چل کر ان کے پاس آیا اور جب ان نوجوانوں کا انتقال ہوا تو ان کی یادگار میں ان کے غار کے اوپر</w:t>
      </w:r>
    </w:p>
    <w:p>
      <w:r>
        <w:rPr>
          <w:b/>
        </w:rPr>
        <w:t xml:space="preserve">[33:39] </w:t>
      </w:r>
      <w:r>
        <w:t>ibadat khana taameer kiya gaya.</w:t>
      </w:r>
    </w:p>
    <w:p>
      <w:pPr>
        <w:jc w:val="right"/>
      </w:pPr>
      <w:r>
        <w:t>عبادت خانہ تعمیر کیا گیا۔</w:t>
      </w:r>
    </w:p>
    <w:p>
      <w:r>
        <w:rPr>
          <w:b/>
        </w:rPr>
        <w:t xml:space="preserve">[33:44] </w:t>
      </w:r>
      <w:r>
        <w:t>sayquluna thalathatun raabi'uhum kalbuhum wa yaquluna khamsatun saadisuhum kalbuhum rajman bilghayb.</w:t>
      </w:r>
    </w:p>
    <w:p>
      <w:pPr>
        <w:jc w:val="right"/>
      </w:pPr>
      <w:r>
        <w:t>سيقولون ثلاثة رابعهم كلبهم ويقولون خمسة سادسهم كلبهم رجما بالغيب.</w:t>
      </w:r>
    </w:p>
    <w:p>
      <w:r>
        <w:rPr>
          <w:b/>
        </w:rPr>
        <w:t xml:space="preserve">[33:58] </w:t>
      </w:r>
      <w:r>
        <w:t>rajman bilghayb wa yaquluna sab'atun</w:t>
      </w:r>
    </w:p>
    <w:p>
      <w:pPr>
        <w:jc w:val="right"/>
      </w:pPr>
      <w:r>
        <w:t>رجما بالغيب ويقولون سبعة</w:t>
      </w:r>
    </w:p>
    <w:p>
      <w:r>
        <w:rPr>
          <w:b/>
        </w:rPr>
        <w:t xml:space="preserve">[34:03] </w:t>
      </w:r>
      <w:r>
        <w:t>wa thaaminuhum kalbuhum. qul rabbi a'lamu bi'adadihim ma ya'lamuhum illa qaleel.</w:t>
      </w:r>
    </w:p>
    <w:p>
      <w:pPr>
        <w:jc w:val="right"/>
      </w:pPr>
      <w:r>
        <w:t>وثامنهم كلبهم. قل ربي أعلم بعدتهم ما يعلمهم إلا قليل.</w:t>
      </w:r>
    </w:p>
    <w:p>
      <w:r>
        <w:rPr>
          <w:b/>
        </w:rPr>
        <w:t xml:space="preserve">[34:16] </w:t>
      </w:r>
      <w:r>
        <w:t>fala tumaara fihim illa maraa'un</w:t>
      </w:r>
    </w:p>
    <w:p>
      <w:pPr>
        <w:jc w:val="right"/>
      </w:pPr>
      <w:r>
        <w:t>فلا تمار فيهم إلا مراء</w:t>
      </w:r>
    </w:p>
    <w:p>
      <w:r>
        <w:rPr>
          <w:b/>
        </w:rPr>
        <w:t xml:space="preserve">[34:22] </w:t>
      </w:r>
      <w:r>
        <w:t>zaahiran wa la tastafti fihim minhum ahadan.</w:t>
      </w:r>
    </w:p>
    <w:p>
      <w:pPr>
        <w:jc w:val="right"/>
      </w:pPr>
      <w:r>
        <w:t>ظاهرا ولا تستفت فيهم منهم أحدا.</w:t>
      </w:r>
    </w:p>
    <w:p>
      <w:r>
        <w:rPr>
          <w:b/>
        </w:rPr>
        <w:t xml:space="preserve">[34:30] </w:t>
      </w:r>
      <w:r>
        <w:t>kuch log kahengay ke woh teen thay aur chautha un ka kutta tha aur kuch log kahengay ke woh paanch thay aur chhatta un ka kutta tha.</w:t>
      </w:r>
    </w:p>
    <w:p>
      <w:pPr>
        <w:jc w:val="right"/>
      </w:pPr>
      <w:r>
        <w:t>کچھ لوگ کہیں گے کہ وہ تین تھے اور چوتھا ان کا کتا تھا اور کچھ لوگ کہیں گے کہ وہ پانچ تھے اور چھٹا ان کا کتا تھا۔</w:t>
      </w:r>
    </w:p>
    <w:p>
      <w:r>
        <w:rPr>
          <w:b/>
        </w:rPr>
        <w:t xml:space="preserve">[34:42] </w:t>
      </w:r>
      <w:r>
        <w:t>yeh log be tehqeeq baat keh rahe hain aur kuch log kahengay ke woh saat thay aur aathwaan un ka kutta tha.</w:t>
      </w:r>
    </w:p>
    <w:p>
      <w:pPr>
        <w:jc w:val="right"/>
      </w:pPr>
      <w:r>
        <w:t>یہ لوگ بے تحقیق بات کہہ رہے ہیں اور کچھ لوگ کہیں گے کہ وہ سات تھے اور اٹھواں ان کا کتا تھا۔</w:t>
      </w:r>
    </w:p>
    <w:p>
      <w:r>
        <w:rPr>
          <w:b/>
        </w:rPr>
        <w:t xml:space="preserve">[34:52] </w:t>
      </w:r>
      <w:r>
        <w:t>kaho ke mera rab behtar jaanta hai ke woh kitnay thay.</w:t>
      </w:r>
    </w:p>
    <w:p>
      <w:pPr>
        <w:jc w:val="right"/>
      </w:pPr>
      <w:r>
        <w:t>کہو کہ میرا رب بہتر جانتا ہے کہ وہ کتنے تھے۔</w:t>
      </w:r>
    </w:p>
    <w:p>
      <w:r>
        <w:rPr>
          <w:b/>
        </w:rPr>
        <w:t xml:space="preserve">[34:58] </w:t>
      </w:r>
      <w:r>
        <w:t>thode hi log in ko jaantay hain. pas tum sarasri baat se zyada un ke muamle mein behas na karo aur na un ke baare mein un mein se kisi se poocho.</w:t>
      </w:r>
    </w:p>
    <w:p>
      <w:pPr>
        <w:jc w:val="right"/>
      </w:pPr>
      <w:r>
        <w:t>تھوڑے ہی لوگ ان کو جانتے ہیں۔ پس تم سرسری بات سے زیادہ ان کے معاملے میں بحث نہ کرو اور نہ ان کے بارے میں ان میں سے کسی سے پوچھو۔</w:t>
      </w:r>
    </w:p>
    <w:p>
      <w:r>
        <w:rPr>
          <w:b/>
        </w:rPr>
        <w:t xml:space="preserve">[35:13] </w:t>
      </w:r>
      <w:r>
        <w:t>tashreeh: ashaab e kahaf ke baare mein kuch log ghair zaroori behason mein mubtala thay. kisi ne kaha ke un ki tadaad teen thi aur chautha un ka kutta tha.</w:t>
      </w:r>
    </w:p>
    <w:p>
      <w:pPr>
        <w:jc w:val="right"/>
      </w:pPr>
      <w:r>
        <w:t>تشریح: اصحاب کہف کے بارے میں کچھ لوگ غیر ضروری بحثوں میں مبتلا تھے۔ کسی نے کہا کہ ان کی تعداد تین تھی اور چوتھا ان کا کتا تھا۔</w:t>
      </w:r>
    </w:p>
    <w:p>
      <w:r>
        <w:rPr>
          <w:b/>
        </w:rPr>
        <w:t xml:space="preserve">[35:26] </w:t>
      </w:r>
      <w:r>
        <w:t>kisi ne kaha ke woh paanch thay aur chhatta un ka kutta tha. kisi ne kaha ke woh saat thay aur aathwaan un ka kutta tha.</w:t>
      </w:r>
    </w:p>
    <w:p>
      <w:pPr>
        <w:jc w:val="right"/>
      </w:pPr>
      <w:r>
        <w:t>کسی نے کہا کہ وہ پانچ تھے اور چھٹا ان کا کتا تھا۔ کسی نے کہا کہ وہ سات تھے اور اٹھواں ان کا کتا تھا۔</w:t>
      </w:r>
    </w:p>
    <w:p>
      <w:r>
        <w:rPr>
          <w:b/>
        </w:rPr>
        <w:t xml:space="preserve">[35:37] </w:t>
      </w:r>
      <w:r>
        <w:t>magar is qism ki behasein mizaj ki kharabi ki alamat hain.</w:t>
      </w:r>
    </w:p>
    <w:p>
      <w:pPr>
        <w:jc w:val="right"/>
      </w:pPr>
      <w:r>
        <w:t>مگر اس قسم کی بحثیں مزاج کی خرابی کی علامت ہیں۔</w:t>
      </w:r>
    </w:p>
    <w:p>
      <w:r>
        <w:rPr>
          <w:b/>
        </w:rPr>
        <w:t xml:space="preserve">[35:44] </w:t>
      </w:r>
      <w:r>
        <w:t>jab deeni rooh zinda ho to saara zor asal haqeeqat par diya jaata hai aur jab qaum par zawal aata hai to asal rooh pas pusht chali jaati hai aur zahiri tafseelat behas o munazre ka mozu ban jaati hain.</w:t>
      </w:r>
    </w:p>
    <w:p>
      <w:pPr>
        <w:jc w:val="right"/>
      </w:pPr>
      <w:r>
        <w:t>جب دینی روح زندہ ہو تو سارا زور اصل حقیقت پر دیا جاتا ہے اور جب قوم پر زوال آتا ہے تو اصل روح پس پشت چلی جاتی ہے اور ظاہری تفصیلات بحث و مناظرے کا موضوع بن جاتی ہیں۔</w:t>
      </w:r>
    </w:p>
    <w:p>
      <w:r>
        <w:rPr>
          <w:b/>
        </w:rPr>
        <w:t xml:space="preserve">[36:03] </w:t>
      </w:r>
      <w:r>
        <w:t>sachay Khuda parast ko chahiye ke woh in behason mein na paray</w:t>
      </w:r>
    </w:p>
    <w:p>
      <w:pPr>
        <w:jc w:val="right"/>
      </w:pPr>
      <w:r>
        <w:t>سچے خدا پرست کو چاہیے کہ وہ ان بحثوں میں نہ پڑے</w:t>
      </w:r>
    </w:p>
    <w:p>
      <w:r>
        <w:rPr>
          <w:b/>
        </w:rPr>
        <w:t xml:space="preserve">[36:08] </w:t>
      </w:r>
      <w:r>
        <w:t>balkay agar koi doosra shakhs is qism ke sawalaat kare to us ko ijmali jawab de kar guzar jaye.</w:t>
      </w:r>
    </w:p>
    <w:p>
      <w:pPr>
        <w:jc w:val="right"/>
      </w:pPr>
      <w:r>
        <w:t>بلکہ اگر کوئی دوسرا شخص اس قسم کے سوالات کرے تو اس کو اجمالی جواب دے کر گزر جائے۔</w:t>
      </w:r>
    </w:p>
    <w:p>
      <w:r>
        <w:rPr>
          <w:b/>
        </w:rPr>
        <w:t xml:space="preserve">[36:19] </w:t>
      </w:r>
      <w:r>
        <w:t>wa la taqoolanna lishay'in inni fa'ilun zaalika ghadan illa an yashaa' Allah.</w:t>
      </w:r>
    </w:p>
    <w:p>
      <w:pPr>
        <w:jc w:val="right"/>
      </w:pPr>
      <w:r>
        <w:t>ولا تقولن لشيء إني فاعل ذلك غدا إلا أن يشاء الله.</w:t>
      </w:r>
    </w:p>
    <w:p>
      <w:r>
        <w:rPr>
          <w:b/>
        </w:rPr>
        <w:t xml:space="preserve">[36:35] </w:t>
      </w:r>
      <w:r>
        <w:t>wazkur rabbaka itha naseeta wa qul 'asa an yahdini rabbi li'aqraba min haza rashada.</w:t>
      </w:r>
    </w:p>
    <w:p>
      <w:pPr>
        <w:jc w:val="right"/>
      </w:pPr>
      <w:r>
        <w:t>واذكر ربك إذا نسيت وقل عسى أن يهديني ربي لأقرب من هذا رشدا.</w:t>
      </w:r>
    </w:p>
    <w:p>
      <w:r>
        <w:rPr>
          <w:b/>
        </w:rPr>
        <w:t xml:space="preserve">[36:49] </w:t>
      </w:r>
      <w:r>
        <w:t>aur tum kisi kaam ki nisbat yun na kaho ke main us ko kal kar doonga magar yeh ke Allah chahe. aur jab tum bhool jao to apne rab ko yaad karo aur kaho ke umeed hai ke mera rab mujh ko bhalai ki is se zyada qareeb raah dikha de.</w:t>
      </w:r>
    </w:p>
    <w:p>
      <w:pPr>
        <w:jc w:val="right"/>
      </w:pPr>
      <w:r>
        <w:t>اور تم کسی کام کی نسبت یوں نہ کہو کہ میں اس کو کل کر دوں گا مگر یہ کہ اللہ چاہے۔ اور جب تم بھول جاؤ تو اپنے رب کو یاد کرو اور کہو کہ امید ہے کہ میرا رب مجھ کو بھلائی کی اس سے زیادہ قریب راہ دکھا دے۔</w:t>
      </w:r>
    </w:p>
    <w:p>
      <w:r>
        <w:rPr>
          <w:b/>
        </w:rPr>
        <w:t xml:space="preserve">[37:14] </w:t>
      </w:r>
      <w:r>
        <w:t>tashreeh: quraish ne kuch logon ko madina bheja ke woh yahood se mil kar Muhammad ke baare mein poochein kyun ke woh log nabiyon ka ilm rakhtay hain.</w:t>
      </w:r>
    </w:p>
    <w:p>
      <w:pPr>
        <w:jc w:val="right"/>
      </w:pPr>
      <w:r>
        <w:t>تشریح: قریش نے کچھ لوگوں کو مدینہ بھیجا کہ وہ یہود سے مل کر محمد کے بارے میں پوچھیں کیونکہ وہ لوگ نبیوں کا علم رکھتے ہیں۔</w:t>
      </w:r>
    </w:p>
    <w:p>
      <w:r>
        <w:rPr>
          <w:b/>
        </w:rPr>
        <w:t xml:space="preserve">[37:31] </w:t>
      </w:r>
      <w:r>
        <w:t>donon madina aaye aur ulama-e-yahood se kaha ke hum ko hamare aadmi ke bare mein batao.</w:t>
      </w:r>
    </w:p>
    <w:p>
      <w:pPr>
        <w:jc w:val="right"/>
      </w:pPr>
      <w:r>
        <w:t>دونوں مدینہ آئے اور علماء یہود سے کہا کہ ہم کو ہمارے آدمی کے بارے میں بتاؤ۔</w:t>
      </w:r>
    </w:p>
    <w:p>
      <w:r>
        <w:rPr>
          <w:b/>
        </w:rPr>
        <w:t xml:space="preserve">[37:39] </w:t>
      </w:r>
      <w:r>
        <w:t>unhon ne kaha ke tum log in se teen cheezon ke bare mein poocho. agar woh tum ko un ki babat bata dein to woh paighambar hain warna woh muqallid hain yani baat banane wale.</w:t>
      </w:r>
    </w:p>
    <w:p>
      <w:pPr>
        <w:jc w:val="right"/>
      </w:pPr>
      <w:r>
        <w:t>انہوں نے کہا کہ تم لوگ ان سے تین چیزوں کے بارے میں پوچھو۔ اگر وہ تم کو ان کی بابت بتا دیں تو وہ پیغمبر ہیں ورنہ وہ متقبل ہیں یعنی بات بنانے والے۔</w:t>
      </w:r>
    </w:p>
    <w:p>
      <w:r>
        <w:rPr>
          <w:b/>
        </w:rPr>
        <w:t xml:space="preserve">[37:58] </w:t>
      </w:r>
      <w:r>
        <w:t>in mein se aik sawal ashaab-e-kahf ke naujawanon ke bare mein tha, doosra zulqarnain ke bare mein aur teesra rooh ke bare mein.</w:t>
      </w:r>
    </w:p>
    <w:p>
      <w:pPr>
        <w:jc w:val="right"/>
      </w:pPr>
      <w:r>
        <w:t>ان میں سے ایک سوال اصحاب کہف کے نوجوانوں کے بارے میں تھا، دوسرا ذوالقرنین کے بارے میں اور تیسرا روح کے بارے میں۔</w:t>
      </w:r>
    </w:p>
    <w:p>
      <w:r>
        <w:rPr>
          <w:b/>
        </w:rPr>
        <w:t xml:space="preserve">[38:11] </w:t>
      </w:r>
      <w:r>
        <w:t>press ke daur se pehle</w:t>
      </w:r>
    </w:p>
    <w:p>
      <w:pPr>
        <w:jc w:val="right"/>
      </w:pPr>
      <w:r>
        <w:t>پریس کے دور سے پہلے</w:t>
      </w:r>
    </w:p>
    <w:p>
      <w:r>
        <w:rPr>
          <w:b/>
        </w:rPr>
        <w:t xml:space="preserve">[38:16] </w:t>
      </w:r>
      <w:r>
        <w:t>aam logon ko ashaab-e-kahf ki babat kuch maloom na tha. yeh qissa baaz siryani makhtootat mein darj tha jis ki khabar sirf chand khaas ulama ko thi.</w:t>
      </w:r>
    </w:p>
    <w:p>
      <w:pPr>
        <w:jc w:val="right"/>
      </w:pPr>
      <w:r>
        <w:t>عام لوگوں کو اصحاب کہف کی بابت کچھ معلوم نہ تھا۔ یہ قصہ بعض سریانی مخطوطات میں درج تھا جس کی خبر صرف چند خاص علماء کو تھی۔</w:t>
      </w:r>
    </w:p>
    <w:p>
      <w:r>
        <w:rPr>
          <w:b/>
        </w:rPr>
        <w:t xml:space="preserve">[38:30] </w:t>
      </w:r>
      <w:r>
        <w:t>aap ke samne yeh sawal aaya to aap ne farmaya ke tum ne jo baat poochi hai us ka jawab mein kal doonga.</w:t>
      </w:r>
    </w:p>
    <w:p>
      <w:pPr>
        <w:jc w:val="right"/>
      </w:pPr>
      <w:r>
        <w:t>آپ کے سامنے یہ سوال آیا تو آپ نے فرمایا کہ تم نے جو بات پوچھی ہے اس کا جواب میں کل دوں گا۔</w:t>
      </w:r>
    </w:p>
    <w:p>
      <w:r>
        <w:rPr>
          <w:b/>
        </w:rPr>
        <w:t xml:space="preserve">[38:41] </w:t>
      </w:r>
      <w:r>
        <w:t>aap ko umeed thi ke kal tak jibril aa jayenge aur mein un se maloom kar ke jawab de doonga magar jibril ke aane mein taakhir hui yahan tak ke woh pandrah din ke baad soorah kahf le kar aaye.</w:t>
      </w:r>
    </w:p>
    <w:p>
      <w:pPr>
        <w:jc w:val="right"/>
      </w:pPr>
      <w:r>
        <w:t>آپ کو امید تھی کہ کل تک جبرائیل آ جائیں گے اور میں ان سے معلوم کر کے جواب دے دوں گا مگر جبرائیل کے آنے میں تاخیر ہوئی یہاں تک کہ وہ پندرہ دن کے بعد سورہ کہف لے کر آئے۔</w:t>
      </w:r>
    </w:p>
    <w:p>
      <w:r>
        <w:rPr>
          <w:b/>
        </w:rPr>
        <w:t xml:space="preserve">[38:58] </w:t>
      </w:r>
      <w:r>
        <w:t>wahy mein is taakhir se makka ke mukhalifeen ko mauqa mil gaya. unhon ne is ko buniyad bana kar logon ko aap se badzan karna shuru kar diya.</w:t>
      </w:r>
    </w:p>
    <w:p>
      <w:pPr>
        <w:jc w:val="right"/>
      </w:pPr>
      <w:r>
        <w:t>وحی میں اس تاخیر سے مکہ کے مخالفین کو موقع مل گیا۔ انہوں نے اس کو بنیاد بنا کر لوگوں کو آپ سے بدزن کرنا شروع کر دیا۔</w:t>
      </w:r>
    </w:p>
    <w:p>
      <w:r>
        <w:rPr>
          <w:b/>
        </w:rPr>
        <w:t xml:space="preserve">[39:10] </w:t>
      </w:r>
      <w:r>
        <w:t>allah taala ne farmaya ke tum aik mamooli baat ko shosha bana kar jis shakhs ki sadaqat se logon ko mujtaba karna chahte ho us ki sadaqat par is se zyada yaqini aur is se zyada bari daleelain jama hone wali hain.</w:t>
      </w:r>
    </w:p>
    <w:p>
      <w:pPr>
        <w:jc w:val="right"/>
      </w:pPr>
      <w:r>
        <w:t>اللہ تعالی نے فرمایا کہ تم ایک معمولی بات کو شوشہ بنا کر جس شخص کی صداقت سے لوگوں کو مجتبی کرنا چاہتے ہو اس کی صداقت پر اس سے زیادہ یقینی اور اس سے زیادہ بڑی دلیلیں جمع ہونے والی ہیں۔</w:t>
      </w:r>
    </w:p>
    <w:p>
      <w:r>
        <w:rPr>
          <w:b/>
        </w:rPr>
        <w:t xml:space="preserve">[39:31] </w:t>
      </w:r>
      <w:r>
        <w:t>yeh baat aaj waqea ban chuki hai.</w:t>
      </w:r>
    </w:p>
    <w:p>
      <w:pPr>
        <w:jc w:val="right"/>
      </w:pPr>
      <w:r>
        <w:t>یہ بات آج واقعہ بن چکی ہے۔</w:t>
      </w:r>
    </w:p>
    <w:p>
      <w:r>
        <w:rPr>
          <w:b/>
        </w:rPr>
        <w:t xml:space="preserve">[39:34] </w:t>
      </w:r>
      <w:r>
        <w:t>aaj paighambar-e-islam sallallahu alaihi wasallam ki paighambarana sadaqat par itne dalail jama ho chuke hain ke koi hoshmand aadmi is se inkar ki jurrat nahi kar sakta.</w:t>
      </w:r>
    </w:p>
    <w:p>
      <w:pPr>
        <w:jc w:val="right"/>
      </w:pPr>
      <w:r>
        <w:t>آج پیغمبر اسلام صلی اللہ علیہ وسلم کی پیغمبرانہ صداقت پر اتنے دلائل جمع ہو چکے ہیں کہ کوئی ہوشمند آدمی اس سے انکار کی جرات نہیں کر سکتا۔</w:t>
      </w:r>
    </w:p>
    <w:p>
      <w:r>
        <w:rPr>
          <w:b/>
        </w:rPr>
        <w:t xml:space="preserve">[39:48] </w:t>
      </w:r>
      <w:r>
        <w:t>aap ki nabuwat aaj aik sabit shuda nabuwat hai na ke mahaz mudda'iana nabuwat.</w:t>
      </w:r>
    </w:p>
    <w:p>
      <w:pPr>
        <w:jc w:val="right"/>
      </w:pPr>
      <w:r>
        <w:t>آپ کی نبوت آج ایک ثابت شدہ نبوت ہے نہ کہ محض مدیانہ نبوت۔</w:t>
      </w:r>
    </w:p>
    <w:p>
      <w:r>
        <w:rPr>
          <w:b/>
        </w:rPr>
        <w:t xml:space="preserve">[39:59] </w:t>
      </w:r>
      <w:r>
        <w:t>ولبثوا في كهفهم ثلاثمائة سنين وازدادوا تسعا. قل الله أعلم بما لبثوا له غيب السماوات والأرض ابصر به واسمع.</w:t>
      </w:r>
    </w:p>
    <w:p>
      <w:pPr>
        <w:jc w:val="right"/>
      </w:pPr>
      <w:r>
        <w:t>ولبثوا في كهفهم ثلاثمائة سنين وازدادوا تسعا. قل الله أعلم بما لبثوا له غيب السماوات والأرض ابصر به واسمع.</w:t>
      </w:r>
    </w:p>
    <w:p>
      <w:r>
        <w:rPr>
          <w:b/>
        </w:rPr>
        <w:t xml:space="preserve">[40:16] </w:t>
      </w:r>
      <w:r>
        <w:t>ما لهم من دونه من ولي ولا يشرك في حكمه أحدا.</w:t>
      </w:r>
    </w:p>
    <w:p>
      <w:pPr>
        <w:jc w:val="right"/>
      </w:pPr>
      <w:r>
        <w:t>ما لهم من دونه من ولي ولا يشرك في حكمه أحدا.</w:t>
      </w:r>
    </w:p>
    <w:p>
      <w:r>
        <w:rPr>
          <w:b/>
        </w:rPr>
        <w:t xml:space="preserve">[40:31] </w:t>
      </w:r>
      <w:r>
        <w:t>aur woh log apne ghar mein teen so saal rahe. kuch log muddat ke shumar mein no saal aur badh gaye hain.</w:t>
      </w:r>
    </w:p>
    <w:p>
      <w:pPr>
        <w:jc w:val="right"/>
      </w:pPr>
      <w:r>
        <w:t>اور وہ لوگ اپنے غار میں تین سو سال رہے۔ کچھ لوگ مدت کے شمار میں نو سال اور بڑھ گئے ہیں۔</w:t>
      </w:r>
    </w:p>
    <w:p>
      <w:r>
        <w:rPr>
          <w:b/>
        </w:rPr>
        <w:t xml:space="preserve">[40:41] </w:t>
      </w:r>
      <w:r>
        <w:t>kaho ke allah un ke rehne ki muddat ko zyada janta hai. aasmanon aur zameen ka ghayb is ke ilm mein hai.</w:t>
      </w:r>
    </w:p>
    <w:p>
      <w:pPr>
        <w:jc w:val="right"/>
      </w:pPr>
      <w:r>
        <w:t>کہو کہ اللہ ان کے رہنے کی مدت کو زیادہ جانتا ہے۔ آسمانوں اور زمین کا غیب اس کے علم میں ہے۔</w:t>
      </w:r>
    </w:p>
    <w:p>
      <w:r>
        <w:rPr>
          <w:b/>
        </w:rPr>
        <w:t xml:space="preserve">[40:51] </w:t>
      </w:r>
      <w:r>
        <w:t>kya khoob hai woh dekhne wala aur sunne wala.</w:t>
      </w:r>
    </w:p>
    <w:p>
      <w:pPr>
        <w:jc w:val="right"/>
      </w:pPr>
      <w:r>
        <w:t>کیا خوب ہے وہ دیکھنے والا اور سننے والا۔</w:t>
      </w:r>
    </w:p>
    <w:p>
      <w:r>
        <w:rPr>
          <w:b/>
        </w:rPr>
        <w:t xml:space="preserve">[40:55] </w:t>
      </w:r>
      <w:r>
        <w:t>khuda ke siwa un ka koi madadgar nahi aur na allah kisi ko apne ikhtiyar mein shareek karta hai.</w:t>
      </w:r>
    </w:p>
    <w:p>
      <w:pPr>
        <w:jc w:val="right"/>
      </w:pPr>
      <w:r>
        <w:t>خدا کے سوا ان کا کوئی مددگار نہیں اور نہ اللہ کسی کو اپنے اختیار میں شریک کرتا ہے۔</w:t>
      </w:r>
    </w:p>
    <w:p>
      <w:r>
        <w:rPr>
          <w:b/>
        </w:rPr>
        <w:t xml:space="preserve">[41:07] </w:t>
      </w:r>
      <w:r>
        <w:t>tashreeh:</w:t>
      </w:r>
    </w:p>
    <w:p>
      <w:pPr>
        <w:jc w:val="right"/>
      </w:pPr>
      <w:r>
        <w:t>تشریح:</w:t>
      </w:r>
    </w:p>
    <w:p>
      <w:r>
        <w:rPr>
          <w:b/>
        </w:rPr>
        <w:t xml:space="preserve">[41:11] </w:t>
      </w:r>
      <w:r>
        <w:t>aik tafseer ke mutabiq yahan teen so saal ya teen so no saal logon ke qaul ki hikayat hai na ke khuda ki taraf se khabar.</w:t>
      </w:r>
    </w:p>
    <w:p>
      <w:pPr>
        <w:jc w:val="right"/>
      </w:pPr>
      <w:r>
        <w:t>ایک تفسیر کے مطابق یہاں تین سو سال یا تین سو نو سال لوگوں کے قول کی حکایت ہے نہ کہ خدا کی طرف سے خبر۔</w:t>
      </w:r>
    </w:p>
    <w:p>
      <w:r>
        <w:rPr>
          <w:b/>
        </w:rPr>
        <w:t xml:space="preserve">[41:24] </w:t>
      </w:r>
      <w:r>
        <w:t>abdullah ibn masood ki qirat se bhi is ki taeed hoti hai. is zamane ke ahl-e-kitab ghair mustanad qisson ki buniyad par yeh samajhte the ke ghar mein ashaab-e-kahf ke qayam ki muddat shamsi calendar ke lihaz se teen so saal hai aur qamri calendar ke lihaz se teen so no saal.</w:t>
      </w:r>
    </w:p>
    <w:p>
      <w:pPr>
        <w:jc w:val="right"/>
      </w:pPr>
      <w:r>
        <w:t>عبداللہ ابن مسعود کی قرأت سے بھی اس کی تائید ہوتی ہے۔ اس زمانے کے اہل کتاب غیر مستند قصوں کی بنیاد پر یہ سمجھتے تھے کہ غار میں اصحاب کہف کے قیام کی مدت شمسی کیلنڈر کے لحاظ سے تین سو سال ہے اور قمری کیلنڈر کے لحاظ سے تین سو نو سال۔</w:t>
      </w:r>
    </w:p>
    <w:p>
      <w:r>
        <w:rPr>
          <w:b/>
        </w:rPr>
        <w:t xml:space="preserve">[41:47] </w:t>
      </w:r>
      <w:r>
        <w:t>quran ne logon ke is khayal ko naqal kiya magar usi ke sath yeh keh kar is ko be buniyad qarar de diya ke kaho ke allah zyada janta hai ke woh ghar mein kitna thehre.</w:t>
      </w:r>
    </w:p>
    <w:p>
      <w:pPr>
        <w:jc w:val="right"/>
      </w:pPr>
      <w:r>
        <w:t>قرآن نے لوگوں کے اس خیال کو نقل کیا مگر اسی کے ساتھ یہ کہہ کر اس کو بے بنیاد قرار دے دیا کہ کہو کہ اللہ زیادہ جانتا ہے کہ وہ غار میں کتنا ٹھہرے۔</w:t>
      </w:r>
    </w:p>
    <w:p>
      <w:r>
        <w:rPr>
          <w:b/>
        </w:rPr>
        <w:t xml:space="preserve">[42:06] </w:t>
      </w:r>
      <w:r>
        <w:t>maujooda zamane ke muhqqiqeen ne daryaft kiya hai ke yeh muddat shamsi calendar ke lihaz se 196 saal thi.</w:t>
      </w:r>
    </w:p>
    <w:p>
      <w:pPr>
        <w:jc w:val="right"/>
      </w:pPr>
      <w:r>
        <w:t>موجودہ زمانے کے محققین نے دریافت کیا ہے کہ یہ مدت شمسی کیلنڈر کے لحاظ سے 196 سال تھی۔</w:t>
      </w:r>
    </w:p>
    <w:p>
      <w:r>
        <w:rPr>
          <w:b/>
        </w:rPr>
        <w:t xml:space="preserve">[42:15] </w:t>
      </w:r>
      <w:r>
        <w:t>yeh tehqeeq is baat ka saboot hai ke quran khuda ki kitab hai jo tamam agli pichli baaton se ba khabar hai aur isi ilm ki bina par is ne mazkoorah qaul ko qabool nahi kiya.</w:t>
      </w:r>
    </w:p>
    <w:p>
      <w:pPr>
        <w:jc w:val="right"/>
      </w:pPr>
      <w:r>
        <w:t>یہ تحقیق اس بات کا ثبوت ہے کہ قرآن خدا کی کتاب ہے جو تمام اگلی پچھلی باتوں سے باخبر ہے اور اسی علم کی بنا پر اس نے مذکورہ قول کو قبول نہیں کیا۔</w:t>
      </w:r>
    </w:p>
    <w:p>
      <w:r>
        <w:rPr>
          <w:b/>
        </w:rPr>
        <w:t xml:space="preserve">[42:30] </w:t>
      </w:r>
      <w:r>
        <w:t>quran agar koi insani kalam hota to yaqeenan woh apne zamane ke</w:t>
      </w:r>
    </w:p>
    <w:p>
      <w:pPr>
        <w:jc w:val="right"/>
      </w:pPr>
      <w:r>
        <w:t>قرآن اگر کوئی انسانی کلام ہوتا تو یقینا وہ اپنے زمانے کے</w:t>
      </w:r>
    </w:p>
    <w:p>
      <w:r>
        <w:rPr>
          <w:b/>
        </w:rPr>
        <w:t xml:space="preserve">[42:35] </w:t>
      </w:r>
      <w:r>
        <w:t>mashhoor qoul ko le leta jo balakhir baad ki tehqeeq se takra jata.</w:t>
      </w:r>
    </w:p>
    <w:p>
      <w:pPr>
        <w:jc w:val="right"/>
      </w:pPr>
      <w:r>
        <w:t>مشہور قول کو لے لیتا جو بالاخر بعد کی تحقیق سے ٹکرا جاتا۔</w:t>
      </w:r>
    </w:p>
    <w:p>
      <w:r>
        <w:rPr>
          <w:b/>
        </w:rPr>
        <w:t xml:space="preserve">[42:45] </w:t>
      </w:r>
      <w:r>
        <w:t>watlu ma oohi ilayka min kitabi rabbika la mubaddila likalimatihi walan tajida min dooni multahida.</w:t>
      </w:r>
    </w:p>
    <w:p>
      <w:pPr>
        <w:jc w:val="right"/>
      </w:pPr>
      <w:r>
        <w:t>واتل ما أوحي إليك من كتاب ربك لا مبدل لكلماته ولن تجد من دونه ملتحدا.</w:t>
      </w:r>
    </w:p>
    <w:p>
      <w:r>
        <w:rPr>
          <w:b/>
        </w:rPr>
        <w:t xml:space="preserve">[43:00] </w:t>
      </w:r>
      <w:r>
        <w:t>wasbir nafsaka ma'allatheena yad'oona rabbahum</w:t>
      </w:r>
    </w:p>
    <w:p>
      <w:pPr>
        <w:jc w:val="right"/>
      </w:pPr>
      <w:r>
        <w:t>واصبر نفسك مع الذين يدعون ربهم</w:t>
      </w:r>
    </w:p>
    <w:p>
      <w:r>
        <w:rPr>
          <w:b/>
        </w:rPr>
        <w:t xml:space="preserve">[43:06] </w:t>
      </w:r>
      <w:r>
        <w:t>bilghadati wal'ashiy yureedoona wajhahu wala ta'a aynaka 'anhum. wala ta'a aynaka 'anhum tureedo zinaatal hayataiddunya wala tuti' man aghfalna qalbahu 'an dhikrina wattaba'a hawahu wa kana amruhu furuta.</w:t>
      </w:r>
    </w:p>
    <w:p>
      <w:pPr>
        <w:jc w:val="right"/>
      </w:pPr>
      <w:r>
        <w:t>بالغداة والعشي يريدون وجهه ولا تعد عيناك عنهم. ولا تعد عيناك عنهم تريد زينة الحياة الدنيا ولا تطع من أغفلنا قلبه عن ذكرنا واتبع هواه وكان أمره فرطا.</w:t>
      </w:r>
    </w:p>
    <w:p>
      <w:r>
        <w:rPr>
          <w:b/>
        </w:rPr>
        <w:t xml:space="preserve">[43:32] </w:t>
      </w:r>
      <w:r>
        <w:t>aur tumhare rab ki jo kitab tum par wahi ki ja rahi hai us ko sunao. khuda ki baaton ko koi badalne wala nahi aur us ke siwa tum koi panah nahi pa sakte.</w:t>
      </w:r>
    </w:p>
    <w:p>
      <w:pPr>
        <w:jc w:val="right"/>
      </w:pPr>
      <w:r>
        <w:t>اور تمہارے رب کی جو کتاب تم پر وحی کی جا رہی ہے اس کو سناؤ۔ خدا کی باتوں کو کوئی بدلنے والا نہیں اور اس کے سوا تم کوئی پناہ نہیں پا سکتے۔</w:t>
      </w:r>
    </w:p>
    <w:p>
      <w:r>
        <w:rPr>
          <w:b/>
        </w:rPr>
        <w:t xml:space="preserve">[43:47] </w:t>
      </w:r>
      <w:r>
        <w:t>aur apne aap ko un logon ke sath jamaye rakho jo subah o sham apne rab ko pukarte hain.</w:t>
      </w:r>
    </w:p>
    <w:p>
      <w:pPr>
        <w:jc w:val="right"/>
      </w:pPr>
      <w:r>
        <w:t>اور اپنے آپ کو ان لوگوں کے ساتھ جمائے رکھو جو صبح و شام اپنے رب کو پکارتے ہیں۔</w:t>
      </w:r>
    </w:p>
    <w:p>
      <w:r>
        <w:rPr>
          <w:b/>
        </w:rPr>
        <w:t xml:space="preserve">[43:56] </w:t>
      </w:r>
      <w:r>
        <w:t>wo is ki raza ke talib hain. aur tumhari aankhen hayat dunya ki ronak ki khatir un se hatne na payen.</w:t>
      </w:r>
    </w:p>
    <w:p>
      <w:pPr>
        <w:jc w:val="right"/>
      </w:pPr>
      <w:r>
        <w:t>وہ اس کی رضا کے طالب ہیں۔ اور تمہاری آنکھیں حیات دنیا کی رونق کی خاطر ان سے ہٹنے نہ پائیں۔</w:t>
      </w:r>
    </w:p>
    <w:p>
      <w:r>
        <w:rPr>
          <w:b/>
        </w:rPr>
        <w:t xml:space="preserve">[44:06] </w:t>
      </w:r>
      <w:r>
        <w:t>aur tum aise shakhs ka kehna na mano jis ke qalb ko hum ne apni yaad se ghafil kar diya. aur wo apni khwahish par chalta hai aur is ka muamla had se guzar gaya hai.</w:t>
      </w:r>
    </w:p>
    <w:p>
      <w:pPr>
        <w:jc w:val="right"/>
      </w:pPr>
      <w:r>
        <w:t>اور تم ایسے شخص کا کہنا نہ مانو جس کے قلب کو ہم نے اپنی یاد سے غافل کر دیا۔ اور وہ اپنی خواہش پر چلتا ہے اور اس کا معاملہ حد سے گزر گیا ہے۔</w:t>
      </w:r>
    </w:p>
    <w:p>
      <w:r>
        <w:rPr>
          <w:b/>
        </w:rPr>
        <w:t xml:space="preserve">[44:22] </w:t>
      </w:r>
      <w:r>
        <w:t>tashreeh: qadeem makka mein jin logon ne peghambar ka sath de kar be-amez deen ko apna deen banaya tha un ke liye ye qadam koi saada cheez na thi.</w:t>
      </w:r>
    </w:p>
    <w:p>
      <w:pPr>
        <w:jc w:val="right"/>
      </w:pPr>
      <w:r>
        <w:t>تشریح: قدیم مکہ میں جن لوگوں نے پیغمبر کا ساتھ دے کر بے آمیز دین کو اپنا دین بنایا تھا ان کے لیے یہ اقدام کوئی سادہ چیز نہ تھی۔</w:t>
      </w:r>
    </w:p>
    <w:p>
      <w:r>
        <w:rPr>
          <w:b/>
        </w:rPr>
        <w:t xml:space="preserve">[44:36] </w:t>
      </w:r>
      <w:r>
        <w:t>ye mafadat se wabasta nizam ko chhod kar ek aise aqeeday ka sath dena tha jis se bazahir koi mafad wabasta na tha.</w:t>
      </w:r>
    </w:p>
    <w:p>
      <w:pPr>
        <w:jc w:val="right"/>
      </w:pPr>
      <w:r>
        <w:t>یہ مفادات سے وابستہ نظام کو چھوڑ کر ایک ایسے عقیدے کا ساتھ دینا تھا جس سے بظاہر کوئی مفاد وابستہ نہ تھا۔</w:t>
      </w:r>
    </w:p>
    <w:p>
      <w:r>
        <w:rPr>
          <w:b/>
        </w:rPr>
        <w:t xml:space="preserve">[44:48] </w:t>
      </w:r>
      <w:r>
        <w:t>pehla giroh naye deen ko ikhtiyar karte hi waqt ke jame hue nizam se kat gaya tha. jabke dusra giroh poori tarah waqt ke jame hue nizam ke zor par khada hua tha.</w:t>
      </w:r>
    </w:p>
    <w:p>
      <w:pPr>
        <w:jc w:val="right"/>
      </w:pPr>
      <w:r>
        <w:t>پہلا گروہ نئے دین کو اختیار کرتے ہی وقت کے جمے ہوئے نظام سے کٹ گیا تھا۔ جبکہ دوسرا گروہ پوری طرح وقت کے جمے ہوئے نظام کے زور پر کھڑا ہوا تھا۔</w:t>
      </w:r>
    </w:p>
    <w:p>
      <w:r>
        <w:rPr>
          <w:b/>
        </w:rPr>
        <w:t xml:space="preserve">[45:05] </w:t>
      </w:r>
      <w:r>
        <w:t>pehlay giroh ke paas sirf khuda ki baaten theen jis ki ahmiyat akhirat mein zahir hogi.</w:t>
      </w:r>
    </w:p>
    <w:p>
      <w:pPr>
        <w:jc w:val="right"/>
      </w:pPr>
      <w:r>
        <w:t>پہلے گروہ کے پاس صرف خدا کی باتیں تھیں جس کی اہمیت آخرت میں ظاہر ہوگی۔</w:t>
      </w:r>
    </w:p>
    <w:p>
      <w:r>
        <w:rPr>
          <w:b/>
        </w:rPr>
        <w:t xml:space="preserve">[45:13] </w:t>
      </w:r>
      <w:r>
        <w:t>jabke dusra giroh un cheezon ka malik bana hua tha jis ki qeemat isi dunya ke bazar mein hoti hai. ye zahiri farq agar da'i ko mutasir kar de to is ka nateeja ye hoga ke deen ki be-amez dawat ki ahmiyat is ki nazar mein kam ho jayegi.</w:t>
      </w:r>
    </w:p>
    <w:p>
      <w:pPr>
        <w:jc w:val="right"/>
      </w:pPr>
      <w:r>
        <w:t>جبکہ دوسرا گروہ ان چیزوں کا مالک بنا ہوا تھا جس کی قیمت اسی دنیا کے بازار میں ہوتی ہے۔ یہ ظاہری فرق اگر داعی کو متاثر کر دے تو اس کا نتیجہ یہ ہوگا کہ دین کی بے آمیز دعوت کی اہمیت اس کی نظر میں کم ہو جائے گی۔</w:t>
      </w:r>
    </w:p>
    <w:p>
      <w:r>
        <w:rPr>
          <w:b/>
        </w:rPr>
        <w:t xml:space="preserve">[45:35] </w:t>
      </w:r>
      <w:r>
        <w:t>aur amezish wala deen is ki nazar mein ahmiyat ikhtiyar kar lega</w:t>
      </w:r>
    </w:p>
    <w:p>
      <w:pPr>
        <w:jc w:val="right"/>
      </w:pPr>
      <w:r>
        <w:t>اور آمیزش والا دین اس کی نظر میں اہمیت اختیار کر لے گا</w:t>
      </w:r>
    </w:p>
    <w:p>
      <w:r>
        <w:rPr>
          <w:b/>
        </w:rPr>
        <w:t xml:space="preserve">[45:41] </w:t>
      </w:r>
      <w:r>
        <w:t>jis ke ilamdar ban kar log dunya ki ronqen hasil kiye hue hain. magar ye bohat bari bhool hai kyunke ye us asal mission se hatna hai jo khuda ko sab se zyada matloob hai.</w:t>
      </w:r>
    </w:p>
    <w:p>
      <w:pPr>
        <w:jc w:val="right"/>
      </w:pPr>
      <w:r>
        <w:t>جس کے علمبردار بن کر لوگ دنیا کی رونقیں حاصل کیے ہوئے ہیں۔ مگر یہ بہت بڑی بھول ہے کیونکہ یہ اس اصل مشن سے ہٹنا ہے جو خدا کو سب سے زیادہ مطلوب ہے۔</w:t>
      </w:r>
    </w:p>
    <w:p>
      <w:r>
        <w:rPr>
          <w:b/>
        </w:rPr>
        <w:t xml:space="preserve">[46:00] </w:t>
      </w:r>
      <w:r>
        <w:t>da'i agar aisa kare to wo khuda ki madad se mahroom ho jayega</w:t>
      </w:r>
    </w:p>
    <w:p>
      <w:pPr>
        <w:jc w:val="right"/>
      </w:pPr>
      <w:r>
        <w:t>داعی اگر ایسا کرے تو وہ خدا کی مدد سے محروم ہو جائے</w:t>
      </w:r>
    </w:p>
    <w:p>
      <w:r>
        <w:rPr>
          <w:b/>
        </w:rPr>
        <w:t xml:space="preserve">[46:05] </w:t>
      </w:r>
      <w:r>
        <w:t>ga. wo khuda ki dunya mein aisa ho jayega ke koi darakht is ko saya na de aur koi pani is ki pyas na bujhaye.</w:t>
      </w:r>
    </w:p>
    <w:p>
      <w:pPr>
        <w:jc w:val="right"/>
      </w:pPr>
      <w:r>
        <w:t>گا۔ وہ خدا کی دنیا میں ایسا ہو جائے گا کہ کوئی درخت اس کو سایہ نہ دے اور کوئی پانی اس کی پیاس نہ بجھائے۔</w:t>
      </w:r>
    </w:p>
    <w:p>
      <w:r>
        <w:rPr>
          <w:b/>
        </w:rPr>
        <w:t xml:space="preserve">[46:17] </w:t>
      </w:r>
      <w:r>
        <w:t>waqulilhaqqu mirrabbikum faman shaa' falyu'min waman shaa' falyakfur.</w:t>
      </w:r>
    </w:p>
    <w:p>
      <w:pPr>
        <w:jc w:val="right"/>
      </w:pPr>
      <w:r>
        <w:t>وقل الحق من ربكم فمن شاء فليؤمن ومن شاء فليكفر.</w:t>
      </w:r>
    </w:p>
    <w:p>
      <w:r>
        <w:rPr>
          <w:b/>
        </w:rPr>
        <w:t xml:space="preserve">[46:30] </w:t>
      </w:r>
      <w:r>
        <w:t>inna a'tadna lillazalimeena narana ahata bihim saradiquha. wa in yastagheethoo yughathoo bimaa'inkal muhl yushwil wujooha.</w:t>
      </w:r>
    </w:p>
    <w:p>
      <w:pPr>
        <w:jc w:val="right"/>
      </w:pPr>
      <w:r>
        <w:t>أنا اعتدنا للظالمين نارا أحاط بهم سرادقها. وإن يستغيثوا يغاثوا بماء كالمهل يشوي الوجوه.</w:t>
      </w:r>
    </w:p>
    <w:p>
      <w:r>
        <w:rPr>
          <w:b/>
        </w:rPr>
        <w:t xml:space="preserve">[46:49] </w:t>
      </w:r>
      <w:r>
        <w:t>bi'sas sharabu wa sa'at murtifaqan.</w:t>
      </w:r>
    </w:p>
    <w:p>
      <w:pPr>
        <w:jc w:val="right"/>
      </w:pPr>
      <w:r>
        <w:t>بئس الشراب وساءت مرتفقا.</w:t>
      </w:r>
    </w:p>
    <w:p>
      <w:r>
        <w:rPr>
          <w:b/>
        </w:rPr>
        <w:t xml:space="preserve">[46:57] </w:t>
      </w:r>
      <w:r>
        <w:t>aur kaho ke ye haq hai tumhare rab ki taraf se. pas jo shakhs chahe use manay aur jo shakhs chahe na manay.</w:t>
      </w:r>
    </w:p>
    <w:p>
      <w:pPr>
        <w:jc w:val="right"/>
      </w:pPr>
      <w:r>
        <w:t>اور کہو کہ یہ حق ہے تمہارے رب کی طرف سے۔ پس جو شخص چاہے اسے مانے اور جو شخص چاہے نہ مانے۔</w:t>
      </w:r>
    </w:p>
    <w:p>
      <w:r>
        <w:rPr>
          <w:b/>
        </w:rPr>
        <w:t xml:space="preserve">[47:07] </w:t>
      </w:r>
      <w:r>
        <w:t>hum ne zalimon ke liye aisi aag tayar kar rakhi hai jis ki qana'aten un ko apne ghere mein le lengi.</w:t>
      </w:r>
    </w:p>
    <w:p>
      <w:pPr>
        <w:jc w:val="right"/>
      </w:pPr>
      <w:r>
        <w:t>ہم نے ظالموں کے لیے ایسی آگ تیار کر رکھی ہے جس کی قناعتیں ان کو اپنے گھیرے میں لے لیں گی۔</w:t>
      </w:r>
    </w:p>
    <w:p>
      <w:r>
        <w:rPr>
          <w:b/>
        </w:rPr>
        <w:t xml:space="preserve">[47:18] </w:t>
      </w:r>
      <w:r>
        <w:t>aur agar wo pani ke liye faryad karenge to un ki faryad rasi aise pani se ki jayegi jo tel ki talchhat ki tarah hoga.</w:t>
      </w:r>
    </w:p>
    <w:p>
      <w:pPr>
        <w:jc w:val="right"/>
      </w:pPr>
      <w:r>
        <w:t>اور اگر وہ پانی کے لیے فریاد کریں گے تو ان کی فریاد رسی ایسے پانی سے کی جائے گی جو تیل کی تلچھٹ کی طرح ہوگا۔</w:t>
      </w:r>
    </w:p>
    <w:p>
      <w:r>
        <w:rPr>
          <w:b/>
        </w:rPr>
        <w:t xml:space="preserve">[47:30] </w:t>
      </w:r>
      <w:r>
        <w:t>wo chehron ko bhun dalega.</w:t>
      </w:r>
    </w:p>
    <w:p>
      <w:pPr>
        <w:jc w:val="right"/>
      </w:pPr>
      <w:r>
        <w:t>وہ چہروں کو بھون ڈالے گا۔</w:t>
      </w:r>
    </w:p>
    <w:p>
      <w:r>
        <w:rPr>
          <w:b/>
        </w:rPr>
        <w:t xml:space="preserve">[47:34] </w:t>
      </w:r>
      <w:r>
        <w:t>kya bura pani hoga aur kaisa bura thikana. tashreeh: jo haq khuda ki taraf se aata hai wo aakhri had tak sadaqat hota hai.</w:t>
      </w:r>
    </w:p>
    <w:p>
      <w:pPr>
        <w:jc w:val="right"/>
      </w:pPr>
      <w:r>
        <w:t>کیا برا پانی ہوگا اور کیسا برا ٹھکانہ۔ تشریح: جو حق خدا کی طرف سے آتا ہے وہ آخری حد تک صداقت ہوتا ہے۔</w:t>
      </w:r>
    </w:p>
    <w:p>
      <w:r>
        <w:rPr>
          <w:b/>
        </w:rPr>
        <w:t xml:space="preserve">[47:50] </w:t>
      </w:r>
      <w:r>
        <w:t>is liye logon ki riayat se is mein kisi qism ki tarmeem nahi ki ja sakti.</w:t>
      </w:r>
    </w:p>
    <w:p>
      <w:pPr>
        <w:jc w:val="right"/>
      </w:pPr>
      <w:r>
        <w:t>اس لیے لوگوں کی رعایت سے اس میں کسی قسم کی ترمیم نہیں کی جا سکتی۔</w:t>
      </w:r>
    </w:p>
    <w:p>
      <w:r>
        <w:rPr>
          <w:b/>
        </w:rPr>
        <w:t xml:space="preserve">[47:58] </w:t>
      </w:r>
      <w:r>
        <w:t>khudai haq mein tarmeem karna goya is mayar ko tabdeel karna hai jis par jaanch kar har shakhs ki hesiyat mutayyan ki jane wali hai.</w:t>
      </w:r>
    </w:p>
    <w:p>
      <w:pPr>
        <w:jc w:val="right"/>
      </w:pPr>
      <w:r>
        <w:t>خدائی حق میں ترمیم کرنا گویا اس معیار کو تبدیل کرنا ہے جس پر جانچ کر ہر شخص کی حیثیت متعین کی جانے والی ہے۔</w:t>
      </w:r>
    </w:p>
    <w:p>
      <w:r>
        <w:rPr>
          <w:b/>
        </w:rPr>
        <w:t xml:space="preserve">[48:13] </w:t>
      </w:r>
      <w:r>
        <w:t>jo log yeh chahte hain ke khudai haq mein aisi tarmeem ki jaye ke us se un ki ghlat ravish ka jawaz nikal aaye woh gumrahi par sarakshi ka izafa kar rahe hain.</w:t>
      </w:r>
    </w:p>
    <w:p>
      <w:pPr>
        <w:jc w:val="right"/>
      </w:pPr>
      <w:r>
        <w:t>جو لوگ یہ چاہتے ہیں کہ خدائی حق میں ایسی ترمیم کی جائے کہ اس سے ان کی غلط روش کا جواز نکل آئے وہ گمراہی پر سرکشی کا اضافہ کر رہے ہیں۔</w:t>
      </w:r>
    </w:p>
    <w:p>
      <w:r>
        <w:rPr>
          <w:b/>
        </w:rPr>
        <w:t xml:space="preserve">[48:28] </w:t>
      </w:r>
      <w:r>
        <w:t>aise logon ko apne liye sirf sakht tareen saza ka intezar karna chahiye.</w:t>
      </w:r>
    </w:p>
    <w:p>
      <w:pPr>
        <w:jc w:val="right"/>
      </w:pPr>
      <w:r>
        <w:t>ایسے لوگوں کو اپنے لیے صرف سخت ترین سزا کا انتظار کرنا چاہیے۔</w:t>
      </w:r>
    </w:p>
    <w:p>
      <w:r>
        <w:rPr>
          <w:b/>
        </w:rPr>
        <w:t xml:space="preserve">[48:38] </w:t>
      </w:r>
      <w:r>
        <w:t>inna allazeena aamano wa amilus saalihaati inna la nuzaiu ajra man ahsana amalaa.</w:t>
      </w:r>
    </w:p>
    <w:p>
      <w:pPr>
        <w:jc w:val="right"/>
      </w:pPr>
      <w:r>
        <w:t>إن الذين آمنوا وعملوا الصالحات إنا لا نضيع أجر من أحسن عملا.</w:t>
      </w:r>
    </w:p>
    <w:p>
      <w:r>
        <w:rPr>
          <w:b/>
        </w:rPr>
        <w:t xml:space="preserve">[48:49] </w:t>
      </w:r>
      <w:r>
        <w:t>ulaaika lahum jannatu adlin</w:t>
      </w:r>
    </w:p>
    <w:p>
      <w:pPr>
        <w:jc w:val="right"/>
      </w:pPr>
      <w:r>
        <w:t>أولئك لهم جنات عدل</w:t>
      </w:r>
    </w:p>
    <w:p>
      <w:r>
        <w:rPr>
          <w:b/>
        </w:rPr>
        <w:t xml:space="preserve">[48:54] </w:t>
      </w:r>
      <w:r>
        <w:t>tajree min tahtihamul anhaaru yuhallawna feeha min asaawira min zahabin.</w:t>
      </w:r>
    </w:p>
    <w:p>
      <w:pPr>
        <w:jc w:val="right"/>
      </w:pPr>
      <w:r>
        <w:t>تجري من تحتهم الأنهار يحلون فيها من أساور من ذهب.</w:t>
      </w:r>
    </w:p>
    <w:p>
      <w:r>
        <w:rPr>
          <w:b/>
        </w:rPr>
        <w:t xml:space="preserve">[49:03] </w:t>
      </w:r>
      <w:r>
        <w:t>yuhallawna feeha min asaawira min zahabin wa yulbasuana thiyaban khudraan</w:t>
      </w:r>
    </w:p>
    <w:p>
      <w:pPr>
        <w:jc w:val="right"/>
      </w:pPr>
      <w:r>
        <w:t>يحلون فيها من أساور من ذهب ويلبسون ثيابا خضرا</w:t>
      </w:r>
    </w:p>
    <w:p>
      <w:r>
        <w:rPr>
          <w:b/>
        </w:rPr>
        <w:t xml:space="preserve">[49:13] </w:t>
      </w:r>
      <w:r>
        <w:t>min sundusin wastabraqin muttakiyeena feeha. muttakiyeena feeha alal araaiki ni'mas sawabu wa hasunat murtifaqan.</w:t>
      </w:r>
    </w:p>
    <w:p>
      <w:pPr>
        <w:jc w:val="right"/>
      </w:pPr>
      <w:r>
        <w:t>من سندس واستبرق متكئين فيها. متكئين فيها على الأرائك نعم الثواب وحسنت مرتفقا.</w:t>
      </w:r>
    </w:p>
    <w:p>
      <w:r>
        <w:rPr>
          <w:b/>
        </w:rPr>
        <w:t xml:space="preserve">[49:34] </w:t>
      </w:r>
      <w:r>
        <w:t>beshak jo log imaan laye aur unhon ne achhe kaam kiye to hum aise logon ka ajar zaya nahi karenge jo achhi tarah kaam karen.</w:t>
      </w:r>
    </w:p>
    <w:p>
      <w:pPr>
        <w:jc w:val="right"/>
      </w:pPr>
      <w:r>
        <w:t>بے شک جو لوگ ایمان لائے اور انہوں نے اچھے کام کیے تو ہم ایسے لوگوں کا اجر ضائع نہیں کریں گے جو اچھی طرح کام کریں۔</w:t>
      </w:r>
    </w:p>
    <w:p>
      <w:r>
        <w:rPr>
          <w:b/>
        </w:rPr>
        <w:t xml:space="preserve">[49:47] </w:t>
      </w:r>
      <w:r>
        <w:t>un ke liye hamesha rehne wale bagh hain</w:t>
      </w:r>
    </w:p>
    <w:p>
      <w:pPr>
        <w:jc w:val="right"/>
      </w:pPr>
      <w:r>
        <w:t>ان کے لیے ہمیشہ رہنے والے باغ ہیں</w:t>
      </w:r>
    </w:p>
    <w:p>
      <w:r>
        <w:rPr>
          <w:b/>
        </w:rPr>
        <w:t xml:space="preserve">[49:51] </w:t>
      </w:r>
      <w:r>
        <w:t>jin ke neeche nahrein behti hongi.</w:t>
      </w:r>
    </w:p>
    <w:p>
      <w:pPr>
        <w:jc w:val="right"/>
      </w:pPr>
      <w:r>
        <w:t>جن کے نیچے نہریں بہتی ہوں گی۔</w:t>
      </w:r>
    </w:p>
    <w:p>
      <w:r>
        <w:rPr>
          <w:b/>
        </w:rPr>
        <w:t xml:space="preserve">[49:55] </w:t>
      </w:r>
      <w:r>
        <w:t>wahan un ko sone ke kangan pehnaye jayenge aur woh bareek aur dabeze resham ke sabz kapde pehnge takhton par tek lagaye hue.</w:t>
      </w:r>
    </w:p>
    <w:p>
      <w:pPr>
        <w:jc w:val="right"/>
      </w:pPr>
      <w:r>
        <w:t>وہاں ان کو سونے کے کنگن پہنائے جائیں گے اور وہ باریک اور دبیز ریشم کے سبز کپڑے پہنیں گے تختوں پر ٹیک لگائے ہوئے۔</w:t>
      </w:r>
    </w:p>
    <w:p>
      <w:r>
        <w:rPr>
          <w:b/>
        </w:rPr>
        <w:t xml:space="preserve">[50:11] </w:t>
      </w:r>
      <w:r>
        <w:t>kaisa achha badla hai aur kaisi achhi jagah.</w:t>
      </w:r>
    </w:p>
    <w:p>
      <w:pPr>
        <w:jc w:val="right"/>
      </w:pPr>
      <w:r>
        <w:t>کیسا اچھا بدلہ ہے اور کیسی اچھی جگہ۔</w:t>
      </w:r>
    </w:p>
    <w:p>
      <w:r>
        <w:rPr>
          <w:b/>
        </w:rPr>
        <w:t xml:space="preserve">[50:18] </w:t>
      </w:r>
      <w:r>
        <w:t>tashreeh: jo log ghamand, maslehat aur zahir parasti se khali hote hain un ka haal yeh hota hai ke jab khudai sadaqat un ke samne zahir hoti hai to woh us ko foran pehchan lete hain.</w:t>
      </w:r>
    </w:p>
    <w:p>
      <w:pPr>
        <w:jc w:val="right"/>
      </w:pPr>
      <w:r>
        <w:t>تشریح: جو لوگ گھمنڈ، مصلحت اور ظاہر پرستی سے خالی ہوتے ہیں ان کا حال یہ ہوتا ہے کہ جب خدائی صداقت ان کے سامنے ظاہر ہوتی ہے تو وہ اس کو فوراً پہچان لیتے ہیں۔</w:t>
      </w:r>
    </w:p>
    <w:p>
      <w:r>
        <w:rPr>
          <w:b/>
        </w:rPr>
        <w:t xml:space="preserve">[50:39] </w:t>
      </w:r>
      <w:r>
        <w:t>khwah woh sadaqat un ke jaise ek insaan ki zuban se kyun na zahir hui ho.</w:t>
      </w:r>
    </w:p>
    <w:p>
      <w:pPr>
        <w:jc w:val="right"/>
      </w:pPr>
      <w:r>
        <w:t>خواہ وہ صداقت ان کے جیسے ایک انسان کی زبان سے کیوں نہ ظاہر ہوئی ہو۔</w:t>
      </w:r>
    </w:p>
    <w:p>
      <w:r>
        <w:rPr>
          <w:b/>
        </w:rPr>
        <w:t xml:space="preserve">[50:50] </w:t>
      </w:r>
      <w:r>
        <w:t>woh apne aap ko haq ke aage daal dete hain. woh apni zindagi ko us ke mutabiq dhalna shuru kar dete hain na ke khud sadaqat ko apni zindagi ke mutabiq dhalne lagen.</w:t>
      </w:r>
    </w:p>
    <w:p>
      <w:pPr>
        <w:jc w:val="right"/>
      </w:pPr>
      <w:r>
        <w:t>وہ اپنے آپ کو حق کے آگے ڈال دیتے ہیں۔ وہ اپنی زندگی کو اس کے مطابق ڈھالنا شروع کر دیتے ہیں نہ کہ خود صداقت کو اپنی زندگی کے مطابق ڈھالنے لگیں۔</w:t>
      </w:r>
    </w:p>
    <w:p>
      <w:r>
        <w:rPr>
          <w:b/>
        </w:rPr>
        <w:t xml:space="preserve">[51:09] </w:t>
      </w:r>
      <w:r>
        <w:t>jo log is tarah haq parasti ka saboot dein woh Khuda ke mehboob bande hain.</w:t>
      </w:r>
    </w:p>
    <w:p>
      <w:pPr>
        <w:jc w:val="right"/>
      </w:pPr>
      <w:r>
        <w:t>جو لوگ اس طرح حق پرستی کا ثبوت دیں وہ خدا کے محبوب بندے ہیں۔</w:t>
      </w:r>
    </w:p>
    <w:p>
      <w:r>
        <w:rPr>
          <w:b/>
        </w:rPr>
        <w:t xml:space="preserve">[51:16] </w:t>
      </w:r>
      <w:r>
        <w:t>un ko akhirat mein shahana in'aamat se nawaza jayega.</w:t>
      </w:r>
    </w:p>
    <w:p>
      <w:pPr>
        <w:jc w:val="right"/>
      </w:pPr>
      <w:r>
        <w:t>ان کو آخرت میں شاہانہ انعامات سے نوازا جائے گا۔</w:t>
      </w:r>
    </w:p>
    <w:p>
      <w:r>
        <w:rPr>
          <w:b/>
        </w:rPr>
        <w:t xml:space="preserve">[51:26] </w:t>
      </w:r>
      <w:r>
        <w:t>wa daraba lahum mathal ar-rajulaini ja'alna li-ahadihima jannataini min a'anabin wa hafafnahuma bi-nakhlin wa ja'alna bainahuma zar'an.</w:t>
      </w:r>
    </w:p>
    <w:p>
      <w:pPr>
        <w:jc w:val="right"/>
      </w:pPr>
      <w:r>
        <w:t>وضرب لهم مثل الرجلين جعلنا لأحدهما جنتين من أعناب وحففناهما بنخل وجعلنا بينهما زرعا.</w:t>
      </w:r>
    </w:p>
    <w:p>
      <w:r>
        <w:rPr>
          <w:b/>
        </w:rPr>
        <w:t xml:space="preserve">[51:43] </w:t>
      </w:r>
      <w:r>
        <w:t>kullata al-jannataini aatat ukalaha wa lam tazlim minhu shai'an. wa fajjarna khilalahuma naharan.</w:t>
      </w:r>
    </w:p>
    <w:p>
      <w:pPr>
        <w:jc w:val="right"/>
      </w:pPr>
      <w:r>
        <w:t>كلتا الجنتين آتت أكلها ولم تظلم منه شيئا. وفجرنا خلالهما نهرا.</w:t>
      </w:r>
    </w:p>
    <w:p>
      <w:r>
        <w:rPr>
          <w:b/>
        </w:rPr>
        <w:t xml:space="preserve">[51:57] </w:t>
      </w:r>
      <w:r>
        <w:t>wa kana lahu thamarun fa-qala li-saahibihi wa huwa yuhawiruhu: "ana aktharu minka maalan wa a'azzu nafaran."</w:t>
      </w:r>
    </w:p>
    <w:p>
      <w:pPr>
        <w:jc w:val="right"/>
      </w:pPr>
      <w:r>
        <w:t>وكان له ثمر فقال لصاحبه وهو يحاوره: "أنا أكثر منك مالا وأعز نفرا."</w:t>
      </w:r>
    </w:p>
    <w:p>
      <w:r>
        <w:rPr>
          <w:b/>
        </w:rPr>
        <w:t xml:space="preserve">[52:11] </w:t>
      </w:r>
      <w:r>
        <w:t>wa dakhala jannatahu wa huwa zhaalimun li-nafsihi qala: "ma azunnu an tabida hazihi abadan." wa ma</w:t>
      </w:r>
    </w:p>
    <w:p>
      <w:pPr>
        <w:jc w:val="right"/>
      </w:pPr>
      <w:r>
        <w:t>ودخل جنته وهو ظالم لنفسه قال: "ما أظن أن تبيد هذه أبدا." وما</w:t>
      </w:r>
    </w:p>
    <w:p>
      <w:r>
        <w:rPr>
          <w:b/>
        </w:rPr>
        <w:t xml:space="preserve">[52:28] </w:t>
      </w:r>
      <w:r>
        <w:t>azunnu as-sa'ata qaaimatan wa la'in ruddittu ila rabbi la-ajidanna khayran minha munqalaban.</w:t>
      </w:r>
    </w:p>
    <w:p>
      <w:pPr>
        <w:jc w:val="right"/>
      </w:pPr>
      <w:r>
        <w:t>أظن الساعة قائمة ولئن رددت إلى ربي لأجدن خيرا منها منقلبا.</w:t>
      </w:r>
    </w:p>
    <w:p>
      <w:r>
        <w:rPr>
          <w:b/>
        </w:rPr>
        <w:t xml:space="preserve">[52:45] </w:t>
      </w:r>
      <w:r>
        <w:t>tum un ke samne ek misal pesh karo.</w:t>
      </w:r>
    </w:p>
    <w:p>
      <w:pPr>
        <w:jc w:val="right"/>
      </w:pPr>
      <w:r>
        <w:t>تم ان کے سامنے ایک مثال پیش کرو۔</w:t>
      </w:r>
    </w:p>
    <w:p>
      <w:r>
        <w:rPr>
          <w:b/>
        </w:rPr>
        <w:t xml:space="preserve">[52:50] </w:t>
      </w:r>
      <w:r>
        <w:t>do shakhs the un mein se aik ko hum ne angooron ke do bagh diye aur un ke gird khajoor ke darakhton ka ahata banaya aur dono ke darmiyan kheti rakh di.</w:t>
      </w:r>
    </w:p>
    <w:p>
      <w:pPr>
        <w:jc w:val="right"/>
      </w:pPr>
      <w:r>
        <w:t>دو شخص تھے ان میں سے ایک کو ہم نے انگوروں کے دو باغ دیے اور ان کے گرد کھجور کے درختوں کا احاطہ بنایا اور دونوں کے درمیان کھیتی رکھ دی۔</w:t>
      </w:r>
    </w:p>
    <w:p>
      <w:r>
        <w:rPr>
          <w:b/>
        </w:rPr>
        <w:t xml:space="preserve">[53:09] </w:t>
      </w:r>
      <w:r>
        <w:t>dono bagh apna poora phal laye. un mein kuch kami nahi ki. aur dono baghon ke beech hum ne nahar jari kardi aur us ko khoob phal mila.</w:t>
      </w:r>
    </w:p>
    <w:p>
      <w:pPr>
        <w:jc w:val="right"/>
      </w:pPr>
      <w:r>
        <w:t>دونوں باغ اپنا پورا پھل لائے۔ ان میں کچھ کمی نہیں کی۔ اور دونوں باغوں کے بیچ ہم نے نہر جاری کر دی اور اس کو خوب پھل ملا۔</w:t>
      </w:r>
    </w:p>
    <w:p>
      <w:r>
        <w:rPr>
          <w:b/>
        </w:rPr>
        <w:t xml:space="preserve">[53:24] </w:t>
      </w:r>
      <w:r>
        <w:t>to us ne apne saathi se baat karte hue kaha ke "main tujh se maal mein zyada hoon aur tadad mein bhi zyada taqatwar hoon."</w:t>
      </w:r>
    </w:p>
    <w:p>
      <w:pPr>
        <w:jc w:val="right"/>
      </w:pPr>
      <w:r>
        <w:t>تو اس نے اپنے ساتھی سے بات کرتے ہوئے کہا کہ "میں تجھ سے مال میں زیادہ ہوں اور تعداد میں بھی زیادہ طاقتور ہوں۔"</w:t>
      </w:r>
    </w:p>
    <w:p>
      <w:r>
        <w:rPr>
          <w:b/>
        </w:rPr>
        <w:t xml:space="preserve">[53:37] </w:t>
      </w:r>
      <w:r>
        <w:t>woh apne baagh mein daakhil hua aur woh apne aap par zulm kar raha tha.</w:t>
      </w:r>
    </w:p>
    <w:p>
      <w:pPr>
        <w:jc w:val="right"/>
      </w:pPr>
      <w:r>
        <w:t>وہ اپنے باغ میں داخل ہوا اور وہ اپنے آپ پر ظلم کر رہا تھا۔</w:t>
      </w:r>
    </w:p>
    <w:p>
      <w:r>
        <w:rPr>
          <w:b/>
        </w:rPr>
        <w:t xml:space="preserve">[53:44] </w:t>
      </w:r>
      <w:r>
        <w:t>us ne kaha ke "main nahi samajhta ke yeh kabhi barbaad ho jaye ga</w:t>
      </w:r>
    </w:p>
    <w:p>
      <w:pPr>
        <w:jc w:val="right"/>
      </w:pPr>
      <w:r>
        <w:t>اس نے کہا کہ "میں نہیں سمجھتا کہ یہ کبھی برباد ہو جائے گا</w:t>
      </w:r>
    </w:p>
    <w:p>
      <w:r>
        <w:rPr>
          <w:b/>
        </w:rPr>
        <w:t xml:space="preserve">[53:50] </w:t>
      </w:r>
      <w:r>
        <w:t>aur main nahi samajhta ke qayamat kabhi aaye gi."</w:t>
      </w:r>
    </w:p>
    <w:p>
      <w:pPr>
        <w:jc w:val="right"/>
      </w:pPr>
      <w:r>
        <w:t>اور میں نہیں سمجھتا کہ قیامت کبھی آئے گی۔"</w:t>
      </w:r>
    </w:p>
    <w:p>
      <w:r>
        <w:rPr>
          <w:b/>
        </w:rPr>
        <w:t xml:space="preserve">[53:55] </w:t>
      </w:r>
      <w:r>
        <w:t>aur agar main apne Rab ki taraf lotaya gaya to zaroor is se zyada achhi jagah mujh ko</w:t>
      </w:r>
    </w:p>
    <w:p>
      <w:pPr>
        <w:jc w:val="right"/>
      </w:pPr>
      <w:r>
        <w:t>اور اگر میں اپنے رب کی طرف لوٹایا گیا تو ضرور اس سے زیادہ اچھی جگہ مجھ کو</w:t>
      </w:r>
    </w:p>
    <w:p>
      <w:r>
        <w:rPr>
          <w:b/>
        </w:rPr>
        <w:t xml:space="preserve">[54:06] </w:t>
      </w:r>
      <w:r>
        <w:t>mile gi.</w:t>
      </w:r>
    </w:p>
    <w:p>
      <w:pPr>
        <w:jc w:val="right"/>
      </w:pPr>
      <w:r>
        <w:t>ملے گی۔</w:t>
      </w:r>
    </w:p>
    <w:p>
      <w:r>
        <w:rPr>
          <w:b/>
        </w:rPr>
        <w:t xml:space="preserve">[54:09] </w:t>
      </w:r>
      <w:r>
        <w:t>tashreeh: aik bagh jo khoob hara bhara ho phir qudrati aafat se achank khatam ho jaye wo is shakhs ki tamseel hai jo dunya mein dolat aur izzat pa kar ghamand mein mubtala ho jata hai.</w:t>
      </w:r>
    </w:p>
    <w:p>
      <w:pPr>
        <w:jc w:val="right"/>
      </w:pPr>
      <w:r>
        <w:t>تشریح: ایک باغ جو خوب ہرا بھرا ہو پھر قدرتی آفت سے اچانک ختم ہو جائے وہ اس شخص کی تمثیل ہے جو دنیا میں دولت اور عزت پا کر گھمنڈ میں مبتلا ہو جاتا ہے۔</w:t>
      </w:r>
    </w:p>
    <w:p>
      <w:r>
        <w:rPr>
          <w:b/>
        </w:rPr>
        <w:t xml:space="preserve">[54:30] </w:t>
      </w:r>
      <w:r>
        <w:t>dunya mein kisi insan ko dolat ya izzat ka jo hissa milta hai wo khuda ki taraf se bator inaam hota hai magar zalim insan aksar us ko apne liye inaam ya apni quwwat bazoo ka hasil samajh leta hai.</w:t>
      </w:r>
    </w:p>
    <w:p>
      <w:pPr>
        <w:jc w:val="right"/>
      </w:pPr>
      <w:r>
        <w:t>دنیا میں کسی انسان کو دولت یا عزت کا جو حصہ ملتا ہے وہ خدا کی طرف سے بطور انعام ہوتا ہے مگر ظالم انسان اکثر اس کو اپنے لیے انعام یا اپنی قوت بازو کا حاصل سمجھ لیتا ہے۔</w:t>
      </w:r>
    </w:p>
    <w:p>
      <w:r>
        <w:rPr>
          <w:b/>
        </w:rPr>
        <w:t xml:space="preserve">[54:52] </w:t>
      </w:r>
      <w:r>
        <w:t>is ka nateeja ye hota hai ke is ke andar sarkashi ke jazbat paida ho jate hain. wo</w:t>
      </w:r>
    </w:p>
    <w:p>
      <w:pPr>
        <w:jc w:val="right"/>
      </w:pPr>
      <w:r>
        <w:t>اس کا نتیجہ یہ ہوتا ہے کہ اس کے اندر سرکشی کے جذبات پیدا ہو جاتے ہیں۔ وہ</w:t>
      </w:r>
    </w:p>
    <w:p>
      <w:r>
        <w:rPr>
          <w:b/>
        </w:rPr>
        <w:t xml:space="preserve">[55:01] </w:t>
      </w:r>
      <w:r>
        <w:t>un logon ko haqeer samajhne lagta hai jin ke paas dolat aur izzat mein kam hissa mila ho. is</w:t>
      </w:r>
    </w:p>
    <w:p>
      <w:pPr>
        <w:jc w:val="right"/>
      </w:pPr>
      <w:r>
        <w:t>ان لوگوں کو حقیر سمجھنے لگتا ہے جن کے پاس دولت اور عزت میں کم حصہ ملا ہو۔ اس</w:t>
      </w:r>
    </w:p>
    <w:p>
      <w:r>
        <w:rPr>
          <w:b/>
        </w:rPr>
        <w:t xml:space="preserve">[55:10] </w:t>
      </w:r>
      <w:r>
        <w:t>ki nafsiyaat aisi ho jati hai goya us ki dunya kabhi khatam hone wali nahi. aur agar ye dunya khatam ho kar doosri dunya bani to koi wajah nahi ke wahan bhi is ka haal acha na ho jis tarah yahan is ka haal acha hai.</w:t>
      </w:r>
    </w:p>
    <w:p>
      <w:pPr>
        <w:jc w:val="right"/>
      </w:pPr>
      <w:r>
        <w:t>کی نفسیات ایسی ہو جاتی ہے گویا اس کی دنیا کبھی ختم ہونے والی نہیں۔ اور اگر یہ دنیا ختم ہو کر دوسری دنیا بنی تو کوئی وجہ نہیں کہ وہاں بھی اس کا حال اچھا نہ ہو جس طرح یہاں اس کا حال اچھا ہے۔</w:t>
      </w:r>
    </w:p>
    <w:p>
      <w:r>
        <w:rPr>
          <w:b/>
        </w:rPr>
        <w:t xml:space="preserve">[55:34] </w:t>
      </w:r>
      <w:r>
        <w:t>ye imtehan ki halat par inaam ki halat ko qayas karna hai</w:t>
      </w:r>
    </w:p>
    <w:p>
      <w:pPr>
        <w:jc w:val="right"/>
      </w:pPr>
      <w:r>
        <w:t>یہ امتحان کی حالت پر انعام کی حالت کو قیاس کرنا ہے</w:t>
      </w:r>
    </w:p>
    <w:p>
      <w:r>
        <w:rPr>
          <w:b/>
        </w:rPr>
        <w:t xml:space="preserve">[55:39] </w:t>
      </w:r>
      <w:r>
        <w:t>halankeh dono mein koi nisbat nahi.</w:t>
      </w:r>
    </w:p>
    <w:p>
      <w:pPr>
        <w:jc w:val="right"/>
      </w:pPr>
      <w:r>
        <w:t>حالانکہ دونوں میں کوئی نسبت نہیں۔</w:t>
      </w:r>
    </w:p>
    <w:p>
      <w:r>
        <w:rPr>
          <w:b/>
        </w:rPr>
        <w:t xml:space="preserve">[55:47] </w:t>
      </w:r>
      <w:r>
        <w:t>qaala lahu saahibuhu wa huwa yuhaawiruhu: "akafarta billazi khalaqaka min turaabin thumma min nutfatin thumma min nutfatin</w:t>
      </w:r>
    </w:p>
    <w:p>
      <w:pPr>
        <w:jc w:val="right"/>
      </w:pPr>
      <w:r>
        <w:t>قال له صاحبه وهو يحاوره: "أكفرت بالذي خلقك من تراب ثم من نطفة ثم من نطفة</w:t>
      </w:r>
    </w:p>
    <w:p>
      <w:r>
        <w:rPr>
          <w:b/>
        </w:rPr>
        <w:t xml:space="preserve">[56:05] </w:t>
      </w:r>
      <w:r>
        <w:t>thumma sawwaaka rajulan. laakin huwallahu rabbi wa laa ushriku birabbi ahadan.</w:t>
      </w:r>
    </w:p>
    <w:p>
      <w:pPr>
        <w:jc w:val="right"/>
      </w:pPr>
      <w:r>
        <w:t>ثم سواك رجلا. لكن هو الله ربي ولا أشرك بربي أحدا.</w:t>
      </w:r>
    </w:p>
    <w:p>
      <w:r>
        <w:rPr>
          <w:b/>
        </w:rPr>
        <w:t xml:space="preserve">[56:21] </w:t>
      </w:r>
      <w:r>
        <w:t>wa laula</w:t>
      </w:r>
    </w:p>
    <w:p>
      <w:pPr>
        <w:jc w:val="right"/>
      </w:pPr>
      <w:r>
        <w:t>ولولا</w:t>
      </w:r>
    </w:p>
    <w:p>
      <w:r>
        <w:rPr>
          <w:b/>
        </w:rPr>
        <w:t xml:space="preserve">[56:23] </w:t>
      </w:r>
      <w:r>
        <w:t>iz dakhaltu jannataka qultu: ma shaa' Allahu laa quwwata illa billah.</w:t>
      </w:r>
    </w:p>
    <w:p>
      <w:pPr>
        <w:jc w:val="right"/>
      </w:pPr>
      <w:r>
        <w:t>إذ دخلت جنتك قلت: ما شاء الله لا قوة إلا بالله.</w:t>
      </w:r>
    </w:p>
    <w:p>
      <w:r>
        <w:rPr>
          <w:b/>
        </w:rPr>
        <w:t xml:space="preserve">[56:36] </w:t>
      </w:r>
      <w:r>
        <w:t>in tarani ana aqalla minka maalan wa waladan.</w:t>
      </w:r>
    </w:p>
    <w:p>
      <w:pPr>
        <w:jc w:val="right"/>
      </w:pPr>
      <w:r>
        <w:t>إن ترني أنا أقل منك مالا وولدا.</w:t>
      </w:r>
    </w:p>
    <w:p>
      <w:r>
        <w:rPr>
          <w:b/>
        </w:rPr>
        <w:t xml:space="preserve">[56:43] </w:t>
      </w:r>
      <w:r>
        <w:t>fa'asa rabbi an yu'tiyani khayran min jannatika wa yursila 'alayhaa husbaanan.</w:t>
      </w:r>
    </w:p>
    <w:p>
      <w:pPr>
        <w:jc w:val="right"/>
      </w:pPr>
      <w:r>
        <w:t>فعسى ربي أن يؤتيني خيرا من جنتك ويرسل عليها حسبانا.</w:t>
      </w:r>
    </w:p>
    <w:p>
      <w:r>
        <w:rPr>
          <w:b/>
        </w:rPr>
        <w:t xml:space="preserve">[56:57] </w:t>
      </w:r>
      <w:r>
        <w:t>wa yursila 'alayhaa husbaanan minas samaa'i</w:t>
      </w:r>
    </w:p>
    <w:p>
      <w:pPr>
        <w:jc w:val="right"/>
      </w:pPr>
      <w:r>
        <w:t>ويرسل عليها حسبانا من السماء</w:t>
      </w:r>
    </w:p>
    <w:p>
      <w:r>
        <w:rPr>
          <w:b/>
        </w:rPr>
        <w:t xml:space="preserve">[57:02] </w:t>
      </w:r>
      <w:r>
        <w:t>fatusbiha sa'eedan zalqan aw yusbiha maa'uhaa ghawran falan tastatee'a lahu talaban."</w:t>
      </w:r>
    </w:p>
    <w:p>
      <w:pPr>
        <w:jc w:val="right"/>
      </w:pPr>
      <w:r>
        <w:t>فتصبح صعيدا زلقا أو يصبح ماؤها غورا فلن تستطيع له طلبا."</w:t>
      </w:r>
    </w:p>
    <w:p>
      <w:r>
        <w:rPr>
          <w:b/>
        </w:rPr>
        <w:t xml:space="preserve">[57:19] </w:t>
      </w:r>
      <w:r>
        <w:t>us ke saathi ne baat karte hue kaha: "kya tum is zaat se inkaar kar rahe ho jis ne tum ko mitti se banaya phir pani ki aik boond se phir tum ko poora aadmi bana diya?</w:t>
      </w:r>
    </w:p>
    <w:p>
      <w:pPr>
        <w:jc w:val="right"/>
      </w:pPr>
      <w:r>
        <w:t>اس کے ساتھی نے بات کرتے ہوئے کہا: "کیا تم اس ذات سے انکار کر رہے ہو جس نے تم کو مٹی سے بنایا پھر پانی کی ایک بوند سے پھر تم کو پورا آدمی بنا دیا؟</w:t>
      </w:r>
    </w:p>
    <w:p>
      <w:r>
        <w:rPr>
          <w:b/>
        </w:rPr>
        <w:t xml:space="preserve">[57:37] </w:t>
      </w:r>
      <w:r>
        <w:t>lekin mera rab to wohi Allah hai aur main apne rab ke sath kisi ko shareek nahi thahraata.</w:t>
      </w:r>
    </w:p>
    <w:p>
      <w:pPr>
        <w:jc w:val="right"/>
      </w:pPr>
      <w:r>
        <w:t>لیکن میرا رب تو وہی اللہ ہے اور میں اپنے رب کے ساتھ کسی کو شریک نہیں ٹھہراتا۔</w:t>
      </w:r>
    </w:p>
    <w:p>
      <w:r>
        <w:rPr>
          <w:b/>
        </w:rPr>
        <w:t xml:space="preserve">[57:48] </w:t>
      </w:r>
      <w:r>
        <w:t>aur jab tum apne bagh mein dakhil hue to tum ne kyun na kaha ke jo Allah chahta hai wohi hota hai? Allah ke baghair kisi mein koi quwwat nahi.</w:t>
      </w:r>
    </w:p>
    <w:p>
      <w:pPr>
        <w:jc w:val="right"/>
      </w:pPr>
      <w:r>
        <w:t>اور جب تم اپنے باغ میں داخل ہوئے تو تم نے کیوں نہ کہا کہ جو اللہ چاہتا ہے وہی ہوتا ہے؟ اللہ کے بغیر کسی میں کوئی قوت نہیں۔</w:t>
      </w:r>
    </w:p>
    <w:p>
      <w:r>
        <w:rPr>
          <w:b/>
        </w:rPr>
        <w:t xml:space="preserve">[58:04] </w:t>
      </w:r>
      <w:r>
        <w:t>agar tum dekhte ho ke main maal aur aulad mein tum se kam hoon to umeed hai ke mera rab mujh ko tumhare bagh se behtar bagh de de aur tumhare bagh par aasman se koi aafat bhej de jis se woh bagh saaf maidan ho kar reh jaye ya is ka pani khushk ho jaye</w:t>
      </w:r>
    </w:p>
    <w:p>
      <w:pPr>
        <w:jc w:val="right"/>
      </w:pPr>
      <w:r>
        <w:t>اگر تم دیکھتے ہو کہ میں مال اور اولاد میں تم سے کم ہوں تو امید ہے کہ میرا رب مجھ کو تمہارے باغ سے بہتر باغ دے دے اور تمہارے باغ پر آسمان سے کوئی آفت بھیج دے جس سے وہ باغ صاف میدان ہو کر رہ جائے یا اس کا پانی خشک ہو جائے</w:t>
      </w:r>
    </w:p>
    <w:p>
      <w:r>
        <w:rPr>
          <w:b/>
        </w:rPr>
        <w:t xml:space="preserve">[58:30] </w:t>
      </w:r>
      <w:r>
        <w:t>phir tum us ko kisi tarah na pa sako."</w:t>
      </w:r>
    </w:p>
    <w:p>
      <w:pPr>
        <w:jc w:val="right"/>
      </w:pPr>
      <w:r>
        <w:t>پھر تم اس کو کسی طرح نہ پا سکو۔"</w:t>
      </w:r>
    </w:p>
    <w:p>
      <w:r>
        <w:rPr>
          <w:b/>
        </w:rPr>
        <w:t xml:space="preserve">[58:37] </w:t>
      </w:r>
      <w:r>
        <w:t>tashreeh: khuda kisi insan ko dolat de to us ko khuda ka shukr guzar banda ban kar rehna chahiye.</w:t>
      </w:r>
    </w:p>
    <w:p>
      <w:pPr>
        <w:jc w:val="right"/>
      </w:pPr>
      <w:r>
        <w:t>تشریح: خدا کسی انسان کو دولت دے تو اس کو خدا کا شکر گزار بندہ بن کر رہنا چاہیے۔</w:t>
      </w:r>
    </w:p>
    <w:p>
      <w:r>
        <w:rPr>
          <w:b/>
        </w:rPr>
        <w:t xml:space="preserve">[58:49] </w:t>
      </w:r>
      <w:r>
        <w:t>lekin agar zehn sahih na ho to daulat mandi aadmi ke liye sarkashi ka sabab ban jati hai.</w:t>
      </w:r>
    </w:p>
    <w:p>
      <w:pPr>
        <w:jc w:val="right"/>
      </w:pPr>
      <w:r>
        <w:t>لیکن اگر ذہن صحیح نہ ہو تو دولت مندی آدمی کے لیے سرکشی کا سبب بن جاتی ہے۔</w:t>
      </w:r>
    </w:p>
    <w:p>
      <w:r>
        <w:rPr>
          <w:b/>
        </w:rPr>
        <w:t xml:space="preserve">[59:00] </w:t>
      </w:r>
      <w:r>
        <w:t>is ke bar aks agar zehn sahih hai to maflisi mein bhi aadmi khuda ko nahi bhulta. jo kuch mila hai us par qaneh reh kar woh umeed rakhta hai ke is ka khuda us ko mazeed de ga.</w:t>
      </w:r>
    </w:p>
    <w:p>
      <w:pPr>
        <w:jc w:val="right"/>
      </w:pPr>
      <w:r>
        <w:t>اس کے برعکس اگر ذہن صحیح ہے تو مفلسی میں بھی آدمی خدا کو نہیں بھولتا۔ جو کچھ ملا ہے اس پر قانع رہ کر وہ امید رکھتا ہے کہ اس کا خدا اس کو مزید دے گا۔</w:t>
      </w:r>
    </w:p>
    <w:p>
      <w:r>
        <w:rPr>
          <w:b/>
        </w:rPr>
        <w:t xml:space="preserve">[59:21] </w:t>
      </w:r>
      <w:r>
        <w:t>aadmi agar aankh khol kar dunya mein rahe to kabhi woh sarkashi mein mubtala na ho.</w:t>
      </w:r>
    </w:p>
    <w:p>
      <w:pPr>
        <w:jc w:val="right"/>
      </w:pPr>
      <w:r>
        <w:t>آدمی اگر آنکھ کھول کر دنیا میں رہے تو کبھی وہ سرکشی میں مبتلا نہ ہو۔</w:t>
      </w:r>
    </w:p>
    <w:p>
      <w:r>
        <w:rPr>
          <w:b/>
        </w:rPr>
        <w:t xml:space="preserve">[59:29] </w:t>
      </w:r>
      <w:r>
        <w:t>insan ek haqeer wajood ki hesiyat se parvarish pata hai. is ko hadsat pesh ate hain.</w:t>
      </w:r>
    </w:p>
    <w:p>
      <w:pPr>
        <w:jc w:val="right"/>
      </w:pPr>
      <w:r>
        <w:t>انسان ایک حقیر وجود کی حیثیت سے پرورش پاتا ہے۔ اس کو حادثات پیش آتے ہیں۔</w:t>
      </w:r>
    </w:p>
    <w:p>
      <w:r>
        <w:rPr>
          <w:b/>
        </w:rPr>
        <w:t xml:space="preserve">[59:38] </w:t>
      </w:r>
      <w:r>
        <w:t>is ko bimari aur barhapa lahiq hota hai. pani aur doosri chezen jin ke zariye woh is dunya mein apna bagh banata hai un mein se koi cheez bhi is ke zaati qabze mein nahi.</w:t>
      </w:r>
    </w:p>
    <w:p>
      <w:pPr>
        <w:jc w:val="right"/>
      </w:pPr>
      <w:r>
        <w:t>اس کو بیماری اور بڑھاپا لاحق ہوتا ہے۔ پانی اور دوسری چیزیں جن کے ذریعے وہ اس دنیا میں اپنا باغ بناتا ہے ان میں سے کوئی چیز بھی اس کے ذاتی قبضے میں نہیں۔</w:t>
      </w:r>
    </w:p>
    <w:p>
      <w:r>
        <w:rPr>
          <w:b/>
        </w:rPr>
        <w:t xml:space="preserve">[59:59] </w:t>
      </w:r>
      <w:r>
        <w:t>yeh sab is liye hai ke aadmi mutawazi ban kar dunya mein rahe magar zalim insan kisi cheez se sabq nahi leta.</w:t>
      </w:r>
    </w:p>
    <w:p>
      <w:pPr>
        <w:jc w:val="right"/>
      </w:pPr>
      <w:r>
        <w:t>یہ سب اس لیے ہے کہ آدمی متواضع بن کر دنیا میں رہے مگر ظالم انسان کسی چیز سے سبق نہیں لیتا۔</w:t>
      </w:r>
    </w:p>
    <w:p>
      <w:r>
        <w:rPr>
          <w:b/>
        </w:rPr>
        <w:t xml:space="preserve">[1:00:11] </w:t>
      </w:r>
      <w:r>
        <w:t>is ko is waqt tak hosh nahi ata jab tak woh har cheez se mahroom ho kar</w:t>
      </w:r>
    </w:p>
    <w:p>
      <w:pPr>
        <w:jc w:val="right"/>
      </w:pPr>
      <w:r>
        <w:t>اس کو اس وقت تک ہوش نہیں آتا جب تک وہ ہر چیز سے محروم ہو کر</w:t>
      </w:r>
    </w:p>
    <w:p>
      <w:r>
        <w:rPr>
          <w:b/>
        </w:rPr>
        <w:t xml:space="preserve">[1:00:18] </w:t>
      </w:r>
      <w:r>
        <w:t>apni aankhon se dekh na le ke is ke paas ajz ke siwa aur kuch na tha.</w:t>
      </w:r>
    </w:p>
    <w:p>
      <w:pPr>
        <w:jc w:val="right"/>
      </w:pPr>
      <w:r>
        <w:t>اپنی آنکھوں سے دیکھ نہ لے کہ اس کے پاس عجز کے سوا اور کچھ نہ تھا۔</w:t>
      </w:r>
    </w:p>
    <w:p>
      <w:r>
        <w:rPr>
          <w:b/>
        </w:rPr>
        <w:t xml:space="preserve">[1:00:28] </w:t>
      </w:r>
      <w:r>
        <w:t>wa ehit bi thumrih fa asbah yqllb kfih al ma anfaq fih wa hi khawiyah al urushih.</w:t>
      </w:r>
    </w:p>
    <w:p>
      <w:pPr>
        <w:jc w:val="right"/>
      </w:pPr>
      <w:r>
        <w:t>وأحيط بثمره فأصبح يقلب كفيه على ما أنفق فيها وهي خاوية على عروشها.</w:t>
      </w:r>
    </w:p>
    <w:p>
      <w:r>
        <w:rPr>
          <w:b/>
        </w:rPr>
        <w:t xml:space="preserve">[1:00:42] </w:t>
      </w:r>
      <w:r>
        <w:t>wa hi khawiyah al urushih wa yqul ya laytni lm ushrik brbbi</w:t>
      </w:r>
    </w:p>
    <w:p>
      <w:pPr>
        <w:jc w:val="right"/>
      </w:pPr>
      <w:r>
        <w:t>وهي خاوية على عروشها ويقول: "يا ليتني لم أشرك بربي</w:t>
      </w:r>
    </w:p>
    <w:p>
      <w:r>
        <w:rPr>
          <w:b/>
        </w:rPr>
        <w:t xml:space="preserve">[1:00:52] </w:t>
      </w:r>
      <w:r>
        <w:t>ahdan wa lam tkun lh fiah ynsrunh min dun allh wa ma kan muntsra.</w:t>
      </w:r>
    </w:p>
    <w:p>
      <w:pPr>
        <w:jc w:val="right"/>
      </w:pPr>
      <w:r>
        <w:t>أحدا ولم تكن له فئة ينصرونه من دون الله وما كان منتصرا.</w:t>
      </w:r>
    </w:p>
    <w:p>
      <w:r>
        <w:rPr>
          <w:b/>
        </w:rPr>
        <w:t xml:space="preserve">[1:01:05] </w:t>
      </w:r>
      <w:r>
        <w:t>hnalk al wilah lillh al hqq</w:t>
      </w:r>
    </w:p>
    <w:p>
      <w:pPr>
        <w:jc w:val="right"/>
      </w:pPr>
      <w:r>
        <w:t>هنالك الولاية لله الحق</w:t>
      </w:r>
    </w:p>
    <w:p>
      <w:r>
        <w:rPr>
          <w:b/>
        </w:rPr>
        <w:t xml:space="preserve">[1:01:10] </w:t>
      </w:r>
      <w:r>
        <w:t>hu khayr thwaba wa khayr uqba."</w:t>
      </w:r>
    </w:p>
    <w:p>
      <w:pPr>
        <w:jc w:val="right"/>
      </w:pPr>
      <w:r>
        <w:t>هو خير ثوابا وخير عقبا."</w:t>
      </w:r>
    </w:p>
    <w:p>
      <w:r>
        <w:rPr>
          <w:b/>
        </w:rPr>
        <w:t xml:space="preserve">[1:01:18] </w:t>
      </w:r>
      <w:r>
        <w:t>aur is ke phal par aafat aai to jo kuch is ne us par kharch kiya tha us par woh hath malta reh gaya aur woh bagh apni tatiyon par gira hua pada tha.</w:t>
      </w:r>
    </w:p>
    <w:p>
      <w:pPr>
        <w:jc w:val="right"/>
      </w:pPr>
      <w:r>
        <w:t>اور اس کے پھل پر آفت آئی تو جو کچھ اس نے اس پر خرچ کیا تھا اس پر وہ ہاتھ ملتا رہ گیا اور وہ باغ اپنی ٹٹیوں پر گرا ہوا پڑا تھا۔</w:t>
      </w:r>
    </w:p>
    <w:p>
      <w:r>
        <w:rPr>
          <w:b/>
        </w:rPr>
        <w:t xml:space="preserve">[1:01:34] </w:t>
      </w:r>
      <w:r>
        <w:t>aur woh kehne laga ke "ae kash mein apne rab ke sath kisi ko shareek na thehrata aur is ke paas koi jatha na tha jo khuda ke siwa is ki madad karta aur na woh khud badla lene wala ban saka.</w:t>
      </w:r>
    </w:p>
    <w:p>
      <w:pPr>
        <w:jc w:val="right"/>
      </w:pPr>
      <w:r>
        <w:t>اور وہ کہنے لگا کہ "اے کاش میں اپنے رب کے ساتھ کسی کو شریک نہ ٹھہراتا اور اس کے پاس کوئی جتھا نہ تھا جو خدا کے سوا اس کی مدد کرتا اور نہ وہ خود بدلہ لینے والا بن سکا۔</w:t>
      </w:r>
    </w:p>
    <w:p>
      <w:r>
        <w:rPr>
          <w:b/>
        </w:rPr>
        <w:t xml:space="preserve">[1:01:54] </w:t>
      </w:r>
      <w:r>
        <w:t>yahan sara ikhtiyar sirf khuda e bar haq ka hai. woh behtareen ajr aur behtareen anjam wala hai."</w:t>
      </w:r>
    </w:p>
    <w:p>
      <w:pPr>
        <w:jc w:val="right"/>
      </w:pPr>
      <w:r>
        <w:t>یہاں سارا اختیار صرف خدائے برحق کا ہے۔ وہ بہترین اجر اور بہترین انجام والا ہے۔"</w:t>
      </w:r>
    </w:p>
    <w:p>
      <w:r>
        <w:rPr>
          <w:b/>
        </w:rPr>
        <w:t xml:space="preserve">[1:02:08] </w:t>
      </w:r>
      <w:r>
        <w:t>tashreeh: aadmi ek kaam mein apni poonji lagata hai aur apni qabliyat sarf karta hai.</w:t>
      </w:r>
    </w:p>
    <w:p>
      <w:pPr>
        <w:jc w:val="right"/>
      </w:pPr>
      <w:r>
        <w:t>تشریح: آدمی ایک کام میں اپنی پوجی لگاتا ہے اور اپنی قابلیت صرف کرتا ہے۔</w:t>
      </w:r>
    </w:p>
    <w:p>
      <w:r>
        <w:rPr>
          <w:b/>
        </w:rPr>
        <w:t xml:space="preserve">[1:02:18] </w:t>
      </w:r>
      <w:r>
        <w:t>woh samajhta hai ke meri qabliyat aur meri poonji kamyab nateejay ke sath meri taraf lotay gi magar mukhtalif qism ke hadsat ate hain aur is ki umeedon ko tahs nahes kar dete hain.</w:t>
      </w:r>
    </w:p>
    <w:p>
      <w:pPr>
        <w:jc w:val="right"/>
      </w:pPr>
      <w:r>
        <w:t>وہ سمجھتا ہے کہ میری قابلیت اور میری پوجی کامیاب نتیجے کے ساتھ میری طرف لوٹے گی مگر مختلف قسم کے حادثات آتے ہیں اور اس کی امیدوں کو تحس نہس کر دیتے ہیں۔</w:t>
      </w:r>
    </w:p>
    <w:p>
      <w:r>
        <w:rPr>
          <w:b/>
        </w:rPr>
        <w:t xml:space="preserve">[1:02:36] </w:t>
      </w:r>
      <w:r>
        <w:t>aadmi ki koi bhi tadbeer ya is ki koi bhi qabliyat is ko bachane wali sabit nahi hoti.</w:t>
      </w:r>
    </w:p>
    <w:p>
      <w:pPr>
        <w:jc w:val="right"/>
      </w:pPr>
      <w:r>
        <w:t>آدمی کی کوئی بھی تدبیر یا اس کی کوئی بھی قابلیت اس کو بچانے والی ثابت نہیں ہوتی۔</w:t>
      </w:r>
    </w:p>
    <w:p>
      <w:r>
        <w:rPr>
          <w:b/>
        </w:rPr>
        <w:t xml:space="preserve">[1:02:47] </w:t>
      </w:r>
      <w:r>
        <w:t>khuda maujooda dunya mein bar bar is tarah ke namune dikhata hai ta ke insan is se sabq le ta ke woh khuda ke siwa kisi doosri cheez ko ahmiyat dene ki ghalti na kare.</w:t>
      </w:r>
    </w:p>
    <w:p>
      <w:pPr>
        <w:jc w:val="right"/>
      </w:pPr>
      <w:r>
        <w:t>خدا موجودہ دنیا میں بار بار اس طرح کے نمونے دکھاتا ہے تاکہ انسان اس سے سبق لے تاکہ وہ خدا کے سوا کسی دوسری چیز کو اہمیت دینے کی غلطی نہ کرے۔</w:t>
      </w:r>
    </w:p>
    <w:p>
      <w:r>
        <w:rPr>
          <w:b/>
        </w:rPr>
        <w:t xml:space="preserve">[1:03:08] </w:t>
      </w:r>
      <w:r>
        <w:t>wa dhrb lhm mthl al hiah al dunya kma anzlnah min al smia.</w:t>
      </w:r>
    </w:p>
    <w:p>
      <w:pPr>
        <w:jc w:val="right"/>
      </w:pPr>
      <w:r>
        <w:t>واضرب لهم مثل الحياة الدنيا كما أنزلناه من السماء.</w:t>
      </w:r>
    </w:p>
    <w:p>
      <w:r>
        <w:rPr>
          <w:b/>
        </w:rPr>
        <w:t xml:space="preserve">[1:03:21] </w:t>
      </w:r>
      <w:r>
        <w:t>kma anzlnah min al smia</w:t>
      </w:r>
    </w:p>
    <w:p>
      <w:pPr>
        <w:jc w:val="right"/>
      </w:pPr>
      <w:r>
        <w:t>كما أنزلناه من السماء</w:t>
      </w:r>
    </w:p>
    <w:p>
      <w:r>
        <w:rPr>
          <w:b/>
        </w:rPr>
        <w:t xml:space="preserve">[1:03:28] </w:t>
      </w:r>
      <w:r>
        <w:t>fa akhtlt bih nbat al ard fa asbah hshiman thdwrh al riyh. wa kan allh al kl shay mqtadra.</w:t>
      </w:r>
    </w:p>
    <w:p>
      <w:pPr>
        <w:jc w:val="right"/>
      </w:pPr>
      <w:r>
        <w:t>فاختلط به نبات الأرض فأصبح هشيما تذروه الرياح. وكان الله على كل شيء مقتدرا.</w:t>
      </w:r>
    </w:p>
    <w:p>
      <w:r>
        <w:rPr>
          <w:b/>
        </w:rPr>
        <w:t xml:space="preserve">[1:03:43] </w:t>
      </w:r>
      <w:r>
        <w:t>al mal wa al bnnun zinh al hiah al dunya wa al bqiat al slhat khayr</w:t>
      </w:r>
    </w:p>
    <w:p>
      <w:pPr>
        <w:jc w:val="right"/>
      </w:pPr>
      <w:r>
        <w:t>المال والبنون زينة الحياة الدنيا والباقيات الصالحات خير</w:t>
      </w:r>
    </w:p>
    <w:p>
      <w:r>
        <w:rPr>
          <w:b/>
        </w:rPr>
        <w:t xml:space="preserve">[1:03:51] </w:t>
      </w:r>
      <w:r>
        <w:t>ind rabbik thwaba wa khayr amla."</w:t>
      </w:r>
    </w:p>
    <w:p>
      <w:pPr>
        <w:jc w:val="right"/>
      </w:pPr>
      <w:r>
        <w:t>عند ربك ثوابا وخير أملا.</w:t>
      </w:r>
    </w:p>
    <w:p>
      <w:r>
        <w:rPr>
          <w:b/>
        </w:rPr>
        <w:t xml:space="preserve">[1:03:58] </w:t>
      </w:r>
      <w:r>
        <w:t>aur un ko dunya ki zindagi ki misaal sunao jaise ke pani jis ko hum ne aasman se utara phir us se zameen ki nabatat khoob ghani ho gayi woh reza reza ho gayi jis ko hawaein urati phir ti hain aur Allah har cheez par qudrat rakhne wala hai.</w:t>
      </w:r>
    </w:p>
    <w:p>
      <w:pPr>
        <w:jc w:val="right"/>
      </w:pPr>
      <w:r>
        <w:t>اور ان کو دنیا کی زندگی کی مثال سناؤ جیسے کہ پانی جس کو ہم نے آسمان سے اتارا پھر اس سے زمین کی نباتات خوب گھنی ہو گئی وہ ریزہ ریزہ ہو گئی جس کو ہوائیں اڑاتی پھرتی ہیں اور اللہ ہر چیز پر قدرت رکھنے والا ہے۔</w:t>
      </w:r>
    </w:p>
    <w:p>
      <w:r>
        <w:rPr>
          <w:b/>
        </w:rPr>
        <w:t xml:space="preserve">[1:04:27] </w:t>
      </w:r>
      <w:r>
        <w:t>maal aur aulad dunyavi zindagi ki ronak hain aur baqi rehne wali nekiyan tumhare rab ke nazdeek sawab ke aitbar se behtar hain.</w:t>
      </w:r>
    </w:p>
    <w:p>
      <w:pPr>
        <w:jc w:val="right"/>
      </w:pPr>
      <w:r>
        <w:t>مال اور اولاد دنیاوی زندگی کی رونق ہیں اور باقی رہنے والی نیکیاں تمہارے رب کے نزدیک ثواب کے اعتبار سے بہتر ہیں۔</w:t>
      </w:r>
    </w:p>
    <w:p>
      <w:r>
        <w:rPr>
          <w:b/>
        </w:rPr>
        <w:t xml:space="preserve">[1:04:41] </w:t>
      </w:r>
      <w:r>
        <w:t>tashreeh:</w:t>
      </w:r>
    </w:p>
    <w:p>
      <w:pPr>
        <w:jc w:val="right"/>
      </w:pPr>
      <w:r>
        <w:t>تشریح:</w:t>
      </w:r>
    </w:p>
    <w:p>
      <w:r>
        <w:rPr>
          <w:b/>
        </w:rPr>
        <w:t xml:space="preserve">[1:04:45] </w:t>
      </w:r>
      <w:r>
        <w:t>dunya akhirat ki tamseel hai. pani pa kar zameen jab sar sabz ho jati hai to bazahir aisa maloom hota hai ke woh hamesha isi tarah rahe gi magar is ke baad mosam badalta hai aur sara sabza sookh kar khatam ho jata hai.</w:t>
      </w:r>
    </w:p>
    <w:p>
      <w:pPr>
        <w:jc w:val="right"/>
      </w:pPr>
      <w:r>
        <w:t>دنیا آخرت کی تمثیل ہے۔ پانی پا کر زمین جب سرسبز ہو جاتی ہے تو بظاہر ایسا معلوم ہوتا ہے کہ وہ ہمیشہ اسی طرح رہے گی مگر اس کے بعد موسم بدلتا ہے اور سارا سبزہ سوکھ کر ختم ہو جاتا ہے۔</w:t>
      </w:r>
    </w:p>
    <w:p>
      <w:r>
        <w:rPr>
          <w:b/>
        </w:rPr>
        <w:t xml:space="preserve">[1:05:08] </w:t>
      </w:r>
      <w:r>
        <w:t>yahi haal dunya ki ronak ka hai.</w:t>
      </w:r>
    </w:p>
    <w:p>
      <w:pPr>
        <w:jc w:val="right"/>
      </w:pPr>
      <w:r>
        <w:t>یہی حال دنیا کی رونق کا ہے۔</w:t>
      </w:r>
    </w:p>
    <w:p>
      <w:r>
        <w:rPr>
          <w:b/>
        </w:rPr>
        <w:t xml:space="preserve">[1:05:12] </w:t>
      </w:r>
      <w:r>
        <w:t>dunya ki ronakein admi ko apni taraf khenchti hain magar yeh tamam ronakein intehai aarzi hain.</w:t>
      </w:r>
    </w:p>
    <w:p>
      <w:pPr>
        <w:jc w:val="right"/>
      </w:pPr>
      <w:r>
        <w:t>دنیا کی رونقیں آدمی کو اپنی طرف کھینچتی ہیں مگر یہ تمام رونقیں انتہائی عارضی ہیں۔</w:t>
      </w:r>
    </w:p>
    <w:p>
      <w:r>
        <w:rPr>
          <w:b/>
        </w:rPr>
        <w:t xml:space="preserve">[1:05:22] </w:t>
      </w:r>
      <w:r>
        <w:t>qayamat bohat jald un ko is tarah khatam kar de gi ke aisa maloom hoga jaise un ka koi wajood na tha.</w:t>
      </w:r>
    </w:p>
    <w:p>
      <w:pPr>
        <w:jc w:val="right"/>
      </w:pPr>
      <w:r>
        <w:t>قیامت بہت جلد ان کو اس طرح ختم کر دے گی کہ ایسا معلوم ہوگا جیسے ان کا کوئی وجود نہ تھا۔</w:t>
      </w:r>
    </w:p>
    <w:p>
      <w:r>
        <w:rPr>
          <w:b/>
        </w:rPr>
        <w:t xml:space="preserve">[1:05:33] </w:t>
      </w:r>
      <w:r>
        <w:t>dunya ki ronakein baqi nahi rehti magar yahan ek aur cheez hai jo hamesha baqi rehne wali hai aur woh insan ke nek aamal hain.</w:t>
      </w:r>
    </w:p>
    <w:p>
      <w:pPr>
        <w:jc w:val="right"/>
      </w:pPr>
      <w:r>
        <w:t>دنیا کی رونقیں باقی نہیں رہتیں مگر یہاں ایک اور چیز ہے جو ہمیشہ باقی رہنے والی ہے اور وہ انسان کے نیک اعمال ہیں۔</w:t>
      </w:r>
    </w:p>
    <w:p>
      <w:r>
        <w:rPr>
          <w:b/>
        </w:rPr>
        <w:t xml:space="preserve">[1:05:51] </w:t>
      </w:r>
      <w:r>
        <w:t>jis tarah zameen mein beej dalne se bagh ugta hai isi tarah Allah ki yaad aur Allah ki farmanbardari se bhi ek bagh ugta hai.</w:t>
      </w:r>
    </w:p>
    <w:p>
      <w:pPr>
        <w:jc w:val="right"/>
      </w:pPr>
      <w:r>
        <w:t>جس طرح زمین میں بیج ڈالنے سے باغ اگتا ہے اسی طرح اللہ کی یاد اور اللہ کی فرمانبرداری سے بھی ایک باغ اگتا ہے۔</w:t>
      </w:r>
    </w:p>
    <w:p>
      <w:r>
        <w:rPr>
          <w:b/>
        </w:rPr>
        <w:t xml:space="preserve">[1:06:03] </w:t>
      </w:r>
      <w:r>
        <w:t>is bagh par kabhi khazan nahi aati magar dunyavi bagh ke bar aks yeh dosra bagh akhirat mein ugta hai aur wahin woh apne ugane wale ko mile ga.</w:t>
      </w:r>
    </w:p>
    <w:p>
      <w:pPr>
        <w:jc w:val="right"/>
      </w:pPr>
      <w:r>
        <w:t>اس باغ پر کبھی خزاں نہیں آتی مگر دنیاوی باغ کے برعکس یہ دوسرا باغ آخرت میں اگتا ہے اور وہیں وہ اپنے اگانے والے کو ملے گا۔</w:t>
      </w:r>
    </w:p>
    <w:p>
      <w:r>
        <w:rPr>
          <w:b/>
        </w:rPr>
        <w:t xml:space="preserve">[1:06:21] </w:t>
      </w:r>
      <w:r>
        <w:t>wa yawma naseeru al jibala wa tara al arda barizatan wa hasharnahum falam nughadir minhum ahadan wa uridu ala rabbika saffan laqad jitumuna kama khalaqnakum awwala marratin bal za'amtum allan naj'ala lakum maw'idan.</w:t>
      </w:r>
    </w:p>
    <w:p>
      <w:pPr>
        <w:jc w:val="right"/>
      </w:pPr>
      <w:r>
        <w:t>ويوم نسير الجبال وترى الأرض بارزة وحشرناهم فلم نغادر منهم أحدا وعرضوا على ربك صفا لقد جئتمونا كما خلقناكم أول مرة بل زعمتم ألن نجعل لكم موعدا.</w:t>
      </w:r>
    </w:p>
    <w:p>
      <w:r>
        <w:rPr>
          <w:b/>
        </w:rPr>
        <w:t xml:space="preserve">[1:06:49] </w:t>
      </w:r>
      <w:r>
        <w:t>aur jis din hum pahadon ko chalayen ge aur tum dekho ge zameen ko bilkul khuli hui aur hum un sab ko jama karein ge phir hum un mein se kisi ko na chhoden ge aur sab log tere rab ke samne saf bandh kar pesh kiye jayen ge.</w:t>
      </w:r>
    </w:p>
    <w:p>
      <w:pPr>
        <w:jc w:val="right"/>
      </w:pPr>
      <w:r>
        <w:t>اور جس دن ہم پہاڑوں کو چلائیں گے اور تم دیکھو گے زمین کو بالکل کھلی ہوئی اور ہم ان سب کو جمع کریں گے پھر ہم ان میں سے کسی کو نہ چھوڑیں گے اور سب لوگ تیرے رب کے سامنے صف باندھ کر پیش کیے جائیں گے۔</w:t>
      </w:r>
    </w:p>
    <w:p>
      <w:r>
        <w:rPr>
          <w:b/>
        </w:rPr>
        <w:t xml:space="preserve">[1:07:13] </w:t>
      </w:r>
      <w:r>
        <w:t>tum hamare pas aa gaye jis tarah hum ne tum ko pehli bar paida kiya tha balkeh tum ne yeh guman kiya ke hum tumhare liye koi wadeh ka waqt muqarrar nahi karein ge.</w:t>
      </w:r>
    </w:p>
    <w:p>
      <w:pPr>
        <w:jc w:val="right"/>
      </w:pPr>
      <w:r>
        <w:t>تم ہمارے پاس آ گئے جس طرح ہم نے تم کو پہلی بار پیدا کیا تھا بلکہ تم نے یہ گمان کیا کہ ہم تمہارے لیے کوئی وعدے کا وقت مقرر نہیں کریں گے۔</w:t>
      </w:r>
    </w:p>
    <w:p>
      <w:r>
        <w:rPr>
          <w:b/>
        </w:rPr>
        <w:t xml:space="preserve">[1:07:32] </w:t>
      </w:r>
      <w:r>
        <w:t>tashreeh: dunya mein jo halat jama kiye gaye hain woh mahaz imtehan ke liye hain.</w:t>
      </w:r>
    </w:p>
    <w:p>
      <w:pPr>
        <w:jc w:val="right"/>
      </w:pPr>
      <w:r>
        <w:t>تشریح: دنیا میں جو حالات جمع کیے گئے ہیں وہ محض امتحان کے لیے ہیں۔</w:t>
      </w:r>
    </w:p>
    <w:p>
      <w:r>
        <w:rPr>
          <w:b/>
        </w:rPr>
        <w:t xml:space="preserve">[1:07:41] </w:t>
      </w:r>
      <w:r>
        <w:t>imtehan ki muqarrar muddat poori hone ke baad yeh halat baqi nahi rahen gi. is ke baad zameen ki sari zindagi bakhs khususiyaat khatam kar di jayen gi.</w:t>
      </w:r>
    </w:p>
    <w:p>
      <w:pPr>
        <w:jc w:val="right"/>
      </w:pPr>
      <w:r>
        <w:t>امتحان کی مقرر مدت پوری ہونے کے بعد یہ حالات باقی نہیں رہیں گے۔ اس کے بعد زمین کی ساری زندگی بخش خصوصیات ختم کر دی جائیں گی۔</w:t>
      </w:r>
    </w:p>
    <w:p>
      <w:r>
        <w:rPr>
          <w:b/>
        </w:rPr>
        <w:t xml:space="preserve">[1:07:58] </w:t>
      </w:r>
      <w:r>
        <w:t>woh aisi khali jagah ho jaye gi jahan na kisi ke liye akadne ka saman hoga aur na fakhr karne ka.</w:t>
      </w:r>
    </w:p>
    <w:p>
      <w:pPr>
        <w:jc w:val="right"/>
      </w:pPr>
      <w:r>
        <w:t>وہ ایسی خالی جگہ ہو جائے گی جہاں نہ کسی کے لیے اکڑنے کا سامان ہوگا اور نہ فخر کرنے کا۔</w:t>
      </w:r>
    </w:p>
    <w:p>
      <w:r>
        <w:rPr>
          <w:b/>
        </w:rPr>
        <w:t xml:space="preserve">[1:08:11] </w:t>
      </w:r>
      <w:r>
        <w:t>dunya mein imtehan ki wajah se insan apne aap ko ikhtiyar ki fiza mein pa raha hai magar qayamat is fiza ko yakasar khatam kar de gi.</w:t>
      </w:r>
    </w:p>
    <w:p>
      <w:pPr>
        <w:jc w:val="right"/>
      </w:pPr>
      <w:r>
        <w:t>دنیا میں امتحان کی وجہ سے انسان اپنے آپ کو اختیار کی فضا میں پا رہا ہے مگر قیامت اس فضا کو یکسر ختم کر دے گی۔</w:t>
      </w:r>
    </w:p>
    <w:p>
      <w:r>
        <w:rPr>
          <w:b/>
        </w:rPr>
        <w:t xml:space="preserve">[1:08:25] </w:t>
      </w:r>
      <w:r>
        <w:t>is din log be yar o madadgar fiza mein apne rab ke pas jama kiye jayen ge. tamam log apne malik ke samne uska faisla sunne ke liye khade hon ge.</w:t>
      </w:r>
    </w:p>
    <w:p>
      <w:pPr>
        <w:jc w:val="right"/>
      </w:pPr>
      <w:r>
        <w:t>اس دن لوگ بے یار و مددگار فضا میں اپنے رب کے پاس جمع کیے جائیں گے۔ تمام لوگ اپنے مالک کے سامنے اس کا فیصلہ سننے کے لیے کھڑے ہوں گے۔</w:t>
      </w:r>
    </w:p>
    <w:p>
      <w:r>
        <w:rPr>
          <w:b/>
        </w:rPr>
        <w:t xml:space="preserve">[1:08:41] </w:t>
      </w:r>
      <w:r>
        <w:t>khuda ke pas har shakhs ki zindagi ka intehai mukammal record hoga. us ke mutabiq woh kisi ko inam de ga aur kisi ke liye saza ka hukum sunaye ga.</w:t>
      </w:r>
    </w:p>
    <w:p>
      <w:pPr>
        <w:jc w:val="right"/>
      </w:pPr>
      <w:r>
        <w:t>خدا کے پاس ہر شخص کی زندگی کا انتہائی مکمل ریکارڈ ہوگا۔ اس کے مطابق وہ کسی کو انعام دے گا اور کسی کے لیے سزا کا حکم سنائے گا۔</w:t>
      </w:r>
    </w:p>
    <w:p>
      <w:r>
        <w:rPr>
          <w:b/>
        </w:rPr>
        <w:t xml:space="preserve">[1:08:58] </w:t>
      </w:r>
      <w:r>
        <w:t>dunya mein insan ki ba waqt do halatein hain. ek aitbar se woh ajiz hai aur dosre aitbar se azad.</w:t>
      </w:r>
    </w:p>
    <w:p>
      <w:pPr>
        <w:jc w:val="right"/>
      </w:pPr>
      <w:r>
        <w:t>دنیا میں انسان کی بیک وقت دو حالتیں ہیں۔ ایک اعتبار سے وہ عاجز ہے اور دوسرے اعتبار سے آزاد۔</w:t>
      </w:r>
    </w:p>
    <w:p>
      <w:r>
        <w:rPr>
          <w:b/>
        </w:rPr>
        <w:t xml:space="preserve">[1:09:10] </w:t>
      </w:r>
      <w:r>
        <w:t>admi agar apni ajz ko dekhe to us ke andar khuda ki taraf rujoo ka jazba paida hoga magar insan sirf apni azadi ki halat ko dekhta hai.</w:t>
      </w:r>
    </w:p>
    <w:p>
      <w:pPr>
        <w:jc w:val="right"/>
      </w:pPr>
      <w:r>
        <w:t>آدمی اگر اپنی عجز کو دیکھے تو اس کے اندر خدا کی طرف رجوع کا جذبہ پیدا ہوگا مگر انسان صرف اپنی آزادی کی حالت کو دیکھتا ہے۔</w:t>
      </w:r>
    </w:p>
    <w:p>
      <w:r>
        <w:rPr>
          <w:b/>
        </w:rPr>
        <w:t xml:space="preserve">[1:09:23] </w:t>
      </w:r>
      <w:r>
        <w:t>natija yeh hota hai ke woh ghafil aur sarkash ban kar reh jata hai.</w:t>
      </w:r>
    </w:p>
    <w:p>
      <w:pPr>
        <w:jc w:val="right"/>
      </w:pPr>
      <w:r>
        <w:t>نتیجہ یہ ہوتا ہے کہ وہ غافل اور سرکش بن کر رہ جاتا ہے۔</w:t>
      </w:r>
    </w:p>
    <w:p>
      <w:r>
        <w:rPr>
          <w:b/>
        </w:rPr>
        <w:t xml:space="preserve">[1:09:32] </w:t>
      </w:r>
      <w:r>
        <w:t>wa wudi'a al kitabu fatara al mujrimeena mushfiqeena mimma feehi wa yaquluna: 'ya waylatana!' wa yaquluna: 'ya waylatana!</w:t>
      </w:r>
    </w:p>
    <w:p>
      <w:pPr>
        <w:jc w:val="right"/>
      </w:pPr>
      <w:r>
        <w:t>ووضع الكتاب فترى المجرمين مشفقين مما فيه ويقولون: "يا ويلتنا!" ويقولون: "يا ويلتنا!</w:t>
      </w:r>
    </w:p>
    <w:p>
      <w:r>
        <w:rPr>
          <w:b/>
        </w:rPr>
        <w:t xml:space="preserve">[1:09:45] </w:t>
      </w:r>
      <w:r>
        <w:t>ma li hatha al kitabi? la yughadiru saghiratan wala kabiratan illa ahsaha wa wajadu ma 'amilu hadiran wala yazlimu rabbuka ahadan.'</w:t>
      </w:r>
    </w:p>
    <w:p>
      <w:pPr>
        <w:jc w:val="right"/>
      </w:pPr>
      <w:r>
        <w:t>ما لهذا الكتاب؟ لا يغادر صغيرة ولا كبيرة إلا أحصاها ووجدوا ما عملوا حاضرا ولا يظلم ربك أحدا."</w:t>
      </w:r>
    </w:p>
    <w:p>
      <w:r>
        <w:rPr>
          <w:b/>
        </w:rPr>
        <w:t xml:space="preserve">[1:10:06] </w:t>
      </w:r>
      <w:r>
        <w:t>aur register rakha jayega to tum mujrimon ko dekho ge ke is mein jo kuch hai woh us se darte hon ge aur kahen ge ke haye kharabi!</w:t>
      </w:r>
    </w:p>
    <w:p>
      <w:pPr>
        <w:jc w:val="right"/>
      </w:pPr>
      <w:r>
        <w:t>اور رجسٹر رکھا جائے گا تو تم مجرموں کو دیکھو گے کہ اس میں جو کچھ ہے وہ اس سے ڈرتے ہوں گے اور کہیں گے کہ ہائے خرابی!</w:t>
      </w:r>
    </w:p>
    <w:p>
      <w:r>
        <w:rPr>
          <w:b/>
        </w:rPr>
        <w:t xml:space="preserve">[1:10:20] </w:t>
      </w:r>
      <w:r>
        <w:t>kisi hai yeh kitab ke is ne na koi choti baat darj karne se chori hai aur na koi bari baat.</w:t>
      </w:r>
    </w:p>
    <w:p>
      <w:pPr>
        <w:jc w:val="right"/>
      </w:pPr>
      <w:r>
        <w:t>کیسی ہے یہ کتاب کہ اس نے نہ کوئی چھوٹی بات درج کرنے سے چھوڑی ہے اور نہ کوئی بڑی بات۔</w:t>
      </w:r>
    </w:p>
    <w:p>
      <w:r>
        <w:rPr>
          <w:b/>
        </w:rPr>
        <w:t xml:space="preserve">[1:10:31] </w:t>
      </w:r>
      <w:r>
        <w:t>aur jo kuch unhon ne kiya hai woh sab samne payenge aur tera rab kisi ke upar zulm na karega.</w:t>
      </w:r>
    </w:p>
    <w:p>
      <w:pPr>
        <w:jc w:val="right"/>
      </w:pPr>
      <w:r>
        <w:t>اور جو کچھ انہوں نے کیا ہے وہ سب سامنے پائیں گے اور تیرا رب کسی کے اوپر ظلم نہ کرے گا۔</w:t>
      </w:r>
    </w:p>
    <w:p>
      <w:r>
        <w:rPr>
          <w:b/>
        </w:rPr>
        <w:t xml:space="preserve">[1:10:44] </w:t>
      </w:r>
      <w:r>
        <w:t>tashreeh: insan jo kuch karta hai woh sab khuda ke intezam ke tehat record ho raha hai.</w:t>
      </w:r>
    </w:p>
    <w:p>
      <w:pPr>
        <w:jc w:val="right"/>
      </w:pPr>
      <w:r>
        <w:t>تشریح: انسان جو کچھ کرتا ہے وہ سب خدا کے انتظام کے تحت ریکارڈ ہو رہا ہے۔</w:t>
      </w:r>
    </w:p>
    <w:p>
      <w:r>
        <w:rPr>
          <w:b/>
        </w:rPr>
        <w:t xml:space="preserve">[1:10:54] </w:t>
      </w:r>
      <w:r>
        <w:t>aadmi ki niyat, is ka qaul aur is ka amal sab kainaati parde par naqsh ho rahe hain. taham yeh intezam aaj dikhai nahi deta.</w:t>
      </w:r>
    </w:p>
    <w:p>
      <w:pPr>
        <w:jc w:val="right"/>
      </w:pPr>
      <w:r>
        <w:t>آدمی کی نیت، اس کا قول اور اس کا عمل سب کائناتی پردے پر نقش ہو رہے ہیں۔ تاہم یہ انتظام آج دکھائی نہیں دیتا۔</w:t>
      </w:r>
    </w:p>
    <w:p>
      <w:r>
        <w:rPr>
          <w:b/>
        </w:rPr>
        <w:t xml:space="preserve">[1:11:07] </w:t>
      </w:r>
      <w:r>
        <w:t>qayamat mein yeh oot hata di jayegi.</w:t>
      </w:r>
    </w:p>
    <w:p>
      <w:pPr>
        <w:jc w:val="right"/>
      </w:pPr>
      <w:r>
        <w:t>قیامت میں یہ اوٹ ہٹا دی جائے گی۔</w:t>
      </w:r>
    </w:p>
    <w:p>
      <w:r>
        <w:rPr>
          <w:b/>
        </w:rPr>
        <w:t xml:space="preserve">[1:11:11] </w:t>
      </w:r>
      <w:r>
        <w:t>is waqt insan yeh dekh kar dehashat zada reh jayega ke dunya mein jo kuch woh yeh samajh kar kar raha tha ke koi is ko janne wala nahi.</w:t>
      </w:r>
    </w:p>
    <w:p>
      <w:pPr>
        <w:jc w:val="right"/>
      </w:pPr>
      <w:r>
        <w:t>اس وقت انسان یہ دیکھ کر دہشت زدہ رہ جائے گا کہ دنیا میں جو کچھ وہ یہ سمجھ کر کر رہا تھا کہ کوئی اس کو جاننے والا نہیں۔</w:t>
      </w:r>
    </w:p>
    <w:p>
      <w:r>
        <w:rPr>
          <w:b/>
        </w:rPr>
        <w:t xml:space="preserve">[1:11:25] </w:t>
      </w:r>
      <w:r>
        <w:t>woh itne kamil taur par yahan likha hua hai ke is ki fehrist se na koi choti cheez bachi hai aur na koi bari cheez.</w:t>
      </w:r>
    </w:p>
    <w:p>
      <w:pPr>
        <w:jc w:val="right"/>
      </w:pPr>
      <w:r>
        <w:t>وہ اتنے کامل طور پر یہاں لکھا ہوا ہے کہ اس کی فہرست سے نہ کوئی چھوٹی چیز بچی ہے اور نہ کوئی بڑی چیز۔</w:t>
      </w:r>
    </w:p>
    <w:p>
      <w:r>
        <w:rPr>
          <w:b/>
        </w:rPr>
        <w:t xml:space="preserve">[1:11:40] </w:t>
      </w:r>
      <w:r>
        <w:t>qayamat ke din insan ke sath jo muamla kiya jayega is ki har cheez itni sabit shuda hogi ke aadmi jab apne amal ka badla payega to us ko yaqeen hoga ke is ke sath wahi kiya ja raha hai jis ka woh fi waqe mustahiq tha.</w:t>
      </w:r>
    </w:p>
    <w:p>
      <w:pPr>
        <w:jc w:val="right"/>
      </w:pPr>
      <w:r>
        <w:t>قیامت کے دن انسان کے ساتھ جو معاملہ کیا جائے گا اس کی ہر چیز اتنی ثابت شدہ ہوگی کہ آدمی جب اپنے عمل کا بدلہ پائے گا تو اس کو یقین ہوگا کہ اس کے ساتھ وہی کیا جا رہا ہے جس کا وہ فی الواقع مستحق تھا۔</w:t>
      </w:r>
    </w:p>
    <w:p>
      <w:r>
        <w:rPr>
          <w:b/>
        </w:rPr>
        <w:t xml:space="preserve">[1:12:01] </w:t>
      </w:r>
      <w:r>
        <w:t>na is se kam na is se zyada.</w:t>
      </w:r>
    </w:p>
    <w:p>
      <w:pPr>
        <w:jc w:val="right"/>
      </w:pPr>
      <w:r>
        <w:t>نہ اس سے کم نہ اس سے زیادہ۔</w:t>
      </w:r>
    </w:p>
    <w:p>
      <w:r>
        <w:rPr>
          <w:b/>
        </w:rPr>
        <w:t xml:space="preserve">[1:12:05] </w:t>
      </w:r>
      <w:r>
        <w:t>waiz qulna lil mala'ikah:</w:t>
      </w:r>
    </w:p>
    <w:p>
      <w:pPr>
        <w:jc w:val="right"/>
      </w:pPr>
      <w:r>
        <w:t>واذ قلنا للملائكة:</w:t>
      </w:r>
    </w:p>
    <w:p>
      <w:r>
        <w:rPr>
          <w:b/>
        </w:rPr>
        <w:t xml:space="preserve">[1:12:09] </w:t>
      </w:r>
      <w:r>
        <w:t>"us judo li Aadama fasjadū illa</w:t>
      </w:r>
    </w:p>
    <w:p>
      <w:pPr>
        <w:jc w:val="right"/>
      </w:pPr>
      <w:r>
        <w:t>"اسجدوا لآدم فسجدوا إلا</w:t>
      </w:r>
    </w:p>
    <w:p>
      <w:r>
        <w:rPr>
          <w:b/>
        </w:rPr>
        <w:t xml:space="preserve">[1:12:15] </w:t>
      </w:r>
      <w:r>
        <w:t>iblis kāna min al-jinn fa-fasaqa 'an amri rabbih</w:t>
      </w:r>
    </w:p>
    <w:p>
      <w:pPr>
        <w:jc w:val="right"/>
      </w:pPr>
      <w:r>
        <w:t>إبليس كان من الجن ففسق عن أمر ربه</w:t>
      </w:r>
    </w:p>
    <w:p>
      <w:r>
        <w:rPr>
          <w:b/>
        </w:rPr>
        <w:t xml:space="preserve">[1:12:22] </w:t>
      </w:r>
      <w:r>
        <w:t>a fa-tattakhidhūnahu wa dhurriyyatahu awliyā'</w:t>
      </w:r>
    </w:p>
    <w:p>
      <w:pPr>
        <w:jc w:val="right"/>
      </w:pPr>
      <w:r>
        <w:t>أفتتخذونه وذريته أولياء</w:t>
      </w:r>
    </w:p>
    <w:p>
      <w:r>
        <w:rPr>
          <w:b/>
        </w:rPr>
        <w:t xml:space="preserve">[1:12:30] </w:t>
      </w:r>
      <w:r>
        <w:t>min dūni wa hum lakum 'aduww</w:t>
      </w:r>
    </w:p>
    <w:p>
      <w:pPr>
        <w:jc w:val="right"/>
      </w:pPr>
      <w:r>
        <w:t>من دوني وهم لكم عدو</w:t>
      </w:r>
    </w:p>
    <w:p>
      <w:r>
        <w:rPr>
          <w:b/>
        </w:rPr>
        <w:t xml:space="preserve">[1:12:35] </w:t>
      </w:r>
      <w:r>
        <w:t>bi'sa lil-ẓālimīna badalā."</w:t>
      </w:r>
    </w:p>
    <w:p>
      <w:pPr>
        <w:jc w:val="right"/>
      </w:pPr>
      <w:r>
        <w:t>بئس للظالمين بدلا."</w:t>
      </w:r>
    </w:p>
    <w:p>
      <w:r>
        <w:rPr>
          <w:b/>
        </w:rPr>
        <w:t xml:space="preserve">[1:12:39] </w:t>
      </w:r>
      <w:r>
        <w:t>aur</w:t>
      </w:r>
    </w:p>
    <w:p>
      <w:pPr>
        <w:jc w:val="right"/>
      </w:pPr>
      <w:r>
        <w:t>اور</w:t>
      </w:r>
    </w:p>
    <w:p>
      <w:r>
        <w:rPr>
          <w:b/>
        </w:rPr>
        <w:t xml:space="preserve">[1:12:40] </w:t>
      </w:r>
      <w:r>
        <w:t>jab hum ne farishton se kaha ke adam ko sajda karo to unhon ne sajda kiya magar iblis ne na kiya.</w:t>
      </w:r>
    </w:p>
    <w:p>
      <w:pPr>
        <w:jc w:val="right"/>
      </w:pPr>
      <w:r>
        <w:t>جب ہم نے فرشتوں سے کہا کہ آدم کو سجدہ کرو تو انہوں نے سجدہ کیا مگر ابلیس نے نہ کیا۔</w:t>
      </w:r>
    </w:p>
    <w:p>
      <w:r>
        <w:rPr>
          <w:b/>
        </w:rPr>
        <w:t xml:space="preserve">[1:12:50] </w:t>
      </w:r>
      <w:r>
        <w:t>woh jinnon mein se tha. pas is ne apne rab ke hukum ki نافرمانی ki. ab kya tum is ko aur is ki aulad ko mere siwa apna dost banate ho halankeh woh tumhare dushman hain?</w:t>
      </w:r>
    </w:p>
    <w:p>
      <w:pPr>
        <w:jc w:val="right"/>
      </w:pPr>
      <w:r>
        <w:t>وہ جنوں میں سے تھا۔ پس اس نے اپنے رب کے حکم کی نافرمانی کی۔ اب کیا تم اس کو اور اس کی اولاد کو میرے سوا اپنا دوست بناتے ہو حالانکہ وہ تمہارے دشمن ہیں؟</w:t>
      </w:r>
    </w:p>
    <w:p>
      <w:r>
        <w:rPr>
          <w:b/>
        </w:rPr>
        <w:t xml:space="preserve">[1:13:09] </w:t>
      </w:r>
      <w:r>
        <w:t>yeh zalimon ke liye bohat bura badal hai.</w:t>
      </w:r>
    </w:p>
    <w:p>
      <w:pPr>
        <w:jc w:val="right"/>
      </w:pPr>
      <w:r>
        <w:t>یہ ظالموں کے لیے بہت برا بدل ہے۔</w:t>
      </w:r>
    </w:p>
    <w:p>
      <w:r>
        <w:rPr>
          <w:b/>
        </w:rPr>
        <w:t xml:space="preserve">[1:13:16] </w:t>
      </w:r>
      <w:r>
        <w:t>tashreeh: riwayat se maloom hota hai ke iblis ek ibadat guzar jinn tha. woh bazahir abid aur zahid bana hua tha magar jab khuda ne adam ke samne jhukne ka hukum diya to woh ghamand ki bina par jhukne ke liye tayyar na hua.</w:t>
      </w:r>
    </w:p>
    <w:p>
      <w:pPr>
        <w:jc w:val="right"/>
      </w:pPr>
      <w:r>
        <w:t>تشریح: روایات سے معلوم ہوتا ہے کہ ابلیس ایک عبادت گزار جن تھا۔ وہ بظاہر عابد اور زاہد بنا ہوا تھا مگر جب خدا نے آدم کے سامنے جھکنے کا حکم دیا تو وہ گھمنڈ کی بنا پر جھکنے کے لیے تیار نہ ہوا۔</w:t>
      </w:r>
    </w:p>
    <w:p>
      <w:r>
        <w:rPr>
          <w:b/>
        </w:rPr>
        <w:t xml:space="preserve">[1:13:39] </w:t>
      </w:r>
      <w:r>
        <w:t>ab jo log ghamand ke jazbe ke tehat haq ke samne jhukne se inkar karen woh sab iblis ki dhurriat hain khwah woh bazahir ibadat guzar hi kyun na dikhai dete hon.</w:t>
      </w:r>
    </w:p>
    <w:p>
      <w:pPr>
        <w:jc w:val="right"/>
      </w:pPr>
      <w:r>
        <w:t>اب جو لوگ گھمنڈ کے جذبے کے تحت حق کے سامنے جھکنے سے انکار کریں وہ سب ابلیس کی ذریت ہیں خواہ وہ بظاہر عبادت گزار ہی کیوں نہ دکھائی دیتے ہوں۔</w:t>
      </w:r>
    </w:p>
    <w:p>
      <w:r>
        <w:rPr>
          <w:b/>
        </w:rPr>
        <w:t xml:space="preserve">[1:13:58] </w:t>
      </w:r>
      <w:r>
        <w:t>khuda ke samne jhukna darasal khuda ke muqable mein apni ajz ka iqrar karna hai.</w:t>
      </w:r>
    </w:p>
    <w:p>
      <w:pPr>
        <w:jc w:val="right"/>
      </w:pPr>
      <w:r>
        <w:t>خدا کے سامنے جھکنا دراصل خدا کے مقابلے میں اپنی عجز کا اقرار کرنا ہے۔</w:t>
      </w:r>
    </w:p>
    <w:p>
      <w:r>
        <w:rPr>
          <w:b/>
        </w:rPr>
        <w:t xml:space="preserve">[1:14:05] </w:t>
      </w:r>
      <w:r>
        <w:t>agar koi shakhs haqeeqi maanon mein khuda ke samne jhukne wala ho to jahan kahin bhi is ka samna haq se hoga woh foran jhuk jayega.</w:t>
      </w:r>
    </w:p>
    <w:p>
      <w:pPr>
        <w:jc w:val="right"/>
      </w:pPr>
      <w:r>
        <w:t>اگر کوئی شخص حقیقی معنوں میں خدا کے سامنے جھکنے والا ہو تو جہاں کہیں بھی اس کا سامنا حق سے ہوگا وہ فوراً جھک جائے گا۔</w:t>
      </w:r>
    </w:p>
    <w:p>
      <w:r>
        <w:rPr>
          <w:b/>
        </w:rPr>
        <w:t xml:space="preserve">[1:14:18] </w:t>
      </w:r>
      <w:r>
        <w:t>is ke bar aks jo shakhs</w:t>
      </w:r>
    </w:p>
    <w:p>
      <w:pPr>
        <w:jc w:val="right"/>
      </w:pPr>
      <w:r>
        <w:t>اس کے برعکس جو شخص</w:t>
      </w:r>
    </w:p>
    <w:p>
      <w:r>
        <w:rPr>
          <w:b/>
        </w:rPr>
        <w:t xml:space="preserve">[1:14:22] </w:t>
      </w:r>
      <w:r>
        <w:t>zahiri taur par sajda guzaar ho magar apne andar ghamand ki nafsiyat liye hue ho woh aise mauqe</w:t>
      </w:r>
    </w:p>
    <w:p>
      <w:pPr>
        <w:jc w:val="right"/>
      </w:pPr>
      <w:r>
        <w:t>ظاہری طور پر سجدہ گزار ہو مگر اپنے اندر گھمنڈ کی نفسیات لیے ہوئے ہو وہ ایسے موقع</w:t>
      </w:r>
    </w:p>
    <w:p>
      <w:r>
        <w:rPr>
          <w:b/>
        </w:rPr>
        <w:t xml:space="preserve">[1:14:31] </w:t>
      </w:r>
      <w:r>
        <w:t>par ba aasani sajda kar lega jahan us ki ana ko thes na lagti ho magar jahan</w:t>
      </w:r>
    </w:p>
    <w:p>
      <w:pPr>
        <w:jc w:val="right"/>
      </w:pPr>
      <w:r>
        <w:t>پر با آسانی سجدہ کر لے گا جہاں اس کی انا کو ٹھیس نہ لگتی ہو مگر جہاں</w:t>
      </w:r>
    </w:p>
    <w:p>
      <w:r>
        <w:rPr>
          <w:b/>
        </w:rPr>
        <w:t xml:space="preserve">[1:14:40] </w:t>
      </w:r>
      <w:r>
        <w:t>ana ko jhukane ki qeemat par apne aap ko jhukana pade wahan achaanak woh sarkash ban jaye ga</w:t>
      </w:r>
    </w:p>
    <w:p>
      <w:pPr>
        <w:jc w:val="right"/>
      </w:pPr>
      <w:r>
        <w:t>انا کو جھکانے کی قیمت پر اپنے آپ کو جھکانا پڑے وہاں اچانک وہ سرکش بن جائے گا</w:t>
      </w:r>
    </w:p>
    <w:p>
      <w:r>
        <w:rPr>
          <w:b/>
        </w:rPr>
        <w:t xml:space="preserve">[1:14:49] </w:t>
      </w:r>
      <w:r>
        <w:t>aur jhukne se inkaar kar de ga.</w:t>
      </w:r>
    </w:p>
    <w:p>
      <w:pPr>
        <w:jc w:val="right"/>
      </w:pPr>
      <w:r>
        <w:t>اور جھکنے سے انکار کر دے گا۔</w:t>
      </w:r>
    </w:p>
    <w:p>
      <w:r>
        <w:rPr>
          <w:b/>
        </w:rPr>
        <w:t xml:space="preserve">[1:14:55] </w:t>
      </w:r>
      <w:r>
        <w:t>jab</w:t>
      </w:r>
    </w:p>
    <w:p>
      <w:pPr>
        <w:jc w:val="right"/>
      </w:pPr>
      <w:r>
        <w:t>جب</w:t>
      </w:r>
    </w:p>
    <w:p>
      <w:r>
        <w:rPr>
          <w:b/>
        </w:rPr>
        <w:t xml:space="preserve">[1:14:56] </w:t>
      </w:r>
      <w:r>
        <w:t>haq ki pukar uthe aur kuch log iblis aur is ki dhurriat ke zair asar is ko qabool na karen to goya woh iblis aur is ki dhurriat ko khuda ka badal bana rahe hain.</w:t>
      </w:r>
    </w:p>
    <w:p>
      <w:pPr>
        <w:jc w:val="right"/>
      </w:pPr>
      <w:r>
        <w:t>حق کی پکار اٹھے اور کچھ لوگ ابلیس اور اس کی ذریت کے زیر اثر اس کو قبول نہ کریں تو گویا وہ ابلیس اور اس کی ذریت کو خدا کا بدل بنا رہے ہیں۔</w:t>
      </w:r>
    </w:p>
    <w:p>
      <w:r>
        <w:rPr>
          <w:b/>
        </w:rPr>
        <w:t xml:space="preserve">[1:15:12] </w:t>
      </w:r>
      <w:r>
        <w:t>jahan unhein khuda ke dar se haq ke aage jhuk jana chahiye tha wahan woh jhoote maaboodon ke dar se is ke aage jhukne se inkar kar rahe hain.</w:t>
      </w:r>
    </w:p>
    <w:p>
      <w:pPr>
        <w:jc w:val="right"/>
      </w:pPr>
      <w:r>
        <w:t>جہاں انہیں خدا کے ڈر سے حق کے آگے جھک جانا چاہیے تھا وہاں وہ جھوٹے معبودوں کے ڈر سے اس کے آگے جھکنے سے انکار کر رہے ہیں۔</w:t>
      </w:r>
    </w:p>
    <w:p>
      <w:r>
        <w:rPr>
          <w:b/>
        </w:rPr>
        <w:t xml:space="preserve">[1:15:25] </w:t>
      </w:r>
      <w:r>
        <w:t>ai</w:t>
      </w:r>
    </w:p>
    <w:p>
      <w:pPr>
        <w:jc w:val="right"/>
      </w:pPr>
      <w:r>
        <w:t>ای</w:t>
      </w:r>
    </w:p>
    <w:p>
      <w:r>
        <w:rPr>
          <w:b/>
        </w:rPr>
        <w:t xml:space="preserve">[1:15:26] </w:t>
      </w:r>
      <w:r>
        <w:t>se log badtareen zalim hain. bohat jald unhein maloom ho jayega ke khuda ko chhod kar unhon ne jinke upar bharosa kiya tha woh un ke kuch kaam aane wale nahi.</w:t>
      </w:r>
    </w:p>
    <w:p>
      <w:pPr>
        <w:jc w:val="right"/>
      </w:pPr>
      <w:r>
        <w:t>سے لوگ بدترین ظالم ہیں۔ بہت جلد انہیں معلوم ہو جائے گا کہ خدا کو چھوڑ کر انہوں نے جن کے اوپر بھروسہ کیا تھا وہ ان کے کچھ کام آنے والے نہیں۔</w:t>
      </w:r>
    </w:p>
    <w:p>
      <w:r>
        <w:rPr>
          <w:b/>
        </w:rPr>
        <w:t xml:space="preserve">[1:15:46] </w:t>
      </w:r>
      <w:r>
        <w:t>ma ash-hadtuhum khalq as-samawati wal-ardi wa la khalqa anfusihim</w:t>
      </w:r>
    </w:p>
    <w:p>
      <w:pPr>
        <w:jc w:val="right"/>
      </w:pPr>
      <w:r>
        <w:t>ما أشهدتهم خلق السماوات والأرض ولا خلق أنفسهم</w:t>
      </w:r>
    </w:p>
    <w:p>
      <w:r>
        <w:rPr>
          <w:b/>
        </w:rPr>
        <w:t xml:space="preserve">[1:15:59] </w:t>
      </w:r>
      <w:r>
        <w:t>wa ma kuntu muttakhidhal-mudilleena 'idhaa</w:t>
      </w:r>
    </w:p>
    <w:p>
      <w:pPr>
        <w:jc w:val="right"/>
      </w:pPr>
      <w:r>
        <w:t>وما كنت متخذ المضلين عضدا</w:t>
      </w:r>
    </w:p>
    <w:p>
      <w:r>
        <w:rPr>
          <w:b/>
        </w:rPr>
        <w:t xml:space="preserve">[1:16:06] </w:t>
      </w:r>
      <w:r>
        <w:t>main ne un ko na aasmanon aur zameen paida karne ke waqt bulaya aur na khud un ke paida karne ke waqt bulaya aur main aisa nahi ke gumrah karne walon ko apna madadgar banaoon.</w:t>
      </w:r>
    </w:p>
    <w:p>
      <w:pPr>
        <w:jc w:val="right"/>
      </w:pPr>
      <w:r>
        <w:t>میں نے ان کو نہ آسمانوں اور زمین پیدا کرنے کے وقت بلایا اور نہ خود ان کے پیدا کرنے کے وقت بلایا اور میں ایسا نہیں کہ گمراہ کرنے والوں کو اپنا مددگار بناؤں۔</w:t>
      </w:r>
    </w:p>
    <w:p>
      <w:r>
        <w:rPr>
          <w:b/>
        </w:rPr>
        <w:t xml:space="preserve">[1:16:26] </w:t>
      </w:r>
      <w:r>
        <w:t>tashreeh: log apne jin barhon ko dunya ki zindagi mein qabil e bharosa samajh lete hain woh is qadar kamzor hain ke na kainat ke wajood mein un ka koi dakhal hai aur na khud apne wajood mein.</w:t>
      </w:r>
    </w:p>
    <w:p>
      <w:pPr>
        <w:jc w:val="right"/>
      </w:pPr>
      <w:r>
        <w:t>تشریح: لوگ اپنے جن بڑوں کو دنیا کی زندگی میں قابل بھروسہ سمجھ لیتے ہیں وہ اس قدر کمزور ہیں کہ نہ کائنات کے وجود میں ان کا کوئی دخل ہے اور نہ خود اپنے وجود میں۔</w:t>
      </w:r>
    </w:p>
    <w:p>
      <w:r>
        <w:rPr>
          <w:b/>
        </w:rPr>
        <w:t xml:space="preserve">[1:16:44] </w:t>
      </w:r>
      <w:r>
        <w:t>mazeed yeh ke yeh log haq ki dawat ke muqable mein muzil, gumrah karne wale ka kirdar ada kar ke sabit kar rahe hain ke woh qata'an qabil e bharosa nahin.</w:t>
      </w:r>
    </w:p>
    <w:p>
      <w:pPr>
        <w:jc w:val="right"/>
      </w:pPr>
      <w:r>
        <w:t>مزید یہ کہ یہ لوگ حق کی دعوت کے مقابلے میں مضل، گمراہ کرنے والے کا کردار ادا کر کے ثابت کر رہے ہیں کہ وہ قطعاً قابل بھروسہ نہیں۔</w:t>
      </w:r>
    </w:p>
    <w:p>
      <w:r>
        <w:rPr>
          <w:b/>
        </w:rPr>
        <w:t xml:space="preserve">[1:16:59] </w:t>
      </w:r>
      <w:r>
        <w:t>ek aisi dunya jahan har taraf haq ki karfarmai ho wahan aisi shakhsiyatein kis tarah dakheel ho sakti hain jin ka wahid سرمایہ logon ko haq se door karna hai?</w:t>
      </w:r>
    </w:p>
    <w:p>
      <w:pPr>
        <w:jc w:val="right"/>
      </w:pPr>
      <w:r>
        <w:t>ایک ایسی دنیا جہاں ہر طرف حق کی کارفرمائی ہو وہاں ایسی شخصیتیں کس طرح دخیل ہو سکتی ہیں جن کا واحد سرمایہ لوگوں کو حق سے دور کرنا ہے؟</w:t>
      </w:r>
    </w:p>
    <w:p>
      <w:r>
        <w:rPr>
          <w:b/>
        </w:rPr>
        <w:t xml:space="preserve">[1:17:19] </w:t>
      </w:r>
      <w:r>
        <w:t>wa yawma yaqūlu: "nādū shurakā'ī</w:t>
      </w:r>
    </w:p>
    <w:p>
      <w:pPr>
        <w:jc w:val="right"/>
      </w:pPr>
      <w:r>
        <w:t>ويوم يقول: "نادوا شركائي</w:t>
      </w:r>
    </w:p>
    <w:p>
      <w:r>
        <w:rPr>
          <w:b/>
        </w:rPr>
        <w:t xml:space="preserve">[1:17:24] </w:t>
      </w:r>
      <w:r>
        <w:t>alladhīna za'amtum fa-da'awhum fa-lam yastajībū lahum wa ja'alnā baynahum</w:t>
      </w:r>
    </w:p>
    <w:p>
      <w:pPr>
        <w:jc w:val="right"/>
      </w:pPr>
      <w:r>
        <w:t>الذين زعمتم فدعوهم فلم يستجيبوا لهم وجعلنا بينهم</w:t>
      </w:r>
    </w:p>
    <w:p>
      <w:r>
        <w:rPr>
          <w:b/>
        </w:rPr>
        <w:t xml:space="preserve">[1:17:32] </w:t>
      </w:r>
      <w:r>
        <w:t>mobqa" war-a al-mujrimoon</w:t>
      </w:r>
    </w:p>
    <w:p>
      <w:pPr>
        <w:jc w:val="right"/>
      </w:pPr>
      <w:r>
        <w:t>موبقا" ورأى المجرمون</w:t>
      </w:r>
    </w:p>
    <w:p>
      <w:r>
        <w:rPr>
          <w:b/>
        </w:rPr>
        <w:t xml:space="preserve">[1:17:37] </w:t>
      </w:r>
      <w:r>
        <w:t>an-naara fa-dhannu annahum</w:t>
      </w:r>
    </w:p>
    <w:p>
      <w:pPr>
        <w:jc w:val="right"/>
      </w:pPr>
      <w:r>
        <w:t>النار فظنوا أنهم</w:t>
      </w:r>
    </w:p>
    <w:p>
      <w:r>
        <w:rPr>
          <w:b/>
        </w:rPr>
        <w:t xml:space="preserve">[1:17:43] </w:t>
      </w:r>
      <w:r>
        <w:t>mawqi'ooha wa lam yajidoo 'anha masrafa.</w:t>
      </w:r>
    </w:p>
    <w:p>
      <w:pPr>
        <w:jc w:val="right"/>
      </w:pPr>
      <w:r>
        <w:t>مواقعوها ولم يجدوا عنها مصرفا.</w:t>
      </w:r>
    </w:p>
    <w:p>
      <w:r>
        <w:rPr>
          <w:b/>
        </w:rPr>
        <w:t xml:space="preserve">[1:17:51] </w:t>
      </w:r>
      <w:r>
        <w:t>aur jis din khuda kahega ke jin ko tum mera shareek samajhte the un ko pukaaro</w:t>
      </w:r>
    </w:p>
    <w:p>
      <w:pPr>
        <w:jc w:val="right"/>
      </w:pPr>
      <w:r>
        <w:t>اور جس دن خدا کہے گا کہ جن کو تم میرا شریک سمجھتے تھے ان کو پکارو</w:t>
      </w:r>
    </w:p>
    <w:p>
      <w:r>
        <w:rPr>
          <w:b/>
        </w:rPr>
        <w:t xml:space="preserve">[1:18:00] </w:t>
      </w:r>
      <w:r>
        <w:t>pas woh un ko pukaarenge magar woh un ko koi jawab na denge aur hum un</w:t>
      </w:r>
    </w:p>
    <w:p>
      <w:pPr>
        <w:jc w:val="right"/>
      </w:pPr>
      <w:r>
        <w:t>پس وہ ان کو پکاریں گے مگر وہ ان کو کوئی جواب نہ دیں گے اور ہم ان</w:t>
      </w:r>
    </w:p>
    <w:p>
      <w:r>
        <w:rPr>
          <w:b/>
        </w:rPr>
        <w:t xml:space="preserve">[1:18:08] </w:t>
      </w:r>
      <w:r>
        <w:t>ke darmiyan adaawat ki aa'r kar denge aur mujrim log aag ko dekhenge aur samajh len</w:t>
      </w:r>
    </w:p>
    <w:p>
      <w:pPr>
        <w:jc w:val="right"/>
      </w:pPr>
      <w:r>
        <w:t>کے درمیان عداوت کی آڑ کر دیں گے اور مجرم لوگ آگ کو دیکھیں گے اور سمجھ لیں</w:t>
      </w:r>
    </w:p>
    <w:p>
      <w:r>
        <w:rPr>
          <w:b/>
        </w:rPr>
        <w:t xml:space="preserve">[1:18:16] </w:t>
      </w:r>
      <w:r>
        <w:t>ge ke woh is mein girne wale hain aur woh is se bachne ki koi raah na paayen</w:t>
      </w:r>
    </w:p>
    <w:p>
      <w:pPr>
        <w:jc w:val="right"/>
      </w:pPr>
      <w:r>
        <w:t>گے کہ وہ اس میں گرنے والے ہیں اور وہ اس سے بچنے کی کوئی راہ نہ پائیں</w:t>
      </w:r>
    </w:p>
    <w:p>
      <w:r>
        <w:rPr>
          <w:b/>
        </w:rPr>
        <w:t xml:space="preserve">[1:18:24] </w:t>
      </w:r>
      <w:r>
        <w:t>gen.</w:t>
      </w:r>
    </w:p>
    <w:p>
      <w:pPr>
        <w:jc w:val="right"/>
      </w:pPr>
      <w:r>
        <w:t>گے۔</w:t>
      </w:r>
    </w:p>
    <w:p>
      <w:r>
        <w:rPr>
          <w:b/>
        </w:rPr>
        <w:t xml:space="preserve">[1:18:28] </w:t>
      </w:r>
      <w:r>
        <w:t>tashreeh: dunya mein jin shakhsiyaton ke bal par aadmi haq ka inkar karta hai qayamat mein woh is ke kuch kaam na aayengi.</w:t>
      </w:r>
    </w:p>
    <w:p>
      <w:pPr>
        <w:jc w:val="right"/>
      </w:pPr>
      <w:r>
        <w:t>تشریح: دنیا میں جن شخصیتوں کے بل پر آدمی حق کا انکار کرتا ہے قیامت میں وہ اس کے کچھ کام نہ آئیں گی۔</w:t>
      </w:r>
    </w:p>
    <w:p>
      <w:r>
        <w:rPr>
          <w:b/>
        </w:rPr>
        <w:t xml:space="preserve">[1:18:40] </w:t>
      </w:r>
      <w:r>
        <w:t>aaj woh ek doosre ke saathi hain magar jab haqaiq khulenge to dono ek doosre se nafrat karne lagenge.</w:t>
      </w:r>
    </w:p>
    <w:p>
      <w:pPr>
        <w:jc w:val="right"/>
      </w:pPr>
      <w:r>
        <w:t>آج وہ ایک دوسرے کے ساتھی ہیں مگر جب حقائق کھلیں گے تو دونوں ایک دوسرے سے نفرت کرنے لگیں گے۔</w:t>
      </w:r>
    </w:p>
    <w:p>
      <w:r>
        <w:rPr>
          <w:b/>
        </w:rPr>
        <w:t xml:space="preserve">[1:18:50] </w:t>
      </w:r>
      <w:r>
        <w:t>aisa maloom hoga goya dono ke darmiyan halakat khez rukawat qaim ho gayi hai.</w:t>
      </w:r>
    </w:p>
    <w:p>
      <w:pPr>
        <w:jc w:val="right"/>
      </w:pPr>
      <w:r>
        <w:t>ایسا معلوم ہوگا گویا دونوں کے درمیان ہلاکت خیز رکاوٹ قائم ہو گئی ہے۔</w:t>
      </w:r>
    </w:p>
    <w:p>
      <w:r>
        <w:rPr>
          <w:b/>
        </w:rPr>
        <w:t xml:space="preserve">[1:18:58] </w:t>
      </w:r>
      <w:r>
        <w:t>dunya mein woh apne aap ko mehfooz samajhte hain magar qayamat mein un ka anjam sirf yeh hone wala hai ke woh apne aap ko jahannum ke darwaze par khada hua paayen aur</w:t>
      </w:r>
    </w:p>
    <w:p>
      <w:pPr>
        <w:jc w:val="right"/>
      </w:pPr>
      <w:r>
        <w:t>دنیا میں وہ اپنے آپ کو محفوظ سمجھتے ہیں مگر قیامت میں ان کا انجام صرف یہ ہونے والا ہے کہ وہ اپنے آپ کو جہنم کے دروازے پر کھڑا ہوا پائیں اور</w:t>
      </w:r>
    </w:p>
    <w:p>
      <w:r>
        <w:rPr>
          <w:b/>
        </w:rPr>
        <w:t xml:space="preserve">[1:19:15] </w:t>
      </w:r>
      <w:r>
        <w:t>is se bhagne ki koi tadbeer na kar saken.</w:t>
      </w:r>
    </w:p>
    <w:p>
      <w:pPr>
        <w:jc w:val="right"/>
      </w:pPr>
      <w:r>
        <w:t>اس سے بھاگنے کی کوئی تدبیر نہ کر سکیں۔</w:t>
      </w:r>
    </w:p>
    <w:p>
      <w:r>
        <w:rPr>
          <w:b/>
        </w:rPr>
        <w:t xml:space="preserve">[1:19:22] </w:t>
      </w:r>
      <w:r>
        <w:t>wa laqad sarrafna fi hadha al-qur'ani li-al-nasi min kulli mathal wa kana al-insanu akthara shay'in jidalan wa ma mana'a</w:t>
      </w:r>
    </w:p>
    <w:p>
      <w:pPr>
        <w:jc w:val="right"/>
      </w:pPr>
      <w:r>
        <w:t>ولقد صرفنا في هذا القرآن للناس من كل مثل وكان الإنسان أكثر شيء جدلا وما منع</w:t>
      </w:r>
    </w:p>
    <w:p>
      <w:r>
        <w:rPr>
          <w:b/>
        </w:rPr>
        <w:t xml:space="preserve">[1:19:39] </w:t>
      </w:r>
      <w:r>
        <w:t>al-nasu an yu'minoo itha ja'ahum al-huda wa yastaghfiroo rabbahum illa an ta'tiyahum</w:t>
      </w:r>
    </w:p>
    <w:p>
      <w:pPr>
        <w:jc w:val="right"/>
      </w:pPr>
      <w:r>
        <w:t>الناس أن يؤمنوا إذ جاءهم الهدى ويستغفروا ربهم إلا أن تأتيهم</w:t>
      </w:r>
    </w:p>
    <w:p>
      <w:r>
        <w:rPr>
          <w:b/>
        </w:rPr>
        <w:t xml:space="preserve">[1:19:59] </w:t>
      </w:r>
      <w:r>
        <w:t>sunnatu al-awwaleena aw ya'tiyahum al-'adhabu qublan.</w:t>
      </w:r>
    </w:p>
    <w:p>
      <w:pPr>
        <w:jc w:val="right"/>
      </w:pPr>
      <w:r>
        <w:t>سنة الأولين أو يأتيهم العذاب قبلا.</w:t>
      </w:r>
    </w:p>
    <w:p>
      <w:r>
        <w:rPr>
          <w:b/>
        </w:rPr>
        <w:t xml:space="preserve">[1:20:08] </w:t>
      </w:r>
      <w:r>
        <w:t>aur hum ne is quran mein logon ki hidayat ke liye har qism ki misaal bayan ki hai</w:t>
      </w:r>
    </w:p>
    <w:p>
      <w:pPr>
        <w:jc w:val="right"/>
      </w:pPr>
      <w:r>
        <w:t>اور ہم نے اس قرآن میں لوگوں کی ہدایت کے لیے ہر قسم کی مثال بیان کی ہے</w:t>
      </w:r>
    </w:p>
    <w:p>
      <w:r>
        <w:rPr>
          <w:b/>
        </w:rPr>
        <w:t xml:space="preserve">[1:20:15] </w:t>
      </w:r>
      <w:r>
        <w:t>aur insaan sab se zyada jhagraalu hai</w:t>
      </w:r>
    </w:p>
    <w:p>
      <w:pPr>
        <w:jc w:val="right"/>
      </w:pPr>
      <w:r>
        <w:t>اور انسان سب سے زیادہ جھگڑالو ہے</w:t>
      </w:r>
    </w:p>
    <w:p>
      <w:r>
        <w:rPr>
          <w:b/>
        </w:rPr>
        <w:t xml:space="preserve">[1:20:20] </w:t>
      </w:r>
      <w:r>
        <w:t>aur logon ko baad is ke ke un ko hidayat pahunch chuki imaan laane se aur apne rab</w:t>
      </w:r>
    </w:p>
    <w:p>
      <w:pPr>
        <w:jc w:val="right"/>
      </w:pPr>
      <w:r>
        <w:t>اور لوگوں کو بعد اس کے کہ ان کو ہدایت پہنچ چکی ایمان لانے سے اور اپنے رب</w:t>
      </w:r>
    </w:p>
    <w:p>
      <w:r>
        <w:rPr>
          <w:b/>
        </w:rPr>
        <w:t xml:space="preserve">[1:20:28] </w:t>
      </w:r>
      <w:r>
        <w:t>se bakhshish maangne se nahin roka magar</w:t>
      </w:r>
    </w:p>
    <w:p>
      <w:pPr>
        <w:jc w:val="right"/>
      </w:pPr>
      <w:r>
        <w:t>سے بخشش مانگنے سے نہیں روکا مگر</w:t>
      </w:r>
    </w:p>
    <w:p>
      <w:r>
        <w:rPr>
          <w:b/>
        </w:rPr>
        <w:t xml:space="preserve">[1:20:34] </w:t>
      </w:r>
      <w:r>
        <w:t>us cheez ne ke aglon ka maamla un ke liye bhi zahir ho jaaye ya azaab un ke</w:t>
      </w:r>
    </w:p>
    <w:p>
      <w:pPr>
        <w:jc w:val="right"/>
      </w:pPr>
      <w:r>
        <w:t>اس چیز نے کہ اگلوں کا معاملہ ان کے لیے بھی ظاہر ہو جائے یا عذاب ان کے</w:t>
      </w:r>
    </w:p>
    <w:p>
      <w:r>
        <w:rPr>
          <w:b/>
        </w:rPr>
        <w:t xml:space="preserve">[1:20:42] </w:t>
      </w:r>
      <w:r>
        <w:t>saamne khada ho.</w:t>
      </w:r>
    </w:p>
    <w:p>
      <w:pPr>
        <w:jc w:val="right"/>
      </w:pPr>
      <w:r>
        <w:t>سامنے کھڑا ہو۔</w:t>
      </w:r>
    </w:p>
    <w:p>
      <w:r>
        <w:rPr>
          <w:b/>
        </w:rPr>
        <w:t xml:space="preserve">[1:20:47] </w:t>
      </w:r>
      <w:r>
        <w:t>tashreeh: dunya mein imtehan ki azadi hai. is bina par yahan aadmi haq ka itraf na karne ke liye koi na koi uzr pa leta hai.</w:t>
      </w:r>
    </w:p>
    <w:p>
      <w:pPr>
        <w:jc w:val="right"/>
      </w:pPr>
      <w:r>
        <w:t>تشریح: دنیا میں امتحان کی آزادی ہے۔ اس بنا پر یہاں آدمی حق کا اعتراف نہ کرنے کے لیے کوئی نہ کوئی عذر پا لیتا ہے۔</w:t>
      </w:r>
    </w:p>
    <w:p>
      <w:r>
        <w:rPr>
          <w:b/>
        </w:rPr>
        <w:t xml:space="preserve">[1:21:01] </w:t>
      </w:r>
      <w:r>
        <w:t>har baat ko radd karne ke liye us ko kuch na kuch alfaaz mil jaate hain. kabhi aisa hota hai ke woh ek khuli hui dalil ko be-mani baaton se kaatne ki koshish karta hai.</w:t>
      </w:r>
    </w:p>
    <w:p>
      <w:pPr>
        <w:jc w:val="right"/>
      </w:pPr>
      <w:r>
        <w:t>ہر بات کو رد کرنے کے لیے اس کو کچھ نہ کچھ الفاظ مل جاتے ہیں۔ کبھی ایسا ہوتا ہے کہ وہ ایک کھلی ہوئی دلیل کو بے معنی باتوں سے کاٹنے کی کوشش کرتا ہے۔</w:t>
      </w:r>
    </w:p>
    <w:p>
      <w:r>
        <w:rPr>
          <w:b/>
        </w:rPr>
        <w:t xml:space="preserve">[1:21:17] </w:t>
      </w:r>
      <w:r>
        <w:t>kabhi woh aisa karta hai ke jo dalil di gayi hai us ko nazar andaz kar ke ek aur cheez ka taqaza karta hai jo kisi wajah se abhi pesh nahin ki gayi.</w:t>
      </w:r>
    </w:p>
    <w:p>
      <w:pPr>
        <w:jc w:val="right"/>
      </w:pPr>
      <w:r>
        <w:t>کبھی وہ ایسا کرتا ہے کہ جو دلیل دی گئی ہے اس کو نظر انداز کر کے ایک اور چیز کا تقاضا کرتا ہے جو کسی وجہ سے ابھی پیش نہیں کی گئی۔</w:t>
      </w:r>
    </w:p>
    <w:p>
      <w:r>
        <w:rPr>
          <w:b/>
        </w:rPr>
        <w:t xml:space="preserve">[1:21:33] </w:t>
      </w:r>
      <w:r>
        <w:t>is aakhri soorat ki ek misaal yeh hai ke paighambar ne apne mukhatibin ke samne wazeh dalail ke sath apna paigham pesh kiya to unhon ne is par dhyan nahin diya balkeh</w:t>
      </w:r>
    </w:p>
    <w:p>
      <w:pPr>
        <w:jc w:val="right"/>
      </w:pPr>
      <w:r>
        <w:t>اس آخری صورت کی ایک مثال یہ ہے کہ پیغمبر نے اپنے مخاطبین کے سامنے واضح دلائل کے ساتھ اپنا پیغام پیش کیا تو انہوں نے اس پر دھیان نہیں دیا بلکہ</w:t>
      </w:r>
    </w:p>
    <w:p>
      <w:r>
        <w:rPr>
          <w:b/>
        </w:rPr>
        <w:t xml:space="preserve">[1:21:49] </w:t>
      </w:r>
      <w:r>
        <w:t>is se qata nazar karte hue yeh kaha ke inkar ki soorat mein tum hum ko jis azab ki khabar de rahe ho woh kahan hai us ko la kar humein dikhao.</w:t>
      </w:r>
    </w:p>
    <w:p>
      <w:pPr>
        <w:jc w:val="right"/>
      </w:pPr>
      <w:r>
        <w:t>اس سے قطع نظر کرتے ہوئے یہ کہا کہ انکار کی صورت میں تم ہم کو جس عذاب کی خبر دے رہے ہو وہ کہاں ہے اس کو لا کر ہمیں دکھاؤ۔</w:t>
      </w:r>
    </w:p>
    <w:p>
      <w:r>
        <w:rPr>
          <w:b/>
        </w:rPr>
        <w:t xml:space="preserve">[1:22:05] </w:t>
      </w:r>
      <w:r>
        <w:t>wa ma nursilu al-rusula illa mubashireena wa munzireena wa yujadilu allazeena kafaroo bi-al-batili li-yudhadhoo bihi al-haqqa wa ittakhadhoo</w:t>
      </w:r>
    </w:p>
    <w:p>
      <w:pPr>
        <w:jc w:val="right"/>
      </w:pPr>
      <w:r>
        <w:t>وما نرسل المرسلين إلا مبشرين ومنذرين ويجادل الذين كفروا بالباطل ليدحضوا به الحق واتخذوا</w:t>
      </w:r>
    </w:p>
    <w:p>
      <w:r>
        <w:rPr>
          <w:b/>
        </w:rPr>
        <w:t xml:space="preserve">[1:22:22] </w:t>
      </w:r>
      <w:r>
        <w:t>ayati wa ma unziroohum zawa'a wa man azlamu mimman dhukkira bi-ayati rabbihi fa-a'rada 'anha wa nasiya ma qaddamat yadaahu</w:t>
      </w:r>
    </w:p>
    <w:p>
      <w:pPr>
        <w:jc w:val="right"/>
      </w:pPr>
      <w:r>
        <w:t>آياتي وما أنذروه زواء ومن أظلم ممن ذكر بآيات ربه فأعرض عنها ونسي ما قدمت يداه</w:t>
      </w:r>
    </w:p>
    <w:p>
      <w:r>
        <w:rPr>
          <w:b/>
        </w:rPr>
        <w:t xml:space="preserve">[1:22:41] </w:t>
      </w:r>
      <w:r>
        <w:t>inna ja'alna 'ala quloobihim akinnatan an yafqahoohu fi azanihim waqran wa in tad'uhum ila al-huda falany tahtadoo</w:t>
      </w:r>
    </w:p>
    <w:p>
      <w:pPr>
        <w:jc w:val="right"/>
      </w:pPr>
      <w:r>
        <w:t>إنا جعلنا على قلوبهم أكنة أن يفقهوا هو في آذانهم وقرا وإن تدعهم إلى الهدى فلن يهتدوا</w:t>
      </w:r>
    </w:p>
    <w:p>
      <w:r>
        <w:rPr>
          <w:b/>
        </w:rPr>
        <w:t xml:space="preserve">[1:23:01] </w:t>
      </w:r>
      <w:r>
        <w:t>idha abadan.</w:t>
      </w:r>
    </w:p>
    <w:p>
      <w:pPr>
        <w:jc w:val="right"/>
      </w:pPr>
      <w:r>
        <w:t>إذا أبدا.</w:t>
      </w:r>
    </w:p>
    <w:p>
      <w:r>
        <w:rPr>
          <w:b/>
        </w:rPr>
        <w:t xml:space="preserve">[1:23:06] </w:t>
      </w:r>
      <w:r>
        <w:t>aur rasoolon ko hum sirf khushkhabri dene wala aur darane wala bana kar bhejte hain aur munkir log na-haq ki baatein le kar jhoota jhagda karte hain taake is ke zariye se haq ko necha kar dein aur unhon ne meri nishaniyon ko aur jo dar sunaye gaye un ko mazak bana diya.</w:t>
      </w:r>
    </w:p>
    <w:p>
      <w:pPr>
        <w:jc w:val="right"/>
      </w:pPr>
      <w:r>
        <w:t>اور رسولوں کو ہم صرف خوشخبری دینے والا اور ڈرانے والا بنا کر بھیجتے ہیں اور منکر لوگ ناحق کی باتیں لے کر جھوٹا جھگڑا کرتے ہیں تاکہ اس کے ذریعے سے حق کو نیچا کر دیں اور انہوں نے میری نشانیوں کو اور جو ڈر سنائے گئے ان کو مذاق بنا دیا۔</w:t>
      </w:r>
    </w:p>
    <w:p>
      <w:r>
        <w:rPr>
          <w:b/>
        </w:rPr>
        <w:t xml:space="preserve">[1:23:34] </w:t>
      </w:r>
      <w:r>
        <w:t>is se bada zalim kaun hoga jisko us ke rab ki ayaton ke zariye yaad dehani ki jaye to woh is se munh pher le aur apne hathon ke amal ko bhool jaye.</w:t>
      </w:r>
    </w:p>
    <w:p>
      <w:pPr>
        <w:jc w:val="right"/>
      </w:pPr>
      <w:r>
        <w:t>اس سے بڑا ظالم کون ہوگا جس کو اس کے رب کی آیات کے ذریعے یاد دہانی کی جائے تو وہ اس سے منہ پھیر لے اور اپنے ہاتھوں کے عمل کو بھول جائے۔</w:t>
      </w:r>
    </w:p>
    <w:p>
      <w:r>
        <w:rPr>
          <w:b/>
        </w:rPr>
        <w:t xml:space="preserve">[1:23:48] </w:t>
      </w:r>
      <w:r>
        <w:t>h</w:t>
      </w:r>
    </w:p>
    <w:p>
      <w:pPr>
        <w:jc w:val="right"/>
      </w:pPr>
      <w:r>
        <w:t>ہ</w:t>
      </w:r>
    </w:p>
    <w:p>
      <w:r>
        <w:rPr>
          <w:b/>
        </w:rPr>
        <w:t xml:space="preserve">[1:23:49] </w:t>
      </w:r>
      <w:r>
        <w:t>m ne un ke dilo par parde daal diye hain ke woh is ko na samjhein aur un ke kaano mein daat hai aur agar tum un ko hidayat ki taraf bulao to woh kabhi raah par aane wale nahi hain.</w:t>
      </w:r>
    </w:p>
    <w:p>
      <w:pPr>
        <w:jc w:val="right"/>
      </w:pPr>
      <w:r>
        <w:t>م نے ان کے دلوں پر پردے ڈال دیے ہیں کہ وہ اس کو نہ سمجھیں اور ان کے کانوں میں ڈاٹ ہے اور اگر تم ان کو ہدایت کی طرف بلاؤ تو وہ کبھی راہ پر آنے والے نہیں ہیں۔</w:t>
      </w:r>
    </w:p>
    <w:p>
      <w:r>
        <w:rPr>
          <w:b/>
        </w:rPr>
        <w:t xml:space="preserve">[1:24:08] </w:t>
      </w:r>
      <w:r>
        <w:t>tashreeh: khuda ki baat sab se zyada sachhi baat hai.</w:t>
      </w:r>
    </w:p>
    <w:p>
      <w:pPr>
        <w:jc w:val="right"/>
      </w:pPr>
      <w:r>
        <w:t>تشریح: خدا کی بات سب سے زیادہ سچی بات ہے۔</w:t>
      </w:r>
    </w:p>
    <w:p>
      <w:r>
        <w:rPr>
          <w:b/>
        </w:rPr>
        <w:t xml:space="preserve">[1:24:14] </w:t>
      </w:r>
      <w:r>
        <w:t>tamam behtareen dalail is ki muwafiqat karte hain chunancha jo log is ko manna nahi chahte woh koi haqeeqi daleel nahi paate jis ke zariye woh use radd kar saken.</w:t>
      </w:r>
    </w:p>
    <w:p>
      <w:pPr>
        <w:jc w:val="right"/>
      </w:pPr>
      <w:r>
        <w:t>تمام بہترین دلائل اس کی موافقت کرتے ہیں چنانچہ جو لوگ اس کو ماننا نہیں چاہتے وہ کوئی حقیقی دلیل نہیں پاتے جس کے ذریعے وہ اسے رد کر سکیں۔</w:t>
      </w:r>
    </w:p>
    <w:p>
      <w:r>
        <w:rPr>
          <w:b/>
        </w:rPr>
        <w:t xml:space="preserve">[1:24:32] </w:t>
      </w:r>
      <w:r>
        <w:t>un ke paas hamesha sirf be asal baatein hoti hain jin ke zariye woh is ko zair karne ki nakaam koshish karte reh.</w:t>
      </w:r>
    </w:p>
    <w:p>
      <w:pPr>
        <w:jc w:val="right"/>
      </w:pPr>
      <w:r>
        <w:t>ان کے پاس ہمیشہ صرف بے اصل باتیں ہوتی ہیں جن کے ذریعے وہ اس کو زیر کرنے کی ناکام کوشش کرتے رہیں۔</w:t>
      </w:r>
    </w:p>
    <w:p>
      <w:r>
        <w:rPr>
          <w:b/>
        </w:rPr>
        <w:t xml:space="preserve">[1:24:45] </w:t>
      </w:r>
      <w:r>
        <w:t>woh thos dalail ka muqabla jhoote etirazat se karte hain. woh sanjeeda kaam ko mazaq mein gum kar dena chahte hain.</w:t>
      </w:r>
    </w:p>
    <w:p>
      <w:pPr>
        <w:jc w:val="right"/>
      </w:pPr>
      <w:r>
        <w:t>وہ ٹھوس دلائل کا مقابلہ جھوٹے اعتراضات سے کرتے ہیں۔ وہ سنجیدہ کام کو مذاق میں گم کر دینا چاہتے ہیں۔</w:t>
      </w:r>
    </w:p>
    <w:p>
      <w:r>
        <w:rPr>
          <w:b/>
        </w:rPr>
        <w:t xml:space="preserve">[1:24:58] </w:t>
      </w:r>
      <w:r>
        <w:t>yeh sab woh is liye karte hain ke daai ko awam ki nazar mein be aitbaar saabit kar saken</w:t>
      </w:r>
    </w:p>
    <w:p>
      <w:pPr>
        <w:jc w:val="right"/>
      </w:pPr>
      <w:r>
        <w:t>یہ سب وہ اس لیے کرتے ہیں کہ داعی کو عوام کی نظر میں بے اعتبار ثابت کر سکیں</w:t>
      </w:r>
    </w:p>
    <w:p>
      <w:r>
        <w:rPr>
          <w:b/>
        </w:rPr>
        <w:t xml:space="preserve">[1:25:07] </w:t>
      </w:r>
      <w:r>
        <w:t>magar woh bhool jaate hain ke aisa kar ke woh khud apne aap ko khuda ki nazar mein be aitbaar saabit kar rahe hain.</w:t>
      </w:r>
    </w:p>
    <w:p>
      <w:pPr>
        <w:jc w:val="right"/>
      </w:pPr>
      <w:r>
        <w:t>مگر وہ بھول جاتے ہیں کہ ایسا کر کے وہ خود اپنے آپ کو خدا کی نظر میں بے اعتبار ثابت کر رہے ہیں۔</w:t>
      </w:r>
    </w:p>
    <w:p>
      <w:r>
        <w:rPr>
          <w:b/>
        </w:rPr>
        <w:t xml:space="preserve">[1:25:20] </w:t>
      </w:r>
      <w:r>
        <w:t>aadmi ko sochne aur samajhne ki salahiyat is liye di gayi hai ke woh haq aur na haq mein teemez kar sake</w:t>
      </w:r>
    </w:p>
    <w:p>
      <w:pPr>
        <w:jc w:val="right"/>
      </w:pPr>
      <w:r>
        <w:t>آدمی کو سوچنے اور سمجھنے کی صلاحیت اس لیے دی گئی ہے کہ وہ حق اور ناحق میں تمیز کر سکے</w:t>
      </w:r>
    </w:p>
    <w:p>
      <w:r>
        <w:rPr>
          <w:b/>
        </w:rPr>
        <w:t xml:space="preserve">[1:25:29] </w:t>
      </w:r>
      <w:r>
        <w:t>magar jab woh apni soojh boojh ko ghalat rukh par istemal karta hai to uska zehan isi ghalat rukh par chal parta hai jis rukh par us ne is ko chalaya hai.</w:t>
      </w:r>
    </w:p>
    <w:p>
      <w:pPr>
        <w:jc w:val="right"/>
      </w:pPr>
      <w:r>
        <w:t>مگر جب وہ اپنی سوجھ بوجھ کو غلط رخ پر استعمال کرتا ہے تو اس کا ذہن اسی غلط رخ پر چل پڑتا ہے جس رخ پر اس نے اس کو چلایا ہے۔</w:t>
      </w:r>
    </w:p>
    <w:p>
      <w:r>
        <w:rPr>
          <w:b/>
        </w:rPr>
        <w:t xml:space="preserve">[1:25:45] </w:t>
      </w:r>
      <w:r>
        <w:t>is ke baad uska liye namumkin ho jata hai ke kisi baat ko is ke sahi rukh se dekhe aur is ki waqee ahmiyat ko samjhe.</w:t>
      </w:r>
    </w:p>
    <w:p>
      <w:pPr>
        <w:jc w:val="right"/>
      </w:pPr>
      <w:r>
        <w:t>اس کے بعد اس کے لیے ناممکن ہو جاتا ہے کہ کسی بات کو اس کے صحیح رخ سے دیکھے اور اس کی واقعی اہمیت کو سمجھے۔</w:t>
      </w:r>
    </w:p>
    <w:p>
      <w:r>
        <w:rPr>
          <w:b/>
        </w:rPr>
        <w:t xml:space="preserve">[1:25:57] </w:t>
      </w:r>
      <w:r>
        <w:t>woh aankh rakhte hue be aankh ho jata hai. woh kaan rakhte hue be kaan ban jata hai.</w:t>
      </w:r>
    </w:p>
    <w:p>
      <w:pPr>
        <w:jc w:val="right"/>
      </w:pPr>
      <w:r>
        <w:t>وہ آنکھ رکھتے ہوئے بے آنکھ ہو جاتا ہے۔ وہ کان رکھتے ہوئے بے کان بن جاتا ہے۔</w:t>
      </w:r>
    </w:p>
    <w:p>
      <w:r>
        <w:rPr>
          <w:b/>
        </w:rPr>
        <w:t xml:space="preserve">[1:26:09] </w:t>
      </w:r>
      <w:r>
        <w:t>wa rabbuk al-ghafur dhu ar-rahmah law yu'aakhidh</w:t>
      </w:r>
    </w:p>
    <w:p>
      <w:pPr>
        <w:jc w:val="right"/>
      </w:pPr>
      <w:r>
        <w:t>وربك الغفور ذو الرحمة لو يؤاخذه</w:t>
      </w:r>
    </w:p>
    <w:p>
      <w:r>
        <w:rPr>
          <w:b/>
        </w:rPr>
        <w:t xml:space="preserve">[1:26:14] </w:t>
      </w:r>
      <w:r>
        <w:t>bima kasaboo la-'ajjala lahum al-'azaab</w:t>
      </w:r>
    </w:p>
    <w:p>
      <w:pPr>
        <w:jc w:val="right"/>
      </w:pPr>
      <w:r>
        <w:t>بما كسبوا لعجل لهم العذاب</w:t>
      </w:r>
    </w:p>
    <w:p>
      <w:r>
        <w:rPr>
          <w:b/>
        </w:rPr>
        <w:t xml:space="preserve">[1:26:19] </w:t>
      </w:r>
      <w:r>
        <w:t>bal lahum maw'idun lan yajidoo min doonihi mu'awwila</w:t>
      </w:r>
    </w:p>
    <w:p>
      <w:pPr>
        <w:jc w:val="right"/>
      </w:pPr>
      <w:r>
        <w:t>بل لهم موعد لن يجدوا من دونه موئلا</w:t>
      </w:r>
    </w:p>
    <w:p>
      <w:r>
        <w:rPr>
          <w:b/>
        </w:rPr>
        <w:t xml:space="preserve">[1:26:28] </w:t>
      </w:r>
      <w:r>
        <w:t>wa tilka al-qura ahlaaknaahum</w:t>
      </w:r>
    </w:p>
    <w:p>
      <w:pPr>
        <w:jc w:val="right"/>
      </w:pPr>
      <w:r>
        <w:t>وتلك القرى أهلكناهم</w:t>
      </w:r>
    </w:p>
    <w:p>
      <w:r>
        <w:rPr>
          <w:b/>
        </w:rPr>
        <w:t xml:space="preserve">[1:26:33] </w:t>
      </w:r>
      <w:r>
        <w:t>lamma zalamoo wa ja'alna li-mahlakihim</w:t>
      </w:r>
    </w:p>
    <w:p>
      <w:pPr>
        <w:jc w:val="right"/>
      </w:pPr>
      <w:r>
        <w:t>لما ظلموا وجعلنا لمهلكهم</w:t>
      </w:r>
    </w:p>
    <w:p>
      <w:r>
        <w:rPr>
          <w:b/>
        </w:rPr>
        <w:t xml:space="preserve">[1:26:38] </w:t>
      </w:r>
      <w:r>
        <w:t>maw'ida.</w:t>
      </w:r>
    </w:p>
    <w:p>
      <w:pPr>
        <w:jc w:val="right"/>
      </w:pPr>
      <w:r>
        <w:t>موعدا.</w:t>
      </w:r>
    </w:p>
    <w:p>
      <w:r>
        <w:rPr>
          <w:b/>
        </w:rPr>
        <w:t xml:space="preserve">[1:26:42] </w:t>
      </w:r>
      <w:r>
        <w:t>aur tumhara rab bakhsne wala rehmat wala hai.</w:t>
      </w:r>
    </w:p>
    <w:p>
      <w:pPr>
        <w:jc w:val="right"/>
      </w:pPr>
      <w:r>
        <w:t>اور تمہارا رب بخشنے والا رحمت والا ہے۔</w:t>
      </w:r>
    </w:p>
    <w:p>
      <w:r>
        <w:rPr>
          <w:b/>
        </w:rPr>
        <w:t xml:space="preserve">[1:26:48] </w:t>
      </w:r>
      <w:r>
        <w:t>agar woh un ke kiye par unhein pakde to foran un par azab bhej de magar un ke liye ek muqarrar waqt hai aur woh is ke muqable mein koi panah ki jagah na paayenge.</w:t>
      </w:r>
    </w:p>
    <w:p>
      <w:pPr>
        <w:jc w:val="right"/>
      </w:pPr>
      <w:r>
        <w:t>اگر وہ ان کے کیے پر انہیں پکڑے تو فوراً ان پر عذاب بھیج دے مگر ان کے لیے ایک مقرر وقت ہے اور وہ اس کے مقابلے میں کوئی پناہ کی جگہ نہ پائیں گے۔</w:t>
      </w:r>
    </w:p>
    <w:p>
      <w:r>
        <w:rPr>
          <w:b/>
        </w:rPr>
        <w:t xml:space="preserve">[1:27:07] </w:t>
      </w:r>
      <w:r>
        <w:t>aur yeh bastiyan hain jin ko hum ne halak kar diya jab ke woh zalim ho gaye aur hum ne un ki halakat ka ek waqt muqarrar kiya tha.</w:t>
      </w:r>
    </w:p>
    <w:p>
      <w:pPr>
        <w:jc w:val="right"/>
      </w:pPr>
      <w:r>
        <w:t>اور یہ بستیاں ہیں جن کو ہم نے ہلاک کر دیا جب کہ وہ ظالم ہو گئے اور ہم نے ان کی ہلاکت کا ایک وقت مقرر کیا تھا۔</w:t>
      </w:r>
    </w:p>
    <w:p>
      <w:r>
        <w:rPr>
          <w:b/>
        </w:rPr>
        <w:t xml:space="preserve">[1:27:23] </w:t>
      </w:r>
      <w:r>
        <w:t>tashreeh: aadmi haq ke muqable mein sarakshi karta hai to us ko foran us ki saza nahi milti.</w:t>
      </w:r>
    </w:p>
    <w:p>
      <w:pPr>
        <w:jc w:val="right"/>
      </w:pPr>
      <w:r>
        <w:t>تشریح: آدمی حق کے مقابلے میں سرکشی کرتا ہے تو اس کو فوراً اس کی سزا نہیں ملتی۔</w:t>
      </w:r>
    </w:p>
    <w:p>
      <w:r>
        <w:rPr>
          <w:b/>
        </w:rPr>
        <w:t xml:space="preserve">[1:27:35] </w:t>
      </w:r>
      <w:r>
        <w:t>is se ghalat fehmi mein pad kar woh apne ko azaad samajh leta hai aur mazeed sarakshi karne lagta hai</w:t>
      </w:r>
    </w:p>
    <w:p>
      <w:pPr>
        <w:jc w:val="right"/>
      </w:pPr>
      <w:r>
        <w:t>اس سے غلط فہمی میں پڑ کر وہ اپنے کو آزاد سمجھ لیتا ہے اور مزید سرکشی کرنے لگتا ہے</w:t>
      </w:r>
    </w:p>
    <w:p>
      <w:r>
        <w:rPr>
          <w:b/>
        </w:rPr>
        <w:t xml:space="preserve">[1:27:45] </w:t>
      </w:r>
      <w:r>
        <w:t>halanke yeh na pakda jaana imtehan ki mohlat ki bina par hai na ke azadi aur khud mukhtari ki bina par.</w:t>
      </w:r>
    </w:p>
    <w:p>
      <w:pPr>
        <w:jc w:val="right"/>
      </w:pPr>
      <w:r>
        <w:t>حالانکہ یہ نہ پکڑا جانا امتحان کی مہلت کی بنا پر ہے نہ کہ آزادی اور خود مختاری کی بنا پر۔</w:t>
      </w:r>
    </w:p>
    <w:p>
      <w:r>
        <w:rPr>
          <w:b/>
        </w:rPr>
        <w:t xml:space="preserve">[1:27:59] </w:t>
      </w:r>
      <w:r>
        <w:t>aadmi sabak lena chahe to mazi ka anjam us ke samne maujood hai jis se woh haal ke liye sabak le sakta hai.</w:t>
      </w:r>
    </w:p>
    <w:p>
      <w:pPr>
        <w:jc w:val="right"/>
      </w:pPr>
      <w:r>
        <w:t>آدمی سبق لینا چاہے تو ماضی کا انجام اس کے سامنے موجود ہے جس سے وہ حال کے لیے سبق لے سکتا ہے۔</w:t>
      </w:r>
    </w:p>
    <w:p>
      <w:r>
        <w:rPr>
          <w:b/>
        </w:rPr>
        <w:t xml:space="preserve">[1:28:11] </w:t>
      </w:r>
      <w:r>
        <w:t>satah zameen par bar bar mukhtalif qaumein aur tehzeeben ubhri hain aur tabaah kar di gayi hain. jab pichli naslon ke sath aisa hua ke unhein un ki sarakshi ki saza mili</w:t>
      </w:r>
    </w:p>
    <w:p>
      <w:pPr>
        <w:jc w:val="right"/>
      </w:pPr>
      <w:r>
        <w:t>سطح زمین پر بار بار مختلف قومیں اور تہذیبیں ابھری ہیں اور تباہ کر دی گئی ہیں۔ جب پچھلی نسلوں کے ساتھ ایسا ہوا کہ انہیں ان کی سرکشی کی سزا ملی</w:t>
      </w:r>
    </w:p>
    <w:p>
      <w:r>
        <w:rPr>
          <w:b/>
        </w:rPr>
        <w:t xml:space="preserve">[1:28:28] </w:t>
      </w:r>
      <w:r>
        <w:t>to agli naslon ke sath yahi waqea kyun na hoga? waidh qala musaa lifataahu la abrahu hatta ablugha majma albahrain aw amdiya huqbaa</w:t>
      </w:r>
    </w:p>
    <w:p>
      <w:pPr>
        <w:jc w:val="right"/>
      </w:pPr>
      <w:r>
        <w:t>تو اگلی نسلوں کے ساتھ یہی واقعہ کیوں نہ ہوگا؟ واذ قال موسى لفتاه لا ابرح حتى ابلغ مجمع البحرين او امضي حقبا</w:t>
      </w:r>
    </w:p>
    <w:p>
      <w:r>
        <w:rPr>
          <w:b/>
        </w:rPr>
        <w:t xml:space="preserve">[1:28:48] </w:t>
      </w:r>
      <w:r>
        <w:t>falamma balaghaa majma bainahumaa nasiyaa huutahumaa fatakhatha sabeelahu fi albahri sarabaa falamma jaawazaa qala lifataahu aatinaa ghadaa</w:t>
      </w:r>
    </w:p>
    <w:p>
      <w:pPr>
        <w:jc w:val="right"/>
      </w:pPr>
      <w:r>
        <w:t>فلما بلغا مجمع بينهما نسيا حوتهما فاتخذ سبيله في البحر سربا فلما جاوزا قال لفتاه اتنا غدا</w:t>
      </w:r>
    </w:p>
    <w:p>
      <w:r>
        <w:rPr>
          <w:b/>
        </w:rPr>
        <w:t xml:space="preserve">[1:29:06] </w:t>
      </w:r>
      <w:r>
        <w:t>inaa laqad laqaynaa min safarinaa haadhaa nasabaa.</w:t>
      </w:r>
    </w:p>
    <w:p>
      <w:pPr>
        <w:jc w:val="right"/>
      </w:pPr>
      <w:r>
        <w:t>انا لقد لقينا من سفرنا هذا نصبا.</w:t>
      </w:r>
    </w:p>
    <w:p>
      <w:r>
        <w:rPr>
          <w:b/>
        </w:rPr>
        <w:t xml:space="preserve">[1:29:15] </w:t>
      </w:r>
      <w:r>
        <w:t>aur jab musa ne apne shagird se kaha ke main chalta rahoon ga yahan tak ke ya to do daryao ke milne ki jagah par pahunch jaoon ya isi tarah barson tak chalta rahoon.</w:t>
      </w:r>
    </w:p>
    <w:p>
      <w:pPr>
        <w:jc w:val="right"/>
      </w:pPr>
      <w:r>
        <w:t>اور جب موسی نے اپنے شاگرد سے کہا کہ میں چلتا رہوں گا یہاں تک کہ یا تو دو دریاؤں کے ملنے کی جگہ پر پہنچ جاؤں یا اسی طرح برسوں تک چلتا رہوں۔</w:t>
      </w:r>
    </w:p>
    <w:p>
      <w:r>
        <w:rPr>
          <w:b/>
        </w:rPr>
        <w:t xml:space="preserve">[1:29:32] </w:t>
      </w:r>
      <w:r>
        <w:t>pas jab woh daryaon ke milne ki jagah pohnche to woh apni machhli ko bhool gaye aur machhli ne darya mein apni raah li.</w:t>
      </w:r>
    </w:p>
    <w:p>
      <w:pPr>
        <w:jc w:val="right"/>
      </w:pPr>
      <w:r>
        <w:t>پس جب وہ دریاؤں کے ملنے کی جگہ پہنچے تو وہ اپنی مچھلی کو بھول گئے اور مچھلی نے دریا میں اپنی راہ لی۔</w:t>
      </w:r>
    </w:p>
    <w:p>
      <w:r>
        <w:rPr>
          <w:b/>
        </w:rPr>
        <w:t xml:space="preserve">[1:29:45] </w:t>
      </w:r>
      <w:r>
        <w:t>phir jab woh aage badhe to moosa ne apne shagir se kaha hamara khana lao hamare is safar se hum ko bari thakaan ho gayi.</w:t>
      </w:r>
    </w:p>
    <w:p>
      <w:pPr>
        <w:jc w:val="right"/>
      </w:pPr>
      <w:r>
        <w:t>پھر جب وہ آگے بڑھے تو موسی نے اپنے شاگرد سے کہا ہمارا کھانا لاؤ ہمارے اس سفر سے ہم کو بڑی تھکان ہو گئی۔</w:t>
      </w:r>
    </w:p>
    <w:p>
      <w:r>
        <w:rPr>
          <w:b/>
        </w:rPr>
        <w:t xml:space="preserve">[1:30:01] </w:t>
      </w:r>
      <w:r>
        <w:t>tashreeh: khuda farishton ke zariye musalsal dunya ka intezam kar raha hai. insaan chunaanche is intezam ko nahi dekhta woh is ke bhedon ko poori tarah samajh nahi pata.</w:t>
      </w:r>
    </w:p>
    <w:p>
      <w:pPr>
        <w:jc w:val="right"/>
      </w:pPr>
      <w:r>
        <w:t>تشریح: خدا فرشتوں کے ذریعے مسلسل دنیا کا انتظام کر رہا ہے۔ انسان چونکہ اس انتظام کو نہیں دیکھتا وہ اس کے بھیدوں کو پوری طرح سمجھ نہیں پاتا۔</w:t>
      </w:r>
    </w:p>
    <w:p>
      <w:r>
        <w:rPr>
          <w:b/>
        </w:rPr>
        <w:t xml:space="preserve">[1:30:20] </w:t>
      </w:r>
      <w:r>
        <w:t>woh kamtar waqfiyat ki bina par tarah tarah ke shubhat mein mubtala ho jata hai.</w:t>
      </w:r>
    </w:p>
    <w:p>
      <w:pPr>
        <w:jc w:val="right"/>
      </w:pPr>
      <w:r>
        <w:t>وہ کمتر واقفیت کی بنا پر طرح طرح کے شبہات میں مبتلا ہو جاتا ہے۔</w:t>
      </w:r>
    </w:p>
    <w:p>
      <w:r>
        <w:rPr>
          <w:b/>
        </w:rPr>
        <w:t xml:space="preserve">[1:30:27] </w:t>
      </w:r>
      <w:r>
        <w:t>is ke ilaaj ke liye khuda ne balwasta mushahde ka intezam kiya. us ne apne chune hue bondon ko makhfi dunya ka mushahda karaya taake woh is ki hikmaton ko apni aankhon se dekhen aur doosre insaanon ko is se ba-khabar kar den.</w:t>
      </w:r>
    </w:p>
    <w:p>
      <w:pPr>
        <w:jc w:val="right"/>
      </w:pPr>
      <w:r>
        <w:t>اس کے علاج کے لیے خدا نے بالواسطہ مشاہدے کا انتظام کیا۔ اس نے اپنے چنے ہوئے بندوں کو مخفی دنیا کا مشاہدہ کرایا تاکہ وہ اس کی حکمتوں کو اپنی آنکھوں سے دیکھیں اور دوسرے انسانوں کو اس سے باخبر کر دیں۔</w:t>
      </w:r>
    </w:p>
    <w:p>
      <w:r>
        <w:rPr>
          <w:b/>
        </w:rPr>
        <w:t xml:space="preserve">[1:30:51] </w:t>
      </w:r>
      <w:r>
        <w:t>yahan hazrat moosa ke jis waqe ka zikr hai woh isi qism ka ek istisnai waqe hai jis ke zariye un ko khuda ke chhupe hue nizam ki ek jhalak dikhai gayi.</w:t>
      </w:r>
    </w:p>
    <w:p>
      <w:pPr>
        <w:jc w:val="right"/>
      </w:pPr>
      <w:r>
        <w:t>یہاں حضرت موسی کے جس واقعے کا ذکر ہے وہ اسی قسم کا ایک استثنائی واقعہ ہے جس کے ذریعے ان کو خدا کے چھپے ہوئے نظام کی ایک جھلک دکھائی گئی۔</w:t>
      </w:r>
    </w:p>
    <w:p>
      <w:r>
        <w:rPr>
          <w:b/>
        </w:rPr>
        <w:t xml:space="preserve">[1:31:09] </w:t>
      </w:r>
      <w:r>
        <w:t>hazrat moosa ne yeh safar ghaliban misr o sudan ke darmiyan apne ek naujawan shagir ke sath kiya tha.</w:t>
      </w:r>
    </w:p>
    <w:p>
      <w:pPr>
        <w:jc w:val="right"/>
      </w:pPr>
      <w:r>
        <w:t>حضرت موسی نے یہ سفر غالباً مصر و سوڈان کے درمیان اپنے ایک نوجوان شاگرد کے ساتھ کیا تھا۔</w:t>
      </w:r>
    </w:p>
    <w:p>
      <w:r>
        <w:rPr>
          <w:b/>
        </w:rPr>
        <w:t xml:space="preserve">[1:31:20] </w:t>
      </w:r>
      <w:r>
        <w:t>khuda ne bator nishani unhein bataya tha ke tum chalte raho yahan tak ke jab tum us jagah pohncho jahan do darya ba-ham milte hon to wahan tum ko hamara ek banda</w:t>
      </w:r>
    </w:p>
    <w:p>
      <w:pPr>
        <w:jc w:val="right"/>
      </w:pPr>
      <w:r>
        <w:t>خدا نے بطور علامت انہیں بتایا تھا کہ تم چلتے رہو یہاں تک کہ جب تم اس جگہ پہنچو جہاں دو دریا باہم ملتے ہوں تو وہاں تم کو ہمارا ایک بندہ</w:t>
      </w:r>
    </w:p>
    <w:p>
      <w:r>
        <w:rPr>
          <w:b/>
        </w:rPr>
        <w:t xml:space="preserve">[1:31:37] </w:t>
      </w:r>
      <w:r>
        <w:t>ghaliban farishta bashkl insaan mile ga. tum us ke sath ho lain.</w:t>
      </w:r>
    </w:p>
    <w:p>
      <w:pPr>
        <w:jc w:val="right"/>
      </w:pPr>
      <w:r>
        <w:t>غالباً فرشتہ بشکل انسان ملے گا۔ تم اس کے ساتھ ہو لینا۔</w:t>
      </w:r>
    </w:p>
    <w:p>
      <w:r>
        <w:rPr>
          <w:b/>
        </w:rPr>
        <w:t xml:space="preserve">[1:31:47] </w:t>
      </w:r>
      <w:r>
        <w:t>qaala araayta iz awayna ilas sakhra fa inni naseetu al hoota wa ma ansanihi illash shaitanu an adhkurahu</w:t>
      </w:r>
    </w:p>
    <w:p>
      <w:pPr>
        <w:jc w:val="right"/>
      </w:pPr>
      <w:r>
        <w:t>قال ارايت اذ اوينا الى الصخره فاني نسيت الحوت وما انسانيه الا الشيطان ان اذكره</w:t>
      </w:r>
    </w:p>
    <w:p>
      <w:r>
        <w:rPr>
          <w:b/>
        </w:rPr>
        <w:t xml:space="preserve">[1:32:04] </w:t>
      </w:r>
      <w:r>
        <w:t>watakhatha sabeelah fil bahri ajaba qaala zalika ma kunna nabdu fartadda ala atharihima qasasa fawajada abdan min ibadina</w:t>
      </w:r>
    </w:p>
    <w:p>
      <w:pPr>
        <w:jc w:val="right"/>
      </w:pPr>
      <w:r>
        <w:t>واتخذ سبيله في البحر عجبا قال ذلك ما كنا نبض فارتدا على اثارهما قصصا فوجدا عبدا من عبادنا</w:t>
      </w:r>
    </w:p>
    <w:p>
      <w:r>
        <w:rPr>
          <w:b/>
        </w:rPr>
        <w:t xml:space="preserve">[1:32:25] </w:t>
      </w:r>
      <w:r>
        <w:t>ataynahu rahmatan min indana wa allamnahu min ladunna ilman.</w:t>
      </w:r>
    </w:p>
    <w:p>
      <w:pPr>
        <w:jc w:val="right"/>
      </w:pPr>
      <w:r>
        <w:t>اتيناه رحمه من عندنا وعلمناه من لدنا علما.</w:t>
      </w:r>
    </w:p>
    <w:p>
      <w:r>
        <w:rPr>
          <w:b/>
        </w:rPr>
        <w:t xml:space="preserve">[1:32:37] </w:t>
      </w:r>
      <w:r>
        <w:t>shagir ne kaha ke aap ne dekha jab hum is patthar ke pas thehre the to mein machhli ko bhool gaya aur mujh ko shaitan ne bhula diya ke mein is ka zikr karta aur machhli ajeeb tareeqe se nikal kar darya mein chali gayi.</w:t>
      </w:r>
    </w:p>
    <w:p>
      <w:pPr>
        <w:jc w:val="right"/>
      </w:pPr>
      <w:r>
        <w:t>شاگرد نے کہا کہ آپ نے دیکھا جب ہم اس پتھر کے پاس ٹھہرے تھے تو میں مچھلی کو بھول گیا اور مجھ کو شیطان نے بھلا دیا کہ میں اس کا ذکر کرتا اور مچھلی عجیب طریقے سے نکل کر دریا میں چلی گئی۔</w:t>
      </w:r>
    </w:p>
    <w:p>
      <w:r>
        <w:rPr>
          <w:b/>
        </w:rPr>
        <w:t xml:space="preserve">[1:33:00] </w:t>
      </w:r>
      <w:r>
        <w:t>moosa ne kaha isi mauqe ki to hamein talash thi</w:t>
      </w:r>
    </w:p>
    <w:p>
      <w:pPr>
        <w:jc w:val="right"/>
      </w:pPr>
      <w:r>
        <w:t>موسی نے کہا اسی موقع کی تو ہمیں تلاش تھی</w:t>
      </w:r>
    </w:p>
    <w:p>
      <w:r>
        <w:rPr>
          <w:b/>
        </w:rPr>
        <w:t xml:space="preserve">[1:33:05] </w:t>
      </w:r>
      <w:r>
        <w:t>pas dono apne qadmon ke nishan dekhte hue wapas laute to unhon ne wahan hamare bondon mein se ek bande ko paya jis ko hum ne apne pas se rehmat di thi aur jis ko apne pas se ek ilm sikhaya tha.</w:t>
      </w:r>
    </w:p>
    <w:p>
      <w:pPr>
        <w:jc w:val="right"/>
      </w:pPr>
      <w:r>
        <w:t>پس دونوں اپنے قدموں کے نشان دیکھتے ہوئے واپس لوٹے تو انہوں نے وہاں ہمارے بندوں میں سے ایک بندے کو پایا جس کو ہم نے اپنے پاس سے رحمت دی تھی اور جس کو اپنے پاس سے ایک علم سکھایا تھا۔</w:t>
      </w:r>
    </w:p>
    <w:p>
      <w:r>
        <w:rPr>
          <w:b/>
        </w:rPr>
        <w:t xml:space="preserve">[1:33:29] </w:t>
      </w:r>
      <w:r>
        <w:t>tashreeh: hazrat moosa ko mazeed nishani yeh batayi gayi thi ke tum jab matlooba maqam par pohnchoge to tumhare nashte ki machhli ajeeb tareeqe se pani mein chali jayegi.</w:t>
      </w:r>
    </w:p>
    <w:p>
      <w:pPr>
        <w:jc w:val="right"/>
      </w:pPr>
      <w:r>
        <w:t>تشریح: حضرت موسی کو مزید علامت یہ بتائی گئی تھی کہ تم جب مطلوبہ مقام پر پہنچو گے تو تمہارے ناشتے کی مچھلی عجیب طریقے سے پانی میں چلی جائے گی۔</w:t>
      </w:r>
    </w:p>
    <w:p>
      <w:r>
        <w:rPr>
          <w:b/>
        </w:rPr>
        <w:t xml:space="preserve">[1:33:46] </w:t>
      </w:r>
      <w:r>
        <w:t>yeh waqe ek maqam par hua magar machhli shagir ke sath thi aur shagir ki wajah se hazrat moosa ko bata na saka ke aisa waqe hua hai.</w:t>
      </w:r>
    </w:p>
    <w:p>
      <w:pPr>
        <w:jc w:val="right"/>
      </w:pPr>
      <w:r>
        <w:t>یہ واقعہ ایک مقام پر ہوا مگر مچھلی شاگرد کے ساتھ تھی اور شاگرد کی وجہ سے حضرت موسی کو بتا نہ سکا کہ ایسا واقعہ ہوا ہے۔</w:t>
      </w:r>
    </w:p>
    <w:p>
      <w:r>
        <w:rPr>
          <w:b/>
        </w:rPr>
        <w:t xml:space="preserve">[1:34:02] </w:t>
      </w:r>
      <w:r>
        <w:t>kuchh aage badhne ke baad jab hazrat moosa ko maloom hua to woh foran wapas hue aur mazkoora maqam par us bande khizr ko pa liya jis se milne ke liye unhon ne yeh lamba safar kiya tha.</w:t>
      </w:r>
    </w:p>
    <w:p>
      <w:pPr>
        <w:jc w:val="right"/>
      </w:pPr>
      <w:r>
        <w:t>کچھ آگے بڑھنے کے بعد جب حضرت موسی کو معلوم ہوا تو وہ فوراً واپس ہوئے اور مذکورہ مقام پر اس بندہ خضر کو پا لیا جس سے ملنے کے لیے انہوں نے یہ لمبا سفر کیا تھا۔</w:t>
      </w:r>
    </w:p>
    <w:p>
      <w:r>
        <w:rPr>
          <w:b/>
        </w:rPr>
        <w:t xml:space="preserve">[1:34:22] </w:t>
      </w:r>
      <w:r>
        <w:t>qaala lahu moosa hal attaba uka ala an tu allimani mimma allimta rushdan qaala innaka lan tastatee aa ma iya sabran wa kaifa tasbiru ala ma lam tuhit bihi khubran qaala satajiduni in sha Allah</w:t>
      </w:r>
    </w:p>
    <w:p>
      <w:pPr>
        <w:jc w:val="right"/>
      </w:pPr>
      <w:r>
        <w:t>قال له موسى هل اتبعك على ان تعلمني مما علمت رشدا قال انك لن تستطيع معي صبرا وكيف تصبر على ما لم تحط به خبرا قال ستجدني ان شاء</w:t>
      </w:r>
    </w:p>
    <w:p>
      <w:r>
        <w:rPr>
          <w:b/>
        </w:rPr>
        <w:t xml:space="preserve">[1:34:51] </w:t>
      </w:r>
      <w:r>
        <w:t>allahu sabiran wa la aasiy laka amran qaala fa in ittba tni fala tas alni an shay in hatta uhditha laka minhu dhikran.</w:t>
      </w:r>
    </w:p>
    <w:p>
      <w:pPr>
        <w:jc w:val="right"/>
      </w:pPr>
      <w:r>
        <w:t>الله صابرا ولا اعصي لك امرا قال فان اتبعتني فلا تسالني عن شيء حتى احدث لك منه ذكرا.</w:t>
      </w:r>
    </w:p>
    <w:p>
      <w:r>
        <w:rPr>
          <w:b/>
        </w:rPr>
        <w:t xml:space="preserve">[1:35:13] </w:t>
      </w:r>
      <w:r>
        <w:t>moosa ne us se kaha kya mein aap ke sath reh sakta hoon</w:t>
      </w:r>
    </w:p>
    <w:p>
      <w:pPr>
        <w:jc w:val="right"/>
      </w:pPr>
      <w:r>
        <w:t>موسی نے اس سے کہا کیا میں آپ کے ساتھ رہ سکتا ہوں</w:t>
      </w:r>
    </w:p>
    <w:p>
      <w:r>
        <w:rPr>
          <w:b/>
        </w:rPr>
        <w:t xml:space="preserve">[1:35:18] </w:t>
      </w:r>
      <w:r>
        <w:t>taake aap mujhe is ilm mein se sikha den jo aap ko sikhaya gaya hai. us ne kaha ke tum mere sath sabr nahi kar sakte aur tum is cheez par kaise sabr kar sakte ho jo tumhari waqfiyat ke daire se bahar hai.</w:t>
      </w:r>
    </w:p>
    <w:p>
      <w:pPr>
        <w:jc w:val="right"/>
      </w:pPr>
      <w:r>
        <w:t>تاکہ آپ مجھے اس علم میں سے سکھا دیں جو آپ کو سکھایا گیا ہے۔ اس نے کہا کہ تم میرے ساتھ صبر نہیں کر سکتے اور تم اس چیز پر کیسے صبر کر سکتے ہو جو تمہاری واقفیت کے دائرے سے باہر ہے۔</w:t>
      </w:r>
    </w:p>
    <w:p>
      <w:r>
        <w:rPr>
          <w:b/>
        </w:rPr>
        <w:t xml:space="preserve">[1:35:41] </w:t>
      </w:r>
      <w:r>
        <w:t>moosa ne kaha insha Allah aap mujh ko sabr karne wala paayenge aur mein kisi baat mein aap ki nafarmani nahi karunga.</w:t>
      </w:r>
    </w:p>
    <w:p>
      <w:pPr>
        <w:jc w:val="right"/>
      </w:pPr>
      <w:r>
        <w:t>موسی نے کہا انشاءاللہ آپ مجھ کو صبر کرنے والا پائیں گے اور میں کسی بات میں آپ کی نافرمانی نہیں کروں گا۔</w:t>
      </w:r>
    </w:p>
    <w:p>
      <w:r>
        <w:rPr>
          <w:b/>
        </w:rPr>
        <w:t xml:space="preserve">[1:35:55] </w:t>
      </w:r>
      <w:r>
        <w:t>us ne kaha ke agar tum mere sath chalte ho to mujh se koi baat na poochna jab tak ke mein khud tum se is ka zikr na karoon.</w:t>
      </w:r>
    </w:p>
    <w:p>
      <w:pPr>
        <w:jc w:val="right"/>
      </w:pPr>
      <w:r>
        <w:t>اس نے کہا کہ اگر تم میرے ساتھ چلتے ہو تو مجھ سے کوئی بات نہ پوچھنا جب تک کہ میں خود تم سے اس کا ذکر نہ کروں۔</w:t>
      </w:r>
    </w:p>
    <w:p>
      <w:r>
        <w:rPr>
          <w:b/>
        </w:rPr>
        <w:t xml:space="preserve">[1:36:10] </w:t>
      </w:r>
      <w:r>
        <w:t>tashreeh: is bande khizr ko khuda ne khasoosi ilm aur taqat ata ki thi taake is ke mutabiq woh dunya ke mamlaat mein ghair maamooli tasarrf kar sake.</w:t>
      </w:r>
    </w:p>
    <w:p>
      <w:pPr>
        <w:jc w:val="right"/>
      </w:pPr>
      <w:r>
        <w:t>تشریح: اس بندہ خضر کو خدا نے خصوصی علم اور طاقت عطا کی تھی تاکہ اس کے مطابق وہ دنیا کے معاملات میں غیر معمولی تصرف کر سکے۔</w:t>
      </w:r>
    </w:p>
    <w:p>
      <w:r>
        <w:rPr>
          <w:b/>
        </w:rPr>
        <w:t xml:space="preserve">[1:36:27] </w:t>
      </w:r>
      <w:r>
        <w:t>is ilm ke mutabiq woh aksar auqat aam zabte ke khilaf amal karte the</w:t>
      </w:r>
    </w:p>
    <w:p>
      <w:pPr>
        <w:jc w:val="right"/>
      </w:pPr>
      <w:r>
        <w:t>اس علم کے مطابق وہ اکثر اوقات عام ضابطے کے خلاف عمل کرتے تھے</w:t>
      </w:r>
    </w:p>
    <w:p>
      <w:r>
        <w:rPr>
          <w:b/>
        </w:rPr>
        <w:t xml:space="preserve">[1:36:33] </w:t>
      </w:r>
      <w:r>
        <w:t>is liye hazrat moosa ki farmish par unhon ne kaha ke tum is ki bardasht nahi la sakte.</w:t>
      </w:r>
    </w:p>
    <w:p>
      <w:pPr>
        <w:jc w:val="right"/>
      </w:pPr>
      <w:r>
        <w:t>اس لیے حضرت موسی کی فرمائش پر انہوں نے کہا کہ تم اس کی برداشت نہیں لا سکتے۔</w:t>
      </w:r>
    </w:p>
    <w:p>
      <w:r>
        <w:rPr>
          <w:b/>
        </w:rPr>
        <w:t xml:space="preserve">[1:36:46] </w:t>
      </w:r>
      <w:r>
        <w:t>faan talq hatta idha rakiba fi as safeenati kharaqaha qaala akharqata li tughriqa ahlaha qaala akharqata li tughriqa ahlaha laqad ji'ta shay'an umra</w:t>
      </w:r>
    </w:p>
    <w:p>
      <w:pPr>
        <w:jc w:val="right"/>
      </w:pPr>
      <w:r>
        <w:t>فانطلق حتى اذا ركبا في السفينه خرقها قال اخرقتها لتغرق اهلها قال اخرقتها لتغرق اهلها لقد جئت شيئا امرا</w:t>
      </w:r>
    </w:p>
    <w:p>
      <w:r>
        <w:rPr>
          <w:b/>
        </w:rPr>
        <w:t xml:space="preserve">[1:37:06] </w:t>
      </w:r>
      <w:r>
        <w:t>qaala alam aqul innaka lan tastatee'a ma'ee sabran qaala la tu'akhidhnee bima naseetu wa la turhiqnee min amree usran faan talq hatta</w:t>
      </w:r>
    </w:p>
    <w:p>
      <w:pPr>
        <w:jc w:val="right"/>
      </w:pPr>
      <w:r>
        <w:t>قال الم اقل انك لن تستطيع معي صبرا قال لا تؤاخذني بما نسيت ولا ترهقني من امري عسرا فانطلقا حتى</w:t>
      </w:r>
    </w:p>
    <w:p>
      <w:r>
        <w:rPr>
          <w:b/>
        </w:rPr>
        <w:t xml:space="preserve">[1:37:26] </w:t>
      </w:r>
      <w:r>
        <w:t>idha laqiya ghulaman fa qatalahu qaala qataltan nafsan zakiyatan bighayri nafsin laqad ji'ta shay'an</w:t>
      </w:r>
    </w:p>
    <w:p>
      <w:pPr>
        <w:jc w:val="right"/>
      </w:pPr>
      <w:r>
        <w:t>اذا لقيا غلاما فقتله قال اقتلت نفسا زكيه قال اقتلت نفسا زكيه بغير نفس لقد جئت شيئا</w:t>
      </w:r>
    </w:p>
    <w:p>
      <w:r>
        <w:rPr>
          <w:b/>
        </w:rPr>
        <w:t xml:space="preserve">[1:37:45] </w:t>
      </w:r>
      <w:r>
        <w:t>nukra.</w:t>
      </w:r>
    </w:p>
    <w:p>
      <w:pPr>
        <w:jc w:val="right"/>
      </w:pPr>
      <w:r>
        <w:t>نكرا.</w:t>
      </w:r>
    </w:p>
    <w:p>
      <w:r>
        <w:rPr>
          <w:b/>
        </w:rPr>
        <w:t xml:space="preserve">[1:37:48] </w:t>
      </w:r>
      <w:r>
        <w:t>phir dono chale yahan tak ke jab woh kashti mein sawar hue to us shakhs ne kashti mein chhed kar diya.</w:t>
      </w:r>
    </w:p>
    <w:p>
      <w:pPr>
        <w:jc w:val="right"/>
      </w:pPr>
      <w:r>
        <w:t>پھر دونوں چلے یہاں تک کہ جب وہ کشتی میں سوار ہوئے تو اس شخص نے کشتی میں چھید کر دیا۔</w:t>
      </w:r>
    </w:p>
    <w:p>
      <w:r>
        <w:rPr>
          <w:b/>
        </w:rPr>
        <w:t xml:space="preserve">[1:37:58] </w:t>
      </w:r>
      <w:r>
        <w:t>moosa ne kaha kya aap ne is kashti mein is liye chhed kiya hai ke kashti walon ko gharaq kar dein?</w:t>
      </w:r>
    </w:p>
    <w:p>
      <w:pPr>
        <w:jc w:val="right"/>
      </w:pPr>
      <w:r>
        <w:t>موسی نے کہا کیا آپ نے اس کشتی میں اس لیے چھید کیا ہے کہ کشتی والوں کو غرق کر دیں؟</w:t>
      </w:r>
    </w:p>
    <w:p>
      <w:r>
        <w:rPr>
          <w:b/>
        </w:rPr>
        <w:t xml:space="preserve">[1:38:06] </w:t>
      </w:r>
      <w:r>
        <w:t>yeh to aap ne bari sakht cheez kar dali.</w:t>
      </w:r>
    </w:p>
    <w:p>
      <w:pPr>
        <w:jc w:val="right"/>
      </w:pPr>
      <w:r>
        <w:t>یہ تو آپ نے بڑی سخت چیز کر ڈالی۔</w:t>
      </w:r>
    </w:p>
    <w:p>
      <w:r>
        <w:rPr>
          <w:b/>
        </w:rPr>
        <w:t xml:space="preserve">[1:38:11] </w:t>
      </w:r>
      <w:r>
        <w:t>us ne kaha main ne tum se nahi kaha tha ke tum mere sath sabr na kar sako ge. moosa ne kaha meri bhool par mujh ko na pakariye aur mere moamle mein sakhti se kaam na lijiye.</w:t>
      </w:r>
    </w:p>
    <w:p>
      <w:pPr>
        <w:jc w:val="right"/>
      </w:pPr>
      <w:r>
        <w:t>اس نے کہا میں نے تم سے نہیں کہا تھا کہ تم میرے ساتھ صبر نہ کر سکو گے۔ موسی نے کہا میری بھول پر مجھ کو نہ پکڑیے اور میرے معاملے میں سختی سے کام نہ لیجئے۔</w:t>
      </w:r>
    </w:p>
    <w:p>
      <w:r>
        <w:rPr>
          <w:b/>
        </w:rPr>
        <w:t xml:space="preserve">[1:38:30] </w:t>
      </w:r>
      <w:r>
        <w:t>phir woh dono chale yahan tak ke woh aik ladke se mile to us shakhs ne us ko maar dala.</w:t>
      </w:r>
    </w:p>
    <w:p>
      <w:pPr>
        <w:jc w:val="right"/>
      </w:pPr>
      <w:r>
        <w:t>پھر وہ دونوں چلے یہاں تک کہ وہ ایک لڑکے سے ملے تو اس شخص نے اس کو مار ڈالا۔</w:t>
      </w:r>
    </w:p>
    <w:p>
      <w:r>
        <w:rPr>
          <w:b/>
        </w:rPr>
        <w:t xml:space="preserve">[1:38:39] </w:t>
      </w:r>
      <w:r>
        <w:t>moosa ne kaha kya aap ne aik masoom jaan ko maar dala halan ke us ne kisi ka khoon nahi kiya tha?</w:t>
      </w:r>
    </w:p>
    <w:p>
      <w:pPr>
        <w:jc w:val="right"/>
      </w:pPr>
      <w:r>
        <w:t>موسی نے کہا کیا آپ نے ایک معصوم جان کو مار ڈالا حالانکہ اس نے کسی کا خون نہیں کیا تھا؟</w:t>
      </w:r>
    </w:p>
    <w:p>
      <w:r>
        <w:rPr>
          <w:b/>
        </w:rPr>
        <w:t xml:space="preserve">[1:38:49] </w:t>
      </w:r>
      <w:r>
        <w:t>yeh to aap ne aik naamqool baat ki.</w:t>
      </w:r>
    </w:p>
    <w:p>
      <w:pPr>
        <w:jc w:val="right"/>
      </w:pPr>
      <w:r>
        <w:t>یہ تو آپ نے ایک نامعقول بات کی۔</w:t>
      </w:r>
    </w:p>
    <w:p>
      <w:r>
        <w:rPr>
          <w:b/>
        </w:rPr>
        <w:t xml:space="preserve">[1:38:57] </w:t>
      </w:r>
      <w:r>
        <w:t>tashreeh: achhi kashti ko aib daar banana aur chhote bachche ko halak karna bazahir aise kaam hain jo sahi nahi magar jaisa ke aage ki ayat batati hain is mein nihayat gehri maslehat chhupi hui thi.</w:t>
      </w:r>
    </w:p>
    <w:p>
      <w:pPr>
        <w:jc w:val="right"/>
      </w:pPr>
      <w:r>
        <w:t>تشریح: اچھی کشتی کو عیب دار بنانا اور چھوٹے بچے کو ہلاک کرنا بظاہر ایسے کام ہیں جو صحیح نہیں مگر جیسا کہ آگے کی آیات بتاتی ہیں اس میں نہایت گہری مصلحت چھپی ہوئی تھی۔</w:t>
      </w:r>
    </w:p>
    <w:p>
      <w:r>
        <w:rPr>
          <w:b/>
        </w:rPr>
        <w:t xml:space="preserve">[1:39:19] </w:t>
      </w:r>
      <w:r>
        <w:t>yeh bazahir ghalat kaam haqeeqat ke aitbar se bilkul sahi aur mufeed kaam the.</w:t>
      </w:r>
    </w:p>
    <w:p>
      <w:pPr>
        <w:jc w:val="right"/>
      </w:pPr>
      <w:r>
        <w:t>یہ بظاہر غلط کام حقیقت کے اعتبار سے بالکل صحیح اور مفید کام تھے۔</w:t>
      </w:r>
    </w:p>
    <w:p>
      <w:r>
        <w:rPr>
          <w:b/>
        </w:rPr>
        <w:t xml:space="preserve">[1:39:30] </w:t>
      </w:r>
      <w:r>
        <w:t>is mein is masle ka bhi aik jawab hai jis ko aam taur par kharabi ke masle ka kaha jata hai.</w:t>
      </w:r>
    </w:p>
    <w:p>
      <w:pPr>
        <w:jc w:val="right"/>
      </w:pPr>
      <w:r>
        <w:t>اس میں اس مسئلے کا بھی ایک جواب ہے جس کو عام طور پر خرابی کا مسئلہ کہا جاتا ہے۔</w:t>
      </w:r>
    </w:p>
    <w:p>
      <w:r>
        <w:rPr>
          <w:b/>
        </w:rPr>
        <w:t xml:space="preserve">[1:39:40] </w:t>
      </w:r>
      <w:r>
        <w:t>insani dunya ki bohat si cheezein jin ko dekh kar yeh samajh liya jata hai ke dunya ke nizam mein kharabiyan hain woh gehri maslehat par mabni hoti hain.</w:t>
      </w:r>
    </w:p>
    <w:p>
      <w:pPr>
        <w:jc w:val="right"/>
      </w:pPr>
      <w:r>
        <w:t>انسانی دنیا کی بہت سی چیزیں جن کو دیکھ کر یہ سمجھ لیا جاتا ہے کہ دنیا کے نظام میں خرابیاں ہیں وہ گہری مصلحت پر مبنی ہوتی ہیں۔</w:t>
      </w:r>
    </w:p>
    <w:p>
      <w:r>
        <w:rPr>
          <w:b/>
        </w:rPr>
        <w:t xml:space="preserve">[1:39:55] </w:t>
      </w:r>
      <w:r>
        <w:t>mojudah zindagi mein yaqeenan is maslehat par parda pada hua hai magar akhirat mein yeh parda baqi na rahe ga.</w:t>
      </w:r>
    </w:p>
    <w:p>
      <w:pPr>
        <w:jc w:val="right"/>
      </w:pPr>
      <w:r>
        <w:t>موجودہ زندگی میں یقینا اس مصلحت پر پردہ پڑا ہوا ہے مگر آخرت میں یہ پردہ باقی نہ رہے گا۔</w:t>
      </w:r>
    </w:p>
    <w:p>
      <w:r>
        <w:rPr>
          <w:b/>
        </w:rPr>
        <w:t xml:space="preserve">[1:40:05] </w:t>
      </w:r>
      <w:r>
        <w:t>is waqt aadmi jaan lega ke jo kuch hua wohi hona bhi chahiye tha.</w:t>
      </w:r>
    </w:p>
    <w:p>
      <w:pPr>
        <w:jc w:val="right"/>
      </w:pPr>
      <w:r>
        <w:t>اس وقت آدمی جان لے گا کہ جو کچھ ہوا وہی ہونا بھی چاہیے تھا۔</w:t>
      </w:r>
    </w:p>
    <w:p>
      <w:r>
        <w:rPr>
          <w:b/>
        </w:rPr>
        <w:t xml:space="preserve">[1:40:14] </w:t>
      </w:r>
      <w:r>
        <w:t>qaala alam aqul laka innaka lan tastatee'a ma'ee sabran qaala in sa'altuka 'an shay'in ba'diha fala tusahibnee qad balaghta min ladunee 'udhran</w:t>
      </w:r>
    </w:p>
    <w:p>
      <w:pPr>
        <w:jc w:val="right"/>
      </w:pPr>
      <w:r>
        <w:t>قال الم اقل لك انك لن تستطيع معي صبرا قال ان سالتك عن شيء بعدها فلا تصاحبني قد بلغت من لدني عذرا</w:t>
      </w:r>
    </w:p>
    <w:p>
      <w:r>
        <w:rPr>
          <w:b/>
        </w:rPr>
        <w:t xml:space="preserve">[1:40:35] </w:t>
      </w:r>
      <w:r>
        <w:t>faan talq hatta idha atyaa ahla qaryatin istat'ama ahlaha fa abaw an yudifoohuma</w:t>
      </w:r>
    </w:p>
    <w:p>
      <w:pPr>
        <w:jc w:val="right"/>
      </w:pPr>
      <w:r>
        <w:t>فانطلقا حتى اذا اتيا اهل قريه استطعما اهلها فابوا ان يضيفوهما</w:t>
      </w:r>
    </w:p>
    <w:p>
      <w:r>
        <w:rPr>
          <w:b/>
        </w:rPr>
        <w:t xml:space="preserve">[1:40:54] </w:t>
      </w:r>
      <w:r>
        <w:t>fa abaw an yudifoohuma wawajada feeha jidaran yureedu an yanqudda fa aqamahu qaala law shi'ta latakhadhta 'alayhi ajran</w:t>
      </w:r>
    </w:p>
    <w:p>
      <w:pPr>
        <w:jc w:val="right"/>
      </w:pPr>
      <w:r>
        <w:t>فابوا ان يضيفوهما فوجدا فيها جدارا يريد ان ينقض فاقامه قال لو شئت لاتخذت عليه اجرا</w:t>
      </w:r>
    </w:p>
    <w:p>
      <w:r>
        <w:rPr>
          <w:b/>
        </w:rPr>
        <w:t xml:space="preserve">[1:41:11] </w:t>
      </w:r>
      <w:r>
        <w:t>qaala hadha firaqun baynee wa baynika sa'unbi'uka bita'weeli ma lam tastati' 'alayhi sabran.</w:t>
      </w:r>
    </w:p>
    <w:p>
      <w:pPr>
        <w:jc w:val="right"/>
      </w:pPr>
      <w:r>
        <w:t>قال هذا فراق بيني وبينك سانبئك بتاويل ما لم تستطع عليه صبرا.</w:t>
      </w:r>
    </w:p>
    <w:p>
      <w:r>
        <w:rPr>
          <w:b/>
        </w:rPr>
        <w:t xml:space="preserve">[1:41:24] </w:t>
      </w:r>
      <w:r>
        <w:t>us shakhs ne kaha ke kya main ne tum se nahi kaha tha</w:t>
      </w:r>
    </w:p>
    <w:p>
      <w:pPr>
        <w:jc w:val="right"/>
      </w:pPr>
      <w:r>
        <w:t>اس شخص نے کہا کہ کیا میں نے تم سے نہیں کہا تھا</w:t>
      </w:r>
    </w:p>
    <w:p>
      <w:r>
        <w:rPr>
          <w:b/>
        </w:rPr>
        <w:t xml:space="preserve">[1:41:29] </w:t>
      </w:r>
      <w:r>
        <w:t>ke tum mere sath sabr na kar sako ge? moosa ne kaha ke is ke baad agar main aap se kisi cheez ke mutaliq poochun to aap mujh ko sath na rakhein.</w:t>
      </w:r>
    </w:p>
    <w:p>
      <w:pPr>
        <w:jc w:val="right"/>
      </w:pPr>
      <w:r>
        <w:t>کہ تم میرے ساتھ صبر نہ کر سکو گے؟ موسی نے کہا کہ اس کے بعد اگر میں آپ سے کسی چیز کے متعلق پوچھوں تو آپ مجھ کو ساتھ نہ رکھیں۔</w:t>
      </w:r>
    </w:p>
    <w:p>
      <w:r>
        <w:rPr>
          <w:b/>
        </w:rPr>
        <w:t xml:space="preserve">[1:41:43] </w:t>
      </w:r>
      <w:r>
        <w:t>aap meri taraf se uzr ki had ko puhanch gaye.</w:t>
      </w:r>
    </w:p>
    <w:p>
      <w:pPr>
        <w:jc w:val="right"/>
      </w:pPr>
      <w:r>
        <w:t>آپ میری طرف سے عذر کی حد کو پہنچ گئے۔</w:t>
      </w:r>
    </w:p>
    <w:p>
      <w:r>
        <w:rPr>
          <w:b/>
        </w:rPr>
        <w:t xml:space="preserve">[1:41:49] </w:t>
      </w:r>
      <w:r>
        <w:t>phir dono chale yahan tak ke jab woh ek basti walon ke paas puhnche to wahan walon se khane ko manga.</w:t>
      </w:r>
    </w:p>
    <w:p>
      <w:pPr>
        <w:jc w:val="right"/>
      </w:pPr>
      <w:r>
        <w:t>پھر دونوں چلے یہاں تک کہ جب وہ ایک بستی والوں کے پاس پہنچے تو وہاں والوں سے کھانے کو مانگا۔</w:t>
      </w:r>
    </w:p>
    <w:p>
      <w:r>
        <w:rPr>
          <w:b/>
        </w:rPr>
        <w:t xml:space="preserve">[1:42:01] </w:t>
      </w:r>
      <w:r>
        <w:t>unhon ne un ki meherbani se inkar kar diya. phir un ko wahan ek deewar mili jo girah chahti thi to us ne us ko seedha kar diya.</w:t>
      </w:r>
    </w:p>
    <w:p>
      <w:pPr>
        <w:jc w:val="right"/>
      </w:pPr>
      <w:r>
        <w:t>انہوں نے ان کی مہربانی سے انکار کر دیا۔ پھر ان کو وہاں ایک دیوار ملی جو گرہ چاہتی تھی تو اس نے اس کو سیدھا کر دیا۔</w:t>
      </w:r>
    </w:p>
    <w:p>
      <w:r>
        <w:rPr>
          <w:b/>
        </w:rPr>
        <w:t xml:space="preserve">[1:42:14] </w:t>
      </w:r>
      <w:r>
        <w:t>musa ne kaha agar aap chahte to is par kuch ujrat le lete. us ne kaha ke ab yeh mere aur tumhare darmiyan judai hai.</w:t>
      </w:r>
    </w:p>
    <w:p>
      <w:pPr>
        <w:jc w:val="right"/>
      </w:pPr>
      <w:r>
        <w:t>موسی نے کہا اگر آپ چاہتے تو اس پر کچھ اجرت لے لیتے۔ اس نے کہا کہ اب یہ میرے اور تمہارے درمیان جدائی ہے۔</w:t>
      </w:r>
    </w:p>
    <w:p>
      <w:r>
        <w:rPr>
          <w:b/>
        </w:rPr>
        <w:t xml:space="preserve">[1:42:28] </w:t>
      </w:r>
      <w:r>
        <w:t>main tum ko in cheezon ki haqeeqat bataunga jin par tum sabr na kar sako.</w:t>
      </w:r>
    </w:p>
    <w:p>
      <w:pPr>
        <w:jc w:val="right"/>
      </w:pPr>
      <w:r>
        <w:t>میں تم کو ان چیزوں کی حقیقت بتاؤں گا جن پر تم صبر نہ کر سکے۔</w:t>
      </w:r>
    </w:p>
    <w:p>
      <w:r>
        <w:rPr>
          <w:b/>
        </w:rPr>
        <w:t xml:space="preserve">[1:42:37] </w:t>
      </w:r>
      <w:r>
        <w:t>tashreeh: hazrat musa aur hazrat khizar jaise maqrabin-e-khuda ek basti mein puhnchte hain aur chahte hain ke basti wale mehman samajh kar un ko khana khilayen magar basti wale khana khilane se inkar kar dete hain.</w:t>
      </w:r>
    </w:p>
    <w:p>
      <w:pPr>
        <w:jc w:val="right"/>
      </w:pPr>
      <w:r>
        <w:t>تشریح: حضرت موسی اور حضرت خضر جیسے مقربین خدا ایک بستی میں پہنچتے ہیں اور چاہتے ہیں کہ بستی والے مہمان سمجھ کر ان کو کھانا کھلائیں مگر بستی والے کھانا کھلانے سے انکار کر دیتے ہیں۔</w:t>
      </w:r>
    </w:p>
    <w:p>
      <w:r>
        <w:rPr>
          <w:b/>
        </w:rPr>
        <w:t xml:space="preserve">[1:43:00] </w:t>
      </w:r>
      <w:r>
        <w:t>is se maloom hua ke kisi ka sadiq aur maqrab hona kafi nahi hai ke woh dekhne walon ko bhi sadiq aur maqrab nazar aaye.</w:t>
      </w:r>
    </w:p>
    <w:p>
      <w:pPr>
        <w:jc w:val="right"/>
      </w:pPr>
      <w:r>
        <w:t>اس سے معلوم ہوا کہ کسی کا صادق اور مقرب ہونا کافی نہیں ہے کہ وہ دیکھنے والوں کو بھی صادق اور مقرب نظر آئے۔</w:t>
      </w:r>
    </w:p>
    <w:p>
      <w:r>
        <w:rPr>
          <w:b/>
        </w:rPr>
        <w:t xml:space="preserve">[1:43:12] </w:t>
      </w:r>
      <w:r>
        <w:t>agar basti walon ne un ko pehchana hota to zaroor woh un ko apna khusoosi mehman banate aur un se barkat hasil karte</w:t>
      </w:r>
    </w:p>
    <w:p>
      <w:pPr>
        <w:jc w:val="right"/>
      </w:pPr>
      <w:r>
        <w:t>اگر بستی والوں نے ان کو پہچانا ہوتا تو ضرور وہ ان کو اپنا خصوصی مہمان بناتے اور ان سے برکت حاصل کرتے</w:t>
      </w:r>
    </w:p>
    <w:p>
      <w:r>
        <w:rPr>
          <w:b/>
        </w:rPr>
        <w:t xml:space="preserve">[1:43:24] </w:t>
      </w:r>
      <w:r>
        <w:t>magar un ke mamooli zahiri huliye ki bina par unhon ne un ko nazar andaaz kar diya. woh un ki andarooni haqeeqat ke aitbar se un ko na dekh sake.</w:t>
      </w:r>
    </w:p>
    <w:p>
      <w:pPr>
        <w:jc w:val="right"/>
      </w:pPr>
      <w:r>
        <w:t>مگر ان کے معمولی ظاہری حلیے کی بنا پر انہوں نے ان کو نظر انداز کر دیا۔ وہ ان کی اندرونی حقیقت کے اعتبار سے ان کو نہ دیکھ سکے۔</w:t>
      </w:r>
    </w:p>
    <w:p>
      <w:r>
        <w:rPr>
          <w:b/>
        </w:rPr>
        <w:t xml:space="preserve">[1:43:40] </w:t>
      </w:r>
      <w:r>
        <w:t>is nagawar sulook ke bawajood hazrat khizar ne basti walon ki ek girti hui deewar seedhi kar di.</w:t>
      </w:r>
    </w:p>
    <w:p>
      <w:pPr>
        <w:jc w:val="right"/>
      </w:pPr>
      <w:r>
        <w:t>اس ناخوشگوار سلوک کے باوجود حضرت خضر نے بستی والوں کی ایک گرتی ہوئی دیوار سیدھی کر دی۔</w:t>
      </w:r>
    </w:p>
    <w:p>
      <w:r>
        <w:rPr>
          <w:b/>
        </w:rPr>
        <w:t xml:space="preserve">[1:43:50] </w:t>
      </w:r>
      <w:r>
        <w:t>khuda ke sachche bondon ka doosron se sulook jawabi sulook nahi hota balke har haal mein wohi hota hai jo azru-e-haq un ke liye durust hai.</w:t>
      </w:r>
    </w:p>
    <w:p>
      <w:pPr>
        <w:jc w:val="right"/>
      </w:pPr>
      <w:r>
        <w:t>خدا کے سچے بندوں کا دوسروں سے سلوک جوابی سلوک نہیں ہوتا بلکہ ہر حال میں وہی ہوتا ہے جو ازروئے حق ان کے لیے درست ہے۔</w:t>
      </w:r>
    </w:p>
    <w:p>
      <w:r>
        <w:rPr>
          <w:b/>
        </w:rPr>
        <w:t xml:space="preserve">[1:44:08] </w:t>
      </w:r>
      <w:r>
        <w:t>ama as-safeenatu fa kaanat li masakeena ya'maloona fil bahri fa aradtu an a'eebaha wa kaana waraa'ahum malikun</w:t>
      </w:r>
    </w:p>
    <w:p>
      <w:pPr>
        <w:jc w:val="right"/>
      </w:pPr>
      <w:r>
        <w:t>اما السفينه فكانت لمساكين يعملون في البحر فاردت ان اعيبها وكان وراءهم ملك</w:t>
      </w:r>
    </w:p>
    <w:p>
      <w:r>
        <w:rPr>
          <w:b/>
        </w:rPr>
        <w:t xml:space="preserve">[1:44:22] </w:t>
      </w:r>
      <w:r>
        <w:t>wa kaana waraa'ahum malikun ya'khudhu kulla safeenatin ghasba.</w:t>
      </w:r>
    </w:p>
    <w:p>
      <w:pPr>
        <w:jc w:val="right"/>
      </w:pPr>
      <w:r>
        <w:t>وكان وراءهم ملك ياخذ كل سفينه غصبا.</w:t>
      </w:r>
    </w:p>
    <w:p>
      <w:r>
        <w:rPr>
          <w:b/>
        </w:rPr>
        <w:t xml:space="preserve">[1:44:34] </w:t>
      </w:r>
      <w:r>
        <w:t>kashti ka moamla yeh hai ke woh chand miskeenon ki thi jo darya mein mehnat karte the</w:t>
      </w:r>
    </w:p>
    <w:p>
      <w:pPr>
        <w:jc w:val="right"/>
      </w:pPr>
      <w:r>
        <w:t>کشتی کا معاملہ یہ ہے کہ وہ چند مسکینوں کی تھی جو دریا میں محنت کرتے تھے</w:t>
      </w:r>
    </w:p>
    <w:p>
      <w:r>
        <w:rPr>
          <w:b/>
        </w:rPr>
        <w:t xml:space="preserve">[1:44:44] </w:t>
      </w:r>
      <w:r>
        <w:t>to main ne chaha ke is ko aib daar kar doon aur un ke aage ek badshah tha jo har kashti ko zabardasti chheen kar le leta tha.</w:t>
      </w:r>
    </w:p>
    <w:p>
      <w:pPr>
        <w:jc w:val="right"/>
      </w:pPr>
      <w:r>
        <w:t>تو میں نے چاہا کہ اس کو عیب دار کر دوں اور ان کے آگے ایک بادشاہ تھا جو ہر کشتی کو زبردستی چھین کر لے لیتا تھا۔</w:t>
      </w:r>
    </w:p>
    <w:p>
      <w:r>
        <w:rPr>
          <w:b/>
        </w:rPr>
        <w:t xml:space="preserve">[1:45:02] </w:t>
      </w:r>
      <w:r>
        <w:t>tashreeh: hazrat khizar ne kashti ko bekar nahi kiya tha balke waqti taur par is ko aib daar bana diya tha.</w:t>
      </w:r>
    </w:p>
    <w:p>
      <w:pPr>
        <w:jc w:val="right"/>
      </w:pPr>
      <w:r>
        <w:t>تشریح: حضرت خضر نے کشتی کو بیکار نہیں کیا تھا بلکہ وقتی طور پر اس کو عیب دار بنا دیا تھا۔</w:t>
      </w:r>
    </w:p>
    <w:p>
      <w:r>
        <w:rPr>
          <w:b/>
        </w:rPr>
        <w:t xml:space="preserve">[1:45:13] </w:t>
      </w:r>
      <w:r>
        <w:t>is ki maslehat yeh thi ke kashti jis taraf ja rahi thi us taraf aage ek badshah tha jo ghaleban apni kisi jang-i-muhim ke liye achhi kashtiyon ko zabardasti apne qabze mein le raha tha.</w:t>
      </w:r>
    </w:p>
    <w:p>
      <w:pPr>
        <w:jc w:val="right"/>
      </w:pPr>
      <w:r>
        <w:t>اس کی مصلحت یہ تھی کہ کشتی جس طرف جا رہی تھی اس طرف آگے ایک بادشاہ تھا جو غالباً اپنی کسی جنگی مہم کے لیے اچھی کشتیوں کو زبردستی اپنے قبضے میں لے رہا تھا۔</w:t>
      </w:r>
    </w:p>
    <w:p>
      <w:r>
        <w:rPr>
          <w:b/>
        </w:rPr>
        <w:t xml:space="preserve">[1:45:34] </w:t>
      </w:r>
      <w:r>
        <w:t>chunancha unhon ne is ko aisa bana diya ke badshah ke karindey is ko dekhen to is ko na qabil-e-tawajjuh samajh kar use chhod dein.</w:t>
      </w:r>
    </w:p>
    <w:p>
      <w:pPr>
        <w:jc w:val="right"/>
      </w:pPr>
      <w:r>
        <w:t>چنانچہ انہوں نے اس کو ایسا بنا دیا کہ بادشاہ کے کارندے اس کو دیکھیں تو اس کو ناقابل توجہ سمجھ کر اسے چھوڑ دیں۔</w:t>
      </w:r>
    </w:p>
    <w:p>
      <w:r>
        <w:rPr>
          <w:b/>
        </w:rPr>
        <w:t xml:space="preserve">[1:45:50] </w:t>
      </w:r>
      <w:r>
        <w:t>is se maloom hua ke dunya mein kisi ke sath koi hadsa pesh aaye to us ko chahiye ke woh bad-dil na ho.</w:t>
      </w:r>
    </w:p>
    <w:p>
      <w:pPr>
        <w:jc w:val="right"/>
      </w:pPr>
      <w:r>
        <w:t>اس سے معلوم ہوا کہ دنیا میں کسی کے ساتھ کوئی حادثہ پیش آئے تو اس کو چاہیے کہ وہ بددل نہ ہو۔</w:t>
      </w:r>
    </w:p>
    <w:p>
      <w:r>
        <w:rPr>
          <w:b/>
        </w:rPr>
        <w:t xml:space="preserve">[1:46:01] </w:t>
      </w:r>
      <w:r>
        <w:t>woh yeh soch kar is par raazi ho jaye ke khuda ne jo kuch kiya hai us mein us ke liye koi faida chhipa hoga agarche woh abhi us se poori tarah ba-khabar nahi.</w:t>
      </w:r>
    </w:p>
    <w:p>
      <w:pPr>
        <w:jc w:val="right"/>
      </w:pPr>
      <w:r>
        <w:t>وہ یہ سوچ کر اس پر راضی ہو جائے کہ خدا نے جو کچھ کیا ہے اس میں اس کے لیے کوئی فائدہ چھپا ہوگا اگرچہ وہ ابھی اس سے پوری طرح باخبر نہیں۔</w:t>
      </w:r>
    </w:p>
    <w:p>
      <w:r>
        <w:rPr>
          <w:b/>
        </w:rPr>
        <w:t xml:space="preserve">[1:46:19] </w:t>
      </w:r>
      <w:r>
        <w:t>wa ammal ghulaamu fa kaana abawaahu mu'mineena fa khasheena an yurhiqahumaa tughyaanan wa kufran fa aradnaa an yubdilahumaa rabbuhumaa khayran minhu zakaatanw wa aqrabaa ruHmaa.</w:t>
      </w:r>
    </w:p>
    <w:p>
      <w:pPr>
        <w:jc w:val="right"/>
      </w:pPr>
      <w:r>
        <w:t>واما الغلام فكان ابواه مؤمنين فخشينا ان يرهقهما طغيانا وكفرا فاردنا ان يبدلهما ربهما خيرا منه زكاه واقرب رحما.</w:t>
      </w:r>
    </w:p>
    <w:p>
      <w:r>
        <w:rPr>
          <w:b/>
        </w:rPr>
        <w:t xml:space="preserve">[1:46:46] </w:t>
      </w:r>
      <w:r>
        <w:t>aur ladke ka moamla yeh hai ke is ke maa baap imandar the. hum ko andesha hua ke woh bada ho kar apni sarkashi aur kufr se un ko tang karega.</w:t>
      </w:r>
    </w:p>
    <w:p>
      <w:pPr>
        <w:jc w:val="right"/>
      </w:pPr>
      <w:r>
        <w:t>اور لڑکے کا معاملہ یہ ہے کہ اس کے ماں باپ ایماندار تھے۔ ہم کو اندیشہ ہوا کہ وہ بڑا ہو کر اپنی سرکشی اور کفر سے ان کو تنگ کرے گا۔</w:t>
      </w:r>
    </w:p>
    <w:p>
      <w:r>
        <w:rPr>
          <w:b/>
        </w:rPr>
        <w:t xml:space="preserve">[1:47:01] </w:t>
      </w:r>
      <w:r>
        <w:t>pas hum ne chaha ke un ka rab un ko is ki jagah aisi aulaad de jo pakeezgi mein is se behtar ho aur shafqat karne wali ho.</w:t>
      </w:r>
    </w:p>
    <w:p>
      <w:pPr>
        <w:jc w:val="right"/>
      </w:pPr>
      <w:r>
        <w:t>پس ہم نے چاہا کہ ان کا رب ان کو اس کی جگہ ایسی اولاد دے جو پاکیزگی میں اس سے بہتر ہو اور شفقت کرنے والی ہو۔</w:t>
      </w:r>
    </w:p>
    <w:p>
      <w:r>
        <w:rPr>
          <w:b/>
        </w:rPr>
        <w:t xml:space="preserve">[1:47:17] </w:t>
      </w:r>
      <w:r>
        <w:t>tashreeh: ladke ki yeh misaal batati hai ke khuda apne bondon ki madad kahan kahan karta hai.</w:t>
      </w:r>
    </w:p>
    <w:p>
      <w:pPr>
        <w:jc w:val="right"/>
      </w:pPr>
      <w:r>
        <w:t>تشریح: لڑکے کی یہ مثال بتاتی ہے کہ خدا اپنے بندوں کی مدد کہاں کہاں کرتا ہے۔</w:t>
      </w:r>
    </w:p>
    <w:p>
      <w:r>
        <w:rPr>
          <w:b/>
        </w:rPr>
        <w:t xml:space="preserve">[1:47:28] </w:t>
      </w:r>
      <w:r>
        <w:t>hata ke woh aise moamle mein bhi un ki madad karta hai jis ka unhein ilm tak nahi hota ke woh is ke liye apne rab se darkhwast kar saken.</w:t>
      </w:r>
    </w:p>
    <w:p>
      <w:pPr>
        <w:jc w:val="right"/>
      </w:pPr>
      <w:r>
        <w:t>حتی کہ وہ ایسے معاملے میں بھی ان کی مدد کرتا ہے جس کا انہیں علم تک نہیں ہوتا کہ وہ اس کے لیے اپنے رب سے درخواست کر سکیں۔</w:t>
      </w:r>
    </w:p>
    <w:p>
      <w:r>
        <w:rPr>
          <w:b/>
        </w:rPr>
        <w:t xml:space="preserve">[1:47:41] </w:t>
      </w:r>
      <w:r>
        <w:t>insan ko chahiye ke woh hamesha sabr aur shukr ka ravaiyya ikhtiyar karey.</w:t>
      </w:r>
    </w:p>
    <w:p>
      <w:pPr>
        <w:jc w:val="right"/>
      </w:pPr>
      <w:r>
        <w:t>انسان کو چاہیے کہ وہ ہمیشہ صبر اور شکر کا رویہ اختیار کرے۔</w:t>
      </w:r>
    </w:p>
    <w:p>
      <w:r>
        <w:rPr>
          <w:b/>
        </w:rPr>
        <w:t xml:space="preserve">[1:47:47] </w:t>
      </w:r>
      <w:r>
        <w:t>woh har haal mein Khuda se khair ki umeed rakhey. Khuda kamil ilm rakhta hai is liye woh kisi bande ki bhalai ko us se zyada janta hai jitna insan jasi ilm ki bina par nahi jan sakta.</w:t>
      </w:r>
    </w:p>
    <w:p>
      <w:pPr>
        <w:jc w:val="right"/>
      </w:pPr>
      <w:r>
        <w:t>وہ ہر حال میں خدا سے خیر کی امید رکھے۔ خدا کلی علم رکھتا ہے اس لیے وہ کسی بندے کی بھلائی کو اس سے زیادہ جانتا ہے جتنا انسان جسی علم کی بنا پر نہیں جان سکتا۔</w:t>
      </w:r>
    </w:p>
    <w:p>
      <w:r>
        <w:rPr>
          <w:b/>
        </w:rPr>
        <w:t xml:space="preserve">[1:48:08] </w:t>
      </w:r>
      <w:r>
        <w:t>wa ammal jidra fa-kaana li-ghulaamain yateemaini fil-madeenati wa kaana tahtahu kanzun lahuma wa kaana abuhuma saalih</w:t>
      </w:r>
    </w:p>
    <w:p>
      <w:pPr>
        <w:jc w:val="right"/>
      </w:pPr>
      <w:r>
        <w:t>واما الجدار فكان لغلامين يتيمين في المدينة وكان تحته كنز لهما وكان ابوهما صالحا</w:t>
      </w:r>
    </w:p>
    <w:p>
      <w:r>
        <w:rPr>
          <w:b/>
        </w:rPr>
        <w:t xml:space="preserve">[1:48:22] </w:t>
      </w:r>
      <w:r>
        <w:t>wa kaana abuhuma saalih</w:t>
      </w:r>
    </w:p>
    <w:p>
      <w:pPr>
        <w:jc w:val="right"/>
      </w:pPr>
      <w:r>
        <w:t>وكان ابوهما صالحا</w:t>
      </w:r>
    </w:p>
    <w:p>
      <w:r>
        <w:rPr>
          <w:b/>
        </w:rPr>
        <w:t xml:space="preserve">[1:48:25] </w:t>
      </w:r>
      <w:r>
        <w:t>fa-araada rabbuka an yablugha</w:t>
      </w:r>
    </w:p>
    <w:p>
      <w:pPr>
        <w:jc w:val="right"/>
      </w:pPr>
      <w:r>
        <w:t>فاراد ربك ان يبلغا</w:t>
      </w:r>
    </w:p>
    <w:p>
      <w:r>
        <w:rPr>
          <w:b/>
        </w:rPr>
        <w:t xml:space="preserve">[1:48:31] </w:t>
      </w:r>
      <w:r>
        <w:t>ashuddahuma wa yastakhirajaa kanzahuma rahmatan</w:t>
      </w:r>
    </w:p>
    <w:p>
      <w:pPr>
        <w:jc w:val="right"/>
      </w:pPr>
      <w:r>
        <w:t>اشدهما ويستخرجا كنزهما رحمة</w:t>
      </w:r>
    </w:p>
    <w:p>
      <w:r>
        <w:rPr>
          <w:b/>
        </w:rPr>
        <w:t xml:space="preserve">[1:48:37] </w:t>
      </w:r>
      <w:r>
        <w:t>min rabbika wa ma fa'altuhu 'an amri</w:t>
      </w:r>
    </w:p>
    <w:p>
      <w:pPr>
        <w:jc w:val="right"/>
      </w:pPr>
      <w:r>
        <w:t>من ربك وما فعلته عن امري</w:t>
      </w:r>
    </w:p>
    <w:p>
      <w:r>
        <w:rPr>
          <w:b/>
        </w:rPr>
        <w:t xml:space="preserve">[1:48:42] </w:t>
      </w:r>
      <w:r>
        <w:t>zalika taweel ma lam</w:t>
      </w:r>
    </w:p>
    <w:p>
      <w:pPr>
        <w:jc w:val="right"/>
      </w:pPr>
      <w:r>
        <w:t>ذلك تاويل ما لم</w:t>
      </w:r>
    </w:p>
    <w:p>
      <w:r>
        <w:rPr>
          <w:b/>
        </w:rPr>
        <w:t xml:space="preserve">[1:48:45] </w:t>
      </w:r>
      <w:r>
        <w:t>tastaṭī' 'alayhi ṣabran. aur deewar ka mu'amla yeh hai ke woh shehar ke do yateem larkon ki thi aur is deewar ke neeche un ka ek khazana dafan tha aur un ka baap ek naik aadmi tha.</w:t>
      </w:r>
    </w:p>
    <w:p>
      <w:pPr>
        <w:jc w:val="right"/>
      </w:pPr>
      <w:r>
        <w:t>تستطع عليه صبرا. اور دیوار کا معاملہ یہ ہے کہ وہ شہر کے دو یتیم لڑکوں کی تھی اور اس دیوار کے نیچے ان کا ایک خزانہ دفن تھا اور ان کا باپ ایک نیک آدمی تھا۔</w:t>
      </w:r>
    </w:p>
    <w:p>
      <w:r>
        <w:rPr>
          <w:b/>
        </w:rPr>
        <w:t xml:space="preserve">[1:49:06] </w:t>
      </w:r>
      <w:r>
        <w:t>pas tumhare Rabb ne chaha ke woh dono apni jawani ki umar ko pahunchein aur apna khazana nikalen.</w:t>
      </w:r>
    </w:p>
    <w:p>
      <w:pPr>
        <w:jc w:val="right"/>
      </w:pPr>
      <w:r>
        <w:t>پس تمہارے رب نے چاہا کہ وہ دونوں اپنی جوانی کی عمر کو پہنچیں اور اپنا خزانہ نکالیں۔</w:t>
      </w:r>
    </w:p>
    <w:p>
      <w:r>
        <w:rPr>
          <w:b/>
        </w:rPr>
        <w:t xml:space="preserve">[1:49:16] </w:t>
      </w:r>
      <w:r>
        <w:t>yeh tumhare Rabb ki rehmat se hua aur main ne is ko apni rai se nahi kiya. yeh hai haqeeqat un baaton ki jin par tum sabr na kar sake.</w:t>
      </w:r>
    </w:p>
    <w:p>
      <w:pPr>
        <w:jc w:val="right"/>
      </w:pPr>
      <w:r>
        <w:t>یہ تمہارے رب کی رحمت سے ہوا اور میں نے اس کو اپنی رائے سے نہیں کیا۔ یہ ہے حقیقت ان باتوں کی جن پر تم صبر نہ کر سکے۔</w:t>
      </w:r>
    </w:p>
    <w:p>
      <w:r>
        <w:rPr>
          <w:b/>
        </w:rPr>
        <w:t xml:space="preserve">[1:49:32] </w:t>
      </w:r>
      <w:r>
        <w:t>tashreeh: un misalon se andaza hota hai ke Khuda har waqt dunya ki nigrani kar raha hai.</w:t>
      </w:r>
    </w:p>
    <w:p>
      <w:pPr>
        <w:jc w:val="right"/>
      </w:pPr>
      <w:r>
        <w:t>تشریح: ان مثالوں سے اندازہ ہوتا ہے کہ خدا ہر وقت دنیا کی نگرانی کر رہا ہے۔</w:t>
      </w:r>
    </w:p>
    <w:p>
      <w:r>
        <w:rPr>
          <w:b/>
        </w:rPr>
        <w:t xml:space="preserve">[1:49:41] </w:t>
      </w:r>
      <w:r>
        <w:t>is ne agarche imtehan ki maslehat ki bina par is dunya ka nizam asbab o ilal ke tehat qaim kar rakha hai magar isi ke sath woh is nizam mein bar bar mudakhalat karta rehta hai.</w:t>
      </w:r>
    </w:p>
    <w:p>
      <w:pPr>
        <w:jc w:val="right"/>
      </w:pPr>
      <w:r>
        <w:t>اس نے اگرچہ امتحان کی مصلحت کی بنا پر اس دنیا کا نظام اسباب و علل کے تحت قائم کر رکھا ہے مگر اسی کے ساتھ وہ اس نظام میں بار بار مداخلت کرتا رہتا ہے۔</w:t>
      </w:r>
    </w:p>
    <w:p>
      <w:r>
        <w:rPr>
          <w:b/>
        </w:rPr>
        <w:t xml:space="preserve">[1:50:00] </w:t>
      </w:r>
      <w:r>
        <w:t>Khuda kahin ta'meer ka tareeqa ikhtiyar karta hai aur kahin bazahir takhreeb ka magar wasee' tar maslehat ke aitbar se sab us ki rehmat hoti hai.</w:t>
      </w:r>
    </w:p>
    <w:p>
      <w:pPr>
        <w:jc w:val="right"/>
      </w:pPr>
      <w:r>
        <w:t>خدا کہیں تعمیر کا طریقہ اختیار کرتا ہے اور کہیں بظاہر تخریب کا مگر وسیع تر مصلحت کے اعتبار سے سب اس کی رحمت ہوتی ہے۔</w:t>
      </w:r>
    </w:p>
    <w:p>
      <w:r>
        <w:rPr>
          <w:b/>
        </w:rPr>
        <w:t xml:space="preserve">[1:50:15] </w:t>
      </w:r>
      <w:r>
        <w:t>aur is baat ka yaqeen hasil karna hota hai ke asbab ki azadana gardish mein takhleeq ke asal maqasid faut na hone paayen.</w:t>
      </w:r>
    </w:p>
    <w:p>
      <w:pPr>
        <w:jc w:val="right"/>
      </w:pPr>
      <w:r>
        <w:t>اور اس بات کا تیقن حاصل کرنا ہوتا ہے کہ اسباب کی آزادانہ گردش میں تخلیق کے اصل مقاصد فوت نہ ہونے پائیں۔</w:t>
      </w:r>
    </w:p>
    <w:p>
      <w:r>
        <w:rPr>
          <w:b/>
        </w:rPr>
        <w:t xml:space="preserve">[1:50:30] </w:t>
      </w:r>
      <w:r>
        <w:t>wa yas'alūnaka 'an dhī al-qarnayni qul sa'atlū 'alaykum minhu dhikran innā makkannā lahu fī al-arḍi wa ātaināhu min kulli shay'in sababan fattaba'a sababan.</w:t>
      </w:r>
    </w:p>
    <w:p>
      <w:pPr>
        <w:jc w:val="right"/>
      </w:pPr>
      <w:r>
        <w:t>ويسألونك عن ذي القرنين قل سأتلو عليكم منه ذكرا انا مكنا له في الارض واتيناه من كل شيء سببا فاتبع سببا.</w:t>
      </w:r>
    </w:p>
    <w:p>
      <w:r>
        <w:rPr>
          <w:b/>
        </w:rPr>
        <w:t xml:space="preserve">[1:50:53] </w:t>
      </w:r>
      <w:r>
        <w:t>aur woh tum se Zulqarnain ka haal poochte hain. kaho ke main is ka kuch haal tumhare samne bayan karunga.</w:t>
      </w:r>
    </w:p>
    <w:p>
      <w:pPr>
        <w:jc w:val="right"/>
      </w:pPr>
      <w:r>
        <w:t>اور وہ تم سے ذوالقرنین کا حال پوچھتے ہیں۔ کہو کہ میں اس کا کچھ حال تمہارے سامنے بیان کروں گا۔</w:t>
      </w:r>
    </w:p>
    <w:p>
      <w:r>
        <w:rPr>
          <w:b/>
        </w:rPr>
        <w:t xml:space="preserve">[1:51:04] </w:t>
      </w:r>
      <w:r>
        <w:t>hum ne is ko zameen mein iqtadar diya tha aur hum ne is ko har cheez ka saman diya tha.</w:t>
      </w:r>
    </w:p>
    <w:p>
      <w:pPr>
        <w:jc w:val="right"/>
      </w:pPr>
      <w:r>
        <w:t>ہم نے اس کو زمین میں اقتدار دیا تھا اور ہم نے اس کو ہر چیز کا سامان دیا تھا۔</w:t>
      </w:r>
    </w:p>
    <w:p>
      <w:r>
        <w:rPr>
          <w:b/>
        </w:rPr>
        <w:t xml:space="preserve">[1:51:13] </w:t>
      </w:r>
      <w:r>
        <w:t>tashreeh: Zulqarnain ke lafzi ma'ne hain do singon wala yani woh badshah jis ki fotehat ka silsila dunya ke dono kinaron mashriq o maghrib tak pahuncha hua tha.</w:t>
      </w:r>
    </w:p>
    <w:p>
      <w:pPr>
        <w:jc w:val="right"/>
      </w:pPr>
      <w:r>
        <w:t>تشریح: ذوالقرنین کے لفظی معنی ہیں دو سینگوں والا یعنی وہ بادشاہ جس کی فتوحات کا سلسلہ دنیا کے دونوں کناروں مشرق و مغرب تک پہنچا ہوا تھا۔</w:t>
      </w:r>
    </w:p>
    <w:p>
      <w:r>
        <w:rPr>
          <w:b/>
        </w:rPr>
        <w:t xml:space="preserve">[1:51:31] </w:t>
      </w:r>
      <w:r>
        <w:t>yahan Zulqarnain se murad ghāliban qadeem Irani badshah Khusrau Cyrus hai. is ka zamana panchveen sadi qabl masih hai.</w:t>
      </w:r>
    </w:p>
    <w:p>
      <w:pPr>
        <w:jc w:val="right"/>
      </w:pPr>
      <w:r>
        <w:t>یہاں ذوالقرنین سے مراد غالباً قدیم ایرانی بادشاہ خسرو سائرس ہے۔ اس کا زمانہ پانچویں صدی قبل مسیح ہے۔</w:t>
      </w:r>
    </w:p>
    <w:p>
      <w:r>
        <w:rPr>
          <w:b/>
        </w:rPr>
        <w:t xml:space="preserve">[1:51:43] </w:t>
      </w:r>
      <w:r>
        <w:t>is ne qadeem abad dunya ka bara hissa fateh kar dala tha aur bilakhir ek jang mein mara gaya.</w:t>
      </w:r>
    </w:p>
    <w:p>
      <w:pPr>
        <w:jc w:val="right"/>
      </w:pPr>
      <w:r>
        <w:t>اس نے قدیم آباد دنیا کا بڑا حصہ فتح کر ڈالا تھا اور بالاخر ایک جنگ میں مارا گیا۔</w:t>
      </w:r>
    </w:p>
    <w:p>
      <w:r>
        <w:rPr>
          <w:b/>
        </w:rPr>
        <w:t xml:space="preserve">[1:51:54] </w:t>
      </w:r>
      <w:r>
        <w:t>woh nihayat munsif aur adil badshah tha. hatta</w:t>
      </w:r>
    </w:p>
    <w:p>
      <w:pPr>
        <w:jc w:val="right"/>
      </w:pPr>
      <w:r>
        <w:t>وہ نہایت منصف اور عادل بادشاہ تھا۔ حتى</w:t>
      </w:r>
    </w:p>
    <w:p>
      <w:r>
        <w:rPr>
          <w:b/>
        </w:rPr>
        <w:t xml:space="preserve">[1:52:02] </w:t>
      </w:r>
      <w:r>
        <w:t>idhā balagha maghrib ash-shamsi wajadahā taghrubu fī 'aynin ḥami'atin wa wajada 'indahā qawman qulnā yā dhā al-qarnayni ammā</w:t>
      </w:r>
    </w:p>
    <w:p>
      <w:pPr>
        <w:jc w:val="right"/>
      </w:pPr>
      <w:r>
        <w:t>اذا بلغ مغرب الشمس وجدها تغرب في عين حمئه ووجد عندها قوما قلنا يا ذا القرنين اما</w:t>
      </w:r>
    </w:p>
    <w:p>
      <w:r>
        <w:rPr>
          <w:b/>
        </w:rPr>
        <w:t xml:space="preserve">[1:52:19] </w:t>
      </w:r>
      <w:r>
        <w:t>an tu'adhdhiba wa ammā an tattakhidha fīhim ḥusnan qāla ammā man ẓalama fa sawnu'adhdhibuhu thumma yuraddu ilā rabbihī fa yu'adhdhibuhu 'adhāban nukran</w:t>
      </w:r>
    </w:p>
    <w:p>
      <w:pPr>
        <w:jc w:val="right"/>
      </w:pPr>
      <w:r>
        <w:t>ان تعذب واما ان تتخذ فيهم حسنا قال اما من ظلم فسوف نعذبه ثم يرد الى ربه فيعذبه عذابا نكرا</w:t>
      </w:r>
    </w:p>
    <w:p>
      <w:r>
        <w:rPr>
          <w:b/>
        </w:rPr>
        <w:t xml:space="preserve">[1:52:41] </w:t>
      </w:r>
      <w:r>
        <w:t>wa ammā man āmana wa 'amila ṣāliḥan falahu jazā' al-ḥusnā wa sanuqūlu lahu min amrinā yusrān.</w:t>
      </w:r>
    </w:p>
    <w:p>
      <w:pPr>
        <w:jc w:val="right"/>
      </w:pPr>
      <w:r>
        <w:t>واما من امن وعمل صالحا فله جزاء الحسنى وسنقول له من امرنا يسرا.</w:t>
      </w:r>
    </w:p>
    <w:p>
      <w:r>
        <w:rPr>
          <w:b/>
        </w:rPr>
        <w:t xml:space="preserve">[1:52:56] </w:t>
      </w:r>
      <w:r>
        <w:t>phir Zulqarnain ek rah ke peeche chala yahan tak ke woh suraj ke gharoob hone ke maqam tak pahuncha.</w:t>
      </w:r>
    </w:p>
    <w:p>
      <w:pPr>
        <w:jc w:val="right"/>
      </w:pPr>
      <w:r>
        <w:t>پھر ذوالقرنین ایک راہ کے پیچھے چلا یہاں تک کہ وہ سورج کے غروب ہونے کے مقام تک پہنچ گیا۔</w:t>
      </w:r>
    </w:p>
    <w:p>
      <w:r>
        <w:rPr>
          <w:b/>
        </w:rPr>
        <w:t xml:space="preserve">[1:53:06] </w:t>
      </w:r>
      <w:r>
        <w:t>us ne suraj ko dekha ke woh ek kale pani mein doob raha hai aur wahan us ko ek qaum mili.</w:t>
      </w:r>
    </w:p>
    <w:p>
      <w:pPr>
        <w:jc w:val="right"/>
      </w:pPr>
      <w:r>
        <w:t>اس نے سورج کو دیکھا کہ وہ ایک کالے پانی میں ڈوب رہا ہے اور وہاں اس کو ایک قوم ملی۔</w:t>
      </w:r>
    </w:p>
    <w:p>
      <w:r>
        <w:rPr>
          <w:b/>
        </w:rPr>
        <w:t xml:space="preserve">[1:53:17] </w:t>
      </w:r>
      <w:r>
        <w:t>hum ne kaha ke a Zulqarnain tum chaho to in ko saza do aur chaho to in ke sath acha sulook karo.</w:t>
      </w:r>
    </w:p>
    <w:p>
      <w:pPr>
        <w:jc w:val="right"/>
      </w:pPr>
      <w:r>
        <w:t>ہم نے کہا کہ اے ذوالقرنین تم چاہو تو ان کو سزا دو اور چاہو تو ان کے ساتھ اچھا سلوک کرو۔</w:t>
      </w:r>
    </w:p>
    <w:p>
      <w:r>
        <w:rPr>
          <w:b/>
        </w:rPr>
        <w:t xml:space="preserve">[1:53:27] </w:t>
      </w:r>
      <w:r>
        <w:t>us ne kaha ke jo in mein se zulm karega hum us ko saza denge. phir woh apne Rabb ke pas pahunchaya jayega.</w:t>
      </w:r>
    </w:p>
    <w:p>
      <w:pPr>
        <w:jc w:val="right"/>
      </w:pPr>
      <w:r>
        <w:t>اس نے کہا کہ جو ان میں سے ظلم کرے گا ہم اس کو سزا دیں گے۔ پھر وہ اپنے رب کے پاس پہنچایا جائے گا۔</w:t>
      </w:r>
    </w:p>
    <w:p>
      <w:r>
        <w:rPr>
          <w:b/>
        </w:rPr>
        <w:t xml:space="preserve">[1:53:39] </w:t>
      </w:r>
      <w:r>
        <w:t>phir woh us ko sakht saza dega aur jo shakhs imaan layega aur naik amal karega us ke liye achi jaza hai aur hum bhi us ke sath asan mu'amla karenge.</w:t>
      </w:r>
    </w:p>
    <w:p>
      <w:pPr>
        <w:jc w:val="right"/>
      </w:pPr>
      <w:r>
        <w:t>پھر وہ اس کو سخت سزا دے گا اور جو شخص ایمان لائے گا اور نیک عمل کرے گا اس کے لیے اچھی جزا ہے اور ہم بھی اس کے ساتھ آسان معاملہ کریں گے۔</w:t>
      </w:r>
    </w:p>
    <w:p>
      <w:r>
        <w:rPr>
          <w:b/>
        </w:rPr>
        <w:t xml:space="preserve">[1:53:59] </w:t>
      </w:r>
      <w:r>
        <w:t>tashreeh: zulqarnain ghaliban iran ke maghrib mein futuhat karta hua asia minor tak pahunch gaya jahan aijin samandar ka siyah pani khushki ki had bandi kar raha hai.</w:t>
      </w:r>
    </w:p>
    <w:p>
      <w:pPr>
        <w:jc w:val="right"/>
      </w:pPr>
      <w:r>
        <w:t>تشریح: ذوالقرنین غالباً ایران کے مغرب میں فتوحات کرتا ہوا ایشیا مائنر تک پہنچ گیا جہاں ایجین سمندر کا سیاہ پانی خشکی کی حد بندی کر رہا ہے۔</w:t>
      </w:r>
    </w:p>
    <w:p>
      <w:r>
        <w:rPr>
          <w:b/>
        </w:rPr>
        <w:t xml:space="preserve">[1:54:18] </w:t>
      </w:r>
      <w:r>
        <w:t>yahan ek shakhs sahil ke kinare khara ho kar samandar ki taraf dekhe to sham ke waqt us ko nazar aye ga</w:t>
      </w:r>
    </w:p>
    <w:p>
      <w:pPr>
        <w:jc w:val="right"/>
      </w:pPr>
      <w:r>
        <w:t>یہاں ایک شخص ساحل کے کنارے کھڑا ہو کر سمندر کی طرف دیکھے تو شام کے وقت اس کو نظر آئے گا</w:t>
      </w:r>
    </w:p>
    <w:p>
      <w:r>
        <w:rPr>
          <w:b/>
        </w:rPr>
        <w:t xml:space="preserve">[1:54:28] </w:t>
      </w:r>
      <w:r>
        <w:t>goya ke suraj ka gola pani mein dakhil ho kar is ke andar doob raha hai. yeh muhaqqati zaban mein is had ka bayan hai jahan tak zulqarnain pahuncha tha.</w:t>
      </w:r>
    </w:p>
    <w:p>
      <w:pPr>
        <w:jc w:val="right"/>
      </w:pPr>
      <w:r>
        <w:t>گویا کہ سورج کا گولا پانی میں داخل ہو کر اس کے اندر ڈوب رہا ہے۔ یہ محقاتی زبان میں اس حد کا بیان ہے جہاں تک ذوالقرنین پہنچا تھا۔</w:t>
      </w:r>
    </w:p>
    <w:p>
      <w:r>
        <w:rPr>
          <w:b/>
        </w:rPr>
        <w:t xml:space="preserve">[1:54:46] </w:t>
      </w:r>
      <w:r>
        <w:t>zulqarnain samandar ke is kinare tak bator-e-siyah nahi aya tha balkay bator-e-fateh aya tha.</w:t>
      </w:r>
    </w:p>
    <w:p>
      <w:pPr>
        <w:jc w:val="right"/>
      </w:pPr>
      <w:r>
        <w:t>ذوالقرنین سمندر کے اس کنارے تک بطور سیاح نہیں آیا تھا بلکہ بطور فاتح آیا تھا۔</w:t>
      </w:r>
    </w:p>
    <w:p>
      <w:r>
        <w:rPr>
          <w:b/>
        </w:rPr>
        <w:t xml:space="preserve">[1:54:55] </w:t>
      </w:r>
      <w:r>
        <w:t>yahan us waqt jo qaum abad thi us ke oopar is ko poora ikhtiyar mil gaya. us ke oopar is ki hukumat qaim ho gayi.</w:t>
      </w:r>
    </w:p>
    <w:p>
      <w:pPr>
        <w:jc w:val="right"/>
      </w:pPr>
      <w:r>
        <w:t>یہاں اس وقت جو قوم آباد تھی اس کے اوپر اس کو پورا اختیار مل گیا۔ اس کے اوپر اس کی حکومت قائم ہو گئی۔</w:t>
      </w:r>
    </w:p>
    <w:p>
      <w:r>
        <w:rPr>
          <w:b/>
        </w:rPr>
        <w:t xml:space="preserve">[1:55:07] </w:t>
      </w:r>
      <w:r>
        <w:t>bahaisiyat-e-hakim is ko kamil ikhtiyar hasil tha ke is ke sath jo chahe karay. taham zulqarnain aik adil badshah tha.</w:t>
      </w:r>
    </w:p>
    <w:p>
      <w:pPr>
        <w:jc w:val="right"/>
      </w:pPr>
      <w:r>
        <w:t>بحیثیت حکمراں اس کو کامل اختیار حاصل تھا کہ اس کے ساتھ جو چاہے کرے۔ تاہم ذوالقرنین ایک عادل بادشاہ تھا۔</w:t>
      </w:r>
    </w:p>
    <w:p>
      <w:r>
        <w:rPr>
          <w:b/>
        </w:rPr>
        <w:t xml:space="preserve">[1:55:19] </w:t>
      </w:r>
      <w:r>
        <w:t>is ne kisi par koi zulm nahi kiya. is</w:t>
      </w:r>
    </w:p>
    <w:p>
      <w:pPr>
        <w:jc w:val="right"/>
      </w:pPr>
      <w:r>
        <w:t>اس نے کسی پر کوئی ظلم نہیں کیا۔ اس</w:t>
      </w:r>
    </w:p>
    <w:p>
      <w:r>
        <w:rPr>
          <w:b/>
        </w:rPr>
        <w:t xml:space="preserve">[1:55:24] </w:t>
      </w:r>
      <w:r>
        <w:t>ne aam ailan kar diya ke hum sirf is shakhs ke sath sakhti karenge jo burai karta hua paya jaye.</w:t>
      </w:r>
    </w:p>
    <w:p>
      <w:pPr>
        <w:jc w:val="right"/>
      </w:pPr>
      <w:r>
        <w:t>نے عام اعلان کر دیا کہ ہم صرف اس شخص کے ساتھ سختی کریں گے جو برائی کرتا ہوا پایا جائے۔</w:t>
      </w:r>
    </w:p>
    <w:p>
      <w:r>
        <w:rPr>
          <w:b/>
        </w:rPr>
        <w:t xml:space="preserve">[1:55:34] </w:t>
      </w:r>
      <w:r>
        <w:t>jo log aman o nazm ke sath rahen ge un ke upar koi ziyadti nahin ki jae gi.</w:t>
      </w:r>
    </w:p>
    <w:p>
      <w:pPr>
        <w:jc w:val="right"/>
      </w:pPr>
      <w:r>
        <w:t>جو لوگ امن و نظم کے ساتھ رہیں گے ان کے اوپر کوئی زیادتی نہیں کی جائے گی۔</w:t>
      </w:r>
    </w:p>
    <w:p>
      <w:r>
        <w:rPr>
          <w:b/>
        </w:rPr>
        <w:t xml:space="preserve">[1:55:43] </w:t>
      </w:r>
      <w:r>
        <w:t>thumma attaba'a sababa</w:t>
      </w:r>
    </w:p>
    <w:p>
      <w:pPr>
        <w:jc w:val="right"/>
      </w:pPr>
      <w:r>
        <w:t>ثم اتبع سببا</w:t>
      </w:r>
    </w:p>
    <w:p>
      <w:r>
        <w:rPr>
          <w:b/>
        </w:rPr>
        <w:t xml:space="preserve">[1:55:46] </w:t>
      </w:r>
      <w:r>
        <w:t>hata idha balagha matla'a ash-shamsi wajadaha tatla'u 'ala qawmin lam naj'al lahum min dunihā satarā kadhalika waqad aḥaṭnā</w:t>
      </w:r>
    </w:p>
    <w:p>
      <w:pPr>
        <w:jc w:val="right"/>
      </w:pPr>
      <w:r>
        <w:t>حتى اذا بلغ مطلع الشمس وجدها تطلع على قوم لم نجعل لهم من دونها سترا كذلك وقد احطنا</w:t>
      </w:r>
    </w:p>
    <w:p>
      <w:r>
        <w:rPr>
          <w:b/>
        </w:rPr>
        <w:t xml:space="preserve">[1:56:02] </w:t>
      </w:r>
      <w:r>
        <w:t>bima ladayhi khabarā</w:t>
      </w:r>
    </w:p>
    <w:p>
      <w:pPr>
        <w:jc w:val="right"/>
      </w:pPr>
      <w:r>
        <w:t>بما لديه خبرا</w:t>
      </w:r>
    </w:p>
    <w:p>
      <w:r>
        <w:rPr>
          <w:b/>
        </w:rPr>
        <w:t xml:space="preserve">[1:56:06] </w:t>
      </w:r>
      <w:r>
        <w:t>. phir woh aik rah par chala yahan tak ke jab woh suraj nikalne ki jagah pahuncha to us ne suraj ko aik aisi qaum par tuloo' hotay hue paya jin ke liye hum ne aaftab ke oopar koi aar nahi rakhi thi.</w:t>
      </w:r>
    </w:p>
    <w:p>
      <w:pPr>
        <w:jc w:val="right"/>
      </w:pPr>
      <w:r>
        <w:t>. پھر وہ ایک راہ پر چلا یہاں تک کہ جب وہ سورج نکلنے کی جگہ پہنچا تو اس نے سورج کو ایک ایسی قوم پر طلوع ہوتے ہوئے پایا جن کے لیے ہم نے افتاب کے اوپر کوئی اڑ نہیں رکھی تھی۔</w:t>
      </w:r>
    </w:p>
    <w:p>
      <w:r>
        <w:rPr>
          <w:b/>
        </w:rPr>
        <w:t xml:space="preserve">[1:56:26] </w:t>
      </w:r>
      <w:r>
        <w:t>yeh isi tarah hai aur hum zulqarnain ke ahwal se ba-khabar hain.</w:t>
      </w:r>
    </w:p>
    <w:p>
      <w:pPr>
        <w:jc w:val="right"/>
      </w:pPr>
      <w:r>
        <w:t>یہ اسی طرح ہے اور ہم ذوالقرنین کے احوال سے باخبر ہیں۔</w:t>
      </w:r>
    </w:p>
    <w:p>
      <w:r>
        <w:rPr>
          <w:b/>
        </w:rPr>
        <w:t xml:space="preserve">[1:56:34] </w:t>
      </w:r>
      <w:r>
        <w:t>tashreeh: zulqarnain ki doosri mohim iran ke mashriq ki taraf thi. woh futuhat karta hua aagay barha yahan tak ke woh aisay maqam par pahunch gaya jahan bilkul ghair mutamaddin log bastay thay.</w:t>
      </w:r>
    </w:p>
    <w:p>
      <w:pPr>
        <w:jc w:val="right"/>
      </w:pPr>
      <w:r>
        <w:t>تشریح: ذوالقرنین کی دوسری مہم ایران کے مشرق کی طرف تھی۔ وہ فتوحات کرتا ہوا آگے بڑھا یہاں تک کہ وہ ایسے مقام پر پہنچ گیا جہاں بالکل غیر متمدن لوگ بستے تھے۔</w:t>
      </w:r>
    </w:p>
    <w:p>
      <w:r>
        <w:rPr>
          <w:b/>
        </w:rPr>
        <w:t xml:space="preserve">[1:56:54] </w:t>
      </w:r>
      <w:r>
        <w:t>un ke aur aaftab ke darmiyan aar nahi thi.</w:t>
      </w:r>
    </w:p>
    <w:p>
      <w:pPr>
        <w:jc w:val="right"/>
      </w:pPr>
      <w:r>
        <w:t>ان کے اور افتاب کے درمیان اڑ نہیں تھی۔</w:t>
      </w:r>
    </w:p>
    <w:p>
      <w:r>
        <w:rPr>
          <w:b/>
        </w:rPr>
        <w:t xml:space="preserve">[1:56:59] </w:t>
      </w:r>
      <w:r>
        <w:t>ka matlab ghaliban yeh hai ke woh khana badosh thay aur ta'meer shuda makanat mein rehne ke bajaye khulay maidanon mein zindagi guzar rahay thay.</w:t>
      </w:r>
    </w:p>
    <w:p>
      <w:pPr>
        <w:jc w:val="right"/>
      </w:pPr>
      <w:r>
        <w:t>کا مطلب غالباً یہ ہے کہ وہ خانہ بدوش تھے اور تعمیر شدہ مکانات میں رہنے کے بجائے کھلے میدانوں میں زندگی گزارتے تھے۔</w:t>
      </w:r>
    </w:p>
    <w:p>
      <w:r>
        <w:rPr>
          <w:b/>
        </w:rPr>
        <w:t xml:space="preserve">[1:57:14] </w:t>
      </w:r>
      <w:r>
        <w:t>thumma attaba'a sababan hatta itha balagha bayna as-sadayni wajada min dunihimā qauman laya yakādūna yafqahūna qawlan qālū yā dhā al-qarnayni inna ya'jūja wa ma'jūja mufsidūna fī al-arḍi fahal naj'alu laka kharjan 'alā</w:t>
      </w:r>
    </w:p>
    <w:p>
      <w:pPr>
        <w:jc w:val="right"/>
      </w:pPr>
      <w:r>
        <w:t>ثم اتبع سببا حتى اذا بلغ بين السدين وجد من دونهما قوما لا يكادون يفقهون قولا قالوا يا ذا القرنين ان ياجوج وماجوج مفسدون في الارض فهل نجعل لك خرجا على</w:t>
      </w:r>
    </w:p>
    <w:p>
      <w:r>
        <w:rPr>
          <w:b/>
        </w:rPr>
        <w:t xml:space="preserve">[1:57:43] </w:t>
      </w:r>
      <w:r>
        <w:t>in taj'ala baynanā wa baynahum siddan. phir woh aik rah par chala yahan tak ke jab woh do pahaaron ke darmiyan pahuncha to un ke pas us ne aik qaum ko paya jo koi baat samajh nahi pati thi.</w:t>
      </w:r>
    </w:p>
    <w:p>
      <w:pPr>
        <w:jc w:val="right"/>
      </w:pPr>
      <w:r>
        <w:t>ان تجعل بيننا وبينهم سدا. پھر وہ ایک راہ پر چلا یہاں تک کہ جب وہ دو پہاڑوں کے درمیان پہنچا تو ان کے پاس اس نے ایک قوم کو پایا جو کوئی بات سمجھ نہیں پاتی تھی۔</w:t>
      </w:r>
    </w:p>
    <w:p>
      <w:r>
        <w:rPr>
          <w:b/>
        </w:rPr>
        <w:t xml:space="preserve">[1:58:04] </w:t>
      </w:r>
      <w:r>
        <w:t>us ne kaha ke aey zulqarnain ya'juj aur ma'juj hamare mulk mein fasad phailatay hain</w:t>
      </w:r>
    </w:p>
    <w:p>
      <w:pPr>
        <w:jc w:val="right"/>
      </w:pPr>
      <w:r>
        <w:t>اس نے کہا کہ اے ذوالقرنین یاجوج اور ماجوج ہمارے ملک میں فساد پھیلاتے ہیں</w:t>
      </w:r>
    </w:p>
    <w:p>
      <w:r>
        <w:rPr>
          <w:b/>
        </w:rPr>
        <w:t xml:space="preserve">[1:58:12] </w:t>
      </w:r>
      <w:r>
        <w:t>to kya hum tum ko koi ma'sool is ke liye muqarrar kar dein ke tum hamare aur un ke darmiyan koi rokk bana do.</w:t>
      </w:r>
    </w:p>
    <w:p>
      <w:pPr>
        <w:jc w:val="right"/>
      </w:pPr>
      <w:r>
        <w:t>تو کیا ہم تم کو کوئی موصول اس کے لیے مقرر کر دیں کہ تم ہمارے اور ان کے درمیان کوئی روک بنا دو۔</w:t>
      </w:r>
    </w:p>
    <w:p>
      <w:r>
        <w:rPr>
          <w:b/>
        </w:rPr>
        <w:t xml:space="preserve">[1:58:25] </w:t>
      </w:r>
      <w:r>
        <w:t>tashreeh: zulqarnain ki teesri mohim ghaliban iran ke shimal mashriq ki janib thi. woh aisay ilaqay mein pahuncha jahan bilkul wahshi qism ke log abad thay.</w:t>
      </w:r>
    </w:p>
    <w:p>
      <w:pPr>
        <w:jc w:val="right"/>
      </w:pPr>
      <w:r>
        <w:t>تشریح: ذوالقرنین کی تیسری مہم غالباً ایران کے شمال مشرق کی جانب تھی۔ وہ ایسے علاقے میں پہنچا جہاں بالکل وحشی قسم کے لوگ آباد تھے۔</w:t>
      </w:r>
    </w:p>
    <w:p>
      <w:r>
        <w:rPr>
          <w:b/>
        </w:rPr>
        <w:t xml:space="preserve">[1:58:41] </w:t>
      </w:r>
      <w:r>
        <w:t>doosri qaumon se un ka mil jul nahi ho saka tha. chunancha woh koi aur zaban mushkil hi se samajh patay thay.</w:t>
      </w:r>
    </w:p>
    <w:p>
      <w:pPr>
        <w:jc w:val="right"/>
      </w:pPr>
      <w:r>
        <w:t>دوسری قوموں سے ان کا میل جول نہیں ہو سکا تھا۔ چنانچہ وہ کوئی اور زبان مشکل ہی سے سمجھ پاتے تھے۔</w:t>
      </w:r>
    </w:p>
    <w:p>
      <w:r>
        <w:rPr>
          <w:b/>
        </w:rPr>
        <w:t xml:space="preserve">[1:58:52] </w:t>
      </w:r>
      <w:r>
        <w:t>yeh ghaliban bahr-e-caspian aur bahr-e-aswad ke darmiyan ke pahaar thay. yahan wahshi qabail doosri taraf se aa kar ghart-gari karte thay aur phir pahari daray ke rastay se bhaag jatay thay.</w:t>
      </w:r>
    </w:p>
    <w:p>
      <w:pPr>
        <w:jc w:val="right"/>
      </w:pPr>
      <w:r>
        <w:t>یہ غالباً بحر کیسپین اور بحر اسود کے درمیان کے پہاڑ تھے۔ یہاں وحشی قبائل دوسری طرف سے آ کر غارت گری کرتے تھے اور پھر پہاڑی درے کے راستے سے بھاگ جاتے تھے۔</w:t>
      </w:r>
    </w:p>
    <w:p>
      <w:r>
        <w:rPr>
          <w:b/>
        </w:rPr>
        <w:t xml:space="preserve">[1:59:11] </w:t>
      </w:r>
      <w:r>
        <w:t>zulqarnain ne yahan dono pahaaron ke darmiyan apni deewar khari kar di.</w:t>
      </w:r>
    </w:p>
    <w:p>
      <w:pPr>
        <w:jc w:val="right"/>
      </w:pPr>
      <w:r>
        <w:t>ذوالقرنین نے یہاں دونوں پہاڑوں کے درمیان اہنی دیوار کھڑی کر دی۔</w:t>
      </w:r>
    </w:p>
    <w:p>
      <w:r>
        <w:rPr>
          <w:b/>
        </w:rPr>
        <w:t xml:space="preserve">[1:59:20] </w:t>
      </w:r>
      <w:r>
        <w:t>qāla mā makkannī fīhi rabbī khayrun fa'a'inūnī bi quwwatin aj'al baynakum wa baynahum raddaman ātūnī zubara al-ḥadīd ḥattā itha sāwā bayna aṣ-ṣadafayni qāla</w:t>
      </w:r>
    </w:p>
    <w:p>
      <w:pPr>
        <w:jc w:val="right"/>
      </w:pPr>
      <w:r>
        <w:t>قال ما مكني فيه ربي خير فاعينوني بقوة اجعل بينكم وبينهم ردما اتوني زبر الحديد حتى اذا ساوى بين الصدفين قال</w:t>
      </w:r>
    </w:p>
    <w:p>
      <w:r>
        <w:rPr>
          <w:b/>
        </w:rPr>
        <w:t xml:space="preserve">[1:59:41] </w:t>
      </w:r>
      <w:r>
        <w:t>infukhū ḥattā itha ja'alahu nāran ḥattā itha ja'alahu nāran qāla ātūnī ufrigh 'alayhi qiṭran</w:t>
      </w:r>
    </w:p>
    <w:p>
      <w:pPr>
        <w:jc w:val="right"/>
      </w:pPr>
      <w:r>
        <w:t>انفخوا حتى اذا جعله نارا حتى اذا جعله نارا قال اتوني افرغ عليه قطرا</w:t>
      </w:r>
    </w:p>
    <w:p>
      <w:r>
        <w:rPr>
          <w:b/>
        </w:rPr>
        <w:t xml:space="preserve">[1:59:59] </w:t>
      </w:r>
      <w:r>
        <w:t>fama istata'ū an yaẓharūhu wa ma istata'ū lahu naqban qāla hadhā raḥmatun min rabbī faidhā jā'a wa'adu rabbī ja'alahu dakkā'a</w:t>
      </w:r>
    </w:p>
    <w:p>
      <w:pPr>
        <w:jc w:val="right"/>
      </w:pPr>
      <w:r>
        <w:t>فما استطاعوا ان يظهروه وما استطاعوا له نقبا قال هذا رحمة من ربي فاذا جاء وعد ربي جعله دكاء</w:t>
      </w:r>
    </w:p>
    <w:p>
      <w:r>
        <w:rPr>
          <w:b/>
        </w:rPr>
        <w:t xml:space="preserve">[2:00:20] </w:t>
      </w:r>
      <w:r>
        <w:t>wa kan wa'd rabbi haqqan. zoolqarnain ne jawab diya ke jo kuch mere rab ne mujhe diya hai wo bohat hai.</w:t>
      </w:r>
    </w:p>
    <w:p>
      <w:pPr>
        <w:jc w:val="right"/>
      </w:pPr>
      <w:r>
        <w:t>وكان وعد ربي حقا. ذوالقرنین نے جواب دیا کہ جو کچھ میرے رب نے مجھے دیا ہے وہ بہت ہے۔</w:t>
      </w:r>
    </w:p>
    <w:p>
      <w:r>
        <w:rPr>
          <w:b/>
        </w:rPr>
        <w:t xml:space="preserve">[2:00:31] </w:t>
      </w:r>
      <w:r>
        <w:t>tum mehnat se meri madad karo. main tumhare aur un ke darmiyan</w:t>
      </w:r>
    </w:p>
    <w:p>
      <w:pPr>
        <w:jc w:val="right"/>
      </w:pPr>
      <w:r>
        <w:t>تم محنت سے میری مدد کرو۔ میں تمہارے اور ان کے درمیان</w:t>
      </w:r>
    </w:p>
    <w:p>
      <w:r>
        <w:rPr>
          <w:b/>
        </w:rPr>
        <w:t xml:space="preserve">[2:00:37] </w:t>
      </w:r>
      <w:r>
        <w:t>ek deewar bana doonga. tum lohe ke takhte la kar mujhe do. yahan tak ke jab us ne dono ke darmiyani khala ko bhar diya to logon se kaha ke aag dahkao.</w:t>
      </w:r>
    </w:p>
    <w:p>
      <w:pPr>
        <w:jc w:val="right"/>
      </w:pPr>
      <w:r>
        <w:t>ایک دیوار بنا دوں گا۔ تم لوہے کے تختے لا کر مجھے دو۔ یہاں تک کہ جب اس نے دونوں کے درمیانی خلا کو بھر دیا تو لوگوں سے کہا کہ اگ دہکاؤ۔</w:t>
      </w:r>
    </w:p>
    <w:p>
      <w:r>
        <w:rPr>
          <w:b/>
        </w:rPr>
        <w:t xml:space="preserve">[2:00:53] </w:t>
      </w:r>
      <w:r>
        <w:t>yahan tak ke jab us ko aag kar diya to kaha ke lao ab main is par pighla hua taabey daal doon.</w:t>
      </w:r>
    </w:p>
    <w:p>
      <w:pPr>
        <w:jc w:val="right"/>
      </w:pPr>
      <w:r>
        <w:t>یہاں تک کہ جب اس کو اگ کر دیا تو کہا کہ لاؤ اب میں اس پر پگھلا ہوا تابع ڈال دوں۔</w:t>
      </w:r>
    </w:p>
    <w:p>
      <w:r>
        <w:rPr>
          <w:b/>
        </w:rPr>
        <w:t xml:space="preserve">[2:01:05] </w:t>
      </w:r>
      <w:r>
        <w:t>pas yaajooj o maajooj na is par charh sakte the aur na is mein suraakh kar sakte the.</w:t>
      </w:r>
    </w:p>
    <w:p>
      <w:pPr>
        <w:jc w:val="right"/>
      </w:pPr>
      <w:r>
        <w:t>پس یاجوج و ماجوج نہ اس پر چڑھ سکتے تھے اور نہ اس میں سوراخ کر سکتے تھے۔</w:t>
      </w:r>
    </w:p>
    <w:p>
      <w:r>
        <w:rPr>
          <w:b/>
        </w:rPr>
        <w:t xml:space="preserve">[2:01:13] </w:t>
      </w:r>
      <w:r>
        <w:t>zoolqarnain ne kaha ke yeh mere rab ki rehmat hai. phir jab mere rab ka wa'da aaye ga to woh is ko dha kar barabar kar de ga aur mere rab ka wa'da sacha hai.</w:t>
      </w:r>
    </w:p>
    <w:p>
      <w:pPr>
        <w:jc w:val="right"/>
      </w:pPr>
      <w:r>
        <w:t>ذوالقرنین نے کہا کہ یہ میرے رب کی رحمت ہے۔ پھر جب میرے رب کا وعدہ آئے گا تو وہ اس کو ڈھا کر برابر کر دے گا اور میرے رب کا وعدہ سچا ہے۔</w:t>
      </w:r>
    </w:p>
    <w:p>
      <w:r>
        <w:rPr>
          <w:b/>
        </w:rPr>
        <w:t xml:space="preserve">[2:01:28] </w:t>
      </w:r>
      <w:r>
        <w:t>tashreeh: saabiqa ishtiraki roos ke ilaaqe mein qafqaz pahaar waqe hain. un ka silsila caspian samandar aur black samandar ke darmiyan phaila hua hai.</w:t>
      </w:r>
    </w:p>
    <w:p>
      <w:pPr>
        <w:jc w:val="right"/>
      </w:pPr>
      <w:r>
        <w:t>تشریح: سابقہ اشتراکی روس کے علاقے میں قفقاز پہاڑ واقع ہیں۔ ان کا سلسلہ کیسپین سمندر اور بلیک سمندر کے درمیان پھیلا ہوا ہے۔</w:t>
      </w:r>
    </w:p>
    <w:p>
      <w:r>
        <w:rPr>
          <w:b/>
        </w:rPr>
        <w:t xml:space="preserve">[2:01:44] </w:t>
      </w:r>
      <w:r>
        <w:t>yeh oonche oonche pahaar hain jo europe aur asia ke darmiyan qudrati deewar ka kaam dete hain.</w:t>
      </w:r>
    </w:p>
    <w:p>
      <w:pPr>
        <w:jc w:val="right"/>
      </w:pPr>
      <w:r>
        <w:t>یہ اونچے اونچے پہاڑ ہیں جو یورپ اور ایشیا کے درمیان قدرتی دیوار کا کام دیتے ہیں۔</w:t>
      </w:r>
    </w:p>
    <w:p>
      <w:r>
        <w:rPr>
          <w:b/>
        </w:rPr>
        <w:t xml:space="preserve">[2:01:52] </w:t>
      </w:r>
      <w:r>
        <w:t>is kohistani silsile mein baaz maqamat par dare the jin se janoob ke ilaaqe se yaajooj maajooj ke wahshi qabail shimal ki taraf aa jate aur irani mamlikat ke hisse mein ghartgari karte.</w:t>
      </w:r>
    </w:p>
    <w:p>
      <w:pPr>
        <w:jc w:val="right"/>
      </w:pPr>
      <w:r>
        <w:t>اس کوہستانی سلسلے میں بعض مقامات پر درے تھے جن سے جنوب کے علاقے سے یاجوج ماجوج کے وحشی قبائل شمال کی طرف آ جاتے اور ایرانی مملکت کے حصے میں غارت گری کرتے۔</w:t>
      </w:r>
    </w:p>
    <w:p>
      <w:r>
        <w:rPr>
          <w:b/>
        </w:rPr>
        <w:t xml:space="preserve">[2:02:11] </w:t>
      </w:r>
      <w:r>
        <w:t>yahan par aaj bhi ek qadeem deewar ke asaar maujood hain.</w:t>
      </w:r>
    </w:p>
    <w:p>
      <w:pPr>
        <w:jc w:val="right"/>
      </w:pPr>
      <w:r>
        <w:t>یہاں پر آج بھی ایک قدیم دیوار کے آثار موجود ہیں۔</w:t>
      </w:r>
    </w:p>
    <w:p>
      <w:r>
        <w:rPr>
          <w:b/>
        </w:rPr>
        <w:t xml:space="preserve">[2:02:16] </w:t>
      </w:r>
      <w:r>
        <w:t>aghlab hai ke yahi woh deewar hai jo zoolqarnain ne hifazati maqsad ke tehat taameer ki thi.</w:t>
      </w:r>
    </w:p>
    <w:p>
      <w:pPr>
        <w:jc w:val="right"/>
      </w:pPr>
      <w:r>
        <w:t>اغلب ہے کہ یہی وہ دیوار ہے جو ذوالقرنین نے حفاظتی مقصد کے تحت تعمیر کی تھی۔</w:t>
      </w:r>
    </w:p>
    <w:p>
      <w:r>
        <w:rPr>
          <w:b/>
        </w:rPr>
        <w:t xml:space="preserve">[2:02:26] </w:t>
      </w:r>
      <w:r>
        <w:t>dushman ke muqable mein lohe ki deewar khari karna ek aisa kaarnama hai jis par aam taur par logon mein fakhr aur ghamand ke jazbaat paida ho jate hain.</w:t>
      </w:r>
    </w:p>
    <w:p>
      <w:pPr>
        <w:jc w:val="right"/>
      </w:pPr>
      <w:r>
        <w:t>دشمن کے مقابلے میں لوہے کی دیوار کھڑی کرنا ایک ایسا کارنامہ ہے جس پر عام طور پر لوگوں میں فخر اور گھمنڈ کے جذبات پیدا ہو جاتے ہیں۔</w:t>
      </w:r>
    </w:p>
    <w:p>
      <w:r>
        <w:rPr>
          <w:b/>
        </w:rPr>
        <w:t xml:space="preserve">[2:02:40] </w:t>
      </w:r>
      <w:r>
        <w:t>magar zoolqarnain ne aisi naqabil tasheer deewar khari karne ke baad bhi apni tawazu nahi khoi.</w:t>
      </w:r>
    </w:p>
    <w:p>
      <w:pPr>
        <w:jc w:val="right"/>
      </w:pPr>
      <w:r>
        <w:t>مگر ذوالقرنین نے ایسی ناقابل تسخیر دیوار کھڑی کرنے کے بعد بھی اپنی تواضع نہیں کھوئی۔</w:t>
      </w:r>
    </w:p>
    <w:p>
      <w:r>
        <w:rPr>
          <w:b/>
        </w:rPr>
        <w:t xml:space="preserve">[2:02:51] </w:t>
      </w:r>
      <w:r>
        <w:t>is ki nazar apni masnoo'aat par nahi thi balke khuda ke ikhtiyarat par thi aur khuda ke muqable mein kisi insaan ko koi zor hasil nahi.</w:t>
      </w:r>
    </w:p>
    <w:p>
      <w:pPr>
        <w:jc w:val="right"/>
      </w:pPr>
      <w:r>
        <w:t>اس کی نظر اپنی مصنوعات پر نہیں تھی بلکہ خدا کے اختیارات پر تھی اور خدا کے مقابلے میں کسی انسان کو کوئی زور حاصل نہیں۔</w:t>
      </w:r>
    </w:p>
    <w:p>
      <w:r>
        <w:rPr>
          <w:b/>
        </w:rPr>
        <w:t xml:space="preserve">[2:03:07] </w:t>
      </w:r>
      <w:r>
        <w:t>wa taraknā ba'ḍahum yawma'idhin</w:t>
      </w:r>
    </w:p>
    <w:p>
      <w:pPr>
        <w:jc w:val="right"/>
      </w:pPr>
      <w:r>
        <w:t>وتركنا بعضهم يومئذ</w:t>
      </w:r>
    </w:p>
    <w:p>
      <w:r>
        <w:rPr>
          <w:b/>
        </w:rPr>
        <w:t xml:space="preserve">[2:03:11] </w:t>
      </w:r>
      <w:r>
        <w:t>yamūju fī ba'ḍin</w:t>
      </w:r>
    </w:p>
    <w:p>
      <w:pPr>
        <w:jc w:val="right"/>
      </w:pPr>
      <w:r>
        <w:t>يموج في بعض</w:t>
      </w:r>
    </w:p>
    <w:p>
      <w:r>
        <w:rPr>
          <w:b/>
        </w:rPr>
        <w:t xml:space="preserve">[2:03:13] </w:t>
      </w:r>
      <w:r>
        <w:t>wa nufikha fīṣ-ṣūri fajama'nāhum jam'ā</w:t>
      </w:r>
    </w:p>
    <w:p>
      <w:pPr>
        <w:jc w:val="right"/>
      </w:pPr>
      <w:r>
        <w:t>ونفخ في الصور فجمعناهم جمعا</w:t>
      </w:r>
    </w:p>
    <w:p>
      <w:r>
        <w:rPr>
          <w:b/>
        </w:rPr>
        <w:t xml:space="preserve">[2:03:18] </w:t>
      </w:r>
      <w:r>
        <w:t>wa 'araḍnā jahannama yawma'idhin lil-kafirīna 'araḍā</w:t>
      </w:r>
    </w:p>
    <w:p>
      <w:pPr>
        <w:jc w:val="right"/>
      </w:pPr>
      <w:r>
        <w:t>وعرضنا جهنم يومئذ للكافرين عرضا</w:t>
      </w:r>
    </w:p>
    <w:p>
      <w:r>
        <w:rPr>
          <w:b/>
        </w:rPr>
        <w:t xml:space="preserve">[2:03:25] </w:t>
      </w:r>
      <w:r>
        <w:t>alladhīna kānat a'yunuhum fī ghiṭā'in</w:t>
      </w:r>
    </w:p>
    <w:p>
      <w:pPr>
        <w:jc w:val="right"/>
      </w:pPr>
      <w:r>
        <w:t>الذين كانت أعينهم في غطاء</w:t>
      </w:r>
    </w:p>
    <w:p>
      <w:r>
        <w:rPr>
          <w:b/>
        </w:rPr>
        <w:t xml:space="preserve">[2:03:31] </w:t>
      </w:r>
      <w:r>
        <w:t>'an dhikrī wa kānū lā yastaṭī'ūna</w:t>
      </w:r>
    </w:p>
    <w:p>
      <w:pPr>
        <w:jc w:val="right"/>
      </w:pPr>
      <w:r>
        <w:t>عن ذكري وكانوا لا يستطيعون</w:t>
      </w:r>
    </w:p>
    <w:p>
      <w:r>
        <w:rPr>
          <w:b/>
        </w:rPr>
        <w:t xml:space="preserve">[2:03:35] </w:t>
      </w:r>
      <w:r>
        <w:t>sam'ā.</w:t>
      </w:r>
    </w:p>
    <w:p>
      <w:pPr>
        <w:jc w:val="right"/>
      </w:pPr>
      <w:r>
        <w:t>سمعا.</w:t>
      </w:r>
    </w:p>
    <w:p>
      <w:r>
        <w:rPr>
          <w:b/>
        </w:rPr>
        <w:t xml:space="preserve">[2:03:39] </w:t>
      </w:r>
      <w:r>
        <w:t>aur us din hum logon ko chhod den ge. woh maujon ki tarah ek doosre mein ghusain ge aur sur phoonka jaye ga.</w:t>
      </w:r>
    </w:p>
    <w:p>
      <w:pPr>
        <w:jc w:val="right"/>
      </w:pPr>
      <w:r>
        <w:t>اور اس دن ہم لوگوں کو چھوڑ دیں گے۔ وہ موجوں کی طرح ایک دوسرے میں گھسیں گے اور سور پھونکا جائے گا۔</w:t>
      </w:r>
    </w:p>
    <w:p>
      <w:r>
        <w:rPr>
          <w:b/>
        </w:rPr>
        <w:t xml:space="preserve">[2:03:51] </w:t>
      </w:r>
      <w:r>
        <w:t>pas hum sab ko ek sath jama karein ge aur us din hum jahannum ko munkiron ke samne layein ge jin ki aankhon par hamari yaad dahani se parda pada raha aur woh kuch sunne ke liye tayyar na the.</w:t>
      </w:r>
    </w:p>
    <w:p>
      <w:pPr>
        <w:jc w:val="right"/>
      </w:pPr>
      <w:r>
        <w:t>پس ہم سب کو ایک ساتھ جمع کریں گے اور اس دن ہم جہنم کو منکروں کے سامنے لائیں گے جن کی آنکھوں پر ہماری یاد دہانی سے پردہ پڑا رہا اور وہ کچھ سننے کے لیے تیار نہ تھے۔</w:t>
      </w:r>
    </w:p>
    <w:p>
      <w:r>
        <w:rPr>
          <w:b/>
        </w:rPr>
        <w:t xml:space="preserve">[2:04:12] </w:t>
      </w:r>
      <w:r>
        <w:t>tashreeh: qayamat aane ke baad yeh dunya ek aur dunya ban jaye gi.</w:t>
      </w:r>
    </w:p>
    <w:p>
      <w:pPr>
        <w:jc w:val="right"/>
      </w:pPr>
      <w:r>
        <w:t>تشریح: قیامت آنے کے بعد یہ دنیا ایک اور دنیا بن جائے گی۔</w:t>
      </w:r>
    </w:p>
    <w:p>
      <w:r>
        <w:rPr>
          <w:b/>
        </w:rPr>
        <w:t xml:space="preserve">[2:04:22] </w:t>
      </w:r>
      <w:r>
        <w:t>is waqt ghaleban aisa hoga ke daryaon aur pahaadon ki maujooda had bandiyan tod kar khatm kar di jayengi.</w:t>
      </w:r>
    </w:p>
    <w:p>
      <w:pPr>
        <w:jc w:val="right"/>
      </w:pPr>
      <w:r>
        <w:t>اس وقت غالباً ایسا ہوگا کہ دریاؤں اور پہاڑوں کی موجودہ حد بندیاں توڑ کر ختم کر دی جائیں گی۔</w:t>
      </w:r>
    </w:p>
    <w:p>
      <w:r>
        <w:rPr>
          <w:b/>
        </w:rPr>
        <w:t xml:space="preserve">[2:04:33] </w:t>
      </w:r>
      <w:r>
        <w:t>insanon ka ek hujoom hoga jo ek doosre se isi tarah takrayega jis tarah samandar mein maujen takrati hain.</w:t>
      </w:r>
    </w:p>
    <w:p>
      <w:pPr>
        <w:jc w:val="right"/>
      </w:pPr>
      <w:r>
        <w:t>انسانوں کا ایک ہجوم ہوگا جو ایک دوسرے سے اسی طرح ٹکرائے گا جس طرح سمندر میں موجیں ٹکراتی ہیں۔</w:t>
      </w:r>
    </w:p>
    <w:p>
      <w:r>
        <w:rPr>
          <w:b/>
        </w:rPr>
        <w:t xml:space="preserve">[2:04:45] </w:t>
      </w:r>
      <w:r>
        <w:t>aaj logon ko aql ki aankh se jahannum dikhai ja rahi hai to woh is ko nahi dekhte.</w:t>
      </w:r>
    </w:p>
    <w:p>
      <w:pPr>
        <w:jc w:val="right"/>
      </w:pPr>
      <w:r>
        <w:t>آج لوگوں کو عقل کی آنکھ سے جہنم دکھائی جا رہی ہے تو وہ اس کو نہیں دیکھتے۔</w:t>
      </w:r>
    </w:p>
    <w:p>
      <w:r>
        <w:rPr>
          <w:b/>
        </w:rPr>
        <w:t xml:space="preserve">[2:04:55] </w:t>
      </w:r>
      <w:r>
        <w:t>qayamat mein logon ko peshani ki aankh se jahannum dikhai jaye gi.</w:t>
      </w:r>
    </w:p>
    <w:p>
      <w:pPr>
        <w:jc w:val="right"/>
      </w:pPr>
      <w:r>
        <w:t>قیامت میں لوگوں کو پیشانی کی آنکھ سے جہنم دکھائی جائے گی۔</w:t>
      </w:r>
    </w:p>
    <w:p>
      <w:r>
        <w:rPr>
          <w:b/>
        </w:rPr>
        <w:t xml:space="preserve">[2:05:03] </w:t>
      </w:r>
      <w:r>
        <w:t>is waqt har aadmi dekh le ga magar yeh dekhna kisi ke kuch kaam na aaye ga kyunke naseehat ke zariye jis ne apni aankh ka parda hataya wohi parda hatane wala hai.</w:t>
      </w:r>
    </w:p>
    <w:p>
      <w:pPr>
        <w:jc w:val="right"/>
      </w:pPr>
      <w:r>
        <w:t>اس وقت ہر آدمی دیکھ لے گا مگر یہ دیکھنا کسی کے کچھ کام نہ آئے گا کیونکہ نصیحت کے ذریعے جس نے اپنی آنکھ کا پردہ ہٹایا وہی پردہ ہٹانے والا ہے۔</w:t>
      </w:r>
    </w:p>
    <w:p>
      <w:r>
        <w:rPr>
          <w:b/>
        </w:rPr>
        <w:t xml:space="preserve">[2:05:22] </w:t>
      </w:r>
      <w:r>
        <w:t>warna qayamat ke din parda hataya jana to sirf is liye hoga ke sarkashi karne walon ko un ke aakhri anjam tak pahuncha diya jaye.</w:t>
      </w:r>
    </w:p>
    <w:p>
      <w:pPr>
        <w:jc w:val="right"/>
      </w:pPr>
      <w:r>
        <w:t>ورنہ قیامت کے دن پردہ ہٹایا جانا تو صرف اس لیے ہوگا کہ سرکشی کرنے والوں کو ان کے آخری انجام تک پہنچا دیا جائے۔</w:t>
      </w:r>
    </w:p>
    <w:p>
      <w:r>
        <w:rPr>
          <w:b/>
        </w:rPr>
        <w:t xml:space="preserve">[2:05:38] </w:t>
      </w:r>
      <w:r>
        <w:t>afahasib allazina kafaroo</w:t>
      </w:r>
    </w:p>
    <w:p>
      <w:pPr>
        <w:jc w:val="right"/>
      </w:pPr>
      <w:r>
        <w:t>أفحسب الذين كفروا</w:t>
      </w:r>
    </w:p>
    <w:p>
      <w:r>
        <w:rPr>
          <w:b/>
        </w:rPr>
        <w:t xml:space="preserve">[2:05:43] </w:t>
      </w:r>
      <w:r>
        <w:t>an yattakhidhu 'ibadi min duniy 'awliyaa'? 'inna a'tada na jahannama lilkafirina nazalaa.</w:t>
      </w:r>
    </w:p>
    <w:p>
      <w:pPr>
        <w:jc w:val="right"/>
      </w:pPr>
      <w:r>
        <w:t>أن يتخذوا عبادي من دوني أولياء؟ إنا اعتدنا جهنم للكافرين نزلا.</w:t>
      </w:r>
    </w:p>
    <w:p>
      <w:r>
        <w:rPr>
          <w:b/>
        </w:rPr>
        <w:t xml:space="preserve">[2:06:03] </w:t>
      </w:r>
      <w:r>
        <w:t>kya inkar karne wale yeh samajhte hain ke woh mere siwa mere bando ko apna karsaz banayen?</w:t>
      </w:r>
    </w:p>
    <w:p>
      <w:pPr>
        <w:jc w:val="right"/>
      </w:pPr>
      <w:r>
        <w:t>کیا انکار کرنے والے یہ سمجھتے ہیں کہ وہ میرے سوا میرے بندوں کو اپنا کارساز بنائیں؟</w:t>
      </w:r>
    </w:p>
    <w:p>
      <w:r>
        <w:rPr>
          <w:b/>
        </w:rPr>
        <w:t xml:space="preserve">[2:06:15] </w:t>
      </w:r>
      <w:r>
        <w:t>hum ne kafiron ki mehmaani ke liye jahannum tayyar kar rakhi hai.</w:t>
      </w:r>
    </w:p>
    <w:p>
      <w:pPr>
        <w:jc w:val="right"/>
      </w:pPr>
      <w:r>
        <w:t>ہم نے کافروں کی مہمانی کے لیے جہنم تیار کر رکھی ہے۔</w:t>
      </w:r>
    </w:p>
    <w:p>
      <w:r>
        <w:rPr>
          <w:b/>
        </w:rPr>
        <w:t xml:space="preserve">[2:06:23] </w:t>
      </w:r>
      <w:r>
        <w:t>tashreeh:</w:t>
      </w:r>
    </w:p>
    <w:p>
      <w:pPr>
        <w:jc w:val="right"/>
      </w:pPr>
      <w:r>
        <w:t>تشریح:</w:t>
      </w:r>
    </w:p>
    <w:p>
      <w:r>
        <w:rPr>
          <w:b/>
        </w:rPr>
        <w:t xml:space="preserve">[2:06:28] </w:t>
      </w:r>
      <w:r>
        <w:t>haq ko manna khuda ko manna hai aur haq ko na manna khuda ko na manna. jab bhi aadmi haq ko na manay to woh kisi na kisi cheez ya shakhsiyat ke bal par aisa karta hai.</w:t>
      </w:r>
    </w:p>
    <w:p>
      <w:pPr>
        <w:jc w:val="right"/>
      </w:pPr>
      <w:r>
        <w:t>حق کو ماننا خدا کو ماننا ہے اور حق کو نہ ماننا خدا کو نہ ماننا۔ جب بھی آدمی حق کو نہ مانے تو وہ کسی نہ کسی چیز یا شخصیت کے بل پر ایسا کرتا ہے۔</w:t>
      </w:r>
    </w:p>
    <w:p>
      <w:r>
        <w:rPr>
          <w:b/>
        </w:rPr>
        <w:t xml:space="preserve">[2:06:45] </w:t>
      </w:r>
      <w:r>
        <w:t>aisa har bharosa jhootha bharosa hai kyunke is duniya mein khuda ke siwa kisi ko koi ikhtiyar hasil nahi.</w:t>
      </w:r>
    </w:p>
    <w:p>
      <w:pPr>
        <w:jc w:val="right"/>
      </w:pPr>
      <w:r>
        <w:t>ایسا ہر بھروسہ جھوٹا بھروسہ ہے کیونکہ اس دنیا میں خدا کے سوا کسی کو کوئی اختیار حاصل نہیں۔</w:t>
      </w:r>
    </w:p>
    <w:p>
      <w:r>
        <w:rPr>
          <w:b/>
        </w:rPr>
        <w:t xml:space="preserve">[2:06:56] </w:t>
      </w:r>
      <w:r>
        <w:t>faisle ke din aise logon ko bachane wala koi na hoga kyunke bachane wala to sirf khuda tha aur uski himayat ko unhon ne pehle hi sarkashi kar ke kho diya.</w:t>
      </w:r>
    </w:p>
    <w:p>
      <w:pPr>
        <w:jc w:val="right"/>
      </w:pPr>
      <w:r>
        <w:t>فیصلے کے دن ایسے لوگوں کو بچانے والا کوئی نہ ہوگا کیونکہ بچانے والا تو صرف خدا تھا اور اس کی حمایت کو انہوں نے پہلے ہی سرکشی کر کے کھو دیا۔</w:t>
      </w:r>
    </w:p>
    <w:p>
      <w:r>
        <w:rPr>
          <w:b/>
        </w:rPr>
        <w:t xml:space="preserve">[2:07:14] </w:t>
      </w:r>
      <w:r>
        <w:t>qul hal nunabbi'ukum bil-akhsarīna a'mālā</w:t>
      </w:r>
    </w:p>
    <w:p>
      <w:pPr>
        <w:jc w:val="right"/>
      </w:pPr>
      <w:r>
        <w:t>قلھل ننبئکم بالاخسرین اعمالا</w:t>
      </w:r>
    </w:p>
    <w:p>
      <w:r>
        <w:rPr>
          <w:b/>
        </w:rPr>
        <w:t xml:space="preserve">[2:07:21] </w:t>
      </w:r>
      <w:r>
        <w:t>alladhīna ḍalla sa'yuhum fī al-ḥayāti ad-dunyā wa hum yaḥsabūna annahum yuḥsinūna ṣun'ā</w:t>
      </w:r>
    </w:p>
    <w:p>
      <w:pPr>
        <w:jc w:val="right"/>
      </w:pPr>
      <w:r>
        <w:t>الذین ضل سعیہم فی الحیات الدنیا وهم یحسبون انہم یحسنون صنعا</w:t>
      </w:r>
    </w:p>
    <w:p>
      <w:r>
        <w:rPr>
          <w:b/>
        </w:rPr>
        <w:t xml:space="preserve">[2:07:31] </w:t>
      </w:r>
      <w:r>
        <w:t>ulā'ika alladhīna kafarū bi-āyāti rabbihim wa liqā'ihī</w:t>
      </w:r>
    </w:p>
    <w:p>
      <w:pPr>
        <w:jc w:val="right"/>
      </w:pPr>
      <w:r>
        <w:t>أولئک الذین کفروا بآیات ربهم ولقائه</w:t>
      </w:r>
    </w:p>
    <w:p>
      <w:r>
        <w:rPr>
          <w:b/>
        </w:rPr>
        <w:t xml:space="preserve">[2:07:40] </w:t>
      </w:r>
      <w:r>
        <w:t>fa ḥabiṭat a'māluhum falā nuqīmu lahum yawma al-qiyāmati</w:t>
      </w:r>
    </w:p>
    <w:p>
      <w:pPr>
        <w:jc w:val="right"/>
      </w:pPr>
      <w:r>
        <w:t>فحبطت اعمالهم فلا نقیم لهم يوم القیامة</w:t>
      </w:r>
    </w:p>
    <w:p>
      <w:r>
        <w:rPr>
          <w:b/>
        </w:rPr>
        <w:t xml:space="preserve">[2:07:45] </w:t>
      </w:r>
      <w:r>
        <w:t>waznaa. dhalika jaza'uhum jahannamu bima kafaroo wattakhadhu 'aayaati wa rusuli huzuaa.</w:t>
      </w:r>
    </w:p>
    <w:p>
      <w:pPr>
        <w:jc w:val="right"/>
      </w:pPr>
      <w:r>
        <w:t>وزنا. ذلك جزاؤهم جهنم بما كفروا واتخذوا آياتي ورسلي هزوا.</w:t>
      </w:r>
    </w:p>
    <w:p>
      <w:r>
        <w:rPr>
          <w:b/>
        </w:rPr>
        <w:t xml:space="preserve">[2:08:02] </w:t>
      </w:r>
      <w:r>
        <w:t>kaho kya main tum ko bata doon ke apne a'maal ke a'tebar se sab se zyada ghaate mein kaun log hain?</w:t>
      </w:r>
    </w:p>
    <w:p>
      <w:pPr>
        <w:jc w:val="right"/>
      </w:pPr>
      <w:r>
        <w:t>کہو کیا میں تم کو بتا دوں کہ اپنے اعمال کے اعتبار سے سب سے زیادہ گھاٹے میں کون لوگ ہیں؟</w:t>
      </w:r>
    </w:p>
    <w:p>
      <w:r>
        <w:rPr>
          <w:b/>
        </w:rPr>
        <w:t xml:space="preserve">[2:08:14] </w:t>
      </w:r>
      <w:r>
        <w:t>wo log jin ki koshish duniya ki zindagi mein</w:t>
      </w:r>
    </w:p>
    <w:p>
      <w:pPr>
        <w:jc w:val="right"/>
      </w:pPr>
      <w:r>
        <w:t>وہ لوگ جن کی کوشش دنیا کی زندگی میں</w:t>
      </w:r>
    </w:p>
    <w:p>
      <w:r>
        <w:rPr>
          <w:b/>
        </w:rPr>
        <w:t xml:space="preserve">[2:08:19] </w:t>
      </w:r>
      <w:r>
        <w:t>a'iqarat ho gayi aur woh samajhte rahe ke woh bohat acha kaam kar rahe hain.</w:t>
      </w:r>
    </w:p>
    <w:p>
      <w:pPr>
        <w:jc w:val="right"/>
      </w:pPr>
      <w:r>
        <w:t>عقارت ہو گئی اور وہ سمجھتے رہے کہ وہ بہت اچھا کام کر رہے ہیں۔</w:t>
      </w:r>
    </w:p>
    <w:p>
      <w:r>
        <w:rPr>
          <w:b/>
        </w:rPr>
        <w:t xml:space="preserve">[2:08:27] </w:t>
      </w:r>
      <w:r>
        <w:t>yahi log hain jinhon ne apne rab ki nishaniyon ka aur us se milne ka inkar kiya. pas un ka kiya hua barbad ho gaya.</w:t>
      </w:r>
    </w:p>
    <w:p>
      <w:pPr>
        <w:jc w:val="right"/>
      </w:pPr>
      <w:r>
        <w:t>یہی لوگ ہیں جنہوں نے اپنے رب کی نشانیوں کا اور اس سے ملنے کا انکار کیا۔ پس ان کا کیا ہوا برباد ہو گیا۔</w:t>
      </w:r>
    </w:p>
    <w:p>
      <w:r>
        <w:rPr>
          <w:b/>
        </w:rPr>
        <w:t xml:space="preserve">[2:08:40] </w:t>
      </w:r>
      <w:r>
        <w:t>phir qayamat ke din hum un ko koi wazan na denge. yeh</w:t>
      </w:r>
    </w:p>
    <w:p>
      <w:pPr>
        <w:jc w:val="right"/>
      </w:pPr>
      <w:r>
        <w:t>پھر قیامت کے دن ہم ان کو کوئی وزن نہ دیں گے۔ یہ</w:t>
      </w:r>
    </w:p>
    <w:p>
      <w:r>
        <w:rPr>
          <w:b/>
        </w:rPr>
        <w:t xml:space="preserve">[2:08:46] </w:t>
      </w:r>
      <w:r>
        <w:t>jahannum un ka badla hai is liye ke unhon ne inkar kiya aur meri nishaniyon aur mere rasoolon ka mazak uraya.</w:t>
      </w:r>
    </w:p>
    <w:p>
      <w:pPr>
        <w:jc w:val="right"/>
      </w:pPr>
      <w:r>
        <w:t>جہنم ان کا بدلہ ہے اس لیے کہ انہوں نے انکار کیا اور میری نشانیوں اور میرے رسولوں کا مذاق اڑایا۔</w:t>
      </w:r>
    </w:p>
    <w:p>
      <w:r>
        <w:rPr>
          <w:b/>
        </w:rPr>
        <w:t xml:space="preserve">[2:09:00] </w:t>
      </w:r>
      <w:r>
        <w:t>tashreeh: aadmi duniya mein a'mal karta hai. woh dekhta hai ke us ke a'mal ka nateeja izzat aur daulat ki surat mein us ko mil raha hai.</w:t>
      </w:r>
    </w:p>
    <w:p>
      <w:pPr>
        <w:jc w:val="right"/>
      </w:pPr>
      <w:r>
        <w:t>تشریح: آدمی دنیا میں عمل کرتا ہے۔ وہ دیکھتا ہے کہ اس کے عمل کا نتیجہ عزت اور دولت کی صورت میں اس کو مل رہا ہے۔</w:t>
      </w:r>
    </w:p>
    <w:p>
      <w:r>
        <w:rPr>
          <w:b/>
        </w:rPr>
        <w:t xml:space="preserve">[2:09:14] </w:t>
      </w:r>
      <w:r>
        <w:t>apna koi kaam us ko bigadta hua nazar nahi aata. woh samajh leta hai ke main kamyab hoon.</w:t>
      </w:r>
    </w:p>
    <w:p>
      <w:pPr>
        <w:jc w:val="right"/>
      </w:pPr>
      <w:r>
        <w:t>اپنا کوئی کام اس کو بگڑتا ہوا نظر نہیں آتا۔ وہ سمجھ لیتا ہے کہ میں کامیاب ہوں۔</w:t>
      </w:r>
    </w:p>
    <w:p>
      <w:r>
        <w:rPr>
          <w:b/>
        </w:rPr>
        <w:t xml:space="preserve">[2:09:25] </w:t>
      </w:r>
      <w:r>
        <w:t>magar hai. sarasar nadani hai. khuda ke nakshe mein zindagi ki kamyabi ka meyar aakhrat hai.</w:t>
      </w:r>
    </w:p>
    <w:p>
      <w:pPr>
        <w:jc w:val="right"/>
      </w:pPr>
      <w:r>
        <w:t>مگر ہے۔ سراسر نادانی ہے۔ خدا کے نقشے میں زندگی کی کامیابی کا معیار آخرت ہے۔</w:t>
      </w:r>
    </w:p>
    <w:p>
      <w:r>
        <w:rPr>
          <w:b/>
        </w:rPr>
        <w:t xml:space="preserve">[2:09:35] </w:t>
      </w:r>
      <w:r>
        <w:t>aisi halat mein duniya ki taraqqi ko taraqqi samajhna khuda ke nakshe ke khilaf apna naksah banana hai.</w:t>
      </w:r>
    </w:p>
    <w:p>
      <w:pPr>
        <w:jc w:val="right"/>
      </w:pPr>
      <w:r>
        <w:t>ایسی حالت میں دنیا کی ترقی کو ترقی سمجھنا خدا کے نقشے کے خلاف اپنا نقشہ بنانا ہے۔</w:t>
      </w:r>
    </w:p>
    <w:p>
      <w:r>
        <w:rPr>
          <w:b/>
        </w:rPr>
        <w:t xml:space="preserve">[2:09:45] </w:t>
      </w:r>
      <w:r>
        <w:t>yeh aakhrat ko hadaf kar ke zindagi ke mas'le ko dekhna hai. zahir hai ke aise log kabhi kamyab nahi ho sakte.</w:t>
      </w:r>
    </w:p>
    <w:p>
      <w:pPr>
        <w:jc w:val="right"/>
      </w:pPr>
      <w:r>
        <w:t>یہ آخرت کو حذف کر کے زندگی کے مسئلے کو دیکھنا ہے۔ ظاہر ہے کہ ایسے لوگ کبھی کامیاب نہیں ہو سکتے۔</w:t>
      </w:r>
    </w:p>
    <w:p>
      <w:r>
        <w:rPr>
          <w:b/>
        </w:rPr>
        <w:t xml:space="preserve">[2:09:58] </w:t>
      </w:r>
      <w:r>
        <w:t>khuda apni nishaniyan zahir karta hai magar jo log apne zehn ko duniya mein lagaye hue hon woh aakhrat ki nishaniyon se mutasir nahi hote.</w:t>
      </w:r>
    </w:p>
    <w:p>
      <w:pPr>
        <w:jc w:val="right"/>
      </w:pPr>
      <w:r>
        <w:t>خدا اپنی نشانیاں ظاہر کرتا ہے مگر جو لوگ اپنے ذہن کو دنیا میں لگائے ہوئے ہوں وہ آخرت کی نشانیوں سے متاثر نہیں ہوتے۔</w:t>
      </w:r>
    </w:p>
    <w:p>
      <w:r>
        <w:rPr>
          <w:b/>
        </w:rPr>
        <w:t xml:space="preserve">[2:10:13] </w:t>
      </w:r>
      <w:r>
        <w:t>khuda apne dalail kholta hai magar jo log duniya ki baaton mein gum hon un ko aakhrat ki dalilein appeal nahi kartin.</w:t>
      </w:r>
    </w:p>
    <w:p>
      <w:pPr>
        <w:jc w:val="right"/>
      </w:pPr>
      <w:r>
        <w:t>خدا اپنے دلائل کھولتا ہے مگر جو لوگ دنیا کی باتوں میں گم ہوں ان کو آخرت کی دلیلیں اپیل نہیں کرتیں۔</w:t>
      </w:r>
    </w:p>
    <w:p>
      <w:r>
        <w:rPr>
          <w:b/>
        </w:rPr>
        <w:t xml:space="preserve">[2:10:24] </w:t>
      </w:r>
      <w:r>
        <w:t>aise log hidayat ke kinare khade ho kar bhi hidayat ko qabool karne se mahroom rehte hain. unhon ne khuda ki baaton ko koi wazan nahi diya.</w:t>
      </w:r>
    </w:p>
    <w:p>
      <w:pPr>
        <w:jc w:val="right"/>
      </w:pPr>
      <w:r>
        <w:t>ایسے لوگ ہدایت کے کنارے کھڑے ہو کر بھی ہدایت کو قبول کرنے سے محروم رہتے ہیں۔ انہوں نے خدا کی باتوں کو کوئی وزن نہیں دیا۔</w:t>
      </w:r>
    </w:p>
    <w:p>
      <w:r>
        <w:rPr>
          <w:b/>
        </w:rPr>
        <w:t xml:space="preserve">[2:10:37] </w:t>
      </w:r>
      <w:r>
        <w:t>phir kaise mumkin hai ke khuda un ko apne yahan kisi wazan ka mustahiq samjhe?</w:t>
      </w:r>
    </w:p>
    <w:p>
      <w:pPr>
        <w:jc w:val="right"/>
      </w:pPr>
      <w:r>
        <w:t>پھر کیسے ممکن ہے کہ خدا ان کو اپنے یہاں کسی وزن کا مستحق سمجھے؟</w:t>
      </w:r>
    </w:p>
    <w:p>
      <w:r>
        <w:rPr>
          <w:b/>
        </w:rPr>
        <w:t xml:space="preserve">[2:10:49] </w:t>
      </w:r>
      <w:r>
        <w:t>'innalladhina 'aamanu wa 'amilus saalihaati kaanat lahum jannatul firdausi nazalaa. khaalideena feehaa la yabghoona 'anhaa hawalaa.</w:t>
      </w:r>
    </w:p>
    <w:p>
      <w:pPr>
        <w:jc w:val="right"/>
      </w:pPr>
      <w:r>
        <w:t>إن الذين آمنوا وعملوا الصالحات كانت لهم جنات الفردوس نزلا خالدين فيها لا يبغون عنها حولا.</w:t>
      </w:r>
    </w:p>
    <w:p>
      <w:r>
        <w:rPr>
          <w:b/>
        </w:rPr>
        <w:t xml:space="preserve">[2:11:06] </w:t>
      </w:r>
      <w:r>
        <w:t>beshak jo log imaan laaye aur unhon ne nek amal kiya un ke liye firdaus ke baghon ki mehmaani hai.</w:t>
      </w:r>
    </w:p>
    <w:p>
      <w:pPr>
        <w:jc w:val="right"/>
      </w:pPr>
      <w:r>
        <w:t>بے شک جو لوگ ایمان لائے اور انہوں نے نیک عمل کیا ان کے لیے فردوس کے باغوں کی مہمانی ہے۔</w:t>
      </w:r>
    </w:p>
    <w:p>
      <w:r>
        <w:rPr>
          <w:b/>
        </w:rPr>
        <w:t xml:space="preserve">[2:11:17] </w:t>
      </w:r>
      <w:r>
        <w:t>is mein woh hamesha rahen ge. wahan se kabhi nikalna na chahen ge.</w:t>
      </w:r>
    </w:p>
    <w:p>
      <w:pPr>
        <w:jc w:val="right"/>
      </w:pPr>
      <w:r>
        <w:t>اس میں وہ ہمیشہ رہیں گے۔ وہاں سے کبھی نکلنا نہ چاہیں گے۔</w:t>
      </w:r>
    </w:p>
    <w:p>
      <w:r>
        <w:rPr>
          <w:b/>
        </w:rPr>
        <w:t xml:space="preserve">[2:11:26] </w:t>
      </w:r>
      <w:r>
        <w:t>tashreeh: dunya mein imaan aur amal saleh ki zindagi ikhtiyar karna zabardast qurbani ka saboot dena hai.</w:t>
      </w:r>
    </w:p>
    <w:p>
      <w:pPr>
        <w:jc w:val="right"/>
      </w:pPr>
      <w:r>
        <w:t>تشریح: دنیا میں ایمان اور عمل صالح کی زندگی اختیار کرنا زبردست قربانی کا ثبوت دینا ہے۔</w:t>
      </w:r>
    </w:p>
    <w:p>
      <w:r>
        <w:rPr>
          <w:b/>
        </w:rPr>
        <w:t xml:space="preserve">[2:11:37] </w:t>
      </w:r>
      <w:r>
        <w:t>yeh na dikhai dene wali jannat ki khatir dikhai dene wali jannat ko chhodna hai.</w:t>
      </w:r>
    </w:p>
    <w:p>
      <w:pPr>
        <w:jc w:val="right"/>
      </w:pPr>
      <w:r>
        <w:t>یہ نہ دکھائی دینے والی جنت کی خاطر دکھائی دینے والی جنت کو چھوڑنا ہے۔</w:t>
      </w:r>
    </w:p>
    <w:p>
      <w:r>
        <w:rPr>
          <w:b/>
        </w:rPr>
        <w:t xml:space="preserve">[2:11:46] </w:t>
      </w:r>
      <w:r>
        <w:t>yeh is mushkil imtehan mein poora utarna hai jabke aadmi mujarrad daleel ki satah par haq ko pehchanta hai aur apni zindagi is ke raaste par daal deta hai.</w:t>
      </w:r>
    </w:p>
    <w:p>
      <w:pPr>
        <w:jc w:val="right"/>
      </w:pPr>
      <w:r>
        <w:t>یہ اس مشکل امتحان میں پورا اترنا ہے جبکہ آدمی مجرد دلیل کی سطح پر حق کو پہچانتا ہے اور اپنی زندگی اس کے راستے پر ڈال دیتا ہے۔</w:t>
      </w:r>
    </w:p>
    <w:p>
      <w:r>
        <w:rPr>
          <w:b/>
        </w:rPr>
        <w:t xml:space="preserve">[2:12:02] </w:t>
      </w:r>
      <w:r>
        <w:t>halanke aisa karne ke liye wahan koi dabaao nahi hota.</w:t>
      </w:r>
    </w:p>
    <w:p>
      <w:pPr>
        <w:jc w:val="right"/>
      </w:pPr>
      <w:r>
        <w:t>حالانکہ ایسا کرنے کے لیے وہاں کوئی دباؤ نہیں ہوتا۔</w:t>
      </w:r>
    </w:p>
    <w:p>
      <w:r>
        <w:rPr>
          <w:b/>
        </w:rPr>
        <w:t xml:space="preserve">[2:12:10] </w:t>
      </w:r>
      <w:r>
        <w:t>jo log is marifat aur is kaarkardagi ka saboot dein un ka inaam yahi hai ke un ko abadi rahat aur aaraam ke baghon mein dakhil kar diya jaye.</w:t>
      </w:r>
    </w:p>
    <w:p>
      <w:pPr>
        <w:jc w:val="right"/>
      </w:pPr>
      <w:r>
        <w:t>جو لوگ اس معرفت اور اس کارکردگی کا ثبوت دیں ان کا انعام یہی ہے کہ ان کو ابدی راحت اور آرام کے باغوں میں داخل کر دیا جائے۔</w:t>
      </w:r>
    </w:p>
    <w:p>
      <w:r>
        <w:rPr>
          <w:b/>
        </w:rPr>
        <w:t xml:space="preserve">[2:12:25] </w:t>
      </w:r>
      <w:r>
        <w:t>qul lau kaana al bahru midadan li kalimaati rabbi la nafi da al bahru qabla an tanfada kalimaati rabbi wa lau jinaa bi mithlihi madada.</w:t>
      </w:r>
    </w:p>
    <w:p>
      <w:pPr>
        <w:jc w:val="right"/>
      </w:pPr>
      <w:r>
        <w:t>قل لو كان البحر مدادا لكلمات ربي لنفد البحر قبل أن تنفد كلمات ربي ولو جئنا بمثله مددا.</w:t>
      </w:r>
    </w:p>
    <w:p>
      <w:r>
        <w:rPr>
          <w:b/>
        </w:rPr>
        <w:t xml:space="preserve">[2:12:41] </w:t>
      </w:r>
      <w:r>
        <w:t>kaho agar samandar mere rab ki nishaniyon ko likhne ke liye roshnai ho jaye to samandar khatam ho jaye ga is se pehle ke mere rab ki baatein khatam hon.</w:t>
      </w:r>
    </w:p>
    <w:p>
      <w:pPr>
        <w:jc w:val="right"/>
      </w:pPr>
      <w:r>
        <w:t>کہو اگر سمندر میرے رب کی نشانیوں کو لکھنے کے لیے روشنائی ہو جائے تو سمندر ختم ہو جائے گا اس سے پہلے کہ میرے رب کی باتیں ختم ہوں۔</w:t>
      </w:r>
    </w:p>
    <w:p>
      <w:r>
        <w:rPr>
          <w:b/>
        </w:rPr>
        <w:t xml:space="preserve">[2:12:58] </w:t>
      </w:r>
      <w:r>
        <w:t>agarche hum is ke saath isi ke misl aur samandar mila dein.</w:t>
      </w:r>
    </w:p>
    <w:p>
      <w:pPr>
        <w:jc w:val="right"/>
      </w:pPr>
      <w:r>
        <w:t>اگرچہ ہم اس کے ساتھ اسی کے مانند اور سمندر ملا دیں۔</w:t>
      </w:r>
    </w:p>
    <w:p>
      <w:r>
        <w:rPr>
          <w:b/>
        </w:rPr>
        <w:t xml:space="preserve">[2:13:07] </w:t>
      </w:r>
      <w:r>
        <w:t>tashreeh: jo log khuda ke paigham ko nahi mante woh aisi cheez ko nahi mante jo tamam sabit shuda cheezon se zyada sabit shuda hai.</w:t>
      </w:r>
    </w:p>
    <w:p>
      <w:pPr>
        <w:jc w:val="right"/>
      </w:pPr>
      <w:r>
        <w:t>تشریح: جو لوگ خدا کے پیغام کو نہیں مانتے وہ ایسی چیز کو نہیں مانتے جو تمام ثابت شدہ چیزوں سے زیادہ ثابت شدہ ہے۔</w:t>
      </w:r>
    </w:p>
    <w:p>
      <w:r>
        <w:rPr>
          <w:b/>
        </w:rPr>
        <w:t xml:space="preserve">[2:13:24] </w:t>
      </w:r>
      <w:r>
        <w:t>woh itni muslim hai jis ko likhne ke liye dunya ke tamam darakhton ke qalam bhi na-kaafi sabit hon.</w:t>
      </w:r>
    </w:p>
    <w:p>
      <w:pPr>
        <w:jc w:val="right"/>
      </w:pPr>
      <w:r>
        <w:t>وہ اتنی مسلم ہے جس کو لکھنے کے لیے دنیا کے تمام درختوں کے قلم بھی ناکافی ثابت ہوں۔</w:t>
      </w:r>
    </w:p>
    <w:p>
      <w:r>
        <w:rPr>
          <w:b/>
        </w:rPr>
        <w:t xml:space="preserve">[2:13:33] </w:t>
      </w:r>
      <w:r>
        <w:t>tamam samandaron ki siyahi bhi khushk ho jaye is se pehle ke is ki fi rizq khatam ho. magar insaan kaisa zalim hai ke is ke bawajood woh haq ko nahi pehchanta.</w:t>
      </w:r>
    </w:p>
    <w:p>
      <w:pPr>
        <w:jc w:val="right"/>
      </w:pPr>
      <w:r>
        <w:t>تمام سمندروں کی سیاہی بھی خشک ہو جائے اس سے پہلے کہ اس کی فی رزق ختم ہو۔ مگر انسان کیسا ظالم ہے کہ اس کے باوجود وہ حق کو نہیں پہچانتا۔</w:t>
      </w:r>
    </w:p>
    <w:p>
      <w:r>
        <w:rPr>
          <w:b/>
        </w:rPr>
        <w:t xml:space="preserve">[2:13:49] </w:t>
      </w:r>
      <w:r>
        <w:t>is ke bawajud woh apni zindagi ko haq ke mutabiq nahin dhalta.</w:t>
      </w:r>
    </w:p>
    <w:p>
      <w:pPr>
        <w:jc w:val="right"/>
      </w:pPr>
      <w:r>
        <w:t>اس کے باوجود وہ اپنی زندگی کو حق کے مطابق نہیں ڈھالتا۔</w:t>
      </w:r>
    </w:p>
    <w:p>
      <w:r>
        <w:rPr>
          <w:b/>
        </w:rPr>
        <w:t xml:space="preserve">[2:13:57] </w:t>
      </w:r>
      <w:r>
        <w:t>qul innamā anā basharun mithlukum yūḥā</w:t>
      </w:r>
    </w:p>
    <w:p>
      <w:pPr>
        <w:jc w:val="right"/>
      </w:pPr>
      <w:r>
        <w:t>قل إنما أنا بشر مثلكم يوحى</w:t>
      </w:r>
    </w:p>
    <w:p>
      <w:r>
        <w:rPr>
          <w:b/>
        </w:rPr>
        <w:t xml:space="preserve">[2:14:06] </w:t>
      </w:r>
      <w:r>
        <w:t>ilayya annamā ilahukum ilahun</w:t>
      </w:r>
    </w:p>
    <w:p>
      <w:pPr>
        <w:jc w:val="right"/>
      </w:pPr>
      <w:r>
        <w:t>إلي أنما إلهكم إله</w:t>
      </w:r>
    </w:p>
    <w:p>
      <w:r>
        <w:rPr>
          <w:b/>
        </w:rPr>
        <w:t xml:space="preserve">[2:14:12] </w:t>
      </w:r>
      <w:r>
        <w:t>wāḥidun faman kāna yarjū liqā'a</w:t>
      </w:r>
    </w:p>
    <w:p>
      <w:pPr>
        <w:jc w:val="right"/>
      </w:pPr>
      <w:r>
        <w:t>واحد فمن كان يرجو لقاء</w:t>
      </w:r>
    </w:p>
    <w:p>
      <w:r>
        <w:rPr>
          <w:b/>
        </w:rPr>
        <w:t xml:space="preserve">[2:14:19] </w:t>
      </w:r>
      <w:r>
        <w:t>rabbihī falya'mal 'amalan</w:t>
      </w:r>
    </w:p>
    <w:p>
      <w:pPr>
        <w:jc w:val="right"/>
      </w:pPr>
      <w:r>
        <w:t>ربه فليعمل عملا</w:t>
      </w:r>
    </w:p>
    <w:p>
      <w:r>
        <w:rPr>
          <w:b/>
        </w:rPr>
        <w:t xml:space="preserve">[2:14:23] </w:t>
      </w:r>
      <w:r>
        <w:t>ṣāliḥan wa lā yushriki bi-'ibādati rabbihī</w:t>
      </w:r>
    </w:p>
    <w:p>
      <w:pPr>
        <w:jc w:val="right"/>
      </w:pPr>
      <w:r>
        <w:t>صالحا ولا يشرك بعبادة ربه</w:t>
      </w:r>
    </w:p>
    <w:p>
      <w:r>
        <w:rPr>
          <w:b/>
        </w:rPr>
        <w:t xml:space="preserve">[2:14:29] </w:t>
      </w:r>
      <w:r>
        <w:t>aḥadā.</w:t>
      </w:r>
    </w:p>
    <w:p>
      <w:pPr>
        <w:jc w:val="right"/>
      </w:pPr>
      <w:r>
        <w:t>أحدا.</w:t>
      </w:r>
    </w:p>
    <w:p>
      <w:r>
        <w:rPr>
          <w:b/>
        </w:rPr>
        <w:t xml:space="preserve">[2:14:33] </w:t>
      </w:r>
      <w:r>
        <w:t>kaho main tumhari hi tarah ek aadmi hoon. mujh par wahi aati hai ke tumhara maabood sirf ek hi maabood hai.</w:t>
      </w:r>
    </w:p>
    <w:p>
      <w:pPr>
        <w:jc w:val="right"/>
      </w:pPr>
      <w:r>
        <w:t>کہو میں تمہاری ہی طرح ایک آدمی ہوں۔ مجھ پر وحی آتی ہے کہ تمہارا معبود صرف ایک ہی معبود ہے۔</w:t>
      </w:r>
    </w:p>
    <w:p>
      <w:r>
        <w:rPr>
          <w:b/>
        </w:rPr>
        <w:t xml:space="preserve">[2:14:44] </w:t>
      </w:r>
      <w:r>
        <w:t>pas jis ko apne rab se milne ki umeed ho us ko chahiye ke nek amal kare aur apne rab ki ibaadat mein kisi ko shareek na thahraye.</w:t>
      </w:r>
    </w:p>
    <w:p>
      <w:pPr>
        <w:jc w:val="right"/>
      </w:pPr>
      <w:r>
        <w:t>پس جس کو اپنے رب سے ملنے کی امید ہو اس کو چاہیے کہ نیک عمل کرے اور اپنے رب کی عبادت میں کسی کو شریک نہ ٹھہرائے۔</w:t>
      </w:r>
    </w:p>
    <w:p>
      <w:r>
        <w:rPr>
          <w:b/>
        </w:rPr>
        <w:t xml:space="preserve">[2:15:01] </w:t>
      </w:r>
      <w:r>
        <w:t>tashreeh: paighambar khuda ya farishta nahi hota. woh insaanon ki tarah ek insaan hota hai.</w:t>
      </w:r>
    </w:p>
    <w:p>
      <w:pPr>
        <w:jc w:val="right"/>
      </w:pPr>
      <w:r>
        <w:t>تشریح: پیغمبر خدا یا فرشتہ نہیں ہوتا۔ وہ انسانوں کی طرح ایک انسان ہوتا ہے۔</w:t>
      </w:r>
    </w:p>
    <w:p>
      <w:r>
        <w:rPr>
          <w:b/>
        </w:rPr>
        <w:t xml:space="preserve">[2:15:12] </w:t>
      </w:r>
      <w:r>
        <w:t>is ki mazeed khusoosiyat sirf yeh hoti hai ke is par ghair mar'i zariye se khuda ki wahi aati hai.</w:t>
      </w:r>
    </w:p>
    <w:p>
      <w:pPr>
        <w:jc w:val="right"/>
      </w:pPr>
      <w:r>
        <w:t>اس کی مزید خصوصیت صرف یہ ہوتی ہے کہ اس پر غیر مرئی ذریعے سے خدا کی وحی آتی ہے۔</w:t>
      </w:r>
    </w:p>
    <w:p>
      <w:r>
        <w:rPr>
          <w:b/>
        </w:rPr>
        <w:t xml:space="preserve">[2:15:22] </w:t>
      </w:r>
      <w:r>
        <w:t>goya paighambar ek aisi hasti hai jo apne zaahir ke aitbaar se ek insaan hai aur apni andarooni haqeeqat ke aitbaar se numainda khuda.</w:t>
      </w:r>
    </w:p>
    <w:p>
      <w:pPr>
        <w:jc w:val="right"/>
      </w:pPr>
      <w:r>
        <w:t>گویا پیغمبر ایک ایسی ہستی ہے جو اپنے ظاہر کے اعتبار سے ایک انسان ہے اور اپنی اندرونی حقیقت کے اعتبار سے نمائندہ خدا۔</w:t>
      </w:r>
    </w:p>
    <w:p>
      <w:r>
        <w:rPr>
          <w:b/>
        </w:rPr>
        <w:t xml:space="preserve">[2:15:38] </w:t>
      </w:r>
      <w:r>
        <w:t>yahi wajah hai ke haq ko paane ke liye jauhar shanaasi ki salahiyat darkaar hoti hai.</w:t>
      </w:r>
    </w:p>
    <w:p>
      <w:pPr>
        <w:jc w:val="right"/>
      </w:pPr>
      <w:r>
        <w:t>یہی وجہ ہے کہ حق کو پانے کے لیے جوہر شناسی کی صلاحیت درکار ہوتی ہے۔</w:t>
      </w:r>
    </w:p>
    <w:p>
      <w:r>
        <w:rPr>
          <w:b/>
        </w:rPr>
        <w:t xml:space="preserve">[2:15:45] </w:t>
      </w:r>
      <w:r>
        <w:t>haq ko paana sirf is shakhs ke liye mumkin hota hai jo haqeeqat ko is ke ghaybi roop mein dekh sake.</w:t>
      </w:r>
    </w:p>
    <w:p>
      <w:pPr>
        <w:jc w:val="right"/>
      </w:pPr>
      <w:r>
        <w:t>حق کو پانا صرف اس شخص کے لیے ممکن ہوتا ہے جو حقیقت کو اس کے غیبی روپ میں دیکھ سکے۔</w:t>
      </w:r>
    </w:p>
    <w:p>
      <w:r>
        <w:rPr>
          <w:b/>
        </w:rPr>
        <w:t xml:space="preserve">[2:15:55] </w:t>
      </w:r>
      <w:r>
        <w:t>jo insaan ki satah par paighambar ko pehchanne ka saboot de.</w:t>
      </w:r>
    </w:p>
    <w:p>
      <w:pPr>
        <w:jc w:val="right"/>
      </w:pPr>
      <w:r>
        <w:t>جو انسان کی سطح پر پیغمبر کو پہچاننے کا ثبوت 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