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Chapter 14  Ibrahim (Abraham) - Maulana Wahiduddin Khan</w:t>
      </w:r>
    </w:p>
    <w:p>
      <w:r>
        <w:t>https://www.youtube.com/watch?v=u8KpFuYL9p8</w:t>
      </w:r>
    </w:p>
    <w:p>
      <w:r>
        <w:rPr>
          <w:b/>
        </w:rPr>
        <w:t xml:space="preserve">[00:01] </w:t>
      </w:r>
      <w:r>
        <w:t>bismillah rahman rahim.</w:t>
      </w:r>
    </w:p>
    <w:p>
      <w:pPr>
        <w:jc w:val="right"/>
      </w:pPr>
      <w:r>
        <w:t>بسم اللہ الرحمن الرحیم۔</w:t>
      </w:r>
    </w:p>
    <w:p>
      <w:r>
        <w:rPr>
          <w:b/>
        </w:rPr>
        <w:t xml:space="preserve">[00:08] </w:t>
      </w:r>
      <w:r>
        <w:t>alif lam ra.</w:t>
      </w:r>
    </w:p>
    <w:p>
      <w:pPr>
        <w:jc w:val="right"/>
      </w:pPr>
      <w:r>
        <w:t>الف لام راء۔</w:t>
      </w:r>
    </w:p>
    <w:p>
      <w:r>
        <w:rPr>
          <w:b/>
        </w:rPr>
        <w:t xml:space="preserve">[00:16] </w:t>
      </w:r>
      <w:r>
        <w:t>kitab anzalnah ilayka litukhrij al-nas min al-zulumati ila al-nur bi-idhn rabbihim ila sirat al-aziz al-hamid.</w:t>
      </w:r>
    </w:p>
    <w:p>
      <w:pPr>
        <w:jc w:val="right"/>
      </w:pPr>
      <w:r>
        <w:t>کتاب انزلناہ الیک لتخرج الناس من الظلمات الى النور باذن ربهم الى صراط العزيز الحمید۔</w:t>
      </w:r>
    </w:p>
    <w:p>
      <w:r>
        <w:rPr>
          <w:b/>
        </w:rPr>
        <w:t xml:space="preserve">[00:23] </w:t>
      </w:r>
      <w:r>
        <w:t>allah alladhi lahu</w:t>
      </w:r>
    </w:p>
    <w:p>
      <w:pPr>
        <w:jc w:val="right"/>
      </w:pPr>
      <w:r>
        <w:t>اللہ الذي له</w:t>
      </w:r>
    </w:p>
    <w:p>
      <w:r>
        <w:rPr>
          <w:b/>
        </w:rPr>
        <w:t xml:space="preserve">[00:31] </w:t>
      </w:r>
      <w:r>
        <w:t>ma fi al-samawati wa ma fi al-ard, wa waylun lil-kafirin min 'adhabin shadid.</w:t>
      </w:r>
    </w:p>
    <w:p>
      <w:pPr>
        <w:jc w:val="right"/>
      </w:pPr>
      <w:r>
        <w:t>ما في السماوات وما في الارض، وويل للكافرین من عذاب شدید۔</w:t>
      </w:r>
    </w:p>
    <w:p>
      <w:r>
        <w:rPr>
          <w:b/>
        </w:rPr>
        <w:t xml:space="preserve">[00:41] </w:t>
      </w:r>
      <w:r>
        <w:t>alladhina yastahibbun al-hayat al-dunya 'ala al-akhirati wa yasudduna 'an sabil Allah wa yabghunaha 'iwajan.</w:t>
      </w:r>
    </w:p>
    <w:p>
      <w:pPr>
        <w:jc w:val="right"/>
      </w:pPr>
      <w:r>
        <w:t>الذین یستحبون الحیۃ الدنیا علی الاخرۃ ويصدون عن سبیل اللہ ويبغونها عوجا۔</w:t>
      </w:r>
    </w:p>
    <w:p>
      <w:r>
        <w:rPr>
          <w:b/>
        </w:rPr>
        <w:t xml:space="preserve">[00:52] </w:t>
      </w:r>
      <w:r>
        <w:t>ula'ika fi dalalin ba'id.</w:t>
      </w:r>
    </w:p>
    <w:p>
      <w:pPr>
        <w:jc w:val="right"/>
      </w:pPr>
      <w:r>
        <w:t>اولئک فی ضلال بعید۔</w:t>
      </w:r>
    </w:p>
    <w:p>
      <w:r>
        <w:rPr>
          <w:b/>
        </w:rPr>
        <w:t xml:space="preserve">[01:03] </w:t>
      </w:r>
      <w:r>
        <w:t>shuru Allah ke naam se jo bara meherban, nihayat reham wala hai.</w:t>
      </w:r>
    </w:p>
    <w:p>
      <w:pPr>
        <w:jc w:val="right"/>
      </w:pPr>
      <w:r>
        <w:t>شروع اللہ کے نام سے جو بڑا مہربان، نہایت رحم والا ہے۔</w:t>
      </w:r>
    </w:p>
    <w:p>
      <w:r>
        <w:rPr>
          <w:b/>
        </w:rPr>
        <w:t xml:space="preserve">[01:09] </w:t>
      </w:r>
      <w:r>
        <w:t>alif lam ra.</w:t>
      </w:r>
    </w:p>
    <w:p>
      <w:pPr>
        <w:jc w:val="right"/>
      </w:pPr>
      <w:r>
        <w:t>الف لام راء۔</w:t>
      </w:r>
    </w:p>
    <w:p>
      <w:r>
        <w:rPr>
          <w:b/>
        </w:rPr>
        <w:t xml:space="preserve">[01:15] </w:t>
      </w:r>
      <w:r>
        <w:t>yeh kitab hai jis ko hum ne tumhari taraf nazil kiya hai ta ke tum logon ko andheron se</w:t>
      </w:r>
    </w:p>
    <w:p>
      <w:pPr>
        <w:jc w:val="right"/>
      </w:pPr>
      <w:r>
        <w:t>یہ کتاب ہے جس کو ہم نے تمہاری طرف نازل کیا ہے تاکہ تم لوگوں کو اندھیروں سے</w:t>
      </w:r>
    </w:p>
    <w:p>
      <w:r>
        <w:rPr>
          <w:b/>
        </w:rPr>
        <w:t xml:space="preserve">[01:21] </w:t>
      </w:r>
      <w:r>
        <w:t>nikal kar ujale ki taraf lao.</w:t>
      </w:r>
    </w:p>
    <w:p>
      <w:pPr>
        <w:jc w:val="right"/>
      </w:pPr>
      <w:r>
        <w:t>نکال کر اجالے کی طرف لاؤ۔</w:t>
      </w:r>
    </w:p>
    <w:p>
      <w:r>
        <w:rPr>
          <w:b/>
        </w:rPr>
        <w:t xml:space="preserve">[01:27] </w:t>
      </w:r>
      <w:r>
        <w:t>un ke rab ke hukum se khudae aziz o hamid ke rastay ki</w:t>
      </w:r>
    </w:p>
    <w:p>
      <w:pPr>
        <w:jc w:val="right"/>
      </w:pPr>
      <w:r>
        <w:t>ان کے رب کے حکم سے خدائے عزیز و حمید کے راستے کی</w:t>
      </w:r>
    </w:p>
    <w:p>
      <w:r>
        <w:rPr>
          <w:b/>
        </w:rPr>
        <w:t xml:space="preserve">[01:33] </w:t>
      </w:r>
      <w:r>
        <w:t>taraf, us Allah ki taraf ke asmanon aur zameen mein jo kuch hai sab usi ka hai.</w:t>
      </w:r>
    </w:p>
    <w:p>
      <w:pPr>
        <w:jc w:val="right"/>
      </w:pPr>
      <w:r>
        <w:t>طرف، اس اللہ کی طرف کہ اسمانوں اور زمین میں جو کچھ ہے سب اسی کا ہے۔</w:t>
      </w:r>
    </w:p>
    <w:p>
      <w:r>
        <w:rPr>
          <w:b/>
        </w:rPr>
        <w:t xml:space="preserve">[01:40] </w:t>
      </w:r>
      <w:r>
        <w:t>aur munkiron ke liye aik azab shadid ki tabahi hai jo ke akhirat ke muqable mein dunya ki</w:t>
      </w:r>
    </w:p>
    <w:p>
      <w:pPr>
        <w:jc w:val="right"/>
      </w:pPr>
      <w:r>
        <w:t>اور منکروں کے لیے ایک عذاب شدید کی تباہی ہے جو کہ آخرت کے مقابلے میں دنیا کی</w:t>
      </w:r>
    </w:p>
    <w:p>
      <w:r>
        <w:rPr>
          <w:b/>
        </w:rPr>
        <w:t xml:space="preserve">[01:48] </w:t>
      </w:r>
      <w:r>
        <w:t>zindagi ko pasand karte hain aur Allah ke rastay se rokte hain aur is mein kiji nikalna chahte hain.</w:t>
      </w:r>
    </w:p>
    <w:p>
      <w:pPr>
        <w:jc w:val="right"/>
      </w:pPr>
      <w:r>
        <w:t>زندگی کو پسند کرتے ہیں اور اللہ کے راستے سے روکتے ہیں اور اس میں کجی نکالنا چاہتے ہیں۔</w:t>
      </w:r>
    </w:p>
    <w:p>
      <w:r>
        <w:rPr>
          <w:b/>
        </w:rPr>
        <w:t xml:space="preserve">[01:55] </w:t>
      </w:r>
      <w:r>
        <w:t>yeh log ra</w:t>
      </w:r>
    </w:p>
    <w:p>
      <w:pPr>
        <w:jc w:val="right"/>
      </w:pPr>
      <w:r>
        <w:t>یہ لوگ را</w:t>
      </w:r>
    </w:p>
    <w:p>
      <w:r>
        <w:rPr>
          <w:b/>
        </w:rPr>
        <w:t xml:space="preserve">[02:03] </w:t>
      </w:r>
      <w:r>
        <w:t>ste se bhatak kar door ja paray hain. tashreeh: imaan yeh hai ke aadmi Khuda ko aik aisi hasti ki hesiyat se pa le jo sari taqaton ka malik hai aur sari khubiyon wala bhi hai. aisa waqia kisi aadmi ke liye mahaz aik rasmi aqeedah nahi hota, yeh kisi aadmi</w:t>
      </w:r>
    </w:p>
    <w:p>
      <w:pPr>
        <w:jc w:val="right"/>
      </w:pPr>
      <w:r>
        <w:t>ستے سے بھٹک کر دور جا پڑے ہیں۔ تشریح: ایمان یہ ہے کہ آدمی خدا کو ایک ایسی ہستی کی حیثیت سے پا لے جو ساری طاقتوں کا مالک ہے اور ساری خوبیوں والا بھی ہے۔ ایسا واقعہ کسی آدمی کے لیے محض ایک رسمی عقیدہ نہیں ہوتا، یہ کسی آدمی</w:t>
      </w:r>
    </w:p>
    <w:p>
      <w:r>
        <w:rPr>
          <w:b/>
        </w:rPr>
        <w:t xml:space="preserve">[02:33] </w:t>
      </w:r>
      <w:r>
        <w:t>ka be-ilmi ki tareeki se nikal kar ilm ki roshni mein aana hai.</w:t>
      </w:r>
    </w:p>
    <w:p>
      <w:pPr>
        <w:jc w:val="right"/>
      </w:pPr>
      <w:r>
        <w:t>کا بے علمی کی تاریکی سے نکل کر علم کی روشنی میں آنا ہے۔</w:t>
      </w:r>
    </w:p>
    <w:p>
      <w:r>
        <w:rPr>
          <w:b/>
        </w:rPr>
        <w:t xml:space="preserve">[02:40] </w:t>
      </w:r>
      <w:r>
        <w:t>yeh ghaib ke parde se guzar kar shuhud ke jalwe ko dekh lena hai.</w:t>
      </w:r>
    </w:p>
    <w:p>
      <w:pPr>
        <w:jc w:val="right"/>
      </w:pPr>
      <w:r>
        <w:t>یہ غیب کے پردے سے گزر کر شہود کے جلوے کو دیکھ لینا ہے۔</w:t>
      </w:r>
    </w:p>
    <w:p>
      <w:r>
        <w:rPr>
          <w:b/>
        </w:rPr>
        <w:t xml:space="preserve">[02:48] </w:t>
      </w:r>
      <w:r>
        <w:t>yeh dunya mein rehte hue akhirat ka idrak kar lena hai.</w:t>
      </w:r>
    </w:p>
    <w:p>
      <w:pPr>
        <w:jc w:val="right"/>
      </w:pPr>
      <w:r>
        <w:t>یہ دنیا میں رہتے ہوئے آخرت کا ادراک کر لینا ہے۔</w:t>
      </w:r>
    </w:p>
    <w:p>
      <w:r>
        <w:rPr>
          <w:b/>
        </w:rPr>
        <w:t xml:space="preserve">[02:55] </w:t>
      </w:r>
      <w:r>
        <w:t>Iman apni haqeeqat ke aitbar se ek shaoori daryaft hai, na ke kisi majmooa-e-alfaaz ki be-rooh</w:t>
      </w:r>
    </w:p>
    <w:p>
      <w:pPr>
        <w:jc w:val="right"/>
      </w:pPr>
      <w:r>
        <w:t>ایمان اپنی حقیقت کے اعتبار سے ایک شعوری دریافت ہے، نہ کہ کسی مجموعہ الفاظ کی بے روح</w:t>
      </w:r>
    </w:p>
    <w:p>
      <w:r>
        <w:rPr>
          <w:b/>
        </w:rPr>
        <w:t xml:space="preserve">[03:03] </w:t>
      </w:r>
      <w:r>
        <w:t>takrar.</w:t>
      </w:r>
    </w:p>
    <w:p>
      <w:pPr>
        <w:jc w:val="right"/>
      </w:pPr>
      <w:r>
        <w:t>تکرار۔</w:t>
      </w:r>
    </w:p>
    <w:p>
      <w:r>
        <w:rPr>
          <w:b/>
        </w:rPr>
        <w:t xml:space="preserve">[03:09] </w:t>
      </w:r>
      <w:r>
        <w:t>Khuda ki kitab is liye aati hai ke aadmi ko is shaoori darje par pahunchaye.</w:t>
      </w:r>
    </w:p>
    <w:p>
      <w:pPr>
        <w:jc w:val="right"/>
      </w:pPr>
      <w:r>
        <w:t>خدا کی کتاب اس لیے آتی ہے کہ آدمی کو اس شعوری درجے پر پہنچائے۔</w:t>
      </w:r>
    </w:p>
    <w:p>
      <w:r>
        <w:rPr>
          <w:b/>
        </w:rPr>
        <w:t xml:space="preserve">[03:15] </w:t>
      </w:r>
      <w:r>
        <w:t>Allah ke izn se hidayat milna, bazahir hidayat ke muamle ko Allah ki taraf mansoob karna hai, magar</w:t>
      </w:r>
    </w:p>
    <w:p>
      <w:pPr>
        <w:jc w:val="right"/>
      </w:pPr>
      <w:r>
        <w:t>اللہ کے اذن سے ہدایت ملنا، بظاہر ہدایت کے معاملے کو اللہ کی طرف منسوب کرنا ہے، مگر</w:t>
      </w:r>
    </w:p>
    <w:p>
      <w:r>
        <w:rPr>
          <w:b/>
        </w:rPr>
        <w:t xml:space="preserve">[03:21] </w:t>
      </w:r>
      <w:r>
        <w:t>is irshad ka rukh haqeeqatan khud insaan ki taraf hai.</w:t>
      </w:r>
    </w:p>
    <w:p>
      <w:pPr>
        <w:jc w:val="right"/>
      </w:pPr>
      <w:r>
        <w:t>اس ارشاد کا رخ حقیقتاً خود انسان کی طرف ہے۔</w:t>
      </w:r>
    </w:p>
    <w:p>
      <w:r>
        <w:rPr>
          <w:b/>
        </w:rPr>
        <w:t xml:space="preserve">[03:27] </w:t>
      </w:r>
      <w:r>
        <w:t>Izne se murad Khuda ka</w:t>
      </w:r>
    </w:p>
    <w:p>
      <w:pPr>
        <w:jc w:val="right"/>
      </w:pPr>
      <w:r>
        <w:t>اذن سے مراد خدا کا</w:t>
      </w:r>
    </w:p>
    <w:p>
      <w:r>
        <w:rPr>
          <w:b/>
        </w:rPr>
        <w:t xml:space="preserve">[03:33] </w:t>
      </w:r>
      <w:r>
        <w:t>wo muqarrar qanoon hai jo us ne insaan ki hidayat o zilalat ke liye muqarrar kiya hai.</w:t>
      </w:r>
    </w:p>
    <w:p>
      <w:pPr>
        <w:jc w:val="right"/>
      </w:pPr>
      <w:r>
        <w:t>وہ مقرر قانون ہے جو اس نے انسان کی ہدایت و ذلالت کے لیے مقرر کیا ہے۔</w:t>
      </w:r>
    </w:p>
    <w:p>
      <w:r>
        <w:rPr>
          <w:b/>
        </w:rPr>
        <w:t xml:space="preserve">[03:43] </w:t>
      </w:r>
      <w:r>
        <w:t>Is qanoon ke mutabiq aadmi ki apni sanjeeda talab wahid shart hai jo us ko hidayat tak pahunchati hai.</w:t>
      </w:r>
    </w:p>
    <w:p>
      <w:pPr>
        <w:jc w:val="right"/>
      </w:pPr>
      <w:r>
        <w:t>اس قانون کے مطابق آدمی کی اپنی سنجیدہ طلب واحد شرط ہے جو اس کو ہدایت تک پہنچاتی ہے۔</w:t>
      </w:r>
    </w:p>
    <w:p>
      <w:r>
        <w:rPr>
          <w:b/>
        </w:rPr>
        <w:t xml:space="preserve">[03:53] </w:t>
      </w:r>
      <w:r>
        <w:t>Is dunya mein jis shakhs ko hidayat milti hai wo mahaz kisi daee ki daeeyana koshishon se nahi milti, balke</w:t>
      </w:r>
    </w:p>
    <w:p>
      <w:pPr>
        <w:jc w:val="right"/>
      </w:pPr>
      <w:r>
        <w:t>اس دنیا میں جس شخص کو ہدایت ملتی ہے وہ محض کسی داعی کی داعیانہ کوششوں سے نہیں ملتی، بلکہ</w:t>
      </w:r>
    </w:p>
    <w:p>
      <w:r>
        <w:rPr>
          <w:b/>
        </w:rPr>
        <w:t xml:space="preserve">[04:03] </w:t>
      </w:r>
      <w:r>
        <w:t>Khuda ke qanoon ke tehat milti hai.</w:t>
      </w:r>
    </w:p>
    <w:p>
      <w:pPr>
        <w:jc w:val="right"/>
      </w:pPr>
      <w:r>
        <w:t>خدا کے قانون کے تحت ملتی ہے۔</w:t>
      </w:r>
    </w:p>
    <w:p>
      <w:r>
        <w:rPr>
          <w:b/>
        </w:rPr>
        <w:t xml:space="preserve">[04:09] </w:t>
      </w:r>
      <w:r>
        <w:t>Aur Khuda ka qanoon yeh hai ke hidayat ki nemat sirf woh shakhs payega jo khud hidayat</w:t>
      </w:r>
    </w:p>
    <w:p>
      <w:pPr>
        <w:jc w:val="right"/>
      </w:pPr>
      <w:r>
        <w:t>اور خدا کا قانون یہ ہے کہ ہدایت کی نعمت صرف وہ شخص پائے گا جو خود ہدایت</w:t>
      </w:r>
    </w:p>
    <w:p>
      <w:r>
        <w:rPr>
          <w:b/>
        </w:rPr>
        <w:t xml:space="preserve">[04:16] </w:t>
      </w:r>
      <w:r>
        <w:t>ka talib ho.</w:t>
      </w:r>
    </w:p>
    <w:p>
      <w:pPr>
        <w:jc w:val="right"/>
      </w:pPr>
      <w:r>
        <w:t>کا طالب ہو۔</w:t>
      </w:r>
    </w:p>
    <w:p>
      <w:r>
        <w:rPr>
          <w:b/>
        </w:rPr>
        <w:t xml:space="preserve">[04:22] </w:t>
      </w:r>
      <w:r>
        <w:t>Zaati talab ke baghair kisi ko hidayat nahi mil sakti.</w:t>
      </w:r>
    </w:p>
    <w:p>
      <w:pPr>
        <w:jc w:val="right"/>
      </w:pPr>
      <w:r>
        <w:t>ذاتی طلب کے بغیر کسی کو ہدایت نہیں مل سکتی۔</w:t>
      </w:r>
    </w:p>
    <w:p>
      <w:r>
        <w:rPr>
          <w:b/>
        </w:rPr>
        <w:t xml:space="preserve">[04:28] </w:t>
      </w:r>
      <w:r>
        <w:t>Hidayat ke raste ko Khuda ne intehai had tak saaf aur roshan banaya hai.</w:t>
      </w:r>
    </w:p>
    <w:p>
      <w:pPr>
        <w:jc w:val="right"/>
      </w:pPr>
      <w:r>
        <w:t>ہدایت کے راستے کو خدا نے انتہائی حد تک صاف اور روشن بنایا ہے۔</w:t>
      </w:r>
    </w:p>
    <w:p>
      <w:r>
        <w:rPr>
          <w:b/>
        </w:rPr>
        <w:t xml:space="preserve">[04:34] </w:t>
      </w:r>
      <w:r>
        <w:t>Zameen o aasman mein us ki nishaniyan phaili hui hain.</w:t>
      </w:r>
    </w:p>
    <w:p>
      <w:pPr>
        <w:jc w:val="right"/>
      </w:pPr>
      <w:r>
        <w:t>زمین و اسمان میں اس کی نشانیاں پھیلی ہوئی ہیں۔</w:t>
      </w:r>
    </w:p>
    <w:p>
      <w:r>
        <w:rPr>
          <w:b/>
        </w:rPr>
        <w:t xml:space="preserve">[04:40] </w:t>
      </w:r>
      <w:r>
        <w:t>Khuda ki kitab us ke haq mein na-qabil-e-inkar dalail faraham karti hai.</w:t>
      </w:r>
    </w:p>
    <w:p>
      <w:pPr>
        <w:jc w:val="right"/>
      </w:pPr>
      <w:r>
        <w:t>خدا کی کتاب اس کے حق میں ناقابل انکار دلائل فراہم کرتی ہے۔</w:t>
      </w:r>
    </w:p>
    <w:p>
      <w:r>
        <w:rPr>
          <w:b/>
        </w:rPr>
        <w:t xml:space="preserve">[04:46] </w:t>
      </w:r>
      <w:r>
        <w:t>Insaani fitrat us ki sadaqat ki gawahi de rahi hai.</w:t>
      </w:r>
    </w:p>
    <w:p>
      <w:pPr>
        <w:jc w:val="right"/>
      </w:pPr>
      <w:r>
        <w:t>انسانی فطرت اس کی صداقت کی گواہی دے رہی ہے۔</w:t>
      </w:r>
    </w:p>
    <w:p>
      <w:r>
        <w:rPr>
          <w:b/>
        </w:rPr>
        <w:t xml:space="preserve">[04:52] </w:t>
      </w:r>
      <w:r>
        <w:t>Goya tamam behtareen qara'in us ke haq mein jama hain.</w:t>
      </w:r>
    </w:p>
    <w:p>
      <w:pPr>
        <w:jc w:val="right"/>
      </w:pPr>
      <w:r>
        <w:t>گویا تمام بہترین قرائن اس کے حق میں جمع ہیں۔</w:t>
      </w:r>
    </w:p>
    <w:p>
      <w:r>
        <w:rPr>
          <w:b/>
        </w:rPr>
        <w:t xml:space="preserve">[04:58] </w:t>
      </w:r>
      <w:r>
        <w:t>Aisi halat mein jo log hidayat ke raste ko ikhtiyar na karein, woh</w:t>
      </w:r>
    </w:p>
    <w:p>
      <w:pPr>
        <w:jc w:val="right"/>
      </w:pPr>
      <w:r>
        <w:t>ایسی حالت میں جو لوگ ہدایت کے راستے کو اختیار نہ کریں، وہ</w:t>
      </w:r>
    </w:p>
    <w:p>
      <w:r>
        <w:rPr>
          <w:b/>
        </w:rPr>
        <w:t xml:space="preserve">[05:04] </w:t>
      </w:r>
      <w:r>
        <w:t>yaqeeni taur par dunyaavi mafad ki bina par aisa kar rahe hain, na ke kisi waqai sabab ki bina par.</w:t>
      </w:r>
    </w:p>
    <w:p>
      <w:pPr>
        <w:jc w:val="right"/>
      </w:pPr>
      <w:r>
        <w:t>یقینی طور پر دنیاوی مفاد کی بنا پر ایسا کر رہے ہیں، نہ کہ کسی واقعی سبب کی بنا پر۔</w:t>
      </w:r>
    </w:p>
    <w:p>
      <w:r>
        <w:rPr>
          <w:b/>
        </w:rPr>
        <w:t xml:space="preserve">[05:12] </w:t>
      </w:r>
      <w:r>
        <w:t>Agarche aise log apni rawish ko durust sabit karne ke liye kuch dalail bhi pesh karte hain, magar</w:t>
      </w:r>
    </w:p>
    <w:p>
      <w:pPr>
        <w:jc w:val="right"/>
      </w:pPr>
      <w:r>
        <w:t>اگرچہ ایسے لوگ اپنی روش کو درست ثابت کرنے کے لیے کچھ دلائل بھی پیش کرتے ہیں، مگر</w:t>
      </w:r>
    </w:p>
    <w:p>
      <w:r>
        <w:rPr>
          <w:b/>
        </w:rPr>
        <w:t xml:space="preserve">[05:19] </w:t>
      </w:r>
      <w:r>
        <w:t>yeh dalail sirf seedhi baat mein tedh nikalne ka nateeja hote hain.</w:t>
      </w:r>
    </w:p>
    <w:p>
      <w:pPr>
        <w:jc w:val="right"/>
      </w:pPr>
      <w:r>
        <w:t>یہ دلائل صرف سیدھی بات میں ٹیڑھ نکالنے کا نتیجہ ہوتے ہیں۔</w:t>
      </w:r>
    </w:p>
    <w:p>
      <w:r>
        <w:rPr>
          <w:b/>
        </w:rPr>
        <w:t xml:space="preserve">[05:27] </w:t>
      </w:r>
      <w:r>
        <w:t>Woh sirf is liye hote hain</w:t>
      </w:r>
    </w:p>
    <w:p>
      <w:pPr>
        <w:jc w:val="right"/>
      </w:pPr>
      <w:r>
        <w:t>وہ صرف اس لیے ہوتے ہیں</w:t>
      </w:r>
    </w:p>
    <w:p>
      <w:r>
        <w:rPr>
          <w:b/>
        </w:rPr>
        <w:t xml:space="preserve">[05:34] </w:t>
      </w:r>
      <w:r>
        <w:t>ke logon ki nazar mein apne na mannay ka jawaz faraham karein. aisi halat mein hidayat se mehroom sirf wohi shakhs reh sakta hai jis ki mafad parasti aur dunyaavi raghbat ne us ko bilkul andha behra bana diya ho. wa arsalna min rasoolin i</w:t>
      </w:r>
    </w:p>
    <w:p>
      <w:pPr>
        <w:jc w:val="right"/>
      </w:pPr>
      <w:r>
        <w:t>کہ لوگوں کی نظر میں اپنے نہ ماننے کا جواز فراہم کریں۔ ایسی حالت میں ہدایت سے محروم صرف وہی شخص رہ سکتا ہے جس کی مفاد پرستی اور دنیاوی رغبت نے اس کو بالکل اندھا بہرا بنا دیا ہو۔ وَمَا أَرْسَلْنَا مِن رَّسُولٍ إ</w:t>
      </w:r>
    </w:p>
    <w:p>
      <w:r>
        <w:rPr>
          <w:b/>
        </w:rPr>
        <w:t xml:space="preserve">[06:04] </w:t>
      </w:r>
      <w:r>
        <w:t>illa bilisani qawmihi liyubayyina lahum liyubayyina lahum fayudillahu man yashau wayahdi man yashau wahuwal azizul hakim.</w:t>
      </w:r>
    </w:p>
    <w:p>
      <w:pPr>
        <w:jc w:val="right"/>
      </w:pPr>
      <w:r>
        <w:t>ِلَّا بِلِسَانِ قَوْمِهِ لِيُبَيِّنَ لَهُمْۖ لِيُبَيِّنَ لَهُمْ فَيُضِلُّ اللَّهُ مَن يَشَاءُ وَيَهْدِي مَن يَشَاءُ وَهُوَ الْعَزِيزُ الْحَكِيمُ۔</w:t>
      </w:r>
    </w:p>
    <w:p>
      <w:r>
        <w:rPr>
          <w:b/>
        </w:rPr>
        <w:t xml:space="preserve">[06:19] </w:t>
      </w:r>
      <w:r>
        <w:t>aur hum ne jo peghambar bhi bheja, us ki qom ki zaban mein bheja</w:t>
      </w:r>
    </w:p>
    <w:p>
      <w:pPr>
        <w:jc w:val="right"/>
      </w:pPr>
      <w:r>
        <w:t>اور ہم نے جو پیغمبر بھی بھیجا، اس کی قوم کی زبان میں بھیجا</w:t>
      </w:r>
    </w:p>
    <w:p>
      <w:r>
        <w:rPr>
          <w:b/>
        </w:rPr>
        <w:t xml:space="preserve">[06:35] </w:t>
      </w:r>
      <w:r>
        <w:t>taake woh un se bayan kar de.</w:t>
      </w:r>
    </w:p>
    <w:p>
      <w:pPr>
        <w:jc w:val="right"/>
      </w:pPr>
      <w:r>
        <w:t>تاکہ وہ ان سے بیان کر دے۔</w:t>
      </w:r>
    </w:p>
    <w:p>
      <w:r>
        <w:rPr>
          <w:b/>
        </w:rPr>
        <w:t xml:space="preserve">[06:42] </w:t>
      </w:r>
      <w:r>
        <w:t>phir Allah jis ko chahta hai bhatka deta hai aur jis ko chahta hai hidayat deta hai.</w:t>
      </w:r>
    </w:p>
    <w:p>
      <w:pPr>
        <w:jc w:val="right"/>
      </w:pPr>
      <w:r>
        <w:t>پھر اللہ جس کو چاہتا ہے بھٹکا دیتا ہے اور جس کو چاہتا ہے ہدایت دیتا ہے۔</w:t>
      </w:r>
    </w:p>
    <w:p>
      <w:r>
        <w:rPr>
          <w:b/>
        </w:rPr>
        <w:t xml:space="preserve">[06:50] </w:t>
      </w:r>
      <w:r>
        <w:t>woh zabardast hai, hikmat wala hai.</w:t>
      </w:r>
    </w:p>
    <w:p>
      <w:pPr>
        <w:jc w:val="right"/>
      </w:pPr>
      <w:r>
        <w:t>وہ زبردست ہے، حکمت والا ہے۔</w:t>
      </w:r>
    </w:p>
    <w:p>
      <w:r>
        <w:rPr>
          <w:b/>
        </w:rPr>
        <w:t xml:space="preserve">[06:58] </w:t>
      </w:r>
      <w:r>
        <w:t>tashreeh: Khuda ka tareeqa yeh hai ke woh peghambaron ko khud madu qom ke andar se uthata hai taake woh</w:t>
      </w:r>
    </w:p>
    <w:p>
      <w:pPr>
        <w:jc w:val="right"/>
      </w:pPr>
      <w:r>
        <w:t>تشریح: خدا کا طریقہ یہ ہے کہ وہ پیغمبروں کو خود مدعو قوم کے اندر سے اٹھاتا ہے تاکہ وہ</w:t>
      </w:r>
    </w:p>
    <w:p>
      <w:r>
        <w:rPr>
          <w:b/>
        </w:rPr>
        <w:t xml:space="preserve">[07:06] </w:t>
      </w:r>
      <w:r>
        <w:t>logon ki nafsiyat ki riayat karte hue un ki apni qabil e fahm zaban mein unhein haq ki taraf bulaye. magar ajeeb baat hai ke jo cheez insaan ki behtari ke liye ki gayi thi, us se us ne ulta nateeja nikal liya. us ne jab dekha ke paighambar inhi ki tarah ka aik aadmi hai aur un ki apni manoos</w:t>
      </w:r>
    </w:p>
    <w:p>
      <w:pPr>
        <w:jc w:val="right"/>
      </w:pPr>
      <w:r>
        <w:t>لوگوں کی نفسیات کی رعایت کرتے ہوئے ان کی اپنی قابل فہم زبان میں انہیں حق کی طرف بلائے۔ مگر عجیب بات ہے کہ جو چیز انسان کی بہتری کے لیے کی گئی تھی، اس سے اس نے الٹا نتیجہ نکال لیا۔ اس نے جب دیکھا کہ پیغمبر انہی کی طرح کا ایک آدمی ہے اور ان کی اپنی مانوس</w:t>
      </w:r>
    </w:p>
    <w:p>
      <w:r>
        <w:rPr>
          <w:b/>
        </w:rPr>
        <w:t xml:space="preserve">[07:36] </w:t>
      </w:r>
      <w:r>
        <w:t>zaban mein kalam kar raha hai, to unhon ne peghambar ko mamooli samajh kar is ka inkar kar diya.</w:t>
      </w:r>
    </w:p>
    <w:p>
      <w:pPr>
        <w:jc w:val="right"/>
      </w:pPr>
      <w:r>
        <w:t>زبان میں کلام کر رہا ہے، تو انہوں نے پیغمبر کو معمولی سمجھ کر اس کا انکار کر دیا۔</w:t>
      </w:r>
    </w:p>
    <w:p>
      <w:r>
        <w:rPr>
          <w:b/>
        </w:rPr>
        <w:t xml:space="preserve">[07:43] </w:t>
      </w:r>
      <w:r>
        <w:t>jo cheez un ki hidayat ko aasan banane ke liye ki gayi thi, us ko unhon ne apni</w:t>
      </w:r>
    </w:p>
    <w:p>
      <w:pPr>
        <w:jc w:val="right"/>
      </w:pPr>
      <w:r>
        <w:t>جو چیز ان کی ہدایت کو آسان بنانے کے لیے کی گئی تھی، اس کو انہوں نے اپنی</w:t>
      </w:r>
    </w:p>
    <w:p>
      <w:r>
        <w:rPr>
          <w:b/>
        </w:rPr>
        <w:t xml:space="preserve">[07:51] </w:t>
      </w:r>
      <w:r>
        <w:t>gumrahi ka zariya bana diya.</w:t>
      </w:r>
    </w:p>
    <w:p>
      <w:pPr>
        <w:jc w:val="right"/>
      </w:pPr>
      <w:r>
        <w:t>گمراہی کا ذریعہ بنا دیا۔</w:t>
      </w:r>
    </w:p>
    <w:p>
      <w:r>
        <w:rPr>
          <w:b/>
        </w:rPr>
        <w:t xml:space="preserve">[07:59] </w:t>
      </w:r>
      <w:r>
        <w:t>Khuda aisa nahi karta ke woh logon ko apni taraf mutawajjah karne ke liye</w:t>
      </w:r>
    </w:p>
    <w:p>
      <w:pPr>
        <w:jc w:val="right"/>
      </w:pPr>
      <w:r>
        <w:t>خدا ایسا نہیں کرتا کہ وہ لوگوں کو اپنی طرف متوجہ کرنے کے لیے</w:t>
      </w:r>
    </w:p>
    <w:p>
      <w:r>
        <w:rPr>
          <w:b/>
        </w:rPr>
        <w:t xml:space="preserve">[08:06] </w:t>
      </w:r>
      <w:r>
        <w:t>shabde dikhaye.</w:t>
      </w:r>
    </w:p>
    <w:p>
      <w:pPr>
        <w:jc w:val="right"/>
      </w:pPr>
      <w:r>
        <w:t>شعبدے دکھائے۔</w:t>
      </w:r>
    </w:p>
    <w:p>
      <w:r>
        <w:rPr>
          <w:b/>
        </w:rPr>
        <w:t xml:space="preserve">[08:12] </w:t>
      </w:r>
      <w:r>
        <w:t>woh kisi qom ke paas aisa peghambar bheje jo anokhi zaban ya talismati usloob mein kalam kar ke</w:t>
      </w:r>
    </w:p>
    <w:p>
      <w:pPr>
        <w:jc w:val="right"/>
      </w:pPr>
      <w:r>
        <w:t>وہ کسی قوم کے پاس ایسا پیغمبر بھیجے جو انوکھی زبان یا طلسماتی اسلوب میں کلام کر کے</w:t>
      </w:r>
    </w:p>
    <w:p>
      <w:r>
        <w:rPr>
          <w:b/>
        </w:rPr>
        <w:t xml:space="preserve">[08:19] </w:t>
      </w:r>
      <w:r>
        <w:t>logon ko achambhe mein daal de.</w:t>
      </w:r>
    </w:p>
    <w:p>
      <w:pPr>
        <w:jc w:val="right"/>
      </w:pPr>
      <w:r>
        <w:t>لوگوں کو اچنبھے میں ڈال دے۔</w:t>
      </w:r>
    </w:p>
    <w:p>
      <w:r>
        <w:rPr>
          <w:b/>
        </w:rPr>
        <w:t xml:space="preserve">[08:25] </w:t>
      </w:r>
      <w:r>
        <w:t>Khuda logon ki ajayab pasandi ki khatir karishme dikhane ke andaaz ikhtiyar nahi karta.</w:t>
      </w:r>
    </w:p>
    <w:p>
      <w:pPr>
        <w:jc w:val="right"/>
      </w:pPr>
      <w:r>
        <w:t>خدا لوگوں کی عجائب پسندی کی خاطر کرشمے دکھانے کے انداز اختیار نہیں کرتا۔</w:t>
      </w:r>
    </w:p>
    <w:p>
      <w:r>
        <w:rPr>
          <w:b/>
        </w:rPr>
        <w:t xml:space="preserve">[08:31] </w:t>
      </w:r>
      <w:r>
        <w:t>Khuda ka tareeqa sadgi aur haqeeqat pasandi ka tareeqa hai.</w:t>
      </w:r>
    </w:p>
    <w:p>
      <w:pPr>
        <w:jc w:val="right"/>
      </w:pPr>
      <w:r>
        <w:t>خدا کا طریقہ سادگی اور حقیقت پسندی کا طریقہ ہے۔</w:t>
      </w:r>
    </w:p>
    <w:p>
      <w:r>
        <w:rPr>
          <w:b/>
        </w:rPr>
        <w:t xml:space="preserve">[08:37] </w:t>
      </w:r>
      <w:r>
        <w:t>Khuda ne apni dunya ko haqayiq ki buniyad par qaim kiya hai aur insaan ki hidayat ki scheme</w:t>
      </w:r>
    </w:p>
    <w:p>
      <w:pPr>
        <w:jc w:val="right"/>
      </w:pPr>
      <w:r>
        <w:t>خدا نے اپنی دنیا کو حقائق کی بنیاد پر قائم کیا ہے اور انسان کی ہدایت کی اسکیم</w:t>
      </w:r>
    </w:p>
    <w:p>
      <w:r>
        <w:rPr>
          <w:b/>
        </w:rPr>
        <w:t xml:space="preserve">[08:47] </w:t>
      </w:r>
      <w:r>
        <w:t>ko bhi woh haqayiq ki buniyad par chalata hai, na ke talismat ki buniyad par.</w:t>
      </w:r>
    </w:p>
    <w:p>
      <w:pPr>
        <w:jc w:val="right"/>
      </w:pPr>
      <w:r>
        <w:t>کو بھی وہ حقائق کی بنیاد پر چلاتا ہے، نہ کہ طلسمات کی بنیاد پر۔</w:t>
      </w:r>
    </w:p>
    <w:p>
      <w:r>
        <w:rPr>
          <w:b/>
        </w:rPr>
        <w:t xml:space="preserve">[08:57] </w:t>
      </w:r>
      <w:r>
        <w:t>wlaqad arsalna musa biayatna an akhrij qomak min alzulmat ila alnur wadhakkirhum</w:t>
      </w:r>
    </w:p>
    <w:p>
      <w:pPr>
        <w:jc w:val="right"/>
      </w:pPr>
      <w:r>
        <w:t>وَلَقَدْ أَرْسَلْنَا مُوسَى بِآيَاتِنَا أَنْ أَخْرِجْ قَوْمَكَ مِنَ الظُّلُمَاتِ إِلَى النُّورِ وَذَكِّرْهُمْ</w:t>
      </w:r>
    </w:p>
    <w:p>
      <w:r>
        <w:rPr>
          <w:b/>
        </w:rPr>
        <w:t xml:space="preserve">[09:07] </w:t>
      </w:r>
      <w:r>
        <w:t>biayami allahi inna fi dhalika liyatli kull sabbarin shakura.</w:t>
      </w:r>
    </w:p>
    <w:p>
      <w:pPr>
        <w:jc w:val="right"/>
      </w:pPr>
      <w:r>
        <w:t>بِأَيَّامِ اللَّهِۗ إِنَّ فِي ذَلِكَ لَآيَاتٍ لِكُلِّ صَبَّارٍ شَكُورًا۔</w:t>
      </w:r>
    </w:p>
    <w:p>
      <w:r>
        <w:rPr>
          <w:b/>
        </w:rPr>
        <w:t xml:space="preserve">[09:17] </w:t>
      </w:r>
      <w:r>
        <w:t>aur hum ne Musa ko apni nishaniyon ke sath bheja ke apni qom ko andheron se nikal kar</w:t>
      </w:r>
    </w:p>
    <w:p>
      <w:pPr>
        <w:jc w:val="right"/>
      </w:pPr>
      <w:r>
        <w:t>اور ہم نے موسیٰ کو اپنی نشانیوں کے ساتھ بھیجا کہ اپنی قوم کو اندھیروں سے نکال کر</w:t>
      </w:r>
    </w:p>
    <w:p>
      <w:r>
        <w:rPr>
          <w:b/>
        </w:rPr>
        <w:t xml:space="preserve">[09:27] </w:t>
      </w:r>
      <w:r>
        <w:t>ujale mein lao aur un ko Allah ke dinon ki yaad dilao.</w:t>
      </w:r>
    </w:p>
    <w:p>
      <w:pPr>
        <w:jc w:val="right"/>
      </w:pPr>
      <w:r>
        <w:t>اجالے میں لاؤ اور ان کو اللہ کے دنوں کی یاد دلاؤ۔</w:t>
      </w:r>
    </w:p>
    <w:p>
      <w:r>
        <w:rPr>
          <w:b/>
        </w:rPr>
        <w:t xml:space="preserve">[09:37] </w:t>
      </w:r>
      <w:r>
        <w:t>beshak un ke andar bari nishaniyan hain har us shakhs ke liye jo sabr aur shukr karne wala ho.</w:t>
      </w:r>
    </w:p>
    <w:p>
      <w:pPr>
        <w:jc w:val="right"/>
      </w:pPr>
      <w:r>
        <w:t>بے شک ان کے اندر بڑی نشانیاں ہیں ہر اس شخص کے لیے جو صبر اور شکر کرنے والا ہو۔</w:t>
      </w:r>
    </w:p>
    <w:p>
      <w:r>
        <w:rPr>
          <w:b/>
        </w:rPr>
        <w:t xml:space="preserve">[09:47] </w:t>
      </w:r>
      <w:r>
        <w:t>tashreeh: Ayata Allah se murad kainat ki woh nishaniyan hain jo Khuda ki baat ko barhaq sabit karti hain.</w:t>
      </w:r>
    </w:p>
    <w:p>
      <w:pPr>
        <w:jc w:val="right"/>
      </w:pPr>
      <w:r>
        <w:t>تشریح: آیات اللہ سے مراد کائنات کی وہ نشانیاں ہیں جو خدا کی بات کو برحق ثابت کرتی ہیں۔</w:t>
      </w:r>
    </w:p>
    <w:p>
      <w:r>
        <w:rPr>
          <w:b/>
        </w:rPr>
        <w:t xml:space="preserve">[09:57] </w:t>
      </w:r>
      <w:r>
        <w:t>ayyam Allah se murad tareekh ke woh yaadgar waqeyat hain jab ke Khuda ka faisla zahir hua aur</w:t>
      </w:r>
    </w:p>
    <w:p>
      <w:pPr>
        <w:jc w:val="right"/>
      </w:pPr>
      <w:r>
        <w:t>ایام اللہ سے مراد تاریخ کے وہ یادگار واقعات ہیں جب کہ خدا کا فیصلہ ظاہر ہوا اور</w:t>
      </w:r>
    </w:p>
    <w:p>
      <w:r>
        <w:rPr>
          <w:b/>
        </w:rPr>
        <w:t xml:space="preserve">[10:08] </w:t>
      </w:r>
      <w:r>
        <w:t>Khuda ki khasoosi madad se haq ne batil ke oopar fateh paayi. aik agar kainaati daleel hai to doosri tareekhi daleel. magar ajeeb baat hai ke yahi dono cheezein hamari dunya mein sab se ziyada ghair maujood nazar aati hain. ayyat Allah ko ghalt tashreeh ke parde mein chupa diya gaya hai. aur ayyam</w:t>
      </w:r>
    </w:p>
    <w:p>
      <w:pPr>
        <w:jc w:val="right"/>
      </w:pPr>
      <w:r>
        <w:t>خدا کی خصوصی مدد سے حق نے باطل کے اوپر فتح پائی۔ ایک اگر کائناتی دلیل ہے تو دوسری تاریخی دلیل۔ مگر عجیب بات ہے کہ یہی دونوں چیزیں ہماری دنیا میں سب سے زیادہ غیر موجود نظر آتی ہیں۔ آیات اللہ کو غلط تشریح کے پردے میں چھپا دیا گیا ہے۔ اور ایام</w:t>
      </w:r>
    </w:p>
    <w:p>
      <w:r>
        <w:rPr>
          <w:b/>
        </w:rPr>
        <w:t xml:space="preserve">[10:38] </w:t>
      </w:r>
      <w:r>
        <w:t>Allah ka yeh haal hai ke tareekh nigari ka kaam jin logon ke hath mein tha, unhon ne</w:t>
      </w:r>
    </w:p>
    <w:p>
      <w:pPr>
        <w:jc w:val="right"/>
      </w:pPr>
      <w:r>
        <w:t>اللہ کا یہ حال ہے کہ تاریخ نگاری کا کام جن لوگوں کے ہاتھ میں تھا، انہوں نے</w:t>
      </w:r>
    </w:p>
    <w:p>
      <w:r>
        <w:rPr>
          <w:b/>
        </w:rPr>
        <w:t xml:space="preserve">[10:45] </w:t>
      </w:r>
      <w:r>
        <w:t>ayyam insaan to khoob qalam band kiye, magar ayyam Allah un ki kitabon mein ghair mazkoor reh gaye.</w:t>
      </w:r>
    </w:p>
    <w:p>
      <w:pPr>
        <w:jc w:val="right"/>
      </w:pPr>
      <w:r>
        <w:t>ایام الانسان تو خوب قلم بند کیے، مگر ایام اللہ ان کی کتابوں میں غیر مذکور رہ گئے۔</w:t>
      </w:r>
    </w:p>
    <w:p>
      <w:r>
        <w:rPr>
          <w:b/>
        </w:rPr>
        <w:t xml:space="preserve">[10:53] </w:t>
      </w:r>
      <w:r>
        <w:t>aisi halat mein kisi banda-e-khuda ke liye batil ke andhere se nikalne ki surat sirf yeh hai</w:t>
      </w:r>
    </w:p>
    <w:p>
      <w:pPr>
        <w:jc w:val="right"/>
      </w:pPr>
      <w:r>
        <w:t>ایسی حالت میں کسی بندہ خدا کے لیے باطل کے اندھیرے سے نکلنے کی صورت صرف یہ ہے</w:t>
      </w:r>
    </w:p>
    <w:p>
      <w:r>
        <w:rPr>
          <w:b/>
        </w:rPr>
        <w:t xml:space="preserve">[11:01] </w:t>
      </w:r>
      <w:r>
        <w:t>ke woh sabr aur shukr ka suboot de.</w:t>
      </w:r>
    </w:p>
    <w:p>
      <w:pPr>
        <w:jc w:val="right"/>
      </w:pPr>
      <w:r>
        <w:t>کہ وہ صبر اور شکر کا ثبوت دے۔</w:t>
      </w:r>
    </w:p>
    <w:p>
      <w:r>
        <w:rPr>
          <w:b/>
        </w:rPr>
        <w:t xml:space="preserve">[11:09] </w:t>
      </w:r>
      <w:r>
        <w:t>haq ke etiraf ki wahid qeemat apni be-etirafi hai.</w:t>
      </w:r>
    </w:p>
    <w:p>
      <w:pPr>
        <w:jc w:val="right"/>
      </w:pPr>
      <w:r>
        <w:t>حق کے اعتراف کی واحد قیمت اپنی بے اعترافی ہے۔</w:t>
      </w:r>
    </w:p>
    <w:p>
      <w:r>
        <w:rPr>
          <w:b/>
        </w:rPr>
        <w:t xml:space="preserve">[11:14] </w:t>
      </w:r>
      <w:r>
        <w:t>haq ko paane ke liye apne aap ko khona padta hai, aur yeh cheez sabr ke baghair kisi</w:t>
      </w:r>
    </w:p>
    <w:p>
      <w:pPr>
        <w:jc w:val="right"/>
      </w:pPr>
      <w:r>
        <w:t>حق کو پانے کے لیے اپنے آپ کو کھونا پڑتا ہے، اور یہ چیز صبر کے بغیر کسی</w:t>
      </w:r>
    </w:p>
    <w:p>
      <w:r>
        <w:rPr>
          <w:b/>
        </w:rPr>
        <w:t xml:space="preserve">[11:19] </w:t>
      </w:r>
      <w:r>
        <w:t>ko hasil nahi hoti.</w:t>
      </w:r>
    </w:p>
    <w:p>
      <w:pPr>
        <w:jc w:val="right"/>
      </w:pPr>
      <w:r>
        <w:t>کو حاصل نہیں ہوتی۔</w:t>
      </w:r>
    </w:p>
    <w:p>
      <w:r>
        <w:rPr>
          <w:b/>
        </w:rPr>
        <w:t xml:space="preserve">[11:24] </w:t>
      </w:r>
      <w:r>
        <w:t>phir haq ka idrak aadmi ko yeh batata hai ke is kainat mein jo taqseem hai, woh munaim</w:t>
      </w:r>
    </w:p>
    <w:p>
      <w:pPr>
        <w:jc w:val="right"/>
      </w:pPr>
      <w:r>
        <w:t>پھر حق کا ادراک آدمی کو یہ بتاتا ہے کہ اس کائنات میں جو تقسیم ہے، وہ منعیم</w:t>
      </w:r>
    </w:p>
    <w:p>
      <w:r>
        <w:rPr>
          <w:b/>
        </w:rPr>
        <w:t xml:space="preserve">[11:29] </w:t>
      </w:r>
      <w:r>
        <w:t>aur munam alaih ki hai.</w:t>
      </w:r>
    </w:p>
    <w:p>
      <w:pPr>
        <w:jc w:val="right"/>
      </w:pPr>
      <w:r>
        <w:t>اور منعم علیہ کی ہے۔</w:t>
      </w:r>
    </w:p>
    <w:p>
      <w:r>
        <w:rPr>
          <w:b/>
        </w:rPr>
        <w:t xml:space="preserve">[11:34] </w:t>
      </w:r>
      <w:r>
        <w:t>khuda dene wala hai aur insaan</w:t>
      </w:r>
    </w:p>
    <w:p>
      <w:pPr>
        <w:jc w:val="right"/>
      </w:pPr>
      <w:r>
        <w:t>خدا دینے والا ہے اور انسان</w:t>
      </w:r>
    </w:p>
    <w:p>
      <w:r>
        <w:rPr>
          <w:b/>
        </w:rPr>
        <w:t xml:space="preserve">[11:39] </w:t>
      </w:r>
      <w:r>
        <w:t>paane wala.</w:t>
      </w:r>
    </w:p>
    <w:p>
      <w:pPr>
        <w:jc w:val="right"/>
      </w:pPr>
      <w:r>
        <w:t>پانے والا۔</w:t>
      </w:r>
    </w:p>
    <w:p>
      <w:r>
        <w:rPr>
          <w:b/>
        </w:rPr>
        <w:t xml:space="preserve">[11:44] </w:t>
      </w:r>
      <w:r>
        <w:t>is haqeeqat-e-waqea ki daryaft ke baad aadmi ke andar jo sahih jazba paida hona chahiye, isi ka</w:t>
      </w:r>
    </w:p>
    <w:p>
      <w:pPr>
        <w:jc w:val="right"/>
      </w:pPr>
      <w:r>
        <w:t>اس حقیقت واقعہ کی دریافت کے بعد آدمی کے اندر جو صحیح جذبہ پیدا ہونا چاہیے، اسی کا</w:t>
      </w:r>
    </w:p>
    <w:p>
      <w:r>
        <w:rPr>
          <w:b/>
        </w:rPr>
        <w:t xml:space="preserve">[11:49] </w:t>
      </w:r>
      <w:r>
        <w:t>naam shukr hai.</w:t>
      </w:r>
    </w:p>
    <w:p>
      <w:pPr>
        <w:jc w:val="right"/>
      </w:pPr>
      <w:r>
        <w:t>نام شکر ہے۔</w:t>
      </w:r>
    </w:p>
    <w:p>
      <w:r>
        <w:rPr>
          <w:b/>
        </w:rPr>
        <w:t xml:space="preserve">[11:54] </w:t>
      </w:r>
      <w:r>
        <w:t>goya sachai tak pahunchne ke liye aadmi ko sabr ka suboot dena padta hai, aur sachai ko apne</w:t>
      </w:r>
    </w:p>
    <w:p>
      <w:pPr>
        <w:jc w:val="right"/>
      </w:pPr>
      <w:r>
        <w:t>گویا سچائی تک پہنچنے کے لیے آدمی کو صبر کا ثبوت دینا پڑتا ہے، اور سچائی کو اپنے</w:t>
      </w:r>
    </w:p>
    <w:p>
      <w:r>
        <w:rPr>
          <w:b/>
        </w:rPr>
        <w:t xml:space="preserve">[11:59] </w:t>
      </w:r>
      <w:r>
        <w:t>andar utarne ke liye shukr ka.</w:t>
      </w:r>
    </w:p>
    <w:p>
      <w:pPr>
        <w:jc w:val="right"/>
      </w:pPr>
      <w:r>
        <w:t>اندر اتارنے کے لیے شکر کا۔</w:t>
      </w:r>
    </w:p>
    <w:p>
      <w:r>
        <w:rPr>
          <w:b/>
        </w:rPr>
        <w:t xml:space="preserve">[12:04] </w:t>
      </w:r>
      <w:r>
        <w:t>wa iz qala moosa li qaumihi izkuro ni'matall</w:t>
      </w:r>
    </w:p>
    <w:p>
      <w:pPr>
        <w:jc w:val="right"/>
      </w:pPr>
      <w:r>
        <w:t>وَإِذْ قَالَ مُوسَى لِقَوْمِهِ اِذْكُرُوا نِعْمَتَ اللَّ</w:t>
      </w:r>
    </w:p>
    <w:p>
      <w:r>
        <w:rPr>
          <w:b/>
        </w:rPr>
        <w:t xml:space="preserve">[12:09] </w:t>
      </w:r>
      <w:r>
        <w:t>ahi 'alaikum iz anjakum min aale fir'awna yasoomunakum yasoomunakum soo'al 'azabi wa yuzabbiho abana'akum wa yastahyuna nisa'akum wa fi zalikum bala'un</w:t>
      </w:r>
    </w:p>
    <w:p>
      <w:pPr>
        <w:jc w:val="right"/>
      </w:pPr>
      <w:r>
        <w:t>هِ عَلَيْكُمْ إِذْ أَنْجَىكُم مِنْ آلِ فِرْعَوْنَ يَسُومُونَكُمْۖ يَسُومُونَكُمْ سُوءَ الْعَذَابِ وَيُذَبِّحُونَ أَبَنَاءَكُمْ وَيَسْتَحْيُونَ نِسَاءَكُمْۖ وَفِي ذَلِكُمْ بَلَاءٌ</w:t>
      </w:r>
    </w:p>
    <w:p>
      <w:r>
        <w:rPr>
          <w:b/>
        </w:rPr>
        <w:t xml:space="preserve">[12:26] </w:t>
      </w:r>
      <w:r>
        <w:t>min rabbikum 'azimun</w:t>
      </w:r>
    </w:p>
    <w:p>
      <w:pPr>
        <w:jc w:val="right"/>
      </w:pPr>
      <w:r>
        <w:t>مِن رَبِّكُمْ عَظِيمٌۖ</w:t>
      </w:r>
    </w:p>
    <w:p>
      <w:r>
        <w:rPr>
          <w:b/>
        </w:rPr>
        <w:t xml:space="preserve">[12:42] </w:t>
      </w:r>
      <w:r>
        <w:t>wa iz ta'azzana rabbukum la'in shakartum la'azidannakum wa la'in kafartum inna 'azabi lashadidun wa qala moosa in takfuru antum wa man fil</w:t>
      </w:r>
    </w:p>
    <w:p>
      <w:pPr>
        <w:jc w:val="right"/>
      </w:pPr>
      <w:r>
        <w:t>وَإِذْ تَأَذَّنَ رَبُّكُمْ لَئِنْ شَكَرْتُمْ لَأَزِيدَنَّكُمْ وَلَئِنْ كَفَرْتُمْ إِنَّ عَذَابِي لَشَدِيدٌۖ وَقَالَ مُوسَى إِنْ تَكْفُرُوا أَنْتُمْ وَمَن فِي</w:t>
      </w:r>
    </w:p>
    <w:p>
      <w:r>
        <w:rPr>
          <w:b/>
        </w:rPr>
        <w:t xml:space="preserve">[12:57] </w:t>
      </w:r>
      <w:r>
        <w:t>ardhi jami'an fainnallaha</w:t>
      </w:r>
    </w:p>
    <w:p>
      <w:pPr>
        <w:jc w:val="right"/>
      </w:pPr>
      <w:r>
        <w:t>الْأَرْضِ جَمِيعًا فَإِنَّ اللَّه</w:t>
      </w:r>
    </w:p>
    <w:p>
      <w:r>
        <w:rPr>
          <w:b/>
        </w:rPr>
        <w:t xml:space="preserve">[13:12] </w:t>
      </w:r>
      <w:r>
        <w:t>laghaniyyun hamidun.</w:t>
      </w:r>
    </w:p>
    <w:p>
      <w:pPr>
        <w:jc w:val="right"/>
      </w:pPr>
      <w:r>
        <w:t>َ لَغَنِيٌّ حَمِيدٌ.</w:t>
      </w:r>
    </w:p>
    <w:p>
      <w:r>
        <w:rPr>
          <w:b/>
        </w:rPr>
        <w:t xml:space="preserve">[13:19] </w:t>
      </w:r>
      <w:r>
        <w:t>aur jab moosa ne apni qaum se kaha ke apne upar Allah ke is inaam ko yaad karo</w:t>
      </w:r>
    </w:p>
    <w:p>
      <w:pPr>
        <w:jc w:val="right"/>
      </w:pPr>
      <w:r>
        <w:t>اور جب موسیٰ نے اپنی قوم سے کہا کہ اپنے اوپر اللہ کے اس انعام کو یاد کرو</w:t>
      </w:r>
    </w:p>
    <w:p>
      <w:r>
        <w:rPr>
          <w:b/>
        </w:rPr>
        <w:t xml:space="preserve">[13:27] </w:t>
      </w:r>
      <w:r>
        <w:t>jab ke us ne tum ko fir'aun ki qaum se chhudaya jo tum ko sakht takleefein pahunchate thay</w:t>
      </w:r>
    </w:p>
    <w:p>
      <w:pPr>
        <w:jc w:val="right"/>
      </w:pPr>
      <w:r>
        <w:t>جب کہ اس نے تم کو فرعون کی قوم سے چھڑایا جو تم کو سخت تکلیفیں پہنچاتے تھے</w:t>
      </w:r>
    </w:p>
    <w:p>
      <w:r>
        <w:rPr>
          <w:b/>
        </w:rPr>
        <w:t xml:space="preserve">[13:34] </w:t>
      </w:r>
      <w:r>
        <w:t>aur woh tumhare ladkon ko maar daalte thay aur tumhari auraton ko zindah rakhte thay</w:t>
      </w:r>
    </w:p>
    <w:p>
      <w:pPr>
        <w:jc w:val="right"/>
      </w:pPr>
      <w:r>
        <w:t>اور وہ تمہارے لڑکوں کو مار ڈالتے تھے اور تمہاری عورتوں کو زندہ رکھتے تھے</w:t>
      </w:r>
    </w:p>
    <w:p>
      <w:r>
        <w:rPr>
          <w:b/>
        </w:rPr>
        <w:t xml:space="preserve">[13:42] </w:t>
      </w:r>
      <w:r>
        <w:t>, aur is mein tumhare Rab ki taraf se bada imtehan tha.</w:t>
      </w:r>
    </w:p>
    <w:p>
      <w:pPr>
        <w:jc w:val="right"/>
      </w:pPr>
      <w:r>
        <w:t>، اور اس میں تمہارے رب کی طرف سے بڑا امتحان تھا۔</w:t>
      </w:r>
    </w:p>
    <w:p>
      <w:r>
        <w:rPr>
          <w:b/>
        </w:rPr>
        <w:t xml:space="preserve">[13:49] </w:t>
      </w:r>
      <w:r>
        <w:t>aur jab tumhare Rab ne tum ko aagah kar diya ke agar tum shukr karoge to main</w:t>
      </w:r>
    </w:p>
    <w:p>
      <w:pPr>
        <w:jc w:val="right"/>
      </w:pPr>
      <w:r>
        <w:t>اور جب تمہارے رب نے تم کو آگاہ کر دیا کہ اگر تم شکر کرو گے تو میں</w:t>
      </w:r>
    </w:p>
    <w:p>
      <w:r>
        <w:rPr>
          <w:b/>
        </w:rPr>
        <w:t xml:space="preserve">[13:57] </w:t>
      </w:r>
      <w:r>
        <w:t>tum ko zyada doonga, aur agar tum nashukri karoge to mera azaab bada sakht hai.</w:t>
      </w:r>
    </w:p>
    <w:p>
      <w:pPr>
        <w:jc w:val="right"/>
      </w:pPr>
      <w:r>
        <w:t>تم کو زیادہ دوں گا، اور اگر تم ناشکری کرو گے تو میرا عذاب بڑا سخت ہے۔</w:t>
      </w:r>
    </w:p>
    <w:p>
      <w:r>
        <w:rPr>
          <w:b/>
        </w:rPr>
        <w:t xml:space="preserve">[14:05] </w:t>
      </w:r>
      <w:r>
        <w:t>aur Moosa ne kaha ke agar tum inkaar karo aur zameen ke saare log bhi munkir ho jayen</w:t>
      </w:r>
    </w:p>
    <w:p>
      <w:pPr>
        <w:jc w:val="right"/>
      </w:pPr>
      <w:r>
        <w:t>اور موسیٰ نے کہا کہ اگر تم انکار کرو اور زمین کے سارے لوگ بھی منکر ہو جائیں</w:t>
      </w:r>
    </w:p>
    <w:p>
      <w:r>
        <w:rPr>
          <w:b/>
        </w:rPr>
        <w:t xml:space="preserve">[14:12] </w:t>
      </w:r>
      <w:r>
        <w:t>to Allah beparwah hai, khoobiyon wala hai.</w:t>
      </w:r>
    </w:p>
    <w:p>
      <w:pPr>
        <w:jc w:val="right"/>
      </w:pPr>
      <w:r>
        <w:t>تو اللہ بے پرواہ ہے، خوبیوں والا ہے۔</w:t>
      </w:r>
    </w:p>
    <w:p>
      <w:r>
        <w:rPr>
          <w:b/>
        </w:rPr>
        <w:t xml:space="preserve">[14:20] </w:t>
      </w:r>
      <w:r>
        <w:t>Tashreeh: in aayat mein Hazrat Moosa ki jis taqreer ka hawala hai, woh ghaleban aap ki woh taqreer</w:t>
      </w:r>
    </w:p>
    <w:p>
      <w:pPr>
        <w:jc w:val="right"/>
      </w:pPr>
      <w:r>
        <w:t>تشریح: ان آیات میں حضرت موسیٰ کی جس تقریر کا حوالہ ہے، وہ غالباً آپ کی وہ تقریر</w:t>
      </w:r>
    </w:p>
    <w:p>
      <w:r>
        <w:rPr>
          <w:b/>
        </w:rPr>
        <w:t xml:space="preserve">[14:27] </w:t>
      </w:r>
      <w:r>
        <w:t>hai jo aap ne apni fatah se kuch din pehle sehra-e-Sina mein Bani Israel ke samne farmayi thi.</w:t>
      </w:r>
    </w:p>
    <w:p>
      <w:pPr>
        <w:jc w:val="right"/>
      </w:pPr>
      <w:r>
        <w:t>ہے جو آپ نے اپنی وفات سے کچھ دنوں پہلے صحرائے سینا میں بنی اسرائیل کے سامنے فرمائی تھی۔</w:t>
      </w:r>
    </w:p>
    <w:p>
      <w:r>
        <w:rPr>
          <w:b/>
        </w:rPr>
        <w:t xml:space="preserve">[14:35] </w:t>
      </w:r>
      <w:r>
        <w:t>Yeh taqreer maujooda Bible</w:t>
      </w:r>
    </w:p>
    <w:p>
      <w:pPr>
        <w:jc w:val="right"/>
      </w:pPr>
      <w:r>
        <w:t>یہ تقریر موجودہ بائبل</w:t>
      </w:r>
    </w:p>
    <w:p>
      <w:r>
        <w:rPr>
          <w:b/>
        </w:rPr>
        <w:t xml:space="preserve">[14:43] </w:t>
      </w:r>
      <w:r>
        <w:t>kitab istasni mein tafseel ke sath maujood hai. hazrat moosa ki is tafseeli taqreer ka khulasa yeh hai ke agar tum dunya mein khuda wale ban kar raho aur khuda ki baton ka charcha karo to dunya ki tamam cheezein tumhara sath dengi. sab qaumon ke darmiyan tumhara raab qaim hoga. khuda tumhare dushmano ko zair kare ga</w:t>
      </w:r>
    </w:p>
    <w:p>
      <w:pPr>
        <w:jc w:val="right"/>
      </w:pPr>
      <w:r>
        <w:t>کتاب استثنیٰ میں تفصیل کے ساتھ موجود ہے۔ حضرت موسیٰ کی اس مفصل تقریر کا خلاصہ یہ ہے کہ اگر تم دنیا میں خدا والے بن کر رہو اور خدا کی باتوں کا چرچا کرو تو دنیا کی تمام چیزیں تمہارا ساتھ دیں گی۔ سب قوموں کے درمیان تمہارا رعب قائم ہوگا۔ خدا تمہارے دشمنوں کو زیر کرے گ</w:t>
      </w:r>
    </w:p>
    <w:p>
      <w:r>
        <w:rPr>
          <w:b/>
        </w:rPr>
        <w:t xml:space="preserve">[15:13] </w:t>
      </w:r>
      <w:r>
        <w:t>a, hatta ke agar kabhi darya tumhare rastay mein haael ho to Khuda hukum dega aur darya</w:t>
      </w:r>
    </w:p>
    <w:p>
      <w:pPr>
        <w:jc w:val="right"/>
      </w:pPr>
      <w:r>
        <w:t>ا، حتیٰ کہ اگر کبھی دریا تمہارے راستے میں حائل ہو تو خدا حکم دے گا اور دریا</w:t>
      </w:r>
    </w:p>
    <w:p>
      <w:r>
        <w:rPr>
          <w:b/>
        </w:rPr>
        <w:t xml:space="preserve">[15:20] </w:t>
      </w:r>
      <w:r>
        <w:t>phat kar tumhein raasta de dega, jabke isi darya mein tumhare dushman gharaq ho jayenge.</w:t>
      </w:r>
    </w:p>
    <w:p>
      <w:pPr>
        <w:jc w:val="right"/>
      </w:pPr>
      <w:r>
        <w:t>پھٹ کر تمہیں راستہ دے دے گا، جبکہ اسی دریا میں تمہارے دشمن غرق ہو جائیں گے۔</w:t>
      </w:r>
    </w:p>
    <w:p>
      <w:r>
        <w:rPr>
          <w:b/>
        </w:rPr>
        <w:t xml:space="preserve">[15:28] </w:t>
      </w:r>
      <w:r>
        <w:t>Is ke bar aks agar tum aisa na karo to tum Khuda ki nazar mein laanti thahroge, yaani</w:t>
      </w:r>
    </w:p>
    <w:p>
      <w:pPr>
        <w:jc w:val="right"/>
      </w:pPr>
      <w:r>
        <w:t>اس کے برعکس اگر تم ایسا نہ کرو تو تم خدا کی نظر میں لعنتی ٹھہرو گے، یعنی</w:t>
      </w:r>
    </w:p>
    <w:p>
      <w:r>
        <w:rPr>
          <w:b/>
        </w:rPr>
        <w:t xml:space="preserve">[15:35] </w:t>
      </w:r>
      <w:r>
        <w:t>tum Khuda ki rehmaton se door ho</w:t>
      </w:r>
    </w:p>
    <w:p>
      <w:pPr>
        <w:jc w:val="right"/>
      </w:pPr>
      <w:r>
        <w:t>تم خدا کی رحمتوں سے دور ہو</w:t>
      </w:r>
    </w:p>
    <w:p>
      <w:r>
        <w:rPr>
          <w:b/>
        </w:rPr>
        <w:t xml:space="preserve">[15:43] </w:t>
      </w:r>
      <w:r>
        <w:t>jaoge.</w:t>
      </w:r>
    </w:p>
    <w:p>
      <w:pPr>
        <w:jc w:val="right"/>
      </w:pPr>
      <w:r>
        <w:t>جاؤ گے۔</w:t>
      </w:r>
    </w:p>
    <w:p>
      <w:r>
        <w:rPr>
          <w:b/>
        </w:rPr>
        <w:t xml:space="preserve">[15:49] </w:t>
      </w:r>
      <w:r>
        <w:t>Tumhari mehnat ki paidawar doosre log khayenge.</w:t>
      </w:r>
    </w:p>
    <w:p>
      <w:pPr>
        <w:jc w:val="right"/>
      </w:pPr>
      <w:r>
        <w:t>تمہاری محنت کی پیداوار دوسرے لوگ کھائیں گے۔</w:t>
      </w:r>
    </w:p>
    <w:p>
      <w:r>
        <w:rPr>
          <w:b/>
        </w:rPr>
        <w:t xml:space="preserve">[15:55] </w:t>
      </w:r>
      <w:r>
        <w:t>Tumhare har kaam bigarte chale jayenge.</w:t>
      </w:r>
    </w:p>
    <w:p>
      <w:pPr>
        <w:jc w:val="right"/>
      </w:pPr>
      <w:r>
        <w:t>تمہارے ہر کام بگڑتے چلے جائیں گے۔</w:t>
      </w:r>
    </w:p>
    <w:p>
      <w:r>
        <w:rPr>
          <w:b/>
        </w:rPr>
        <w:t xml:space="preserve">[16:01] </w:t>
      </w:r>
      <w:r>
        <w:t>Tum fikri aur amli aitbaar se doosri qaumon ke zerdast ho jaoge.</w:t>
      </w:r>
    </w:p>
    <w:p>
      <w:pPr>
        <w:jc w:val="right"/>
      </w:pPr>
      <w:r>
        <w:t>تم فکری اور عملی اعتبار سے دوسری قوموں کے زیردست ہو جاؤ گے۔</w:t>
      </w:r>
    </w:p>
    <w:p>
      <w:r>
        <w:rPr>
          <w:b/>
        </w:rPr>
        <w:t xml:space="preserve">[16:07] </w:t>
      </w:r>
      <w:r>
        <w:t>Khuda ka yeh qanoon maroof maanon mein Yahood ke liye nahi hai, balke haamil-e-kitaab qaum ke liye hai. Jo q</w:t>
      </w:r>
    </w:p>
    <w:p>
      <w:pPr>
        <w:jc w:val="right"/>
      </w:pPr>
      <w:r>
        <w:t>خدا کا یہ قانون معروف معنوں میں یہود کے لیے نہیں ہے، بلکہ حامل کتاب قوم کے لیے ہے۔ جو ق</w:t>
      </w:r>
    </w:p>
    <w:p>
      <w:r>
        <w:rPr>
          <w:b/>
        </w:rPr>
        <w:t xml:space="preserve">[16:13] </w:t>
      </w:r>
      <w:r>
        <w:t>aum bhi haamil-e-kitaab ho, us ke saath Khuda ka yahi muamla hai, khwah woh maazi ke haamilin</w:t>
      </w:r>
    </w:p>
    <w:p>
      <w:pPr>
        <w:jc w:val="right"/>
      </w:pPr>
      <w:r>
        <w:t>وم بھی حامل کتاب ہو، اس کے ساتھ خدا کا یہی معاملہ ہے، خواہ وہ ماضی کے حاملین</w:t>
      </w:r>
    </w:p>
    <w:p>
      <w:r>
        <w:rPr>
          <w:b/>
        </w:rPr>
        <w:t xml:space="preserve">[16:23] </w:t>
      </w:r>
      <w:r>
        <w:t>e-kitaab hon ya haal ke haamilin-e-kitaab.</w:t>
      </w:r>
    </w:p>
    <w:p>
      <w:pPr>
        <w:jc w:val="right"/>
      </w:pPr>
      <w:r>
        <w:t>کتاب ہوں یا حال کے حاملین کتاب۔</w:t>
      </w:r>
    </w:p>
    <w:p>
      <w:r>
        <w:rPr>
          <w:b/>
        </w:rPr>
        <w:t xml:space="preserve">[16:33] </w:t>
      </w:r>
      <w:r>
        <w:t>Alam ya atnak nabau allazeena min qablakum qaumi noohin wa adin wa samooda wallazeena min ba'dihim</w:t>
      </w:r>
    </w:p>
    <w:p>
      <w:pPr>
        <w:jc w:val="right"/>
      </w:pPr>
      <w:r>
        <w:t>أَلَمْ يَأْتِكُمْ نَبَأُ الَّذِينَ مِن قَبْلِكُمْ قَوْمِ نُوحٍ وَعَادٍ وَثَمُودَ وَالَّذِينَ مِن بَعْدِهِمْ</w:t>
      </w:r>
    </w:p>
    <w:p>
      <w:r>
        <w:rPr>
          <w:b/>
        </w:rPr>
        <w:t xml:space="preserve">[16:43] </w:t>
      </w:r>
      <w:r>
        <w:t>la ya'lamuhum illal lah. ja'athum rusuluhum bil bayyinati faraddoo aydiyahum fi afwahihim wa qalo inna kafarna bima ursiltum bihi</w:t>
      </w:r>
    </w:p>
    <w:p>
      <w:pPr>
        <w:jc w:val="right"/>
      </w:pPr>
      <w:r>
        <w:t>لَا يَعْلَمُهُمْ إِلَّا اللَّهُۚ جَاءَتْهُمْ رُسُلُهُمْ بِالْبَيِّنَاتِ فَرَدُّوا أَيْدِيَهُمْ فِي أَفْوَاهِهِمْ وَقَالُوا إِنَّا كَفَرْنَا بِمَا أُرْسِلْتُمْ بِهِ</w:t>
      </w:r>
    </w:p>
    <w:p>
      <w:r>
        <w:rPr>
          <w:b/>
        </w:rPr>
        <w:t xml:space="preserve">[17:13] </w:t>
      </w:r>
      <w:r>
        <w:t>wa inna lafi shakin mimma tad'unana ilayhi mureebin. kya tum ko un logon ki khabar nahi pahunchi jo tum se pehle guzar chuke hain? qaum nooh aur aad aur samood aur jo log un ke baad hue jin ko khuda ke siwa koi nahi janta. un ke paigham</w:t>
      </w:r>
    </w:p>
    <w:p>
      <w:pPr>
        <w:jc w:val="right"/>
      </w:pPr>
      <w:r>
        <w:t>وَإِنَّا لَفِي شَكٍّ مِمَّا تَدَعُونَنَا إِلَيْهِ مُرِيبٍ. کیا تم کو ان لوگوں کی خبر نہیں پہنچی جو تم سے پہلے گزر چکے ہیں؟ قوم نوح اور عاد اور ثمود اور جو لوگ ان کے بعد ہوئے جن کو خدا کے سوا کوئی نہیں جانتا۔ ان کے پیغ</w:t>
      </w:r>
    </w:p>
    <w:p>
      <w:r>
        <w:rPr>
          <w:b/>
        </w:rPr>
        <w:t xml:space="preserve">[17:43] </w:t>
      </w:r>
      <w:r>
        <w:t>mbar un ke paas dalail le kar aaye to unhone apne haath un ke munh mein de</w:t>
      </w:r>
    </w:p>
    <w:p>
      <w:pPr>
        <w:jc w:val="right"/>
      </w:pPr>
      <w:r>
        <w:t>مبر ان کے پاس دلائل لے کر آئے تو انہوں نے اپنے ہاتھ ان کے منہ میں دے</w:t>
      </w:r>
    </w:p>
    <w:p>
      <w:r>
        <w:rPr>
          <w:b/>
        </w:rPr>
        <w:t xml:space="preserve">[17:49] </w:t>
      </w:r>
      <w:r>
        <w:t>diye aur kaha ke jo tum ko de kar bheja gaya hai, hum us ko nahi mante.</w:t>
      </w:r>
    </w:p>
    <w:p>
      <w:pPr>
        <w:jc w:val="right"/>
      </w:pPr>
      <w:r>
        <w:t>دیے اور کہا کہ جو تم کو دے کر بھیجا گیا ہے، ہم اس کو نہیں مانتے۔</w:t>
      </w:r>
    </w:p>
    <w:p>
      <w:r>
        <w:rPr>
          <w:b/>
        </w:rPr>
        <w:t xml:space="preserve">[17:55] </w:t>
      </w:r>
      <w:r>
        <w:t>Aur jis cheez ki taraf tum hum ko bulate ho, hum us ke baare mein sakht uljhan wale</w:t>
      </w:r>
    </w:p>
    <w:p>
      <w:pPr>
        <w:jc w:val="right"/>
      </w:pPr>
      <w:r>
        <w:t>اور جس چیز کی طرف تم ہم کو بلاتے ہو، ہم اس کے بارے میں سخت الجھن والے</w:t>
      </w:r>
    </w:p>
    <w:p>
      <w:r>
        <w:rPr>
          <w:b/>
        </w:rPr>
        <w:t xml:space="preserve">[18:02] </w:t>
      </w:r>
      <w:r>
        <w:t>shak mein pade hue hain.</w:t>
      </w:r>
    </w:p>
    <w:p>
      <w:pPr>
        <w:jc w:val="right"/>
      </w:pPr>
      <w:r>
        <w:t>شک میں پڑے ہوئے ہیں۔</w:t>
      </w:r>
    </w:p>
    <w:p>
      <w:r>
        <w:rPr>
          <w:b/>
        </w:rPr>
        <w:t xml:space="preserve">[18:08] </w:t>
      </w:r>
      <w:r>
        <w:t>Tashreeh: Khuda ke jitne ras</w:t>
      </w:r>
    </w:p>
    <w:p>
      <w:pPr>
        <w:jc w:val="right"/>
      </w:pPr>
      <w:r>
        <w:t>تشریح: خدا کے جتنے رس</w:t>
      </w:r>
    </w:p>
    <w:p>
      <w:r>
        <w:rPr>
          <w:b/>
        </w:rPr>
        <w:t xml:space="preserve">[18:14] </w:t>
      </w:r>
      <w:r>
        <w:t>ool mukhtalif qaumon mein aaye, sab ke saath ek hi qissa pesh aaya.</w:t>
      </w:r>
    </w:p>
    <w:p>
      <w:pPr>
        <w:jc w:val="right"/>
      </w:pPr>
      <w:r>
        <w:t>ول مختلف قوموں میں آئے، سب کے ساتھ ایک ہی قصہ پیش آیا۔</w:t>
      </w:r>
    </w:p>
    <w:p>
      <w:r>
        <w:rPr>
          <w:b/>
        </w:rPr>
        <w:t xml:space="preserve">[18:20] </w:t>
      </w:r>
      <w:r>
        <w:t>Har qaum ne apne paighambaron ki mukhalifat ki.</w:t>
      </w:r>
    </w:p>
    <w:p>
      <w:pPr>
        <w:jc w:val="right"/>
      </w:pPr>
      <w:r>
        <w:t>ہر قوم نے اپنے پیغمبروں کی مخالفت کی۔</w:t>
      </w:r>
    </w:p>
    <w:p>
      <w:r>
        <w:rPr>
          <w:b/>
        </w:rPr>
        <w:t xml:space="preserve">[18:26] </w:t>
      </w:r>
      <w:r>
        <w:t>Har jagah un ka munh band karne ki koshish ki gayi.</w:t>
      </w:r>
    </w:p>
    <w:p>
      <w:pPr>
        <w:jc w:val="right"/>
      </w:pPr>
      <w:r>
        <w:t>ہر جگہ ان کا منہ بند کرنے کی کوشش کی گئی۔</w:t>
      </w:r>
    </w:p>
    <w:p>
      <w:r>
        <w:rPr>
          <w:b/>
        </w:rPr>
        <w:t xml:space="preserve">[18:32] </w:t>
      </w:r>
      <w:r>
        <w:t>is ki waja kya thi? is ki waja un ka shakk tha.</w:t>
      </w:r>
    </w:p>
    <w:p>
      <w:pPr>
        <w:jc w:val="right"/>
      </w:pPr>
      <w:r>
        <w:t>اس کی وجہ کیا تھی؟ اس کی وجہ ان کا شک تھا۔</w:t>
      </w:r>
    </w:p>
    <w:p>
      <w:r>
        <w:rPr>
          <w:b/>
        </w:rPr>
        <w:t xml:space="preserve">[18:38] </w:t>
      </w:r>
      <w:r>
        <w:t>yeh shakk is liye tha ke un ke samne ek taraf un ka abai deen tha</w:t>
      </w:r>
    </w:p>
    <w:p>
      <w:pPr>
        <w:jc w:val="right"/>
      </w:pPr>
      <w:r>
        <w:t>یہ شک اس لیے تھا کہ ان کے سامنے ایک طرف ان کا آبائی دین تھا</w:t>
      </w:r>
    </w:p>
    <w:p>
      <w:r>
        <w:rPr>
          <w:b/>
        </w:rPr>
        <w:t xml:space="preserve">[18:44] </w:t>
      </w:r>
      <w:r>
        <w:t>jis ki peeth par akabir aur azam ke naam the, doosri taraf peghambar ka deen tha jo bazahir</w:t>
      </w:r>
    </w:p>
    <w:p>
      <w:pPr>
        <w:jc w:val="right"/>
      </w:pPr>
      <w:r>
        <w:t>جس کی پشت پر اکابر اور اعظم کے نام تھے، دوسری طرف پیغمبر کا دین تھا جو بظاہر</w:t>
      </w:r>
    </w:p>
    <w:p>
      <w:r>
        <w:rPr>
          <w:b/>
        </w:rPr>
        <w:t xml:space="preserve">[18:50] </w:t>
      </w:r>
      <w:r>
        <w:t>ek mamooli insan ke zariye pesh kiya ja raha tha.</w:t>
      </w:r>
    </w:p>
    <w:p>
      <w:pPr>
        <w:jc w:val="right"/>
      </w:pPr>
      <w:r>
        <w:t>ایک معمولی انسان کے ذریعے پیش کیا جا رہا تھا۔</w:t>
      </w:r>
    </w:p>
    <w:p>
      <w:r>
        <w:rPr>
          <w:b/>
        </w:rPr>
        <w:t xml:space="preserve">[18:56] </w:t>
      </w:r>
      <w:r>
        <w:t>dalail ka zor peghambar ke deen ke sath nazar aata tha, magar tareekhi azmat aur awami bheed abai</w:t>
      </w:r>
    </w:p>
    <w:p>
      <w:pPr>
        <w:jc w:val="right"/>
      </w:pPr>
      <w:r>
        <w:t>دلائل کا زور پیغمبر کے دین کے ساتھ نظر آتا تھا، مگر تاریخی عظمت اور عوامی بھیڑ آبائی</w:t>
      </w:r>
    </w:p>
    <w:p>
      <w:r>
        <w:rPr>
          <w:b/>
        </w:rPr>
        <w:t xml:space="preserve">[19:02] </w:t>
      </w:r>
      <w:r>
        <w:t>deen ke sath dikhai deti thi.</w:t>
      </w:r>
    </w:p>
    <w:p>
      <w:pPr>
        <w:jc w:val="right"/>
      </w:pPr>
      <w:r>
        <w:t>دین کے ساتھ دکھائی دیتی تھی۔</w:t>
      </w:r>
    </w:p>
    <w:p>
      <w:r>
        <w:rPr>
          <w:b/>
        </w:rPr>
        <w:t xml:space="preserve">[19:08] </w:t>
      </w:r>
      <w:r>
        <w:t>peghambar ke mukhatibin ka</w:t>
      </w:r>
    </w:p>
    <w:p>
      <w:pPr>
        <w:jc w:val="right"/>
      </w:pPr>
      <w:r>
        <w:t>پیغمبر کے مخاطبین کا</w:t>
      </w:r>
    </w:p>
    <w:p>
      <w:r>
        <w:rPr>
          <w:b/>
        </w:rPr>
        <w:t xml:space="preserve">[19:14] </w:t>
      </w:r>
      <w:r>
        <w:t>yeh haal hua ke woh dalail ko radd karne ki quwwat apne andar na paate the, aur yeh</w:t>
      </w:r>
    </w:p>
    <w:p>
      <w:pPr>
        <w:jc w:val="right"/>
      </w:pPr>
      <w:r>
        <w:t>یہ حال ہوا کہ وہ دلائل کو رد کرنے کی قوت اپنے اندر نہ پاتے تھے، اور یہ</w:t>
      </w:r>
    </w:p>
    <w:p>
      <w:r>
        <w:rPr>
          <w:b/>
        </w:rPr>
        <w:t xml:space="preserve">[19:22] </w:t>
      </w:r>
      <w:r>
        <w:t>bhi un ki samajh mein nahi aata tha ke azam aur akabir ko kis tarah ghalat samajh lein.</w:t>
      </w:r>
    </w:p>
    <w:p>
      <w:pPr>
        <w:jc w:val="right"/>
      </w:pPr>
      <w:r>
        <w:t>بھی ان کی سمجھ میں نہیں آتا تھا کہ اعظم اور اکابر کو کس طرح غلط سمجھ لیں۔</w:t>
      </w:r>
    </w:p>
    <w:p>
      <w:r>
        <w:rPr>
          <w:b/>
        </w:rPr>
        <w:t xml:space="preserve">[19:30] </w:t>
      </w:r>
      <w:r>
        <w:t>is do tarafah soorat-e-haal ne unhein shakk mein mubtala kar diya.</w:t>
      </w:r>
    </w:p>
    <w:p>
      <w:pPr>
        <w:jc w:val="right"/>
      </w:pPr>
      <w:r>
        <w:t>اس دو طرفہ صورتحال نے انہیں شک میں مبتلا کر دیا۔</w:t>
      </w:r>
    </w:p>
    <w:p>
      <w:r>
        <w:rPr>
          <w:b/>
        </w:rPr>
        <w:t xml:space="preserve">[19:37] </w:t>
      </w:r>
      <w:r>
        <w:t>amalan agarchay woh abai deen ke sath wabasta rahe, magar apne qalb o dimagh ko</w:t>
      </w:r>
    </w:p>
    <w:p>
      <w:pPr>
        <w:jc w:val="right"/>
      </w:pPr>
      <w:r>
        <w:t>عملاً اگرچہ وہ آبائی دین کے ساتھ وابستہ رہے، مگر اپنے قلب و دماغ کو</w:t>
      </w:r>
    </w:p>
    <w:p>
      <w:r>
        <w:rPr>
          <w:b/>
        </w:rPr>
        <w:t xml:space="preserve">[19:45] </w:t>
      </w:r>
      <w:r>
        <w:t>shakk se azaad bhi na kar sake.</w:t>
      </w:r>
    </w:p>
    <w:p>
      <w:pPr>
        <w:jc w:val="right"/>
      </w:pPr>
      <w:r>
        <w:t>شک سے آزاد بھی نہ کر سکے۔</w:t>
      </w:r>
    </w:p>
    <w:p>
      <w:r>
        <w:rPr>
          <w:b/>
        </w:rPr>
        <w:t xml:space="preserve">[20:00] </w:t>
      </w:r>
      <w:r>
        <w:t>qalat rusuluhum afi allahi shakkun fatiri al-samawati wal-ardi yad'ukum li-yaghfira lakum min dhunubikum wa yu'akhkhirakum ila ajalin musamma qalu in a</w:t>
      </w:r>
    </w:p>
    <w:p>
      <w:pPr>
        <w:jc w:val="right"/>
      </w:pPr>
      <w:r>
        <w:t>قَالَتْ رُسُلُهُمْ أَفِي اللَّهِ شَكٌّ فَاطِرِ السَّمَاوَاتِ وَالْأَرْضِ يَدْعُوكُمْ لِيَغْفِرَ لَكُمْ مِن ذُنُوبِكُمْ وَيُؤَخِّرَكُمْ إِلَى أَجَلٍ مُسَمَّىٰ قَالُوا إِنْ أَ</w:t>
      </w:r>
    </w:p>
    <w:p>
      <w:r>
        <w:rPr>
          <w:b/>
        </w:rPr>
        <w:t xml:space="preserve">[20:15] </w:t>
      </w:r>
      <w:r>
        <w:t>ntum illa basharun mithluna turiduna an tasudduna amma kana ya'budu abau'na fa'tuna bi-sultanin mubin.</w:t>
      </w:r>
    </w:p>
    <w:p>
      <w:pPr>
        <w:jc w:val="right"/>
      </w:pPr>
      <w:r>
        <w:t>نْتُمْ إِلَّا بَشَرٌ مِّثْلُنَا تُرِيدُونَ أَنْ تَصُدُّونَا عَمَّا كَانَ يَعْبُدُ آَبَاؤُنَا فَأَتُونَا بِسُلْطَانٍ مُبِينٍ.</w:t>
      </w:r>
    </w:p>
    <w:p>
      <w:r>
        <w:rPr>
          <w:b/>
        </w:rPr>
        <w:t xml:space="preserve">[20:30] </w:t>
      </w:r>
      <w:r>
        <w:t>un ke peghambaron ne kaha: kya Khuda ke bare mein shakk hai jo aasmanon aur zameen ko wajood</w:t>
      </w:r>
    </w:p>
    <w:p>
      <w:pPr>
        <w:jc w:val="right"/>
      </w:pPr>
      <w:r>
        <w:t>ان کے پیغمبروں نے کہا: کیا خدا کے بارے میں شک ہے جو آسمانوں اور زمین کو وجود</w:t>
      </w:r>
    </w:p>
    <w:p>
      <w:r>
        <w:rPr>
          <w:b/>
        </w:rPr>
        <w:t xml:space="preserve">[20:45] </w:t>
      </w:r>
      <w:r>
        <w:t>mein lane wala hai? woh tum ko bula raha hai ke tumhare gunah maaf kar de aur tum</w:t>
      </w:r>
    </w:p>
    <w:p>
      <w:pPr>
        <w:jc w:val="right"/>
      </w:pPr>
      <w:r>
        <w:t>میں لانے والا ہے؟ وہ تم کو بلا رہا ہے کہ تمہارے گناہ معاف کر دے اور تم</w:t>
      </w:r>
    </w:p>
    <w:p>
      <w:r>
        <w:rPr>
          <w:b/>
        </w:rPr>
        <w:t xml:space="preserve">[20:50] </w:t>
      </w:r>
      <w:r>
        <w:t>ko ek muqarrar muddat tak mohlat de.</w:t>
      </w:r>
    </w:p>
    <w:p>
      <w:pPr>
        <w:jc w:val="right"/>
      </w:pPr>
      <w:r>
        <w:t>کو ایک مقرر مدت تک مہلت دے۔</w:t>
      </w:r>
    </w:p>
    <w:p>
      <w:r>
        <w:rPr>
          <w:b/>
        </w:rPr>
        <w:t xml:space="preserve">[20:55] </w:t>
      </w:r>
      <w:r>
        <w:t>unhon ne kaha ke tum is ke siwa kuch nahi ke hamare jaisay ek aadmi ho.</w:t>
      </w:r>
    </w:p>
    <w:p>
      <w:pPr>
        <w:jc w:val="right"/>
      </w:pPr>
      <w:r>
        <w:t>انہوں نے کہا کہ تم اس کے سوا کچھ نہیں کہ ہمارے جیسے ایک آدمی ہو۔</w:t>
      </w:r>
    </w:p>
    <w:p>
      <w:r>
        <w:rPr>
          <w:b/>
        </w:rPr>
        <w:t xml:space="preserve">[21:00] </w:t>
      </w:r>
      <w:r>
        <w:t>tum chahte ho ke hum ko in cheezon ki ibadat se rok do jin ki ibadat hamare baap</w:t>
      </w:r>
    </w:p>
    <w:p>
      <w:pPr>
        <w:jc w:val="right"/>
      </w:pPr>
      <w:r>
        <w:t>تم چاہتے ہو کہ ہم کو ان چیزوں کی عبادت سے روک دو جن کی عبادت ہمارے باپ</w:t>
      </w:r>
    </w:p>
    <w:p>
      <w:r>
        <w:rPr>
          <w:b/>
        </w:rPr>
        <w:t xml:space="preserve">[21:05] </w:t>
      </w:r>
      <w:r>
        <w:t>dada karte thay.</w:t>
      </w:r>
    </w:p>
    <w:p>
      <w:pPr>
        <w:jc w:val="right"/>
      </w:pPr>
      <w:r>
        <w:t>دادا کرتے تھے۔</w:t>
      </w:r>
    </w:p>
    <w:p>
      <w:r>
        <w:rPr>
          <w:b/>
        </w:rPr>
        <w:t xml:space="preserve">[21:10] </w:t>
      </w:r>
      <w:r>
        <w:t>tum hamare sa</w:t>
      </w:r>
    </w:p>
    <w:p>
      <w:pPr>
        <w:jc w:val="right"/>
      </w:pPr>
      <w:r>
        <w:t>تم ہمارے سام</w:t>
      </w:r>
    </w:p>
    <w:p>
      <w:r>
        <w:rPr>
          <w:b/>
        </w:rPr>
        <w:t xml:space="preserve">[21:15] </w:t>
      </w:r>
      <w:r>
        <w:t>ne koi khuli sand le aao.</w:t>
      </w:r>
    </w:p>
    <w:p>
      <w:pPr>
        <w:jc w:val="right"/>
      </w:pPr>
      <w:r>
        <w:t>نے کوئی کھلی سند لے آؤ۔</w:t>
      </w:r>
    </w:p>
    <w:p>
      <w:r>
        <w:rPr>
          <w:b/>
        </w:rPr>
        <w:t xml:space="preserve">[21:23] </w:t>
      </w:r>
      <w:r>
        <w:t>tashreeh: is ayat ka taluq asal mein qadeem qomon se hai, magar Quran ki ek khusoosiyat yeh hai ke</w:t>
      </w:r>
    </w:p>
    <w:p>
      <w:pPr>
        <w:jc w:val="right"/>
      </w:pPr>
      <w:r>
        <w:t>تشریح: اس آیت کا تعلق اصلًا قدیم قوموں سے ہے، مگر قرآن کی ایک خصوصیت یہ ہے کہ</w:t>
      </w:r>
    </w:p>
    <w:p>
      <w:r>
        <w:rPr>
          <w:b/>
        </w:rPr>
        <w:t xml:space="preserve">[21:31] </w:t>
      </w:r>
      <w:r>
        <w:t>is mein Khuda ki abadi taleemat ko tareekh ke sanche mein dhal kar pesh kiya gaya hai.</w:t>
      </w:r>
    </w:p>
    <w:p>
      <w:pPr>
        <w:jc w:val="right"/>
      </w:pPr>
      <w:r>
        <w:t>اس میں خدا کی ابدی تعلیمات کو تاریخ کے سانچے میں ڈھال کر پیش کیا گیا ہے۔</w:t>
      </w:r>
    </w:p>
    <w:p>
      <w:r>
        <w:rPr>
          <w:b/>
        </w:rPr>
        <w:t xml:space="preserve">[21:38] </w:t>
      </w:r>
      <w:r>
        <w:t>is liye Quran mein aise alfaaz istemal kiye jate hain jin mein</w:t>
      </w:r>
    </w:p>
    <w:p>
      <w:pPr>
        <w:jc w:val="right"/>
      </w:pPr>
      <w:r>
        <w:t>اس لیے قرآن میں ایسے الفاظ استعمال کیے جاتے ہیں جن میں</w:t>
      </w:r>
    </w:p>
    <w:p>
      <w:r>
        <w:rPr>
          <w:b/>
        </w:rPr>
        <w:t xml:space="preserve">[21:46] </w:t>
      </w:r>
      <w:r>
        <w:t>mukhatib awwal ki riayat ke sath bad ke insanon ki riayat bhi poori tarah shamil ho.</w:t>
      </w:r>
    </w:p>
    <w:p>
      <w:pPr>
        <w:jc w:val="right"/>
      </w:pPr>
      <w:r>
        <w:t>مخاطب اول کی رعایت کے ساتھ بعد کے انسانوں کی رعایت بھی پوری طرح شامل ہو۔</w:t>
      </w:r>
    </w:p>
    <w:p>
      <w:r>
        <w:rPr>
          <w:b/>
        </w:rPr>
        <w:t xml:space="preserve">[21:52] </w:t>
      </w:r>
      <w:r>
        <w:t>is ayat mein fatir ka lafz isi ki aik misal hai.</w:t>
      </w:r>
    </w:p>
    <w:p>
      <w:pPr>
        <w:jc w:val="right"/>
      </w:pPr>
      <w:r>
        <w:t>اس آیت میں فاطر کا لفظ اسی کی ایک مثال ہے۔</w:t>
      </w:r>
    </w:p>
    <w:p>
      <w:r>
        <w:rPr>
          <w:b/>
        </w:rPr>
        <w:t xml:space="preserve">[21:58] </w:t>
      </w:r>
      <w:r>
        <w:t>fatir ke lafzi mani hain pharne wala.</w:t>
      </w:r>
    </w:p>
    <w:p>
      <w:pPr>
        <w:jc w:val="right"/>
      </w:pPr>
      <w:r>
        <w:t>فاطر کے لفظی معنی ہیں پھاڑنے والا۔</w:t>
      </w:r>
    </w:p>
    <w:p>
      <w:r>
        <w:rPr>
          <w:b/>
        </w:rPr>
        <w:t xml:space="preserve">[22:05] </w:t>
      </w:r>
      <w:r>
        <w:t>umummi mafhoom ke lihaz se fatir ka lafz yahan khaliq ke mani mein istemal hua hai, magar is</w:t>
      </w:r>
    </w:p>
    <w:p>
      <w:pPr>
        <w:jc w:val="right"/>
      </w:pPr>
      <w:r>
        <w:t>عمومی مفہوم کے لحاظ سے فاطر کا لفظ یہاں خالق کے معنی میں استعمال ہوا ہے، مگر اس</w:t>
      </w:r>
    </w:p>
    <w:p>
      <w:r>
        <w:rPr>
          <w:b/>
        </w:rPr>
        <w:t xml:space="preserve">[22:11] </w:t>
      </w:r>
      <w:r>
        <w:t>ka khalis lafzi tarjuma kiya jaye to woh yeh hoga:</w:t>
      </w:r>
    </w:p>
    <w:p>
      <w:pPr>
        <w:jc w:val="right"/>
      </w:pPr>
      <w:r>
        <w:t>کا خالص لفظی ترجمہ کیا جائے تو وہ یہ ہوگا:</w:t>
      </w:r>
    </w:p>
    <w:p>
      <w:r>
        <w:rPr>
          <w:b/>
        </w:rPr>
        <w:t xml:space="preserve">[22:17] </w:t>
      </w:r>
      <w:r>
        <w:t>kya tum ko Khuda ke bare mein shakk hai jo zameen o asman ka pharne wala hai? Lafzi</w:t>
      </w:r>
    </w:p>
    <w:p>
      <w:pPr>
        <w:jc w:val="right"/>
      </w:pPr>
      <w:r>
        <w:t>کیا تم کو خدا کے بارے میں شک ہے جو زمین و آسمان کا پھاڑنے والا ہے؟ لفظی</w:t>
      </w:r>
    </w:p>
    <w:p>
      <w:r>
        <w:rPr>
          <w:b/>
        </w:rPr>
        <w:t xml:space="preserve">[22:23] </w:t>
      </w:r>
      <w:r>
        <w:t>tarjume ke aitbar se yeh ayat maujooda zamane mein munkireen Khuda ke liye Khuda ke wajood ko sabit</w:t>
      </w:r>
    </w:p>
    <w:p>
      <w:pPr>
        <w:jc w:val="right"/>
      </w:pPr>
      <w:r>
        <w:t>ترجمے کے اعتبار سے یہ آیت موجودہ زمانے میں منکرین خدا کے لیے خدا کے وجود کو ثابت</w:t>
      </w:r>
    </w:p>
    <w:p>
      <w:r>
        <w:rPr>
          <w:b/>
        </w:rPr>
        <w:t xml:space="preserve">[22:30] </w:t>
      </w:r>
      <w:r>
        <w:t>kar rahi hai.</w:t>
      </w:r>
    </w:p>
    <w:p>
      <w:pPr>
        <w:jc w:val="right"/>
      </w:pPr>
      <w:r>
        <w:t>کر رہی ہے۔</w:t>
      </w:r>
    </w:p>
    <w:p>
      <w:r>
        <w:rPr>
          <w:b/>
        </w:rPr>
        <w:t xml:space="preserve">[22:36] </w:t>
      </w:r>
      <w:r>
        <w:t>jadeed tehqiqat batati hain ke zameen o asman ka madah ibtidaan aik salim gole ki surat mein tha</w:t>
      </w:r>
    </w:p>
    <w:p>
      <w:pPr>
        <w:jc w:val="right"/>
      </w:pPr>
      <w:r>
        <w:t>جدید تحقیقات بتاتی ہیں کہ زمین و آسمان کا مادہ ابتداً ایک سالم گولے کی صورت میں تھا</w:t>
      </w:r>
    </w:p>
    <w:p>
      <w:r>
        <w:rPr>
          <w:b/>
        </w:rPr>
        <w:t xml:space="preserve">[22:42] </w:t>
      </w:r>
      <w:r>
        <w:t>jis ko super atom kaha jata hai. Fitrat ke</w:t>
      </w:r>
    </w:p>
    <w:p>
      <w:pPr>
        <w:jc w:val="right"/>
      </w:pPr>
      <w:r>
        <w:t>جس کو سپر ایٹم کہا جاتا ہے۔ فطرت کے</w:t>
      </w:r>
    </w:p>
    <w:p>
      <w:r>
        <w:rPr>
          <w:b/>
        </w:rPr>
        <w:t xml:space="preserve">[22:48] </w:t>
      </w:r>
      <w:r>
        <w:t>maloom qanoon ke mutabiq is ke tamam ajza intehai shiddat ke sath andar ki taraf jure hue the.</w:t>
      </w:r>
    </w:p>
    <w:p>
      <w:pPr>
        <w:jc w:val="right"/>
      </w:pPr>
      <w:r>
        <w:t>معلوم قانون کے مطابق اس کے تمام اجزاء انتہائی شدت کے ساتھ اندر کی طرف جڑے ہوئے تھے۔</w:t>
      </w:r>
    </w:p>
    <w:p>
      <w:r>
        <w:rPr>
          <w:b/>
        </w:rPr>
        <w:t xml:space="preserve">[22:56] </w:t>
      </w:r>
      <w:r>
        <w:t>maujooda wasee kainaat isi super atom mein infijar se wajood mein aai.</w:t>
      </w:r>
    </w:p>
    <w:p>
      <w:pPr>
        <w:jc w:val="right"/>
      </w:pPr>
      <w:r>
        <w:t>موجودہ وسیع کائنات اسی سپر ایٹم میں انفجار سے وجود میں آئی۔</w:t>
      </w:r>
    </w:p>
    <w:p>
      <w:r>
        <w:rPr>
          <w:b/>
        </w:rPr>
        <w:t xml:space="preserve">[23:03] </w:t>
      </w:r>
      <w:r>
        <w:t>is ayat mein fatir (pharne wala) ka lafz isi kainaati waqe ki taraf ishara kar raha hai jo</w:t>
      </w:r>
    </w:p>
    <w:p>
      <w:pPr>
        <w:jc w:val="right"/>
      </w:pPr>
      <w:r>
        <w:t>اس آیت میں فاطر (پھاڑنے والا) کا لفظ اسی کائناتی واقعے کی طرف اشارہ کر رہا ہے جو</w:t>
      </w:r>
    </w:p>
    <w:p>
      <w:r>
        <w:rPr>
          <w:b/>
        </w:rPr>
        <w:t xml:space="preserve">[23:11] </w:t>
      </w:r>
      <w:r>
        <w:t>aik khaliq ke wajood ka qat'i saboot hai,</w:t>
      </w:r>
    </w:p>
    <w:p>
      <w:pPr>
        <w:jc w:val="right"/>
      </w:pPr>
      <w:r>
        <w:t>ایک خالق کے وجود کا قطعی ثبوت ہے،</w:t>
      </w:r>
    </w:p>
    <w:p>
      <w:r>
        <w:rPr>
          <w:b/>
        </w:rPr>
        <w:t xml:space="preserve">[23:19] </w:t>
      </w:r>
      <w:r>
        <w:t>kyunke super atom ke ajzaa jo mukammal tor par andar ki taraf khenche hue the, un ko beroni simt mein mutharrik karna apne aap nahi ho sakta. lazim hai ke is ke liye kisi kharji mudakhlat ko mana jaye. kisi mudakhlat karne wali taqat ka doosra naam khuda hai. qalat lahum rusuluhum innahun illa basharum mi</w:t>
      </w:r>
    </w:p>
    <w:p>
      <w:pPr>
        <w:jc w:val="right"/>
      </w:pPr>
      <w:r>
        <w:t>کیونکہ سپر ایٹم کے اجزاء جو مکمل طور پر اندر کی طرف کھنچے ہوئے تھے، ان کو بیرونی سمت میں متحرک کرنا اپنے آپ نہیں ہو سکتا۔ لازم ہے کہ اس کے لیے کسی خارجی مداخلت کو مانا جائے۔ کسی مداخلت کرنے والی طاقت کا دوسرا نام خدا ہے۔ قَالَتْ لَهُمْ رُسُلُهُمْ إِنَّهْنُ إِلَّا بَشَرٌ مِّ</w:t>
      </w:r>
    </w:p>
    <w:p>
      <w:r>
        <w:rPr>
          <w:b/>
        </w:rPr>
        <w:t xml:space="preserve">[23:49] </w:t>
      </w:r>
      <w:r>
        <w:t>thlukum walakinnallaha yamunnu ala man yashau min ibadihi wama kana lana an natiyakum bi sultanim illa bi idhnillah wa ala allahi falyatawakkalil mu'minun wa</w:t>
      </w:r>
    </w:p>
    <w:p>
      <w:pPr>
        <w:jc w:val="right"/>
      </w:pPr>
      <w:r>
        <w:t>ثْلُكُمْ وَلَٰكِنَّ اللَّهَ يَمُنُّ عَلَىٰ مَن يَشَاءُ مِنْ عِبَادِهِ وَمَا كَانَ لَنَا أَنْ نَأْتِيَكُمْ بِسُلْطَانٍ إِلَّا بِإِذْنِ اللَّهِ وَعَلَى اللَّهِ فَلْيَتَوَكَّلِ الْمُؤْمِنُونَ و</w:t>
      </w:r>
    </w:p>
    <w:p>
      <w:r>
        <w:rPr>
          <w:b/>
        </w:rPr>
        <w:t xml:space="preserve">[24:19] </w:t>
      </w:r>
      <w:r>
        <w:t>wama lana an la natawakkala alal lahi waqad hadana subulana walanasbiranna ala ma azaittumuna wa alal lahi falyatawakkalil mutawakkilun.</w:t>
      </w:r>
    </w:p>
    <w:p>
      <w:pPr>
        <w:jc w:val="right"/>
      </w:pPr>
      <w:r>
        <w:t>َمَا لَنَا أَنْ لَا نَتَوَكَّلَ عَلَى اللَّهِ وَقَدْ هَدَانَا سُبُلَنَا وَلَنَصْبِرَنَّ عَلَى مَا آَذَيْتُمُونَا وَعَلَى اللَّهِ فَلْيَتَوَكَّلِ الْمُتَوَكِلُونَ.</w:t>
      </w:r>
    </w:p>
    <w:p>
      <w:r>
        <w:rPr>
          <w:b/>
        </w:rPr>
        <w:t xml:space="preserve">[24:34] </w:t>
      </w:r>
      <w:r>
        <w:t>un ke rasoolon ne un se kaha: hum is ke siwa kuch nahi ke tumhare hi jese insan hain,</w:t>
      </w:r>
    </w:p>
    <w:p>
      <w:pPr>
        <w:jc w:val="right"/>
      </w:pPr>
      <w:r>
        <w:t>ان کے رسولوں نے ان سے کہا: ہم اس کے سوا کچھ نہیں کہ تمہارے ہی جیسے انسان ہیں،</w:t>
      </w:r>
    </w:p>
    <w:p>
      <w:r>
        <w:rPr>
          <w:b/>
        </w:rPr>
        <w:t xml:space="preserve">[24:49] </w:t>
      </w:r>
      <w:r>
        <w:t>magar Allah apne bondon mein se jis par chahta hai apna inam farmata hai.</w:t>
      </w:r>
    </w:p>
    <w:p>
      <w:pPr>
        <w:jc w:val="right"/>
      </w:pPr>
      <w:r>
        <w:t>مگر اللہ اپنے بندوں میں سے جس پر چاہتا ہے اپنا انعام فرماتا ہے۔</w:t>
      </w:r>
    </w:p>
    <w:p>
      <w:r>
        <w:rPr>
          <w:b/>
        </w:rPr>
        <w:t xml:space="preserve">[24:55] </w:t>
      </w:r>
      <w:r>
        <w:t>aur yeh hamare ikhtiyar mein nahi ke hum tum ko koi moajza dikhayen baghair Khuda ke hukum ke.</w:t>
      </w:r>
    </w:p>
    <w:p>
      <w:pPr>
        <w:jc w:val="right"/>
      </w:pPr>
      <w:r>
        <w:t>اور یہ ہمارے اختیار میں نہیں کہ ہم تم کو کوئی معجزہ دکھائیں بغیر خدا کے حکم کے۔</w:t>
      </w:r>
    </w:p>
    <w:p>
      <w:r>
        <w:rPr>
          <w:b/>
        </w:rPr>
        <w:t xml:space="preserve">[25:01] </w:t>
      </w:r>
      <w:r>
        <w:t>aur imaan walon ko Allah hi par bharosa karna chahiye.</w:t>
      </w:r>
    </w:p>
    <w:p>
      <w:pPr>
        <w:jc w:val="right"/>
      </w:pPr>
      <w:r>
        <w:t>اور ایمان والوں کو اللہ ہی پر بھروسہ کرنا چاہیے۔</w:t>
      </w:r>
    </w:p>
    <w:p>
      <w:r>
        <w:rPr>
          <w:b/>
        </w:rPr>
        <w:t xml:space="preserve">[25:07] </w:t>
      </w:r>
      <w:r>
        <w:t>aur hum kyun na Allah par bharosa karen jabke us ne hum ko hamare raste bataye? Aur jo</w:t>
      </w:r>
    </w:p>
    <w:p>
      <w:pPr>
        <w:jc w:val="right"/>
      </w:pPr>
      <w:r>
        <w:t>اور ہم کیوں نہ اللہ پر بھروسہ کریں جبکہ اس نے ہم کو ہمارے راستے بتائے؟ اور جو</w:t>
      </w:r>
    </w:p>
    <w:p>
      <w:r>
        <w:rPr>
          <w:b/>
        </w:rPr>
        <w:t xml:space="preserve">[25:13] </w:t>
      </w:r>
      <w:r>
        <w:t>takleef tum hamein do</w:t>
      </w:r>
    </w:p>
    <w:p>
      <w:pPr>
        <w:jc w:val="right"/>
      </w:pPr>
      <w:r>
        <w:t>تکلیف تم ہمیں دو</w:t>
      </w:r>
    </w:p>
    <w:p>
      <w:r>
        <w:rPr>
          <w:b/>
        </w:rPr>
        <w:t xml:space="preserve">[25:19] </w:t>
      </w:r>
      <w:r>
        <w:t>ge, hum us par sabr karenge. karne walon ko allah hi par bharosa karna chahiye. tashreeh: paighambaron ke mukhatibin ne jab apne hamasr paighambaron ko yeh keh kar radd kiya ke tum to hamare jaisay ek bashar ho, to is ki wajah haqeeqatan yeh nahi thi ke woh paighambari ke liye ghair bashar hone ko</w:t>
      </w:r>
    </w:p>
    <w:p>
      <w:pPr>
        <w:jc w:val="right"/>
      </w:pPr>
      <w:r>
        <w:t>گے، ہم اس پر صبر کریں گے۔ کرنے والوں کو اللہ ہی پر بھروسہ کرنا چاہیے۔ تشریح: پیغمبروں کے مخاطبین نے جب اپنے ہم عصر پیغمبروں کو یہ کہہ کر رد کیا کہ تم تو ہمارے جیسے ایک بشر ہو، تو اس کی وجہ حقیقتاً یہ نہیں تھی کہ وہ پیغمبری کے لیے غیر بشر ہونے کو</w:t>
      </w:r>
    </w:p>
    <w:p>
      <w:r>
        <w:rPr>
          <w:b/>
        </w:rPr>
        <w:t xml:space="preserve">[25:49] </w:t>
      </w:r>
      <w:r>
        <w:t>zaroori samajhte the. is ki wajah darasal woh farq tha jo un ke apne tasawwur ke mutabiq un ko pichle paighambar aur hamasr paighambar mein nazar aata tha. guzra hua paighambar bhi agarchay apne waqt mein waisa hi tha jaisa ke hamasr paighambar, magar baad ke daur mein guzre hue paighambaron ke muttabi'een ne un ke</w:t>
      </w:r>
    </w:p>
    <w:p>
      <w:pPr>
        <w:jc w:val="right"/>
      </w:pPr>
      <w:r>
        <w:t>ضروری سمجھتے تھے۔ اس کی وجہ دراصل وہ فرق تھا جو ان کے اپنے تصور کے مطابق ان کو پچھلے پیغمبر اور ہم عصر پیغمبر میں نظر آتا تھا۔ گزرا ہوا پیغمبر بھی اگرچہ اپنے وقت میں ویسا ہی تھا جیسا کہ ہم عصر پیغمبر، مگر بعد کے دور میں گزرے ہوئے پیغمبروں کے متبعین نے ان کے</w:t>
      </w:r>
    </w:p>
    <w:p>
      <w:r>
        <w:rPr>
          <w:b/>
        </w:rPr>
        <w:t xml:space="preserve">[26:19] </w:t>
      </w:r>
      <w:r>
        <w:t>gir karismati qisson ka hala bana diya.</w:t>
      </w:r>
    </w:p>
    <w:p>
      <w:pPr>
        <w:jc w:val="right"/>
      </w:pPr>
      <w:r>
        <w:t>گرد کرسماتی قصوں کا ہالہ بنا دیا۔</w:t>
      </w:r>
    </w:p>
    <w:p>
      <w:r>
        <w:rPr>
          <w:b/>
        </w:rPr>
        <w:t xml:space="preserve">[26:25] </w:t>
      </w:r>
      <w:r>
        <w:t>bad ke daur mein peghambaron ki shakhsiyaton ko aisa afsanvi rang de diya gaya jo ibtidaan un ke</w:t>
      </w:r>
    </w:p>
    <w:p>
      <w:pPr>
        <w:jc w:val="right"/>
      </w:pPr>
      <w:r>
        <w:t>بعد کے دور میں پیغمبروں کی شخصیتوں کو ایسا افسانوی رنگ دے دیا گیا جو ابتداً ان کے</w:t>
      </w:r>
    </w:p>
    <w:p>
      <w:r>
        <w:rPr>
          <w:b/>
        </w:rPr>
        <w:t xml:space="preserve">[26:32] </w:t>
      </w:r>
      <w:r>
        <w:t>yahan maujood na tha.</w:t>
      </w:r>
    </w:p>
    <w:p>
      <w:pPr>
        <w:jc w:val="right"/>
      </w:pPr>
      <w:r>
        <w:t>یہاں موجود نہ تھا۔</w:t>
      </w:r>
    </w:p>
    <w:p>
      <w:r>
        <w:rPr>
          <w:b/>
        </w:rPr>
        <w:t xml:space="preserve">[26:38] </w:t>
      </w:r>
      <w:r>
        <w:t>ab qomon ke samne aik taraf farzi shabdon wala peghambar tha, doosri taraf haqeeqi waqiat wala peghambar.</w:t>
      </w:r>
    </w:p>
    <w:p>
      <w:pPr>
        <w:jc w:val="right"/>
      </w:pPr>
      <w:r>
        <w:t>اب قوموں کے سامنے ایک طرف فرضی شعبدوں والا پیغمبر تھا، دوسری طرف حقیقی واقعات والا پیغمبر۔</w:t>
      </w:r>
    </w:p>
    <w:p>
      <w:r>
        <w:rPr>
          <w:b/>
        </w:rPr>
        <w:t xml:space="preserve">[26:44] </w:t>
      </w:r>
      <w:r>
        <w:t>is taqabul mein pichla peghambar peghambari ke liye</w:t>
      </w:r>
    </w:p>
    <w:p>
      <w:pPr>
        <w:jc w:val="right"/>
      </w:pPr>
      <w:r>
        <w:t>اس تقابل میں پچھلا پیغمبر پیغمبری کے لیے</w:t>
      </w:r>
    </w:p>
    <w:p>
      <w:r>
        <w:rPr>
          <w:b/>
        </w:rPr>
        <w:t xml:space="preserve">[26:50] </w:t>
      </w:r>
      <w:r>
        <w:t>mayari namona ban gaya. aur jab qaumon ne is mayar ke aitbar se dekha to waqt ka haqeeqi peghambar un ko mazi ke afsanvi peghambar se kam nazar aya, chunancha unhon ne is ko haqeer samajh kar nazar andaaz kar diya. peghambaron ne apne mukhatibin se kaha ke tumhari in baton ke jawab mein hamare paas sabr</w:t>
      </w:r>
    </w:p>
    <w:p>
      <w:pPr>
        <w:jc w:val="right"/>
      </w:pPr>
      <w:r>
        <w:t>معیاری نمونہ بن گیا۔ اور جب قوموں نے اس معیار کے اعتبار سے دیکھا تو وقت کا حقیقی پیغمبر ان کو ماضی کے افسانوی پیغمبر سے کم نظر آیا، چنانچہ انہوں نے اس کو حقیر سمجھ کر نظر انداز کر دیا۔ پیغمبروں نے اپنے مخاطبین سے کہا کہ تمہاری ان باتوں کے جواب میں ہمارے پاس صبر</w:t>
      </w:r>
    </w:p>
    <w:p>
      <w:r>
        <w:rPr>
          <w:b/>
        </w:rPr>
        <w:t xml:space="preserve">[27:20] </w:t>
      </w:r>
      <w:r>
        <w:t>ke siwa aur kuch nahin.</w:t>
      </w:r>
    </w:p>
    <w:p>
      <w:pPr>
        <w:jc w:val="right"/>
      </w:pPr>
      <w:r>
        <w:t>کے سوا اور کچھ نہیں۔</w:t>
      </w:r>
    </w:p>
    <w:p>
      <w:r>
        <w:rPr>
          <w:b/>
        </w:rPr>
        <w:t xml:space="preserve">[27:26] </w:t>
      </w:r>
      <w:r>
        <w:t>tum ghair bashriyat ki satah par hidayat ke talib ho, aur Khuda ne hum ko sirf bashriyat ki</w:t>
      </w:r>
    </w:p>
    <w:p>
      <w:pPr>
        <w:jc w:val="right"/>
      </w:pPr>
      <w:r>
        <w:t>تم غیر بشریت کی سطح پر ہدایت کے طالب ہو، اور خدا نے ہم کو صرف بشریت کی</w:t>
      </w:r>
    </w:p>
    <w:p>
      <w:r>
        <w:rPr>
          <w:b/>
        </w:rPr>
        <w:t xml:space="preserve">[27:32] </w:t>
      </w:r>
      <w:r>
        <w:t>satah par hidayat dene ki taqat ata farmayi hai.</w:t>
      </w:r>
    </w:p>
    <w:p>
      <w:pPr>
        <w:jc w:val="right"/>
      </w:pPr>
      <w:r>
        <w:t>سطح پر ہدایت دینے کی طاقت عطا فرمائی ہے۔</w:t>
      </w:r>
    </w:p>
    <w:p>
      <w:r>
        <w:rPr>
          <w:b/>
        </w:rPr>
        <w:t xml:space="preserve">[27:38] </w:t>
      </w:r>
      <w:r>
        <w:t>aisi halat mein hum is ke siwa aur kya kar sakte hain ke tumhari yeh duaon ko bardasht</w:t>
      </w:r>
    </w:p>
    <w:p>
      <w:pPr>
        <w:jc w:val="right"/>
      </w:pPr>
      <w:r>
        <w:t>ایسی حالت میں ہم اس کے سوا اور کیا کر سکتے ہیں کہ تمہاری یہ دعاؤں کو برداشت</w:t>
      </w:r>
    </w:p>
    <w:p>
      <w:r>
        <w:rPr>
          <w:b/>
        </w:rPr>
        <w:t xml:space="preserve">[27:45] </w:t>
      </w:r>
      <w:r>
        <w:t>karen aur is sare mamle ko Allah ke hawale kar dein?</w:t>
      </w:r>
    </w:p>
    <w:p>
      <w:pPr>
        <w:jc w:val="right"/>
      </w:pPr>
      <w:r>
        <w:t>کریں اور اس سارے معاملے کو اللہ کے حوالے کر دیں؟</w:t>
      </w:r>
    </w:p>
    <w:p>
      <w:r>
        <w:rPr>
          <w:b/>
        </w:rPr>
        <w:t xml:space="preserve">[27:51] </w:t>
      </w:r>
      <w:r>
        <w:t>QALA ALLADHEENA KAFAROO LIRUSULIHIM LANUKHRIJANNAKUM MIN ARDINA AWW LATAAOODOONA FEE MILLATINA FA AWHA ILAYHIM RABBUHUM LANUHILIKANNAKUM.</w:t>
      </w:r>
    </w:p>
    <w:p>
      <w:pPr>
        <w:jc w:val="right"/>
      </w:pPr>
      <w:r>
        <w:t>قَالَ الَّذِينَ كَفَرُوا لِرُسُلِهِمْ لَنُخْرِجَنَّكُمْ مِنْ أَرْضِنَا أَوْ لَتَعُودُنَّ فِي مِلَّتِنَا فَأَوْحَىٰ إِلَيْهِمْ رَبُّهُمْ لَنُهْلِكَنَّكُمْ.</w:t>
      </w:r>
    </w:p>
    <w:p>
      <w:r>
        <w:rPr>
          <w:b/>
        </w:rPr>
        <w:t xml:space="preserve">[28:06] </w:t>
      </w:r>
      <w:r>
        <w:t>LANUSKINANNAKUMUL ARDA MIN BAADIHIM</w:t>
      </w:r>
    </w:p>
    <w:p>
      <w:pPr>
        <w:jc w:val="right"/>
      </w:pPr>
      <w:r>
        <w:t>لَنُسْكِنَنَّكُمُ الْأَرْضَ مِنْ بَعْدِهِم</w:t>
      </w:r>
    </w:p>
    <w:p>
      <w:r>
        <w:rPr>
          <w:b/>
        </w:rPr>
        <w:t xml:space="preserve">[28:21] </w:t>
      </w:r>
      <w:r>
        <w:t>DHAA LIKA LIMAN KHAAFA MAQAAMEE WAKHAAFA WA'EED.</w:t>
      </w:r>
    </w:p>
    <w:p>
      <w:pPr>
        <w:jc w:val="right"/>
      </w:pPr>
      <w:r>
        <w:t>ْ ذَلِكَ لِمَنْ خَافَ مَقَامِي وَخَافَ وَعِيدَ.</w:t>
      </w:r>
    </w:p>
    <w:p>
      <w:r>
        <w:rPr>
          <w:b/>
        </w:rPr>
        <w:t xml:space="preserve">[28:29] </w:t>
      </w:r>
      <w:r>
        <w:t>aur inkar karne walon ne apne peghambaron se kaha ke ya to hum tum ko apni zameen se</w:t>
      </w:r>
    </w:p>
    <w:p>
      <w:pPr>
        <w:jc w:val="right"/>
      </w:pPr>
      <w:r>
        <w:t>اور انکار کرنے والوں نے اپنے پیغمبروں سے کہا کہ یا تو ہم تم کو اپنی زمین سے</w:t>
      </w:r>
    </w:p>
    <w:p>
      <w:r>
        <w:rPr>
          <w:b/>
        </w:rPr>
        <w:t xml:space="preserve">[28:36] </w:t>
      </w:r>
      <w:r>
        <w:t>nikal den ge ya tum ko hamari millat mein wapas aana ho ga.</w:t>
      </w:r>
    </w:p>
    <w:p>
      <w:pPr>
        <w:jc w:val="right"/>
      </w:pPr>
      <w:r>
        <w:t>نکال دیں گے یا تم کو ہماری ملت میں واپس آنا ہوگا۔</w:t>
      </w:r>
    </w:p>
    <w:p>
      <w:r>
        <w:rPr>
          <w:b/>
        </w:rPr>
        <w:t xml:space="preserve">[28:44] </w:t>
      </w:r>
      <w:r>
        <w:t>to peghambaron ke Rab ne un par wahi bheji ke hum in zalimon ko halak kar den ge</w:t>
      </w:r>
    </w:p>
    <w:p>
      <w:pPr>
        <w:jc w:val="right"/>
      </w:pPr>
      <w:r>
        <w:t>تو پیغمبروں کے رب نے ان پر وحی بھیجی کہ ہم ان ظالموں کو ہلاک کر دیں گے</w:t>
      </w:r>
    </w:p>
    <w:p>
      <w:r>
        <w:rPr>
          <w:b/>
        </w:rPr>
        <w:t xml:space="preserve">[28:52] </w:t>
      </w:r>
      <w:r>
        <w:t>aur un ke baad tum ko zameen par basayen ge.</w:t>
      </w:r>
    </w:p>
    <w:p>
      <w:pPr>
        <w:jc w:val="right"/>
      </w:pPr>
      <w:r>
        <w:t>اور ان کے بعد تم کو زمین پر بسائیں گے۔</w:t>
      </w:r>
    </w:p>
    <w:p>
      <w:r>
        <w:rPr>
          <w:b/>
        </w:rPr>
        <w:t xml:space="preserve">[28:59] </w:t>
      </w:r>
      <w:r>
        <w:t>yeh us shakhs ke liye hai jo mere samne khara hone se dare aur jo meri waeed se dare.</w:t>
      </w:r>
    </w:p>
    <w:p>
      <w:pPr>
        <w:jc w:val="right"/>
      </w:pPr>
      <w:r>
        <w:t>یہ اس شخص کے لیے ہے جو میرے سامنے کھڑا ہونے سے ڈرے اور جو میری وعید سے ڈرے۔</w:t>
      </w:r>
    </w:p>
    <w:p>
      <w:r>
        <w:rPr>
          <w:b/>
        </w:rPr>
        <w:t xml:space="preserve">[29:07] </w:t>
      </w:r>
      <w:r>
        <w:t>tashreeh: peghambaron ki dawat se un ki qaumon ke deen par zad parti thi.</w:t>
      </w:r>
    </w:p>
    <w:p>
      <w:pPr>
        <w:jc w:val="right"/>
      </w:pPr>
      <w:r>
        <w:t>تشریح: پیغمبروں کی دعوت سے ان کی قوموں کے دین پر زد پڑتی تھی۔</w:t>
      </w:r>
    </w:p>
    <w:p>
      <w:r>
        <w:rPr>
          <w:b/>
        </w:rPr>
        <w:t xml:space="preserve">[29:15] </w:t>
      </w:r>
      <w:r>
        <w:t>wo log apne jin afrad ko qaum ke akabir ka darja diye hue the,</w:t>
      </w:r>
    </w:p>
    <w:p>
      <w:pPr>
        <w:jc w:val="right"/>
      </w:pPr>
      <w:r>
        <w:t>وہ لوگ اپنے جن افراد کو قوم کے اکابر کا درجہ دیے ہوئے تھے،</w:t>
      </w:r>
    </w:p>
    <w:p>
      <w:r>
        <w:rPr>
          <w:b/>
        </w:rPr>
        <w:t xml:space="preserve">[29:22] </w:t>
      </w:r>
      <w:r>
        <w:t>peghambaron ke tajziye mein wo log asaghir qarar pa rahe the.</w:t>
      </w:r>
    </w:p>
    <w:p>
      <w:pPr>
        <w:jc w:val="right"/>
      </w:pPr>
      <w:r>
        <w:t>پیغمبروں کے تجزیے میں وہ لوگ اساغر قرار پا رہے تھے۔</w:t>
      </w:r>
    </w:p>
    <w:p>
      <w:r>
        <w:rPr>
          <w:b/>
        </w:rPr>
        <w:t xml:space="preserve">[29:28] </w:t>
      </w:r>
      <w:r>
        <w:t>is bana par wo peghambaron se bigar gae.</w:t>
      </w:r>
    </w:p>
    <w:p>
      <w:pPr>
        <w:jc w:val="right"/>
      </w:pPr>
      <w:r>
        <w:t>اس بنا پر وہ پیغمبروں سے بگڑ گئے۔</w:t>
      </w:r>
    </w:p>
    <w:p>
      <w:r>
        <w:rPr>
          <w:b/>
        </w:rPr>
        <w:t xml:space="preserve">[29:34] </w:t>
      </w:r>
      <w:r>
        <w:t>wo dalail se to un ko radd nahi kar sakte the, albatta waqt ke nizam mein un ko</w:t>
      </w:r>
    </w:p>
    <w:p>
      <w:pPr>
        <w:jc w:val="right"/>
      </w:pPr>
      <w:r>
        <w:t>وہ دلائل سے تو ان کو رد نہیں کر سکتے تھے، البتہ وقت کے نظام میں ان کو</w:t>
      </w:r>
    </w:p>
    <w:p>
      <w:r>
        <w:rPr>
          <w:b/>
        </w:rPr>
        <w:t xml:space="preserve">[29:40] </w:t>
      </w:r>
      <w:r>
        <w:t>har qism ka ikhtiyar hasil tha.</w:t>
      </w:r>
    </w:p>
    <w:p>
      <w:pPr>
        <w:jc w:val="right"/>
      </w:pPr>
      <w:r>
        <w:t>ہر قسم کا اختیار حاصل تھا۔</w:t>
      </w:r>
    </w:p>
    <w:p>
      <w:r>
        <w:rPr>
          <w:b/>
        </w:rPr>
        <w:t xml:space="preserve">[29:46] </w:t>
      </w:r>
      <w:r>
        <w:t>chunanche un ki mutakabbirana nafsiyat ne unhein samjhaya ke peghambar ko beghar aur</w:t>
      </w:r>
    </w:p>
    <w:p>
      <w:pPr>
        <w:jc w:val="right"/>
      </w:pPr>
      <w:r>
        <w:t>چنانچہ ان کی متکبرانہ نفسیات نے انہیں سمجھایا کہ پیغمبر کو بے گھر اور</w:t>
      </w:r>
    </w:p>
    <w:p>
      <w:r>
        <w:rPr>
          <w:b/>
        </w:rPr>
        <w:t xml:space="preserve">[29:52] </w:t>
      </w:r>
      <w:r>
        <w:t>be zameen kar diya jaye.</w:t>
      </w:r>
    </w:p>
    <w:p>
      <w:pPr>
        <w:jc w:val="right"/>
      </w:pPr>
      <w:r>
        <w:t>بے زمین کر دیا جائے۔</w:t>
      </w:r>
    </w:p>
    <w:p>
      <w:r>
        <w:rPr>
          <w:b/>
        </w:rPr>
        <w:t xml:space="preserve">[29:59] </w:t>
      </w:r>
      <w:r>
        <w:t>jis cheez ka tod un ke pas dalil ki zaban mein nahi tha, us ka tod unhon ne</w:t>
      </w:r>
    </w:p>
    <w:p>
      <w:pPr>
        <w:jc w:val="right"/>
      </w:pPr>
      <w:r>
        <w:t>جس چیز کا توڑ ان کے پاس دلیل کی زبان میں نہ تھا، اس کا توڑ انہوں نے</w:t>
      </w:r>
    </w:p>
    <w:p>
      <w:r>
        <w:rPr>
          <w:b/>
        </w:rPr>
        <w:t xml:space="preserve">[30:05] </w:t>
      </w:r>
      <w:r>
        <w:t>taqat ke zariye karne ka faisla kiya.</w:t>
      </w:r>
    </w:p>
    <w:p>
      <w:pPr>
        <w:jc w:val="right"/>
      </w:pPr>
      <w:r>
        <w:t>طاقت کے ذریعے کرنے کا فیصلہ کیا۔</w:t>
      </w:r>
    </w:p>
    <w:p>
      <w:r>
        <w:rPr>
          <w:b/>
        </w:rPr>
        <w:t xml:space="preserve">[30:11] </w:t>
      </w:r>
      <w:r>
        <w:t>jo zameen aadmi ke pas hai, wo is ke pas ba taur imtihan hai, na ke ba taur haq.</w:t>
      </w:r>
    </w:p>
    <w:p>
      <w:pPr>
        <w:jc w:val="right"/>
      </w:pPr>
      <w:r>
        <w:t>جو زمین آدمی کے پاس ہے، وہ اس کے پاس بطور امتحان ہے، نہ کہ بطور حق۔</w:t>
      </w:r>
    </w:p>
    <w:p>
      <w:r>
        <w:rPr>
          <w:b/>
        </w:rPr>
        <w:t xml:space="preserve">[30:17] </w:t>
      </w:r>
      <w:r>
        <w:t>agar aadmi yeh samjhe ke yeh khuda ki cheez hai jis ko us ne</w:t>
      </w:r>
    </w:p>
    <w:p>
      <w:pPr>
        <w:jc w:val="right"/>
      </w:pPr>
      <w:r>
        <w:t>اگر آدمی یہ سمجھے کہ یہ خدا کی چیز ہے جس کو اس نے</w:t>
      </w:r>
    </w:p>
    <w:p>
      <w:r>
        <w:rPr>
          <w:b/>
        </w:rPr>
        <w:t xml:space="preserve">[30:23] </w:t>
      </w:r>
      <w:r>
        <w:t>imtehan ki gharz se is ki tehweel mein diya hai, to is se aadmi ke andar tawazu ki nafasiyat paida ho gi. woh dare ga ke jis Khuda ne diya hai, woh us ko dobara is se chheen na le. magar ghafil log is ko apna zaati haq samajh lete hain. un ka yahi ehsas un ko zalim aur mutakabbir bana deta hai. peghambar jab tak</w:t>
      </w:r>
    </w:p>
    <w:p>
      <w:pPr>
        <w:jc w:val="right"/>
      </w:pPr>
      <w:r>
        <w:t>امتحان کی غرض سے اس کی تحویل میں دیا ہے، تو اس سے آدمی کے اندر تواضع کی نفسیات پیدا ہوگی۔ وہ ڈرے گا کہ جس خدا نے دیا ہے، وہ اس کو دوبارہ اس سے چھین نہ لے۔ مگر غافل لوگ اس کو اپنا ذاتی حق سمجھ لیتے ہیں۔ ان کا یہی احساس ان کو ظالم اور متکبر بنا دیتا ہے۔ پیغمبر جب تک</w:t>
      </w:r>
    </w:p>
    <w:p>
      <w:r>
        <w:rPr>
          <w:b/>
        </w:rPr>
        <w:t xml:space="preserve">[30:53] </w:t>
      </w:r>
      <w:r>
        <w:t>meil ke marhale par pohnchti hai to yeh mukhatib qom ke liye mohlat imtehan khatam hone ke hum</w:t>
      </w:r>
    </w:p>
    <w:p>
      <w:pPr>
        <w:jc w:val="right"/>
      </w:pPr>
      <w:r>
        <w:t>میل کے مرحلے پر پہنچتی ہے تو یہ مخاطب قوم کے لیے مہلت امتحان ختم ہونے کے ہم</w:t>
      </w:r>
    </w:p>
    <w:p>
      <w:r>
        <w:rPr>
          <w:b/>
        </w:rPr>
        <w:t xml:space="preserve">[30:59] </w:t>
      </w:r>
      <w:r>
        <w:t>maeni hoti hai.</w:t>
      </w:r>
    </w:p>
    <w:p>
      <w:pPr>
        <w:jc w:val="right"/>
      </w:pPr>
      <w:r>
        <w:t>معنی ہوتی ہے۔</w:t>
      </w:r>
    </w:p>
    <w:p>
      <w:r>
        <w:rPr>
          <w:b/>
        </w:rPr>
        <w:t xml:space="preserve">[31:05] </w:t>
      </w:r>
      <w:r>
        <w:t>is ke baad woh log dunya ko apne liye bilkul badla hua paate hain.</w:t>
      </w:r>
    </w:p>
    <w:p>
      <w:pPr>
        <w:jc w:val="right"/>
      </w:pPr>
      <w:r>
        <w:t>اس کے بعد وہ لوگ دنیا کو اپنے لیے بالکل بدلا ہوا پاتے ہیں۔</w:t>
      </w:r>
    </w:p>
    <w:p>
      <w:r>
        <w:rPr>
          <w:b/>
        </w:rPr>
        <w:t xml:space="preserve">[31:11] </w:t>
      </w:r>
      <w:r>
        <w:t>jin cheezon ko woh apni cheez samajh kar mutakbirana mansoobe bana rahe the, woh cheezein achanak un ka</w:t>
      </w:r>
    </w:p>
    <w:p>
      <w:pPr>
        <w:jc w:val="right"/>
      </w:pPr>
      <w:r>
        <w:t>جن چیزوں کو وہ اپنی چیز سمجھ کر متکبرانہ منصوبے بنا رہے تھے، وہ چیزیں اچانک ان کا</w:t>
      </w:r>
    </w:p>
    <w:p>
      <w:r>
        <w:rPr>
          <w:b/>
        </w:rPr>
        <w:t xml:space="preserve">[31:17] </w:t>
      </w:r>
      <w:r>
        <w:t>saath chhod deti hain,</w:t>
      </w:r>
    </w:p>
    <w:p>
      <w:pPr>
        <w:jc w:val="right"/>
      </w:pPr>
      <w:r>
        <w:t>ساتھ چھوڑ دیتی ہیں،</w:t>
      </w:r>
    </w:p>
    <w:p>
      <w:r>
        <w:rPr>
          <w:b/>
        </w:rPr>
        <w:t xml:space="preserve">[31:23] </w:t>
      </w:r>
      <w:r>
        <w:t>yahan tak ke woh waqt aata hai jab ke zameen un se chheen kar doosre logon ko de</w:t>
      </w:r>
    </w:p>
    <w:p>
      <w:pPr>
        <w:jc w:val="right"/>
      </w:pPr>
      <w:r>
        <w:t>یہاں تک کہ وہ وقت آتا ہے جب کہ زمین ان سے چھین کر دوسرے لوگوں کو دے</w:t>
      </w:r>
    </w:p>
    <w:p>
      <w:r>
        <w:rPr>
          <w:b/>
        </w:rPr>
        <w:t xml:space="preserve">[31:33] </w:t>
      </w:r>
      <w:r>
        <w:t>di jaye jo un ke muqable mein is ka zyada istihqaaq rakhte hon.</w:t>
      </w:r>
    </w:p>
    <w:p>
      <w:pPr>
        <w:jc w:val="right"/>
      </w:pPr>
      <w:r>
        <w:t>دی جائے جو ان کے مقابلے میں اس کا زیادہ استحقاق رکھتے ہوں۔</w:t>
      </w:r>
    </w:p>
    <w:p>
      <w:r>
        <w:rPr>
          <w:b/>
        </w:rPr>
        <w:t xml:space="preserve">[31:43] </w:t>
      </w:r>
      <w:r>
        <w:t>WASTAFTAHU WA KHABA KULLU JABBARIN ANEEDIN MIN WARAIHI JAHANNAMU WA YUSQA MIN</w:t>
      </w:r>
    </w:p>
    <w:p>
      <w:pPr>
        <w:jc w:val="right"/>
      </w:pPr>
      <w:r>
        <w:t>وَاسْتَفْتَحُوا وَخَابَ كُلُّ جَبَّارٍ عَنِيدٍ مِنْ وَرَائِهِ جَهَنَّمُ وَيُسْقَى مِن</w:t>
      </w:r>
    </w:p>
    <w:p>
      <w:r>
        <w:rPr>
          <w:b/>
        </w:rPr>
        <w:t xml:space="preserve">[31:54] </w:t>
      </w:r>
      <w:r>
        <w:t>ma'in ṣadīd yatajarra'uhu wa la yakādu yusīghuhu wa ya'tīhil mawtu min kulli makānin wa ma huwa bimayyiṭin wa min warā'ihi 'adhābun ghalīẓ. aur unhon ne fi</w:t>
      </w:r>
    </w:p>
    <w:p>
      <w:pPr>
        <w:jc w:val="right"/>
      </w:pPr>
      <w:r>
        <w:t>ْ مَاءٍ صَدِيدٍ يَتَجَرَّعُهُ وَلَا يَكَادُ يُسِيغُهُ وَيَأْتِيهِ الْمَوْتُ مِنْ كُلِّ مَكَانٍ وَمَا هُوَ بِمَيِّتٍ وَمِنْ وَرَائِهِ عَذَابٌ غَلِيظٌ. اور انہوں نے فی</w:t>
      </w:r>
    </w:p>
    <w:p>
      <w:r>
        <w:rPr>
          <w:b/>
        </w:rPr>
        <w:t xml:space="preserve">[32:24] </w:t>
      </w:r>
      <w:r>
        <w:t>sila chaha aur har sarakash ziddee naamuraad hua.</w:t>
      </w:r>
    </w:p>
    <w:p>
      <w:pPr>
        <w:jc w:val="right"/>
      </w:pPr>
      <w:r>
        <w:t>صلہ چاہا اور ہر سرکش ضدی نامراد ہوا۔</w:t>
      </w:r>
    </w:p>
    <w:p>
      <w:r>
        <w:rPr>
          <w:b/>
        </w:rPr>
        <w:t xml:space="preserve">[32:31] </w:t>
      </w:r>
      <w:r>
        <w:t>is ke aage dozakh hai aur is ko peep ka pani peene ko milega.</w:t>
      </w:r>
    </w:p>
    <w:p>
      <w:pPr>
        <w:jc w:val="right"/>
      </w:pPr>
      <w:r>
        <w:t>اس کے آگے دوزخ ہے اور اس کو پیپ کا پانی پینے کو ملے گا۔</w:t>
      </w:r>
    </w:p>
    <w:p>
      <w:r>
        <w:rPr>
          <w:b/>
        </w:rPr>
        <w:t xml:space="preserve">[32:39] </w:t>
      </w:r>
      <w:r>
        <w:t>woh is ko ghoont ghoont piyega aur is ko halaq se mushkil se utaar sakega.</w:t>
      </w:r>
    </w:p>
    <w:p>
      <w:pPr>
        <w:jc w:val="right"/>
      </w:pPr>
      <w:r>
        <w:t>وہ اس کو گھونٹ گھونٹ پیے گا اور اس کو حلق سے مشکل سے اتار سکے گا۔</w:t>
      </w:r>
    </w:p>
    <w:p>
      <w:r>
        <w:rPr>
          <w:b/>
        </w:rPr>
        <w:t xml:space="preserve">[32:46] </w:t>
      </w:r>
      <w:r>
        <w:t>maut har taraf se is par chhayi hui hogi magar woh kisi tarah</w:t>
      </w:r>
    </w:p>
    <w:p>
      <w:pPr>
        <w:jc w:val="right"/>
      </w:pPr>
      <w:r>
        <w:t>موت ہر طرف سے اس پر چھائی ہوئی ہوگی مگر وہ کسی طرح</w:t>
      </w:r>
    </w:p>
    <w:p>
      <w:r>
        <w:rPr>
          <w:b/>
        </w:rPr>
        <w:t xml:space="preserve">[32:54] </w:t>
      </w:r>
      <w:r>
        <w:t>nahin marega aur is ke aage sakht azaab hoga.</w:t>
      </w:r>
    </w:p>
    <w:p>
      <w:pPr>
        <w:jc w:val="right"/>
      </w:pPr>
      <w:r>
        <w:t>نہیں مرے گا اور اس کے آگے سخت عذاب ہوگا۔</w:t>
      </w:r>
    </w:p>
    <w:p>
      <w:r>
        <w:rPr>
          <w:b/>
        </w:rPr>
        <w:t xml:space="preserve">[33:01] </w:t>
      </w:r>
      <w:r>
        <w:t>tashreeh: khuda ke nazdeek kisi aadmi ka sab se bada jurm yeh hai ke us ko khuda ki</w:t>
      </w:r>
    </w:p>
    <w:p>
      <w:pPr>
        <w:jc w:val="right"/>
      </w:pPr>
      <w:r>
        <w:t>تشریح: خدا کے نزدیک کسی آدمی کا سب سے بڑا جرم یہ ہے کہ اس کو خدا کی</w:t>
      </w:r>
    </w:p>
    <w:p>
      <w:r>
        <w:rPr>
          <w:b/>
        </w:rPr>
        <w:t xml:space="preserve">[33:09] </w:t>
      </w:r>
      <w:r>
        <w:t>taraf bulaya jaye aur woh jabbar aur aneed ban kar is ka jawab de.</w:t>
      </w:r>
    </w:p>
    <w:p>
      <w:pPr>
        <w:jc w:val="right"/>
      </w:pPr>
      <w:r>
        <w:t>طرف بلایا جائے اور وہ جبار اور عنید بن کر اس کا جواب دے۔</w:t>
      </w:r>
    </w:p>
    <w:p>
      <w:r>
        <w:rPr>
          <w:b/>
        </w:rPr>
        <w:t xml:space="preserve">[33:16] </w:t>
      </w:r>
      <w:r>
        <w:t>aise logon ke liye dunya mein zillat hai aur aakhirat mein aisa shadeed azaab ke woh</w:t>
      </w:r>
    </w:p>
    <w:p>
      <w:pPr>
        <w:jc w:val="right"/>
      </w:pPr>
      <w:r>
        <w:t>ایسے لوگوں کے لیے دنیا میں ذلت ہے اور آخرت میں ایسا شدید عذاب کہ وہ</w:t>
      </w:r>
    </w:p>
    <w:p>
      <w:r>
        <w:rPr>
          <w:b/>
        </w:rPr>
        <w:t xml:space="preserve">[33:24] </w:t>
      </w:r>
      <w:r>
        <w:t>har waqt apne aap ko maut aur halakat ke kinare paayenge.</w:t>
      </w:r>
    </w:p>
    <w:p>
      <w:pPr>
        <w:jc w:val="right"/>
      </w:pPr>
      <w:r>
        <w:t>ہر وقت اپنے آپ کو موت اور ہلاکت کے کنارے پائیں گے۔</w:t>
      </w:r>
    </w:p>
    <w:p>
      <w:r>
        <w:rPr>
          <w:b/>
        </w:rPr>
        <w:t xml:space="preserve">[33:30] </w:t>
      </w:r>
      <w:r>
        <w:t>jab aadmi kisi ke khilaaf zulm aur sarakashi ka ravaiyya ikhtiyaar karta hai to woh kisi barthe par</w:t>
      </w:r>
    </w:p>
    <w:p>
      <w:pPr>
        <w:jc w:val="right"/>
      </w:pPr>
      <w:r>
        <w:t>جب آدمی کسی کے خلاف ظلم اور سرکشی کا رویہ اختیار کرتا ہے تو وہ کسی برتھے پر</w:t>
      </w:r>
    </w:p>
    <w:p>
      <w:r>
        <w:rPr>
          <w:b/>
        </w:rPr>
        <w:t xml:space="preserve">[33:36] </w:t>
      </w:r>
      <w:r>
        <w:t>aisa karta hai.</w:t>
      </w:r>
    </w:p>
    <w:p>
      <w:pPr>
        <w:jc w:val="right"/>
      </w:pPr>
      <w:r>
        <w:t>ایسا کرتا ہے۔</w:t>
      </w:r>
    </w:p>
    <w:p>
      <w:r>
        <w:rPr>
          <w:b/>
        </w:rPr>
        <w:t xml:space="preserve">[33:42] </w:t>
      </w:r>
      <w:r>
        <w:t>yeh mukhalifeen apne aap ko akabir ke deen par samajhte the, is ke muqable mein paighambar aur is</w:t>
      </w:r>
    </w:p>
    <w:p>
      <w:pPr>
        <w:jc w:val="right"/>
      </w:pPr>
      <w:r>
        <w:t>یہ مخالفین اپنے آپ کو اکابر کے دین پر سمجھتے تھے، اس کے مقابلے میں پیغمبر اور اس</w:t>
      </w:r>
    </w:p>
    <w:p>
      <w:r>
        <w:rPr>
          <w:b/>
        </w:rPr>
        <w:t xml:space="preserve">[33:49] </w:t>
      </w:r>
      <w:r>
        <w:t>ke saathi un ko asaghir dikhai dete the.</w:t>
      </w:r>
    </w:p>
    <w:p>
      <w:pPr>
        <w:jc w:val="right"/>
      </w:pPr>
      <w:r>
        <w:t>کے ساتھی ان کو اساغر دکھائی دیتے تھے۔</w:t>
      </w:r>
    </w:p>
    <w:p>
      <w:r>
        <w:rPr>
          <w:b/>
        </w:rPr>
        <w:t xml:space="preserve">[33:55] </w:t>
      </w:r>
      <w:r>
        <w:t>un ki yahi nafasiyat thi jis ne unhein amada kiya ke woh peghambar aur us ke sathiyon ke upar har qism ke zulm ko apne liye jaiz samajh len. apne ko akabir se mansoob karne hi ki wajah se woh asaghir ke khilaf har qism ki karwaiyon ke liye dalair ho gae. mathalu alladhina kafa</w:t>
      </w:r>
    </w:p>
    <w:p>
      <w:pPr>
        <w:jc w:val="right"/>
      </w:pPr>
      <w:r>
        <w:t>ان کی یہی نفسیات تھی جس نے انہیں آمادہ کیا کہ وہ پیغمبر اور اس کے ساتھیوں کے اوپر ہر قسم کے ظلم کو اپنے لیے جائز سمجھ لیں۔ اپنے کو اکابر سے منسوب کرنے ہی کی وجہ سے وہ اساغر کے خلاف ہر قسم کی کارروائیوں کے لیے دلیر ہو گئے۔ مَثَلُ الَّذِينَ كَفَ</w:t>
      </w:r>
    </w:p>
    <w:p>
      <w:r>
        <w:rPr>
          <w:b/>
        </w:rPr>
        <w:t xml:space="preserve">[34:25] </w:t>
      </w:r>
      <w:r>
        <w:t>RUWA BIRABBIHIM AAMALUHUM KARAMADIN IJTADDAT BIHIRRIYU FI YAUMIN AASIFIN LA YAQDIRUNA MIMMA KASABU ALA SHAIIN THALIKA HUWA</w:t>
      </w:r>
    </w:p>
    <w:p>
      <w:pPr>
        <w:jc w:val="right"/>
      </w:pPr>
      <w:r>
        <w:t>رُوا بِرَبِّهِمْ أَعْمَالُهُمْ كَرَمَادٍ اِجْتَدَّتْ بِهِ الرِّيحُ فِي يَوْمٍ عَاصِفٍ لَا يَقَدِرُونَ مِمَّا كَسَبُوا عَلَى شَيْءٍ ذَلِكَ هُوَ</w:t>
      </w:r>
    </w:p>
    <w:p>
      <w:r>
        <w:rPr>
          <w:b/>
        </w:rPr>
        <w:t xml:space="preserve">[34:40] </w:t>
      </w:r>
      <w:r>
        <w:t>THALALUL BAID ALAM TARA ANNALLAHA KHALAQAS SAMAWATI WAL ARDA BIL HAQQI IN YASHA YUZHIBKUM WAYA'TI</w:t>
      </w:r>
    </w:p>
    <w:p>
      <w:pPr>
        <w:jc w:val="right"/>
      </w:pPr>
      <w:r>
        <w:t>الضَّلَالُ الْبَعِيدُ أَلَمْ تَرَ أَنَّ اللَّهَ خَلَقَ السَّمَاوَاتِ وَالْأَرْضَ بِالْحَقِّ إِنْ يَشَأْ يُذْهِبَكُمْ وَيَأْتِ</w:t>
      </w:r>
    </w:p>
    <w:p>
      <w:r>
        <w:rPr>
          <w:b/>
        </w:rPr>
        <w:t xml:space="preserve">[34:55] </w:t>
      </w:r>
      <w:r>
        <w:t>BIKHALQIN JADEEDIN WA MA THALIKA ALALLAHI BIAZEEZ.</w:t>
      </w:r>
    </w:p>
    <w:p>
      <w:pPr>
        <w:jc w:val="right"/>
      </w:pPr>
      <w:r>
        <w:t>بِخَلْقٍ جَدِيدٍ وَمَا ذَلِكَ عَلَى اللَّهِ بِعَزِيزٍ.</w:t>
      </w:r>
    </w:p>
    <w:p>
      <w:r>
        <w:rPr>
          <w:b/>
        </w:rPr>
        <w:t xml:space="preserve">[35:03] </w:t>
      </w:r>
      <w:r>
        <w:t>jin logon ne apne rab ka inkar kiya, un ke aamal us rakh ki tarah hain jis ko</w:t>
      </w:r>
    </w:p>
    <w:p>
      <w:pPr>
        <w:jc w:val="right"/>
      </w:pPr>
      <w:r>
        <w:t>جن لوگوں نے اپنے رب کا انکار کیا، ان کے اعمال اس راکھ کی طرح ہیں جس کو</w:t>
      </w:r>
    </w:p>
    <w:p>
      <w:r>
        <w:rPr>
          <w:b/>
        </w:rPr>
        <w:t xml:space="preserve">[35:10] </w:t>
      </w:r>
      <w:r>
        <w:t>ek toofani din ki aandhi ne uda diya ho.</w:t>
      </w:r>
    </w:p>
    <w:p>
      <w:pPr>
        <w:jc w:val="right"/>
      </w:pPr>
      <w:r>
        <w:t>ایک طوفانی دن کی آندھی نے اڑا دیا ہو۔</w:t>
      </w:r>
    </w:p>
    <w:p>
      <w:r>
        <w:rPr>
          <w:b/>
        </w:rPr>
        <w:t xml:space="preserve">[35:18] </w:t>
      </w:r>
      <w:r>
        <w:t>woh apne kiye mein se kuch bhi na pa sakeinge. yahi</w:t>
      </w:r>
    </w:p>
    <w:p>
      <w:pPr>
        <w:jc w:val="right"/>
      </w:pPr>
      <w:r>
        <w:t>وہ اپنے کیے میں سے کچھ بھی نہ پا سکیں گے۔ یہی</w:t>
      </w:r>
    </w:p>
    <w:p>
      <w:r>
        <w:rPr>
          <w:b/>
        </w:rPr>
        <w:t xml:space="preserve">[35:25] </w:t>
      </w:r>
      <w:r>
        <w:t>door ki gumrahi hai.</w:t>
      </w:r>
    </w:p>
    <w:p>
      <w:pPr>
        <w:jc w:val="right"/>
      </w:pPr>
      <w:r>
        <w:t>دور کی گمراہی ہے۔</w:t>
      </w:r>
    </w:p>
    <w:p>
      <w:r>
        <w:rPr>
          <w:b/>
        </w:rPr>
        <w:t xml:space="preserve">[35:33] </w:t>
      </w:r>
      <w:r>
        <w:t>kya tum ne nahi dekha ke Allah ne aasmanon aur zameen ko bilkul theek theek paida kiya hai?</w:t>
      </w:r>
    </w:p>
    <w:p>
      <w:pPr>
        <w:jc w:val="right"/>
      </w:pPr>
      <w:r>
        <w:t>کیا تم نے نہیں دیکھا کہ اللہ نے آسمانوں اور زمین کو بالکل ٹھیک ٹھیک پیدا کیا ہے؟</w:t>
      </w:r>
    </w:p>
    <w:p>
      <w:r>
        <w:rPr>
          <w:b/>
        </w:rPr>
        <w:t xml:space="preserve">[35:40] </w:t>
      </w:r>
      <w:r>
        <w:t>agar woh chahe to tum logon ko le jaye aur ek nai makhlooq le aaye, aur yeh Khuda</w:t>
      </w:r>
    </w:p>
    <w:p>
      <w:pPr>
        <w:jc w:val="right"/>
      </w:pPr>
      <w:r>
        <w:t>اگر وہ چاہے تو تم لوگوں کو لے جائے اور ایک نئی مخلوق لے آئے، اور یہ خدا</w:t>
      </w:r>
    </w:p>
    <w:p>
      <w:r>
        <w:rPr>
          <w:b/>
        </w:rPr>
        <w:t xml:space="preserve">[35:48] </w:t>
      </w:r>
      <w:r>
        <w:t>par kuch dushwar bhi nahi.</w:t>
      </w:r>
    </w:p>
    <w:p>
      <w:pPr>
        <w:jc w:val="right"/>
      </w:pPr>
      <w:r>
        <w:t>پر کچھ دشوار بھی نہیں۔</w:t>
      </w:r>
    </w:p>
    <w:p>
      <w:r>
        <w:rPr>
          <w:b/>
        </w:rPr>
        <w:t xml:space="preserve">[35:56] </w:t>
      </w:r>
      <w:r>
        <w:t>tashreeh: Arab ke jin logon ne Rasool Allah Sal Allah o Alaihe Wasallam ka inkar kiya, woh sab Khuda</w:t>
      </w:r>
    </w:p>
    <w:p>
      <w:pPr>
        <w:jc w:val="right"/>
      </w:pPr>
      <w:r>
        <w:t>تشریح: عرب کے جن لوگوں نے رسول اللہ صلی اللہ علیہ وسلم کا انکار کیا، وہ سب خدا</w:t>
      </w:r>
    </w:p>
    <w:p>
      <w:r>
        <w:rPr>
          <w:b/>
        </w:rPr>
        <w:t xml:space="preserve">[36:03] </w:t>
      </w:r>
      <w:r>
        <w:t>aur mazhab ko manane wale log thay.</w:t>
      </w:r>
    </w:p>
    <w:p>
      <w:pPr>
        <w:jc w:val="right"/>
      </w:pPr>
      <w:r>
        <w:t>اور مذہب کو ماننے والے لوگ تھے۔</w:t>
      </w:r>
    </w:p>
    <w:p>
      <w:r>
        <w:rPr>
          <w:b/>
        </w:rPr>
        <w:t xml:space="preserve">[36:11] </w:t>
      </w:r>
      <w:r>
        <w:t>phir kyun woh aap ke munkir ban gaye? is ki wajah yeh thi ke aap ki satah par</w:t>
      </w:r>
    </w:p>
    <w:p>
      <w:pPr>
        <w:jc w:val="right"/>
      </w:pPr>
      <w:r>
        <w:t>پھر کیوں وہ آپ کے منکر بن گئے؟ اس کی وجہ یہ تھی کہ آپ کی سطح پر</w:t>
      </w:r>
    </w:p>
    <w:p>
      <w:r>
        <w:rPr>
          <w:b/>
        </w:rPr>
        <w:t xml:space="preserve">[36:19] </w:t>
      </w:r>
      <w:r>
        <w:t>haq apni mujarrad soorat mein zahir hua tha, jabke woh log sirf</w:t>
      </w:r>
    </w:p>
    <w:p>
      <w:pPr>
        <w:jc w:val="right"/>
      </w:pPr>
      <w:r>
        <w:t>حق اپنی مجرد صورت میں ظاہر ہوا تھا، جبکہ وہ لوگ صرف</w:t>
      </w:r>
    </w:p>
    <w:p>
      <w:r>
        <w:rPr>
          <w:b/>
        </w:rPr>
        <w:t xml:space="preserve">[36:26] </w:t>
      </w:r>
      <w:r>
        <w:t>is cheez ko haq samajhte thay jo un ke qaumi buzurgon ke zariye unhein mila tha.</w:t>
      </w:r>
    </w:p>
    <w:p>
      <w:pPr>
        <w:jc w:val="right"/>
      </w:pPr>
      <w:r>
        <w:t>اس چیز کو حق سمجھتے تھے جو ان کے قومی بزرگوں کے ذریعے انہیں ملا ہو۔</w:t>
      </w:r>
    </w:p>
    <w:p>
      <w:r>
        <w:rPr>
          <w:b/>
        </w:rPr>
        <w:t xml:space="preserve">[36:34] </w:t>
      </w:r>
      <w:r>
        <w:t>unhon ne apne muslim qaumi buzurgon ke deen ko pehchana, magar woh Muhammad bin Abdullah ke deen ko</w:t>
      </w:r>
    </w:p>
    <w:p>
      <w:pPr>
        <w:jc w:val="right"/>
      </w:pPr>
      <w:r>
        <w:t>انہوں نے اپنے مسلم قومی بزرگوں کے دین کو پہچانا، مگر وہ محمد بن عبداللہ کے دین کو</w:t>
      </w:r>
    </w:p>
    <w:p>
      <w:r>
        <w:rPr>
          <w:b/>
        </w:rPr>
        <w:t xml:space="preserve">[36:41] </w:t>
      </w:r>
      <w:r>
        <w:t>pehchanne mein nakaam rahe.</w:t>
      </w:r>
    </w:p>
    <w:p>
      <w:pPr>
        <w:jc w:val="right"/>
      </w:pPr>
      <w:r>
        <w:t>پہچاننے میں ناکام رہے۔</w:t>
      </w:r>
    </w:p>
    <w:p>
      <w:r>
        <w:rPr>
          <w:b/>
        </w:rPr>
        <w:t xml:space="preserve">[36:49] </w:t>
      </w:r>
      <w:r>
        <w:t>jo log qaumi rawaiyat ke zair asar deen ko</w:t>
      </w:r>
    </w:p>
    <w:p>
      <w:pPr>
        <w:jc w:val="right"/>
      </w:pPr>
      <w:r>
        <w:t>جو لوگ قومی روایات کے زیر اثر دین کو</w:t>
      </w:r>
    </w:p>
    <w:p>
      <w:r>
        <w:rPr>
          <w:b/>
        </w:rPr>
        <w:t xml:space="preserve">[36:56] </w:t>
      </w:r>
      <w:r>
        <w:t>paayein, un ke yahan bhi deeni mazahir maujood hotay hain, balkey aksar un ke yahan deen ki dhoom</w:t>
      </w:r>
    </w:p>
    <w:p>
      <w:pPr>
        <w:jc w:val="right"/>
      </w:pPr>
      <w:r>
        <w:t>پائیں، ان کے یہاں بھی دینی مظاہر موجود ہوتے ہیں، بلکہ اکثر ان کے یہاں دین کی دھوم</w:t>
      </w:r>
    </w:p>
    <w:p>
      <w:r>
        <w:rPr>
          <w:b/>
        </w:rPr>
        <w:t xml:space="preserve">[37:02] </w:t>
      </w:r>
      <w:r>
        <w:t>pai jati hai.</w:t>
      </w:r>
    </w:p>
    <w:p>
      <w:pPr>
        <w:jc w:val="right"/>
      </w:pPr>
      <w:r>
        <w:t>پائی جاتی ہے۔</w:t>
      </w:r>
    </w:p>
    <w:p>
      <w:r>
        <w:rPr>
          <w:b/>
        </w:rPr>
        <w:t xml:space="preserve">[37:09] </w:t>
      </w:r>
      <w:r>
        <w:t>tahum yeh sab kuch mahaz zahiri dindari hoti hai.</w:t>
      </w:r>
    </w:p>
    <w:p>
      <w:pPr>
        <w:jc w:val="right"/>
      </w:pPr>
      <w:r>
        <w:t>تاہم یہ سب کچھ محض ظاہری دینداری ہوتی ہے۔</w:t>
      </w:r>
    </w:p>
    <w:p>
      <w:r>
        <w:rPr>
          <w:b/>
        </w:rPr>
        <w:t xml:space="preserve">[37:15] </w:t>
      </w:r>
      <w:r>
        <w:t>deen ki asal haqeeqat se is ka koi ta'alluq nahi hota.</w:t>
      </w:r>
    </w:p>
    <w:p>
      <w:pPr>
        <w:jc w:val="right"/>
      </w:pPr>
      <w:r>
        <w:t>دین کی اصل حقیقت سے اس کا کوئی تعلق نہیں ہوتا۔</w:t>
      </w:r>
    </w:p>
    <w:p>
      <w:r>
        <w:rPr>
          <w:b/>
        </w:rPr>
        <w:t xml:space="preserve">[37:21] </w:t>
      </w:r>
      <w:r>
        <w:t>magar Khuda ko jo cheez matloob</w:t>
      </w:r>
    </w:p>
    <w:p>
      <w:pPr>
        <w:jc w:val="right"/>
      </w:pPr>
      <w:r>
        <w:t>مگر خدا کو جو چیز مطلوب</w:t>
      </w:r>
    </w:p>
    <w:p>
      <w:r>
        <w:rPr>
          <w:b/>
        </w:rPr>
        <w:t xml:space="preserve">[37:27] </w:t>
      </w:r>
      <w:r>
        <w:t>hai, woh haqeeqi dindari hai, na ke zahiri hangamay.</w:t>
      </w:r>
    </w:p>
    <w:p>
      <w:pPr>
        <w:jc w:val="right"/>
      </w:pPr>
      <w:r>
        <w:t>ہے، وہ حقیقی دینداری ہے، نہ کہ ظاہری ہنگامے۔</w:t>
      </w:r>
    </w:p>
    <w:p>
      <w:r>
        <w:rPr>
          <w:b/>
        </w:rPr>
        <w:t xml:space="preserve">[37:37] </w:t>
      </w:r>
      <w:r>
        <w:t>Khuda ko woh insan matloob hai jis ne zaati shaoor ki satah par haq ko paya ho, jis</w:t>
      </w:r>
    </w:p>
    <w:p>
      <w:pPr>
        <w:jc w:val="right"/>
      </w:pPr>
      <w:r>
        <w:t>خدا کو وہ انسان مطلوب ہے جس نے ذاتی شعور کی سطح پر حق کو پایا ہو، جس</w:t>
      </w:r>
    </w:p>
    <w:p>
      <w:r>
        <w:rPr>
          <w:b/>
        </w:rPr>
        <w:t xml:space="preserve">[37:47] </w:t>
      </w:r>
      <w:r>
        <w:t>ne alam-e-ghayb mein Khuda ka mushahida kiya ho, jis ne haq ko us ki</w:t>
      </w:r>
    </w:p>
    <w:p>
      <w:pPr>
        <w:jc w:val="right"/>
      </w:pPr>
      <w:r>
        <w:t>نے عالم غیب میں خدا کا مشاہدہ کیا ہو، جس نے حق کو اس کی</w:t>
      </w:r>
    </w:p>
    <w:p>
      <w:r>
        <w:rPr>
          <w:b/>
        </w:rPr>
        <w:t xml:space="preserve">[37:57] </w:t>
      </w:r>
      <w:r>
        <w:t>mujarrad soorat mein pehchana ho aur uska saath diya ho, jis ki rooh Khuda ke samandar mein</w:t>
      </w:r>
    </w:p>
    <w:p>
      <w:pPr>
        <w:jc w:val="right"/>
      </w:pPr>
      <w:r>
        <w:t>مجرد صورت میں پہچانا ہو اور اس کا ساتھ دیا ہو، جس کی روح خدا کے سمندر میں</w:t>
      </w:r>
    </w:p>
    <w:p>
      <w:r>
        <w:rPr>
          <w:b/>
        </w:rPr>
        <w:t xml:space="preserve">[38:05] </w:t>
      </w:r>
      <w:r>
        <w:t>nahai hui ho, jo Khuda ki mohabbat mein tadpa ho, aur Khuda ke khauf se jis ki aankhein</w:t>
      </w:r>
    </w:p>
    <w:p>
      <w:pPr>
        <w:jc w:val="right"/>
      </w:pPr>
      <w:r>
        <w:t>نہائی ہوئی ہو، جو خدا کی محبت میں تڑپا ہو، اور خدا کے خوف سے جس کی آنکھوں</w:t>
      </w:r>
    </w:p>
    <w:p>
      <w:r>
        <w:rPr>
          <w:b/>
        </w:rPr>
        <w:t xml:space="preserve">[38:12] </w:t>
      </w:r>
      <w:r>
        <w:t>ne aansu bahaye hon.</w:t>
      </w:r>
    </w:p>
    <w:p>
      <w:pPr>
        <w:jc w:val="right"/>
      </w:pPr>
      <w:r>
        <w:t>نے آنسو بہائے ہوں۔</w:t>
      </w:r>
    </w:p>
    <w:p>
      <w:r>
        <w:rPr>
          <w:b/>
        </w:rPr>
        <w:t xml:space="preserve">[38:20] </w:t>
      </w:r>
      <w:r>
        <w:t>pehli qism ke logon ki dindari oopri dindari hai.</w:t>
      </w:r>
    </w:p>
    <w:p>
      <w:pPr>
        <w:jc w:val="right"/>
      </w:pPr>
      <w:r>
        <w:t>پہلی قسم کے لوگوں کی دینداری اوپری دینداری ہے۔</w:t>
      </w:r>
    </w:p>
    <w:p>
      <w:r>
        <w:rPr>
          <w:b/>
        </w:rPr>
        <w:t xml:space="preserve">[38:27] </w:t>
      </w:r>
      <w:r>
        <w:t>qayamat ki aandhi is ko isi tarah baha le jaye gi jis tarah satah zameen ke khas o</w:t>
      </w:r>
    </w:p>
    <w:p>
      <w:pPr>
        <w:jc w:val="right"/>
      </w:pPr>
      <w:r>
        <w:t>قیامت کی آندھی اس کو اسی طرح بہا لے جائے گی جس طرح سطح زمین کے خس و</w:t>
      </w:r>
    </w:p>
    <w:p>
      <w:r>
        <w:rPr>
          <w:b/>
        </w:rPr>
        <w:t xml:space="preserve">[38:34] </w:t>
      </w:r>
      <w:r>
        <w:t>khashak tez hawa mein ur jate hain.</w:t>
      </w:r>
    </w:p>
    <w:p>
      <w:pPr>
        <w:jc w:val="right"/>
      </w:pPr>
      <w:r>
        <w:t>خاشاک تیز ہوا میں اڑ جاتے ہیں۔</w:t>
      </w:r>
    </w:p>
    <w:p>
      <w:r>
        <w:rPr>
          <w:b/>
        </w:rPr>
        <w:t xml:space="preserve">[38:40] </w:t>
      </w:r>
      <w:r>
        <w:t>is ke bar aks doosri qism ke logon ka deen haqeeqi deen hai.</w:t>
      </w:r>
    </w:p>
    <w:p>
      <w:pPr>
        <w:jc w:val="right"/>
      </w:pPr>
      <w:r>
        <w:t>اس کے برعکس دوسری قسم کے لوگوں کا دین حقیقی دین ہے۔</w:t>
      </w:r>
    </w:p>
    <w:p>
      <w:r>
        <w:rPr>
          <w:b/>
        </w:rPr>
        <w:t xml:space="preserve">[38:46] </w:t>
      </w:r>
      <w:r>
        <w:t>woh insani wajood ki aakhri gehrai tak pevast hota hai.</w:t>
      </w:r>
    </w:p>
    <w:p>
      <w:pPr>
        <w:jc w:val="right"/>
      </w:pPr>
      <w:r>
        <w:t>وہ انسانی وجود کی آخری گہرائی تک پیوست ہوتا ہے۔</w:t>
      </w:r>
    </w:p>
    <w:p>
      <w:r>
        <w:rPr>
          <w:b/>
        </w:rPr>
        <w:t xml:space="preserve">[38:53] </w:t>
      </w:r>
      <w:r>
        <w:t>aise wajood ke liye</w:t>
      </w:r>
    </w:p>
    <w:p>
      <w:pPr>
        <w:jc w:val="right"/>
      </w:pPr>
      <w:r>
        <w:t>ایسے وجود کے لیے</w:t>
      </w:r>
    </w:p>
    <w:p>
      <w:r>
        <w:rPr>
          <w:b/>
        </w:rPr>
        <w:t xml:space="preserve">[38:59] </w:t>
      </w:r>
      <w:r>
        <w:t>aandhi sirf is liye aati hai ke woh is ki mazbooti ko sabit kare, na ke is ko</w:t>
      </w:r>
    </w:p>
    <w:p>
      <w:pPr>
        <w:jc w:val="right"/>
      </w:pPr>
      <w:r>
        <w:t>آندھی صرف اس لیے آتی ہے کہ وہ اس کی مضبوطی کو ثابت کرے، نہ کہ اس کو</w:t>
      </w:r>
    </w:p>
    <w:p>
      <w:r>
        <w:rPr>
          <w:b/>
        </w:rPr>
        <w:t xml:space="preserve">[39:07] </w:t>
      </w:r>
      <w:r>
        <w:t>ukhar le jaye.</w:t>
      </w:r>
    </w:p>
    <w:p>
      <w:pPr>
        <w:jc w:val="right"/>
      </w:pPr>
      <w:r>
        <w:t>اکھاڑ لے جائے۔</w:t>
      </w:r>
    </w:p>
    <w:p>
      <w:r>
        <w:rPr>
          <w:b/>
        </w:rPr>
        <w:t xml:space="preserve">[39:15] </w:t>
      </w:r>
      <w:r>
        <w:t>kainat ka mutalia batata hai ke is ki takhleeq haqaiq par hui hai.</w:t>
      </w:r>
    </w:p>
    <w:p>
      <w:pPr>
        <w:jc w:val="right"/>
      </w:pPr>
      <w:r>
        <w:t>کائنات کا مطالعہ بتاتا ہے کہ اس کی تخلیق حقائق پر ہوئی ہے۔</w:t>
      </w:r>
    </w:p>
    <w:p>
      <w:r>
        <w:rPr>
          <w:b/>
        </w:rPr>
        <w:t xml:space="preserve">[39:22] </w:t>
      </w:r>
      <w:r>
        <w:t>aisi kainat mein sirf haqeeqi amal ki qeemat ho sakti hai, na ke mafrozon aur khush gamaniyon ki.</w:t>
      </w:r>
    </w:p>
    <w:p>
      <w:pPr>
        <w:jc w:val="right"/>
      </w:pPr>
      <w:r>
        <w:t>ایسی کائنات میں صرف حقیقی عمل کی قیمت ہو سکتی ہے، نہ کہ مفروضوں اور خوش گمانیوں کی۔</w:t>
      </w:r>
    </w:p>
    <w:p>
      <w:r>
        <w:rPr>
          <w:b/>
        </w:rPr>
        <w:t xml:space="preserve">[39:30] </w:t>
      </w:r>
      <w:r>
        <w:t>wa barazoolillah jameean faqala al-du'afa'u lillatheena istakbaroo inna kunna lakum taba'an fahal antum mughnoon 'anna min 'adhabillah min shay'in</w:t>
      </w:r>
    </w:p>
    <w:p>
      <w:pPr>
        <w:jc w:val="right"/>
      </w:pPr>
      <w:r>
        <w:t>وَبَرَزُولِ اللَّهِ جَمِيعًا فَقَالَ الضُّعَفَاءُ لِلَّذِينَ اسْتَكْبَرُوا إِنَّا كُنَّا لَكُمْ تَبَعًا فَهَلْ أَنْتُمْ مُغْنُونَ عَنَّا مِنْ عَذَابِ اللَّهِ مِنْ شَيْءٍ</w:t>
      </w:r>
    </w:p>
    <w:p>
      <w:r>
        <w:rPr>
          <w:b/>
        </w:rPr>
        <w:t xml:space="preserve">[40:02] </w:t>
      </w:r>
      <w:r>
        <w:t>? qaloo law hadaanal laahu lahadaynaakum sawaa'un 'alaynaa ajaz'naa am sabarnaa maa lanaa min mahees.</w:t>
      </w:r>
    </w:p>
    <w:p>
      <w:pPr>
        <w:jc w:val="right"/>
      </w:pPr>
      <w:r>
        <w:t>؟ قَالُوا لَوْ هَدَانَا اللَّهُ لَهَدَيْنَاكُمْ سَوَاءٌ عَلَيْنَا أَجَزِعْنَا أَمْ صَبَرْنَا مَا لَنَا مِنْ مَحِيصٍ.</w:t>
      </w:r>
    </w:p>
    <w:p>
      <w:r>
        <w:rPr>
          <w:b/>
        </w:rPr>
        <w:t xml:space="preserve">[40:12] </w:t>
      </w:r>
      <w:r>
        <w:t>aur Khuda ke samne sab pesh honge.</w:t>
      </w:r>
    </w:p>
    <w:p>
      <w:pPr>
        <w:jc w:val="right"/>
      </w:pPr>
      <w:r>
        <w:t>اور خدا کے سامنے سب پیش ہوں گے۔</w:t>
      </w:r>
    </w:p>
    <w:p>
      <w:r>
        <w:rPr>
          <w:b/>
        </w:rPr>
        <w:t xml:space="preserve">[40:22] </w:t>
      </w:r>
      <w:r>
        <w:t>phir kamzor log un logon se kahenge jo</w:t>
      </w:r>
    </w:p>
    <w:p>
      <w:pPr>
        <w:jc w:val="right"/>
      </w:pPr>
      <w:r>
        <w:t>پھر کمزور لوگ ان لوگوں سے کہیں گے جو</w:t>
      </w:r>
    </w:p>
    <w:p>
      <w:r>
        <w:rPr>
          <w:b/>
        </w:rPr>
        <w:t xml:space="preserve">[40:32] </w:t>
      </w:r>
      <w:r>
        <w:t>badai wale the: "hum tumhare tabe the, to kya tum Allah ke azab se kuch hum ko bachao</w:t>
      </w:r>
    </w:p>
    <w:p>
      <w:pPr>
        <w:jc w:val="right"/>
      </w:pPr>
      <w:r>
        <w:t>بڑائی والے تھے: "ہم تمہارے تابع تھے، تو کیا تم اللہ کے عذاب سے کچھ ہم کو بچاؤ</w:t>
      </w:r>
    </w:p>
    <w:p>
      <w:r>
        <w:rPr>
          <w:b/>
        </w:rPr>
        <w:t xml:space="preserve">[40:38] </w:t>
      </w:r>
      <w:r>
        <w:t>ge?" woh kahenge ke agar Allah hum ko koi rah dikhata to hum tum ko bhi zaroor</w:t>
      </w:r>
    </w:p>
    <w:p>
      <w:pPr>
        <w:jc w:val="right"/>
      </w:pPr>
      <w:r>
        <w:t>گے؟" وہ کہیں گے کہ اگر اللہ ہم کو کوئی راہ دکھاتا تو ہم تم کو بھی ضرور</w:t>
      </w:r>
    </w:p>
    <w:p>
      <w:r>
        <w:rPr>
          <w:b/>
        </w:rPr>
        <w:t xml:space="preserve">[40:44] </w:t>
      </w:r>
      <w:r>
        <w:t>woh rah dikha dete.</w:t>
      </w:r>
    </w:p>
    <w:p>
      <w:pPr>
        <w:jc w:val="right"/>
      </w:pPr>
      <w:r>
        <w:t>وہ راہ دکھا دیتے۔</w:t>
      </w:r>
    </w:p>
    <w:p>
      <w:r>
        <w:rPr>
          <w:b/>
        </w:rPr>
        <w:t xml:space="preserve">[40:50] </w:t>
      </w:r>
      <w:r>
        <w:t>ab hamare liye yeksan hai ke hum be qaraar hon ya sabr karen.</w:t>
      </w:r>
    </w:p>
    <w:p>
      <w:pPr>
        <w:jc w:val="right"/>
      </w:pPr>
      <w:r>
        <w:t>اب ہمارے لیے یکساں ہے کہ ہم بے قرار ہوں یا صبر کریں۔</w:t>
      </w:r>
    </w:p>
    <w:p>
      <w:r>
        <w:rPr>
          <w:b/>
        </w:rPr>
        <w:t xml:space="preserve">[40:56] </w:t>
      </w:r>
      <w:r>
        <w:t>hamare bachne ki ko</w:t>
      </w:r>
    </w:p>
    <w:p>
      <w:pPr>
        <w:jc w:val="right"/>
      </w:pPr>
      <w:r>
        <w:t>ہمارے بچنے کی کو</w:t>
      </w:r>
    </w:p>
    <w:p>
      <w:r>
        <w:rPr>
          <w:b/>
        </w:rPr>
        <w:t xml:space="preserve">[41:02] </w:t>
      </w:r>
      <w:r>
        <w:t>yi surat nahin.</w:t>
      </w:r>
    </w:p>
    <w:p>
      <w:pPr>
        <w:jc w:val="right"/>
      </w:pPr>
      <w:r>
        <w:t>ئی صورت نہیں۔</w:t>
      </w:r>
    </w:p>
    <w:p>
      <w:r>
        <w:rPr>
          <w:b/>
        </w:rPr>
        <w:t xml:space="preserve">[41:08] </w:t>
      </w:r>
      <w:r>
        <w:t>tashreeh: insan bator waqea agarche har waqt Khuda ke samne hai, magar duniya mein aadmi apne aap ko</w:t>
      </w:r>
    </w:p>
    <w:p>
      <w:pPr>
        <w:jc w:val="right"/>
      </w:pPr>
      <w:r>
        <w:t>تشریح: انسان بطور واقعہ اگرچہ ہر وقت خدا کے سامنے ہے، مگر دنیا میں آدمی اپنے آپ کو</w:t>
      </w:r>
    </w:p>
    <w:p>
      <w:r>
        <w:rPr>
          <w:b/>
        </w:rPr>
        <w:t xml:space="preserve">[41:15] </w:t>
      </w:r>
      <w:r>
        <w:t>bazaahir Khuda ke samne nahin pata.</w:t>
      </w:r>
    </w:p>
    <w:p>
      <w:pPr>
        <w:jc w:val="right"/>
      </w:pPr>
      <w:r>
        <w:t>بظاہر خدا کے سامنے نہیں پاتا۔</w:t>
      </w:r>
    </w:p>
    <w:p>
      <w:r>
        <w:rPr>
          <w:b/>
        </w:rPr>
        <w:t xml:space="preserve">[41:21] </w:t>
      </w:r>
      <w:r>
        <w:t>aakhirat mein yeh parda hat jayega.</w:t>
      </w:r>
    </w:p>
    <w:p>
      <w:pPr>
        <w:jc w:val="right"/>
      </w:pPr>
      <w:r>
        <w:t>آخرت میں یہ پردہ ہٹ جائے گا۔</w:t>
      </w:r>
    </w:p>
    <w:p>
      <w:r>
        <w:rPr>
          <w:b/>
        </w:rPr>
        <w:t xml:space="preserve">[41:27] </w:t>
      </w:r>
      <w:r>
        <w:t>is waqt aadmi dekhega ke woh</w:t>
      </w:r>
    </w:p>
    <w:p>
      <w:pPr>
        <w:jc w:val="right"/>
      </w:pPr>
      <w:r>
        <w:t>اس وقت آدمی دیکھے گا کہ وہ</w:t>
      </w:r>
    </w:p>
    <w:p>
      <w:r>
        <w:rPr>
          <w:b/>
        </w:rPr>
        <w:t xml:space="preserve">[41:33] </w:t>
      </w:r>
      <w:r>
        <w:t>is tarah kamil taur par Khuda ke samne tha ke is ki koi cheez Khuda se chupi hui na thi.</w:t>
      </w:r>
    </w:p>
    <w:p>
      <w:pPr>
        <w:jc w:val="right"/>
      </w:pPr>
      <w:r>
        <w:t>اس طرح کامل طور پر خدا کے سامنے تھا کہ اس کی کوئی چیز خدا سے چھپی ہوئی نہ تھی۔</w:t>
      </w:r>
    </w:p>
    <w:p>
      <w:r>
        <w:rPr>
          <w:b/>
        </w:rPr>
        <w:t xml:space="preserve">[41:40] </w:t>
      </w:r>
      <w:r>
        <w:t>dunya mein jo log haq ko nazar andaaz karte hain, un ka sab se bara sahara un ke</w:t>
      </w:r>
    </w:p>
    <w:p>
      <w:pPr>
        <w:jc w:val="right"/>
      </w:pPr>
      <w:r>
        <w:t>دنیا میں جو لوگ حق کو نظر انداز کرتے ہیں، ان کا سب سے بڑا سہارا ان کے</w:t>
      </w:r>
    </w:p>
    <w:p>
      <w:r>
        <w:rPr>
          <w:b/>
        </w:rPr>
        <w:t xml:space="preserve">[41:48] </w:t>
      </w:r>
      <w:r>
        <w:t>mafroza akabir hote hain, khwah woh murda akabir hon ya zinda akabir.</w:t>
      </w:r>
    </w:p>
    <w:p>
      <w:pPr>
        <w:jc w:val="right"/>
      </w:pPr>
      <w:r>
        <w:t>مفروضہ اکابر ہوتے ہیں، خواہ وہ مردہ اکابر ہوں یا زندہ اکابر۔</w:t>
      </w:r>
    </w:p>
    <w:p>
      <w:r>
        <w:rPr>
          <w:b/>
        </w:rPr>
        <w:t xml:space="preserve">[41:56] </w:t>
      </w:r>
      <w:r>
        <w:t>chote jo kuch karte hain, apne barhon ke bal par karte hain.</w:t>
      </w:r>
    </w:p>
    <w:p>
      <w:pPr>
        <w:jc w:val="right"/>
      </w:pPr>
      <w:r>
        <w:t>چھوٹے جو کچھ کرتے ہیں، اپنے بڑوں کے بل پر کرتے ہیں۔</w:t>
      </w:r>
    </w:p>
    <w:p>
      <w:r>
        <w:rPr>
          <w:b/>
        </w:rPr>
        <w:t xml:space="preserve">[42:03] </w:t>
      </w:r>
      <w:r>
        <w:t>akhirat mein jab yeh log apne aap ko bilkul bebsi ki halat mein payenge to woh apne barhon se kahenge ke dunya mein hum tumhari rehnumai par aitmad kiye hue thay, ab yahan bhi tum hamari kuch rehnumai karo. is ke jawab mein un ke barhay choton se kahenge ke aaj</w:t>
      </w:r>
    </w:p>
    <w:p>
      <w:pPr>
        <w:jc w:val="right"/>
      </w:pPr>
      <w:r>
        <w:t>آخرت میں جب یہ لوگ اپنے آپ کو بالکل بے بسی کی حالت میں پائیں گے تو وہ اپنے بڑوں سے کہیں گے کہ دنیا میں ہم تمہاری رہنمائی پر اعتماد کیے ہوئے تھے، اب یہاں بھی تم ہماری کچھ رہنمائی کرو۔ اس کے جواب میں ان کے بڑے اپنے چھوٹوں سے کہیں گے کہ آج</w:t>
      </w:r>
    </w:p>
    <w:p>
      <w:r>
        <w:rPr>
          <w:b/>
        </w:rPr>
        <w:t xml:space="preserve">[42:33] </w:t>
      </w:r>
      <w:r>
        <w:t>ka din to isi liye aya hai ke woh hamare be rehnuma hone ko be naqab kare. phir ab hum tum ko kya rehnumai de sakte hain? hamari rehnumai to mahaz waqti fareb thi jo pichli dunya mein khatam ho gayi. ab to yahi hai ke tum bhi apne bhatakne ka nateeja bhagto,</w:t>
      </w:r>
    </w:p>
    <w:p>
      <w:pPr>
        <w:jc w:val="right"/>
      </w:pPr>
      <w:r>
        <w:t>کا دن تو اسی لیے آیا ہے کہ وہ ہمارے بے رہنما ہونے کو بے نقاب کرے۔ پھر اب ہم تم کو کیا رہنمائی دے سکتے ہیں؟ ہماری رہنمائی تو محض وقتی فریب تھی جو پچھلی دنیا میں ختم ہو گئی۔ اب تو یہی ہے کہ تم بھی اپنے بھٹکنے کا نتیجہ بھگتو،</w:t>
      </w:r>
    </w:p>
    <w:p>
      <w:r>
        <w:rPr>
          <w:b/>
        </w:rPr>
        <w:t xml:space="preserve">[43:03] </w:t>
      </w:r>
      <w:r>
        <w:t>aur hum bhi apni gumrahi ka nateeja bhagten. hum chahen ya na chahen, behal ab hamara is ke siwa koi aur anjam nahin. wa qala al-shaytanu lamma qudiya al-amru innalaha wa'adakum wa'da al-haqqi wa wa'adtukum fa akhlaftukum wa ma kana li 'alay</w:t>
      </w:r>
    </w:p>
    <w:p>
      <w:pPr>
        <w:jc w:val="right"/>
      </w:pPr>
      <w:r>
        <w:t>اور ہم بھی اپنی گمراہی کا نتیجہ بھگتیں۔ ہم چاہیں یا نہ چاہیں، بہرحال اب ہمارا اس کے سوا کوئی اور انجام نہیں۔ وَقَالَ الشَّيْطَانُ لَمَّا قُضِيَ الْأَمْرُ إِنَّ اللَّهَ وَعَدَكُمْ وَعْدَ الْحَقِّ وَوَعَدْتُكُمْ فَأَخْلَفْتُكُمْ وَمَا كَانَ لِيَ عَلَيْ</w:t>
      </w:r>
    </w:p>
    <w:p>
      <w:r>
        <w:rPr>
          <w:b/>
        </w:rPr>
        <w:t xml:space="preserve">[43:33] </w:t>
      </w:r>
      <w:r>
        <w:t>kum min sultani illan da'awtukum fastajabtum li fala talumooni wa lumoo anfusakum ma ana bi musrikhikum</w:t>
      </w:r>
    </w:p>
    <w:p>
      <w:pPr>
        <w:jc w:val="right"/>
      </w:pPr>
      <w:r>
        <w:t>كُمْ مِنْ سُلْطَانٍ إِلَّا أَنْ دَعَوْتُكُمْ فَاسْتَجَبْتُمْ لِي فَلَا تَلُومُونِي وَلُومُوا أَنْفُسَكُمْ مَا أَنَا بِمُصْرِحِكُمْ</w:t>
      </w:r>
    </w:p>
    <w:p>
      <w:r>
        <w:rPr>
          <w:b/>
        </w:rPr>
        <w:t xml:space="preserve">[44:05] </w:t>
      </w:r>
      <w:r>
        <w:t>wama antum bimusrhiyyi inni kafartu bima ashraktumuni min qablu inna al-zalimina lahum azabun alim.</w:t>
      </w:r>
    </w:p>
    <w:p>
      <w:pPr>
        <w:jc w:val="right"/>
      </w:pPr>
      <w:r>
        <w:t>وَمَا أَنْتُمْ بِمُصْرِحِيَّ إِنِّي كَفَرْتُ بِمَا أَشْرَكْتُمُونِ مِن قَبْلُ إِنَّ الظَّالِمِينَ لَهُمْ عَذَابٌ أَلِيمٌ.</w:t>
      </w:r>
    </w:p>
    <w:p>
      <w:r>
        <w:rPr>
          <w:b/>
        </w:rPr>
        <w:t xml:space="preserve">[44:20] </w:t>
      </w:r>
      <w:r>
        <w:t>aur jab mamle ka faisla ho jaye ga to shaitan kahe ga ke allah ne tum se sacha wada kiya</w:t>
      </w:r>
    </w:p>
    <w:p>
      <w:pPr>
        <w:jc w:val="right"/>
      </w:pPr>
      <w:r>
        <w:t>اور جب معاملے کا فیصلہ ہو جائے گا تو شیطان کہے گا کہ اللہ نے تم سے سچا وعدہ کیا</w:t>
      </w:r>
    </w:p>
    <w:p>
      <w:r>
        <w:rPr>
          <w:b/>
        </w:rPr>
        <w:t xml:space="preserve">[44:35] </w:t>
      </w:r>
      <w:r>
        <w:t>tha, aur maine tum se wada kiya to maine us ki khilaf warzi ki, aur mera tumhare upar koi zor na tha, magar yeh ke maine tum ko bulaya to tum ne meri baat ko man liya. pas tum mujh ko ilzam na do, aur tum apne aap ko ilzam do. na main tumhara madad</w:t>
      </w:r>
    </w:p>
    <w:p>
      <w:pPr>
        <w:jc w:val="right"/>
      </w:pPr>
      <w:r>
        <w:t>تھا، اور میں نے تم سے وعدہ کیا تو میں نے اس کی خلاف ورزی کی، اور میرا تمہارے اوپر کوئی زور نہ تھا، مگر یہ کہ میں نے تم کو بلایا تو تم نے میری بات کو مان لیا۔ پس تم مجھ کو الزام نہ دو، اور تم اپنے آپ کو الزام دو۔ نہ میں تمہارا مدد</w:t>
      </w:r>
    </w:p>
    <w:p>
      <w:r>
        <w:rPr>
          <w:b/>
        </w:rPr>
        <w:t xml:space="preserve">[45:05] </w:t>
      </w:r>
      <w:r>
        <w:t>gar ho sakta hoon, aur na tum mere madadgar ho sakte ho.</w:t>
      </w:r>
    </w:p>
    <w:p>
      <w:pPr>
        <w:jc w:val="right"/>
      </w:pPr>
      <w:r>
        <w:t>گار ہو سکتا ہوں، اور نہ تم میرے مددگار ہو سکتے ہو۔</w:t>
      </w:r>
    </w:p>
    <w:p>
      <w:r>
        <w:rPr>
          <w:b/>
        </w:rPr>
        <w:t xml:space="preserve">[45:13] </w:t>
      </w:r>
      <w:r>
        <w:t>mein khud is se bezar hoon ke tum is se pehle mujh ko shareek thahrate thay.</w:t>
      </w:r>
    </w:p>
    <w:p>
      <w:pPr>
        <w:jc w:val="right"/>
      </w:pPr>
      <w:r>
        <w:t>میں خود اس سے بیزار ہوں کہ تم اس سے پہلے مجھ کو شریک ٹھہراتے تھے۔</w:t>
      </w:r>
    </w:p>
    <w:p>
      <w:r>
        <w:rPr>
          <w:b/>
        </w:rPr>
        <w:t xml:space="preserve">[45:21] </w:t>
      </w:r>
      <w:r>
        <w:t>beshak zalimon ke liye dardnak azab hai.</w:t>
      </w:r>
    </w:p>
    <w:p>
      <w:pPr>
        <w:jc w:val="right"/>
      </w:pPr>
      <w:r>
        <w:t>بے شک ظالموں کے لیے دردناک عذاب ہے۔</w:t>
      </w:r>
    </w:p>
    <w:p>
      <w:r>
        <w:rPr>
          <w:b/>
        </w:rPr>
        <w:t xml:space="preserve">[45:28] </w:t>
      </w:r>
      <w:r>
        <w:t>tashreeh: khuda ki dunya waqeat ki dunya hai, na ke takhayulat ki dunya.</w:t>
      </w:r>
    </w:p>
    <w:p>
      <w:pPr>
        <w:jc w:val="right"/>
      </w:pPr>
      <w:r>
        <w:t>تشریح: خدا کی دنیا واقعات کی دنیا ہے، نہ کہ تخیلات کی دنیا۔</w:t>
      </w:r>
    </w:p>
    <w:p>
      <w:r>
        <w:rPr>
          <w:b/>
        </w:rPr>
        <w:t xml:space="preserve">[45:36] </w:t>
      </w:r>
      <w:r>
        <w:t>yahan shaitan ke wade par uthna yeh hai ke aadmi ghair haqeeqi buniyadon par apni zindagi ki taameer karna chahe.</w:t>
      </w:r>
    </w:p>
    <w:p>
      <w:pPr>
        <w:jc w:val="right"/>
      </w:pPr>
      <w:r>
        <w:t>یہاں شیطان کے وعدے پر اٹھنا یہ ہے کہ آدمی غیر حقیقی بنیادوں پر اپنی زندگی کی تعمیر کرنا چاہے۔</w:t>
      </w:r>
    </w:p>
    <w:p>
      <w:r>
        <w:rPr>
          <w:b/>
        </w:rPr>
        <w:t xml:space="preserve">[45:46] </w:t>
      </w:r>
      <w:r>
        <w:t>aadmi haq ke daai ko nazar andaaz kar de, aur doosre doosre karnamay dikha kar haq ka alamdar banna chahe.</w:t>
      </w:r>
    </w:p>
    <w:p>
      <w:pPr>
        <w:jc w:val="right"/>
      </w:pPr>
      <w:r>
        <w:t>آدمی حق کے داعی کو نظر انداز کر دے، اور دوسرے دوسرے کارنامے دکھا کر حق کا علمبردار بننا چاہے۔</w:t>
      </w:r>
    </w:p>
    <w:p>
      <w:r>
        <w:rPr>
          <w:b/>
        </w:rPr>
        <w:t xml:space="preserve">[45:56] </w:t>
      </w:r>
      <w:r>
        <w:t>woh akhirat ke liye amal na kare,</w:t>
      </w:r>
    </w:p>
    <w:p>
      <w:pPr>
        <w:jc w:val="right"/>
      </w:pPr>
      <w:r>
        <w:t>وہ آخرت کے لیے عمل نہ کرے،</w:t>
      </w:r>
    </w:p>
    <w:p>
      <w:r>
        <w:rPr>
          <w:b/>
        </w:rPr>
        <w:t xml:space="preserve">[46:06] </w:t>
      </w:r>
      <w:r>
        <w:t>aur khud sakhta mafrozon ke tehat yeh umeed qaim kar le ke us ki nijaat ho jaye gi.</w:t>
      </w:r>
    </w:p>
    <w:p>
      <w:pPr>
        <w:jc w:val="right"/>
      </w:pPr>
      <w:r>
        <w:t>اور خود ساختہ مفروضوں کے تحت یہ امید قائم کر لے کہ اس کی نجات ہو جائے گی۔</w:t>
      </w:r>
    </w:p>
    <w:p>
      <w:r>
        <w:rPr>
          <w:b/>
        </w:rPr>
        <w:t xml:space="preserve">[46:12] </w:t>
      </w:r>
      <w:r>
        <w:t>woh khuda ke ahkam ke mutabiq zindagi na guzare, aur yeh yaqeen kar le ke uska naam</w:t>
      </w:r>
    </w:p>
    <w:p>
      <w:pPr>
        <w:jc w:val="right"/>
      </w:pPr>
      <w:r>
        <w:t>وہ خدا کے احکام کے مطابق زندگی نہ گزارے، اور یہ یقین کر لے کہ اس کا نام</w:t>
      </w:r>
    </w:p>
    <w:p>
      <w:r>
        <w:rPr>
          <w:b/>
        </w:rPr>
        <w:t xml:space="preserve">[46:18] </w:t>
      </w:r>
      <w:r>
        <w:t>apne aap khuda ke mehboob bandon mein likh liya jaye ga.</w:t>
      </w:r>
    </w:p>
    <w:p>
      <w:pPr>
        <w:jc w:val="right"/>
      </w:pPr>
      <w:r>
        <w:t>اپنے آپ خدا کے محبوب بندوں میں لکھ لیا جائے گا۔</w:t>
      </w:r>
    </w:p>
    <w:p>
      <w:r>
        <w:rPr>
          <w:b/>
        </w:rPr>
        <w:t xml:space="preserve">[46:25] </w:t>
      </w:r>
      <w:r>
        <w:t>yeh sab shaitan ke wadaon par bharosa karna hai.</w:t>
      </w:r>
    </w:p>
    <w:p>
      <w:pPr>
        <w:jc w:val="right"/>
      </w:pPr>
      <w:r>
        <w:t>یہ سب شیطان کے وعدوں پر بھروسہ کرنا ہے۔</w:t>
      </w:r>
    </w:p>
    <w:p>
      <w:r>
        <w:rPr>
          <w:b/>
        </w:rPr>
        <w:t xml:space="preserve">[46:31] </w:t>
      </w:r>
      <w:r>
        <w:t>aur akhirat mein</w:t>
      </w:r>
    </w:p>
    <w:p>
      <w:pPr>
        <w:jc w:val="right"/>
      </w:pPr>
      <w:r>
        <w:t>اور آخرت میں</w:t>
      </w:r>
    </w:p>
    <w:p>
      <w:r>
        <w:rPr>
          <w:b/>
        </w:rPr>
        <w:t xml:space="preserve">[46:37] </w:t>
      </w:r>
      <w:r>
        <w:t>aadmi jaan le ga ke sirf khuda ka wada sacha wada tha, aur baqi tamam wade jhootay bharose</w:t>
      </w:r>
    </w:p>
    <w:p>
      <w:pPr>
        <w:jc w:val="right"/>
      </w:pPr>
      <w:r>
        <w:t>آدمی جان لے گا کہ صرف خدا کا وعدہ سچا وعدہ تھا، اور باقی تمام وعدے جھوٹے بھروسے</w:t>
      </w:r>
    </w:p>
    <w:p>
      <w:r>
        <w:rPr>
          <w:b/>
        </w:rPr>
        <w:t xml:space="preserve">[46:45] </w:t>
      </w:r>
      <w:r>
        <w:t>the jo kabhi poore hone wale nahi.</w:t>
      </w:r>
    </w:p>
    <w:p>
      <w:pPr>
        <w:jc w:val="right"/>
      </w:pPr>
      <w:r>
        <w:t>تھے جو کبھی پورے ہونے والے نہیں۔</w:t>
      </w:r>
    </w:p>
    <w:p>
      <w:r>
        <w:rPr>
          <w:b/>
        </w:rPr>
        <w:t xml:space="preserve">[46:52] </w:t>
      </w:r>
      <w:r>
        <w:t>khuda ki dunya mein ghair khuda se umeed qaim karna shirk hai.</w:t>
      </w:r>
    </w:p>
    <w:p>
      <w:pPr>
        <w:jc w:val="right"/>
      </w:pPr>
      <w:r>
        <w:t>خدا کی دنیا میں غیر خدا سے امید قائم کرنا شرک ہے۔</w:t>
      </w:r>
    </w:p>
    <w:p>
      <w:r>
        <w:rPr>
          <w:b/>
        </w:rPr>
        <w:t xml:space="preserve">[47:00] </w:t>
      </w:r>
      <w:r>
        <w:t>is liye jo log khudai haqiqaton ko nazar andaaz karte hain,</w:t>
      </w:r>
    </w:p>
    <w:p>
      <w:pPr>
        <w:jc w:val="right"/>
      </w:pPr>
      <w:r>
        <w:t>اس لیے جو لوگ خدائی حقیقتوں کو نظر انداز کرتے ہیں،</w:t>
      </w:r>
    </w:p>
    <w:p>
      <w:r>
        <w:rPr>
          <w:b/>
        </w:rPr>
        <w:t xml:space="preserve">[47:08] </w:t>
      </w:r>
      <w:r>
        <w:t>aur ghair khudai tawaqqoat par apni zindagi ka mahal khara karna chahte hain, woh goya khuda ke sath</w:t>
      </w:r>
    </w:p>
    <w:p>
      <w:pPr>
        <w:jc w:val="right"/>
      </w:pPr>
      <w:r>
        <w:t>اور غیر خدائی توقعات پر اپنی زندگی کا محل کھڑا کرنا چاہتے ہیں، وہ گویا خدا کے ساتھ</w:t>
      </w:r>
    </w:p>
    <w:p>
      <w:r>
        <w:rPr>
          <w:b/>
        </w:rPr>
        <w:t xml:space="preserve">[47:15] </w:t>
      </w:r>
      <w:r>
        <w:t>doosri cheezon ko khuda ka shareek thahra rahe hain.</w:t>
      </w:r>
    </w:p>
    <w:p>
      <w:pPr>
        <w:jc w:val="right"/>
      </w:pPr>
      <w:r>
        <w:t>دوسری چیزوں کو خدا کا شریک ٹھہرا رہے ہیں۔</w:t>
      </w:r>
    </w:p>
    <w:p>
      <w:r>
        <w:rPr>
          <w:b/>
        </w:rPr>
        <w:t xml:space="preserve">[47:23] </w:t>
      </w:r>
      <w:r>
        <w:t>yeh doosri cheezein faisle ke din un ka kuch bhi sahara na ban sakein gi.</w:t>
      </w:r>
    </w:p>
    <w:p>
      <w:pPr>
        <w:jc w:val="right"/>
      </w:pPr>
      <w:r>
        <w:t>یہ دوسری چیزیں فیصلے کے دن ان کا کچھ بھی سہارا نہ بن سکیں گی۔</w:t>
      </w:r>
    </w:p>
    <w:p>
      <w:r>
        <w:rPr>
          <w:b/>
        </w:rPr>
        <w:t xml:space="preserve">[47:30] </w:t>
      </w:r>
      <w:r>
        <w:t>wa udkhila alladhina amanu wa amilu</w:t>
      </w:r>
    </w:p>
    <w:p>
      <w:pPr>
        <w:jc w:val="right"/>
      </w:pPr>
      <w:r>
        <w:t>وَأُدَخِلَ الَّذِينَ آمَنُوا وَعَمِلُوا</w:t>
      </w:r>
    </w:p>
    <w:p>
      <w:r>
        <w:rPr>
          <w:b/>
        </w:rPr>
        <w:t xml:space="preserve">[47:38] </w:t>
      </w:r>
      <w:r>
        <w:t>al-salihate jannatin tajree min tahtiha al-anharu khalideena fiha bi idhni rabbihim tahiyyatuhum fiha salam. aur jo log iman laye aur jinhon ne nek amal kiye, woh aisay baghon mein da</w:t>
      </w:r>
    </w:p>
    <w:p>
      <w:pPr>
        <w:jc w:val="right"/>
      </w:pPr>
      <w:r>
        <w:t>الصَّالِحَاتِ جَنَّاتٍ تَجْرِي مِنْ تَحْتِهَا الْأَنْهَارُ خَالِدِينَ فِيهَا بِإِذْنِ رَبِّهِمْ تحِيَّتُهُمْ فِيهَا سَلَامٌ. اور جو لوگ ایمان لائے اور جنہوں نے نیک عمل کیے، وہ ایسے باغوں میں دا</w:t>
      </w:r>
    </w:p>
    <w:p>
      <w:r>
        <w:rPr>
          <w:b/>
        </w:rPr>
        <w:t xml:space="preserve">[48:08] </w:t>
      </w:r>
      <w:r>
        <w:t>khilay jayen ge jin ke neeche nahrein behti hongi.</w:t>
      </w:r>
    </w:p>
    <w:p>
      <w:pPr>
        <w:jc w:val="right"/>
      </w:pPr>
      <w:r>
        <w:t>خل کیے جائیں گے جن کے نیچے نہریں بہتی ہوں گی۔</w:t>
      </w:r>
    </w:p>
    <w:p>
      <w:r>
        <w:rPr>
          <w:b/>
        </w:rPr>
        <w:t xml:space="preserve">[48:15] </w:t>
      </w:r>
      <w:r>
        <w:t>un mein woh apne rab ke hukum se hamesha rahen ge.</w:t>
      </w:r>
    </w:p>
    <w:p>
      <w:pPr>
        <w:jc w:val="right"/>
      </w:pPr>
      <w:r>
        <w:t>ان میں وہ اپنے رب کے حکم سے ہمیشہ رہیں گے۔</w:t>
      </w:r>
    </w:p>
    <w:p>
      <w:r>
        <w:rPr>
          <w:b/>
        </w:rPr>
        <w:t xml:space="preserve">[48:23] </w:t>
      </w:r>
      <w:r>
        <w:t>is mein un ki mulaqat aik doosre par salamti hogi.</w:t>
      </w:r>
    </w:p>
    <w:p>
      <w:pPr>
        <w:jc w:val="right"/>
      </w:pPr>
      <w:r>
        <w:t>اس میں ان کی ملاقات ایک دوسرے پر سلامتی ہوگی۔</w:t>
      </w:r>
    </w:p>
    <w:p>
      <w:r>
        <w:rPr>
          <w:b/>
        </w:rPr>
        <w:t xml:space="preserve">[48:30] </w:t>
      </w:r>
      <w:r>
        <w:t>tashreeh: mulaqat ke waqt "assalam o alaikum" kehna mahaz aik maasharti rasam nahi, yeh qalbi</w:t>
      </w:r>
    </w:p>
    <w:p>
      <w:pPr>
        <w:jc w:val="right"/>
      </w:pPr>
      <w:r>
        <w:t>تشریح: ملاقات کے وقت "السلام علیکم" کہنا محض ایک معاشرتی رسم نہیں، یہ قلبی</w:t>
      </w:r>
    </w:p>
    <w:p>
      <w:r>
        <w:rPr>
          <w:b/>
        </w:rPr>
        <w:t xml:space="preserve">[48:38] </w:t>
      </w:r>
      <w:r>
        <w:t>ta'alluq ki aik zahiri alamat hai. dunya ka "assalam o alaikum" bhi apni haqiqat ke aitbar se yahi hai, aur akhirat ka "assalam o alaikum" bhi mazeed izafay ke sath yahi. jo log dunya mein is tarah rahe ke un ke andar aik doosre ke liye khairkhwahi ke jazbat bhare hue thay, jo</w:t>
      </w:r>
    </w:p>
    <w:p>
      <w:pPr>
        <w:jc w:val="right"/>
      </w:pPr>
      <w:r>
        <w:t>تعلق کی ایک ظاہری علامت ہے۔ دنیا کا "السلام علیکم" بھی اپنی حقیقت کے اعتبار سے یہی ہے، اور آخرت کا "السلام علیکم" بھی مزید اضافے کے ساتھ یہی۔ جو لوگ دنیا میں اس طرح رہے کہ ان کے اندر ایک دوسرے کے لیے خیرخواہی کے جذبات بھرے ہوئے تھے، جو</w:t>
      </w:r>
    </w:p>
    <w:p>
      <w:r>
        <w:rPr>
          <w:b/>
        </w:rPr>
        <w:t xml:space="preserve">[49:08] </w:t>
      </w:r>
      <w:r>
        <w:t>shikayaton ko nazar andaaz kar ke aik doosre se mohabbat karna jante thay, jo doosre ke liye hamesha</w:t>
      </w:r>
    </w:p>
    <w:p>
      <w:pPr>
        <w:jc w:val="right"/>
      </w:pPr>
      <w:r>
        <w:t>شکایتوں کو نظر انداز کر کے ایک دوسرے سے محبت کرنا جانتے تھے، جو دوسرے کے لیے ہمیشہ</w:t>
      </w:r>
    </w:p>
    <w:p>
      <w:r>
        <w:rPr>
          <w:b/>
        </w:rPr>
        <w:t xml:space="preserve">[49:18] </w:t>
      </w:r>
      <w:r>
        <w:t>woh alfaaz bolte thay jis mein uska eteraaf aur ehtram shamil ho, jo doosre ke liye wahi</w:t>
      </w:r>
    </w:p>
    <w:p>
      <w:pPr>
        <w:jc w:val="right"/>
      </w:pPr>
      <w:r>
        <w:t>وہ الفاظ بولتے تھے جس میں اس کا اعتراف اور احترام شامل ہو، جو دوسرے کے لیے وہی</w:t>
      </w:r>
    </w:p>
    <w:p>
      <w:r>
        <w:rPr>
          <w:b/>
        </w:rPr>
        <w:t xml:space="preserve">[49:28] </w:t>
      </w:r>
      <w:r>
        <w:t>cheez pasand karte thay jo apne liye pasand karte thay, jin ke seenay mein doosron ke liye salamti ke chashm</w:t>
      </w:r>
    </w:p>
    <w:p>
      <w:pPr>
        <w:jc w:val="right"/>
      </w:pPr>
      <w:r>
        <w:t>چیز پسند کرتے تھے جو اپنے لیے پسند کرتے تھے، جن کے سینے میں دوسروں کے لیے سلامتی کے چشم</w:t>
      </w:r>
    </w:p>
    <w:p>
      <w:r>
        <w:rPr>
          <w:b/>
        </w:rPr>
        <w:t xml:space="preserve">[49:38] </w:t>
      </w:r>
      <w:r>
        <w:t>e ubalte thay, aur jin ki aankhein doosre ki bhalai ko dekh kar thandi hoti theen, yahi woh</w:t>
      </w:r>
    </w:p>
    <w:p>
      <w:pPr>
        <w:jc w:val="right"/>
      </w:pPr>
      <w:r>
        <w:t>ے ابلتے تھے، اور جن کی آنکھیں دوسرے کی بھلائی کو دیکھ کر ٹھنڈی ہوتی تھیں، یہی وہ</w:t>
      </w:r>
    </w:p>
    <w:p>
      <w:r>
        <w:rPr>
          <w:b/>
        </w:rPr>
        <w:t xml:space="preserve">[49:45] </w:t>
      </w:r>
      <w:r>
        <w:t>log hain jo jannat ki nafees dunya mein basaye jane ke ahel thehren ge.</w:t>
      </w:r>
    </w:p>
    <w:p>
      <w:pPr>
        <w:jc w:val="right"/>
      </w:pPr>
      <w:r>
        <w:t>لوگ ہیں جو جنت کی نفیس دنیا میں بسائے جانے کے اہل ٹھہریں گے۔</w:t>
      </w:r>
    </w:p>
    <w:p>
      <w:r>
        <w:rPr>
          <w:b/>
        </w:rPr>
        <w:t xml:space="preserve">[49:53] </w:t>
      </w:r>
      <w:r>
        <w:t>dunya mein bhi un ka yeh haal tha ke jab woh apne bhaiyon se milte to un ke</w:t>
      </w:r>
    </w:p>
    <w:p>
      <w:pPr>
        <w:jc w:val="right"/>
      </w:pPr>
      <w:r>
        <w:t>دنیا میں بھی ان کا یہ حال تھا کہ جب وہ اپنے بھائیوں سے ملتے تو ان کے</w:t>
      </w:r>
    </w:p>
    <w:p>
      <w:r>
        <w:rPr>
          <w:b/>
        </w:rPr>
        <w:t xml:space="preserve">[50:00] </w:t>
      </w:r>
      <w:r>
        <w:t>liye un ki mohabbat aur khair khwahi "assalam o alaikum" ki soorat mein tapakti</w:t>
      </w:r>
    </w:p>
    <w:p>
      <w:pPr>
        <w:jc w:val="right"/>
      </w:pPr>
      <w:r>
        <w:t>لیے ان کی محبت اور خیرخواہی "السلام علیکم" کی صورت میں ٹپکتی</w:t>
      </w:r>
    </w:p>
    <w:p>
      <w:r>
        <w:rPr>
          <w:b/>
        </w:rPr>
        <w:t xml:space="preserve">[50:08] </w:t>
      </w:r>
      <w:r>
        <w:t>thi.</w:t>
      </w:r>
    </w:p>
    <w:p>
      <w:pPr>
        <w:jc w:val="right"/>
      </w:pPr>
      <w:r>
        <w:t>تھی۔</w:t>
      </w:r>
    </w:p>
    <w:p>
      <w:r>
        <w:rPr>
          <w:b/>
        </w:rPr>
        <w:t xml:space="preserve">[50:16] </w:t>
      </w:r>
      <w:r>
        <w:t>aakhirat mein yahi cheez aur zyada lateef aur khalis ban kar apne jannati parosiyon ke baray mein un</w:t>
      </w:r>
    </w:p>
    <w:p>
      <w:pPr>
        <w:jc w:val="right"/>
      </w:pPr>
      <w:r>
        <w:t>آخرت میں یہی چیز اور زیادہ لطیف اور خالص بن کر اپنے جنتی پڑوسیوں کے بارے میں ان</w:t>
      </w:r>
    </w:p>
    <w:p>
      <w:r>
        <w:rPr>
          <w:b/>
        </w:rPr>
        <w:t xml:space="preserve">[50:24] </w:t>
      </w:r>
      <w:r>
        <w:t>ki zuban se nikle gi.</w:t>
      </w:r>
    </w:p>
    <w:p>
      <w:pPr>
        <w:jc w:val="right"/>
      </w:pPr>
      <w:r>
        <w:t>کی زبان سے نکلے گی۔</w:t>
      </w:r>
    </w:p>
    <w:p>
      <w:r>
        <w:rPr>
          <w:b/>
        </w:rPr>
        <w:t xml:space="preserve">[50:32] </w:t>
      </w:r>
      <w:r>
        <w:t>alam tara kaifa daraba allahu masalan kalimatan tayyibatan kashajaratin tayyibatin asliha thabitun</w:t>
      </w:r>
    </w:p>
    <w:p>
      <w:pPr>
        <w:jc w:val="right"/>
      </w:pPr>
      <w:r>
        <w:t>أَلَمْ تَرَ كَيْفَ ضَرَبَ اللَّهُ مَثَلًا كَلِمَةً طَيِّبَةً كَشَجَرَةٍ طَيِّبَةٍ أَصْلُهَا ثَابِتٌ</w:t>
      </w:r>
    </w:p>
    <w:p>
      <w:r>
        <w:rPr>
          <w:b/>
        </w:rPr>
        <w:t xml:space="preserve">[50:41] </w:t>
      </w:r>
      <w:r>
        <w:t>wa faruha fi alssama'i tu'ti ukulaha kulla hinin bi idhni rabbiha wayadribu allahu al'amthala min alnnasi la'allahum yatadhakkaruna wamathalu kalimatin</w:t>
      </w:r>
    </w:p>
    <w:p>
      <w:pPr>
        <w:jc w:val="right"/>
      </w:pPr>
      <w:r>
        <w:t>وَفَرْعُهَا فِي السَّمَاءِ تُؤْتِي أُكُلَهَا كُلَّ حِينٍ بِإِذْنِ رَبِّهَا وَيَضْرِبُ اللَّهُ الْأَمْثَالَ مِنْ النَّاسِ لَعَلَّهُمْ يَتَذَكَّرُونَ وَمَثَلُ كَلِمَةٍ</w:t>
      </w:r>
    </w:p>
    <w:p>
      <w:r>
        <w:rPr>
          <w:b/>
        </w:rPr>
        <w:t xml:space="preserve">[50:56] </w:t>
      </w:r>
      <w:r>
        <w:t>khabeethatun kashajaratun khabeethatun jatuththt</w:t>
      </w:r>
    </w:p>
    <w:p>
      <w:pPr>
        <w:jc w:val="right"/>
      </w:pPr>
      <w:r>
        <w:t>خَبِيثَةٍ كَشَجَرَةٍ خَبِيثَةٍ جَتُثَّتْ</w:t>
      </w:r>
    </w:p>
    <w:p>
      <w:r>
        <w:rPr>
          <w:b/>
        </w:rPr>
        <w:t xml:space="preserve">[51:11] </w:t>
      </w:r>
      <w:r>
        <w:t>min fawqi al-ardi ma laha min qarar. kya tum ne nahin dekha kis tarah misal bayan farmayi Allah ne kalma tayyaba ki? woh aik pakiza darakht ki manind hai jis ki jar zameen mein jami hui hai, aur jis ki shakhain aasman tak pohnchi hui hain. woh har waqt par apna pa</w:t>
      </w:r>
    </w:p>
    <w:p>
      <w:pPr>
        <w:jc w:val="right"/>
      </w:pPr>
      <w:r>
        <w:t>مِنْ فَوْقِ الْأَرْضِ مَا لَهَا مِنْ قَرَارٍ. کیا تم نے نہیں دیکھا کس طرح مثال بیان فرمائی اللہ نے کلمہ طیبہ کی؟ وہ ایک پاکیزہ درخت کی مانند ہے جس کی جڑ زمین میں جمی ہوئی ہے، اور جس کی شاخیں آسمان تک پہنچی ہوئی ہیں۔ وہ ہر وقت پر اپنا پ</w:t>
      </w:r>
    </w:p>
    <w:p>
      <w:r>
        <w:rPr>
          <w:b/>
        </w:rPr>
        <w:t xml:space="preserve">[51:41] </w:t>
      </w:r>
      <w:r>
        <w:t>hal deta hai, apne rab ke hukum se.</w:t>
      </w:r>
    </w:p>
    <w:p>
      <w:pPr>
        <w:jc w:val="right"/>
      </w:pPr>
      <w:r>
        <w:t>ھل دیتا ہے، اپنے رب کے حکم سے۔</w:t>
      </w:r>
    </w:p>
    <w:p>
      <w:r>
        <w:rPr>
          <w:b/>
        </w:rPr>
        <w:t xml:space="preserve">[51:49] </w:t>
      </w:r>
      <w:r>
        <w:t>aur Allah logon ke liye misaal bayan karta hai taake woh naseehat haasil karein.</w:t>
      </w:r>
    </w:p>
    <w:p>
      <w:pPr>
        <w:jc w:val="right"/>
      </w:pPr>
      <w:r>
        <w:t>اور اللہ لوگوں کے لیے مثال بیان کرتا ہے تاکہ وہ نصیحت حاصل کریں۔</w:t>
      </w:r>
    </w:p>
    <w:p>
      <w:r>
        <w:rPr>
          <w:b/>
        </w:rPr>
        <w:t xml:space="preserve">[51:56] </w:t>
      </w:r>
      <w:r>
        <w:t>aur kalma khabeethah ki misaal ek kharab darakht ki hai jo zameen ke upar hi upar se ukhaad</w:t>
      </w:r>
    </w:p>
    <w:p>
      <w:pPr>
        <w:jc w:val="right"/>
      </w:pPr>
      <w:r>
        <w:t>اور کلمہ خبیثہ کی مثال ایک خراب درخت کی ہے جو زمین کے اوپر ہی اوپر سے اکھاڑ</w:t>
      </w:r>
    </w:p>
    <w:p>
      <w:r>
        <w:rPr>
          <w:b/>
        </w:rPr>
        <w:t xml:space="preserve">[52:04] </w:t>
      </w:r>
      <w:r>
        <w:t>liya jaaye, is ko koi sabaat na ho. tashreeh</w:t>
      </w:r>
    </w:p>
    <w:p>
      <w:pPr>
        <w:jc w:val="right"/>
      </w:pPr>
      <w:r>
        <w:t>لیا جائے، اس کو کوئی ثبات نہ ہو۔ تشریح</w:t>
      </w:r>
    </w:p>
    <w:p>
      <w:r>
        <w:rPr>
          <w:b/>
        </w:rPr>
        <w:t xml:space="preserve">[52:12] </w:t>
      </w:r>
      <w:r>
        <w:t>: dunya mein Allah taala ne mukhtalif haqeeqaton ki zahiri tamseelaat qaim ki hain.</w:t>
      </w:r>
    </w:p>
    <w:p>
      <w:pPr>
        <w:jc w:val="right"/>
      </w:pPr>
      <w:r>
        <w:t>: دنیا میں اللہ تعالی نے مختلف حقیقتوں کی ظاہری تمثیلات قائم کی ہیں۔</w:t>
      </w:r>
    </w:p>
    <w:p>
      <w:r>
        <w:rPr>
          <w:b/>
        </w:rPr>
        <w:t xml:space="preserve">[52:20] </w:t>
      </w:r>
      <w:r>
        <w:t>shajara-e-tayyaba, achha darakht, ek aitbaar se momin ki tameel hai.</w:t>
      </w:r>
    </w:p>
    <w:p>
      <w:pPr>
        <w:jc w:val="right"/>
      </w:pPr>
      <w:r>
        <w:t>شجرہ طیبہ، اچھا درخت، ایک اعتبار سے مومن کی تمثیل ہے۔</w:t>
      </w:r>
    </w:p>
    <w:p>
      <w:r>
        <w:rPr>
          <w:b/>
        </w:rPr>
        <w:t xml:space="preserve">[52:27] </w:t>
      </w:r>
      <w:r>
        <w:t>darakht ki yeh ajeeb khusoosiyat hai ke woh poori kainat ko apna ghizai dasterkhwan banata hai, aur is</w:t>
      </w:r>
    </w:p>
    <w:p>
      <w:pPr>
        <w:jc w:val="right"/>
      </w:pPr>
      <w:r>
        <w:t>درخت کی یہ عجیب خصوصیت ہے کہ وہ پوری کائنات کو اپنا غذائی دسترخوان بناتا ہے، اور اس</w:t>
      </w:r>
    </w:p>
    <w:p>
      <w:r>
        <w:rPr>
          <w:b/>
        </w:rPr>
        <w:t xml:space="preserve">[52:35] </w:t>
      </w:r>
      <w:r>
        <w:t>tarah beej se taraqqi karke</w:t>
      </w:r>
    </w:p>
    <w:p>
      <w:pPr>
        <w:jc w:val="right"/>
      </w:pPr>
      <w:r>
        <w:t>طرح بیج سے ترقی کر کے</w:t>
      </w:r>
    </w:p>
    <w:p>
      <w:r>
        <w:rPr>
          <w:b/>
        </w:rPr>
        <w:t xml:space="preserve">[52:43] </w:t>
      </w:r>
      <w:r>
        <w:t>aik azeem drakht ki surat mein zameen ke oopar khara ho jata hai.</w:t>
      </w:r>
    </w:p>
    <w:p>
      <w:pPr>
        <w:jc w:val="right"/>
      </w:pPr>
      <w:r>
        <w:t>ایک عظیم درخت کی صورت میں زمین کے اوپر کھڑا ہو جاتا ہے۔</w:t>
      </w:r>
    </w:p>
    <w:p>
      <w:r>
        <w:rPr>
          <w:b/>
        </w:rPr>
        <w:t xml:space="preserve">[52:49] </w:t>
      </w:r>
      <w:r>
        <w:t>drakht zameen se pani aur ma'daniyat aur namkiyat le kar barhta hai.</w:t>
      </w:r>
    </w:p>
    <w:p>
      <w:pPr>
        <w:jc w:val="right"/>
      </w:pPr>
      <w:r>
        <w:t>درخت زمین سے پانی اور معدنیات اور نمکیات لے کر بڑھتا ہے۔</w:t>
      </w:r>
    </w:p>
    <w:p>
      <w:r>
        <w:rPr>
          <w:b/>
        </w:rPr>
        <w:t xml:space="preserve">[52:55] </w:t>
      </w:r>
      <w:r>
        <w:t>isi ke sath woh hawa aur suraj se apne liye ghiza hasil karta hai.</w:t>
      </w:r>
    </w:p>
    <w:p>
      <w:pPr>
        <w:jc w:val="right"/>
      </w:pPr>
      <w:r>
        <w:t>اسی کے ساتھ وہ ہوا اور سورج سے اپنے لیے غذا حاصل کرتا ہے۔</w:t>
      </w:r>
    </w:p>
    <w:p>
      <w:r>
        <w:rPr>
          <w:b/>
        </w:rPr>
        <w:t xml:space="preserve">[53:01] </w:t>
      </w:r>
      <w:r>
        <w:t>woh neeche se bhi khurak leta hai aur oopar se bhi.</w:t>
      </w:r>
    </w:p>
    <w:p>
      <w:pPr>
        <w:jc w:val="right"/>
      </w:pPr>
      <w:r>
        <w:t>وہ نیچے سے بھی خوراک لیتا ہے اور اوپر سے بھی۔</w:t>
      </w:r>
    </w:p>
    <w:p>
      <w:r>
        <w:rPr>
          <w:b/>
        </w:rPr>
        <w:t xml:space="preserve">[53:07] </w:t>
      </w:r>
      <w:r>
        <w:t>yahi momin ka mu'amla bhi hai.</w:t>
      </w:r>
    </w:p>
    <w:p>
      <w:pPr>
        <w:jc w:val="right"/>
      </w:pPr>
      <w:r>
        <w:t>یہی مومن کا معاملہ بھی ہے۔</w:t>
      </w:r>
    </w:p>
    <w:p>
      <w:r>
        <w:rPr>
          <w:b/>
        </w:rPr>
        <w:t xml:space="preserve">[53:13] </w:t>
      </w:r>
      <w:r>
        <w:t>aam darakht agar madi darakht hai to momin sha'oori darakht. momin ek taraf dunya mein Khuda ki takhleeqat aur us ke nizam ko dekh kar ebrat aur naseehat hasil karta hai, doosri taraf oopar se us ko musalsal Khuda ka faizaan pohnchta rehta hai. woh makhlooqat se bhi apne liye izafa</w:t>
      </w:r>
    </w:p>
    <w:p>
      <w:pPr>
        <w:jc w:val="right"/>
      </w:pPr>
      <w:r>
        <w:t>عام درخت اگر مادی درخت ہے تو مومن شعوری درخت۔ مومن ایک طرف دنیا میں خدا کی تخلیقات اور اس کے نظام کو دیکھ کر عبرت اور نصیحت حاصل کرتا ہے، دوسری طرف اوپر سے اس کو مسلسل خدا کا فیضان پہنچتا رہتا ہے۔ وہ مخلوقات سے بھی اپنے لیے اضافہ</w:t>
      </w:r>
    </w:p>
    <w:p>
      <w:r>
        <w:rPr>
          <w:b/>
        </w:rPr>
        <w:t xml:space="preserve">[53:43] </w:t>
      </w:r>
      <w:r>
        <w:t>imaan ki khurak hasil karta hai, aur khaliq se bhi us ki qurbat aur mulaqat barabar jari rehti hai. darakht har mausam mein apne phal deta hai. isi tarah momin har mauqa par woh sahih ravaiyya zahir karta hai jo use zahir karna chahiye. maashi tangi</w:t>
      </w:r>
    </w:p>
    <w:p>
      <w:pPr>
        <w:jc w:val="right"/>
      </w:pPr>
      <w:r>
        <w:t>ایمان کی خوراک حاصل کرتا ہے، اور خالق سے بھی اس کی قربت اور ملاقات برابر جاری رہتی ہے۔ درخت ہر موسم میں اپنے پھل دیتا ہے۔ اسی طرح مومن ہر موقع پر وہ صحیح رویہ ظاہر کرتا ہے جو اسے ظاہر کرنا چاہیے۔ معاشی تنگی</w:t>
      </w:r>
    </w:p>
    <w:p>
      <w:r>
        <w:rPr>
          <w:b/>
        </w:rPr>
        <w:t xml:space="preserve">[54:13] </w:t>
      </w:r>
      <w:r>
        <w:t>ho ya ma'ashi farakhi, khushi ka lamha ho ya gham ka, shikayat ki baat ho ya tareef ki,</w:t>
      </w:r>
    </w:p>
    <w:p>
      <w:pPr>
        <w:jc w:val="right"/>
      </w:pPr>
      <w:r>
        <w:t>ہو یا معاشی فراخی، خوشی کا لمحہ ہو یا غم کا، شکایت کی بات ہو یا تعریف کی،</w:t>
      </w:r>
    </w:p>
    <w:p>
      <w:r>
        <w:rPr>
          <w:b/>
        </w:rPr>
        <w:t xml:space="preserve">[54:21] </w:t>
      </w:r>
      <w:r>
        <w:t>zorawari ki halat ho ya bezori ki, har mauqa par us ki zuban aur us ka kirdaar wahi</w:t>
      </w:r>
    </w:p>
    <w:p>
      <w:pPr>
        <w:jc w:val="right"/>
      </w:pPr>
      <w:r>
        <w:t>زورآوری کی حالت ہو یا بیزوری کی، ہر موقع پر اس کی زبان اور اس کا کردار وہی</w:t>
      </w:r>
    </w:p>
    <w:p>
      <w:r>
        <w:rPr>
          <w:b/>
        </w:rPr>
        <w:t xml:space="preserve">[54:28] </w:t>
      </w:r>
      <w:r>
        <w:t>radd-e-amal zahir karta hai jo Khuda ke sachay bande ki hesiyat se use zahir karna chahiye.</w:t>
      </w:r>
    </w:p>
    <w:p>
      <w:pPr>
        <w:jc w:val="right"/>
      </w:pPr>
      <w:r>
        <w:t>ردعمل ظاہر کرتا ہے جو خدا کے سچے بندے کی حیثیت سے اسے ظاہر کرنا چاہیے۔</w:t>
      </w:r>
    </w:p>
    <w:p>
      <w:r>
        <w:rPr>
          <w:b/>
        </w:rPr>
        <w:t xml:space="preserve">[54:36] </w:t>
      </w:r>
      <w:r>
        <w:t>doosri misaal shajarah kh</w:t>
      </w:r>
    </w:p>
    <w:p>
      <w:pPr>
        <w:jc w:val="right"/>
      </w:pPr>
      <w:r>
        <w:t>دوسری مثال شجرہ خ</w:t>
      </w:r>
    </w:p>
    <w:p>
      <w:r>
        <w:rPr>
          <w:b/>
        </w:rPr>
        <w:t xml:space="preserve">[54:43] </w:t>
      </w:r>
      <w:r>
        <w:t>beethah, jhaarr jhankhaar ki hai.</w:t>
      </w:r>
    </w:p>
    <w:p>
      <w:pPr>
        <w:jc w:val="right"/>
      </w:pPr>
      <w:r>
        <w:t>بیثہ، جھاڑ جھنکار کی ہے۔</w:t>
      </w:r>
    </w:p>
    <w:p>
      <w:r>
        <w:rPr>
          <w:b/>
        </w:rPr>
        <w:t xml:space="preserve">[54:49] </w:t>
      </w:r>
      <w:r>
        <w:t>is ko dekh kar aisa maloom hota hai ke kainat se is ko bilkul bar aks qism ki khurak</w:t>
      </w:r>
    </w:p>
    <w:p>
      <w:pPr>
        <w:jc w:val="right"/>
      </w:pPr>
      <w:r>
        <w:t>اس کو دیکھ کر ایسا معلوم ہوتا ہے کہ کائنات سے اس کو بالکل برعکس قسم کی خوراک</w:t>
      </w:r>
    </w:p>
    <w:p>
      <w:r>
        <w:rPr>
          <w:b/>
        </w:rPr>
        <w:t xml:space="preserve">[54:55] </w:t>
      </w:r>
      <w:r>
        <w:t>mehya ki ja rahi hai, jis ke nateejay mein is ke oopar kaantay ugte hain, is ki shakhon</w:t>
      </w:r>
    </w:p>
    <w:p>
      <w:pPr>
        <w:jc w:val="right"/>
      </w:pPr>
      <w:r>
        <w:t>مہیا کی جا رہی ہے، جس کے نتیجے میں اس کے اوپر کانٹے اگتے ہیں، اس کی شاخوں</w:t>
      </w:r>
    </w:p>
    <w:p>
      <w:r>
        <w:rPr>
          <w:b/>
        </w:rPr>
        <w:t xml:space="preserve">[55:01] </w:t>
      </w:r>
      <w:r>
        <w:t>mein karway aur bad-maza phal lagte hain.</w:t>
      </w:r>
    </w:p>
    <w:p>
      <w:pPr>
        <w:jc w:val="right"/>
      </w:pPr>
      <w:r>
        <w:t>میں کڑوے اور بدمزہ پھل لگتے ہیں۔</w:t>
      </w:r>
    </w:p>
    <w:p>
      <w:r>
        <w:rPr>
          <w:b/>
        </w:rPr>
        <w:t xml:space="preserve">[55:07] </w:t>
      </w:r>
      <w:r>
        <w:t>is ke paas koi shakhs jaye to woh badbu se</w:t>
      </w:r>
    </w:p>
    <w:p>
      <w:pPr>
        <w:jc w:val="right"/>
      </w:pPr>
      <w:r>
        <w:t>اس کے پاس کوئی شخص جائے تو وہ بدبو سے</w:t>
      </w:r>
    </w:p>
    <w:p>
      <w:r>
        <w:rPr>
          <w:b/>
        </w:rPr>
        <w:t xml:space="preserve">[55:13] </w:t>
      </w:r>
      <w:r>
        <w:t>is ka istiqbal karta hai.</w:t>
      </w:r>
    </w:p>
    <w:p>
      <w:pPr>
        <w:jc w:val="right"/>
      </w:pPr>
      <w:r>
        <w:t>اس کا استقبال کرتا ہے۔</w:t>
      </w:r>
    </w:p>
    <w:p>
      <w:r>
        <w:rPr>
          <w:b/>
        </w:rPr>
        <w:t xml:space="preserve">[55:18] </w:t>
      </w:r>
      <w:r>
        <w:t>aisay drakht ko koi pasand nahi karta.</w:t>
      </w:r>
    </w:p>
    <w:p>
      <w:pPr>
        <w:jc w:val="right"/>
      </w:pPr>
      <w:r>
        <w:t>ایسے درخت کو کوئی پسند نہیں کرتا۔</w:t>
      </w:r>
    </w:p>
    <w:p>
      <w:r>
        <w:rPr>
          <w:b/>
        </w:rPr>
        <w:t xml:space="preserve">[55:23] </w:t>
      </w:r>
      <w:r>
        <w:t>woh jahan agay, wahan se is ko ukhaar kar phenk diya jata hai.</w:t>
      </w:r>
    </w:p>
    <w:p>
      <w:pPr>
        <w:jc w:val="right"/>
      </w:pPr>
      <w:r>
        <w:t>وہ جہاں اگے، وہاں سے اس کو اکھاڑ کر پھینک دیا جاتا ہے۔</w:t>
      </w:r>
    </w:p>
    <w:p>
      <w:r>
        <w:rPr>
          <w:b/>
        </w:rPr>
        <w:t xml:space="preserve">[55:28] </w:t>
      </w:r>
      <w:r>
        <w:t>yahi mu'amla ghair momin ka hai.</w:t>
      </w:r>
    </w:p>
    <w:p>
      <w:pPr>
        <w:jc w:val="right"/>
      </w:pPr>
      <w:r>
        <w:t>یہی معاملہ غیر مومن کا ہے۔</w:t>
      </w:r>
    </w:p>
    <w:p>
      <w:r>
        <w:rPr>
          <w:b/>
        </w:rPr>
        <w:t xml:space="preserve">[55:33] </w:t>
      </w:r>
      <w:r>
        <w:t>woh zameen mein aik ghair matloob wajood ki hesiyat se ugta hai.</w:t>
      </w:r>
    </w:p>
    <w:p>
      <w:pPr>
        <w:jc w:val="right"/>
      </w:pPr>
      <w:r>
        <w:t>وہ زمین میں ایک غیر مطلوب وجود کی حیثیت سے اگتا ہے۔</w:t>
      </w:r>
    </w:p>
    <w:p>
      <w:r>
        <w:rPr>
          <w:b/>
        </w:rPr>
        <w:t xml:space="preserve">[55:38] </w:t>
      </w:r>
      <w:r>
        <w:t>kainat apni tamam behtareen nishaniyon ke bawajood is ke liye aisi ho jati hai jaise yahan</w:t>
      </w:r>
    </w:p>
    <w:p>
      <w:pPr>
        <w:jc w:val="right"/>
      </w:pPr>
      <w:r>
        <w:t>کائنات اپنی تمام بہترین نشانیوں کے باوجود اس کے لیے ایسی ہو جاتی ہے جیسے یہاں</w:t>
      </w:r>
    </w:p>
    <w:p>
      <w:r>
        <w:rPr>
          <w:b/>
        </w:rPr>
        <w:t xml:space="preserve">[55:44] </w:t>
      </w:r>
      <w:r>
        <w:t>is ke liye na koi daleel hai aur na koi naseehat.</w:t>
      </w:r>
    </w:p>
    <w:p>
      <w:pPr>
        <w:jc w:val="right"/>
      </w:pPr>
      <w:r>
        <w:t>اس کے لیے نہ کوئی دلیل ہے اور نہ کوئی نصیحت۔</w:t>
      </w:r>
    </w:p>
    <w:p>
      <w:r>
        <w:rPr>
          <w:b/>
        </w:rPr>
        <w:t xml:space="preserve">[55:51] </w:t>
      </w:r>
      <w:r>
        <w:t>Khuda ka faizaan agarche har waqt barta hai, magar is ko is mein se koi hissa nahi milta.</w:t>
      </w:r>
    </w:p>
    <w:p>
      <w:pPr>
        <w:jc w:val="right"/>
      </w:pPr>
      <w:r>
        <w:t>خدا کا فیضان اگرچہ ہر وقت برستا ہے، مگر اس کو اس میں سے کوئی حصہ نہیں ملتا۔</w:t>
      </w:r>
    </w:p>
    <w:p>
      <w:r>
        <w:rPr>
          <w:b/>
        </w:rPr>
        <w:t xml:space="preserve">[55:59] </w:t>
      </w:r>
      <w:r>
        <w:t>is ke kirdaar aur mu'amlaat mein is ka izhaar nahi hota.</w:t>
      </w:r>
    </w:p>
    <w:p>
      <w:pPr>
        <w:jc w:val="right"/>
      </w:pPr>
      <w:r>
        <w:t>اس کے کردار اور معاملات میں اس کا اظہار نہیں ہوتا۔</w:t>
      </w:r>
    </w:p>
    <w:p>
      <w:r>
        <w:rPr>
          <w:b/>
        </w:rPr>
        <w:t xml:space="preserve">[56:06] </w:t>
      </w:r>
      <w:r>
        <w:t>yuthabbitu allahu allazeena amanu bil qawli ath thabiti fil hayati</w:t>
      </w:r>
    </w:p>
    <w:p>
      <w:pPr>
        <w:jc w:val="right"/>
      </w:pPr>
      <w:r>
        <w:t>يُثَبِّتُ اللَّهُ الَّذِينَ آمَنُوا بِالْقَوْلِ الثَّابِتِ فِي الْحَيَاةِ</w:t>
      </w:r>
    </w:p>
    <w:p>
      <w:r>
        <w:rPr>
          <w:b/>
        </w:rPr>
        <w:t xml:space="preserve">[56:14] </w:t>
      </w:r>
      <w:r>
        <w:t>ad dunya wa fil akhirati wa yudillu allahu ath thalimeena wa yaf'alu allahu ma yashaa.</w:t>
      </w:r>
    </w:p>
    <w:p>
      <w:pPr>
        <w:jc w:val="right"/>
      </w:pPr>
      <w:r>
        <w:t>الدُّنْيَا وَفِي الْآخِرَةِ وَيُضِلُّ اللَّهُ الظَّالِمِينَ وَيَفْعَلُ اللَّهُ مَا يَشَاءُ.</w:t>
      </w:r>
    </w:p>
    <w:p>
      <w:r>
        <w:rPr>
          <w:b/>
        </w:rPr>
        <w:t xml:space="preserve">[56:24] </w:t>
      </w:r>
      <w:r>
        <w:t>allah iman walon ko aik pakki baat se dunya aur akhirat mein mazboot karta hai, aur allah zalimon</w:t>
      </w:r>
    </w:p>
    <w:p>
      <w:pPr>
        <w:jc w:val="right"/>
      </w:pPr>
      <w:r>
        <w:t>اللہ ایمان والوں کو ایک پکی بات سے دنیا اور آخرت میں مضبوط کرتا ہے، اور اللہ ظالموں</w:t>
      </w:r>
    </w:p>
    <w:p>
      <w:r>
        <w:rPr>
          <w:b/>
        </w:rPr>
        <w:t xml:space="preserve">[56:34] </w:t>
      </w:r>
      <w:r>
        <w:t>ko bhatka deta hai, aur allah karta hai</w:t>
      </w:r>
    </w:p>
    <w:p>
      <w:pPr>
        <w:jc w:val="right"/>
      </w:pPr>
      <w:r>
        <w:t>کو بھٹکا دیتا ہے، اور اللہ کرتا ہے</w:t>
      </w:r>
    </w:p>
    <w:p>
      <w:r>
        <w:rPr>
          <w:b/>
        </w:rPr>
        <w:t xml:space="preserve">[56:44] </w:t>
      </w:r>
      <w:r>
        <w:t>jo woh chahta hai.</w:t>
      </w:r>
    </w:p>
    <w:p>
      <w:pPr>
        <w:jc w:val="right"/>
      </w:pPr>
      <w:r>
        <w:t>جو وہ چاہتا ہے۔</w:t>
      </w:r>
    </w:p>
    <w:p>
      <w:r>
        <w:rPr>
          <w:b/>
        </w:rPr>
        <w:t xml:space="preserve">[56:52] </w:t>
      </w:r>
      <w:r>
        <w:t>tashreeh: khuda ahle iman ko kalma-e-tauheed ke zariye dunya mein bhi sabit qadam rakhta hai aur akhirat mein bhi.</w:t>
      </w:r>
    </w:p>
    <w:p>
      <w:pPr>
        <w:jc w:val="right"/>
      </w:pPr>
      <w:r>
        <w:t>تشریح: خدا اہل ایمان کو کلمہ توحید کے ذریعے دنیا میں بھی ثابت قدم رکھتا ہے اور آخرت میں بھی۔</w:t>
      </w:r>
    </w:p>
    <w:p>
      <w:r>
        <w:rPr>
          <w:b/>
        </w:rPr>
        <w:t xml:space="preserve">[56:59] </w:t>
      </w:r>
      <w:r>
        <w:t>dunya mein sabit qadam rehne se murad apni zindagi ke har mor par khair aur amal-e-saleh ki</w:t>
      </w:r>
    </w:p>
    <w:p>
      <w:pPr>
        <w:jc w:val="right"/>
      </w:pPr>
      <w:r>
        <w:t>دنیا میں ثابت قدم رہنے سے مراد اپنی زندگی کے ہر موڑ پر خیر اور عمل صالح کی</w:t>
      </w:r>
    </w:p>
    <w:p>
      <w:r>
        <w:rPr>
          <w:b/>
        </w:rPr>
        <w:t xml:space="preserve">[57:07] </w:t>
      </w:r>
      <w:r>
        <w:t>rawish par qaim rehna hai.</w:t>
      </w:r>
    </w:p>
    <w:p>
      <w:pPr>
        <w:jc w:val="right"/>
      </w:pPr>
      <w:r>
        <w:t>روش پر قائم رہنا ہے۔</w:t>
      </w:r>
    </w:p>
    <w:p>
      <w:r>
        <w:rPr>
          <w:b/>
        </w:rPr>
        <w:t xml:space="preserve">[57:15] </w:t>
      </w:r>
      <w:r>
        <w:t>akhirat mein sabit qadam rehne se murad yeh hai ke qabr ke sawal o jawab ke waqt woh</w:t>
      </w:r>
    </w:p>
    <w:p>
      <w:pPr>
        <w:jc w:val="right"/>
      </w:pPr>
      <w:r>
        <w:t>آخرت میں ثابت قدم رہنے سے مراد یہ ہے کہ قبر کے سوال و جواب کے وقت وہ</w:t>
      </w:r>
    </w:p>
    <w:p>
      <w:r>
        <w:rPr>
          <w:b/>
        </w:rPr>
        <w:t xml:space="preserve">[57:21] </w:t>
      </w:r>
      <w:r>
        <w:t>kamyab rahen ge.</w:t>
      </w:r>
    </w:p>
    <w:p>
      <w:pPr>
        <w:jc w:val="right"/>
      </w:pPr>
      <w:r>
        <w:t>کامیاب رہیں گے۔</w:t>
      </w:r>
    </w:p>
    <w:p>
      <w:r>
        <w:rPr>
          <w:b/>
        </w:rPr>
        <w:t xml:space="preserve">[57:27] </w:t>
      </w:r>
      <w:r>
        <w:t>insan har lamha halat-e-imtihaan mein hai.</w:t>
      </w:r>
    </w:p>
    <w:p>
      <w:pPr>
        <w:jc w:val="right"/>
      </w:pPr>
      <w:r>
        <w:t>انسان ہر لمحہ حالت امتحان میں ہے۔</w:t>
      </w:r>
    </w:p>
    <w:p>
      <w:r>
        <w:rPr>
          <w:b/>
        </w:rPr>
        <w:t xml:space="preserve">[57:33] </w:t>
      </w:r>
      <w:r>
        <w:t>is par tarah tarah ke pasandeeda aur napasandeeda ahwal ate hain.</w:t>
      </w:r>
    </w:p>
    <w:p>
      <w:pPr>
        <w:jc w:val="right"/>
      </w:pPr>
      <w:r>
        <w:t>اس پر طرح طرح کے پسندیدہ اور ناپسندیدہ احوال آتے ہیں۔</w:t>
      </w:r>
    </w:p>
    <w:p>
      <w:r>
        <w:rPr>
          <w:b/>
        </w:rPr>
        <w:t xml:space="preserve">[57:39] </w:t>
      </w:r>
      <w:r>
        <w:t>un mawqe par sahih khudai rawish par sirf woh log qaim rehte hain jo apne andar darakht-e-iman</w:t>
      </w:r>
    </w:p>
    <w:p>
      <w:pPr>
        <w:jc w:val="right"/>
      </w:pPr>
      <w:r>
        <w:t>ان مواقع پر صحیح خدائی روش پر صرف وہ لوگ قائم رہتے ہیں جو اپنے اندر درخت ایمان</w:t>
      </w:r>
    </w:p>
    <w:p>
      <w:r>
        <w:rPr>
          <w:b/>
        </w:rPr>
        <w:t xml:space="preserve">[57:45] </w:t>
      </w:r>
      <w:r>
        <w:t>uga chuke hon.</w:t>
      </w:r>
    </w:p>
    <w:p>
      <w:pPr>
        <w:jc w:val="right"/>
      </w:pPr>
      <w:r>
        <w:t>اگا چکے ہوں۔</w:t>
      </w:r>
    </w:p>
    <w:p>
      <w:r>
        <w:rPr>
          <w:b/>
        </w:rPr>
        <w:t xml:space="preserve">[57:50] </w:t>
      </w:r>
      <w:r>
        <w:t>woh pesh amda soorat-e-hal mein is sahih tareen radd-e-amal ka suboot dete hain jo allah ki marzi ke</w:t>
      </w:r>
    </w:p>
    <w:p>
      <w:pPr>
        <w:jc w:val="right"/>
      </w:pPr>
      <w:r>
        <w:t>وہ پیش آمدہ صورتحال میں اس صحیح ترین ردعمل کا ثبوت دیتے ہیں جو خدا کی مرضی کے</w:t>
      </w:r>
    </w:p>
    <w:p>
      <w:r>
        <w:rPr>
          <w:b/>
        </w:rPr>
        <w:t xml:space="preserve">[57:56] </w:t>
      </w:r>
      <w:r>
        <w:t>mutabiq unhein dena chahiye.</w:t>
      </w:r>
    </w:p>
    <w:p>
      <w:pPr>
        <w:jc w:val="right"/>
      </w:pPr>
      <w:r>
        <w:t>مطابق انہیں دینا چاہیے۔</w:t>
      </w:r>
    </w:p>
    <w:p>
      <w:r>
        <w:rPr>
          <w:b/>
        </w:rPr>
        <w:t xml:space="preserve">[58:01] </w:t>
      </w:r>
      <w:r>
        <w:t>is ke bar aks jis aadmi ki shakhsiyat jhaar jhanakaat ki manind ugi ho, woh har tajrube mein karwahat</w:t>
      </w:r>
    </w:p>
    <w:p>
      <w:pPr>
        <w:jc w:val="right"/>
      </w:pPr>
      <w:r>
        <w:t>اس کے برعکس جس آدمی کی شخصیت جھاڑ جھنکار کی مانند اگی ہو، وہ ہر تجربے میں کرواہٹ</w:t>
      </w:r>
    </w:p>
    <w:p>
      <w:r>
        <w:rPr>
          <w:b/>
        </w:rPr>
        <w:t xml:space="preserve">[58:06] </w:t>
      </w:r>
      <w:r>
        <w:t>ka suboot deta hai.</w:t>
      </w:r>
    </w:p>
    <w:p>
      <w:pPr>
        <w:jc w:val="right"/>
      </w:pPr>
      <w:r>
        <w:t>کا ثبوت دیتا ہے۔</w:t>
      </w:r>
    </w:p>
    <w:p>
      <w:r>
        <w:rPr>
          <w:b/>
        </w:rPr>
        <w:t xml:space="preserve">[58:11] </w:t>
      </w:r>
      <w:r>
        <w:t>woh har mauqe par kaanta aur badboo hota hai.</w:t>
      </w:r>
    </w:p>
    <w:p>
      <w:pPr>
        <w:jc w:val="right"/>
      </w:pPr>
      <w:r>
        <w:t>وہ ہر موقع پر کانٹا اور بدبو ہوتا ہے۔</w:t>
      </w:r>
    </w:p>
    <w:p>
      <w:r>
        <w:rPr>
          <w:b/>
        </w:rPr>
        <w:t xml:space="preserve">[58:17] </w:t>
      </w:r>
      <w:r>
        <w:t>donon qism ke insaan jab qabr ke marhale mein aakhri taur par jaanche jayenge to jo shajara-e-tayyaba tha, woh shajara-e-tayyaba sabit ho kar jannat ke bagh mein dakhil kar diya jayega, aur jo shajara-e-khabeethah tha, us ke sath aisa muamla hoga goya woh dunya se sirf is liye ukhaada gaya tha ke jahannum ka endhan banne ke liye jahannum ki aag mein ph</w:t>
      </w:r>
    </w:p>
    <w:p>
      <w:pPr>
        <w:jc w:val="right"/>
      </w:pPr>
      <w:r>
        <w:t>دونوں قسم کے انسان جب قبر کے مرحلے میں آخری طور پر جانچے جائیں گے تو جو شجرہ طیبہ تھا، وہ شجرہ طیبہ ثابت ہو کر جنت کے باغ میں داخل کر دیا جائے گا، اور جو شجرہ خبیثہ تھا، اس کے ساتھ ایسا معاملہ ہوگا گویا وہ دنیا سے صرف اس لیے اکھاڑا گیا تھا کہ جہنم کا ایندھن بننے کے لیے جہنم کی آگ میں پھ</w:t>
      </w:r>
    </w:p>
    <w:p>
      <w:r>
        <w:rPr>
          <w:b/>
        </w:rPr>
        <w:t xml:space="preserve">[58:47] </w:t>
      </w:r>
      <w:r>
        <w:t>yaink diya jaye.</w:t>
      </w:r>
    </w:p>
    <w:p>
      <w:pPr>
        <w:jc w:val="right"/>
      </w:pPr>
      <w:r>
        <w:t>ینک دیا جائے۔</w:t>
      </w:r>
    </w:p>
    <w:p>
      <w:r>
        <w:rPr>
          <w:b/>
        </w:rPr>
        <w:t xml:space="preserve">[58:57] </w:t>
      </w:r>
      <w:r>
        <w:t>alam tara ila allatheena baddaloo ni'matallahi kufra wa ahalloo qawmahum daral bawari jahannama yaslawnaha wa bi'sa alqararu wa ja'aloo lillahi</w:t>
      </w:r>
    </w:p>
    <w:p>
      <w:pPr>
        <w:jc w:val="right"/>
      </w:pPr>
      <w:r>
        <w:t>أَلَمْ تَرَ إِلَى الَّذِينَ بَدَّلُوا نِعْمَتَ اللَّهِ كُفْرًا وَأَحَلُّوا قَوْمَهُمْ دَارَ الْبَوَارِ جَهَنَّمَ يَصْلَوْنَهَا وَبِئْسَ الْقَرَارُ وَجَعَلُوا لِلَّهِ</w:t>
      </w:r>
    </w:p>
    <w:p>
      <w:r>
        <w:rPr>
          <w:b/>
        </w:rPr>
        <w:t xml:space="preserve">[59:07] </w:t>
      </w:r>
      <w:r>
        <w:t>andadan liyudilloo 'an sabeelihi qul ta</w:t>
      </w:r>
    </w:p>
    <w:p>
      <w:pPr>
        <w:jc w:val="right"/>
      </w:pPr>
      <w:r>
        <w:t>أَنْدَادًا لِيُضِلُّوا عَنْ سَبِيلِهِ قُلْ تَ</w:t>
      </w:r>
    </w:p>
    <w:p>
      <w:r>
        <w:rPr>
          <w:b/>
        </w:rPr>
        <w:t xml:space="preserve">[59:17] </w:t>
      </w:r>
      <w:r>
        <w:t>matta'oo fa inna maseerakum ila alnari.</w:t>
      </w:r>
    </w:p>
    <w:p>
      <w:pPr>
        <w:jc w:val="right"/>
      </w:pPr>
      <w:r>
        <w:t>مَتَّعُوا فَإِنَّ مَصِيرَكُمْ إِلَى النَّارِ.</w:t>
      </w:r>
    </w:p>
    <w:p>
      <w:r>
        <w:rPr>
          <w:b/>
        </w:rPr>
        <w:t xml:space="preserve">[59:23] </w:t>
      </w:r>
      <w:r>
        <w:t>kya tum ne un logon ko nahi dekha jinhon ne allah ki nemmat ke badle kufr kiya, aur</w:t>
      </w:r>
    </w:p>
    <w:p>
      <w:pPr>
        <w:jc w:val="right"/>
      </w:pPr>
      <w:r>
        <w:t>کیا تم نے ان لوگوں کو نہیں دیکھا جنہوں نے اللہ کی نعمت کے بدلے کفر کیا، اور</w:t>
      </w:r>
    </w:p>
    <w:p>
      <w:r>
        <w:rPr>
          <w:b/>
        </w:rPr>
        <w:t xml:space="preserve">[59:29] </w:t>
      </w:r>
      <w:r>
        <w:t>jinhon ne apni qom ko halakat ke ghar mein pohancha diya? woh is mein dakhil hon ge, aur</w:t>
      </w:r>
    </w:p>
    <w:p>
      <w:pPr>
        <w:jc w:val="right"/>
      </w:pPr>
      <w:r>
        <w:t>جنہوں نے اپنی قوم کو ہلاکت کے گھر میں پہنچا دیا؟ وہ اس میں داخل ہوں گے، اور</w:t>
      </w:r>
    </w:p>
    <w:p>
      <w:r>
        <w:rPr>
          <w:b/>
        </w:rPr>
        <w:t xml:space="preserve">[59:35] </w:t>
      </w:r>
      <w:r>
        <w:t>woh kaisa bura thikana hai!</w:t>
      </w:r>
    </w:p>
    <w:p>
      <w:pPr>
        <w:jc w:val="right"/>
      </w:pPr>
      <w:r>
        <w:t>وہ کیسا برا ٹھکانہ ہے!</w:t>
      </w:r>
    </w:p>
    <w:p>
      <w:r>
        <w:rPr>
          <w:b/>
        </w:rPr>
        <w:t xml:space="preserve">[59:41] </w:t>
      </w:r>
      <w:r>
        <w:t>aur unhon ne allah ke muqabil thehraye</w:t>
      </w:r>
    </w:p>
    <w:p>
      <w:pPr>
        <w:jc w:val="right"/>
      </w:pPr>
      <w:r>
        <w:t>اور انہوں نے اللہ کے مقابل ٹھہرائے</w:t>
      </w:r>
    </w:p>
    <w:p>
      <w:r>
        <w:rPr>
          <w:b/>
        </w:rPr>
        <w:t xml:space="preserve">[59:48] </w:t>
      </w:r>
      <w:r>
        <w:t>taake woh logon ko Allah ke raaste se bhatka dein.</w:t>
      </w:r>
    </w:p>
    <w:p>
      <w:pPr>
        <w:jc w:val="right"/>
      </w:pPr>
      <w:r>
        <w:t>تاکہ وہ لوگوں کو اللہ کے راستے سے بھٹکا دیں۔</w:t>
      </w:r>
    </w:p>
    <w:p>
      <w:r>
        <w:rPr>
          <w:b/>
        </w:rPr>
        <w:t xml:space="preserve">[59:55] </w:t>
      </w:r>
      <w:r>
        <w:t>kaho ke chand din faida utha lo, aakhir kaar tumhara thikana dozakh hai.</w:t>
      </w:r>
    </w:p>
    <w:p>
      <w:pPr>
        <w:jc w:val="right"/>
      </w:pPr>
      <w:r>
        <w:t>کہو کہ چند دن فائدہ اٹھا لو، آخر کار تمہارا ٹھکانہ دوزخ ہے۔</w:t>
      </w:r>
    </w:p>
    <w:p>
      <w:r>
        <w:rPr>
          <w:b/>
        </w:rPr>
        <w:t xml:space="preserve">[1:00:03] </w:t>
      </w:r>
      <w:r>
        <w:t>tashreeh: in aayat ka ibtidai khitaab Quraish ke sardaron se hai, magar is ke aam inbaataq mein woh</w:t>
      </w:r>
    </w:p>
    <w:p>
      <w:pPr>
        <w:jc w:val="right"/>
      </w:pPr>
      <w:r>
        <w:t>تشریح: ان آیات کا ابتدائی خطاب قریش کے سرداروں سے ہے، مگر اس کے عمومی انطباق میں وہ</w:t>
      </w:r>
    </w:p>
    <w:p>
      <w:r>
        <w:rPr>
          <w:b/>
        </w:rPr>
        <w:t xml:space="preserve">[1:00:10] </w:t>
      </w:r>
      <w:r>
        <w:t>tamam leader shaamil hain jo inkaar-e-haq ki muhim</w:t>
      </w:r>
    </w:p>
    <w:p>
      <w:pPr>
        <w:jc w:val="right"/>
      </w:pPr>
      <w:r>
        <w:t>تمام لیڈر شامل ہیں جو انکار حق کی مہم</w:t>
      </w:r>
    </w:p>
    <w:p>
      <w:r>
        <w:rPr>
          <w:b/>
        </w:rPr>
        <w:t xml:space="preserve">[1:00:18] </w:t>
      </w:r>
      <w:r>
        <w:t>ki sardari karte hain.</w:t>
      </w:r>
    </w:p>
    <w:p>
      <w:pPr>
        <w:jc w:val="right"/>
      </w:pPr>
      <w:r>
        <w:t>کی سرداری کرتے ہیں۔</w:t>
      </w:r>
    </w:p>
    <w:p>
      <w:r>
        <w:rPr>
          <w:b/>
        </w:rPr>
        <w:t xml:space="preserve">[1:00:25] </w:t>
      </w:r>
      <w:r>
        <w:t>kisi qaum ke bade wahi log bante hain jin ko khusoosi nematein aur awqaat haasil hon.</w:t>
      </w:r>
    </w:p>
    <w:p>
      <w:pPr>
        <w:jc w:val="right"/>
      </w:pPr>
      <w:r>
        <w:t>کسی قوم کے بڑے وہی لوگ بنتے ہیں جن کو خصوصی نعمتیں اور مواقع حاصل ہوں۔</w:t>
      </w:r>
    </w:p>
    <w:p>
      <w:r>
        <w:rPr>
          <w:b/>
        </w:rPr>
        <w:t xml:space="preserve">[1:00:33] </w:t>
      </w:r>
      <w:r>
        <w:t>in nematon aur awqaat ka sahi tareen istemaal yeh hai ke jab un ke saamne haq ki dawat</w:t>
      </w:r>
    </w:p>
    <w:p>
      <w:pPr>
        <w:jc w:val="right"/>
      </w:pPr>
      <w:r>
        <w:t>ان نعمتوں اور مواقع کا صحیح ترین استعمال یہ ہے کہ جب ان کے سامنے حق کی دعوت</w:t>
      </w:r>
    </w:p>
    <w:p>
      <w:r>
        <w:rPr>
          <w:b/>
        </w:rPr>
        <w:t xml:space="preserve">[1:00:40] </w:t>
      </w:r>
      <w:r>
        <w:t>uthe to woh apne tamam wasail ke saath us ki janib khare hon aur us ki poori madad karein.</w:t>
      </w:r>
    </w:p>
    <w:p>
      <w:pPr>
        <w:jc w:val="right"/>
      </w:pPr>
      <w:r>
        <w:t>اٹھے تو وہ اپنے تمام وسائل کے ساتھ اس کی جانب کھڑے ہوں اور اس کی پوری مدد کریں۔</w:t>
      </w:r>
    </w:p>
    <w:p>
      <w:r>
        <w:rPr>
          <w:b/>
        </w:rPr>
        <w:t xml:space="preserve">[1:00:48] </w:t>
      </w:r>
      <w:r>
        <w:t>jo cheez Khuda ki di hui hai, us par sab se ziyada haq Khuda ka hai, na ke</w:t>
      </w:r>
    </w:p>
    <w:p>
      <w:pPr>
        <w:jc w:val="right"/>
      </w:pPr>
      <w:r>
        <w:t>جو چیز خدا کی دی ہوئی ہے، اس پر سب سے زیادہ حق خدا کا ہے، نہ کہ</w:t>
      </w:r>
    </w:p>
    <w:p>
      <w:r>
        <w:rPr>
          <w:b/>
        </w:rPr>
        <w:t xml:space="preserve">[1:00:53] </w:t>
      </w:r>
      <w:r>
        <w:t>kisi aur ka.</w:t>
      </w:r>
    </w:p>
    <w:p>
      <w:pPr>
        <w:jc w:val="right"/>
      </w:pPr>
      <w:r>
        <w:t>کسی اور کا۔</w:t>
      </w:r>
    </w:p>
    <w:p>
      <w:r>
        <w:rPr>
          <w:b/>
        </w:rPr>
        <w:t xml:space="preserve">[1:00:58] </w:t>
      </w:r>
      <w:r>
        <w:t>magar aksar halaat mein maamla is ke bar aks hota hai.</w:t>
      </w:r>
    </w:p>
    <w:p>
      <w:pPr>
        <w:jc w:val="right"/>
      </w:pPr>
      <w:r>
        <w:t>مگر اکثر حالات میں معاملہ اس کے برعکس ہوتا ہے۔</w:t>
      </w:r>
    </w:p>
    <w:p>
      <w:r>
        <w:rPr>
          <w:b/>
        </w:rPr>
        <w:t xml:space="preserve">[1:01:03] </w:t>
      </w:r>
      <w:r>
        <w:t>aise log na sirf yeh ke haq ko qabool nahi karte, balke us ke khilaaf uthne wali tehreek</w:t>
      </w:r>
    </w:p>
    <w:p>
      <w:pPr>
        <w:jc w:val="right"/>
      </w:pPr>
      <w:r>
        <w:t>ایسے لوگ نہ صرف یہ کہ حق کو قبول نہیں کرتے، بلکہ اس کے خلاف اٹھنے والی تحریک</w:t>
      </w:r>
    </w:p>
    <w:p>
      <w:r>
        <w:rPr>
          <w:b/>
        </w:rPr>
        <w:t xml:space="preserve">[1:01:08] </w:t>
      </w:r>
      <w:r>
        <w:t>ki qiyadat karte hain.</w:t>
      </w:r>
    </w:p>
    <w:p>
      <w:pPr>
        <w:jc w:val="right"/>
      </w:pPr>
      <w:r>
        <w:t>کی قیادت کرتے ہیں۔</w:t>
      </w:r>
    </w:p>
    <w:p>
      <w:r>
        <w:rPr>
          <w:b/>
        </w:rPr>
        <w:t xml:space="preserve">[1:01:13] </w:t>
      </w:r>
      <w:r>
        <w:t>is ki wajah yeh hai ke apne se bahar uthne wale</w:t>
      </w:r>
    </w:p>
    <w:p>
      <w:pPr>
        <w:jc w:val="right"/>
      </w:pPr>
      <w:r>
        <w:t>اس کی وجہ یہ ہے کہ اپنے سے باہر اٹھنے والے</w:t>
      </w:r>
    </w:p>
    <w:p>
      <w:r>
        <w:rPr>
          <w:b/>
        </w:rPr>
        <w:t xml:space="preserve">[1:01:18] </w:t>
      </w:r>
      <w:r>
        <w:t>haq ko qabool karna goya apne aap ko us ke muqable mein chhota karna hai. aur aisa bahut kam hota hai ke woh log is par raazi ho jayein jin ko kisi wajah se mahaul mein badai ka darja mil gaya ho. insaan ko ek Khuda chahiye, ek aisi hasti jise woh apni zindagi mein sab se bada maqam de saki</w:t>
      </w:r>
    </w:p>
    <w:p>
      <w:pPr>
        <w:jc w:val="right"/>
      </w:pPr>
      <w:r>
        <w:t>حق کو قبول کرنا گویا اپنے آپ کو اس کے مقابلے میں چھوٹا کرنا ہے۔ اور ایسا بہت کم ہوتا ہے کہ وہ لوگ اس پر راضی ہو جائیں جن کو کسی وجہ سے ماحول میں بڑائی کا درجہ مل گیا ہو۔ انسان کو ایک خدا چاہیے، ایک ایسی ہستی جسے وہ اپنی زندگی میں سب سے بڑا مقام دے سک</w:t>
      </w:r>
    </w:p>
    <w:p>
      <w:r>
        <w:rPr>
          <w:b/>
        </w:rPr>
        <w:t xml:space="preserve">[1:01:48] </w:t>
      </w:r>
      <w:r>
        <w:t>e. chunancha jab bhi koi shakhs logon ki tawajjah Khuda-e-wahid se hatata hai to is ka nateeja yeh hota hai ke logon ki tawajjah kisi ghair-Khuda ki taraf mail ho jati hai. Khuda ko chhodna hamesha ghair-Khuda ko apna Khuda banane ki qeemat par hota hai. mazeed yeh ke Khuda se logon ko hatane wale</w:t>
      </w:r>
    </w:p>
    <w:p>
      <w:pPr>
        <w:jc w:val="right"/>
      </w:pPr>
      <w:r>
        <w:t>ے۔ چنانچہ جب بھی کوئی شخص لوگوں کی توجہ خدائے واحد سے ہٹاتا ہے تو اس کا نتیجہ یہ ہوتا ہے کہ لوگوں کی توجہ کسی غیر خدا کی طرف مائل ہو جاتی ہے۔ خدا کو چھوڑنا ہمیشہ غیر خدا کو اپنا خدا بنانے کی قیمت پر ہوتا ہے۔ مزید یہ کہ خدا سے لوگوں کو ہٹانے والے</w:t>
      </w:r>
    </w:p>
    <w:p>
      <w:r>
        <w:rPr>
          <w:b/>
        </w:rPr>
        <w:t xml:space="preserve">[1:02:18] </w:t>
      </w:r>
      <w:r>
        <w:t>kisi ghair Khuda mein farzi taur par woh aala sifaat saabit karte hain jo sirf Khuda mein paai jaati hain.</w:t>
      </w:r>
    </w:p>
    <w:p>
      <w:pPr>
        <w:jc w:val="right"/>
      </w:pPr>
      <w:r>
        <w:t>کسی غیر خدا میں فرضی طور پر وہ اعلیٰ صفات ثابت کرتے ہیں جو صرف خدا میں پائی جاتی ہیں۔</w:t>
      </w:r>
    </w:p>
    <w:p>
      <w:r>
        <w:rPr>
          <w:b/>
        </w:rPr>
        <w:t xml:space="preserve">[1:02:24] </w:t>
      </w:r>
      <w:r>
        <w:t>kyun ke jab tak ghair Khuda mein woh aala sifaat saabit na ki jaaein, log us ki taraf mutawajjah</w:t>
      </w:r>
    </w:p>
    <w:p>
      <w:pPr>
        <w:jc w:val="right"/>
      </w:pPr>
      <w:r>
        <w:t>کیونکہ جب تک غیر خدا میں وہ اعلیٰ صفات ثابت نہ کی جائیں، لوگ اس کی طرف متوجہ</w:t>
      </w:r>
    </w:p>
    <w:p>
      <w:r>
        <w:rPr>
          <w:b/>
        </w:rPr>
        <w:t xml:space="preserve">[1:02:30] </w:t>
      </w:r>
      <w:r>
        <w:t>nahi ho sakte.</w:t>
      </w:r>
    </w:p>
    <w:p>
      <w:pPr>
        <w:jc w:val="right"/>
      </w:pPr>
      <w:r>
        <w:t>نہیں ہو سکتے۔</w:t>
      </w:r>
    </w:p>
    <w:p>
      <w:r>
        <w:rPr>
          <w:b/>
        </w:rPr>
        <w:t xml:space="preserve">[1:02:37] </w:t>
      </w:r>
      <w:r>
        <w:t>yahi wajah hai ke aadmi jab ek Khuda ki parastish chhodta hai to woh us ke baad laazmi</w:t>
      </w:r>
    </w:p>
    <w:p>
      <w:pPr>
        <w:jc w:val="right"/>
      </w:pPr>
      <w:r>
        <w:t>یہی وجہ ہے کہ آدمی جب ایک خدا کی پرستش چھوڑتا ہے تو وہ اس کے بعد لازمی</w:t>
      </w:r>
    </w:p>
    <w:p>
      <w:r>
        <w:rPr>
          <w:b/>
        </w:rPr>
        <w:t xml:space="preserve">[1:02:43] </w:t>
      </w:r>
      <w:r>
        <w:t>taur par toham-parasti mein pad jaata hai.</w:t>
      </w:r>
    </w:p>
    <w:p>
      <w:pPr>
        <w:jc w:val="right"/>
      </w:pPr>
      <w:r>
        <w:t>طور پر توہم پرستی میں پڑ جاتا ہے۔</w:t>
      </w:r>
    </w:p>
    <w:p>
      <w:r>
        <w:rPr>
          <w:b/>
        </w:rPr>
        <w:t xml:space="preserve">[1:02:49] </w:t>
      </w:r>
      <w:r>
        <w:t>Khuda ko chhodne ka waahid badal is duniya mein toham-parasti hai.</w:t>
      </w:r>
    </w:p>
    <w:p>
      <w:pPr>
        <w:jc w:val="right"/>
      </w:pPr>
      <w:r>
        <w:t>خدا کو چھوڑنے کا واحد بدل اس دنیا میں توہم پرستی ہے۔</w:t>
      </w:r>
    </w:p>
    <w:p>
      <w:r>
        <w:rPr>
          <w:b/>
        </w:rPr>
        <w:t xml:space="preserve">[1:03:04] </w:t>
      </w:r>
      <w:r>
        <w:t>qul li ibaadiyallazeena aamanoo yuqeemus salaata wa yunfiqoo mimmaa razaqnaahum sirran wa alaniyati wa yunfiqoo mimmaa razaqnaahum sirran wa alaniyati mi</w:t>
      </w:r>
    </w:p>
    <w:p>
      <w:pPr>
        <w:jc w:val="right"/>
      </w:pPr>
      <w:r>
        <w:t>قُلْ لِعِبَادِيَ الَّذِينَ آمَنُوا يُقِيمُوا الصَّلَاةَ وَيُنْفِقُوا مِمَّا رَزَقْنَاهُمْ سِرًّا وَعَلَانِيَةً وَيُنْفِقُوا مِمَّا رَزَقْنَاهُمْ سِرًّا وَعَلَانِيَةً مِ</w:t>
      </w:r>
    </w:p>
    <w:p>
      <w:r>
        <w:rPr>
          <w:b/>
        </w:rPr>
        <w:t xml:space="preserve">[1:03:19] </w:t>
      </w:r>
      <w:r>
        <w:t>n qabli an ya'tiya yaumun la bai'un feehi wa la khilaal. mere jo bande iman laye hain, un se keh do ke woh namaz qaim karein, aur jo kuch hum ne un ko diya hai, us mein se khule aur chhupe kharch karein, qabl is ke ke woh din aaye jis mein na khareed-o-farokht hogi aur na dosti kaam aa</w:t>
      </w:r>
    </w:p>
    <w:p>
      <w:pPr>
        <w:jc w:val="right"/>
      </w:pPr>
      <w:r>
        <w:t>ن قَبْلِ أَن يَأْتِيَ يَوْمٌ لَا بَيْعٌ فِيهِ وَلَا خِلَالٌ. میرے جو بندے ایمان لائے ہیں، ان سے کہہ دو کہ وہ نماز قائم کریں، اور جو کچھ ہم نے ان کو دیا ہے، اس میں سے کھلے اور چھپے خرچ کریں، قبل اس کے کہ وہ دن آئے جس میں نہ خرید و فروخت ہوگی اور نہ دوستی کام آ</w:t>
      </w:r>
    </w:p>
    <w:p>
      <w:r>
        <w:rPr>
          <w:b/>
        </w:rPr>
        <w:t xml:space="preserve">[1:03:49] </w:t>
      </w:r>
      <w:r>
        <w:t>egi.</w:t>
      </w:r>
    </w:p>
    <w:p>
      <w:pPr>
        <w:jc w:val="right"/>
      </w:pPr>
      <w:r>
        <w:t>ئے گی۔</w:t>
      </w:r>
    </w:p>
    <w:p>
      <w:r>
        <w:rPr>
          <w:b/>
        </w:rPr>
        <w:t xml:space="preserve">[1:03:55] </w:t>
      </w:r>
      <w:r>
        <w:t>tashreeh: aadmi ke upar jab koi museebat aati hai to woh us se bachne ki har mumkin koshish karta hai.</w:t>
      </w:r>
    </w:p>
    <w:p>
      <w:pPr>
        <w:jc w:val="right"/>
      </w:pPr>
      <w:r>
        <w:t>تشریح: آدمی کے اوپر جب کوئی مصیبت آتی ہے تو وہ اس سے بچنے کی ہر ممکن کوشش کرتا ہے۔</w:t>
      </w:r>
    </w:p>
    <w:p>
      <w:r>
        <w:rPr>
          <w:b/>
        </w:rPr>
        <w:t xml:space="preserve">[1:04:01] </w:t>
      </w:r>
      <w:r>
        <w:t>agar us ke kuch saathi hain to woh saathiyon ka zor istemaal karta hai, to daulat ko us</w:t>
      </w:r>
    </w:p>
    <w:p>
      <w:pPr>
        <w:jc w:val="right"/>
      </w:pPr>
      <w:r>
        <w:t>اگر اس کے کچھ ساتھی ہیں تو وہ ساتھیوں کا زور استعمال کرتا ہے، تو دولت کو اس</w:t>
      </w:r>
    </w:p>
    <w:p>
      <w:r>
        <w:rPr>
          <w:b/>
        </w:rPr>
        <w:t xml:space="preserve">[1:04:07] </w:t>
      </w:r>
      <w:r>
        <w:t>ki raah mein kharch karta hai.</w:t>
      </w:r>
    </w:p>
    <w:p>
      <w:pPr>
        <w:jc w:val="right"/>
      </w:pPr>
      <w:r>
        <w:t>کی راہ میں خرچ کرتا ہے۔</w:t>
      </w:r>
    </w:p>
    <w:p>
      <w:r>
        <w:rPr>
          <w:b/>
        </w:rPr>
        <w:t xml:space="preserve">[1:04:13] </w:t>
      </w:r>
      <w:r>
        <w:t>apne ko bachane ki tadap aadmi ko majboor karti</w:t>
      </w:r>
    </w:p>
    <w:p>
      <w:pPr>
        <w:jc w:val="right"/>
      </w:pPr>
      <w:r>
        <w:t>اپنے کو بچانے کی تڑپ آدمی کو مجبور کرتی</w:t>
      </w:r>
    </w:p>
    <w:p>
      <w:r>
        <w:rPr>
          <w:b/>
        </w:rPr>
        <w:t xml:space="preserve">[1:04:19] </w:t>
      </w:r>
      <w:r>
        <w:t>hai ke woh in dono cheezon ki taraf daude. namaz aur infaaq haqeeqatan masla-e-aakhirat ke bare mein aadmi ke isi ehsaas ka dunyavi izhaar hain. namaz goya aakhirat ki holnaaki ko yaad kar ke Khuda ki panah ki taraf bhagna hai, taake us ki madad se woh apne aap ko bachaa</w:t>
      </w:r>
    </w:p>
    <w:p>
      <w:pPr>
        <w:jc w:val="right"/>
      </w:pPr>
      <w:r>
        <w:t>ہے کہ وہ ان دونوں چیزوں کی طرف دوڑے۔ نماز اور انفاق حقیقتاً مسئلہ آخرت کے بارے میں آدمی کے اسی احساس کا دنیاوی اظہار ہیں۔ نماز گویا آخرت کی ہولناکی کو یاد کر کے خدا کی پناہ کی طرف بھاگنا ہے، تاکہ اس کی مدد سے وہ اپنے آپ کو بچائ</w:t>
      </w:r>
    </w:p>
    <w:p>
      <w:r>
        <w:rPr>
          <w:b/>
        </w:rPr>
        <w:t xml:space="preserve">[1:04:49] </w:t>
      </w:r>
      <w:r>
        <w:t>e.</w:t>
      </w:r>
    </w:p>
    <w:p>
      <w:pPr>
        <w:jc w:val="right"/>
      </w:pPr>
      <w:r>
        <w:t>ے۔</w:t>
      </w:r>
    </w:p>
    <w:p>
      <w:r>
        <w:rPr>
          <w:b/>
        </w:rPr>
        <w:t xml:space="preserve">[1:04:57] </w:t>
      </w:r>
      <w:r>
        <w:t>isi tarah dunya mein khule aur chhupe kharch karna goya apni kamai ko aakhirat ki mad mein dena</w:t>
      </w:r>
    </w:p>
    <w:p>
      <w:pPr>
        <w:jc w:val="right"/>
      </w:pPr>
      <w:r>
        <w:t>اسی طرح دنیا میں کھلے اور چھپے خرچ کرنا گویا اپنی کمائی کو آخرت کی مد میں دینا</w:t>
      </w:r>
    </w:p>
    <w:p>
      <w:r>
        <w:rPr>
          <w:b/>
        </w:rPr>
        <w:t xml:space="preserve">[1:05:05] </w:t>
      </w:r>
      <w:r>
        <w:t>hai, taake woh aakhirat ki museebat se chhutkara haasil karne ka zariya bane.</w:t>
      </w:r>
    </w:p>
    <w:p>
      <w:pPr>
        <w:jc w:val="right"/>
      </w:pPr>
      <w:r>
        <w:t>ہے، تاکہ وہ آخرت کی مصیبت سے چھٹکارا حاصل کرنے کا ذریعہ بنے۔</w:t>
      </w:r>
    </w:p>
    <w:p>
      <w:r>
        <w:rPr>
          <w:b/>
        </w:rPr>
        <w:t xml:space="preserve">[1:05:12] </w:t>
      </w:r>
      <w:r>
        <w:t>aakhirat mein wahi aadmi sahara payega jisne dunya mein Khuda ka sahara pakda ho. aakhirat mein</w:t>
      </w:r>
    </w:p>
    <w:p>
      <w:pPr>
        <w:jc w:val="right"/>
      </w:pPr>
      <w:r>
        <w:t>آخرت میں وہی آدمی سہارا پائے گا جس نے دنیا میں خدا کا سہارا پکڑا ہو۔ آخرت میں</w:t>
      </w:r>
    </w:p>
    <w:p>
      <w:r>
        <w:rPr>
          <w:b/>
        </w:rPr>
        <w:t xml:space="preserve">[1:05:20] </w:t>
      </w:r>
      <w:r>
        <w:t>wahi aadmi chhutkara haasil karega jisne dunya mein iski khatir apne dayen bayen kharch kiya ho.</w:t>
      </w:r>
    </w:p>
    <w:p>
      <w:pPr>
        <w:jc w:val="right"/>
      </w:pPr>
      <w:r>
        <w:t>وہی آدمی چھٹکارا حاصل کرے گا جس نے دنیا میں اس کی خاطر اپنے دائیں بائیں خرچ کیا ہو۔</w:t>
      </w:r>
    </w:p>
    <w:p>
      <w:r>
        <w:rPr>
          <w:b/>
        </w:rPr>
        <w:t xml:space="preserve">[1:05:27] </w:t>
      </w:r>
      <w:r>
        <w:t>jo log dunya mein aisa na kar saken, woh aakhirat mein sahara ke liye daurenge, magar wahan</w:t>
      </w:r>
    </w:p>
    <w:p>
      <w:pPr>
        <w:jc w:val="right"/>
      </w:pPr>
      <w:r>
        <w:t>جو لوگ دنیا میں ایسا نہ کر سکیں، وہ آخرت میں سہارا کے لیے دوڑیں گے، مگر وہاں</w:t>
      </w:r>
    </w:p>
    <w:p>
      <w:r>
        <w:rPr>
          <w:b/>
        </w:rPr>
        <w:t xml:space="preserve">[1:05:35] </w:t>
      </w:r>
      <w:r>
        <w:t>woh koi sahara na payenge.</w:t>
      </w:r>
    </w:p>
    <w:p>
      <w:pPr>
        <w:jc w:val="right"/>
      </w:pPr>
      <w:r>
        <w:t>وہ کوئی سہارا نہ پائیں گے۔</w:t>
      </w:r>
    </w:p>
    <w:p>
      <w:r>
        <w:rPr>
          <w:b/>
        </w:rPr>
        <w:t xml:space="preserve">[1:05:43] </w:t>
      </w:r>
      <w:r>
        <w:t>woh aakhirat mein kharch karna chahenge, magar unke paas kuch na hoga jisko fidiya dekar</w:t>
      </w:r>
    </w:p>
    <w:p>
      <w:pPr>
        <w:jc w:val="right"/>
      </w:pPr>
      <w:r>
        <w:t>وہ آخرت میں خرچ کرنا چاہیں گے، مگر ان کے پاس کچھ نہ ہوگا جس کو فدیہ دے کر</w:t>
      </w:r>
    </w:p>
    <w:p>
      <w:r>
        <w:rPr>
          <w:b/>
        </w:rPr>
        <w:t xml:space="preserve">[1:05:50] </w:t>
      </w:r>
      <w:r>
        <w:t>woh wahan ki museebaton se nijaat haasil karen.</w:t>
      </w:r>
    </w:p>
    <w:p>
      <w:pPr>
        <w:jc w:val="right"/>
      </w:pPr>
      <w:r>
        <w:t>وہ وہاں کی مصیبتوں سے نجات حاصل کریں۔</w:t>
      </w:r>
    </w:p>
    <w:p>
      <w:r>
        <w:rPr>
          <w:b/>
        </w:rPr>
        <w:t xml:space="preserve">[1:06:00] </w:t>
      </w:r>
      <w:r>
        <w:t>ALLAHU ALLADHI KHALAQAS SAMAWATI WAL ARDA WA ANZALA MINAS SAMAI MAAN FA AKHRAJA BIHI MINATH THAMARATI RIZQAN LAKUM WA SAKHARA LAKUMUL FULKA</w:t>
      </w:r>
    </w:p>
    <w:p>
      <w:pPr>
        <w:jc w:val="right"/>
      </w:pPr>
      <w:r>
        <w:t>اللَّهُ الَّذِي خَلَقَ السَّمَاوَاتِ وَالْأَرْضَ وَأَنْزَلَ مِنَ السَّمَاءِ مَاءً فَأَخْرَجَ بِهِ مِنَ الثَّمَرَاتِ رِزْقًا لَكُمْ وَسَخَّرَ لَكُمُ الْفُلْكَ</w:t>
      </w:r>
    </w:p>
    <w:p>
      <w:r>
        <w:rPr>
          <w:b/>
        </w:rPr>
        <w:t xml:space="preserve">[1:06:10] </w:t>
      </w:r>
      <w:r>
        <w:t>LITAGRI FIL BAHRI BI AMRHI WA SAKHARA</w:t>
      </w:r>
    </w:p>
    <w:p>
      <w:pPr>
        <w:jc w:val="right"/>
      </w:pPr>
      <w:r>
        <w:t>لِتَجْرِيَ فِي الْبَحْرِ بِأَمْرِهِ وَسَخَّرَ</w:t>
      </w:r>
    </w:p>
    <w:p>
      <w:r>
        <w:rPr>
          <w:b/>
        </w:rPr>
        <w:t xml:space="preserve">[1:06:20] </w:t>
      </w:r>
      <w:r>
        <w:t>LAKUMUL ANHARA WA SAKHARA LAKUMUSH SHAMSA WAL QAMARA DAIBAYNI WA SAKHARA LAKUMUL LAILA WAN NAHARA WA AT AKUM MIN KULLI MA SAALTUMUHU WA IN TAUDDUU</w:t>
      </w:r>
    </w:p>
    <w:p>
      <w:pPr>
        <w:jc w:val="right"/>
      </w:pPr>
      <w:r>
        <w:t>لَكُمُ الْأَنْهَارَ وَسَخَّرَ لَكُمُ الشَّمْسَ وَالْقَمَرَ دَائِبَيْنِ وَسَخَّرَ لَكُمُ الْلَيْلَ وَالنَّهَارَ وَآتَاكُمْ مِن كُلِّ مَا سَأَلْتُمُوهُ وَإِن تَعُدُّوا</w:t>
      </w:r>
    </w:p>
    <w:p>
      <w:r>
        <w:rPr>
          <w:b/>
        </w:rPr>
        <w:t xml:space="preserve">[1:06:35] </w:t>
      </w:r>
      <w:r>
        <w:t>NI'MATA ALLAHI LA TUHSUHA</w:t>
      </w:r>
    </w:p>
    <w:p>
      <w:pPr>
        <w:jc w:val="right"/>
      </w:pPr>
      <w:r>
        <w:t>نِعْمَةَ اللَّهِ لَا تُحْصُوهَا</w:t>
      </w:r>
    </w:p>
    <w:p>
      <w:r>
        <w:rPr>
          <w:b/>
        </w:rPr>
        <w:t xml:space="preserve">[1:06:50] </w:t>
      </w:r>
      <w:r>
        <w:t>INNAL INSANA LAZALUMUN KAFFAAR.</w:t>
      </w:r>
    </w:p>
    <w:p>
      <w:pPr>
        <w:jc w:val="right"/>
      </w:pPr>
      <w:r>
        <w:t>إِنَّ الْإِنْسَانَ لَظَلُومٌ كَفَّارٌ.</w:t>
      </w:r>
    </w:p>
    <w:p>
      <w:r>
        <w:rPr>
          <w:b/>
        </w:rPr>
        <w:t xml:space="preserve">[1:06:56] </w:t>
      </w:r>
      <w:r>
        <w:t>Allah woh hai jisne aasman aur zameen banaye, aur aasman se pani utara, phir usse mukhtalif</w:t>
      </w:r>
    </w:p>
    <w:p>
      <w:pPr>
        <w:jc w:val="right"/>
      </w:pPr>
      <w:r>
        <w:t>اللہ وہ ہے جس نے آسمان اور زمین بنائے، اور آسمان سے پانی اتارا، پھر اس سے مختلف</w:t>
      </w:r>
    </w:p>
    <w:p>
      <w:r>
        <w:rPr>
          <w:b/>
        </w:rPr>
        <w:t xml:space="preserve">[1:07:03] </w:t>
      </w:r>
      <w:r>
        <w:t>phal nikale tumhari rozi ke liye, aur kashti ko tumhare liye musakhkhar kar diya ke samandar mein is</w:t>
      </w:r>
    </w:p>
    <w:p>
      <w:pPr>
        <w:jc w:val="right"/>
      </w:pPr>
      <w:r>
        <w:t>پھل نکالے تمہاری روزی کے لیے، اور کشتی کو تمہارے لیے مسخر کر دیا کہ سمندر میں اس</w:t>
      </w:r>
    </w:p>
    <w:p>
      <w:r>
        <w:rPr>
          <w:b/>
        </w:rPr>
        <w:t xml:space="preserve">[1:07:09] </w:t>
      </w:r>
      <w:r>
        <w:t>ke hukum se chale.</w:t>
      </w:r>
    </w:p>
    <w:p>
      <w:pPr>
        <w:jc w:val="right"/>
      </w:pPr>
      <w:r>
        <w:t>کے حکم سے چلے۔</w:t>
      </w:r>
    </w:p>
    <w:p>
      <w:r>
        <w:rPr>
          <w:b/>
        </w:rPr>
        <w:t xml:space="preserve">[1:07:15] </w:t>
      </w:r>
      <w:r>
        <w:t>aur usne</w:t>
      </w:r>
    </w:p>
    <w:p>
      <w:pPr>
        <w:jc w:val="right"/>
      </w:pPr>
      <w:r>
        <w:t>اور اس نے</w:t>
      </w:r>
    </w:p>
    <w:p>
      <w:r>
        <w:rPr>
          <w:b/>
        </w:rPr>
        <w:t xml:space="preserve">[1:07:21] </w:t>
      </w:r>
      <w:r>
        <w:t>daryaaon ko tumhare liye musakhkhar kiya, aur usne suraj aur chand ko tumhare liye musakhkhar kar diya</w:t>
      </w:r>
    </w:p>
    <w:p>
      <w:pPr>
        <w:jc w:val="right"/>
      </w:pPr>
      <w:r>
        <w:t>دریاؤں کو تمہارے لیے مسخر کیا، اور اس نے سورج اور چاند کو تمہارے لیے مسخر کر دیا</w:t>
      </w:r>
    </w:p>
    <w:p>
      <w:r>
        <w:rPr>
          <w:b/>
        </w:rPr>
        <w:t xml:space="preserve">[1:07:27] </w:t>
      </w:r>
      <w:r>
        <w:t>ke barabar chale ja rahe hain.</w:t>
      </w:r>
    </w:p>
    <w:p>
      <w:pPr>
        <w:jc w:val="right"/>
      </w:pPr>
      <w:r>
        <w:t>کہ برابر چلے جا رہے ہیں۔</w:t>
      </w:r>
    </w:p>
    <w:p>
      <w:r>
        <w:rPr>
          <w:b/>
        </w:rPr>
        <w:t xml:space="preserve">[1:07:33] </w:t>
      </w:r>
      <w:r>
        <w:t>aur usne raat aur din ko tumhare liye musakhkhar kar diya, aur usne tum ko har</w:t>
      </w:r>
    </w:p>
    <w:p>
      <w:pPr>
        <w:jc w:val="right"/>
      </w:pPr>
      <w:r>
        <w:t>اور اس نے رات اور دن کو تمہارے لیے مسخر کر دیا، اور اس نے تم کو ہر</w:t>
      </w:r>
    </w:p>
    <w:p>
      <w:r>
        <w:rPr>
          <w:b/>
        </w:rPr>
        <w:t xml:space="preserve">[1:07:39] </w:t>
      </w:r>
      <w:r>
        <w:t>cheez mein se diya jo tum ne manga.</w:t>
      </w:r>
    </w:p>
    <w:p>
      <w:pPr>
        <w:jc w:val="right"/>
      </w:pPr>
      <w:r>
        <w:t>چیز میں سے دیا جو تم نے مانگا۔</w:t>
      </w:r>
    </w:p>
    <w:p>
      <w:r>
        <w:rPr>
          <w:b/>
        </w:rPr>
        <w:t xml:space="preserve">[1:07:45] </w:t>
      </w:r>
      <w:r>
        <w:t>agar tum Allah ki nematوں ko gino to tum gin nahin sakte. beshak</w:t>
      </w:r>
    </w:p>
    <w:p>
      <w:pPr>
        <w:jc w:val="right"/>
      </w:pPr>
      <w:r>
        <w:t>اگر تم اللہ کی نعمتوں کو گنو تو تم گن نہیں سکتے۔ بے شک</w:t>
      </w:r>
    </w:p>
    <w:p>
      <w:r>
        <w:rPr>
          <w:b/>
        </w:rPr>
        <w:t xml:space="preserve">[1:07:51] </w:t>
      </w:r>
      <w:r>
        <w:t>insaan bohat be-insaf aur bada nashukra hai.</w:t>
      </w:r>
    </w:p>
    <w:p>
      <w:pPr>
        <w:jc w:val="right"/>
      </w:pPr>
      <w:r>
        <w:t>انسان بہت بے انصاف اور بڑا ناشکرا ہے۔</w:t>
      </w:r>
    </w:p>
    <w:p>
      <w:r>
        <w:rPr>
          <w:b/>
        </w:rPr>
        <w:t xml:space="preserve">[1:07:58] </w:t>
      </w:r>
      <w:r>
        <w:t>tashreeh: dunya intehai hairat nak had tak khuda ki gawahi de rahi hai.</w:t>
      </w:r>
    </w:p>
    <w:p>
      <w:pPr>
        <w:jc w:val="right"/>
      </w:pPr>
      <w:r>
        <w:t>تشریح: دنیا انتہائی حیرت ناک حد تک خدا کی گواہی دے رہی ہے۔</w:t>
      </w:r>
    </w:p>
    <w:p>
      <w:r>
        <w:rPr>
          <w:b/>
        </w:rPr>
        <w:t xml:space="preserve">[1:08:06] </w:t>
      </w:r>
      <w:r>
        <w:t>wasee khala mein sitaron aur sayaron ki gardish, pani ke zariye zameen par zindagi aur rizq ki farahmi,</w:t>
      </w:r>
    </w:p>
    <w:p>
      <w:pPr>
        <w:jc w:val="right"/>
      </w:pPr>
      <w:r>
        <w:t>وسیع خلا میں ستاروں اور سیاروں کی گردش، پانی کے ذریعے زمین پر زندگی اور رزق کی فراہمی،</w:t>
      </w:r>
    </w:p>
    <w:p>
      <w:r>
        <w:rPr>
          <w:b/>
        </w:rPr>
        <w:t xml:space="preserve">[1:08:14] </w:t>
      </w:r>
      <w:r>
        <w:t>khushki aur tari aur faza par insan ko yeh qudrat hona ke in mein woh</w:t>
      </w:r>
    </w:p>
    <w:p>
      <w:pPr>
        <w:jc w:val="right"/>
      </w:pPr>
      <w:r>
        <w:t>خشکی اور تری اور فضا پر انسان کو یہ قدرت ہونا کہ ان میں وہ</w:t>
      </w:r>
    </w:p>
    <w:p>
      <w:r>
        <w:rPr>
          <w:b/>
        </w:rPr>
        <w:t xml:space="preserve">[1:08:21] </w:t>
      </w:r>
      <w:r>
        <w:t>apni sawariyan doraye, daryaaon aur pahadon ke zariye zameen ka insan ke muwafiq ho jana, suraj aur chand</w:t>
      </w:r>
    </w:p>
    <w:p>
      <w:pPr>
        <w:jc w:val="right"/>
      </w:pPr>
      <w:r>
        <w:t>اپنی سواریاں دوڑائے، دریاؤں اور پہاڑوں کے ذریعے زمین کا انسان کے موافق ہو جانا، سورج اور چاند</w:t>
      </w:r>
    </w:p>
    <w:p>
      <w:r>
        <w:rPr>
          <w:b/>
        </w:rPr>
        <w:t xml:space="preserve">[1:08:29] </w:t>
      </w:r>
      <w:r>
        <w:t>ke zariye mausamon ka aur raat din ka intezam, sab kuch is se zyada azeem hai ke in</w:t>
      </w:r>
    </w:p>
    <w:p>
      <w:pPr>
        <w:jc w:val="right"/>
      </w:pPr>
      <w:r>
        <w:t>کے ذریعے موسموں کا اور رات دن کا انتظام، سب کچھ اس سے زیادہ عظیم ہے کہ ان</w:t>
      </w:r>
    </w:p>
    <w:p>
      <w:r>
        <w:rPr>
          <w:b/>
        </w:rPr>
        <w:t xml:space="preserve">[1:08:36] </w:t>
      </w:r>
      <w:r>
        <w:t>ko lafzon mein bayan kiya ja sake.</w:t>
      </w:r>
    </w:p>
    <w:p>
      <w:pPr>
        <w:jc w:val="right"/>
      </w:pPr>
      <w:r>
        <w:t>کو لفظوں میں بیان کیا جا سکے۔</w:t>
      </w:r>
    </w:p>
    <w:p>
      <w:r>
        <w:rPr>
          <w:b/>
        </w:rPr>
        <w:t xml:space="preserve">[1:08:44] </w:t>
      </w:r>
      <w:r>
        <w:t>insan aur kainat mein itni kamil mutabiqat hai ke insan ki har qabil-e-qayas ya na-qabil</w:t>
      </w:r>
    </w:p>
    <w:p>
      <w:pPr>
        <w:jc w:val="right"/>
      </w:pPr>
      <w:r>
        <w:t>انسان اور کائنات میں اتنی کامل مطابقت ہے کہ انسان کی ہر قابلِ قیاس یا ناقابل</w:t>
      </w:r>
    </w:p>
    <w:p>
      <w:r>
        <w:rPr>
          <w:b/>
        </w:rPr>
        <w:t xml:space="preserve">[1:08:51] </w:t>
      </w:r>
      <w:r>
        <w:t>ِ qayas zaroorat peeshgi taur par yahan be-ifraat maujood hai.</w:t>
      </w:r>
    </w:p>
    <w:p>
      <w:pPr>
        <w:jc w:val="right"/>
      </w:pPr>
      <w:r>
        <w:t>ِ قیاس ضرورت پیشگی طور پر یہاں بے افراط موجود ہے۔</w:t>
      </w:r>
    </w:p>
    <w:p>
      <w:r>
        <w:rPr>
          <w:b/>
        </w:rPr>
        <w:t xml:space="preserve">[1:08:57] </w:t>
      </w:r>
      <w:r>
        <w:t>yeh tamam cheezen itni zyada ajeeb hain ke aadmi ko hila dein aur us ko abad-e-yat ke jazbe</w:t>
      </w:r>
    </w:p>
    <w:p>
      <w:pPr>
        <w:jc w:val="right"/>
      </w:pPr>
      <w:r>
        <w:t>یہ تمام چیزیں اتنی زیادہ عجیب ہیں کہ آدمی کو ہلا دیں اور اس کو ابدیت کے جذبے</w:t>
      </w:r>
    </w:p>
    <w:p>
      <w:r>
        <w:rPr>
          <w:b/>
        </w:rPr>
        <w:t xml:space="preserve">[1:09:03] </w:t>
      </w:r>
      <w:r>
        <w:t>se sarshaar kar dein.</w:t>
      </w:r>
    </w:p>
    <w:p>
      <w:pPr>
        <w:jc w:val="right"/>
      </w:pPr>
      <w:r>
        <w:t>سے سرشار کر دیں۔</w:t>
      </w:r>
    </w:p>
    <w:p>
      <w:r>
        <w:rPr>
          <w:b/>
        </w:rPr>
        <w:t xml:space="preserve">[1:09:09] </w:t>
      </w:r>
      <w:r>
        <w:t>is ke bawajood aisa kyun nahi hota ke kainat ko dekh kar aadmi ke andar istijab ki kaifiyat</w:t>
      </w:r>
    </w:p>
    <w:p>
      <w:pPr>
        <w:jc w:val="right"/>
      </w:pPr>
      <w:r>
        <w:t>اس کے باوجود ایسا کیوں نہیں ہوتا کہ کائنات کو دیکھ کر آدمی کے اندر استعجاب کی کیفیت</w:t>
      </w:r>
    </w:p>
    <w:p>
      <w:r>
        <w:rPr>
          <w:b/>
        </w:rPr>
        <w:t xml:space="preserve">[1:09:15] </w:t>
      </w:r>
      <w:r>
        <w:t>paida ho? Khaliq-e-kainat ke tasawwur se is</w:t>
      </w:r>
    </w:p>
    <w:p>
      <w:pPr>
        <w:jc w:val="right"/>
      </w:pPr>
      <w:r>
        <w:t>پیدا ہو؟ خالق کائنات کے تصور سے اس</w:t>
      </w:r>
    </w:p>
    <w:p>
      <w:r>
        <w:rPr>
          <w:b/>
        </w:rPr>
        <w:t xml:space="preserve">[1:09:21] </w:t>
      </w:r>
      <w:r>
        <w:t>ke badan ke rongte khare ho jayen.</w:t>
      </w:r>
    </w:p>
    <w:p>
      <w:pPr>
        <w:jc w:val="right"/>
      </w:pPr>
      <w:r>
        <w:t>کے بدن کے رونگٹے کھڑے ہو جائیں۔</w:t>
      </w:r>
    </w:p>
    <w:p>
      <w:r>
        <w:rPr>
          <w:b/>
        </w:rPr>
        <w:t xml:space="preserve">[1:09:27] </w:t>
      </w:r>
      <w:r>
        <w:t>is ki wajah yeh hai ke aadmi paida hote hi kainat ko dekhta hai.</w:t>
      </w:r>
    </w:p>
    <w:p>
      <w:pPr>
        <w:jc w:val="right"/>
      </w:pPr>
      <w:r>
        <w:t>اس کی وجہ یہ ہے کہ آدمی پیدا ہوتے ہی کائنات کو دیکھتا ہے۔</w:t>
      </w:r>
    </w:p>
    <w:p>
      <w:r>
        <w:rPr>
          <w:b/>
        </w:rPr>
        <w:t xml:space="preserve">[1:09:32] </w:t>
      </w:r>
      <w:r>
        <w:t>dekhte dekhte woh us ko aik aam cheez maloom hone lagti hai.</w:t>
      </w:r>
    </w:p>
    <w:p>
      <w:pPr>
        <w:jc w:val="right"/>
      </w:pPr>
      <w:r>
        <w:t>دیکھتے دیکھتے وہ اس کو ایک عام چیز معلوم ہونے لگتی ہے۔</w:t>
      </w:r>
    </w:p>
    <w:p>
      <w:r>
        <w:rPr>
          <w:b/>
        </w:rPr>
        <w:t xml:space="preserve">[1:09:37] </w:t>
      </w:r>
      <w:r>
        <w:t>is mein usay koi anokha pan nazar nahi aata.</w:t>
      </w:r>
    </w:p>
    <w:p>
      <w:pPr>
        <w:jc w:val="right"/>
      </w:pPr>
      <w:r>
        <w:t>اس میں اسے کوئی انوکھا پن نظر نہیں آتا۔</w:t>
      </w:r>
    </w:p>
    <w:p>
      <w:r>
        <w:rPr>
          <w:b/>
        </w:rPr>
        <w:t xml:space="preserve">[1:09:42] </w:t>
      </w:r>
      <w:r>
        <w:t>mazeed yeh ke is dunya mein aadmi ko jab koi cheez milti hai to woh bazahir us ko</w:t>
      </w:r>
    </w:p>
    <w:p>
      <w:pPr>
        <w:jc w:val="right"/>
      </w:pPr>
      <w:r>
        <w:t>مزید یہ کہ اس دنیا میں آدمی کو جب کوئی چیز ملتی ہے تو وہ بظاہر اس کو</w:t>
      </w:r>
    </w:p>
    <w:p>
      <w:r>
        <w:rPr>
          <w:b/>
        </w:rPr>
        <w:t xml:space="preserve">[1:09:47] </w:t>
      </w:r>
      <w:r>
        <w:t>asbab ke nateeje mein samajh leta hai ke</w:t>
      </w:r>
    </w:p>
    <w:p>
      <w:pPr>
        <w:jc w:val="right"/>
      </w:pPr>
      <w:r>
        <w:t>اسباب کے نتیجے میں سمجھ لیتا ہے کہ</w:t>
      </w:r>
    </w:p>
    <w:p>
      <w:r>
        <w:rPr>
          <w:b/>
        </w:rPr>
        <w:t xml:space="preserve">[1:09:52] </w:t>
      </w:r>
      <w:r>
        <w:t>jo cheez us ko mili hai, woh us ki apni mehnat ki bina par mili hai.</w:t>
      </w:r>
    </w:p>
    <w:p>
      <w:pPr>
        <w:jc w:val="right"/>
      </w:pPr>
      <w:r>
        <w:t>جو چیز اس کو ملی ہے، وہ اس کی اپنی محنت کی بنا پر ملی ہے۔</w:t>
      </w:r>
    </w:p>
    <w:p>
      <w:r>
        <w:rPr>
          <w:b/>
        </w:rPr>
        <w:t xml:space="preserve">[1:10:02] </w:t>
      </w:r>
      <w:r>
        <w:t>yehi wajah hai ke aadmi ke andar dene wale khuda ke liye shukr ka jazba paida nahi hota.</w:t>
      </w:r>
    </w:p>
    <w:p>
      <w:pPr>
        <w:jc w:val="right"/>
      </w:pPr>
      <w:r>
        <w:t>یہی وجہ ہے کہ آدمی کے اندر دینے والے خدا کے لیے شکر کا جذبہ پیدا نہیں ہوتا۔</w:t>
      </w:r>
    </w:p>
    <w:p>
      <w:r>
        <w:rPr>
          <w:b/>
        </w:rPr>
        <w:t xml:space="preserve">[1:10:12] </w:t>
      </w:r>
      <w:r>
        <w:t>insan ki yehi woh ghaflat hai jis ke liye yahan be-insafi aur nashukr guzari ka naam diya gaya hai.</w:t>
      </w:r>
    </w:p>
    <w:p>
      <w:pPr>
        <w:jc w:val="right"/>
      </w:pPr>
      <w:r>
        <w:t>انسان کی یہی وہ غفلت ہے جس کے لیے یہاں بے انصافی اور ناشکر گزاری کا نام دیا گیا ہے۔</w:t>
      </w:r>
    </w:p>
    <w:p>
      <w:r>
        <w:rPr>
          <w:b/>
        </w:rPr>
        <w:t xml:space="preserve">[1:10:22] </w:t>
      </w:r>
      <w:r>
        <w:t>wa iz qala ibrahim rabbij al hadhal balada aminan wajannubni wa baniyya an na'budal asnama rabb innahunna azlalna kathiran minan</w:t>
      </w:r>
    </w:p>
    <w:p>
      <w:pPr>
        <w:jc w:val="right"/>
      </w:pPr>
      <w:r>
        <w:t>وَإِذْ قَالَ إِبْرَاهِيمُ رَبِّ اجْعَلْ هَذَا الْبَلَدَ آمِنًا وَجَنُوبَنِي وَبَنِيَّ أَنْ نَعْبُدَ الْأَصْنَامَ رَبِّ إِنَّهُنَّ أَظْلَلْنَ كَثِيرًا مِنَ</w:t>
      </w:r>
    </w:p>
    <w:p>
      <w:r>
        <w:rPr>
          <w:b/>
        </w:rPr>
        <w:t xml:space="preserve">[1:10:38] </w:t>
      </w:r>
      <w:r>
        <w:t>nnaasi faman tabi'ni fainnahu minni waman asani fainnaka ghafurur rahim</w:t>
      </w:r>
    </w:p>
    <w:p>
      <w:pPr>
        <w:jc w:val="right"/>
      </w:pPr>
      <w:r>
        <w:t>النَّاسِ فَمَنْ تَبِعَنِي فَإِنَّهُ مِنِّي وَمَنْ عَصَانِي فَإِنَّكَ غَفُورٌ رَحِيمٌ</w:t>
      </w:r>
    </w:p>
    <w:p>
      <w:r>
        <w:rPr>
          <w:b/>
        </w:rPr>
        <w:t xml:space="preserve">[1:10:54] </w:t>
      </w:r>
      <w:r>
        <w:t>Aur jab Ibrahim ne kaha: "Ae mere Rab! Is shehar ko aman wala bana, aur mujh ko aur meri aulaad ko is se door rakh ke hum buton ki ibadat karein. Ae mere Rab! In buton ne bohat logon ko gumrah kar diya. Pas jis ne meri pervi ki, woh mera hai, aur jis ne mera kaha na mana to tu bakhsh</w:t>
      </w:r>
    </w:p>
    <w:p>
      <w:pPr>
        <w:jc w:val="right"/>
      </w:pPr>
      <w:r>
        <w:t>. اور جب ابراہیم نے کہا: "اے میرے رب! اس شہر کو امن والا بنا، اور مجھ کو اور میری اولاد کو اس سے دور رکھ کہ ہم بتوں کی عبادت کریں۔ اے میرے رب! ان بتوں نے بہت لوگوں کو گمراہ کر دیا۔ پس جس نے میری پیروی کی، وہ میرا ہے، اور جس نے میرا کہا نہ مانا تو تو بخش</w:t>
      </w:r>
    </w:p>
    <w:p>
      <w:r>
        <w:rPr>
          <w:b/>
        </w:rPr>
        <w:t xml:space="preserve">[1:11:24] </w:t>
      </w:r>
      <w:r>
        <w:t>ne wala, meherban hai." tashreeh: hazrat ibrahim ke zamane tak mulkon aur qomon ka yeh haal ho chuka</w:t>
      </w:r>
    </w:p>
    <w:p>
      <w:pPr>
        <w:jc w:val="right"/>
      </w:pPr>
      <w:r>
        <w:t>نے والا، مہربان ہے۔" تشریح: حضرت ابراہیم کے زمانے تک ملکوں اور قوموں کا یہ حال ہو چکا</w:t>
      </w:r>
    </w:p>
    <w:p>
      <w:r>
        <w:rPr>
          <w:b/>
        </w:rPr>
        <w:t xml:space="preserve">[1:11:31] </w:t>
      </w:r>
      <w:r>
        <w:t>tha ke har taraf shirk ka daura daura tha.</w:t>
      </w:r>
    </w:p>
    <w:p>
      <w:pPr>
        <w:jc w:val="right"/>
      </w:pPr>
      <w:r>
        <w:t>تھا کہ ہر طرف شرک کا دورہ دورہ تھا۔</w:t>
      </w:r>
    </w:p>
    <w:p>
      <w:r>
        <w:rPr>
          <w:b/>
        </w:rPr>
        <w:t xml:space="preserve">[1:11:39] </w:t>
      </w:r>
      <w:r>
        <w:t>suraj, chand aur doosre mazahir fitrat insan ki parastish ka mozu bne hue the.</w:t>
      </w:r>
    </w:p>
    <w:p>
      <w:pPr>
        <w:jc w:val="right"/>
      </w:pPr>
      <w:r>
        <w:t>سورج، چاند اور دوسرے مظاہر فطرت انسان کی پرستش کا موضوع بنے ہوئے تھے۔</w:t>
      </w:r>
    </w:p>
    <w:p>
      <w:r>
        <w:rPr>
          <w:b/>
        </w:rPr>
        <w:t xml:space="preserve">[1:11:47] </w:t>
      </w:r>
      <w:r>
        <w:t>qadeem zamane mein zindagi ki tamam sargarmiyon pr shirk ka is trah</w:t>
      </w:r>
    </w:p>
    <w:p>
      <w:pPr>
        <w:jc w:val="right"/>
      </w:pPr>
      <w:r>
        <w:t>قدیم زمانے میں زندگی کی تمام سرگرمیوں پر شرک کا اس طرح</w:t>
      </w:r>
    </w:p>
    <w:p>
      <w:r>
        <w:rPr>
          <w:b/>
        </w:rPr>
        <w:t xml:space="preserve">[1:11:54] </w:t>
      </w:r>
      <w:r>
        <w:t>ghalaba hua ke insani naslon mein shirk ka tasalsul qaim ho gya.</w:t>
      </w:r>
    </w:p>
    <w:p>
      <w:pPr>
        <w:jc w:val="right"/>
      </w:pPr>
      <w:r>
        <w:t>غلبہ ہوا کہ انسانی نسلوں میں شرک کا تسلسل قائم ہو گیا۔</w:t>
      </w:r>
    </w:p>
    <w:p>
      <w:r>
        <w:rPr>
          <w:b/>
        </w:rPr>
        <w:t xml:space="preserve">[1:12:00] </w:t>
      </w:r>
      <w:r>
        <w:t>b-zahair ye namumkin nazar aane laga ke logon ko shirk ki fiza se nikal kr tauheed ke dairay</w:t>
      </w:r>
    </w:p>
    <w:p>
      <w:pPr>
        <w:jc w:val="right"/>
      </w:pPr>
      <w:r>
        <w:t>بظاہر یہ ناممکن نظر آنے لگا کہ لوگوں کو شرک کی فضا سے نکال کر توحید کے دائرے</w:t>
      </w:r>
    </w:p>
    <w:p>
      <w:r>
        <w:rPr>
          <w:b/>
        </w:rPr>
        <w:t xml:space="preserve">[1:12:06] </w:t>
      </w:r>
      <w:r>
        <w:t>mein laya ja sake.</w:t>
      </w:r>
    </w:p>
    <w:p>
      <w:pPr>
        <w:jc w:val="right"/>
      </w:pPr>
      <w:r>
        <w:t>میں لایا جا سکے۔</w:t>
      </w:r>
    </w:p>
    <w:p>
      <w:r>
        <w:rPr>
          <w:b/>
        </w:rPr>
        <w:t xml:space="preserve">[1:12:12] </w:t>
      </w:r>
      <w:r>
        <w:t>is waqt khuda ke hukum khaas ke tehat hazrat ibrahim iraq se nikal kr arab ke sehra mein</w:t>
      </w:r>
    </w:p>
    <w:p>
      <w:pPr>
        <w:jc w:val="right"/>
      </w:pPr>
      <w:r>
        <w:t>اس وقت خدا کے حکم خاص کے تحت حضرت ابراہیم عراق سے نکل کر عرب کے صحرا میں</w:t>
      </w:r>
    </w:p>
    <w:p>
      <w:r>
        <w:rPr>
          <w:b/>
        </w:rPr>
        <w:t xml:space="preserve">[1:12:18] </w:t>
      </w:r>
      <w:r>
        <w:t>aaye, jo tamaddun se door bilkul ghair abad ilaq</w:t>
      </w:r>
    </w:p>
    <w:p>
      <w:pPr>
        <w:jc w:val="right"/>
      </w:pPr>
      <w:r>
        <w:t>آئے، جو تمدن سے دور بالکل غیر آباد علاق</w:t>
      </w:r>
    </w:p>
    <w:p>
      <w:r>
        <w:rPr>
          <w:b/>
        </w:rPr>
        <w:t xml:space="preserve">[1:12:24] </w:t>
      </w:r>
      <w:r>
        <w:t>tha.</w:t>
      </w:r>
    </w:p>
    <w:p>
      <w:pPr>
        <w:jc w:val="right"/>
      </w:pPr>
      <w:r>
        <w:t>ہ تھا۔</w:t>
      </w:r>
    </w:p>
    <w:p>
      <w:r>
        <w:rPr>
          <w:b/>
        </w:rPr>
        <w:t xml:space="preserve">[1:12:30] </w:t>
      </w:r>
      <w:r>
        <w:t>ap ne alg thlg mahol mein apni biwi hajra aur apne bache ismail ko bsaya, taake yahan waqt</w:t>
      </w:r>
    </w:p>
    <w:p>
      <w:pPr>
        <w:jc w:val="right"/>
      </w:pPr>
      <w:r>
        <w:t>آپ نے الگ تھلگ ماحول میں اپنی بیوی ہاجرہ اور اپنے بچے اسماعیل کو بسایا، تاکہ یہاں وقت</w:t>
      </w:r>
    </w:p>
    <w:p>
      <w:r>
        <w:rPr>
          <w:b/>
        </w:rPr>
        <w:t xml:space="preserve">[1:12:36] </w:t>
      </w:r>
      <w:r>
        <w:t>ke mushrikana tasalsul se kat kr ek nai nasal tayyar ho, jo azadana fiza mein parvarish pa kr</w:t>
      </w:r>
    </w:p>
    <w:p>
      <w:pPr>
        <w:jc w:val="right"/>
      </w:pPr>
      <w:r>
        <w:t>کے مشرکانہ تسلسل سے کٹ کر ایک نئی نسل تیار ہو، جو آزادانہ فضا میں پرورش پا کر</w:t>
      </w:r>
    </w:p>
    <w:p>
      <w:r>
        <w:rPr>
          <w:b/>
        </w:rPr>
        <w:t xml:space="preserve">[1:12:42] </w:t>
      </w:r>
      <w:r>
        <w:t>apni fitrat sahiha pr qaim ho sake.</w:t>
      </w:r>
    </w:p>
    <w:p>
      <w:pPr>
        <w:jc w:val="right"/>
      </w:pPr>
      <w:r>
        <w:t>اپنی فطرت صحیحہ پر قائم ہو سکے۔</w:t>
      </w:r>
    </w:p>
    <w:p>
      <w:r>
        <w:rPr>
          <w:b/>
        </w:rPr>
        <w:t xml:space="preserve">[1:12:48] </w:t>
      </w:r>
      <w:r>
        <w:t>hazrat ibrahim ka kalam dua</w:t>
      </w:r>
    </w:p>
    <w:p>
      <w:pPr>
        <w:jc w:val="right"/>
      </w:pPr>
      <w:r>
        <w:t>حضرت ابراہیم کا کلام دع</w:t>
      </w:r>
    </w:p>
    <w:p>
      <w:r>
        <w:rPr>
          <w:b/>
        </w:rPr>
        <w:t xml:space="preserve">[1:12:54] </w:t>
      </w:r>
      <w:r>
        <w:t>ke andaz mein isi khaas haqiqat ko zahir kr raha hai.</w:t>
      </w:r>
    </w:p>
    <w:p>
      <w:pPr>
        <w:jc w:val="right"/>
      </w:pPr>
      <w:r>
        <w:t>ا کے انداز میں اسی خاص حقیقت کو ظاہر کر رہا ہے۔</w:t>
      </w:r>
    </w:p>
    <w:p>
      <w:r>
        <w:rPr>
          <w:b/>
        </w:rPr>
        <w:t xml:space="preserve">[1:13:00] </w:t>
      </w:r>
      <w:r>
        <w:t>bano ismail ko khushk aur ghair abad biaban mein bsane se khuda ka mansooba yahi tha.</w:t>
      </w:r>
    </w:p>
    <w:p>
      <w:pPr>
        <w:jc w:val="right"/>
      </w:pPr>
      <w:r>
        <w:t>بنو اسماعیل کو خشک اور غیر آباد بیابان میں بسانے سے خدا کا منصوبہ یہی تھا۔</w:t>
      </w:r>
    </w:p>
    <w:p>
      <w:r>
        <w:rPr>
          <w:b/>
        </w:rPr>
        <w:t xml:space="preserve">[1:13:06] </w:t>
      </w:r>
      <w:r>
        <w:t>ab yahan ke jin logon ne tauheed ko apne dil ki awaz bnaya, wo goya bagh ibrahim ki</w:t>
      </w:r>
    </w:p>
    <w:p>
      <w:pPr>
        <w:jc w:val="right"/>
      </w:pPr>
      <w:r>
        <w:t>اب یہاں کے جن لوگوں نے توحید کو اپنے دل کی آواز بنایا، وہ گویا باغ ابراہیم کی</w:t>
      </w:r>
    </w:p>
    <w:p>
      <w:r>
        <w:rPr>
          <w:b/>
        </w:rPr>
        <w:t xml:space="preserve">[1:13:12] </w:t>
      </w:r>
      <w:r>
        <w:t>sahi paidawar the.</w:t>
      </w:r>
    </w:p>
    <w:p>
      <w:pPr>
        <w:jc w:val="right"/>
      </w:pPr>
      <w:r>
        <w:t>صحیح پیداوار تھے۔</w:t>
      </w:r>
    </w:p>
    <w:p>
      <w:r>
        <w:rPr>
          <w:b/>
        </w:rPr>
        <w:t xml:space="preserve">[1:13:18] </w:t>
      </w:r>
      <w:r>
        <w:t>is ke bar aks jin logon ne dobara</w:t>
      </w:r>
    </w:p>
    <w:p>
      <w:pPr>
        <w:jc w:val="right"/>
      </w:pPr>
      <w:r>
        <w:t>اس کے برعکس جن لوگوں نے دوبارہ</w:t>
      </w:r>
    </w:p>
    <w:p>
      <w:r>
        <w:rPr>
          <w:b/>
        </w:rPr>
        <w:t xml:space="preserve">[1:13:24] </w:t>
      </w:r>
      <w:r>
        <w:t>shirk ka tareeqa ikhtiyar kr lia, wo is bagh ki naqis paidawar qarar paye ge.</w:t>
      </w:r>
    </w:p>
    <w:p>
      <w:pPr>
        <w:jc w:val="right"/>
      </w:pPr>
      <w:r>
        <w:t>شرک کا طریقہ اختیار کر لیا، وہ اس باغ کی ناقص پیداوار قرار پائیں گے۔</w:t>
      </w:r>
    </w:p>
    <w:p>
      <w:r>
        <w:rPr>
          <w:b/>
        </w:rPr>
        <w:t xml:space="preserve">[1:13:40] </w:t>
      </w:r>
      <w:r>
        <w:t>rabbana inni askantu min zurriyyati biwadin ghairi zi zar'in inda baitikal muharrami rabbana liyuqimus salata</w:t>
      </w:r>
    </w:p>
    <w:p>
      <w:pPr>
        <w:jc w:val="right"/>
      </w:pPr>
      <w:r>
        <w:t>رَبَّنَا إِنِّي أَسْكَنْتُ مِن ذُرِّيَّتِي بِوَادٍ غَيْرِ ذِي زَرْعٍ عِنْدَ بَيْتِكَ الْمُحَرَّمِ رَبَّنَا لِيُقِيمُوا الصَّلَاةَ</w:t>
      </w:r>
    </w:p>
    <w:p>
      <w:r>
        <w:rPr>
          <w:b/>
        </w:rPr>
        <w:t xml:space="preserve">[1:13:56] </w:t>
      </w:r>
      <w:r>
        <w:t>faj'al af'idatan minan nasi tahwilatan ilaihim warzuqhum minath thamarati la'allahum yashkurun. Ae hamare Rab! Maine apni aulaad ko ek be kheti ki wadi mein tere muhtaram ghar ke paas basaya hai, Ae</w:t>
      </w:r>
    </w:p>
    <w:p>
      <w:pPr>
        <w:jc w:val="right"/>
      </w:pPr>
      <w:r>
        <w:t>فَاجْعَلْ أَفْئِدَةً مِنَ النَّاسِ تَهْوِيلَةً إِلَيْهِمْ وَارْزُقْهُمْ مِنَ الثَّمَرَاتِ لَعَلَّهُمْ يَشْكُرُونَ. اے ہمارے رب! میں نے اپنی اولاد کو ایک بے کھیتی کی وادی میں تیرے محترم گھر کے پاس بسایا ہے، اے</w:t>
      </w:r>
    </w:p>
    <w:p>
      <w:r>
        <w:rPr>
          <w:b/>
        </w:rPr>
        <w:t xml:space="preserve">[1:14:26] </w:t>
      </w:r>
      <w:r>
        <w:t>hmare rab!</w:t>
      </w:r>
    </w:p>
    <w:p>
      <w:pPr>
        <w:jc w:val="right"/>
      </w:pPr>
      <w:r>
        <w:t>ہمارے رب!</w:t>
      </w:r>
    </w:p>
    <w:p>
      <w:r>
        <w:rPr>
          <w:b/>
        </w:rPr>
        <w:t xml:space="preserve">[1:14:32] </w:t>
      </w:r>
      <w:r>
        <w:t>taake wo namaz qaim karein.</w:t>
      </w:r>
    </w:p>
    <w:p>
      <w:pPr>
        <w:jc w:val="right"/>
      </w:pPr>
      <w:r>
        <w:t>تاکہ وہ نماز قائم کریں۔</w:t>
      </w:r>
    </w:p>
    <w:p>
      <w:r>
        <w:rPr>
          <w:b/>
        </w:rPr>
        <w:t xml:space="preserve">[1:14:38] </w:t>
      </w:r>
      <w:r>
        <w:t>pas tu logon ke dil un ki traf mael kr de, aur un ko phalon ki rozi ata</w:t>
      </w:r>
    </w:p>
    <w:p>
      <w:pPr>
        <w:jc w:val="right"/>
      </w:pPr>
      <w:r>
        <w:t>پس تو لوگوں کے دل ان کی طرف مائل کر دے، اور ان کو پھلوں کی روزی عطا</w:t>
      </w:r>
    </w:p>
    <w:p>
      <w:r>
        <w:rPr>
          <w:b/>
        </w:rPr>
        <w:t xml:space="preserve">[1:14:44] </w:t>
      </w:r>
      <w:r>
        <w:t>farma, taake wo shukr karein.</w:t>
      </w:r>
    </w:p>
    <w:p>
      <w:pPr>
        <w:jc w:val="right"/>
      </w:pPr>
      <w:r>
        <w:t>فرما، تاکہ وہ شکر کریں۔</w:t>
      </w:r>
    </w:p>
    <w:p>
      <w:r>
        <w:rPr>
          <w:b/>
        </w:rPr>
        <w:t xml:space="preserve">[1:14:50] </w:t>
      </w:r>
      <w:r>
        <w:t>tashreeh: qadeem makkah jahan bano ismail bsaye gye, wahan ki pahari aur sehrai dunya goya khuda</w:t>
      </w:r>
    </w:p>
    <w:p>
      <w:pPr>
        <w:jc w:val="right"/>
      </w:pPr>
      <w:r>
        <w:t>تشریح: قدیم مکہ جہاں بنو اسماعیل بسائے گئے، وہاں کی پہاڑی اور صحرائی دنیا گویا خدا</w:t>
      </w:r>
    </w:p>
    <w:p>
      <w:r>
        <w:rPr>
          <w:b/>
        </w:rPr>
        <w:t xml:space="preserve">[1:14:56] </w:t>
      </w:r>
      <w:r>
        <w:t>ki ma'rifat ki qudrati tarbiyatgah thi. Doosri taraf wahan insani ta'meerat ke aitbaar se wahid qabil-e-lihaz nishan Ka'batullah tha. Ek taraf fitrat ka mahol insaan ke andar Khuda ki yaad ubharne wala tha. Us ke baad apne qareeb us ko jo numayan cheez nazar aati, woh Hazrat Ibrahim aur Hazrat Ismail ki banayi hui patharon ki</w:t>
      </w:r>
    </w:p>
    <w:p>
      <w:pPr>
        <w:jc w:val="right"/>
      </w:pPr>
      <w:r>
        <w:t>کی معرفت کی قدرتی تربیت گاہ تھی۔ دوسری طرف وہاں انسانی تعمیرات کے اعتبار سے واحد قابلِ لحاظ نشان کعبۃ اللہ تھا۔ ایک طرف فطرت کا ماحول انسان کے اندر خدا کی یاد ابھارنے والا تھا۔ اس کے بعد اپنے قریب اس کو جو نمایاں چیز نظر آتی، وہ حضرت ابراہیم اور حضرت اسماعیل کی بنائی ہوئی پتھروں کی</w:t>
      </w:r>
    </w:p>
    <w:p>
      <w:r>
        <w:rPr>
          <w:b/>
        </w:rPr>
        <w:t xml:space="preserve">[1:15:26] </w:t>
      </w:r>
      <w:r>
        <w:t>masjid thi, jis mein dakhil ho kr wo khuda ki yaad mein mashgool ho jae.</w:t>
      </w:r>
    </w:p>
    <w:p>
      <w:pPr>
        <w:jc w:val="right"/>
      </w:pPr>
      <w:r>
        <w:t>مسجد تھی، جس میں داخل ہو کر وہ خدا کی یاد میں مشغول ہو جائے۔</w:t>
      </w:r>
    </w:p>
    <w:p>
      <w:r>
        <w:rPr>
          <w:b/>
        </w:rPr>
        <w:t xml:space="preserve">[1:15:32] </w:t>
      </w:r>
      <w:r>
        <w:t>phir is mahol mein bani ismail ko moajzaati taur par zamzam ke zareeye pani meheya kiya gaya.</w:t>
      </w:r>
    </w:p>
    <w:p>
      <w:pPr>
        <w:jc w:val="right"/>
      </w:pPr>
      <w:r>
        <w:t>پھر اس ماحول میں بنو اسماعیل کو معجزاتی طور پر زمزم کے ذریعے پانی مہیا کیا گیا۔</w:t>
      </w:r>
    </w:p>
    <w:p>
      <w:r>
        <w:rPr>
          <w:b/>
        </w:rPr>
        <w:t xml:space="preserve">[1:15:38] </w:t>
      </w:r>
      <w:r>
        <w:t>isi ke sath un ke liye yeh intezam kiya gaya ke aisi paidawar se un ko rizq mile</w:t>
      </w:r>
    </w:p>
    <w:p>
      <w:pPr>
        <w:jc w:val="right"/>
      </w:pPr>
      <w:r>
        <w:t>اسی کے ساتھ ان کے لیے یہ انتظام کیا گیا کہ ایسی پیداوار سے ان کو رزق ملے</w:t>
      </w:r>
    </w:p>
    <w:p>
      <w:r>
        <w:rPr>
          <w:b/>
        </w:rPr>
        <w:t xml:space="preserve">[1:15:44] </w:t>
      </w:r>
      <w:r>
        <w:t>jo un ke qadmon ke neeche paida nahi hota.</w:t>
      </w:r>
    </w:p>
    <w:p>
      <w:pPr>
        <w:jc w:val="right"/>
      </w:pPr>
      <w:r>
        <w:t>جو ان کے قدموں کے نیچے پیدا نہیں ہوتا۔</w:t>
      </w:r>
    </w:p>
    <w:p>
      <w:r>
        <w:rPr>
          <w:b/>
        </w:rPr>
        <w:t xml:space="preserve">[1:15:50] </w:t>
      </w:r>
      <w:r>
        <w:t>yeh goya un ko</w:t>
      </w:r>
    </w:p>
    <w:p>
      <w:pPr>
        <w:jc w:val="right"/>
      </w:pPr>
      <w:r>
        <w:t>یہ گویا ان کو</w:t>
      </w:r>
    </w:p>
    <w:p>
      <w:r>
        <w:rPr>
          <w:b/>
        </w:rPr>
        <w:t xml:space="preserve">[1:15:56] </w:t>
      </w:r>
      <w:r>
        <w:t>shakir banane ka khusoosi eh-te-mam tha.</w:t>
      </w:r>
    </w:p>
    <w:p>
      <w:pPr>
        <w:jc w:val="right"/>
      </w:pPr>
      <w:r>
        <w:t>شاکر بنانے کا خصوصی اہتمام تھا۔</w:t>
      </w:r>
    </w:p>
    <w:p>
      <w:r>
        <w:rPr>
          <w:b/>
        </w:rPr>
        <w:t xml:space="preserve">[1:16:04] </w:t>
      </w:r>
      <w:r>
        <w:t>ghair maamooli nemat se aadmi ke andar shukr ka ghair maamooli jazba ubharta hai.</w:t>
      </w:r>
    </w:p>
    <w:p>
      <w:pPr>
        <w:jc w:val="right"/>
      </w:pPr>
      <w:r>
        <w:t>غیر معمولی نعمت سے آدمی کے اندر شکر کا غیر معمولی جذبہ ابھرتا ہے۔</w:t>
      </w:r>
    </w:p>
    <w:p>
      <w:r>
        <w:rPr>
          <w:b/>
        </w:rPr>
        <w:t xml:space="preserve">[1:16:11] </w:t>
      </w:r>
      <w:r>
        <w:t>aur chupi hui thi ke sehra mein unhein phalon ki rozi de.</w:t>
      </w:r>
    </w:p>
    <w:p>
      <w:pPr>
        <w:jc w:val="right"/>
      </w:pPr>
      <w:r>
        <w:t>اور چھپی ہوئی تھی کہ صحرا میں انہیں پھلوں کی روزی دے۔</w:t>
      </w:r>
    </w:p>
    <w:p>
      <w:r>
        <w:rPr>
          <w:b/>
        </w:rPr>
        <w:t xml:space="preserve">[1:16:19] </w:t>
      </w:r>
      <w:r>
        <w:t>rabbana innaka ta'lamu ma nukhfi wa ma nu'limu wa ma yakhfa 'allallahi</w:t>
      </w:r>
    </w:p>
    <w:p>
      <w:pPr>
        <w:jc w:val="right"/>
      </w:pPr>
      <w:r>
        <w:t>رَبَّنَا إِنَّكَ تَعْلَمُ مَا نُخْفِي وَمَا نُعْلِمُ وَمَا يَخْفَىٰ عَلَى اللَّهِ</w:t>
      </w:r>
    </w:p>
    <w:p>
      <w:r>
        <w:rPr>
          <w:b/>
        </w:rPr>
        <w:t xml:space="preserve">[1:16:26] </w:t>
      </w:r>
      <w:r>
        <w:t>min shai'in fil ardi wa la fis sama'i alhamdu lillahi alladhi wahaba li 'alal kibari isma'ila wa ishaqa inna rabbi</w:t>
      </w:r>
    </w:p>
    <w:p>
      <w:pPr>
        <w:jc w:val="right"/>
      </w:pPr>
      <w:r>
        <w:t>مِن شَيْءٍ فِي الْأَرْضِ وَلَا فِي السَّمَاءِ الْحَمْدُ لِلَّهِ الَّذِي وَهَبَ لِي عَلَى الْكِبَرِ إِسْمَاعِيلَ وَإِسْحَاقَ إِنَّ رَبِّي</w:t>
      </w:r>
    </w:p>
    <w:p>
      <w:r>
        <w:rPr>
          <w:b/>
        </w:rPr>
        <w:t xml:space="preserve">[1:16:42] </w:t>
      </w:r>
      <w:r>
        <w:t>lasami'ud du'a rabbi ij'alni muqim as-salati wa min dhurriyyati</w:t>
      </w:r>
    </w:p>
    <w:p>
      <w:pPr>
        <w:jc w:val="right"/>
      </w:pPr>
      <w:r>
        <w:t>لَسَمِيعُ الدُّعَاءِ رَبِّ اجْعَلْنِي مُقِيمَ الصَّلَاةِ وَمِن ذُرِّيَّتِي</w:t>
      </w:r>
    </w:p>
    <w:p>
      <w:r>
        <w:rPr>
          <w:b/>
        </w:rPr>
        <w:t xml:space="preserve">[1:16:57] </w:t>
      </w:r>
      <w:r>
        <w:t>rabbana wa taqabbal du'a rabbana-ghfir li wa liwalidayya wa lilmu'minina yawma yaqumu al-hisab.</w:t>
      </w:r>
    </w:p>
    <w:p>
      <w:pPr>
        <w:jc w:val="right"/>
      </w:pPr>
      <w:r>
        <w:t>رَبَّنَا وَتَقَبَّلْ دُعَاءِ رَبَّنَا اغْفِرْ لِي وَلِوَالِدَيَّ وَلِلْمُؤْمِنِينَ يَوْمَ يَقُومُ الْحِسَابُ.</w:t>
      </w:r>
    </w:p>
    <w:p>
      <w:r>
        <w:rPr>
          <w:b/>
        </w:rPr>
        <w:t xml:space="preserve">[1:17:05] </w:t>
      </w:r>
      <w:r>
        <w:t>ae hamare rab!</w:t>
      </w:r>
    </w:p>
    <w:p>
      <w:pPr>
        <w:jc w:val="right"/>
      </w:pPr>
      <w:r>
        <w:t>اے ہمارے رب!</w:t>
      </w:r>
    </w:p>
    <w:p>
      <w:r>
        <w:rPr>
          <w:b/>
        </w:rPr>
        <w:t xml:space="preserve">[1:17:12] </w:t>
      </w:r>
      <w:r>
        <w:t>tu janta hai jo kuch hum chupate hain aur jo kuch hum zahir karte hain, aur Allah se</w:t>
      </w:r>
    </w:p>
    <w:p>
      <w:pPr>
        <w:jc w:val="right"/>
      </w:pPr>
      <w:r>
        <w:t>تو جانتا ہے جو کچھ ہم چھپاتے ہیں اور جو کچھ ہم ظاہر کرتے ہیں، اور اللہ سے</w:t>
      </w:r>
    </w:p>
    <w:p>
      <w:r>
        <w:rPr>
          <w:b/>
        </w:rPr>
        <w:t xml:space="preserve">[1:17:20] </w:t>
      </w:r>
      <w:r>
        <w:t>koi cheez makhfi nahi, na zameen mein aur na aasman mein.</w:t>
      </w:r>
    </w:p>
    <w:p>
      <w:pPr>
        <w:jc w:val="right"/>
      </w:pPr>
      <w:r>
        <w:t>کوئی چیز مخفی نہیں، نہ زمین میں اور نہ آسمان میں۔</w:t>
      </w:r>
    </w:p>
    <w:p>
      <w:r>
        <w:rPr>
          <w:b/>
        </w:rPr>
        <w:t xml:space="preserve">[1:17:28] </w:t>
      </w:r>
      <w:r>
        <w:t>shukr hai us khuda ka jis ne mujh ko barhape mein ismail aur ishaq di-en.</w:t>
      </w:r>
    </w:p>
    <w:p>
      <w:pPr>
        <w:jc w:val="right"/>
      </w:pPr>
      <w:r>
        <w:t>شکر ہے اس خدا کا جس نے مجھ کو بڑھاپے میں اسماعیل اور اسحاق دیے۔</w:t>
      </w:r>
    </w:p>
    <w:p>
      <w:r>
        <w:rPr>
          <w:b/>
        </w:rPr>
        <w:t xml:space="preserve">[1:17:32] </w:t>
      </w:r>
      <w:r>
        <w:t>beshak mera rab dua ka sunne wala hai.</w:t>
      </w:r>
    </w:p>
    <w:p>
      <w:pPr>
        <w:jc w:val="right"/>
      </w:pPr>
      <w:r>
        <w:t>بے شک میرا رب دعا کا سننے والا ہے۔</w:t>
      </w:r>
    </w:p>
    <w:p>
      <w:r>
        <w:rPr>
          <w:b/>
        </w:rPr>
        <w:t xml:space="preserve">[1:17:35] </w:t>
      </w:r>
      <w:r>
        <w:t>ae mere rab!</w:t>
      </w:r>
    </w:p>
    <w:p>
      <w:pPr>
        <w:jc w:val="right"/>
      </w:pPr>
      <w:r>
        <w:t>اے میرے رب!</w:t>
      </w:r>
    </w:p>
    <w:p>
      <w:r>
        <w:rPr>
          <w:b/>
        </w:rPr>
        <w:t xml:space="preserve">[1:17:39] </w:t>
      </w:r>
      <w:r>
        <w:t>mujhe namaz qaim karne wala bana, aur meri aulad mein bhi.</w:t>
      </w:r>
    </w:p>
    <w:p>
      <w:pPr>
        <w:jc w:val="right"/>
      </w:pPr>
      <w:r>
        <w:t>مجھے نماز قائم کرنے والا بنا، اور میری اولاد میں بھی۔</w:t>
      </w:r>
    </w:p>
    <w:p>
      <w:r>
        <w:rPr>
          <w:b/>
        </w:rPr>
        <w:t xml:space="preserve">[1:17:43] </w:t>
      </w:r>
      <w:r>
        <w:t>ae mere rab!</w:t>
      </w:r>
    </w:p>
    <w:p>
      <w:pPr>
        <w:jc w:val="right"/>
      </w:pPr>
      <w:r>
        <w:t>اے میرے رب!</w:t>
      </w:r>
    </w:p>
    <w:p>
      <w:r>
        <w:rPr>
          <w:b/>
        </w:rPr>
        <w:t xml:space="preserve">[1:17:47] </w:t>
      </w:r>
      <w:r>
        <w:t>meri dua qabool kar.</w:t>
      </w:r>
    </w:p>
    <w:p>
      <w:pPr>
        <w:jc w:val="right"/>
      </w:pPr>
      <w:r>
        <w:t>میری دعا قبول کر۔</w:t>
      </w:r>
    </w:p>
    <w:p>
      <w:r>
        <w:rPr>
          <w:b/>
        </w:rPr>
        <w:t xml:space="preserve">[1:17:51] </w:t>
      </w:r>
      <w:r>
        <w:t>ae hamare rab!</w:t>
      </w:r>
    </w:p>
    <w:p>
      <w:pPr>
        <w:jc w:val="right"/>
      </w:pPr>
      <w:r>
        <w:t>اے ہمارے رب!</w:t>
      </w:r>
    </w:p>
    <w:p>
      <w:r>
        <w:rPr>
          <w:b/>
        </w:rPr>
        <w:t xml:space="preserve">[1:17:54] </w:t>
      </w:r>
      <w:r>
        <w:t>mujhe maaf farma, aur mere walidain ko aur momineen ko us roz jab</w:t>
      </w:r>
    </w:p>
    <w:p>
      <w:pPr>
        <w:jc w:val="right"/>
      </w:pPr>
      <w:r>
        <w:t>مجھے معاف فرما، اور میرے والدین کو اور مومنین کو اس روز جب</w:t>
      </w:r>
    </w:p>
    <w:p>
      <w:r>
        <w:rPr>
          <w:b/>
        </w:rPr>
        <w:t xml:space="preserve">[1:17:58] </w:t>
      </w:r>
      <w:r>
        <w:t>ke hisab qaim hoga.</w:t>
      </w:r>
    </w:p>
    <w:p>
      <w:pPr>
        <w:jc w:val="right"/>
      </w:pPr>
      <w:r>
        <w:t>کہ حساب قائم ہوگا۔</w:t>
      </w:r>
    </w:p>
    <w:p>
      <w:r>
        <w:rPr>
          <w:b/>
        </w:rPr>
        <w:t xml:space="preserve">[1:18:04] </w:t>
      </w:r>
      <w:r>
        <w:t>tashreeh: hazrat ibrahim ki is dua mein woh tamam jazbat jhalak rahe hain jo ek sache bande ke</w:t>
      </w:r>
    </w:p>
    <w:p>
      <w:pPr>
        <w:jc w:val="right"/>
      </w:pPr>
      <w:r>
        <w:t>تشریح: حضرت ابراہیم کی اس دعا میں وہ تمام جذبات جھلک رہے ہیں جو ایک سچے بندے کے</w:t>
      </w:r>
    </w:p>
    <w:p>
      <w:r>
        <w:rPr>
          <w:b/>
        </w:rPr>
        <w:t xml:space="preserve">[1:18:10] </w:t>
      </w:r>
      <w:r>
        <w:t>andar khuda ko pukarte hue umadte hain.</w:t>
      </w:r>
    </w:p>
    <w:p>
      <w:pPr>
        <w:jc w:val="right"/>
      </w:pPr>
      <w:r>
        <w:t>اندر خدا کو پکارتے ہوئے امڑتے ہیں۔</w:t>
      </w:r>
    </w:p>
    <w:p>
      <w:r>
        <w:rPr>
          <w:b/>
        </w:rPr>
        <w:t xml:space="preserve">[1:18:16] </w:t>
      </w:r>
      <w:r>
        <w:t>is ki abadiyat zahoor karti hai ke woh Khuda ke samne apni ajz ka iqrar kare, jo kuch</w:t>
      </w:r>
    </w:p>
    <w:p>
      <w:pPr>
        <w:jc w:val="right"/>
      </w:pPr>
      <w:r>
        <w:t>اس کی ابدیت ظہور کرتی ہے کہ وہ خدا کے سامنے اپنی عجز کا اقرار کرے، جو کچھ</w:t>
      </w:r>
    </w:p>
    <w:p>
      <w:r>
        <w:rPr>
          <w:b/>
        </w:rPr>
        <w:t xml:space="preserve">[1:18:22] </w:t>
      </w:r>
      <w:r>
        <w:t>mange ehtiyaj ki buniyad par mange, na ke istihqaaq</w:t>
      </w:r>
    </w:p>
    <w:p>
      <w:pPr>
        <w:jc w:val="right"/>
      </w:pPr>
      <w:r>
        <w:t>مانگے احتیاج کی بنیاد پر مانگے، نہ کہ استحقاق</w:t>
      </w:r>
    </w:p>
    <w:p>
      <w:r>
        <w:rPr>
          <w:b/>
        </w:rPr>
        <w:t xml:space="preserve">[1:18:28] </w:t>
      </w:r>
      <w:r>
        <w:t>ki buniyad par. ek taraf woh mili hui nematoun ka etraaf kare, aur doosri taraf adab ke tamam taqazon ke saath apni darkhwast pesh kare. woh iqraar kare ke khuda dene wala hai aur insaan paane wala. woh apne rab se yeh taufeeq maange ke woh dunya mein uska parastar ban kar rahe. isi ki darkhwast woh apne liye bhi</w:t>
      </w:r>
    </w:p>
    <w:p>
      <w:pPr>
        <w:jc w:val="right"/>
      </w:pPr>
      <w:r>
        <w:t>کی بنیاد پر۔ ایک طرف وہ ملی ہوئی نعمتوں کا اعتراف کرے، اور دوسری طرف ادب کے تمام تقاضوں کے ساتھ اپنی درخواست پیش کرے۔ وہ اقرار کرے کہ خدا دینے والا ہے اور انسان پانے والا۔ وہ اپنے رب سے یہ توفیق مانگے کہ وہ دنیا میں اس کا پرستار بن کر رہے۔ اسی کی درخواست وہ اپنے لیے بھی</w:t>
      </w:r>
    </w:p>
    <w:p>
      <w:r>
        <w:rPr>
          <w:b/>
        </w:rPr>
        <w:t xml:space="preserve">[1:18:58] </w:t>
      </w:r>
      <w:r>
        <w:t>kare aur apne ahle khandan ke liye bhi.</w:t>
      </w:r>
    </w:p>
    <w:p>
      <w:pPr>
        <w:jc w:val="right"/>
      </w:pPr>
      <w:r>
        <w:t>کرے اور اپنے اہل خاندان کے لیے بھی۔</w:t>
      </w:r>
    </w:p>
    <w:p>
      <w:r>
        <w:rPr>
          <w:b/>
        </w:rPr>
        <w:t xml:space="preserve">[1:19:03] </w:t>
      </w:r>
      <w:r>
        <w:t>aur isi ki darkhwast tamam momineen ke liye bhi.</w:t>
      </w:r>
    </w:p>
    <w:p>
      <w:pPr>
        <w:jc w:val="right"/>
      </w:pPr>
      <w:r>
        <w:t>اور اسی کی درخواست تمام مومنین کے لیے بھی۔</w:t>
      </w:r>
    </w:p>
    <w:p>
      <w:r>
        <w:rPr>
          <w:b/>
        </w:rPr>
        <w:t xml:space="preserve">[1:19:08] </w:t>
      </w:r>
      <w:r>
        <w:t>dua ke waqt is ke samne jo sab se bara masla ho, woh dunya ka na ho balkeh</w:t>
      </w:r>
    </w:p>
    <w:p>
      <w:pPr>
        <w:jc w:val="right"/>
      </w:pPr>
      <w:r>
        <w:t>دعا کے وقت اس کے سامنے جو سب سے بڑا مسئلہ ہو، وہ دنیا کا نہ ہو بلکہ</w:t>
      </w:r>
    </w:p>
    <w:p>
      <w:r>
        <w:rPr>
          <w:b/>
        </w:rPr>
        <w:t xml:space="preserve">[1:19:13] </w:t>
      </w:r>
      <w:r>
        <w:t>aakhirat ka ho, jahan abadi tor par aadmi ko rehna hai.</w:t>
      </w:r>
    </w:p>
    <w:p>
      <w:pPr>
        <w:jc w:val="right"/>
      </w:pPr>
      <w:r>
        <w:t>آخرت کا ہو، جہاں ابدی طور پر آدمی کو رہنا ہے۔</w:t>
      </w:r>
    </w:p>
    <w:p>
      <w:r>
        <w:rPr>
          <w:b/>
        </w:rPr>
        <w:t xml:space="preserve">[1:19:18] </w:t>
      </w:r>
      <w:r>
        <w:t>in aadab ke sath jo dua ki jaye, woh peghambarana dua hai.</w:t>
      </w:r>
    </w:p>
    <w:p>
      <w:pPr>
        <w:jc w:val="right"/>
      </w:pPr>
      <w:r>
        <w:t>ان آداب کے ساتھ جو دعا کی جائے، وہ پیغمبرانہ دعا ہے۔</w:t>
      </w:r>
    </w:p>
    <w:p>
      <w:r>
        <w:rPr>
          <w:b/>
        </w:rPr>
        <w:t xml:space="preserve">[1:19:23] </w:t>
      </w:r>
      <w:r>
        <w:t>aur aisi dua agar</w:t>
      </w:r>
    </w:p>
    <w:p>
      <w:pPr>
        <w:jc w:val="right"/>
      </w:pPr>
      <w:r>
        <w:t>اور ایسی دعا اگر</w:t>
      </w:r>
    </w:p>
    <w:p>
      <w:r>
        <w:rPr>
          <w:b/>
        </w:rPr>
        <w:t xml:space="preserve">[1:19:28] </w:t>
      </w:r>
      <w:r>
        <w:t>sache dil se nikle to woh zaroor Khuda ke yahan qabooliyat ka darja hasil karti hai.</w:t>
      </w:r>
    </w:p>
    <w:p>
      <w:pPr>
        <w:jc w:val="right"/>
      </w:pPr>
      <w:r>
        <w:t>سچے دل سے نکلے تو وہ ضرور خدا کے یہاں قبولیت کا درجہ حاصل کرتی ہے۔</w:t>
      </w:r>
    </w:p>
    <w:p>
      <w:r>
        <w:rPr>
          <w:b/>
        </w:rPr>
        <w:t xml:space="preserve">[1:19:44] </w:t>
      </w:r>
      <w:r>
        <w:t>Wala tahsabanna Allaha ghafilan amma ya'malu al-zaloona innama yu'akhkhiruhum li-yawmin tashkhashu fehi al-absaru muhdhi'eena</w:t>
      </w:r>
    </w:p>
    <w:p>
      <w:pPr>
        <w:jc w:val="right"/>
      </w:pPr>
      <w:r>
        <w:t>وَلَا تَحْسَبَنَّ اللَّهَ غَافِلًا عَمَّا يَعْمَلُ الظَّالِمُونَ إِنَّمَا يُؤَخِّرُهُمْ لِيَوْمٍ تَشْخَصُ فِيهِ الْأَبَصَارُ مُهْضِعِينَ</w:t>
      </w:r>
    </w:p>
    <w:p>
      <w:r>
        <w:rPr>
          <w:b/>
        </w:rPr>
        <w:t xml:space="preserve">[1:19:59] </w:t>
      </w:r>
      <w:r>
        <w:t>muqni'eena ru'usahum la yartaddu ilayhim tarfuhum wa af'idatuhum hawa'a.</w:t>
      </w:r>
    </w:p>
    <w:p>
      <w:pPr>
        <w:jc w:val="right"/>
      </w:pPr>
      <w:r>
        <w:t>مُقْنِعِينَ رُؤُوسِهِمْ لَا يَرْتَدُّ إِلَيْهِمْ طَرْفُهُمْ وَأَفْئِدَتُهُمْ هَوَاءً.</w:t>
      </w:r>
    </w:p>
    <w:p>
      <w:r>
        <w:rPr>
          <w:b/>
        </w:rPr>
        <w:t xml:space="preserve">[1:20:06] </w:t>
      </w:r>
      <w:r>
        <w:t>aur hargiz mat khayal karo ke Allah is se bekhabar hai jo zalim log kar rahe hain.</w:t>
      </w:r>
    </w:p>
    <w:p>
      <w:pPr>
        <w:jc w:val="right"/>
      </w:pPr>
      <w:r>
        <w:t>اور ہرگز مت خیال کرو کہ اللہ اس سے بے خبر ہے جو ظالم لوگ کر رہے ہیں۔</w:t>
      </w:r>
    </w:p>
    <w:p>
      <w:r>
        <w:rPr>
          <w:b/>
        </w:rPr>
        <w:t xml:space="preserve">[1:20:14] </w:t>
      </w:r>
      <w:r>
        <w:t>woh un ko is din ke liye dheel de raha hai jis din aankhein pathra jayengi.</w:t>
      </w:r>
    </w:p>
    <w:p>
      <w:pPr>
        <w:jc w:val="right"/>
      </w:pPr>
      <w:r>
        <w:t>وہ ان کو اس دن کے لیے ڈھیل دے رہا ہے جس دن آنکھیں پتھرا جائیں گی۔</w:t>
      </w:r>
    </w:p>
    <w:p>
      <w:r>
        <w:rPr>
          <w:b/>
        </w:rPr>
        <w:t xml:space="preserve">[1:20:21] </w:t>
      </w:r>
      <w:r>
        <w:t>woh sar uthaye hue</w:t>
      </w:r>
    </w:p>
    <w:p>
      <w:pPr>
        <w:jc w:val="right"/>
      </w:pPr>
      <w:r>
        <w:t>وہ سر اٹھائے ہوئے</w:t>
      </w:r>
    </w:p>
    <w:p>
      <w:r>
        <w:rPr>
          <w:b/>
        </w:rPr>
        <w:t xml:space="preserve">[1:20:29] </w:t>
      </w:r>
      <w:r>
        <w:t>bhaag rahe honge.</w:t>
      </w:r>
    </w:p>
    <w:p>
      <w:pPr>
        <w:jc w:val="right"/>
      </w:pPr>
      <w:r>
        <w:t>بھاگ رہے ہوں گے۔</w:t>
      </w:r>
    </w:p>
    <w:p>
      <w:r>
        <w:rPr>
          <w:b/>
        </w:rPr>
        <w:t xml:space="preserve">[1:20:35] </w:t>
      </w:r>
      <w:r>
        <w:t>un ki nazar un ki taraf hat kar na aayegi, aur un ke dil badhawas honge.</w:t>
      </w:r>
    </w:p>
    <w:p>
      <w:pPr>
        <w:jc w:val="right"/>
      </w:pPr>
      <w:r>
        <w:t>ان کی نظر ان کی طرف ہٹ کر نہ آئے گی، اور ان کے دل بدحواس ہوں گے۔</w:t>
      </w:r>
    </w:p>
    <w:p>
      <w:r>
        <w:rPr>
          <w:b/>
        </w:rPr>
        <w:t xml:space="preserve">[1:20:41] </w:t>
      </w:r>
      <w:r>
        <w:t>tashreeh: aadmi ke samne haq aata hai to woh is ka mukhalif ban kar khada ho jata hai.</w:t>
      </w:r>
    </w:p>
    <w:p>
      <w:pPr>
        <w:jc w:val="right"/>
      </w:pPr>
      <w:r>
        <w:t>تشریح: آدمی کے سامنے حق آتا ہے تو وہ اس کا مخالف بن کر کھڑا ہو جاتا ہے۔</w:t>
      </w:r>
    </w:p>
    <w:p>
      <w:r>
        <w:rPr>
          <w:b/>
        </w:rPr>
        <w:t xml:space="preserve">[1:20:47] </w:t>
      </w:r>
      <w:r>
        <w:t>woh is ke muqable mein aisi bekhaufi ka muzahira karta hai jaise ke is se zyada bahadur</w:t>
      </w:r>
    </w:p>
    <w:p>
      <w:pPr>
        <w:jc w:val="right"/>
      </w:pPr>
      <w:r>
        <w:t>وہ اس کے مقابلے میں ایسی بے خوفی کا مظاہرہ کرتا ہے جیسے کہ اس سے زیادہ بہادر</w:t>
      </w:r>
    </w:p>
    <w:p>
      <w:r>
        <w:rPr>
          <w:b/>
        </w:rPr>
        <w:t xml:space="preserve">[1:20:53] </w:t>
      </w:r>
      <w:r>
        <w:t>dunya mein aur</w:t>
      </w:r>
    </w:p>
    <w:p>
      <w:pPr>
        <w:jc w:val="right"/>
      </w:pPr>
      <w:r>
        <w:t>دنیا میں اور</w:t>
      </w:r>
    </w:p>
    <w:p>
      <w:r>
        <w:rPr>
          <w:b/>
        </w:rPr>
        <w:t xml:space="preserve">[1:20:59] </w:t>
      </w:r>
      <w:r>
        <w:t>koi nahi. magar yahi haq jo dunya mein da'i ki satah par zahir hota hai, woh aakhirat mein khuda ki satah par zahir hoga. is din aise logon ki saari bahaduri jati rahegi. aakhirat ka haulnak manzar dekh kar unka yeh haal hoga ke jab unki nigahein uthengi to woh uthi ki uthi</w:t>
      </w:r>
    </w:p>
    <w:p>
      <w:pPr>
        <w:jc w:val="right"/>
      </w:pPr>
      <w:r>
        <w:t>کوئی نہیں۔ مگر یہی حق جو دنیا میں داعی کی سطح پر ظاہر ہوتا ہے، وہ آخرت میں خدا کی سطح پر ظاہر ہوگا۔ اس دن ایسے لوگوں کی ساری بہادری جاتی رہے گی۔ آخرت کا ہولناک منظر دیکھ کر ان کا یہ حال ہوگا کہ جب ان کی نگاہیں اٹھیں گی تو وہ اٹھی کی اٹھی</w:t>
      </w:r>
    </w:p>
    <w:p>
      <w:r>
        <w:rPr>
          <w:b/>
        </w:rPr>
        <w:t xml:space="preserve">[1:21:29] </w:t>
      </w:r>
      <w:r>
        <w:t>reh jayengi, palk jhapne ki nawbat bhi na aayegi.</w:t>
      </w:r>
    </w:p>
    <w:p>
      <w:pPr>
        <w:jc w:val="right"/>
      </w:pPr>
      <w:r>
        <w:t>رہ جائیں گی، پلک جھپکنے کی نوبت بھی نہ آئے گی۔</w:t>
      </w:r>
    </w:p>
    <w:p>
      <w:r>
        <w:rPr>
          <w:b/>
        </w:rPr>
        <w:t xml:space="preserve">[1:21:37] </w:t>
      </w:r>
      <w:r>
        <w:t>woh sar uthaye hue tezi se maidan-e-hashr ki taraf bhaag rahe honge, aur un ke dil</w:t>
      </w:r>
    </w:p>
    <w:p>
      <w:pPr>
        <w:jc w:val="right"/>
      </w:pPr>
      <w:r>
        <w:t>وہ سر اٹھائے ہوئے تیزی سے میدان حشر کی طرف بھاگ رہے ہوں گے، اور ان کے دل</w:t>
      </w:r>
    </w:p>
    <w:p>
      <w:r>
        <w:rPr>
          <w:b/>
        </w:rPr>
        <w:t xml:space="preserve">[1:21:45] </w:t>
      </w:r>
      <w:r>
        <w:t>dehshat ki wajah se urh rahe honge.</w:t>
      </w:r>
    </w:p>
    <w:p>
      <w:pPr>
        <w:jc w:val="right"/>
      </w:pPr>
      <w:r>
        <w:t>دہشت کی وجہ سے اڑ رہے ہوں گے۔</w:t>
      </w:r>
    </w:p>
    <w:p>
      <w:r>
        <w:rPr>
          <w:b/>
        </w:rPr>
        <w:t xml:space="preserve">[1:21:53] </w:t>
      </w:r>
      <w:r>
        <w:t>Wa andhir al-nasa yawma ya'tiihim al-'adhabu fa-yaqoolu al-ladheena zalamoo rabbana</w:t>
      </w:r>
    </w:p>
    <w:p>
      <w:pPr>
        <w:jc w:val="right"/>
      </w:pPr>
      <w:r>
        <w:t>وَأَنْذِرِ النَّاسَ يَوْمَ يَأْتِيهِمُ الْعَذَابُ فَيَقُولُ الَّذِينَ ظَلَمُوا رَبَّنَا</w:t>
      </w:r>
    </w:p>
    <w:p>
      <w:r>
        <w:rPr>
          <w:b/>
        </w:rPr>
        <w:t xml:space="preserve">[1:22:01] </w:t>
      </w:r>
      <w:r>
        <w:t>akhirna fa-yaqoolu al-ladheena zalamoo rabbana akhirna ila ajalin qareebin nujib da'wataka wa nattabi'i al-rusula awalam takoonoo aqsamtum min qablu</w:t>
      </w:r>
    </w:p>
    <w:p>
      <w:pPr>
        <w:jc w:val="right"/>
      </w:pPr>
      <w:r>
        <w:t>أَخِرْنَا فَيَقُولُ الَّذِينَ ظَلَمُوا رَبَّنَا أَخِرْنَا إِلَى أَجَلٍ قَرِيبٍ نُجِبْ دَعْوَتَكَ وَنَتَّبِعِ الرُّسُلَ أَوَلَمْ تَكُونُوا أَقْسَمْتُم مِن قَبْلُ</w:t>
      </w:r>
    </w:p>
    <w:p>
      <w:r>
        <w:rPr>
          <w:b/>
        </w:rPr>
        <w:t xml:space="preserve">[1:22:16] </w:t>
      </w:r>
      <w:r>
        <w:t>ma lakum min zaw</w:t>
      </w:r>
    </w:p>
    <w:p>
      <w:pPr>
        <w:jc w:val="right"/>
      </w:pPr>
      <w:r>
        <w:t>مَا لَكُم مِن زَوَ</w:t>
      </w:r>
    </w:p>
    <w:p>
      <w:r>
        <w:rPr>
          <w:b/>
        </w:rPr>
        <w:t xml:space="preserve">[1:22:31] </w:t>
      </w:r>
      <w:r>
        <w:t>alin wasakantum fi masakin alladhina zalamu anfusahum watabayyana lakum kayfa fa'alna bihim watabayyana lakum kayfa fa'alna bihim wadarabana</w:t>
      </w:r>
    </w:p>
    <w:p>
      <w:pPr>
        <w:jc w:val="right"/>
      </w:pPr>
      <w:r>
        <w:t>الٍ وَسَكَنْتُمْ فِي مَسَاكِنِ الَّذِينَ ظَلَمُوا أَنْفُسَهُمْ وَتَبَيَّنَ لَكُمْ كَيْفَ فَعَلْنَا بِهِمْ وَتَبَيَّنَ لَكُمْ كَيْفَ فَعَلْنَا بِهِمْ وَضَرَبَنَا</w:t>
      </w:r>
    </w:p>
    <w:p>
      <w:r>
        <w:rPr>
          <w:b/>
        </w:rPr>
        <w:t xml:space="preserve">[1:22:46] </w:t>
      </w:r>
      <w:r>
        <w:t>lakumul amthala waqad makaru makrahum wa'indallahi makruhum wa'in kan</w:t>
      </w:r>
    </w:p>
    <w:p>
      <w:pPr>
        <w:jc w:val="right"/>
      </w:pPr>
      <w:r>
        <w:t>لَكُمُ الْأَمْثَالَ وَقَدْ مَكَرُوا مَكْرَهُمْ وَعِنْدَ اللَّهِ مَكْرُهُمْ وَإِن كَانَ</w:t>
      </w:r>
    </w:p>
    <w:p>
      <w:r>
        <w:rPr>
          <w:b/>
        </w:rPr>
        <w:t xml:space="preserve">[1:23:01] </w:t>
      </w:r>
      <w:r>
        <w:t>makruhum litazula minhu aljibalu.</w:t>
      </w:r>
    </w:p>
    <w:p>
      <w:pPr>
        <w:jc w:val="right"/>
      </w:pPr>
      <w:r>
        <w:t>مَكْرُهُمْ لِتَزُولَ مِنْهُ الْجِبَالُ.</w:t>
      </w:r>
    </w:p>
    <w:p>
      <w:r>
        <w:rPr>
          <w:b/>
        </w:rPr>
        <w:t xml:space="preserve">[1:23:07] </w:t>
      </w:r>
      <w:r>
        <w:t>aur logon ko is din se dara do jis din un par azab aayega.</w:t>
      </w:r>
    </w:p>
    <w:p>
      <w:pPr>
        <w:jc w:val="right"/>
      </w:pPr>
      <w:r>
        <w:t>اور لوگوں کو اس دن سے ڈرا دو جس دن ان پر عذاب آئے گا۔</w:t>
      </w:r>
    </w:p>
    <w:p>
      <w:r>
        <w:rPr>
          <w:b/>
        </w:rPr>
        <w:t xml:space="preserve">[1:23:13] </w:t>
      </w:r>
      <w:r>
        <w:t>is waqt zalim log kahenge ke a mere rab!</w:t>
      </w:r>
    </w:p>
    <w:p>
      <w:pPr>
        <w:jc w:val="right"/>
      </w:pPr>
      <w:r>
        <w:t>اس وقت ظالم لوگ کہیں گے کہ اے ہمارے رب!</w:t>
      </w:r>
    </w:p>
    <w:p>
      <w:r>
        <w:rPr>
          <w:b/>
        </w:rPr>
        <w:t xml:space="preserve">[1:23:20] </w:t>
      </w:r>
      <w:r>
        <w:t>ham ko thodi muhlat aur de de, ham teri dawat qubool kar lenge aur rasulon ki pairwi karenge.</w:t>
      </w:r>
    </w:p>
    <w:p>
      <w:pPr>
        <w:jc w:val="right"/>
      </w:pPr>
      <w:r>
        <w:t>ہم کو تھوڑی مہلت اور دے دے، ہم تیری دعوت قبول کر لیں گے اور رسولوں کی پیروی کریں گے۔</w:t>
      </w:r>
    </w:p>
    <w:p>
      <w:r>
        <w:rPr>
          <w:b/>
        </w:rPr>
        <w:t xml:space="preserve">[1:23:26] </w:t>
      </w:r>
      <w:r>
        <w:t>kya tum ne is se pehle</w:t>
      </w:r>
    </w:p>
    <w:p>
      <w:pPr>
        <w:jc w:val="right"/>
      </w:pPr>
      <w:r>
        <w:t>کیا تم نے اس سے پہلے</w:t>
      </w:r>
    </w:p>
    <w:p>
      <w:r>
        <w:rPr>
          <w:b/>
        </w:rPr>
        <w:t xml:space="preserve">[1:23:32] </w:t>
      </w:r>
      <w:r>
        <w:t>qasmen nahin kha'i thin ke tum par kuch zawal aana nahin hai? aur tum un logon ki bastiyon</w:t>
      </w:r>
    </w:p>
    <w:p>
      <w:pPr>
        <w:jc w:val="right"/>
      </w:pPr>
      <w:r>
        <w:t>قسمیں نہیں کھائی تھیں کہ تم پر کچھ زوال آنا نہیں ہے؟ اور تم ان لوگوں کی بستیوں</w:t>
      </w:r>
    </w:p>
    <w:p>
      <w:r>
        <w:rPr>
          <w:b/>
        </w:rPr>
        <w:t xml:space="preserve">[1:23:40] </w:t>
      </w:r>
      <w:r>
        <w:t>mein abad the jinhon ne apni janon par zulm kiya, aur tum par khul chuka tha ke ham</w:t>
      </w:r>
    </w:p>
    <w:p>
      <w:pPr>
        <w:jc w:val="right"/>
      </w:pPr>
      <w:r>
        <w:t>میں آباد تھے جنہوں نے اپنی جانوں پر ظلم کیا، اور تم پر کھل چکا تھا کہ ہم</w:t>
      </w:r>
    </w:p>
    <w:p>
      <w:r>
        <w:rPr>
          <w:b/>
        </w:rPr>
        <w:t xml:space="preserve">[1:23:47] </w:t>
      </w:r>
      <w:r>
        <w:t>ne un ke sath kya kiya, aur ham ne tum se misalen bayan kin, aur unhon ne apni</w:t>
      </w:r>
    </w:p>
    <w:p>
      <w:pPr>
        <w:jc w:val="right"/>
      </w:pPr>
      <w:r>
        <w:t>نے ان کے ساتھ کیا کیا، اور ہم نے تم سے مثالیں بیان کیں، اور انہوں نے اپنی</w:t>
      </w:r>
    </w:p>
    <w:p>
      <w:r>
        <w:rPr>
          <w:b/>
        </w:rPr>
        <w:t xml:space="preserve">[1:23:55] </w:t>
      </w:r>
      <w:r>
        <w:t>sari tadbiren kin, aur un ki tadbiren Allah ke samne thin,</w:t>
      </w:r>
    </w:p>
    <w:p>
      <w:pPr>
        <w:jc w:val="right"/>
      </w:pPr>
      <w:r>
        <w:t>ساری تدبیریں کیں، اور ان کی تدبیریں اللہ کے سامنے تھیں،</w:t>
      </w:r>
    </w:p>
    <w:p>
      <w:r>
        <w:rPr>
          <w:b/>
        </w:rPr>
        <w:t xml:space="preserve">[1:24:03] </w:t>
      </w:r>
      <w:r>
        <w:t>agarche unki tadbirein aisi thi ke unse pahad bhi tal jayein. tashreeh: aadmi ka haal yeh hai ke ek din pehle tak bhi woh apne anjaam ka ehsaas nahi karta. isko agar koi quwwat ya hasiyat haasil ho to woh is tarah akadta hai goya ke uski hasiyat kabhi us se chhinne wali nahi. woh khuda ki dawat ko thukraat</w:t>
      </w:r>
    </w:p>
    <w:p>
      <w:pPr>
        <w:jc w:val="right"/>
      </w:pPr>
      <w:r>
        <w:t>اگرچہ ان کی تدبیریں ایسی تھیں کہ ان سے پہاڑ بھی ٹل جائیں۔ تشریح: آدمی کا حال یہ ہے کہ ایک دن پہلے تک بھی وہ اپنے انجام کا احساس نہیں کرتا۔ اس کو اگر کوئی قوت یا حیثیت حاصل ہو تو وہ اس طرح اکڑتا ہے گویا کہ اس کی حیثیت کبھی اس سے چھننے والی نہیں۔ وہ خدا کی دعوت کو ٹھکرات</w:t>
      </w:r>
    </w:p>
    <w:p>
      <w:r>
        <w:rPr>
          <w:b/>
        </w:rPr>
        <w:t xml:space="preserve">[1:24:33] </w:t>
      </w:r>
      <w:r>
        <w:t>a hai aur bhool jata hai ke woh jin chizon ke bal par is ko thukra raha hai,</w:t>
      </w:r>
    </w:p>
    <w:p>
      <w:pPr>
        <w:jc w:val="right"/>
      </w:pPr>
      <w:r>
        <w:t>ا ہے اور بھول جاتا ہے کہ وہ جن چیزوں کے بل پر اس کو ٹھکرا رہا ہے،</w:t>
      </w:r>
    </w:p>
    <w:p>
      <w:r>
        <w:rPr>
          <w:b/>
        </w:rPr>
        <w:t xml:space="preserve">[1:24:40] </w:t>
      </w:r>
      <w:r>
        <w:t>woh sab Khuda hi ki di hui hain.</w:t>
      </w:r>
    </w:p>
    <w:p>
      <w:pPr>
        <w:jc w:val="right"/>
      </w:pPr>
      <w:r>
        <w:t>وہ سب خدا ہی کی دی ہوئی ہیں۔</w:t>
      </w:r>
    </w:p>
    <w:p>
      <w:r>
        <w:rPr>
          <w:b/>
        </w:rPr>
        <w:t xml:space="preserve">[1:24:46] </w:t>
      </w:r>
      <w:r>
        <w:t>is ke samne dalail aate hain magar woh un par dhyan nahin deta.</w:t>
      </w:r>
    </w:p>
    <w:p>
      <w:pPr>
        <w:jc w:val="right"/>
      </w:pPr>
      <w:r>
        <w:t>اس کے سامنے دلائل آتے ہیں مگر وہ ان پر دھیان نہیں دیتا۔</w:t>
      </w:r>
    </w:p>
    <w:p>
      <w:r>
        <w:rPr>
          <w:b/>
        </w:rPr>
        <w:t xml:space="preserve">[1:24:53] </w:t>
      </w:r>
      <w:r>
        <w:t>madi ke sirkashon ka anjam is ke samne hota hai magar woh samajhta hai ke jo kuch hua</w:t>
      </w:r>
    </w:p>
    <w:p>
      <w:pPr>
        <w:jc w:val="right"/>
      </w:pPr>
      <w:r>
        <w:t>ماضی کے سرکشوں کا انجام اس کے سامنے ہوتا ہے مگر وہ سمجھتا ہے کہ جو کچھ ہوا</w:t>
      </w:r>
    </w:p>
    <w:p>
      <w:r>
        <w:rPr>
          <w:b/>
        </w:rPr>
        <w:t xml:space="preserve">[1:25:00] </w:t>
      </w:r>
      <w:r>
        <w:t>woh sirf doosron ke liye tha, khud is ke apne liye kabhi aisa hone wala nahin.</w:t>
      </w:r>
    </w:p>
    <w:p>
      <w:pPr>
        <w:jc w:val="right"/>
      </w:pPr>
      <w:r>
        <w:t>وہ صرف دوسروں کے لیے تھا، خود اس کے اپنے لیے کبھی ایسا ہونے والا نہیں۔</w:t>
      </w:r>
    </w:p>
    <w:p>
      <w:r>
        <w:rPr>
          <w:b/>
        </w:rPr>
        <w:t xml:space="preserve">[1:25:07] </w:t>
      </w:r>
      <w:r>
        <w:t>duniya mein jin logon ko mawaqe hasil hain, woh haq ko nazar andaz karne mein fakhr mahsus karte</w:t>
      </w:r>
    </w:p>
    <w:p>
      <w:pPr>
        <w:jc w:val="right"/>
      </w:pPr>
      <w:r>
        <w:t>دنیا میں جن لوگوں کو مواقع حاصل ہیں، وہ حق کو نظر انداز کرنے میں فخر محسوس کرتے</w:t>
      </w:r>
    </w:p>
    <w:p>
      <w:r>
        <w:rPr>
          <w:b/>
        </w:rPr>
        <w:t xml:space="preserve">[1:25:14] </w:t>
      </w:r>
      <w:r>
        <w:t>hain, magar maut ke baad jab woh apni sirkashi ka anjam dekhenge to un ko apne madi</w:t>
      </w:r>
    </w:p>
    <w:p>
      <w:pPr>
        <w:jc w:val="right"/>
      </w:pPr>
      <w:r>
        <w:t>ہیں، مگر موت کے بعد جب وہ اپنی سرکشی کا انجام دیکھیں گے تو ان کو اپنے ماضی</w:t>
      </w:r>
    </w:p>
    <w:p>
      <w:r>
        <w:rPr>
          <w:b/>
        </w:rPr>
        <w:t xml:space="preserve">[1:25:22] </w:t>
      </w:r>
      <w:r>
        <w:t>par is qadar sharm aayegi ke woh chahenge ke agar unhen dobara muhlat mile to woh</w:t>
      </w:r>
    </w:p>
    <w:p>
      <w:pPr>
        <w:jc w:val="right"/>
      </w:pPr>
      <w:r>
        <w:t>پر اس قدر شرم آئے گی کہ وہ چاہیں گے کہ اگر انہیں دوبارہ مہلت ملے تو وہ</w:t>
      </w:r>
    </w:p>
    <w:p>
      <w:r>
        <w:rPr>
          <w:b/>
        </w:rPr>
        <w:t xml:space="preserve">[1:25:30] </w:t>
      </w:r>
      <w:r>
        <w:t>duniya mein aa kar khud apni tardid karen aur is cheez ko man len jis ka is se pehle</w:t>
      </w:r>
    </w:p>
    <w:p>
      <w:pPr>
        <w:jc w:val="right"/>
      </w:pPr>
      <w:r>
        <w:t>دنیا میں آ کر خود اپنی تردید کریں اور اس چیز کو مان لیں جس کا اس سے پہلے</w:t>
      </w:r>
    </w:p>
    <w:p>
      <w:r>
        <w:rPr>
          <w:b/>
        </w:rPr>
        <w:t xml:space="preserve">[1:25:37] </w:t>
      </w:r>
      <w:r>
        <w:t>unhon ne fakhriya taur par inkar kar diya tha.</w:t>
      </w:r>
    </w:p>
    <w:p>
      <w:pPr>
        <w:jc w:val="right"/>
      </w:pPr>
      <w:r>
        <w:t>انہوں نے فخریہ طور پر انکار کر دیا تھا۔</w:t>
      </w:r>
    </w:p>
    <w:p>
      <w:r>
        <w:rPr>
          <w:b/>
        </w:rPr>
        <w:t xml:space="preserve">[1:25:45] </w:t>
      </w:r>
      <w:r>
        <w:t>haq ki mukhalifat Khuda ki mukhalifat hai.</w:t>
      </w:r>
    </w:p>
    <w:p>
      <w:pPr>
        <w:jc w:val="right"/>
      </w:pPr>
      <w:r>
        <w:t>حق کی مخالفت خدا کی مخالفت ہے۔</w:t>
      </w:r>
    </w:p>
    <w:p>
      <w:r>
        <w:rPr>
          <w:b/>
        </w:rPr>
        <w:t xml:space="preserve">[1:25:52] </w:t>
      </w:r>
      <w:r>
        <w:t>jis haq ke sath Khuda ho, us ki mukhalifat karne wale hamesha nakaam rahte hain, khwah woh is</w:t>
      </w:r>
    </w:p>
    <w:p>
      <w:pPr>
        <w:jc w:val="right"/>
      </w:pPr>
      <w:r>
        <w:t>جس حق کے ساتھ خدا ہو، اس کی مخالفت کرنے والے ہمیشہ ناکام رہتے ہیں، خواہ وہ اس</w:t>
      </w:r>
    </w:p>
    <w:p>
      <w:r>
        <w:rPr>
          <w:b/>
        </w:rPr>
        <w:t xml:space="preserve">[1:26:00] </w:t>
      </w:r>
      <w:r>
        <w:t>ke khilaf itni bari tayariyon ke sath aae hon jo pahad ko hilane ke liye bhi kafi sabit ho. falatahsaba</w:t>
      </w:r>
    </w:p>
    <w:p>
      <w:pPr>
        <w:jc w:val="right"/>
      </w:pPr>
      <w:r>
        <w:t>کے خلاف اتنی بڑی تیاریوں کے ساتھ آئے ہوں جو پہاڑ کو ہلانے کے لیے بھی کافی ثابت ہو۔ فَلَا تَحْسَبَ</w:t>
      </w:r>
    </w:p>
    <w:p>
      <w:r>
        <w:rPr>
          <w:b/>
        </w:rPr>
        <w:t xml:space="preserve">[1:26:07] </w:t>
      </w:r>
      <w:r>
        <w:t>nnallaha mukh lifa wa'dihi rusul inna allaha azizun dhun intiqamin yawma tubaddalul ardu ghairul ardi wassamawati wabarazu lillahi</w:t>
      </w:r>
    </w:p>
    <w:p>
      <w:pPr>
        <w:jc w:val="right"/>
      </w:pPr>
      <w:r>
        <w:t>نَّ اللَّهَ مُخْلِفَ وَعْدِهِ رُسُلَ إِنَّ اللَّهَ عَزِيزٌ ذُو انْتِقَامٍ يَوْمَ تُبَدَّلُ الْأَرْضُ غَيْرَ الْأَرْضِ وَالسَّمَاوَاتِ وَبَرَزُوا لِلَّهِ</w:t>
      </w:r>
    </w:p>
    <w:p>
      <w:r>
        <w:rPr>
          <w:b/>
        </w:rPr>
        <w:t xml:space="preserve">[1:26:23] </w:t>
      </w:r>
      <w:r>
        <w:t>al wahid al qahhar wa tara al mujrimeen yawma idhin muqtarineen fi al asfad</w:t>
      </w:r>
    </w:p>
    <w:p>
      <w:pPr>
        <w:jc w:val="right"/>
      </w:pPr>
      <w:r>
        <w:t>الْوَاحِدِ الْقَهَّارِ وَتَرَى الْمُجَرِمِينَ يَوْمَئِذٍ مُقَرَّنِينَ فِي الْأَصْفَادِ</w:t>
      </w:r>
    </w:p>
    <w:p>
      <w:r>
        <w:rPr>
          <w:b/>
        </w:rPr>
        <w:t xml:space="preserve">[1:26:39] </w:t>
      </w:r>
      <w:r>
        <w:t>sarabeeluhum min qatran wa taghsha wujoohahum an nar liyajziya Allahu kullu nafsin ma kasabat inna Allaha saree al hisab hadha balagh</w:t>
      </w:r>
    </w:p>
    <w:p>
      <w:pPr>
        <w:jc w:val="right"/>
      </w:pPr>
      <w:r>
        <w:t>سَرَابِيلُهُمْ مِنْ قَطِرَانٍ وَتَغْشَىٰ وُجُوهَهُمُ النَّارُ لِيَجْزِيَ اللَّهُ كُلَّ نَفْسٍ مَا كَسَبَتْ إِنَّ اللَّهَ سَرِيعُ الْحِسَابِ هذا بلاغ</w:t>
      </w:r>
    </w:p>
    <w:p>
      <w:r>
        <w:rPr>
          <w:b/>
        </w:rPr>
        <w:t xml:space="preserve">[1:26:54] </w:t>
      </w:r>
      <w:r>
        <w:t>lin nas wa liyunthiroo bihi wa liyalamoo</w:t>
      </w:r>
    </w:p>
    <w:p>
      <w:pPr>
        <w:jc w:val="right"/>
      </w:pPr>
      <w:r>
        <w:t>للناس ولينذروا به وليعلموا</w:t>
      </w:r>
    </w:p>
    <w:p>
      <w:r>
        <w:rPr>
          <w:b/>
        </w:rPr>
        <w:t xml:space="preserve">[1:27:09] </w:t>
      </w:r>
      <w:r>
        <w:t>annama huwa ilahun wahidun wa liyalamoo annama huwa ilahun wahidun wa liyathakkari olo al albab.</w:t>
      </w:r>
    </w:p>
    <w:p>
      <w:pPr>
        <w:jc w:val="right"/>
      </w:pPr>
      <w:r>
        <w:t>أنما هو إله واحد وليعلموا أنما هو إله واحد وليذكر أولو الألباب.</w:t>
      </w:r>
    </w:p>
    <w:p>
      <w:r>
        <w:rPr>
          <w:b/>
        </w:rPr>
        <w:t xml:space="preserve">[1:27:20] </w:t>
      </w:r>
      <w:r>
        <w:t>pas tum Allah ko apne peghambaron se wada khilafi karne wala na samjho.</w:t>
      </w:r>
    </w:p>
    <w:p>
      <w:pPr>
        <w:jc w:val="right"/>
      </w:pPr>
      <w:r>
        <w:t>پس تم اللہ کو اپنے پیغمبروں سے وعدہ خلافی کرنے والا نہ سمجھو۔</w:t>
      </w:r>
    </w:p>
    <w:p>
      <w:r>
        <w:rPr>
          <w:b/>
        </w:rPr>
        <w:t xml:space="preserve">[1:27:31] </w:t>
      </w:r>
      <w:r>
        <w:t>beshak Allah zabardast hai, badla lene wala hai.</w:t>
      </w:r>
    </w:p>
    <w:p>
      <w:pPr>
        <w:jc w:val="right"/>
      </w:pPr>
      <w:r>
        <w:t>بے شک اللہ زبردست ہے، بدلہ لینے والا ہے۔</w:t>
      </w:r>
    </w:p>
    <w:p>
      <w:r>
        <w:rPr>
          <w:b/>
        </w:rPr>
        <w:t xml:space="preserve">[1:27:42] </w:t>
      </w:r>
      <w:r>
        <w:t>jis din yeh zameen doosri zameen se badal jaye gi aur aasman bhi, aur sab ek zabardast Allah</w:t>
      </w:r>
    </w:p>
    <w:p>
      <w:pPr>
        <w:jc w:val="right"/>
      </w:pPr>
      <w:r>
        <w:t>جس دن یہ زمین دوسری زمین سے بدل جائے گی اور آسمان بھی، اور سب ایک زبردست اللہ</w:t>
      </w:r>
    </w:p>
    <w:p>
      <w:r>
        <w:rPr>
          <w:b/>
        </w:rPr>
        <w:t xml:space="preserve">[1:27:49] </w:t>
      </w:r>
      <w:r>
        <w:t>ke samne pesh honge, aur tum us din mujrimon ko zanjeeron mein jakra hua dekhoge.</w:t>
      </w:r>
    </w:p>
    <w:p>
      <w:pPr>
        <w:jc w:val="right"/>
      </w:pPr>
      <w:r>
        <w:t>کے سامنے پیش ہوں گے، اور تم اس دن مجرموں کو زنجیروں میں جکڑا ہوا دیکھو گے۔</w:t>
      </w:r>
    </w:p>
    <w:p>
      <w:r>
        <w:rPr>
          <w:b/>
        </w:rPr>
        <w:t xml:space="preserve">[1:27:57] </w:t>
      </w:r>
      <w:r>
        <w:t>un ke libas tarkol ke honge aur un ke chehron par aag chhayi hui hogi taake Allah</w:t>
      </w:r>
    </w:p>
    <w:p>
      <w:pPr>
        <w:jc w:val="right"/>
      </w:pPr>
      <w:r>
        <w:t>ان کے لباس تارکول کے ہوں گے اور ان کے چہروں پر آگ چھائی ہوئی ہوگی تاکہ اللہ</w:t>
      </w:r>
    </w:p>
    <w:p>
      <w:r>
        <w:rPr>
          <w:b/>
        </w:rPr>
        <w:t xml:space="preserve">[1:28:04] </w:t>
      </w:r>
      <w:r>
        <w:t>har shakhs ko us ke kiye ka bad</w:t>
      </w:r>
    </w:p>
    <w:p>
      <w:pPr>
        <w:jc w:val="right"/>
      </w:pPr>
      <w:r>
        <w:t>ہر شخص کو اس کے کیے کا بد</w:t>
      </w:r>
    </w:p>
    <w:p>
      <w:r>
        <w:rPr>
          <w:b/>
        </w:rPr>
        <w:t xml:space="preserve">[1:28:12] </w:t>
      </w:r>
      <w:r>
        <w:t>la de.</w:t>
      </w:r>
    </w:p>
    <w:p>
      <w:pPr>
        <w:jc w:val="right"/>
      </w:pPr>
      <w:r>
        <w:t>لہ دے۔</w:t>
      </w:r>
    </w:p>
    <w:p>
      <w:r>
        <w:rPr>
          <w:b/>
        </w:rPr>
        <w:t xml:space="preserve">[1:28:18] </w:t>
      </w:r>
      <w:r>
        <w:t>aur beshak Allah jald hisab lene wala hai.</w:t>
      </w:r>
    </w:p>
    <w:p>
      <w:pPr>
        <w:jc w:val="right"/>
      </w:pPr>
      <w:r>
        <w:t>اور بے شک اللہ جلد حساب لینے والا ہے۔</w:t>
      </w:r>
    </w:p>
    <w:p>
      <w:r>
        <w:rPr>
          <w:b/>
        </w:rPr>
        <w:t xml:space="preserve">[1:28:24] </w:t>
      </w:r>
      <w:r>
        <w:t>yeh logon ke liye ek ailan hai aur taake is ke zariye se woh dara diye jayen aur</w:t>
      </w:r>
    </w:p>
    <w:p>
      <w:pPr>
        <w:jc w:val="right"/>
      </w:pPr>
      <w:r>
        <w:t>یہ لوگوں کے لیے ایک اعلان ہے اور تاکہ اس کے ذریعے سے وہ ڈرا دیے جائیں اور</w:t>
      </w:r>
    </w:p>
    <w:p>
      <w:r>
        <w:rPr>
          <w:b/>
        </w:rPr>
        <w:t xml:space="preserve">[1:28:30] </w:t>
      </w:r>
      <w:r>
        <w:t>taake woh jaan lein ke wohi ek mabood hai aur taake danishmand log naseehat hasil karein.</w:t>
      </w:r>
    </w:p>
    <w:p>
      <w:pPr>
        <w:jc w:val="right"/>
      </w:pPr>
      <w:r>
        <w:t>تاکہ وہ جان لیں کہ وہی ایک معبود ہے اور تاکہ دانشمند لوگ نصیحت حاصل کریں۔</w:t>
      </w:r>
    </w:p>
    <w:p>
      <w:r>
        <w:rPr>
          <w:b/>
        </w:rPr>
        <w:t xml:space="preserve">[1:28:36] </w:t>
      </w:r>
      <w:r>
        <w:t>tashreeh: peghambar Khuda ke deen ki gawahi apni kamil surat mein deta hai,</w:t>
      </w:r>
    </w:p>
    <w:p>
      <w:pPr>
        <w:jc w:val="right"/>
      </w:pPr>
      <w:r>
        <w:t>تشریح: پیغمبر خدا کے دین کی گواہی اپنی کامل صورت میں دیتا ہے،</w:t>
      </w:r>
    </w:p>
    <w:p>
      <w:r>
        <w:rPr>
          <w:b/>
        </w:rPr>
        <w:t xml:space="preserve">[1:28:42] </w:t>
      </w:r>
      <w:r>
        <w:t>is liye peghambar ke saath khuda ki nasrat bhi apni kamil surat mein aati hai. baad ke peeru jitna peghambar ke namune par poore utrenge, utna hi woh khuda ki nasrat ke mustahiq qarar payenge. aaj insaan zameen par aisa mehsoos karta hai jaise woh khushki aur tari ka malik ho, woh fazaon aur khalaon</w:t>
      </w:r>
    </w:p>
    <w:p>
      <w:pPr>
        <w:jc w:val="right"/>
      </w:pPr>
      <w:r>
        <w:t>اس لیے پیغمبر کے ساتھ خدا کی نصرت بھی اپنی کامل صورت میں آتی ہے۔ بعد کے پیرو جتنا پیغمبر کے نمونے پر پورے اتریں گے، اتنا ہی وہ خدا کی نصرت کے مستحق قرار پائیں گے۔ آج انسان زمین پر ایسا محسوس کرتا ہے جیسے وہ خشکی اور تری کا مالک ہو، وہ فضاؤں اور خلاؤں</w:t>
      </w:r>
    </w:p>
    <w:p>
      <w:r>
        <w:rPr>
          <w:b/>
        </w:rPr>
        <w:t xml:space="preserve">[1:29:12] </w:t>
      </w:r>
      <w:r>
        <w:t>ko control kar sakta ho.</w:t>
      </w:r>
    </w:p>
    <w:p>
      <w:pPr>
        <w:jc w:val="right"/>
      </w:pPr>
      <w:r>
        <w:t>کو کنٹرول کر سکتا ہو۔</w:t>
      </w:r>
    </w:p>
    <w:p>
      <w:r>
        <w:rPr>
          <w:b/>
        </w:rPr>
        <w:t xml:space="preserve">[1:29:18] </w:t>
      </w:r>
      <w:r>
        <w:t>woh ikhtiyar rakhta hai ke yahan ke wasail ko jis tarah chahe istemal kare aur jis tarah chahe</w:t>
      </w:r>
    </w:p>
    <w:p>
      <w:pPr>
        <w:jc w:val="right"/>
      </w:pPr>
      <w:r>
        <w:t>وہ اختیار رکھتا ہے کہ یہاں کے وسائل کو جس طرح چاہے استعمال کرے اور جس طرح چاہے</w:t>
      </w:r>
    </w:p>
    <w:p>
      <w:r>
        <w:rPr>
          <w:b/>
        </w:rPr>
        <w:t xml:space="preserve">[1:29:24] </w:t>
      </w:r>
      <w:r>
        <w:t>istemal na kare, magar yeh sab kuch sirf is liye hai ke Khuda ne imtehan ki muddat tak</w:t>
      </w:r>
    </w:p>
    <w:p>
      <w:pPr>
        <w:jc w:val="right"/>
      </w:pPr>
      <w:r>
        <w:t>استعمال نہ کرے، مگر یہ سب کچھ صرف اس لیے ہے کہ خدا نے امتحان کی مدت تک</w:t>
      </w:r>
    </w:p>
    <w:p>
      <w:r>
        <w:rPr>
          <w:b/>
        </w:rPr>
        <w:t xml:space="preserve">[1:29:30] </w:t>
      </w:r>
      <w:r>
        <w:t>zameen o aasman ko insan ke liye maskhar kar rakha hai.</w:t>
      </w:r>
    </w:p>
    <w:p>
      <w:pPr>
        <w:jc w:val="right"/>
      </w:pPr>
      <w:r>
        <w:t>زمین و آسمان کو انسان کے لیے مسخر کر رکھا ہے۔</w:t>
      </w:r>
    </w:p>
    <w:p>
      <w:r>
        <w:rPr>
          <w:b/>
        </w:rPr>
        <w:t xml:space="preserve">[1:29:36] </w:t>
      </w:r>
      <w:r>
        <w:t>imtehan ki muddat khatam hote hi halaat yakasar badal jayenge. is ke</w:t>
      </w:r>
    </w:p>
    <w:p>
      <w:pPr>
        <w:jc w:val="right"/>
      </w:pPr>
      <w:r>
        <w:t>امتحان کی مدت ختم ہوتے ہی حالات یکسر بدل جائیں گے۔ اس کے</w:t>
      </w:r>
    </w:p>
    <w:p>
      <w:r>
        <w:rPr>
          <w:b/>
        </w:rPr>
        <w:t xml:space="preserve">[1:29:42] </w:t>
      </w:r>
      <w:r>
        <w:t>baad zameen bhi doosri zameen hogi aur aasman bhi doosra aasman.</w:t>
      </w:r>
    </w:p>
    <w:p>
      <w:pPr>
        <w:jc w:val="right"/>
      </w:pPr>
      <w:r>
        <w:t>بعد زمین بھی دوسری زمین ہوگی اور آسمان بھی دوسرا آسمان۔</w:t>
      </w:r>
    </w:p>
    <w:p>
      <w:r>
        <w:rPr>
          <w:b/>
        </w:rPr>
        <w:t xml:space="preserve">[1:29:50] </w:t>
      </w:r>
      <w:r>
        <w:t>insan achank apne ko ek aur hi duniya mein payega.</w:t>
      </w:r>
    </w:p>
    <w:p>
      <w:pPr>
        <w:jc w:val="right"/>
      </w:pPr>
      <w:r>
        <w:t>انسان اچانک اپنے کو ایک اور ہی دنیا میں پائے گا۔</w:t>
      </w:r>
    </w:p>
    <w:p>
      <w:r>
        <w:rPr>
          <w:b/>
        </w:rPr>
        <w:t xml:space="preserve">[1:29:57] </w:t>
      </w:r>
      <w:r>
        <w:t>jahan aadmi apne ko hukmaran samajhta tha, wahan sari hukumat sirf Khuda ke liye ho chuki hogi.</w:t>
      </w:r>
    </w:p>
    <w:p>
      <w:pPr>
        <w:jc w:val="right"/>
      </w:pPr>
      <w:r>
        <w:t>جہاں آدمی اپنے کو حکمران سمجھتا تھا، وہاں ساری حکومت صرف خدا کے لیے ہو چکی ہوگی۔</w:t>
      </w:r>
    </w:p>
    <w:p>
      <w:r>
        <w:rPr>
          <w:b/>
        </w:rPr>
        <w:t xml:space="preserve">[1:30:05] </w:t>
      </w:r>
      <w:r>
        <w:t>jahan har cheez us ke hukum ke taabe thi, wahan har cheez</w:t>
      </w:r>
    </w:p>
    <w:p>
      <w:pPr>
        <w:jc w:val="right"/>
      </w:pPr>
      <w:r>
        <w:t>جہاں ہر چیز اس کے حکم کے تابع تھی، وہاں ہر چیز</w:t>
      </w:r>
    </w:p>
    <w:p>
      <w:r>
        <w:rPr>
          <w:b/>
        </w:rPr>
        <w:t xml:space="preserve">[1:30:12] </w:t>
      </w:r>
      <w:r>
        <w:t>is ki tabedarri karna chhod degi. dunya mein jo log bade bane hue the, woh is din bebas mujrim ke roop mein nazar ayenge. jo libas jism ko aaj zinat deta hai, woh is din aisa ho jayega jaise jism ke upar tarkol pheri gayi ho. par raunaq chehre is din aag mein jhlase hue honge. aur yeh sab ka</w:t>
      </w:r>
    </w:p>
    <w:p>
      <w:pPr>
        <w:jc w:val="right"/>
      </w:pPr>
      <w:r>
        <w:t>اس کی تابعداری کرنا چھوڑ دے گی۔ دنیا میں جو لوگ بڑے بنے ہوئے تھے، وہ اس دن بے بس مجرم کے روپ میں نظر آئیں گے۔ جو لباس جسم کو آج زینت دیتا ہے، وہ اس دن ایسا ہو جائے گا جیسے جسم کے اوپر تارکول پھیر دی گئی ہو۔ پر رونق چہرے اس دن آگ میں جھلسے ہوئے ہوں گے۔ اور یہ سب ک</w:t>
      </w:r>
    </w:p>
    <w:p>
      <w:r>
        <w:rPr>
          <w:b/>
        </w:rPr>
        <w:t xml:space="preserve">[1:30:42] </w:t>
      </w:r>
      <w:r>
        <w:t>chhe un logon ke sath hoga jo duniya mein Khuda ka banda ban kar rehne par razi na</w:t>
      </w:r>
    </w:p>
    <w:p>
      <w:pPr>
        <w:jc w:val="right"/>
      </w:pPr>
      <w:r>
        <w:t>چھ ان لوگوں کے ساتھ ہوگا جو دنیا میں خدا کا بندہ بن کر رہنے پر راضی نہ</w:t>
      </w:r>
    </w:p>
    <w:p>
      <w:r>
        <w:rPr>
          <w:b/>
        </w:rPr>
        <w:t xml:space="preserve">[1:30:50] </w:t>
      </w:r>
      <w:r>
        <w:t>hue, jinhon ne Khuda ki taraf se hone wale ailan ko nazar andaaz kiya.</w:t>
      </w:r>
    </w:p>
    <w:p>
      <w:pPr>
        <w:jc w:val="right"/>
      </w:pPr>
      <w:r>
        <w:t>ہوئے، جنہوں نے خدا کی طرف سے ہونے والے اعلان کو نظر انداز کیا۔</w:t>
      </w:r>
    </w:p>
    <w:p>
      <w:r>
        <w:rPr>
          <w:b/>
        </w:rPr>
        <w:t xml:space="preserve">[1:30:58] </w:t>
      </w:r>
      <w:r>
        <w:t>haqeeqat ka haqeeqat hona kafi nahi hai ke aadmi is ko maan le, khud bhi is ko manna chahe.</w:t>
      </w:r>
    </w:p>
    <w:p>
      <w:pPr>
        <w:jc w:val="right"/>
      </w:pPr>
      <w:r>
        <w:t>حقیقت کا حقیقت ہونا کافی نہیں ہے کہ آدمی اس کو مان لے، خود بھی اس کو ماننا چاہے۔</w:t>
      </w:r>
    </w:p>
    <w:p>
      <w:r>
        <w:rPr>
          <w:b/>
        </w:rPr>
        <w:t xml:space="preserve">[1:31:05] </w:t>
      </w:r>
      <w:r>
        <w:t>jo shakhs haqeeqat ke maamle mein sanjeeda ho</w:t>
      </w:r>
    </w:p>
    <w:p>
      <w:pPr>
        <w:jc w:val="right"/>
      </w:pPr>
      <w:r>
        <w:t>جو شخص حقیقت کے معاملے میں سنجیدہ ہو</w:t>
      </w:r>
    </w:p>
    <w:p>
      <w:r>
        <w:rPr>
          <w:b/>
        </w:rPr>
        <w:t xml:space="preserve">[1:31:13] </w:t>
      </w:r>
      <w:r>
        <w:t>, jo khali-ul-zehan ho kar is ko sune, wohi haqeeqat ko samjhega, wohi haqeeqat ka sahi istiqbal karne mein kamyab hoga.</w:t>
      </w:r>
    </w:p>
    <w:p>
      <w:pPr>
        <w:jc w:val="right"/>
      </w:pPr>
      <w:r>
        <w:t>، جو خالی الذہن ہو کر اس کو سنے، وہی حقیقت کو سمجھے گا، وہی حقیقت کا صحیح استقبال کرنے میں کامیاب ہوگا۔</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