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13 Al-Ra‘d (Thunder) - Maulana Wahiduddin Khan</w:t>
      </w:r>
    </w:p>
    <w:p>
      <w:r>
        <w:t>https://www.youtube.com/watch?v=4JBhcQmdYvo</w:t>
      </w:r>
    </w:p>
    <w:p>
      <w:r>
        <w:rPr>
          <w:b/>
        </w:rPr>
        <w:t xml:space="preserve">[00:01] </w:t>
      </w:r>
      <w:r>
        <w:t>bismillah al-rahman al-rahim.</w:t>
      </w:r>
    </w:p>
    <w:p>
      <w:pPr>
        <w:jc w:val="right"/>
      </w:pPr>
      <w:r>
        <w:t>بسم الله الرحمن الرحيم.</w:t>
      </w:r>
    </w:p>
    <w:p>
      <w:r>
        <w:rPr>
          <w:b/>
        </w:rPr>
        <w:t xml:space="preserve">[00:07] </w:t>
      </w:r>
      <w:r>
        <w:t>alif lam</w:t>
      </w:r>
    </w:p>
    <w:p>
      <w:pPr>
        <w:jc w:val="right"/>
      </w:pPr>
      <w:r>
        <w:t>ألف لام</w:t>
      </w:r>
    </w:p>
    <w:p>
      <w:r>
        <w:rPr>
          <w:b/>
        </w:rPr>
        <w:t xml:space="preserve">[00:13] </w:t>
      </w:r>
      <w:r>
        <w:t>meem ra. tilka ayat al-kitab.</w:t>
      </w:r>
    </w:p>
    <w:p>
      <w:pPr>
        <w:jc w:val="right"/>
      </w:pPr>
      <w:r>
        <w:t>ميم راء. تلك آيات الكتاب.</w:t>
      </w:r>
    </w:p>
    <w:p>
      <w:r>
        <w:rPr>
          <w:b/>
        </w:rPr>
        <w:t xml:space="preserve">[00:23] </w:t>
      </w:r>
      <w:r>
        <w:t>wal-ladhi unzila ilayka min rabbika al-haqq walakin akthar al-nas la yu'minun.</w:t>
      </w:r>
    </w:p>
    <w:p>
      <w:pPr>
        <w:jc w:val="right"/>
      </w:pPr>
      <w:r>
        <w:t>والذي أنزل إليك من ربك الحق ولكن أكثر الناس لا يؤمنون.</w:t>
      </w:r>
    </w:p>
    <w:p>
      <w:r>
        <w:rPr>
          <w:b/>
        </w:rPr>
        <w:t xml:space="preserve">[00:37] </w:t>
      </w:r>
      <w:r>
        <w:t>allah alladhi rafa'a al-samawati bighayri 'amadin tarunaha thumma istawa 'ala al-'arsh.</w:t>
      </w:r>
    </w:p>
    <w:p>
      <w:pPr>
        <w:jc w:val="right"/>
      </w:pPr>
      <w:r>
        <w:t>الله الذي رفع السماوات بغير عمد ترونها ثم استوى على العرش.</w:t>
      </w:r>
    </w:p>
    <w:p>
      <w:r>
        <w:rPr>
          <w:b/>
        </w:rPr>
        <w:t xml:space="preserve">[00:48] </w:t>
      </w:r>
      <w:r>
        <w:t>thumma istawa 'ala al-'arsh wa sakhkhara al-shamsa wal-qamara kullun yajri li'ajalin musamma.</w:t>
      </w:r>
    </w:p>
    <w:p>
      <w:pPr>
        <w:jc w:val="right"/>
      </w:pPr>
      <w:r>
        <w:t>ثم استوى على العرش وسخر الشمس والقمر كل يجري لأجل مسمى.</w:t>
      </w:r>
    </w:p>
    <w:p>
      <w:r>
        <w:rPr>
          <w:b/>
        </w:rPr>
        <w:t xml:space="preserve">[01:00] </w:t>
      </w:r>
      <w:r>
        <w:t>yudabbiru al-amra yufassilu al-ayata la'allakum biliqa'i rabbikum tuqinin.</w:t>
      </w:r>
    </w:p>
    <w:p>
      <w:pPr>
        <w:jc w:val="right"/>
      </w:pPr>
      <w:r>
        <w:t>يدبر الأمر يفصل الآيات لعلكم بلقاء ربكم توقنون.</w:t>
      </w:r>
    </w:p>
    <w:p>
      <w:r>
        <w:rPr>
          <w:b/>
        </w:rPr>
        <w:t xml:space="preserve">[01:15] </w:t>
      </w:r>
      <w:r>
        <w:t>alif lam meem ra. yeh kitab ilahi ki ayat hain aur jo kuch tumhare upar tumhare Rab ki taraf se utra hai woh haq hai magar aksar log nahi mante.</w:t>
      </w:r>
    </w:p>
    <w:p>
      <w:pPr>
        <w:jc w:val="right"/>
      </w:pPr>
      <w:r>
        <w:t>الف لام میم راء۔ یہ کتاب الہی کی آیتیں ہیں اور جو کچھ تمہارے اوپر تمہارے رب کی طرف سے اترا ہے وہ حق ہے مگر اکثر لوگ نہیں مانتے۔</w:t>
      </w:r>
    </w:p>
    <w:p>
      <w:r>
        <w:rPr>
          <w:b/>
        </w:rPr>
        <w:t xml:space="preserve">[01:35] </w:t>
      </w:r>
      <w:r>
        <w:t>Allah hi hai jis ne aasman ko buland kiya baghair aise sutoon ke jo tumhein nazar ayen. phir woh apne takht par mutamkin hua aur us ne suraj aur chand ko</w:t>
      </w:r>
    </w:p>
    <w:p>
      <w:pPr>
        <w:jc w:val="right"/>
      </w:pPr>
      <w:r>
        <w:t>اللہ ہی ہے جس نے آسمان کو بلند کیا بغیر ایسے ستون کے جو تمہیں نظر آئیں۔ پھر وہ اپنے تخت پر متمکن ہوا اور اس نے سورج اور چاند کو</w:t>
      </w:r>
    </w:p>
    <w:p>
      <w:r>
        <w:rPr>
          <w:b/>
        </w:rPr>
        <w:t xml:space="preserve">[01:51] </w:t>
      </w:r>
      <w:r>
        <w:t>ek qanoon ka paband banaya. har ek ek muqarrar waqt par chalta hai. Allah hi har kaam ka intezam karta hai.</w:t>
      </w:r>
    </w:p>
    <w:p>
      <w:pPr>
        <w:jc w:val="right"/>
      </w:pPr>
      <w:r>
        <w:t>ایک قانون کا پابند بنایا۔ ہر ایک ایک مقرر وقت پر چلتا ہے۔ اللہ ہی ہر کام کا انتظام کرتا ہے۔</w:t>
      </w:r>
    </w:p>
    <w:p>
      <w:r>
        <w:rPr>
          <w:b/>
        </w:rPr>
        <w:t xml:space="preserve">[02:03] </w:t>
      </w:r>
      <w:r>
        <w:t>woh nishaniyon ko khol kar bayan karta hai taake tum</w:t>
      </w:r>
    </w:p>
    <w:p>
      <w:pPr>
        <w:jc w:val="right"/>
      </w:pPr>
      <w:r>
        <w:t>وہ نشانیوں کو کھول کر بیان کرتا ہے تاکہ تم</w:t>
      </w:r>
    </w:p>
    <w:p>
      <w:r>
        <w:rPr>
          <w:b/>
        </w:rPr>
        <w:t xml:space="preserve">[02:08] </w:t>
      </w:r>
      <w:r>
        <w:t>apne Rab se milne ka yaqeen karo. tashreeh. Quran ek Khuda ko manne ki dawat deta hai.</w:t>
      </w:r>
    </w:p>
    <w:p>
      <w:pPr>
        <w:jc w:val="right"/>
      </w:pPr>
      <w:r>
        <w:t>اپنے رب سے ملنے کا یقین کرو۔ تشریح۔ قرآن ایک خدا کو ماننے کی دعوت دیتا ہے۔</w:t>
      </w:r>
    </w:p>
    <w:p>
      <w:r>
        <w:rPr>
          <w:b/>
        </w:rPr>
        <w:t xml:space="preserve">[02:21] </w:t>
      </w:r>
      <w:r>
        <w:t>jo log Khuda ko nahi mante</w:t>
      </w:r>
    </w:p>
    <w:p>
      <w:pPr>
        <w:jc w:val="right"/>
      </w:pPr>
      <w:r>
        <w:t>جو لوگ خدا کو نہیں مانتے</w:t>
      </w:r>
    </w:p>
    <w:p>
      <w:r>
        <w:rPr>
          <w:b/>
        </w:rPr>
        <w:t xml:space="preserve">[02:24] </w:t>
      </w:r>
      <w:r>
        <w:t>un ki sab se bari daleel yeh hoti hai ke Khuda agar hai to hum ko dikhai kyon nahi deta.</w:t>
      </w:r>
    </w:p>
    <w:p>
      <w:pPr>
        <w:jc w:val="right"/>
      </w:pPr>
      <w:r>
        <w:t>ان کی سب سے بڑی دلیل یہ ہوتی ہے کہ خدا اگر ہے تو ہم کو دکھائی کیوں نہیں دیتا۔</w:t>
      </w:r>
    </w:p>
    <w:p>
      <w:r>
        <w:rPr>
          <w:b/>
        </w:rPr>
        <w:t xml:space="preserve">[02:34] </w:t>
      </w:r>
      <w:r>
        <w:t>magar hamari maloom kainat batati hai ke kisi cheez ka ana dikhai na dena</w:t>
      </w:r>
    </w:p>
    <w:p>
      <w:pPr>
        <w:jc w:val="right"/>
      </w:pPr>
      <w:r>
        <w:t>مگر ہماری معلوم کائنات بتاتی ہے کہ کسی چیز کا آنا دکھائی نہ دینا</w:t>
      </w:r>
    </w:p>
    <w:p>
      <w:r>
        <w:rPr>
          <w:b/>
        </w:rPr>
        <w:t xml:space="preserve">[02:42] </w:t>
      </w:r>
      <w:r>
        <w:t>us baat ka saboot nahi hai ke is ka koi wajood bhi nahi. is ki ek misal quwwat-e-kashish hai.</w:t>
      </w:r>
    </w:p>
    <w:p>
      <w:pPr>
        <w:jc w:val="right"/>
      </w:pPr>
      <w:r>
        <w:t>اس بات کا ثبوت نہیں ہے کہ اس کا کوئی وجود بھی نہیں۔ اس کی ایک مثال قوت کشش ہے۔</w:t>
      </w:r>
    </w:p>
    <w:p>
      <w:r>
        <w:rPr>
          <w:b/>
        </w:rPr>
        <w:t xml:space="preserve">[02:52] </w:t>
      </w:r>
      <w:r>
        <w:t>khala mein beshumar alag alag sitare aur sayyare hain. insani ilm kehta hai</w:t>
      </w:r>
    </w:p>
    <w:p>
      <w:pPr>
        <w:jc w:val="right"/>
      </w:pPr>
      <w:r>
        <w:t>خلا میں بے شمار الگ الگ ستارے اور سیارے ہیں۔ انسانی علم کہتا ہے</w:t>
      </w:r>
    </w:p>
    <w:p>
      <w:r>
        <w:rPr>
          <w:b/>
        </w:rPr>
        <w:t xml:space="preserve">[02:59] </w:t>
      </w:r>
      <w:r>
        <w:t>ke in ajram-e-samavi ke darmiyan ek ghair-mar'i quwwat-e-kashish hai jo wasee' khala mein un ko sambhale hue hai.</w:t>
      </w:r>
    </w:p>
    <w:p>
      <w:pPr>
        <w:jc w:val="right"/>
      </w:pPr>
      <w:r>
        <w:t>کہ ان اجرام سماوی کے درمیان ایک غیر مرئی قوت کشش ہے جو وسیع خلا میں ان کو سنبھالے ہوئے ہے۔</w:t>
      </w:r>
    </w:p>
    <w:p>
      <w:r>
        <w:rPr>
          <w:b/>
        </w:rPr>
        <w:t xml:space="preserve">[03:10] </w:t>
      </w:r>
      <w:r>
        <w:t>phir insan jab ghair-mar'i hone ke bawajood</w:t>
      </w:r>
    </w:p>
    <w:p>
      <w:pPr>
        <w:jc w:val="right"/>
      </w:pPr>
      <w:r>
        <w:t>پھر انسان جب غیر مرئی ہونے کے باوجود</w:t>
      </w:r>
    </w:p>
    <w:p>
      <w:r>
        <w:rPr>
          <w:b/>
        </w:rPr>
        <w:t xml:space="preserve">[03:15] </w:t>
      </w:r>
      <w:r>
        <w:t>quwwat-e-kashish ki maujoodgi ka iqrar kar raha hai to ghair-mar'i hone ki wajah se Khuda ke wajood ka inkar karne mein woh kyon kar haq bajانب hoga?</w:t>
      </w:r>
    </w:p>
    <w:p>
      <w:pPr>
        <w:jc w:val="right"/>
      </w:pPr>
      <w:r>
        <w:t>قوت کشش کی موجودگی کا اقرار کر رہا ہے تو غیر مرئی ہونے کی وجہ سے خدا کے وجود کا انکار کرنے میں وہ کیوں کر حق بجانب ہوگا؟</w:t>
      </w:r>
    </w:p>
    <w:p>
      <w:r>
        <w:rPr>
          <w:b/>
        </w:rPr>
        <w:t xml:space="preserve">[03:32] </w:t>
      </w:r>
      <w:r>
        <w:t>yahi muamla wahi-o-risalat ka hai. kainat ka talib-e-ilm jab kainat ka mutala karta hai to woh pata hai ke yahan har cheez ek nizam ki paband hai.</w:t>
      </w:r>
    </w:p>
    <w:p>
      <w:pPr>
        <w:jc w:val="right"/>
      </w:pPr>
      <w:r>
        <w:t>یہی معاملہ وحی و رسالت کا ہے۔ کائنات کا طالب علم جب کائنات کا مطالعہ کرتا ہے تو وہ پاتا ہے کہ یہاں ہر چیز ایک نظام کی پابند ہے۔</w:t>
      </w:r>
    </w:p>
    <w:p>
      <w:r>
        <w:rPr>
          <w:b/>
        </w:rPr>
        <w:t xml:space="preserve">[03:47] </w:t>
      </w:r>
      <w:r>
        <w:t>aisa maloom hota hai ke tamam chezen kisi khaas hukum mein jakri hui hain.</w:t>
      </w:r>
    </w:p>
    <w:p>
      <w:pPr>
        <w:jc w:val="right"/>
      </w:pPr>
      <w:r>
        <w:t>ایسا معلوم ہوتا ہے کہ تمام چیزیں کسی خاص حکم میں جکڑی ہوئی ہیں۔</w:t>
      </w:r>
    </w:p>
    <w:p>
      <w:r>
        <w:rPr>
          <w:b/>
        </w:rPr>
        <w:t xml:space="preserve">[03:54] </w:t>
      </w:r>
      <w:r>
        <w:t>yeh hukum khud in cheezon ke andar maujood nahi hai. Yakeenan woh kharij se aata hai. Goiya tamam dunya apne amal ke liye kharij se hidayat le rahi hai.</w:t>
      </w:r>
    </w:p>
    <w:p>
      <w:pPr>
        <w:jc w:val="right"/>
      </w:pPr>
      <w:r>
        <w:t>یہ حکم خود ان چیزوں کے اندر موجود نہیں ہے۔ یقینا وہ خارج سے آتا ہے۔ گویا تمام دنیا اپنے عمل کے لیے خارج سے ہدایات لے رہی ہے۔</w:t>
      </w:r>
    </w:p>
    <w:p>
      <w:r>
        <w:rPr>
          <w:b/>
        </w:rPr>
        <w:t xml:space="preserve">[04:10] </w:t>
      </w:r>
      <w:r>
        <w:t>Insaan ke ilawa baqi dunya mein</w:t>
      </w:r>
    </w:p>
    <w:p>
      <w:pPr>
        <w:jc w:val="right"/>
      </w:pPr>
      <w:r>
        <w:t>انسان کے علاوہ بقیہ دنیا میں</w:t>
      </w:r>
    </w:p>
    <w:p>
      <w:r>
        <w:rPr>
          <w:b/>
        </w:rPr>
        <w:t xml:space="preserve">[04:13] </w:t>
      </w:r>
      <w:r>
        <w:t>is khariji hidayat ka naam qanoon-e-fitrat hai. Aur insaan ki dunya mein is ka naam wahi o ilham.</w:t>
      </w:r>
    </w:p>
    <w:p>
      <w:pPr>
        <w:jc w:val="right"/>
      </w:pPr>
      <w:r>
        <w:t>اس خارجی ہدایت کا نام قانون فطرت ہے۔ اور انسان کی دنیا میں اس کا نام وحی و الہام۔</w:t>
      </w:r>
    </w:p>
    <w:p>
      <w:r>
        <w:rPr>
          <w:b/>
        </w:rPr>
        <w:t xml:space="preserve">[04:23] </w:t>
      </w:r>
      <w:r>
        <w:t>Wahi darasal isi khariji rehnumai ki insani dunya tak tosee hai jis ko</w:t>
      </w:r>
    </w:p>
    <w:p>
      <w:pPr>
        <w:jc w:val="right"/>
      </w:pPr>
      <w:r>
        <w:t>وحی دراصل اسی خارجی رہنمائی کی انسانی دنیا تک توسیع ہے جس کو</w:t>
      </w:r>
    </w:p>
    <w:p>
      <w:r>
        <w:rPr>
          <w:b/>
        </w:rPr>
        <w:t xml:space="preserve">[04:31] </w:t>
      </w:r>
      <w:r>
        <w:t>baqi dunya mein qanoon-e-fitrat kaha jata hai.</w:t>
      </w:r>
    </w:p>
    <w:p>
      <w:pPr>
        <w:jc w:val="right"/>
      </w:pPr>
      <w:r>
        <w:t>بقیہ دنیا میں قانون فطرت کہا جاتا ہے۔</w:t>
      </w:r>
    </w:p>
    <w:p>
      <w:r>
        <w:rPr>
          <w:b/>
        </w:rPr>
        <w:t xml:space="preserve">[04:37] </w:t>
      </w:r>
      <w:r>
        <w:t>Kainat goiya ek machine hai aur Quran is ki guide book. Awwal-uz-zikr Khuda ki tadbeer-o-amr ki misaal hai aur sani-uz-zikr Khuda ki tafseel-o-ayat ki misaal.</w:t>
      </w:r>
    </w:p>
    <w:p>
      <w:pPr>
        <w:jc w:val="right"/>
      </w:pPr>
      <w:r>
        <w:t>کائنات گویا ایک مشین ہے اور قرآن اس کی گائیڈ بک۔ اول الذکر خدا کی تدبیر امر کی مثال ہے اور ثانی الذکر خدا کی تفصیل آیات کی مثال۔</w:t>
      </w:r>
    </w:p>
    <w:p>
      <w:r>
        <w:rPr>
          <w:b/>
        </w:rPr>
        <w:t xml:space="preserve">[04:51] </w:t>
      </w:r>
      <w:r>
        <w:t>In dono ke darmiyan kamil mutabiqat hai. Jo kuch kainat mein</w:t>
      </w:r>
    </w:p>
    <w:p>
      <w:pPr>
        <w:jc w:val="right"/>
      </w:pPr>
      <w:r>
        <w:t>ان دونوں کے درمیان کامل مطابقت ہے۔ جو کچھ کائنات میں</w:t>
      </w:r>
    </w:p>
    <w:p>
      <w:r>
        <w:rPr>
          <w:b/>
        </w:rPr>
        <w:t xml:space="preserve">[04:57] </w:t>
      </w:r>
      <w:r>
        <w:t>amlan nazar aata hai woh Quran mein lafzi taur par maujood hai. Yeh mutabiqat ba-waqt-e-saani do baatein sabit karti hai.</w:t>
      </w:r>
    </w:p>
    <w:p>
      <w:pPr>
        <w:jc w:val="right"/>
      </w:pPr>
      <w:r>
        <w:t>عملا نظر آتا ہے وہ قرآن میں لفظی طور پر موجود ہے۔ یہ مطابقت بیک وقت دو باتیں ثابت کرتی ہے۔</w:t>
      </w:r>
    </w:p>
    <w:p>
      <w:r>
        <w:rPr>
          <w:b/>
        </w:rPr>
        <w:t xml:space="preserve">[05:07] </w:t>
      </w:r>
      <w:r>
        <w:t>Ek yeh ke is kainat ka ek khaliq hai. Aur doosre yeh ke</w:t>
      </w:r>
    </w:p>
    <w:p>
      <w:pPr>
        <w:jc w:val="right"/>
      </w:pPr>
      <w:r>
        <w:t>ایک یہ کہ اس کائنات کا ایک خالق ہے۔ اور دوسرے یہ کہ</w:t>
      </w:r>
    </w:p>
    <w:p>
      <w:r>
        <w:rPr>
          <w:b/>
        </w:rPr>
        <w:t xml:space="preserve">[05:14] </w:t>
      </w:r>
      <w:r>
        <w:t>Quran isi khaliq ki kitab hai na ke mehdood insani dimagh ki takhleeq. Wa huwa allazi madd al-arda wa ja'ala fiha rawasi wa anhaara wa min kulli al-thamarati.</w:t>
      </w:r>
    </w:p>
    <w:p>
      <w:pPr>
        <w:jc w:val="right"/>
      </w:pPr>
      <w:r>
        <w:t>قرآن اسی خالق کی کتاب ہے نہ کہ محدود انسانی دماغ کی تخلیق۔ وهو الذي مد الأرض وجعل فيها رواسي وأنهارا ومن كل الثمرات.</w:t>
      </w:r>
    </w:p>
    <w:p>
      <w:r>
        <w:rPr>
          <w:b/>
        </w:rPr>
        <w:t xml:space="preserve">[05:34] </w:t>
      </w:r>
      <w:r>
        <w:t>Wa min kulli al-thamarati ja'ala fiha zawjaini ithnaini yughshi al-layla al-nahara.</w:t>
      </w:r>
    </w:p>
    <w:p>
      <w:pPr>
        <w:jc w:val="right"/>
      </w:pPr>
      <w:r>
        <w:t>ومن كل الثمرات جعل فيها زوجين اثنين يغشي الليل النهار.</w:t>
      </w:r>
    </w:p>
    <w:p>
      <w:r>
        <w:rPr>
          <w:b/>
        </w:rPr>
        <w:t xml:space="preserve">[05:45] </w:t>
      </w:r>
      <w:r>
        <w:t>Inna fi thalika la'ayatin liqawmin yatafakkaroon.</w:t>
      </w:r>
    </w:p>
    <w:p>
      <w:pPr>
        <w:jc w:val="right"/>
      </w:pPr>
      <w:r>
        <w:t>إن في ذلك لآيات لقوم يتفكرون.</w:t>
      </w:r>
    </w:p>
    <w:p>
      <w:r>
        <w:rPr>
          <w:b/>
        </w:rPr>
        <w:t xml:space="preserve">[05:56] </w:t>
      </w:r>
      <w:r>
        <w:t>Aur wohi hai jis ne zameen ko phailaya aur us mein pahad aur nadiyaan rakh dein aur har qism ke phalon ke jore is mein paida kiye.</w:t>
      </w:r>
    </w:p>
    <w:p>
      <w:pPr>
        <w:jc w:val="right"/>
      </w:pPr>
      <w:r>
        <w:t>اور وہی ہے جس نے زمین کو پھیلایا اور اس میں پہاڑ اور ندیاں رکھ دیں اور ہر قسم کے پھلوں کے جوڑے اس میں پیدا کیے۔</w:t>
      </w:r>
    </w:p>
    <w:p>
      <w:r>
        <w:rPr>
          <w:b/>
        </w:rPr>
        <w:t xml:space="preserve">[06:07] </w:t>
      </w:r>
      <w:r>
        <w:t>Woh raat ko din par ura deta hai. Beshak in cheezon mein nishaniyan hain un logon ke liye jo ghorein.</w:t>
      </w:r>
    </w:p>
    <w:p>
      <w:pPr>
        <w:jc w:val="right"/>
      </w:pPr>
      <w:r>
        <w:t>وہ رات کو دن پر اڑا دیتا ہے۔ بے شک ان چیزوں میں نشانیاں ہیں ان لوگوں کے لیے جو غور کریں۔</w:t>
      </w:r>
    </w:p>
    <w:p>
      <w:r>
        <w:rPr>
          <w:b/>
        </w:rPr>
        <w:t xml:space="preserve">[06:18] </w:t>
      </w:r>
      <w:r>
        <w:t>Tashreeh. Aasman ki nishaniyon ke baad jab zameen ke halaat par ghore kiya jaye to woh insaan ki rehish ke liye intehai ba-ma'ni taur par mozu nazar aati hai.</w:t>
      </w:r>
    </w:p>
    <w:p>
      <w:pPr>
        <w:jc w:val="right"/>
      </w:pPr>
      <w:r>
        <w:t>تشریح۔ آسمان کی نشانیوں کے بعد جب زمین کے حالات پر غور کیا جائے تو وہ انسان کی رہائش کے لیے انتہائی بامعنی طور پر موضوع نظر آتی ہے۔</w:t>
      </w:r>
    </w:p>
    <w:p>
      <w:r>
        <w:rPr>
          <w:b/>
        </w:rPr>
        <w:t xml:space="preserve">[06:35] </w:t>
      </w:r>
      <w:r>
        <w:t>Zameen ek qudrati farsh ki manind aadmi ke qadmon ke neeche phaili hui hai.</w:t>
      </w:r>
    </w:p>
    <w:p>
      <w:pPr>
        <w:jc w:val="right"/>
      </w:pPr>
      <w:r>
        <w:t>زمین ایک قدرتی فرش کی مانند آدمی کے قدموں کے نیچے پھیلی ہوئی ہے۔</w:t>
      </w:r>
    </w:p>
    <w:p>
      <w:r>
        <w:rPr>
          <w:b/>
        </w:rPr>
        <w:t xml:space="preserve">[06:41] </w:t>
      </w:r>
      <w:r>
        <w:t>Is mein ek taraf insaan ki zaroorat ke liye samandar ki gehraiyan hain to doosri taraf pahadon ki bulandiyan bhi hain taake dono mil kar zameen ka tawazun barqarar rakhein.</w:t>
      </w:r>
    </w:p>
    <w:p>
      <w:pPr>
        <w:jc w:val="right"/>
      </w:pPr>
      <w:r>
        <w:t>اس میں ایک طرف انسان کی ضرورت کے لیے سمندر کی گہرائیاں ہیں تو دوسری طرف پہاڑوں کی بلندیاں بھی ہیں تاکہ دونوں مل کر زمین کا توازن برقرار رکھیں۔</w:t>
      </w:r>
    </w:p>
    <w:p>
      <w:r>
        <w:rPr>
          <w:b/>
        </w:rPr>
        <w:t xml:space="preserve">[06:56] </w:t>
      </w:r>
      <w:r>
        <w:t>Darakht ek doosre se alag alag bhi ho sakte thay magar un mein jore hain jin ke darmiyan tazweej ke amal se</w:t>
      </w:r>
    </w:p>
    <w:p>
      <w:pPr>
        <w:jc w:val="right"/>
      </w:pPr>
      <w:r>
        <w:t>درخت ایک دوسرے سے الگ الگ بھی ہو سکتے تھے مگر ان میں جوڑے ہیں جن کے درمیان تزویج کے عمل سے</w:t>
      </w:r>
    </w:p>
    <w:p>
      <w:r>
        <w:rPr>
          <w:b/>
        </w:rPr>
        <w:t xml:space="preserve">[07:05] </w:t>
      </w:r>
      <w:r>
        <w:t>daane aur phal paida hote hain. Zameen ka yeh haal hai ke suraj ke charon taraf apni salana doori gardish ke sath apne mahwar par bhi musalsal gardish karti hai jis ka daur</w:t>
      </w:r>
    </w:p>
    <w:p>
      <w:pPr>
        <w:jc w:val="right"/>
      </w:pPr>
      <w:r>
        <w:t>دانے اور پھل پیدا ہوتے ہیں۔ زمین کا یہ حال ہے کہ سورج کے چاروں طرف اپنی سالانہ دوری گردش کے ساتھ اپنے محور پر بھی مسلسل گردش کرتی ہے جس کا دور</w:t>
      </w:r>
    </w:p>
    <w:p>
      <w:r>
        <w:rPr>
          <w:b/>
        </w:rPr>
        <w:t xml:space="preserve">[07:21] </w:t>
      </w:r>
      <w:r>
        <w:t>24 ghante mein poora hota hai aur jis se raat aur din paida hote hain. Is qism ki nishaniyon par jo shakhs bhi sanjeedgi se ghore karega woh yeh manne par majboor hoga ke yeh dunya</w:t>
      </w:r>
    </w:p>
    <w:p>
      <w:pPr>
        <w:jc w:val="right"/>
      </w:pPr>
      <w:r>
        <w:t>24 گھنٹے میں پورا ہوتا ہے اور جس سے رات اور دن پیدا ہوتے ہیں۔ اس قسم کی نشانیوں پر جو شخص بھی سنجیدگی سے غور کرے گا وہ یہ ماننے پر مجبور ہوگا کہ یہ دنیا</w:t>
      </w:r>
    </w:p>
    <w:p>
      <w:r>
        <w:rPr>
          <w:b/>
        </w:rPr>
        <w:t xml:space="preserve">[07:38] </w:t>
      </w:r>
      <w:r>
        <w:t>ek ba-ikhtiyar malik ke tehat hai aur us ne apne irade ke tehat is ki ek ba-maqsad mansooba bandi kar rakhi hai.</w:t>
      </w:r>
    </w:p>
    <w:p>
      <w:pPr>
        <w:jc w:val="right"/>
      </w:pPr>
      <w:r>
        <w:t>ایک بااختیار مالک کے تحت ہے اور اس نے اپنے ارادے کے تحت اس کی ایک بامقصد منصوبہ بندی کر رکھی ہے۔</w:t>
      </w:r>
    </w:p>
    <w:p>
      <w:r>
        <w:rPr>
          <w:b/>
        </w:rPr>
        <w:t xml:space="preserve">[07:49] </w:t>
      </w:r>
      <w:r>
        <w:t>Ba-shaoor mansooba bandi ke baghair zameen par yeh ma'nawiyat har giz mumkin na thi.</w:t>
      </w:r>
    </w:p>
    <w:p>
      <w:pPr>
        <w:jc w:val="right"/>
      </w:pPr>
      <w:r>
        <w:t>باشعور منصوبہ بندی کے بغیر زمین پر یہ معنویت ہرگز ممکن نہ تھی۔</w:t>
      </w:r>
    </w:p>
    <w:p>
      <w:r>
        <w:rPr>
          <w:b/>
        </w:rPr>
        <w:t xml:space="preserve">[07:56] </w:t>
      </w:r>
      <w:r>
        <w:t>Wa fi al-ardi qita'un mutajawiratu wa jannatun min a'naba wa zar'un wa nakhilun sinwanun wa ghairu sinwanin</w:t>
      </w:r>
    </w:p>
    <w:p>
      <w:pPr>
        <w:jc w:val="right"/>
      </w:pPr>
      <w:r>
        <w:t>وفي الأرض قطع متجاورات وجنات من أعناب وزرع ونخيل صنوان وغير صنوان</w:t>
      </w:r>
    </w:p>
    <w:p>
      <w:r>
        <w:rPr>
          <w:b/>
        </w:rPr>
        <w:t xml:space="preserve">[08:13] </w:t>
      </w:r>
      <w:r>
        <w:t>yusqa bi-ma'in wahidin. Yusqa bi-ma'in</w:t>
      </w:r>
    </w:p>
    <w:p>
      <w:pPr>
        <w:jc w:val="right"/>
      </w:pPr>
      <w:r>
        <w:t>يسقى بماء واحد. يسقى بماء</w:t>
      </w:r>
    </w:p>
    <w:p>
      <w:r>
        <w:rPr>
          <w:b/>
        </w:rPr>
        <w:t xml:space="preserve">[08:24] </w:t>
      </w:r>
      <w:r>
        <w:t>wahidin wa nufaddilu ba'dhaha 'ala ba'din fi al-akli. Inna fi thalika la'ayatin liqawmin ya'qiloon.</w:t>
      </w:r>
    </w:p>
    <w:p>
      <w:pPr>
        <w:jc w:val="right"/>
      </w:pPr>
      <w:r>
        <w:t>واحد ونفضل بعضها على بعض في الأكل. إن في ذلك لآيات لقوم يعقلون.</w:t>
      </w:r>
    </w:p>
    <w:p>
      <w:r>
        <w:rPr>
          <w:b/>
        </w:rPr>
        <w:t xml:space="preserve">[08:42] </w:t>
      </w:r>
      <w:r>
        <w:t>aur zameen mein paas paas mukhtalif qat'ay hain aur angooron ke bagh hain aur kheti hai aur khajoorein hain.</w:t>
      </w:r>
    </w:p>
    <w:p>
      <w:pPr>
        <w:jc w:val="right"/>
      </w:pPr>
      <w:r>
        <w:t>اور زمین میں پاس پاس مختلف قطعے ہیں اور انگوروں کے باغ ہیں اور کھیتی ہے اور کھجوریں ہیں۔</w:t>
      </w:r>
    </w:p>
    <w:p>
      <w:r>
        <w:rPr>
          <w:b/>
        </w:rPr>
        <w:t xml:space="preserve">[08:52] </w:t>
      </w:r>
      <w:r>
        <w:t>in mein se kuch akahray hain aur kuch doharay. sab aik hi pani se sairab hotay hain aur hum aik ko doosray par pedawar mein</w:t>
      </w:r>
    </w:p>
    <w:p>
      <w:pPr>
        <w:jc w:val="right"/>
      </w:pPr>
      <w:r>
        <w:t>ان میں سے کچھ اکہرے ہیں اور کچھ دوہرے۔ سب ایک ہی پانی سے سیراب ہوتے ہیں اور ہم ایک کو دوسرے پر پیداوار میں</w:t>
      </w:r>
    </w:p>
    <w:p>
      <w:r>
        <w:rPr>
          <w:b/>
        </w:rPr>
        <w:t xml:space="preserve">[09:04] </w:t>
      </w:r>
      <w:r>
        <w:t>fauqiyat detay hain. beshak in mein nishaniyan hain un logon ke liye jo ghhor karein.</w:t>
      </w:r>
    </w:p>
    <w:p>
      <w:pPr>
        <w:jc w:val="right"/>
      </w:pPr>
      <w:r>
        <w:t>فوقیت دیتے ہیں۔ بے شک ان میں نشانیاں ہیں ان لوگوں کے لیے جو غور کریں۔</w:t>
      </w:r>
    </w:p>
    <w:p>
      <w:r>
        <w:rPr>
          <w:b/>
        </w:rPr>
        <w:t xml:space="preserve">[09:14] </w:t>
      </w:r>
      <w:r>
        <w:t>tashreeh. hazrat abdullah ibn abbas ne farmaya ke koi achi zameen hai aur koi banjar zameen.</w:t>
      </w:r>
    </w:p>
    <w:p>
      <w:pPr>
        <w:jc w:val="right"/>
      </w:pPr>
      <w:r>
        <w:t>تشریح۔ حضرت عبداللہ ابن عباس نے فرمایا کہ کوئی اچھی زمین ہے اور کوئی بنجر زمین۔</w:t>
      </w:r>
    </w:p>
    <w:p>
      <w:r>
        <w:rPr>
          <w:b/>
        </w:rPr>
        <w:t xml:space="preserve">[09:24] </w:t>
      </w:r>
      <w:r>
        <w:t>aik ugti hai aur usi ke paas doosri nahi ugti. mujahid ne kaha ke yahi muamla bani adam ka hai.</w:t>
      </w:r>
    </w:p>
    <w:p>
      <w:pPr>
        <w:jc w:val="right"/>
      </w:pPr>
      <w:r>
        <w:t>ایک اگتی ہے اور اسی کے پاس دوسری نہیں اگتی۔ مجاہد نے کہا کہ یہی معاملہ بنی آدم کا ہے۔</w:t>
      </w:r>
    </w:p>
    <w:p>
      <w:r>
        <w:rPr>
          <w:b/>
        </w:rPr>
        <w:t xml:space="preserve">[09:34] </w:t>
      </w:r>
      <w:r>
        <w:t>in mein achhay bhi hain aur buray bhi halankay sab ki asal aik hai.</w:t>
      </w:r>
    </w:p>
    <w:p>
      <w:pPr>
        <w:jc w:val="right"/>
      </w:pPr>
      <w:r>
        <w:t>ان میں اچھے بھی ہیں اور برے بھی حالانکہ سب کی اصل ایک ہے۔</w:t>
      </w:r>
    </w:p>
    <w:p>
      <w:r>
        <w:rPr>
          <w:b/>
        </w:rPr>
        <w:t xml:space="preserve">[09:40] </w:t>
      </w:r>
      <w:r>
        <w:t>hassan basri ne kaha ke yeh aik misaal hai jo Allah ne bani adam ke dilon ke liye di hai.</w:t>
      </w:r>
    </w:p>
    <w:p>
      <w:pPr>
        <w:jc w:val="right"/>
      </w:pPr>
      <w:r>
        <w:t>حسن بصری نے کہا کہ یہ ایک مثال ہے جو اللہ نے بنی آدم کے دلوں کے لیے دی ہے۔</w:t>
      </w:r>
    </w:p>
    <w:p>
      <w:r>
        <w:rPr>
          <w:b/>
        </w:rPr>
        <w:t xml:space="preserve">[09:50] </w:t>
      </w:r>
      <w:r>
        <w:t>zameen mein aik ajeeb nishani yeh hai ke aik hi mitti hai, aik hi pani se is ko sairab kiya jata hai magar aik jagah se aik darakht nikalta hai aur usi ke paas doosri jagah se doosra darakht.</w:t>
      </w:r>
    </w:p>
    <w:p>
      <w:pPr>
        <w:jc w:val="right"/>
      </w:pPr>
      <w:r>
        <w:t>زمین میں ایک عجیب نشانی یہ ہے کہ ایک ہی مٹی ہے، ایک ہی پانی سے اس کو سیراب کیا جاتا ہے مگر ایک جگہ سے ایک درخت نکلتا ہے اور اسی کے پاس دوسری جگہ سے دوسرا درخت۔</w:t>
      </w:r>
    </w:p>
    <w:p>
      <w:r>
        <w:rPr>
          <w:b/>
        </w:rPr>
        <w:t xml:space="preserve">[10:06] </w:t>
      </w:r>
      <w:r>
        <w:t>aik mein meetha phal hai aur doosray mein khatta phal. koi ziyada pedawar deta hai aur koi kam pedawar.</w:t>
      </w:r>
    </w:p>
    <w:p>
      <w:pPr>
        <w:jc w:val="right"/>
      </w:pPr>
      <w:r>
        <w:t>ایک میں میٹھا پھل ہے اور دوسرے میں کھٹا پھل۔ کوئی زیادہ پیداوار دیتا ہے اور کوئی کم پیداوار۔</w:t>
      </w:r>
    </w:p>
    <w:p>
      <w:r>
        <w:rPr>
          <w:b/>
        </w:rPr>
        <w:t xml:space="preserve">[10:15] </w:t>
      </w:r>
      <w:r>
        <w:t>yeh insani waqay ki zameeni tamseel hai. is se maloom hota hai ke agarchay tamam insaan bazahir yaksaan hain aur un sab ke paas aik hi hidayat aati hai magar hidayat se istifaday ke muamlay mein</w:t>
      </w:r>
    </w:p>
    <w:p>
      <w:pPr>
        <w:jc w:val="right"/>
      </w:pPr>
      <w:r>
        <w:t>یہ انسانی واقعے کی زمینی تمثیل ہے۔ اس سے معلوم ہوتا ہے کہ اگرچہ تمام انسان بظاہر یکساں ہیں اور ان سب کے پاس ایک ہی ہدایت آتی ہے مگر ہدایت سے استفادے کے معاملے میں</w:t>
      </w:r>
    </w:p>
    <w:p>
      <w:r>
        <w:rPr>
          <w:b/>
        </w:rPr>
        <w:t xml:space="preserve">[10:35] </w:t>
      </w:r>
      <w:r>
        <w:t>aik insaan aur doosray insaan mein bohat ziyada farq ho jata hai. koi is se rehnumai hasil karta hai aur koi is ka munkir ban jata hai.</w:t>
      </w:r>
    </w:p>
    <w:p>
      <w:pPr>
        <w:jc w:val="right"/>
      </w:pPr>
      <w:r>
        <w:t>ایک انسان اور دوسرے انسان میں بہت زیادہ فرق ہو جاتا ہے۔ کوئی اس سے رہنمائی حاصل کرتا ہے اور کوئی اس کا منکر بن جاتا ہے۔</w:t>
      </w:r>
    </w:p>
    <w:p>
      <w:r>
        <w:rPr>
          <w:b/>
        </w:rPr>
        <w:t xml:space="preserve">[10:49] </w:t>
      </w:r>
      <w:r>
        <w:t>koi thori hidayat leta hai aur kisi ki zindagi</w:t>
      </w:r>
    </w:p>
    <w:p>
      <w:pPr>
        <w:jc w:val="right"/>
      </w:pPr>
      <w:r>
        <w:t>کوئی تھوڑی ہدایت لیتا ہے اور کسی کی زندگی</w:t>
      </w:r>
    </w:p>
    <w:p>
      <w:r>
        <w:rPr>
          <w:b/>
        </w:rPr>
        <w:t xml:space="preserve">[10:54] </w:t>
      </w:r>
      <w:r>
        <w:t>hidayat se mala maal ho jati hai. goya jaisi zameen waisi pedawar ka usool yahan bhi hai aur wahan bhi.</w:t>
      </w:r>
    </w:p>
    <w:p>
      <w:pPr>
        <w:jc w:val="right"/>
      </w:pPr>
      <w:r>
        <w:t>ہدایت سے مالا مال ہو جاتی ہے۔ گویا جیسی زمین ویسی پیداوار کا اصول یہاں بھی ہے اور وہاں بھی۔</w:t>
      </w:r>
    </w:p>
    <w:p>
      <w:r>
        <w:rPr>
          <w:b/>
        </w:rPr>
        <w:t xml:space="preserve">[11:08] </w:t>
      </w:r>
      <w:r>
        <w:t>wa in ta'ajub fa 'ajab qauluhum: a'idha kunna turaba?</w:t>
      </w:r>
    </w:p>
    <w:p>
      <w:pPr>
        <w:jc w:val="right"/>
      </w:pPr>
      <w:r>
        <w:t>وإن تعجب فعجب قولهم: أئذا كنا ترابا؟</w:t>
      </w:r>
    </w:p>
    <w:p>
      <w:r>
        <w:rPr>
          <w:b/>
        </w:rPr>
        <w:t xml:space="preserve">[11:17] </w:t>
      </w:r>
      <w:r>
        <w:t>a'inna lafi khalqin jadeed. ula'ika alladhina kafaroo birabbihim wa ula'ika al-aghlalu fi</w:t>
      </w:r>
    </w:p>
    <w:p>
      <w:pPr>
        <w:jc w:val="right"/>
      </w:pPr>
      <w:r>
        <w:t>أإنا لفي خلق جديد. أولئك الذين كفروا بربهم وأولئك الأغلال في</w:t>
      </w:r>
    </w:p>
    <w:p>
      <w:r>
        <w:rPr>
          <w:b/>
        </w:rPr>
        <w:t xml:space="preserve">[11:35] </w:t>
      </w:r>
      <w:r>
        <w:t>a'naqihim. wa ula'ika al-aghlalu fi a'naqihim wa ula'ika ashabu an-nari hum fiha khalidoon.</w:t>
      </w:r>
    </w:p>
    <w:p>
      <w:pPr>
        <w:jc w:val="right"/>
      </w:pPr>
      <w:r>
        <w:t>أعناقهم. وأولئك الأغلال في أعناقهم وأولئك أصحاب النار هم فيها خالدون.</w:t>
      </w:r>
    </w:p>
    <w:p>
      <w:r>
        <w:rPr>
          <w:b/>
        </w:rPr>
        <w:t xml:space="preserve">[11:55] </w:t>
      </w:r>
      <w:r>
        <w:t>aur agar tum ta'ajub karo to ta'ajub ke qabil un ka yeh qaul hai ke jab woh mitti ho jayenge to kya hum naye siray se paida kiye jayenge?</w:t>
      </w:r>
    </w:p>
    <w:p>
      <w:pPr>
        <w:jc w:val="right"/>
      </w:pPr>
      <w:r>
        <w:t>اور اگر تم تعجب کرو تو تعجب کے قابل ان کا یہ قول ہے کہ جب وہ مٹی ہو جائیں گے تو کیا ہم نئے سرے سے پیدا کیے جائیں گے؟</w:t>
      </w:r>
    </w:p>
    <w:p>
      <w:r>
        <w:rPr>
          <w:b/>
        </w:rPr>
        <w:t xml:space="preserve">[12:08] </w:t>
      </w:r>
      <w:r>
        <w:t>yeh woh log hain jinhon ne apne rab ka inkar kiya</w:t>
      </w:r>
    </w:p>
    <w:p>
      <w:pPr>
        <w:jc w:val="right"/>
      </w:pPr>
      <w:r>
        <w:t>یہ وہ لوگ ہیں جنہوں نے اپنے رب کا انکار کیا</w:t>
      </w:r>
    </w:p>
    <w:p>
      <w:r>
        <w:rPr>
          <w:b/>
        </w:rPr>
        <w:t xml:space="preserve">[12:12] </w:t>
      </w:r>
      <w:r>
        <w:t>aur yeh woh log hain jin ki gardanon mein tauq pade hue hain. woh aag walay log hain, woh is mein hamesha rahenge.</w:t>
      </w:r>
    </w:p>
    <w:p>
      <w:pPr>
        <w:jc w:val="right"/>
      </w:pPr>
      <w:r>
        <w:t>اور یہ وہ لوگ ہیں جن کی گردنوں میں طوق پڑے ہوئے ہیں۔ وہ آگ والے لوگ ہیں، وہ اس میں ہمیشہ رہیں گے۔</w:t>
      </w:r>
    </w:p>
    <w:p>
      <w:r>
        <w:rPr>
          <w:b/>
        </w:rPr>
        <w:t xml:space="preserve">[12:26] </w:t>
      </w:r>
      <w:r>
        <w:t>tashreeh. doosri zindagi ke munkireen ka case nihayat ajeeb hai. woh jis waqay ke zahoor ko aik baar maan rahay hain usi waqay ke dobara zahoor ka inkar kar detay hain.</w:t>
      </w:r>
    </w:p>
    <w:p>
      <w:pPr>
        <w:jc w:val="right"/>
      </w:pPr>
      <w:r>
        <w:t>تشریح۔ دوسری زندگی کے منکرین کا کیس نہایت عجیب ہے۔ وہ جس واقعے کے ظہور کو ایک بار مان رہے ہیں اسی واقعے کے دوبارہ ظہور کا انکار کر دیتے ہیں۔</w:t>
      </w:r>
    </w:p>
    <w:p>
      <w:r>
        <w:rPr>
          <w:b/>
        </w:rPr>
        <w:t xml:space="preserve">[12:44] </w:t>
      </w:r>
      <w:r>
        <w:t>jo log doosri zindagi ke wuqoo' ko nahi mantay woh doosri zindagi ka aqeedah rakhnay walon par hairani ka izhar karte hain.</w:t>
      </w:r>
    </w:p>
    <w:p>
      <w:pPr>
        <w:jc w:val="right"/>
      </w:pPr>
      <w:r>
        <w:t>جو لوگ دوسری زندگی کے وقوع کو نہیں مانتے وہ دوسری زندگی کا عقیدہ رکھنے والوں پر حیرانی کا اظہار کرتے ہیں۔</w:t>
      </w:r>
    </w:p>
    <w:p>
      <w:r>
        <w:rPr>
          <w:b/>
        </w:rPr>
        <w:t xml:space="preserve">[12:55] </w:t>
      </w:r>
      <w:r>
        <w:t>un ka khayal yeh hota hai ke doosri zindagi ko manna aik ghair ilmi baat ko manna hai.</w:t>
      </w:r>
    </w:p>
    <w:p>
      <w:pPr>
        <w:jc w:val="right"/>
      </w:pPr>
      <w:r>
        <w:t>ان کا خیال یہ ہوتا ہے کہ دوسری زندگی کو ماننا ایک غیر علمی بات کو ماننا ہے۔</w:t>
      </w:r>
    </w:p>
    <w:p>
      <w:r>
        <w:rPr>
          <w:b/>
        </w:rPr>
        <w:t xml:space="preserve">[13:02] </w:t>
      </w:r>
      <w:r>
        <w:t>magar haqeeqat yeh hai ke soorat-e-haal is ke bilkul bar aks hai. kyunkay koi munkir jis cheez ka inkar kar sakta hai woh sirf doosri zindagi hai.</w:t>
      </w:r>
    </w:p>
    <w:p>
      <w:pPr>
        <w:jc w:val="right"/>
      </w:pPr>
      <w:r>
        <w:t>مگر حقیقت یہ ہے کہ صورتحال اس کے بالکل برعکس ہے۔ کیونکہ کوئی منکر جس چیز کا انکار کر سکتا ہے وہ صرف دوسری زندگی ہے۔</w:t>
      </w:r>
    </w:p>
    <w:p>
      <w:r>
        <w:rPr>
          <w:b/>
        </w:rPr>
        <w:t xml:space="preserve">[13:15] </w:t>
      </w:r>
      <w:r>
        <w:t>jahan tak pehli zindagi ka ta'alluq hai is ka inkar karna kisi shakhs ke liye mumkin nahi. kyunkay woh to aik zinda waqay ke taur par har aadmi ke samnay maujood hai.</w:t>
      </w:r>
    </w:p>
    <w:p>
      <w:pPr>
        <w:jc w:val="right"/>
      </w:pPr>
      <w:r>
        <w:t>جہاں تک پہلی زندگی کا تعلق ہے اس کا انکار کرنا کسی شخص کے لیے ممکن نہیں۔ کیونکہ وہ تو ایک زندہ واقعے کے طور پر ہر آدمی کے سامنے موجود ہے۔</w:t>
      </w:r>
    </w:p>
    <w:p>
      <w:r>
        <w:rPr>
          <w:b/>
        </w:rPr>
        <w:t xml:space="preserve">[13:29] </w:t>
      </w:r>
      <w:r>
        <w:t>phir jab pehli zindagi ka wujood mein aana mumkin hai to doosri zindagi ka wujood mein aana namumkin kyun ho?</w:t>
      </w:r>
    </w:p>
    <w:p>
      <w:pPr>
        <w:jc w:val="right"/>
      </w:pPr>
      <w:r>
        <w:t>پھر جب پہلی زندگی کا وجود میں آنا ممکن ہے تو دوسری زندگی کا وجود میں آنا ناممکن کیوں ہو؟</w:t>
      </w:r>
    </w:p>
    <w:p>
      <w:r>
        <w:rPr>
          <w:b/>
        </w:rPr>
        <w:t xml:space="preserve">[13:42] </w:t>
      </w:r>
      <w:r>
        <w:t>aise log hamesha bohat kam paaye gaye hain jo khuda ke munkir hon. beshtar logon ka haal yeh hai ke woh ek khaliq ko maante hain magar woh aakhirat ko nahi maante.</w:t>
      </w:r>
    </w:p>
    <w:p>
      <w:pPr>
        <w:jc w:val="right"/>
      </w:pPr>
      <w:r>
        <w:t>ایسے لوگ ہمیشہ بہت کم پائے گئے ہیں جو خدا کے منکر ہوں۔ بیشتر لوگوں کا حال یہ ہے کہ وہ ایک خالق کو مانتے ہیں مگر وہ آخرت کو نہیں مانتے۔</w:t>
      </w:r>
    </w:p>
    <w:p>
      <w:r>
        <w:rPr>
          <w:b/>
        </w:rPr>
        <w:t xml:space="preserve">[13:57] </w:t>
      </w:r>
      <w:r>
        <w:t>magar aakhirat ke inkaar ke baad</w:t>
      </w:r>
    </w:p>
    <w:p>
      <w:pPr>
        <w:jc w:val="right"/>
      </w:pPr>
      <w:r>
        <w:t>مگر آخرت کے انکار کے بعد</w:t>
      </w:r>
    </w:p>
    <w:p>
      <w:r>
        <w:rPr>
          <w:b/>
        </w:rPr>
        <w:t xml:space="preserve">[14:00] </w:t>
      </w:r>
      <w:r>
        <w:t>khaliq ke iqraar ki koi qeemat baqi nahi rehti. khuda is kainat ka khaliq hi nahi, woh bazat khud haq bhi hai.</w:t>
      </w:r>
    </w:p>
    <w:p>
      <w:pPr>
        <w:jc w:val="right"/>
      </w:pPr>
      <w:r>
        <w:t>خالق کے اقرار کی کوئی قیمت باقی نہیں رہتی۔ خدا اس کائنات کا خالق ہی نہیں، وہ بذات خود حق بھی ہے۔</w:t>
      </w:r>
    </w:p>
    <w:p>
      <w:r>
        <w:rPr>
          <w:b/>
        </w:rPr>
        <w:t xml:space="preserve">[14:10] </w:t>
      </w:r>
      <w:r>
        <w:t>khuda ka sarapa haq aur adl hona lazmi taur par taqaza karta hai ke woh jo kuch kare haq aur adl ke mutabiq kare.</w:t>
      </w:r>
    </w:p>
    <w:p>
      <w:pPr>
        <w:jc w:val="right"/>
      </w:pPr>
      <w:r>
        <w:t>خدا کا سراپہ حق اور عدل ہونا لازمی طور پر تقاضا کرتا ہے کہ وہ جو کچھ کرے حق اور عدل کے مطابق کرے۔</w:t>
      </w:r>
    </w:p>
    <w:p>
      <w:r>
        <w:rPr>
          <w:b/>
        </w:rPr>
        <w:t xml:space="preserve">[14:21] </w:t>
      </w:r>
      <w:r>
        <w:t>aakhirat darasal khuda ki sifat adl ka zahoor hai. khuda ko maanna wahi maanna hai jabke us ke saath aakhirat ko bhi maana jaye.</w:t>
      </w:r>
    </w:p>
    <w:p>
      <w:pPr>
        <w:jc w:val="right"/>
      </w:pPr>
      <w:r>
        <w:t>آخرت دراصل خدا کی صفت عدل کا ظہور ہے۔ خدا کو ماننا وہی ماننا ہے جبکہ اس کے ساتھ آخرت کو بھی مانا جائے۔</w:t>
      </w:r>
    </w:p>
    <w:p>
      <w:r>
        <w:rPr>
          <w:b/>
        </w:rPr>
        <w:t xml:space="preserve">[14:34] </w:t>
      </w:r>
      <w:r>
        <w:t>aakhirat ko maane baghair khuda ka aqeeda</w:t>
      </w:r>
    </w:p>
    <w:p>
      <w:pPr>
        <w:jc w:val="right"/>
      </w:pPr>
      <w:r>
        <w:t>آخرت کو مانے بغیر خدا کا عقیدہ</w:t>
      </w:r>
    </w:p>
    <w:p>
      <w:r>
        <w:rPr>
          <w:b/>
        </w:rPr>
        <w:t xml:space="preserve">[14:37] </w:t>
      </w:r>
      <w:r>
        <w:t>mukammal nahi hota. jo log haq ke seedhe aur sachche paigham ko nahi maante us ki wajah aksar yeh hoti hai ke woh jamood aur ta'assub aur ananiyat ke shikaar hote hain.</w:t>
      </w:r>
    </w:p>
    <w:p>
      <w:pPr>
        <w:jc w:val="right"/>
      </w:pPr>
      <w:r>
        <w:t>مکمل نہیں ہوتا۔ جو لوگ حق کے سیدھے اور سچے پیغام کو نہیں مانتے اس کی وجہ اکثر یہ ہوتی ہے کہ وہ جمود اور تعصب اور انانیت کے شکار ہوتے ہیں۔</w:t>
      </w:r>
    </w:p>
    <w:p>
      <w:r>
        <w:rPr>
          <w:b/>
        </w:rPr>
        <w:t xml:space="preserve">[14:53] </w:t>
      </w:r>
      <w:r>
        <w:t>un se baat kijiye to aisa maloom hoga ke woh khud apne khayalaat ke</w:t>
      </w:r>
    </w:p>
    <w:p>
      <w:pPr>
        <w:jc w:val="right"/>
      </w:pPr>
      <w:r>
        <w:t>ان سے بات کیجئے تو ایسا معلوم ہوگا کہ وہ خود اپنے خیالات کے</w:t>
      </w:r>
    </w:p>
    <w:p>
      <w:r>
        <w:rPr>
          <w:b/>
        </w:rPr>
        <w:t xml:space="preserve">[14:59] </w:t>
      </w:r>
      <w:r>
        <w:t>qaidi bane hue hain. is se nikal kar woh aazadana taur par kisi kharji haqeeqat par ghore nahi kar sakte. isi halat ko gardan mein toaq padna farmaya.</w:t>
      </w:r>
    </w:p>
    <w:p>
      <w:pPr>
        <w:jc w:val="right"/>
      </w:pPr>
      <w:r>
        <w:t>قیدی بنے ہوئے ہیں۔ اس سے نکل کر وہ آزادانہ طور پر کسی خارجی حقیقت پر غور نہیں کر سکتے۔ اسی حالت کو گردن میں طوق پڑنا فرمایا۔</w:t>
      </w:r>
    </w:p>
    <w:p>
      <w:r>
        <w:rPr>
          <w:b/>
        </w:rPr>
        <w:t xml:space="preserve">[15:13] </w:t>
      </w:r>
      <w:r>
        <w:t>kyunke gardan mein toaq hona ghulami ki alamat hai.</w:t>
      </w:r>
    </w:p>
    <w:p>
      <w:pPr>
        <w:jc w:val="right"/>
      </w:pPr>
      <w:r>
        <w:t>کیونکہ گردن میں طوق ہونا غلامی کی علامت ہے۔</w:t>
      </w:r>
    </w:p>
    <w:p>
      <w:r>
        <w:rPr>
          <w:b/>
        </w:rPr>
        <w:t xml:space="preserve">[15:17] </w:t>
      </w:r>
      <w:r>
        <w:t>goya ke yeh log khud apne khayalaat ke ghulam hain. jo log is tarah apne aap ko duniya mein qaide bana lein aakhirat mein bhi un ke hisse mein qaid hi aayegi.</w:t>
      </w:r>
    </w:p>
    <w:p>
      <w:pPr>
        <w:jc w:val="right"/>
      </w:pPr>
      <w:r>
        <w:t>گویا کہ یہ لوگ خود اپنے خیالات کے غلام ہیں۔ جو لوگ اس طرح اپنے آپ کو دنیا میں قیدی بنا لیں آخرت میں بھی ان کے حصے میں قید ہی آئے گی۔</w:t>
      </w:r>
    </w:p>
    <w:p>
      <w:r>
        <w:rPr>
          <w:b/>
        </w:rPr>
        <w:t xml:space="preserve">[15:34] </w:t>
      </w:r>
      <w:r>
        <w:t>wa yasta'jiloonaka bis sayyi'ati qabla al hasanati wa qad khalat min qablihim al mathulaat.</w:t>
      </w:r>
    </w:p>
    <w:p>
      <w:pPr>
        <w:jc w:val="right"/>
      </w:pPr>
      <w:r>
        <w:t>ويستعجلونك بالسيئة قبل الحسنة وقد خلت من قبلهم المثلات.</w:t>
      </w:r>
    </w:p>
    <w:p>
      <w:r>
        <w:rPr>
          <w:b/>
        </w:rPr>
        <w:t xml:space="preserve">[15:46] </w:t>
      </w:r>
      <w:r>
        <w:t>wa inna rabbaka la zu maghfiratin lil nasi 'ala zullimihim wa inna rabbaka la shadeed al 'iqaab.</w:t>
      </w:r>
    </w:p>
    <w:p>
      <w:pPr>
        <w:jc w:val="right"/>
      </w:pPr>
      <w:r>
        <w:t>وإن ربك لذو مغفرة للناس على ظلمهم وإن ربك لشديد العقاب.</w:t>
      </w:r>
    </w:p>
    <w:p>
      <w:r>
        <w:rPr>
          <w:b/>
        </w:rPr>
        <w:t xml:space="preserve">[16:01] </w:t>
      </w:r>
      <w:r>
        <w:t>woh bhalai se pehle</w:t>
      </w:r>
    </w:p>
    <w:p>
      <w:pPr>
        <w:jc w:val="right"/>
      </w:pPr>
      <w:r>
        <w:t>وہ بھلائی سے پہلے</w:t>
      </w:r>
    </w:p>
    <w:p>
      <w:r>
        <w:rPr>
          <w:b/>
        </w:rPr>
        <w:t xml:space="preserve">[16:02] </w:t>
      </w:r>
      <w:r>
        <w:t>burai ke liye jaldi kar rahe hain halanke un se pehle misalein guzar chuki hain. aur tumhara rab logon ke zulm ke bawajood un ko maaf karne wala hai.</w:t>
      </w:r>
    </w:p>
    <w:p>
      <w:pPr>
        <w:jc w:val="right"/>
      </w:pPr>
      <w:r>
        <w:t>برائی کے لیے جلدی کر رہے ہیں حالانکہ ان سے پہلے مثالیں گزر چکی ہیں۔ اور تمہارا رب لوگوں کے ظلم کے باوجود ان کو معاف کرنے والا ہے۔</w:t>
      </w:r>
    </w:p>
    <w:p>
      <w:r>
        <w:rPr>
          <w:b/>
        </w:rPr>
        <w:t xml:space="preserve">[16:16] </w:t>
      </w:r>
      <w:r>
        <w:t>aur beshak tumhara rab</w:t>
      </w:r>
    </w:p>
    <w:p>
      <w:pPr>
        <w:jc w:val="right"/>
      </w:pPr>
      <w:r>
        <w:t>اور بے شک تمہارا رب</w:t>
      </w:r>
    </w:p>
    <w:p>
      <w:r>
        <w:rPr>
          <w:b/>
        </w:rPr>
        <w:t xml:space="preserve">[16:19] </w:t>
      </w:r>
      <w:r>
        <w:t>sakht saza dene wala hai.</w:t>
      </w:r>
    </w:p>
    <w:p>
      <w:pPr>
        <w:jc w:val="right"/>
      </w:pPr>
      <w:r>
        <w:t>سخت سزا دینے والا ہے۔</w:t>
      </w:r>
    </w:p>
    <w:p>
      <w:r>
        <w:rPr>
          <w:b/>
        </w:rPr>
        <w:t xml:space="preserve">[16:24] </w:t>
      </w:r>
      <w:r>
        <w:t>tashreeh. rasool Allah sallallahu alaihi wasallam makka ke logon se kehte the ke khuda ki hidayat ko maano warna tum khuda ki pakad mein aa jaoge.</w:t>
      </w:r>
    </w:p>
    <w:p>
      <w:pPr>
        <w:jc w:val="right"/>
      </w:pPr>
      <w:r>
        <w:t>تشریح۔ رسول اللہ صلی اللہ علیہ وسلم مکہ کے لوگوں سے کہتے تھے کہ خدا کی ہدایت کو مانو ورنہ تم خدا کی پکڑ میں آ جاؤ گے۔</w:t>
      </w:r>
    </w:p>
    <w:p>
      <w:r>
        <w:rPr>
          <w:b/>
        </w:rPr>
        <w:t xml:space="preserve">[16:38] </w:t>
      </w:r>
      <w:r>
        <w:t>is ke jawab mein unhone kaha:</w:t>
      </w:r>
    </w:p>
    <w:p>
      <w:pPr>
        <w:jc w:val="right"/>
      </w:pPr>
      <w:r>
        <w:t>اس کے جواب میں انہوں نے کہا:</w:t>
      </w:r>
    </w:p>
    <w:p>
      <w:r>
        <w:rPr>
          <w:b/>
        </w:rPr>
        <w:t xml:space="preserve">[16:42] </w:t>
      </w:r>
      <w:r>
        <w:t>"khudaya! muhammad jo kuch pesh kar rahe hain agar woh haq hai to tu hamare upar aasman se patthar barsa." yeh dua bazahir khuda se thi magar haqeeqatan is ka rukh rasool ki taraf tha.</w:t>
      </w:r>
    </w:p>
    <w:p>
      <w:pPr>
        <w:jc w:val="right"/>
      </w:pPr>
      <w:r>
        <w:t>"خدایا! محمد جو کچھ پیش کر رہے ہیں اگر وہ حق ہے تو تو ہمارے اوپر آسمان سے پتھر برسا۔" یہ دعا بظاہر خدا سے تھی مگر حقیقتاً اس کا رخ رسول کی طرف تھا۔</w:t>
      </w:r>
    </w:p>
    <w:p>
      <w:r>
        <w:rPr>
          <w:b/>
        </w:rPr>
        <w:t xml:space="preserve">[17:03] </w:t>
      </w:r>
      <w:r>
        <w:t>aap us waqt makka ke logon ko bilkul be wazan maloom hote the. un ko yaqeen nahi aata tha ke aise mamooli aadmi ke inkaar par khuda hamein saza dega.</w:t>
      </w:r>
    </w:p>
    <w:p>
      <w:pPr>
        <w:jc w:val="right"/>
      </w:pPr>
      <w:r>
        <w:t>آپ اس وقت مکہ کے لوگوں کو بالکل بے وزن معلوم ہوتے تھے۔ ان کو یقین نہیں آتا تھا کہ ایسے معمولی آدمی کے انکار پر خدا ہمیں سزا دے گا۔</w:t>
      </w:r>
    </w:p>
    <w:p>
      <w:r>
        <w:rPr>
          <w:b/>
        </w:rPr>
        <w:t xml:space="preserve">[17:17] </w:t>
      </w:r>
      <w:r>
        <w:t>muhammad ke inkaar par azab aana un ko</w:t>
      </w:r>
    </w:p>
    <w:p>
      <w:pPr>
        <w:jc w:val="right"/>
      </w:pPr>
      <w:r>
        <w:t>محمد کے انکار پر عذاب آنا ان کو</w:t>
      </w:r>
    </w:p>
    <w:p>
      <w:r>
        <w:rPr>
          <w:b/>
        </w:rPr>
        <w:t xml:space="preserve">[17:20] </w:t>
      </w:r>
      <w:r>
        <w:t>itna baeed az qiyas nazar aata tha ke woh baghaur istehza kehte the ke "tum jis khudaai azab ki dhamki de rahe ho hum chahte hain ke woh hamare upar aa jaye."</w:t>
      </w:r>
    </w:p>
    <w:p>
      <w:pPr>
        <w:jc w:val="right"/>
      </w:pPr>
      <w:r>
        <w:t>اتنا بعید از قیاس نظر آتا تھا کہ وہ بطور استہزا کہتے تھے کہ "تم جس خدائی عذاب کی دھمکی دے رہے ہو ہم چاہتے ہیں کہ وہ ہمارے اوپر آ جائے۔"</w:t>
      </w:r>
    </w:p>
    <w:p>
      <w:r>
        <w:rPr>
          <w:b/>
        </w:rPr>
        <w:t xml:space="preserve">[17:36] </w:t>
      </w:r>
      <w:r>
        <w:t>farmaya ke "tumhare inkaar haq ke sabab se tumhare upar khuda ka azab to aane wala hi hai. yeh sirf tumhari badbakhti hai ke tum is ko jald bulana chahte ho halanke tum ko chahiye tha</w:t>
      </w:r>
    </w:p>
    <w:p>
      <w:pPr>
        <w:jc w:val="right"/>
      </w:pPr>
      <w:r>
        <w:t>فرمایا کہ "تمہارے انکار حق کے سبب سے تمہارے اوپر خدا کا عذاب تو آنے والا ہی ہے۔ یہ صرف تمہاری بدبختی ہے کہ تم اس کو جلد بلانا چاہتے ہو حالانکہ تم کو چاہیے تھا</w:t>
      </w:r>
    </w:p>
    <w:p>
      <w:r>
        <w:rPr>
          <w:b/>
        </w:rPr>
        <w:t xml:space="preserve">[17:53] </w:t>
      </w:r>
      <w:r>
        <w:t>ke is waqfe ko dawat e quran par ghore o fikr aur us ki qabooliyat mein istemal karo na ke azab ko qabl az waqt bulane mein." log chahte hain ke khuda ke azab ko</w:t>
      </w:r>
    </w:p>
    <w:p>
      <w:pPr>
        <w:jc w:val="right"/>
      </w:pPr>
      <w:r>
        <w:t>کہ اس وقفہ کو دعوت قرآن پر غور و فکر اور اس کی قبولیت میں استعمال کرو نہ کہ عذاب کو قبل از وقت بلانے میں۔" لوگ چاہتے ہیں کہ خدا کے عذاب کو</w:t>
      </w:r>
    </w:p>
    <w:p>
      <w:r>
        <w:rPr>
          <w:b/>
        </w:rPr>
        <w:t xml:space="preserve">[18:11] </w:t>
      </w:r>
      <w:r>
        <w:t>apni aankhon se dekh lein phir us ko manen magar yeh sirf andhe pan ka mutalba hai. agar un ke paas aankhein hon to jo kuch doosron ke sath pesh aya wahi un ke sabq ke liye kafi hai.</w:t>
      </w:r>
    </w:p>
    <w:p>
      <w:pPr>
        <w:jc w:val="right"/>
      </w:pPr>
      <w:r>
        <w:t>اپنی آنکھوں سے دیکھ لیں پھر اس کو مانیں مگر یہ صرف اندھے پن کا مطالبہ ہے۔ اگر ان کے پاس آنکھیں ہوں تو جو کچھ دوسروں کے ساتھ پیش آیا وہی ان کے سبق کے لیے کافی ہے۔</w:t>
      </w:r>
    </w:p>
    <w:p>
      <w:r>
        <w:rPr>
          <w:b/>
        </w:rPr>
        <w:t xml:space="preserve">[18:30] </w:t>
      </w:r>
      <w:r>
        <w:t>un se pehle kitni qoumein guzar chuki hain jinhon ne inhi ki tarah apne zamane ke peghambaron ko jhutlaya aur ba al akhir unhein is ki saza bhugtni pari.</w:t>
      </w:r>
    </w:p>
    <w:p>
      <w:pPr>
        <w:jc w:val="right"/>
      </w:pPr>
      <w:r>
        <w:t>ان سے پہلے کتنی قومیں گزر چکی ہیں جنہوں نے انہی کی طرح اپنے زمانے کے پیغمبروں کو جھٹلایا اور بالاخر انہیں اس کی سزا بھگتنی پڑی۔</w:t>
      </w:r>
    </w:p>
    <w:p>
      <w:r>
        <w:rPr>
          <w:b/>
        </w:rPr>
        <w:t xml:space="preserve">[18:47] </w:t>
      </w:r>
      <w:r>
        <w:t>khuda ka qanoon yeh hai ke woh insan ko amal ki muhlat deta hai.</w:t>
      </w:r>
    </w:p>
    <w:p>
      <w:pPr>
        <w:jc w:val="right"/>
      </w:pPr>
      <w:r>
        <w:t>خدا کا قانون یہ ہے کہ وہ انسان کو عمل کی مہلت دیتا ہے۔</w:t>
      </w:r>
    </w:p>
    <w:p>
      <w:r>
        <w:rPr>
          <w:b/>
        </w:rPr>
        <w:t xml:space="preserve">[18:52] </w:t>
      </w:r>
      <w:r>
        <w:t>yeh hi qanoon muhlat hai jis ne logon ko sarkash bana rakha hai. magar muhlat ki ek had hai.</w:t>
      </w:r>
    </w:p>
    <w:p>
      <w:pPr>
        <w:jc w:val="right"/>
      </w:pPr>
      <w:r>
        <w:t>یہی قانون مہلت ہے جس نے لوگوں کو سرکش بنا رکھا ہے۔ مگر مہلت کی ایک حد ہے۔</w:t>
      </w:r>
    </w:p>
    <w:p>
      <w:r>
        <w:rPr>
          <w:b/>
        </w:rPr>
        <w:t xml:space="preserve">[19:03] </w:t>
      </w:r>
      <w:r>
        <w:t>is had ke baad jo cheez un ka intezar kar rahi hai woh sirf dardnak azab hai</w:t>
      </w:r>
    </w:p>
    <w:p>
      <w:pPr>
        <w:jc w:val="right"/>
      </w:pPr>
      <w:r>
        <w:t>اس حد کے بعد جو چیز ان کا انتظار کر رہی ہے وہ صرف دردناک عذاب ہے</w:t>
      </w:r>
    </w:p>
    <w:p>
      <w:r>
        <w:rPr>
          <w:b/>
        </w:rPr>
        <w:t xml:space="preserve">[19:10] </w:t>
      </w:r>
      <w:r>
        <w:t>jis se woh apne aap ko bacha na saken ge. ويقول الذين كفروا لولا أنزل عليه آية من ربه</w:t>
      </w:r>
    </w:p>
    <w:p>
      <w:pPr>
        <w:jc w:val="right"/>
      </w:pPr>
      <w:r>
        <w:t>جس سے وہ اپنے آپ کو بچا نہ سکیں گے۔ ويقول الذين كفروا لولا أنزل عليه آية من ربه</w:t>
      </w:r>
    </w:p>
    <w:p>
      <w:r>
        <w:rPr>
          <w:b/>
        </w:rPr>
        <w:t xml:space="preserve">[19:28] </w:t>
      </w:r>
      <w:r>
        <w:t>إنما أنت منذر ولكل قوم هاد aur jin logon ne inkar kiya woh kehte hain ke "is shakhs par</w:t>
      </w:r>
    </w:p>
    <w:p>
      <w:pPr>
        <w:jc w:val="right"/>
      </w:pPr>
      <w:r>
        <w:t>إنما أنت منذر ولكل قوم هاد اور جن لوگوں نے انکار کیا وہ کہتے ہیں کہ "اس شخص پر</w:t>
      </w:r>
    </w:p>
    <w:p>
      <w:r>
        <w:rPr>
          <w:b/>
        </w:rPr>
        <w:t xml:space="preserve">[19:46] </w:t>
      </w:r>
      <w:r>
        <w:t>is ke rab ki taraf se koi nishani kyun nahi utri? tum to sirf khabardar kar dene wale ho aur har qom ke liye ek rah batane wala hai."</w:t>
      </w:r>
    </w:p>
    <w:p>
      <w:pPr>
        <w:jc w:val="right"/>
      </w:pPr>
      <w:r>
        <w:t>اس کے رب کی طرف سے کوئی نشانی کیوں نہیں اتری؟ تم تو صرف خبردار کر دینے والے ہو اور ہر قوم کے لیے ایک راہ بتانے والا ہے۔"</w:t>
      </w:r>
    </w:p>
    <w:p>
      <w:r>
        <w:rPr>
          <w:b/>
        </w:rPr>
        <w:t xml:space="preserve">[20:02] </w:t>
      </w:r>
      <w:r>
        <w:t>tashreeh. aaj sari dunya mein ek arab se bhi zyada insan Muhammad (SAW) ko khuda ka rasool mante hain magar aap ki zindagi mein makka walon ki samajh mein na aa saka ke aap ko khuda ne apna rasool banaya hai.</w:t>
      </w:r>
    </w:p>
    <w:p>
      <w:pPr>
        <w:jc w:val="right"/>
      </w:pPr>
      <w:r>
        <w:t>تشریح۔ آج ساری دنیا میں ایک ارب سے بھی زیادہ انسان محمد صلی اللہ علیہ وسلم کو خدا کا رسول مانتے ہیں مگر آپ کی زندگی میں مکہ والوں کی سمجھ میں نہ آ سکا کہ آپ کو خدا نے اپنا رسول بنایا ہے۔</w:t>
      </w:r>
    </w:p>
    <w:p>
      <w:r>
        <w:rPr>
          <w:b/>
        </w:rPr>
        <w:t xml:space="preserve">[20:22] </w:t>
      </w:r>
      <w:r>
        <w:t>is ki wajah yeh thi ke apni tareekh ke ibtidai daur mein aap ki nubowat ek niza'i nubowat thi magar ab apni tareekh ke intiha'i daur mein aap ki nubowat ek sabit shuda nubowat ban chuki hai.</w:t>
      </w:r>
    </w:p>
    <w:p>
      <w:pPr>
        <w:jc w:val="right"/>
      </w:pPr>
      <w:r>
        <w:t>اس کی وجہ یہ تھی کہ اپنی تاریخ کے ابتدائی دور میں آپ کی نبوت ایک نزاعی نبوت تھی مگر اب اپنی تاریخ کے انتہائی دور میں آپ کی نبوت ایک ثابت شدہ نبوت بن چکی ہے۔</w:t>
      </w:r>
    </w:p>
    <w:p>
      <w:r>
        <w:rPr>
          <w:b/>
        </w:rPr>
        <w:t xml:space="preserve">[20:39] </w:t>
      </w:r>
      <w:r>
        <w:t>niza'i daur mein peghambar ko pehchanana jitna mushkil hai isbati daur mein us ko pehchanana itna hi asan ho jata hai.</w:t>
      </w:r>
    </w:p>
    <w:p>
      <w:pPr>
        <w:jc w:val="right"/>
      </w:pPr>
      <w:r>
        <w:t>نزاعی دور میں پیغمبر کو پہچاننا جتنا مشکل ہے اسباتی دور میں اس کو پہچاننا اتنا ہی آسان ہو جاتا ہے۔</w:t>
      </w:r>
    </w:p>
    <w:p>
      <w:r>
        <w:rPr>
          <w:b/>
        </w:rPr>
        <w:t xml:space="preserve">[20:51] </w:t>
      </w:r>
      <w:r>
        <w:t>makka ke logon ke paas jo peemana tha woh daulat, iqtadar</w:t>
      </w:r>
    </w:p>
    <w:p>
      <w:pPr>
        <w:jc w:val="right"/>
      </w:pPr>
      <w:r>
        <w:t>مکہ کے لوگوں کے پاس جو پیمانہ تھا وہ دولت، اقتدار</w:t>
      </w:r>
    </w:p>
    <w:p>
      <w:r>
        <w:rPr>
          <w:b/>
        </w:rPr>
        <w:t xml:space="preserve">[20:57] </w:t>
      </w:r>
      <w:r>
        <w:t>aur maqbooliyat awam ka peemana tha. is aitbar se aap un ko ghair maamooli nazar na aate the. is liye unhon ne chaha ke aap ke sath koi ghair maamooli nishani ho jo un ke liye</w:t>
      </w:r>
    </w:p>
    <w:p>
      <w:pPr>
        <w:jc w:val="right"/>
      </w:pPr>
      <w:r>
        <w:t>اور مقبولیت عوام کا پیمانہ تھا۔ اس اعتبار سے آپ ان کو غیر معمولی نظر نہ آتے تھے۔ اس لیے انہوں نے چاہا کہ آپ کے ساتھ کوئی غیر معمولی نشانی ہو جو ان کے لیے</w:t>
      </w:r>
    </w:p>
    <w:p>
      <w:r>
        <w:rPr>
          <w:b/>
        </w:rPr>
        <w:t xml:space="preserve">[21:14] </w:t>
      </w:r>
      <w:r>
        <w:t>aap ke peghambar hone ka qatai saboot ban jaye. is ke jawab mein farmaya ke "yeh log aisi cheez mang rahe hain jo khudai mansoobe ke mutabiq nahi is liye woh kisi ko milne wali bhi nahi."</w:t>
      </w:r>
    </w:p>
    <w:p>
      <w:pPr>
        <w:jc w:val="right"/>
      </w:pPr>
      <w:r>
        <w:t>آپ کے پیغمبر ہونے کا قطعی ثبوت بن جائے۔ اس کے جواب میں فرمایا کہ "یہ لوگ ایسی چیز مانگ رہے ہیں جو خدائی منصوبے کے مطابق نہیں اس لیے وہ کسی کو ملنے والی بھی نہیں۔"</w:t>
      </w:r>
    </w:p>
    <w:p>
      <w:r>
        <w:rPr>
          <w:b/>
        </w:rPr>
        <w:t xml:space="preserve">[21:35] </w:t>
      </w:r>
      <w:r>
        <w:t>maujooda dunya imtehan ki dunya hai. yahan hidayat aisi sareeh nishaniyon ke sath nahi aa sakti ke is ke baad aadmi ke liye shubah ki gunjaish baqi na rahe.</w:t>
      </w:r>
    </w:p>
    <w:p>
      <w:pPr>
        <w:jc w:val="right"/>
      </w:pPr>
      <w:r>
        <w:t>موجودہ دنیا امتحان کی دنیا ہے۔ یہاں ہدایت ایسی صریح نشانیوں کے ساتھ نہیں آ سکتی کہ اس کے بعد آدمی کے لیے شبہ کی گنجائش باقی نہ رہے۔</w:t>
      </w:r>
    </w:p>
    <w:p>
      <w:r>
        <w:rPr>
          <w:b/>
        </w:rPr>
        <w:t xml:space="preserve">[21:49] </w:t>
      </w:r>
      <w:r>
        <w:t>kyun ke aisi halat mein</w:t>
      </w:r>
    </w:p>
    <w:p>
      <w:pPr>
        <w:jc w:val="right"/>
      </w:pPr>
      <w:r>
        <w:t>کیونکہ ایسی حالت میں</w:t>
      </w:r>
    </w:p>
    <w:p>
      <w:r>
        <w:rPr>
          <w:b/>
        </w:rPr>
        <w:t xml:space="preserve">[21:52] </w:t>
      </w:r>
      <w:r>
        <w:t>imtehan ki maslehat faut ho jati hai. yahan bahal yahi hoga ke aadmi ko khabar ke satah par janch kar is ka yaqeen karna pare ga.</w:t>
      </w:r>
    </w:p>
    <w:p>
      <w:pPr>
        <w:jc w:val="right"/>
      </w:pPr>
      <w:r>
        <w:t>امتحان کی مصلحت فوت ہو جاتی ہے۔ یہاں بہرحال یہی ہوگا کہ آدمی کو خبر کے سطح پر جانچ کر اس کا یقین کرنا پڑے گا۔</w:t>
      </w:r>
    </w:p>
    <w:p>
      <w:r>
        <w:rPr>
          <w:b/>
        </w:rPr>
        <w:t xml:space="preserve">[22:04] </w:t>
      </w:r>
      <w:r>
        <w:t>jo shakhs is imtehan mein poora na utre is ke hisse mein</w:t>
      </w:r>
    </w:p>
    <w:p>
      <w:pPr>
        <w:jc w:val="right"/>
      </w:pPr>
      <w:r>
        <w:t>جو شخص اس امتحان میں پورا نہ اترے اس کے حصے میں</w:t>
      </w:r>
    </w:p>
    <w:p>
      <w:r>
        <w:rPr>
          <w:b/>
        </w:rPr>
        <w:t xml:space="preserve">[22:09] </w:t>
      </w:r>
      <w:r>
        <w:t>hidayat bhi nahi aye gi. khuda har qom mein is ke apne andar ke ek aadmi ko khara karta hai ta ke woh is ki manoos zaban mein us ko khuda ka paigham pohncha de.</w:t>
      </w:r>
    </w:p>
    <w:p>
      <w:pPr>
        <w:jc w:val="right"/>
      </w:pPr>
      <w:r>
        <w:t>ہدایت بھی نہیں آئے گی۔ خدا ہر قوم میں اس کے اپنے اندر کے ایک آدمی کو کھڑا کرتا ہے تاکہ وہ اس کی مانوس زبان میں اس کو خدا کا پیغام پہنچا دے۔</w:t>
      </w:r>
    </w:p>
    <w:p>
      <w:r>
        <w:rPr>
          <w:b/>
        </w:rPr>
        <w:t xml:space="preserve">[22:25] </w:t>
      </w:r>
      <w:r>
        <w:t>yeh intazam qomon ki aasani ke liye tha magar aksar aisa hua ke qomon ne is se ulta asar le kar khuda ke peghambaron ka inkar kar diya.</w:t>
      </w:r>
    </w:p>
    <w:p>
      <w:pPr>
        <w:jc w:val="right"/>
      </w:pPr>
      <w:r>
        <w:t>یہ انتظام قوموں کی آسانی کے لیے تھا مگر اکثر ایسا ہوا کہ قوموں نے اس سے الٹا اثر لے کر خدا کے پیغمبروں کا انکار کر دیا۔</w:t>
      </w:r>
    </w:p>
    <w:p>
      <w:r>
        <w:rPr>
          <w:b/>
        </w:rPr>
        <w:t xml:space="preserve">[22:39] </w:t>
      </w:r>
      <w:r>
        <w:t>un ki nigahein</w:t>
      </w:r>
    </w:p>
    <w:p>
      <w:pPr>
        <w:jc w:val="right"/>
      </w:pPr>
      <w:r>
        <w:t>ان کی نگاہیں</w:t>
      </w:r>
    </w:p>
    <w:p>
      <w:r>
        <w:rPr>
          <w:b/>
        </w:rPr>
        <w:t xml:space="preserve">[22:41] </w:t>
      </w:r>
      <w:r>
        <w:t>paigham rasan ke maamooli pan par atak kar reh gayin. woh paigham ke ghair maamooli pan ko na dekh saken.</w:t>
      </w:r>
    </w:p>
    <w:p>
      <w:pPr>
        <w:jc w:val="right"/>
      </w:pPr>
      <w:r>
        <w:t>پیغام رساں کے معمولی پن پر اٹک کر رہ گئیں۔ وہ پیغام کے غیر معمولی پن کو نہ دیکھ سکیں۔</w:t>
      </w:r>
    </w:p>
    <w:p>
      <w:r>
        <w:rPr>
          <w:b/>
        </w:rPr>
        <w:t xml:space="preserve">[22:56] </w:t>
      </w:r>
      <w:r>
        <w:t>الله يعلم ما تحمل كل أنثى وما تغيض الأرحام وما تزداد وكل شيء عنده بمقدار عالم الغيب والشهادة الكبير</w:t>
      </w:r>
    </w:p>
    <w:p>
      <w:pPr>
        <w:jc w:val="right"/>
      </w:pPr>
      <w:r>
        <w:t>الله يعلم ما تحمل كل أنثى وما تغيض الأرحام وما تزداد وكل شيء عنده بمقدار عالم الغيب والشهادة الكبير</w:t>
      </w:r>
    </w:p>
    <w:p>
      <w:r>
        <w:rPr>
          <w:b/>
        </w:rPr>
        <w:t xml:space="preserve">[23:14] </w:t>
      </w:r>
      <w:r>
        <w:t>المتعال سواء</w:t>
      </w:r>
    </w:p>
    <w:p>
      <w:pPr>
        <w:jc w:val="right"/>
      </w:pPr>
      <w:r>
        <w:t>المتعال سواء</w:t>
      </w:r>
    </w:p>
    <w:p>
      <w:r>
        <w:rPr>
          <w:b/>
        </w:rPr>
        <w:t xml:space="preserve">[23:22] </w:t>
      </w:r>
      <w:r>
        <w:t>منكم من أسر القول ومن جهر به ومن هو مستخف بالليل وسارب بالنهار</w:t>
      </w:r>
    </w:p>
    <w:p>
      <w:pPr>
        <w:jc w:val="right"/>
      </w:pPr>
      <w:r>
        <w:t>منكم من أسر القول ومن جهر به ومن هو مستخف بالليل وسارب بالنهار</w:t>
      </w:r>
    </w:p>
    <w:p>
      <w:r>
        <w:rPr>
          <w:b/>
        </w:rPr>
        <w:t xml:space="preserve">[23:37] </w:t>
      </w:r>
      <w:r>
        <w:t>allah janta hai har maade ke hamal ko aur jo kuch rehamon mein ghatta aur barhta hai is ko bhi aur har cheez ka is ke yahan aik andaaza hai.</w:t>
      </w:r>
    </w:p>
    <w:p>
      <w:pPr>
        <w:jc w:val="right"/>
      </w:pPr>
      <w:r>
        <w:t>اللہ جانتا ہے ہر مادے کے حمل کو اور جو کچھ رحموں میں گھٹتا اور بڑھتا ہے اس کو بھی اور ہر چیز کا اس کے یہاں ایک اندازہ ہے۔</w:t>
      </w:r>
    </w:p>
    <w:p>
      <w:r>
        <w:rPr>
          <w:b/>
        </w:rPr>
        <w:t xml:space="preserve">[23:53] </w:t>
      </w:r>
      <w:r>
        <w:t>wo poshida aur zaahir ko janne wala hai.</w:t>
      </w:r>
    </w:p>
    <w:p>
      <w:pPr>
        <w:jc w:val="right"/>
      </w:pPr>
      <w:r>
        <w:t>وہ پوشیدہ اور ظاہر کو جاننے والا ہے۔</w:t>
      </w:r>
    </w:p>
    <w:p>
      <w:r>
        <w:rPr>
          <w:b/>
        </w:rPr>
        <w:t xml:space="preserve">[23:57] </w:t>
      </w:r>
      <w:r>
        <w:t>sab se bara hai. sab se bartar. tum mein se koi shakhs chupke se baat kahe aur jo pukaar kar kahe aur jo raat mein chupa hua ho aur din mein chal raha ho</w:t>
      </w:r>
    </w:p>
    <w:p>
      <w:pPr>
        <w:jc w:val="right"/>
      </w:pPr>
      <w:r>
        <w:t>سب سے بڑا ہے۔ سب سے برتر۔ تم میں سے کوئی شخص چپکے سے بات کہے اور جو پکار کر کہے اور جو رات میں چھپا ہوا ہو اور دن میں چل رہا ہو</w:t>
      </w:r>
    </w:p>
    <w:p>
      <w:r>
        <w:rPr>
          <w:b/>
        </w:rPr>
        <w:t xml:space="preserve">[24:13] </w:t>
      </w:r>
      <w:r>
        <w:t>khuda ke liye sab yaksaan hain.</w:t>
      </w:r>
    </w:p>
    <w:p>
      <w:pPr>
        <w:jc w:val="right"/>
      </w:pPr>
      <w:r>
        <w:t>خدا کے لیے سب یکساں ہیں۔</w:t>
      </w:r>
    </w:p>
    <w:p>
      <w:r>
        <w:rPr>
          <w:b/>
        </w:rPr>
        <w:t xml:space="preserve">[24:19] </w:t>
      </w:r>
      <w:r>
        <w:t>tashreeh. ماں ka pait aik herat angez factory hai. is khudai factory mein jo insani pedawar tayyar hoti hai is ka aik ajeeb pehlu yeh hai ke wo</w:t>
      </w:r>
    </w:p>
    <w:p>
      <w:pPr>
        <w:jc w:val="right"/>
      </w:pPr>
      <w:r>
        <w:t>تشریح۔ ماں کا پیٹ ایک حیرت انگیز فیکٹری ہے۔ اس خدائی فیکٹری میں جو انسانی پیداوار تیار ہوتی ہے اس کا ایک عجیب پہلو یہ ہے کہ وہ</w:t>
      </w:r>
    </w:p>
    <w:p>
      <w:r>
        <w:rPr>
          <w:b/>
        </w:rPr>
        <w:t xml:space="preserve">[24:36] </w:t>
      </w:r>
      <w:r>
        <w:t>muqarrar miqdaar ke mutabiq amal karti hai. aaj kal ki zabaan mein goya demand aur supply ke darmiyan musalsal aik tawazun barqarar rehta hai.</w:t>
      </w:r>
    </w:p>
    <w:p>
      <w:pPr>
        <w:jc w:val="right"/>
      </w:pPr>
      <w:r>
        <w:t>مقرر مقدار کے مطابق عمل کرتی ہے۔ آج کل کی زبان میں گویا ڈیمانڈ اور سپلائی کے درمیان مسلسل ایک توازن برقرار رہتا ہے۔</w:t>
      </w:r>
    </w:p>
    <w:p>
      <w:r>
        <w:rPr>
          <w:b/>
        </w:rPr>
        <w:t xml:space="preserve">[24:51] </w:t>
      </w:r>
      <w:r>
        <w:t>misal ke taur par yeh factory hazaron saal se kaam kar rahi hai.</w:t>
      </w:r>
    </w:p>
    <w:p>
      <w:pPr>
        <w:jc w:val="right"/>
      </w:pPr>
      <w:r>
        <w:t>مثلاً یہ فیکٹری ہزاروں سال سے کام کر رہی ہے۔</w:t>
      </w:r>
    </w:p>
    <w:p>
      <w:r>
        <w:rPr>
          <w:b/>
        </w:rPr>
        <w:t xml:space="preserve">[24:56] </w:t>
      </w:r>
      <w:r>
        <w:t>is se mard bhi paida ho rahe hain aur aurtein bhi. magar dono jinsoun ki tadaad ke darmiyan hamesha aik tanasub qaim rehta hai.</w:t>
      </w:r>
    </w:p>
    <w:p>
      <w:pPr>
        <w:jc w:val="right"/>
      </w:pPr>
      <w:r>
        <w:t>اس سے مرد بھی پیدا ہو رہے ہیں اور عورتیں بھی۔ مگر دونوں جنسوں کی تعداد کے درمیان ہمیشہ ایک تناسب قائم رہتا ہے۔</w:t>
      </w:r>
    </w:p>
    <w:p>
      <w:r>
        <w:rPr>
          <w:b/>
        </w:rPr>
        <w:t xml:space="preserve">[25:10] </w:t>
      </w:r>
      <w:r>
        <w:t>aisa kabhi nahi hota ke is factory se</w:t>
      </w:r>
    </w:p>
    <w:p>
      <w:pPr>
        <w:jc w:val="right"/>
      </w:pPr>
      <w:r>
        <w:t>ایسا کبھی نہیں ہوتا کہ اس فیکٹری سے</w:t>
      </w:r>
    </w:p>
    <w:p>
      <w:r>
        <w:rPr>
          <w:b/>
        </w:rPr>
        <w:t xml:space="preserve">[25:14] </w:t>
      </w:r>
      <w:r>
        <w:t>sab mard hi mard paida ho jayen ya sab aurtein hi aurtein paida hone lagen. jang jaisa koi hadsa muqami taur par kabhi is tanasub ko barham kar deta hai.</w:t>
      </w:r>
    </w:p>
    <w:p>
      <w:pPr>
        <w:jc w:val="right"/>
      </w:pPr>
      <w:r>
        <w:t>سب مرد ہی مرد پیدا ہو جائیں یا سب عورتیں ہی عورتیں پیدا ہونے لگیں۔ جنگ جیسا کوئی حادثہ مقامی طور پر کبھی اس تناسب کو برہم کر دیتا ہے۔</w:t>
      </w:r>
    </w:p>
    <w:p>
      <w:r>
        <w:rPr>
          <w:b/>
        </w:rPr>
        <w:t xml:space="preserve">[25:30] </w:t>
      </w:r>
      <w:r>
        <w:t>magar</w:t>
      </w:r>
    </w:p>
    <w:p>
      <w:pPr>
        <w:jc w:val="right"/>
      </w:pPr>
      <w:r>
        <w:t>مگر</w:t>
      </w:r>
    </w:p>
    <w:p>
      <w:r>
        <w:rPr>
          <w:b/>
        </w:rPr>
        <w:t xml:space="preserve">[25:31] </w:t>
      </w:r>
      <w:r>
        <w:t>herat angez taur par dekha gaya hai ke kuch arsa baad hi yeh qudrati karkhana is tanasub ko dobara qaim kar deta hai.</w:t>
      </w:r>
    </w:p>
    <w:p>
      <w:pPr>
        <w:jc w:val="right"/>
      </w:pPr>
      <w:r>
        <w:t>حیرت انگیز طور پر دیکھا گیا ہے کہ کچھ عرصہ بعد ہی یہ قدرتی کارخانہ اس تناسب کو دوبارہ قائم کر دیتا ہے۔</w:t>
      </w:r>
    </w:p>
    <w:p>
      <w:r>
        <w:rPr>
          <w:b/>
        </w:rPr>
        <w:t xml:space="preserve">[25:44] </w:t>
      </w:r>
      <w:r>
        <w:t>yehi muamla is factory se nikalne wale mard o aurat ke darmiyan salahiyaat ke tawazun ka hai. mutalea batata hai ke paida hone wale mard o aurat sab yaksaan iestidad ke nahi hote.</w:t>
      </w:r>
    </w:p>
    <w:p>
      <w:pPr>
        <w:jc w:val="right"/>
      </w:pPr>
      <w:r>
        <w:t>یہی معاملہ اس فیکٹری سے نکلنے والے مرد و عورت کے درمیان صلاحیتوں کے توازن کا ہے۔ مطالعہ بتاتا ہے کہ پیدا ہونے والے مرد و عورت سب یکساں استعداد کے نہیں ہوتے۔</w:t>
      </w:r>
    </w:p>
    <w:p>
      <w:r>
        <w:rPr>
          <w:b/>
        </w:rPr>
        <w:t xml:space="preserve">[26:01] </w:t>
      </w:r>
      <w:r>
        <w:t>un ki salahiyaat mein bohat ziyada tanawwu hai. is tanawwu ki ghair mamooli tamadduni ahmiyat hai.</w:t>
      </w:r>
    </w:p>
    <w:p>
      <w:pPr>
        <w:jc w:val="right"/>
      </w:pPr>
      <w:r>
        <w:t>ان کی صلاحیتوں میں بہت زیادہ تنوع ہے۔ اس تنوع کی غیر معمولی تمدنی اہمیت ہے۔</w:t>
      </w:r>
    </w:p>
    <w:p>
      <w:r>
        <w:rPr>
          <w:b/>
        </w:rPr>
        <w:t xml:space="preserve">[26:10] </w:t>
      </w:r>
      <w:r>
        <w:t>kyun ke tamaddun ke karobar ko chalane ke liye mukhtalif qism ki salahiyaat ke insaan</w:t>
      </w:r>
    </w:p>
    <w:p>
      <w:pPr>
        <w:jc w:val="right"/>
      </w:pPr>
      <w:r>
        <w:t>کیونکہ تمدن کے کاروبار کو چلانے کے لیے مختلف قسم کی صلاحیتوں کے انسان</w:t>
      </w:r>
    </w:p>
    <w:p>
      <w:r>
        <w:rPr>
          <w:b/>
        </w:rPr>
        <w:t xml:space="preserve">[26:17] </w:t>
      </w:r>
      <w:r>
        <w:t>darkaar hain. maa ki factory nihayat khamoshi se har qism ki iestidad wale insaan is tarah kamyabi ke sath tayyar kar rahi hai jaise is ko bahar se order moseel hote hon.</w:t>
      </w:r>
    </w:p>
    <w:p>
      <w:pPr>
        <w:jc w:val="right"/>
      </w:pPr>
      <w:r>
        <w:t>درکار ہیں۔ ماں کی فیکٹری نہایت خاموشی سے ہر قسم کی استعداد والے انسان اس طرح کامیابی کے ساتھ تیار کر رہی ہے جیسے اس کو باہر سے آرڈر موصول ہوتے ہوں۔</w:t>
      </w:r>
    </w:p>
    <w:p>
      <w:r>
        <w:rPr>
          <w:b/>
        </w:rPr>
        <w:t xml:space="preserve">[26:36] </w:t>
      </w:r>
      <w:r>
        <w:t>aur wo pait ke andar is ke mutabiq insaanoun ki tashkeel kar rahi ho. agar insani pedawar mein yeh tanawwu na ho to tamaddun ka sara nizaam sard par jaye aur tamam taraqqiyan</w:t>
      </w:r>
    </w:p>
    <w:p>
      <w:pPr>
        <w:jc w:val="right"/>
      </w:pPr>
      <w:r>
        <w:t>اور وہ پیٹ کے اندر اس کے مطابق انسانوں کی تشکیل کر رہی ہو۔ اگر انسانی پیداوار میں یہ تنوع نہ ہو تو تمدن کا سارا نظام سرد پڑ جائے اور تمام ترقیاں</w:t>
      </w:r>
    </w:p>
    <w:p>
      <w:r>
        <w:rPr>
          <w:b/>
        </w:rPr>
        <w:t xml:space="preserve">[26:55] </w:t>
      </w:r>
      <w:r>
        <w:t>mad ho kar reh jayen.</w:t>
      </w:r>
    </w:p>
    <w:p>
      <w:pPr>
        <w:jc w:val="right"/>
      </w:pPr>
      <w:r>
        <w:t>ماد ہو کر رہ جائیں۔</w:t>
      </w:r>
    </w:p>
    <w:p>
      <w:r>
        <w:rPr>
          <w:b/>
        </w:rPr>
        <w:t xml:space="preserve">[27:00] </w:t>
      </w:r>
      <w:r>
        <w:t>maa ke pait ke amal mein is mansooba bandi ka hona sarrrahtan is baat ka saboot hai ke is ke peeche koi mansooba saaz hai.</w:t>
      </w:r>
    </w:p>
    <w:p>
      <w:pPr>
        <w:jc w:val="right"/>
      </w:pPr>
      <w:r>
        <w:t>ماں کے پیٹ کے عمل میں اس منصوبہ بندی کا ہونا صریح طور پر اس بات کا ثبوت ہے کہ اس کے پیچھے کوئی منصوبہ ساز ہے۔</w:t>
      </w:r>
    </w:p>
    <w:p>
      <w:r>
        <w:rPr>
          <w:b/>
        </w:rPr>
        <w:t xml:space="preserve">[27:14] </w:t>
      </w:r>
      <w:r>
        <w:t>bil irada mansooba bandi ke baghair is qism ka nizaam is qadar tasalsul ke sath</w:t>
      </w:r>
    </w:p>
    <w:p>
      <w:pPr>
        <w:jc w:val="right"/>
      </w:pPr>
      <w:r>
        <w:t>بالارادہ منصوبہ بندی کے بغیر اس قسم کا نظام اس قدر تسلسل کے ساتھ</w:t>
      </w:r>
    </w:p>
    <w:p>
      <w:r>
        <w:rPr>
          <w:b/>
        </w:rPr>
        <w:t xml:space="preserve">[27:22] </w:t>
      </w:r>
      <w:r>
        <w:t>qaim nahi reh sakta.</w:t>
      </w:r>
    </w:p>
    <w:p>
      <w:pPr>
        <w:jc w:val="right"/>
      </w:pPr>
      <w:r>
        <w:t>قائم نہیں رہ سکتا۔</w:t>
      </w:r>
    </w:p>
    <w:p>
      <w:r>
        <w:rPr>
          <w:b/>
        </w:rPr>
        <w:t xml:space="preserve">[27:27] </w:t>
      </w:r>
      <w:r>
        <w:t>is se yeh bhi sabit hota hai ke is dunya ka khaliq o malik aik aisi hasti hai jis ko na sirf khule ki khabar hai balke wo chhupe ko bhi janta hai.</w:t>
      </w:r>
    </w:p>
    <w:p>
      <w:pPr>
        <w:jc w:val="right"/>
      </w:pPr>
      <w:r>
        <w:t>اس سے یہ بھی ثابت ہوتا ہے کہ اس دنیا کا خالق و مالک ایک ایسی ہستی ہے جس کو نہ صرف کھلے کی خبر ہے بلکہ وہ چھپے کو بھی جانتا ہے۔</w:t>
      </w:r>
    </w:p>
    <w:p>
      <w:r>
        <w:rPr>
          <w:b/>
        </w:rPr>
        <w:t xml:space="preserve">[27:42] </w:t>
      </w:r>
      <w:r>
        <w:t>reham ke andar aur maa ke pait mein jo kuch hota hai wo bazahir</w:t>
      </w:r>
    </w:p>
    <w:p>
      <w:pPr>
        <w:jc w:val="right"/>
      </w:pPr>
      <w:r>
        <w:t>رحم کے اندر اور ماں کے پیٹ میں جو کچھ ہوتا ہے وہ بظاہر</w:t>
      </w:r>
    </w:p>
    <w:p>
      <w:r>
        <w:rPr>
          <w:b/>
        </w:rPr>
        <w:t xml:space="preserve">[27:48] </w:t>
      </w:r>
      <w:r>
        <w:t>aik makfi cheez hai. magar mazkoora waqea batata hai ke khuda ko is ki mukammal khabar hai.</w:t>
      </w:r>
    </w:p>
    <w:p>
      <w:pPr>
        <w:jc w:val="right"/>
      </w:pPr>
      <w:r>
        <w:t>ایک مخفی چیز ہے۔ مگر مذکورہ واقعہ بتاتا ہے کہ خدا کو اس کی مکمل خبر ہے۔</w:t>
      </w:r>
    </w:p>
    <w:p>
      <w:r>
        <w:rPr>
          <w:b/>
        </w:rPr>
        <w:t xml:space="preserve">[27:58] </w:t>
      </w:r>
      <w:r>
        <w:t>phir jo hasti aik ke chhupe aur khule ko janti hai wo doosre ke chhupe aur khule ko kyun nahi jaane gi?</w:t>
      </w:r>
    </w:p>
    <w:p>
      <w:pPr>
        <w:jc w:val="right"/>
      </w:pPr>
      <w:r>
        <w:t>پھر جو ہستی ایک کے چھپے اور کھلے کو جانتی ہے وہ دوسرے کے چھپے اور کھلے کو کیوں نہیں جانے گی؟</w:t>
      </w:r>
    </w:p>
    <w:p>
      <w:r>
        <w:rPr>
          <w:b/>
        </w:rPr>
        <w:t xml:space="preserve">[28:09] </w:t>
      </w:r>
      <w:r>
        <w:t>firishton ka aqeedah bhi isi se saabit hota hai. kyunkeh woh nigrani ke maujoodah nizaam ki goya tossi'ah hai.</w:t>
      </w:r>
    </w:p>
    <w:p>
      <w:pPr>
        <w:jc w:val="right"/>
      </w:pPr>
      <w:r>
        <w:t>فرشتوں کا عقیدہ بھی اسی سے ثابت ہوتا ہے۔ کیونکہ وہ نگرانی کے موجودہ نظام کی گویا توسیع ہے۔</w:t>
      </w:r>
    </w:p>
    <w:p>
      <w:r>
        <w:rPr>
          <w:b/>
        </w:rPr>
        <w:t xml:space="preserve">[28:22] </w:t>
      </w:r>
      <w:r>
        <w:t>lahu mu'aqqibatun min bayni yadayhi wa min khalfihi yahfazoona hu min amrillah</w:t>
      </w:r>
    </w:p>
    <w:p>
      <w:pPr>
        <w:jc w:val="right"/>
      </w:pPr>
      <w:r>
        <w:t>له معقبات من بين يديه ومن خلفه يحفظونه من أمر الله</w:t>
      </w:r>
    </w:p>
    <w:p>
      <w:r>
        <w:rPr>
          <w:b/>
        </w:rPr>
        <w:t xml:space="preserve">[28:35] </w:t>
      </w:r>
      <w:r>
        <w:t>innallaha la yughayyiru ma bi qawmin hatta yughayyiru ma bi anfusihim</w:t>
      </w:r>
    </w:p>
    <w:p>
      <w:pPr>
        <w:jc w:val="right"/>
      </w:pPr>
      <w:r>
        <w:t>إن الله لا يغير ما بقوم حتى يغيروا ما بأنفسهم</w:t>
      </w:r>
    </w:p>
    <w:p>
      <w:r>
        <w:rPr>
          <w:b/>
        </w:rPr>
        <w:t xml:space="preserve">[28:44] </w:t>
      </w:r>
      <w:r>
        <w:t>wa idha aradallahu bi qawmin soo'an fala murda lah wa ma lahum min doonihi min</w:t>
      </w:r>
    </w:p>
    <w:p>
      <w:pPr>
        <w:jc w:val="right"/>
      </w:pPr>
      <w:r>
        <w:t>وإذا أراد الله بقوم من سوء فلا مرد له وما لهم من دونه من</w:t>
      </w:r>
    </w:p>
    <w:p>
      <w:r>
        <w:rPr>
          <w:b/>
        </w:rPr>
        <w:t xml:space="preserve">[29:01] </w:t>
      </w:r>
      <w:r>
        <w:t>wal</w:t>
      </w:r>
    </w:p>
    <w:p>
      <w:pPr>
        <w:jc w:val="right"/>
      </w:pPr>
      <w:r>
        <w:t>وال</w:t>
      </w:r>
    </w:p>
    <w:p>
      <w:r>
        <w:rPr>
          <w:b/>
        </w:rPr>
        <w:t xml:space="preserve">[29:04] </w:t>
      </w:r>
      <w:r>
        <w:t>har shakhs ke aage aur peechhe us ke nigraan hain jo Allah ke hukum se us ki dekh bhaal kar rahe hain. beshak Allah kisi qaum ki haalat ko nahin badalta jab tak keh woh us ko na badal daalein jo un ke jee mein hai.</w:t>
      </w:r>
    </w:p>
    <w:p>
      <w:pPr>
        <w:jc w:val="right"/>
      </w:pPr>
      <w:r>
        <w:t>ہر شخص کے آگے اور پیچھے اس کے نگراں ہیں جو اللہ کے حکم سے اس کی دیکھ بھال کر رہے ہیں۔ بے شک اللہ کسی قوم کی حالت کو نہیں بدلتا جب تک کہ وہ اس کو نہ بدل ڈالیں جو ان کے جی میں ہے۔</w:t>
      </w:r>
    </w:p>
    <w:p>
      <w:r>
        <w:rPr>
          <w:b/>
        </w:rPr>
        <w:t xml:space="preserve">[29:22] </w:t>
      </w:r>
      <w:r>
        <w:t>aur jab Allah kisi qaum par koi aafat laana chahta hai to phir us ke hatne ki koi soorat nahin.</w:t>
      </w:r>
    </w:p>
    <w:p>
      <w:pPr>
        <w:jc w:val="right"/>
      </w:pPr>
      <w:r>
        <w:t>اور جب اللہ کسی قوم پر کوئی آفت لانا چاہتا ہے تو پھر اس کے ہٹنے کی کوئی صورت نہیں۔</w:t>
      </w:r>
    </w:p>
    <w:p>
      <w:r>
        <w:rPr>
          <w:b/>
        </w:rPr>
        <w:t xml:space="preserve">[29:33] </w:t>
      </w:r>
      <w:r>
        <w:t>aur Allah ke siwa us ke muqaable mein koi un ka madadgaar nahin.</w:t>
      </w:r>
    </w:p>
    <w:p>
      <w:pPr>
        <w:jc w:val="right"/>
      </w:pPr>
      <w:r>
        <w:t>اور اللہ کے سوا اس کے مقابلے میں کوئی ان کا مددگار نہیں۔</w:t>
      </w:r>
    </w:p>
    <w:p>
      <w:r>
        <w:rPr>
          <w:b/>
        </w:rPr>
        <w:t xml:space="preserve">[29:42] </w:t>
      </w:r>
      <w:r>
        <w:t>tashreeh. dunya mein qaumon ka urooj o zawal ittefaqan nahin hota balke Khuda ki nigrani aur faisle ke tehat hota hai.</w:t>
      </w:r>
    </w:p>
    <w:p>
      <w:pPr>
        <w:jc w:val="right"/>
      </w:pPr>
      <w:r>
        <w:t>تشریح۔ دنیا میں قوموں کا عروج و زوال الٹپ طور پر نہیں ہوتا بلکہ خدا کی نگرانی اور فیصلے کے تحت ہوتا ہے۔</w:t>
      </w:r>
    </w:p>
    <w:p>
      <w:r>
        <w:rPr>
          <w:b/>
        </w:rPr>
        <w:t xml:space="preserve">[29:57] </w:t>
      </w:r>
      <w:r>
        <w:t>Khuda jab kisi qaum ko apni nemmat se nawazta hai to woh</w:t>
      </w:r>
    </w:p>
    <w:p>
      <w:pPr>
        <w:jc w:val="right"/>
      </w:pPr>
      <w:r>
        <w:t>خدا جب کسی قوم کو اپنی نعمت سے نوازتا ہے تو وہ</w:t>
      </w:r>
    </w:p>
    <w:p>
      <w:r>
        <w:rPr>
          <w:b/>
        </w:rPr>
        <w:t xml:space="preserve">[30:02] </w:t>
      </w:r>
      <w:r>
        <w:t>is nemmat ko us waqt tak us ke liye baaqi rakhta hai jab tak woh apne andar us ki isti'daad baaqi rakhe.</w:t>
      </w:r>
    </w:p>
    <w:p>
      <w:pPr>
        <w:jc w:val="right"/>
      </w:pPr>
      <w:r>
        <w:t>اس نعمت کو اس وقت تک اس کے لیے باقی رکھتا ہے جب تک وہ اپنے اندر اس کی استعداد باقی رکھے۔</w:t>
      </w:r>
    </w:p>
    <w:p>
      <w:r>
        <w:rPr>
          <w:b/>
        </w:rPr>
        <w:t xml:space="preserve">[30:13] </w:t>
      </w:r>
      <w:r>
        <w:t>isti'daad kho dene ke baad woh qaum laazmi taur par Khudaai nemmat ko bhi kho deti hai.</w:t>
      </w:r>
    </w:p>
    <w:p>
      <w:pPr>
        <w:jc w:val="right"/>
      </w:pPr>
      <w:r>
        <w:t>استعداد کھو دینے کے بعد وہ قوم لازمی طور پر خدائی نعمت کو بھی کھو دیتی ہے۔</w:t>
      </w:r>
    </w:p>
    <w:p>
      <w:r>
        <w:rPr>
          <w:b/>
        </w:rPr>
        <w:t xml:space="preserve">[30:21] </w:t>
      </w:r>
      <w:r>
        <w:t>misaalan apne darmiyaan ittehad kho dene ke baad khaariji dunya mein rob se mehroom ho jaana.</w:t>
      </w:r>
    </w:p>
    <w:p>
      <w:pPr>
        <w:jc w:val="right"/>
      </w:pPr>
      <w:r>
        <w:t>مثلاً اپنے درمیان اتحاد کھونے کے بعد خارجی دنیا میں رعب سے محروم ہو جانا۔</w:t>
      </w:r>
    </w:p>
    <w:p>
      <w:r>
        <w:rPr>
          <w:b/>
        </w:rPr>
        <w:t xml:space="preserve">[30:33] </w:t>
      </w:r>
      <w:r>
        <w:t>dunya mein koi qaum jo kuch paati hai Khuda ke qanoon ke tehat paati hai. aur koi qaum jo kuch khoti hai Khuda ke qanoon ke tehat khoti hai.</w:t>
      </w:r>
    </w:p>
    <w:p>
      <w:pPr>
        <w:jc w:val="right"/>
      </w:pPr>
      <w:r>
        <w:t>دنیا میں کوئی قوم جو کچھ پاتی ہے خدا کے قانون کے تحت پاتی ہے۔ اور کوئی قوم جو کچھ کھوتی ہے خدا کے قانون کے تحت کھوتی ہے۔</w:t>
      </w:r>
    </w:p>
    <w:p>
      <w:r>
        <w:rPr>
          <w:b/>
        </w:rPr>
        <w:t xml:space="preserve">[30:46] </w:t>
      </w:r>
      <w:r>
        <w:t>Khuda ke siwa yahan na koi dene wala hai aur na koi</w:t>
      </w:r>
    </w:p>
    <w:p>
      <w:pPr>
        <w:jc w:val="right"/>
      </w:pPr>
      <w:r>
        <w:t>خدا کے سوا یہاں نہ کوئی دینے والا ہے اور نہ کوئی</w:t>
      </w:r>
    </w:p>
    <w:p>
      <w:r>
        <w:rPr>
          <w:b/>
        </w:rPr>
        <w:t xml:space="preserve">[30:53] </w:t>
      </w:r>
      <w:r>
        <w:t>chheen ne wala. huwallazi yureekumul barqa khawfan wa tama'an wa yunshi'us sahabath thiqal wa yusabbihur ra'du bihamdihi wal mala'ikatu min heebatihi wa yursilus sawa'iqa fayuseebu biha man yashaa'</w:t>
      </w:r>
    </w:p>
    <w:p>
      <w:pPr>
        <w:jc w:val="right"/>
      </w:pPr>
      <w:r>
        <w:t>چھیننے والا۔ هو الذي يريكم البرق خوفاً وطمعاً وينشئ السحاب الثقال ويسبح الرعد بحمده والملائكة من خيفته ويرسل الصواعق فيصيب بها من يشاء</w:t>
      </w:r>
    </w:p>
    <w:p>
      <w:r>
        <w:rPr>
          <w:b/>
        </w:rPr>
        <w:t xml:space="preserve">[31:21] </w:t>
      </w:r>
      <w:r>
        <w:t>fayuseebu biha man yashaa' wa hum yujadiloona fillahi wa huwa shadeedul mihali</w:t>
      </w:r>
    </w:p>
    <w:p>
      <w:pPr>
        <w:jc w:val="right"/>
      </w:pPr>
      <w:r>
        <w:t>فيصيب بها من يشاء وهم يجادلون في الله وهو شديد المحال</w:t>
      </w:r>
    </w:p>
    <w:p>
      <w:r>
        <w:rPr>
          <w:b/>
        </w:rPr>
        <w:t xml:space="preserve">[31:34] </w:t>
      </w:r>
      <w:r>
        <w:t>wohi hai jo tum ko bijli dikhata hai jis se dar bhi paida hota hai aur umeed bhi.</w:t>
      </w:r>
    </w:p>
    <w:p>
      <w:pPr>
        <w:jc w:val="right"/>
      </w:pPr>
      <w:r>
        <w:t>وہی ہے جو تم کو بجلی دکھاتا ہے جس سے ڈر بھی پیدا ہوتا ہے اور امید بھی۔</w:t>
      </w:r>
    </w:p>
    <w:p>
      <w:r>
        <w:rPr>
          <w:b/>
        </w:rPr>
        <w:t xml:space="preserve">[31:43] </w:t>
      </w:r>
      <w:r>
        <w:t>aur wohi hai jo paani se lage hue baadal uthata hai. aur bijli ki garaj us ki hamd ke saath</w:t>
      </w:r>
    </w:p>
    <w:p>
      <w:pPr>
        <w:jc w:val="right"/>
      </w:pPr>
      <w:r>
        <w:t>اور وہی ہے جو پانی سے لگے ہوئے بادل اٹھاتا ہے۔ اور بجلی کی گرج اس کی حمد کے ساتھ</w:t>
      </w:r>
    </w:p>
    <w:p>
      <w:r>
        <w:rPr>
          <w:b/>
        </w:rPr>
        <w:t xml:space="preserve">[31:52] </w:t>
      </w:r>
      <w:r>
        <w:t>us ki paaki bayaan karti hai. aur firishte bhi us ke khauf se. aur woh bijliyaan bhejta hai. phir jis par chahe unhein gira deta hai.</w:t>
      </w:r>
    </w:p>
    <w:p>
      <w:pPr>
        <w:jc w:val="right"/>
      </w:pPr>
      <w:r>
        <w:t>اس کی پاکی بیان کرتی ہے۔ اور فرشتے بھی اس کے خوف سے۔ اور وہ بجلیاں بھیجتا ہے۔ پھر جس پر چاہے انہیں گرا دیتا ہے۔</w:t>
      </w:r>
    </w:p>
    <w:p>
      <w:r>
        <w:rPr>
          <w:b/>
        </w:rPr>
        <w:t xml:space="preserve">[32:05] </w:t>
      </w:r>
      <w:r>
        <w:t>aur woh log Khuda ke baare mein jhagadte hain.</w:t>
      </w:r>
    </w:p>
    <w:p>
      <w:pPr>
        <w:jc w:val="right"/>
      </w:pPr>
      <w:r>
        <w:t>اور وہ لوگ خدا کے باپ میں جھگڑتے ہیں۔</w:t>
      </w:r>
    </w:p>
    <w:p>
      <w:r>
        <w:rPr>
          <w:b/>
        </w:rPr>
        <w:t xml:space="preserve">[32:10] </w:t>
      </w:r>
      <w:r>
        <w:t>haalankeh woh zabardast hai, quwwat wala hai.</w:t>
      </w:r>
    </w:p>
    <w:p>
      <w:pPr>
        <w:jc w:val="right"/>
      </w:pPr>
      <w:r>
        <w:t>حالانکہ وہ زبردست ہے، قوت والا ہے۔</w:t>
      </w:r>
    </w:p>
    <w:p>
      <w:r>
        <w:rPr>
          <w:b/>
        </w:rPr>
        <w:t xml:space="preserve">[32:16] </w:t>
      </w:r>
      <w:r>
        <w:t>tashreeh. bijli chamakti hai to kabhi woh naye khushgawar mausam ki aamad ka paigham hoti hai.</w:t>
      </w:r>
    </w:p>
    <w:p>
      <w:pPr>
        <w:jc w:val="right"/>
      </w:pPr>
      <w:r>
        <w:t>تشریح۔ بجلی چمکتی ہے تو کبھی وہ نئے خوشگوار موسم کی آمد کا پیغام ہوتی ہے۔</w:t>
      </w:r>
    </w:p>
    <w:p>
      <w:r>
        <w:rPr>
          <w:b/>
        </w:rPr>
        <w:t xml:space="preserve">[32:25] </w:t>
      </w:r>
      <w:r>
        <w:t>aur kabhi woh sa'iqah ban kar zameen par girti hai. aur cheezon ko jala daalti hai.</w:t>
      </w:r>
    </w:p>
    <w:p>
      <w:pPr>
        <w:jc w:val="right"/>
      </w:pPr>
      <w:r>
        <w:t>اور کبھی وہ سائقہ بن کر زمین پر گرتی ہے۔ اور چیزوں کو جلا ڈالتی ہے۔</w:t>
      </w:r>
    </w:p>
    <w:p>
      <w:r>
        <w:rPr>
          <w:b/>
        </w:rPr>
        <w:t xml:space="preserve">[32:34] </w:t>
      </w:r>
      <w:r>
        <w:t>isi tarah baadall uthte hain to kabhi woh mufeed baarish ki soorat mein zameen par baraste hain. aur kabhi toofan aur sailab ka pesh khaymah saabit hote hain.</w:t>
      </w:r>
    </w:p>
    <w:p>
      <w:pPr>
        <w:jc w:val="right"/>
      </w:pPr>
      <w:r>
        <w:t>اسی طرح بادل اٹھتے ہیں تو کبھی وہ مفید بارش کی صورت میں زمین پر برستے ہیں۔ اور کبھی طوفان اور سیلاب کا پیش خیمہ ثابت ہوتے ہیں۔</w:t>
      </w:r>
    </w:p>
    <w:p>
      <w:r>
        <w:rPr>
          <w:b/>
        </w:rPr>
        <w:t xml:space="preserve">[32:50] </w:t>
      </w:r>
      <w:r>
        <w:t>is ka matlab yeh hai ke is dunya mein</w:t>
      </w:r>
    </w:p>
    <w:p>
      <w:pPr>
        <w:jc w:val="right"/>
      </w:pPr>
      <w:r>
        <w:t>اس کا مطلب یہ ہے کہ اس دنیا میں</w:t>
      </w:r>
    </w:p>
    <w:p>
      <w:r>
        <w:rPr>
          <w:b/>
        </w:rPr>
        <w:t xml:space="preserve">[32:53] </w:t>
      </w:r>
      <w:r>
        <w:t>aik hi cheez mein darr ka pehlu bhi hai aur umeed ka pehlu bhi. dunya ka intizam karne wala jis cheez ke zariye dunya walon par apni rehmat bhi bhejta hai usi ko woh</w:t>
      </w:r>
    </w:p>
    <w:p>
      <w:pPr>
        <w:jc w:val="right"/>
      </w:pPr>
      <w:r>
        <w:t>ایک ہی چیز میں ڈر کا پہلو بھی ہے اور امید کا پہلو بھی۔ دنیا کا انتظام کرنے والا جس چیز کے ذریعے دنیا والوں پر اپنی رحمت بھیجتا ہے اسی کو وہ</w:t>
      </w:r>
    </w:p>
    <w:p>
      <w:r>
        <w:rPr>
          <w:b/>
        </w:rPr>
        <w:t xml:space="preserve">[33:10] </w:t>
      </w:r>
      <w:r>
        <w:t>tabah kun azab bhi bana sakta hai. is soorat-e-haal ka taqaza hai ke aadmi kabhi apne aap ko khuda ki pakar se mamoon na samjhe.</w:t>
      </w:r>
    </w:p>
    <w:p>
      <w:pPr>
        <w:jc w:val="right"/>
      </w:pPr>
      <w:r>
        <w:t>تباہ کن عذاب بھی بنا سکتا ہے۔ اس صورتحال کا تقاضا ہے کہ آدمی کبھی اپنے آپ کو خدا کی پکڑ سے مامون نہ سمجھے۔</w:t>
      </w:r>
    </w:p>
    <w:p>
      <w:r>
        <w:rPr>
          <w:b/>
        </w:rPr>
        <w:t xml:space="preserve">[33:24] </w:t>
      </w:r>
      <w:r>
        <w:t>ghafil insan hamesha kisi anokhi aur tilsmati nishani ke zahoor ke muntazir rehte hain. magar jin logon ka shaoor bedar hai woh apne aas paas rozmarra ke waqiat mein</w:t>
      </w:r>
    </w:p>
    <w:p>
      <w:pPr>
        <w:jc w:val="right"/>
      </w:pPr>
      <w:r>
        <w:t>غافل انسان ہمیشہ کسی انوکھی اور تلسماتی نشانی کے ظہور کے منتظر رہتے ہیں۔ مگر جن لوگوں کا شعور بیدار ہے وہ اپنے آس پاس روزمرہ کے واقعات میں</w:t>
      </w:r>
    </w:p>
    <w:p>
      <w:r>
        <w:rPr>
          <w:b/>
        </w:rPr>
        <w:t xml:space="preserve">[33:42] </w:t>
      </w:r>
      <w:r>
        <w:t>har qism ki aala nishaniyan pa lete hain. bijli ki karak chamak un ke dil ki dharkanen tez kar deti hai.</w:t>
      </w:r>
    </w:p>
    <w:p>
      <w:pPr>
        <w:jc w:val="right"/>
      </w:pPr>
      <w:r>
        <w:t>ہر قسم کی اعلیٰ نشانیاں پا لیتے ہیں۔ بجلی کی کڑک چمک ان کے دل کی دھڑکنیں تیز کر دیتی ہے۔</w:t>
      </w:r>
    </w:p>
    <w:p>
      <w:r>
        <w:rPr>
          <w:b/>
        </w:rPr>
        <w:t xml:space="preserve">[33:51] </w:t>
      </w:r>
      <w:r>
        <w:t>aur barish ke qatre dekh kar un ki aankhon se aansuon ka sailab beh parta hai.</w:t>
      </w:r>
    </w:p>
    <w:p>
      <w:pPr>
        <w:jc w:val="right"/>
      </w:pPr>
      <w:r>
        <w:t>اور بارش کے قطرے دیکھ کر ان کی آنکھوں سے آنسوؤں کا سیلاب بہہ پڑتا ہے۔</w:t>
      </w:r>
    </w:p>
    <w:p>
      <w:r>
        <w:rPr>
          <w:b/>
        </w:rPr>
        <w:t xml:space="preserve">[33:58] </w:t>
      </w:r>
      <w:r>
        <w:t>khuda ki taqaton ko barah-e-rast dekh kar farishton ka jo haal hota hai wohi haal sachay insanon ka is waqt ho jata hai jab ke unhon ne khuda ki taqaton ko abhi barah-e-rast nahi dekha hai.</w:t>
      </w:r>
    </w:p>
    <w:p>
      <w:pPr>
        <w:jc w:val="right"/>
      </w:pPr>
      <w:r>
        <w:t>خدا کی طاقتوں کو براہ راست دیکھ کر فرشتوں کا جو حال ہوتا ہے وہی حال سچے انسانوں کا اس وقت ہو جاتا ہے جب کہ انہوں نے خدا کی طاقتوں کو ابھی براہ راست نہیں دیکھا ہے۔</w:t>
      </w:r>
    </w:p>
    <w:p>
      <w:r>
        <w:rPr>
          <w:b/>
        </w:rPr>
        <w:t xml:space="preserve">[34:17] </w:t>
      </w:r>
      <w:r>
        <w:t>laho da'watu al-haq wal-ladheena yad'oona min doonihi la yastajeeboona lahu bishay'in illa kabasiti kaffi ila al-ma'i liyablugha fahu wa ma huwa bibaligh</w:t>
      </w:r>
    </w:p>
    <w:p>
      <w:pPr>
        <w:jc w:val="right"/>
      </w:pPr>
      <w:r>
        <w:t>له دعوۃ الحق والذینیدعون من دونہ لا یستجيبون له بشئی الا کباسط کف الی الماء لیبلغ فاہ وما هو ببالغ</w:t>
      </w:r>
    </w:p>
    <w:p>
      <w:r>
        <w:rPr>
          <w:b/>
        </w:rPr>
        <w:t xml:space="preserve">[34:38] </w:t>
      </w:r>
      <w:r>
        <w:t>wa ma da'a'u al-kafireena illa fi dalal</w:t>
      </w:r>
    </w:p>
    <w:p>
      <w:pPr>
        <w:jc w:val="right"/>
      </w:pPr>
      <w:r>
        <w:t>وما دعاؤ الکافرین الا فی ضلال</w:t>
      </w:r>
    </w:p>
    <w:p>
      <w:r>
        <w:rPr>
          <w:b/>
        </w:rPr>
        <w:t xml:space="preserve">[34:48] </w:t>
      </w:r>
      <w:r>
        <w:t>sacha pukarna sirf khuda ke liye hai. aur us ke siwa jin ko log pukarte hain woh un ki is se ziyada dadrasi nahi kar sakte jitna pani is shakhs ki karta hai</w:t>
      </w:r>
    </w:p>
    <w:p>
      <w:pPr>
        <w:jc w:val="right"/>
      </w:pPr>
      <w:r>
        <w:t>سچا پکارنا صرف خدا کے لیے ہے۔ اور اس کے سوا جن کو لوگ پکارتے ہیں وہ ان کی اس سے زیادہ دادرسی نہیں کر سکتے جتنا پانی اس شخص کی کرتا ہے</w:t>
      </w:r>
    </w:p>
    <w:p>
      <w:r>
        <w:rPr>
          <w:b/>
        </w:rPr>
        <w:t xml:space="preserve">[35:05] </w:t>
      </w:r>
      <w:r>
        <w:t>jo apne dono hath pani ki taraf phailaye hue ho taake woh us ke munh tak pahunch jaye aur woh us ke munh tak pahunchne wala nahi.</w:t>
      </w:r>
    </w:p>
    <w:p>
      <w:pPr>
        <w:jc w:val="right"/>
      </w:pPr>
      <w:r>
        <w:t>جو اپنے دونوں ہاتھ پانی کی طرف پھیلائے ہوئے ہو تاکہ وہ اس کے منہ تک پہنچ جائے اور وہ اس کے منہ تک پہنچنے والا نہیں۔</w:t>
      </w:r>
    </w:p>
    <w:p>
      <w:r>
        <w:rPr>
          <w:b/>
        </w:rPr>
        <w:t xml:space="preserve">[35:18] </w:t>
      </w:r>
      <w:r>
        <w:t>aur munkireen ki pukar sab be faida hai.</w:t>
      </w:r>
    </w:p>
    <w:p>
      <w:pPr>
        <w:jc w:val="right"/>
      </w:pPr>
      <w:r>
        <w:t>اور منکرین کی پکار سب بے فائدہ ہے۔</w:t>
      </w:r>
    </w:p>
    <w:p>
      <w:r>
        <w:rPr>
          <w:b/>
        </w:rPr>
        <w:t xml:space="preserve">[35:24] </w:t>
      </w:r>
      <w:r>
        <w:t>tashreeh. agar aap hath phaila kar samandar ke pani ko pukarein to aisa kabhi nahi hoga ke samandar aap ki pukar ko sune aur uska pani samandar ki gehraiyon se nikal kar aap ki taraf aaye aur aap ke kheton aur baghon ko sairab kare.</w:t>
      </w:r>
    </w:p>
    <w:p>
      <w:pPr>
        <w:jc w:val="right"/>
      </w:pPr>
      <w:r>
        <w:t>تشریح۔ اگر آپ ہاتھ پھیلا کر سمندر کے پانی کو پکاریں تو ایسا کبھی نہیں ہوگا کہ سمندر آپ کی پکار کو سنے اور اس کا پانی سمندر کی گہرائیوں سے نکل کر آپ کی طرف آئے اور آپ کے کھیتوں اور باغوں کو سیراب کرے۔</w:t>
      </w:r>
    </w:p>
    <w:p>
      <w:r>
        <w:rPr>
          <w:b/>
        </w:rPr>
        <w:t xml:space="preserve">[35:48] </w:t>
      </w:r>
      <w:r>
        <w:t>magar isi samandar ke sath aisa hota hai ke qudrat ke qanoon ke tehat uska pani namak ke juz ko chhod kar fiza mein buland hota hai.</w:t>
      </w:r>
    </w:p>
    <w:p>
      <w:pPr>
        <w:jc w:val="right"/>
      </w:pPr>
      <w:r>
        <w:t>مگر اسی سمندر کے ساتھ ایسا ہوتا ہے کہ قدرت کے قانون کے تحت اس کا پانی نمک کے جز کو چھوڑ کر فضا میں بلند ہوتا ہے۔</w:t>
      </w:r>
    </w:p>
    <w:p>
      <w:r>
        <w:rPr>
          <w:b/>
        </w:rPr>
        <w:t xml:space="preserve">[36:00] </w:t>
      </w:r>
      <w:r>
        <w:t>phir garmi aur kashish aur hawa ke amal se</w:t>
      </w:r>
    </w:p>
    <w:p>
      <w:pPr>
        <w:jc w:val="right"/>
      </w:pPr>
      <w:r>
        <w:t>پھر گرمی اور کشش اور ہوا کے عمل سے</w:t>
      </w:r>
    </w:p>
    <w:p>
      <w:r>
        <w:rPr>
          <w:b/>
        </w:rPr>
        <w:t xml:space="preserve">[36:04] </w:t>
      </w:r>
      <w:r>
        <w:t>mutharrik ho kar woh aap ki basti ke oopar aata hai aur meethe pani ki soorat mein baras kar aap ki zameen ko sairab kar deta hai.</w:t>
      </w:r>
    </w:p>
    <w:p>
      <w:pPr>
        <w:jc w:val="right"/>
      </w:pPr>
      <w:r>
        <w:t>متحرک ہو کر وہ آپ کی بستی کے اوپر آتا ہے اور میٹھے پانی کی صورت میں برس کر آپ کی زمین کو سیراب کر دیتا ہے۔</w:t>
      </w:r>
    </w:p>
    <w:p>
      <w:r>
        <w:rPr>
          <w:b/>
        </w:rPr>
        <w:t xml:space="preserve">[36:15] </w:t>
      </w:r>
      <w:r>
        <w:t>is se maloom hua ke samandar bظahir azeem hone ke bawajood</w:t>
      </w:r>
    </w:p>
    <w:p>
      <w:pPr>
        <w:jc w:val="right"/>
      </w:pPr>
      <w:r>
        <w:t>اس سے معلوم ہوا کہ سمندر بظاہر عظیم ہونے کے باوجود</w:t>
      </w:r>
    </w:p>
    <w:p>
      <w:r>
        <w:rPr>
          <w:b/>
        </w:rPr>
        <w:t xml:space="preserve">[36:22] </w:t>
      </w:r>
      <w:r>
        <w:t>sarasar ajiz hai. is ko kisi qism ka zaati ikhtiyar hasil nahi. yahi haal is dunya ki tamam cheezon ka hai.</w:t>
      </w:r>
    </w:p>
    <w:p>
      <w:pPr>
        <w:jc w:val="right"/>
      </w:pPr>
      <w:r>
        <w:t>سراسر عاجز ہے۔ اس کو کسی قسم کا ذاتی اختیار حاصل نہیں۔ یہی حال اس دنیا کی تمام چیزوں کا ہے۔</w:t>
      </w:r>
    </w:p>
    <w:p>
      <w:r>
        <w:rPr>
          <w:b/>
        </w:rPr>
        <w:t xml:space="preserve">[36:35] </w:t>
      </w:r>
      <w:r>
        <w:t>aisi halat mein aqalmand insan sirf woh hai jo khaliq ko pooje na ke makhlooq ko.</w:t>
      </w:r>
    </w:p>
    <w:p>
      <w:pPr>
        <w:jc w:val="right"/>
      </w:pPr>
      <w:r>
        <w:t>ایسی حالت میں عقلمند انسان صرف وہ ہے جو خالق کو پوجے نہ کہ مخلوق کو۔</w:t>
      </w:r>
    </w:p>
    <w:p>
      <w:r>
        <w:rPr>
          <w:b/>
        </w:rPr>
        <w:t xml:space="preserve">[36:43] </w:t>
      </w:r>
      <w:r>
        <w:t>jo cheezon ke rab ko apna markaz tawajjuh banaye na ke khud cheezon ko. wa lillahi yasjudu man fi al-samawati wal-ardi taw'an</w:t>
      </w:r>
    </w:p>
    <w:p>
      <w:pPr>
        <w:jc w:val="right"/>
      </w:pPr>
      <w:r>
        <w:t>جو چیزوں کے رب کو اپنا مرکز توجہ بنائے نہ کہ خود چیزوں کو۔ ولله يسجد من في السماوات والأرض طوعاً</w:t>
      </w:r>
    </w:p>
    <w:p>
      <w:r>
        <w:rPr>
          <w:b/>
        </w:rPr>
        <w:t xml:space="preserve">[36:59] </w:t>
      </w:r>
      <w:r>
        <w:t>wa kurban wa zillaluhum bil-ghudowi wal-asal qul man rab al-samawati wal-ard qul Allah</w:t>
      </w:r>
    </w:p>
    <w:p>
      <w:pPr>
        <w:jc w:val="right"/>
      </w:pPr>
      <w:r>
        <w:t>وكرهاً وظلالهم بالغدو والأصال قل من رب السماوات والأرض قل الله</w:t>
      </w:r>
    </w:p>
    <w:p>
      <w:r>
        <w:rPr>
          <w:b/>
        </w:rPr>
        <w:t xml:space="preserve">[37:15] </w:t>
      </w:r>
      <w:r>
        <w:t>qul aftakhadhtum min doonihi awliya'a la yamlikooni li-anfusihim naf'an wa la darra</w:t>
      </w:r>
    </w:p>
    <w:p>
      <w:pPr>
        <w:jc w:val="right"/>
      </w:pPr>
      <w:r>
        <w:t>قل أفتخذتم من دونه أولياء لا يملكون لأنفسهم نفعاً ولا ضراً</w:t>
      </w:r>
    </w:p>
    <w:p>
      <w:r>
        <w:rPr>
          <w:b/>
        </w:rPr>
        <w:t xml:space="preserve">[37:33] </w:t>
      </w:r>
      <w:r>
        <w:t>qul hal yastawi al-a'ma wal-baseer wa hal tastawi al-zulumatu wal-noor am ja'aloo lillahi shuraka'a khalaqookhi fashabaha al-khalqu 'alayhim</w:t>
      </w:r>
    </w:p>
    <w:p>
      <w:pPr>
        <w:jc w:val="right"/>
      </w:pPr>
      <w:r>
        <w:t>قل هل يستوي الأعمى والبصير أم هل تستوي الظلمات والنور أم جعلوا لله شركاء خلقوك خلقه فتشابه الخلق عليهم</w:t>
      </w:r>
    </w:p>
    <w:p>
      <w:r>
        <w:rPr>
          <w:b/>
        </w:rPr>
        <w:t xml:space="preserve">[37:53] </w:t>
      </w:r>
      <w:r>
        <w:t>qul Allahu khaliq kulli shay'in wa huwa al-wahidu al-qahhar</w:t>
      </w:r>
    </w:p>
    <w:p>
      <w:pPr>
        <w:jc w:val="right"/>
      </w:pPr>
      <w:r>
        <w:t>قل الله خالق كل شيء وهو الواحد القهار</w:t>
      </w:r>
    </w:p>
    <w:p>
      <w:r>
        <w:rPr>
          <w:b/>
        </w:rPr>
        <w:t xml:space="preserve">[38:04] </w:t>
      </w:r>
      <w:r>
        <w:t>aur aasmanon aur zameen mein jo bhi hain sab khuda hi ko sajda karte hain khushi se ya majboori se aur un ke saye bhi subah o sham kaho aasmanon aur zameen ka rab kaun hai</w:t>
      </w:r>
    </w:p>
    <w:p>
      <w:pPr>
        <w:jc w:val="right"/>
      </w:pPr>
      <w:r>
        <w:t>اور آسمانوں اور زمین میں جو بھی ہیں سب خدا ہی کو سجدہ کرتے ہیں خوشی سے یا مجبوری سے اور ان کے سائے بھی صبح و شام کہو آسمانوں اور زمین کا رب کون ہے</w:t>
      </w:r>
    </w:p>
    <w:p>
      <w:r>
        <w:rPr>
          <w:b/>
        </w:rPr>
        <w:t xml:space="preserve">[38:22] </w:t>
      </w:r>
      <w:r>
        <w:t>keh do ke Allah kaho kiya phir bhi tum ne is ke siwa aise madadgar bana rakhe hain jo khud apni zaat ke nafa aur nuqsan ka bhi ikhtiyar nahi rakhte</w:t>
      </w:r>
    </w:p>
    <w:p>
      <w:pPr>
        <w:jc w:val="right"/>
      </w:pPr>
      <w:r>
        <w:t>کہہ دو کہ اللہ کہو کیا پھر بھی تم نے اس کے سوا ایسے مددگار بنا رکھے ہیں جو خود اپنی ذات کے نفع اور نقصان کا بھی اختیار نہیں رکھتے</w:t>
      </w:r>
    </w:p>
    <w:p>
      <w:r>
        <w:rPr>
          <w:b/>
        </w:rPr>
        <w:t xml:space="preserve">[38:39] </w:t>
      </w:r>
      <w:r>
        <w:t>kaho kiya andha aur aankhon wala dono barabar ho sakte hain ya kiya andhera aur ujala dono barabar ho jayenge kiya unhon ne Khuda ke aise shareek thahraye hain</w:t>
      </w:r>
    </w:p>
    <w:p>
      <w:pPr>
        <w:jc w:val="right"/>
      </w:pPr>
      <w:r>
        <w:t>کہو کیا اندھا اور آنکھوں والا دونوں برابر ہو سکتے ہیں یا کیا اندھیرا اور اجالا دونوں برابر ہو جائیں گے کیا انہوں نے خدا کے ایسے شریک ٹھہرائے ہیں</w:t>
      </w:r>
    </w:p>
    <w:p>
      <w:r>
        <w:rPr>
          <w:b/>
        </w:rPr>
        <w:t xml:space="preserve">[38:55] </w:t>
      </w:r>
      <w:r>
        <w:t>jinhon ne bhi paida kiya hai jaisa ke Allah ne paida kiya phir paidaish un ki nazar mein mujtabi ho gayi kaho Allah har cheez ka paida karne wala hai aur wahi hai akela zabardast</w:t>
      </w:r>
    </w:p>
    <w:p>
      <w:pPr>
        <w:jc w:val="right"/>
      </w:pPr>
      <w:r>
        <w:t>جنہوں نے بھی پیدا کیا ہے جیسا کہ اللہ نے پیدا کیا پھر پیدائش ان کی نظر میں مجتبی ہو گئی کہو اللہ ہر چیز کا پیدا کرنے والا ہے اور وہی ہے اکیلا زبردست</w:t>
      </w:r>
    </w:p>
    <w:p>
      <w:r>
        <w:rPr>
          <w:b/>
        </w:rPr>
        <w:t xml:space="preserve">[39:16] </w:t>
      </w:r>
      <w:r>
        <w:t>tashreeh. Khuda ka mutalba insan se yeh hai ke woh is ke aage jhuk jaye yahi jhukna tamam kainat ka deen hai is dunya ki har cheez Khuda ke hukum ke aage kamil taur par jhuki hui hai</w:t>
      </w:r>
    </w:p>
    <w:p>
      <w:pPr>
        <w:jc w:val="right"/>
      </w:pPr>
      <w:r>
        <w:t>تشریح۔ خدا کا مطالبہ انسان سے یہ ہے کہ وہ اس کے آگے جھک جائے یہی جھکنا تمام کائنات کا دین ہے اس دنیا کی ہر چیز خدا کے حکم کے آگے کامل طور پر جھکی ہوئی ہے</w:t>
      </w:r>
    </w:p>
    <w:p>
      <w:r>
        <w:rPr>
          <w:b/>
        </w:rPr>
        <w:t xml:space="preserve">[39:34] </w:t>
      </w:r>
      <w:r>
        <w:t>isi jhukao ki ek alamat hai cheezon ke saaye ka subah o shaam maghrib aur mashriq ki taraf girna cheezon ka yeh saaya goya is sajde ko madi taur par mumassal kar raha hai jo insanon se</w:t>
      </w:r>
    </w:p>
    <w:p>
      <w:pPr>
        <w:jc w:val="right"/>
      </w:pPr>
      <w:r>
        <w:t>اسی جھکاؤ کی ایک علامت ہے چیزوں کے سائے کا صبح و شام مغرب اور مشرق کی طرف گرنا چیزوں کا یہ سایہ گویا اس سجدے کو مادی طور پر ممثل کر رہا ہے جو انسانوں سے</w:t>
      </w:r>
    </w:p>
    <w:p>
      <w:r>
        <w:rPr>
          <w:b/>
        </w:rPr>
        <w:t xml:space="preserve">[39:54] </w:t>
      </w:r>
      <w:r>
        <w:t>shaoori taur par matloob hai awwal uz zikr sajde ka alamati roop hai aur sani uz zikr is ka haqeeqi roop wasee kainat ka mutala batata hai ke sari kainat</w:t>
      </w:r>
    </w:p>
    <w:p>
      <w:pPr>
        <w:jc w:val="right"/>
      </w:pPr>
      <w:r>
        <w:t>شعوری طور پر مطلوب ہے اول الذکر سجدے کا علامتی روپ ہے اور ثانی الذکر اس کا حقیقی روپ وسیع کائنات کا مطالعہ بتاتا ہے کہ ساری کائنات</w:t>
      </w:r>
    </w:p>
    <w:p>
      <w:r>
        <w:rPr>
          <w:b/>
        </w:rPr>
        <w:t xml:space="preserve">[40:12] </w:t>
      </w:r>
      <w:r>
        <w:t>ek hi afaqi qanoon mein bandhi hui hai yeh is baat ka saboot hai ke is ka khaliq aur malik ek hai insan ka ilmi aur aqli mutala kisi bhi tarah yeh sabit nahi karta ke is kainat mein ek se ziyada taqaton ki karfarmayi ho</w:t>
      </w:r>
    </w:p>
    <w:p>
      <w:pPr>
        <w:jc w:val="right"/>
      </w:pPr>
      <w:r>
        <w:t>ایک ہی افاقی قانون میں بندھی ہوئی ہے یہ اس بات کا ثبوت ہے کہ اس کا خالق اور مالک ایک ہے انسان کا علمی اور عقلی مطالعہ کسی بھی طرح یہ ثابت نہیں کرتا کہ اس کائنات میں ایک سے زیادہ طاقتوں کی کارفرمائی ہو</w:t>
      </w:r>
    </w:p>
    <w:p>
      <w:r>
        <w:rPr>
          <w:b/>
        </w:rPr>
        <w:t xml:space="preserve">[40:34] </w:t>
      </w:r>
      <w:r>
        <w:t>aisi halat mein ek Khuda ke siwa mazeed Khuda manna sarasar be bunyad mafroza hai</w:t>
      </w:r>
    </w:p>
    <w:p>
      <w:pPr>
        <w:jc w:val="right"/>
      </w:pPr>
      <w:r>
        <w:t>ایسی حالت میں ایک خدا کے سوا مزید خدا ماننا سراسر بے بنیاد مفروضہ ہے</w:t>
      </w:r>
    </w:p>
    <w:p>
      <w:r>
        <w:rPr>
          <w:b/>
        </w:rPr>
        <w:t xml:space="preserve">[40:45] </w:t>
      </w:r>
      <w:r>
        <w:t>aankh ka mushahida to sirf ek Khuda ka pata deta hai is liye jo log ek Khuda se ziyada Khuda manen woh sirf is baat ka saboot dete hain ke woh andhe hain unhon ne apne andhe pan ki wajah se</w:t>
      </w:r>
    </w:p>
    <w:p>
      <w:pPr>
        <w:jc w:val="right"/>
      </w:pPr>
      <w:r>
        <w:t>آنکھ کا مشاہدہ تو صرف ایک خدا کا پتہ دیتا ہے اس لیے جو لوگ ایک خدا سے زیادہ خدا مانیں وہ صرف اس بات کا ثبوت دیتے ہیں کہ وہ اندھے ہیں انہوں نے اپنے اندھے پن کی وجہ سے</w:t>
      </w:r>
    </w:p>
    <w:p>
      <w:r>
        <w:rPr>
          <w:b/>
        </w:rPr>
        <w:t xml:space="preserve">[41:02] </w:t>
      </w:r>
      <w:r>
        <w:t>kayi Khuda farz kar liye hain na ke haqeeqi maanon mein ilm aur mushahide ki buniyad par</w:t>
      </w:r>
    </w:p>
    <w:p>
      <w:pPr>
        <w:jc w:val="right"/>
      </w:pPr>
      <w:r>
        <w:t>کئی خدا فرض کر لیے ہیں نہ کہ حقیقی معنوں میں علم اور مشاہدے کی بنیاد پر</w:t>
      </w:r>
    </w:p>
    <w:p>
      <w:r>
        <w:rPr>
          <w:b/>
        </w:rPr>
        <w:t xml:space="preserve">[41:13] </w:t>
      </w:r>
      <w:r>
        <w:t>inzal min al sama</w:t>
      </w:r>
    </w:p>
    <w:p>
      <w:pPr>
        <w:jc w:val="right"/>
      </w:pPr>
      <w:r>
        <w:t>انزل من السماء</w:t>
      </w:r>
    </w:p>
    <w:p>
      <w:r>
        <w:rPr>
          <w:b/>
        </w:rPr>
        <w:t xml:space="preserve">[41:19] </w:t>
      </w:r>
      <w:r>
        <w:t>fasalat awdiyah bi qadriha fasalat awdiyah bi qadriha fahtamal al sayl zubad rabiyan wa mimma yooqdoona alayhi fi</w:t>
      </w:r>
    </w:p>
    <w:p>
      <w:pPr>
        <w:jc w:val="right"/>
      </w:pPr>
      <w:r>
        <w:t>فسالت اوديه بقدرها فسالت اوديه بقدرها فاحتمل السيل زبدا رابيا ومما يوقدون عليه في</w:t>
      </w:r>
    </w:p>
    <w:p>
      <w:r>
        <w:rPr>
          <w:b/>
        </w:rPr>
        <w:t xml:space="preserve">[41:37] </w:t>
      </w:r>
      <w:r>
        <w:t>al nar ibtigha'a huliya aw mata'a zubad mithluhu kadhalika yadrib Allah al haqq wal batil fa amma al zubad fa yadhhab jafa'an</w:t>
      </w:r>
    </w:p>
    <w:p>
      <w:pPr>
        <w:jc w:val="right"/>
      </w:pPr>
      <w:r>
        <w:t>النار ابتغاء حليه او متاع زبد مثله كذلك يضرب الله الحق والباطل فاما الزبد فيذهب جفاء</w:t>
      </w:r>
    </w:p>
    <w:p>
      <w:r>
        <w:rPr>
          <w:b/>
        </w:rPr>
        <w:t xml:space="preserve">[41:59] </w:t>
      </w:r>
      <w:r>
        <w:t>wa amma ma yaf'u al nas fa yamkuthu fi al ard kadhalika yadrib Allah al amthal</w:t>
      </w:r>
    </w:p>
    <w:p>
      <w:pPr>
        <w:jc w:val="right"/>
      </w:pPr>
      <w:r>
        <w:t>واما ما ينفع الناس فيمكث في الارض كذلك يضرب الله الامثال</w:t>
      </w:r>
    </w:p>
    <w:p>
      <w:r>
        <w:rPr>
          <w:b/>
        </w:rPr>
        <w:t xml:space="preserve">[42:13] </w:t>
      </w:r>
      <w:r>
        <w:t>Allah ne aasman se pani utara phir nalen apni apni miqdar ke muwafiq beh nikle phir sailab ne ubharti jhaag ko utha liya aur isi tarah ka jhaag un cheezon mein bhi ubhar aata hai</w:t>
      </w:r>
    </w:p>
    <w:p>
      <w:pPr>
        <w:jc w:val="right"/>
      </w:pPr>
      <w:r>
        <w:t>اللہ نے آسمان سے پانی اتارا پھر نالے اپنی اپنی مقدار کے موافق بہہ نکلے پھر سیلاب نے ابھرتے جھاگ کو اٹھا لیا اور اسی طرح کا جھاگ ان چیزوں میں بھی ابھر آتا ہے</w:t>
      </w:r>
    </w:p>
    <w:p>
      <w:r>
        <w:rPr>
          <w:b/>
        </w:rPr>
        <w:t xml:space="preserve">[42:31] </w:t>
      </w:r>
      <w:r>
        <w:t>jin ko log zevar ya asbab banane ke liye aag mein pighlate hain is tarah Allah haq aur batil ki misal bayan karta hai pas jhaag to sokh kar</w:t>
      </w:r>
    </w:p>
    <w:p>
      <w:pPr>
        <w:jc w:val="right"/>
      </w:pPr>
      <w:r>
        <w:t>جن کو لوگ زیور یا اسباب بنانے کے لیے آگ میں پگھلاتے ہیں اس طرح اللہ حق اور باطل کی مثال بیان کرتا ہے پس جھاگ تو سوکھ کر</w:t>
      </w:r>
    </w:p>
    <w:p>
      <w:r>
        <w:rPr>
          <w:b/>
        </w:rPr>
        <w:t xml:space="preserve">[42:48] </w:t>
      </w:r>
      <w:r>
        <w:t>jata rehta hai aur jo cheez insanon ko nafa pahanchane wali hai woh zameen mein theher jati hai Allah isi tarah misalen bayan karta hai</w:t>
      </w:r>
    </w:p>
    <w:p>
      <w:pPr>
        <w:jc w:val="right"/>
      </w:pPr>
      <w:r>
        <w:t>جاتا رہتا ہے اور جو چیز انسانوں کو نفع پہنچانے والی ہے وہ زمین میں ٹھہر جاتی ہے اللہ اسی طرح مثالیں بیان کرتا ہے</w:t>
      </w:r>
    </w:p>
    <w:p>
      <w:r>
        <w:rPr>
          <w:b/>
        </w:rPr>
        <w:t xml:space="preserve">[43:05] </w:t>
      </w:r>
      <w:r>
        <w:t>tashreeh. Khuda ne apni dunya is tarah banai hai ke yahan madi waqiat akhlaqi haqiqaton ki tamseel ban gaye hain jo kuch Allah taala ko insan se</w:t>
      </w:r>
    </w:p>
    <w:p>
      <w:pPr>
        <w:jc w:val="right"/>
      </w:pPr>
      <w:r>
        <w:t>تشریح۔ خدا نے اپنی دنیا اس طرح بنائی ہے کہ یہاں مادی واقعات اخلاقی حقیقتوں کی تمثیل بن گئے ہیں جو کچھ اللہ تعالی کو انسان سے</w:t>
      </w:r>
    </w:p>
    <w:p>
      <w:r>
        <w:rPr>
          <w:b/>
        </w:rPr>
        <w:t xml:space="preserve">[43:22] </w:t>
      </w:r>
      <w:r>
        <w:t>shaoor ki satah par matloob hai inhi ko baqi dunya mein madi satah par dikhaya ja raha hai</w:t>
      </w:r>
    </w:p>
    <w:p>
      <w:pPr>
        <w:jc w:val="right"/>
      </w:pPr>
      <w:r>
        <w:t>شعور کی سطح پر مطلوب ہے انہی کو بقیہ دنیا میں مادی سطح پر دکھایا جا رہا ہے</w:t>
      </w:r>
    </w:p>
    <w:p>
      <w:r>
        <w:rPr>
          <w:b/>
        </w:rPr>
        <w:t xml:space="preserve">[43:32] </w:t>
      </w:r>
      <w:r>
        <w:t>yahan Quran mein fitrat ke do waqiat ki taraf ishara kiya gaya hai ek yeh ke jab barish hoti hai aur is ka pani beh kar nadiyon aur nalon mein pahanchta hai to pani ke oopar har taraf</w:t>
      </w:r>
    </w:p>
    <w:p>
      <w:pPr>
        <w:jc w:val="right"/>
      </w:pPr>
      <w:r>
        <w:t>یہاں قرآن میں فطرت کے دو واقعات کی طرف اشارہ کیا گیا ہے ایک یہ کہ جب بارش ہوتی ہے اور اس کا پانی بہہ کر ندیوں اور نالوں میں پہنچتا ہے تو پانی کے اوپر ہر طرف</w:t>
      </w:r>
    </w:p>
    <w:p>
      <w:r>
        <w:rPr>
          <w:b/>
        </w:rPr>
        <w:t xml:space="preserve">[43:49] </w:t>
      </w:r>
      <w:r>
        <w:t>jhaag phail jati hai isi tarah jab chandi aur doosri معدنیات ko saaf karne ke liye aag par tapate hain to is ka mail kuchail jhaag ki surat mein oopar aa jata hai magar</w:t>
      </w:r>
    </w:p>
    <w:p>
      <w:pPr>
        <w:jc w:val="right"/>
      </w:pPr>
      <w:r>
        <w:t>جھاگ پھیل جاتی ہے اسی طرح جب چاندی اور دوسری معدنیات کو صاف کرنے کے لیے آگ پر تپاتے ہیں تو اس کا میل کچیل جھاگ کی صورت میں اوپر آ جاتا ہے مگر</w:t>
      </w:r>
    </w:p>
    <w:p>
      <w:r>
        <w:rPr>
          <w:b/>
        </w:rPr>
        <w:t xml:space="preserve">[44:06] </w:t>
      </w:r>
      <w:r>
        <w:t>jald hi baad yeh hota hai ke dono cheezon ka jhaag jis mein insan ke liye koi faida nahi fiza mein ur jata hai aur pani aur dhat apni jagah par mehfooz reh jate hain</w:t>
      </w:r>
    </w:p>
    <w:p>
      <w:pPr>
        <w:jc w:val="right"/>
      </w:pPr>
      <w:r>
        <w:t>جلد ہی بعد یہ ہوتا ہے کہ دونوں چیزوں کا جھاگ جس میں انسان کے لیے کوئی فائدہ نہیں فضا میں اڑ جاتا ہے اور پانی اور دھات اپنی جگہ پر محفوظ رہ جاتے ہیں</w:t>
      </w:r>
    </w:p>
    <w:p>
      <w:r>
        <w:rPr>
          <w:b/>
        </w:rPr>
        <w:t xml:space="preserve">[44:23] </w:t>
      </w:r>
      <w:r>
        <w:t>jo insan ke liye mufeed hai yeh fitrat ke waqiat hain jin ke zariye Khuda tamseel ke roop mein dikha raha hai ke is ne zindagi ki kamyabi aur nakami ke liye</w:t>
      </w:r>
    </w:p>
    <w:p>
      <w:pPr>
        <w:jc w:val="right"/>
      </w:pPr>
      <w:r>
        <w:t>جو انسان کے لیے مفید ہے یہ فطرت کے واقعات ہیں جن کے ذریعے خدا تمثیل کے روپ میں دکھا رہا ہے کہ اس نے زندگی کی کامیابی اور ناکامی کے لیے</w:t>
      </w:r>
    </w:p>
    <w:p>
      <w:r>
        <w:rPr>
          <w:b/>
        </w:rPr>
        <w:t xml:space="preserve">[44:40] </w:t>
      </w:r>
      <w:r>
        <w:t>kya usool muqarrar farmaya hai woh usool yeh hai ke is dunya mein sirf us shakhs ya qaum ko jagah milti hai jo doosron ke liye nafa bakhshi ka saboot de jo fard ya giroh</w:t>
      </w:r>
    </w:p>
    <w:p>
      <w:pPr>
        <w:jc w:val="right"/>
      </w:pPr>
      <w:r>
        <w:t>کیا اصول مقرر فرمایا ہے وہ اصول یہ ہے کہ اس دنیا میں صرف اس شخص یا قوم کو جگہ ملتی ہے جو دوسروں کے لیے نفع بخشی کا ثبوت دے جو فرد یا گروہ</w:t>
      </w:r>
    </w:p>
    <w:p>
      <w:r>
        <w:rPr>
          <w:b/>
        </w:rPr>
        <w:t xml:space="preserve">[44:57] </w:t>
      </w:r>
      <w:r>
        <w:t>doosre insanon ko nafa pahanchane ki taqat kho de is ke liye Khuda ki banai hui dunya mein koi jagah nahi</w:t>
      </w:r>
    </w:p>
    <w:p>
      <w:pPr>
        <w:jc w:val="right"/>
      </w:pPr>
      <w:r>
        <w:t>دوسرے انسانوں کو نفع پہنچانے کی طاقت کھو دے اس کے لیے خدا کی بنائی ہوئی دنیا میں کوئی جگہ نہیں</w:t>
      </w:r>
    </w:p>
    <w:p>
      <w:r>
        <w:rPr>
          <w:b/>
        </w:rPr>
        <w:t xml:space="preserve">[45:12] </w:t>
      </w:r>
      <w:r>
        <w:t>lil lazina istajabu lirabbihimul husna wal lazina lam yastajibu lahu law anna lahum ma fil ardi jami'an wa mithlahu ma'ah laftadaw bihi</w:t>
      </w:r>
    </w:p>
    <w:p>
      <w:pPr>
        <w:jc w:val="right"/>
      </w:pPr>
      <w:r>
        <w:t>للذین استجابوا لربهم الحسنی والذین لم یستجیبوا له لو ان لہم ما فی الارض جميعا ومثله معہ لافتدوا به</w:t>
      </w:r>
    </w:p>
    <w:p>
      <w:r>
        <w:rPr>
          <w:b/>
        </w:rPr>
        <w:t xml:space="preserve">[45:30] </w:t>
      </w:r>
      <w:r>
        <w:t>ula'ika lahum su'ul hisab wa ma'wahum jahannam wa bi'sa al-mihad</w:t>
      </w:r>
    </w:p>
    <w:p>
      <w:pPr>
        <w:jc w:val="right"/>
      </w:pPr>
      <w:r>
        <w:t>اولئک لہم سوء الحساب وماواهم جہنم وبئس المہاد</w:t>
      </w:r>
    </w:p>
    <w:p>
      <w:r>
        <w:rPr>
          <w:b/>
        </w:rPr>
        <w:t xml:space="preserve">[45:46] </w:t>
      </w:r>
      <w:r>
        <w:t>jin logon ne apne rab ki pukar ko labbaik kaha un ke liye bhalaai hai aur jin logon ne is ki pukar ko na maana agar un ke paas woh sab kuch ho jo zameen mein hai</w:t>
      </w:r>
    </w:p>
    <w:p>
      <w:pPr>
        <w:jc w:val="right"/>
      </w:pPr>
      <w:r>
        <w:t>جن لوگوں نے اپنے رب کی پکار کو لبیک کہا ان کے لیے بھلائی ہے اور جن لوگوں نے اس کی پکار کو نہ مانا اگر ان کے پاس وہ سب کچھ ہو جو زمین میں ہے</w:t>
      </w:r>
    </w:p>
    <w:p>
      <w:r>
        <w:rPr>
          <w:b/>
        </w:rPr>
        <w:t xml:space="preserve">[46:03] </w:t>
      </w:r>
      <w:r>
        <w:t>aur is ke barabar aur bhi to woh sab apni rehaai ke liye de dalen un logon ka hisab sakht hoga aur un ka thikana jahannam hoga aur woh kaisa bura thikana hai</w:t>
      </w:r>
    </w:p>
    <w:p>
      <w:pPr>
        <w:jc w:val="right"/>
      </w:pPr>
      <w:r>
        <w:t>اور اس کے برابر اور بھی تو وہ سب اپنی رہائی کے لیے دے ڈالیں ان لوگوں کا حساب سخت ہوگا اور ان کا ٹھکانہ جہنم ہوگا اور وہ کیسا برا ٹھکانہ ہے</w:t>
      </w:r>
    </w:p>
    <w:p>
      <w:r>
        <w:rPr>
          <w:b/>
        </w:rPr>
        <w:t xml:space="preserve">[46:21] </w:t>
      </w:r>
      <w:r>
        <w:t>tashreeh dunya mein khuda ka yeh qanoon hai ke khwah waqti taur par mail aur jhaag ubhar kar oopar aa jaye magar aakhirkar jis cheez ko yahan maqam milta hai</w:t>
      </w:r>
    </w:p>
    <w:p>
      <w:pPr>
        <w:jc w:val="right"/>
      </w:pPr>
      <w:r>
        <w:t>تشریح۔ دنیا میں خدا کا یہ قانون ہے کہ خواہ وقتی طور پر میل اور جھاگ ابھر کر اوپر آ جائے مگر بالاخر جس چیز کو یہاں مقام ملتا ہے</w:t>
      </w:r>
    </w:p>
    <w:p>
      <w:r>
        <w:rPr>
          <w:b/>
        </w:rPr>
        <w:t xml:space="preserve">[46:37] </w:t>
      </w:r>
      <w:r>
        <w:t>woh wohi hai jo haqeeqi hai aur jis mein nafe bakhshi ki salahiyat hai aakhirat ke aitbar se bhi insanon ka mamla yahi hai dunya mein kuch log apni azafi hesiyat ki bina par</w:t>
      </w:r>
    </w:p>
    <w:p>
      <w:pPr>
        <w:jc w:val="right"/>
      </w:pPr>
      <w:r>
        <w:t>وہ وہی ہے جو حقیقی ہے اور جس میں نفع بخشی کی صلاحیت ہے آخرت کے اعتبار سے بھی انسانوں کا معاملہ یہی ہے دنیا میں کچھ لوگ اپنی اضافی حیثیت کی بنا پر</w:t>
      </w:r>
    </w:p>
    <w:p>
      <w:r>
        <w:rPr>
          <w:b/>
        </w:rPr>
        <w:t xml:space="preserve">[46:55] </w:t>
      </w:r>
      <w:r>
        <w:t>numayan ho sakte hain magar aakhirat mein wohi log oonchi jagah paayenge jo haqeeqi osaf ke malik hon</w:t>
      </w:r>
    </w:p>
    <w:p>
      <w:pPr>
        <w:jc w:val="right"/>
      </w:pPr>
      <w:r>
        <w:t>نمایاں ہو سکتے ہیں مگر آخرت میں وہی لوگ اونچی جگہ پائیں گے جو حقیقی اوصاف کے مالک ہوں</w:t>
      </w:r>
    </w:p>
    <w:p>
      <w:r>
        <w:rPr>
          <w:b/>
        </w:rPr>
        <w:t xml:space="preserve">[47:08] </w:t>
      </w:r>
      <w:r>
        <w:t>dunya mein jo log haq ki pukar par labbaik nahi kehte is ki wajah hamesha yeh hoti hai ke be-amez haq ki taraf barhne mein unhein dunya ke faide haath se jaate hue nazar aate hain</w:t>
      </w:r>
    </w:p>
    <w:p>
      <w:pPr>
        <w:jc w:val="right"/>
      </w:pPr>
      <w:r>
        <w:t>دنیا میں جو لوگ حق کی پکار پر لبیک نہیں کہتے اس کی وجہ ہمیشہ یہ ہوتی ہے کہ بے آمیز حق کی طرف بڑھنے میں انہیں دنیا کے فائدے ہاتھ سے جاتے ہوئے نظر آتے ہیں</w:t>
      </w:r>
    </w:p>
    <w:p>
      <w:r>
        <w:rPr>
          <w:b/>
        </w:rPr>
        <w:t xml:space="preserve">[47:26] </w:t>
      </w:r>
      <w:r>
        <w:t>aise logon ko hamesha yeh milti hai ke woh dunya mein izzat aur maqbooliyat aur khushhali ke malik ban jaate hain woh haq ka inkar kar ke oonchi gadiyon par sarfaraz nazar aate hain</w:t>
      </w:r>
    </w:p>
    <w:p>
      <w:pPr>
        <w:jc w:val="right"/>
      </w:pPr>
      <w:r>
        <w:t>ایسے لوگوں کو ہمیشہ یہ ملتی ہے کہ وہ دنیا میں عزت اور مقبولیت اور خوشحالی کے مالک بن جاتے ہیں وہ حق کا انکار کر کے اونچی گدیوں پر سرفراز نظر آتے ہیں</w:t>
      </w:r>
    </w:p>
    <w:p>
      <w:r>
        <w:rPr>
          <w:b/>
        </w:rPr>
        <w:t xml:space="preserve">[47:44] </w:t>
      </w:r>
      <w:r>
        <w:t>magar un cheezon ki hesiyat mail aur jhaag se zyada nahi aakhirat mein yeh saare log waqti jhaag ki tarah door phenke ja chuke honge aur wohi log numayan nazar aayenge jinhon ne</w:t>
      </w:r>
    </w:p>
    <w:p>
      <w:pPr>
        <w:jc w:val="right"/>
      </w:pPr>
      <w:r>
        <w:t>مگر ان چیزوں کی حیثیت میل اور جھاگ سے زیادہ نہیں آخرت میں یہ سارے لوگ وقتی جھاگ کی طرح دور پھینکے جا چکے ہوں گے اور وہی لوگ نمایاں نظر آئیں گے جنہوں نے</w:t>
      </w:r>
    </w:p>
    <w:p>
      <w:r>
        <w:rPr>
          <w:b/>
        </w:rPr>
        <w:t xml:space="preserve">[48:03] </w:t>
      </w:r>
      <w:r>
        <w:t>tamam waqti faidon ko nazar andaz kar ke apne aap ko haq ke hawale kiya tha jo log dunya ki hesiyat aur dunya ke faidon ko itni ahmiyat de rahe hain ke is ki khatir haq ko nazar andaz kar dete hain</w:t>
      </w:r>
    </w:p>
    <w:p>
      <w:pPr>
        <w:jc w:val="right"/>
      </w:pPr>
      <w:r>
        <w:t>تمام وقتی فائدوں کو نظر انداز کر کے اپنے آپ کو حق کے حوالے کیا تھا جو لوگ دنیا کی حیثیت اور دنیا کے فائدوں کو اتنی اہمیت دے رہے ہیں کہ اس کی خاطر حق کو نظر انداز کر دیتے ہیں</w:t>
      </w:r>
    </w:p>
    <w:p>
      <w:r>
        <w:rPr>
          <w:b/>
        </w:rPr>
        <w:t xml:space="preserve">[48:23] </w:t>
      </w:r>
      <w:r>
        <w:t>aakhirat mein yeh cheezein un ko itni haqeer dikhai dengi ke woh chahenge ke yeh saari dunya aur is ke barabar aik aur dunya mil jaye to woh in sab ko sirf azab se bachne ki khatir fidya mein de dein</w:t>
      </w:r>
    </w:p>
    <w:p>
      <w:pPr>
        <w:jc w:val="right"/>
      </w:pPr>
      <w:r>
        <w:t>آخرت میں یہ چیزیں ان کو اتنی حقیر دکھائی دیں گی کہ وہ چاہیں گے کہ یہ ساری دنیا اور اس کے برابر ایک اور دنیا مل جائے تو وہ ان سب کو صرف عذاب سے بچنے کی خاطر فدیہ میں دے دیں</w:t>
      </w:r>
    </w:p>
    <w:p>
      <w:r>
        <w:rPr>
          <w:b/>
        </w:rPr>
        <w:t xml:space="preserve">[48:42] </w:t>
      </w:r>
      <w:r>
        <w:t>afaman ya'lamu annama unzila ilaika mirabbikal haqq kamana huwa a'ma innama yatadhakkaru ulul albab</w:t>
      </w:r>
    </w:p>
    <w:p>
      <w:pPr>
        <w:jc w:val="right"/>
      </w:pPr>
      <w:r>
        <w:t>افمن یعلم انما انزل الیک من ربک الحق کمن هو اعمى انما یتذکر اولو الالباب</w:t>
      </w:r>
    </w:p>
    <w:p>
      <w:r>
        <w:rPr>
          <w:b/>
        </w:rPr>
        <w:t xml:space="preserve">[49:01] </w:t>
      </w:r>
      <w:r>
        <w:t>jo shakhs yeh jaanta hai ke jo kuch tumhare rab ki taraf se utara gaya hai woh haq hai kya woh is ke manind ho sakta hai jo andha hai naseehat to aqal wale log hi qabool karte hain</w:t>
      </w:r>
    </w:p>
    <w:p>
      <w:pPr>
        <w:jc w:val="right"/>
      </w:pPr>
      <w:r>
        <w:t>جو شخص یہ جانتا ہے کہ جو کچھ تمہارے رب کی طرف سے اتارا گیا ہے وہ حق ہے کیا وہ اس کے مانند ہو سکتا ہے جو اندھا ہے نصیحت تو عقل والے لوگ ہی قبول کرتے ہیں</w:t>
      </w:r>
    </w:p>
    <w:p>
      <w:r>
        <w:rPr>
          <w:b/>
        </w:rPr>
        <w:t xml:space="preserve">[49:21] </w:t>
      </w:r>
      <w:r>
        <w:t>tashreeh insanon mein hamesha do qism ke log hote hain aik insan woh hai jis ne khuda ki di hui aqal se socha aur haqaiq ki roshni mein aik yaqini faisle tak pahuncha</w:t>
      </w:r>
    </w:p>
    <w:p>
      <w:pPr>
        <w:jc w:val="right"/>
      </w:pPr>
      <w:r>
        <w:t>تشریح۔ انسانوں میں ہمیشہ دو قسم کے لوگ ہوتے ہیں ایک انسان وہ ہے جس نے خدا کی دی ہوئی عقل سے سوچا اور حقائق کی روشنی میں ایک یقینی فیصلے تک پہنچا</w:t>
      </w:r>
    </w:p>
    <w:p>
      <w:r>
        <w:rPr>
          <w:b/>
        </w:rPr>
        <w:t xml:space="preserve">[49:40] </w:t>
      </w:r>
      <w:r>
        <w:t>is tarah be lakh jaizay ke nateeje mein is ka dil jis cheez par mutma'in hua us ko is ne irada aur sho'oor ke sath ikhtiyar kar liya doosre log woh hain jo qomi riwayat aur taqleedi khayalat ke dairay mein sochte hon</w:t>
      </w:r>
    </w:p>
    <w:p>
      <w:pPr>
        <w:jc w:val="right"/>
      </w:pPr>
      <w:r>
        <w:t>اس طرح بے لاکھ جائزے کے نتیجے میں اس کا دل جس چیز پر مطمئن ہوا اس کو اس نے ارادہ اور شعور کے ساتھ اختیار کر لیا دوسرے لوگ وہ ہیں جو قومی روایات اور تقلیدی خیالات کے دائرے میں سوچتے ہوں</w:t>
      </w:r>
    </w:p>
    <w:p>
      <w:r>
        <w:rPr>
          <w:b/>
        </w:rPr>
        <w:t xml:space="preserve">[50:00] </w:t>
      </w:r>
      <w:r>
        <w:t>jo cheezon ko dalail ki nazar se dekhne ki bajaye riwaj ki nazar se dekhte hon aur phir jo cheez unhein awam mein chalti hui dikhai de usi ko haq samajh kar ikhtiyar kar lein</w:t>
      </w:r>
    </w:p>
    <w:p>
      <w:pPr>
        <w:jc w:val="right"/>
      </w:pPr>
      <w:r>
        <w:t>جو چیزوں کو دلائل کی نظر سے دیکھنے کی بجائے رواج کی نظر سے دیکھتے ہوں اور پھر جو چیز انہیں عوام میں چلتی ہوئی دکھائی دے اسی کو حق سمجھ کر اختیار کر لیں</w:t>
      </w:r>
    </w:p>
    <w:p>
      <w:r>
        <w:rPr>
          <w:b/>
        </w:rPr>
        <w:t xml:space="preserve">[50:20] </w:t>
      </w:r>
      <w:r>
        <w:t>quran ke nazdeek pehla shakhs woh hai jo ilm ki roshni mein iman laya hai is ke muqable mein doosra aadmi quran ki nazar mein andha hai pehla aadmi khud apni basirat se haq aur batil ko jaanta hai</w:t>
      </w:r>
    </w:p>
    <w:p>
      <w:pPr>
        <w:jc w:val="right"/>
      </w:pPr>
      <w:r>
        <w:t>قرآن کے نزدیک پہلا شخص وہ ہے جو علم کی روشنی میں ایمان لایا ہے اس کے مقابلے میں دوسرا آدمی قرآن کی نظر میں اندھا ہے پہلا آدمی خود اپنی بصیرت سے حق اور باطل کو جانتا ہے</w:t>
      </w:r>
    </w:p>
    <w:p>
      <w:r>
        <w:rPr>
          <w:b/>
        </w:rPr>
        <w:t xml:space="preserve">[50:39] </w:t>
      </w:r>
      <w:r>
        <w:t>jabke doosre aadmi ka سرمایہ sirf suni sunai baatein hain log jis ko batil samajh lein us ko is ne batil samajh liya log jis ko haq samjhen us ke mutalliq is ne bhi yaqeen kar liya ke woh</w:t>
      </w:r>
    </w:p>
    <w:p>
      <w:pPr>
        <w:jc w:val="right"/>
      </w:pPr>
      <w:r>
        <w:t>جبکہ دوسرے آدمی کا سرمایہ صرف سنی سنائی باتیں ہیں لوگ جس کو باطل سمجھ لیں اس کو اس نے باطل سمجھ لیا لوگ جس کو حق سمجھیں اس کے متعلق اس نے بھی یقین کر لیا کہ وہ</w:t>
      </w:r>
    </w:p>
    <w:p>
      <w:r>
        <w:rPr>
          <w:b/>
        </w:rPr>
        <w:t xml:space="preserve">[50:59] </w:t>
      </w:r>
      <w:r>
        <w:t>haq hogi</w:t>
      </w:r>
    </w:p>
    <w:p>
      <w:pPr>
        <w:jc w:val="right"/>
      </w:pPr>
      <w:r>
        <w:t>حق ہوگی</w:t>
      </w:r>
    </w:p>
    <w:p>
      <w:r>
        <w:rPr>
          <w:b/>
        </w:rPr>
        <w:t xml:space="preserve">[51:03] </w:t>
      </w:r>
      <w:r>
        <w:t>haq ki dawat aise logon ki talash ke liye uthti hai jo apni aqal se kaam le kar faisla kar sakte hon baqi jo log aankh rakhte hue andhe bane hue hon un ko haq ki dawat kuch faida nahi pahunchaye gi</w:t>
      </w:r>
    </w:p>
    <w:p>
      <w:pPr>
        <w:jc w:val="right"/>
      </w:pPr>
      <w:r>
        <w:t>حق کی دعوت ایسے لوگوں کی تلاش کے لیے اٹھتی ہے جو اپنی عقل سے کام لے کر فیصلہ کر سکتے ہوں باقی جو لوگ آنکھ رکھتے ہوئے اندھے بنے ہوئے ہوں ان کو حق کی دعوت کچھ فائدہ نہیں پہنچائے گی</w:t>
      </w:r>
    </w:p>
    <w:p>
      <w:r>
        <w:rPr>
          <w:b/>
        </w:rPr>
        <w:t xml:space="preserve">[51:27] </w:t>
      </w:r>
      <w:r>
        <w:t>al lazina yufuna bi ahdillahi wa la yanqudun al mithaq wal lazina yasuluna ma amrallahu bihi an yusala wa yakhshawna rabbahum</w:t>
      </w:r>
    </w:p>
    <w:p>
      <w:pPr>
        <w:jc w:val="right"/>
      </w:pPr>
      <w:r>
        <w:t>الذین یوفون بعهد اللہ ولاینقضون الميثاق والذین یصلون ما أمر اللہ به أن یوصل ويخشون ربهم</w:t>
      </w:r>
    </w:p>
    <w:p>
      <w:r>
        <w:rPr>
          <w:b/>
        </w:rPr>
        <w:t xml:space="preserve">[51:48] </w:t>
      </w:r>
      <w:r>
        <w:t>wa yakhshawna rabbahum wa yakhshawna su'al hisab wal lazina sabaru ibtigha'a wajhi rabbihim wa aqamu as salah wa anfaqu mimma razaqnahum</w:t>
      </w:r>
    </w:p>
    <w:p>
      <w:pPr>
        <w:jc w:val="right"/>
      </w:pPr>
      <w:r>
        <w:t>ويخشون ربهم ويخافون سوء الحساب والذین صبروا ابتغاء وجه ربهم وأقاموا الصلاة وأنفقوا مما رزقناهم</w:t>
      </w:r>
    </w:p>
    <w:p>
      <w:r>
        <w:rPr>
          <w:b/>
        </w:rPr>
        <w:t xml:space="preserve">[52:11] </w:t>
      </w:r>
      <w:r>
        <w:t>wa anfaqu mimma razaqnahum sirran wa alaniyah wa yadr'u na bil hasanati as sayyi'ah ula'ika lahum 'uqba</w:t>
      </w:r>
    </w:p>
    <w:p>
      <w:pPr>
        <w:jc w:val="right"/>
      </w:pPr>
      <w:r>
        <w:t>وأنفقوا مما رزقناهم سرا وعلانية ويدرؤون بالحسنة السيئة أولئك لهم عقب</w:t>
      </w:r>
    </w:p>
    <w:p>
      <w:r>
        <w:rPr>
          <w:b/>
        </w:rPr>
        <w:t xml:space="preserve">[52:27] </w:t>
      </w:r>
      <w:r>
        <w:t>ad dar jannatu 'adn yadkhulunaha wa man salaha min abaihim wa azwajihim wa dhurriyatihim</w:t>
      </w:r>
    </w:p>
    <w:p>
      <w:pPr>
        <w:jc w:val="right"/>
      </w:pPr>
      <w:r>
        <w:t>الدار جنات عدن يدخلونها ومن صلح من آبائهم وأزواجهم وذرياتهم</w:t>
      </w:r>
    </w:p>
    <w:p>
      <w:r>
        <w:rPr>
          <w:b/>
        </w:rPr>
        <w:t xml:space="preserve">[52:44] </w:t>
      </w:r>
      <w:r>
        <w:t>wa zariyatihim wal malaikatu yadkhuluna alaihim min kulli bab. salamun alaikum bima sabartum</w:t>
      </w:r>
    </w:p>
    <w:p>
      <w:pPr>
        <w:jc w:val="right"/>
      </w:pPr>
      <w:r>
        <w:t>وذرياتهم والملائكة يدخلون عليهم من كل باب سلام عليكم بما صبرتم</w:t>
      </w:r>
    </w:p>
    <w:p>
      <w:r>
        <w:rPr>
          <w:b/>
        </w:rPr>
        <w:t xml:space="preserve">[53:01] </w:t>
      </w:r>
      <w:r>
        <w:t>fa ni'ma 'uqbad dar</w:t>
      </w:r>
    </w:p>
    <w:p>
      <w:pPr>
        <w:jc w:val="right"/>
      </w:pPr>
      <w:r>
        <w:t>فنعم عقب الدار</w:t>
      </w:r>
    </w:p>
    <w:p>
      <w:r>
        <w:rPr>
          <w:b/>
        </w:rPr>
        <w:t xml:space="preserve">[53:08] </w:t>
      </w:r>
      <w:r>
        <w:t>wo log jo Allah ke ehd ko poora karte hain aur us ke ehd ko nahin todte aur jo us ko jodte hain jis ko Allah ne jodne ka hukum diya hai aur wo apne rab se darte hain</w:t>
      </w:r>
    </w:p>
    <w:p>
      <w:pPr>
        <w:jc w:val="right"/>
      </w:pPr>
      <w:r>
        <w:t>وہ لوگ جو اللہ کے عہد کو پورا کرتے ہیں اور اس کے عہد کو نہیں توڑتے اور جو اس کو جوڑتے ہیں جس کو اللہ نے جوڑنے کا حکم دیا ہے اور وہ اپنے رب سے ڈرتے ہیں</w:t>
      </w:r>
    </w:p>
    <w:p>
      <w:r>
        <w:rPr>
          <w:b/>
        </w:rPr>
        <w:t xml:space="preserve">[53:24] </w:t>
      </w:r>
      <w:r>
        <w:t>aur wo bure hisab ka andesha rakhte hain aur jinhon ne apne rab ki raza ke liye sabr kiya aur namaz qaim ki aur hamare diye mein se posheeda aur a'alaniya kharch kiya</w:t>
      </w:r>
    </w:p>
    <w:p>
      <w:pPr>
        <w:jc w:val="right"/>
      </w:pPr>
      <w:r>
        <w:t>اور وہ برے حساب کا اندیشہ رکھتے ہیں اور جنہوں نے اپنے رب کی رضا کے لیے صبر کیا اور نماز قائم کی اور ہمارے دیے میں سے پوشیدہ اور اعلانیہ خرچ کیا</w:t>
      </w:r>
    </w:p>
    <w:p>
      <w:r>
        <w:rPr>
          <w:b/>
        </w:rPr>
        <w:t xml:space="preserve">[53:43] </w:t>
      </w:r>
      <w:r>
        <w:t>aur jo burai ko bhalai se dafa karte hain aakhirat ka ghar inhi logon ke liye hai abadi bagh jin mein wo dakhil honge aur wo bhi jo us ke ahle banen un ke abao ajdad aur un ki biwiyon aur un ki aulad mein se</w:t>
      </w:r>
    </w:p>
    <w:p>
      <w:pPr>
        <w:jc w:val="right"/>
      </w:pPr>
      <w:r>
        <w:t>اور جو برائی کو بھلائی سے دفع کرتے ہیں آخرت کا گھر انہی لوگوں کے لیے ہے ابدی باغ جن میں وہ داخل ہوں گے اور وہ بھی جو اس کے اہل بنیں ان کے اباؤ اجداد اور ان کی بیویوں اور ان کی اولاد میں سے</w:t>
      </w:r>
    </w:p>
    <w:p>
      <w:r>
        <w:rPr>
          <w:b/>
        </w:rPr>
        <w:t xml:space="preserve">[54:04] </w:t>
      </w:r>
      <w:r>
        <w:t>aur farishte har darwaze se un ke paas aayenge kahenge tum logon par salamati ho is sabr ke badle jo tum ne kiya pas kya hi khoob hai yeh aakhirat ka ghar</w:t>
      </w:r>
    </w:p>
    <w:p>
      <w:pPr>
        <w:jc w:val="right"/>
      </w:pPr>
      <w:r>
        <w:t>اور فرشتے ہر دروازے سے ان کے پاس آئیں گے کہیں گے تم لوگوں پر سلامتی ہو اس صبر کے بدلے جو تم نے کیا پس کیا ہی خوب ہے یہ آخرت کا گھر</w:t>
      </w:r>
    </w:p>
    <w:p>
      <w:r>
        <w:rPr>
          <w:b/>
        </w:rPr>
        <w:t xml:space="preserve">[54:23] </w:t>
      </w:r>
      <w:r>
        <w:t>tashreeh. insaan ko Khuda ne paida kiya us ne us ko rehne ke liye behtareen dunya di wo hairaan us ki parwarish kar raha hai yeh waqea insaan ko</w:t>
      </w:r>
    </w:p>
    <w:p>
      <w:pPr>
        <w:jc w:val="right"/>
      </w:pPr>
      <w:r>
        <w:t>تشریح۔ انسان کو خدا نے پیدا کیا اس نے اس کو رہنے کے لیے بہترین دنیا دی وہ حیران اس کی پرورش کر رہا ہے یہ واقعہ انسان کو</w:t>
      </w:r>
    </w:p>
    <w:p>
      <w:r>
        <w:rPr>
          <w:b/>
        </w:rPr>
        <w:t xml:space="preserve">[54:39] </w:t>
      </w:r>
      <w:r>
        <w:t>apne khaliq o malik ke sath ek fitri ehd mein baandh deta hai is ka taqaza hai ke insaan sarkash na bane balke haqeeqat waqe'a ka itraf karte hue Khuda ke aage jhuk jaye</w:t>
      </w:r>
    </w:p>
    <w:p>
      <w:pPr>
        <w:jc w:val="right"/>
      </w:pPr>
      <w:r>
        <w:t>اپنے خالق و مالک کے ساتھ ایک فطری عہد میں باندھ دیتا ہے اس کا تقاضا ہے کہ انسان سرکش نہ بنے بلکہ حقیقت واقعہ کا اعتراف کرتے ہوئے خدا کے آگے جھک جائے</w:t>
      </w:r>
    </w:p>
    <w:p>
      <w:r>
        <w:rPr>
          <w:b/>
        </w:rPr>
        <w:t xml:space="preserve">[54:59] </w:t>
      </w:r>
      <w:r>
        <w:t>dunya mein insaan ki zindagi mukhtalif qism ke ta'alluqat aur rawabit ke darmiyan hoti hai insaan ki abadiyat ka taqaza hai ke wo isi se jude jis se judna Khuda ko pasand hai</w:t>
      </w:r>
    </w:p>
    <w:p>
      <w:pPr>
        <w:jc w:val="right"/>
      </w:pPr>
      <w:r>
        <w:t>دنیا میں انسان کی زندگی مختلف قسم کے تعلقات اور روابط کے درمیان ہوتی ہے انسان کی ابدیت کا تقاضا ہے کہ وہ اسی سے جڑے جس سے جڑنا خدا کو پسند ہے</w:t>
      </w:r>
    </w:p>
    <w:p>
      <w:r>
        <w:rPr>
          <w:b/>
        </w:rPr>
        <w:t xml:space="preserve">[55:17] </w:t>
      </w:r>
      <w:r>
        <w:t>aur us se kat jaye jis se katne ka hukum diya gaya hai is par Khuda ki azmat ka ehsas itni shiddat se taari ho ke wo us ke aage jhuk jaye jis ki ek muqarrar surat ka naam namaz hai</w:t>
      </w:r>
    </w:p>
    <w:p>
      <w:pPr>
        <w:jc w:val="right"/>
      </w:pPr>
      <w:r>
        <w:t>اور اس سے کٹ جائے جس سے کٹنے کا حکم دیا گیا ہے اس پر خدا کی عظمت کا احساس اتنی شدت سے طاری ہو کہ وہ اس کے آگے جھک جائے جس کی ایک مقرر صورت کا نام نماز ہے</w:t>
      </w:r>
    </w:p>
    <w:p>
      <w:r>
        <w:rPr>
          <w:b/>
        </w:rPr>
        <w:t xml:space="preserve">[55:37] </w:t>
      </w:r>
      <w:r>
        <w:t>wo apne athase mein se doosron ko isi tarah de jis tarah Khuda ne apne athase mein se us ko diya hai us ko kisi ki taraf se bure sulook ka tajruba ho to wo achhe sulook ke sath uska jawab de kyunke wo khud bhi yeh chahta hai ke aakhirat mein Khuda us ki buraiyon ko nazar andaz kar de aur us ke sath</w:t>
      </w:r>
    </w:p>
    <w:p>
      <w:pPr>
        <w:jc w:val="right"/>
      </w:pPr>
      <w:r>
        <w:t>وہ اپنے اثاثے میں سے دوسروں کو اسی طرح دے جس طرح خدا نے اپنے اثاثے میں سے اس کو دیا ہے اس کو کسی کی طرف سے برے سلوک کا تجربہ ہو تو وہ اچھے سلوک کے ساتھ اس کا جواب دے کیونکہ وہ خود بھی یہ چاہتا ہے کہ آخرت میں خدا اس کی برائیوں کو نظر انداز کر دے اور اس کے ساتھ</w:t>
      </w:r>
    </w:p>
    <w:p>
      <w:r>
        <w:rPr>
          <w:b/>
        </w:rPr>
        <w:t xml:space="preserve">[56:05] </w:t>
      </w:r>
      <w:r>
        <w:t>fazl o rehmat ka mu'amla farmaye yeh sab kuch musalsal sabr ka talib hai nafs ke muharrikat ke muqable mein sabr mafadat ke ziya' ke muqable mein sabr</w:t>
      </w:r>
    </w:p>
    <w:p>
      <w:pPr>
        <w:jc w:val="right"/>
      </w:pPr>
      <w:r>
        <w:t>فضل و رحمت کا معاملہ فرمائے یہ سب کچھ مسلسل صبر کا طالب ہے نفس کے محرکات کے مقابلے میں صبر مفادات کے ضیاع کے مقابلے میں صبر</w:t>
      </w:r>
    </w:p>
    <w:p>
      <w:r>
        <w:rPr>
          <w:b/>
        </w:rPr>
        <w:t xml:space="preserve">[56:24] </w:t>
      </w:r>
      <w:r>
        <w:t>mahol ke dabao ke muqable mein sabr magar momin ko jannat ki khatir in tamam cheezon par sabr karna hai sabr hi jannat ki qeemat hai sabr ki qeemat ada kiye baghair kisi ko</w:t>
      </w:r>
    </w:p>
    <w:p>
      <w:pPr>
        <w:jc w:val="right"/>
      </w:pPr>
      <w:r>
        <w:t>ماحول کے دباؤ کے مقابلے میں صبر مگر مومن کو جنت کی خاطر ان تمام چیزوں پر صبر کرنا ہے صبر ہی جنت کی قیمت ہے صبر کی قیمت ادا کیے بغیر کسی کو</w:t>
      </w:r>
    </w:p>
    <w:p>
      <w:r>
        <w:rPr>
          <w:b/>
        </w:rPr>
        <w:t xml:space="preserve">[56:43] </w:t>
      </w:r>
      <w:r>
        <w:t>Khuda ki abadi jannat nahin mil sakti</w:t>
      </w:r>
    </w:p>
    <w:p>
      <w:pPr>
        <w:jc w:val="right"/>
      </w:pPr>
      <w:r>
        <w:t>خدا کی ابدی جنت نہیں مل سکتی</w:t>
      </w:r>
    </w:p>
    <w:p>
      <w:r>
        <w:rPr>
          <w:b/>
        </w:rPr>
        <w:t xml:space="preserve">[56:49] </w:t>
      </w:r>
      <w:r>
        <w:t>wal-ladhina yanquduna 'ahdallahi mim ba'di mithaqihi wa yaqta'una ma amrallahu bihi</w:t>
      </w:r>
    </w:p>
    <w:p>
      <w:pPr>
        <w:jc w:val="right"/>
      </w:pPr>
      <w:r>
        <w:t>والذینینقضون عہد اللہ من بعد ميثاقہ ويقطعون ما أمر اللہ به</w:t>
      </w:r>
    </w:p>
    <w:p>
      <w:r>
        <w:rPr>
          <w:b/>
        </w:rPr>
        <w:t xml:space="preserve">[57:05] </w:t>
      </w:r>
      <w:r>
        <w:t>an yusala wa yufsidoona fil ardh</w:t>
      </w:r>
    </w:p>
    <w:p>
      <w:pPr>
        <w:jc w:val="right"/>
      </w:pPr>
      <w:r>
        <w:t>أن یوصل ويفسدون فی الارض</w:t>
      </w:r>
    </w:p>
    <w:p>
      <w:r>
        <w:rPr>
          <w:b/>
        </w:rPr>
        <w:t xml:space="preserve">[57:10] </w:t>
      </w:r>
      <w:r>
        <w:t>wa yufsidoona fil ardh. ula'ika lahumul la'natu wa lahum suo'ud dar. Allahu yabsutur rizqa liman yasha'u</w:t>
      </w:r>
    </w:p>
    <w:p>
      <w:pPr>
        <w:jc w:val="right"/>
      </w:pPr>
      <w:r>
        <w:t>ويفسدون فی الارض أولئک لہم اللعنة ولهم سوء الدار الله يبسط الرزق لمن يشاء</w:t>
      </w:r>
    </w:p>
    <w:p>
      <w:r>
        <w:rPr>
          <w:b/>
        </w:rPr>
        <w:t xml:space="preserve">[57:30] </w:t>
      </w:r>
      <w:r>
        <w:t>wa yuqaddiru wa farihu bil hayati dunya wa mal hayatud dunya fil akhirati illa mata'un</w:t>
      </w:r>
    </w:p>
    <w:p>
      <w:pPr>
        <w:jc w:val="right"/>
      </w:pPr>
      <w:r>
        <w:t>ويقدر وفرحوا بالحياة الدنيا وما الحياة الدنيا في الآخرة إلا متاع</w:t>
      </w:r>
    </w:p>
    <w:p>
      <w:r>
        <w:rPr>
          <w:b/>
        </w:rPr>
        <w:t xml:space="preserve">[57:44] </w:t>
      </w:r>
      <w:r>
        <w:t>aur jo log Allah ke ehd ko</w:t>
      </w:r>
    </w:p>
    <w:p>
      <w:pPr>
        <w:jc w:val="right"/>
      </w:pPr>
      <w:r>
        <w:t>اور جو لوگ اللہ کے عہد کو</w:t>
      </w:r>
    </w:p>
    <w:p>
      <w:r>
        <w:rPr>
          <w:b/>
        </w:rPr>
        <w:t xml:space="preserve">[57:48] </w:t>
      </w:r>
      <w:r>
        <w:t>mazboot karne ke baad todte hain aur us ko kaatte hain jis ko Allah ne jodne ka hukum diya hai aur zameen mein fasad karte hain aise logon par la'nat hai aur</w:t>
      </w:r>
    </w:p>
    <w:p>
      <w:pPr>
        <w:jc w:val="right"/>
      </w:pPr>
      <w:r>
        <w:t>مضبوط کرنے کے بعد توڑتے ہیں اور اس کو کاٹتے ہیں جس کو اللہ نے جوڑنے کا حکم دیا ہے اور زمین میں فساد کرتے ہیں ایسے لوگوں پر لعنت ہے اور</w:t>
      </w:r>
    </w:p>
    <w:p>
      <w:r>
        <w:rPr>
          <w:b/>
        </w:rPr>
        <w:t xml:space="preserve">[58:07] </w:t>
      </w:r>
      <w:r>
        <w:t>un ke liye bura ghar hai Allah jis ko chahta hai rozi zyada deta hai aur jis ke liye chahta hai tang kar deta hai aur wo dunya ki zindagi par khush hain</w:t>
      </w:r>
    </w:p>
    <w:p>
      <w:pPr>
        <w:jc w:val="right"/>
      </w:pPr>
      <w:r>
        <w:t>ان کے لیے برا گھر ہے اللہ جس کو چاہتا ہے روزی زیادہ دیتا ہے اور جس کے لیے چاہتا ہے تنگ کر دیتا ہے اور وہ دنیا کی زندگی پر خوش ہیں</w:t>
      </w:r>
    </w:p>
    <w:p>
      <w:r>
        <w:rPr>
          <w:b/>
        </w:rPr>
        <w:t xml:space="preserve">[58:27] </w:t>
      </w:r>
      <w:r>
        <w:t>aur dunya ki zindagi aakhirat ke muqable mein ek mata' qaleel ke siwa aur kuch nahin</w:t>
      </w:r>
    </w:p>
    <w:p>
      <w:pPr>
        <w:jc w:val="right"/>
      </w:pPr>
      <w:r>
        <w:t>اور دنیا کی زندگی آخرت کے مقابلے میں ایک متاع قلیل کے سوا اور کچھ نہیں</w:t>
      </w:r>
    </w:p>
    <w:p>
      <w:r>
        <w:rPr>
          <w:b/>
        </w:rPr>
        <w:t xml:space="preserve">[58:39] </w:t>
      </w:r>
      <w:r>
        <w:t>tashreeh. insaan apne Khuda se ehd fitrat mein bandha hua hai aur doosre insanon se ehd adamiyat mein in dono ehdon ko todna Khuda ki zameen mein</w:t>
      </w:r>
    </w:p>
    <w:p>
      <w:pPr>
        <w:jc w:val="right"/>
      </w:pPr>
      <w:r>
        <w:t>تشریح۔ انسان اپنے خدا سے عہد فطرت میں بندھا ہوا ہے اور دوسرے انسانوں سے عہد آدمیت میں ان دونوں عہدوں کو توڑنا خدا کی زمین میں</w:t>
      </w:r>
    </w:p>
    <w:p>
      <w:r>
        <w:rPr>
          <w:b/>
        </w:rPr>
        <w:t xml:space="preserve">[58:55] </w:t>
      </w:r>
      <w:r>
        <w:t>fasad karna hai Khuda ki zameen mein islaah yafta bankar rehna yeh hai ke aadmi mazkoorah dono ehdon ka paband bankar zindagi guzare is ke baraks Khuda ki zameen mein</w:t>
      </w:r>
    </w:p>
    <w:p>
      <w:pPr>
        <w:jc w:val="right"/>
      </w:pPr>
      <w:r>
        <w:t>فساد کرنا ہے خدا کی زمین میں اصلاح یافتہ بن کر رہنا یہ ہے کہ آدمی مذکورہ دونوں عہدوں کا پابند بن کر زندگی گزارے اس کے برعکس خدا کی زمین میں</w:t>
      </w:r>
    </w:p>
    <w:p>
      <w:r>
        <w:rPr>
          <w:b/>
        </w:rPr>
        <w:t xml:space="preserve">[59:13] </w:t>
      </w:r>
      <w:r>
        <w:t>fasadi banna yeh hai ke aadmi in ehdon se aazad ho jaye us ko na Khuda ke huqooq ki parwah ho aur na insanon ke huqooq ki aise log Khuda ke nazdeek la'nat zadah hain</w:t>
      </w:r>
    </w:p>
    <w:p>
      <w:pPr>
        <w:jc w:val="right"/>
      </w:pPr>
      <w:r>
        <w:t>فسادی بننا یہ ہے کہ آدمی ان عہدوں سے آزاد ہو جائے اس کو نہ خدا کے حقوق کی پرواہ ہو اور نہ انسانوں کے حقوق کی ایسے لوگ خدا کے نزدیک لعنت زدہ ہیں</w:t>
      </w:r>
    </w:p>
    <w:p>
      <w:r>
        <w:rPr>
          <w:b/>
        </w:rPr>
        <w:t xml:space="preserve">[59:32] </w:t>
      </w:r>
      <w:r>
        <w:t>yeh woh log hain jo khuda ki rehmaton mein hisse daar nahi banaye jayenge unhon ne khuda ki zameen ko ganda kiya is liye woh usi qabil hain ke aindah un ko sirf ganda ghar mein jagah mile</w:t>
      </w:r>
    </w:p>
    <w:p>
      <w:pPr>
        <w:jc w:val="right"/>
      </w:pPr>
      <w:r>
        <w:t>یہ وہ لوگ ہیں جو خدا کی رحمتوں میں حصے دار نہیں بنائے جائیں گے انہوں نے خدا کی زمین کو گندا کیا اس لیے وہ اسی قابل ہیں کہ آئندہ ان کو صرف گندے گھر میں جگہ ملے</w:t>
      </w:r>
    </w:p>
    <w:p>
      <w:r>
        <w:rPr>
          <w:b/>
        </w:rPr>
        <w:t xml:space="preserve">[59:54] </w:t>
      </w:r>
      <w:r>
        <w:t>dunya mein kisi ko kam milta hai aur kisi ko zyada ab jis ko zyada mila woh ehsas bartari mein mubtala ho jata hai aur jis ko kam mila woh ehsas kamtari mein magar khuda ki nazar mein</w:t>
      </w:r>
    </w:p>
    <w:p>
      <w:pPr>
        <w:jc w:val="right"/>
      </w:pPr>
      <w:r>
        <w:t>دنیا میں کسی کو کم ملتا ہے اور کسی کو زیادہ اب جس کو زیادہ ملا وہ احساس برتری میں مبتلا ہو جاتا ہے اور جس کو کم ملا وہ احساس کمتری میں مگر خدا کی نظر میں</w:t>
      </w:r>
    </w:p>
    <w:p>
      <w:r>
        <w:rPr>
          <w:b/>
        </w:rPr>
        <w:t xml:space="preserve">[1:00:12] </w:t>
      </w:r>
      <w:r>
        <w:t>yeh dono galat hain sahi radd amal yeh hai ke zyada mile to aadmi khuda ka shukr guzar bane kam mile to woh sabr aur qanaat ka tareeqa ikhtiyar kare</w:t>
      </w:r>
    </w:p>
    <w:p>
      <w:pPr>
        <w:jc w:val="right"/>
      </w:pPr>
      <w:r>
        <w:t>یہ دونوں غلط ہیں صحیح رد عمل یہ ہے کہ زیادہ ملے تو آدمی خدا کا شکر گزار بنے کم ملے تو وہ صبر اور قناعت کا طریقہ اختیار کرے</w:t>
      </w:r>
    </w:p>
    <w:p>
      <w:r>
        <w:rPr>
          <w:b/>
        </w:rPr>
        <w:t xml:space="preserve">[1:00:34] </w:t>
      </w:r>
      <w:r>
        <w:t>dunya parast log hamesha haq ke daai ko nazar andaaz kar dete hain is ki wajah yeh hai ke dunya parast aadmi sirf zahiri azmaton ko pehchanna janta hai kyunke daai ke paas sirf</w:t>
      </w:r>
    </w:p>
    <w:p>
      <w:pPr>
        <w:jc w:val="right"/>
      </w:pPr>
      <w:r>
        <w:t>دنیا پرست لوگ ہمیشہ حق کے داعی کو نظر انداز کر دیتے ہیں اس کی وجہ یہ ہے کہ دنیا پرست آدمی صرف ظاہری عظمتوں کو پہچاننا جانتا ہے کیونکہ داعی کے پاس صرف</w:t>
      </w:r>
    </w:p>
    <w:p>
      <w:r>
        <w:rPr>
          <w:b/>
        </w:rPr>
        <w:t xml:space="preserve">[1:00:52] </w:t>
      </w:r>
      <w:r>
        <w:t>ma'navi azmat hoti hai is liye woh us ko pehchan nahi pata woh us ko haqeer samajh kar nazar andaaz kar deta hai magar jab haqeeqat ka parda phatega</w:t>
      </w:r>
    </w:p>
    <w:p>
      <w:pPr>
        <w:jc w:val="right"/>
      </w:pPr>
      <w:r>
        <w:t>معنوی عظمت ہوتی ہے اس لیے وہ اس کو پہچان نہیں پاتا وہ اس کو حقیر سمجھ کر نظر انداز کر دیتا ہے مگر جب حقیقت کا پردہ پھٹے گا</w:t>
      </w:r>
    </w:p>
    <w:p>
      <w:r>
        <w:rPr>
          <w:b/>
        </w:rPr>
        <w:t xml:space="preserve">[1:01:09] </w:t>
      </w:r>
      <w:r>
        <w:t>us waqt insan jaane ga ke jis nazar anay wali ronak ko woh sab kuch samjhe hue tha woh bilkul be qeemat thi qadr o qeemat ki cheez dar asal woh thi jo dikhai na dene ki wajah se</w:t>
      </w:r>
    </w:p>
    <w:p>
      <w:pPr>
        <w:jc w:val="right"/>
      </w:pPr>
      <w:r>
        <w:t>اس وقت انسان جانے گا کہ جس نظر آنے والی رونق کو وہ سب کچھ سمجھے ہوئے تھا وہ بالکل بے قیمت تھی قدر و قیمت کی چیز دراصل وہ تھی جو دکھائی نہ دینے کی وجہ سے</w:t>
      </w:r>
    </w:p>
    <w:p>
      <w:r>
        <w:rPr>
          <w:b/>
        </w:rPr>
        <w:t xml:space="preserve">[1:01:26] </w:t>
      </w:r>
      <w:r>
        <w:t>us ki tawajjah ka markaz na ban saki wa yaqoolul lazeena kafaroo law laa unzila alaihi aayatun mir rabbih qul in</w:t>
      </w:r>
    </w:p>
    <w:p>
      <w:pPr>
        <w:jc w:val="right"/>
      </w:pPr>
      <w:r>
        <w:t>اس کی توجہ کا مرکز نہ بن سکی ويقول الذین کفروا لولا انزل علیہ ایت من ربہ قل ان</w:t>
      </w:r>
    </w:p>
    <w:p>
      <w:r>
        <w:rPr>
          <w:b/>
        </w:rPr>
        <w:t xml:space="preserve">[1:01:43] </w:t>
      </w:r>
      <w:r>
        <w:t>allahu yudillu mai yashaa'u wa yahdee ilaihi mai yuneebul lazeena aamanoo wa tatmainnu quloobuhum</w:t>
      </w:r>
    </w:p>
    <w:p>
      <w:pPr>
        <w:jc w:val="right"/>
      </w:pPr>
      <w:r>
        <w:t>اللہ یضل من یشاء ويہدی الیہ من اناب الذین آمنوا وتطمئن قلوبهم</w:t>
      </w:r>
    </w:p>
    <w:p>
      <w:r>
        <w:rPr>
          <w:b/>
        </w:rPr>
        <w:t xml:space="preserve">[1:02:01] </w:t>
      </w:r>
      <w:r>
        <w:t>bizikrillahi</w:t>
      </w:r>
    </w:p>
    <w:p>
      <w:pPr>
        <w:jc w:val="right"/>
      </w:pPr>
      <w:r>
        <w:t>بذکر اللہ</w:t>
      </w:r>
    </w:p>
    <w:p>
      <w:r>
        <w:rPr>
          <w:b/>
        </w:rPr>
        <w:t xml:space="preserve">[1:02:05] </w:t>
      </w:r>
      <w:r>
        <w:t>alaa bizikrillahi tatmainnul quloobul lazeena aamanoo wa amiloo ssaalihaati toobaa lahum wa husnu maab</w:t>
      </w:r>
    </w:p>
    <w:p>
      <w:pPr>
        <w:jc w:val="right"/>
      </w:pPr>
      <w:r>
        <w:t>ألا بذکر اللہ تطمئن القلوب الذین آمنوا وعملوا الصالحات طوبى لهم وحسن ماب</w:t>
      </w:r>
    </w:p>
    <w:p>
      <w:r>
        <w:rPr>
          <w:b/>
        </w:rPr>
        <w:t xml:space="preserve">[1:02:23] </w:t>
      </w:r>
      <w:r>
        <w:t>aur jinhon ne inkar kiya woh kehte hain ke is shakhs par is ke rab ki taraf se koi nishani kyun nahi utari gayi qaho ke allah jis ko chahta hai</w:t>
      </w:r>
    </w:p>
    <w:p>
      <w:pPr>
        <w:jc w:val="right"/>
      </w:pPr>
      <w:r>
        <w:t>اور جنہوں نے انکار کیا وہ کہتے ہیں کہ اس شخص پر اس کے رب کی طرف سے کوئی نشانی کیوں نہیں اتاری گئی کہو کہ اللہ جس کو چاہتا ہے</w:t>
      </w:r>
    </w:p>
    <w:p>
      <w:r>
        <w:rPr>
          <w:b/>
        </w:rPr>
        <w:t xml:space="preserve">[1:02:40] </w:t>
      </w:r>
      <w:r>
        <w:t>gumrah karta hai aur woh rasta us ko dikhata hai jo us ki taraf mutawajjah ho woh log jo iman laye aur jin ke dil allah ki yaad se mutma'in hote hain suno</w:t>
      </w:r>
    </w:p>
    <w:p>
      <w:pPr>
        <w:jc w:val="right"/>
      </w:pPr>
      <w:r>
        <w:t>گمراہ کرتا ہے اور وہ راستہ اس کو دکھاتا ہے جو اس کی طرف متوجہ ہو وہ لوگ جو ایمان لائے اور جن کے دل اللہ کی یاد سے مطمئن ہوتے ہیں سنو</w:t>
      </w:r>
    </w:p>
    <w:p>
      <w:r>
        <w:rPr>
          <w:b/>
        </w:rPr>
        <w:t xml:space="preserve">[1:02:57] </w:t>
      </w:r>
      <w:r>
        <w:t>allah ki yaad hi se dilon ko itminan hasil hota hai jo log iman laye aur jinhon ne achhe kaam kiye un ke liye khushkhabri hai aur achha thikana hai</w:t>
      </w:r>
    </w:p>
    <w:p>
      <w:pPr>
        <w:jc w:val="right"/>
      </w:pPr>
      <w:r>
        <w:t>اللہ کی یاد ہی سے دلوں کو اطمینان حاصل ہوتا ہے جو لوگ ایمان لائے اور جنہوں نے اچھے کام کیے ان کے لیے خوشخبری ہے اور اچھا ٹھکانہ ہے</w:t>
      </w:r>
    </w:p>
    <w:p>
      <w:r>
        <w:rPr>
          <w:b/>
        </w:rPr>
        <w:t xml:space="preserve">[1:03:16] </w:t>
      </w:r>
      <w:r>
        <w:t>tashreeh. haq ke daai ko na manane ki wajah aam taur par yeh hoti hai ke logon ko daai ke gird mehsoos qism ke karishme nazar nahi aate magar yeh ain</w:t>
      </w:r>
    </w:p>
    <w:p>
      <w:pPr>
        <w:jc w:val="right"/>
      </w:pPr>
      <w:r>
        <w:t>تشریح۔ حق کے داعی کو نہ ماننے کی وجہ عام طور پر یہ ہوتی ہے کہ لوگوں کو داعی کے گرد محسوس قسم کے کرشمے نظر نہیں آتے مگر یہ عین</w:t>
      </w:r>
    </w:p>
    <w:p>
      <w:r>
        <w:rPr>
          <w:b/>
        </w:rPr>
        <w:t xml:space="preserve">[1:03:33] </w:t>
      </w:r>
      <w:r>
        <w:t>usi maqam par nakam hona hai jahan aadmi ko kamyabi ka saboot dena chahiye khuda yeh chahta hai ke aadmi haq ko us ke mujarrad roop mein pehchane aur apne aap ko us ke hawalay kar de</w:t>
      </w:r>
    </w:p>
    <w:p>
      <w:pPr>
        <w:jc w:val="right"/>
      </w:pPr>
      <w:r>
        <w:t>اسی مقام پر ناکام ہونا ہے جہاں آدمی کو کامیابی کا ثبوت دینا چاہیے خدا یہ چاہتا ہے کہ آدمی حق کو اس کے مجرد روپ میں پہچانے اور اپنے آپ کو اس کے حوالے کر دے</w:t>
      </w:r>
    </w:p>
    <w:p>
      <w:r>
        <w:rPr>
          <w:b/>
        </w:rPr>
        <w:t xml:space="preserve">[1:03:53] </w:t>
      </w:r>
      <w:r>
        <w:t>ab jo shakhs israr kare ke woh mehsoos karishmon ki daleel ke baghair nahi manega us ka anjam is dunya mein yahi ho sakta hai ke khuda ke qanoon ke mutabiq kabhi us ko haq na mile</w:t>
      </w:r>
    </w:p>
    <w:p>
      <w:pPr>
        <w:jc w:val="right"/>
      </w:pPr>
      <w:r>
        <w:t>اب جو شخص اصرار کرے کہ وہ محسوس کرشموں کی دلیل کے بغیر نہیں مانے گا اس کا انجام اس دنیا میں یہی ہو سکتا ہے کہ خدا کے قانون کے مطابق کبھی اس کو حق نہ ملے</w:t>
      </w:r>
    </w:p>
    <w:p>
      <w:r>
        <w:rPr>
          <w:b/>
        </w:rPr>
        <w:t xml:space="preserve">[1:04:10] </w:t>
      </w:r>
      <w:r>
        <w:t>woh hamesha ke liye hidayat se mahroom ho jaye</w:t>
      </w:r>
    </w:p>
    <w:p>
      <w:pPr>
        <w:jc w:val="right"/>
      </w:pPr>
      <w:r>
        <w:t>وہ ہمیشہ کے لیے ہدایت سے محروم ہو جائے</w:t>
      </w:r>
    </w:p>
    <w:p>
      <w:r>
        <w:rPr>
          <w:b/>
        </w:rPr>
        <w:t xml:space="preserve">[1:04:17] </w:t>
      </w:r>
      <w:r>
        <w:t>yeh dunya darul imtehan hai yahan aadmi sirf yaad ki satah par khuda ko pa sakta hai woh us ko mushahde ki satah par nahi pa sakta jo log</w:t>
      </w:r>
    </w:p>
    <w:p>
      <w:pPr>
        <w:jc w:val="right"/>
      </w:pPr>
      <w:r>
        <w:t>یہ دنیا دارالامتحان ہے یہاں آدمی صرف یاد کی سطح پر خدا کو پا سکتا ہے وہ اس کو مشاہدے کی سطح پر نہیں پا سکتا جو لوگ</w:t>
      </w:r>
    </w:p>
    <w:p>
      <w:r>
        <w:rPr>
          <w:b/>
        </w:rPr>
        <w:t xml:space="preserve">[1:04:33] </w:t>
      </w:r>
      <w:r>
        <w:t>is khudai mansoobe par razi honge woh khuda ko jo loge aur jo log is par razi na hon woh khuda ko pane se isi tarah mahroom rahenge jis tarah nangi aankh se suraj ko dekhne par</w:t>
      </w:r>
    </w:p>
    <w:p>
      <w:pPr>
        <w:jc w:val="right"/>
      </w:pPr>
      <w:r>
        <w:t>اس خدائی منصوبے پر راضی ہوں گے وہ خدا کو جو لو گے اور جو لوگ اس پر راضی نہ ہوں وہ خدا کو پانے سے اسی طرح محروم رہیں گے جس طرح ننگی آنکھ سے سورج کو دیکھنے پر</w:t>
      </w:r>
    </w:p>
    <w:p>
      <w:r>
        <w:rPr>
          <w:b/>
        </w:rPr>
        <w:t xml:space="preserve">[1:04:51] </w:t>
      </w:r>
      <w:r>
        <w:t>israr karne wala suraj ko dekhne se ajiz rahe is dunya mein kamyabi sirf is shakhs ke liye hai jo khuda ke mansoobe ko manay aur us ke mutabiq</w:t>
      </w:r>
    </w:p>
    <w:p>
      <w:pPr>
        <w:jc w:val="right"/>
      </w:pPr>
      <w:r>
        <w:t>اصرار کرنے والا سورج کو دیکھنے سے عاجز رہے اس دنیا میں کامیابی صرف اس شخص کے لیے ہے جو خدا کے منصوبے کو مانے اور اس کے مطابق</w:t>
      </w:r>
    </w:p>
    <w:p>
      <w:r>
        <w:rPr>
          <w:b/>
        </w:rPr>
        <w:t xml:space="preserve">[1:05:07] </w:t>
      </w:r>
      <w:r>
        <w:t>apni zindagi ko dhal le kyunke dunya ki takhleeq karne wala khuda hai na ke koi insan kazaalika arsalnaaka fi ummatin</w:t>
      </w:r>
    </w:p>
    <w:p>
      <w:pPr>
        <w:jc w:val="right"/>
      </w:pPr>
      <w:r>
        <w:t>اپنی زندگی کو ڈھال لے کیونکہ دنیا کی تخلیق کرنے والا خدا ہے نہ کہ کوئی انسان كذلك أرسلناك فی امت</w:t>
      </w:r>
    </w:p>
    <w:p>
      <w:r>
        <w:rPr>
          <w:b/>
        </w:rPr>
        <w:t xml:space="preserve">[1:05:25] </w:t>
      </w:r>
      <w:r>
        <w:t>qad khalat min qablihaa umamun litatluwa alaihim litatluwa alaihimul lazeena oohinaa ilaik wa hum yakfuroona birrahmaan</w:t>
      </w:r>
    </w:p>
    <w:p>
      <w:pPr>
        <w:jc w:val="right"/>
      </w:pPr>
      <w:r>
        <w:t>قد خلت من قبلها امم لتتلو علیہم لتتلو علیہم الذین أوحينا الیک وهم يكفرون بالرحمن</w:t>
      </w:r>
    </w:p>
    <w:p>
      <w:r>
        <w:rPr>
          <w:b/>
        </w:rPr>
        <w:t xml:space="preserve">[1:05:48] </w:t>
      </w:r>
      <w:r>
        <w:t>qul huwa rabbee laa ilaaha illaa huwa alaihi tawakkaltu wa ilaihi mataab isi tarah hum ne tum ko bheja hai</w:t>
      </w:r>
    </w:p>
    <w:p>
      <w:pPr>
        <w:jc w:val="right"/>
      </w:pPr>
      <w:r>
        <w:t>قل هو ربی لا إله إلا هو عليه توكلت واليه متاب اسی طرح ہم نے تم کو بھیجا ہے</w:t>
      </w:r>
    </w:p>
    <w:p>
      <w:r>
        <w:rPr>
          <w:b/>
        </w:rPr>
        <w:t xml:space="preserve">[1:06:04] </w:t>
      </w:r>
      <w:r>
        <w:t>ek ummat mein jis se pehle bohat si ummaten guzar chuki hain taake tum logon ko woh paigham suna do jo hum ne tumhari taraf bheja hai aur woh meherban khuda ka inkar kar rahe hain</w:t>
      </w:r>
    </w:p>
    <w:p>
      <w:pPr>
        <w:jc w:val="right"/>
      </w:pPr>
      <w:r>
        <w:t>ایک امت میں جس سے پہلے بہت سی امتیں گزر چکی ہیں تاکہ تم لوگوں کو وہ پیغام سنا دو جو ہم نے تمہاری طرف بھیجا ہے اور وہ مہربان خدا کا انکار کر رہے ہیں</w:t>
      </w:r>
    </w:p>
    <w:p>
      <w:r>
        <w:rPr>
          <w:b/>
        </w:rPr>
        <w:t xml:space="preserve">[1:06:22] </w:t>
      </w:r>
      <w:r>
        <w:t>qaho ke wohi mera rab hai is ke siwa koi mabood nahi usi par maine bharosa kiya aur usi ki taraf lautna hai</w:t>
      </w:r>
    </w:p>
    <w:p>
      <w:pPr>
        <w:jc w:val="right"/>
      </w:pPr>
      <w:r>
        <w:t>کہو کہ وہی میرا رب ہے اس کے سوا کوئی معبود نہیں اسی پر میں نے بھروسہ کیا اور اسی کی طرف لوٹنا ہے</w:t>
      </w:r>
    </w:p>
    <w:p>
      <w:r>
        <w:rPr>
          <w:b/>
        </w:rPr>
        <w:t xml:space="preserve">[1:06:38] </w:t>
      </w:r>
      <w:r>
        <w:t>tashreeh. jab yeh dunya darul imtehan hai to is ka fitri taqaza yeh hai ke hisse nishaniyan dikhane ke baad logon ka faisla kar diya jaye ab agar logon ke mutalbe par</w:t>
      </w:r>
    </w:p>
    <w:p>
      <w:pPr>
        <w:jc w:val="right"/>
      </w:pPr>
      <w:r>
        <w:t>تشریح۔ جب یہ دنیا دارالامتحان ہے تو اس کا فطری تقاضا یہ ہے کہ حصے نشانیاں دکھانے کے بعد لوگوں کا فیصلہ کر دیا جائے اب اگر لوگوں کے مطالبے پر</w:t>
      </w:r>
    </w:p>
    <w:p>
      <w:r>
        <w:rPr>
          <w:b/>
        </w:rPr>
        <w:t xml:space="preserve">[1:06:56] </w:t>
      </w:r>
      <w:r>
        <w:t>khuda foran koi hisse nishani zahir kar de aur is ke baad bhi log na manen to foran woh halakat ke mustahiq ho jayen ge magar yeh khudaey rehman o raheem ki khaas enayat hai ke woh logon ke mutalbe ke bawajood</w:t>
      </w:r>
    </w:p>
    <w:p>
      <w:pPr>
        <w:jc w:val="right"/>
      </w:pPr>
      <w:r>
        <w:t>خدا فوراً کوئی حصے نشانی ظاہر کر دے اور اس کے بعد بھی لوگ نہ مانے تو فوراً وہ ہلاکت کے مستحق ہو جائیں گے مگر یہ خدائے رحمن و رحیم کی خاص عنایت ہے کہ وہ لوگوں کے مطالبے کے باوجود</w:t>
      </w:r>
    </w:p>
    <w:p>
      <w:r>
        <w:rPr>
          <w:b/>
        </w:rPr>
        <w:t xml:space="preserve">[1:07:16] </w:t>
      </w:r>
      <w:r>
        <w:t>hisse nishaniyan zahir nahi karta balkeh naseehat aur daleel ki zaban mein haq ka paigham pohanchata rehta hai is tarah logon ko zyada se zyada mohlat milti hai</w:t>
      </w:r>
    </w:p>
    <w:p>
      <w:pPr>
        <w:jc w:val="right"/>
      </w:pPr>
      <w:r>
        <w:t>حصے نشانیاں ظاہر نہیں کرتا بلکہ نصیحت اور دلیل کی زبان میں حق کا پیغام پہنچاتا رہتا ہے اس طرح لوگوں کو زیادہ سے زیادہ مہلت ملتی ہے</w:t>
      </w:r>
    </w:p>
    <w:p>
      <w:r>
        <w:rPr>
          <w:b/>
        </w:rPr>
        <w:t xml:space="preserve">[1:07:33] </w:t>
      </w:r>
      <w:r>
        <w:t>ke woh apni islaah kar ke khuda ki rehmaton ke mustahiq ban saken</w:t>
      </w:r>
    </w:p>
    <w:p>
      <w:pPr>
        <w:jc w:val="right"/>
      </w:pPr>
      <w:r>
        <w:t>کہ وہ اپنی اصلاح کر کے خدا کی رحمتوں کے مستحق بن سکیں</w:t>
      </w:r>
    </w:p>
    <w:p>
      <w:r>
        <w:rPr>
          <w:b/>
        </w:rPr>
        <w:t xml:space="preserve">[1:07:43] </w:t>
      </w:r>
      <w:r>
        <w:t>aisi halat mein daee ko chahiye ke woh logon ke nadan mutalbe ki wajah se ghabra na jaye woh khuda ke mansoobe par razi rehte hue logon ko us ki taraf bulata rahe</w:t>
      </w:r>
    </w:p>
    <w:p>
      <w:pPr>
        <w:jc w:val="right"/>
      </w:pPr>
      <w:r>
        <w:t>ایسی حالت میں داعی کو چاہیے کہ وہ لوگوں کے نادان مطالبے کی وجہ سے گھبرا نہ جائے وہ خدا کے منصوبے پر راضی رہتے ہوئے لوگوں کو اس کی طرف بلاتا رہے</w:t>
      </w:r>
    </w:p>
    <w:p>
      <w:r>
        <w:rPr>
          <w:b/>
        </w:rPr>
        <w:t xml:space="preserve">[1:08:01] </w:t>
      </w:r>
      <w:r>
        <w:t>wa law ann quranan sayyarat bihi al-jibalu aw qutti'at bihi al-ardu aw kullima bihi al-mawta bal lillahi al-amru jamee'an afalam yasyas allatheena amanu</w:t>
      </w:r>
    </w:p>
    <w:p>
      <w:pPr>
        <w:jc w:val="right"/>
      </w:pPr>
      <w:r>
        <w:t>ولو أن قرآنا سيرت به الجبال أو قطعت به الأرض أو كلم به الموتى بل لله الأمر جميعا أفلم يئس الذين آمنوا</w:t>
      </w:r>
    </w:p>
    <w:p>
      <w:r>
        <w:rPr>
          <w:b/>
        </w:rPr>
        <w:t xml:space="preserve">[1:08:22] </w:t>
      </w:r>
      <w:r>
        <w:t>alaw yashaa allahu lahada an-nasa jamee'an wa la yazalu allatheena kafaroo tusibuhum bima sana'oo qari'atun aw tahullu qareeban</w:t>
      </w:r>
    </w:p>
    <w:p>
      <w:pPr>
        <w:jc w:val="right"/>
      </w:pPr>
      <w:r>
        <w:t>ألو يشاء الله لهدى الناس جميعا ولا يزال الذين كفروا تصيبهم بما صنعوا قارعة أو تحل قريبا</w:t>
      </w:r>
    </w:p>
    <w:p>
      <w:r>
        <w:rPr>
          <w:b/>
        </w:rPr>
        <w:t xml:space="preserve">[1:08:40] </w:t>
      </w:r>
      <w:r>
        <w:t>min diyaruhim aw tahullu qareeban min diyaruhim hatta ya'ti wa'adullahi</w:t>
      </w:r>
    </w:p>
    <w:p>
      <w:pPr>
        <w:jc w:val="right"/>
      </w:pPr>
      <w:r>
        <w:t>من دارهم أو تحل قريبا من دارهم حتى يأتي وعد الله</w:t>
      </w:r>
    </w:p>
    <w:p>
      <w:r>
        <w:rPr>
          <w:b/>
        </w:rPr>
        <w:t xml:space="preserve">[1:08:54] </w:t>
      </w:r>
      <w:r>
        <w:t>innallaha la yukhlifu al-mee'ada wa laqad istuhzi'a birusulin min qablika fa amlaytu lillatheena kafaroo thumma akhaththuhum</w:t>
      </w:r>
    </w:p>
    <w:p>
      <w:pPr>
        <w:jc w:val="right"/>
      </w:pPr>
      <w:r>
        <w:t>إن الله لا يخلف الميعاد ولقد استهزئ برسل من قبلك فأمليت للذين كفروا ثم أخذتهم</w:t>
      </w:r>
    </w:p>
    <w:p>
      <w:r>
        <w:rPr>
          <w:b/>
        </w:rPr>
        <w:t xml:space="preserve">[1:09:12] </w:t>
      </w:r>
      <w:r>
        <w:t>thumma akhaththuhum fa kaifa kana 'iqabi</w:t>
      </w:r>
    </w:p>
    <w:p>
      <w:pPr>
        <w:jc w:val="right"/>
      </w:pPr>
      <w:r>
        <w:t>ثم أخذتهم فكيف كان عقاب</w:t>
      </w:r>
    </w:p>
    <w:p>
      <w:r>
        <w:rPr>
          <w:b/>
        </w:rPr>
        <w:t xml:space="preserve">[1:09:22] </w:t>
      </w:r>
      <w:r>
        <w:t>aur agar aisa quran utarta jis se pahad chalne lagte ya is se zameen tukde ho jati ya is se murde bolne lagte balkeh sara ikhtiyar Allah hi ke liye hai</w:t>
      </w:r>
    </w:p>
    <w:p>
      <w:pPr>
        <w:jc w:val="right"/>
      </w:pPr>
      <w:r>
        <w:t>اور اگر ایسا قرآن اترتا جس سے پہاڑ چلنے لگتے یا اس سے زمین ٹکڑے ہو جاتی یا اس سے مردے بولنے لگتے بلکہ سارا اختیار اللہ ہی کے لیے ہے</w:t>
      </w:r>
    </w:p>
    <w:p>
      <w:r>
        <w:rPr>
          <w:b/>
        </w:rPr>
        <w:t xml:space="preserve">[1:09:39] </w:t>
      </w:r>
      <w:r>
        <w:t>kya eman laney walon ko is se itminan nahi ke agar Allah chahta to sare logon ko hidayat de deta aur inkar karne walon par koi na koi ift aati rehti hai</w:t>
      </w:r>
    </w:p>
    <w:p>
      <w:pPr>
        <w:jc w:val="right"/>
      </w:pPr>
      <w:r>
        <w:t>کیا ایمان لانے والوں کو اس سے اطمینان نہیں کہ اگر اللہ چاہتا تو سارے لوگوں کو ہدایت دے دیتا اور انکار کرنے والوں پر کوئی نہ کوئی افت آتی رہتی ہے</w:t>
      </w:r>
    </w:p>
    <w:p>
      <w:r>
        <w:rPr>
          <w:b/>
        </w:rPr>
        <w:t xml:space="preserve">[1:09:56] </w:t>
      </w:r>
      <w:r>
        <w:t>un ke aemal ke sabab se ya un ki basti ke qareeb kahin nazil hoti rahegi yahan tak ke Allah ka waada aa jaye yaqeenan Allah wade ke khilaf nahi karta aur tum se pehle bhi rasoolon ka mazak uraya gaya to main ne inkar karne walon ko</w:t>
      </w:r>
    </w:p>
    <w:p>
      <w:pPr>
        <w:jc w:val="right"/>
      </w:pPr>
      <w:r>
        <w:t>ان کے اعمال کے سبب سے یا ان کی بستی کے قریب کہیں نازل ہوتی رہے گی یہاں تک کہ اللہ کا وعدہ آ جائے یقینا اللہ وعدے کے خلاف نہیں کرتا اور تم سے پہلے بھی رسولوں کا مذاق اڑایا گیا تو میں نے انکار کرنے والوں کو</w:t>
      </w:r>
    </w:p>
    <w:p>
      <w:r>
        <w:rPr>
          <w:b/>
        </w:rPr>
        <w:t xml:space="preserve">[1:10:18] </w:t>
      </w:r>
      <w:r>
        <w:t>dheel di phir main ne un ko pakad liya to dekh lo kaisi thi meri saza tashreeh.</w:t>
      </w:r>
    </w:p>
    <w:p>
      <w:pPr>
        <w:jc w:val="right"/>
      </w:pPr>
      <w:r>
        <w:t>ڈھیل دی پھر میں نے ان کو پکڑ لیا تو دیکھو کیسی تھی میری سزا تشریح۔</w:t>
      </w:r>
    </w:p>
    <w:p>
      <w:r>
        <w:rPr>
          <w:b/>
        </w:rPr>
        <w:t xml:space="preserve">[1:10:29] </w:t>
      </w:r>
      <w:r>
        <w:t>haq ko na manney ka asal sabab daleel ki kami nahi balkeh</w:t>
      </w:r>
    </w:p>
    <w:p>
      <w:pPr>
        <w:jc w:val="right"/>
      </w:pPr>
      <w:r>
        <w:t>حق کو نہ ماننے کا اصل سبب دلیل کی کمی نہیں بلکہ</w:t>
      </w:r>
    </w:p>
    <w:p>
      <w:r>
        <w:rPr>
          <w:b/>
        </w:rPr>
        <w:t xml:space="preserve">[1:10:35] </w:t>
      </w:r>
      <w:r>
        <w:t>insan ki yeh azadi hai ke woh chahe to maney aur chahe to na maney jab tak insan ko inkar ki azadi hasil hai woh kisi bhi cheez ka inkar karne ke liye uzr talash kar sakta hai</w:t>
      </w:r>
    </w:p>
    <w:p>
      <w:pPr>
        <w:jc w:val="right"/>
      </w:pPr>
      <w:r>
        <w:t>انسان کی یہ آزادی ہے کہ وہ چاہے تو مانے اور چاہے تو نہ مانے جب تک انسان کو انکار کی آزادی حاصل ہے وہ کسی بھی چیز کا انکار کرنے کے لیے عذر تلاش کر سکتا ہے</w:t>
      </w:r>
    </w:p>
    <w:p>
      <w:r>
        <w:rPr>
          <w:b/>
        </w:rPr>
        <w:t xml:space="preserve">[1:10:54] </w:t>
      </w:r>
      <w:r>
        <w:t>us ke samne alfaaz mein ek daleel laayi jaye to woh kuch doosre alfaaz bol kar use radd kar dega kainat ki nishaniyon ka hawala diya jaye to woh us ki tarteed ke liye</w:t>
      </w:r>
    </w:p>
    <w:p>
      <w:pPr>
        <w:jc w:val="right"/>
      </w:pPr>
      <w:r>
        <w:t>اس کے سامنے الفاظ میں ایک دلیل لائی جائے تو وہ کچھ دوسرے الفاظ بول کر اسے رد کر دے گا کائنات کی نشانیوں کا حوالہ دیا جائے تو وہ اس کی تردید کے لیے</w:t>
      </w:r>
    </w:p>
    <w:p>
      <w:r>
        <w:rPr>
          <w:b/>
        </w:rPr>
        <w:t xml:space="preserve">[1:11:12] </w:t>
      </w:r>
      <w:r>
        <w:t>khud sakhta tawjeeh talash kar lega hatta ke agar pahad chalaye jayen aur zameen phad di jaye aur mardon ko zinda kar diya jaye tab bhi koi cheez aadmi ko yeh kehne se rok nahi sakti</w:t>
      </w:r>
    </w:p>
    <w:p>
      <w:pPr>
        <w:jc w:val="right"/>
      </w:pPr>
      <w:r>
        <w:t>خود ساختہ توجیہ تلاش کر لے گا حتی کہ اگر پہاڑ چلائے جائیں اور زمین پھاڑ دی جائے اور مردوں کو زندہ کر دیا جائے تب بھی کوئی چیز آدمی کو یہ کہنے سے روک نہیں سکتی</w:t>
      </w:r>
    </w:p>
    <w:p>
      <w:r>
        <w:rPr>
          <w:b/>
        </w:rPr>
        <w:t xml:space="preserve">[1:11:30] </w:t>
      </w:r>
      <w:r>
        <w:t>ke yeh to jadu hai</w:t>
      </w:r>
    </w:p>
    <w:p>
      <w:pPr>
        <w:jc w:val="right"/>
      </w:pPr>
      <w:r>
        <w:t>کہ یہ تو جادو ہے</w:t>
      </w:r>
    </w:p>
    <w:p>
      <w:r>
        <w:rPr>
          <w:b/>
        </w:rPr>
        <w:t xml:space="preserve">[1:11:34] </w:t>
      </w:r>
      <w:r>
        <w:t>baaz auqat aisa hota hai ke inkar karne wala bazahir daleel mangta hai magar haqeeqatan woh istihzaa kar raha hota hai woh</w:t>
      </w:r>
    </w:p>
    <w:p>
      <w:pPr>
        <w:jc w:val="right"/>
      </w:pPr>
      <w:r>
        <w:t>بعض اوقات ایسا ہوتا ہے کہ انکار کرنے والا بظاہر دلیل مانگتا ہے مگر حقیقتاً وہ استہزاء کر رہا ہوتا ہے وہ</w:t>
      </w:r>
    </w:p>
    <w:p>
      <w:r>
        <w:rPr>
          <w:b/>
        </w:rPr>
        <w:t xml:space="preserve">[1:11:47] </w:t>
      </w:r>
      <w:r>
        <w:t>yeh zahir karna chahta hai ke yeh shakhs jo cheez pesh kar raha hai woh haq nahi agar woh fi waqe haq hota to zaroor us ke paas aisi daleel hoti ke sare log</w:t>
      </w:r>
    </w:p>
    <w:p>
      <w:pPr>
        <w:jc w:val="right"/>
      </w:pPr>
      <w:r>
        <w:t>یہ ظاہر کرنا چاہتا ہے کہ یہ شخص جو چیز پیش کر رہا ہے وہ حق نہیں اگر وہ فی الواقع حق ہوتا تو ضرور اس کے پاس ایسی دلیل ہوتی کہ سارے لوگ</w:t>
      </w:r>
    </w:p>
    <w:p>
      <w:r>
        <w:rPr>
          <w:b/>
        </w:rPr>
        <w:t xml:space="preserve">[1:12:03] </w:t>
      </w:r>
      <w:r>
        <w:t>us ko manney par majboor ho jate khuda ne logon ko mohlat di hai is ki wajah se log bekhauf ho gaye hain magar jab mohlat khatam hogi aur khuda logon ko pakdega to aadmi dekhega ke woh kis qadar</w:t>
      </w:r>
    </w:p>
    <w:p>
      <w:pPr>
        <w:jc w:val="right"/>
      </w:pPr>
      <w:r>
        <w:t>اس کو ماننے پر مجبور ہو جاتے خدا نے لوگوں کو مہلت دی ہے اس کی وجہ سے لوگ بے خوف ہو گئے ہیں مگر جب مہلت ختم ہوگی اور خدا لوگوں کو پکڑے گا تو آدمی دیکھے گا کہ وہ کس قدر</w:t>
      </w:r>
    </w:p>
    <w:p>
      <w:r>
        <w:rPr>
          <w:b/>
        </w:rPr>
        <w:t xml:space="preserve">[1:12:23] </w:t>
      </w:r>
      <w:r>
        <w:t>be ikhtiyar tha agarche woh farzi taur par apne ko khud mukhtar samajhta raha</w:t>
      </w:r>
    </w:p>
    <w:p>
      <w:pPr>
        <w:jc w:val="right"/>
      </w:pPr>
      <w:r>
        <w:t>بے اختیار تھا اگرچہ وہ فرضی طور پر اپنے کو خود مختار سمجھتا رہا</w:t>
      </w:r>
    </w:p>
    <w:p>
      <w:r>
        <w:rPr>
          <w:b/>
        </w:rPr>
        <w:t xml:space="preserve">[1:12:36] </w:t>
      </w:r>
      <w:r>
        <w:t>afaman huwa qaaimun 'ala kulli nafsin bima kasabat wa ja'aloo lillahi shuraka'a qul sammoohum</w:t>
      </w:r>
    </w:p>
    <w:p>
      <w:pPr>
        <w:jc w:val="right"/>
      </w:pPr>
      <w:r>
        <w:t>أفمن هو قائم على كل نفس بما كسبت وجعلوا لله شركاء قل سموهم</w:t>
      </w:r>
    </w:p>
    <w:p>
      <w:r>
        <w:rPr>
          <w:b/>
        </w:rPr>
        <w:t xml:space="preserve">[1:12:54] </w:t>
      </w:r>
      <w:r>
        <w:t>am tunabbi'oonahu bima la ya'lamu fil ardi am bi zahirim minal qawli bal zuyyina lillatheena kafaroo makruhum wa suddoo 'anis sabeel</w:t>
      </w:r>
    </w:p>
    <w:p>
      <w:pPr>
        <w:jc w:val="right"/>
      </w:pPr>
      <w:r>
        <w:t>أم تنبئونه بما لا يعلم في الأرض أن بظاهر من القول بل زين للذين كفروا مكرهم وصدوا عن السبيل</w:t>
      </w:r>
    </w:p>
    <w:p>
      <w:r>
        <w:rPr>
          <w:b/>
        </w:rPr>
        <w:t xml:space="preserve">[1:13:14] </w:t>
      </w:r>
      <w:r>
        <w:t>wa man yudlil allahu fama lahu minha lahum azab fi al-hayat al-dunya wa la azab al-akhirat ashaq wa ma lahum min allahi</w:t>
      </w:r>
    </w:p>
    <w:p>
      <w:pPr>
        <w:jc w:val="right"/>
      </w:pPr>
      <w:r>
        <w:t>ومن يضلل الله فما له منها لهم عذاب في الحياة الدنيا ولعذاب الآخرة أشق وما لهم من الله</w:t>
      </w:r>
    </w:p>
    <w:p>
      <w:r>
        <w:rPr>
          <w:b/>
        </w:rPr>
        <w:t xml:space="preserve">[1:13:30] </w:t>
      </w:r>
      <w:r>
        <w:t>min waq</w:t>
      </w:r>
    </w:p>
    <w:p>
      <w:pPr>
        <w:jc w:val="right"/>
      </w:pPr>
      <w:r>
        <w:t>من واق</w:t>
      </w:r>
    </w:p>
    <w:p>
      <w:r>
        <w:rPr>
          <w:b/>
        </w:rPr>
        <w:t xml:space="preserve">[1:13:36] </w:t>
      </w:r>
      <w:r>
        <w:t>phir kya jo har shakhs se us ke amal ka hisab karne wala hai aur logon ne allah ke shareek bana liye hain kaho ke un ka naam lo kya tum allah ko aisi cheez ki khabar de rahe ho</w:t>
      </w:r>
    </w:p>
    <w:p>
      <w:pPr>
        <w:jc w:val="right"/>
      </w:pPr>
      <w:r>
        <w:t>پھر کیا جو ہر شخص سے اس کے عمل کا حساب کرنے والا ہے اور لوگوں نے اللہ کے شریک بنا لیے ہیں کہو کہ ان کا نام لو کیا تم اللہ کو ایسی چیز کی خبر دے رہے ہو</w:t>
      </w:r>
    </w:p>
    <w:p>
      <w:r>
        <w:rPr>
          <w:b/>
        </w:rPr>
        <w:t xml:space="preserve">[1:13:53] </w:t>
      </w:r>
      <w:r>
        <w:t>jis ko wo zameen mein nahi janta ya tum oopar hi oopar baatein kar rahe ho</w:t>
      </w:r>
    </w:p>
    <w:p>
      <w:pPr>
        <w:jc w:val="right"/>
      </w:pPr>
      <w:r>
        <w:t>جس کو وہ زمین میں نہیں جانتا یا تم اوپر ہی اوپر باتیں کر رہے ہو</w:t>
      </w:r>
    </w:p>
    <w:p>
      <w:r>
        <w:rPr>
          <w:b/>
        </w:rPr>
        <w:t xml:space="preserve">[1:14:05] </w:t>
      </w:r>
      <w:r>
        <w:t>balkeh inkar karne walon ko un ka fareb khushnuma bana diya gaya hai aur wo rastay se rok diye gaye hain aur allah jis ko gumrah kare us ko koi rah batane wala nahi</w:t>
      </w:r>
    </w:p>
    <w:p>
      <w:pPr>
        <w:jc w:val="right"/>
      </w:pPr>
      <w:r>
        <w:t>بلکہ انکار کرنے والوں کو ان کا فریب خوشنما بنا دیا گیا ہے اور وہ راستے سے روک دیے گئے ہیں اور اللہ جس کو گمراہ کرے اس کو کوئی راہ بتانے والا نہیں</w:t>
      </w:r>
    </w:p>
    <w:p>
      <w:r>
        <w:rPr>
          <w:b/>
        </w:rPr>
        <w:t xml:space="preserve">[1:14:22] </w:t>
      </w:r>
      <w:r>
        <w:t>un ke liye dunya ki zindagi mein bhi azab hai aur akhirat ka azab to bohat sakht hai koi un ko allah se bachane wala nahi</w:t>
      </w:r>
    </w:p>
    <w:p>
      <w:pPr>
        <w:jc w:val="right"/>
      </w:pPr>
      <w:r>
        <w:t>ان کے لیے دنیا کی زندگی میں بھی عذاب ہے اور آخرت کا عذاب تو بہت سخت ہے کوئی ان کو اللہ سے بچانے والا نہیں</w:t>
      </w:r>
    </w:p>
    <w:p>
      <w:r>
        <w:rPr>
          <w:b/>
        </w:rPr>
        <w:t xml:space="preserve">[1:14:40] </w:t>
      </w:r>
      <w:r>
        <w:t>tashreeh. mutala bataata hai ke kainat mein recording ka nizam hai aadmi jo kuch bolta hai ya jo kuch karta hai wo kainaati intezam ke tehat foran record ho jata hai</w:t>
      </w:r>
    </w:p>
    <w:p>
      <w:pPr>
        <w:jc w:val="right"/>
      </w:pPr>
      <w:r>
        <w:t>تشریح۔ مطالعہ بتاتا ہے کہ کائنات میں ریکارڈنگ کا نظام ہے آدمی جو کچھ بولتا ہے یا جو کچھ کرتا ہے وہ کائناتی انتظام کے تحت فوراً ریکارڈ ہو جاتا ہے</w:t>
      </w:r>
    </w:p>
    <w:p>
      <w:r>
        <w:rPr>
          <w:b/>
        </w:rPr>
        <w:t xml:space="preserve">[1:14:58] </w:t>
      </w:r>
      <w:r>
        <w:t>aisi halat mein is kainat ka khuda kisi aisi hasti hi ko mana ja sakta hai jis ke andar sunne aur dekhne ki taqat ho magar insan ne ab tak jitne shirkaa farz kiye hain</w:t>
      </w:r>
    </w:p>
    <w:p>
      <w:pPr>
        <w:jc w:val="right"/>
      </w:pPr>
      <w:r>
        <w:t>ایسی حالت میں اس کائنات کا خدا کسی ایسی ہستی ہی کو مانا جا سکتا ہے جس کے اندر سننے اور دیکھنے کی طاقت ہو مگر انسان نے اب تک جتنے شرکاء فرض کیے ہیں</w:t>
      </w:r>
    </w:p>
    <w:p>
      <w:r>
        <w:rPr>
          <w:b/>
        </w:rPr>
        <w:t xml:space="preserve">[1:15:15] </w:t>
      </w:r>
      <w:r>
        <w:t>sab ke sab wo hain jin ke andar na sunne ki taqat hai aur na dekhne ki aisi halat mein kyun kar wo maujooda kainat jaisi dunya ke khaliq o malik ho sakte hain jo khud na sune wo apni makhlooqat mein</w:t>
      </w:r>
    </w:p>
    <w:p>
      <w:pPr>
        <w:jc w:val="right"/>
      </w:pPr>
      <w:r>
        <w:t>سب کے سب وہ ہیں جن کے اندر نہ سننے کی طاقت ہے اور نہ دیکھنے کی ایسی حالت میں کیوں کر وہ موجودہ کائنات جیسی دنیا کے خالق و مالک ہو سکتے ہیں جو خود نہ سنے وہ اپنی مخلوقات میں</w:t>
      </w:r>
    </w:p>
    <w:p>
      <w:r>
        <w:rPr>
          <w:b/>
        </w:rPr>
        <w:t xml:space="preserve">[1:15:35] </w:t>
      </w:r>
      <w:r>
        <w:t>sunne ka mada kis tarah paida karega jo khud na dekhe wo doosri cheezon ko dekhne ke qabil kaise banayega isi tarah kainat mein itni zyada wahdat hai ke wo kisi tarah</w:t>
      </w:r>
    </w:p>
    <w:p>
      <w:pPr>
        <w:jc w:val="right"/>
      </w:pPr>
      <w:r>
        <w:t>سننے کا مادہ کس طرح پیدا کرے گا جو خود نہ دیکھے وہ دوسری چیزوں کو دیکھنے کے قابل کیسے بنائے گا اسی طرح کائنات میں اتنی زیادہ وحدت ہے کہ وہ کسی طرح</w:t>
      </w:r>
    </w:p>
    <w:p>
      <w:r>
        <w:rPr>
          <w:b/>
        </w:rPr>
        <w:t xml:space="preserve">[1:15:53] </w:t>
      </w:r>
      <w:r>
        <w:t>shirk ko qabool nahi karti jis shareek ka bhi naam liya jaye kainat poore wajood ke sath us ko tasleem karne se inkar kar degi munakreen ke liye un ka makr khushnuma bana diya gaya hai</w:t>
      </w:r>
    </w:p>
    <w:p>
      <w:pPr>
        <w:jc w:val="right"/>
      </w:pPr>
      <w:r>
        <w:t>شرک کو قبول نہیں کرتی جس شریک کا بھی نام لیا جائے کائنات پورے وجود کے ساتھ اس کو تسلیم کرنے سے انکار کر دے گی منکرین کے لیے ان کا مکر خوشنما بنا دیا گیا ہے</w:t>
      </w:r>
    </w:p>
    <w:p>
      <w:r>
        <w:rPr>
          <w:b/>
        </w:rPr>
        <w:t xml:space="preserve">[1:16:12] </w:t>
      </w:r>
      <w:r>
        <w:t>yahan makr se murad un ka qaul hai jis ka zikr isi ayat mein oopar maujood hai jab bhi aadmi haq ka inkar karta hai to uska zehn apne inkar ko jaiz sabit karne ke liye</w:t>
      </w:r>
    </w:p>
    <w:p>
      <w:pPr>
        <w:jc w:val="right"/>
      </w:pPr>
      <w:r>
        <w:t>یہاں مکر سے مراد ان کا قول ہے جس کا ذکر اسی آیت میں اوپر موجود ہے جب بھی آدمی حق کا انکار کرتا ہے تو اس کا ذہن اپنے انکار کو جائز ثابت کرنے کے لیے</w:t>
      </w:r>
    </w:p>
    <w:p>
      <w:r>
        <w:rPr>
          <w:b/>
        </w:rPr>
        <w:t xml:space="preserve">[1:16:29] </w:t>
      </w:r>
      <w:r>
        <w:t>koi qaul ghad leta hai ye qaul agarche be-haqeeqat alfaz ke majmooay ke siwa aur kuch nahi hota magar jo log haq ke mamle mein zyada sanjeeda na hon</w:t>
      </w:r>
    </w:p>
    <w:p>
      <w:pPr>
        <w:jc w:val="right"/>
      </w:pPr>
      <w:r>
        <w:t>کوئی قول گھڑ لیتا ہے یہ قول اگرچہ بے حقیقت الفاظ کے مجموعے کے سوا اور کچھ نہیں ہوتا مگر جو لوگ حق کے معاملے میں زیادہ سنجیدہ نہ ہوں</w:t>
      </w:r>
    </w:p>
    <w:p>
      <w:r>
        <w:rPr>
          <w:b/>
        </w:rPr>
        <w:t xml:space="preserve">[1:16:46] </w:t>
      </w:r>
      <w:r>
        <w:t>wo kuch na kuch alfaz bol kar samajh lete hain ke unhon ne apne inkar o aaraaz ko haq bajaanib sabit kar diya hai khwah un ke bole hue alfaz un ke apne zehn ke bahar koi qeemat na rakhte hon</w:t>
      </w:r>
    </w:p>
    <w:p>
      <w:pPr>
        <w:jc w:val="right"/>
      </w:pPr>
      <w:r>
        <w:t>وہ کچھ نہ کچھ الفاظ بول کر سمجھ لیتے ہیں کہ انہوں نے اپنے انکار و اعراض کو حق بجانب ثابت کر دیا ہے خواہ ان کے بولے ہوئے الفاظ ان کے اپنے ذہن کے باہر کوئی قیمت نہ رکھتے ہوں</w:t>
      </w:r>
    </w:p>
    <w:p>
      <w:r>
        <w:rPr>
          <w:b/>
        </w:rPr>
        <w:t xml:space="preserve">[1:17:07] </w:t>
      </w:r>
      <w:r>
        <w:t>is qism ke jhoote alfaz kisi aadmi ko sirf maujooda dunya mein sahara de sakte hain akhirat mein jab har cheez ki haqeeqat khulegi to ye khushnuma alfaz itne bewazan ho jayenge ke aadmi un ko dohrate hue bhi</w:t>
      </w:r>
    </w:p>
    <w:p>
      <w:pPr>
        <w:jc w:val="right"/>
      </w:pPr>
      <w:r>
        <w:t>اس قسم کے جھوٹے الفاظ کسی آدمی کو صرف موجودہ دنیا میں سہارا دے سکتے ہیں آخرت میں جب ہر چیز کی حقیقت کھلے گی تو یہ خوشنما الفاظ اتنے بے وزن ہو جائیں گے کہ آدمی ان کو دہراتے ہوئے بھی</w:t>
      </w:r>
    </w:p>
    <w:p>
      <w:r>
        <w:rPr>
          <w:b/>
        </w:rPr>
        <w:t xml:space="preserve">[1:17:27] </w:t>
      </w:r>
      <w:r>
        <w:t>sharm mehsoos karega mafal al-jannah allati wu'ida al-muttaqun tajri min tahtiha al-anhar aklaha daim wa zilluha</w:t>
      </w:r>
    </w:p>
    <w:p>
      <w:pPr>
        <w:jc w:val="right"/>
      </w:pPr>
      <w:r>
        <w:t>شرم محسوس کرے گا مفعل الجنة التي وعد المتقون تجري من تحتها الأنهار أكلها دائم وظلها</w:t>
      </w:r>
    </w:p>
    <w:p>
      <w:r>
        <w:rPr>
          <w:b/>
        </w:rPr>
        <w:t xml:space="preserve">[1:17:44] </w:t>
      </w:r>
      <w:r>
        <w:t>tilka uqbatu alladhina ittaqaw wa uqbatu al-kafirina al-nar</w:t>
      </w:r>
    </w:p>
    <w:p>
      <w:pPr>
        <w:jc w:val="right"/>
      </w:pPr>
      <w:r>
        <w:t>تلك عقب الذين اتقوا وعقب الكافرين النار</w:t>
      </w:r>
    </w:p>
    <w:p>
      <w:r>
        <w:rPr>
          <w:b/>
        </w:rPr>
        <w:t xml:space="preserve">[1:17:54] </w:t>
      </w:r>
      <w:r>
        <w:t>aur jannat ki misal jis ka muttaqiyon se wada kiya gaya hai ye hai ke us ke neeche nahrein behti hongi us ka phal aur saya hamesha rahega ye anjam un logon ka hai jo allah se dare aur</w:t>
      </w:r>
    </w:p>
    <w:p>
      <w:pPr>
        <w:jc w:val="right"/>
      </w:pPr>
      <w:r>
        <w:t>اور جنت کی مثال جس کا متقیوں سے وعدہ کیا گیا ہے یہ ہے کہ اس کے نیچے نہریں بہتی ہوں گی اس کا پھل اور سایہ ہمیشہ رہے گا یہ انجام ان لوگوں کا ہے جو خدا سے ڈرے اور</w:t>
      </w:r>
    </w:p>
    <w:p>
      <w:r>
        <w:rPr>
          <w:b/>
        </w:rPr>
        <w:t xml:space="preserve">[1:18:13] </w:t>
      </w:r>
      <w:r>
        <w:t>munkiron ka anjam aag hai</w:t>
      </w:r>
    </w:p>
    <w:p>
      <w:pPr>
        <w:jc w:val="right"/>
      </w:pPr>
      <w:r>
        <w:t>منکروں کا انجام آگ ہے</w:t>
      </w:r>
    </w:p>
    <w:p>
      <w:r>
        <w:rPr>
          <w:b/>
        </w:rPr>
        <w:t xml:space="preserve">[1:18:18] </w:t>
      </w:r>
      <w:r>
        <w:t>tashreeh. jannat ki qeemat taqwa hai yani allah ki azmat ka itna shadeed ehsas jo dar ban kar aadmi ke dil mein sama jaye jo log dunya mein allah se darein wohi wo log hain jo akhirat ke</w:t>
      </w:r>
    </w:p>
    <w:p>
      <w:pPr>
        <w:jc w:val="right"/>
      </w:pPr>
      <w:r>
        <w:t>تشریح۔ جنت کی قیمت تقویٰ ہے یعنی اللہ کی عظمت کا اتنا شدید احساس جو ڈر بن کر آدمی کے دل میں سما جائے جو لوگ دنیا میں خدا سے ڈریں وہی وہ لوگ ہیں جو آخرت کے</w:t>
      </w:r>
    </w:p>
    <w:p>
      <w:r>
        <w:rPr>
          <w:b/>
        </w:rPr>
        <w:t xml:space="preserve">[1:18:38] </w:t>
      </w:r>
      <w:r>
        <w:t>in gharon mein basaye jayenge jahan aadmi ke liye kisi qism ka dar na hoga jin ke charon taraf hare bhare baghat un ki azmat o shan ko do chand kar rahe honge is ke bar aks haal un logon ka hai</w:t>
      </w:r>
    </w:p>
    <w:p>
      <w:pPr>
        <w:jc w:val="right"/>
      </w:pPr>
      <w:r>
        <w:t>ان گھروں میں بسائے جائیں گے جہاں آدمی کے لیے کسی قسم کا ڈر نہ ہوگا جن کے چاروں طرف ہرے بھرے باغات ان کی عظمت و شان کو دو چند کر رہے ہوں گے اس کے برعکس حال ان لوگوں کا ہے</w:t>
      </w:r>
    </w:p>
    <w:p>
      <w:r>
        <w:rPr>
          <w:b/>
        </w:rPr>
        <w:t xml:space="preserve">[1:18:56] </w:t>
      </w:r>
      <w:r>
        <w:t>jo dunya mein be-khauf ban kar rahe wo akhirat mein apne aap ko aag ki dunya mein payenge</w:t>
      </w:r>
    </w:p>
    <w:p>
      <w:pPr>
        <w:jc w:val="right"/>
      </w:pPr>
      <w:r>
        <w:t>جو دنیا میں بے خوف بن کر رہے وہ آخرت میں اپنے آپ کو آگ کی دنیا میں پائیں گے</w:t>
      </w:r>
    </w:p>
    <w:p>
      <w:r>
        <w:rPr>
          <w:b/>
        </w:rPr>
        <w:t xml:space="preserve">[1:19:09] </w:t>
      </w:r>
      <w:r>
        <w:t>walladhina ataynähum al-kitaba yafraḥuna bima unzila ilayka wa min al-aḥzabi man yunkiru ba'ḍahu qul innamā</w:t>
      </w:r>
    </w:p>
    <w:p>
      <w:pPr>
        <w:jc w:val="right"/>
      </w:pPr>
      <w:r>
        <w:t>والذين آتيناهم الكتاب يفرحون بما أنزل إليك ومن الأحزاب من ينكر بعضه قل إنما</w:t>
      </w:r>
    </w:p>
    <w:p>
      <w:r>
        <w:rPr>
          <w:b/>
        </w:rPr>
        <w:t xml:space="preserve">[1:19:26] </w:t>
      </w:r>
      <w:r>
        <w:t>umirtu an a'buda allaha wa la usrika bihi ilayhi ad'u wa ilayhi ma'ab wa kadhalika anzalnahu ḥukman 'arabiyyan</w:t>
      </w:r>
    </w:p>
    <w:p>
      <w:pPr>
        <w:jc w:val="right"/>
      </w:pPr>
      <w:r>
        <w:t>أمرت أن أعبد الله ولا أشرك به إليه أدعو وإليه مآب وكذلك أنزلناه حكما عربيا</w:t>
      </w:r>
    </w:p>
    <w:p>
      <w:r>
        <w:rPr>
          <w:b/>
        </w:rPr>
        <w:t xml:space="preserve">[1:19:44] </w:t>
      </w:r>
      <w:r>
        <w:t>wa la'in attaba'ta ahwā'ahum ba'da ma ja'aka min al-'ilmi ma laka min allahi min waliyyin wa la waq</w:t>
      </w:r>
    </w:p>
    <w:p>
      <w:pPr>
        <w:jc w:val="right"/>
      </w:pPr>
      <w:r>
        <w:t>ولئن اتبعت أهواءهم بعدما جاءك من العلم ما لك من الله من ولي ولا واق</w:t>
      </w:r>
    </w:p>
    <w:p>
      <w:r>
        <w:rPr>
          <w:b/>
        </w:rPr>
        <w:t xml:space="preserve">[1:20:04] </w:t>
      </w:r>
      <w:r>
        <w:t>aur jin logon ko hum ne kitab di thi woh is cheez par khush hain jo tum par utari gayi hai aur un grohon mein aisay bhi hain jo is ke baaz hissay ka inkar karte hain. kahho ke mujhe hukum diya gaya hai</w:t>
      </w:r>
    </w:p>
    <w:p>
      <w:pPr>
        <w:jc w:val="right"/>
      </w:pPr>
      <w:r>
        <w:t>اور جن لوگوں کو ہم نے کتاب دی تھی وہ اس چیز پر خوش ہیں جو تم پر اتاری گئی ہے اور ان گروہوں میں ایسے بھی ہیں جو اس کے بعض حصے کا انکار کرتے ہیں کہو کہ مجھے حکم دیا گیا ہے</w:t>
      </w:r>
    </w:p>
    <w:p>
      <w:r>
        <w:rPr>
          <w:b/>
        </w:rPr>
        <w:t xml:space="preserve">[1:20:22] </w:t>
      </w:r>
      <w:r>
        <w:t>ke mein Allah ki ibadat karoon aur kisi ko is ka shareek na thehraoon. mein isi ki taraf bulata hoon aur isi ki taraf mera lautna hai. aur isi tarah hum ne</w:t>
      </w:r>
    </w:p>
    <w:p>
      <w:pPr>
        <w:jc w:val="right"/>
      </w:pPr>
      <w:r>
        <w:t>کہ میں اللہ کی عبادت کروں اور کسی کو اس کا شریک نہ ٹھہراؤں میں اسی کی طرف بلاتا ہوں اور اسی کی طرف میرا لوٹنا ہے اور اسی طرح ہم نے</w:t>
      </w:r>
    </w:p>
    <w:p>
      <w:r>
        <w:rPr>
          <w:b/>
        </w:rPr>
        <w:t xml:space="preserve">[1:20:38] </w:t>
      </w:r>
      <w:r>
        <w:t>is ko aik hukum ki hesiyat se arabi mein utara hai. aur agar tum un ki khwahishon ki pairwi karo baad is ke ke tumhare paas ilm aa chuka hai to Khuda ke muqable mein tumhara na koi madadgar hoga aur na koi bachane wala.</w:t>
      </w:r>
    </w:p>
    <w:p>
      <w:pPr>
        <w:jc w:val="right"/>
      </w:pPr>
      <w:r>
        <w:t>اس کو ایک حکم کی حیثیت سے عربی میں اتارا ہے اور اگر تم ان کی خواہشوں کی پیروی کرو بعد اس کے کہ تمہارے پاس علم آ چکا ہے تو خدا کے مقابلے میں تمہارا نہ کوئی مددگار ہوگا اور نہ کوئی بچانے والا</w:t>
      </w:r>
    </w:p>
    <w:p>
      <w:r>
        <w:rPr>
          <w:b/>
        </w:rPr>
        <w:t xml:space="preserve">[1:21:00] </w:t>
      </w:r>
      <w:r>
        <w:t>Tashreeh. Quran aaya to yahood o nasara mein do giroh ho gaye. un mein jo log Allah se darne walay thay aur Hazrat Musa aur Hazrat Isa ki sachi taleemat par qaim thay</w:t>
      </w:r>
    </w:p>
    <w:p>
      <w:pPr>
        <w:jc w:val="right"/>
      </w:pPr>
      <w:r>
        <w:t>تشریح۔ قرآن آیا تو یہود و نصاری میں دو گروہ ہو گئے ان میں جو لوگ اللہ سے ڈرنے والے تھے اور حضرت موسیٰ اور حضرت مسیح کی سچی تعلیمات پر قائم تھے</w:t>
      </w:r>
    </w:p>
    <w:p>
      <w:r>
        <w:rPr>
          <w:b/>
        </w:rPr>
        <w:t xml:space="preserve">[1:21:18] </w:t>
      </w:r>
      <w:r>
        <w:t>unhon ne Quran ko apne dil ki awaz samjha aur khush ho kar is ko qabool kar liya. magar jo log asbiyat aur giroh bandi ko deen samjhe hue thay woh apne</w:t>
      </w:r>
    </w:p>
    <w:p>
      <w:pPr>
        <w:jc w:val="right"/>
      </w:pPr>
      <w:r>
        <w:t>انہوں نے قرآن کو اپنے دل کی آواز سمجھا اور خوش ہو کر اس کو قبول کر لیا مگر جو لوگ عصبیت اور گروہ بندی کو دین سمجھے ہوئے تھے وہ اپنے</w:t>
      </w:r>
    </w:p>
    <w:p>
      <w:r>
        <w:rPr>
          <w:b/>
        </w:rPr>
        <w:t xml:space="preserve">[1:21:34] </w:t>
      </w:r>
      <w:r>
        <w:t>manoos dayre se bahar anay wali sachai ko pehchan na sakay aur is ke mukhalif ban kar khare ho gaye. Allah se un ki bekhofi ne dawat-e-haq ki mukhalifat mein un ko</w:t>
      </w:r>
    </w:p>
    <w:p>
      <w:pPr>
        <w:jc w:val="right"/>
      </w:pPr>
      <w:r>
        <w:t>مانوس دائرے سے باہر آنے والی سچائی کو پہچان نہ سکے اور اس کے مخالف بن کر کھڑے ہوگئے اللہ سے ان کی بے خوفی نے دعوت حق کی مخالفت میں ان کو</w:t>
      </w:r>
    </w:p>
    <w:p>
      <w:r>
        <w:rPr>
          <w:b/>
        </w:rPr>
        <w:t xml:space="preserve">[1:21:51] </w:t>
      </w:r>
      <w:r>
        <w:t>bekhof bana diya. jo shakhs asbiyat aur giroh bandi ki bina par sachai ka mukhalif banta hai woh darasal Khuda ko chor kar apni khwahishat par chalta hai. aisay logon ki riayat se dawat-e-haq mein koi tabdeeli karna</w:t>
      </w:r>
    </w:p>
    <w:p>
      <w:pPr>
        <w:jc w:val="right"/>
      </w:pPr>
      <w:r>
        <w:t>بے خوف بنا دیا جو شخص عصبیت اور گروہ بندی کی بنا پر سچائی کا مخالف بنتا ہے وہ دراصل خدا کو چھوڑ کر اپنی خواہشات پر چلتا ہے ایسے لوگوں کی رعایت سے دعوت حق میں کوئی تبدیلی کرنا</w:t>
      </w:r>
    </w:p>
    <w:p>
      <w:r>
        <w:rPr>
          <w:b/>
        </w:rPr>
        <w:t xml:space="preserve">[1:22:12] </w:t>
      </w:r>
      <w:r>
        <w:t>daai ke liye jaiz nahi. daai ke liye lazim hai ke woh apne qaul o fe'l se be-laag haq par poori tarah jam'a rahe. aisay logon ke muqable mein is ko istiqamat ka saboot dena hai</w:t>
      </w:r>
    </w:p>
    <w:p>
      <w:pPr>
        <w:jc w:val="right"/>
      </w:pPr>
      <w:r>
        <w:t>داعی کے لیے جائز نہیں داعی کے لیے لازم ہے کہ وہ اپنے قول و فعل سے بے لاگ حق پر پوری طرح جمع رہے ایسے لوگوں کے مقابلے میں اس کو استقامت کا ثبوت دینا ہے</w:t>
      </w:r>
    </w:p>
    <w:p>
      <w:r>
        <w:rPr>
          <w:b/>
        </w:rPr>
        <w:t xml:space="preserve">[1:22:29] </w:t>
      </w:r>
      <w:r>
        <w:t>na ke musalehat ka. aadmi ke samne is ki qabil-e-fehm zaban mein haq ka ilm aa jaye is ke bawajood woh khwahishat ka pehru bana rahe to yeh</w:t>
      </w:r>
    </w:p>
    <w:p>
      <w:pPr>
        <w:jc w:val="right"/>
      </w:pPr>
      <w:r>
        <w:t>نہ کہ مصالحت کا آدمی کے سامنے اس کی قابل فہم زبان میں حق کا علم آ جائے اس کے باوجود وہ خواہشات کا پیرو بنا رہے تو یہ</w:t>
      </w:r>
    </w:p>
    <w:p>
      <w:r>
        <w:rPr>
          <w:b/>
        </w:rPr>
        <w:t xml:space="preserve">[1:22:45] </w:t>
      </w:r>
      <w:r>
        <w:t>be had sangin baat hai kyun ke yeh aisa fe'l hai jo aadmi ko Khuda ki madad se aksar mehroom kar deta hai. Wa laqad arsalna rusulan min</w:t>
      </w:r>
    </w:p>
    <w:p>
      <w:pPr>
        <w:jc w:val="right"/>
      </w:pPr>
      <w:r>
        <w:t>بے حد سنگین بات ہے کیونکہ یہ ایسا فعل ہے جو آدمی کو خدا کی مدد سے اکثر محروم کر دیتا ہے ولقد أرسلنا رسلا من</w:t>
      </w:r>
    </w:p>
    <w:p>
      <w:r>
        <w:rPr>
          <w:b/>
        </w:rPr>
        <w:t xml:space="preserve">[1:23:02] </w:t>
      </w:r>
      <w:r>
        <w:t>qablika wa ja'alna lahum azwajan wa zurriyyatan wa ma kana li rasool an ya'ti bi ayatin illa bi idhnillah. Likulli ajalin</w:t>
      </w:r>
    </w:p>
    <w:p>
      <w:pPr>
        <w:jc w:val="right"/>
      </w:pPr>
      <w:r>
        <w:t>قبلك وجعلنا لهم أزواجا وذرية وما كان لرسول أن يأتي بآية إلا بإذن الله لكل أجل</w:t>
      </w:r>
    </w:p>
    <w:p>
      <w:r>
        <w:rPr>
          <w:b/>
        </w:rPr>
        <w:t xml:space="preserve">[1:23:20] </w:t>
      </w:r>
      <w:r>
        <w:t>kitab. Yamhu Allahu ma yashao wa yuthbitu wa 'indahu ummu al-kitab.</w:t>
      </w:r>
    </w:p>
    <w:p>
      <w:pPr>
        <w:jc w:val="right"/>
      </w:pPr>
      <w:r>
        <w:t>كتاب يمحو الله ما يشاء ويثبت وعنده أم الكتاب</w:t>
      </w:r>
    </w:p>
    <w:p>
      <w:r>
        <w:rPr>
          <w:b/>
        </w:rPr>
        <w:t xml:space="preserve">[1:23:36] </w:t>
      </w:r>
      <w:r>
        <w:t>Aur hum ne tum se pehle kitne rasool bheje aur hum ne un ko biwiyan aur aulad ata kiya. Aur kisi rasool ke liye yeh mumkin nahi ke woh Allah ki izn ke baghair koi nishani le aaye.</w:t>
      </w:r>
    </w:p>
    <w:p>
      <w:pPr>
        <w:jc w:val="right"/>
      </w:pPr>
      <w:r>
        <w:t>اور ہم نے تم سے پہلے کتنے رسول بھیجے اور ہم نے ان کو بیویاں اور اولاد عطا کیا اور کسی رسول کے لیے یہ ممکن نہیں کہ وہ اللہ کی اذن کے بغیر کوئی نشانی لے آئے</w:t>
      </w:r>
    </w:p>
    <w:p>
      <w:r>
        <w:rPr>
          <w:b/>
        </w:rPr>
        <w:t xml:space="preserve">[1:23:55] </w:t>
      </w:r>
      <w:r>
        <w:t>Har ek wa'da likha hua hai. Allah jis ko chahe mita deta hai aur jis ko chahe baqi rakhta hai aur usi ke paas hai asli kitab.</w:t>
      </w:r>
    </w:p>
    <w:p>
      <w:pPr>
        <w:jc w:val="right"/>
      </w:pPr>
      <w:r>
        <w:t>ہر ایک وعدہ لکھا ہوا ہے اللہ جس کو چاہے مٹاتا ہے اور جس کو چاہے باقی رکھتا ہے اور اسی کے پاس ہے اصل کتاب</w:t>
      </w:r>
    </w:p>
    <w:p>
      <w:r>
        <w:rPr>
          <w:b/>
        </w:rPr>
        <w:t xml:space="preserve">[1:24:10] </w:t>
      </w:r>
      <w:r>
        <w:t>Tashreeh.</w:t>
      </w:r>
    </w:p>
    <w:p>
      <w:pPr>
        <w:jc w:val="right"/>
      </w:pPr>
      <w:r>
        <w:t>تشریح۔</w:t>
      </w:r>
    </w:p>
    <w:p>
      <w:r>
        <w:rPr>
          <w:b/>
        </w:rPr>
        <w:t xml:space="preserve">[1:24:12] </w:t>
      </w:r>
      <w:r>
        <w:t>Khuda ki taraf se jitne paygambar aaye woh sab aam insano ki tarah aik insan thay aur dunyawi ta'alluqat rakhte thay. Phir kya wajah hai ke qomon ne is ke bawajood</w:t>
      </w:r>
    </w:p>
    <w:p>
      <w:pPr>
        <w:jc w:val="right"/>
      </w:pPr>
      <w:r>
        <w:t>خدا کی طرف سے جتنے پیغمبر آئے وہ سب عام انسانوں کی طرح ایک انسان تھے اور دنیاوی تعلقات رکھتے تھے پھر کیا وجہ ہے کہ قوموں نے اس کے باوجود</w:t>
      </w:r>
    </w:p>
    <w:p>
      <w:r>
        <w:rPr>
          <w:b/>
        </w:rPr>
        <w:t xml:space="preserve">[1:24:29] </w:t>
      </w:r>
      <w:r>
        <w:t>pichlay paygambaron ko mana aur apne mo'asir paygambar ka isi sabab se inkar kar diya. Is ki wajah yeh hai ke pichlay paygambaron ke sath mazeed aik cheez shamil thi</w:t>
      </w:r>
    </w:p>
    <w:p>
      <w:pPr>
        <w:jc w:val="right"/>
      </w:pPr>
      <w:r>
        <w:t>پچھلے پیغمبروں کو مانا اور اپنے معاصر پیغمبر کا اسی سبب سے انکار کر دیا اس کی وجہ یہ ہے کہ پچھلے پیغمبروں کے ساتھ مزید ایک چیز شامل تھی</w:t>
      </w:r>
    </w:p>
    <w:p>
      <w:r>
        <w:rPr>
          <w:b/>
        </w:rPr>
        <w:t xml:space="preserve">[1:24:46] </w:t>
      </w:r>
      <w:r>
        <w:t>jo mo'asir paygambar ko hasil na thi. Yeh mazeed cheez tareekh ki azmat hai. Qomon ne tareekhi azmat ki bina par pichlay paygambaron ko mana aur tareekhi azmat se khali hone ki bina par</w:t>
      </w:r>
    </w:p>
    <w:p>
      <w:pPr>
        <w:jc w:val="right"/>
      </w:pPr>
      <w:r>
        <w:t>جو معاصر پیغمبر کو حاصل نہ تھی یہ مزید چیز تاریخ کی عظمت ہے قوموں نے تاریخی عظمت کی بنا پر پچھلے پیغمبروں کو مانا اور تاریخی عظمت سے خالی ہونے کی بنا پر</w:t>
      </w:r>
    </w:p>
    <w:p>
      <w:r>
        <w:rPr>
          <w:b/>
        </w:rPr>
        <w:t xml:space="preserve">[1:25:04] </w:t>
      </w:r>
      <w:r>
        <w:t>mo'asir paygambar ka inkar kar diya.</w:t>
      </w:r>
    </w:p>
    <w:p>
      <w:pPr>
        <w:jc w:val="right"/>
      </w:pPr>
      <w:r>
        <w:t>معاصر پیغمبر کا انکار کر دیا</w:t>
      </w:r>
    </w:p>
    <w:p>
      <w:r>
        <w:rPr>
          <w:b/>
        </w:rPr>
        <w:t xml:space="preserve">[1:25:09] </w:t>
      </w:r>
      <w:r>
        <w:t>Insan ki yeh kamzori hai ke woh haqeeqat ko is ke mujarrad roop mein dekh nahi pata. Zinda paygambar ke sath haqeeqat mujarrad roop mein thi is liye insan un ko pehchan na saka.</w:t>
      </w:r>
    </w:p>
    <w:p>
      <w:pPr>
        <w:jc w:val="right"/>
      </w:pPr>
      <w:r>
        <w:t>انسان کی یہ کمزوری ہے کہ وہ حقیقت کو اس کے مجرد روپ میں دیکھ نہیں پاتا زندہ پیغمبر کے ساتھ حقیقت مجرد روپ میں تھی اس لیے انسان ان کو پہچان نہ سکا</w:t>
      </w:r>
    </w:p>
    <w:p>
      <w:r>
        <w:rPr>
          <w:b/>
        </w:rPr>
        <w:t xml:space="preserve">[1:25:27] </w:t>
      </w:r>
      <w:r>
        <w:t>Tareekh ke paygambar ke sath azafi ahmiyatain bhi shamil ho chuki theen is liye us ne un ko pehchan liya aur un ka mo'taqad ban gaya.</w:t>
      </w:r>
    </w:p>
    <w:p>
      <w:pPr>
        <w:jc w:val="right"/>
      </w:pPr>
      <w:r>
        <w:t>تاریخ کے پیغمبر کے ساتھ اضافی اہمیتیں بھی شامل ہو چکی تھیں اس لیے اس نے ان کو پہچان لیا اور ان کا معتقد بن گیا</w:t>
      </w:r>
    </w:p>
    <w:p>
      <w:r>
        <w:rPr>
          <w:b/>
        </w:rPr>
        <w:t xml:space="preserve">[1:25:44] </w:t>
      </w:r>
      <w:r>
        <w:t>Ummu al-kitab se murad Khuda ka woh asli namoshta hai jo Khuda ke paas hai aur jis mein hidayat ki woh tamam usooli baatein likhi hui hain jo Khuda ko insan se matloob hain. Mukhtalif paygambaron par jo kitaben utrin woh sab</w:t>
      </w:r>
    </w:p>
    <w:p>
      <w:pPr>
        <w:jc w:val="right"/>
      </w:pPr>
      <w:r>
        <w:t>ام الکتاب سے مراد خدا کا وہ اصل نوشتہ ہے جو خدا کے پاس ہے اور جس میں ہدایت کی وہ تمام اصولی باتیں لکھی ہوئی ہیں جو خدا کو انسان سے مطلوب ہیں مختلف پیغمبروں پر جو کتابیں اتریں وہ سب</w:t>
      </w:r>
    </w:p>
    <w:p>
      <w:r>
        <w:rPr>
          <w:b/>
        </w:rPr>
        <w:t xml:space="preserve">[1:26:04] </w:t>
      </w:r>
      <w:r>
        <w:t>isi Ummu al-kitab se makhuz theen. Khuda ne apni yeh kitab kabhi aik zaban mein utari aur kabhi doosri zaban mein. Kabhi is ke liye tamseel ka pehra ikhtiyar kiya gaya aur kabhi is ko</w:t>
      </w:r>
    </w:p>
    <w:p>
      <w:pPr>
        <w:jc w:val="right"/>
      </w:pPr>
      <w:r>
        <w:t>اسی ام الکتاب سے ماخوذ تھیں خدا نے اپنی یہ کتاب کبھی ایک زبان میں اتاری اور کبھی دوسری زبان میں کبھی اس کے لیے تمثیل کا پیرہ اختیار کیا گیا اور کبھی اس کو</w:t>
      </w:r>
    </w:p>
    <w:p>
      <w:r>
        <w:rPr>
          <w:b/>
        </w:rPr>
        <w:t xml:space="preserve">[1:26:21] </w:t>
      </w:r>
      <w:r>
        <w:t>barah-e-rast pehray mein bayan kiya gaya. Kabhi nazil hone ke baad is ki hifazat ki zimmedari insano par dali gayi aur kabhi is ki hifazat ki zimmedari khud Khuda ne le li.</w:t>
      </w:r>
    </w:p>
    <w:p>
      <w:pPr>
        <w:jc w:val="right"/>
      </w:pPr>
      <w:r>
        <w:t>براہ راست پیرائے میں بیان کیا گیا کبھی نازل ہونے کے بعد اس کی حفاظت کی ذمہ داری انسانوں پر ڈالی گئی اور کبھی اس کی حفاظت کی ذمہ داری خود خدا نے لے لی</w:t>
      </w:r>
    </w:p>
    <w:p>
      <w:r>
        <w:rPr>
          <w:b/>
        </w:rPr>
        <w:t xml:space="preserve">[1:26:41] </w:t>
      </w:r>
      <w:r>
        <w:t>Wa amma nurika ba'dalladheena 'adnahu aw natawaffanaka fa innama 'alaikal balaghu wa 'alaynal hisab. Awalam yaraw anna nati al-arda nankusuha min atrafiha.</w:t>
      </w:r>
    </w:p>
    <w:p>
      <w:pPr>
        <w:jc w:val="right"/>
      </w:pPr>
      <w:r>
        <w:t>واما نرینک بعض الذین عدهم او نتوفینک فانما علیک البلاغ وعلینا الحساب اولم یروا انا ناتی الارض ننقصها من اطرافها</w:t>
      </w:r>
    </w:p>
    <w:p>
      <w:r>
        <w:rPr>
          <w:b/>
        </w:rPr>
        <w:t xml:space="preserve">[1:27:05] </w:t>
      </w:r>
      <w:r>
        <w:t>wallah yhkm la muqb lhkmh w hwa sree' alhsab wqd mkr alththn mn qblhm flilah almkhr jmeca</w:t>
      </w:r>
    </w:p>
    <w:p>
      <w:pPr>
        <w:jc w:val="right"/>
      </w:pPr>
      <w:r>
        <w:t>واللہ یحکم لا معقب لحکمہ وهو سریع الحساب وقد مکر الذین من قبلهم فلله المکر جميعا</w:t>
      </w:r>
    </w:p>
    <w:p>
      <w:r>
        <w:rPr>
          <w:b/>
        </w:rPr>
        <w:t xml:space="preserve">[1:27:22] </w:t>
      </w:r>
      <w:r>
        <w:t>ya'lm ma tksb kl nfs wsya'lm alkafarn lmn 'qbh aldar</w:t>
      </w:r>
    </w:p>
    <w:p>
      <w:pPr>
        <w:jc w:val="right"/>
      </w:pPr>
      <w:r>
        <w:t>يعلم ما تكسب كل نفس وسيعلم الكفار لمن عقب الدار</w:t>
      </w:r>
    </w:p>
    <w:p>
      <w:r>
        <w:rPr>
          <w:b/>
        </w:rPr>
        <w:t xml:space="preserve">[1:27:35] </w:t>
      </w:r>
      <w:r>
        <w:t>aur jis ka hum un se wada kar rahay hain us ka kuch hissa hum tum ko dikha dain ya hum tum ko fatah dain pas tumharay oopar sirf pohancha dena hai aur hamaray oopar hai hisab lena</w:t>
      </w:r>
    </w:p>
    <w:p>
      <w:pPr>
        <w:jc w:val="right"/>
      </w:pPr>
      <w:r>
        <w:t>اور جس کا ہم ان سے وعدہ کر رہے ہیں اس کا کچھ حصہ ہم تم کو دکھا دیں یا ہم تم کو وفات دے دیں پس تمہارے اوپر صرف پہنچا دینا ہے اور ہمارے اوپر ہے حساب لینا</w:t>
      </w:r>
    </w:p>
    <w:p>
      <w:r>
        <w:rPr>
          <w:b/>
        </w:rPr>
        <w:t xml:space="preserve">[1:27:52] </w:t>
      </w:r>
      <w:r>
        <w:t>kya woh dekhtay nahin keh hum zameen ki taraf us ko us kay atraf say kam kartay chalay aa rahay hain aur Allah faisla karta hai koi us kay faislay ko hatanay wala nahin aur woh</w:t>
      </w:r>
    </w:p>
    <w:p>
      <w:pPr>
        <w:jc w:val="right"/>
      </w:pPr>
      <w:r>
        <w:t>کیا وہ دیکھتے نہیں کہ ہم زمین کی طرف اس کو اس کے اطراف سے کم کرتے چلے آ رہے ہیں اور اللہ فیصلہ کرتا ہے کوئی اس کے فیصلے کو ہٹانے والا نہیں اور وہ</w:t>
      </w:r>
    </w:p>
    <w:p>
      <w:r>
        <w:rPr>
          <w:b/>
        </w:rPr>
        <w:t xml:space="preserve">[1:28:09] </w:t>
      </w:r>
      <w:r>
        <w:t>jald hisab lainay wala hai jo un say pehlay thay unhon nay bhi tadabeerain kayn magar tamam tadabeerain Allah kay ikhtiyar mein hain woh janta hai keh har aik kya kar raha hai</w:t>
      </w:r>
    </w:p>
    <w:p>
      <w:pPr>
        <w:jc w:val="right"/>
      </w:pPr>
      <w:r>
        <w:t>جلد حساب لینے والا ہے جو ان سے پہلے تھے انہوں نے بھی تدبیریں کیں مگر تمام تدبیریں اللہ کے اختیار میں ہیں وہ جانتا ہے کہ ہر ایک کیا کر رہا ہے</w:t>
      </w:r>
    </w:p>
    <w:p>
      <w:r>
        <w:rPr>
          <w:b/>
        </w:rPr>
        <w:t xml:space="preserve">[1:28:25] </w:t>
      </w:r>
      <w:r>
        <w:t>aur munkireen jald jaan lain gay keh akhirat ka ghar kis kay liye hai</w:t>
      </w:r>
    </w:p>
    <w:p>
      <w:pPr>
        <w:jc w:val="right"/>
      </w:pPr>
      <w:r>
        <w:t>اور منکرین جلد جان لیں گے کہ آخرت کا گھر کس کے لیے ہے</w:t>
      </w:r>
    </w:p>
    <w:p>
      <w:r>
        <w:rPr>
          <w:b/>
        </w:rPr>
        <w:t xml:space="preserve">[1:28:34] </w:t>
      </w:r>
      <w:r>
        <w:t>tashreeh. khuda kay deen ko ikhtiyar na karnay ka anjam aam tor par akhirat mein samnay aata hai magar peghambar kay mukhatebeen agar peghambar ki dawat ka inkar kar dain to us ka bura anjam</w:t>
      </w:r>
    </w:p>
    <w:p>
      <w:pPr>
        <w:jc w:val="right"/>
      </w:pPr>
      <w:r>
        <w:t>تشریح۔ خدا کے دین کو اختیار نہ کرنے کا انجام عام طور پر آخرت میں سامنے آتا ہے مگر پیغمبر کے مخاطبین اگر پیغمبر کی دعوت کا انکار کر دیں تو اس کا برا انجام</w:t>
      </w:r>
    </w:p>
    <w:p>
      <w:r>
        <w:rPr>
          <w:b/>
        </w:rPr>
        <w:t xml:space="preserve">[1:28:50] </w:t>
      </w:r>
      <w:r>
        <w:t>un kay liye isi dunya mein shuru ho jata hai taham is dunyavi anjam ka koi aik usool nahin yeh mukhtalif peghambaron kay zamanay mein mukhtalif sooraton mein zahir hota raha hai</w:t>
      </w:r>
    </w:p>
    <w:p>
      <w:pPr>
        <w:jc w:val="right"/>
      </w:pPr>
      <w:r>
        <w:t>ان کے لیے اسی دنیا میں شروع ہو جاتا ہے تاہم اس دنیاوی انجام کا کوئی ایک اصول نہیں یہ مختلف پیغمبروں کے زمانے میں مختلف صورتوں میں ظاہر ہوتا رہا ہے</w:t>
      </w:r>
    </w:p>
    <w:p>
      <w:r>
        <w:rPr>
          <w:b/>
        </w:rPr>
        <w:t xml:space="preserve">[1:29:08] </w:t>
      </w:r>
      <w:r>
        <w:t>peghambar akhir al zaman kay liye makhsoos masalay ki bina par khuda ka yeh faisla is shakal mein zahir hua keh peghambar kay muttabayeen ko peghambar kay munkireen par ghaleb kar diya gaya</w:t>
      </w:r>
    </w:p>
    <w:p>
      <w:pPr>
        <w:jc w:val="right"/>
      </w:pPr>
      <w:r>
        <w:t>پیغمبر آخر الزماں کے لیے مخصوص مصالحے کی بنا پر خدا کا یہ فیصلہ اس شکل میں ظاہر ہوا کہ پیغمبر کے متبعین کو پیغمبر کے منکرین پر غالب کر دیا گیا</w:t>
      </w:r>
    </w:p>
    <w:p>
      <w:r>
        <w:rPr>
          <w:b/>
        </w:rPr>
        <w:t xml:space="preserve">[1:29:24] </w:t>
      </w:r>
      <w:r>
        <w:t>makki dor kay aakhri zamanay mein jab keh makka kay sardaron nay aap ka inkar kar diya tha aeen usi waqt yeh ho raha tha keh islam ki dawat dheeray dheeray madina mein aur makka kay baharoon qabail mein phail rahi thi</w:t>
      </w:r>
    </w:p>
    <w:p>
      <w:pPr>
        <w:jc w:val="right"/>
      </w:pPr>
      <w:r>
        <w:t>مکی دور کے آخری زمانے میں جب کہ مکہ کے سرداروں نے آپ کا انکار کر دیا تھا عین اسی وقت یہ ہو رہا تھا کہ اسلام کی دعوت دھیرے دھیرے مدینہ میں اور مکہ کے بیرونی قبائل میں پھیل رہی تھی</w:t>
      </w:r>
    </w:p>
    <w:p>
      <w:r>
        <w:rPr>
          <w:b/>
        </w:rPr>
        <w:t xml:space="preserve">[1:29:42] </w:t>
      </w:r>
      <w:r>
        <w:t>goya islam ki dawti qowat makka kay atraf ko fatah karti hui makka ki taraf barh rahi thi peghambar akhir al zaman kay liye khuda ki sunnat dawti fotehat ki soorat mein zahir hui</w:t>
      </w:r>
    </w:p>
    <w:p>
      <w:pPr>
        <w:jc w:val="right"/>
      </w:pPr>
      <w:r>
        <w:t>گویا اسلام کی دعوتی قوت مکہ کے اطراف کو فتح کرتی ہوئی مکہ کی طرف بڑھ رہی تھی پیغمبر آخر الزماں کے لیے خدا کی سنت دعوتی فتوحات کی صورت میں ظاہر ہوئی</w:t>
      </w:r>
    </w:p>
    <w:p>
      <w:r>
        <w:rPr>
          <w:b/>
        </w:rPr>
        <w:t xml:space="preserve">[1:29:59] </w:t>
      </w:r>
      <w:r>
        <w:t>yahan dawti tadbeer ko khudai tadbeer kaha gaya hai is say is ki ahmiyat ka andaza hota hai quraish nay jab makka say aap ko nikala unhon nay yeh samjha keh unhon nay aap ka khatma kar diya hai</w:t>
      </w:r>
    </w:p>
    <w:p>
      <w:pPr>
        <w:jc w:val="right"/>
      </w:pPr>
      <w:r>
        <w:t>یہاں دعوتی تدبیر کو خدائی تدبیر کہا گیا ہے اس سے اس کی اہمیت کا اندازہ ہوتا ہے قریش نے جب مکہ سے آپ کو نکالا انہوں نے یہ سمجھا کہ انہوں نے آپ کا خاتمہ کر دیا ہے</w:t>
      </w:r>
    </w:p>
    <w:p>
      <w:r>
        <w:rPr>
          <w:b/>
        </w:rPr>
        <w:t xml:space="preserve">[1:30:17] </w:t>
      </w:r>
      <w:r>
        <w:t>us waqt aap aik aisay shakhs thay jis ki maashiyat barbad ho chuki thi jis ko khud apnay qabail ki himayat say mahroom kar diya gaya tha quraish yeh sab kar kay apnay tor par khush thay woh samajhtay thay keh unhon nay</w:t>
      </w:r>
    </w:p>
    <w:p>
      <w:pPr>
        <w:jc w:val="right"/>
      </w:pPr>
      <w:r>
        <w:t>اس وقت آپ ایک ایسے شخص تھے جس کی معاشیات برباد ہو چکی تھی جس کو خود اپنے قبیلے کی حمایت سے محروم کر دیا گیا تھا قریش یہ سب کر کے اپنے طور پر خوش تھے وہ سمجھتے تھے کہ انہوں نے</w:t>
      </w:r>
    </w:p>
    <w:p>
      <w:r>
        <w:rPr>
          <w:b/>
        </w:rPr>
        <w:t xml:space="preserve">[1:30:39] </w:t>
      </w:r>
      <w:r>
        <w:t>peghambar kay maslay ko hamesha kay liye dafan kar diya hai magar woh is raaz ko samajh na sakay keh daee ka sab say bara hathyar dawat hai aur yeh woh cheez hai jis ko koi shakhs kabhi</w:t>
      </w:r>
    </w:p>
    <w:p>
      <w:pPr>
        <w:jc w:val="right"/>
      </w:pPr>
      <w:r>
        <w:t>پیغمبر کے مسئلے کو ہمیشہ کے لیے دفن کر دیا ہے مگر وہ اس راز کو سمجھ نہ سکے کہ داعی کا سب سے بڑا ہتھیار دعوت ہے اور یہ وہ چیز ہے جس کو کوئی شخص کبھی</w:t>
      </w:r>
    </w:p>
    <w:p>
      <w:r>
        <w:rPr>
          <w:b/>
        </w:rPr>
        <w:t xml:space="preserve">[1:30:55] </w:t>
      </w:r>
      <w:r>
        <w:t>daee say cheen nahin sakta daee ki doosri mahroomiyan us kay daayana zor ko aur barha daiti hain woh kisi tarah is ko kam nahin kartin chunachay aeen us waqt</w:t>
      </w:r>
    </w:p>
    <w:p>
      <w:pPr>
        <w:jc w:val="right"/>
      </w:pPr>
      <w:r>
        <w:t>داعی سے چھین نہیں سکتا داعی کی دوسری محرومیاں اس کے داعیانہ زور کو اور بڑھا دیتی ہیں وہ کسی طرح اس کو کم نہیں کرتیں چنانچہ عین اس وقت</w:t>
      </w:r>
    </w:p>
    <w:p>
      <w:r>
        <w:rPr>
          <w:b/>
        </w:rPr>
        <w:t xml:space="preserve">[1:31:11] </w:t>
      </w:r>
      <w:r>
        <w:t>jab keh quraish apnay khayal kay mutabiq peghambar say us ka sab kuch cheen chukay thay us ki dawat charon taraf arab kay qabail mein phail rahi thi logon kay dil is say masakhar hotay ja rahay thay yeh amal musalsal kay sath</w:t>
      </w:r>
    </w:p>
    <w:p>
      <w:pPr>
        <w:jc w:val="right"/>
      </w:pPr>
      <w:r>
        <w:t>جب کہ قریش اپنے خیال کے مطابق پیغمبر سے اس کا سب کچھ چھین چکے تھے اس کی دعوت چاروں طرف عرب کے قبائل میں پھیل رہی تھی لوگوں کے دل اس سے مسخر ہوتے جا رہے تھے یہ عمل مسلسل کے ساتھ</w:t>
      </w:r>
    </w:p>
    <w:p>
      <w:r>
        <w:rPr>
          <w:b/>
        </w:rPr>
        <w:t xml:space="preserve">[1:31:29] </w:t>
      </w:r>
      <w:r>
        <w:t>musalsal jari tha aur fatah makka goya isi ka intihaai nuqta tha makka walon nay jin logon ko das so samajh kar ghar say be ghar kiya tha woh sirf chand saal mein das hazar ban kar</w:t>
      </w:r>
    </w:p>
    <w:p>
      <w:pPr>
        <w:jc w:val="right"/>
      </w:pPr>
      <w:r>
        <w:t>مسلسل جاری تھا اور فتح مکہ گویا اسی کا انتہائی نقطہ تھا مکہ والوں نے جن لوگوں کو دس سو سمجھ کر گھر سے بے گھر کیا تھا وہ صرف چند سال میں دس ہزار بن کر</w:t>
      </w:r>
    </w:p>
    <w:p>
      <w:r>
        <w:rPr>
          <w:b/>
        </w:rPr>
        <w:t xml:space="preserve">[1:31:47] </w:t>
      </w:r>
      <w:r>
        <w:t>dobara makka mein is tarah wapas aaye keh makka walon ko yeh himmat bhi na thi keh un ko makka mein dakhil honay say rokainay ki koshish karain haq ki dawat say jin logon kay mafadat par zidd parti hai</w:t>
      </w:r>
    </w:p>
    <w:p>
      <w:pPr>
        <w:jc w:val="right"/>
      </w:pPr>
      <w:r>
        <w:t>دوبارہ مکہ میں اس طرح واپس آئے کہ مکہ والوں کو یہ ہمت بھی نہ تھی کہ ان کو مکہ میں داخل ہونے سے روکنے کی کوشش کریں حق کی دعوت سے جن لوگوں کے مفادات پر زد پڑتی ہے</w:t>
      </w:r>
    </w:p>
    <w:p>
      <w:r>
        <w:rPr>
          <w:b/>
        </w:rPr>
        <w:t xml:space="preserve">[1:32:05] </w:t>
      </w:r>
      <w:r>
        <w:t>woh is ko zair karnay kay liye us kay khilaf tadabeerain kartay hain magar tamam tadabeeron ka sira khuda kay hath mein hai woh har aik kay oopar poora ikhtiyar rakhta hai khuda ki is bartar hasiyat ka</w:t>
      </w:r>
    </w:p>
    <w:p>
      <w:pPr>
        <w:jc w:val="right"/>
      </w:pPr>
      <w:r>
        <w:t>وہ اس کو زیر کرنے کے لیے اس کے خلاف تدبیریں کرتے ہیں مگر تمام تدبیروں کا سرا خدا کے ہاتھ میں ہے وہ ہر ایک کے اوپر پورا اختیار رکھتا ہے خدا کی اس برتر حیثیت کا</w:t>
      </w:r>
    </w:p>
    <w:p>
      <w:r>
        <w:rPr>
          <w:b/>
        </w:rPr>
        <w:t xml:space="preserve">[1:32:24] </w:t>
      </w:r>
      <w:r>
        <w:t>ibtedai zahoor isi dunya mein ho raha hai is ka kamil aur intihaai zahoor akhirat mein hoga jab keh andhay bhi is ko dekh lain aur bahray bhi is ko sunnay lagain</w:t>
      </w:r>
    </w:p>
    <w:p>
      <w:pPr>
        <w:jc w:val="right"/>
      </w:pPr>
      <w:r>
        <w:t>ابتدائی ظہور اسی دنیا میں ہو رہا ہے اس کا کامل اور انتہائی ظہور آخرت میں ہوگا جب کہ اندھے بھی اس کو دیکھ لیں اور بہرے بھی اس کو سننے لگیں</w:t>
      </w:r>
    </w:p>
    <w:p>
      <w:r>
        <w:rPr>
          <w:b/>
        </w:rPr>
        <w:t xml:space="preserve">[1:32:45] </w:t>
      </w:r>
      <w:r>
        <w:t>wyaqool alththn kfrwa lst mwrsl ql kfy bllh shhda</w:t>
      </w:r>
    </w:p>
    <w:p>
      <w:pPr>
        <w:jc w:val="right"/>
      </w:pPr>
      <w:r>
        <w:t>ويقول الذین کفروا لست مرسلا قل کفى باللہ شہیدا</w:t>
      </w:r>
    </w:p>
    <w:p>
      <w:r>
        <w:rPr>
          <w:b/>
        </w:rPr>
        <w:t xml:space="preserve">[1:32:53] </w:t>
      </w:r>
      <w:r>
        <w:t>byny wbynkm wmn 'ndh 'ilm alktab</w:t>
      </w:r>
    </w:p>
    <w:p>
      <w:pPr>
        <w:jc w:val="right"/>
      </w:pPr>
      <w:r>
        <w:t>بینی وبینکم ومن عنده علم الکتاب</w:t>
      </w:r>
    </w:p>
    <w:p>
      <w:r>
        <w:rPr>
          <w:b/>
        </w:rPr>
        <w:t xml:space="preserve">[1:33:03] </w:t>
      </w:r>
      <w:r>
        <w:t>aur inkar karnay walay kehtay hain keh tum khuda kay bhijwaye huway nahin ho kaho keh meray aur tumharay darmiyan Allah ki gawahi kafi hai aur us ki gawahi</w:t>
      </w:r>
    </w:p>
    <w:p>
      <w:pPr>
        <w:jc w:val="right"/>
      </w:pPr>
      <w:r>
        <w:t>اور انکار کرنے والے کہتے ہیں کہ تم خدا کے بھیجے ہوئے نہیں ہو کہو کہ میرے اور تمہارے درمیان اللہ کی گواہی کافی ہے اور اس کی گواہی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