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Chapter 44 Al-Dukhan (Smoke) - Maulana Wahiduddin Khan</w:t>
      </w:r>
    </w:p>
    <w:p>
      <w:r>
        <w:t>https://www.youtube.com/watch?v=JDyYpi2pfbE</w:t>
      </w:r>
    </w:p>
    <w:p>
      <w:r>
        <w:rPr>
          <w:b/>
        </w:rPr>
        <w:t xml:space="preserve">[00:01] </w:t>
      </w:r>
      <w:r>
        <w:t>bismillahir rahmanir rahim.</w:t>
      </w:r>
    </w:p>
    <w:p>
      <w:pPr>
        <w:jc w:val="right"/>
      </w:pPr>
      <w:r>
        <w:t>بسم الله الرحمن الرحيم.</w:t>
      </w:r>
    </w:p>
    <w:p>
      <w:r>
        <w:rPr>
          <w:b/>
        </w:rPr>
        <w:t xml:space="preserve">[00:07] </w:t>
      </w:r>
      <w:r>
        <w:t>haameem. wal kitaab al mubeen.</w:t>
      </w:r>
    </w:p>
    <w:p>
      <w:pPr>
        <w:jc w:val="right"/>
      </w:pPr>
      <w:r>
        <w:t>حاميم. والكتاب المبين.</w:t>
      </w:r>
    </w:p>
    <w:p>
      <w:r>
        <w:rPr>
          <w:b/>
        </w:rPr>
        <w:t xml:space="preserve">[00:18] </w:t>
      </w:r>
      <w:r>
        <w:t>inna</w:t>
      </w:r>
    </w:p>
    <w:p>
      <w:pPr>
        <w:jc w:val="right"/>
      </w:pPr>
      <w:r>
        <w:t>إنا</w:t>
      </w:r>
    </w:p>
    <w:p>
      <w:r>
        <w:rPr>
          <w:b/>
        </w:rPr>
        <w:t xml:space="preserve">[00:22] </w:t>
      </w:r>
      <w:r>
        <w:t>an zalnaahu fee laylatin mubaarakatin inna kunna munzireen.</w:t>
      </w:r>
    </w:p>
    <w:p>
      <w:pPr>
        <w:jc w:val="right"/>
      </w:pPr>
      <w:r>
        <w:t>أنزلناه في ليلة مباركة إنا كنا منذرين.</w:t>
      </w:r>
    </w:p>
    <w:p>
      <w:r>
        <w:rPr>
          <w:b/>
        </w:rPr>
        <w:t xml:space="preserve">[00:34] </w:t>
      </w:r>
      <w:r>
        <w:t>feeha yufraqu kullu amrin hakeem.</w:t>
      </w:r>
    </w:p>
    <w:p>
      <w:pPr>
        <w:jc w:val="right"/>
      </w:pPr>
      <w:r>
        <w:t>فيها يفرق كل أمر حكيم.</w:t>
      </w:r>
    </w:p>
    <w:p>
      <w:r>
        <w:rPr>
          <w:b/>
        </w:rPr>
        <w:t xml:space="preserve">[00:40] </w:t>
      </w:r>
      <w:r>
        <w:t>amran min 'indina. inna kunna mursileen.</w:t>
      </w:r>
    </w:p>
    <w:p>
      <w:pPr>
        <w:jc w:val="right"/>
      </w:pPr>
      <w:r>
        <w:t>أمراً من عندنا. إنا كنا مرسلين.</w:t>
      </w:r>
    </w:p>
    <w:p>
      <w:r>
        <w:rPr>
          <w:b/>
        </w:rPr>
        <w:t xml:space="preserve">[00:52] </w:t>
      </w:r>
      <w:r>
        <w:t>rahmatan min rabbika. innahu huwas samee'ul aleem.</w:t>
      </w:r>
    </w:p>
    <w:p>
      <w:pPr>
        <w:jc w:val="right"/>
      </w:pPr>
      <w:r>
        <w:t>رحمة من ربك. إنه هو السميع العليم.</w:t>
      </w:r>
    </w:p>
    <w:p>
      <w:r>
        <w:rPr>
          <w:b/>
        </w:rPr>
        <w:t xml:space="preserve">[01:03] </w:t>
      </w:r>
      <w:r>
        <w:t>rabbus samaawaati wal ardi wa maa baina humaa</w:t>
      </w:r>
    </w:p>
    <w:p>
      <w:pPr>
        <w:jc w:val="right"/>
      </w:pPr>
      <w:r>
        <w:t>رب السماوات والأرض وما بينهما</w:t>
      </w:r>
    </w:p>
    <w:p>
      <w:r>
        <w:rPr>
          <w:b/>
        </w:rPr>
        <w:t xml:space="preserve">[01:10] </w:t>
      </w:r>
      <w:r>
        <w:t>in kuntum mooqineen.</w:t>
      </w:r>
    </w:p>
    <w:p>
      <w:pPr>
        <w:jc w:val="right"/>
      </w:pPr>
      <w:r>
        <w:t>إن كنتم موقنين.</w:t>
      </w:r>
    </w:p>
    <w:p>
      <w:r>
        <w:rPr>
          <w:b/>
        </w:rPr>
        <w:t xml:space="preserve">[01:17] </w:t>
      </w:r>
      <w:r>
        <w:t>laa ilaaha illaa huwa yuhyee wa yumeetu. rabbukum wa rabbu aabaa'ikumul awwaleen.</w:t>
      </w:r>
    </w:p>
    <w:p>
      <w:pPr>
        <w:jc w:val="right"/>
      </w:pPr>
      <w:r>
        <w:t>لا إله إلا هو يحيي ويميت ربكم ورب آبائكم الأولين.</w:t>
      </w:r>
    </w:p>
    <w:p>
      <w:r>
        <w:rPr>
          <w:b/>
        </w:rPr>
        <w:t xml:space="preserve">[01:32] </w:t>
      </w:r>
      <w:r>
        <w:t>shuru Allah ke naam se jo bara meherban, nihayat reham wala hai.</w:t>
      </w:r>
    </w:p>
    <w:p>
      <w:pPr>
        <w:jc w:val="right"/>
      </w:pPr>
      <w:r>
        <w:t>شروع اللہ کے نام سے جو بڑا مہربان، نہایت رحم والا ہے۔</w:t>
      </w:r>
    </w:p>
    <w:p>
      <w:r>
        <w:rPr>
          <w:b/>
        </w:rPr>
        <w:t xml:space="preserve">[01:41] </w:t>
      </w:r>
      <w:r>
        <w:t>haameem. qasam hai us wazeh kitaab ki. hum ne is ko ek barkat wali raat mein utara hai.</w:t>
      </w:r>
    </w:p>
    <w:p>
      <w:pPr>
        <w:jc w:val="right"/>
      </w:pPr>
      <w:r>
        <w:t>حامیم۔ قسم ہے اس واضح کتاب کی۔ ہم نے اس کو ایک برکت والی رات میں اتارا ہے۔</w:t>
      </w:r>
    </w:p>
    <w:p>
      <w:r>
        <w:rPr>
          <w:b/>
        </w:rPr>
        <w:t xml:space="preserve">[01:51] </w:t>
      </w:r>
      <w:r>
        <w:t>beshak hum aagah karne wale thay. is raat mein har hikmat wala muamla tay kiya jata hai, hamare hukum se.</w:t>
      </w:r>
    </w:p>
    <w:p>
      <w:pPr>
        <w:jc w:val="right"/>
      </w:pPr>
      <w:r>
        <w:t>بے شک ہم آگاہ کرنے والے تھے۔ اس رات میں ہر حکمت والا معاملہ طے کیا جاتا ہے، ہمارے حکم سے۔</w:t>
      </w:r>
    </w:p>
    <w:p>
      <w:r>
        <w:rPr>
          <w:b/>
        </w:rPr>
        <w:t xml:space="preserve">[02:00] </w:t>
      </w:r>
      <w:r>
        <w:t>beshak hum thay bhejane wale. tere rab ki rehmat se. wohi sunne wala hai, janne wala hai. aasmanon aur zameen ka rab, aur jo kuch un ke darmiyan hai.</w:t>
      </w:r>
    </w:p>
    <w:p>
      <w:pPr>
        <w:jc w:val="right"/>
      </w:pPr>
      <w:r>
        <w:t>بے شک ہم تھے بھیجنے والے۔ تیرے رب کی رحمت سے۔ وہی سننے والا ہے، جاننے والا ہے۔ آسمانوں اور زمین کا رب، اور جو کچھ ان کے درمیان ہے۔</w:t>
      </w:r>
    </w:p>
    <w:p>
      <w:r>
        <w:rPr>
          <w:b/>
        </w:rPr>
        <w:t xml:space="preserve">[02:13] </w:t>
      </w:r>
      <w:r>
        <w:t>agar tum yaqeen karne wale ho. us ke siwa koi mabood nahi.</w:t>
      </w:r>
    </w:p>
    <w:p>
      <w:pPr>
        <w:jc w:val="right"/>
      </w:pPr>
      <w:r>
        <w:t>اگر تم یقین کرنے والے ہو۔ اس کے سوا کوئی معبود نہیں۔</w:t>
      </w:r>
    </w:p>
    <w:p>
      <w:r>
        <w:rPr>
          <w:b/>
        </w:rPr>
        <w:t xml:space="preserve">[02:19] </w:t>
      </w:r>
      <w:r>
        <w:t>wohi zinda karta hai aur marta hai. tumhara bhi rab, aur tumhare agle baap dada ka bhi rab. tashreeh.</w:t>
      </w:r>
    </w:p>
    <w:p>
      <w:pPr>
        <w:jc w:val="right"/>
      </w:pPr>
      <w:r>
        <w:t>وہی زندہ کرتا ہے اور مارتا ہے۔ تمہارا بھی رب، اور تمہارے اگلے باپ دادا کا بھی رب۔ تشریح۔</w:t>
      </w:r>
    </w:p>
    <w:p>
      <w:r>
        <w:rPr>
          <w:b/>
        </w:rPr>
        <w:t xml:space="preserve">[02:30] </w:t>
      </w:r>
      <w:r>
        <w:t>quran ka kitaab mubeen hona khud is baat ki daleel hai ke woh Khuda ki kitaab hai.</w:t>
      </w:r>
    </w:p>
    <w:p>
      <w:pPr>
        <w:jc w:val="right"/>
      </w:pPr>
      <w:r>
        <w:t>قرآن کا کتاب مبین ہونا خود اس بات کی دلیل ہے کہ وہ خدا کی کتاب ہے۔</w:t>
      </w:r>
    </w:p>
    <w:p>
      <w:r>
        <w:rPr>
          <w:b/>
        </w:rPr>
        <w:t xml:space="preserve">[02:38] </w:t>
      </w:r>
      <w:r>
        <w:t>aur jab woh Khuda ki kitaab hai to us ki khabrein aur peshin goi'yan bhi qat'ee hain. un ke bare mein shakk ki koi gunjaish nahi.</w:t>
      </w:r>
    </w:p>
    <w:p>
      <w:pPr>
        <w:jc w:val="right"/>
      </w:pPr>
      <w:r>
        <w:t>اور جب وہ خدا کی کتاب ہے تو اس کی خبریں اور پیشین گوئیاں بھی قطعی ہیں۔ ان کے بارے میں شک کی کوئی گنجائش نہیں۔</w:t>
      </w:r>
    </w:p>
    <w:p>
      <w:r>
        <w:rPr>
          <w:b/>
        </w:rPr>
        <w:t xml:space="preserve">[02:50] </w:t>
      </w:r>
      <w:r>
        <w:t>quran ke nazool ka aaghaz ek khaas raat ko hua. yeh raat</w:t>
      </w:r>
    </w:p>
    <w:p>
      <w:pPr>
        <w:jc w:val="right"/>
      </w:pPr>
      <w:r>
        <w:t>قرآن کے نزول کا آغاز ایک خاص رات کو ہوا۔ یہ رات</w:t>
      </w:r>
    </w:p>
    <w:p>
      <w:r>
        <w:rPr>
          <w:b/>
        </w:rPr>
        <w:t xml:space="preserve">[02:56] </w:t>
      </w:r>
      <w:r>
        <w:t>aham khudai faislon ke liye muqarrar hai. quran ka nazool koi saada waqea na tha. yeh ek nayi tareekh ke zahoor ka faisla tha.</w:t>
      </w:r>
    </w:p>
    <w:p>
      <w:pPr>
        <w:jc w:val="right"/>
      </w:pPr>
      <w:r>
        <w:t>اہم خدائی فیصلوں کے لیے مقرر ہے۔ قرآن کا نزول کوئی سادہ واقعہ نہ تھا۔ یہ ایک نئی تاریخ کے ظہور کا فیصلہ تھا۔</w:t>
      </w:r>
    </w:p>
    <w:p>
      <w:r>
        <w:rPr>
          <w:b/>
        </w:rPr>
        <w:t xml:space="preserve">[03:08] </w:t>
      </w:r>
      <w:r>
        <w:t>yehi wajah hai ke is ko faisle ki raat mein nazil kiya gaya.</w:t>
      </w:r>
    </w:p>
    <w:p>
      <w:pPr>
        <w:jc w:val="right"/>
      </w:pPr>
      <w:r>
        <w:t>یہی وجہ ہے کہ اس کو فیصلے کی رات میں نازل کیا گیا۔</w:t>
      </w:r>
    </w:p>
    <w:p>
      <w:r>
        <w:rPr>
          <w:b/>
        </w:rPr>
        <w:t xml:space="preserve">[03:13] </w:t>
      </w:r>
      <w:r>
        <w:t>quran awalan haq ka ailan tha. woh shirk ko batil aur tauheed ko barhaq batane ke liye aaya. phir woh isi buniyad par qaumon ke darmiyan farq karne wala tha.</w:t>
      </w:r>
    </w:p>
    <w:p>
      <w:pPr>
        <w:jc w:val="right"/>
      </w:pPr>
      <w:r>
        <w:t>قرآن اولا حق کا اعلان تھا۔ وہ شرک کو باطل اور توحید کو برحق بتانے کے لیے آیا۔ پھر وہ اسی بنیاد پر قوموں کے درمیان فرق کرنے والا تھا۔</w:t>
      </w:r>
    </w:p>
    <w:p>
      <w:r>
        <w:rPr>
          <w:b/>
        </w:rPr>
        <w:t xml:space="preserve">[03:26] </w:t>
      </w:r>
      <w:r>
        <w:t>chunancha yeh farq amalan kiya gaya. yahan tak ke tareekh mein pehli baar</w:t>
      </w:r>
    </w:p>
    <w:p>
      <w:pPr>
        <w:jc w:val="right"/>
      </w:pPr>
      <w:r>
        <w:t>چنانچہ یہ فرق عملاً کیا گیا۔ یہاں تک کہ تاریخ میں پہلی بار</w:t>
      </w:r>
    </w:p>
    <w:p>
      <w:r>
        <w:rPr>
          <w:b/>
        </w:rPr>
        <w:t xml:space="preserve">[03:31] </w:t>
      </w:r>
      <w:r>
        <w:t>shirk ka daur khatm ho kar tauheed ka daur shuru ho gaya.</w:t>
      </w:r>
    </w:p>
    <w:p>
      <w:pPr>
        <w:jc w:val="right"/>
      </w:pPr>
      <w:r>
        <w:t>شرک کا دور ختم ہو کر توحید کا دور شروع ہو گیا۔</w:t>
      </w:r>
    </w:p>
    <w:p>
      <w:r>
        <w:rPr>
          <w:b/>
        </w:rPr>
        <w:t xml:space="preserve">[03:37] </w:t>
      </w:r>
      <w:r>
        <w:t>bal hum fee shakin yal'aboon. fartaqib yawma ta'tis samaa'u</w:t>
      </w:r>
    </w:p>
    <w:p>
      <w:pPr>
        <w:jc w:val="right"/>
      </w:pPr>
      <w:r>
        <w:t>بل هم في شك يلعبون. فارتقب يوم تأتي السماء</w:t>
      </w:r>
    </w:p>
    <w:p>
      <w:r>
        <w:rPr>
          <w:b/>
        </w:rPr>
        <w:t xml:space="preserve">[03:48] </w:t>
      </w:r>
      <w:r>
        <w:t>bidukhaanim mubeen. yaghshaa nnaasu haaza 'adhaabun aleem.</w:t>
      </w:r>
    </w:p>
    <w:p>
      <w:pPr>
        <w:jc w:val="right"/>
      </w:pPr>
      <w:r>
        <w:t>بدخان مبين. يغشى الناس هذا عذاب أليم.</w:t>
      </w:r>
    </w:p>
    <w:p>
      <w:r>
        <w:rPr>
          <w:b/>
        </w:rPr>
        <w:t xml:space="preserve">[04:01] </w:t>
      </w:r>
      <w:r>
        <w:t>rab nikshif anaa al-azaab innaa mu'minoon.</w:t>
      </w:r>
    </w:p>
    <w:p>
      <w:pPr>
        <w:jc w:val="right"/>
      </w:pPr>
      <w:r>
        <w:t>رب نكشف عنا العذاب إنا مؤمنون.</w:t>
      </w:r>
    </w:p>
    <w:p>
      <w:r>
        <w:rPr>
          <w:b/>
        </w:rPr>
        <w:t xml:space="preserve">[04:11] </w:t>
      </w:r>
      <w:r>
        <w:t>anaa lahum al-dhikra wa qad jaa'ahum rasool mubeen.</w:t>
      </w:r>
    </w:p>
    <w:p>
      <w:pPr>
        <w:jc w:val="right"/>
      </w:pPr>
      <w:r>
        <w:t>أنا لهم الذكرى وقد جاءهم رسول مبين.</w:t>
      </w:r>
    </w:p>
    <w:p>
      <w:r>
        <w:rPr>
          <w:b/>
        </w:rPr>
        <w:t xml:space="preserve">[04:22] </w:t>
      </w:r>
      <w:r>
        <w:t>thumma tawallaw anhu wa qaaloo mu'allam</w:t>
      </w:r>
    </w:p>
    <w:p>
      <w:pPr>
        <w:jc w:val="right"/>
      </w:pPr>
      <w:r>
        <w:t>ثم تولوا عنه وقالوا معلم</w:t>
      </w:r>
    </w:p>
    <w:p>
      <w:r>
        <w:rPr>
          <w:b/>
        </w:rPr>
        <w:t xml:space="preserve">[04:28] </w:t>
      </w:r>
      <w:r>
        <w:t>majnoon. innaa kaashif al-azaab qaleelan. innakum 'aa'idoon.</w:t>
      </w:r>
    </w:p>
    <w:p>
      <w:pPr>
        <w:jc w:val="right"/>
      </w:pPr>
      <w:r>
        <w:t>مجنون. إنا كاشف العذاب قليلاً. إنكم عائدون.</w:t>
      </w:r>
    </w:p>
    <w:p>
      <w:r>
        <w:rPr>
          <w:b/>
        </w:rPr>
        <w:t xml:space="preserve">[04:44] </w:t>
      </w:r>
      <w:r>
        <w:t>yawm nabtish al-batshata al-kubra.</w:t>
      </w:r>
    </w:p>
    <w:p>
      <w:pPr>
        <w:jc w:val="right"/>
      </w:pPr>
      <w:r>
        <w:t>يوم نبطش البطشة الكبرى.</w:t>
      </w:r>
    </w:p>
    <w:p>
      <w:r>
        <w:rPr>
          <w:b/>
        </w:rPr>
        <w:t xml:space="preserve">[04:50] </w:t>
      </w:r>
      <w:r>
        <w:t>innaa muntaqimoon. balkay woh shakk mein paray huay khel rahay hain.</w:t>
      </w:r>
    </w:p>
    <w:p>
      <w:pPr>
        <w:jc w:val="right"/>
      </w:pPr>
      <w:r>
        <w:t>إنا منتقمون. بلکہ وہ شک میں پڑے ہوئے کھیل رہے ہیں۔</w:t>
      </w:r>
    </w:p>
    <w:p>
      <w:r>
        <w:rPr>
          <w:b/>
        </w:rPr>
        <w:t xml:space="preserve">[04:59] </w:t>
      </w:r>
      <w:r>
        <w:t>pas intizaar karo us din ka jab aasman aik khulay huay dhuein kay saath zahir hoga. woh logon ko gher le ga.</w:t>
      </w:r>
    </w:p>
    <w:p>
      <w:pPr>
        <w:jc w:val="right"/>
      </w:pPr>
      <w:r>
        <w:t>پس انتظار کرو اس دن کا جب آسمان ایک کھلے ہوئے دھوئیں کے ساتھ ظاہر ہوگا۔ وہ لوگوں کو گھیر لے گا۔</w:t>
      </w:r>
    </w:p>
    <w:p>
      <w:r>
        <w:rPr>
          <w:b/>
        </w:rPr>
        <w:t xml:space="preserve">[05:08] </w:t>
      </w:r>
      <w:r>
        <w:t>yeh aik dardnaak azaab hai. aye hamara</w:t>
      </w:r>
    </w:p>
    <w:p>
      <w:pPr>
        <w:jc w:val="right"/>
      </w:pPr>
      <w:r>
        <w:t>یہ ایک دردناک عذاب ہے۔ اے ہمار</w:t>
      </w:r>
    </w:p>
    <w:p>
      <w:r>
        <w:rPr>
          <w:b/>
        </w:rPr>
        <w:t xml:space="preserve">[05:11] </w:t>
      </w:r>
      <w:r>
        <w:t>ay rab! hum par se azaab taal day. hum imaan laatay hain. un kay liye naseehat kahan? aur un kay paas rasool aa chuka tha, khol kar sunanay wala.</w:t>
      </w:r>
    </w:p>
    <w:p>
      <w:pPr>
        <w:jc w:val="right"/>
      </w:pPr>
      <w:r>
        <w:t>ے رب! ہم پر سے عذاب ٹال دے۔ ہم ایمان لاتے ہیں۔ ان کے لیے نصیحت کہاں؟ اور ان کے پاس رسول آ چکا تھا، کھول کر سنانے والا۔</w:t>
      </w:r>
    </w:p>
    <w:p>
      <w:r>
        <w:rPr>
          <w:b/>
        </w:rPr>
        <w:t xml:space="preserve">[05:23] </w:t>
      </w:r>
      <w:r>
        <w:t>phir unhon nay us say peeth phairi aur kaha kay yeh to aik sikhaya hua deewanah hai. hum kuch waqt kay liye azaab ko hata dain.</w:t>
      </w:r>
    </w:p>
    <w:p>
      <w:pPr>
        <w:jc w:val="right"/>
      </w:pPr>
      <w:r>
        <w:t>پھر انہوں نے اس سے پیٹھ پھیری اور کہا کہ یہ تو ایک سکھایا ہوا دیوانہ ہے۔ ہم کچھ وقت کے لیے عذاب کو ہٹا دیں۔</w:t>
      </w:r>
    </w:p>
    <w:p>
      <w:r>
        <w:rPr>
          <w:b/>
        </w:rPr>
        <w:t xml:space="preserve">[05:34] </w:t>
      </w:r>
      <w:r>
        <w:t>tum phir apni usi haalat par aa jao gay. jis din hum pakrain gay, bari pakar, us din ha</w:t>
      </w:r>
    </w:p>
    <w:p>
      <w:pPr>
        <w:jc w:val="right"/>
      </w:pPr>
      <w:r>
        <w:t>تم پھر اپنی اسی حالت پر آ جاؤ گے۔ جس دن ہم پکڑیں گے، بڑی پکڑ، اس دن 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