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43 Al-Zukhruf (Ornaments of Gold) - Maulana Wahiduddin Khan</w:t>
      </w:r>
    </w:p>
    <w:p>
      <w:r>
        <w:t>https://www.youtube.com/watch?v=bOqFIj5qb5U</w:t>
      </w:r>
    </w:p>
    <w:p>
      <w:r>
        <w:rPr>
          <w:b/>
        </w:rPr>
        <w:t xml:space="preserve">[00:01] </w:t>
      </w:r>
      <w:r>
        <w:t>bismillah al-rahman al-raheem.</w:t>
      </w:r>
    </w:p>
    <w:p>
      <w:pPr>
        <w:jc w:val="right"/>
      </w:pPr>
      <w:r>
        <w:t>بسم الله الرحمن الرحيم.</w:t>
      </w:r>
    </w:p>
    <w:p>
      <w:r>
        <w:rPr>
          <w:b/>
        </w:rPr>
        <w:t xml:space="preserve">[00:07] </w:t>
      </w:r>
      <w:r>
        <w:t>haameem. wal-kitaab al-mubeen.</w:t>
      </w:r>
    </w:p>
    <w:p>
      <w:pPr>
        <w:jc w:val="right"/>
      </w:pPr>
      <w:r>
        <w:t>حاميم. والكتاب المبين.</w:t>
      </w:r>
    </w:p>
    <w:p>
      <w:r>
        <w:rPr>
          <w:b/>
        </w:rPr>
        <w:t xml:space="preserve">[00:18] </w:t>
      </w:r>
      <w:r>
        <w:t>innaa ja'alnaahu qur'aanan 'arabiyyan la'allakum ta'qiloon.</w:t>
      </w:r>
    </w:p>
    <w:p>
      <w:pPr>
        <w:jc w:val="right"/>
      </w:pPr>
      <w:r>
        <w:t>إنا جعلناه قرآنًا عربيًا لعلكم تعقلون.</w:t>
      </w:r>
    </w:p>
    <w:p>
      <w:r>
        <w:rPr>
          <w:b/>
        </w:rPr>
        <w:t xml:space="preserve">[00:27] </w:t>
      </w:r>
      <w:r>
        <w:t>wa innahu fee</w:t>
      </w:r>
    </w:p>
    <w:p>
      <w:pPr>
        <w:jc w:val="right"/>
      </w:pPr>
      <w:r>
        <w:t>وإنه في</w:t>
      </w:r>
    </w:p>
    <w:p>
      <w:r>
        <w:rPr>
          <w:b/>
        </w:rPr>
        <w:t xml:space="preserve">[00:32] </w:t>
      </w:r>
      <w:r>
        <w:t>umm al-kitaab ladaynaa la'aliyyun hakeem.</w:t>
      </w:r>
    </w:p>
    <w:p>
      <w:pPr>
        <w:jc w:val="right"/>
      </w:pPr>
      <w:r>
        <w:t>أم الكتاب لدينا لعلي حكيم.</w:t>
      </w:r>
    </w:p>
    <w:p>
      <w:r>
        <w:rPr>
          <w:b/>
        </w:rPr>
        <w:t xml:space="preserve">[00:40] </w:t>
      </w:r>
      <w:r>
        <w:t>shuru Allah kay naam say jo bara meherban, nihayat reham wala hai. haameem.</w:t>
      </w:r>
    </w:p>
    <w:p>
      <w:pPr>
        <w:jc w:val="right"/>
      </w:pPr>
      <w:r>
        <w:t>شروع اللہ کے نام سے جو بڑا مہربان، نہایت رحم والا ہے۔ حامیم۔</w:t>
      </w:r>
    </w:p>
    <w:p>
      <w:r>
        <w:rPr>
          <w:b/>
        </w:rPr>
        <w:t xml:space="preserve">[00:49] </w:t>
      </w:r>
      <w:r>
        <w:t>qasam hai us wazeh kitaab ki, hum nay us ko arabi zabaan ka quran banaya hai</w:t>
      </w:r>
    </w:p>
    <w:p>
      <w:pPr>
        <w:jc w:val="right"/>
      </w:pPr>
      <w:r>
        <w:t>قسم ہے اس واضح کتاب کی، ہم نے اس کو عربی زبان کا قرآن بنایا ہے</w:t>
      </w:r>
    </w:p>
    <w:p>
      <w:r>
        <w:rPr>
          <w:b/>
        </w:rPr>
        <w:t xml:space="preserve">[00:58] </w:t>
      </w:r>
      <w:r>
        <w:t>ta kay tum samjho, aur beshak yeh asal kitaab mein hamaray paas hai, buland aur pur hikmat.</w:t>
      </w:r>
    </w:p>
    <w:p>
      <w:pPr>
        <w:jc w:val="right"/>
      </w:pPr>
      <w:r>
        <w:t>تاکہ تم سمجھو، اور بے شک یہ اصل کتاب میں ہمارے پاس ہے، بلند اور پرحکمت۔</w:t>
      </w:r>
    </w:p>
    <w:p>
      <w:r>
        <w:rPr>
          <w:b/>
        </w:rPr>
        <w:t xml:space="preserve">[01:08] </w:t>
      </w:r>
      <w:r>
        <w:t>tashreeh: umm al-kitaab say muraad loh-e-mehfooz hai,</w:t>
      </w:r>
    </w:p>
    <w:p>
      <w:pPr>
        <w:jc w:val="right"/>
      </w:pPr>
      <w:r>
        <w:t>تشریح: ام الکتاب سے مراد لوح محفوظ ہے،</w:t>
      </w:r>
    </w:p>
    <w:p>
      <w:r>
        <w:rPr>
          <w:b/>
        </w:rPr>
        <w:t xml:space="preserve">[01:14] </w:t>
      </w:r>
      <w:r>
        <w:t>jo Allah kay paas hai. loh-e-mehfooz mein Allah taala nay is asal deen ko ثبت kar rakha hai jo us ko insanon say matloob hai.</w:t>
      </w:r>
    </w:p>
    <w:p>
      <w:pPr>
        <w:jc w:val="right"/>
      </w:pPr>
      <w:r>
        <w:t>جو اللہ کے پاس ہے۔ لوح محفوظ میں اللہ تعالیٰ نے اس اصل دین کو ثبت کر رکھا ہے جو اس کو انسانوں سے مطلوب ہے۔</w:t>
      </w:r>
    </w:p>
    <w:p>
      <w:r>
        <w:rPr>
          <w:b/>
        </w:rPr>
        <w:t xml:space="preserve">[01:25] </w:t>
      </w:r>
      <w:r>
        <w:t>yeh asal deen mukhtalif zabaanon mein mukhtalif peghambaron par utra, aur woh peghambar aakhir-uz-zamaan par arabi zabaan mein utara gaya.</w:t>
      </w:r>
    </w:p>
    <w:p>
      <w:pPr>
        <w:jc w:val="right"/>
      </w:pPr>
      <w:r>
        <w:t>یہی اصل دین مختلف زبانوں میں مختلف پیغمبروں پر اترا، اور وہ پیغمبر آخر الزماں پر عربی زبان میں اتارا گیا۔</w:t>
      </w:r>
    </w:p>
    <w:p>
      <w:r>
        <w:rPr>
          <w:b/>
        </w:rPr>
        <w:t xml:space="preserve">[01:36] </w:t>
      </w:r>
      <w:r>
        <w:t>ab arabi quran hi mau'oodah dunya mein asal deen-e-khudawandi ka numaindah hai. haamilay nay quran ki yeh zimmedari hai kay woh us ko har zabaan mein muntaqil kar kay usay tamam qomon tak pohanchayen,</w:t>
      </w:r>
    </w:p>
    <w:p>
      <w:pPr>
        <w:jc w:val="right"/>
      </w:pPr>
      <w:r>
        <w:t>اب عربی قرآن ہی موعودہ دنیا میں اصل دین خداوندی کا نمائندہ ہے۔ حاملی نے قرآن کی یہ ذمہ داری ہے کہ وہ اس کو ہر زبان میں منتقل کر کے اسے تمام قوموں تک پہنچائیں،</w:t>
      </w:r>
    </w:p>
    <w:p>
      <w:r>
        <w:rPr>
          <w:b/>
        </w:rPr>
        <w:t xml:space="preserve">[01:52] </w:t>
      </w:r>
      <w:r>
        <w:t>ta kay</w:t>
      </w:r>
    </w:p>
    <w:p>
      <w:pPr>
        <w:jc w:val="right"/>
      </w:pPr>
      <w:r>
        <w:t>تاکہ</w:t>
      </w:r>
    </w:p>
    <w:p>
      <w:r>
        <w:rPr>
          <w:b/>
        </w:rPr>
        <w:t xml:space="preserve">[01:54] </w:t>
      </w:r>
      <w:r>
        <w:t>is deen ko jis tarah arbon nay samjha, usi tarah doosray log bhi us ko samajh saken. quran ka buland aur pur hikmat hona us kay kitaab-ul-Ilahi honay ka saboot hai.</w:t>
      </w:r>
    </w:p>
    <w:p>
      <w:pPr>
        <w:jc w:val="right"/>
      </w:pPr>
      <w:r>
        <w:t>اس دین کو جس طرح عربوں نے سمجھا، اسی طرح دوسرے لوگ بھی اس کو سمجھ سکیں۔ قرآن کا بلند اور پرحکمت ہونا اس کے کتاب الہی ہونے کا ثبوت ہے۔</w:t>
      </w:r>
    </w:p>
    <w:p>
      <w:r>
        <w:rPr>
          <w:b/>
        </w:rPr>
        <w:t xml:space="preserve">[02:08] </w:t>
      </w:r>
      <w:r>
        <w:t>quran ki zaban</w:t>
      </w:r>
    </w:p>
    <w:p>
      <w:pPr>
        <w:jc w:val="right"/>
      </w:pPr>
      <w:r>
        <w:t>قرآن کی زبان</w:t>
      </w:r>
    </w:p>
    <w:p>
      <w:r>
        <w:rPr>
          <w:b/>
        </w:rPr>
        <w:t xml:space="preserve">[02:10] </w:t>
      </w:r>
      <w:r>
        <w:t>aur is ke mazameen khudai azmat ke hum satah hain, aur yahi is baat ka saboot hai ke woh Khuda ki kitab hai.</w:t>
      </w:r>
    </w:p>
    <w:p>
      <w:pPr>
        <w:jc w:val="right"/>
      </w:pPr>
      <w:r>
        <w:t>اور اس کے مضامین خدائی عظمت کے ہم سطح ہیں، اور یہی اس بات کا ثبوت ہے کہ وہ خدا کی کتاب ہے۔</w:t>
      </w:r>
    </w:p>
    <w:p>
      <w:r>
        <w:rPr>
          <w:b/>
        </w:rPr>
        <w:t xml:space="preserve">[02:19] </w:t>
      </w:r>
      <w:r>
        <w:t>quran agar insani kalam hota to is mein woh ghair maamooli azmat na pai jati jo ab is mein pai ja rahi hai.</w:t>
      </w:r>
    </w:p>
    <w:p>
      <w:pPr>
        <w:jc w:val="right"/>
      </w:pPr>
      <w:r>
        <w:t>قرآن اگر انسانی کلام ہوتا تو اس میں وہ غیر معمولی عظمت نہ پائی جاتی جو اب اس میں پائی جا رہی ہے۔</w:t>
      </w:r>
    </w:p>
    <w:p>
      <w:r>
        <w:rPr>
          <w:b/>
        </w:rPr>
        <w:t xml:space="preserve">[02:32] </w:t>
      </w:r>
      <w:r>
        <w:t>afanḍrib ʿankum al-dhikra ṣafḥan an kuntum qawman musrifin?</w:t>
      </w:r>
    </w:p>
    <w:p>
      <w:pPr>
        <w:jc w:val="right"/>
      </w:pPr>
      <w:r>
        <w:t>أفنضرب عنكم الذكر صفحًا أن كنتم قومًا مسرفين؟</w:t>
      </w:r>
    </w:p>
    <w:p>
      <w:r>
        <w:rPr>
          <w:b/>
        </w:rPr>
        <w:t xml:space="preserve">[02:45] </w:t>
      </w:r>
      <w:r>
        <w:t>wa kam arsalna min nabiyyin</w:t>
      </w:r>
    </w:p>
    <w:p>
      <w:pPr>
        <w:jc w:val="right"/>
      </w:pPr>
      <w:r>
        <w:t>وكم أرسلنا من نبي</w:t>
      </w:r>
    </w:p>
    <w:p>
      <w:r>
        <w:rPr>
          <w:b/>
        </w:rPr>
        <w:t xml:space="preserve">[02:49] </w:t>
      </w:r>
      <w:r>
        <w:t>fi al-awwalin? wa ma yaʾtihim min nabiyyin illa kanu bihi yastahziʾun.</w:t>
      </w:r>
    </w:p>
    <w:p>
      <w:pPr>
        <w:jc w:val="right"/>
      </w:pPr>
      <w:r>
        <w:t>في الأولين؟ وما يأتيهم من نبي إلا كانوا به يستهزئون.</w:t>
      </w:r>
    </w:p>
    <w:p>
      <w:r>
        <w:rPr>
          <w:b/>
        </w:rPr>
        <w:t xml:space="preserve">[03:04] </w:t>
      </w:r>
      <w:r>
        <w:t>fa-ahlakna</w:t>
      </w:r>
    </w:p>
    <w:p>
      <w:pPr>
        <w:jc w:val="right"/>
      </w:pPr>
      <w:r>
        <w:t>فأهلكنا</w:t>
      </w:r>
    </w:p>
    <w:p>
      <w:r>
        <w:rPr>
          <w:b/>
        </w:rPr>
        <w:t xml:space="preserve">[03:07] </w:t>
      </w:r>
      <w:r>
        <w:t>ashadda minhum batshan wa maḍa mathalu al-awwalin.</w:t>
      </w:r>
    </w:p>
    <w:p>
      <w:pPr>
        <w:jc w:val="right"/>
      </w:pPr>
      <w:r>
        <w:t>أشد منهم بطشًا ومضى مثل الأولين.</w:t>
      </w:r>
    </w:p>
    <w:p>
      <w:r>
        <w:rPr>
          <w:b/>
        </w:rPr>
        <w:t xml:space="preserve">[03:16] </w:t>
      </w:r>
      <w:r>
        <w:t>kya hum tumhari naseehat se is liye sirf nazar kar len ge ke tum had se guzarne wale ho, aur hum ne agle logon mein kitne hi nabiyon ko bheja, aur logon ke paas koi nabiy nahin aaya jis ka unhon ne mazak na uraya ho?</w:t>
      </w:r>
    </w:p>
    <w:p>
      <w:pPr>
        <w:jc w:val="right"/>
      </w:pPr>
      <w:r>
        <w:t>کیا ہم تمہاری نصیحت سے اس لیے صرف نظر کر لیں گے کہ تم حد سے گزرنے والے ہو، اور ہم نے اگلے لوگوں میں کتنے ہی نبی بھیجے، اور لوگوں کے پاس کوئی نبی نہیں آیا جس کا انہوں نے مذاق نہ اڑایا ہو؟</w:t>
      </w:r>
    </w:p>
    <w:p>
      <w:r>
        <w:rPr>
          <w:b/>
        </w:rPr>
        <w:t xml:space="preserve">[03:35] </w:t>
      </w:r>
      <w:r>
        <w:t>phir jo log un se zyada taqatwar the, un ko hum ne halak kar diya, aur</w:t>
      </w:r>
    </w:p>
    <w:p>
      <w:pPr>
        <w:jc w:val="right"/>
      </w:pPr>
      <w:r>
        <w:t>پھر جو لوگ ان سے زیادہ طاقتور تھے، ان کو ہم نے ہلاک کر دیا، اور</w:t>
      </w:r>
    </w:p>
    <w:p>
      <w:r>
        <w:rPr>
          <w:b/>
        </w:rPr>
        <w:t xml:space="preserve">[03:42] </w:t>
      </w:r>
      <w:r>
        <w:t>agle logon ki misalein guzar chuki hain. tashreeh: aaj duniya mein beshumar aise log paye jate hain jo pichle paighambaron ka naam izzat ke sath lete hain.</w:t>
      </w:r>
    </w:p>
    <w:p>
      <w:pPr>
        <w:jc w:val="right"/>
      </w:pPr>
      <w:r>
        <w:t>اگلے لوگوں کی مثالیں گزر چکیں۔ تشریح: آج دنیا میں بے شمار ایسے لوگ پائے جاتے ہیں جو پچھلے پیغمبروں کا نام عزت کے ساتھ لیتے ہیں۔</w:t>
      </w:r>
    </w:p>
    <w:p>
      <w:r>
        <w:rPr>
          <w:b/>
        </w:rPr>
        <w:t xml:space="preserve">[03:56] </w:t>
      </w:r>
      <w:r>
        <w:t>aisi halat mein yeh baat bari ajeeb maloom hoti hai ke in paighambaron ka,</w:t>
      </w:r>
    </w:p>
    <w:p>
      <w:pPr>
        <w:jc w:val="right"/>
      </w:pPr>
      <w:r>
        <w:t>ایسی حالت میں یہ بات بڑی عجیب معلوم ہوتی ہے کہ ان پیغمبروں کا،</w:t>
      </w:r>
    </w:p>
    <w:p>
      <w:r>
        <w:rPr>
          <w:b/>
        </w:rPr>
        <w:t xml:space="preserve">[04:02] </w:t>
      </w:r>
      <w:r>
        <w:t>bashmul paighambar-e-Islam, un ke ham zamana logon ne mazak kyun uraya. is ki wajah yeh nahin hai ke pichle log wahshi the aur aaj ke log muazzab hain,</w:t>
      </w:r>
    </w:p>
    <w:p>
      <w:pPr>
        <w:jc w:val="right"/>
      </w:pPr>
      <w:r>
        <w:t>بشمول پیغمبر اسلام، ان کے ہم زمانہ لوگوں نے مذاق کیوں اڑایا۔ اس کی وجہ یہ نہیں ہے کہ پچھلے لوگ وحشی تھے اور آج کے لوگ مہذب ہیں،</w:t>
      </w:r>
    </w:p>
    <w:p>
      <w:r>
        <w:rPr>
          <w:b/>
        </w:rPr>
        <w:t xml:space="preserve">[04:16] </w:t>
      </w:r>
      <w:r>
        <w:t>yeh sirf zamane ka farq hai. aaj</w:t>
      </w:r>
    </w:p>
    <w:p>
      <w:pPr>
        <w:jc w:val="right"/>
      </w:pPr>
      <w:r>
        <w:t>یہ صرف زمانے کا فرق ہے۔ آج</w:t>
      </w:r>
    </w:p>
    <w:p>
      <w:r>
        <w:rPr>
          <w:b/>
        </w:rPr>
        <w:t xml:space="preserve">[04:20] </w:t>
      </w:r>
      <w:r>
        <w:t>lambi muddat guzarne ke baad har paighambar ke sath tareekhi azmat ka zor shamil ho chuka hai, is liye aaj har zahir been paighambar ko pehchan leta hai.</w:t>
      </w:r>
    </w:p>
    <w:p>
      <w:pPr>
        <w:jc w:val="right"/>
      </w:pPr>
      <w:r>
        <w:t>لمبی مدت گزرنے کے بعد ہر پیغمبر کے ساتھ تاریخی عظمت کا زور شامل ہو چکا ہے، اس لیے آج ہر ظاہر بین پیغمبر کو پہچان لیتا ہے۔</w:t>
      </w:r>
    </w:p>
    <w:p>
      <w:r>
        <w:rPr>
          <w:b/>
        </w:rPr>
        <w:t xml:space="preserve">[04:33] </w:t>
      </w:r>
      <w:r>
        <w:t>magar paighambar apne zamane ke logon ko sirf</w:t>
      </w:r>
    </w:p>
    <w:p>
      <w:pPr>
        <w:jc w:val="right"/>
      </w:pPr>
      <w:r>
        <w:t>مگر پیغمبر اپنے زمانے کے لوگوں کو صرف</w:t>
      </w:r>
    </w:p>
    <w:p>
      <w:r>
        <w:rPr>
          <w:b/>
        </w:rPr>
        <w:t xml:space="preserve">[04:37] </w:t>
      </w:r>
      <w:r>
        <w:t>ek aam insan nazar aata tha. us waqt paighambar ki paighambarana hesiyat ko pehchanne ke liye haqeeqat been nigah darkar thi, aur bilashuba haqeeqat been nigah duniya mein hamesha sab se kam pai gayi hai.</w:t>
      </w:r>
    </w:p>
    <w:p>
      <w:pPr>
        <w:jc w:val="right"/>
      </w:pPr>
      <w:r>
        <w:t>ایک عام انسان نظر آتا تھا۔ اس وقت پیغمبر کی پیغمبرانہ حیثیت کو پہچاننے کے لیے حقیقت بین نگاہ درکار تھی، اور بلاشبہ حقیقت بین نگاہ دنیا میں ہمیشہ سب سے کم پائی گئی ہے۔</w:t>
      </w:r>
    </w:p>
    <w:p>
      <w:r>
        <w:rPr>
          <w:b/>
        </w:rPr>
        <w:t xml:space="preserve">[04:55] </w:t>
      </w:r>
      <w:r>
        <w:t>dawat-e-haq ke mukhatebeen khwah kitna hi zyada galat rawaiyya ikhtiyar karen, daa'i yak tarfa sabr karte hue apne da'wati amal ko jari rakhta hai taake woh waqt aa jaye jab ke Khuda apni taraf se koi faisla farma de.</w:t>
      </w:r>
    </w:p>
    <w:p>
      <w:pPr>
        <w:jc w:val="right"/>
      </w:pPr>
      <w:r>
        <w:t>دعوت حق کے مخاطبین خواہ کتنا ہی زیادہ غلط رویہ اختیار کریں، داعی یکطرفہ طور پر صبر کرتے ہوئے اپنے دعوتی عمل کو جاری رکھتا ہے تاکہ وہ وقت آ جائے جب کہ خدا اپنی طرف سے کوئی فیصلہ فرما دے۔</w:t>
      </w:r>
    </w:p>
    <w:p>
      <w:r>
        <w:rPr>
          <w:b/>
        </w:rPr>
        <w:t xml:space="preserve">[05:17] </w:t>
      </w:r>
      <w:r>
        <w:t>wa la-in saʾaltahum man khalaqa al-samawati wa al-arḍa la-yaqulanna khalaqahunna al-ʿazizu al-ʿalimu?</w:t>
      </w:r>
    </w:p>
    <w:p>
      <w:pPr>
        <w:jc w:val="right"/>
      </w:pPr>
      <w:r>
        <w:t>ولئن سألتهم من خلق السماوات والأرض ليقولن خلقهن العزيز العليم؟</w:t>
      </w:r>
    </w:p>
    <w:p>
      <w:r>
        <w:rPr>
          <w:b/>
        </w:rPr>
        <w:t xml:space="preserve">[05:33] </w:t>
      </w:r>
      <w:r>
        <w:t>alladhi jaʿala lakum al-arḍa mahdan wa jaʿala lakum fiha subulan laʿallakum tahtadun.</w:t>
      </w:r>
    </w:p>
    <w:p>
      <w:pPr>
        <w:jc w:val="right"/>
      </w:pPr>
      <w:r>
        <w:t>الذي جعل لكم الأرض مهدا وجعل لكم فيها سبلًا لعلكم تهتدون.</w:t>
      </w:r>
    </w:p>
    <w:p>
      <w:r>
        <w:rPr>
          <w:b/>
        </w:rPr>
        <w:t xml:space="preserve">[05:45] </w:t>
      </w:r>
      <w:r>
        <w:t>wa alladhi nazzala min al-samaʾi maʾan</w:t>
      </w:r>
    </w:p>
    <w:p>
      <w:pPr>
        <w:jc w:val="right"/>
      </w:pPr>
      <w:r>
        <w:t>والذي نزل من السماء ماء</w:t>
      </w:r>
    </w:p>
    <w:p>
      <w:r>
        <w:rPr>
          <w:b/>
        </w:rPr>
        <w:t xml:space="preserve">[05:53] </w:t>
      </w:r>
      <w:r>
        <w:t>bi-qadr fa-ansharna bihi baldatan mayyitan kadhalika tukhrajun.</w:t>
      </w:r>
    </w:p>
    <w:p>
      <w:pPr>
        <w:jc w:val="right"/>
      </w:pPr>
      <w:r>
        <w:t>بقدر فأنشرنا به بلدة ميتًا كذلك تخرجون.</w:t>
      </w:r>
    </w:p>
    <w:p>
      <w:r>
        <w:rPr>
          <w:b/>
        </w:rPr>
        <w:t xml:space="preserve">[06:06] </w:t>
      </w:r>
      <w:r>
        <w:t>wa alladhi khalaqa al-azwaja kullaha wa jaʿala lakum min al-fulki wa al-anʿami ma tarkabun</w:t>
      </w:r>
    </w:p>
    <w:p>
      <w:pPr>
        <w:jc w:val="right"/>
      </w:pPr>
      <w:r>
        <w:t>والذي خلق الأزواج كلها وجعل لكم من الفلك والأنعام ما تركبون</w:t>
      </w:r>
    </w:p>
    <w:p>
      <w:r>
        <w:rPr>
          <w:b/>
        </w:rPr>
        <w:t xml:space="preserve">[06:18] </w:t>
      </w:r>
      <w:r>
        <w:t>li-tastavu ʿala ẓuhurihi thumma tadhkuru niʿmata rabbikum idha istawaytum ʿalayhi wa taqulu subḥana alladhi sakhkhara lana hadha</w:t>
      </w:r>
    </w:p>
    <w:p>
      <w:pPr>
        <w:jc w:val="right"/>
      </w:pPr>
      <w:r>
        <w:t>لتستووا على ظهوره ثم تذكروا نعمة ربكم إذا استويتم عليه وتقولوا سبحان الذي سخر لنا هذا</w:t>
      </w:r>
    </w:p>
    <w:p>
      <w:r>
        <w:rPr>
          <w:b/>
        </w:rPr>
        <w:t xml:space="preserve">[06:34] </w:t>
      </w:r>
      <w:r>
        <w:t>wa ma kunna lahu muqtarinin.</w:t>
      </w:r>
    </w:p>
    <w:p>
      <w:pPr>
        <w:jc w:val="right"/>
      </w:pPr>
      <w:r>
        <w:t>وما كنا له مقرنين.</w:t>
      </w:r>
    </w:p>
    <w:p>
      <w:r>
        <w:rPr>
          <w:b/>
        </w:rPr>
        <w:t xml:space="preserve">[06:41] </w:t>
      </w:r>
      <w:r>
        <w:t>wa inna ila rabbina lamunqaliboon. aur agar tum un se poocho ke aasmanon aur zameen ko kis ne paida kiya</w:t>
      </w:r>
    </w:p>
    <w:p>
      <w:pPr>
        <w:jc w:val="right"/>
      </w:pPr>
      <w:r>
        <w:t>وإنا إلى ربنا لمنقلبون. اور اگر تم ان سے پوچھو کہ آسمانوں اور زمین کو کس نے پیدا کیا</w:t>
      </w:r>
    </w:p>
    <w:p>
      <w:r>
        <w:rPr>
          <w:b/>
        </w:rPr>
        <w:t xml:space="preserve">[06:56] </w:t>
      </w:r>
      <w:r>
        <w:t>to woh zaroor kahengay ke un ko zabardast janne wale ne paida kiya jis ne tumhare liye zameen ko farsh banaya aur is mein tumhare liye rastay banaye ta ke tum rah pao,</w:t>
      </w:r>
    </w:p>
    <w:p>
      <w:pPr>
        <w:jc w:val="right"/>
      </w:pPr>
      <w:r>
        <w:t>تو وہ ضرور کہیں گے کہ ان کو زبردست جاننے والے نے پیدا کیا جس نے تمہارے لیے زمین کو فرش بنایا اور اس میں تمہارے لیے راستے بنائے تاکہ تم راہ پاؤ،</w:t>
      </w:r>
    </w:p>
    <w:p>
      <w:r>
        <w:rPr>
          <w:b/>
        </w:rPr>
        <w:t xml:space="preserve">[07:13] </w:t>
      </w:r>
      <w:r>
        <w:t>aur jis ne aasman se pani utara ek andazay ke sath. phir hum ne is se murda zameen ko zinda kar diya, isi tarah tum nikale jaoge,</w:t>
      </w:r>
    </w:p>
    <w:p>
      <w:pPr>
        <w:jc w:val="right"/>
      </w:pPr>
      <w:r>
        <w:t>اور جس نے آسمان سے پانی اتارا ایک اندازے کے ساتھ۔ پھر ہم نے اس سے مردہ زمین کو زندہ کر دیا، اسی طرح تم نکالے جاؤ گے،</w:t>
      </w:r>
    </w:p>
    <w:p>
      <w:r>
        <w:rPr>
          <w:b/>
        </w:rPr>
        <w:t xml:space="preserve">[07:28] </w:t>
      </w:r>
      <w:r>
        <w:t>aur jis ne tamam qismen banai</w:t>
      </w:r>
    </w:p>
    <w:p>
      <w:pPr>
        <w:jc w:val="right"/>
      </w:pPr>
      <w:r>
        <w:t>اور جس نے تمام قسمیں بنائیں</w:t>
      </w:r>
    </w:p>
    <w:p>
      <w:r>
        <w:rPr>
          <w:b/>
        </w:rPr>
        <w:t xml:space="preserve">[07:31] </w:t>
      </w:r>
      <w:r>
        <w:t>aur tumhare liye woh kashtiyan aur chopaye banaye jin par tum sawar hote ho ta ke tum un ki peeth par jam kar baitho, phir tum apne rab ki nemat ko yaad karo jab ke tum un par baitho,</w:t>
      </w:r>
    </w:p>
    <w:p>
      <w:pPr>
        <w:jc w:val="right"/>
      </w:pPr>
      <w:r>
        <w:t>اور تمہارے لیے وہ کشتیاں اور چوپائے بنائے جن پر تم سوار ہوتے ہو تاکہ تم ان کی پیٹھ پر جم کر بیٹھو، پھر تم اپنے رب کی نعمت کو یاد کرو جب کہ تم ان پر بیٹھو،</w:t>
      </w:r>
    </w:p>
    <w:p>
      <w:r>
        <w:rPr>
          <w:b/>
        </w:rPr>
        <w:t xml:space="preserve">[07:48] </w:t>
      </w:r>
      <w:r>
        <w:t>aur kaho ke pak hai woh jis ne in cheezon ko hamare bas mein kar diya aur hum aise na the ke un ko qabu mein karte, aur beshak hum apne rab ki taraf lotne wale hain.</w:t>
      </w:r>
    </w:p>
    <w:p>
      <w:pPr>
        <w:jc w:val="right"/>
      </w:pPr>
      <w:r>
        <w:t>اور کہو کہ پاک ہے وہ جس نے ان چیزوں کو ہمارے بس میں کر دیا اور ہم ایسے نہ تھے کہ ان کو قابو میں کرتے، اور بے شک ہم اپنے رب کی طرف لوٹنے والے ہیں۔</w:t>
      </w:r>
    </w:p>
    <w:p>
      <w:r>
        <w:rPr>
          <w:b/>
        </w:rPr>
        <w:t xml:space="preserve">[08:05] </w:t>
      </w:r>
      <w:r>
        <w:t>tashreeh:</w:t>
      </w:r>
    </w:p>
    <w:p>
      <w:pPr>
        <w:jc w:val="right"/>
      </w:pPr>
      <w:r>
        <w:t>تشریح:</w:t>
      </w:r>
    </w:p>
    <w:p>
      <w:r>
        <w:rPr>
          <w:b/>
        </w:rPr>
        <w:t xml:space="preserve">[08:07] </w:t>
      </w:r>
      <w:r>
        <w:t>har zamanay mein beshtar insan yeh mante rahe hain ke kainat ka khaliq aur malik Khuda hai, aur wohi hai jis ne hamein zindagi ke tamam saman diye hain.</w:t>
      </w:r>
    </w:p>
    <w:p>
      <w:pPr>
        <w:jc w:val="right"/>
      </w:pPr>
      <w:r>
        <w:t>ہر زمانے میں بیشتر انسان یہ مانتے رہے ہیں کہ کائنات کا خالق اور مالک خدا ہے، اور وہی ہے جس نے ہمیں زندگی کے تمام سامان دیے ہیں۔</w:t>
      </w:r>
    </w:p>
    <w:p>
      <w:r>
        <w:rPr>
          <w:b/>
        </w:rPr>
        <w:t xml:space="preserve">[08:23] </w:t>
      </w:r>
      <w:r>
        <w:t>kainat ko wajood mein lana aur zameen par</w:t>
      </w:r>
    </w:p>
    <w:p>
      <w:pPr>
        <w:jc w:val="right"/>
      </w:pPr>
      <w:r>
        <w:t>کائنات کو وجود میں لانا اور زمین پر</w:t>
      </w:r>
    </w:p>
    <w:p>
      <w:r>
        <w:rPr>
          <w:b/>
        </w:rPr>
        <w:t xml:space="preserve">[08:26] </w:t>
      </w:r>
      <w:r>
        <w:t>saman hayat ki farahmi itna bara kaam hai ke kisi shakhs ke liye namumkin hai ke woh is ko ek Khuda ke siwa kisi aur ki taraf mansoob kar sake.</w:t>
      </w:r>
    </w:p>
    <w:p>
      <w:pPr>
        <w:jc w:val="right"/>
      </w:pPr>
      <w:r>
        <w:t>سامان حیات کی فراہمی اتنا بڑا کام ہے کہ کسی شخص کے لیے ناممکن ہے کہ وہ اس کو ایک خدا کے سوا کسی اور کی طرف منسوب کر سکے۔</w:t>
      </w:r>
    </w:p>
    <w:p>
      <w:r>
        <w:rPr>
          <w:b/>
        </w:rPr>
        <w:t xml:space="preserve">[08:41] </w:t>
      </w:r>
      <w:r>
        <w:t>is iqrar ka taqaza hai ke insan</w:t>
      </w:r>
    </w:p>
    <w:p>
      <w:pPr>
        <w:jc w:val="right"/>
      </w:pPr>
      <w:r>
        <w:t>اس اقرار کا تقاضا ہے کہ انسان</w:t>
      </w:r>
    </w:p>
    <w:p>
      <w:r>
        <w:rPr>
          <w:b/>
        </w:rPr>
        <w:t xml:space="preserve">[08:44] </w:t>
      </w:r>
      <w:r>
        <w:t>sab se ziyada Khuda ki taraf mutawajjah ho, us ki zindagi Khuda rakhi zindagi ban jaye. magar insan doosri cheezon ko apna maqsood banata hai,</w:t>
      </w:r>
    </w:p>
    <w:p>
      <w:pPr>
        <w:jc w:val="right"/>
      </w:pPr>
      <w:r>
        <w:t>سب سے زیادہ خدا کی طرف متوجہ ہو، اس کی زندگی خدا رخی زندگی بن جائے۔ مگر انسان دوسری چیزوں کو اپنا مقصود بناتا ہے،</w:t>
      </w:r>
    </w:p>
    <w:p>
      <w:r>
        <w:rPr>
          <w:b/>
        </w:rPr>
        <w:t xml:space="preserve">[08:58] </w:t>
      </w:r>
      <w:r>
        <w:t>woh ghair Khuda ko apni tawajjuhāt ka markaz thehra leta hai.</w:t>
      </w:r>
    </w:p>
    <w:p>
      <w:pPr>
        <w:jc w:val="right"/>
      </w:pPr>
      <w:r>
        <w:t>وہ غیر خدا کو اپنی توجہات کا مرکز ٹھہرا لیتا ہے۔</w:t>
      </w:r>
    </w:p>
    <w:p>
      <w:r>
        <w:rPr>
          <w:b/>
        </w:rPr>
        <w:t xml:space="preserve">[09:06] </w:t>
      </w:r>
      <w:r>
        <w:t>Allah taala ne haqiqat ko apne paighambaron ke zariye khola hai, usi ke sath is ne dunya ki takhleeq is tarah ki hai ke woh haqāiq ma'navi ki amli tamseel ban gayi hai.</w:t>
      </w:r>
    </w:p>
    <w:p>
      <w:pPr>
        <w:jc w:val="right"/>
      </w:pPr>
      <w:r>
        <w:t>اللہ تعالیٰ نے حقیقت کو اپنے پیغمبروں کے ذریعے کھولا ہے، اسی کے ساتھ اس نے دنیا کی تخلیق اس طرح کی ہے کہ وہ حقائق معنوی کی عملی تمثیل بن گئی ہے۔</w:t>
      </w:r>
    </w:p>
    <w:p>
      <w:r>
        <w:rPr>
          <w:b/>
        </w:rPr>
        <w:t xml:space="preserve">[09:23] </w:t>
      </w:r>
      <w:r>
        <w:t>misalan yeh ek haqiqat hai ke insan ko mar kar dobara zinda hona hai, is haqiqat ko nabatat ke satah par bar bar dikhaya ja raha hai.</w:t>
      </w:r>
    </w:p>
    <w:p>
      <w:pPr>
        <w:jc w:val="right"/>
      </w:pPr>
      <w:r>
        <w:t>مثلاً یہ ایک حقیقت ہے کہ انسان کو مر کر دوبارہ زندہ ہونا ہے، اس حقیقت کو نباتات کے سطح پر بار بار دکھایا جا رہا ہے۔</w:t>
      </w:r>
    </w:p>
    <w:p>
      <w:r>
        <w:rPr>
          <w:b/>
        </w:rPr>
        <w:t xml:space="preserve">[09:36] </w:t>
      </w:r>
      <w:r>
        <w:t>insan har saal yeh dekhta hai ke zameen khushk ho gayi, is ke baad</w:t>
      </w:r>
    </w:p>
    <w:p>
      <w:pPr>
        <w:jc w:val="right"/>
      </w:pPr>
      <w:r>
        <w:t>انسان ہر سال یہ دیکھتا ہے کہ زمین خشک ہو گئی، اس کے بعد</w:t>
      </w:r>
    </w:p>
    <w:p>
      <w:r>
        <w:rPr>
          <w:b/>
        </w:rPr>
        <w:t xml:space="preserve">[09:43] </w:t>
      </w:r>
      <w:r>
        <w:t>barish hoti hai aur zameen dobara sar sabz ho jati hai. yeh ek ishara hai ke isi tarah insan bhi marne ke baad dobara zinda kiya jayega.</w:t>
      </w:r>
    </w:p>
    <w:p>
      <w:pPr>
        <w:jc w:val="right"/>
      </w:pPr>
      <w:r>
        <w:t>بارش ہوتی ہے اور زمین دوبارہ سرسبز ہو جاتی ہے۔ یہ ایک اشارہ ہے کہ اسی طرح انسان بھی مرنے کے بعد دوبارہ زندہ کیا جائے گا۔</w:t>
      </w:r>
    </w:p>
    <w:p>
      <w:r>
        <w:rPr>
          <w:b/>
        </w:rPr>
        <w:t xml:space="preserve">[09:58] </w:t>
      </w:r>
      <w:r>
        <w:t>maw'ooda dunya ki doosri khusoosiyat yeh hai</w:t>
      </w:r>
    </w:p>
    <w:p>
      <w:pPr>
        <w:jc w:val="right"/>
      </w:pPr>
      <w:r>
        <w:t>موعودہ دنیا کی دوسری خصوصیت یہ ہے</w:t>
      </w:r>
    </w:p>
    <w:p>
      <w:r>
        <w:rPr>
          <w:b/>
        </w:rPr>
        <w:t xml:space="preserve">[10:01] </w:t>
      </w:r>
      <w:r>
        <w:t>ke woh herat angez tor par insan ke muwafiq hai. yahan ki tamam cheezain is andaz par banai gayi hain ke insan un ko jis tarah chahe apne maqsad ke liye istemal kare.</w:t>
      </w:r>
    </w:p>
    <w:p>
      <w:pPr>
        <w:jc w:val="right"/>
      </w:pPr>
      <w:r>
        <w:t>کہ وہ حیرت انگیز طور پر انسان کے موافق ہے۔ یہاں کی تمام چیزیں اس انداز پر بنائی گئی ہیں کہ انسان ان کو جس طرح چاہے اپنے مقصد کے لیے استعمال کرے۔</w:t>
      </w:r>
    </w:p>
    <w:p>
      <w:r>
        <w:rPr>
          <w:b/>
        </w:rPr>
        <w:t xml:space="preserve">[10:16] </w:t>
      </w:r>
      <w:r>
        <w:t>is ka taqaza hai ke aadmi ke andar</w:t>
      </w:r>
    </w:p>
    <w:p>
      <w:pPr>
        <w:jc w:val="right"/>
      </w:pPr>
      <w:r>
        <w:t>اس کا تقاضا ہے کہ آدمی کے اندر</w:t>
      </w:r>
    </w:p>
    <w:p>
      <w:r>
        <w:rPr>
          <w:b/>
        </w:rPr>
        <w:t xml:space="preserve">[10:20] </w:t>
      </w:r>
      <w:r>
        <w:t>shukr ka jazba paida ho. woh jab Khuda ki dunya ki kisi cheez ko apne liye istemal kare to uska dil Khuda ke aage jhuk jaye, us ki zuban se itraf aur dua ke kalmat ubalne lagen.</w:t>
      </w:r>
    </w:p>
    <w:p>
      <w:pPr>
        <w:jc w:val="right"/>
      </w:pPr>
      <w:r>
        <w:t>شکر کا جذبہ پیدا ہو۔ وہ جب خدا کی دنیا کی کسی چیز کو اپنے لیے استعمال کرے تو اس کا دل خدا کے آگے جھک جائے، اس کی زبان سے اعتراف اور دعا کے کلمات ابلنے لگیں۔</w:t>
      </w:r>
    </w:p>
    <w:p>
      <w:r>
        <w:rPr>
          <w:b/>
        </w:rPr>
        <w:t xml:space="preserve">[10:39] </w:t>
      </w:r>
      <w:r>
        <w:t>waj'aloo lahu min ibadihi juz'an. innal insana lakafur mubeen.</w:t>
      </w:r>
    </w:p>
    <w:p>
      <w:pPr>
        <w:jc w:val="right"/>
      </w:pPr>
      <w:r>
        <w:t>وجعلوا له من عباده جزءًا. إن الإنسان لكفور مبين.</w:t>
      </w:r>
    </w:p>
    <w:p>
      <w:r>
        <w:rPr>
          <w:b/>
        </w:rPr>
        <w:t xml:space="preserve">[10:52] </w:t>
      </w:r>
      <w:r>
        <w:t>am ittakhatha mimma yakhluqu banat</w:t>
      </w:r>
    </w:p>
    <w:p>
      <w:pPr>
        <w:jc w:val="right"/>
      </w:pPr>
      <w:r>
        <w:t>أم اتخذ مما يخلق بنات</w:t>
      </w:r>
    </w:p>
    <w:p>
      <w:r>
        <w:rPr>
          <w:b/>
        </w:rPr>
        <w:t xml:space="preserve">[10:57] </w:t>
      </w:r>
      <w:r>
        <w:t>wa asbakabil banin? wa itha bushira ahaduhum bima daraba lirrahmani mathalan zalla wajhuhu muswaddan</w:t>
      </w:r>
    </w:p>
    <w:p>
      <w:pPr>
        <w:jc w:val="right"/>
      </w:pPr>
      <w:r>
        <w:t>وأصباك بالبنين؟ وإذا بشر أحدهم بما ضرب للرحمن مثلًا ظل وجهه مسودًا</w:t>
      </w:r>
    </w:p>
    <w:p>
      <w:r>
        <w:rPr>
          <w:b/>
        </w:rPr>
        <w:t xml:space="preserve">[11:13] </w:t>
      </w:r>
      <w:r>
        <w:t>wa huwa katheem?</w:t>
      </w:r>
    </w:p>
    <w:p>
      <w:pPr>
        <w:jc w:val="right"/>
      </w:pPr>
      <w:r>
        <w:t>وهو كظيم؟</w:t>
      </w:r>
    </w:p>
    <w:p>
      <w:r>
        <w:rPr>
          <w:b/>
        </w:rPr>
        <w:t xml:space="preserve">[11:18] </w:t>
      </w:r>
      <w:r>
        <w:t>aw man yansha' fi al-hilyati wa huwa fi al-khisami ghayru mubin? wa ja'alu al-mala'ikata alladhina hum 'ibadu al-rahman inathan.</w:t>
      </w:r>
    </w:p>
    <w:p>
      <w:pPr>
        <w:jc w:val="right"/>
      </w:pPr>
      <w:r>
        <w:t>أو من ينشأ في الحلية وهو في الخصام غير مبين؟ وجعلوا الملائكة الذين هم عباد الرحمن إناثًا.</w:t>
      </w:r>
    </w:p>
    <w:p>
      <w:r>
        <w:rPr>
          <w:b/>
        </w:rPr>
        <w:t xml:space="preserve">[11:36] </w:t>
      </w:r>
      <w:r>
        <w:t>ashahidu khalqahum. satuktabu shahadatuhum wa yus'alun. aur in logon ne khuda ke bndon mein se khuda ka juz thahraya,</w:t>
      </w:r>
    </w:p>
    <w:p>
      <w:pPr>
        <w:jc w:val="right"/>
      </w:pPr>
      <w:r>
        <w:t>أشهدوا خلقهم. ستكتب شهادتهم ويسألون. اور ان لوگوں نے خدا کے بندوں میں سے خدا کا جز ٹھہرایا،</w:t>
      </w:r>
    </w:p>
    <w:p>
      <w:r>
        <w:rPr>
          <w:b/>
        </w:rPr>
        <w:t xml:space="preserve">[11:52] </w:t>
      </w:r>
      <w:r>
        <w:t>beshak insan</w:t>
      </w:r>
    </w:p>
    <w:p>
      <w:pPr>
        <w:jc w:val="right"/>
      </w:pPr>
      <w:r>
        <w:t>بے شک انسان</w:t>
      </w:r>
    </w:p>
    <w:p>
      <w:r>
        <w:rPr>
          <w:b/>
        </w:rPr>
        <w:t xml:space="preserve">[11:53] </w:t>
      </w:r>
      <w:r>
        <w:t>khula nashukra hai. kya khuda ne apni makhluqat mein se betiyan pasand kin aur tum ko beton se nawaza?</w:t>
      </w:r>
    </w:p>
    <w:p>
      <w:pPr>
        <w:jc w:val="right"/>
      </w:pPr>
      <w:r>
        <w:t>کھلا ناشکرا ہے۔ کیا خدا نے اپنی مخلوقات میں سے بیٹیاں پسند کیں اور تم کو بیٹوں سے نوازا؟</w:t>
      </w:r>
    </w:p>
    <w:p>
      <w:r>
        <w:rPr>
          <w:b/>
        </w:rPr>
        <w:t xml:space="preserve">[12:05] </w:t>
      </w:r>
      <w:r>
        <w:t>aur jab un mein se kisi ko is cheez ki khabar di jati hai jis ko woh rahman ki taraf mansoob karta hai</w:t>
      </w:r>
    </w:p>
    <w:p>
      <w:pPr>
        <w:jc w:val="right"/>
      </w:pPr>
      <w:r>
        <w:t>اور جب ان میں سے کسی کو اس چیز کی خبر دی جاتی ہے جس کو وہ رحمان کی طرف منسوب کرتا ہے</w:t>
      </w:r>
    </w:p>
    <w:p>
      <w:r>
        <w:rPr>
          <w:b/>
        </w:rPr>
        <w:t xml:space="preserve">[12:13] </w:t>
      </w:r>
      <w:r>
        <w:t>to uska chehra siyah par jata hai aur woh gham se bhar jata hai. kya woh jo araish mein parvarish paye aur jhagde mein baat na kar sake?</w:t>
      </w:r>
    </w:p>
    <w:p>
      <w:pPr>
        <w:jc w:val="right"/>
      </w:pPr>
      <w:r>
        <w:t>تو اس کا چہرہ سیاہ پڑ جاتا ہے اور وہ غم سے بھر جاتا ہے۔ کیا وہ جو آرائش میں پرورش پائے اور جھگڑے میں بات نہ کر سکے؟</w:t>
      </w:r>
    </w:p>
    <w:p>
      <w:r>
        <w:rPr>
          <w:b/>
        </w:rPr>
        <w:t xml:space="preserve">[12:27] </w:t>
      </w:r>
      <w:r>
        <w:t>aur farishte jo rahman ke bnde hain, un ko unhon ne aurat qarar de rakha hai.</w:t>
      </w:r>
    </w:p>
    <w:p>
      <w:pPr>
        <w:jc w:val="right"/>
      </w:pPr>
      <w:r>
        <w:t>اور فرشتے جو رحمان کے بندے ہیں، ان کو انہوں نے عورت قرار دے رکھا ہے۔</w:t>
      </w:r>
    </w:p>
    <w:p>
      <w:r>
        <w:rPr>
          <w:b/>
        </w:rPr>
        <w:t xml:space="preserve">[12:33] </w:t>
      </w:r>
      <w:r>
        <w:t>kya woh un ki paidash ke waqt maujood the? un ka yeh daway likh lia jayega aur un se pooch hogi. tashreeh: khuda ke sath ghair khuda ko shareek karne ki ek surat yeh hai ke aadmi kisi ko khuda ka shareek zat thahraye, mislan farishton ko khuda ki beti manna, hazrat masih ko khuda ka beta batana,</w:t>
      </w:r>
    </w:p>
    <w:p>
      <w:pPr>
        <w:jc w:val="right"/>
      </w:pPr>
      <w:r>
        <w:t>کیا وہ ان کی پیدائش کے وقت موجود تھے؟ ان کا یہ دعویٰ لکھ لیا جائے گا اور ان سے پوچھ ہوگی۔ تشریح: خدا کے ساتھ غیر خدا کو شریک کرنے کی ایک صورت یہ ہے کہ آدمی کسی کو خدا کا شریک ذات ٹھہرائے، مثلاً فرشتوں کو خدا کی بیٹی ماننا، حضرت مسیح کو خدا کا بیٹا بتانا،</w:t>
      </w:r>
    </w:p>
    <w:p>
      <w:r>
        <w:rPr>
          <w:b/>
        </w:rPr>
        <w:t xml:space="preserve">[13:00] </w:t>
      </w:r>
      <w:r>
        <w:t>ya wahdat al-wujud ka nazariya jo tamam cheezon ko khuda ke ajza qarar de kar kainat ki tashreeh karta hai. is qism ke tamam aqaeed mahaz be buniyad mafroze hain, un ke haq mein koi bhi haqeeqi daleel maujood nahin.</w:t>
      </w:r>
    </w:p>
    <w:p>
      <w:pPr>
        <w:jc w:val="right"/>
      </w:pPr>
      <w:r>
        <w:t>یا وحدت الوجود کا نظریہ جو تمام چیزوں کو خدا کے اجزاء قرار دے کر کائنات کی تشریح کرتا ہے۔ اس قسم کے تمام عقیدے محض بے بنیاد مفروضے ہیں، ان کے حق میں کوئی بھی حقیقی دلیل موجود نہیں۔</w:t>
      </w:r>
    </w:p>
    <w:p>
      <w:r>
        <w:rPr>
          <w:b/>
        </w:rPr>
        <w:t xml:space="preserve">[13:19] </w:t>
      </w:r>
      <w:r>
        <w:t>yahan aurat ki sanfi khusoosiyat ko do jam'a lafz mein bayan kar dia gaya hai: ek yeh ke woh tab'an araish pasand hoti hai, doosre yeh ke woh muqable ke waqt par zor andaz mein kalam nahin kar pati.</w:t>
      </w:r>
    </w:p>
    <w:p>
      <w:pPr>
        <w:jc w:val="right"/>
      </w:pPr>
      <w:r>
        <w:t>یہاں عورت کی صنفی خصوصیات کو دو جامع لفظ میں بیان کر دیا گیا ہے: ایک یہ کہ وہ طبعاً آرائش پسند ہوتی ہے، دوسرے یہ کہ وہ مقابلے کے وقت پرزور انداز میں کلام نہیں کر پاتی۔</w:t>
      </w:r>
    </w:p>
    <w:p>
      <w:r>
        <w:rPr>
          <w:b/>
        </w:rPr>
        <w:t xml:space="preserve">[13:39] </w:t>
      </w:r>
      <w:r>
        <w:t>aurat ke andar yeh sanfi kami ek haqeeqat hai aur isi bana par islam mein yeh taqseem ki gayi hai ke mard bairuni kaam ka zimmedar hai aur aurat andaruni kaam ki zimmedar.</w:t>
      </w:r>
    </w:p>
    <w:p>
      <w:pPr>
        <w:jc w:val="right"/>
      </w:pPr>
      <w:r>
        <w:t>عورت کے اندر یہ صنفی کمی ایک حقیقت ہے اور اسی بنا پر اسلام میں یہ تقسیم کی گئی ہے کہ مرد بیرونی کام کا ذمہ دار ہے اور عورت اندرونی کام کی ذمہ دار۔</w:t>
      </w:r>
    </w:p>
    <w:p>
      <w:r>
        <w:rPr>
          <w:b/>
        </w:rPr>
        <w:t xml:space="preserve">[13:57] </w:t>
      </w:r>
      <w:r>
        <w:t>wa qalu law sha'a al-rahman ma 'abadnahum ma lahum bidhalika min 'ilmin in hum illa yakhursun?</w:t>
      </w:r>
    </w:p>
    <w:p>
      <w:pPr>
        <w:jc w:val="right"/>
      </w:pPr>
      <w:r>
        <w:t>وقالوا لو شاء الرحمن ما عبدناهم ما لهم بذلك من علم إن هم إلا يخرصون؟</w:t>
      </w:r>
    </w:p>
    <w:p>
      <w:r>
        <w:rPr>
          <w:b/>
        </w:rPr>
        <w:t xml:space="preserve">[14:13] </w:t>
      </w:r>
      <w:r>
        <w:t>am ataynähum kitaban</w:t>
      </w:r>
    </w:p>
    <w:p>
      <w:pPr>
        <w:jc w:val="right"/>
      </w:pPr>
      <w:r>
        <w:t>أم آتيناهم كتابًا</w:t>
      </w:r>
    </w:p>
    <w:p>
      <w:r>
        <w:rPr>
          <w:b/>
        </w:rPr>
        <w:t xml:space="preserve">[14:17] </w:t>
      </w:r>
      <w:r>
        <w:t>min qablihi fahum bihi mustamsikun? bal qalu inna wajadna abaa'ana 'ala</w:t>
      </w:r>
    </w:p>
    <w:p>
      <w:pPr>
        <w:jc w:val="right"/>
      </w:pPr>
      <w:r>
        <w:t>من قبله فهم به مستمسكون؟ بل قالوا إنا وجدنا آباءنا على</w:t>
      </w:r>
    </w:p>
    <w:p>
      <w:r>
        <w:rPr>
          <w:b/>
        </w:rPr>
        <w:t xml:space="preserve">[14:38] </w:t>
      </w:r>
      <w:r>
        <w:t>ummatin wa inna 'ala atharihim muhtadun.</w:t>
      </w:r>
    </w:p>
    <w:p>
      <w:pPr>
        <w:jc w:val="right"/>
      </w:pPr>
      <w:r>
        <w:t>أمة وإنا على آثارهم مهتدون.</w:t>
      </w:r>
    </w:p>
    <w:p>
      <w:r>
        <w:rPr>
          <w:b/>
        </w:rPr>
        <w:t xml:space="preserve">[14:51] </w:t>
      </w:r>
      <w:r>
        <w:t>wa kadhalika ma arsalna min</w:t>
      </w:r>
    </w:p>
    <w:p>
      <w:pPr>
        <w:jc w:val="right"/>
      </w:pPr>
      <w:r>
        <w:t>وكذلك ما أرسلنا من</w:t>
      </w:r>
    </w:p>
    <w:p>
      <w:r>
        <w:rPr>
          <w:b/>
        </w:rPr>
        <w:t xml:space="preserve">[14:57] </w:t>
      </w:r>
      <w:r>
        <w:t>qablika fi qaryatin min nadhir illa qala mutrafuha. illa qala mutrafuha inna wajadna</w:t>
      </w:r>
    </w:p>
    <w:p>
      <w:pPr>
        <w:jc w:val="right"/>
      </w:pPr>
      <w:r>
        <w:t>قبلك في قرية من نذير إلا قال مترفوها. إلا قال مترفوها إنا وجدنا</w:t>
      </w:r>
    </w:p>
    <w:p>
      <w:r>
        <w:rPr>
          <w:b/>
        </w:rPr>
        <w:t xml:space="preserve">[15:15] </w:t>
      </w:r>
      <w:r>
        <w:t>abaa'ana 'ala ummatin wa inna 'ala</w:t>
      </w:r>
    </w:p>
    <w:p>
      <w:pPr>
        <w:jc w:val="right"/>
      </w:pPr>
      <w:r>
        <w:t>آباءنا على أمة وإنا على</w:t>
      </w:r>
    </w:p>
    <w:p>
      <w:r>
        <w:rPr>
          <w:b/>
        </w:rPr>
        <w:t xml:space="preserve">[15:28] </w:t>
      </w:r>
      <w:r>
        <w:t>atharihim muqtadun.</w:t>
      </w:r>
    </w:p>
    <w:p>
      <w:pPr>
        <w:jc w:val="right"/>
      </w:pPr>
      <w:r>
        <w:t>آثارهم مقتدون.</w:t>
      </w:r>
    </w:p>
    <w:p>
      <w:r>
        <w:rPr>
          <w:b/>
        </w:rPr>
        <w:t xml:space="preserve">[15:33] </w:t>
      </w:r>
      <w:r>
        <w:t>qala: aولو jituakum bi ahda mimma wajadtum 'alayhi abaa'akum?</w:t>
      </w:r>
    </w:p>
    <w:p>
      <w:pPr>
        <w:jc w:val="right"/>
      </w:pPr>
      <w:r>
        <w:t>قال: أولو جئتكم بأهدى مما وجدتم عليه آباءكم؟</w:t>
      </w:r>
    </w:p>
    <w:p>
      <w:r>
        <w:rPr>
          <w:b/>
        </w:rPr>
        <w:t xml:space="preserve">[15:45] </w:t>
      </w:r>
      <w:r>
        <w:t>qalu: qalu inna bima</w:t>
      </w:r>
    </w:p>
    <w:p>
      <w:pPr>
        <w:jc w:val="right"/>
      </w:pPr>
      <w:r>
        <w:t>قالوا: قالوا إنا بما</w:t>
      </w:r>
    </w:p>
    <w:p>
      <w:r>
        <w:rPr>
          <w:b/>
        </w:rPr>
        <w:t xml:space="preserve">[15:53] </w:t>
      </w:r>
      <w:r>
        <w:t>arsaltum bihi kafirun.</w:t>
      </w:r>
    </w:p>
    <w:p>
      <w:pPr>
        <w:jc w:val="right"/>
      </w:pPr>
      <w:r>
        <w:t>أرسلتم به كافرون.</w:t>
      </w:r>
    </w:p>
    <w:p>
      <w:r>
        <w:rPr>
          <w:b/>
        </w:rPr>
        <w:t xml:space="preserve">[16:00] </w:t>
      </w:r>
      <w:r>
        <w:t>fantaqamna minhum, fanzur kayfa kana 'aqibatu al-mukadhibin.</w:t>
      </w:r>
    </w:p>
    <w:p>
      <w:pPr>
        <w:jc w:val="right"/>
      </w:pPr>
      <w:r>
        <w:t>فانتقمنا منهم، فانظر كيف كان عاقبة المكذبين.</w:t>
      </w:r>
    </w:p>
    <w:p>
      <w:r>
        <w:rPr>
          <w:b/>
        </w:rPr>
        <w:t xml:space="preserve">[16:10] </w:t>
      </w:r>
      <w:r>
        <w:t>aur woh kehte hain ke agar rahman chahta to hum un ki ibadat na karte, un ko is ka koi ilm nahin,</w:t>
      </w:r>
    </w:p>
    <w:p>
      <w:pPr>
        <w:jc w:val="right"/>
      </w:pPr>
      <w:r>
        <w:t>اور وہ کہتے ہیں کہ اگر رحمان چاہتا تو ہم ان کی عبادت نہ کرتے، ان کو اس کا کوئی علم نہیں،</w:t>
      </w:r>
    </w:p>
    <w:p>
      <w:r>
        <w:rPr>
          <w:b/>
        </w:rPr>
        <w:t xml:space="preserve">[16:18] </w:t>
      </w:r>
      <w:r>
        <w:t>woh mahaz be tehqeeq baat kar rahe hain. kya hum ne un ko is se pehle koi kitab di hai to unhon ne us ko mazboot pakad rakha hai?</w:t>
      </w:r>
    </w:p>
    <w:p>
      <w:pPr>
        <w:jc w:val="right"/>
      </w:pPr>
      <w:r>
        <w:t>وہ محض بے تحقیق بات کر رہے ہیں۔ کیا ہم نے ان کو اس سے پہلے کوئی کتاب دی ہے تو انہوں نے اس کو مضبوط پکڑ رکھا ہے؟</w:t>
      </w:r>
    </w:p>
    <w:p>
      <w:r>
        <w:rPr>
          <w:b/>
        </w:rPr>
        <w:t xml:space="preserve">[16:30] </w:t>
      </w:r>
      <w:r>
        <w:t>balkay woh kehtay hain kay hum nay apnay baap dada ko aik tareeqay par paya hai</w:t>
      </w:r>
    </w:p>
    <w:p>
      <w:pPr>
        <w:jc w:val="right"/>
      </w:pPr>
      <w:r>
        <w:t>بلکہ وہ کہتے ہیں کہ ہم نے اپنے باپ دادا کو ایک طریقے پر پایا ہے</w:t>
      </w:r>
    </w:p>
    <w:p>
      <w:r>
        <w:rPr>
          <w:b/>
        </w:rPr>
        <w:t xml:space="preserve">[16:37] </w:t>
      </w:r>
      <w:r>
        <w:t>aur hum un kay peechay chal rahay hain. aur isi tarah hum nay tum say pehlay jis basti mein bhi koi nazeer bheja to us kay khushhaal logon nay kaha kay hum nay apnay baap dada ko aik tareeqay par paya hai aur hum un kay peechay chalay ja rahay hain.</w:t>
      </w:r>
    </w:p>
    <w:p>
      <w:pPr>
        <w:jc w:val="right"/>
      </w:pPr>
      <w:r>
        <w:t>اور ہم ان کے پیچھے چل رہے ہیں۔ اور اسی طرح ہم نے تم سے پہلے جس بستی میں بھی کوئی نظیر بھیجا تو اس کے خوشحال لوگوں نے کہا کہ ہم نے اپنے باپ دادا کو ایک طریقے پر پایا ہے اور ہم ان کے پیچھے چلے جا رہے ہیں۔</w:t>
      </w:r>
    </w:p>
    <w:p>
      <w:r>
        <w:rPr>
          <w:b/>
        </w:rPr>
        <w:t xml:space="preserve">[16:57] </w:t>
      </w:r>
      <w:r>
        <w:t>nazeer nay kaha: agar chayay main is say ziyada sahih rasta tum ko bataoon jis par tum nay apnay baap dada ko paya hai, unhonay kaha kay hum is kay munkir hain jo day kar tum bhijay gaay ho.</w:t>
      </w:r>
    </w:p>
    <w:p>
      <w:pPr>
        <w:jc w:val="right"/>
      </w:pPr>
      <w:r>
        <w:t>نظیر نے کہا: اگرچہ میں اس سے زیادہ صحیح راستہ تمہیں بتاؤں جس پر تم نے اپنے باپ دادا کو پایا ہے، انہوں نے کہا کہ ہم اس کے منکر ہیں جو دے کر تم بھیجے گئے ہو۔</w:t>
      </w:r>
    </w:p>
    <w:p>
      <w:r>
        <w:rPr>
          <w:b/>
        </w:rPr>
        <w:t xml:space="preserve">[17:14] </w:t>
      </w:r>
      <w:r>
        <w:t>to hum nay un say intiqam liya, pas daikho kay kaisa anjam hua jhutlanay walon ka. tashreeh: maw'ooda dunya mein insan jo bhi kaam karna chahta hai,</w:t>
      </w:r>
    </w:p>
    <w:p>
      <w:pPr>
        <w:jc w:val="right"/>
      </w:pPr>
      <w:r>
        <w:t>تو ہم نے ان سے انتقام لیا، پس دیکھو کہ کیسا انجام ہوا جھٹلانے والوں کا۔ تشریح: موعودہ دنیا میں انسان جو بھی کام کرنا چاہتا ہے،</w:t>
      </w:r>
    </w:p>
    <w:p>
      <w:r>
        <w:rPr>
          <w:b/>
        </w:rPr>
        <w:t xml:space="preserve">[17:28] </w:t>
      </w:r>
      <w:r>
        <w:t>woh is kay mawaqay pa laita hai.</w:t>
      </w:r>
    </w:p>
    <w:p>
      <w:pPr>
        <w:jc w:val="right"/>
      </w:pPr>
      <w:r>
        <w:t>وہ اس کے مواقع پا لیتا ہے۔</w:t>
      </w:r>
    </w:p>
    <w:p>
      <w:r>
        <w:rPr>
          <w:b/>
        </w:rPr>
        <w:t xml:space="preserve">[17:31] </w:t>
      </w:r>
      <w:r>
        <w:t>is say aksar log is ghalat fehmi mein par jatay hain kay woh jo kuch kar rahay hain, sahih kar rahay hain. agar woh ghalati par hotay to woh apnay tareeqay ko chalanay mein kamyab na hotay.</w:t>
      </w:r>
    </w:p>
    <w:p>
      <w:pPr>
        <w:jc w:val="right"/>
      </w:pPr>
      <w:r>
        <w:t>اس سے اکثر لوگ اس غلط فہمی میں پڑ جاتے ہیں کہ وہ جو کچھ کر رہے ہیں، صحیح کر رہے ہیں۔ اگر وہ غلطی پر ہوتے تو وہ اپنے طریقے کو چلانے میں کامیاب نہ ہوتے۔</w:t>
      </w:r>
    </w:p>
    <w:p>
      <w:r>
        <w:rPr>
          <w:b/>
        </w:rPr>
        <w:t xml:space="preserve">[17:46] </w:t>
      </w:r>
      <w:r>
        <w:t>is qisam ki baatein aksar woh log kartay hain</w:t>
      </w:r>
    </w:p>
    <w:p>
      <w:pPr>
        <w:jc w:val="right"/>
      </w:pPr>
      <w:r>
        <w:t>اس قسم کی باتیں اکثر وہ لوگ کرتے ہیں</w:t>
      </w:r>
    </w:p>
    <w:p>
      <w:r>
        <w:rPr>
          <w:b/>
        </w:rPr>
        <w:t xml:space="preserve">[17:49] </w:t>
      </w:r>
      <w:r>
        <w:t>jin ko khushhaal tabqa kaha jata hai, magar yeh zabardast ghalat fehmi hai. aaj ki dunya mein har tareeqay ka chal parna is liye hai kay yahan imtihan ki azadi hai,</w:t>
      </w:r>
    </w:p>
    <w:p>
      <w:pPr>
        <w:jc w:val="right"/>
      </w:pPr>
      <w:r>
        <w:t>جن کو خوشحال طبقہ کہا جاتا ہے، مگر یہ زبردست غلط فہمی ہے۔ آج کی دنیا میں ہر طریقے کا چل پڑنا اس لیے ہے کہ یہاں امتحان کی آزادی ہے،</w:t>
      </w:r>
    </w:p>
    <w:p>
      <w:r>
        <w:rPr>
          <w:b/>
        </w:rPr>
        <w:t xml:space="preserve">[18:06] </w:t>
      </w:r>
      <w:r>
        <w:t>aakhirat ki dunya mein imtihan ki muddat khatam ho jaye gi, is liye wahan kisi kay liye yeh mauqa bhi baqi na rahay ga.</w:t>
      </w:r>
    </w:p>
    <w:p>
      <w:pPr>
        <w:jc w:val="right"/>
      </w:pPr>
      <w:r>
        <w:t>آخرت کی دنیا میں امتحان کی مدت ختم ہو جائے گی، اس لیے وہاں کسی کے لیے یہ موقع بھی باقی نہ رہے گا۔</w:t>
      </w:r>
    </w:p>
    <w:p>
      <w:r>
        <w:rPr>
          <w:b/>
        </w:rPr>
        <w:t xml:space="preserve">[18:16] </w:t>
      </w:r>
      <w:r>
        <w:t>har daur mein peghambaron kay deen ka muqabla sab say ziyada abai deen say pesh aaya hai.</w:t>
      </w:r>
    </w:p>
    <w:p>
      <w:pPr>
        <w:jc w:val="right"/>
      </w:pPr>
      <w:r>
        <w:t>ہر دور میں پیغمبروں کے دین کا مقابلہ سب سے زیادہ آبائی دین سے پیش آیا ہے۔</w:t>
      </w:r>
    </w:p>
    <w:p>
      <w:r>
        <w:rPr>
          <w:b/>
        </w:rPr>
        <w:t xml:space="preserve">[18:24] </w:t>
      </w:r>
      <w:r>
        <w:t>abaa qaumon ki nazar mein akabir ka darja hasil kar chukay hotay hain, is kay muqablay mein waqt ka peghambar unhain asaghir mein say nazar aata hai.</w:t>
      </w:r>
    </w:p>
    <w:p>
      <w:pPr>
        <w:jc w:val="right"/>
      </w:pPr>
      <w:r>
        <w:t>آباء قوموں کی نظر میں اکابر کا درجہ حاصل کر چکے ہوتے ہیں، اس کے مقابلے میں وقت کا پیغمبر انہیں اصاغر میں سے نظر آتا ہے۔</w:t>
      </w:r>
    </w:p>
    <w:p>
      <w:r>
        <w:rPr>
          <w:b/>
        </w:rPr>
        <w:t xml:space="preserve">[18:37] </w:t>
      </w:r>
      <w:r>
        <w:t>is bana par un kay liye namumkin ho jata hai kay woh</w:t>
      </w:r>
    </w:p>
    <w:p>
      <w:pPr>
        <w:jc w:val="right"/>
      </w:pPr>
      <w:r>
        <w:t>اس بنا پر ان کے لیے ناممکن ہو جاتا ہے کہ وہ</w:t>
      </w:r>
    </w:p>
    <w:p>
      <w:r>
        <w:rPr>
          <w:b/>
        </w:rPr>
        <w:t xml:space="preserve">[18:42] </w:t>
      </w:r>
      <w:r>
        <w:t>baron kay deen ko chor kar chotay kay deen ko ikhtiyar kar lain, magar unhi choton ki takzeeb par un qaumon par woh azab aaya jis kay mutaliq un ka guman tha kay woh sirf baron ki takzeeb par aa sakta hai.</w:t>
      </w:r>
    </w:p>
    <w:p>
      <w:pPr>
        <w:jc w:val="right"/>
      </w:pPr>
      <w:r>
        <w:t>بڑوں کے دین کو چھوڑ کر چھوٹے کے دین کو اختیار کر لیں، مگر انہی چھوٹوں کی تکذیب پر ان قوموں پر وہ عذاب آیا جس کے متعلق ان کا گمان تھا کہ وہ صرف بڑوں کی تکذیب پر آ سکتا ہے۔</w:t>
      </w:r>
    </w:p>
    <w:p>
      <w:r>
        <w:rPr>
          <w:b/>
        </w:rPr>
        <w:t xml:space="preserve">[19:01] </w:t>
      </w:r>
      <w:r>
        <w:t>wa iz qala ibrahim li abeehi wa li qaumi innani baree'un</w:t>
      </w:r>
    </w:p>
    <w:p>
      <w:pPr>
        <w:jc w:val="right"/>
      </w:pPr>
      <w:r>
        <w:t>وإذ قال إبراهيم لأبيه وقومه: إنني براء</w:t>
      </w:r>
    </w:p>
    <w:p>
      <w:r>
        <w:rPr>
          <w:b/>
        </w:rPr>
        <w:t xml:space="preserve">[19:13] </w:t>
      </w:r>
      <w:r>
        <w:t>mimma ta'abudoon. illa allazi fatarani fa innahu sa yahdeen.</w:t>
      </w:r>
    </w:p>
    <w:p>
      <w:pPr>
        <w:jc w:val="right"/>
      </w:pPr>
      <w:r>
        <w:t>مما تعبدون. إلا الذي فطرني فإنه سيهدين.</w:t>
      </w:r>
    </w:p>
    <w:p>
      <w:r>
        <w:rPr>
          <w:b/>
        </w:rPr>
        <w:t xml:space="preserve">[19:26] </w:t>
      </w:r>
      <w:r>
        <w:t>wa ja'alaha kalimatan baqiyatan</w:t>
      </w:r>
    </w:p>
    <w:p>
      <w:pPr>
        <w:jc w:val="right"/>
      </w:pPr>
      <w:r>
        <w:t>وجعلها كلمة باقية</w:t>
      </w:r>
    </w:p>
    <w:p>
      <w:r>
        <w:rPr>
          <w:b/>
        </w:rPr>
        <w:t xml:space="preserve">[19:31] </w:t>
      </w:r>
      <w:r>
        <w:t>fi 'aqbihi la'allahum yarji'oon. bal matta'tu ha'ula'i abaa'ahum hatta</w:t>
      </w:r>
    </w:p>
    <w:p>
      <w:pPr>
        <w:jc w:val="right"/>
      </w:pPr>
      <w:r>
        <w:t>في عقبه لعلهم يرجعون. بل متعت هؤلاء آباءهم حتى</w:t>
      </w:r>
    </w:p>
    <w:p>
      <w:r>
        <w:rPr>
          <w:b/>
        </w:rPr>
        <w:t xml:space="preserve">[19:48] </w:t>
      </w:r>
      <w:r>
        <w:t>ja'ahumul haqq wa rasoolun mubeen.</w:t>
      </w:r>
    </w:p>
    <w:p>
      <w:pPr>
        <w:jc w:val="right"/>
      </w:pPr>
      <w:r>
        <w:t>جاءهم الحق ورسول مبين.</w:t>
      </w:r>
    </w:p>
    <w:p>
      <w:r>
        <w:rPr>
          <w:b/>
        </w:rPr>
        <w:t xml:space="preserve">[19:57] </w:t>
      </w:r>
      <w:r>
        <w:t>wa lamma ja'ahumul haqq qalu hadha sihrun wa inna bihi kafiroon.</w:t>
      </w:r>
    </w:p>
    <w:p>
      <w:pPr>
        <w:jc w:val="right"/>
      </w:pPr>
      <w:r>
        <w:t>ولما جاءهم الحق قالوا: هذا سحر وإنا به كافرون.</w:t>
      </w:r>
    </w:p>
    <w:p>
      <w:r>
        <w:rPr>
          <w:b/>
        </w:rPr>
        <w:t xml:space="preserve">[20:12] </w:t>
      </w:r>
      <w:r>
        <w:t>aur jab ibrahim nay apnay baap say aur apni qaum say kaha kay main un cheezon say bari hoon jin ki tum ibadat kartay ho, magar woh jis nay mujh ko paida kiya,</w:t>
      </w:r>
    </w:p>
    <w:p>
      <w:pPr>
        <w:jc w:val="right"/>
      </w:pPr>
      <w:r>
        <w:t>اور جب ابراہیم نے اپنے باپ سے اور اپنی قوم سے کہا کہ میں ان چیزوں سے بری ہوں جن کی تم عبادت کرتے ہو، مگر وہ جس نے مجھ کو پیدا کیا،</w:t>
      </w:r>
    </w:p>
    <w:p>
      <w:r>
        <w:rPr>
          <w:b/>
        </w:rPr>
        <w:t xml:space="preserve">[20:27] </w:t>
      </w:r>
      <w:r>
        <w:t>pas bay shak woh meri rehnumai karay ga.</w:t>
      </w:r>
    </w:p>
    <w:p>
      <w:pPr>
        <w:jc w:val="right"/>
      </w:pPr>
      <w:r>
        <w:t>پس بے شک وہ میری رہنمائی کرے گا۔</w:t>
      </w:r>
    </w:p>
    <w:p>
      <w:r>
        <w:rPr>
          <w:b/>
        </w:rPr>
        <w:t xml:space="preserve">[20:30] </w:t>
      </w:r>
      <w:r>
        <w:t>aur ibrahim yahi kalma apnay peechay apni اولاد mein chor gaya ta kay woh us ki taraf rujoo karain.</w:t>
      </w:r>
    </w:p>
    <w:p>
      <w:pPr>
        <w:jc w:val="right"/>
      </w:pPr>
      <w:r>
        <w:t>اور ابراہیم یہی کلمہ اپنے پیچھے اپنی اولاد میں چھوڑ گیا تاکہ وہ اس کی طرف رجوع کریں۔</w:t>
      </w:r>
    </w:p>
    <w:p>
      <w:r>
        <w:rPr>
          <w:b/>
        </w:rPr>
        <w:t xml:space="preserve">[20:40] </w:t>
      </w:r>
      <w:r>
        <w:t>balkay main nay in ko aur in kay baap dada ko dunya ka saman diya</w:t>
      </w:r>
    </w:p>
    <w:p>
      <w:pPr>
        <w:jc w:val="right"/>
      </w:pPr>
      <w:r>
        <w:t>بلکہ میں نے ان کو اور ان کے باپ دادا کو دنیا کا سامان دیا</w:t>
      </w:r>
    </w:p>
    <w:p>
      <w:r>
        <w:rPr>
          <w:b/>
        </w:rPr>
        <w:t xml:space="preserve">[20:47] </w:t>
      </w:r>
      <w:r>
        <w:t>yahan tak kay un kay pas haq aya aur rasool khol kar sunanay wala. aur jab un kay pas haq aa gaya, unhonay kaha kay yeh jadu hai aur hum is kay munkir hain.</w:t>
      </w:r>
    </w:p>
    <w:p>
      <w:pPr>
        <w:jc w:val="right"/>
      </w:pPr>
      <w:r>
        <w:t>یہاں تک کہ ان کے پاس حق آیا اور رسول کھول کر سنا دینے والا۔ اور جب ان کے پاس حق آ گیا، انہوں نے کہا کہ یہ جادو ہے اور ہم اس کے منکر ہیں۔</w:t>
      </w:r>
    </w:p>
    <w:p>
      <w:r>
        <w:rPr>
          <w:b/>
        </w:rPr>
        <w:t xml:space="preserve">[21:03] </w:t>
      </w:r>
      <w:r>
        <w:t>tashreeh:</w:t>
      </w:r>
    </w:p>
    <w:p>
      <w:pPr>
        <w:jc w:val="right"/>
      </w:pPr>
      <w:r>
        <w:t>تشریح:</w:t>
      </w:r>
    </w:p>
    <w:p>
      <w:r>
        <w:rPr>
          <w:b/>
        </w:rPr>
        <w:t xml:space="preserve">[21:05] </w:t>
      </w:r>
      <w:r>
        <w:t>yahan hazrat ibrahim ke jis kalma-e-tauheed ka zikr hai, woh un ki dawati zindagi ke aakhri daur mein nikla tha. yeh kalma mahaz chand alfaaz ka majmooa na tha,</w:t>
      </w:r>
    </w:p>
    <w:p>
      <w:pPr>
        <w:jc w:val="right"/>
      </w:pPr>
      <w:r>
        <w:t>یہاں حضرت ابراہیم کے جس کلمہ توحید کا ذکر ہے، وہ ان کی دعوتی زندگی کے آخری دور میں نکلا تھا۔ یہ کلمہ محض چند الفاظ کا مجموعہ نہ تھا،</w:t>
      </w:r>
    </w:p>
    <w:p>
      <w:r>
        <w:rPr>
          <w:b/>
        </w:rPr>
        <w:t xml:space="preserve">[21:18] </w:t>
      </w:r>
      <w:r>
        <w:t>woh aik azeem tareekh ka khulasa tha.</w:t>
      </w:r>
    </w:p>
    <w:p>
      <w:pPr>
        <w:jc w:val="right"/>
      </w:pPr>
      <w:r>
        <w:t>وہ ایک عظیم تاریخ کا خلاصہ تھا۔</w:t>
      </w:r>
    </w:p>
    <w:p>
      <w:r>
        <w:rPr>
          <w:b/>
        </w:rPr>
        <w:t xml:space="preserve">[21:22] </w:t>
      </w:r>
      <w:r>
        <w:t>hazrat ibrahim jab san shaoor ko pohanchay to unhein yeh daryaft hui ke insaan ka maabood sirf aik hai, is ke siwa tamam maabood batil aur be-haqeeqat hain.</w:t>
      </w:r>
    </w:p>
    <w:p>
      <w:pPr>
        <w:jc w:val="right"/>
      </w:pPr>
      <w:r>
        <w:t>حضرت ابراہیم جب سن شور کو پہنچے تو انہیں یہ دریافت ہوئی کہ انسان کا معبود صرف ایک ہے، اس کے سوا تمام معبود باطل اور بے حقیقت ہیں۔</w:t>
      </w:r>
    </w:p>
    <w:p>
      <w:r>
        <w:rPr>
          <w:b/>
        </w:rPr>
        <w:t xml:space="preserve">[21:36] </w:t>
      </w:r>
      <w:r>
        <w:t>unhon ne apni zindagi ki taameer isi aqeeday par ki,</w:t>
      </w:r>
    </w:p>
    <w:p>
      <w:pPr>
        <w:jc w:val="right"/>
      </w:pPr>
      <w:r>
        <w:t>انہوں نے اپنی زندگی کی تعمیر اسی عقیدے پر کی،</w:t>
      </w:r>
    </w:p>
    <w:p>
      <w:r>
        <w:rPr>
          <w:b/>
        </w:rPr>
        <w:t xml:space="preserve">[21:40] </w:t>
      </w:r>
      <w:r>
        <w:t>khandan aur qaum ke andar isi ki tableegh ki. woh kisi maslehat ka lihaaz kiye baghair lambi muddat tak isi par qaim rahe yahan tak ke un ka muwahhid hona un ki hesiyat-e-urfi ban gaya.</w:t>
      </w:r>
    </w:p>
    <w:p>
      <w:pPr>
        <w:jc w:val="right"/>
      </w:pPr>
      <w:r>
        <w:t>خاندان اور قوم کے اندر اسی کی تبلیغ کی۔ وہ کسی مصلحت کا لحاظ کیے بغیر لمبی مدت تک اسی پر قائم رہے یہاں تک کہ ان کا مواحد ہونا ان کی حیثیت عرفی بن گیا۔</w:t>
      </w:r>
    </w:p>
    <w:p>
      <w:r>
        <w:rPr>
          <w:b/>
        </w:rPr>
        <w:t xml:space="preserve">[21:58] </w:t>
      </w:r>
      <w:r>
        <w:t>is tarah ki aik lambi zindagi guzaarnay ke baad jab woh mazkoora kalma keh kar apne watan se rawana hue to un ka kalma qudrati taur par kalma-e-baaqiya ban gaya.</w:t>
      </w:r>
    </w:p>
    <w:p>
      <w:pPr>
        <w:jc w:val="right"/>
      </w:pPr>
      <w:r>
        <w:t>اس طرح کی ایک لمبی زندگی گزارنے کے بعد جب وہ مذکورہ کلمہ کہہ کر اپنے وطن سے روانہ ہوئے تو ان کا کلمہ قدرتی طور پر کلمہ باقیہ بن گیا۔</w:t>
      </w:r>
    </w:p>
    <w:p>
      <w:r>
        <w:rPr>
          <w:b/>
        </w:rPr>
        <w:t xml:space="preserve">[22:11] </w:t>
      </w:r>
      <w:r>
        <w:t>woh aik aisa waqea tha ke hazrat ibrahim ka zikr aatay hi woh logon ko yaad aa jata tha.</w:t>
      </w:r>
    </w:p>
    <w:p>
      <w:pPr>
        <w:jc w:val="right"/>
      </w:pPr>
      <w:r>
        <w:t>وہ ایک ایسا واقعہ تھا کہ حضرت ابراہیم کا ذکر آتے ہی وہ لوگوں کو یاد آ جاتا تھا۔</w:t>
      </w:r>
    </w:p>
    <w:p>
      <w:r>
        <w:rPr>
          <w:b/>
        </w:rPr>
        <w:t xml:space="preserve">[22:20] </w:t>
      </w:r>
      <w:r>
        <w:t>hazrat ibrahim ki is taqatwar riwayat ko un ki baad ki nasal mein nishan-e-raah ka kaam dena chahiye tha, magar dunya ki dilchaspiyon ne baad ke logon ko is se ghafil kar diya,</w:t>
      </w:r>
    </w:p>
    <w:p>
      <w:pPr>
        <w:jc w:val="right"/>
      </w:pPr>
      <w:r>
        <w:t>حضرت ابراہیم کی اس طاقتور روایت کو ان کی بعد کی نسل میں نشان راہ کا کام دینا چاہیے تھا، مگر دنیا کی دلچسپیوں نے بعد کے لوگوں کو اس سے غافل کر دیا،</w:t>
      </w:r>
    </w:p>
    <w:p>
      <w:r>
        <w:rPr>
          <w:b/>
        </w:rPr>
        <w:t xml:space="preserve">[22:33] </w:t>
      </w:r>
      <w:r>
        <w:t>hata ke woh is maamlay mein</w:t>
      </w:r>
    </w:p>
    <w:p>
      <w:pPr>
        <w:jc w:val="right"/>
      </w:pPr>
      <w:r>
        <w:t>حتیٰ کہ وہ اس معاملے میں</w:t>
      </w:r>
    </w:p>
    <w:p>
      <w:r>
        <w:rPr>
          <w:b/>
        </w:rPr>
        <w:t xml:space="preserve">[22:36] </w:t>
      </w:r>
      <w:r>
        <w:t>itnay be-shaoor ho gaye ke baad ke zamanay mein jab Khuda ka aik banda unhein un ka maazi ka sabaq yaad dilanay ke liye utha to unhon ne is ka inkaar kar diya.</w:t>
      </w:r>
    </w:p>
    <w:p>
      <w:pPr>
        <w:jc w:val="right"/>
      </w:pPr>
      <w:r>
        <w:t>اتنے بے شعور ہو گئے کہ بعد کے زمانے میں جب خدا کا ایک بندہ انہیں ان کا ماضی کا سبق یاد دلانے کے لیے اٹھا تو انہوں نے اس کا انکار کر دیا۔</w:t>
      </w:r>
    </w:p>
    <w:p>
      <w:r>
        <w:rPr>
          <w:b/>
        </w:rPr>
        <w:t xml:space="preserve">[22:53] </w:t>
      </w:r>
      <w:r>
        <w:t>wa qaloo lola nazzala hatha al-quranu ala rajulim minal qaryataini azeem, aham yaqsimuna rahmatar rabbik?</w:t>
      </w:r>
    </w:p>
    <w:p>
      <w:pPr>
        <w:jc w:val="right"/>
      </w:pPr>
      <w:r>
        <w:t>وقالوا لولا نزل هذا القرآن على رجل من القريتين عظيم، أهم يقسمون رحمة ربك؟</w:t>
      </w:r>
    </w:p>
    <w:p>
      <w:r>
        <w:rPr>
          <w:b/>
        </w:rPr>
        <w:t xml:space="preserve">[23:09] </w:t>
      </w:r>
      <w:r>
        <w:t>nahnu qasumna bainahum</w:t>
      </w:r>
    </w:p>
    <w:p>
      <w:pPr>
        <w:jc w:val="right"/>
      </w:pPr>
      <w:r>
        <w:t>نحن قسمنا بينهم</w:t>
      </w:r>
    </w:p>
    <w:p>
      <w:r>
        <w:rPr>
          <w:b/>
        </w:rPr>
        <w:t xml:space="preserve">[23:12] </w:t>
      </w:r>
      <w:r>
        <w:t>ma'eesatahum fil hayati addunya wa rafa'na ba'dahum fawqa ba'din darajaatin li yattakhiza ba'dahum ba'dan sukhriyan,</w:t>
      </w:r>
    </w:p>
    <w:p>
      <w:pPr>
        <w:jc w:val="right"/>
      </w:pPr>
      <w:r>
        <w:t>معيشتهم في الحياة الدنيا ورفعنا بعضهم فوق بعض درجات ليتخذ بعضهم بعضاً سخرياً،</w:t>
      </w:r>
    </w:p>
    <w:p>
      <w:r>
        <w:rPr>
          <w:b/>
        </w:rPr>
        <w:t xml:space="preserve">[23:28] </w:t>
      </w:r>
      <w:r>
        <w:t>wa rahmatu rabbika khayrun</w:t>
      </w:r>
    </w:p>
    <w:p>
      <w:pPr>
        <w:jc w:val="right"/>
      </w:pPr>
      <w:r>
        <w:t>ورحمة ربك خير</w:t>
      </w:r>
    </w:p>
    <w:p>
      <w:r>
        <w:rPr>
          <w:b/>
        </w:rPr>
        <w:t xml:space="preserve">[23:31] </w:t>
      </w:r>
      <w:r>
        <w:t>mimma yajma'un. wa laula</w:t>
      </w:r>
    </w:p>
    <w:p>
      <w:pPr>
        <w:jc w:val="right"/>
      </w:pPr>
      <w:r>
        <w:t>مما يجمعون. ولولا</w:t>
      </w:r>
    </w:p>
    <w:p>
      <w:r>
        <w:rPr>
          <w:b/>
        </w:rPr>
        <w:t xml:space="preserve">[23:40] </w:t>
      </w:r>
      <w:r>
        <w:t>an yakoonan naasu ummatan wahidatan la ja'alna liman</w:t>
      </w:r>
    </w:p>
    <w:p>
      <w:pPr>
        <w:jc w:val="right"/>
      </w:pPr>
      <w:r>
        <w:t>أن يكون الناس أمة واحدة لجعلنا لمن</w:t>
      </w:r>
    </w:p>
    <w:p>
      <w:r>
        <w:rPr>
          <w:b/>
        </w:rPr>
        <w:t xml:space="preserve">[23:49] </w:t>
      </w:r>
      <w:r>
        <w:t>yakfuru bir rahmani libuyutihim saqfam, la ja'alna liman yakfuru bir rahmani libuyutihim saqfam min fiddatinw wa ma'arija alayha yazharoon,</w:t>
      </w:r>
    </w:p>
    <w:p>
      <w:pPr>
        <w:jc w:val="right"/>
      </w:pPr>
      <w:r>
        <w:t>يكفر بالرحمن لبيوتهم سقفاً، لجعلنا لمن يكفر بالرحمن لبيوتهم سقفاً من فضة ومعارج عليها يظهرون،</w:t>
      </w:r>
    </w:p>
    <w:p>
      <w:r>
        <w:rPr>
          <w:b/>
        </w:rPr>
        <w:t xml:space="preserve">[24:10] </w:t>
      </w:r>
      <w:r>
        <w:t>wa libuyutihim abwaabaw wa surirran alayha yattaki'oon,</w:t>
      </w:r>
    </w:p>
    <w:p>
      <w:pPr>
        <w:jc w:val="right"/>
      </w:pPr>
      <w:r>
        <w:t>ولبيوتهم أبواباً وسرراً عليها يتكئون،</w:t>
      </w:r>
    </w:p>
    <w:p>
      <w:r>
        <w:rPr>
          <w:b/>
        </w:rPr>
        <w:t xml:space="preserve">[24:20] </w:t>
      </w:r>
      <w:r>
        <w:t>wa zukhrufa, wa in kullu thalika lamma mata'ul hayati addunya wal akhiratu inda rabbika lil muttaqeen.</w:t>
      </w:r>
    </w:p>
    <w:p>
      <w:pPr>
        <w:jc w:val="right"/>
      </w:pPr>
      <w:r>
        <w:t>وزخرفاً، وإن كل ذلك لما متاع الحياة الدنيا والآخرة عند ربك للمتقين.</w:t>
      </w:r>
    </w:p>
    <w:p>
      <w:r>
        <w:rPr>
          <w:b/>
        </w:rPr>
        <w:t xml:space="preserve">[24:39] </w:t>
      </w:r>
      <w:r>
        <w:t>aur unhon ne kaha ke yeh Quran dono bastiyon mein se kisi baray aadmi par kyun nahi utara gaya? kya yeh log tere Rab ki rehmat ko taqseem karte hain?</w:t>
      </w:r>
    </w:p>
    <w:p>
      <w:pPr>
        <w:jc w:val="right"/>
      </w:pPr>
      <w:r>
        <w:t>اور انہوں نے کہا کہ یہ قرآن دونوں بستیوں میں سے کسی بڑے آدمی پر کیوں نہیں اتارا گیا؟ کیا یہ لوگ تیرے رب کی رحمت کو تقسیم کرتے ہیں؟</w:t>
      </w:r>
    </w:p>
    <w:p>
      <w:r>
        <w:rPr>
          <w:b/>
        </w:rPr>
        <w:t xml:space="preserve">[24:51] </w:t>
      </w:r>
      <w:r>
        <w:t>dunya ki zindagi mein un ki rozi ko to hum ne taqseem kiya hai aur hum ne aik ko doosray par fawqiyat di hai</w:t>
      </w:r>
    </w:p>
    <w:p>
      <w:pPr>
        <w:jc w:val="right"/>
      </w:pPr>
      <w:r>
        <w:t>دنیا کی زندگی میں ان کی روزی کو تو ہم نے تقسیم کیا ہے اور ہم نے ایک کو دوسرے پر فوقیت دی ہے</w:t>
      </w:r>
    </w:p>
    <w:p>
      <w:r>
        <w:rPr>
          <w:b/>
        </w:rPr>
        <w:t xml:space="preserve">[24:59] </w:t>
      </w:r>
      <w:r>
        <w:t>taake woh aik doosray se kaam lein, aur tere Rab ki rehmat is se behtar hai jo yeh jama kar rahe hain.</w:t>
      </w:r>
    </w:p>
    <w:p>
      <w:pPr>
        <w:jc w:val="right"/>
      </w:pPr>
      <w:r>
        <w:t>تاکہ وہ ایک دوسرے سے کام لیں، اور تیرے رب کی رحمت اس سے بہتر ہے جو یہ جمع کر رہے ہیں۔</w:t>
      </w:r>
    </w:p>
    <w:p>
      <w:r>
        <w:rPr>
          <w:b/>
        </w:rPr>
        <w:t xml:space="preserve">[25:10] </w:t>
      </w:r>
      <w:r>
        <w:t>aur agar yeh baat na hoti ke sab log aik hi tareeqay ke ho jayen ge to jo log Rehman ka inkaar karte hain,</w:t>
      </w:r>
    </w:p>
    <w:p>
      <w:pPr>
        <w:jc w:val="right"/>
      </w:pPr>
      <w:r>
        <w:t>اور اگر یہ بات نہ ہوتی کہ سب لوگ ایک ہی طریقے کے ہو جائیں گے تو جو لوگ رحمان کا انکار کرتے ہیں،</w:t>
      </w:r>
    </w:p>
    <w:p>
      <w:r>
        <w:rPr>
          <w:b/>
        </w:rPr>
        <w:t xml:space="preserve">[25:19] </w:t>
      </w:r>
      <w:r>
        <w:t>un ke liye hum un ke gharon ki chhaten chandi ki bana dete, aur zinay bhi jin par woh charhte hain, aur un ke gharon ke kanwar bhi, aur takht bhi jin par woh takiya laga kar beth te hain,</w:t>
      </w:r>
    </w:p>
    <w:p>
      <w:pPr>
        <w:jc w:val="right"/>
      </w:pPr>
      <w:r>
        <w:t>ان کے لیے ہم ان کے گھروں کی چھتیں چاندی کی بنا دیتے، اور زینے بھی جن پر وہ چڑھتے ہیں، اور ان کے گھروں کے کنواڑ بھی، اور تخت بھی جن پر وہ تکیہ لگا کر بیٹھتے ہیں،</w:t>
      </w:r>
    </w:p>
    <w:p>
      <w:r>
        <w:rPr>
          <w:b/>
        </w:rPr>
        <w:t xml:space="preserve">[25:35] </w:t>
      </w:r>
      <w:r>
        <w:t>aur sone ke bhi. aur yeh cheezen to sirf dunya ki zindagi ka samaan hain, aur aakhirat tere Rab ke paas muttaqiyon ke liye hai.</w:t>
      </w:r>
    </w:p>
    <w:p>
      <w:pPr>
        <w:jc w:val="right"/>
      </w:pPr>
      <w:r>
        <w:t>اور سونے کے بھی۔ اور یہ چیزیں تو صرف دنیا کی زندگی کا سامان ہیں، اور آخرت تیرے رب کے پاس متقیوں کے لیے ہے۔</w:t>
      </w:r>
    </w:p>
    <w:p>
      <w:r>
        <w:rPr>
          <w:b/>
        </w:rPr>
        <w:t xml:space="preserve">[25:47] </w:t>
      </w:r>
      <w:r>
        <w:t>tashreeh: peghambar-e-islam jab makka mein zahir hue to us waqt woh logon ko ek mamooli insaan nazar aate thay.</w:t>
      </w:r>
    </w:p>
    <w:p>
      <w:pPr>
        <w:jc w:val="right"/>
      </w:pPr>
      <w:r>
        <w:t>تشریح: پیغمبر اسلام جب مکہ میں ظاہر ہوئے تو اس وقت وہ لوگوں کو ایک معمولی انسان نظر آتے تھے۔</w:t>
      </w:r>
    </w:p>
    <w:p>
      <w:r>
        <w:rPr>
          <w:b/>
        </w:rPr>
        <w:t xml:space="preserve">[25:57] </w:t>
      </w:r>
      <w:r>
        <w:t>logon ne kaha ke khuda ko agar apna koi numainda hamari hidayat ke liye bhejna tha</w:t>
      </w:r>
    </w:p>
    <w:p>
      <w:pPr>
        <w:jc w:val="right"/>
      </w:pPr>
      <w:r>
        <w:t>لوگوں نے کہا کہ خدا کو اگر اپنا کوئی نمائندہ ہماری ہدایت کے لیے بھیجنا تھا</w:t>
      </w:r>
    </w:p>
    <w:p>
      <w:r>
        <w:rPr>
          <w:b/>
        </w:rPr>
        <w:t xml:space="preserve">[26:05] </w:t>
      </w:r>
      <w:r>
        <w:t>to us ne arab ki markazi bastiyon makka aur taif ki kisi azeem shakhsiyat ko is ke liye kyun nahi chuna? magar yeh un ki nazar ki kotahi thi.</w:t>
      </w:r>
    </w:p>
    <w:p>
      <w:pPr>
        <w:jc w:val="right"/>
      </w:pPr>
      <w:r>
        <w:t>تو اس نے عرب کی مرکزی بستیوں مکہ اور طائف کی کسی عظیم شخصیت کو اس کے لیے کیوں نہیں چنا؟ مگر یہ ان کی نظر کی کوتاہی تھی۔</w:t>
      </w:r>
    </w:p>
    <w:p>
      <w:r>
        <w:rPr>
          <w:b/>
        </w:rPr>
        <w:t xml:space="preserve">[26:17] </w:t>
      </w:r>
      <w:r>
        <w:t>insaan sirf haal ko dekh pata hai,</w:t>
      </w:r>
    </w:p>
    <w:p>
      <w:pPr>
        <w:jc w:val="right"/>
      </w:pPr>
      <w:r>
        <w:t>انسان صرف حال کو دیکھ پاتا ہے،</w:t>
      </w:r>
    </w:p>
    <w:p>
      <w:r>
        <w:rPr>
          <w:b/>
        </w:rPr>
        <w:t xml:space="preserve">[26:21] </w:t>
      </w:r>
      <w:r>
        <w:t>jabke peghambar-e-islam ki azmat ko samajhne ke liye mustaqbil ko dekhne wali nazar darkaar thi. chunaanche logon ko is qism ki door ki nazar haasil na thi,</w:t>
      </w:r>
    </w:p>
    <w:p>
      <w:pPr>
        <w:jc w:val="right"/>
      </w:pPr>
      <w:r>
        <w:t>جبکہ پیغمبر اسلام کی عظمت کو سمجھنے کے لیے مستقبل کو دیکھنے والی نظر درکار تھی۔ چونکہ لوگوں کو اس قسم کی دور کی نظر حاصل نہ تھی،</w:t>
      </w:r>
    </w:p>
    <w:p>
      <w:r>
        <w:rPr>
          <w:b/>
        </w:rPr>
        <w:t xml:space="preserve">[26:34] </w:t>
      </w:r>
      <w:r>
        <w:t>woh peghambar-e-islam ki azmat ko samajhne mein nakaam rahe.</w:t>
      </w:r>
    </w:p>
    <w:p>
      <w:pPr>
        <w:jc w:val="right"/>
      </w:pPr>
      <w:r>
        <w:t>وہ پیغمبر اسلام کی عظمت کو سمجھنے میں ناکام رہے۔</w:t>
      </w:r>
    </w:p>
    <w:p>
      <w:r>
        <w:rPr>
          <w:b/>
        </w:rPr>
        <w:t xml:space="preserve">[26:41] </w:t>
      </w:r>
      <w:r>
        <w:t>peghambar-e-islam ko kam samajhne ki wajah yeh thi ke aap ki zindagi mein maadi cheezon ki raunaq logon ko dikhai na deti thi, magar in maadi cheezon ki khuda ki nazar mein koi ahmiyat nahi.</w:t>
      </w:r>
    </w:p>
    <w:p>
      <w:pPr>
        <w:jc w:val="right"/>
      </w:pPr>
      <w:r>
        <w:t>پیغمبر اسلام کو کم سمجھنے کی وجہ یہ تھی کہ آپ کی زندگی میں مادی چیزوں کی رونق لوگوں کو دکھائی نہ دیتی تھی، مگر ان مادی چیزوں کی خدا کی نظر میں کوئی اہمیت نہیں۔</w:t>
      </w:r>
    </w:p>
    <w:p>
      <w:r>
        <w:rPr>
          <w:b/>
        </w:rPr>
        <w:t xml:space="preserve">[26:56] </w:t>
      </w:r>
      <w:r>
        <w:t>haqeeqat yeh hai ke yeh cheezein khuda ki nazar mein itni ghair ahim hain ke woh chahe to logon ko</w:t>
      </w:r>
    </w:p>
    <w:p>
      <w:pPr>
        <w:jc w:val="right"/>
      </w:pPr>
      <w:r>
        <w:t>حقیقت یہ ہے کہ یہ چیزیں خدا کی نظر میں اتنی غیر اہم ہیں کہ وہ چاہے تو لوگوں کو</w:t>
      </w:r>
    </w:p>
    <w:p>
      <w:r>
        <w:rPr>
          <w:b/>
        </w:rPr>
        <w:t xml:space="preserve">[27:03] </w:t>
      </w:r>
      <w:r>
        <w:t>sone chandi ka dher de de, magar khuda ne aisa is liye nahi kiya ke log inhi cheezon mein atak kar reh jayen ge. woh is se aage badh kar haqeeqat ko na pa saken ge.</w:t>
      </w:r>
    </w:p>
    <w:p>
      <w:pPr>
        <w:jc w:val="right"/>
      </w:pPr>
      <w:r>
        <w:t>سونے چاندی کا ڈھیر دے دے، مگر خدا نے ایسا اس لیے نہیں کیا کہ لوگ انہی چیزوں میں اٹک کر رہ جائیں گے۔ وہ اس سے آگے بڑھ کر حقیقت کو نہ پا سکیں گے۔</w:t>
      </w:r>
    </w:p>
    <w:p>
      <w:r>
        <w:rPr>
          <w:b/>
        </w:rPr>
        <w:t xml:space="preserve">[27:18] </w:t>
      </w:r>
      <w:r>
        <w:t>wa man ya'sh 'an zikr ar-rahman nuqayyiz lahu shaytanan</w:t>
      </w:r>
    </w:p>
    <w:p>
      <w:pPr>
        <w:jc w:val="right"/>
      </w:pPr>
      <w:r>
        <w:t>ومن يعش عن ذکر الرحمن نقيض له شيطاناً</w:t>
      </w:r>
    </w:p>
    <w:p>
      <w:r>
        <w:rPr>
          <w:b/>
        </w:rPr>
        <w:t xml:space="preserve">[27:26] </w:t>
      </w:r>
      <w:r>
        <w:t>fa huwa lahu qareen, wa innahum la yasuddunahum 'an as-sabeel wa yahsabuna annahum muhtadoon,</w:t>
      </w:r>
    </w:p>
    <w:p>
      <w:pPr>
        <w:jc w:val="right"/>
      </w:pPr>
      <w:r>
        <w:t>فهو له قرين، وإنهم لا يصدونهم عن السبيل ويحسبون أنهم مهتدون،</w:t>
      </w:r>
    </w:p>
    <w:p>
      <w:r>
        <w:rPr>
          <w:b/>
        </w:rPr>
        <w:t xml:space="preserve">[27:43] </w:t>
      </w:r>
      <w:r>
        <w:t>hatta</w:t>
      </w:r>
    </w:p>
    <w:p>
      <w:pPr>
        <w:jc w:val="right"/>
      </w:pPr>
      <w:r>
        <w:t>حتى</w:t>
      </w:r>
    </w:p>
    <w:p>
      <w:r>
        <w:rPr>
          <w:b/>
        </w:rPr>
        <w:t xml:space="preserve">[27:45] </w:t>
      </w:r>
      <w:r>
        <w:t>idha ja'ana qaala: ya laita baini wa baina ka bu'd al-mashriqain, fa bi'sa al-qareen,</w:t>
      </w:r>
    </w:p>
    <w:p>
      <w:pPr>
        <w:jc w:val="right"/>
      </w:pPr>
      <w:r>
        <w:t>إذا جاءنا قال: يا ليت بيني وبينك بعد المشرقين، فبئس القرين،</w:t>
      </w:r>
    </w:p>
    <w:p>
      <w:r>
        <w:rPr>
          <w:b/>
        </w:rPr>
        <w:t xml:space="preserve">[27:59] </w:t>
      </w:r>
      <w:r>
        <w:t>wa lan yanfa'akum al-yawm idha zalamtum annakum fi al-'adhabi mushtarikoon.</w:t>
      </w:r>
    </w:p>
    <w:p>
      <w:pPr>
        <w:jc w:val="right"/>
      </w:pPr>
      <w:r>
        <w:t>ولن ينفعكم اليوم إذ ظلمتم أنكم في العذاب مشتركون.</w:t>
      </w:r>
    </w:p>
    <w:p>
      <w:r>
        <w:rPr>
          <w:b/>
        </w:rPr>
        <w:t xml:space="preserve">[28:11] </w:t>
      </w:r>
      <w:r>
        <w:t>aur jo shakhs rehman ki naseehat se a'raaz karta hai to hum us par ek shaitan musallat kar dete hain, pas woh uska saathi ban jata hai, aur woh in ko haq ke raaste se rokte rehte hain.</w:t>
      </w:r>
    </w:p>
    <w:p>
      <w:pPr>
        <w:jc w:val="right"/>
      </w:pPr>
      <w:r>
        <w:t>اور جو شخص رحمان کی نصیحت سے اعراض کرتا ہے تو ہم اس پر ایک شیطان مسلط کر دیتے ہیں، پس وہ اس کا ساتھی بن جاتا ہے، اور وہ ان کو حق کے راستے سے روکتے رہتے ہیں۔</w:t>
      </w:r>
    </w:p>
    <w:p>
      <w:r>
        <w:rPr>
          <w:b/>
        </w:rPr>
        <w:t xml:space="preserve">[28:27] </w:t>
      </w:r>
      <w:r>
        <w:t>aur yeh log samajhte hain ke woh hidayat par hain, yahan tak ke jab woh hamare paas aaye ga to woh kahe ga ke kaash mere aur tere bayaan mashriq aur maghrib ki doori hoti.</w:t>
      </w:r>
    </w:p>
    <w:p>
      <w:pPr>
        <w:jc w:val="right"/>
      </w:pPr>
      <w:r>
        <w:t>اور یہ لوگ سمجھتے ہیں کہ وہ ہدایت پر ہیں، یہاں تک کہ جب وہ ہمارے پاس آئے گا تو وہ کہے گا کہ کاش میرے اور تیرے درمیان مشرق اور مغرب کی دوری ہوتی۔</w:t>
      </w:r>
    </w:p>
    <w:p>
      <w:r>
        <w:rPr>
          <w:b/>
        </w:rPr>
        <w:t xml:space="preserve">[28:41] </w:t>
      </w:r>
      <w:r>
        <w:t>pas kya hi bura saathi tha!</w:t>
      </w:r>
    </w:p>
    <w:p>
      <w:pPr>
        <w:jc w:val="right"/>
      </w:pPr>
      <w:r>
        <w:t>پس کیا ہی برا ساتھی تھا!</w:t>
      </w:r>
    </w:p>
    <w:p>
      <w:r>
        <w:rPr>
          <w:b/>
        </w:rPr>
        <w:t xml:space="preserve">[28:44] </w:t>
      </w:r>
      <w:r>
        <w:t>aur</w:t>
      </w:r>
    </w:p>
    <w:p>
      <w:pPr>
        <w:jc w:val="right"/>
      </w:pPr>
      <w:r>
        <w:t>اور</w:t>
      </w:r>
    </w:p>
    <w:p>
      <w:r>
        <w:rPr>
          <w:b/>
        </w:rPr>
        <w:t xml:space="preserve">[28:45] </w:t>
      </w:r>
      <w:r>
        <w:t>jab ke tum zulm kar chuke to aaj yeh baat tum ko kuch bhi faida nahi degi ke tum azaab mein ek doosre ke shareek ho.</w:t>
      </w:r>
    </w:p>
    <w:p>
      <w:pPr>
        <w:jc w:val="right"/>
      </w:pPr>
      <w:r>
        <w:t>جب کہ تم ظلم کر چکے تو آج یہ بات تم کو کچھ بھی فائدہ نہیں دے گی کہ تم عذاب میں ایک دوسرے کے شریک ہو۔</w:t>
      </w:r>
    </w:p>
    <w:p>
      <w:r>
        <w:rPr>
          <w:b/>
        </w:rPr>
        <w:t xml:space="preserve">[28:55] </w:t>
      </w:r>
      <w:r>
        <w:t>tashreeh: naseehat se a'raaz karna yeh hai ke aadmi haqeeqat ka itraaf na kare.</w:t>
      </w:r>
    </w:p>
    <w:p>
      <w:pPr>
        <w:jc w:val="right"/>
      </w:pPr>
      <w:r>
        <w:t>تشریح: نصیحت سے اعراض کرنا یہ ہے کہ آدمی حقیقت کا اعتراف نہ کرے۔</w:t>
      </w:r>
    </w:p>
    <w:p>
      <w:r>
        <w:rPr>
          <w:b/>
        </w:rPr>
        <w:t xml:space="preserve">[29:03] </w:t>
      </w:r>
      <w:r>
        <w:t>khudai haqeeqat us ke saamne aise dalail ke saath aaye jis ka woh inkaar na kar sakta ho, magar woh apni maslehaton ke tahaffuz ki khaatir us ko nazar andaaz kar de.</w:t>
      </w:r>
    </w:p>
    <w:p>
      <w:pPr>
        <w:jc w:val="right"/>
      </w:pPr>
      <w:r>
        <w:t>خدائی حقیقت اس کے سامنے ایسے دلائل کے ساتھ آئے جس کا وہ انکار نہ کر سکتا ہو، مگر وہ اپنی مصلحتوں کے تحفظ کی خاطر اس کو نظر انداز کر دے۔</w:t>
      </w:r>
    </w:p>
    <w:p>
      <w:r>
        <w:rPr>
          <w:b/>
        </w:rPr>
        <w:t xml:space="preserve">[29:17] </w:t>
      </w:r>
      <w:r>
        <w:t>aisa shakhs apne mauqaf ko durust saabit karne ke liye us ke khilaaf</w:t>
      </w:r>
    </w:p>
    <w:p>
      <w:pPr>
        <w:jc w:val="right"/>
      </w:pPr>
      <w:r>
        <w:t>ایسا شخص اپنے موقف کو درست ثابت کرنے کے لیے اس کے خلاف</w:t>
      </w:r>
    </w:p>
    <w:p>
      <w:r>
        <w:rPr>
          <w:b/>
        </w:rPr>
        <w:t xml:space="preserve">[29:23] </w:t>
      </w:r>
      <w:r>
        <w:t>jhooti baatein karta hai. yahi woh waqt hai jab ke shaitan ko yeh mauqa mil jata hai ke woh us ke upar musallat ho jaye.</w:t>
      </w:r>
    </w:p>
    <w:p>
      <w:pPr>
        <w:jc w:val="right"/>
      </w:pPr>
      <w:r>
        <w:t>جھوٹی باتیں کرتا ہے۔ یہی وہ وقت ہے جب کہ شیطان کو یہ موقع مل جاتا ہے کہ وہ اس کے اوپر مسلط ہو جائے۔</w:t>
      </w:r>
    </w:p>
    <w:p>
      <w:r>
        <w:rPr>
          <w:b/>
        </w:rPr>
        <w:t xml:space="preserve">[29:33] </w:t>
      </w:r>
      <w:r>
        <w:t>woh us ki aqal ko ghlat rukh par daudane lage. farzi tawjeehaat mein masroof kar ke</w:t>
      </w:r>
    </w:p>
    <w:p>
      <w:pPr>
        <w:jc w:val="right"/>
      </w:pPr>
      <w:r>
        <w:t>وہ اس کی عقل کو غلط رخ پر دوڑانے لگے۔ فرضی توجیحات میں مشغول کر کے</w:t>
      </w:r>
    </w:p>
    <w:p>
      <w:r>
        <w:rPr>
          <w:b/>
        </w:rPr>
        <w:t xml:space="preserve">[29:42] </w:t>
      </w:r>
      <w:r>
        <w:t>shaitan us ko yaqeen dilata rehta hai ke tum haq par ho. yeh fareeb sirf us waqt tootta hai jab ke aadmi ki maut aati hai, aur woh khuda ke saamne aakhri hisaab ke liye khada kar diya jata hai.</w:t>
      </w:r>
    </w:p>
    <w:p>
      <w:pPr>
        <w:jc w:val="right"/>
      </w:pPr>
      <w:r>
        <w:t>شیطان اس کو یقین دلاتا رہتا ہے کہ تم حق پر ہو۔ یہ فریب صرف اس وقت ٹوٹتا ہے جب کہ آدمی کی موت آتی ہے، اور وہ خدا کے سامنے آخری حساب کے لیے کھڑا کر دیا جاتا ہے۔</w:t>
      </w:r>
    </w:p>
    <w:p>
      <w:r>
        <w:rPr>
          <w:b/>
        </w:rPr>
        <w:t xml:space="preserve">[29:59] </w:t>
      </w:r>
      <w:r>
        <w:t>dunya mein aadmi ka haal yeh hai ke woh is ko apna dost aur saathi bana leta hai jo is ke jhoot ki taeed kare, magar akhirat mein woh aisay tamam saathiyon par lanat karega.</w:t>
      </w:r>
    </w:p>
    <w:p>
      <w:pPr>
        <w:jc w:val="right"/>
      </w:pPr>
      <w:r>
        <w:t>دنیا میں آدمی کا حال یہ ہے کہ وہ اس کو اپنا دوست اور ساتھی بنا لیتا ہے جو اس کے جھوٹ کی تائید کرے، مگر آخرت میں وہ ایسے تمام ساتھیوں پر لعنت کرے گا۔</w:t>
      </w:r>
    </w:p>
    <w:p>
      <w:r>
        <w:rPr>
          <w:b/>
        </w:rPr>
        <w:t xml:space="preserve">[30:14] </w:t>
      </w:r>
      <w:r>
        <w:t>woh chahega ke woh is se itna door ho jayen ke woh na un ki shakal dekhe aur na un ki awaz sune.</w:t>
      </w:r>
    </w:p>
    <w:p>
      <w:pPr>
        <w:jc w:val="right"/>
      </w:pPr>
      <w:r>
        <w:t>وہ چاہے گا کہ وہ اس سے اتنا دور ہو جائیں کہ وہ نہ ان کی شکل دیکھے اور نہ ان کی آواز سنے۔</w:t>
      </w:r>
    </w:p>
    <w:p>
      <w:r>
        <w:rPr>
          <w:b/>
        </w:rPr>
        <w:t xml:space="preserve">[30:26] </w:t>
      </w:r>
      <w:r>
        <w:t>af a'anta tasmi'u al-summa aw tahdi al-'umya wa man kana fi dalalin mubinin?</w:t>
      </w:r>
    </w:p>
    <w:p>
      <w:pPr>
        <w:jc w:val="right"/>
      </w:pPr>
      <w:r>
        <w:t>أفأنت تسمع الصم أو تهدي العمي ومن كان في ضلال مبين؟</w:t>
      </w:r>
    </w:p>
    <w:p>
      <w:r>
        <w:rPr>
          <w:b/>
        </w:rPr>
        <w:t xml:space="preserve">[30:38] </w:t>
      </w:r>
      <w:r>
        <w:t>fa'imma nazhabanna bika fa'inna minhum</w:t>
      </w:r>
    </w:p>
    <w:p>
      <w:pPr>
        <w:jc w:val="right"/>
      </w:pPr>
      <w:r>
        <w:t>فإما نذهبن بك فإنا منهم</w:t>
      </w:r>
    </w:p>
    <w:p>
      <w:r>
        <w:rPr>
          <w:b/>
        </w:rPr>
        <w:t xml:space="preserve">[30:46] </w:t>
      </w:r>
      <w:r>
        <w:t>muntaqimun, aw nuriyennaka alladhi wa'adnahum fa'inna 'alayhim muqtadirun.</w:t>
      </w:r>
    </w:p>
    <w:p>
      <w:pPr>
        <w:jc w:val="right"/>
      </w:pPr>
      <w:r>
        <w:t>منتقمون، أو نرينك الذي وعدناهم فإنا عليهم مقتدرون.</w:t>
      </w:r>
    </w:p>
    <w:p>
      <w:r>
        <w:rPr>
          <w:b/>
        </w:rPr>
        <w:t xml:space="preserve">[31:01] </w:t>
      </w:r>
      <w:r>
        <w:t>fastamsik bi alladhi</w:t>
      </w:r>
    </w:p>
    <w:p>
      <w:pPr>
        <w:jc w:val="right"/>
      </w:pPr>
      <w:r>
        <w:t>فاستمسك بالذي</w:t>
      </w:r>
    </w:p>
    <w:p>
      <w:r>
        <w:rPr>
          <w:b/>
        </w:rPr>
        <w:t xml:space="preserve">[31:06] </w:t>
      </w:r>
      <w:r>
        <w:t>oohiya ilayka innaka 'ala siratin mustaqimin,</w:t>
      </w:r>
    </w:p>
    <w:p>
      <w:pPr>
        <w:jc w:val="right"/>
      </w:pPr>
      <w:r>
        <w:t>أوحي إليك إنك على صراط مستقيم،</w:t>
      </w:r>
    </w:p>
    <w:p>
      <w:r>
        <w:rPr>
          <w:b/>
        </w:rPr>
        <w:t xml:space="preserve">[31:16] </w:t>
      </w:r>
      <w:r>
        <w:t>wa innahu ladhikrun laka wa liqawmika wa sawfa tus'alun.</w:t>
      </w:r>
    </w:p>
    <w:p>
      <w:pPr>
        <w:jc w:val="right"/>
      </w:pPr>
      <w:r>
        <w:t>وإنه لذكر لك ولقومك وسوف تسألون.</w:t>
      </w:r>
    </w:p>
    <w:p>
      <w:r>
        <w:rPr>
          <w:b/>
        </w:rPr>
        <w:t xml:space="preserve">[31:25] </w:t>
      </w:r>
      <w:r>
        <w:t>was'al man arsalna min qablika min ruslina aj'alna min dun al-rahman a'ilhata yu'badun.</w:t>
      </w:r>
    </w:p>
    <w:p>
      <w:pPr>
        <w:jc w:val="right"/>
      </w:pPr>
      <w:r>
        <w:t>واسأل من أرسلنا من قبلك من رسلنا أجعلنا من دون الرحمن آلهة يعبدون.</w:t>
      </w:r>
    </w:p>
    <w:p>
      <w:r>
        <w:rPr>
          <w:b/>
        </w:rPr>
        <w:t xml:space="preserve">[31:42] </w:t>
      </w:r>
      <w:r>
        <w:t>pas kya tum behron ko sunao ge</w:t>
      </w:r>
    </w:p>
    <w:p>
      <w:pPr>
        <w:jc w:val="right"/>
      </w:pPr>
      <w:r>
        <w:t>پس کیا تم بہروں کو سناؤ گے</w:t>
      </w:r>
    </w:p>
    <w:p>
      <w:r>
        <w:rPr>
          <w:b/>
        </w:rPr>
        <w:t xml:space="preserve">[31:45] </w:t>
      </w:r>
      <w:r>
        <w:t>ya tum andhon ko rah dikhao ge aur un ko jo khuli hui gumrahi mein hain? pas agar hum tum ko utha len to hum un se badla lene walay hain, ya tum ko dikha den ge woh cheez jis ka hum ne un se wada kiya hai?</w:t>
      </w:r>
    </w:p>
    <w:p>
      <w:pPr>
        <w:jc w:val="right"/>
      </w:pPr>
      <w:r>
        <w:t>یا تم اندھوں کو راہ دکھاؤ گے اور ان کو جو کھلی ہوئی گمراہی میں ہیں؟ پس اگر ہم تم کو اٹھا لیں تو ہم ان سے بدلہ لینے والے ہیں، یا تم کو دکھا دیں گے وہ چیز جس کا ہم نے ان سے وعدہ کیا ہے؟</w:t>
      </w:r>
    </w:p>
    <w:p>
      <w:r>
        <w:rPr>
          <w:b/>
        </w:rPr>
        <w:t xml:space="preserve">[32:03] </w:t>
      </w:r>
      <w:r>
        <w:t>pas hum un par poori tarah qadir hain. pas tum is ko mazbooti se thaame raho jo tumharay oopar wahi ki gayi hai.</w:t>
      </w:r>
    </w:p>
    <w:p>
      <w:pPr>
        <w:jc w:val="right"/>
      </w:pPr>
      <w:r>
        <w:t>پس ہم ان پر پوری طرح قادر ہیں۔ پس تم اس کو مضبوطی سے تھامے رہو جو تمہارے اوپر وحی کی گئی ہے۔</w:t>
      </w:r>
    </w:p>
    <w:p>
      <w:r>
        <w:rPr>
          <w:b/>
        </w:rPr>
        <w:t xml:space="preserve">[32:13] </w:t>
      </w:r>
      <w:r>
        <w:t>beshak tum aik seedhay rastay par ho, aur yeh tumharay liye aur tumhari qom ke liye naseehat hai,</w:t>
      </w:r>
    </w:p>
    <w:p>
      <w:pPr>
        <w:jc w:val="right"/>
      </w:pPr>
      <w:r>
        <w:t>بے شک تم ایک سیدھے راستے پر ہو، اور یہ تمہارے لیے اور تمہاری قوم کے لیے نصیحت ہے،</w:t>
      </w:r>
    </w:p>
    <w:p>
      <w:r>
        <w:rPr>
          <w:b/>
        </w:rPr>
        <w:t xml:space="preserve">[32:21] </w:t>
      </w:r>
      <w:r>
        <w:t>aur 'anqareeb tum se pooch hogi. aur jin ko hum ne tum se pehlay bheja hai un se pooch lo ke kya hum ne rehman ke siwa doosray ma'abood thehray thay ke un ki ibadat ki jaye?</w:t>
      </w:r>
    </w:p>
    <w:p>
      <w:pPr>
        <w:jc w:val="right"/>
      </w:pPr>
      <w:r>
        <w:t>اور عنقریب تم سے پوچھ ہوگی۔ اور جن کو ہم نے تم سے پہلے بھیجا ہے ان سے پوچھ لو کہ کیا ہم نے رحمان کے سوا دوسرے معبود ٹھہرائے تھے کہ ان کی عبادت کی جائے؟</w:t>
      </w:r>
    </w:p>
    <w:p>
      <w:r>
        <w:rPr>
          <w:b/>
        </w:rPr>
        <w:t xml:space="preserve">[32:37] </w:t>
      </w:r>
      <w:r>
        <w:t>tashreeh:</w:t>
      </w:r>
    </w:p>
    <w:p>
      <w:pPr>
        <w:jc w:val="right"/>
      </w:pPr>
      <w:r>
        <w:t>تشریح:</w:t>
      </w:r>
    </w:p>
    <w:p>
      <w:r>
        <w:rPr>
          <w:b/>
        </w:rPr>
        <w:t xml:space="preserve">[32:39] </w:t>
      </w:r>
      <w:r>
        <w:t>aankh wala apni aankh ko band kar le to us ko kuch dikhai nahi de ga, kaan wala apnay kaan ko band kar le to us ko kuch sunai nahi de ga.</w:t>
      </w:r>
    </w:p>
    <w:p>
      <w:pPr>
        <w:jc w:val="right"/>
      </w:pPr>
      <w:r>
        <w:t>آنکھ والا اپنی آنکھ کو بند کر لے تو اس کو کچھ دکھائی نہیں دے گا، کان والا اپنے کان کو بند کر لے تو اس کو کچھ سنائی نہیں دے گا۔</w:t>
      </w:r>
    </w:p>
    <w:p>
      <w:r>
        <w:rPr>
          <w:b/>
        </w:rPr>
        <w:t xml:space="preserve">[32:50] </w:t>
      </w:r>
      <w:r>
        <w:t>isi tarah jo shakhs apni aqal ko istemal na kare, woh</w:t>
      </w:r>
    </w:p>
    <w:p>
      <w:pPr>
        <w:jc w:val="right"/>
      </w:pPr>
      <w:r>
        <w:t>اسی طرح جو شخص اپنی عقل کو استعمال نہ کرے، وہ</w:t>
      </w:r>
    </w:p>
    <w:p>
      <w:r>
        <w:rPr>
          <w:b/>
        </w:rPr>
        <w:t xml:space="preserve">[32:55] </w:t>
      </w:r>
      <w:r>
        <w:t>aqal ko mu'attal kar ke apni khwahish ke rukh par chalne lage to aisay shakhs ko samjhana bujhana bilkul bekar hota hai.</w:t>
      </w:r>
    </w:p>
    <w:p>
      <w:pPr>
        <w:jc w:val="right"/>
      </w:pPr>
      <w:r>
        <w:t>عقل کو معطل کر کے اپنی خواہش کے رخ پر چلنے لگے تو ایسے شخص کو سمجھانا بجھانا بالکل بیکار ہوتا ہے۔</w:t>
      </w:r>
    </w:p>
    <w:p>
      <w:r>
        <w:rPr>
          <w:b/>
        </w:rPr>
        <w:t xml:space="preserve">[33:05] </w:t>
      </w:r>
      <w:r>
        <w:t>samajhne ka kaam aqal ke zariye hota hai, aur apni aqal ke oopar us ne apni khwahishat ka parda daal rakha hai.</w:t>
      </w:r>
    </w:p>
    <w:p>
      <w:pPr>
        <w:jc w:val="right"/>
      </w:pPr>
      <w:r>
        <w:t>سمجھنے کا کام عقل کے ذریعے ہوتا ہے، اور اپنی عقل کے اوپر اس نے اپنی خواہشات کا پردہ ڈال رکھا ہے۔</w:t>
      </w:r>
    </w:p>
    <w:p>
      <w:r>
        <w:rPr>
          <w:b/>
        </w:rPr>
        <w:t xml:space="preserve">[33:14] </w:t>
      </w:r>
      <w:r>
        <w:t>tahum mad'u ka rawaiyya khwah kuch bhi ho, da'i ko apna da'wati kaam har haal mein jari rakhna hai, yahan tak ke woh itmam حجت ke marhalay tak pohanch jaye.</w:t>
      </w:r>
    </w:p>
    <w:p>
      <w:pPr>
        <w:jc w:val="right"/>
      </w:pPr>
      <w:r>
        <w:t>تاہم مدعو کا رویہ خواہ کچھ بھی ہو، داعی کو اپنا دعوتی کام ہر حال میں جاری رکھنا ہے، یہاں تک کہ وہ اتمام حجت کے مرحلے تک پہنچ جائے۔</w:t>
      </w:r>
    </w:p>
    <w:p>
      <w:r>
        <w:rPr>
          <w:b/>
        </w:rPr>
        <w:t xml:space="preserve">[33:27] </w:t>
      </w:r>
      <w:r>
        <w:t>haq ka da'i agarchay aik insaan hota hai, magar haq ka ma'amla khuda ka ma'amla hai.</w:t>
      </w:r>
    </w:p>
    <w:p>
      <w:pPr>
        <w:jc w:val="right"/>
      </w:pPr>
      <w:r>
        <w:t>حق کا داعی اگرچہ ایک انسان ہوتا ہے، مگر حق کا معاملہ خدا کا معاملہ ہے۔</w:t>
      </w:r>
    </w:p>
    <w:p>
      <w:r>
        <w:rPr>
          <w:b/>
        </w:rPr>
        <w:t xml:space="preserve">[33:34] </w:t>
      </w:r>
      <w:r>
        <w:t>aadmi haq ke da'i ka inkar kar ke samajhta hai ke woh haq ki zid se bach gaya, halankay ain usi waqt woh khuda ki zid mein aa jata hai.</w:t>
      </w:r>
    </w:p>
    <w:p>
      <w:pPr>
        <w:jc w:val="right"/>
      </w:pPr>
      <w:r>
        <w:t>آدمی حق کے داعی کا انکار کر کے سمجھتا ہے کہ وہ حق کی زد سے بچ گیا، حالانکہ عین اسی وقت وہ خدا کی زد میں آ جاتا ہے۔</w:t>
      </w:r>
    </w:p>
    <w:p>
      <w:r>
        <w:rPr>
          <w:b/>
        </w:rPr>
        <w:t xml:space="preserve">[33:45] </w:t>
      </w:r>
      <w:r>
        <w:t>aadmi agar is raaz ko janay to woh haq ke da'i ko nazar andaz karte hue</w:t>
      </w:r>
    </w:p>
    <w:p>
      <w:pPr>
        <w:jc w:val="right"/>
      </w:pPr>
      <w:r>
        <w:t>آدمی اگر اس راز کو جانے تو وہ حق کے داعی کو نظر انداز کرتے ہوئے</w:t>
      </w:r>
    </w:p>
    <w:p>
      <w:r>
        <w:rPr>
          <w:b/>
        </w:rPr>
        <w:t xml:space="preserve">[33:51] </w:t>
      </w:r>
      <w:r>
        <w:t>kaanp uthe ga, kyunke woh janay ga ke haq ke da'i ko nazar andaz karna khud haq ko nazar andaz karna hai, aur haq ko nazar andaz karna khuda ko nazar andaz karna.</w:t>
      </w:r>
    </w:p>
    <w:p>
      <w:pPr>
        <w:jc w:val="right"/>
      </w:pPr>
      <w:r>
        <w:t>کانپ اٹھے گا، کیونکہ وہ جانے گا کہ حق کے داعی کو نظر انداز کرنا خود حق کو نظر انداز کرنا ہے، اور حق کو نظر انداز کرنا خدا کو نظر انداز کرنا۔</w:t>
      </w:r>
    </w:p>
    <w:p>
      <w:r>
        <w:rPr>
          <w:b/>
        </w:rPr>
        <w:t xml:space="preserve">[34:09] </w:t>
      </w:r>
      <w:r>
        <w:t>wa laqad arsalna musa bi ayatina ila fir'awna wa mal'ihi faqaala: inni rasulu rabb al-'alamin.</w:t>
      </w:r>
    </w:p>
    <w:p>
      <w:pPr>
        <w:jc w:val="right"/>
      </w:pPr>
      <w:r>
        <w:t>ولقد أرسلنا موسى بآياتنا إلى فرعون وملئه فقال: إني رسول رب العالمين.</w:t>
      </w:r>
    </w:p>
    <w:p>
      <w:r>
        <w:rPr>
          <w:b/>
        </w:rPr>
        <w:t xml:space="preserve">[34:25] </w:t>
      </w:r>
      <w:r>
        <w:t>falama</w:t>
      </w:r>
    </w:p>
    <w:p>
      <w:pPr>
        <w:jc w:val="right"/>
      </w:pPr>
      <w:r>
        <w:t>فلما</w:t>
      </w:r>
    </w:p>
    <w:p>
      <w:r>
        <w:rPr>
          <w:b/>
        </w:rPr>
        <w:t xml:space="preserve">[34:27] </w:t>
      </w:r>
      <w:r>
        <w:t>jāahum biāyātinā izā hum minhā yaḍḥakūn,</w:t>
      </w:r>
    </w:p>
    <w:p>
      <w:pPr>
        <w:jc w:val="right"/>
      </w:pPr>
      <w:r>
        <w:t>جاءهم بآياتنا إذا هم منها يضحكون،</w:t>
      </w:r>
    </w:p>
    <w:p>
      <w:r>
        <w:rPr>
          <w:b/>
        </w:rPr>
        <w:t xml:space="preserve">[34:41] </w:t>
      </w:r>
      <w:r>
        <w:t>wamā nurīhim min āyatin illā hiya akbaru min ukhtihā, wa'akhaznāhum bil'azābi la'allahum yarji'ūn.</w:t>
      </w:r>
    </w:p>
    <w:p>
      <w:pPr>
        <w:jc w:val="right"/>
      </w:pPr>
      <w:r>
        <w:t>وما نريهم من آية إلا هي أكبر من أختها، وأخذناهم بالعذاب لعلهم يرجعون.</w:t>
      </w:r>
    </w:p>
    <w:p>
      <w:r>
        <w:rPr>
          <w:b/>
        </w:rPr>
        <w:t xml:space="preserve">[34:57] </w:t>
      </w:r>
      <w:r>
        <w:t>waqālū: yā ayyuha as-sāḥiru, da' lanā rabbaka bimā 'ahida 'indaka innanā la-muhtadūn.</w:t>
      </w:r>
    </w:p>
    <w:p>
      <w:pPr>
        <w:jc w:val="right"/>
      </w:pPr>
      <w:r>
        <w:t>وقالوا: يا أيها الساحر، دع لنا ربك بما عهد عندك إننا لمهتدون.</w:t>
      </w:r>
    </w:p>
    <w:p>
      <w:r>
        <w:rPr>
          <w:b/>
        </w:rPr>
        <w:t xml:space="preserve">[35:13] </w:t>
      </w:r>
      <w:r>
        <w:t>falama kashafnā 'anhumul'azāba izā hum</w:t>
      </w:r>
    </w:p>
    <w:p>
      <w:pPr>
        <w:jc w:val="right"/>
      </w:pPr>
      <w:r>
        <w:t>فلما كشفنا عنهم العذاب إذا هم</w:t>
      </w:r>
    </w:p>
    <w:p>
      <w:r>
        <w:rPr>
          <w:b/>
        </w:rPr>
        <w:t xml:space="preserve">[35:19] </w:t>
      </w:r>
      <w:r>
        <w:t>yankiṭhūn. aur ham ne Mūsā ko apni nishāniyon ke sāth Fir'aun aur us ke amrā' ke pās bhejā to us ne kahā ke main Khāwind 'ālam kā rasūl hūn.</w:t>
      </w:r>
    </w:p>
    <w:p>
      <w:pPr>
        <w:jc w:val="right"/>
      </w:pPr>
      <w:r>
        <w:t>ينكثون. اور ہم نے موسیٰ کو اپنی نشانیوں کے ساتھ فرعون اور اس کے امراء کے پاس بھیجا تو اس نے کہا کہ میں خداوند عالم کا رسول ہوں۔</w:t>
      </w:r>
    </w:p>
    <w:p>
      <w:r>
        <w:rPr>
          <w:b/>
        </w:rPr>
        <w:t xml:space="preserve">[35:36] </w:t>
      </w:r>
      <w:r>
        <w:t>pas jab woh un ke pās hamārī nishāniyon ke sāth āyā to woh us par hansne lage, aur ham un ko jo nishāniyān dikhāte the woh pehle se baṛh kar hotī theen.</w:t>
      </w:r>
    </w:p>
    <w:p>
      <w:pPr>
        <w:jc w:val="right"/>
      </w:pPr>
      <w:r>
        <w:t>پس جب وہ ان کے پاس ہماری نشانیوں کے ساتھ آیا تو وہ اس پر ہنسنے لگے، اور ہم ان کو جو نشانیاں دکھاتے تھے وہ پہلے سے بڑھ کر ہوتی تھیں۔</w:t>
      </w:r>
    </w:p>
    <w:p>
      <w:r>
        <w:rPr>
          <w:b/>
        </w:rPr>
        <w:t xml:space="preserve">[35:50] </w:t>
      </w:r>
      <w:r>
        <w:t>aur ham ne un ko 'azāb mein pakaṛā tākeh woh rujū' karein,</w:t>
      </w:r>
    </w:p>
    <w:p>
      <w:pPr>
        <w:jc w:val="right"/>
      </w:pPr>
      <w:r>
        <w:t>اور ہم نے ان کو عذاب میں پکڑا تاکہ وہ رجوع کریں،</w:t>
      </w:r>
    </w:p>
    <w:p>
      <w:r>
        <w:rPr>
          <w:b/>
        </w:rPr>
        <w:t xml:space="preserve">[35:56] </w:t>
      </w:r>
      <w:r>
        <w:t>aur unhon ne kahā ke ae jādūgar,</w:t>
      </w:r>
    </w:p>
    <w:p>
      <w:pPr>
        <w:jc w:val="right"/>
      </w:pPr>
      <w:r>
        <w:t>اور انہوں نے کہا کہ اے جادوگر،</w:t>
      </w:r>
    </w:p>
    <w:p>
      <w:r>
        <w:rPr>
          <w:b/>
        </w:rPr>
        <w:t xml:space="preserve">[35:58] </w:t>
      </w:r>
      <w:r>
        <w:t>hamāre liye apne Rabb se du'ā karo us 'ahd kī binā par jo us ne tum se kiyā hai. ham zarūr rāh par ā jā'enge.</w:t>
      </w:r>
    </w:p>
    <w:p>
      <w:pPr>
        <w:jc w:val="right"/>
      </w:pPr>
      <w:r>
        <w:t>ہمارے لیے اپنے رب سے دعا کرو اس عہد کی بنا پر جو اس نے تم سے کیا ہے۔ ہم ضرور راہ پر آ جائیں گے۔</w:t>
      </w:r>
    </w:p>
    <w:p>
      <w:r>
        <w:rPr>
          <w:b/>
        </w:rPr>
        <w:t xml:space="preserve">[36:09] </w:t>
      </w:r>
      <w:r>
        <w:t>phir jab ham ne woh 'azāb un se haṭā diyā to unhon ne apnā 'ahd toṛ diyā.</w:t>
      </w:r>
    </w:p>
    <w:p>
      <w:pPr>
        <w:jc w:val="right"/>
      </w:pPr>
      <w:r>
        <w:t>پھر جب ہم نے وہ عذاب ان سے ہٹا دیا تو انہوں نے اپنا عہد توڑ دیا۔</w:t>
      </w:r>
    </w:p>
    <w:p>
      <w:r>
        <w:rPr>
          <w:b/>
        </w:rPr>
        <w:t xml:space="preserve">[36:17] </w:t>
      </w:r>
      <w:r>
        <w:t>tashrīḥ: Hazrat Mūsā ne Fir'aun ke sāmane tauḥīd kī da'wat pesh kī aur 'asā aur yad bayḍā kā mu'jizah dikhāyā.</w:t>
      </w:r>
    </w:p>
    <w:p>
      <w:pPr>
        <w:jc w:val="right"/>
      </w:pPr>
      <w:r>
        <w:t>تشریح: حضرت موسیٰ نے فرعون کے سامنے توحید کی دعوت پیش کی اور عصا اورید بیضہ کا معجزہ دکھایا۔</w:t>
      </w:r>
    </w:p>
    <w:p>
      <w:r>
        <w:rPr>
          <w:b/>
        </w:rPr>
        <w:t xml:space="preserve">[36:30] </w:t>
      </w:r>
      <w:r>
        <w:t>us ko dekh kar Fir'aun aur us ke darbārī hansne lage.</w:t>
      </w:r>
    </w:p>
    <w:p>
      <w:pPr>
        <w:jc w:val="right"/>
      </w:pPr>
      <w:r>
        <w:t>اس کو دیکھ کر فرعون اور اس کے درباری ہنسنے لگے۔</w:t>
      </w:r>
    </w:p>
    <w:p>
      <w:r>
        <w:rPr>
          <w:b/>
        </w:rPr>
        <w:t xml:space="preserve">[36:36] </w:t>
      </w:r>
      <w:r>
        <w:t>us kī vaj'ah yeh thī ke unhon ne Mūsā ko un kī da'wat mein nahīñ dekhā balkeh un kī shakhsiyat mein dekhā. unheñ nazar āyā ke Mūsā kī shakhsiyat bāzāhir un kī apnī shakhsiyat se kam hai.</w:t>
      </w:r>
    </w:p>
    <w:p>
      <w:pPr>
        <w:jc w:val="right"/>
      </w:pPr>
      <w:r>
        <w:t>اس کی وجہ یہ تھی کہ انہوں نے موسیٰ کو ان کی دعوت میں نہیں دیکھا بلکہ ان کی شخصیت میں دیکھا۔ انہیں نظر آیا کہ موسیٰ کی شخصیت بظاہر ان کی اپنی شخصیت سے کم ہے۔</w:t>
      </w:r>
    </w:p>
    <w:p>
      <w:r>
        <w:rPr>
          <w:b/>
        </w:rPr>
        <w:t xml:space="preserve">[36:51] </w:t>
      </w:r>
      <w:r>
        <w:t>isī tarah mu'jizah ke muta'alliq unhon ne khayāl kiyā ke yeh mahaz jādū hai, aur aisā jādū mulk ke dūsre jādūgar bhī dikhā sakte hain.</w:t>
      </w:r>
    </w:p>
    <w:p>
      <w:pPr>
        <w:jc w:val="right"/>
      </w:pPr>
      <w:r>
        <w:t>اسی طرح معجزے کے متعلق انہوں نے خیال کیا کہ یہ محض جادو ہے، اور ایسا جادو ملک کے دوسرے جادوگر بھی دکھا سکتے ہیں۔</w:t>
      </w:r>
    </w:p>
    <w:p>
      <w:r>
        <w:rPr>
          <w:b/>
        </w:rPr>
        <w:t xml:space="preserve">[37:04] </w:t>
      </w:r>
      <w:r>
        <w:t>ḥaqq kī da'wat ke silsile mein hameshā yahī hotā hai ke log dā'ī kī shakhsiyat ko dekh kar da'wat ko radd kar dete hain. woh nishāniyon ko 'ām vāqi'āt par qiyās kar ke use nazar andāz kar dete hain.</w:t>
      </w:r>
    </w:p>
    <w:p>
      <w:pPr>
        <w:jc w:val="right"/>
      </w:pPr>
      <w:r>
        <w:t>حق کی دعوت کے سلسلے میں ہمیشہ یہی ہوتا ہے کہ لوگ داعی کی شخصیت کو دیکھ کر دعوت کو رد کر دیتے ہیں۔ وہ نشانیوں کو عام واقعات پر قیاس کر کے اسے نظر انداز کر دیتے ہیں۔</w:t>
      </w:r>
    </w:p>
    <w:p>
      <w:r>
        <w:rPr>
          <w:b/>
        </w:rPr>
        <w:t xml:space="preserve">[37:22] </w:t>
      </w:r>
      <w:r>
        <w:t>Fir'aun aur us ke sāthiyon ne jab Hazrat Mūsā kā inkār kiyā to Allāh Ta'ālā ne un par bahut se tanbīhī 'azāb bhejē tākeh woh dobārah rujū' karein.</w:t>
      </w:r>
    </w:p>
    <w:p>
      <w:pPr>
        <w:jc w:val="right"/>
      </w:pPr>
      <w:r>
        <w:t>فرعون اور اس کے ساتھیوں نے جب حضرت موسیٰ کا انکار کیا تو اللہ تعالیٰ نے ان پر بہت سے تنبیہی عذاب بھیجے تاکہ وہ دوبارہ رجوع کریں۔</w:t>
      </w:r>
    </w:p>
    <w:p>
      <w:r>
        <w:rPr>
          <w:b/>
        </w:rPr>
        <w:t xml:space="preserve">[37:35] </w:t>
      </w:r>
      <w:r>
        <w:t>yeh tamām 'azāb Hazrat Mūsā kī du'ā par āe aur Hazrat Mūsā kī du'ā par khatm hue. yeh ek mazeed sabab thā ke un ke andar rujū' kī kaifiyat paidā ho, magar woh rujū' na hue.</w:t>
      </w:r>
    </w:p>
    <w:p>
      <w:pPr>
        <w:jc w:val="right"/>
      </w:pPr>
      <w:r>
        <w:t>ان تنبیہی عذابوں کا ذکر سورہ اعراف میں موجود ہے۔</w:t>
      </w:r>
    </w:p>
    <w:p>
      <w:r>
        <w:rPr>
          <w:b/>
        </w:rPr>
        <w:t xml:space="preserve">[37:40] </w:t>
      </w:r>
      <w:r>
        <w:t>ḥaqīqat yeh hai ke jo log dalīl se na māneñ woh tanbīh se bhī nahīñ mānte, illā yeh ke ākhirat kā</w:t>
      </w:r>
    </w:p>
    <w:p>
      <w:pPr>
        <w:jc w:val="right"/>
      </w:pPr>
      <w:r>
        <w:t>یہ تمام عذاب حضرت موسیٰ کی دعا پر آئے اور حضرت موسیٰ کی دعا پر ختم ہوئے۔ یہ ایک مزید سبب تھا کہ ان کے اندر رجوع کی کیفیت پیدا ہو، مگر وہ رجوع نہ ہوئے۔</w:t>
      </w:r>
    </w:p>
    <w:p>
      <w:r>
        <w:rPr>
          <w:b/>
        </w:rPr>
        <w:t xml:space="preserve">[37:55] </w:t>
      </w:r>
      <w:r>
        <w:t>na loṭne wālā 'azāb unheñ ākhirī taur par apne ghere mein le le. wanādā Fir'aun fī qawmihi qāla: yā qawmi, alaysa lī mulku Miṣra wahādhihi al-anhāru tajrī min</w:t>
      </w:r>
    </w:p>
    <w:p>
      <w:pPr>
        <w:jc w:val="right"/>
      </w:pPr>
      <w:r>
        <w:t>حقیقت یہ ہے کہ جو لوگ دلیل سے نہ مانیں وہ تنبیہ سے بھی نہیں مانتے، الا یہ کہ آخرت کا</w:t>
      </w:r>
    </w:p>
    <w:p>
      <w:r>
        <w:rPr>
          <w:b/>
        </w:rPr>
        <w:t xml:space="preserve">[38:04] </w:t>
      </w:r>
      <w:r>
        <w:t>taḥtī? afalā tubṣirūn? am anā khayrun min hādha alladhī huwa muhīnun walā yakādu yubīn?</w:t>
      </w:r>
    </w:p>
    <w:p>
      <w:pPr>
        <w:jc w:val="right"/>
      </w:pPr>
      <w:r>
        <w:t>نہ لوٹنے والا عذاب انہیں آخری طور پر اپنے گھیرے میں لے لے۔ ونادى فرعون في قومه قال: يا قوم، أليس لي ملك مصر وهذه الأنهار تجري من</w:t>
      </w:r>
    </w:p>
    <w:p>
      <w:r>
        <w:rPr>
          <w:b/>
        </w:rPr>
        <w:t xml:space="preserve">[38:23] </w:t>
      </w:r>
      <w:r>
        <w:t>falawlā ulqiya 'alayhi asāwiratu min dhahabin aw jā'a ma'ahu al-malā'ikatu muqtarinīn?</w:t>
      </w:r>
    </w:p>
    <w:p>
      <w:pPr>
        <w:jc w:val="right"/>
      </w:pPr>
      <w:r>
        <w:t>تحتي؟ أفلا تبصرون؟ أم أنا خير من هذا الذي هو مهين ولا يكاد يبين؟</w:t>
      </w:r>
    </w:p>
    <w:p>
      <w:r>
        <w:rPr>
          <w:b/>
        </w:rPr>
        <w:t xml:space="preserve">[38:42] </w:t>
      </w:r>
      <w:r>
        <w:t>fastakhaffa qawmahu fa'aṭā'ūhu, innahum kānū qawman fāsiqīn.</w:t>
      </w:r>
    </w:p>
    <w:p>
      <w:pPr>
        <w:jc w:val="right"/>
      </w:pPr>
      <w:r>
        <w:t>فلولا ألقي عليه أسورة من ذهب أو جاء معه الملائكة مقترنين؟</w:t>
      </w:r>
    </w:p>
    <w:p>
      <w:r>
        <w:rPr>
          <w:b/>
        </w:rPr>
        <w:t xml:space="preserve">[39:02] </w:t>
      </w:r>
      <w:r>
        <w:t>falamma āsafū intaqamnā minhum fa'aghraqnāhum ajma'īn,</w:t>
      </w:r>
    </w:p>
    <w:p>
      <w:pPr>
        <w:jc w:val="right"/>
      </w:pPr>
      <w:r>
        <w:t>فاستخف قومه فأطاعوه، إنهم كانوا قوماً فاسقين.</w:t>
      </w:r>
    </w:p>
    <w:p>
      <w:r>
        <w:rPr>
          <w:b/>
        </w:rPr>
        <w:t xml:space="preserve">[39:17] </w:t>
      </w:r>
      <w:r>
        <w:t>falamma asifu intaqamna minhum fa'aghraqnahum ajma'een,</w:t>
      </w:r>
    </w:p>
    <w:p>
      <w:pPr>
        <w:jc w:val="right"/>
      </w:pPr>
      <w:r>
        <w:t>فلما آسفوا انتقمنا منهم فأغرقناهم أجمعين،</w:t>
      </w:r>
    </w:p>
    <w:p>
      <w:r>
        <w:rPr>
          <w:b/>
        </w:rPr>
        <w:t xml:space="preserve">[39:29] </w:t>
      </w:r>
      <w:r>
        <w:t>faj alnaahum salafan wa mathalan lil aakhireen.</w:t>
      </w:r>
    </w:p>
    <w:p>
      <w:pPr>
        <w:jc w:val="right"/>
      </w:pPr>
      <w:r>
        <w:t>فجعلناهم سلفاً ومثلاً للآخرين.</w:t>
      </w:r>
    </w:p>
    <w:p>
      <w:r>
        <w:rPr>
          <w:b/>
        </w:rPr>
        <w:t xml:space="preserve">[39:37] </w:t>
      </w:r>
      <w:r>
        <w:t>aur firoun ne apni qaum ke darmiyan pukaar kar kaha ke a mere qaum!</w:t>
      </w:r>
    </w:p>
    <w:p>
      <w:pPr>
        <w:jc w:val="right"/>
      </w:pPr>
      <w:r>
        <w:t>اور فرعون نے اپنی قوم کے درمیان پکار کر کہا کہ اے میری قوم!</w:t>
      </w:r>
    </w:p>
    <w:p>
      <w:r>
        <w:rPr>
          <w:b/>
        </w:rPr>
        <w:t xml:space="preserve">[39:43] </w:t>
      </w:r>
      <w:r>
        <w:t>kya misr ki badshahi meri nahi hai? aur yeh nahrein jo mere neeche beh rahi hain, kya tum log dekhte nahi?</w:t>
      </w:r>
    </w:p>
    <w:p>
      <w:pPr>
        <w:jc w:val="right"/>
      </w:pPr>
      <w:r>
        <w:t>کیا مصر کی بادشاہی میری نہیں ہے؟ اور یہ نہریں جو میرے نیچے بہہ رہی ہیں، کیا تم لوگ دیکھتے نہیں؟</w:t>
      </w:r>
    </w:p>
    <w:p>
      <w:r>
        <w:rPr>
          <w:b/>
        </w:rPr>
        <w:t xml:space="preserve">[39:53] </w:t>
      </w:r>
      <w:r>
        <w:t>balkeh main behtar hoon us shakhs se jo ke haqeer hai</w:t>
      </w:r>
    </w:p>
    <w:p>
      <w:pPr>
        <w:jc w:val="right"/>
      </w:pPr>
      <w:r>
        <w:t>بلکہ میں بہتر ہوں اس شخص سے جو کہ حقیر ہے</w:t>
      </w:r>
    </w:p>
    <w:p>
      <w:r>
        <w:rPr>
          <w:b/>
        </w:rPr>
        <w:t xml:space="preserve">[39:59] </w:t>
      </w:r>
      <w:r>
        <w:t>aur saaf bol nahi sakta. phir kyun na us par sone ke kanghan aa pade ya farishtay is ke saath para baandh kar aate?</w:t>
      </w:r>
    </w:p>
    <w:p>
      <w:pPr>
        <w:jc w:val="right"/>
      </w:pPr>
      <w:r>
        <w:t>اور صاف بول نہیں سکتا۔ پھر کیوں نہ اس پر سونے کے کنگن آ پڑے یا فرشتے اس کے ساتھ پرا باندھ کر آتے؟</w:t>
      </w:r>
    </w:p>
    <w:p>
      <w:r>
        <w:rPr>
          <w:b/>
        </w:rPr>
        <w:t xml:space="preserve">[40:10] </w:t>
      </w:r>
      <w:r>
        <w:t>pas us ne apni qaum ko be aqal kar diya. phir unhon ne us ki baat maan li.</w:t>
      </w:r>
    </w:p>
    <w:p>
      <w:pPr>
        <w:jc w:val="right"/>
      </w:pPr>
      <w:r>
        <w:t>پس اس نے اپنی قوم کو بے عقل کر دیا۔ پھر انہوں نے اس کی بات مان لی۔</w:t>
      </w:r>
    </w:p>
    <w:p>
      <w:r>
        <w:rPr>
          <w:b/>
        </w:rPr>
        <w:t xml:space="preserve">[40:17] </w:t>
      </w:r>
      <w:r>
        <w:t>yeh naafarmaan qism ke log thay. phir jab unhon ne hum ko ghussa dilaya to hum ne un se badla liya aur hum ne un sab ko gharaq kar diya.</w:t>
      </w:r>
    </w:p>
    <w:p>
      <w:pPr>
        <w:jc w:val="right"/>
      </w:pPr>
      <w:r>
        <w:t>یہ نافرمان قسم کے لوگ تھے۔ پھر جب انہوں نے ہم کو غصہ دلایا تو ہم نے ان سے بدلہ لیا اور ہم نے ان سب کو غرق کر دیا۔</w:t>
      </w:r>
    </w:p>
    <w:p>
      <w:r>
        <w:rPr>
          <w:b/>
        </w:rPr>
        <w:t xml:space="preserve">[40:29] </w:t>
      </w:r>
      <w:r>
        <w:t>phir hum ne un ko maazi ki dastaan bana diya aur doosron ke liye aik namoona e ibaarat.</w:t>
      </w:r>
    </w:p>
    <w:p>
      <w:pPr>
        <w:jc w:val="right"/>
      </w:pPr>
      <w:r>
        <w:t>پھر ہم نے ان کو ماضی کی داستان بنا دیا اور دوسروں کے لیے ایک نمونہ عبرت۔</w:t>
      </w:r>
    </w:p>
    <w:p>
      <w:r>
        <w:rPr>
          <w:b/>
        </w:rPr>
        <w:t xml:space="preserve">[40:39] </w:t>
      </w:r>
      <w:r>
        <w:t>tashreeh: haq ka inkaar karne walon ne hamesha haq ke daa'i ki maamooli haisiyat ko dekh kar haq ka inkaar kiya hai.</w:t>
      </w:r>
    </w:p>
    <w:p>
      <w:pPr>
        <w:jc w:val="right"/>
      </w:pPr>
      <w:r>
        <w:t>تشریح: حق کا انکار کرنے والوں نے ہمیشہ حق کے داعی کی معمولی حیثیت کو دیکھ کر حق کا انکار کیا ہے۔</w:t>
      </w:r>
    </w:p>
    <w:p>
      <w:r>
        <w:rPr>
          <w:b/>
        </w:rPr>
        <w:t xml:space="preserve">[40:50] </w:t>
      </w:r>
      <w:r>
        <w:t>misr mein firoun ki haisiyat yeh thi ke woh mulk ka hukmaran tha. darya e neel se nikli hui nahrein is ke hukum se jaari theen.</w:t>
      </w:r>
    </w:p>
    <w:p>
      <w:pPr>
        <w:jc w:val="right"/>
      </w:pPr>
      <w:r>
        <w:t>مصر میں فرعون کی حیثیت یہ تھی کہ وہ ملک کا حکمران تھا۔ دریائے نیل سے نکلی ہوئی نہریں اس کے حکم سے جاری تھیں۔</w:t>
      </w:r>
    </w:p>
    <w:p>
      <w:r>
        <w:rPr>
          <w:b/>
        </w:rPr>
        <w:t xml:space="preserve">[41:00] </w:t>
      </w:r>
      <w:r>
        <w:t>izzat ke tamam saamaan is ke gird jama thay. is ke muqable mein hazrat moosa bayaan ek maamooli insaan dikhai dete thay.</w:t>
      </w:r>
    </w:p>
    <w:p>
      <w:pPr>
        <w:jc w:val="right"/>
      </w:pPr>
      <w:r>
        <w:t>عزت کے تمام سامان اس کے گرد جمع تھے۔ اس کے مقابلے میں حضرت موسیٰ بظاہر ایک معمولی انسان دکھائی دیتے تھے۔</w:t>
      </w:r>
    </w:p>
    <w:p>
      <w:r>
        <w:rPr>
          <w:b/>
        </w:rPr>
        <w:t xml:space="preserve">[41:11] </w:t>
      </w:r>
      <w:r>
        <w:t>isi farq ko pesh kar ke firoun ne apni qaum ko behkaya. hazrat moosa ka inkaar karne mein qaum is ke saath ho gayi.</w:t>
      </w:r>
    </w:p>
    <w:p>
      <w:pPr>
        <w:jc w:val="right"/>
      </w:pPr>
      <w:r>
        <w:t>اسی فرق کو پیش کر کے فرعون نے اپنی قوم کو بہکایا۔ حضرت موسیٰ کا انکار کرنے میں قوم اس کے ساتھ ہو گئی۔</w:t>
      </w:r>
    </w:p>
    <w:p>
      <w:r>
        <w:rPr>
          <w:b/>
        </w:rPr>
        <w:t xml:space="preserve">[41:22] </w:t>
      </w:r>
      <w:r>
        <w:t>bayaan isi qism ke dalail ki buniyad par firoun ki qaum ne firoun ka saath diya, magar haqeeqat yeh hai ke is ki wajah qaum ki apni kamzori thi na ke firoun ke dalail ki mazbooti.</w:t>
      </w:r>
    </w:p>
    <w:p>
      <w:pPr>
        <w:jc w:val="right"/>
      </w:pPr>
      <w:r>
        <w:t>بظاہر اسی قسم کے دلائل کی بنیاد پر فرعون کی قوم نے فرعون کا ساتھ دیا، مگر حقیقت یہ ہے کہ اس کی وجہ قوم کی اپنی کمزوری تھی نہ کہ فرعون کے دلائل کی مضبوطی۔</w:t>
      </w:r>
    </w:p>
    <w:p>
      <w:r>
        <w:rPr>
          <w:b/>
        </w:rPr>
        <w:t xml:space="preserve">[41:38] </w:t>
      </w:r>
      <w:r>
        <w:t>is waqt hazrat moosa ka saath dena</w:t>
      </w:r>
    </w:p>
    <w:p>
      <w:pPr>
        <w:jc w:val="right"/>
      </w:pPr>
      <w:r>
        <w:t>اس وقت حضرت موسیٰ کا ساتھ دینا</w:t>
      </w:r>
    </w:p>
    <w:p>
      <w:r>
        <w:rPr>
          <w:b/>
        </w:rPr>
        <w:t xml:space="preserve">[41:41] </w:t>
      </w:r>
      <w:r>
        <w:t>apni zindagi ke banay banaye naqshe ko todna tha, aur bohat kam aadmi aisay hotay hain jo apne banay hue naqshe ko tod kar haq ka saath dene ki jurrat karein.</w:t>
      </w:r>
    </w:p>
    <w:p>
      <w:pPr>
        <w:jc w:val="right"/>
      </w:pPr>
      <w:r>
        <w:t>اپنی زندگی کے بنے بنائے نقشے کو توڑنا تھا، اور بہت کم آدمی ایسے ہوتے ہیں جو اپنے بنے ہوئے نقشے کو توڑ کر حق کا ساتھ دینے کی جرات کریں۔</w:t>
      </w:r>
    </w:p>
    <w:p>
      <w:r>
        <w:rPr>
          <w:b/>
        </w:rPr>
        <w:t xml:space="preserve">[41:53] </w:t>
      </w:r>
      <w:r>
        <w:t>chunancha firoun par jab inkaar haq ke nateejay mein khuda ka azaab aaya to us ki qaum bhi usi ke saath</w:t>
      </w:r>
    </w:p>
    <w:p>
      <w:pPr>
        <w:jc w:val="right"/>
      </w:pPr>
      <w:r>
        <w:t>چنانچہ فرعون پر جب انکار حق کے نتیجے میں خدا کا عذاب آیا تو اس کی قوم بھی اسی کے ساتھ</w:t>
      </w:r>
    </w:p>
    <w:p>
      <w:r>
        <w:rPr>
          <w:b/>
        </w:rPr>
        <w:t xml:space="preserve">[42:02] </w:t>
      </w:r>
      <w:r>
        <w:t>azaab ki zad mein aa gayi.</w:t>
      </w:r>
    </w:p>
    <w:p>
      <w:pPr>
        <w:jc w:val="right"/>
      </w:pPr>
      <w:r>
        <w:t>عذاب کی زد میں آ گئی۔</w:t>
      </w:r>
    </w:p>
    <w:p>
      <w:r>
        <w:rPr>
          <w:b/>
        </w:rPr>
        <w:t xml:space="preserve">[42:07] </w:t>
      </w:r>
      <w:r>
        <w:t>walama daraba ibna mariyam mathalan itha qaumuka minhu yasuddoon? wa qalo: aalihatuna khayrun am hu?</w:t>
      </w:r>
    </w:p>
    <w:p>
      <w:pPr>
        <w:jc w:val="right"/>
      </w:pPr>
      <w:r>
        <w:t>ولما ضرب ابن مريم مثلاً إذا قومك منه يصدون؟ وقالوا: آلهتنا خير أم هو؟</w:t>
      </w:r>
    </w:p>
    <w:p>
      <w:r>
        <w:rPr>
          <w:b/>
        </w:rPr>
        <w:t xml:space="preserve">[42:24] </w:t>
      </w:r>
      <w:r>
        <w:t>ma daraboohulaka illa jidalan bal hum qaumun khusmoon. inn hu illa abdun an'amna alayhi waja alnahu mathalan libani</w:t>
      </w:r>
    </w:p>
    <w:p>
      <w:pPr>
        <w:jc w:val="right"/>
      </w:pPr>
      <w:r>
        <w:t>ما ضربوه لك إلا جدلاً، بل هم قوم خصمون. إن هو إلا عبد أنعمنا عليه وجعلناه مثلاً لبني</w:t>
      </w:r>
    </w:p>
    <w:p>
      <w:r>
        <w:rPr>
          <w:b/>
        </w:rPr>
        <w:t xml:space="preserve">[42:43] </w:t>
      </w:r>
      <w:r>
        <w:t>israeel. walaw nasha'u laja alna minkum malaikatan</w:t>
      </w:r>
    </w:p>
    <w:p>
      <w:pPr>
        <w:jc w:val="right"/>
      </w:pPr>
      <w:r>
        <w:t>إسرائيل. ولو نشاء لجعلنا منكم ملائكة</w:t>
      </w:r>
    </w:p>
    <w:p>
      <w:r>
        <w:rPr>
          <w:b/>
        </w:rPr>
        <w:t xml:space="preserve">[43:00] </w:t>
      </w:r>
      <w:r>
        <w:t>fil ardi yakhlufoon.</w:t>
      </w:r>
    </w:p>
    <w:p>
      <w:pPr>
        <w:jc w:val="right"/>
      </w:pPr>
      <w:r>
        <w:t>في الأرض يخلفون.</w:t>
      </w:r>
    </w:p>
    <w:p>
      <w:r>
        <w:rPr>
          <w:b/>
        </w:rPr>
        <w:t xml:space="preserve">[43:05] </w:t>
      </w:r>
      <w:r>
        <w:t>wa innahu la'ilmun lis sa'ati fala tamtarunna biha wattabi'oon.</w:t>
      </w:r>
    </w:p>
    <w:p>
      <w:pPr>
        <w:jc w:val="right"/>
      </w:pPr>
      <w:r>
        <w:t>وإنه لعلم للساعة فلا تمترن بها واتبعون.</w:t>
      </w:r>
    </w:p>
    <w:p>
      <w:r>
        <w:rPr>
          <w:b/>
        </w:rPr>
        <w:t xml:space="preserve">[43:13] </w:t>
      </w:r>
      <w:r>
        <w:t>hatha siratun mustaqeem. wala yasuddannakum ash shaitan</w:t>
      </w:r>
    </w:p>
    <w:p>
      <w:pPr>
        <w:jc w:val="right"/>
      </w:pPr>
      <w:r>
        <w:t>هذا صراط مستقيم. ولا يصدنكم الشيطان</w:t>
      </w:r>
    </w:p>
    <w:p>
      <w:r>
        <w:rPr>
          <w:b/>
        </w:rPr>
        <w:t xml:space="preserve">[43:24] </w:t>
      </w:r>
      <w:r>
        <w:t>innahu lakum aduwwun mubeen. aur jab ibna mariyam ki misaal di gayi to tumhari qaum ke log is par chala uthay aur unhon ne kaha ke hamare maabood achay hain ya woh?</w:t>
      </w:r>
    </w:p>
    <w:p>
      <w:pPr>
        <w:jc w:val="right"/>
      </w:pPr>
      <w:r>
        <w:t>إنه لكم عدو مبين. اور جب ابن مریم کی مثال دی گئی تو تمہاری قوم کے لوگ اس پر چلا اٹھے اور انہوں نے کہا کہ ہمارے معبود اچھے ہیں یا وہ؟</w:t>
      </w:r>
    </w:p>
    <w:p>
      <w:r>
        <w:rPr>
          <w:b/>
        </w:rPr>
        <w:t xml:space="preserve">[43:44] </w:t>
      </w:r>
      <w:r>
        <w:t>yeh misaal woh tum se sirf jhagadne ke liye bayan karte hain,</w:t>
      </w:r>
    </w:p>
    <w:p>
      <w:pPr>
        <w:jc w:val="right"/>
      </w:pPr>
      <w:r>
        <w:t>یہ مثال وہ تم سے صرف جھگڑنے کے لیے بیان کرتے ہیں،</w:t>
      </w:r>
    </w:p>
    <w:p>
      <w:r>
        <w:rPr>
          <w:b/>
        </w:rPr>
        <w:t xml:space="preserve">[43:48] </w:t>
      </w:r>
      <w:r>
        <w:t>balkeh yeh log jhagraalu hain. Isa to bas hamara ek banda tha jis par hum ne fazal farmaya aur us ko bani israel ke liye ek misaal bana diya.</w:t>
      </w:r>
    </w:p>
    <w:p>
      <w:pPr>
        <w:jc w:val="right"/>
      </w:pPr>
      <w:r>
        <w:t>بلکہ یہ لوگ جھگڑالو ہیں۔ عیسیٰ تو بس ہمارا ایک بندہ تھا جس پر ہم نے فضل فرمایا اور اس کو بنی اسرائیل کے لیے ایک مثال بنا دیا۔</w:t>
      </w:r>
    </w:p>
    <w:p>
      <w:r>
        <w:rPr>
          <w:b/>
        </w:rPr>
        <w:t xml:space="preserve">[44:02] </w:t>
      </w:r>
      <w:r>
        <w:t>aur agar hum chahein to tumhare andar se farishtay bana dein jo zameen mein tumhare jansheen hon,</w:t>
      </w:r>
    </w:p>
    <w:p>
      <w:pPr>
        <w:jc w:val="right"/>
      </w:pPr>
      <w:r>
        <w:t>اور اگر ہم چاہیں تو تمہارے اندر سے فرشتے بنا دیں جو زمین میں تمہارے جانشین ہوں،</w:t>
      </w:r>
    </w:p>
    <w:p>
      <w:r>
        <w:rPr>
          <w:b/>
        </w:rPr>
        <w:t xml:space="preserve">[44:10] </w:t>
      </w:r>
      <w:r>
        <w:t>aur beshak Isa qayamat ka ek nishaan hai, to tum us mein shakk na karo aur meri pairwi karo.</w:t>
      </w:r>
    </w:p>
    <w:p>
      <w:pPr>
        <w:jc w:val="right"/>
      </w:pPr>
      <w:r>
        <w:t>اور بے شک عیسیٰ قیامت کا ایک نشان ہے، تو تم اس میں شک نہ کرو اور میری پیروی کرو۔</w:t>
      </w:r>
    </w:p>
    <w:p>
      <w:r>
        <w:rPr>
          <w:b/>
        </w:rPr>
        <w:t xml:space="preserve">[44:19] </w:t>
      </w:r>
      <w:r>
        <w:t>yehi seedha raasta hai aur shaitan tum ko is se rokne na paaye.</w:t>
      </w:r>
    </w:p>
    <w:p>
      <w:pPr>
        <w:jc w:val="right"/>
      </w:pPr>
      <w:r>
        <w:t>یہی سیدھا راستہ ہے اور شیطان تم کو اس سے روکنے نہ پائے۔</w:t>
      </w:r>
    </w:p>
    <w:p>
      <w:r>
        <w:rPr>
          <w:b/>
        </w:rPr>
        <w:t xml:space="preserve">[44:26] </w:t>
      </w:r>
      <w:r>
        <w:t>beshak woh tumhara khula dushman hai. Tashreeh: moajza dunya mein yeh mumkin hai ke har aadmi har baat ka ulta mafhoom nikaal sake.</w:t>
      </w:r>
    </w:p>
    <w:p>
      <w:pPr>
        <w:jc w:val="right"/>
      </w:pPr>
      <w:r>
        <w:t>بے شک وہ تمہارا کھلا دشمن ہے۔ تشریح: معجزہ دنیا میں یہ ممکن ہے کہ ہر آدمی ہر بات کا الٹا مفہوم نکال سکے۔</w:t>
      </w:r>
    </w:p>
    <w:p>
      <w:r>
        <w:rPr>
          <w:b/>
        </w:rPr>
        <w:t xml:space="preserve">[44:40] </w:t>
      </w:r>
      <w:r>
        <w:t>misalan Rasool Allah sal Allah alaihi wasallam ne ek baar farmaya</w:t>
      </w:r>
    </w:p>
    <w:p>
      <w:pPr>
        <w:jc w:val="right"/>
      </w:pPr>
      <w:r>
        <w:t>مثلاً رسول اللہ صلی اللہ علیہ وسلم نے ایک بار فرمایا</w:t>
      </w:r>
    </w:p>
    <w:p>
      <w:r>
        <w:rPr>
          <w:b/>
        </w:rPr>
        <w:t xml:space="preserve">[44:46] </w:t>
      </w:r>
      <w:r>
        <w:t>ke Allah ke siwa jis ki parastish ki jaaye us mein koi khair nahin. Is ko sun kar mukhalifeen ne kaha ke isai log Masih ko poojhte hain, phir kya Masih mein bhi koi khair nahin?</w:t>
      </w:r>
    </w:p>
    <w:p>
      <w:pPr>
        <w:jc w:val="right"/>
      </w:pPr>
      <w:r>
        <w:t>کہ اللہ کے سوا جس کی پرستش کی جائے اس میں کوئی خیر نہیں۔ اس کو سن کر مخالفین نے کہا کہ عیسائی لوگ مسیح کو پوچھتے ہیں، پھر کیا مسیح میں بھی کوئی خیر نہیں؟</w:t>
      </w:r>
    </w:p>
    <w:p>
      <w:r>
        <w:rPr>
          <w:b/>
        </w:rPr>
        <w:t xml:space="preserve">[45:03] </w:t>
      </w:r>
      <w:r>
        <w:t>zaahir hai ke yeh mahaz ek shoshah tha, kyunke Rasool Allah sal Allah alaihi wasallam ne jo baat farmayi thi woh aabid ki nisbat se thi na ke maabood ki nisbat se.</w:t>
      </w:r>
    </w:p>
    <w:p>
      <w:pPr>
        <w:jc w:val="right"/>
      </w:pPr>
      <w:r>
        <w:t>ظاہر ہے کہ یہ محض ایک شوشہ تھا، کیونکہ رسول اللہ صلی اللہ علیہ وسلم نے جو بات فرمائی تھی وہ عابد کی نسبت سے تھی نہ کہ معبود کی نسبت سے۔</w:t>
      </w:r>
    </w:p>
    <w:p>
      <w:r>
        <w:rPr>
          <w:b/>
        </w:rPr>
        <w:t xml:space="preserve">[45:17] </w:t>
      </w:r>
      <w:r>
        <w:t>aur agar is ko maabood ki nisbat se maana jaaye tab bhi wazeh tor par is se muraad woh ghair maabood thay</w:t>
      </w:r>
    </w:p>
    <w:p>
      <w:pPr>
        <w:jc w:val="right"/>
      </w:pPr>
      <w:r>
        <w:t>اور اگر اس کو معبود کی نسبت سے مانا جائے تب بھی واضح طور پر اس سے مراد وہ غیر معبود تھے</w:t>
      </w:r>
    </w:p>
    <w:p>
      <w:r>
        <w:rPr>
          <w:b/>
        </w:rPr>
        <w:t xml:space="preserve">[45:25] </w:t>
      </w:r>
      <w:r>
        <w:t>jo apne maabood banaye jaane par raazi hon. Aadmi agar baat ko is ke sahih rukh se na le to har baat ko woh ulte maani pehna sakta hai, khwah woh kitni hi durust baat kyun na ho.</w:t>
      </w:r>
    </w:p>
    <w:p>
      <w:pPr>
        <w:jc w:val="right"/>
      </w:pPr>
      <w:r>
        <w:t>جو اپنے معبود بنائے جانے پر راضی ہوں۔ آدمی اگر بات کو اس کے صحیح رخ سے نہ لے تو ہر بات کو وہ الٹے معنی پہنا سکتا ہے، خواہ وہ کتنی ہی درست بات کیوں نہ ہو۔</w:t>
      </w:r>
    </w:p>
    <w:p>
      <w:r>
        <w:rPr>
          <w:b/>
        </w:rPr>
        <w:t xml:space="preserve">[45:43] </w:t>
      </w:r>
      <w:r>
        <w:t>Hazrat Isa ki shakhsiyat ek aitbaar se farishton ke mushabah thi.</w:t>
      </w:r>
    </w:p>
    <w:p>
      <w:pPr>
        <w:jc w:val="right"/>
      </w:pPr>
      <w:r>
        <w:t>حضرت عیسیٰ کی شخصیت ایک اعتبار سے فرشتوں کے مشابہ تھی۔</w:t>
      </w:r>
    </w:p>
    <w:p>
      <w:r>
        <w:rPr>
          <w:b/>
        </w:rPr>
        <w:t xml:space="preserve">[45:48] </w:t>
      </w:r>
      <w:r>
        <w:t>is par inhazrat ko bohat se logon ne maabood bana liya, magar Hazrat Masih ki malakooti takhleeq Khuda ki qudrat ki misaal thi na ke khud Hazrat Masih ki zaati qudrat ki misaal.</w:t>
      </w:r>
    </w:p>
    <w:p>
      <w:pPr>
        <w:jc w:val="right"/>
      </w:pPr>
      <w:r>
        <w:t>اس پر انحضرت کو بہت سے لوگوں نے معبود بنا لیا، مگر حضرت مسیح کی ملکوتی تخلیق خدا کی قدرت کی مثال تھی نہ کہ خود حضرت مسیح کی ذاتی قدرت کی مثال۔</w:t>
      </w:r>
    </w:p>
    <w:p>
      <w:r>
        <w:rPr>
          <w:b/>
        </w:rPr>
        <w:t xml:space="preserve">[46:03] </w:t>
      </w:r>
      <w:r>
        <w:t>haqeeqat yeh hai ke Allah ke liye is qism ki takhleeq kuch bhi mushkil nahin.</w:t>
      </w:r>
    </w:p>
    <w:p>
      <w:pPr>
        <w:jc w:val="right"/>
      </w:pPr>
      <w:r>
        <w:t>حقیقت یہ ہے کہ اللہ کے لیے اس قسم کی تخلیق کچھ بھی مشکل نہیں۔</w:t>
      </w:r>
    </w:p>
    <w:p>
      <w:r>
        <w:rPr>
          <w:b/>
        </w:rPr>
        <w:t xml:space="preserve">[46:09] </w:t>
      </w:r>
      <w:r>
        <w:t>woh chahe to zameen ki tamam aabadi ko farishton ki aabadi bana de, phir bhi yeh farishtay farishtay hi rahenge, woh maabood nahin ho jayenge.</w:t>
      </w:r>
    </w:p>
    <w:p>
      <w:pPr>
        <w:jc w:val="right"/>
      </w:pPr>
      <w:r>
        <w:t>وہ چاہے تو زمین کی تمام آبادی کو فرشتوں کی آبادی بنا دے، پھر بھی یہ فرشتے فرشتے ہی رہیں گے، وہ معبود نہیں ہو جائیں گے۔</w:t>
      </w:r>
    </w:p>
    <w:p>
      <w:r>
        <w:rPr>
          <w:b/>
        </w:rPr>
        <w:t xml:space="preserve">[46:23] </w:t>
      </w:r>
      <w:r>
        <w:t>Hazrat Masih ko yeh moajza diya gaya ke woh murda ko zinda kar dete thay,</w:t>
      </w:r>
    </w:p>
    <w:p>
      <w:pPr>
        <w:jc w:val="right"/>
      </w:pPr>
      <w:r>
        <w:t>حضرت مسیح کو یہ معجزہ دیا گیا کہ وہ مردہ کو زندہ کر دیتے تھے،</w:t>
      </w:r>
    </w:p>
    <w:p>
      <w:r>
        <w:rPr>
          <w:b/>
        </w:rPr>
        <w:t xml:space="preserve">[46:29] </w:t>
      </w:r>
      <w:r>
        <w:t>mitti ke putlay mein phoonk maar kar use jandar bana dete thay. Yeh darasal ek khudai nishani thi jo zindagi baad maut ke imkaan ko batane ke liye zaahir ki gayi thi,</w:t>
      </w:r>
    </w:p>
    <w:p>
      <w:pPr>
        <w:jc w:val="right"/>
      </w:pPr>
      <w:r>
        <w:t>مٹی کے پتلے میں پھونک مار کر اسے جاندار بنا دیتے تھے۔ یہ دراصل ایک خدائی نشانی تھی جو زندگی بعد موت کے امکان کو بتانے کے لیے ظاہر کی گئی تھی،</w:t>
      </w:r>
    </w:p>
    <w:p>
      <w:r>
        <w:rPr>
          <w:b/>
        </w:rPr>
        <w:t xml:space="preserve">[46:44] </w:t>
      </w:r>
      <w:r>
        <w:t>magar logon ne is se</w:t>
      </w:r>
    </w:p>
    <w:p>
      <w:pPr>
        <w:jc w:val="right"/>
      </w:pPr>
      <w:r>
        <w:t>مگر لوگوں نے اس سے</w:t>
      </w:r>
    </w:p>
    <w:p>
      <w:r>
        <w:rPr>
          <w:b/>
        </w:rPr>
        <w:t xml:space="preserve">[46:46] </w:t>
      </w:r>
      <w:r>
        <w:t>asli sabaq to nahin liya, albatta Hazrat Masih ko fuq-ul-bashar samajh kar unhein poojne lage. Isi tarah khudai nishaniyan hamesha mukhtalif shakaloon mein zaahir hoti hain.</w:t>
      </w:r>
    </w:p>
    <w:p>
      <w:pPr>
        <w:jc w:val="right"/>
      </w:pPr>
      <w:r>
        <w:t>اصل سبق تو نہیں لیا، البتہ حضرت مسیح کو فوق البشر سمجھ کر انہیں پوجنے لگے۔ اسی طرح خدائی نشانیاں ہمیشہ مختلف شکلوں میں ظاہر ہوتی ہیں۔</w:t>
      </w:r>
    </w:p>
    <w:p>
      <w:r>
        <w:rPr>
          <w:b/>
        </w:rPr>
        <w:t xml:space="preserve">[47:00] </w:t>
      </w:r>
      <w:r>
        <w:t>un ko agar nishani samjha jaaye to un se zabardast naseehat milti hai,</w:t>
      </w:r>
    </w:p>
    <w:p>
      <w:pPr>
        <w:jc w:val="right"/>
      </w:pPr>
      <w:r>
        <w:t>ان کو اگر نشانی سمجھا جائے تو ان سے زبردست نصیحت ملتی ہے،</w:t>
      </w:r>
    </w:p>
    <w:p>
      <w:r>
        <w:rPr>
          <w:b/>
        </w:rPr>
        <w:t xml:space="preserve">[47:07] </w:t>
      </w:r>
      <w:r>
        <w:t>aur agar unhein nishani ki bajaye kuch aur samajh liya jaaye to woh aadmi ko sirf gumrahi mein daalne ka sabab ban jayenge.</w:t>
      </w:r>
    </w:p>
    <w:p>
      <w:pPr>
        <w:jc w:val="right"/>
      </w:pPr>
      <w:r>
        <w:t>اور اگر انہیں نشانی کی بجائے کچھ اور سمجھ لیا جائے تو وہ آدمی کو صرف گمراہی میں ڈالنے کا سبب بن جائیں گی۔</w:t>
      </w:r>
    </w:p>
    <w:p>
      <w:r>
        <w:rPr>
          <w:b/>
        </w:rPr>
        <w:t xml:space="preserve">[47:19] </w:t>
      </w:r>
      <w:r>
        <w:t>shaitan ki hamesha yeh koshish rehti hai ke woh khudai nishaniyon se aadmi ko sabaq na lene de.</w:t>
      </w:r>
    </w:p>
    <w:p>
      <w:pPr>
        <w:jc w:val="right"/>
      </w:pPr>
      <w:r>
        <w:t>شیطان کی ہمیشہ یہ کوشش رہتی ہے کہ وہ خدائی نشانیوں سے آدمی کو سبق نہ لینے دے۔</w:t>
      </w:r>
    </w:p>
    <w:p>
      <w:r>
        <w:rPr>
          <w:b/>
        </w:rPr>
        <w:t xml:space="preserve">[47:27] </w:t>
      </w:r>
      <w:r>
        <w:t>yehi woh maqam hai jahan yeh faisla hone wala hai ke shaitan ko aadmi ke oopar kamyabi haasil hui ya aadmi ko shaitan ke oopar.</w:t>
      </w:r>
    </w:p>
    <w:p>
      <w:pPr>
        <w:jc w:val="right"/>
      </w:pPr>
      <w:r>
        <w:t>یہی وہ مقام ہے جہاں یہ فیصلہ ہونے والا ہے کہ شیطان کو آدمی کے اوپر کامیابی حاصل ہوئی یا آدمی کو شیطان کے اوپر۔</w:t>
      </w:r>
    </w:p>
    <w:p>
      <w:r>
        <w:rPr>
          <w:b/>
        </w:rPr>
        <w:t xml:space="preserve">[47:40] </w:t>
      </w:r>
      <w:r>
        <w:t>walamma jaa</w:t>
      </w:r>
    </w:p>
    <w:p>
      <w:pPr>
        <w:jc w:val="right"/>
      </w:pPr>
      <w:r>
        <w:t>ولما جاء</w:t>
      </w:r>
    </w:p>
    <w:p>
      <w:r>
        <w:rPr>
          <w:b/>
        </w:rPr>
        <w:t xml:space="preserve">[47:44] </w:t>
      </w:r>
      <w:r>
        <w:t>isa bilbayyinati qaal: qad jituakum bilhikmati wal-abiyana lakum</w:t>
      </w:r>
    </w:p>
    <w:p>
      <w:pPr>
        <w:jc w:val="right"/>
      </w:pPr>
      <w:r>
        <w:t>عيسى بالبينات قال: قد جئتكم بالحكمة ولأبين لكم</w:t>
      </w:r>
    </w:p>
    <w:p>
      <w:r>
        <w:rPr>
          <w:b/>
        </w:rPr>
        <w:t xml:space="preserve">[47:56] </w:t>
      </w:r>
      <w:r>
        <w:t>ba'dallazi takhtalifuna fihi fattaqullaha wa atioon.</w:t>
      </w:r>
    </w:p>
    <w:p>
      <w:pPr>
        <w:jc w:val="right"/>
      </w:pPr>
      <w:r>
        <w:t>بعض الذي تختلفون فيه فاتقوا الله وأطيعون.</w:t>
      </w:r>
    </w:p>
    <w:p>
      <w:r>
        <w:rPr>
          <w:b/>
        </w:rPr>
        <w:t xml:space="preserve">[48:05] </w:t>
      </w:r>
      <w:r>
        <w:t>in allah huwa rabbi warabbukum fa'abduhu. hatha siratun mustaqeem.</w:t>
      </w:r>
    </w:p>
    <w:p>
      <w:pPr>
        <w:jc w:val="right"/>
      </w:pPr>
      <w:r>
        <w:t>إن الله هو ربي وربكم فاعبدوه. هذا صراط مستقيم.</w:t>
      </w:r>
    </w:p>
    <w:p>
      <w:r>
        <w:rPr>
          <w:b/>
        </w:rPr>
        <w:t xml:space="preserve">[48:20] </w:t>
      </w:r>
      <w:r>
        <w:t>fakhtalafal ahzab</w:t>
      </w:r>
    </w:p>
    <w:p>
      <w:pPr>
        <w:jc w:val="right"/>
      </w:pPr>
      <w:r>
        <w:t>فاختلف الأحزاب</w:t>
      </w:r>
    </w:p>
    <w:p>
      <w:r>
        <w:rPr>
          <w:b/>
        </w:rPr>
        <w:t xml:space="preserve">[48:23] </w:t>
      </w:r>
      <w:r>
        <w:t>min baynihim fawaylun lilladhina zalamoo min adhabi yawmin aleem. aur jab eesa khuli nishaniyon ke sath aya to us ne kaha ke main tumhare pas</w:t>
      </w:r>
    </w:p>
    <w:p>
      <w:pPr>
        <w:jc w:val="right"/>
      </w:pPr>
      <w:r>
        <w:t>من بينهم فويل للذين ظلموا من عذاب يوم أليم. اور جب عیسیٰ کھلی نشانیوں کے ساتھ آیا تو اس نے کہا کہ میں تمہارے پاس</w:t>
      </w:r>
    </w:p>
    <w:p>
      <w:r>
        <w:rPr>
          <w:b/>
        </w:rPr>
        <w:t xml:space="preserve">[48:40] </w:t>
      </w:r>
      <w:r>
        <w:t>hikmat le kar aya hoon aur ta ke main tum par wazeh kar doon baaz baatein jin mein tum ikhtilaf kar rahe ho.</w:t>
      </w:r>
    </w:p>
    <w:p>
      <w:pPr>
        <w:jc w:val="right"/>
      </w:pPr>
      <w:r>
        <w:t>حکمت لے کر آیا ہوں اور تاکہ میں تم پر واضح کر دوں بعض باتیں جن میں تم اختلاف کر رہے ہو۔</w:t>
      </w:r>
    </w:p>
    <w:p>
      <w:r>
        <w:rPr>
          <w:b/>
        </w:rPr>
        <w:t xml:space="preserve">[48:52] </w:t>
      </w:r>
      <w:r>
        <w:t>pas tum allah se daro aur meri itaat karo. beshak allah hi mera rab hai aur tumhara rab bhi,</w:t>
      </w:r>
    </w:p>
    <w:p>
      <w:pPr>
        <w:jc w:val="right"/>
      </w:pPr>
      <w:r>
        <w:t>پس تم اللہ سے ڈرو اور میری اطاعت کرو۔ بے شک اللہ ہی میرا رب ہے اور تمہارا رب بھی،</w:t>
      </w:r>
    </w:p>
    <w:p>
      <w:r>
        <w:rPr>
          <w:b/>
        </w:rPr>
        <w:t xml:space="preserve">[49:02] </w:t>
      </w:r>
      <w:r>
        <w:t>to tum usi ki ibadat karo. yahi seedha rasta hai. phir girohon ne apas mein ikhtilaf kiya. pas tabahi hai un logon ke liye jinhone zulm kiya ek dardnak din ke azab se.</w:t>
      </w:r>
    </w:p>
    <w:p>
      <w:pPr>
        <w:jc w:val="right"/>
      </w:pPr>
      <w:r>
        <w:t>تو تم اسی کی عبادت کرو۔ یہی سیدھا راستہ ہے۔ پھر گروہوں نے آپس میں اختلاف کیا۔ پس تباہی ہے ان لوگوں کے لیے جنہوں نے ظلم کیا ایک دردناک دن کے عذاب سے۔</w:t>
      </w:r>
    </w:p>
    <w:p>
      <w:r>
        <w:rPr>
          <w:b/>
        </w:rPr>
        <w:t xml:space="preserve">[49:19] </w:t>
      </w:r>
      <w:r>
        <w:t>tashreeh:</w:t>
      </w:r>
    </w:p>
    <w:p>
      <w:pPr>
        <w:jc w:val="right"/>
      </w:pPr>
      <w:r>
        <w:t>تشریح:</w:t>
      </w:r>
    </w:p>
    <w:p>
      <w:r>
        <w:rPr>
          <w:b/>
        </w:rPr>
        <w:t xml:space="preserve">[49:21] </w:t>
      </w:r>
      <w:r>
        <w:t>yahan hikmat se murad deen ki rooh hai aur sirat-e-mustaqeem se murad wahi cheez hai jisko ayat mein khuda ka khauf, uski ibadat aur rasool ki itaat kaha gaya hai.</w:t>
      </w:r>
    </w:p>
    <w:p>
      <w:pPr>
        <w:jc w:val="right"/>
      </w:pPr>
      <w:r>
        <w:t>یہاں حکمت سے مراد دین کی روح ہے اور صراط مستقیم سے مراد وہی چیز ہے جس کو آیت میں خدا کا خوف، اس کی عبادت اور رسول کی اطاعت کہا گیا ہے۔</w:t>
      </w:r>
    </w:p>
    <w:p>
      <w:r>
        <w:rPr>
          <w:b/>
        </w:rPr>
        <w:t xml:space="preserve">[49:36] </w:t>
      </w:r>
      <w:r>
        <w:t>yahi asal deen hai.</w:t>
      </w:r>
    </w:p>
    <w:p>
      <w:pPr>
        <w:jc w:val="right"/>
      </w:pPr>
      <w:r>
        <w:t>یہی اصل دین ہے۔</w:t>
      </w:r>
    </w:p>
    <w:p>
      <w:r>
        <w:rPr>
          <w:b/>
        </w:rPr>
        <w:t xml:space="preserve">[49:38] </w:t>
      </w:r>
      <w:r>
        <w:t>yahood ne baad ko yeh kiya ke unhone rooh-e-deen kho di aur deen ke buniyadi ahkam mein mashghafiyon ke zariye beshumar naye naye masail paida kiye.</w:t>
      </w:r>
    </w:p>
    <w:p>
      <w:pPr>
        <w:jc w:val="right"/>
      </w:pPr>
      <w:r>
        <w:t>یہود نے بعد کو یہ کیا کہ انہوں نے روح دین کھو دی اور دین کے بنیادی احکام میں مشغافیوں کے ذریعے بے شمار نئے نئے مسائل پیدا کیے۔</w:t>
      </w:r>
    </w:p>
    <w:p>
      <w:r>
        <w:rPr>
          <w:b/>
        </w:rPr>
        <w:t xml:space="preserve">[49:51] </w:t>
      </w:r>
      <w:r>
        <w:t>yeh masail aaj bhi yahood ki kitabon mein maujood hain.</w:t>
      </w:r>
    </w:p>
    <w:p>
      <w:pPr>
        <w:jc w:val="right"/>
      </w:pPr>
      <w:r>
        <w:t>یہ مسائل آج بھی یہود کی کتابوں میں موجود ہیں۔</w:t>
      </w:r>
    </w:p>
    <w:p>
      <w:r>
        <w:rPr>
          <w:b/>
        </w:rPr>
        <w:t xml:space="preserve">[49:57] </w:t>
      </w:r>
      <w:r>
        <w:t>inhi khud-sakhta azafon ki wajah se unke andar ikhtilafi firqay bane. kisi ne ek ikhtilafi masle par zor diya, kisi ne doosre ikhtilafi masle par.</w:t>
      </w:r>
    </w:p>
    <w:p>
      <w:pPr>
        <w:jc w:val="right"/>
      </w:pPr>
      <w:r>
        <w:t>انہی خود ساختہ اضافوں کی وجہ سے ان کے اندر اختلافی فرقے بنے۔ کسی نے ایک اختلافی مسئلے پر زور دیا، کسی نے دوسرے اختلافی مسئلے پر۔</w:t>
      </w:r>
    </w:p>
    <w:p>
      <w:r>
        <w:rPr>
          <w:b/>
        </w:rPr>
        <w:t xml:space="preserve">[50:09] </w:t>
      </w:r>
      <w:r>
        <w:t>is tarah unke yahan ek deen kayi deen ban gaya.</w:t>
      </w:r>
    </w:p>
    <w:p>
      <w:pPr>
        <w:jc w:val="right"/>
      </w:pPr>
      <w:r>
        <w:t>اس طرح ان کے یہاں ایک دین کئی دین بن گیا۔</w:t>
      </w:r>
    </w:p>
    <w:p>
      <w:r>
        <w:rPr>
          <w:b/>
        </w:rPr>
        <w:t xml:space="preserve">[50:15] </w:t>
      </w:r>
      <w:r>
        <w:t>hazrat masih is liye aaye ke woh yahood ko batayein ke deen mein asal ahmiyat rooh ki hai na ke zahiron ki. aur yeh ke aadmi ko nijat jis cheez par milegi woh is deen ki pairwi par milegi jo khuda ne bheja hai,</w:t>
      </w:r>
    </w:p>
    <w:p>
      <w:pPr>
        <w:jc w:val="right"/>
      </w:pPr>
      <w:r>
        <w:t>حضرت مسیح اس لیے آئے کہ وہ یہود کو بتائیں کہ دین میں اصل اہمیت روح کی ہے نہ کہ ظواہر کی۔ اور یہ کہ آدمی کو نجات جس چیز پر ملے گی وہ اس دین کی پیروی پر ملے گی جو خدا نے بھیجا ہے،</w:t>
      </w:r>
    </w:p>
    <w:p>
      <w:r>
        <w:rPr>
          <w:b/>
        </w:rPr>
        <w:t xml:space="preserve">[50:33] </w:t>
      </w:r>
      <w:r>
        <w:t>na ke us deen par jo tum logon ne khud se bana liya hai.</w:t>
      </w:r>
    </w:p>
    <w:p>
      <w:pPr>
        <w:jc w:val="right"/>
      </w:pPr>
      <w:r>
        <w:t>نہ کہ اس دین پر جو تم لوگوں نے خود سے بنا لیا ہے۔</w:t>
      </w:r>
    </w:p>
    <w:p>
      <w:r>
        <w:rPr>
          <w:b/>
        </w:rPr>
        <w:t xml:space="preserve">[50:40] </w:t>
      </w:r>
      <w:r>
        <w:t>hazrat masih ne bataya ke asal deen yeh hai ke tum allah se daro. sirf ek allah ke ibadat guzar bano.</w:t>
      </w:r>
    </w:p>
    <w:p>
      <w:pPr>
        <w:jc w:val="right"/>
      </w:pPr>
      <w:r>
        <w:t>حضرت مسیح نے بتایا کہ اصل دین یہ ہے کہ تم اللہ سے ڈرو۔ صرف ایک اللہ کے عبادت گزار بنو۔</w:t>
      </w:r>
    </w:p>
    <w:p>
      <w:r>
        <w:rPr>
          <w:b/>
        </w:rPr>
        <w:t xml:space="preserve">[50:50] </w:t>
      </w:r>
      <w:r>
        <w:t>zindagi ke mamlat mein rasool ke namune ki pairwi karo. iske siwa tumne apni bahason aur mashghafiyon se</w:t>
      </w:r>
    </w:p>
    <w:p>
      <w:pPr>
        <w:jc w:val="right"/>
      </w:pPr>
      <w:r>
        <w:t>زندگی کے معاملات میں رسول کے نمونے کی پیروی کرو۔ اس کے سوا تم نے اپنی بحثوں اور مشغافیوں سے</w:t>
      </w:r>
    </w:p>
    <w:p>
      <w:r>
        <w:rPr>
          <w:b/>
        </w:rPr>
        <w:t xml:space="preserve">[50:59] </w:t>
      </w:r>
      <w:r>
        <w:t>jo beshumar masail bana rakhe hain woh tumhare apne azafe hain. in azafon ko chhod kar asal deen par qaim ho jao.</w:t>
      </w:r>
    </w:p>
    <w:p>
      <w:pPr>
        <w:jc w:val="right"/>
      </w:pPr>
      <w:r>
        <w:t>جو بے شمار مسائل بنا رکھے ہیں وہ تمہارے اپنے اضافے ہیں۔ ان اضافوں کو چھوڑ کر اصل دین پر قائم ہو جاؤ۔</w:t>
      </w:r>
    </w:p>
    <w:p>
      <w:r>
        <w:rPr>
          <w:b/>
        </w:rPr>
        <w:t xml:space="preserve">[51:10] </w:t>
      </w:r>
      <w:r>
        <w:t>hazrat masih ki yeh baatein aaj bhi anjeelon mein maujood hain.</w:t>
      </w:r>
    </w:p>
    <w:p>
      <w:pPr>
        <w:jc w:val="right"/>
      </w:pPr>
      <w:r>
        <w:t>حضرت مسیح کی یہ باتیں آج بھی انجیلوں میں موجود ہیں۔</w:t>
      </w:r>
    </w:p>
    <w:p>
      <w:r>
        <w:rPr>
          <w:b/>
        </w:rPr>
        <w:t xml:space="preserve">[51:16] </w:t>
      </w:r>
      <w:r>
        <w:t>hal yanzuroona illa as-sa'ata an ta'tiyahum baghtatan wahum la yash'uroon?</w:t>
      </w:r>
    </w:p>
    <w:p>
      <w:pPr>
        <w:jc w:val="right"/>
      </w:pPr>
      <w:r>
        <w:t>هل ينظرون إلا الساعة أن تأتيهم بغتة وهم لا يشعرون؟</w:t>
      </w:r>
    </w:p>
    <w:p>
      <w:r>
        <w:rPr>
          <w:b/>
        </w:rPr>
        <w:t xml:space="preserve">[51:31] </w:t>
      </w:r>
      <w:r>
        <w:t>al-akhillao yawma'idhin</w:t>
      </w:r>
    </w:p>
    <w:p>
      <w:pPr>
        <w:jc w:val="right"/>
      </w:pPr>
      <w:r>
        <w:t>الأخلاء يومئذ</w:t>
      </w:r>
    </w:p>
    <w:p>
      <w:r>
        <w:rPr>
          <w:b/>
        </w:rPr>
        <w:t xml:space="preserve">[51:36] </w:t>
      </w:r>
      <w:r>
        <w:t>ba'duhum liba'din 'adun illa al-muttaqeen.</w:t>
      </w:r>
    </w:p>
    <w:p>
      <w:pPr>
        <w:jc w:val="right"/>
      </w:pPr>
      <w:r>
        <w:t>بعضهم لبعض عدو إلا المتقين.</w:t>
      </w:r>
    </w:p>
    <w:p>
      <w:r>
        <w:rPr>
          <w:b/>
        </w:rPr>
        <w:t xml:space="preserve">[51:43] </w:t>
      </w:r>
      <w:r>
        <w:t>ya 'ibadi la khawfun 'alaykumul yawma wala</w:t>
      </w:r>
    </w:p>
    <w:p>
      <w:pPr>
        <w:jc w:val="right"/>
      </w:pPr>
      <w:r>
        <w:t>يا عبادي لا خوف عليكم اليوم ولا</w:t>
      </w:r>
    </w:p>
    <w:p>
      <w:r>
        <w:rPr>
          <w:b/>
        </w:rPr>
        <w:t xml:space="preserve">[51:51] </w:t>
      </w:r>
      <w:r>
        <w:t>antum tahzanoon. alladhina amanoo bi ayatina wakanoo muslimeen</w:t>
      </w:r>
    </w:p>
    <w:p>
      <w:pPr>
        <w:jc w:val="right"/>
      </w:pPr>
      <w:r>
        <w:t>أنتم تحزنون. الذين آمنوا بآياتنا وكانوا مسلمين</w:t>
      </w:r>
    </w:p>
    <w:p>
      <w:r>
        <w:rPr>
          <w:b/>
        </w:rPr>
        <w:t xml:space="preserve">[52:04] </w:t>
      </w:r>
      <w:r>
        <w:t>wadakhalool jannata antum wa'azwajukum tuhbaroon. yutafu 'alayhim bisihafin min dhahab</w:t>
      </w:r>
    </w:p>
    <w:p>
      <w:pPr>
        <w:jc w:val="right"/>
      </w:pPr>
      <w:r>
        <w:t>ودخلوا الجنة أنتم وأزواجكم تحبرون. يطاف عليهم بصحاف من ذهب</w:t>
      </w:r>
    </w:p>
    <w:p>
      <w:r>
        <w:rPr>
          <w:b/>
        </w:rPr>
        <w:t xml:space="preserve">[52:21] </w:t>
      </w:r>
      <w:r>
        <w:t>wa akwab wa fiha ma tashtahihi al-anfus. wa fiha ma tashtahihi al-anfus wa taladh al-a'yun wa antum fiha khalidoon.</w:t>
      </w:r>
    </w:p>
    <w:p>
      <w:pPr>
        <w:jc w:val="right"/>
      </w:pPr>
      <w:r>
        <w:t>وأكواب وفيها ما تشتهيه الأنفس. وفيها ما تشتهيه الأنفس وتلذ الأعين وأنتم فيها خالدون.</w:t>
      </w:r>
    </w:p>
    <w:p>
      <w:r>
        <w:rPr>
          <w:b/>
        </w:rPr>
        <w:t xml:space="preserve">[52:42] </w:t>
      </w:r>
      <w:r>
        <w:t>wa tilka al-jannatu allati awrithtumuha bima kuntum ta'maloon.</w:t>
      </w:r>
    </w:p>
    <w:p>
      <w:pPr>
        <w:jc w:val="right"/>
      </w:pPr>
      <w:r>
        <w:t>وتلك الجنة التي أورثتموها بما كنتم تعملون.</w:t>
      </w:r>
    </w:p>
    <w:p>
      <w:r>
        <w:rPr>
          <w:b/>
        </w:rPr>
        <w:t xml:space="preserve">[52:55] </w:t>
      </w:r>
      <w:r>
        <w:t>lakum fiha fakihatun</w:t>
      </w:r>
    </w:p>
    <w:p>
      <w:pPr>
        <w:jc w:val="right"/>
      </w:pPr>
      <w:r>
        <w:t>لكم فيها فاكهة</w:t>
      </w:r>
    </w:p>
    <w:p>
      <w:r>
        <w:rPr>
          <w:b/>
        </w:rPr>
        <w:t xml:space="preserve">[52:59] </w:t>
      </w:r>
      <w:r>
        <w:t>katheeratun minha ta'kooloon.</w:t>
      </w:r>
    </w:p>
    <w:p>
      <w:pPr>
        <w:jc w:val="right"/>
      </w:pPr>
      <w:r>
        <w:t>كثيرة منها تأكلون.</w:t>
      </w:r>
    </w:p>
    <w:p>
      <w:r>
        <w:rPr>
          <w:b/>
        </w:rPr>
        <w:t xml:space="preserve">[53:06] </w:t>
      </w:r>
      <w:r>
        <w:t>yeh log bas qayamat ka intezar kar rahe hain ke woh un par achaanak aa parre aur un ko khabar bhi na ho.</w:t>
      </w:r>
    </w:p>
    <w:p>
      <w:pPr>
        <w:jc w:val="right"/>
      </w:pPr>
      <w:r>
        <w:t>یہ لوگ بس قیامت کا انتظار کر رہے ہیں کہ وہ ان پر اچانک آ پڑے اور ان کو خبر بھی نہ ہو۔</w:t>
      </w:r>
    </w:p>
    <w:p>
      <w:r>
        <w:rPr>
          <w:b/>
        </w:rPr>
        <w:t xml:space="preserve">[53:16] </w:t>
      </w:r>
      <w:r>
        <w:t>tamam dost is din ek doosre ke dushman honge bajuz darne walon ke.</w:t>
      </w:r>
    </w:p>
    <w:p>
      <w:pPr>
        <w:jc w:val="right"/>
      </w:pPr>
      <w:r>
        <w:t>تمام دوست اس دن ایک دوسرے کے دشمن ہوں گے بجز ڈرنے والوں کے۔</w:t>
      </w:r>
    </w:p>
    <w:p>
      <w:r>
        <w:rPr>
          <w:b/>
        </w:rPr>
        <w:t xml:space="preserve">[53:24] </w:t>
      </w:r>
      <w:r>
        <w:t>ae mere bando!</w:t>
      </w:r>
    </w:p>
    <w:p>
      <w:pPr>
        <w:jc w:val="right"/>
      </w:pPr>
      <w:r>
        <w:t>اے میرے بندو!</w:t>
      </w:r>
    </w:p>
    <w:p>
      <w:r>
        <w:rPr>
          <w:b/>
        </w:rPr>
        <w:t xml:space="preserve">[53:26] </w:t>
      </w:r>
      <w:r>
        <w:t>aaj tum par na koi khauf hai aur na tum ghamgeen hoge. jo log imaan laye aur farmanbardar rahe, jannat mein dakhil ho jao tum aur tumhari biwiyan.</w:t>
      </w:r>
    </w:p>
    <w:p>
      <w:pPr>
        <w:jc w:val="right"/>
      </w:pPr>
      <w:r>
        <w:t>آج تم پر نہ کوئی خوف ہے اور نہ تم غمگین ہو گے۔ جو لوگ ایمان لائے اور فرمانبردار رہے، جنت میں داخل ہو جاؤ تم اور تمہاری بیویاں۔</w:t>
      </w:r>
    </w:p>
    <w:p>
      <w:r>
        <w:rPr>
          <w:b/>
        </w:rPr>
        <w:t xml:space="preserve">[53:43] </w:t>
      </w:r>
      <w:r>
        <w:t>tum shad kiye jaoge. un ke samne sone ki raqabiyan aur pyale pesh kiye jayenge aur wahan woh cheezein hongi jin ko jee chahega aur jin se</w:t>
      </w:r>
    </w:p>
    <w:p>
      <w:pPr>
        <w:jc w:val="right"/>
      </w:pPr>
      <w:r>
        <w:t>تم شاد کیے جاؤ گے۔ ان کے سامنے سونے کی رقابیاں اور پیالے پیش کیے جائیں گے اور وہاں وہ چیزیں ہوں گی جن کو جی چاہے گا اور جن سے</w:t>
      </w:r>
    </w:p>
    <w:p>
      <w:r>
        <w:rPr>
          <w:b/>
        </w:rPr>
        <w:t xml:space="preserve">[53:59] </w:t>
      </w:r>
      <w:r>
        <w:t>aankhon ko lazzat hogi. aur tum yahan hamesha rahoge. aur yeh woh jannat hai jis ke tum malik bana diye gaye.</w:t>
      </w:r>
    </w:p>
    <w:p>
      <w:pPr>
        <w:jc w:val="right"/>
      </w:pPr>
      <w:r>
        <w:t>آنکھوں کو لذت ہوگی۔ اور تم یہاں ہمیشہ رہو گے۔ اور یہ وہ جنت ہے جس کے تم مالک بنا دیے گئے۔</w:t>
      </w:r>
    </w:p>
    <w:p>
      <w:r>
        <w:rPr>
          <w:b/>
        </w:rPr>
        <w:t xml:space="preserve">[54:10] </w:t>
      </w:r>
      <w:r>
        <w:t>is ki wajah se jo tum karte the, tumhare liye is mein bohat se meway hain jin mein se tum khaoge.</w:t>
      </w:r>
    </w:p>
    <w:p>
      <w:pPr>
        <w:jc w:val="right"/>
      </w:pPr>
      <w:r>
        <w:t>اس کی وجہ سے جو تم کرتے تھے، تمہارے لیے اس میں بہت سے میوے ہیں جن میں سے تم کھاؤ گے۔</w:t>
      </w:r>
    </w:p>
    <w:p>
      <w:r>
        <w:rPr>
          <w:b/>
        </w:rPr>
        <w:t xml:space="preserve">[54:22] </w:t>
      </w:r>
      <w:r>
        <w:t>tashreeh: insaan azaad nahi hai. is ko behal haqeeqat ke aage jhukna hai. agar woh daee ki daleel ke aage nahi jhukta to is ko khudai taqat ke aage jhukna parega.</w:t>
      </w:r>
    </w:p>
    <w:p>
      <w:pPr>
        <w:jc w:val="right"/>
      </w:pPr>
      <w:r>
        <w:t>تشریح: انسان آزاد نہیں ہے۔ اس کو بہرحال حقیقت کے آگے جھکنا ہے۔ اگر وہ داعی کی دلیل کے آگے نہیں جھکتا تو اس کو خدائی طاقت کے آگے جھکنا پڑے گا۔</w:t>
      </w:r>
    </w:p>
    <w:p>
      <w:r>
        <w:rPr>
          <w:b/>
        </w:rPr>
        <w:t xml:space="preserve">[54:39] </w:t>
      </w:r>
      <w:r>
        <w:t>magar khudai taqat faisle ke liye zahir hoti hai, is liye us waqt ka jhukna kisi ke kuch kaam aane wala nahi.</w:t>
      </w:r>
    </w:p>
    <w:p>
      <w:pPr>
        <w:jc w:val="right"/>
      </w:pPr>
      <w:r>
        <w:t>مگر خدائی طاقت فیصلے کے لیے ظاہر ہوتی ہے، اس لیے اس وقت کا جھکنا کسی کے کچھ کام آنے والا نہیں۔</w:t>
      </w:r>
    </w:p>
    <w:p>
      <w:r>
        <w:rPr>
          <w:b/>
        </w:rPr>
        <w:t xml:space="preserve">[54:51] </w:t>
      </w:r>
      <w:r>
        <w:t>dunya mein aadmi jab haq ke khilaf rawaiyya ikhtiyar karta hai</w:t>
      </w:r>
    </w:p>
    <w:p>
      <w:pPr>
        <w:jc w:val="right"/>
      </w:pPr>
      <w:r>
        <w:t>دنیا میں آدمی جب حق کے خلاف رویہ اختیار کرتا ہے</w:t>
      </w:r>
    </w:p>
    <w:p>
      <w:r>
        <w:rPr>
          <w:b/>
        </w:rPr>
        <w:t xml:space="preserve">[54:55] </w:t>
      </w:r>
      <w:r>
        <w:t>to is ko bohat se dost mil jate hain jo is ka saath dete hain. aadmi in doston ke bal par deeth banta chala jata hai, magar yeh saare dost qayamat mein is ka saath chhod denge.</w:t>
      </w:r>
    </w:p>
    <w:p>
      <w:pPr>
        <w:jc w:val="right"/>
      </w:pPr>
      <w:r>
        <w:t>تو اس کو بہت سے دوست مل جاتے ہیں جو اس کا ساتھ دیتے ہیں۔ آدمی ان دوستوں کے بل پر ڈھیٹ بنتا چلا جاتا ہے، مگر یہ سارے دوست قیامت میں اس کا ساتھ چھوڑ دیں گے۔</w:t>
      </w:r>
    </w:p>
    <w:p>
      <w:r>
        <w:rPr>
          <w:b/>
        </w:rPr>
        <w:t xml:space="preserve">[55:13] </w:t>
      </w:r>
      <w:r>
        <w:t>qayamat mein sirf woh dosti baqi rahegi jo Allah ke khauf ki buniyad par qaim hui ho.</w:t>
      </w:r>
    </w:p>
    <w:p>
      <w:pPr>
        <w:jc w:val="right"/>
      </w:pPr>
      <w:r>
        <w:t>قیامت میں صرف وہ دوستی باقی رہے گی جو اللہ کے خوف کی بنیاد پر قائم ہوئی ہو۔</w:t>
      </w:r>
    </w:p>
    <w:p>
      <w:r>
        <w:rPr>
          <w:b/>
        </w:rPr>
        <w:t xml:space="preserve">[55:23] </w:t>
      </w:r>
      <w:r>
        <w:t>dunya mein haq parasti ki zindagi khatraat mein ghiri hui hoti hai, magar akhirat mein is ka badla is shandar surat mein milega ke aadmi wahan har qism ke andeshe aur takleef se hamesha ke liye</w:t>
      </w:r>
    </w:p>
    <w:p>
      <w:pPr>
        <w:jc w:val="right"/>
      </w:pPr>
      <w:r>
        <w:t>دنیا میں حق پرستی کی زندگی خطرات میں گھری ہوئی ہوتی ہے، مگر آخرت میں اس کا بدلہ اس شاندار صورت میں ملے گا کہ آدمی وہاں ہر قسم کے اندیشے اور تکلیف سے ہمیشہ کے لیے</w:t>
      </w:r>
    </w:p>
    <w:p>
      <w:r>
        <w:rPr>
          <w:b/>
        </w:rPr>
        <w:t xml:space="preserve">[55:40] </w:t>
      </w:r>
      <w:r>
        <w:t>nijat hasil kar lega. is khudai wade par jo log yaqeen karein, wohi moajza dunya mein haq par qaim reh saken ge.</w:t>
      </w:r>
    </w:p>
    <w:p>
      <w:pPr>
        <w:jc w:val="right"/>
      </w:pPr>
      <w:r>
        <w:t>نجات حاصل کر لے گا۔ اس خدائی وعدے پر جو لوگ یقین کریں، وہی معجزہ دنیا میں حق پر قائم رہ سکیں گے۔</w:t>
      </w:r>
    </w:p>
    <w:p>
      <w:r>
        <w:rPr>
          <w:b/>
        </w:rPr>
        <w:t xml:space="preserve">[55:50] </w:t>
      </w:r>
      <w:r>
        <w:t>Khuda akhirat mein un ko woh sab kuch mazeed izafe ke sath de dega</w:t>
      </w:r>
    </w:p>
    <w:p>
      <w:pPr>
        <w:jc w:val="right"/>
      </w:pPr>
      <w:r>
        <w:t>خدا آخرت میں ان کو وہ سب کچھ مزید اضافے کے ساتھ دے دے گا</w:t>
      </w:r>
    </w:p>
    <w:p>
      <w:r>
        <w:rPr>
          <w:b/>
        </w:rPr>
        <w:t xml:space="preserve">[55:58] </w:t>
      </w:r>
      <w:r>
        <w:t>jo unhon ne dunya mein Khuda ki khatir khoya tha.</w:t>
      </w:r>
    </w:p>
    <w:p>
      <w:pPr>
        <w:jc w:val="right"/>
      </w:pPr>
      <w:r>
        <w:t>جو انہوں نے دنیا میں خدا کی خاطر کھویا تھا۔</w:t>
      </w:r>
    </w:p>
    <w:p>
      <w:r>
        <w:rPr>
          <w:b/>
        </w:rPr>
        <w:t xml:space="preserve">[56:05] </w:t>
      </w:r>
      <w:r>
        <w:t>inna al-mujrimeena fi 'adhabi jahannama khalidoona la yufattaru 'anhum wa hum feehi mublisoona</w:t>
      </w:r>
    </w:p>
    <w:p>
      <w:pPr>
        <w:jc w:val="right"/>
      </w:pPr>
      <w:r>
        <w:t>إن المجرمين في عذاب جهنم خالدون لا يفتر عنهم وهم فيه مبلسون</w:t>
      </w:r>
    </w:p>
    <w:p>
      <w:r>
        <w:rPr>
          <w:b/>
        </w:rPr>
        <w:t xml:space="preserve">[56:21] </w:t>
      </w:r>
      <w:r>
        <w:t>wa ma zalamnahum walakin kanoo hum al-zaloomeena</w:t>
      </w:r>
    </w:p>
    <w:p>
      <w:pPr>
        <w:jc w:val="right"/>
      </w:pPr>
      <w:r>
        <w:t>وما ظلمناهم ولكن كانوا هم الظالمين</w:t>
      </w:r>
    </w:p>
    <w:p>
      <w:r>
        <w:rPr>
          <w:b/>
        </w:rPr>
        <w:t xml:space="preserve">[56:30] </w:t>
      </w:r>
      <w:r>
        <w:t>wa yunadawna ya maliku li yaqdi 'alayna rabbuka qala innakum makithoona</w:t>
      </w:r>
    </w:p>
    <w:p>
      <w:pPr>
        <w:jc w:val="right"/>
      </w:pPr>
      <w:r>
        <w:t>ونادوا يا مالك ليقض علينا ربك قال إنكم ماكثون</w:t>
      </w:r>
    </w:p>
    <w:p>
      <w:r>
        <w:rPr>
          <w:b/>
        </w:rPr>
        <w:t xml:space="preserve">[56:41] </w:t>
      </w:r>
      <w:r>
        <w:t>laqad ji'nakum bilhaqqi walakin aktharukum lilhaqqi karihoona am abramoo amran</w:t>
      </w:r>
    </w:p>
    <w:p>
      <w:pPr>
        <w:jc w:val="right"/>
      </w:pPr>
      <w:r>
        <w:t>لقد جئناكم بالحق ولكن أكثركم للحق كارهون أم أبرموا أمرا</w:t>
      </w:r>
    </w:p>
    <w:p>
      <w:r>
        <w:rPr>
          <w:b/>
        </w:rPr>
        <w:t xml:space="preserve">[56:58] </w:t>
      </w:r>
      <w:r>
        <w:t>fa inna mubrimoona am yahsaboonana la nasma'u sirrahum wa najwahum bala wa rusuluna ladayhim yaktaboona.</w:t>
      </w:r>
    </w:p>
    <w:p>
      <w:pPr>
        <w:jc w:val="right"/>
      </w:pPr>
      <w:r>
        <w:t>فإنا مبرمون أم يحسبون أنا لا نسمع سرهم ونجواهم بلى ورسلنا لديهم يكتبون.</w:t>
      </w:r>
    </w:p>
    <w:p>
      <w:r>
        <w:rPr>
          <w:b/>
        </w:rPr>
        <w:t xml:space="preserve">[57:18] </w:t>
      </w:r>
      <w:r>
        <w:t>beshak mujrim log hamesha dozakh ke azab mein rahenge.</w:t>
      </w:r>
    </w:p>
    <w:p>
      <w:pPr>
        <w:jc w:val="right"/>
      </w:pPr>
      <w:r>
        <w:t>بے شک مجرم لوگ ہمیشہ دوزخ کے عذاب میں رہیں گے۔</w:t>
      </w:r>
    </w:p>
    <w:p>
      <w:r>
        <w:rPr>
          <w:b/>
        </w:rPr>
        <w:t xml:space="preserve">[57:23] </w:t>
      </w:r>
      <w:r>
        <w:t>wo un se halka na kiya jayega aur wo is mein mayoos pade rahenge. aur hum ne un par zulm nahi kiya balkeh wo khud hi zalim the.</w:t>
      </w:r>
    </w:p>
    <w:p>
      <w:pPr>
        <w:jc w:val="right"/>
      </w:pPr>
      <w:r>
        <w:t>وہ ان سے ہلکا نہ کیا جائے گا اور وہ اس میں مایوس پڑے رہیں گے۔ اور ہم نے ان پر ظلم نہیں کیا بلکہ وہ خود ہی ظالم تھے۔</w:t>
      </w:r>
    </w:p>
    <w:p>
      <w:r>
        <w:rPr>
          <w:b/>
        </w:rPr>
        <w:t xml:space="preserve">[57:33] </w:t>
      </w:r>
      <w:r>
        <w:t>aur wo pukarenge ke aye malik! tumhara rab hamara khatma hi kar de.</w:t>
      </w:r>
    </w:p>
    <w:p>
      <w:pPr>
        <w:jc w:val="right"/>
      </w:pPr>
      <w:r>
        <w:t>اور وہ پکاریں گے کہ اے مالک! تمہارا رب ہمارا خاتمہ ہی کر دے۔</w:t>
      </w:r>
    </w:p>
    <w:p>
      <w:r>
        <w:rPr>
          <w:b/>
        </w:rPr>
        <w:t xml:space="preserve">[57:39] </w:t>
      </w:r>
      <w:r>
        <w:t>farishta kahega tum ko isi tarah pade rehna hai. hum tumhare pas haq le kar aye magar tum mein se aksar haq se bezar rahe.</w:t>
      </w:r>
    </w:p>
    <w:p>
      <w:pPr>
        <w:jc w:val="right"/>
      </w:pPr>
      <w:r>
        <w:t>فرشتہ کہے گا تم کو اسی طرح پڑے رہنا ہے۔ ہم تمہارے پاس حق لے کر آئے مگر تم میں سے اکثر حق سے بیزار رہے۔</w:t>
      </w:r>
    </w:p>
    <w:p>
      <w:r>
        <w:rPr>
          <w:b/>
        </w:rPr>
        <w:t xml:space="preserve">[57:50] </w:t>
      </w:r>
      <w:r>
        <w:t>kya unhon ne koi baat thehra li hai to hum bhi ek baat thehra lenge.</w:t>
      </w:r>
    </w:p>
    <w:p>
      <w:pPr>
        <w:jc w:val="right"/>
      </w:pPr>
      <w:r>
        <w:t>کیا انہوں نے کوئی بات ٹھہرا لی ہے تو ہم بھی ایک بات ٹھہرا لیں گے۔</w:t>
      </w:r>
    </w:p>
    <w:p>
      <w:r>
        <w:rPr>
          <w:b/>
        </w:rPr>
        <w:t xml:space="preserve">[57:56] </w:t>
      </w:r>
      <w:r>
        <w:t>kya un ka guman hai ke hum un ke raazon ko aur un ke mashwaron ko nahi sun rahe hain? haan, aur hamare bheje hue un ke pas likhte rehte hain.</w:t>
      </w:r>
    </w:p>
    <w:p>
      <w:pPr>
        <w:jc w:val="right"/>
      </w:pPr>
      <w:r>
        <w:t>کیا ان کا گمان ہے کہ ہم ان کے رازوں کو اور ان کے مشوروں کو نہیں سن رہے ہیں؟ ہاں، اور ہمارے بھیجے ہوئے ان کے پاس لکھتے رہتے ہیں۔</w:t>
      </w:r>
    </w:p>
    <w:p>
      <w:r>
        <w:rPr>
          <w:b/>
        </w:rPr>
        <w:t xml:space="preserve">[58:11] </w:t>
      </w:r>
      <w:r>
        <w:t>tashreeh: umeed hamesha takleef ke ehsas ko kam kar deti hai. aadmi kisi takleef mein mubtala ho aur usi ke sath us ko yeh umeed ho ke yeh takleef ek roz khatm ho jayegi to aadmi ke andar us ko sehne ki taqat paida ho jati hai.</w:t>
      </w:r>
    </w:p>
    <w:p>
      <w:pPr>
        <w:jc w:val="right"/>
      </w:pPr>
      <w:r>
        <w:t>تشریح: امید ہمیشہ تکلیف کے احساس کو کم کر دیتی ہے۔ آدمی کسی تکلیف میں مبتلا ہو اور اسی کے ساتھ اس کو یہ امید ہو کہ یہ تکلیف ایک روز ختم ہو جائے گی تو آدمی کے اندر اس کو سہنے کی طاقت پیدا ہو جاتی ہے۔</w:t>
      </w:r>
    </w:p>
    <w:p>
      <w:r>
        <w:rPr>
          <w:b/>
        </w:rPr>
        <w:t xml:space="preserve">[58:31] </w:t>
      </w:r>
      <w:r>
        <w:t>magar jahannam ki takleef wo takleef hai jis se nikalne ki koi umeed insan ke liye na hogi. jahannam mein farishton ko madad ke liye pukarna jahannam walon ki be basi ka betabana izhar hoga.</w:t>
      </w:r>
    </w:p>
    <w:p>
      <w:pPr>
        <w:jc w:val="right"/>
      </w:pPr>
      <w:r>
        <w:t>مگر جہنم کی تکلیف وہ تکلیف ہے جس سے نکلنے کی کوئی امید انسان کے لیے نہ ہوگی۔ جہنم میں فرشتوں کو مدد کے لیے پکارنا جہنم والوں کی بے بسی کا بے تابانہ اظہار ہوگا۔</w:t>
      </w:r>
    </w:p>
    <w:p>
      <w:r>
        <w:rPr>
          <w:b/>
        </w:rPr>
        <w:t xml:space="preserve">[58:47] </w:t>
      </w:r>
      <w:r>
        <w:t>warna pukarne wala khud janta hoga ke Khuda ka faisla aakhri taur par ho chuka hai.</w:t>
      </w:r>
    </w:p>
    <w:p>
      <w:pPr>
        <w:jc w:val="right"/>
      </w:pPr>
      <w:r>
        <w:t>ورنہ پکارنے والا خود جانتا ہوگا کہ خدا کا فیصلہ آخری طور پر ہو چکا ہے۔</w:t>
      </w:r>
    </w:p>
    <w:p>
      <w:r>
        <w:rPr>
          <w:b/>
        </w:rPr>
        <w:t xml:space="preserve">[58:55] </w:t>
      </w:r>
      <w:r>
        <w:t>ab wo kisi tarah talne wala nahi. jahannam mein kisi ka dakhil hona sarasar apni kotahi ka nateeja hoga.</w:t>
      </w:r>
    </w:p>
    <w:p>
      <w:pPr>
        <w:jc w:val="right"/>
      </w:pPr>
      <w:r>
        <w:t>اب وہ کسی طرح ٹلنے والا نہیں۔ جہنم میں کسی کا داخل ہونا سراسر اپنی کوتاہی کا نتیجہ ہوگا۔</w:t>
      </w:r>
    </w:p>
    <w:p>
      <w:r>
        <w:rPr>
          <w:b/>
        </w:rPr>
        <w:t xml:space="preserve">[59:05] </w:t>
      </w:r>
      <w:r>
        <w:t>insan ko Allah taala ne aala darje ki samajh di. is ke samne</w:t>
      </w:r>
    </w:p>
    <w:p>
      <w:pPr>
        <w:jc w:val="right"/>
      </w:pPr>
      <w:r>
        <w:t>انسان کو اللہ تعالی نے اعلیٰ درجے کی سمجھ دی۔ اس کے سامنے</w:t>
      </w:r>
    </w:p>
    <w:p>
      <w:r>
        <w:rPr>
          <w:b/>
        </w:rPr>
        <w:t xml:space="preserve">[59:11] </w:t>
      </w:r>
      <w:r>
        <w:t>haq ki rahen kholien. magar insan ne jante bojhte haq ko nazar andaz kiya. is ki sarkashi yahan tak pahunchi ke wo haq ke daai ko mitane aur barbad karne ke dar pe ho gaya.</w:t>
      </w:r>
    </w:p>
    <w:p>
      <w:pPr>
        <w:jc w:val="right"/>
      </w:pPr>
      <w:r>
        <w:t>حق کی راہیں کھولیں۔ مگر انسان نے جانتے بوجھتے حق کو نظر انداز کیا۔ اس کی سرکشی یہاں تک پہنچی کہ وہ حق کے داعی کو مٹانے اور برباد کرنے کے در پہ ہو گیا۔</w:t>
      </w:r>
    </w:p>
    <w:p>
      <w:r>
        <w:rPr>
          <w:b/>
        </w:rPr>
        <w:t xml:space="preserve">[59:27] </w:t>
      </w:r>
      <w:r>
        <w:t>aisi halat mein is ka anjam</w:t>
      </w:r>
    </w:p>
    <w:p>
      <w:pPr>
        <w:jc w:val="right"/>
      </w:pPr>
      <w:r>
        <w:t>ایسی حالت میں اس کا انجام</w:t>
      </w:r>
    </w:p>
    <w:p>
      <w:r>
        <w:rPr>
          <w:b/>
        </w:rPr>
        <w:t xml:space="preserve">[59:30] </w:t>
      </w:r>
      <w:r>
        <w:t>is ke siwa aur kya ho sakta tha ke us ko daimi taur par azab mein dal diya jaye. qul in kana lil-rahman waladun fa-ana awwalul-abidin</w:t>
      </w:r>
    </w:p>
    <w:p>
      <w:pPr>
        <w:jc w:val="right"/>
      </w:pPr>
      <w:r>
        <w:t>اس کے سوا اور کیا ہو سکتا تھا کہ اس کو دائمی طور پر عذاب میں ڈال دیا جائے۔ قل إن كان للرحمن ولد فأنا أول العابدين</w:t>
      </w:r>
    </w:p>
    <w:p>
      <w:r>
        <w:rPr>
          <w:b/>
        </w:rPr>
        <w:t xml:space="preserve">[59:48] </w:t>
      </w:r>
      <w:r>
        <w:t>subhana rabbis-samawati wal-ardi rabbil-'arshi 'amma yasifun. fa-dharm yakhudu wa yal'abu hatta yulaqu yawmahumullazi yu'adun</w:t>
      </w:r>
    </w:p>
    <w:p>
      <w:pPr>
        <w:jc w:val="right"/>
      </w:pPr>
      <w:r>
        <w:t>سبحان رب السماوات والأرض رب العرش عما يصفون فذرهم يخوضوا ويلعبوا حتى يلاقوا يومهم الذي يوعدون</w:t>
      </w:r>
    </w:p>
    <w:p>
      <w:r>
        <w:rPr>
          <w:b/>
        </w:rPr>
        <w:t xml:space="preserve">[1:00:08] </w:t>
      </w:r>
      <w:r>
        <w:t>kaho ke agar rehman ki koi aulad ho to main sab se pehle us ki ibadat karne wala hoon. aasmanon aur zameen ka khawind, arsh ka malik, wo in baton se pak hai jis ko log bayan karte hain.</w:t>
      </w:r>
    </w:p>
    <w:p>
      <w:pPr>
        <w:jc w:val="right"/>
      </w:pPr>
      <w:r>
        <w:t>کہو کہ اگر رحمن کی کوئی اولاد ہو تو میں سب سے پہلے اس کی عبادت کرنے والا ہوں۔ آسمانوں اور زمین کا خداوند، عرش کا مالک، وہ ان باتوں سے پاک ہے جس کو لوگ بیان کرتے ہیں۔</w:t>
      </w:r>
    </w:p>
    <w:p>
      <w:r>
        <w:rPr>
          <w:b/>
        </w:rPr>
        <w:t xml:space="preserve">[1:00:25] </w:t>
      </w:r>
      <w:r>
        <w:t>pas un ko chhod do ke wo bahas karen aur khelen yahan tak ke wo us din se dochar hon jis ka un se wada kiya ja raha hai.</w:t>
      </w:r>
    </w:p>
    <w:p>
      <w:pPr>
        <w:jc w:val="right"/>
      </w:pPr>
      <w:r>
        <w:t>پس ان کو چھوڑ دو کہ وہ بحث کریں اور کھیلیں یہاں تک کہ وہ اس دن سے دوچار ہوں جس کا ان سے وعدہ کیا جا رہا ہے۔</w:t>
      </w:r>
    </w:p>
    <w:p>
      <w:r>
        <w:rPr>
          <w:b/>
        </w:rPr>
        <w:t xml:space="preserve">[1:00:38] </w:t>
      </w:r>
      <w:r>
        <w:t>tashreeh: agar Khuda ki aulad ho to main sab se pehle us ki ibadat karoon. yeh jumla batata hai ke paighambar jis aqeeday ka ailan kar raha hai wo usi ko ain haqeeqat samajhta hai.</w:t>
      </w:r>
    </w:p>
    <w:p>
      <w:pPr>
        <w:jc w:val="right"/>
      </w:pPr>
      <w:r>
        <w:t>تشریح: اگر خدا کی اولاد ہو تو میں سب سے پہلے اس کی عبادت کروں۔ یہ جملہ بتاتا ہے کہ پیغمبر جس عقیدے کا اعلان کر رہا ہے وہ اسی کو عین حقیقت سمجھتا ہے۔</w:t>
      </w:r>
    </w:p>
    <w:p>
      <w:r>
        <w:rPr>
          <w:b/>
        </w:rPr>
        <w:t xml:space="preserve">[1:00:53] </w:t>
      </w:r>
      <w:r>
        <w:t>wo</w:t>
      </w:r>
    </w:p>
    <w:p>
      <w:pPr>
        <w:jc w:val="right"/>
      </w:pPr>
      <w:r>
        <w:t>وہ</w:t>
      </w:r>
    </w:p>
    <w:p>
      <w:r>
        <w:rPr>
          <w:b/>
        </w:rPr>
        <w:t xml:space="preserve">[1:00:54] </w:t>
      </w:r>
      <w:r>
        <w:t>qaumi taqleed aur grohi ta'assub ki zameen par nahi khada hua hai balkeh dalil ki zameen par khada hua hai.</w:t>
      </w:r>
    </w:p>
    <w:p>
      <w:pPr>
        <w:jc w:val="right"/>
      </w:pPr>
      <w:r>
        <w:t>قومی تقلید اور گروہی تعصب کی زمین پر نہیں کھڑا ہوا ہے بلکہ دلیل کی زمین پر کھڑا ہوا ہے۔</w:t>
      </w:r>
    </w:p>
    <w:p>
      <w:r>
        <w:rPr>
          <w:b/>
        </w:rPr>
        <w:t xml:space="preserve">[1:01:05] </w:t>
      </w:r>
      <w:r>
        <w:t>wo is aqeeday ka daai is liye hai ke tamam haqaiq us ki sadaqat ki taeed karte hain.</w:t>
      </w:r>
    </w:p>
    <w:p>
      <w:pPr>
        <w:jc w:val="right"/>
      </w:pPr>
      <w:r>
        <w:t>وہ اس عقیدے کا داعی اس لیے ہے کہ تمام حقائق اس کی صداقت کی تائید کرتے ہیں۔</w:t>
      </w:r>
    </w:p>
    <w:p>
      <w:r>
        <w:rPr>
          <w:b/>
        </w:rPr>
        <w:t xml:space="preserve">[1:01:13] </w:t>
      </w:r>
      <w:r>
        <w:t>is se andaza hota hai ke daai ka mamla shaoor haqeeqat ka mamla hota hai na ke qaumi taqleed ka mamla.</w:t>
      </w:r>
    </w:p>
    <w:p>
      <w:pPr>
        <w:jc w:val="right"/>
      </w:pPr>
      <w:r>
        <w:t>اس سے اندازہ ہوتا ہے کہ داعی کا معاملہ شعور حقیقت کا معاملہ ہوتا ہے نہ کہ قومی تقلید کا معاملہ۔</w:t>
      </w:r>
    </w:p>
    <w:p>
      <w:r>
        <w:rPr>
          <w:b/>
        </w:rPr>
        <w:t xml:space="preserve">[1:01:23] </w:t>
      </w:r>
      <w:r>
        <w:t>Khuda ki takhleeq ka karkhana jo zameen o aasman ki surat mein phaila hua hai</w:t>
      </w:r>
    </w:p>
    <w:p>
      <w:pPr>
        <w:jc w:val="right"/>
      </w:pPr>
      <w:r>
        <w:t>خدا کی تخلیق کا کارخانہ جو زمین و آسمان کی صورت میں پھیلا ہوا ہے</w:t>
      </w:r>
    </w:p>
    <w:p>
      <w:r>
        <w:rPr>
          <w:b/>
        </w:rPr>
        <w:t xml:space="preserve">[1:01:29] </w:t>
      </w:r>
      <w:r>
        <w:t>wo batata hai ke is ka Khuda sirf ek Khuda hai. kainaat apne wasee nizam ke sath is se inkar karti hai ke is ka Khuda ek se ziyada ho sakta hai.</w:t>
      </w:r>
    </w:p>
    <w:p>
      <w:pPr>
        <w:jc w:val="right"/>
      </w:pPr>
      <w:r>
        <w:t>وہ بتاتا ہے کہ اس کا خدا صرف ایک خدا ہے۔ کائنات اپنے وسیع نظام کے ساتھ اس سے انکار کرتی ہے کہ اس کا خدا ایک سے زیادہ ہو سکتا ہے۔</w:t>
      </w:r>
    </w:p>
    <w:p>
      <w:r>
        <w:rPr>
          <w:b/>
        </w:rPr>
        <w:t xml:space="preserve">[1:01:44] </w:t>
      </w:r>
      <w:r>
        <w:t>wa huwa allazi fis-sama'i</w:t>
      </w:r>
    </w:p>
    <w:p>
      <w:pPr>
        <w:jc w:val="right"/>
      </w:pPr>
      <w:r>
        <w:t>وهو الذي في السماء</w:t>
      </w:r>
    </w:p>
    <w:p>
      <w:r>
        <w:rPr>
          <w:b/>
        </w:rPr>
        <w:t xml:space="preserve">[1:01:49] </w:t>
      </w:r>
      <w:r>
        <w:t>ilaha wa fi al-ardi ilaha</w:t>
      </w:r>
    </w:p>
    <w:p>
      <w:pPr>
        <w:jc w:val="right"/>
      </w:pPr>
      <w:r>
        <w:t>إله وفي الأرض إله</w:t>
      </w:r>
    </w:p>
    <w:p>
      <w:r>
        <w:rPr>
          <w:b/>
        </w:rPr>
        <w:t xml:space="preserve">[1:01:55] </w:t>
      </w:r>
      <w:r>
        <w:t>wa huwa al-hakim al-alim</w:t>
      </w:r>
    </w:p>
    <w:p>
      <w:pPr>
        <w:jc w:val="right"/>
      </w:pPr>
      <w:r>
        <w:t>وهو الحكيم العليم</w:t>
      </w:r>
    </w:p>
    <w:p>
      <w:r>
        <w:rPr>
          <w:b/>
        </w:rPr>
        <w:t xml:space="preserve">[1:02:01] </w:t>
      </w:r>
      <w:r>
        <w:t>wa tabarak alladhi lahu mulk al-samawati wa al-ardi wa ma baynahuma wa 'indahu 'ilm al-sa'ati wa 'indahu 'ilm al-sa'ati wa ilayhi turja'un</w:t>
      </w:r>
    </w:p>
    <w:p>
      <w:pPr>
        <w:jc w:val="right"/>
      </w:pPr>
      <w:r>
        <w:t>وتبارك الذي له ملك السماوات والأرض وما بينهما وعنده علم الساعة وعنده علم الساعة وإليه ترجعون</w:t>
      </w:r>
    </w:p>
    <w:p>
      <w:r>
        <w:rPr>
          <w:b/>
        </w:rPr>
        <w:t xml:space="preserve">[1:02:21] </w:t>
      </w:r>
      <w:r>
        <w:t>aur wohi hai jo aasman mein khawand hai aur wohi zameen mein khawand hai aur woh hikmat wala, ilm wala hai.</w:t>
      </w:r>
    </w:p>
    <w:p>
      <w:pPr>
        <w:jc w:val="right"/>
      </w:pPr>
      <w:r>
        <w:t>اور وہی ہے جو آسمان میں خداوند ہے اور وہی زمین میں خداوند ہے اور وہ حکمت والا، علم والا ہے۔</w:t>
      </w:r>
    </w:p>
    <w:p>
      <w:r>
        <w:rPr>
          <w:b/>
        </w:rPr>
        <w:t xml:space="preserve">[1:02:31] </w:t>
      </w:r>
      <w:r>
        <w:t>aur bari babarkat hai woh zaat jis ki badshahi aasmanon aur zameen mein hai aur jo kuch un ke darmiyan hai.</w:t>
      </w:r>
    </w:p>
    <w:p>
      <w:pPr>
        <w:jc w:val="right"/>
      </w:pPr>
      <w:r>
        <w:t>اور بڑی بابرکت ہے وہ ذات جس کی بادشاہی آسمانوں اور زمین میں ہے اور جو کچھ ان کے درمیان ہے۔</w:t>
      </w:r>
    </w:p>
    <w:p>
      <w:r>
        <w:rPr>
          <w:b/>
        </w:rPr>
        <w:t xml:space="preserve">[1:02:39] </w:t>
      </w:r>
      <w:r>
        <w:t>aur usi ke paas qayamat ki khabar hai aur usi ki taraf tum lautaye jaoge. Tashreeh: zameen o aasman nihayat ham-aahangi ke sath musalsal amal kar rahe hain.</w:t>
      </w:r>
    </w:p>
    <w:p>
      <w:pPr>
        <w:jc w:val="right"/>
      </w:pPr>
      <w:r>
        <w:t>اور اسی کے پاس قیامت کی خبر ہے اور اسی کی طرف تم لوٹائے جاؤ گے۔ تشریح: زمین و آسمان نہایت ہم آہنگی کے ساتھ مسلسل عمل کر رہے ہیں۔</w:t>
      </w:r>
    </w:p>
    <w:p>
      <w:r>
        <w:rPr>
          <w:b/>
        </w:rPr>
        <w:t xml:space="preserve">[1:02:55] </w:t>
      </w:r>
      <w:r>
        <w:t>un ke andar</w:t>
      </w:r>
    </w:p>
    <w:p>
      <w:pPr>
        <w:jc w:val="right"/>
      </w:pPr>
      <w:r>
        <w:t>ان کے اندر</w:t>
      </w:r>
    </w:p>
    <w:p>
      <w:r>
        <w:rPr>
          <w:b/>
        </w:rPr>
        <w:t xml:space="preserve">[1:02:57] </w:t>
      </w:r>
      <w:r>
        <w:t>kamil taur par wahid hikmat aur wahid ilm paya jata hai. Yeh is baat ka saboot hai ke yahan ek hi Khuda hai jo zameen o aasman dono ka nizam tanha chala raha hai.</w:t>
      </w:r>
    </w:p>
    <w:p>
      <w:pPr>
        <w:jc w:val="right"/>
      </w:pPr>
      <w:r>
        <w:t>کامل طور پر واحد حکمت اور واحد علم پایا جاتا ہے۔ یہ اس بات کا ثبوت ہے کہ یہاں ایک ہی خدا ہے جو زمین و آسمان دونوں کا نظام تنہا چلا رہا ہے۔</w:t>
      </w:r>
    </w:p>
    <w:p>
      <w:r>
        <w:rPr>
          <w:b/>
        </w:rPr>
        <w:t xml:space="preserve">[1:03:13] </w:t>
      </w:r>
      <w:r>
        <w:t>kainat ba-waqt Khuda ki be-panah qudrat ka bhi ta'aruf karati hai aur isi ke sath</w:t>
      </w:r>
    </w:p>
    <w:p>
      <w:pPr>
        <w:jc w:val="right"/>
      </w:pPr>
      <w:r>
        <w:t>کائنات بیک وقت خدا کی بے پناہ قدرت کا بھی تعارف کراتی ہے اور اسی کے ساتھ</w:t>
      </w:r>
    </w:p>
    <w:p>
      <w:r>
        <w:rPr>
          <w:b/>
        </w:rPr>
        <w:t xml:space="preserve">[1:03:20] </w:t>
      </w:r>
      <w:r>
        <w:t>Khuda ki be-panah rehmat ka bhi. Is ka taqaza hai ke aadmi sab se ziyada Khuda se dare. Woh sab se ziyada usi se umeed rakhe.</w:t>
      </w:r>
    </w:p>
    <w:p>
      <w:pPr>
        <w:jc w:val="right"/>
      </w:pPr>
      <w:r>
        <w:t>خدا کی بے پناہ رحمت کا بھی۔ اس کا تقاضا ہے کہ آدمی سب سے زیادہ خدا سے ڈرے۔ وہ سب سے زیادہ اسی سے امید رکھے۔</w:t>
      </w:r>
    </w:p>
    <w:p>
      <w:r>
        <w:rPr>
          <w:b/>
        </w:rPr>
        <w:t xml:space="preserve">[1:03:31] </w:t>
      </w:r>
      <w:r>
        <w:t>jo log dunya mein is shaoor aur is kirdaar ka saboot dein wohi woh log hain ke jab woh Khuda ke haan pohnchenge to Khuda un ko apni be-payan rehmaton se nawazega.</w:t>
      </w:r>
    </w:p>
    <w:p>
      <w:pPr>
        <w:jc w:val="right"/>
      </w:pPr>
      <w:r>
        <w:t>جو لوگ دنیا میں اس شعور اور اس کردار کا ثبوت دیں وہی وہ لوگ ہیں کہ جب وہ خدا کے ہاں پہنچیں گے تو خدا ان کو اپنی بے پایاں رحمتوں سے نوازے گا۔</w:t>
      </w:r>
    </w:p>
    <w:p>
      <w:r>
        <w:rPr>
          <w:b/>
        </w:rPr>
        <w:t xml:space="preserve">[1:03:45] </w:t>
      </w:r>
      <w:r>
        <w:t>wa la yamlik alladhina yad'una min dunih al-shafa'ata illa man shahida bil-haq wa hum ya'lamun</w:t>
      </w:r>
    </w:p>
    <w:p>
      <w:pPr>
        <w:jc w:val="right"/>
      </w:pPr>
      <w:r>
        <w:t>ولا يملک الذینیدعون من دونہ الشفاعة إلا من شهد بالحق وهم يعلمون</w:t>
      </w:r>
    </w:p>
    <w:p>
      <w:r>
        <w:rPr>
          <w:b/>
        </w:rPr>
        <w:t xml:space="preserve">[1:03:59] </w:t>
      </w:r>
      <w:r>
        <w:t>wa la'in sa'altahum</w:t>
      </w:r>
    </w:p>
    <w:p>
      <w:pPr>
        <w:jc w:val="right"/>
      </w:pPr>
      <w:r>
        <w:t>ولئن سألتهم</w:t>
      </w:r>
    </w:p>
    <w:p>
      <w:r>
        <w:rPr>
          <w:b/>
        </w:rPr>
        <w:t xml:space="preserve">[1:04:02] </w:t>
      </w:r>
      <w:r>
        <w:t>man khalaqahum la-yaqulunna Allahu fa-anna yu'fakun</w:t>
      </w:r>
    </w:p>
    <w:p>
      <w:pPr>
        <w:jc w:val="right"/>
      </w:pPr>
      <w:r>
        <w:t>من خلقهم لاقولن الله فأنا یؤفكون</w:t>
      </w:r>
    </w:p>
    <w:p>
      <w:r>
        <w:rPr>
          <w:b/>
        </w:rPr>
        <w:t xml:space="preserve">[1:04:13] </w:t>
      </w:r>
      <w:r>
        <w:t>wa qila ya rabbi inna ha'ula'i qawmun la yu'minun fa'sfah 'anhum wa qul salam</w:t>
      </w:r>
    </w:p>
    <w:p>
      <w:pPr>
        <w:jc w:val="right"/>
      </w:pPr>
      <w:r>
        <w:t>وقیله يا رب إن هؤلاء قوم لا یؤمنون فاصفح عنهم وقل سلام</w:t>
      </w:r>
    </w:p>
    <w:p>
      <w:r>
        <w:rPr>
          <w:b/>
        </w:rPr>
        <w:t xml:space="preserve">[1:04:31] </w:t>
      </w:r>
      <w:r>
        <w:t>fa-sawfa ya'lamun</w:t>
      </w:r>
    </w:p>
    <w:p>
      <w:pPr>
        <w:jc w:val="right"/>
      </w:pPr>
      <w:r>
        <w:t>فسوف يعلمون</w:t>
      </w:r>
    </w:p>
    <w:p>
      <w:r>
        <w:rPr>
          <w:b/>
        </w:rPr>
        <w:t xml:space="preserve">[1:04:37] </w:t>
      </w:r>
      <w:r>
        <w:t>aur Allah ke siwa jin ko yeh log pukarte hain woh sifarish ka ikhtiyar nahi rakhte magar woh jo haq ki gawahi dein ge aur woh jante honge.</w:t>
      </w:r>
    </w:p>
    <w:p>
      <w:pPr>
        <w:jc w:val="right"/>
      </w:pPr>
      <w:r>
        <w:t>اور اللہ کے سوا جن کو یہ لوگ پکارتے ہیں وہ سفارش کا اختیار نہیں رکھتے مگر وہ جو حق کی گواہی دیں گے اور وہ جانتے ہوں گے۔</w:t>
      </w:r>
    </w:p>
    <w:p>
      <w:r>
        <w:rPr>
          <w:b/>
        </w:rPr>
        <w:t xml:space="preserve">[1:04:49] </w:t>
      </w:r>
      <w:r>
        <w:t>aur agar tum un se pucho ke un ko kis ne paida kiya hai to woh phir woh kahan bhatak jate hain?</w:t>
      </w:r>
    </w:p>
    <w:p>
      <w:pPr>
        <w:jc w:val="right"/>
      </w:pPr>
      <w:r>
        <w:t>اور اگر تم ان سے پوچھو کہ ان کو کس نے پیدا کیا ہے تو وہ پھر وہ کہاں بھٹک جاتے ہیں؟</w:t>
      </w:r>
    </w:p>
    <w:p>
      <w:r>
        <w:rPr>
          <w:b/>
        </w:rPr>
        <w:t xml:space="preserve">[1:04:58] </w:t>
      </w:r>
      <w:r>
        <w:t>aur us ko rasool ke is kehne ki khabar hai ke a mere rab!</w:t>
      </w:r>
    </w:p>
    <w:p>
      <w:pPr>
        <w:jc w:val="right"/>
      </w:pPr>
      <w:r>
        <w:t>اور اس کو رسول کے اس کہنے کی خبر ہے کہ اے میرے رب!</w:t>
      </w:r>
    </w:p>
    <w:p>
      <w:r>
        <w:rPr>
          <w:b/>
        </w:rPr>
        <w:t xml:space="preserve">[1:05:03] </w:t>
      </w:r>
      <w:r>
        <w:t>yeh aise log hain ke iman nahi late. Pas un se darguzar karo aur kaho ke salam hai tum ko. Anqareeb un ko maloom ho jayega.</w:t>
      </w:r>
    </w:p>
    <w:p>
      <w:pPr>
        <w:jc w:val="right"/>
      </w:pPr>
      <w:r>
        <w:t>یہ ایسے لوگ ہیں کہ ایمان نہیں لاتے۔ پس ان سے درگزر کرو اور کہو کہ سلام ہے تم کو۔ عنقریب ان کو معلوم ہو جائے گا۔</w:t>
      </w:r>
    </w:p>
    <w:p>
      <w:r>
        <w:rPr>
          <w:b/>
        </w:rPr>
        <w:t xml:space="preserve">[1:05:16] </w:t>
      </w:r>
      <w:r>
        <w:t>Tashreeh: qayamat mein peghambar aur dayanan-e-haq jo shafa'at karein ge woh haqiqatan shafa'at nahi hai balkeh shahadat hai.</w:t>
      </w:r>
    </w:p>
    <w:p>
      <w:pPr>
        <w:jc w:val="right"/>
      </w:pPr>
      <w:r>
        <w:t>تشریح: قیامت میں پیغمبر اور دایان حق جو شفاعت کریں گے وہ حقیقتاً شفاعت نہیں ہے بلکہ شہادت ہے۔</w:t>
      </w:r>
    </w:p>
    <w:p>
      <w:r>
        <w:rPr>
          <w:b/>
        </w:rPr>
        <w:t xml:space="preserve">[1:05:28] </w:t>
      </w:r>
      <w:r>
        <w:t>yani aisi baat ki gawahi dena jis ko aadmi zaati taur par janta ho.</w:t>
      </w:r>
    </w:p>
    <w:p>
      <w:pPr>
        <w:jc w:val="right"/>
      </w:pPr>
      <w:r>
        <w:t>یعنی ایسی بات کی گواہی دینا جس کو آدمی ذاتی طور پر جانتا ہو۔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