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42 Al-Shura (Mutual Consultation) - Maulana Wahiduddin Khan</w:t>
      </w:r>
    </w:p>
    <w:p>
      <w:r>
        <w:t>https://www.youtube.com/watch?v=jIPfQ08eeDo</w:t>
      </w:r>
    </w:p>
    <w:p>
      <w:r>
        <w:rPr>
          <w:b/>
        </w:rPr>
        <w:t xml:space="preserve">[00:01] </w:t>
      </w:r>
      <w:r>
        <w:t>bismillah al-rahman al-rahim.</w:t>
      </w:r>
    </w:p>
    <w:p>
      <w:pPr>
        <w:jc w:val="right"/>
      </w:pPr>
      <w:r>
        <w:t>بسم الله الرحمن الرحيم.</w:t>
      </w:r>
    </w:p>
    <w:p>
      <w:r>
        <w:rPr>
          <w:b/>
        </w:rPr>
        <w:t xml:space="preserve">[00:07] </w:t>
      </w:r>
      <w:r>
        <w:t>hamim.</w:t>
      </w:r>
    </w:p>
    <w:p>
      <w:pPr>
        <w:jc w:val="right"/>
      </w:pPr>
      <w:r>
        <w:t>حَمِيم.</w:t>
      </w:r>
    </w:p>
    <w:p>
      <w:r>
        <w:rPr>
          <w:b/>
        </w:rPr>
        <w:t xml:space="preserve">[00:14] </w:t>
      </w:r>
      <w:r>
        <w:t>ain.</w:t>
      </w:r>
    </w:p>
    <w:p>
      <w:pPr>
        <w:jc w:val="right"/>
      </w:pPr>
      <w:r>
        <w:t>عَيْن.</w:t>
      </w:r>
    </w:p>
    <w:p>
      <w:r>
        <w:rPr>
          <w:b/>
        </w:rPr>
        <w:t xml:space="preserve">[00:19] </w:t>
      </w:r>
      <w:r>
        <w:t>syya. qa. yahi tarah wahy karta hai tumhari taraf aur unki taraf jo tum se pehle guzre hain Allah, zabardast, hikmat wala.</w:t>
      </w:r>
    </w:p>
    <w:p>
      <w:pPr>
        <w:jc w:val="right"/>
      </w:pPr>
      <w:r>
        <w:t>سِيًّا. قَا. كذلك يوحي إليك وإلى الذين من قبلك الله العزيز الحكيم.</w:t>
      </w:r>
    </w:p>
    <w:p>
      <w:r>
        <w:rPr>
          <w:b/>
        </w:rPr>
        <w:t xml:space="preserve">[00:42] </w:t>
      </w:r>
      <w:r>
        <w:t>Usi ka hai jo kuch asmanon mein hai aur jo kuch zameen mein hai. Aur woh sab se buland, sab se azim hai.</w:t>
      </w:r>
    </w:p>
    <w:p>
      <w:pPr>
        <w:jc w:val="right"/>
      </w:pPr>
      <w:r>
        <w:t>له ما في السماوات وما في الأرض وهو العلي العظيم.</w:t>
      </w:r>
    </w:p>
    <w:p>
      <w:r>
        <w:rPr>
          <w:b/>
        </w:rPr>
        <w:t xml:space="preserve">[00:51] </w:t>
      </w:r>
      <w:r>
        <w:t>Qareeb hai ke asman apne upar se phat parein aur farishte apne rab ki tasbeeh karte hain uski hamd ke saath.</w:t>
      </w:r>
    </w:p>
    <w:p>
      <w:pPr>
        <w:jc w:val="right"/>
      </w:pPr>
      <w:r>
        <w:t>تكاد السماوات يتفطرن من فوقهن والملائكة يسبحون بحمد ربهم.</w:t>
      </w:r>
    </w:p>
    <w:p>
      <w:r>
        <w:rPr>
          <w:b/>
        </w:rPr>
        <w:t xml:space="preserve">[01:06] </w:t>
      </w:r>
      <w:r>
        <w:t>Aur farishte apne rab ki tasbeeh karte hain uski hamd ke saath aur istighfar karte hain unke liye jo zameen mein hain.</w:t>
      </w:r>
    </w:p>
    <w:p>
      <w:pPr>
        <w:jc w:val="right"/>
      </w:pPr>
      <w:r>
        <w:t>والملائكة يسبحون بحمد ربهم ويستغفرون لمن في الأرض.</w:t>
      </w:r>
    </w:p>
    <w:p>
      <w:r>
        <w:rPr>
          <w:b/>
        </w:rPr>
        <w:t xml:space="preserve">[01:19] </w:t>
      </w:r>
      <w:r>
        <w:t>Khabardar! Allah hi hai bakhshne wala, rahem karne wala. Aur jin logon ne uske siwa dusre sarparast bana liye hain, Allah un par nigran hai.</w:t>
      </w:r>
    </w:p>
    <w:p>
      <w:pPr>
        <w:jc w:val="right"/>
      </w:pPr>
      <w:r>
        <w:t>ألا إن الله هو الغفور الرحيم. والذين اتخذوا من دونه أولياء الله حفيظ عليهم.</w:t>
      </w:r>
    </w:p>
    <w:p>
      <w:r>
        <w:rPr>
          <w:b/>
        </w:rPr>
        <w:t xml:space="preserve">[01:41] </w:t>
      </w:r>
      <w:r>
        <w:t>Allah un par nigran hai aur tum un par zimmedar nahi ho.</w:t>
      </w:r>
    </w:p>
    <w:p>
      <w:pPr>
        <w:jc w:val="right"/>
      </w:pPr>
      <w:r>
        <w:t>الله حفيظ عليهم وما</w:t>
      </w:r>
    </w:p>
    <w:p>
      <w:r>
        <w:rPr>
          <w:b/>
        </w:rPr>
        <w:t xml:space="preserve">[01:48] </w:t>
      </w:r>
      <w:r>
        <w:t>tum un par zimmedar nahi ho.</w:t>
      </w:r>
    </w:p>
    <w:p>
      <w:pPr>
        <w:jc w:val="right"/>
      </w:pPr>
      <w:r>
        <w:t>أنت عليهم بوكيل.</w:t>
      </w:r>
    </w:p>
    <w:p>
      <w:r>
        <w:rPr>
          <w:b/>
        </w:rPr>
        <w:t xml:space="preserve">[01:57] </w:t>
      </w:r>
      <w:r>
        <w:t>ha meem ain seen qaf. Isi tarah Allah, ghaleeb aur hakeem, wahi karta hai tumhari taraf aur unki taraf jo tum se pehle guzre hain.</w:t>
      </w:r>
    </w:p>
    <w:p>
      <w:pPr>
        <w:jc w:val="right"/>
      </w:pPr>
      <w:r>
        <w:t>حا میم عین سین قاف۔ اسی طرح اللہ، غالب و حکیم، وحی کرتا ہے تمہاری طرف اور ان کی طرف جو تم سے پہلے گزرے ہیں۔</w:t>
      </w:r>
    </w:p>
    <w:p>
      <w:r>
        <w:rPr>
          <w:b/>
        </w:rPr>
        <w:t xml:space="preserve">[02:12] </w:t>
      </w:r>
      <w:r>
        <w:t>Isi ka hai jo kuch aasmanon mein hai aur jo kuch zameen mein hai. Woh sab se upar hai, sab se bada.</w:t>
      </w:r>
    </w:p>
    <w:p>
      <w:pPr>
        <w:jc w:val="right"/>
      </w:pPr>
      <w:r>
        <w:t>اسی کا ہے جو کچھ آسمانوں میں ہے اور جو کچھ زمین میں ہے۔ وہ سب سے اوپر ہے، سب سے بڑا۔</w:t>
      </w:r>
    </w:p>
    <w:p>
      <w:r>
        <w:rPr>
          <w:b/>
        </w:rPr>
        <w:t xml:space="preserve">[02:22] </w:t>
      </w:r>
      <w:r>
        <w:t>Qareeb hai ke aasman apne upar se phat pade aur farishte apne rab ki tasbeeh karte hain isi ki hamd ke saath aur zameen walon ke liye maaf'i mangte hain.</w:t>
      </w:r>
    </w:p>
    <w:p>
      <w:pPr>
        <w:jc w:val="right"/>
      </w:pPr>
      <w:r>
        <w:t>قریب ہے کہ آسمان اپنے اوپر سے پھٹ پڑے اور فرشتے اپنے رب کی تسبیح کرتے ہیں اسی کی حمد کے ساتھ اور زمین والوں کے لیے معافی مانگتے ہیں۔</w:t>
      </w:r>
    </w:p>
    <w:p>
      <w:r>
        <w:rPr>
          <w:b/>
        </w:rPr>
        <w:t xml:space="preserve">[02:39] </w:t>
      </w:r>
      <w:r>
        <w:t>Sun lo ke Allah hi maaf karne wala, rehmat karne wala hai. Aur jin logon ne iske siwa doosre kar saaz banaye hain, Allah unke upar nigahban hai aur tum unke upar zimmedar nahin.</w:t>
      </w:r>
    </w:p>
    <w:p>
      <w:pPr>
        <w:jc w:val="right"/>
      </w:pPr>
      <w:r>
        <w:t>سن لو کہ اللہ ہی معاف کرنے والا، رحمت کرنے والا ہے۔ اور جن لوگوں نے اس کے سوا دوسرے کارساز بنائے ہیں، اللہ ان کے اوپر نگہبان ہے اور تم ان کے اوپر ذمہ دار نہیں۔</w:t>
      </w:r>
    </w:p>
    <w:p>
      <w:r>
        <w:rPr>
          <w:b/>
        </w:rPr>
        <w:t xml:space="preserve">[02:59] </w:t>
      </w:r>
      <w:r>
        <w:t>Tashreeh: Agar aadmi ko la-mahdood nigah hasil ho jaye to woh dekhega ke yahan ek Khuda hai jo sare zameen o aasman ka malik hai.</w:t>
      </w:r>
    </w:p>
    <w:p>
      <w:pPr>
        <w:jc w:val="right"/>
      </w:pPr>
      <w:r>
        <w:t>تشریح: اگر آدمی کو لامحدود نگاہ حاصل ہو جائے تو وہ دیکھے گا کہ یہاں ایک خدا ہے جو سارے زمین و آسمان کا مالک ہے۔</w:t>
      </w:r>
    </w:p>
    <w:p>
      <w:r>
        <w:rPr>
          <w:b/>
        </w:rPr>
        <w:t xml:space="preserve">[03:13] </w:t>
      </w:r>
      <w:r>
        <w:t>Uski taqat itni zabardast hai ke kainat uski heebat se goya phati ja rahi hai.</w:t>
      </w:r>
    </w:p>
    <w:p>
      <w:pPr>
        <w:jc w:val="right"/>
      </w:pPr>
      <w:r>
        <w:t>اس کی طاقت اتنی زبردست ہے کہ کائنات اس کی ہیبت سے گویا پھٹی جا رہی ہے۔</w:t>
      </w:r>
    </w:p>
    <w:p>
      <w:r>
        <w:rPr>
          <w:b/>
        </w:rPr>
        <w:t xml:space="preserve">[03:22] </w:t>
      </w:r>
      <w:r>
        <w:t>Farishte jo barah-e-rast Khuda ki khudai se ba-khabar hain, woh hairaan, khashiyat mein doobe hue uski hamd o tasbeeh kar rahe hain.</w:t>
      </w:r>
    </w:p>
    <w:p>
      <w:pPr>
        <w:jc w:val="right"/>
      </w:pPr>
      <w:r>
        <w:t>فرشتے جو براہ راست خدا کی خدائی سے باخبر ہیں، وہ حیران، خشیت میں ڈوبے ہوئے اس کی حمد و تسبیح کر رہے ہیں۔</w:t>
      </w:r>
    </w:p>
    <w:p>
      <w:r>
        <w:rPr>
          <w:b/>
        </w:rPr>
        <w:t xml:space="preserve">[03:33] </w:t>
      </w:r>
      <w:r>
        <w:t>Phir woh dekhega ke Khuda apni qudrat-e-khaas se insanon mein se ba'z afrad ko chunta hai aur unhein bil-wasta andaaz mein apna kalam pahunchata hai taake woh tamam insanon ko haqeeqat-e-waqea se ba-khabar kar dein.</w:t>
      </w:r>
    </w:p>
    <w:p>
      <w:pPr>
        <w:jc w:val="right"/>
      </w:pPr>
      <w:r>
        <w:t>پھر وہ دیکھے گا کہ خدا اپنی قدرت خاص سے انسانوں میں سے بعض افراد کو چنتا ہے اور انہیں بالواسطہ انداز میں اپنا کلام پہنچاتا ہے تاکہ وہ تمام انسانوں کو حقیقت واقعہ سے باخبر کر دیں۔</w:t>
      </w:r>
    </w:p>
    <w:p>
      <w:r>
        <w:rPr>
          <w:b/>
        </w:rPr>
        <w:t xml:space="preserve">[03:54] </w:t>
      </w:r>
      <w:r>
        <w:t>Insan agarche in haqeeqaton ko barah-e-rast taur par nahi dekhta magar woh aql ke zariye bil-wasta taur par inka idrak kar sakta hai.</w:t>
      </w:r>
    </w:p>
    <w:p>
      <w:pPr>
        <w:jc w:val="right"/>
      </w:pPr>
      <w:r>
        <w:t>انسان اگرچہ ان حقیقتوں کو براہ راست طور پر نہیں دیکھتا مگر وہ عقل کے ذریعے بالواسطہ طور پر ان کا ادراک کر سکتا ہے۔</w:t>
      </w:r>
    </w:p>
    <w:p>
      <w:r>
        <w:rPr>
          <w:b/>
        </w:rPr>
        <w:t xml:space="preserve">[04:05] </w:t>
      </w:r>
      <w:r>
        <w:t>Yahi aadmi ka asal imtehan hai. Insan ki yeh zimmedari hai ke woh basarat se dikhai na dene wali cheezon ko baseerat ki nazar se dekhe.</w:t>
      </w:r>
    </w:p>
    <w:p>
      <w:pPr>
        <w:jc w:val="right"/>
      </w:pPr>
      <w:r>
        <w:t>یہی آدمی کا اصل امتحان ہے۔ انسان کی یہ ذمہ داری ہے کہ وہ بصارت سے دکھائی نہ دینے والی چیزوں کو بصیرت کی نظر سے دیکھے۔</w:t>
      </w:r>
    </w:p>
    <w:p>
      <w:r>
        <w:rPr>
          <w:b/>
        </w:rPr>
        <w:t xml:space="preserve">[04:18] </w:t>
      </w:r>
      <w:r>
        <w:t>Woh paighambaron ke kalam mein Khuda ki awaz sune aur uske aage apne aap ko jhuka de. Woh dekhe baghair is tarah maan le goya ke woh apni aankhon se sab kuch dekh raha hai.</w:t>
      </w:r>
    </w:p>
    <w:p>
      <w:pPr>
        <w:jc w:val="right"/>
      </w:pPr>
      <w:r>
        <w:t>وہ پیغمبروں کے کلام میں خدا کی آواز سنے اور اس کے آگے اپنے آپ کو جھکا دے۔ وہ دیکھے بغیر اس طرح مان لے گویا کہ وہ اپنی آنکھوں سے سب کچھ دیکھ رہا ہے۔</w:t>
      </w:r>
    </w:p>
    <w:p>
      <w:r>
        <w:rPr>
          <w:b/>
        </w:rPr>
        <w:t xml:space="preserve">[04:35] </w:t>
      </w:r>
      <w:r>
        <w:t>Qayamat ke din kisi ke liye yeh baat uzr na ban sake gi ke usne haqeeqat ko barah-e-rast nahi dekha tha.</w:t>
      </w:r>
    </w:p>
    <w:p>
      <w:pPr>
        <w:jc w:val="right"/>
      </w:pPr>
      <w:r>
        <w:t>قیامت کے دن کسی کے لیے یہ بات عذر نہ بن سکے گی کہ اس نے حقیقت کو براہ راست نہیں دیکھا تھا۔</w:t>
      </w:r>
    </w:p>
    <w:p>
      <w:r>
        <w:rPr>
          <w:b/>
        </w:rPr>
        <w:t xml:space="preserve">[04:45] </w:t>
      </w:r>
      <w:r>
        <w:t>Kyunke mau'eda imtehan ki dunya mein haqeeqat ko barah-e-rast dikhana matloob hi nahi. Agar asal paigham kisi shakhs tak poori tarah pahunch jaye to uske baad Khuda ke nazdeek us par hujjat qaim ho jati hai.</w:t>
      </w:r>
    </w:p>
    <w:p>
      <w:pPr>
        <w:jc w:val="right"/>
      </w:pPr>
      <w:r>
        <w:t>کیونکہ موعدہ امتحان کی دنیا میں حقیقت کو براہ راست دکھانا مطلوب ہی نہیں۔ اگر اصل پیغام کسی شخص تک پوری طرح پہنچ جائے تو اس کے بعد خدا کے نزدیک اس پر حجت قائم ہو جاتی ہے۔</w:t>
      </w:r>
    </w:p>
    <w:p>
      <w:r>
        <w:rPr>
          <w:b/>
        </w:rPr>
        <w:t xml:space="preserve">[05:03] </w:t>
      </w:r>
      <w:r>
        <w:t>Haqeeqat ka daleel ki zaban mein zahir ho jana hi kafi hai ke usko inkar-e-haq ka mujrim qarar de kar woh saza di jaye jo munkireen-e-haq ke liye muqaddar hai.</w:t>
      </w:r>
    </w:p>
    <w:p>
      <w:pPr>
        <w:jc w:val="right"/>
      </w:pPr>
      <w:r>
        <w:t>حقیقت کا دلیل کی زبان میں ظاہر ہو جانا ہی کافی ہے کہ اس کو انکار حق کا مجرم قرار دے کر وہ سزا دی جائے جو منکرین حق کے لیے مقدر ہے۔</w:t>
      </w:r>
    </w:p>
    <w:p>
      <w:r>
        <w:rPr>
          <w:b/>
        </w:rPr>
        <w:t xml:space="preserve">[05:17] </w:t>
      </w:r>
      <w:r>
        <w:t>Wa kadhalika awhayna ilayka qur'anan 'arabiyyan litunzira ummal-qura wa man hawlaha wa litunzira yawmal-jam'i la raiba feeh.</w:t>
      </w:r>
    </w:p>
    <w:p>
      <w:pPr>
        <w:jc w:val="right"/>
      </w:pPr>
      <w:r>
        <w:t>وكذلك أوحينا إليك قرآنا عربيا لتنذر أم القرى ومن حولها وتنذر يوم الجمع لا ريب فيه.</w:t>
      </w:r>
    </w:p>
    <w:p>
      <w:r>
        <w:rPr>
          <w:b/>
        </w:rPr>
        <w:t xml:space="preserve">[05:38] </w:t>
      </w:r>
      <w:r>
        <w:t>Fareequn fil-jannati wa fareequn fis-sa'eer.</w:t>
      </w:r>
    </w:p>
    <w:p>
      <w:pPr>
        <w:jc w:val="right"/>
      </w:pPr>
      <w:r>
        <w:t>فريق في الجنة وفريق في السعير.</w:t>
      </w:r>
    </w:p>
    <w:p>
      <w:r>
        <w:rPr>
          <w:b/>
        </w:rPr>
        <w:t xml:space="preserve">[05:50] </w:t>
      </w:r>
      <w:r>
        <w:t>Aur hum ne isi tarah tumhari taraf Arabi Quran utara hai taake tum Makkah walon ko aur uske aas paas walon ko dara do.</w:t>
      </w:r>
    </w:p>
    <w:p>
      <w:pPr>
        <w:jc w:val="right"/>
      </w:pPr>
      <w:r>
        <w:t>اور ہم نے اسی طرح تمہاری طرف عربی قرآن اتارا ہے تاکہ تم مکہ والوں کو اور اس کے آس پاس والوں کو ڈرا دو۔</w:t>
      </w:r>
    </w:p>
    <w:p>
      <w:r>
        <w:rPr>
          <w:b/>
        </w:rPr>
        <w:t xml:space="preserve">[06:04] </w:t>
      </w:r>
      <w:r>
        <w:t>Aur unko jama hone ke din se dara do jis ke aane mein koi shakk nahi. Ek giroh jannat mein hoga aur doosra giroh aag mein.</w:t>
      </w:r>
    </w:p>
    <w:p>
      <w:pPr>
        <w:jc w:val="right"/>
      </w:pPr>
      <w:r>
        <w:t>اور ان کو جمع ہونے کے دن سے ڈرا دو جس کے آنے میں کوئی شک نہیں۔ ایک گروہ جنت میں ہوگا اور دوسرا گروہ آگ میں۔</w:t>
      </w:r>
    </w:p>
    <w:p>
      <w:r>
        <w:rPr>
          <w:b/>
        </w:rPr>
        <w:t xml:space="preserve">[06:18] </w:t>
      </w:r>
      <w:r>
        <w:t>tashreeh: peghambar ki dawat ka asal nishana yeh hota hai ke logon ko is haqeeqat se agah kar diya jaye ke aakhir kar woh khuda ke samne hazir kiye janay walay hain.</w:t>
      </w:r>
    </w:p>
    <w:p>
      <w:pPr>
        <w:jc w:val="right"/>
      </w:pPr>
      <w:r>
        <w:t>تشریح: پیغمبر کی دعوت کا اصل نشانہ یہ ہوتا ہے کہ لوگوں کو اس حقیقت سے آگاہ کر دیا جائے کہ آخر کار وہ خدا کے سامنے حاضر کیے جانے والے ہیں۔</w:t>
      </w:r>
    </w:p>
    <w:p>
      <w:r>
        <w:rPr>
          <w:b/>
        </w:rPr>
        <w:t xml:space="preserve">[06:33] </w:t>
      </w:r>
      <w:r>
        <w:t>is ke baad logon ke amal ke mutabiq kisi ke liye abdi jannat ka faisla hoga aur kisi ke liye abdi jahannum ka.</w:t>
      </w:r>
    </w:p>
    <w:p>
      <w:pPr>
        <w:jc w:val="right"/>
      </w:pPr>
      <w:r>
        <w:t>اس کے بعد لوگوں کے عمل کے مطابق کسی کے لیے ابدی جنت کا فیصلہ ہوگا اور کسی کے لیے ابدی جہنم کا۔</w:t>
      </w:r>
    </w:p>
    <w:p>
      <w:r>
        <w:rPr>
          <w:b/>
        </w:rPr>
        <w:t xml:space="preserve">[06:44] </w:t>
      </w:r>
      <w:r>
        <w:t>rasool allah salallaho alaihe wasallam isi haqeeqat se agah karne ke liye aaye. aap ki ba'sat ke do daur hain: aik barah-e-rast, doosra bil-wasta.</w:t>
      </w:r>
    </w:p>
    <w:p>
      <w:pPr>
        <w:jc w:val="right"/>
      </w:pPr>
      <w:r>
        <w:t>رسول اللہ صلی اللہ علیہ وسلم اسی حقیقت سے آگاہ کرنے کے لیے آئے۔ آپ کی بعثت کے دو دور ہیں: ایک براہ راست، دوسرا بالواسطہ۔</w:t>
      </w:r>
    </w:p>
    <w:p>
      <w:r>
        <w:rPr>
          <w:b/>
        </w:rPr>
        <w:t xml:space="preserve">[06:57] </w:t>
      </w:r>
      <w:r>
        <w:t>aap ki barah-e-rast ba'sat makkah aur atraf makkah ke liye thi. is ki takmeel aap ne khud apni zindagi mein farma di. aap ki bil-wasta ba'sat bi-wasta ummat tamam alam ke liye hai.</w:t>
      </w:r>
    </w:p>
    <w:p>
      <w:pPr>
        <w:jc w:val="right"/>
      </w:pPr>
      <w:r>
        <w:t>آپ کی براہ راست بعثت مکہ اور اطراف مکہ کے لیے تھی۔ اس کی تکمیل آپ نے خود اپنی زندگی میں فرما دی۔ آپ کی بالواسطہ بعثت بواسطہ امت تمام عالم کے لیے ہے۔</w:t>
      </w:r>
    </w:p>
    <w:p>
      <w:r>
        <w:rPr>
          <w:b/>
        </w:rPr>
        <w:t xml:space="preserve">[07:12] </w:t>
      </w:r>
      <w:r>
        <w:t>aap ki yeh doosri ba'sat jaari hai aur qayamat tak jaari rahegi. rasool allah salallaho alaihe wasallam ne ahl-e-arab ke samne arabi zaban mein apna paigham pohanchaya.</w:t>
      </w:r>
    </w:p>
    <w:p>
      <w:pPr>
        <w:jc w:val="right"/>
      </w:pPr>
      <w:r>
        <w:t>آپ کی یہ دوسری بعثت جاری ہے اور قیامت تک جاری رہے گی۔ رسول اللہ صلی اللہ علیہ وسلم نے اہل عرب کے سامنے عربی زبان میں اپنا پیغام پہنچایا۔</w:t>
      </w:r>
    </w:p>
    <w:p>
      <w:r>
        <w:rPr>
          <w:b/>
        </w:rPr>
        <w:t xml:space="preserve">[07:26] </w:t>
      </w:r>
      <w:r>
        <w:t>aap ke baad aap ki ummat ko bhi aap ki niyabat mein isi ussool par apna da'wati fariza anjam dena hai.</w:t>
      </w:r>
    </w:p>
    <w:p>
      <w:pPr>
        <w:jc w:val="right"/>
      </w:pPr>
      <w:r>
        <w:t>آپ کے بعد آپ کی امت کو بھی آپ کی نیابت میں اسی اصول پر اپنا دعوتی فریضہ انجام دینا ہے۔</w:t>
      </w:r>
    </w:p>
    <w:p>
      <w:r>
        <w:rPr>
          <w:b/>
        </w:rPr>
        <w:t xml:space="preserve">[07:36] </w:t>
      </w:r>
      <w:r>
        <w:t>is ko har qaum ke samne us ki apni zaban mein haq ka paigham pohanchana hai.</w:t>
      </w:r>
    </w:p>
    <w:p>
      <w:pPr>
        <w:jc w:val="right"/>
      </w:pPr>
      <w:r>
        <w:t>اس کو ہر قوم کے سامنے اس کی اپنی زبان میں حق کا پیغام پہنچانا ہے۔</w:t>
      </w:r>
    </w:p>
    <w:p>
      <w:r>
        <w:rPr>
          <w:b/>
        </w:rPr>
        <w:t xml:space="preserve">[07:42] </w:t>
      </w:r>
      <w:r>
        <w:t>jab tak kisi qaum ko us ki apni zaban mein paigham na pohanchaya jaye, us par paigham rasani ka haq ada na hoga.</w:t>
      </w:r>
    </w:p>
    <w:p>
      <w:pPr>
        <w:jc w:val="right"/>
      </w:pPr>
      <w:r>
        <w:t>جب تک کسی قوم کو اس کی اپنی زبان میں پیغام نہ پہنچایا جائے، اس پر پیغام رسانی کا حق ادا نہ ہوگا۔</w:t>
      </w:r>
    </w:p>
    <w:p>
      <w:r>
        <w:rPr>
          <w:b/>
        </w:rPr>
        <w:t xml:space="preserve">[07:53] </w:t>
      </w:r>
      <w:r>
        <w:t>walo shaa allaho laja alahum ummatan wahidatan walakin yadkhulu man yashao fi rahmathe</w:t>
      </w:r>
    </w:p>
    <w:p>
      <w:pPr>
        <w:jc w:val="right"/>
      </w:pPr>
      <w:r>
        <w:t>ولو شاء الله لجعلهم أمة واحدة ولكن يدخل من يشاء في رحمته</w:t>
      </w:r>
    </w:p>
    <w:p>
      <w:r>
        <w:rPr>
          <w:b/>
        </w:rPr>
        <w:t xml:space="preserve">[08:12] </w:t>
      </w:r>
      <w:r>
        <w:t>wal zalimoon ma lahum min wali wa la naseer. am attakhazo min doonehi awliya</w:t>
      </w:r>
    </w:p>
    <w:p>
      <w:pPr>
        <w:jc w:val="right"/>
      </w:pPr>
      <w:r>
        <w:t>والظالمون ما لهم من ولي ولا نصير. أم اتخذوا من دونه أولياء</w:t>
      </w:r>
    </w:p>
    <w:p>
      <w:r>
        <w:rPr>
          <w:b/>
        </w:rPr>
        <w:t xml:space="preserve">[08:31] </w:t>
      </w:r>
      <w:r>
        <w:t>fal laho huwal wali wa huwa yuhyil mawta wa huwa ala kulli shai'in qadeer.</w:t>
      </w:r>
    </w:p>
    <w:p>
      <w:pPr>
        <w:jc w:val="right"/>
      </w:pPr>
      <w:r>
        <w:t>فالله هو الولي وهو يحيي الموتى وهو على كل شيء قدير.</w:t>
      </w:r>
    </w:p>
    <w:p>
      <w:r>
        <w:rPr>
          <w:b/>
        </w:rPr>
        <w:t xml:space="preserve">[08:42] </w:t>
      </w:r>
      <w:r>
        <w:t>wama ikhtalaftum fehi min shai'in</w:t>
      </w:r>
    </w:p>
    <w:p>
      <w:pPr>
        <w:jc w:val="right"/>
      </w:pPr>
      <w:r>
        <w:t>وما اختلفتم فيه من شيء</w:t>
      </w:r>
    </w:p>
    <w:p>
      <w:r>
        <w:rPr>
          <w:b/>
        </w:rPr>
        <w:t xml:space="preserve">[08:48] </w:t>
      </w:r>
      <w:r>
        <w:t>fahukmuhu ila allaho. zalikum allaho rabbi alaihi tawakkaltu wa ilaihi aneeb.</w:t>
      </w:r>
    </w:p>
    <w:p>
      <w:pPr>
        <w:jc w:val="right"/>
      </w:pPr>
      <w:r>
        <w:t>فحكمه إلى الله. ذلكم الله ربي عليه توكلت وإليه أنيب.</w:t>
      </w:r>
    </w:p>
    <w:p>
      <w:r>
        <w:rPr>
          <w:b/>
        </w:rPr>
        <w:t xml:space="preserve">[09:04] </w:t>
      </w:r>
      <w:r>
        <w:t>aur agar allah chahta to in sab ko aik hi ummat bana deta</w:t>
      </w:r>
    </w:p>
    <w:p>
      <w:pPr>
        <w:jc w:val="right"/>
      </w:pPr>
      <w:r>
        <w:t>اور اگر اللہ چاہتا تو ان سب کو ایک ہی امت بنا دیتا</w:t>
      </w:r>
    </w:p>
    <w:p>
      <w:r>
        <w:rPr>
          <w:b/>
        </w:rPr>
        <w:t xml:space="preserve">[09:09] </w:t>
      </w:r>
      <w:r>
        <w:t>lekin woh jis ko chahta hai apni rehmat mein dakhil karta hai. aur zalimon ka koi hami aur madadgar nahin.</w:t>
      </w:r>
    </w:p>
    <w:p>
      <w:pPr>
        <w:jc w:val="right"/>
      </w:pPr>
      <w:r>
        <w:t>لیکن وہ جس کو چاہتا ہے اپنی رحمت میں داخل کرتا ہے۔ اور ظالموں کا کوئی حامی اور مددگار نہیں۔</w:t>
      </w:r>
    </w:p>
    <w:p>
      <w:r>
        <w:rPr>
          <w:b/>
        </w:rPr>
        <w:t xml:space="preserve">[09:20] </w:t>
      </w:r>
      <w:r>
        <w:t>kya unhon ne is ke siwa doosre karsaz bana rakhe hain? pas allah hi karsaz hai aur wohi murdon ko zinda karta hai aur woh har cheez par qadir hai.</w:t>
      </w:r>
    </w:p>
    <w:p>
      <w:pPr>
        <w:jc w:val="right"/>
      </w:pPr>
      <w:r>
        <w:t>کیا انہوں نے اس کے سوا دوسرے کارساز بنا رکھے ہیں؟ پس اللہ ہی کارساز ہے اور وہی مردوں کو زندہ کرتا ہے اور وہ ہر چیز پر قادر ہے۔</w:t>
      </w:r>
    </w:p>
    <w:p>
      <w:r>
        <w:rPr>
          <w:b/>
        </w:rPr>
        <w:t xml:space="preserve">[09:36] </w:t>
      </w:r>
      <w:r>
        <w:t>aur jis kisi ki baat mein tum ikhtilaf karte ho, us ka faisla allah hi ke sipurd hai.</w:t>
      </w:r>
    </w:p>
    <w:p>
      <w:pPr>
        <w:jc w:val="right"/>
      </w:pPr>
      <w:r>
        <w:t>اور جس کسی کی بات میں تم اختلاف کرتے ہو، اس کا فیصلہ اللہ ہی کے سپرد ہے۔</w:t>
      </w:r>
    </w:p>
    <w:p>
      <w:r>
        <w:rPr>
          <w:b/>
        </w:rPr>
        <w:t xml:space="preserve">[09:43] </w:t>
      </w:r>
      <w:r>
        <w:t>wohi allah mera rab hai, usi par maine bharosa kiya aur usi ki taraf mein rujoo karta hoon. tashreeh: insaan ke liye allah taala ne aik ghair-ma'mooli rehmat ka darwaza khola hai jo kisi aur ke liye nahin khola</w:t>
      </w:r>
    </w:p>
    <w:p>
      <w:pPr>
        <w:jc w:val="right"/>
      </w:pPr>
      <w:r>
        <w:t>وہی اللہ میرا رب ہے، اسی پر میں نے بھروسہ کیا اور اسی کی طرف میں رجوع کرتا ہوں۔ تشریح: انسان کے لیے اللہ تعالی نے ایک غیر معمولی رحمت کا دروازہ کھولا ہے جو کسی اور کے لیے نہیں کھولا</w:t>
      </w:r>
    </w:p>
    <w:p>
      <w:r>
        <w:rPr>
          <w:b/>
        </w:rPr>
        <w:t xml:space="preserve">[10:04] </w:t>
      </w:r>
      <w:r>
        <w:t>. woh hai khud apne irade se allah ki hidayat ko ikhtiyar karna aur is ke nateejay mein allah ke ghair-ma'mooli inaam ka mustahiq banna.</w:t>
      </w:r>
    </w:p>
    <w:p>
      <w:pPr>
        <w:jc w:val="right"/>
      </w:pPr>
      <w:r>
        <w:t>۔ وہ ہے خود اپنے ارادے سے اللہ کی ہدایت کو اختیار کرنا اور اس کے نتیجے میں اللہ کے غیر معمولی انعام کا مستحق بننا۔</w:t>
      </w:r>
    </w:p>
    <w:p>
      <w:r>
        <w:rPr>
          <w:b/>
        </w:rPr>
        <w:t xml:space="preserve">[10:16] </w:t>
      </w:r>
      <w:r>
        <w:t>logon ka mukhtalif rastay ikhtiyar karna isi azadi ki qeemat hai. yeh ikhtilaf yaqeenan aik napasandeeda cheez hai magar is qeemti insaan ko chunne ki is ke siwa koi doosri soorat nahin.</w:t>
      </w:r>
    </w:p>
    <w:p>
      <w:pPr>
        <w:jc w:val="right"/>
      </w:pPr>
      <w:r>
        <w:t>لوگوں کا مختلف راستے اختیار کرنا اسی آزادی کی قیمت ہے۔ یہ اختلاف یقینا ایک ناپسندیدہ چیز ہے مگر اس قیمتی انسان کو چننے کی اس کے سوا کوئی دوسری صورت نہیں۔</w:t>
      </w:r>
    </w:p>
    <w:p>
      <w:r>
        <w:rPr>
          <w:b/>
        </w:rPr>
        <w:t xml:space="preserve">[10:37] </w:t>
      </w:r>
      <w:r>
        <w:t>khuda ne agarche insaan ko azad paida kiya hai magar us ki hidayat ke liye insaan ke andar aur us ke bahar itna ziyada saman rakha gaya hai ke agar aadmi waqe'i sanjeeda ho to woh kabhi ghalat rasta ikhtiyar na kare.</w:t>
      </w:r>
    </w:p>
    <w:p>
      <w:pPr>
        <w:jc w:val="right"/>
      </w:pPr>
      <w:r>
        <w:t>خدا نے اگرچہ انسان کو آزاد پیدا کیا ہے مگر اس کی ہدایت کے لیے انسان کے اندر اور اس کے باہر اتنا زیادہ سامان رکھا گیا ہے کہ اگر آدمی واقعتا سنجیدہ ہو تو وہ کبھی غلط راستہ اختیار نہ کرے۔</w:t>
      </w:r>
    </w:p>
    <w:p>
      <w:r>
        <w:rPr>
          <w:b/>
        </w:rPr>
        <w:t xml:space="preserve">[10:55] </w:t>
      </w:r>
      <w:r>
        <w:t>aisi halat mein jo log ghalat rasta ikhtiyar karein, woh bohat baray zalim hain. woh khuda ke yahan har giz maaf'i ke qabil na thehren ge.</w:t>
      </w:r>
    </w:p>
    <w:p>
      <w:pPr>
        <w:jc w:val="right"/>
      </w:pPr>
      <w:r>
        <w:t>ایسی حالت میں جو لوگ غلط راستہ اختیار کریں، وہ بہت بڑے ظالم ہیں۔ وہ خدا کے یہاں ہرگز معافی کے قابل نہ ٹھہریں گے۔</w:t>
      </w:r>
    </w:p>
    <w:p>
      <w:r>
        <w:rPr>
          <w:b/>
        </w:rPr>
        <w:t xml:space="preserve">[11:07] </w:t>
      </w:r>
      <w:r>
        <w:t>a</w:t>
      </w:r>
    </w:p>
    <w:p>
      <w:pPr>
        <w:jc w:val="right"/>
      </w:pPr>
      <w:r>
        <w:t>ا</w:t>
      </w:r>
    </w:p>
    <w:p>
      <w:r>
        <w:rPr>
          <w:b/>
        </w:rPr>
        <w:t xml:space="preserve">[11:08] </w:t>
      </w:r>
      <w:r>
        <w:t>hil haq aur ahl-e-batil ke darmiyan dunya mein jo ikhtilaf paida hota hai, us ka aakhri faisla dunya mein nahin ho sakta.</w:t>
      </w:r>
    </w:p>
    <w:p>
      <w:pPr>
        <w:jc w:val="right"/>
      </w:pPr>
      <w:r>
        <w:t>ہل حق اور اہل باطل کے درمیان دنیا میں جو اختلاف پیدا ہوتا ہے، اس کا آخری فیصلہ دنیا میں نہیں ہو سکتا۔</w:t>
      </w:r>
    </w:p>
    <w:p>
      <w:r>
        <w:rPr>
          <w:b/>
        </w:rPr>
        <w:t xml:space="preserve">[11:17] </w:t>
      </w:r>
      <w:r>
        <w:t>dunya ka hal yeh hai ke yahan har aadmi apne muwafiq alfaaz pa leta hai. yahan yeh mumkin hai ke jhoot ko bhi sach ke roop mein zahir kiya ja sake magar yeh sirf mo'ooda zindagi ke marhalay tak hai jahan insaan ka muqabla insaan se hai.</w:t>
      </w:r>
    </w:p>
    <w:p>
      <w:pPr>
        <w:jc w:val="right"/>
      </w:pPr>
      <w:r>
        <w:t>دنیا کا حال یہ ہے کہ یہاں ہر آدمی اپنے موافق الفاظ پا لیتا ہے۔ یہاں یہ ممکن ہے کہ جھوٹ کو بھی سچ کے روپ میں ظاہر کیا جا سکے مگر یہ صرف موعدہ زندگی کے مرحلے تک ہے جہاں انسان کا مقابلہ انسان سے ہے۔</w:t>
      </w:r>
    </w:p>
    <w:p>
      <w:r>
        <w:rPr>
          <w:b/>
        </w:rPr>
        <w:t xml:space="preserve">[11:38] </w:t>
      </w:r>
      <w:r>
        <w:t>agli zindagi mein insaan ka muqabla Khuda se hoga. wahan kisi ke liye yeh mumkin na rahega ke woh apne aap ko parfareb alfaaz ke parde mein chupa sake.</w:t>
      </w:r>
    </w:p>
    <w:p>
      <w:pPr>
        <w:jc w:val="right"/>
      </w:pPr>
      <w:r>
        <w:t>اگلی زندگی میں انسان کا مقابلہ خدا سے ہوگا۔ وہاں کسی کے لیے یہ ممکن نہ رہے گا کہ وہ اپنے آپ کو پرفریب الفاظ کے پردے میں چھپا سکے۔</w:t>
      </w:r>
    </w:p>
    <w:p>
      <w:r>
        <w:rPr>
          <w:b/>
        </w:rPr>
        <w:t xml:space="preserve">[11:53] </w:t>
      </w:r>
      <w:r>
        <w:t>Fater al-samawati wal-ardi ja'ala lakum min anfusikum azwajan wa min al-an'ami azwajan yadhraukum fih.</w:t>
      </w:r>
    </w:p>
    <w:p>
      <w:pPr>
        <w:jc w:val="right"/>
      </w:pPr>
      <w:r>
        <w:t>فاطر السماوات والأرض جعل لكم من أنفسكم أزواجا ومن الأنعام أزواجا يذرؤكم فيه.</w:t>
      </w:r>
    </w:p>
    <w:p>
      <w:r>
        <w:rPr>
          <w:b/>
        </w:rPr>
        <w:t xml:space="preserve">[12:12] </w:t>
      </w:r>
      <w:r>
        <w:t>Laisa kamithlihi shay'un wahuwa al-samee'u al-baseer. Lahu maqaleedu al-samawati wal-ardi yabsutu al-rizqa liman yashaa'u wa yuqaddar.</w:t>
      </w:r>
    </w:p>
    <w:p>
      <w:pPr>
        <w:jc w:val="right"/>
      </w:pPr>
      <w:r>
        <w:t>ليس كمثله شيء وهو السميع البصير. له مقاليد السماوات والأرض يبسط الرزق لمن يشاء ويقدر.</w:t>
      </w:r>
    </w:p>
    <w:p>
      <w:r>
        <w:rPr>
          <w:b/>
        </w:rPr>
        <w:t xml:space="preserve">[12:32] </w:t>
      </w:r>
      <w:r>
        <w:t>Innahu bikulli shay'in aleem.</w:t>
      </w:r>
    </w:p>
    <w:p>
      <w:pPr>
        <w:jc w:val="right"/>
      </w:pPr>
      <w:r>
        <w:t>إنه بكل شيء عليم.</w:t>
      </w:r>
    </w:p>
    <w:p>
      <w:r>
        <w:rPr>
          <w:b/>
        </w:rPr>
        <w:t xml:space="preserve">[12:41] </w:t>
      </w:r>
      <w:r>
        <w:t>woh aasmanon ka aur zameen ka paida karne wala hai.</w:t>
      </w:r>
    </w:p>
    <w:p>
      <w:pPr>
        <w:jc w:val="right"/>
      </w:pPr>
      <w:r>
        <w:t>وہ آسمانوں کا اور زمین کا پیدا کرنے والا ہے۔</w:t>
      </w:r>
    </w:p>
    <w:p>
      <w:r>
        <w:rPr>
          <w:b/>
        </w:rPr>
        <w:t xml:space="preserve">[12:45] </w:t>
      </w:r>
      <w:r>
        <w:t>us ne tumhare jins se tumhare jore paida kiye aur janwaron ke bhi jore banaye. is ke zariye woh tumhari nasal chalata hai.</w:t>
      </w:r>
    </w:p>
    <w:p>
      <w:pPr>
        <w:jc w:val="right"/>
      </w:pPr>
      <w:r>
        <w:t>اس نے تمہارے جنس سے تمہارے جوڑے پیدا کیے اور جانوروں کے بھی جوڑے بنائے۔ اس کے ذریعے وہ تمہاری نسل چلاتا ہے۔</w:t>
      </w:r>
    </w:p>
    <w:p>
      <w:r>
        <w:rPr>
          <w:b/>
        </w:rPr>
        <w:t xml:space="preserve">[12:57] </w:t>
      </w:r>
      <w:r>
        <w:t>koi cheez is ke misl nahi aur woh sunne wala, dekhne wala hai. isi ke ikhtiyar mein aasmanon aur zameen ki kunjiyan hain.</w:t>
      </w:r>
    </w:p>
    <w:p>
      <w:pPr>
        <w:jc w:val="right"/>
      </w:pPr>
      <w:r>
        <w:t>کوئی چیز اس کے مثل نہیں اور وہ سننے والا، دیکھنے والا ہے۔ اسی کے اختیار میں آسمانوں اور زمین کی کنجیاں ہیں۔</w:t>
      </w:r>
    </w:p>
    <w:p>
      <w:r>
        <w:rPr>
          <w:b/>
        </w:rPr>
        <w:t xml:space="preserve">[13:09] </w:t>
      </w:r>
      <w:r>
        <w:t>woh jis ke liye chahta hai ziyada rozi de deta hai aur jis ko chahta hai kam kar deta hai. beshak woh har cheez ka ilm rakhne wala hai.</w:t>
      </w:r>
    </w:p>
    <w:p>
      <w:pPr>
        <w:jc w:val="right"/>
      </w:pPr>
      <w:r>
        <w:t>وہ جس کے لیے چاہتا ہے زیادہ روزی دے دیتا ہے اور جس کو چاہتا ہے کم کر دیتا ہے۔ بے شک وہ ہر چیز کا علم رکھنے والا ہے۔</w:t>
      </w:r>
    </w:p>
    <w:p>
      <w:r>
        <w:rPr>
          <w:b/>
        </w:rPr>
        <w:t xml:space="preserve">[13:22] </w:t>
      </w:r>
      <w:r>
        <w:t>tashreeh: zameen o aasman ki soorat mein jo waqea hamare samne hai, woh itna azeem waqea hai ke yeh naqabil-e-qayas hai ke in maabudon mein se kisi maabud ne in ko wajood ata kiya ho jin ki log Khuda ke siwa ta'zeem o taqdees karte hain.</w:t>
      </w:r>
    </w:p>
    <w:p>
      <w:pPr>
        <w:jc w:val="right"/>
      </w:pPr>
      <w:r>
        <w:t>تشریح: زمین و آسمان کی صورت میں جو واقعہ ہمارے سامنے ہے، وہ اتنا عظیم واقعہ ہے کہ یہ ناقابلِ قیاس ہے کہ ان معبودوں میں سے کسی معبود نے ان کو وجود عطا کیا ہو جن کی لوگ خدا کے سوا تعظیم و تقدیس کرتے ہیں۔</w:t>
      </w:r>
    </w:p>
    <w:p>
      <w:r>
        <w:rPr>
          <w:b/>
        </w:rPr>
        <w:t xml:space="preserve">[13:45] </w:t>
      </w:r>
      <w:r>
        <w:t>isi tarah insanon aur janwaron ke andruni nizam mein un ki nasal ki baqa ka intezam itna pecheeda hai ke is ko haqeeqi taur par na kisi insan ki taraf mansoob kiya ja sakta hai aur na Khuda ke siwa maabudon mein se kisi maabud ki taraf.</w:t>
      </w:r>
    </w:p>
    <w:p>
      <w:pPr>
        <w:jc w:val="right"/>
      </w:pPr>
      <w:r>
        <w:t>اسی طرح انسانوں اور جانوروں کے اندرونی نظام میں ان کی نسل کی بقا کا انتظام اتنا پیچیدہ ہے کہ اس کو حقیقی طور پر نہ کسی انسان کی طرف منسوب کیا جا سکتا اور نہ خدا کے سوا معبودوں میں سے کسی معبود کی طرف۔</w:t>
      </w:r>
    </w:p>
    <w:p>
      <w:r>
        <w:rPr>
          <w:b/>
        </w:rPr>
        <w:t xml:space="preserve">[14:08] </w:t>
      </w:r>
      <w:r>
        <w:t>yeh sab kaam itne ghair mamooli hain ke be-misal Khuda hi ki taraf inhein jaiz taur par mansoob kiya ja sakta hai. khaliq ki jo sifat is ki makhlooqat ke mushahide ke zariye hamare ilm mein aati hain, wohi yeh sabit karne ke liye kafi hain ke yeh khaliq kis qadar azeem hai.</w:t>
      </w:r>
    </w:p>
    <w:p>
      <w:pPr>
        <w:jc w:val="right"/>
      </w:pPr>
      <w:r>
        <w:t>یہ سب کام اتنے غیر معمولی ہیں کہ بے مثل خدا ہی کی طرف انہیں جائز طور پر منسوب کیا جا سکتا ہے۔ خالق کی جو صفات اس کی مخلوقات کے مشاہدے کے ذریعے ہمارے علم میں آتی ہیں، وہی یہ ثابت کرنے کے لیے کافی ہیں کہ یہ خالق کس قدر عظیم ہے۔</w:t>
      </w:r>
    </w:p>
    <w:p>
      <w:r>
        <w:rPr>
          <w:b/>
        </w:rPr>
        <w:t xml:space="preserve">[14:31] </w:t>
      </w:r>
      <w:r>
        <w:t>woh samee' o baseer hai. woh har qism ke aala ikhtiyarat ka malik hai.</w:t>
      </w:r>
    </w:p>
    <w:p>
      <w:pPr>
        <w:jc w:val="right"/>
      </w:pPr>
      <w:r>
        <w:t>وہ سمیع و بصیر ہے۔ وہ ہر قسم کے اعلیٰ اختیارات کا مالک ہے۔</w:t>
      </w:r>
    </w:p>
    <w:p>
      <w:r>
        <w:rPr>
          <w:b/>
        </w:rPr>
        <w:t xml:space="preserve">[14:36] </w:t>
      </w:r>
      <w:r>
        <w:t>kisi ko jo kuch milta hai, isi ke diye se milta hai aur kisi se jo kuch chinta hai, isi ke chhene se chinta hai.</w:t>
      </w:r>
    </w:p>
    <w:p>
      <w:pPr>
        <w:jc w:val="right"/>
      </w:pPr>
      <w:r>
        <w:t>کسی کو جو کچھ ملتا ہے، اسی کے دیے سے ملتا ہے اور کسی سے جو کچھ چھنتا ہے، اسی کے چھیننے سے چھنتا ہے۔</w:t>
      </w:r>
    </w:p>
    <w:p>
      <w:r>
        <w:rPr>
          <w:b/>
        </w:rPr>
        <w:t xml:space="preserve">[14:46] </w:t>
      </w:r>
      <w:r>
        <w:t>woh apni misal aap hai. is ke jaisa koi aur nahi.</w:t>
      </w:r>
    </w:p>
    <w:p>
      <w:pPr>
        <w:jc w:val="right"/>
      </w:pPr>
      <w:r>
        <w:t>وہ اپنی مثال آپ ہے۔ اس کے جیسا کوئی اور نہیں۔</w:t>
      </w:r>
    </w:p>
    <w:p>
      <w:r>
        <w:rPr>
          <w:b/>
        </w:rPr>
        <w:t xml:space="preserve">[14:52] </w:t>
      </w:r>
      <w:r>
        <w:t>Shar'a lakum min al-deeni ma wassa bihi Nooh wal-ladhi awhayna ilayk.</w:t>
      </w:r>
    </w:p>
    <w:p>
      <w:pPr>
        <w:jc w:val="right"/>
      </w:pPr>
      <w:r>
        <w:t>شرع لكم من الدين ما وصى به نوح والذی أوحينا إليك.</w:t>
      </w:r>
    </w:p>
    <w:p>
      <w:r>
        <w:rPr>
          <w:b/>
        </w:rPr>
        <w:t xml:space="preserve">[15:09] </w:t>
      </w:r>
      <w:r>
        <w:t>wal-ladhi awhayna ilayk wama wassayna bihi Ibraheema wa Moosa</w:t>
      </w:r>
    </w:p>
    <w:p>
      <w:pPr>
        <w:jc w:val="right"/>
      </w:pPr>
      <w:r>
        <w:t>والذی أوحينا إليك وما وصينا به إبراهيم وموسى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