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Don't Be Angry Culture January 15, 2012</w:t>
      </w:r>
    </w:p>
    <w:p>
      <w:r>
        <w:t>https://youtu.be/NrA3X8y_FLY</w:t>
      </w:r>
    </w:p>
    <w:p>
      <w:r>
        <w:rPr>
          <w:b/>
        </w:rPr>
        <w:t xml:space="preserve">[00:13] </w:t>
      </w:r>
      <w:r>
        <w:t>Bismillah-hir-rahman-nir-rahim, wa salla Allahu 'ala an-nabiyyi al-karim.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title hai: "la taghzab culture".</w:t>
      </w:r>
    </w:p>
    <w:p>
      <w:pPr>
        <w:jc w:val="right"/>
      </w:pPr>
      <w:r>
        <w:t>آج کا ٹائٹل ہے: "لا تغضب کلچر"۔</w:t>
      </w:r>
    </w:p>
    <w:p>
      <w:r>
        <w:rPr>
          <w:b/>
        </w:rPr>
        <w:t xml:space="preserve">[00:45] </w:t>
      </w:r>
      <w:r>
        <w:t>aik hadith mein hai ke "la taghzab", ghussa na karo, isi se main ne yeh title liya hai. la taghzab culture ka matlab hai "Don't be angry" culture.</w:t>
      </w:r>
    </w:p>
    <w:p>
      <w:pPr>
        <w:jc w:val="right"/>
      </w:pPr>
      <w:r>
        <w:t>ایک حدیث میں ہے کہ "لا تغضب"، غصہ نہ کرو، اسی سے میں نے یہ ٹائٹل لیا ہے۔ لا تغضب کلچر کا مطلب ہے "Don't be angry" کلچر۔</w:t>
      </w:r>
    </w:p>
    <w:p>
      <w:r>
        <w:rPr>
          <w:b/>
        </w:rPr>
        <w:t xml:space="preserve">[01:05] </w:t>
      </w:r>
      <w:r>
        <w:t>mein samajhta hoon ke yeh bohat hi aham baat hai ke hum yeh janen ke insaan ka sab se bara dushman ghussa hai.</w:t>
      </w:r>
    </w:p>
    <w:p>
      <w:pPr>
        <w:jc w:val="right"/>
      </w:pPr>
      <w:r>
        <w:t>میں سمجھتا ہوں کہ یہ بہت ہی اہم بات ہے کہ ہم یہ جانیں کہ انسان کا سب سے بڑا دشمن غصہ ہے۔</w:t>
      </w:r>
    </w:p>
    <w:p>
      <w:r>
        <w:rPr>
          <w:b/>
        </w:rPr>
        <w:t xml:space="preserve">[01:20] </w:t>
      </w:r>
      <w:r>
        <w:t>jitni baat bigadti hai zindagi mein, woh sab ghusse ki wajah se bigadti hai. aur jitni baat banti hai zindagi mein, woh is waqt banti hai jab ke aap apne ghusse ko control kar len.</w:t>
      </w:r>
    </w:p>
    <w:p>
      <w:pPr>
        <w:jc w:val="right"/>
      </w:pPr>
      <w:r>
        <w:t>جتنی بات بگڑتی ہے زندگی میں، وہ سب غصے کی وجہ سے بگڑتی ہے۔ اور جتنی بات بنتی ہے زندگی میں، وہ اس وقت بنتی ہے جب کہ آپ اپنے غصے کو کنٹرول کر لیں۔</w:t>
      </w:r>
    </w:p>
    <w:p>
      <w:r>
        <w:rPr>
          <w:b/>
        </w:rPr>
        <w:t xml:space="preserve">[01:40] </w:t>
      </w:r>
      <w:r>
        <w:t>to is silsile mein mein kuch hadeesein, kuch aayatein pesh karunga, yeh batane ke liye ke ghussa, ghusse ko control karna kitna zyada aham hai insaan ke liye.</w:t>
      </w:r>
    </w:p>
    <w:p>
      <w:pPr>
        <w:jc w:val="right"/>
      </w:pPr>
      <w:r>
        <w:t>تو اس سلسلے میں میں کچھ حدیثیں، کچھ آیتیں پیش کروں گا، یہ بتانے کے لیے کہ غصہ، غصے کو کنٹرول کرنا کتنا زیادہ اہم ہے انسان کے لیے۔</w:t>
      </w:r>
    </w:p>
    <w:p>
      <w:r>
        <w:rPr>
          <w:b/>
        </w:rPr>
        <w:t xml:space="preserve">[02:01] </w:t>
      </w:r>
      <w:r>
        <w:t>ek riwayat mein aata hai ke ek sahabi rasool Allah ke paas aaye,</w:t>
      </w:r>
    </w:p>
    <w:p>
      <w:pPr>
        <w:jc w:val="right"/>
      </w:pPr>
      <w:r>
        <w:t>ایک روایت میں آتا ہے کہ ایک صحابی رسول اللہ کے پاس آئے،</w:t>
      </w:r>
    </w:p>
    <w:p>
      <w:r>
        <w:rPr>
          <w:b/>
        </w:rPr>
        <w:t xml:space="preserve">[02:10] </w:t>
      </w:r>
      <w:r>
        <w:t>unhone ek sawal kiya. unhone kaha ke "ya rasool Allah, alimni kalimat aish biha wala tuksar alayya fa inna" .</w:t>
      </w:r>
    </w:p>
    <w:p>
      <w:pPr>
        <w:jc w:val="right"/>
      </w:pPr>
      <w:r>
        <w:t>انہوں نے ایک سوال کیا۔ انہوں نے کہا کہ "یا رسول اللہ، علمنی کلمات عیش بہن ولا تكسر علی فانسا" ۔</w:t>
      </w:r>
    </w:p>
    <w:p>
      <w:r>
        <w:rPr>
          <w:b/>
        </w:rPr>
        <w:t xml:space="preserve">[02:28] </w:t>
      </w:r>
      <w:r>
        <w:t>is sawal ka tarjuma yeh hai ke "ae Allah ke rasool,</w:t>
      </w:r>
    </w:p>
    <w:p>
      <w:pPr>
        <w:jc w:val="right"/>
      </w:pPr>
      <w:r>
        <w:t>اس سوال کا ترجمہ یہ ہے کہ "اے خدا کے رسول،</w:t>
      </w:r>
    </w:p>
    <w:p>
      <w:r>
        <w:rPr>
          <w:b/>
        </w:rPr>
        <w:t xml:space="preserve">[02:35] </w:t>
      </w:r>
      <w:r>
        <w:t>mujhe koi aisi baat bataiye jis mein mein jiyoon, aur woh lambi na ho ke mein bhool jaon".</w:t>
      </w:r>
    </w:p>
    <w:p>
      <w:pPr>
        <w:jc w:val="right"/>
      </w:pPr>
      <w:r>
        <w:t>مجھے کوئی ایسی بات بتائیے جس میں میں جیوں، اور وہ لمبی نہ ہو کہ میں بھول جاؤں"۔</w:t>
      </w:r>
    </w:p>
    <w:p>
      <w:r>
        <w:rPr>
          <w:b/>
        </w:rPr>
        <w:t xml:space="preserve">[02:46] </w:t>
      </w:r>
      <w:r>
        <w:t>to aap ne jawab diya: "la taghzab, don't be angry" . ghussa na karo.</w:t>
      </w:r>
    </w:p>
    <w:p>
      <w:pPr>
        <w:jc w:val="right"/>
      </w:pPr>
      <w:r>
        <w:t>تو آپ نے جواب دیا: "لا تغضب، don't be angry" ۔ غصہ نہ کرو۔</w:t>
      </w:r>
    </w:p>
    <w:p>
      <w:r>
        <w:rPr>
          <w:b/>
        </w:rPr>
        <w:t xml:space="preserve">[02:56] </w:t>
      </w:r>
      <w:r>
        <w:t>isi lafz ko maine aaj ka title banaya hai: "la taghzab culture".</w:t>
      </w:r>
    </w:p>
    <w:p>
      <w:pPr>
        <w:jc w:val="right"/>
      </w:pPr>
      <w:r>
        <w:t>اسی لفظ کو میں نے آج کا ٹائٹل بنایا ہے: "لا تغضب کلچر"۔</w:t>
      </w:r>
    </w:p>
    <w:p>
      <w:r>
        <w:rPr>
          <w:b/>
        </w:rPr>
        <w:t xml:space="preserve">[03:05] </w:t>
      </w:r>
      <w:r>
        <w:t>aap Quran ko aur hadees ko parhein to aap ko bohat si aayatein aur bohat si hadeesein milengi, jis mein ahle iman ko ghusse se mana kiya gaya hai.</w:t>
      </w:r>
    </w:p>
    <w:p>
      <w:pPr>
        <w:jc w:val="right"/>
      </w:pPr>
      <w:r>
        <w:t>آپ قرآن کو اور حدیث کو پڑھیں تو آپ کو بہت سی آیتیں اور بہت سی حدیثیں ملیں گی، جس میں اہل ایمان کو غصہ سے منع کیا گیا ہے۔</w:t>
      </w:r>
    </w:p>
    <w:p>
      <w:r>
        <w:rPr>
          <w:b/>
        </w:rPr>
        <w:t xml:space="preserve">[03:23] </w:t>
      </w:r>
      <w:r>
        <w:t>bohat hi shiddat ke sath mana kiya gaya hai.</w:t>
      </w:r>
    </w:p>
    <w:p>
      <w:pPr>
        <w:jc w:val="right"/>
      </w:pPr>
      <w:r>
        <w:t>بہت ہی شدت کے ساتھ منع کیا گیا ہے۔</w:t>
      </w:r>
    </w:p>
    <w:p>
      <w:r>
        <w:rPr>
          <w:b/>
        </w:rPr>
        <w:t xml:space="preserve">[03:29] </w:t>
      </w:r>
      <w:r>
        <w:t>misalan Quran mein hai ke "wa idha ma ghadibu hum yaghfirun" .</w:t>
      </w:r>
    </w:p>
    <w:p>
      <w:pPr>
        <w:jc w:val="right"/>
      </w:pPr>
      <w:r>
        <w:t>مثلاً قرآن میں ہے کہ "وإذا ما غضبوا هم يغفرون" ۔</w:t>
      </w:r>
    </w:p>
    <w:p>
      <w:r>
        <w:rPr>
          <w:b/>
        </w:rPr>
        <w:t xml:space="preserve">[03:34] </w:t>
      </w:r>
      <w:r>
        <w:t>jab ghussa aata to woh maaf kar dete hain. yaani aaya ghussa, lotaya kya? maafi. yaani aap ke dil mein to ghussa aaya, lekin doosron ko jo cheez mili,</w:t>
      </w:r>
    </w:p>
    <w:p>
      <w:pPr>
        <w:jc w:val="right"/>
      </w:pPr>
      <w:r>
        <w:t>جب غصہ آتا تو وہ معاف کر دیتے ہیں۔ یعنی آیا غصہ، لوٹایا کیا؟ معافی۔ یعنی آپ کے دل میں تو غصہ آیا، لیکن دوسروں کو جو چیز ملی،</w:t>
      </w:r>
    </w:p>
    <w:p>
      <w:r>
        <w:rPr>
          <w:b/>
        </w:rPr>
        <w:t xml:space="preserve">[03:50] </w:t>
      </w:r>
      <w:r>
        <w:t>woh ghussa nahi mila, woh maafi mili. kaisi ajeeb taleem hai yeh. is se yeh bhi maloom hua ke ghussa aana yeh ek natural baat hai.</w:t>
      </w:r>
    </w:p>
    <w:p>
      <w:pPr>
        <w:jc w:val="right"/>
      </w:pPr>
      <w:r>
        <w:t>وہ غصہ نہیں ملا، وہ معافی ملی۔ کیسی عجیب تعلیم ہے یہ۔ اس سے یہ بھی معلوم ہوا کہ غصہ آنا یہ ایک نیچرل بات ہے۔</w:t>
      </w:r>
    </w:p>
    <w:p>
      <w:r>
        <w:rPr>
          <w:b/>
        </w:rPr>
        <w:t xml:space="preserve">[04:06] </w:t>
      </w:r>
      <w:r>
        <w:t>aisa nahi hai ke koi aadmi kahe ke idhar ghussa nahi hoga, ghussa nahi karega. nahi, ghussa Allah taala ne aadmi ki fitrat mein rakh diya hai.</w:t>
      </w:r>
    </w:p>
    <w:p>
      <w:pPr>
        <w:jc w:val="right"/>
      </w:pPr>
      <w:r>
        <w:t>ایسا نہیں ہے کہ کوئی آدمی کہے کہ ادھر غصہ نہیں ہوگا، غصہ نہیں کرے گا۔ نہیں، غصہ اللہ تعالیٰ نے آدمی کی فطرت میں رکھ دیا ہے۔</w:t>
      </w:r>
    </w:p>
    <w:p>
      <w:r>
        <w:rPr>
          <w:b/>
        </w:rPr>
        <w:t xml:space="preserve">[04:19] </w:t>
      </w:r>
      <w:r>
        <w:t>to ghussa to behraal aayega jab koi cheez aap ko apne khilaf mehsoos hogi.</w:t>
      </w:r>
    </w:p>
    <w:p>
      <w:pPr>
        <w:jc w:val="right"/>
      </w:pPr>
      <w:r>
        <w:t>تو غصہ تو بہرحال آئے گا جب کوئی چیز آپ کو اپنے خلاف محسوس ہوگی۔</w:t>
      </w:r>
    </w:p>
    <w:p>
      <w:r>
        <w:rPr>
          <w:b/>
        </w:rPr>
        <w:t xml:space="preserve">[04:28] </w:t>
      </w:r>
      <w:r>
        <w:t>lekin ghussa aaye to kya chahiye? yeh ke aap us ko control karen, us ko zabt kar len.</w:t>
      </w:r>
    </w:p>
    <w:p>
      <w:pPr>
        <w:jc w:val="right"/>
      </w:pPr>
      <w:r>
        <w:t>لیکن غصہ آئے تو کیا چاہیے؟ یہ کہ آپ اس کو کنٹرول کریں، اس کو ضبط کر لیں۔</w:t>
      </w:r>
    </w:p>
    <w:p>
      <w:r>
        <w:rPr>
          <w:b/>
        </w:rPr>
        <w:t xml:space="preserve">[04:42] </w:t>
      </w:r>
      <w:r>
        <w:t>yaani ghusse, ghussa jo hai, apne andar hi rok len, us ko bahar doosre par</w:t>
      </w:r>
    </w:p>
    <w:p>
      <w:pPr>
        <w:jc w:val="right"/>
      </w:pPr>
      <w:r>
        <w:t>یعنی غصے، غصہ جو ہے، اپنے اندر ہی روک لیں، اس کو باہر دوسرے پر</w:t>
      </w:r>
    </w:p>
    <w:p>
      <w:r>
        <w:rPr>
          <w:b/>
        </w:rPr>
        <w:t xml:space="preserve">[04:50] </w:t>
      </w:r>
      <w:r>
        <w:t>na dalen. isi liye Quran mein doosri aayat hai ke "wal kazibeen al ghiza wala yafina an al nas" . yaani yeh nahi farmaya ke "wal fakedin al ghiza" .</w:t>
      </w:r>
    </w:p>
    <w:p>
      <w:pPr>
        <w:jc w:val="right"/>
      </w:pPr>
      <w:r>
        <w:t>نہ ڈالیں۔ اسی لیے قرآن میں دوسری آیت ہے کہ "والكاذبين الغيظ ولا فين عن الناس" ۔ یعنی یہ نہیں فرمایا کہ "والفاقدين الغيظ" ۔</w:t>
      </w:r>
    </w:p>
    <w:p>
      <w:r>
        <w:rPr>
          <w:b/>
        </w:rPr>
        <w:t xml:space="preserve">[05:02] </w:t>
      </w:r>
      <w:r>
        <w:t>ke ahle iman woh log hain jin ke andar ghussa nahi hota. nahi, ghusse ko pee jane wale.</w:t>
      </w:r>
    </w:p>
    <w:p>
      <w:pPr>
        <w:jc w:val="right"/>
      </w:pPr>
      <w:r>
        <w:t>کہ اہل ایمان وہ لوگ ہیں جن کے اندر غصہ نہیں ہوتا۔ نہیں، غصے کو پی جانے والے۔</w:t>
      </w:r>
    </w:p>
    <w:p>
      <w:r>
        <w:rPr>
          <w:b/>
        </w:rPr>
        <w:t xml:space="preserve">[05:11] </w:t>
      </w:r>
      <w:r>
        <w:t>yaani ghussa to aayega, lekin us ko andar hi andar control kar len. yeh hai ahle iman ki sifat.</w:t>
      </w:r>
    </w:p>
    <w:p>
      <w:pPr>
        <w:jc w:val="right"/>
      </w:pPr>
      <w:r>
        <w:t>یعنی غصہ تو آئے گا، لیکن اس کو اندر ہی اندر کنٹرول کر لیں۔ یہ ہے اہل ایمان کی صفت۔</w:t>
      </w:r>
    </w:p>
    <w:p>
      <w:r>
        <w:rPr>
          <w:b/>
        </w:rPr>
        <w:t xml:space="preserve">[05:22] </w:t>
      </w:r>
      <w:r>
        <w:t>to abhi jo hadees maine padhi aap ke samne, to us ko agar lafz badal kar kaha jaye to yeh hoga ke saail ne yeh poocha tha ke "O Prophet,</w:t>
      </w:r>
    </w:p>
    <w:p>
      <w:pPr>
        <w:jc w:val="right"/>
      </w:pPr>
      <w:r>
        <w:t>تو ابھی جو حدیث میں نے پڑھی آپ کے سامنے، تو اس کو اگر لفظ بدل کر کہا جائے تو یہ ہوگا کہ سائل نے یہ پوچھا تھا کہ "O Prophet,</w:t>
      </w:r>
    </w:p>
    <w:p>
      <w:r>
        <w:rPr>
          <w:b/>
        </w:rPr>
        <w:t xml:space="preserve">[05:37] </w:t>
      </w:r>
      <w:r>
        <w:t>give me a master advice by which I may be able to manage all the affairs of my life.</w:t>
      </w:r>
    </w:p>
    <w:p>
      <w:pPr>
        <w:jc w:val="right"/>
      </w:pPr>
      <w:r>
        <w:t>give me a master advice by which I may be able to manage all the affairs of my life.</w:t>
      </w:r>
    </w:p>
    <w:p>
      <w:r>
        <w:rPr>
          <w:b/>
        </w:rPr>
        <w:t xml:space="preserve">[05:49] </w:t>
      </w:r>
      <w:r>
        <w:t>" is ka matlab hai ke unhone ki ek poochni thi, kunji. "Key of life, key of success, key of successful life." to aap ne kaha ke ghussa chhod do, yahi kunji hai kamyabi ki.</w:t>
      </w:r>
    </w:p>
    <w:p>
      <w:pPr>
        <w:jc w:val="right"/>
      </w:pPr>
      <w:r>
        <w:t>" اس کا مطلب ہے کہ انہوں نے کی ایک پوچھی تھی، کنجی۔ "Key of life, key of success, key of successful life." تو آپ نے کہا کہ غصہ چھوڑ دو، یہی کنجی ہے کامیابی کی۔</w:t>
      </w:r>
    </w:p>
    <w:p>
      <w:r>
        <w:rPr>
          <w:b/>
        </w:rPr>
        <w:t xml:space="preserve">[06:12] </w:t>
      </w:r>
      <w:r>
        <w:t>to aisa ghusse mein kya baat hai? ghussa kyun? us waqt mein ne socha ke ghussa kyun bura hai?</w:t>
      </w:r>
    </w:p>
    <w:p>
      <w:pPr>
        <w:jc w:val="right"/>
      </w:pPr>
      <w:r>
        <w:t>تو ایسا غصے میں کیا بات ہے؟ غصہ کیوں؟ اس وقت میں نے سوچا کہ غصہ کیوں برا ہے؟</w:t>
      </w:r>
    </w:p>
    <w:p>
      <w:r>
        <w:rPr>
          <w:b/>
        </w:rPr>
        <w:t xml:space="preserve">[06:26] </w:t>
      </w:r>
      <w:r>
        <w:t>to aik hadith mein is ka jawab mila mujhe. woh hadith al-baiqi mein aayi hai, is ke alfaaz yeh hain: "in al-ghadab la yashhad al-iman" .</w:t>
      </w:r>
    </w:p>
    <w:p>
      <w:pPr>
        <w:jc w:val="right"/>
      </w:pPr>
      <w:r>
        <w:t>تو ایک حدیث میں اس کا جواب ملا مجھے۔ وہ حدیث البیقی میں آئی ہے، اس کے الفاظ یہ ہیں: "إن الغضب ليشهد الإيمان" ۔</w:t>
      </w:r>
    </w:p>
    <w:p>
      <w:r>
        <w:rPr>
          <w:b/>
        </w:rPr>
        <w:t xml:space="preserve">[06:43] </w:t>
      </w:r>
      <w:r>
        <w:t>ghussa aadmi ke iman ko</w:t>
      </w:r>
    </w:p>
    <w:p>
      <w:pPr>
        <w:jc w:val="right"/>
      </w:pPr>
      <w:r>
        <w:t>غصہ آدمی کے ایمان کو</w:t>
      </w:r>
    </w:p>
    <w:p>
      <w:r>
        <w:rPr>
          <w:b/>
        </w:rPr>
        <w:t xml:space="preserve">[06:48] </w:t>
      </w:r>
      <w:r>
        <w:t>bigaad deta hai.</w:t>
      </w:r>
    </w:p>
    <w:p>
      <w:pPr>
        <w:jc w:val="right"/>
      </w:pPr>
      <w:r>
        <w:t>بگاڑ دیتا ہے۔</w:t>
      </w:r>
    </w:p>
    <w:p>
      <w:r>
        <w:rPr>
          <w:b/>
        </w:rPr>
        <w:t xml:space="preserve">[06:52] </w:t>
      </w:r>
      <w:r>
        <w:t>"in al-ghadab la yashhad al-iman" . ghussa aadmi ke iman mein fasaad daal deta hai.</w:t>
      </w:r>
    </w:p>
    <w:p>
      <w:pPr>
        <w:jc w:val="right"/>
      </w:pPr>
      <w:r>
        <w:t>"إن الغضب ليشهد الإيمان" ۔ غصہ آدمی کے ایمان میں فساد ڈال دیتا ہے۔</w:t>
      </w:r>
    </w:p>
    <w:p>
      <w:r>
        <w:rPr>
          <w:b/>
        </w:rPr>
        <w:t xml:space="preserve">[07:05] </w:t>
      </w:r>
      <w:r>
        <w:t>yahan iman ka lafz saada taur par aik rasmi aqeeday ke matlab mein nahi hai, woh hai Divine Wisdom ke matlab mein.</w:t>
      </w:r>
    </w:p>
    <w:p>
      <w:pPr>
        <w:jc w:val="right"/>
      </w:pPr>
      <w:r>
        <w:t>یہاں ایمان کا لفظ سادہ طور پر ایک رسمی عقیدے کے معنی میں نہیں ہے، وہ ہے Divine Wisdom کے معنی میں۔</w:t>
      </w:r>
    </w:p>
    <w:p>
      <w:r>
        <w:rPr>
          <w:b/>
        </w:rPr>
        <w:t xml:space="preserve">[07:17] </w:t>
      </w:r>
      <w:r>
        <w:t>is ka matlab yeh hua ke "Anger corrupts the Divine Wisdom." "Anger corrupts the Divine Wisdom."</w:t>
      </w:r>
    </w:p>
    <w:p>
      <w:pPr>
        <w:jc w:val="right"/>
      </w:pPr>
      <w:r>
        <w:t>اس کا مطلب یہ ہوا کہ "Anger corrupts the Divine Wisdom." "Anger corrupts the Divine Wisdom."</w:t>
      </w:r>
    </w:p>
    <w:p>
      <w:r>
        <w:rPr>
          <w:b/>
        </w:rPr>
        <w:t xml:space="preserve">[07:32] </w:t>
      </w:r>
      <w:r>
        <w:t>Allah taala ne aap ke andar jo Divine Wisdom rakhi hai, jo fitrat se milti hai, phir iman se milti hai, woh sab jeopardize ho jati hai, ghussa aa jaye to.</w:t>
      </w:r>
    </w:p>
    <w:p>
      <w:pPr>
        <w:jc w:val="right"/>
      </w:pPr>
      <w:r>
        <w:t>اللہ تعالیٰ نے آپ کے اندر جو Divine Wisdom رکھی ہے، جو فطرت سے ملتی ہے، پھر ایمان سے ملتی ہے، وہ سب jeopardize ہو جاتی ہے، غصہ آ جائے تو۔</w:t>
      </w:r>
    </w:p>
    <w:p>
      <w:r>
        <w:rPr>
          <w:b/>
        </w:rPr>
        <w:t xml:space="preserve">[07:50] </w:t>
      </w:r>
      <w:r>
        <w:t>dekhiye, is par maine ghaur kiya to meri samajh mein aaya ke pehla nuqsan jo ghusse ka hota hai, woh kya hai?</w:t>
      </w:r>
    </w:p>
    <w:p>
      <w:pPr>
        <w:jc w:val="right"/>
      </w:pPr>
      <w:r>
        <w:t>دیکھیے، اس پر میں نے غور کیا تو میری سمجھ میں آیا کہ پہلا نقصان جو غصے کا ہوتا ہے، وہ کیا ہے؟</w:t>
      </w:r>
    </w:p>
    <w:p>
      <w:r>
        <w:rPr>
          <w:b/>
        </w:rPr>
        <w:t xml:space="preserve">[07:59] </w:t>
      </w:r>
      <w:r>
        <w:t>Right thinking khatm ho jati hai. Right thinking khatm ho jati hai. jitne bhi history mein waqeat hain ghusse ke, un sab ko le kar sochiye.</w:t>
      </w:r>
    </w:p>
    <w:p>
      <w:pPr>
        <w:jc w:val="right"/>
      </w:pPr>
      <w:r>
        <w:t>Right thinking ختم ہو جاتی ہے۔ Right thinking ختم ہو جاتی ہے۔ جتنے بھی history میں واقعات ہیں غصے کے، ان سب کو لے کر سوچیے۔</w:t>
      </w:r>
    </w:p>
    <w:p>
      <w:r>
        <w:rPr>
          <w:b/>
        </w:rPr>
        <w:t xml:space="preserve">[08:12] </w:t>
      </w:r>
      <w:r>
        <w:t>ghussa aaya, Right thinking khatm. yahan tak ke Quran ki aik aayat se yeh maloom hota hai ke peghambar ko bhi agar ghussa aa jaye to peghambar ke bhi andar bhi naoozubillah Right thinking khatm ho jati hai.</w:t>
      </w:r>
    </w:p>
    <w:p>
      <w:pPr>
        <w:jc w:val="right"/>
      </w:pPr>
      <w:r>
        <w:t>غصہ آیا، Right thinking ختم۔ یہاں تک کہ قرآن کی ایک آیت سے یہ معلوم ہوتا ہے کہ پیغمبر کو بھی اگر غصہ آ جائے تو پیغمبر کے بھی اندر بھی نعوذ باللہ Right thinking ختم ہو جاتی ہے۔</w:t>
      </w:r>
    </w:p>
    <w:p>
      <w:r>
        <w:rPr>
          <w:b/>
        </w:rPr>
        <w:t xml:space="preserve">[08:29] </w:t>
      </w:r>
      <w:r>
        <w:t>is ki misaal Hazrat Yunus alaihi salam ki hai. Hazrat Yunus alaihi salam peghambar thay. woh bheje gaye thay dawat ke liye Nineveh mein, jo Iraq ka aik shehar tha.</w:t>
      </w:r>
    </w:p>
    <w:p>
      <w:pPr>
        <w:jc w:val="right"/>
      </w:pPr>
      <w:r>
        <w:t>اس کی مثال حضرت یونس علیہ السلام کی ہے۔ حضرت یونس علیہ السلام پیغمبر تھے۔ وہ بھیجے گئے تھے دعوت کے لیے نینوا میں، جو عراق کا ایک شہر تھا۔</w:t>
      </w:r>
    </w:p>
    <w:p>
      <w:r>
        <w:rPr>
          <w:b/>
        </w:rPr>
        <w:t xml:space="preserve">[08:46] </w:t>
      </w:r>
      <w:r>
        <w:t>is zamane mein woh jo hai Center tha Iraq ka. to wahan par unhon ne dawat di.</w:t>
      </w:r>
    </w:p>
    <w:p>
      <w:pPr>
        <w:jc w:val="right"/>
      </w:pPr>
      <w:r>
        <w:t>اس زمانے میں وہ جو ہے Center تھا عراق کا۔ تو وہاں پر انہوں نے دعوت دی۔</w:t>
      </w:r>
    </w:p>
    <w:p>
      <w:r>
        <w:rPr>
          <w:b/>
        </w:rPr>
        <w:t xml:space="preserve">[08:58] </w:t>
      </w:r>
      <w:r>
        <w:t>logon ne nahi mana un ki baat. to jaldi woh ghussa ho kar wahan se chale gaye. basti chhod diya unhon ne.</w:t>
      </w:r>
    </w:p>
    <w:p>
      <w:pPr>
        <w:jc w:val="right"/>
      </w:pPr>
      <w:r>
        <w:t>لوگوں نے نہیں مانا ان کی بات۔ تو جلدی وہ غصہ ہو کر وہاں سے چلے گئے۔ بستی چھوڑ دیا انہوں نے۔</w:t>
      </w:r>
    </w:p>
    <w:p>
      <w:r>
        <w:rPr>
          <w:b/>
        </w:rPr>
        <w:t xml:space="preserve">[09:10] </w:t>
      </w:r>
      <w:r>
        <w:t>to Quran mein yeh lafz aaya hai Surah Al-Anbiya mein. "wa dhunnu izh-haba mu'adiban wa dhanna an lan naqdira 'alayhi"</w:t>
      </w:r>
    </w:p>
    <w:p>
      <w:pPr>
        <w:jc w:val="right"/>
      </w:pPr>
      <w:r>
        <w:t>تو قرآن میں یہ لفظ آیا ہے سورۃ الانبیاء میں۔ "وذنون اذهب معاذبا وذن النقدر علیہ"</w:t>
      </w:r>
    </w:p>
    <w:p>
      <w:r>
        <w:rPr>
          <w:b/>
        </w:rPr>
        <w:t xml:space="preserve">[09:25] </w:t>
      </w:r>
      <w:r>
        <w:t>. yani "He went out of anger."</w:t>
      </w:r>
    </w:p>
    <w:p>
      <w:pPr>
        <w:jc w:val="right"/>
      </w:pPr>
      <w:r>
        <w:t>۔ یعنی "He went out of anger."</w:t>
      </w:r>
    </w:p>
    <w:p>
      <w:r>
        <w:rPr>
          <w:b/>
        </w:rPr>
        <w:t xml:space="preserve">[09:32] </w:t>
      </w:r>
      <w:r>
        <w:t>. yani woh ghusse mein basti chhod ke chale gaye.</w:t>
      </w:r>
    </w:p>
    <w:p>
      <w:pPr>
        <w:jc w:val="right"/>
      </w:pPr>
      <w:r>
        <w:t>۔ یعنی وہ غصے میں بستی چھوڑ کے چلے گئے۔</w:t>
      </w:r>
    </w:p>
    <w:p>
      <w:r>
        <w:rPr>
          <w:b/>
        </w:rPr>
        <w:t xml:space="preserve">[09:37] </w:t>
      </w:r>
      <w:r>
        <w:t>"He went out of anger." . to kya hua? yani Allah taala ko un ka yeh amal pasand nahi aaya.</w:t>
      </w:r>
    </w:p>
    <w:p>
      <w:pPr>
        <w:jc w:val="right"/>
      </w:pPr>
      <w:r>
        <w:t>"He went out of anger." ۔ تو کیا ہوا؟ یعنی اللہ تعالیٰ کو ان کا یہ فعل پسند نہیں آیا۔</w:t>
      </w:r>
    </w:p>
    <w:p>
      <w:r>
        <w:rPr>
          <w:b/>
        </w:rPr>
        <w:t xml:space="preserve">[09:46] </w:t>
      </w:r>
      <w:r>
        <w:t>woh machhli ke pait mein chale gaye. phir unhon ne maafi mangi. aur dobara woh Nineveh wapas gaye. aur phir wahan dawat di unhon ne.</w:t>
      </w:r>
    </w:p>
    <w:p>
      <w:pPr>
        <w:jc w:val="right"/>
      </w:pPr>
      <w:r>
        <w:t>وہ مچھلی کے پیٹ میں چلے گئے۔ پھر انہوں نے معافی مانگی۔ اور دوبارہ وہ نینوا واپس گئے۔ اور پھر وہاں دعوت دی انہوں نے۔</w:t>
      </w:r>
    </w:p>
    <w:p>
      <w:r>
        <w:rPr>
          <w:b/>
        </w:rPr>
        <w:t xml:space="preserve">[09:57] </w:t>
      </w:r>
      <w:r>
        <w:t>ab dekhiye, ghusse se kya nuqsan hua un ko?</w:t>
      </w:r>
    </w:p>
    <w:p>
      <w:pPr>
        <w:jc w:val="right"/>
      </w:pPr>
      <w:r>
        <w:t>اب دیکھیے، غصے سے کیا نقصان ہوا ان کو؟</w:t>
      </w:r>
    </w:p>
    <w:p>
      <w:r>
        <w:rPr>
          <w:b/>
        </w:rPr>
        <w:t xml:space="preserve">[10:00] </w:t>
      </w:r>
      <w:r>
        <w:t>ghusse ka nuqsan yeh hua ke jo Right thinking thi is moamle mein, us se un ka zehn hat gaya. Right thinking yeh thi ke kisi nabi ke liye yeh jaiz nahi hai ke woh itmam-e-hujjat se pehle apni mozu' qoum ko chhod de.</w:t>
      </w:r>
    </w:p>
    <w:p>
      <w:pPr>
        <w:jc w:val="right"/>
      </w:pPr>
      <w:r>
        <w:t>غصے کا نقصان یہ ہوا کہ جو Right thinking تھی اس معاملے میں، اس سے ان کا ذہن ہٹ گیا۔ Right thinking یہ تھی کہ کسی نبی کے لیے یہ جائز نہیں ہے کہ وہ اتمام حجت سے پہلے اپنی موضوع قوم کو چھوڑ دے۔</w:t>
      </w:r>
    </w:p>
    <w:p>
      <w:r>
        <w:rPr>
          <w:b/>
        </w:rPr>
        <w:t xml:space="preserve">[10:24] </w:t>
      </w:r>
      <w:r>
        <w:t>nabi aisa nahi kar sakta. chahe log pathar maarein, tab bhi nahi chhod sakta woh.</w:t>
      </w:r>
    </w:p>
    <w:p>
      <w:pPr>
        <w:jc w:val="right"/>
      </w:pPr>
      <w:r>
        <w:t>نبی ایسا نہیں کر سکتا۔ چاہے لوگ پتھر ماریں، تب بھی نہیں چھوڑ سکتا وہ۔</w:t>
      </w:r>
    </w:p>
    <w:p>
      <w:r>
        <w:rPr>
          <w:b/>
        </w:rPr>
        <w:t xml:space="preserve">[10:31] </w:t>
      </w:r>
      <w:r>
        <w:t>to Hazrat Yunus peghambar thay. Nineveh ke log un ke mozu' thay. to unhein wahan rehna hi rehna tha.</w:t>
      </w:r>
    </w:p>
    <w:p>
      <w:pPr>
        <w:jc w:val="right"/>
      </w:pPr>
      <w:r>
        <w:t>تو حضرت یونس پیغمبر تھے۔ نینوا کے لوگ ان کے موضوع تھے۔ تو انہیں وہاں رہنا ہی رہنا تھا۔</w:t>
      </w:r>
    </w:p>
    <w:p>
      <w:r>
        <w:rPr>
          <w:b/>
        </w:rPr>
        <w:t xml:space="preserve">[10:43] </w:t>
      </w:r>
      <w:r>
        <w:t>chahe woh acha sulook karein ya bura sulook karein. maanein ya na maanein. us waqt tak jab tak ke itmam-e-hujjat na ho jaye.</w:t>
      </w:r>
    </w:p>
    <w:p>
      <w:pPr>
        <w:jc w:val="right"/>
      </w:pPr>
      <w:r>
        <w:t>چاہے وہ اچھا سلوک کریں یا برا سلوک کریں۔ مانیں یا نہ مانیں۔ اس وقت تک جب تک کہ اتمام حجت نہ ہو جائے۔</w:t>
      </w:r>
    </w:p>
    <w:p>
      <w:r>
        <w:rPr>
          <w:b/>
        </w:rPr>
        <w:t xml:space="preserve">[10:53] </w:t>
      </w:r>
      <w:r>
        <w:t>itmam-e-hujjat bhi dekhiye, aisa nahi ke hum khud se faisla kar lein.</w:t>
      </w:r>
    </w:p>
    <w:p>
      <w:pPr>
        <w:jc w:val="right"/>
      </w:pPr>
      <w:r>
        <w:t>اتمام حجت بھی دیکھیے، ایسا نہیں کہ ہم خود سے فیصلہ کر لیں۔</w:t>
      </w:r>
    </w:p>
    <w:p>
      <w:r>
        <w:rPr>
          <w:b/>
        </w:rPr>
        <w:t xml:space="preserve">[10:57] </w:t>
      </w:r>
      <w:r>
        <w:t>yeh Allah ki taraf se farishta aa kar batata hai ke ab itmam-e-hujjat ho gaya, tum bhi basti ko chhod kar ja sakte ho. khud se aap nahi faisla kar sakte.</w:t>
      </w:r>
    </w:p>
    <w:p>
      <w:pPr>
        <w:jc w:val="right"/>
      </w:pPr>
      <w:r>
        <w:t>یہ اللہ کی طرف سے فرشتہ آ کر بتاتا ہے کہ اب اتمام حجت ہو گیا، تم بھی بستی کو چھوڑ کر جا سکتے ہو۔ خود سے آپ نہیں فیصلہ کر سکتے۔</w:t>
      </w:r>
    </w:p>
    <w:p>
      <w:r>
        <w:rPr>
          <w:b/>
        </w:rPr>
        <w:t xml:space="preserve">[11:09] </w:t>
      </w:r>
      <w:r>
        <w:t>yad rakhiye, itmam e hujjat ka muamla ijtihadi muamla nahi hai. isi liye ab peghambar ke baad kisi bhi muslim ko, kisi bhi giroh ko yeh haq nahi hai ke woh kahe ke hum ne itmam e hujjat kar diya.</w:t>
      </w:r>
    </w:p>
    <w:p>
      <w:pPr>
        <w:jc w:val="right"/>
      </w:pPr>
      <w:r>
        <w:t>یاد رکھیے، اتمام حجت کا معاملہ اجتہادی معاملہ نہیں ہے۔ اسی لیے اب پیغمبر کے بعد کسی بھی مسلم کو، کسی بھی گروہ کو یہ حق نہیں ہے کہ وہ کہے کہ ہم نے اتمام حجت کر دیا۔</w:t>
      </w:r>
    </w:p>
    <w:p>
      <w:r>
        <w:rPr>
          <w:b/>
        </w:rPr>
        <w:t xml:space="preserve">[11:24] </w:t>
      </w:r>
      <w:r>
        <w:t>bilkul woh gunah ka feal hoga.</w:t>
      </w:r>
    </w:p>
    <w:p>
      <w:pPr>
        <w:jc w:val="right"/>
      </w:pPr>
      <w:r>
        <w:t>بالکل وہ گناہ کا فعل ہوگا۔</w:t>
      </w:r>
    </w:p>
    <w:p>
      <w:r>
        <w:rPr>
          <w:b/>
        </w:rPr>
        <w:t xml:space="preserve">[11:29] </w:t>
      </w:r>
      <w:r>
        <w:t>hum ko aap ko sirf dawat dena, dawat dena, dawat dena, ise mar jana hai. kyun? hamare par farishta nahi aayega yeh batane ke liye ke itmam e hujjat ho gaya.</w:t>
      </w:r>
    </w:p>
    <w:p>
      <w:pPr>
        <w:jc w:val="right"/>
      </w:pPr>
      <w:r>
        <w:t>ہم کو آپ کو صرف دعوت دینا، دعوت دینا، دعوت دینا، اسے مر جانا ہے۔ کیوں؟ ہمارے پر فرشتہ نہیں آئے گا یہ بتانے کے لیے کہ اتمام حجت ہو گیا۔</w:t>
      </w:r>
    </w:p>
    <w:p>
      <w:r>
        <w:rPr>
          <w:b/>
        </w:rPr>
        <w:t xml:space="preserve">[11:40] </w:t>
      </w:r>
      <w:r>
        <w:t>bilkul yeh sarkashi hogi agar aap kisi basti ko chhod dein ya keh kar ke itmam e hujjat ho gaya, is liye mein ab yahan se ja raha hoon.</w:t>
      </w:r>
    </w:p>
    <w:p>
      <w:pPr>
        <w:jc w:val="right"/>
      </w:pPr>
      <w:r>
        <w:t>بالکل یہ سرکشی ہوگی اگر آپ کسی بستی کو چھوڑ دیں یا کہہ کر کہ اتمام حجت ہو گیا، اس لیے میں اب یہاں سے جا رہا ہوں۔</w:t>
      </w:r>
    </w:p>
    <w:p>
      <w:r>
        <w:rPr>
          <w:b/>
        </w:rPr>
        <w:t xml:space="preserve">[11:54] </w:t>
      </w:r>
      <w:r>
        <w:t>nabi'on ke baad yeh haq khatm ho chuka hai kisi ummat ke liye. baad ke logon ko sirf dawat dena hai, dawat dena hai, dawat dena hai, ise hi mar jana hai.</w:t>
      </w:r>
    </w:p>
    <w:p>
      <w:pPr>
        <w:jc w:val="right"/>
      </w:pPr>
      <w:r>
        <w:t>نبیوں کے بعد یہ حق ختم ہو چکا ہے کسی امت کے لیے۔ بعد کے لوگوں کو صرف دعوت دینا ہے، دعوت دینا ہے، دعوت دینا ہے، اسے ہی مر جانا ہے۔</w:t>
      </w:r>
    </w:p>
    <w:p>
      <w:r>
        <w:rPr>
          <w:b/>
        </w:rPr>
        <w:t xml:space="preserve">[12:05] </w:t>
      </w:r>
      <w:r>
        <w:t>kyun ke hamare paas farishta nahi aayega yeh batane ke liye ke itmam e hujjat ho gaya. to beharhal Hazrat Yunus ne bazr e ijtihad, na ke bazariya e farishta,</w:t>
      </w:r>
    </w:p>
    <w:p>
      <w:pPr>
        <w:jc w:val="right"/>
      </w:pPr>
      <w:r>
        <w:t>کیونکہ ہمارے پاس فرشتہ نہیں آئے گا یہ بتانے کے لیے کہ اتمام حجت ہو گیا۔ تو بہرحال حضرت یونس نے بذر اجتہاد، نہ کہ بذریعہ فرشتہ،</w:t>
      </w:r>
    </w:p>
    <w:p>
      <w:r>
        <w:rPr>
          <w:b/>
        </w:rPr>
        <w:t xml:space="preserve">[12:20] </w:t>
      </w:r>
      <w:r>
        <w:t>yani Allah taala ka farishta nahi aaya tha un ke paas batane ke liye,</w:t>
      </w:r>
    </w:p>
    <w:p>
      <w:pPr>
        <w:jc w:val="right"/>
      </w:pPr>
      <w:r>
        <w:t>یعنی اللہ تعالیٰ کا فرشتہ نہیں آیا تھا ان کے پاس بتانے کے لیے،</w:t>
      </w:r>
    </w:p>
    <w:p>
      <w:r>
        <w:rPr>
          <w:b/>
        </w:rPr>
        <w:t xml:space="preserve">[12:23] </w:t>
      </w:r>
      <w:r>
        <w:t>khud se samajh liya ke itmam e hujjat ho gaya. to unhone chhod diya. to aap dekhiye ke unhein dobara Nineveh wapas jana pada.</w:t>
      </w:r>
    </w:p>
    <w:p>
      <w:pPr>
        <w:jc w:val="right"/>
      </w:pPr>
      <w:r>
        <w:t>خود سے سمجھ لیا کہ اتمام حجت ہو گیا۔ تو انہوں نے چھوڑ دیا۔ تو آپ دیکھیے کہ انہیں دوبارہ نینوا واپس جانا پڑا۔</w:t>
      </w:r>
    </w:p>
    <w:p>
      <w:r>
        <w:rPr>
          <w:b/>
        </w:rPr>
        <w:t xml:space="preserve">[12:38] </w:t>
      </w:r>
      <w:r>
        <w:t>yeh tha ek ek misaal hai. agar peghambar bhi, peghambar ko bhi ghussa aa jaye to us ke bhi divine wisdom mein farq pad jayega.</w:t>
      </w:r>
    </w:p>
    <w:p>
      <w:pPr>
        <w:jc w:val="right"/>
      </w:pPr>
      <w:r>
        <w:t>یہ تھا ایک ایک مثال ہے۔ اگر پیغمبر بھی، پیغمبر کو بھی غصہ آ جائے تو اس کے بھی Divine Wisdom میں فرق پڑ جائے گا۔</w:t>
      </w:r>
    </w:p>
    <w:p>
      <w:r>
        <w:rPr>
          <w:b/>
        </w:rPr>
        <w:t xml:space="preserve">[12:52] </w:t>
      </w:r>
      <w:r>
        <w:t>woh bhi right thinking nahi kar payega. woh galat faisla le lega. mein samajhta hoon ke yeh aakhri misaal hai jo hamein darane ke liye kafi hai.</w:t>
      </w:r>
    </w:p>
    <w:p>
      <w:pPr>
        <w:jc w:val="right"/>
      </w:pPr>
      <w:r>
        <w:t>وہ بھی Right thinking نہیں کر پائے گا۔ وہ غلط فیصلہ لے لے گا۔ میں سمجھتا ہوں کہ یہ آخری مثال ہے جو ہمیں ڈرانے کے لیے کافی ہے۔</w:t>
      </w:r>
    </w:p>
    <w:p>
      <w:r>
        <w:rPr>
          <w:b/>
        </w:rPr>
        <w:t xml:space="preserve">[13:04] </w:t>
      </w:r>
      <w:r>
        <w:t>ke jab peghambar bhi is mein exempted nahi hai ke ghussa aaye to right thinking chali jaye, to hum kaise is se bache reh sakte hain?</w:t>
      </w:r>
    </w:p>
    <w:p>
      <w:pPr>
        <w:jc w:val="right"/>
      </w:pPr>
      <w:r>
        <w:t>کہ جب پیغمبر بھی اس میں exempted نہیں ہے کہ غصہ آئے تو Right thinking چلی جائے، تو ہم کیسے اس سے بچے رہ سکتے ہیں؟</w:t>
      </w:r>
    </w:p>
    <w:p>
      <w:r>
        <w:rPr>
          <w:b/>
        </w:rPr>
        <w:t xml:space="preserve">[13:15] </w:t>
      </w:r>
      <w:r>
        <w:t>to bohat hi sangin baat hai yeh. is ko janiye. ab dekhiye, ghusse ka do shaklein hain.</w:t>
      </w:r>
    </w:p>
    <w:p>
      <w:pPr>
        <w:jc w:val="right"/>
      </w:pPr>
      <w:r>
        <w:t>تو بہت ہی سنگین بات ہے یہ۔ اس کو جانیے۔ اب دیکھیے، غصے کا دو شکلیں ہیں۔</w:t>
      </w:r>
    </w:p>
    <w:p>
      <w:r>
        <w:rPr>
          <w:b/>
        </w:rPr>
        <w:t xml:space="preserve">[13:22] </w:t>
      </w:r>
      <w:r>
        <w:t>ek hai ke ek individual ko ghussa aa jaye, ek fard ko ghussa aa jaye. ek yeh hai ke poori community, poori ummat jo hai ghusse mein pad jaye.</w:t>
      </w:r>
    </w:p>
    <w:p>
      <w:pPr>
        <w:jc w:val="right"/>
      </w:pPr>
      <w:r>
        <w:t>ایک ہے کہ ایک individual کو غصہ آ جائے، ایک فرد کو غصہ آ جائے۔ ایک یہ ہے کہ پوری community، پوری امت جو ہے غصے میں پڑ جائے۔</w:t>
      </w:r>
    </w:p>
    <w:p>
      <w:r>
        <w:rPr>
          <w:b/>
        </w:rPr>
        <w:t xml:space="preserve">[13:36] </w:t>
      </w:r>
      <w:r>
        <w:t>do shaklein hoti hain. to individual ka ghussa jo hai, us ki zaat hi ko nuqsan dega. lekin poora giroh, poori ummat agar ghusse mein aa jaye to poori poori ummat ko nuqsan uthana padega is ka.</w:t>
      </w:r>
    </w:p>
    <w:p>
      <w:pPr>
        <w:jc w:val="right"/>
      </w:pPr>
      <w:r>
        <w:t>دو شکلیں ہوتی ہیں۔ تو individual کا غصہ جو ہے، اس کی ذات ہی کو نقصان دے گا۔ لیکن پورا گروہ، پوری امت اگر غصے میں آ جائے تو پوری پوری امت کو نقصان اٹھانا پڑے گا اس کا۔</w:t>
      </w:r>
    </w:p>
    <w:p>
      <w:r>
        <w:rPr>
          <w:b/>
        </w:rPr>
        <w:t xml:space="preserve">[13:53] </w:t>
      </w:r>
      <w:r>
        <w:t>ab mein chand ek misaal deta hoon aap ko. aur jaisa ke maine arz kiya, ghussa aana bura nahi hai. bura yeh hai ke aap ghusse ko control na karein.</w:t>
      </w:r>
    </w:p>
    <w:p>
      <w:pPr>
        <w:jc w:val="right"/>
      </w:pPr>
      <w:r>
        <w:t>اب میں چند ایک مثال دیتا ہوں آپ کو۔ اور جیسا کہ میں نے عرض کیا، غصہ آنا برا نہیں ہے۔ برا یہ ہے کہ آپ غصے کو کنٹرول نہ کریں۔</w:t>
      </w:r>
    </w:p>
    <w:p>
      <w:r>
        <w:rPr>
          <w:b/>
        </w:rPr>
        <w:t xml:space="preserve">[14:08] </w:t>
      </w:r>
      <w:r>
        <w:t>ghusse ko zabt na karein. yeh bura hai.</w:t>
      </w:r>
    </w:p>
    <w:p>
      <w:pPr>
        <w:jc w:val="right"/>
      </w:pPr>
      <w:r>
        <w:t>غصے کو ضبط نہ کریں۔ یہ برا ہے۔</w:t>
      </w:r>
    </w:p>
    <w:p>
      <w:r>
        <w:rPr>
          <w:b/>
        </w:rPr>
        <w:t xml:space="preserve">[14:14] </w:t>
      </w:r>
      <w:r>
        <w:t>to ek misaal mein deta hoon aap ko. ek sahabi the madine ke bahar ke.</w:t>
      </w:r>
    </w:p>
    <w:p>
      <w:pPr>
        <w:jc w:val="right"/>
      </w:pPr>
      <w:r>
        <w:t>تو ایک مثال میں دیتا ہوں آپ کو۔ ایک صحابی تھے مدینے کے باہر کے۔</w:t>
      </w:r>
    </w:p>
    <w:p>
      <w:r>
        <w:rPr>
          <w:b/>
        </w:rPr>
        <w:t xml:space="preserve">[14:24] </w:t>
      </w:r>
      <w:r>
        <w:t>madine ke bahar ek qabila tha, woh us ne Islam qubool kiya. to us ne apne ek aadmi ko bheja madine ke rasool Allah ke paas jao.</w:t>
      </w:r>
    </w:p>
    <w:p>
      <w:pPr>
        <w:jc w:val="right"/>
      </w:pPr>
      <w:r>
        <w:t>مدینے کے باہر ایک قبیلہ تھا، وہ اس نے اسلام قبول کیا۔ تو اس نے اپنے ایک آدمی کو بھیجا مدینہ کہ رسول اللہ کے پاس جاؤ۔</w:t>
      </w:r>
    </w:p>
    <w:p>
      <w:r>
        <w:rPr>
          <w:b/>
        </w:rPr>
        <w:t xml:space="preserve">[14:37] </w:t>
      </w:r>
      <w:r>
        <w:t>aap kuch hua to baitho aur kuch deen seekh kar aao aur hamein batao. to woh aadmi aaya. us waqt aap ek safar mein the aur khayme mein the aap.</w:t>
      </w:r>
    </w:p>
    <w:p>
      <w:pPr>
        <w:jc w:val="right"/>
      </w:pPr>
      <w:r>
        <w:t>آپ کچھ ہوا تو بیٹھو اور کچھ دین سیکھ کراؤ اور ہمیں بتاؤ۔ تو وہ آدمی آیا۔ اس وقت آپ ایک سفر میں تھے اور خیمے میں تھے آپ۔</w:t>
      </w:r>
    </w:p>
    <w:p>
      <w:r>
        <w:rPr>
          <w:b/>
        </w:rPr>
        <w:t xml:space="preserve">[14:56] </w:t>
      </w:r>
      <w:r>
        <w:t>to khayme mein log ja rahe the, rasool Allah andar khayme ke andar the to log ja rahe the, us ke andar dakhil ho rahe the. to woh aadmi jo aaya tha bahar se, us ne andar dakhil hone mein thoda jaldi ki.</w:t>
      </w:r>
    </w:p>
    <w:p>
      <w:pPr>
        <w:jc w:val="right"/>
      </w:pPr>
      <w:r>
        <w:t>تو خیمے میں لوگ جا رہے تھے، رسول اللہ اندر خیمے کے اندر تھے تو لوگ جا رہے تھے، اس کے اندر داخل ہو رہے تھے۔ تو وہ آدمی جو آیا تھا باہر سے، اس نے اندر داخل ہونے میں تھوڑا جلدی کی۔</w:t>
      </w:r>
    </w:p>
    <w:p>
      <w:r>
        <w:rPr>
          <w:b/>
        </w:rPr>
        <w:t xml:space="preserve">[15:12] </w:t>
      </w:r>
      <w:r>
        <w:t>ke jaldi se mein andar pahunch jaon. to kisi shakhs se us ka takkar dhakka lag gaya.</w:t>
      </w:r>
    </w:p>
    <w:p>
      <w:pPr>
        <w:jc w:val="right"/>
      </w:pPr>
      <w:r>
        <w:t>کہ جلدی سے میں اندر پہنچ جاؤں۔ تو کسی شخص سے اس کا ٹکر دھکا لگ گیا۔</w:t>
      </w:r>
    </w:p>
    <w:p>
      <w:r>
        <w:rPr>
          <w:b/>
        </w:rPr>
        <w:t xml:space="preserve">[15:23] </w:t>
      </w:r>
      <w:r>
        <w:t>to woh doosra aadmi jo jis ko dhakka laga tha, woh ghussa aa gaya. us ko ghussa aa gaya. ghusse mein us ne kaha la in darabt la in darabtani la darban la darban la in dafa'tani la tafanak agar ab tum phir mujhe dhakka doge, mein tum ko dhakka doonga.</w:t>
      </w:r>
    </w:p>
    <w:p>
      <w:pPr>
        <w:jc w:val="right"/>
      </w:pPr>
      <w:r>
        <w:t>تو وہ دوسرا آدمی جو جس کو دھکا لگا تھا، وہ غصہ آ گیا۔ اس کو غصہ آ گیا۔ غصے میں اس نے کہا لئن ضربت لئن ضربتني لا ضربن لا ضربن لئن دفعتني لا طفانک اگر اب تم پھر مجھے دھکا دو گے، میں تم کو دھکا دوں گا۔</w:t>
      </w:r>
    </w:p>
    <w:p>
      <w:r>
        <w:rPr>
          <w:b/>
        </w:rPr>
        <w:t xml:space="preserve">[15:45] </w:t>
      </w:r>
      <w:r>
        <w:t>tum maroge to mein tum ko maroonga. ghusse mein us ne kaha.</w:t>
      </w:r>
    </w:p>
    <w:p>
      <w:pPr>
        <w:jc w:val="right"/>
      </w:pPr>
      <w:r>
        <w:t>تم مارو گے تو میں تم کو ماروں گا۔ غصے میں اس نے کہا۔</w:t>
      </w:r>
    </w:p>
    <w:p>
      <w:r>
        <w:rPr>
          <w:b/>
        </w:rPr>
        <w:t xml:space="preserve">[15:51] </w:t>
      </w:r>
      <w:r>
        <w:t>to doosra aadmi ghussa nahi hua. us ne us ko explain kiya. us ne kaha ke dekho, mein door se aaya hoon. mujhe rasool Allah se kuch seekhna hai.</w:t>
      </w:r>
    </w:p>
    <w:p>
      <w:pPr>
        <w:jc w:val="right"/>
      </w:pPr>
      <w:r>
        <w:t>تو دوسرا آدمی غصہ نہیں ہوا۔ اس نے اس کو explain کیا۔ اس نے کہا کہ دیکھو، میں دور سے آیا ہوں۔ مجھے رسول اللہ سے کچھ سیکھنا ہے۔</w:t>
      </w:r>
    </w:p>
    <w:p>
      <w:r>
        <w:rPr>
          <w:b/>
        </w:rPr>
        <w:t xml:space="preserve">[16:04] </w:t>
      </w:r>
      <w:r>
        <w:t>to mein kuch logon ne mujhe bheja hai. mein jaldi kar raha tha. taake agar wahan andar bheed ho jayegi to mein nahi pahunch paunga.</w:t>
      </w:r>
    </w:p>
    <w:p>
      <w:pPr>
        <w:jc w:val="right"/>
      </w:pPr>
      <w:r>
        <w:t>تو میں کچھ لوگوں نے مجھے بھیجا ہے۔ میں جلدی کر رہا تھا۔ تاکہ اگر وہاں اندر بھیڑ ہو جائے گی تو میں نہیں پہنچ پاؤں گا۔</w:t>
      </w:r>
    </w:p>
    <w:p>
      <w:r>
        <w:rPr>
          <w:b/>
        </w:rPr>
        <w:t xml:space="preserve">[16:15] </w:t>
      </w:r>
      <w:r>
        <w:t>to is liye main thora mujh se jaldi ho gai.</w:t>
      </w:r>
    </w:p>
    <w:p>
      <w:pPr>
        <w:jc w:val="right"/>
      </w:pPr>
      <w:r>
        <w:t>تو اس لیے میں تھوڑا مجھ سے جلدی ہو گئی۔</w:t>
      </w:r>
    </w:p>
    <w:p>
      <w:r>
        <w:rPr>
          <w:b/>
        </w:rPr>
        <w:t xml:space="preserve">[16:20] </w:t>
      </w:r>
      <w:r>
        <w:t>is ki wajah se tum ko dhakka lag gaya. to wahi aadmi jis ne pehle ghusse mein kaha tha ke main tum ko maro ga, aik dam is ka mood badal gaya.</w:t>
      </w:r>
    </w:p>
    <w:p>
      <w:pPr>
        <w:jc w:val="right"/>
      </w:pPr>
      <w:r>
        <w:t>اس کی وجہ سے تم کو دھکا لگ گیا۔ تو وہی آدمی جس نے پہلے غصے میں کہا تھا کہ میں تم کو ماروں گا، ایک دم اس کا موڈ بدل گیا۔</w:t>
      </w:r>
    </w:p>
    <w:p>
      <w:r>
        <w:rPr>
          <w:b/>
        </w:rPr>
        <w:t xml:space="preserve">[16:31] </w:t>
      </w:r>
      <w:r>
        <w:t>achanak badal gaya. is ne kaha ke wallah la ashra min pehle is ne kaha tha ya ashra al-rijal wahi wahi shakhs ke munh se nikla tha ya ashra al-rijal aye bohat hi ziyada buray aadmi.</w:t>
      </w:r>
    </w:p>
    <w:p>
      <w:pPr>
        <w:jc w:val="right"/>
      </w:pPr>
      <w:r>
        <w:t>اچانک بدل گیا۔ اس نے کہا کہ واللہ لا أشر من پہلے اس نے کہا تھا يا أشر الرجال وہی وہی شخص کے منہ سے نکلا تھا يا أشر الرجال اے بہت ہی زیادہ برے آدمی۔</w:t>
      </w:r>
    </w:p>
    <w:p>
      <w:r>
        <w:rPr>
          <w:b/>
        </w:rPr>
        <w:t xml:space="preserve">[16:50] </w:t>
      </w:r>
      <w:r>
        <w:t>aye logon mein sab se ziyada buray aadmi. lekin jab is ne explain kiya to wahi shakhs dobara kehta hai ke wallah la ashra mink khuda ki qasam, main hi sab se ziyada bura hoon.</w:t>
      </w:r>
    </w:p>
    <w:p>
      <w:pPr>
        <w:jc w:val="right"/>
      </w:pPr>
      <w:r>
        <w:t>اے لوگوں میں سب سے زیادہ برے آدمی۔ لیکن جب اس نے explain کیا تو وہی شخص دوبارہ کہتا ہے کہ والله لا أشر منك خدا کی قسم، میں ہی سب سے زیادہ برا ہوں۔</w:t>
      </w:r>
    </w:p>
    <w:p>
      <w:r>
        <w:rPr>
          <w:b/>
        </w:rPr>
        <w:t xml:space="preserve">[17:11] </w:t>
      </w:r>
      <w:r>
        <w:t>khuda ki qasam, main hi sab se ziyada bura hoon. wallah la ashra mink</w:t>
      </w:r>
    </w:p>
    <w:p>
      <w:pPr>
        <w:jc w:val="right"/>
      </w:pPr>
      <w:r>
        <w:t>خدا کی قسم، میں ہی سب سے زیادہ برا ہوں۔ والله لا أشر منك</w:t>
      </w:r>
    </w:p>
    <w:p>
      <w:r>
        <w:rPr>
          <w:b/>
        </w:rPr>
        <w:t xml:space="preserve">[17:19] </w:t>
      </w:r>
      <w:r>
        <w:t>ab dekhiye, ghussa aya is aadmi ko. lekin jaise hi yeh baat explain ki gayi, foran woh maan gaya. apni ghalati ko tasleem kiya.</w:t>
      </w:r>
    </w:p>
    <w:p>
      <w:pPr>
        <w:jc w:val="right"/>
      </w:pPr>
      <w:r>
        <w:t>اب دیکھیے، غصہ آیا اس آدمی کو۔ لیکن جیسے ہی یہ بات explain کی گئی، فوراً وہ مان گیا۔ اپنی غلطی کو تسلیم کیا۔</w:t>
      </w:r>
    </w:p>
    <w:p>
      <w:r>
        <w:rPr>
          <w:b/>
        </w:rPr>
        <w:t xml:space="preserve">[17:30] </w:t>
      </w:r>
      <w:r>
        <w:t>aur maafi mangi. yeh aik misaal hai. aik aur misaal mein arz karta hoon. ke ghusse se kitna bara nuqsan hota hai.</w:t>
      </w:r>
    </w:p>
    <w:p>
      <w:pPr>
        <w:jc w:val="right"/>
      </w:pPr>
      <w:r>
        <w:t>اور معافی مانگی۔ یہ ایک مثال ہے۔ ایک اور مثال میں عرض کرتا ہوں۔ کہ غصہ سے کتنا بڑا نقصان ہوتا ہے۔</w:t>
      </w:r>
    </w:p>
    <w:p>
      <w:r>
        <w:rPr>
          <w:b/>
        </w:rPr>
        <w:t xml:space="preserve">[17:43] </w:t>
      </w:r>
      <w:r>
        <w:t>aik baar aisa hai ke madine ke bahir aik aadmi mila Hazrat Abubakar ko.</w:t>
      </w:r>
    </w:p>
    <w:p>
      <w:pPr>
        <w:jc w:val="right"/>
      </w:pPr>
      <w:r>
        <w:t>ایک بار ایسا ہے کہ مدینے کے باہر ایک آدمی ملا حضرت ابوبکر کو۔</w:t>
      </w:r>
    </w:p>
    <w:p>
      <w:r>
        <w:rPr>
          <w:b/>
        </w:rPr>
        <w:t xml:space="preserve">[17:53] </w:t>
      </w:r>
      <w:r>
        <w:t>to woh kisi baat par ghussa ho gaya tha. to Hazrat Umar Abubakar ko bura bhala kehne laga. bura bhala kehne laga.</w:t>
      </w:r>
    </w:p>
    <w:p>
      <w:pPr>
        <w:jc w:val="right"/>
      </w:pPr>
      <w:r>
        <w:t>تو وہ کسی بات پر غصہ ہو گیا تھا۔ تو حضرت عمر ابوبکر کو برا بھلا کہنے لگا۔ برا بھلا کہنے لگا۔</w:t>
      </w:r>
    </w:p>
    <w:p>
      <w:r>
        <w:rPr>
          <w:b/>
        </w:rPr>
        <w:t xml:space="preserve">[18:04] </w:t>
      </w:r>
      <w:r>
        <w:t>to shuru mein Hazrat Abubakar chup chap suntay rahay. un ke andar jawab hi ghussa nahi aya.</w:t>
      </w:r>
    </w:p>
    <w:p>
      <w:pPr>
        <w:jc w:val="right"/>
      </w:pPr>
      <w:r>
        <w:t>تو شروع میں حضرت ابوبکر چپ چاپ سنتے رہے۔ ان کے اندر جواب ہی غصہ نہیں آیا۔</w:t>
      </w:r>
    </w:p>
    <w:p>
      <w:r>
        <w:rPr>
          <w:b/>
        </w:rPr>
        <w:t xml:space="preserve">[18:12] </w:t>
      </w:r>
      <w:r>
        <w:t>wahan Rasool Allah bhi thay. to kuch dair tak sabar kiya Hazrat Abubakar ne. phir unhein bhi ghussa aa gaya. yani jawab bhi ghussa aa gaya.</w:t>
      </w:r>
    </w:p>
    <w:p>
      <w:pPr>
        <w:jc w:val="right"/>
      </w:pPr>
      <w:r>
        <w:t>وہاں رسول اللہ بھی تھے۔ تو کچھ دیر تک صبر کیا حضرت ابوبکر نے۔ پھر انہیں بھی غصہ آ گیا۔ یعنی جواب بھی غصہ آ گیا۔</w:t>
      </w:r>
    </w:p>
    <w:p>
      <w:r>
        <w:rPr>
          <w:b/>
        </w:rPr>
        <w:t xml:space="preserve">[18:23] </w:t>
      </w:r>
      <w:r>
        <w:t>ab unhon ne is ka jawab dena shuru kar diya is aadmi ka. to jaise hi Hazrat Abubakar bolay ghusse mein, to Rasool Allah wahan se chalay gay.</w:t>
      </w:r>
    </w:p>
    <w:p>
      <w:pPr>
        <w:jc w:val="right"/>
      </w:pPr>
      <w:r>
        <w:t>اب انہوں نے اس کا جواب دینا شروع کر دیا اس آدمی کا۔ تو جیسے ہی حضرت ابوبکر بولے غصے میں، تو رسول اللہ وہاں سے چلے گئے۔</w:t>
      </w:r>
    </w:p>
    <w:p>
      <w:r>
        <w:rPr>
          <w:b/>
        </w:rPr>
        <w:t xml:space="preserve">[18:39] </w:t>
      </w:r>
      <w:r>
        <w:t>ab baad ko Hazrat Abubakar milay Rasool Allah se ke aap kyun chalay gay? jab tak woh bol raha tha, main chup tha, tab to aap thay wahan.</w:t>
      </w:r>
    </w:p>
    <w:p>
      <w:pPr>
        <w:jc w:val="right"/>
      </w:pPr>
      <w:r>
        <w:t>اب بعد کو حضرت ابوبکر ملے رسول اللہ سے کہ آپ کیوں چلے گئے؟ جب تک وہ بول رہا تھا، میں چپ تھا، تب تو آپ تھے وہاں۔</w:t>
      </w:r>
    </w:p>
    <w:p>
      <w:r>
        <w:rPr>
          <w:b/>
        </w:rPr>
        <w:t xml:space="preserve">[18:49] </w:t>
      </w:r>
      <w:r>
        <w:t>jab mujhe bhi thora ghussa aa gaya, main bol diya to aap chalay gay</w:t>
      </w:r>
    </w:p>
    <w:p>
      <w:pPr>
        <w:jc w:val="right"/>
      </w:pPr>
      <w:r>
        <w:t>جب مجھے بھی تھوڑا غصہ آ گیا، میں بول دیا تو آپ چلے گ</w:t>
      </w:r>
    </w:p>
    <w:p>
      <w:r>
        <w:rPr>
          <w:b/>
        </w:rPr>
        <w:t xml:space="preserve">[18:53] </w:t>
      </w:r>
      <w:r>
        <w:t>ayay. to Rasool Allah ne farmaya ke jab tak tum bol nahi rahay thay, chup thay, tab tak tumhari taraf se farishta jawab de raha tha.</w:t>
      </w:r>
    </w:p>
    <w:p>
      <w:pPr>
        <w:jc w:val="right"/>
      </w:pPr>
      <w:r>
        <w:t>ئے۔ تو رسول اللہ نے فرمایا کہ جب تک تم بول نہیں رہے تھے، چپ تھے، تب تک تمہاری طرف سے فرشتہ جواب دے رہا تھا۔</w:t>
      </w:r>
    </w:p>
    <w:p>
      <w:r>
        <w:rPr>
          <w:b/>
        </w:rPr>
        <w:t xml:space="preserve">[19:05] </w:t>
      </w:r>
      <w:r>
        <w:t>aur jab tum bhi bol paray, tum ko bhi ghussa aa gaya, to farishta chala gaya. is liye main bhi wahan se chala gaya. dekhiye, is mein kya baat hai?</w:t>
      </w:r>
    </w:p>
    <w:p>
      <w:pPr>
        <w:jc w:val="right"/>
      </w:pPr>
      <w:r>
        <w:t>اور جب تم بھی بول پڑے، تم کو بھی غصہ آ گیا، تو فرشتہ چلا گیا۔ اس لیے میں بھی وہاں سے چلا گیا۔ دیکھیے، اس میں کیا بات ہے؟</w:t>
      </w:r>
    </w:p>
    <w:p>
      <w:r>
        <w:rPr>
          <w:b/>
        </w:rPr>
        <w:t xml:space="preserve">[19:17] </w:t>
      </w:r>
      <w:r>
        <w:t>yeh koi mysterious baat nahi hai. yani yeh na samjhiye ke mysterious hai yeh baat.</w:t>
      </w:r>
    </w:p>
    <w:p>
      <w:pPr>
        <w:jc w:val="right"/>
      </w:pPr>
      <w:r>
        <w:t>یہ کوئی mysterious بات نہیں ہے۔ یعنی یہ نہ سمجھیے کہ mysterious ہے یہ بات۔</w:t>
      </w:r>
    </w:p>
    <w:p>
      <w:r>
        <w:rPr>
          <w:b/>
        </w:rPr>
        <w:t xml:space="preserve">[19:24] </w:t>
      </w:r>
      <w:r>
        <w:t>yeh bilkul rationally understandable hai. woh kaise? dekhiye, woh aadmi jab bol raha tha, bura bhala keh raha tha, aur Hazrat Abubakar chup thay,</w:t>
      </w:r>
    </w:p>
    <w:p>
      <w:pPr>
        <w:jc w:val="right"/>
      </w:pPr>
      <w:r>
        <w:t>یہ بالکل rationally understandable ہے۔ وہ کیسے؟ دیکھیے، وہ آدمی جب بول رہا تھا، برا بھلا کہہ رہا تھا، اور حضرت ابوبکر چپ تھے،</w:t>
      </w:r>
    </w:p>
    <w:p>
      <w:r>
        <w:rPr>
          <w:b/>
        </w:rPr>
        <w:t xml:space="preserve">[19:38] </w:t>
      </w:r>
      <w:r>
        <w:t>to is ka zamir is se keh raha tha ke tum kya kar rahay ho? aisay aadmi ko keh rahay ho jo masoom hai, chup chap hai, kuch kehta nahi, aur tum bolay chalay ja rahay ho is ko?</w:t>
      </w:r>
    </w:p>
    <w:p>
      <w:pPr>
        <w:jc w:val="right"/>
      </w:pPr>
      <w:r>
        <w:t>تو اس کا ضمیر اس سے کہہ رہا تھا کہ تم کیا کر رہے ہو؟ ایسے آدمی کو کہہ رہے ہو جو معصوم ہے، چپ چاپ ہے، کچھ کہتا نہیں، اور تم بولے چلے جا رہے ہو اس کو؟</w:t>
      </w:r>
    </w:p>
    <w:p>
      <w:r>
        <w:rPr>
          <w:b/>
        </w:rPr>
        <w:t xml:space="preserve">[19:53] </w:t>
      </w:r>
      <w:r>
        <w:t>to is ka zamir us ko malamat kar raha tha. yani khud us aadmi ka zamir Hazrat Abubakar ki taraf se bol raha tha.</w:t>
      </w:r>
    </w:p>
    <w:p>
      <w:pPr>
        <w:jc w:val="right"/>
      </w:pPr>
      <w:r>
        <w:t>تو اس کا ضمیر اس کو ملامت کر رہا تھا۔ یعنی خود اس آدمی کا ضمیر حضرت ابوبکر کی طرف سے بول رہا تھا۔</w:t>
      </w:r>
    </w:p>
    <w:p>
      <w:r>
        <w:rPr>
          <w:b/>
        </w:rPr>
        <w:t xml:space="preserve">[20:02] </w:t>
      </w:r>
      <w:r>
        <w:t>to zamir ko activate karte hain farishtay. yaad rakhiye, aik hai ego, aik hai zamir. ego aur conscience.</w:t>
      </w:r>
    </w:p>
    <w:p>
      <w:pPr>
        <w:jc w:val="right"/>
      </w:pPr>
      <w:r>
        <w:t>تو ضمیر کو activate کرتے ہیں فرشتے۔ یاد رکھیے، ایک ہے ego، ایک ہے ضمیر۔ ego اور conscience۔</w:t>
      </w:r>
    </w:p>
    <w:p>
      <w:r>
        <w:rPr>
          <w:b/>
        </w:rPr>
        <w:t xml:space="preserve">[20:11] </w:t>
      </w:r>
      <w:r>
        <w:t>ego ko activate karta hai shaitan. aur zamir ko activate karte hain farishtay.</w:t>
      </w:r>
    </w:p>
    <w:p>
      <w:pPr>
        <w:jc w:val="right"/>
      </w:pPr>
      <w:r>
        <w:t>ego کو activate کرتا ہے شیطان۔ اور ضمیر کو activate کرتے ہیں فرشتے۔</w:t>
      </w:r>
    </w:p>
    <w:p>
      <w:r>
        <w:rPr>
          <w:b/>
        </w:rPr>
        <w:t xml:space="preserve">[20:18] </w:t>
      </w:r>
      <w:r>
        <w:t>to jab Hazrat Abubakar chup thay, to us aadmi ke zamir ko activate kar rahay thay farishtay.</w:t>
      </w:r>
    </w:p>
    <w:p>
      <w:pPr>
        <w:jc w:val="right"/>
      </w:pPr>
      <w:r>
        <w:t>تو جب حضرت ابوبکر چپ تھے، تو اس آدمی کے ضمیر کو activate کر رہے تھے فرشتے۔</w:t>
      </w:r>
    </w:p>
    <w:p>
      <w:r>
        <w:rPr>
          <w:b/>
        </w:rPr>
        <w:t xml:space="preserve">[20:28] </w:t>
      </w:r>
      <w:r>
        <w:t>jab Hazrat Abubakar bol paray, to wahan shaitan ko para ke woh ego ko activate karay.</w:t>
      </w:r>
    </w:p>
    <w:p>
      <w:pPr>
        <w:jc w:val="right"/>
      </w:pPr>
      <w:r>
        <w:t>جب حضرت ابوبکر بول پڑے، تو وہاں شیطان کو پڑا کہ وہ ego کو activate کرے۔</w:t>
      </w:r>
    </w:p>
    <w:p>
      <w:r>
        <w:rPr>
          <w:b/>
        </w:rPr>
        <w:t xml:space="preserve">[20:39] </w:t>
      </w:r>
      <w:r>
        <w:t>to yeh kitna bara nuqsan hai jab aap ghusse mein aa kar kisi ke khilaf larne lagen, us ko sunanay lagen. talkh talkh baaten.</w:t>
      </w:r>
    </w:p>
    <w:p>
      <w:pPr>
        <w:jc w:val="right"/>
      </w:pPr>
      <w:r>
        <w:t>تو یہ کتنا بڑا نقصان ہے جب آپ غصے میں آ کر کسی کے خلاف لڑنے لگیں، اس کو سنانے لگیں۔ تلخ تلخ باتیں۔</w:t>
      </w:r>
    </w:p>
    <w:p>
      <w:r>
        <w:rPr>
          <w:b/>
        </w:rPr>
        <w:t xml:space="preserve">[20:50] </w:t>
      </w:r>
      <w:r>
        <w:t>kyunke jab aap aisa karenge to aap farishton ki madad se mehroom ho jayenge. farishton ki sohbat se mehroom ho jayenge.</w:t>
      </w:r>
    </w:p>
    <w:p>
      <w:pPr>
        <w:jc w:val="right"/>
      </w:pPr>
      <w:r>
        <w:t>کیونکہ جب آپ ایسا کریں گے تو آپ فرشتوں کی مدد سے محروم ہو جائیں گے۔ فرشتوں کی صحبت سے محروم ہو جائیں گے۔</w:t>
      </w:r>
    </w:p>
    <w:p>
      <w:r>
        <w:rPr>
          <w:b/>
        </w:rPr>
        <w:t xml:space="preserve">[21:01] </w:t>
      </w:r>
      <w:r>
        <w:t>kitna bada nuqsan hai.</w:t>
      </w:r>
    </w:p>
    <w:p>
      <w:pPr>
        <w:jc w:val="right"/>
      </w:pPr>
      <w:r>
        <w:t>کتنا بڑا نقصان ہے۔</w:t>
      </w:r>
    </w:p>
    <w:p>
      <w:r>
        <w:rPr>
          <w:b/>
        </w:rPr>
        <w:t xml:space="preserve">[21:03] </w:t>
      </w:r>
      <w:r>
        <w:t>is duniya mein yaad rakhiye, har lamha, har lamha, hum ya to shaitan ki zad mein hote hain ya farishton ki sohbat mein hote hain.</w:t>
      </w:r>
    </w:p>
    <w:p>
      <w:pPr>
        <w:jc w:val="right"/>
      </w:pPr>
      <w:r>
        <w:t>اس دنیا میں یاد رکھیے، ہر لمحہ، ہر لمحہ، ہم یا تو شیطان کی زد میں ہوتے ہیں یا فرشتوں کی صحبت میں ہوتے ہیں۔</w:t>
      </w:r>
    </w:p>
    <w:p>
      <w:r>
        <w:rPr>
          <w:b/>
        </w:rPr>
        <w:t xml:space="preserve">[21:14] </w:t>
      </w:r>
      <w:r>
        <w:t>har lamha. jab bhi hamare andar ghussa ho, negative thought hon, nafrat ho, is tarah ki cheezein jo hon, to is ka matlab hai ke hum shaitan ki sohbat mein chale gaye hain.</w:t>
      </w:r>
    </w:p>
    <w:p>
      <w:pPr>
        <w:jc w:val="right"/>
      </w:pPr>
      <w:r>
        <w:t>ہر لمحہ۔ جب بھی ہمارے اندر غصہ ہو، negative thought ہوں، نفرت ہو، اس طرح کی چیزیں جو ہوں، تو اس کا معنی ہے کہ ہم شیطان کی صحبت میں چلے گئے ہیں۔</w:t>
      </w:r>
    </w:p>
    <w:p>
      <w:r>
        <w:rPr>
          <w:b/>
        </w:rPr>
        <w:t xml:space="preserve">[21:29] </w:t>
      </w:r>
      <w:r>
        <w:t>shaitan hamein activate kar raha hai. aur is ke baraks jab ho ke hum ghussa na karein, hum positive thinking ho hamare andar, nafrat ki bajaye hamare andar khair khwahi ho, valuation ho,</w:t>
      </w:r>
    </w:p>
    <w:p>
      <w:pPr>
        <w:jc w:val="right"/>
      </w:pPr>
      <w:r>
        <w:t>شیطان ہمیں activate کر رہا ہے۔ اور اس کے برعکس جب ہو کہ ہم غصہ نہ کریں، ہم positive thinking ہو ہمارے اندر، نفرت کی بجائے ہمارے اندر خیر خواہی ہو، valuation ہو،</w:t>
      </w:r>
    </w:p>
    <w:p>
      <w:r>
        <w:rPr>
          <w:b/>
        </w:rPr>
        <w:t xml:space="preserve">[21:45] </w:t>
      </w:r>
      <w:r>
        <w:t>to us waqt farishte wahan maujood honge.</w:t>
      </w:r>
    </w:p>
    <w:p>
      <w:pPr>
        <w:jc w:val="right"/>
      </w:pPr>
      <w:r>
        <w:t>تو اس وقت فرشتے وہاں موجود ہوں گے۔</w:t>
      </w:r>
    </w:p>
    <w:p>
      <w:r>
        <w:rPr>
          <w:b/>
        </w:rPr>
        <w:t xml:space="preserve">[21:49] </w:t>
      </w:r>
      <w:r>
        <w:t>to kaisi ajeeb baat hai ke ghussa aaya to farishte chale gaye aur shaitan dakhil ho gaya aap ke dimagh mein.</w:t>
      </w:r>
    </w:p>
    <w:p>
      <w:pPr>
        <w:jc w:val="right"/>
      </w:pPr>
      <w:r>
        <w:t>تو کیسی عجیب بات ہے کہ غصہ آیا تو فرشتے چلے گئے اور شیطان داخل ہو گیا آپ کے دماغ میں۔</w:t>
      </w:r>
    </w:p>
    <w:p>
      <w:r>
        <w:rPr>
          <w:b/>
        </w:rPr>
        <w:t xml:space="preserve">[22:00] </w:t>
      </w:r>
      <w:r>
        <w:t>kitni ajeeb ghareeb baat hai yeh. to yeh</w:t>
      </w:r>
    </w:p>
    <w:p>
      <w:pPr>
        <w:jc w:val="right"/>
      </w:pPr>
      <w:r>
        <w:t>کتنی عجیب غریب بات ہے یہ۔ تو یہ</w:t>
      </w:r>
    </w:p>
    <w:p>
      <w:r>
        <w:rPr>
          <w:b/>
        </w:rPr>
        <w:t xml:space="preserve">[22:06] </w:t>
      </w:r>
      <w:r>
        <w:t>yaani bohat hi zyada important hai Islam mein, bohat zyada importance hai Islam mein is baat ki ke aadmi ghusse ko control kare.</w:t>
      </w:r>
    </w:p>
    <w:p>
      <w:pPr>
        <w:jc w:val="right"/>
      </w:pPr>
      <w:r>
        <w:t>یعنی بہت ہی زیادہ important ہے اسلام میں، بہت زیادہ importance ہے اسلام میں اس بات کی کہ آدمی غصے کو کنٹرول کرے۔</w:t>
      </w:r>
    </w:p>
    <w:p>
      <w:r>
        <w:rPr>
          <w:b/>
        </w:rPr>
        <w:t xml:space="preserve">[22:20] </w:t>
      </w:r>
      <w:r>
        <w:t>ek hadith hai laysa shadeedul basar</w:t>
      </w:r>
    </w:p>
    <w:p>
      <w:pPr>
        <w:jc w:val="right"/>
      </w:pPr>
      <w:r>
        <w:t>ایک حدیث ہے ليس شديد البصر</w:t>
      </w:r>
    </w:p>
    <w:p>
      <w:r>
        <w:rPr>
          <w:b/>
        </w:rPr>
        <w:t xml:space="preserve">[22:27] </w:t>
      </w:r>
      <w:r>
        <w:t>inna shadeeda mayamliku indal ghadab yaani taqatwar woh nahi hai jo pachhad de ladai mein, ladka pachhad de.</w:t>
      </w:r>
    </w:p>
    <w:p>
      <w:pPr>
        <w:jc w:val="right"/>
      </w:pPr>
      <w:r>
        <w:t>إن شديدًا مَيُمْلِكُ عند الغضب یعنی طاقتور وہ نہیں ہے جو پچھاڑ دے لڑائی میں، لڑکا پچھاڑ دے۔</w:t>
      </w:r>
    </w:p>
    <w:p>
      <w:r>
        <w:rPr>
          <w:b/>
        </w:rPr>
        <w:t xml:space="preserve">[22:39] </w:t>
      </w:r>
      <w:r>
        <w:t>nahin. taqatwar woh hai jo apne ghusse ko control kar le.</w:t>
      </w:r>
    </w:p>
    <w:p>
      <w:pPr>
        <w:jc w:val="right"/>
      </w:pPr>
      <w:r>
        <w:t>نہیں۔ طاقتور وہ ہے جو اپنے غصے کو کنٹرول کر لے۔</w:t>
      </w:r>
    </w:p>
    <w:p>
      <w:r>
        <w:rPr>
          <w:b/>
        </w:rPr>
        <w:t xml:space="preserve">[22:48] </w:t>
      </w:r>
      <w:r>
        <w:t>jo apne ghusse ko control kar le. kyunke aap larr kar kisi ko pachhada aap ne to kya kiya aap ne? ek aadmi ko apna dushman bana liya aap ne.</w:t>
      </w:r>
    </w:p>
    <w:p>
      <w:pPr>
        <w:jc w:val="right"/>
      </w:pPr>
      <w:r>
        <w:t>جو اپنے غصے کو کنٹرول کر لے۔ کیونکہ آپ لڑ کر کسی کو پچھاڑا آپ نے تو کیا کیا آپ نے؟ ایک آدمی کو اپنا دشمن بنا لیا آپ نے۔</w:t>
      </w:r>
    </w:p>
    <w:p>
      <w:r>
        <w:rPr>
          <w:b/>
        </w:rPr>
        <w:t xml:space="preserve">[22:57] </w:t>
      </w:r>
      <w:r>
        <w:t>aap ghaur kijiye. agar larr gaye aur aap ne aap khud haare to to zillat hi zillat hai.</w:t>
      </w:r>
    </w:p>
    <w:p>
      <w:pPr>
        <w:jc w:val="right"/>
      </w:pPr>
      <w:r>
        <w:t>آپ غور کیجیے۔ اگر لڑ گئے اور آپ نے آپ خود ہارے تو تو ذلت ہی ذلت ہے۔</w:t>
      </w:r>
    </w:p>
    <w:p>
      <w:r>
        <w:rPr>
          <w:b/>
        </w:rPr>
        <w:t xml:space="preserve">[23:07] </w:t>
      </w:r>
      <w:r>
        <w:t>lekin farz kijiye aap jeet gaye aur us ko aap ne pachhad diya tab bhi bohat bada nuqsan hai. khwamkhwah ek shakhs ko apna dushman bana liya aap ne.</w:t>
      </w:r>
    </w:p>
    <w:p>
      <w:pPr>
        <w:jc w:val="right"/>
      </w:pPr>
      <w:r>
        <w:t>لیکن فرض کیجیے آپ جیت گئے اور اس کو آپ نے پچھاڑ دیا۔ تب بھی بہت بڑا نقصان ہے۔ خوامخواہ ایک شخص کو اپنا دشمن بنا لیا آپ نے۔</w:t>
      </w:r>
    </w:p>
    <w:p>
      <w:r>
        <w:rPr>
          <w:b/>
        </w:rPr>
        <w:t xml:space="preserve">[23:19] </w:t>
      </w:r>
      <w:r>
        <w:t>dushman. ek aadmi ke dil mein apni nafrat daal di.</w:t>
      </w:r>
    </w:p>
    <w:p>
      <w:pPr>
        <w:jc w:val="right"/>
      </w:pPr>
      <w:r>
        <w:t>دشمن۔ ایک آدمی کے دل میں اپنی نفرت ڈال دی۔</w:t>
      </w:r>
    </w:p>
    <w:p>
      <w:r>
        <w:rPr>
          <w:b/>
        </w:rPr>
        <w:t xml:space="preserve">[23:26] </w:t>
      </w:r>
      <w:r>
        <w:t>to kya yeh kam nuqsan hai yeh? to ghusse ke waqt agar aap bazahir kamyab hon, tab bhi nuqsan hai.</w:t>
      </w:r>
    </w:p>
    <w:p>
      <w:pPr>
        <w:jc w:val="right"/>
      </w:pPr>
      <w:r>
        <w:t>تو کیا یہ کم نقصان ہے یہ؟ تو غصے کے وقت اگر آپ بظاہر کامیاب ہوں، تب بھی نقصان ہے۔</w:t>
      </w:r>
    </w:p>
    <w:p>
      <w:r>
        <w:rPr>
          <w:b/>
        </w:rPr>
        <w:t xml:space="preserve">[23:37] </w:t>
      </w:r>
      <w:r>
        <w:t>aur aur agar nakaam hon, tab bhi nuqsan hai. yaani ghussa aaya aur kisi se larr gaye aap. to farz kijiye bazahir aap kamyab ho jayein.</w:t>
      </w:r>
    </w:p>
    <w:p>
      <w:pPr>
        <w:jc w:val="right"/>
      </w:pPr>
      <w:r>
        <w:t>اور اور اگر ناکام ہوں، تب بھی نقصان ہے۔ یعنی غصہ آیا اور کسی سے لڑ گئے آپ۔ تو فرض کیجیے بظاہر آپ کامیاب ہو جائیں۔</w:t>
      </w:r>
    </w:p>
    <w:p>
      <w:r>
        <w:rPr>
          <w:b/>
        </w:rPr>
        <w:t xml:space="preserve">[23:49] </w:t>
      </w:r>
      <w:r>
        <w:t>tab bhi us ko aap ne aap us ke andar nafrat daal di. us ko apna dushman bana liya.</w:t>
      </w:r>
    </w:p>
    <w:p>
      <w:pPr>
        <w:jc w:val="right"/>
      </w:pPr>
      <w:r>
        <w:t>تب بھی اس کو آپ نے آپ اس کے اندر نفرت ڈال دی۔ اس کو اپنا دشمن بنا لیا۔</w:t>
      </w:r>
    </w:p>
    <w:p>
      <w:r>
        <w:rPr>
          <w:b/>
        </w:rPr>
        <w:t xml:space="preserve">[23:57] </w:t>
      </w:r>
      <w:r>
        <w:t>is wajah se har haal mein mufeed baat yeh hai ke aadmi ghusse ko control kare. ghusse ko control kare.</w:t>
      </w:r>
    </w:p>
    <w:p>
      <w:pPr>
        <w:jc w:val="right"/>
      </w:pPr>
      <w:r>
        <w:t>اس وجہ سے ہر حال میں مفید بات یہ ہے کہ آدمی غصے کو کنٹرول کرے۔ غصے کو کنٹرول کرے۔</w:t>
      </w:r>
    </w:p>
    <w:p>
      <w:r>
        <w:rPr>
          <w:b/>
        </w:rPr>
        <w:t xml:space="preserve">[24:08] </w:t>
      </w:r>
      <w:r>
        <w:t>to yeh jaisa ke maine arz kiya hadith jo al-baqi mein hai ke ghussa aadmi ke iman ko mein fasad daal deta hai.</w:t>
      </w:r>
    </w:p>
    <w:p>
      <w:pPr>
        <w:jc w:val="right"/>
      </w:pPr>
      <w:r>
        <w:t>تو یہ جیسا کہ میں نے عرض کیا حدیث جو البقی میں ہے کہ غصہ آدمی کے ایمان کو میں فساد ڈال دیتا ہے۔</w:t>
      </w:r>
    </w:p>
    <w:p>
      <w:r>
        <w:rPr>
          <w:b/>
        </w:rPr>
        <w:t xml:space="preserve">[24:23] </w:t>
      </w:r>
      <w:r>
        <w:t>iska matlab kya hai?</w:t>
      </w:r>
    </w:p>
    <w:p>
      <w:pPr>
        <w:jc w:val="right"/>
      </w:pPr>
      <w:r>
        <w:t>اس کا مطلب کیا ہے؟</w:t>
      </w:r>
    </w:p>
    <w:p>
      <w:r>
        <w:rPr>
          <w:b/>
        </w:rPr>
        <w:t xml:space="preserve">[24:25] </w:t>
      </w:r>
      <w:r>
        <w:t>Anger corrupts your divine wisdom aap ke andar jo divine wisdom hai, us ko dushman ghussa jo hai, us ko corrupt kar deta hai.</w:t>
      </w:r>
    </w:p>
    <w:p>
      <w:pPr>
        <w:jc w:val="right"/>
      </w:pPr>
      <w:r>
        <w:t>Anger corrupts your divine wisdom آپ کے اندر جو divine wisdom ہے، اس کو دشمن غصہ جو ہے، اس کو corrupt کر دیتا ہے۔</w:t>
      </w:r>
    </w:p>
    <w:p>
      <w:r>
        <w:rPr>
          <w:b/>
        </w:rPr>
        <w:t xml:space="preserve">[24:39] </w:t>
      </w:r>
      <w:r>
        <w:t>us ko us ko bigaad deta hai. Divine wisdom yaani right thinking khatm ho jati hai.</w:t>
      </w:r>
    </w:p>
    <w:p>
      <w:pPr>
        <w:jc w:val="right"/>
      </w:pPr>
      <w:r>
        <w:t>اس کو اس کو بگاڑ دیتا ہے۔ Divine wisdom یعنیright thinking ختم ہو جاتی ہے۔</w:t>
      </w:r>
    </w:p>
    <w:p>
      <w:r>
        <w:rPr>
          <w:b/>
        </w:rPr>
        <w:t xml:space="preserve">[24:47] </w:t>
      </w:r>
      <w:r>
        <w:t>aap ulte seedhe faisle karte hain. aur jo asal cheez jo hai, usi wohi aap ki nazar se ojhal ho jati hai. jo asal cheez hai.</w:t>
      </w:r>
    </w:p>
    <w:p>
      <w:pPr>
        <w:jc w:val="right"/>
      </w:pPr>
      <w:r>
        <w:t>آپ الٹے سیدھے فیصلے کرتے ہیں۔ اور جو اصل چیز جو ہے، اسی وہی آپ کی نظر سے اوجھل ہو جاتی ہے۔ جو اصل چیز ہے۔</w:t>
      </w:r>
    </w:p>
    <w:p>
      <w:r>
        <w:rPr>
          <w:b/>
        </w:rPr>
        <w:t xml:space="preserve">[24:58] </w:t>
      </w:r>
      <w:r>
        <w:t>jaise dekhiye, abhi ka jo aap akhbaron mein dekhte honge ke Salman Rushdie jis ne kitab likhi thi "Tattrick Verses" to fatwa laga us ke khilaf.</w:t>
      </w:r>
    </w:p>
    <w:p>
      <w:pPr>
        <w:jc w:val="right"/>
      </w:pPr>
      <w:r>
        <w:t>جیسے دیکھیے، ابھی کا جو آپ اخباروں میں دیکھتے ہوں گے کہ سلمان رشدی جس نے کتاب لکھی تھی "Tattrick Verses" تو فتویٰ لگا اس کے خلاف۔</w:t>
      </w:r>
    </w:p>
    <w:p>
      <w:r>
        <w:rPr>
          <w:b/>
        </w:rPr>
        <w:t xml:space="preserve">[25:11] </w:t>
      </w:r>
      <w:r>
        <w:t>isko maar dalo.</w:t>
      </w:r>
    </w:p>
    <w:p>
      <w:pPr>
        <w:jc w:val="right"/>
      </w:pPr>
      <w:r>
        <w:t>اس کو مار ڈالو۔</w:t>
      </w:r>
    </w:p>
    <w:p>
      <w:r>
        <w:rPr>
          <w:b/>
        </w:rPr>
        <w:t xml:space="preserve">[25:13] </w:t>
      </w:r>
      <w:r>
        <w:t>to woh chala gaya Britain. To Musalman maar to nahi paya us ko, lekin UK ne us ko bohat bari security de di.</w:t>
      </w:r>
    </w:p>
    <w:p>
      <w:pPr>
        <w:jc w:val="right"/>
      </w:pPr>
      <w:r>
        <w:t>تو وہ چلا گیا برٹن۔ تو مسلمان مار تو نہیں پایا اس کو، لیکن یو کے نے اس کو بہت بڑی سیکیورٹی دے دی۔</w:t>
      </w:r>
    </w:p>
    <w:p>
      <w:r>
        <w:rPr>
          <w:b/>
        </w:rPr>
        <w:t xml:space="preserve">[25:25] </w:t>
      </w:r>
      <w:r>
        <w:t>us waqt woh UK ki security mein rehta hai. Aur jahan Musalman ki pahunch nahi sakte. Musalmanon ke liye pahunchna un ke bas se bahir hai.</w:t>
      </w:r>
    </w:p>
    <w:p>
      <w:pPr>
        <w:jc w:val="right"/>
      </w:pPr>
      <w:r>
        <w:t>اس وقت وہ یو کے کی سیکیورٹی میں رہتا ہے۔ اور جہاں مسلمان کی پہنچ نہیں سکتے۔ مسلمانوں کے لیے پہنچنا ان کے بس سے باہر ہے۔</w:t>
      </w:r>
    </w:p>
    <w:p>
      <w:r>
        <w:rPr>
          <w:b/>
        </w:rPr>
        <w:t xml:space="preserve">[25:35] </w:t>
      </w:r>
      <w:r>
        <w:t>to kya mila aap ko? Fatwa lagane se. Kuch bhi nahi mila.</w:t>
      </w:r>
    </w:p>
    <w:p>
      <w:pPr>
        <w:jc w:val="right"/>
      </w:pPr>
      <w:r>
        <w:t>تو کیا ملا آپ کو؟ فتویٰ لگانے سے۔ کچھ بھی نہیں ملا۔</w:t>
      </w:r>
    </w:p>
    <w:p>
      <w:r>
        <w:rPr>
          <w:b/>
        </w:rPr>
        <w:t xml:space="preserve">[25:41] </w:t>
      </w:r>
      <w:r>
        <w:t>ab Rushdie ko invite kiya Jaipur ke kisi organization ne koi function mein shirkat karne ke liye.</w:t>
      </w:r>
    </w:p>
    <w:p>
      <w:pPr>
        <w:jc w:val="right"/>
      </w:pPr>
      <w:r>
        <w:t>اب رشدی کو invite کیا جے پور کے کسی organization نے کوئی function میں شرکت کرنے کے لیے۔</w:t>
      </w:r>
    </w:p>
    <w:p>
      <w:r>
        <w:rPr>
          <w:b/>
        </w:rPr>
        <w:t xml:space="preserve">[25:51] </w:t>
      </w:r>
      <w:r>
        <w:t>to is liye dhoom machi hui hai. Ke is ko roko India mein na aanay paye. To is par mera aik article chapa hai Angrezi akhbar mein.</w:t>
      </w:r>
    </w:p>
    <w:p>
      <w:pPr>
        <w:jc w:val="right"/>
      </w:pPr>
      <w:r>
        <w:t>تو اس لیے دھوم مچی ہوئی ہے۔ کہ اس کو روکو انڈیا میں نہ آنے پائے۔ تو اس پر میرا ایک آرٹیکل چھپا ہے انگریزی اخبار میں۔</w:t>
      </w:r>
    </w:p>
    <w:p>
      <w:r>
        <w:rPr>
          <w:b/>
        </w:rPr>
        <w:t xml:space="preserve">[26:01] </w:t>
      </w:r>
      <w:r>
        <w:t>aaj hi. Aaj hi chapa hai yeh. Is mein hai</w:t>
      </w:r>
    </w:p>
    <w:p>
      <w:pPr>
        <w:jc w:val="right"/>
      </w:pPr>
      <w:r>
        <w:t>آج ہی۔ آج ہی چھپا ہے یہ۔ اس میں ہے</w:t>
      </w:r>
    </w:p>
    <w:p>
      <w:r>
        <w:rPr>
          <w:b/>
        </w:rPr>
        <w:t xml:space="preserve">[26:09] </w:t>
      </w:r>
      <w:r>
        <w:t>"No Thought Crime".</w:t>
      </w:r>
    </w:p>
    <w:p>
      <w:pPr>
        <w:jc w:val="right"/>
      </w:pPr>
      <w:r>
        <w:t>"No Thought Crime"۔</w:t>
      </w:r>
    </w:p>
    <w:p>
      <w:r>
        <w:rPr>
          <w:b/>
        </w:rPr>
        <w:t xml:space="preserve">[26:13] </w:t>
      </w:r>
      <w:r>
        <w:t>is ka title mere mere mazmoon ke aik se aik jumla nikal kar aik title lagaya hai. No Thought Crime dekhiye, dunya mein aik ta'assur ban gaya hai Islam ke baray mein.</w:t>
      </w:r>
    </w:p>
    <w:p>
      <w:pPr>
        <w:jc w:val="right"/>
      </w:pPr>
      <w:r>
        <w:t>اس کا ٹائٹل میرے میرے مضمون کے ایک سے ایک جملہ نکال کر ایک ٹائٹل لگایا ہے۔ No Thought Crime دیکھیے، دنیا میں ایک تاثر بن گیا ہے اسلام کے بارے میں۔</w:t>
      </w:r>
    </w:p>
    <w:p>
      <w:r>
        <w:rPr>
          <w:b/>
        </w:rPr>
        <w:t xml:space="preserve">[26:27] </w:t>
      </w:r>
      <w:r>
        <w:t>bohat hi bura ta'assur. Phir kitab chhapi hai. Mere pas kitab maujood hai. Aap aa kar dekh sakte hain. Ke Islam thought crime mein believe karta hai.</w:t>
      </w:r>
    </w:p>
    <w:p>
      <w:pPr>
        <w:jc w:val="right"/>
      </w:pPr>
      <w:r>
        <w:t>بہت ہی برا تاثر۔ پھر کتاب چھپی ہے۔ میرے پاس کتاب موجود ہے۔ آپ آ کر دیکھ سکتے ہیں۔ کہ اسلام thought crime میں believe کرتا ہے۔</w:t>
      </w:r>
    </w:p>
    <w:p>
      <w:r>
        <w:rPr>
          <w:b/>
        </w:rPr>
        <w:t xml:space="preserve">[26:37] </w:t>
      </w:r>
      <w:r>
        <w:t>yani sochana bhi jurm hai Islam ke nazdeek. Punishable jurm.</w:t>
      </w:r>
    </w:p>
    <w:p>
      <w:pPr>
        <w:jc w:val="right"/>
      </w:pPr>
      <w:r>
        <w:t>یعنی سوچنا بھی جرم ہے اسلام کے نزدیک۔ Punishable جرم۔</w:t>
      </w:r>
    </w:p>
    <w:p>
      <w:r>
        <w:rPr>
          <w:b/>
        </w:rPr>
        <w:t xml:space="preserve">[26:43] </w:t>
      </w:r>
      <w:r>
        <w:t>kahin kaisa ajeeb ghareeb yeh hai. Hamare fi'l se itni bari bad'gumani ho rahi hai.</w:t>
      </w:r>
    </w:p>
    <w:p>
      <w:pPr>
        <w:jc w:val="right"/>
      </w:pPr>
      <w:r>
        <w:t>کہیں کیسا عجیب غریب یہ ہے۔ ہمارے فعل سے اتنی بڑی بدگمانی ہو رہی ہے۔</w:t>
      </w:r>
    </w:p>
    <w:p>
      <w:r>
        <w:rPr>
          <w:b/>
        </w:rPr>
        <w:t xml:space="preserve">[26:52] </w:t>
      </w:r>
      <w:r>
        <w:t>Madine mein aik shakhs tha, uska naam tha Abdullah ibn Abi. Woh Rasool Allah ke khilaf bohat ziyada behuda baat karta rehta tha.</w:t>
      </w:r>
    </w:p>
    <w:p>
      <w:pPr>
        <w:jc w:val="right"/>
      </w:pPr>
      <w:r>
        <w:t>مدینے میں ایک شخص تھا، اس کا نام تھا عبداللہ ابن ابی۔ وہ رسول اللہ کے خلاف بہت زیادہ بیہودہ بات کرتا رہتا تھا۔</w:t>
      </w:r>
    </w:p>
    <w:p>
      <w:r>
        <w:rPr>
          <w:b/>
        </w:rPr>
        <w:t xml:space="preserve">[27:01] </w:t>
      </w:r>
      <w:r>
        <w:t>sazish karta tha. To us ko logon ne chaha ke maar dalen.</w:t>
      </w:r>
    </w:p>
    <w:p>
      <w:pPr>
        <w:jc w:val="right"/>
      </w:pPr>
      <w:r>
        <w:t>سازش کرتا تھا۔ تو اس کو لوگوں نے چاہا کہ مار ڈالیں۔</w:t>
      </w:r>
    </w:p>
    <w:p>
      <w:r>
        <w:rPr>
          <w:b/>
        </w:rPr>
        <w:t xml:space="preserve">[27:10] </w:t>
      </w:r>
      <w:r>
        <w:t>to Rasool Allah ne kaha ke nahi. Nahi. To aap ne yahi farmaya ke log yeh kahenge ke Islam thought crime mein believe karta hai.</w:t>
      </w:r>
    </w:p>
    <w:p>
      <w:pPr>
        <w:jc w:val="right"/>
      </w:pPr>
      <w:r>
        <w:t>تو رسول اللہ نے کہا کہ نہیں۔ نہیں۔ تو آپ نے یہی فرمایا کہ لوگ یہ کہیں گے کہ اسلام thought crime میں believe کرتا ہے۔</w:t>
      </w:r>
    </w:p>
    <w:p>
      <w:r>
        <w:rPr>
          <w:b/>
        </w:rPr>
        <w:t xml:space="preserve">[27:23] </w:t>
      </w:r>
      <w:r>
        <w:t>yani haan, us ne talwar to chalai nahi hai. Woh jo hai, hamara aap ka hath paon toda nahi hai us ne. Koi bomb to dala nahi hamare upar. Sirf apne munh se kuch baatein bolta hai.</w:t>
      </w:r>
    </w:p>
    <w:p>
      <w:pPr>
        <w:jc w:val="right"/>
      </w:pPr>
      <w:r>
        <w:t>یعنی ہاں، اس نے تلوار تو چلائی نہیں ہے۔ وہ جو ہے، ہمارا آپ کا ہاتھ پاؤں توڑا نہیں ہے اس نے۔ کوئی بم تو ڈالا نہیں ہمارے اوپر۔ صرف اپنے منہ سے کچھ باتیں بولتا ہے۔</w:t>
      </w:r>
    </w:p>
    <w:p>
      <w:r>
        <w:rPr>
          <w:b/>
        </w:rPr>
        <w:t xml:space="preserve">[27:35] </w:t>
      </w:r>
      <w:r>
        <w:t>to us waqt maar kyun dalenge us ko?</w:t>
      </w:r>
    </w:p>
    <w:p>
      <w:pPr>
        <w:jc w:val="right"/>
      </w:pPr>
      <w:r>
        <w:t>تو اس وقت مار کیوں ڈالیں گے اس کو؟</w:t>
      </w:r>
    </w:p>
    <w:p>
      <w:r>
        <w:rPr>
          <w:b/>
        </w:rPr>
        <w:t xml:space="preserve">[27:39] </w:t>
      </w:r>
      <w:r>
        <w:t>thought crime ka matlab hai ke soch ko jurm samajhna. Soch ko jurm samajhna. Sochna ya bolna apni soch ke mutabiq us ko jurm samajhna.</w:t>
      </w:r>
    </w:p>
    <w:p>
      <w:pPr>
        <w:jc w:val="right"/>
      </w:pPr>
      <w:r>
        <w:t>thought crime کا مطلب ہے کہ سوچ کو جرم سمجھنا۔ سوچ کو جرم سمجھنا۔ سوچنا یا بولنا اپنی سوچ کے مطابق اس کو جرم سمجھنا۔</w:t>
      </w:r>
    </w:p>
    <w:p>
      <w:r>
        <w:rPr>
          <w:b/>
        </w:rPr>
        <w:t xml:space="preserve">[27:51] </w:t>
      </w:r>
      <w:r>
        <w:t>jurm ka matlab hai yani punishable crime samajhna us ko. To yeh jo Musalmanon mein chala hua hai. Koi koi cartoon chhapa hai to maar dalo us ko.</w:t>
      </w:r>
    </w:p>
    <w:p>
      <w:pPr>
        <w:jc w:val="right"/>
      </w:pPr>
      <w:r>
        <w:t>جرم کا مطلب ہے یعنی punishable crime سمجھنا اس کو۔ تو یہ جو مسلمانوں میں چلا ہوا ہے۔ کوئی کوئی کارٹون چھاپا ہے تو مار ڈالو اس کو۔</w:t>
      </w:r>
    </w:p>
    <w:p>
      <w:r>
        <w:rPr>
          <w:b/>
        </w:rPr>
        <w:t xml:space="preserve">[28:02] </w:t>
      </w:r>
      <w:r>
        <w:t>koi kitab chhapa hai to maar dalo us ko.</w:t>
      </w:r>
    </w:p>
    <w:p>
      <w:pPr>
        <w:jc w:val="right"/>
      </w:pPr>
      <w:r>
        <w:t>کوئی کتاب چھاپا ہے تو مار ڈالو اس کو۔</w:t>
      </w:r>
    </w:p>
    <w:p>
      <w:r>
        <w:rPr>
          <w:b/>
        </w:rPr>
        <w:t xml:space="preserve">[28:06] </w:t>
      </w:r>
      <w:r>
        <w:t>iska matlab hai ke Islam ko jo yeh log batayein dunya ke samne ke Islam kya hai. Islam yeh hai ke soch ko woh jurm qarar deta hai.</w:t>
      </w:r>
    </w:p>
    <w:p>
      <w:pPr>
        <w:jc w:val="right"/>
      </w:pPr>
      <w:r>
        <w:t>اس کا معنی ہے کہ اسلام کو جو یہ لوگ بتائیں دنیا کے سامنے کہ اسلام کیا ہے۔ اسلام یہ ہے کہ سوچ کو وہ جرم قرار دیتا ہے۔</w:t>
      </w:r>
    </w:p>
    <w:p>
      <w:r>
        <w:rPr>
          <w:b/>
        </w:rPr>
        <w:t xml:space="preserve">[28:15] </w:t>
      </w:r>
      <w:r>
        <w:t>punishable jurm. Halankay hai nahi. Yeh to Islam par ilzaam hai. Islam ke mutabiq ka usool qisas par qaim hai.</w:t>
      </w:r>
    </w:p>
    <w:p>
      <w:pPr>
        <w:jc w:val="right"/>
      </w:pPr>
      <w:r>
        <w:t>Punishable جرم۔ حالانکہ ہے نہیں۔ یہ تو اسلام پر الزام ہے۔ اسلام کے مطابق کا اصول قصاص پر قائم ہے۔</w:t>
      </w:r>
    </w:p>
    <w:p>
      <w:r>
        <w:rPr>
          <w:b/>
        </w:rPr>
        <w:t xml:space="preserve">[28:26] </w:t>
      </w:r>
      <w:r>
        <w:t>qisas. Qisas ke ma'ni hain barabar ka badla.</w:t>
      </w:r>
    </w:p>
    <w:p>
      <w:pPr>
        <w:jc w:val="right"/>
      </w:pPr>
      <w:r>
        <w:t>قصاص۔ قصاص کے معنی ہیں برابر کا بدلہ۔</w:t>
      </w:r>
    </w:p>
    <w:p>
      <w:r>
        <w:rPr>
          <w:b/>
        </w:rPr>
        <w:t xml:space="preserve">[28:31] </w:t>
      </w:r>
      <w:r>
        <w:t>qisas barabar ka badla. Yani agar koi shakhs lafz bola hai, aap bhi lafz boliye. Kitab likhi, aap bhi kitab likhiye. Taqreer ki, aap bhi taqreer kijiye.</w:t>
      </w:r>
    </w:p>
    <w:p>
      <w:pPr>
        <w:jc w:val="right"/>
      </w:pPr>
      <w:r>
        <w:t>قصاص برابر کا بدلہ۔ یعنی اگر کوئی شخص لفظ بولا ہے، آپ بھی لفظ بولیے۔ کتاب لکھی، آپ بھی کتاب لکھیے۔ تقریر کی، آپ بھی تقریر کیجیے۔</w:t>
      </w:r>
    </w:p>
    <w:p>
      <w:r>
        <w:rPr>
          <w:b/>
        </w:rPr>
        <w:t xml:space="preserve">[28:43] </w:t>
      </w:r>
      <w:r>
        <w:t>agar kisi ne kisi ko qatl kiya hai to aap us ko qatl kijiye. barabar ka badla. qisas ke mani hain barabar ka badla. yeh islam ka kitna yani kitna dars yani aql mein aane wala usool hai.</w:t>
      </w:r>
    </w:p>
    <w:p>
      <w:pPr>
        <w:jc w:val="right"/>
      </w:pPr>
      <w:r>
        <w:t>اگر کسی نے کسی کو قتل کیا ہے تو آپ اس کو قتل کیجیے۔ برابر کا بدلہ۔ قصاص کے معنی ہیں برابر کا بدلہ۔ یہ اسلام کا کتنا یعنی کتنا درس یعنی عقل میں آنے والا اصول ہے۔</w:t>
      </w:r>
    </w:p>
    <w:p>
      <w:r>
        <w:rPr>
          <w:b/>
        </w:rPr>
        <w:t xml:space="preserve">[29:02] </w:t>
      </w:r>
      <w:r>
        <w:t>ke barabar ka badla. jo us ne kiya, woh to aap bhi kar sakte hain. is se aage nahi aa sakte aap. yani is ne kuch lafz bola hai to aap talwar chalayen, yeh islam mein nahi hai.</w:t>
      </w:r>
    </w:p>
    <w:p>
      <w:pPr>
        <w:jc w:val="right"/>
      </w:pPr>
      <w:r>
        <w:t>کہ برابر کا بدلہ۔ جو اس نے کیا، وہ تو آپ بھی کر سکتے ہیں۔ اس سے آگے نہیں آ سکتے آپ۔ یعنی اس نے کچھ لفظ بولا ہے تو آپ تلوار چلائیں، یہ اسلام میں نہیں ہے۔</w:t>
      </w:r>
    </w:p>
    <w:p>
      <w:r>
        <w:rPr>
          <w:b/>
        </w:rPr>
        <w:t xml:space="preserve">[29:15] </w:t>
      </w:r>
      <w:r>
        <w:t>barabar ka badla. kitab chhapi, aap bhi ek kitab likhiye. statement diya hai, aap bhi ek statement dijiye. haan, albata woh violence karta hai, woh kisi gardan marta hai to aap ko haq hai ke us ko gardan maaren.</w:t>
      </w:r>
    </w:p>
    <w:p>
      <w:pPr>
        <w:jc w:val="right"/>
      </w:pPr>
      <w:r>
        <w:t>برابر کا بدلہ۔ کتاب چھاپی، آپ بھی ایک کتاب لکھیے۔ statement دیا ہے، آپ بھی ایک statement دیجیے۔ ہاں، البتہ وہ violence کرتا ہے، وہ کسی گردن مارتا ہے تو آپ کو حق ہے کہ اس کو گردن ماریں۔</w:t>
      </w:r>
    </w:p>
    <w:p>
      <w:r>
        <w:rPr>
          <w:b/>
        </w:rPr>
        <w:t xml:space="preserve">[29:30] </w:t>
      </w:r>
      <w:r>
        <w:t>matlab ek fard ko haq nahi hai, lekin woh court mein jayega aur us ki sari karrawai hogi.</w:t>
      </w:r>
    </w:p>
    <w:p>
      <w:pPr>
        <w:jc w:val="right"/>
      </w:pPr>
      <w:r>
        <w:t>مطلب ایک فرد کو حق نہیں ہے، لیکن وہ court میں جائے گا اور اس کی ساری کارروائی ہوگی۔</w:t>
      </w:r>
    </w:p>
    <w:p>
      <w:r>
        <w:rPr>
          <w:b/>
        </w:rPr>
        <w:t xml:space="preserve">[29:39] </w:t>
      </w:r>
      <w:r>
        <w:t>yeh sabit ho jayega to judge ke faisle ke mutabiq us ko saza di jayegi.</w:t>
      </w:r>
    </w:p>
    <w:p>
      <w:pPr>
        <w:jc w:val="right"/>
      </w:pPr>
      <w:r>
        <w:t>یہ ثابت ہو جائے گا تو جج کے فیصلے کے مطابق اس کو سزا دی جائے گی۔</w:t>
      </w:r>
    </w:p>
    <w:p>
      <w:r>
        <w:rPr>
          <w:b/>
        </w:rPr>
        <w:t xml:space="preserve">[29:46] </w:t>
      </w:r>
      <w:r>
        <w:t>to musalman jo yeh sab dhoom macha rahe hain, is se sabit kar rahe hain dunya ke samne ke islam thought crime mein believe karta hai.</w:t>
      </w:r>
    </w:p>
    <w:p>
      <w:pPr>
        <w:jc w:val="right"/>
      </w:pPr>
      <w:r>
        <w:t>تو مسلمان جو یہ سب دھوم مچا رہے ہیں، اس سے ثابت کر رہے ہیں دنیا کے سامنے کہ اسلام thought crime میں believe کرتا ہے۔</w:t>
      </w:r>
    </w:p>
    <w:p>
      <w:r>
        <w:rPr>
          <w:b/>
        </w:rPr>
        <w:t xml:space="preserve">[29:57] </w:t>
      </w:r>
      <w:r>
        <w:t>thought crime yani soch ko bhi punishable jurm qarar deta hai islam. kaisi ajib baat hai. kaisi ajib baat hai.</w:t>
      </w:r>
    </w:p>
    <w:p>
      <w:pPr>
        <w:jc w:val="right"/>
      </w:pPr>
      <w:r>
        <w:t>thought crime یعنی سوچ کو بھی punishable جرم قرار دیتا ہے اسلام۔ کیسی عجیب بات ہے۔ کیسی عجیب بات ہے۔</w:t>
      </w:r>
    </w:p>
    <w:p>
      <w:r>
        <w:rPr>
          <w:b/>
        </w:rPr>
        <w:t xml:space="preserve">[30:08] </w:t>
      </w:r>
      <w:r>
        <w:t>ke islam ko badnam karne ka kaam kaun kar raha hai? musalman kar rahe hain. aam taur par samjha jata hai ke islam ko badnam kar raha hai media. nahi, media nahi badnam kar raha hai.</w:t>
      </w:r>
    </w:p>
    <w:p>
      <w:pPr>
        <w:jc w:val="right"/>
      </w:pPr>
      <w:r>
        <w:t>کہ اسلام کو بدنام کرنے کا کام کون کر رہا ہے؟ مسلمان کر رہے ہیں۔ عام طور پر سمجھا جاتا ہے کہ اسلام کو بدنام کر رہا ہے میڈیا۔ نہیں، میڈیا نہیں بدنام کر رہا ہے۔</w:t>
      </w:r>
    </w:p>
    <w:p>
      <w:r>
        <w:rPr>
          <w:b/>
        </w:rPr>
        <w:t xml:space="preserve">[30:18] </w:t>
      </w:r>
      <w:r>
        <w:t>islam ko badnam kar rahe hain musalman.</w:t>
      </w:r>
    </w:p>
    <w:p>
      <w:pPr>
        <w:jc w:val="right"/>
      </w:pPr>
      <w:r>
        <w:t>اسلام کو بدنام کر رہے ہیں مسلمان۔</w:t>
      </w:r>
    </w:p>
    <w:p>
      <w:r>
        <w:rPr>
          <w:b/>
        </w:rPr>
        <w:t xml:space="preserve">[30:22] </w:t>
      </w:r>
      <w:r>
        <w:t>to main ne is kitab mein likha hai, is mazmoon mein ke jo yeh thought crime jo chhupa hai</w:t>
      </w:r>
    </w:p>
    <w:p>
      <w:pPr>
        <w:jc w:val="right"/>
      </w:pPr>
      <w:r>
        <w:t>تو میں نے اس کتاب میں لکھا ہے، اس مضمون میں کہ جو یہ thought crime جو چھپا ہے</w:t>
      </w:r>
    </w:p>
    <w:p>
      <w:r>
        <w:rPr>
          <w:b/>
        </w:rPr>
        <w:t xml:space="preserve">[30:31] </w:t>
      </w:r>
      <w:r>
        <w:t>ke agar woh aa raha hai salman rushdie india to aap you have to take it as an opportunity ke aap us ko miliye, us ko madu samjhiye,</w:t>
      </w:r>
    </w:p>
    <w:p>
      <w:pPr>
        <w:jc w:val="right"/>
      </w:pPr>
      <w:r>
        <w:t>کہ اگر وہ آ رہا ہے سلمان رشدی انڈیا تو آپ you have to take it as an opportunity کہ آپ اس کو ملیے، اس کو مدعو سمجھیے،</w:t>
      </w:r>
    </w:p>
    <w:p>
      <w:r>
        <w:rPr>
          <w:b/>
        </w:rPr>
        <w:t xml:space="preserve">[30:47] </w:t>
      </w:r>
      <w:r>
        <w:t>us ko discuss kijiye, us se dialogue kijiye,</w:t>
      </w:r>
    </w:p>
    <w:p>
      <w:pPr>
        <w:jc w:val="right"/>
      </w:pPr>
      <w:r>
        <w:t>اس کو discuss کیجیے، اس سے dialogue کیجیے،</w:t>
      </w:r>
    </w:p>
    <w:p>
      <w:r>
        <w:rPr>
          <w:b/>
        </w:rPr>
        <w:t xml:space="preserve">[30:51] </w:t>
      </w:r>
      <w:r>
        <w:t>us ko islam ki kitaben pesh kijiye. yeh kijiye. yani madu khud aap ke darwaze par aa gaya hai to bohat achhi baat hai.</w:t>
      </w:r>
    </w:p>
    <w:p>
      <w:pPr>
        <w:jc w:val="right"/>
      </w:pPr>
      <w:r>
        <w:t>اس کو اسلام کی کتابیں پیش کیجیے۔ یہ کیجیے۔ یعنی مدعو خود آپ کے دروازے پر آ گیا ہے تو بہت اچھی بات ہے۔</w:t>
      </w:r>
    </w:p>
    <w:p>
      <w:r>
        <w:rPr>
          <w:b/>
        </w:rPr>
        <w:t xml:space="preserve">[31:04] </w:t>
      </w:r>
      <w:r>
        <w:t>yani woh us waqt british national hai. woh britania mein rehta hai. aap agar yahan se jayen britania to lakhon rupay kharch karna padega.</w:t>
      </w:r>
    </w:p>
    <w:p>
      <w:pPr>
        <w:jc w:val="right"/>
      </w:pPr>
      <w:r>
        <w:t>یعنی وہ اس وقت British national ہے۔ وہ برطانیہ میں رہتا ہے۔ آپ اگر یہاں سے جائیں برطانیہ تو لاکھوں روپے خرچ کرنا پڑے گا۔</w:t>
      </w:r>
    </w:p>
    <w:p>
      <w:r>
        <w:rPr>
          <w:b/>
        </w:rPr>
        <w:t xml:space="preserve">[31:18] </w:t>
      </w:r>
      <w:r>
        <w:t>tab us ko payenge. tab aap dawat de sakenge.</w:t>
      </w:r>
    </w:p>
    <w:p>
      <w:pPr>
        <w:jc w:val="right"/>
      </w:pPr>
      <w:r>
        <w:t>تب اس کو پائیں گے۔ تب آپ دعوت دے سکیں گے۔</w:t>
      </w:r>
    </w:p>
    <w:p>
      <w:r>
        <w:rPr>
          <w:b/>
        </w:rPr>
        <w:t xml:space="preserve">[31:21] </w:t>
      </w:r>
      <w:r>
        <w:t>ab to woh khud chala aa raha hai aap ke paas. to aap us ko ek aap ek dawayi opportunity samjhiye.</w:t>
      </w:r>
    </w:p>
    <w:p>
      <w:pPr>
        <w:jc w:val="right"/>
      </w:pPr>
      <w:r>
        <w:t>اب تو وہ خود چلا آ رہا ہے آپ کے پاس۔ تو آپ اس کو ایک آپ ایک دعویٰ opportunity سمجھیے۔</w:t>
      </w:r>
    </w:p>
    <w:p>
      <w:r>
        <w:rPr>
          <w:b/>
        </w:rPr>
        <w:t xml:space="preserve">[31:31] </w:t>
      </w:r>
      <w:r>
        <w:t>us se miliye, us se discuss kijiye, us se dialogue kijiye, us ko kitaben pesh kijiye. kitna achha mauqa hai. lekin chuki musalmanon se dawat ka zehn nikal gaya hai.</w:t>
      </w:r>
    </w:p>
    <w:p>
      <w:pPr>
        <w:jc w:val="right"/>
      </w:pPr>
      <w:r>
        <w:t>اس سے ملیے، اس سے discuss کیجیے، اس سے dialogue کیجیے، اس کو کتابیں پیش کیجیے۔ کتنا اچھا موقع ہے۔ لیکن چونکہ مسلمانوں سے دعوت کا ذہن نکل گیا ہے۔</w:t>
      </w:r>
    </w:p>
    <w:p>
      <w:r>
        <w:rPr>
          <w:b/>
        </w:rPr>
        <w:t xml:space="preserve">[31:45] </w:t>
      </w:r>
      <w:r>
        <w:t>dawat ka zehn khatam ho gaya hai.</w:t>
      </w:r>
    </w:p>
    <w:p>
      <w:pPr>
        <w:jc w:val="right"/>
      </w:pPr>
      <w:r>
        <w:t>دعوت کا ذہن ختم ہو گیا ہے۔</w:t>
      </w:r>
    </w:p>
    <w:p>
      <w:r>
        <w:rPr>
          <w:b/>
        </w:rPr>
        <w:t xml:space="preserve">[31:47] </w:t>
      </w:r>
      <w:r>
        <w:t>ab qaumi zehn hai. is waqt musalman jo hain woh dawat par nahi hain, qaumi zehn par hain. is wajah se samajh nahi paate ke yeh to opportunity hai, golden opportunity ke allah taala ke haan hamein likha jayega ke hum ne falan shakhs ko islam pahunchaya hai.</w:t>
      </w:r>
    </w:p>
    <w:p>
      <w:pPr>
        <w:jc w:val="right"/>
      </w:pPr>
      <w:r>
        <w:t>اب قومی ذہن ہے۔ اس وقت مسلمان جو ہیں وہ دعوت پر نہیں ہیں، قومی ذہن پر ہیں۔ اس وجہ سے سمجھ نہیں پاتے کہ یہ تو opportunity ہے، golden opportunity کہ اللہ تعالیٰ کے ہاں ہمیں لکھا جائے گا کہ ہم نے فلاں شخص کو اسلام پہنچایا ہے۔</w:t>
      </w:r>
    </w:p>
    <w:p>
      <w:r>
        <w:rPr>
          <w:b/>
        </w:rPr>
        <w:t xml:space="preserve">[32:06] </w:t>
      </w:r>
      <w:r>
        <w:t>kaisi ajib gharib cheez hai.</w:t>
      </w:r>
    </w:p>
    <w:p>
      <w:pPr>
        <w:jc w:val="right"/>
      </w:pPr>
      <w:r>
        <w:t>کیسی عجیب غریب چیز ہے۔</w:t>
      </w:r>
    </w:p>
    <w:p>
      <w:r>
        <w:rPr>
          <w:b/>
        </w:rPr>
        <w:t xml:space="preserve">[32:09] </w:t>
      </w:r>
      <w:r>
        <w:t>yani ek ek aisa shakhs jo islam ke bare mein jo badgmani hai, jis ne islam ke khilaf kitab likhi hai, jo bhi aap samjhen us ko, to us ko aap ne deen pahunchaya, islam pahunchaya to allah taala ke haan bohat bara sawab likha jayega.</w:t>
      </w:r>
    </w:p>
    <w:p>
      <w:pPr>
        <w:jc w:val="right"/>
      </w:pPr>
      <w:r>
        <w:t>یعنی ایک ایک ایسا شخص جو اسلام کے بارے میں جو بدگمانی ہے، جس نے اسلام کے خلاف کتاب لکھی ہے، جو بھی آپ سمجھیں اس کو، تو اس کو آپ نے دین پہنچایا، اسلام پہنچایا تو اللہ تعالیٰ کے ہاں بہت بڑا ثواب لکھا جائے گا۔</w:t>
      </w:r>
    </w:p>
    <w:p>
      <w:r>
        <w:rPr>
          <w:b/>
        </w:rPr>
        <w:t xml:space="preserve">[32:29] </w:t>
      </w:r>
      <w:r>
        <w:t>aur shor o ghul akhbaron mein jo ho raha hai is waqt, is se to koi woh to koi sawab ki baat nahi hai.</w:t>
      </w:r>
    </w:p>
    <w:p>
      <w:pPr>
        <w:jc w:val="right"/>
      </w:pPr>
      <w:r>
        <w:t>اور شور و غل اخباروں میں جو ہو رہا ہے اس وقت، اس سے تو کوئی وہ تو کوئی ثواب کی بات نہیں ہے۔</w:t>
      </w:r>
    </w:p>
    <w:p>
      <w:r>
        <w:rPr>
          <w:b/>
        </w:rPr>
        <w:t xml:space="preserve">[32:37] </w:t>
      </w:r>
      <w:r>
        <w:t>to dekhiye, main yeh keh raha tha ke</w:t>
      </w:r>
    </w:p>
    <w:p>
      <w:pPr>
        <w:jc w:val="right"/>
      </w:pPr>
      <w:r>
        <w:t>تو دیکھیے، میں یہ کہہ رہا تھا کہ</w:t>
      </w:r>
    </w:p>
    <w:p>
      <w:r>
        <w:rPr>
          <w:b/>
        </w:rPr>
        <w:t xml:space="preserve">[32:42] </w:t>
      </w:r>
      <w:r>
        <w:t>ghazab jo hai, ghussa aap ki wisdom ko chheen leta hai. ghussa aap ke andar se right thinking khatam kar deta hai.</w:t>
      </w:r>
    </w:p>
    <w:p>
      <w:pPr>
        <w:jc w:val="right"/>
      </w:pPr>
      <w:r>
        <w:t>غضب جو ہے، غصہ آپ کی wisdom کو چھین لیتا ہے۔ غصہ آپ کے اندر سےright thinking ختم کر دیتا ہے۔</w:t>
      </w:r>
    </w:p>
    <w:p>
      <w:r>
        <w:rPr>
          <w:b/>
        </w:rPr>
        <w:t xml:space="preserve">[32:55] </w:t>
      </w:r>
      <w:r>
        <w:t>aur yeh sirf ek waqe ki baat nahi hai. yeh bar bar musalman kar rahe hain. abhi main ne ek article likha hai</w:t>
      </w:r>
    </w:p>
    <w:p>
      <w:pPr>
        <w:jc w:val="right"/>
      </w:pPr>
      <w:r>
        <w:t>اور یہ صرف ایک واقعے کی بات نہیں ہے۔ یہ بار بار مسلمان کر رہے ہیں۔ ابھی میں نے ایک آرٹیکل لکھا ہے</w:t>
      </w:r>
    </w:p>
    <w:p>
      <w:r>
        <w:rPr>
          <w:b/>
        </w:rPr>
        <w:t xml:space="preserve">[33:05] </w:t>
      </w:r>
      <w:r>
        <w:t>Salahuddin Ayubi ke ek waqeye ko le kar.</w:t>
      </w:r>
    </w:p>
    <w:p>
      <w:pPr>
        <w:jc w:val="right"/>
      </w:pPr>
      <w:r>
        <w:t>صلاح الدین ایوبی کے ایک واقعے کو لے کر۔</w:t>
      </w:r>
    </w:p>
    <w:p>
      <w:r>
        <w:rPr>
          <w:b/>
        </w:rPr>
        <w:t xml:space="preserve">[33:09] </w:t>
      </w:r>
      <w:r>
        <w:t>Aap jante hain ke Salahuddin Ayubi barahween sadi eesvi ka aadmi tha. Is ne jo third crusades hain, is mein is ne bohat zabardast role kiya tha.</w:t>
      </w:r>
    </w:p>
    <w:p>
      <w:pPr>
        <w:jc w:val="right"/>
      </w:pPr>
      <w:r>
        <w:t>آپ جانتے ہیں کہ صلاح الدین ایوبی بارہویں صدی عیسوی کا آدمی تھا۔ اس نے جو third crusades ہیں، اس میں اس نے بہت زبردست role کیا تھا۔</w:t>
      </w:r>
    </w:p>
    <w:p>
      <w:r>
        <w:rPr>
          <w:b/>
        </w:rPr>
        <w:t xml:space="preserve">[33:23] </w:t>
      </w:r>
      <w:r>
        <w:t>Aur is ki wajah se third crusade mein musalmanon ko jeet hui thi.</w:t>
      </w:r>
    </w:p>
    <w:p>
      <w:pPr>
        <w:jc w:val="right"/>
      </w:pPr>
      <w:r>
        <w:t>اور اس کی وجہ سے third crusade میں مسلمانوں کو جیت ہوئی تھی۔</w:t>
      </w:r>
    </w:p>
    <w:p>
      <w:r>
        <w:rPr>
          <w:b/>
        </w:rPr>
        <w:t xml:space="preserve">[33:28] </w:t>
      </w:r>
      <w:r>
        <w:t>To is ka ek waqea aata hai tareekh ki kitabon mein ke third crusades mein Christian side se ek ek hota tha general, uska naam tha Reginald.</w:t>
      </w:r>
    </w:p>
    <w:p>
      <w:pPr>
        <w:jc w:val="right"/>
      </w:pPr>
      <w:r>
        <w:t>تو اس کا ایک واقعہ آتا ہے تاریخ کی کتابوں میں کہ third crusades میں Christian side سے ایک ایک ہوتا تھا جنرل، اس کا نام تھا Reginald۔</w:t>
      </w:r>
    </w:p>
    <w:p>
      <w:r>
        <w:rPr>
          <w:b/>
        </w:rPr>
        <w:t xml:space="preserve">[33:40] </w:t>
      </w:r>
      <w:r>
        <w:t>Reginald. To is dauran mein jab ke ladaai chal rahi thi to Reginald ne ek baar ek ek Muslim karwan ko pakda.</w:t>
      </w:r>
    </w:p>
    <w:p>
      <w:pPr>
        <w:jc w:val="right"/>
      </w:pPr>
      <w:r>
        <w:t>Reginald۔ تو اس دوران میں جب کہ لڑائی چل رہی تھی تو Reginald نے ایک بار ایک ایک مسلم کارواں کو پکڑا۔</w:t>
      </w:r>
    </w:p>
    <w:p>
      <w:r>
        <w:rPr>
          <w:b/>
        </w:rPr>
        <w:t xml:space="preserve">[33:54] </w:t>
      </w:r>
      <w:r>
        <w:t>Aur Muslim karwan ko jo bhi kiya ho, mara peeta ho, loota ho, jo bhi kiya ho.</w:t>
      </w:r>
    </w:p>
    <w:p>
      <w:pPr>
        <w:jc w:val="right"/>
      </w:pPr>
      <w:r>
        <w:t>اور مسلم کارواں کو جو بھی کیا ہو، مارا پیٹا ہو، لوٹا ہو، جو بھی کیا ہو۔</w:t>
      </w:r>
    </w:p>
    <w:p>
      <w:r>
        <w:rPr>
          <w:b/>
        </w:rPr>
        <w:t xml:space="preserve">[34:00] </w:t>
      </w:r>
      <w:r>
        <w:t>To us waqt is ne yani josh mein aa kar Reginald ne kaha musalman se ke bulao Muhammad ko, woh tumhari madad kare.</w:t>
      </w:r>
    </w:p>
    <w:p>
      <w:pPr>
        <w:jc w:val="right"/>
      </w:pPr>
      <w:r>
        <w:t>تو اس وقت اس نے یعنی جوش میں آ کر Reginald نے کہا مسلمان سے کہ بلاؤ محمد کو، وہ تمہاری مدد کرے۔</w:t>
      </w:r>
    </w:p>
    <w:p>
      <w:r>
        <w:rPr>
          <w:b/>
        </w:rPr>
        <w:t xml:space="preserve">[34:16] </w:t>
      </w:r>
      <w:r>
        <w:t>Call Muhammad to save you yeh aata hai kitabon mein. To yeh jo is ne kaha tha ke bulao Muhammad ko, woh tumhari madad</w:t>
      </w:r>
    </w:p>
    <w:p>
      <w:pPr>
        <w:jc w:val="right"/>
      </w:pPr>
      <w:r>
        <w:t>Call Muhammad to save you یہ آتا ہے کتابوں میں۔ تو یہ جو اس نے کہا تھا کہ بلاؤ محمد کو، وہ تمہاری مدد</w:t>
      </w:r>
    </w:p>
    <w:p>
      <w:r>
        <w:rPr>
          <w:b/>
        </w:rPr>
        <w:t xml:space="preserve">[34:27] </w:t>
      </w:r>
      <w:r>
        <w:t>kare, yeh khabar pahunchi Salahuddin Ayubi ko. Yeh bohat ghussa ho gaye. Bohat ghussa ho gaya, unhon ne kaha ke achha theek hai, main is ko qatl kar ke rahoon ga.</w:t>
      </w:r>
    </w:p>
    <w:p>
      <w:pPr>
        <w:jc w:val="right"/>
      </w:pPr>
      <w:r>
        <w:t>کرے، یہ خبر پہنچی صلاح الدین ایوبی کو۔ یہ بہت غصہ ہو گئے۔ بہت غصہ ہو گیا، انہوں نے کہا کہ اچھا ٹھیک ہے، میں اس کو قتل کر کے رہوں گا۔</w:t>
      </w:r>
    </w:p>
    <w:p>
      <w:r>
        <w:rPr>
          <w:b/>
        </w:rPr>
        <w:t xml:space="preserve">[34:41] </w:t>
      </w:r>
      <w:r>
        <w:t>To aakhir mein kya hua ke Hattin mein mashhoor jo hai jang Hattin, barah-e-to yeh Nuh, Hattin mein ek ladaai hui jis mein Salahuddin Ayubi ne bohat bara role tha un ka</w:t>
      </w:r>
    </w:p>
    <w:p>
      <w:pPr>
        <w:jc w:val="right"/>
      </w:pPr>
      <w:r>
        <w:t>تو آخر میں کیا ہوا کہ حتین میں مشہور جو ہے جنگ حتین، براہِ تو یہ نوح، حتین میں ایک لڑائی ہوئی جس میں صلاح الدین ایوبی نے بہت بڑا role تھا ان کا</w:t>
      </w:r>
    </w:p>
    <w:p>
      <w:r>
        <w:rPr>
          <w:b/>
        </w:rPr>
        <w:t xml:space="preserve">[34:56] </w:t>
      </w:r>
      <w:r>
        <w:t>. To is mein musalmanon ko jeet hui. Aur is mein Reginald pakda gaya. Reginald giraftaar ho kar ke Salahuddin ke paas laya gaya, us ke tent mein.</w:t>
      </w:r>
    </w:p>
    <w:p>
      <w:pPr>
        <w:jc w:val="right"/>
      </w:pPr>
      <w:r>
        <w:t>۔ تو اس میں مسلمانوں کو جیت ہوئی۔ اور اس میں Reginald پکڑا گیا۔ Reginald گرفتار ہو کر کے صلاح الدین کے پاس لایا گیا، اس کے tent میں۔</w:t>
      </w:r>
    </w:p>
    <w:p>
      <w:r>
        <w:rPr>
          <w:b/>
        </w:rPr>
        <w:t xml:space="preserve">[35:07] </w:t>
      </w:r>
      <w:r>
        <w:t>Jab tent mein woh aaya, laya gaya to Salahuddin Ayubi ne us ko yaad dilaya ke tum woh shakhs ho jis ne aisa kaha tha ke dekho, ab main tum ko batata hoon, is ka badla leta hoon tum se.</w:t>
      </w:r>
    </w:p>
    <w:p>
      <w:pPr>
        <w:jc w:val="right"/>
      </w:pPr>
      <w:r>
        <w:t>جب tent میں وہ آیا، لایا گیا تو صلاح الدین ایوبی نے اس کو یاد دلایا کہ تم وہ شخص ہو جس نے ایسا کہا تھا کہ دیکھو، اب میں تم کو بتاتا ہوں، اس کا بدلہ لیتا ہوں تم سے۔</w:t>
      </w:r>
    </w:p>
    <w:p>
      <w:r>
        <w:rPr>
          <w:b/>
        </w:rPr>
        <w:t xml:space="preserve">[35:21] </w:t>
      </w:r>
      <w:r>
        <w:t>To kitabon mein aata hai ke Salahuddin Ayubi ne talwar uthai aur yeh keh kar us ko qatl kar diya ke ها أنا أنتصر لمحمد علیہ الصلاة والسلام yeh lo, main Muhammad ki taraf se tum se badla leta hoon.</w:t>
      </w:r>
    </w:p>
    <w:p>
      <w:pPr>
        <w:jc w:val="right"/>
      </w:pPr>
      <w:r>
        <w:t>تو کتابوں میں آتا ہے کہ صلاح الدین ایوبی نے تلوار اٹھائی اور یہ کہہ کر اس کو قتل کر دیا کہ ها أنا أنتصر لمحمد علیہ الصلاة والسلام یہ لو، میں محمد کی طرف سے تم سے بدلہ لیتا ہوں۔</w:t>
      </w:r>
    </w:p>
    <w:p>
      <w:r>
        <w:rPr>
          <w:b/>
        </w:rPr>
        <w:t xml:space="preserve">[35:40] </w:t>
      </w:r>
      <w:r>
        <w:t>Gardan maar di is ki. Is ko jab main ne parha, is waqeye ko to ek ajeeb ghareeb soch mere andar paida hui.</w:t>
      </w:r>
    </w:p>
    <w:p>
      <w:pPr>
        <w:jc w:val="right"/>
      </w:pPr>
      <w:r>
        <w:t>گردن مار دی اس کی۔ اس کو جب میں نے پڑھا، اس واقعے کو تو ایک عجیب غریب سوچ میرے اندر پیدا ہوئی۔</w:t>
      </w:r>
    </w:p>
    <w:p>
      <w:r>
        <w:rPr>
          <w:b/>
        </w:rPr>
        <w:t xml:space="preserve">[35:50] </w:t>
      </w:r>
      <w:r>
        <w:t>Main ne kaha Salahuddin Ayubi ke liye woh ek opportunity thi. Gawahi dene ki, sachai gawahi. Dekhiye, hum aap gawah hain.</w:t>
      </w:r>
    </w:p>
    <w:p>
      <w:pPr>
        <w:jc w:val="right"/>
      </w:pPr>
      <w:r>
        <w:t>میں نے کہا صلاح الدین ایوبی کے لیے وہ ایک opportunity تھی۔ گواہی دینے کی، سچائی گواہی۔ دیکھیے، ہم آپ گواہ ہیں۔</w:t>
      </w:r>
    </w:p>
    <w:p>
      <w:r>
        <w:rPr>
          <w:b/>
        </w:rPr>
        <w:t xml:space="preserve">[35:59] </w:t>
      </w:r>
      <w:r>
        <w:t>Hadees mein aata hai ke المسلمون شهداء الله فی الارض musalman jo hai dunya mein haq ke gawah hain.</w:t>
      </w:r>
    </w:p>
    <w:p>
      <w:pPr>
        <w:jc w:val="right"/>
      </w:pPr>
      <w:r>
        <w:t>حدیث میں آتا ہے کہ المسلمون شهداء الله فی الارض مسلمان جو ہے دنیا میں حق کے گواہ ہیں۔</w:t>
      </w:r>
    </w:p>
    <w:p>
      <w:r>
        <w:rPr>
          <w:b/>
        </w:rPr>
        <w:t xml:space="preserve">[36:10] </w:t>
      </w:r>
      <w:r>
        <w:t>Yaani jab koi mauqa ho to khade ho kar batayein ke sachai yeh hai, yeh baatil hai, yeh haq hai.</w:t>
      </w:r>
    </w:p>
    <w:p>
      <w:pPr>
        <w:jc w:val="right"/>
      </w:pPr>
      <w:r>
        <w:t>یعنی جب کوئی موقع ہو تو کھڑے ہو کر بتائیں کہ سچائی یہ ہے، یہ باطل ہے، یہ حق ہے۔</w:t>
      </w:r>
    </w:p>
    <w:p>
      <w:r>
        <w:rPr>
          <w:b/>
        </w:rPr>
        <w:t xml:space="preserve">[36:18] </w:t>
      </w:r>
      <w:r>
        <w:t>To us waqt kya maamla tha, dekhiye, is par ghaur kijiye. Reginald ne jab yeh kaha tha ke bulao Muhammad ko, tum ko bachayein mujh se, us ke dimagh mein kahin yeh ghusa hua hoga ke musalman Muhammad ko samajhte hain ke un ke andar koi divine power hai,</w:t>
      </w:r>
    </w:p>
    <w:p>
      <w:pPr>
        <w:jc w:val="right"/>
      </w:pPr>
      <w:r>
        <w:t>تو اس وقت کیا معاملہ تھا، دیکھیے، اس پر غور کیجیے۔ Reginald نے جب یہ کہا تھا کہ بلاؤ محمد کو، تم کو بچائیں مجھ سے، اس کے دماغ میں کہیں یہ گھسا ہوا ہوگا کہ مسلمان محمد کو سمجھتے ہیں کہ ان کے اندر کوئی divine power ہے،</w:t>
      </w:r>
    </w:p>
    <w:p>
      <w:r>
        <w:rPr>
          <w:b/>
        </w:rPr>
        <w:t xml:space="preserve">[36:38] </w:t>
      </w:r>
      <w:r>
        <w:t>Khudai taqat hai. Jaisa ke aam taur par hota hai doosre mazhabon mein.</w:t>
      </w:r>
    </w:p>
    <w:p>
      <w:pPr>
        <w:jc w:val="right"/>
      </w:pPr>
      <w:r>
        <w:t>خدائی طاقت ہے۔ جیسا کہ عام طور پر ہوتا ہے دوسرے مذہبوں میں۔</w:t>
      </w:r>
    </w:p>
    <w:p>
      <w:r>
        <w:rPr>
          <w:b/>
        </w:rPr>
        <w:t xml:space="preserve">[36:45] </w:t>
      </w:r>
      <w:r>
        <w:t>To musalman bhi yahi samajhte honge.</w:t>
      </w:r>
    </w:p>
    <w:p>
      <w:pPr>
        <w:jc w:val="right"/>
      </w:pPr>
      <w:r>
        <w:t>تو مسلمان بھی یہی سمجھتے ہوں گے۔</w:t>
      </w:r>
    </w:p>
    <w:p>
      <w:r>
        <w:rPr>
          <w:b/>
        </w:rPr>
        <w:t xml:space="preserve">[36:50] </w:t>
      </w:r>
      <w:r>
        <w:t>Is liye is ki jo jumla nikla zuban se ke Muhammad Muhammad ko tum samajhte ho ke woh tumhare savior hain, tumhein bachane wale hain, to bulao, bachayein mujh ko un se.</w:t>
      </w:r>
    </w:p>
    <w:p>
      <w:pPr>
        <w:jc w:val="right"/>
      </w:pPr>
      <w:r>
        <w:t>اس لیے اس کی جو جملہ نکلا زبان سے کہ محمد محمد کو تم سمجھتے ہو کہ وہ تمہارے savior ہیں، تمہیں بچانے والے ہیں، تو بلاؤ، بچائیں مجھ کو ان سے۔</w:t>
      </w:r>
    </w:p>
    <w:p>
      <w:r>
        <w:rPr>
          <w:b/>
        </w:rPr>
        <w:t xml:space="preserve">[37:02] </w:t>
      </w:r>
      <w:r>
        <w:t>Yeh is ka ek baatil khayal tha, fasid khayal tha. Aisa Islam mein koi taleem nahi hai.</w:t>
      </w:r>
    </w:p>
    <w:p>
      <w:pPr>
        <w:jc w:val="right"/>
      </w:pPr>
      <w:r>
        <w:t>یہ اس کا ایک باطل خیال تھا، فاسد خیال تھا۔ ایسا اسلام میں کوئی تعلیم نہیں ہے۔</w:t>
      </w:r>
    </w:p>
    <w:p>
      <w:r>
        <w:rPr>
          <w:b/>
        </w:rPr>
        <w:t xml:space="preserve">[37:10] </w:t>
      </w:r>
      <w:r>
        <w:t>Kyun ke Quran mein hai ke إنما أنا بشر مثلكم إليكم إله واحد ke main ek bashar hoon.</w:t>
      </w:r>
    </w:p>
    <w:p>
      <w:pPr>
        <w:jc w:val="right"/>
      </w:pPr>
      <w:r>
        <w:t>کیونکہ قرآن میں ہے کہ إنما أنا بشر مثلكم إليكم إله واحد کہ میں ایک بشر ہوں۔</w:t>
      </w:r>
    </w:p>
    <w:p>
      <w:r>
        <w:rPr>
          <w:b/>
        </w:rPr>
        <w:t xml:space="preserve">[37:21] </w:t>
      </w:r>
      <w:r>
        <w:t>Yeh farmaya Paighambar ne. Main ek bashar hoon. Sirf itni si baat hai ke mere upar wahi aati hai Allah Ta'ala ki taraf se, is liye ke main is ko tumhein tak pahunchaoon.</w:t>
      </w:r>
    </w:p>
    <w:p>
      <w:pPr>
        <w:jc w:val="right"/>
      </w:pPr>
      <w:r>
        <w:t>یہ فرمایا پیغمبر نے۔ میں ایک بشر ہوں۔ صرف اتنی سی بات ہے کہ میرے اوپر وحی آتی ہے اللہ تعالیٰ کی طرف سے، اس لیے کہ میں اس کو تمہیں تک پہنچاؤں۔</w:t>
      </w:r>
    </w:p>
    <w:p>
      <w:r>
        <w:rPr>
          <w:b/>
        </w:rPr>
        <w:t xml:space="preserve">[37:36] </w:t>
      </w:r>
      <w:r>
        <w:t>Baaki taqat, ikhtiyar, qudrat yeh sab Allah ka hissa hai. Mujhe kisi cheez ki qudrat haasil nahi hai. To yeh kitna bara is ke andar galat fehmi thi Islam ke bare mein ke musalman samajhte hain ke Muhammad jo hain un ke andar koi Khudai taqat hai.</w:t>
      </w:r>
    </w:p>
    <w:p>
      <w:pPr>
        <w:jc w:val="right"/>
      </w:pPr>
      <w:r>
        <w:t>باقی طاقت، اختیار، قدرت یہ سب اللہ کا حصہ ہے۔ مجھے کسی چیز کی قدرت حاصل نہیں ہے۔ تو یہ کتنا بڑا اس کے اندر غلط فہمی تھی اسلام کے بارے میں کہ مسلمان سمجھتے ہیں کہ محمد جو ہیں ان کے اندر کوئی خدائی طاقت ہے۔</w:t>
      </w:r>
    </w:p>
    <w:p>
      <w:r>
        <w:rPr>
          <w:b/>
        </w:rPr>
        <w:t xml:space="preserve">[37:55] </w:t>
      </w:r>
      <w:r>
        <w:t>jaisa ke doosri qaumein samajhti hain. jabke mamla yeh hai ke Islam mein yeh aqeedah nahi hai. Islam mein aqeedah yeh hai ke sirf ek Allah taala ko sari taqat hasil hai.</w:t>
      </w:r>
    </w:p>
    <w:p>
      <w:pPr>
        <w:jc w:val="right"/>
      </w:pPr>
      <w:r>
        <w:t>جیسا کہ دوسری قومیں سمجھتی ہیں۔ جبکہ معاملہ یہ ہے کہ اسلام میں یہ عقیدہ نہیں ہے۔ اسلام میں عقیدہ یہ ہے کہ صرف ایک اللہ تعالیٰ کو ساری طاقت حاصل ہے۔</w:t>
      </w:r>
    </w:p>
    <w:p>
      <w:r>
        <w:rPr>
          <w:b/>
        </w:rPr>
        <w:t xml:space="preserve">[38:09] </w:t>
      </w:r>
      <w:r>
        <w:t>to us waqt Salahuddin Ayyubi ke liye ek opportunity thi gawahi dene ke liye. woh khada hota ke main gawahi deta hoon ke taqat sirf ek Allah ko hai.</w:t>
      </w:r>
    </w:p>
    <w:p>
      <w:pPr>
        <w:jc w:val="right"/>
      </w:pPr>
      <w:r>
        <w:t>تو اس وقت صلاح الدین ایوبی کے لیے ایک opportunity تھی گواہی دینے کے لیے۔ وہ کھڑا ہوتا کہ میں گواہی دیتا ہوں کہ طاقت صرف ایک اللہ کو ہے۔</w:t>
      </w:r>
    </w:p>
    <w:p>
      <w:r>
        <w:rPr>
          <w:b/>
        </w:rPr>
        <w:t xml:space="preserve">[38:20] </w:t>
      </w:r>
      <w:r>
        <w:t>Muhammad Allah ke Rasool hain, woh Khuda nahi hain.</w:t>
      </w:r>
    </w:p>
    <w:p>
      <w:pPr>
        <w:jc w:val="right"/>
      </w:pPr>
      <w:r>
        <w:t>محمد اللہ کے رسول ہیں، وہ خدا نہیں ہیں۔</w:t>
      </w:r>
    </w:p>
    <w:p>
      <w:r>
        <w:rPr>
          <w:b/>
        </w:rPr>
        <w:t xml:space="preserve">[38:25] </w:t>
      </w:r>
      <w:r>
        <w:t>Ulama ko bithata ke samjhao is ko, Reginald ko. is ki galat fehmi door karo. marne se pehle woh jaan le ke sachai kya hai.</w:t>
      </w:r>
    </w:p>
    <w:p>
      <w:pPr>
        <w:jc w:val="right"/>
      </w:pPr>
      <w:r>
        <w:t>علماء کو بٹھاتا کہ سمجھاؤ اس کو، Reginald کو۔ اس کی غلط فہمی دور کرو۔ مرنے سے پہلے وہ جان لے کہ سچائی کیا ہے۔</w:t>
      </w:r>
    </w:p>
    <w:p>
      <w:r>
        <w:rPr>
          <w:b/>
        </w:rPr>
        <w:t xml:space="preserve">[38:36] </w:t>
      </w:r>
      <w:r>
        <w:t>lekin bas gardan talwar uthai, gardan maar di is ki. kyun? ghusse mein aadmi ki aql jo hai kho jati hai. ghusse mein aadmi right thinking se mehroom ho jata hai.</w:t>
      </w:r>
    </w:p>
    <w:p>
      <w:pPr>
        <w:jc w:val="right"/>
      </w:pPr>
      <w:r>
        <w:t>لیکن بس گردن تلوار اٹھائی، گردن مار دی اس کی۔ کیوں؟ غصے میں آدمی کی عقل جو ہے کھو جاتی ہے۔ غصے میں آدمیright thinking سے محروم ہو جاتا ہے۔</w:t>
      </w:r>
    </w:p>
    <w:p>
      <w:r>
        <w:rPr>
          <w:b/>
        </w:rPr>
        <w:t xml:space="preserve">[38:51] </w:t>
      </w:r>
      <w:r>
        <w:t>yani talwar aap chalaai kar apni gardan mein maar di to koi karnameh nahi hua yeh. lekin agar aap khade ho kar yeh kehte ke sun, main gawahi deta hoon</w:t>
      </w:r>
    </w:p>
    <w:p>
      <w:pPr>
        <w:jc w:val="right"/>
      </w:pPr>
      <w:r>
        <w:t>یعنی تلوار آپ چلائی کر اپنی گردن میں مار دی تو کوئی کارنامہ نہیں ہوا یہ۔ لیکن اگر آپ کھڑے ہو کر یہ کہتے کہ سن، میں گواہی دیتا ہوں</w:t>
      </w:r>
    </w:p>
    <w:p>
      <w:r>
        <w:rPr>
          <w:b/>
        </w:rPr>
        <w:t xml:space="preserve">[39:04] </w:t>
      </w:r>
      <w:r>
        <w:t>is baat ki ke sari taqatein sirf Allah taala ko hain, wohi bachane wala hai.</w:t>
      </w:r>
    </w:p>
    <w:p>
      <w:pPr>
        <w:jc w:val="right"/>
      </w:pPr>
      <w:r>
        <w:t>اس بات کی کہ ساری طاقتیں صرف اللہ تعالیٰ کو ہیں، وہی بچانے والا ہے۔</w:t>
      </w:r>
    </w:p>
    <w:p>
      <w:r>
        <w:rPr>
          <w:b/>
        </w:rPr>
        <w:t xml:space="preserve">[39:12] </w:t>
      </w:r>
      <w:r>
        <w:t>aur jitne payghambar aaye, including Muhammad, woh to is liye aaye the ke woh Hadi the, bas hidayat pohnchaney ke liye.</w:t>
      </w:r>
    </w:p>
    <w:p>
      <w:pPr>
        <w:jc w:val="right"/>
      </w:pPr>
      <w:r>
        <w:t>اور جتنے پیغمبر آئے، including محمد، وہ تو اس لیے آئے تھے کہ وہ ہادی تھے، بس ہدایت پہنچانے کے لیے۔</w:t>
      </w:r>
    </w:p>
    <w:p>
      <w:r>
        <w:rPr>
          <w:b/>
        </w:rPr>
        <w:t xml:space="preserve">[39:22] </w:t>
      </w:r>
      <w:r>
        <w:t>taqat, ikhtiyar yeh sab Khuda ka hai. to Allah ke liye gawahi dena to bohat bara kaam hai. bohat hi bara kaam hai.</w:t>
      </w:r>
    </w:p>
    <w:p>
      <w:pPr>
        <w:jc w:val="right"/>
      </w:pPr>
      <w:r>
        <w:t>طاقت، اختیار یہ سب خدا کا ہے۔ تو اللہ کے لیے گواہی دینا تو بہت بڑا کام ہے۔ بہت ہی بڑا کام ہے۔</w:t>
      </w:r>
    </w:p>
    <w:p>
      <w:r>
        <w:rPr>
          <w:b/>
        </w:rPr>
        <w:t xml:space="preserve">[39:32] </w:t>
      </w:r>
      <w:r>
        <w:t>to jahan mauqa tha Allah ke liye gawahi dene ka, us ko bator ek opportunity ko nahi le sake woh. kyun?</w:t>
      </w:r>
    </w:p>
    <w:p>
      <w:pPr>
        <w:jc w:val="right"/>
      </w:pPr>
      <w:r>
        <w:t>تو جہاں موقع تھا اللہ کے لیے گواہی دینے کا، اس کو بطور ایک opportunity کو نہیں لے سکے وہ۔ کیوں؟</w:t>
      </w:r>
    </w:p>
    <w:p>
      <w:r>
        <w:rPr>
          <w:b/>
        </w:rPr>
        <w:t xml:space="preserve">[39:41] </w:t>
      </w:r>
      <w:r>
        <w:t>ghusse mein aql jo hai aadmi ki chali jati hai. dekhiye, yeh main is ka taluq sirf musalmanon se nahi hai.</w:t>
      </w:r>
    </w:p>
    <w:p>
      <w:pPr>
        <w:jc w:val="right"/>
      </w:pPr>
      <w:r>
        <w:t>غصے میں عقل جو ہے آدمی کی چلی جاتی ہے۔ دیکھیے، یہ میں اس کا تعلق صرف مسلمانوں سے نہیں ہے۔</w:t>
      </w:r>
    </w:p>
    <w:p>
      <w:r>
        <w:rPr>
          <w:b/>
        </w:rPr>
        <w:t xml:space="preserve">[39:53] </w:t>
      </w:r>
      <w:r>
        <w:t>kisi ki ko bhi ghussa aa jaye to aql kho jaye gi is ki.</w:t>
      </w:r>
    </w:p>
    <w:p>
      <w:pPr>
        <w:jc w:val="right"/>
      </w:pPr>
      <w:r>
        <w:t>کسی کی کو بھی غصہ آ جائے تو عقل کھو جائے گی اس کی۔</w:t>
      </w:r>
    </w:p>
    <w:p>
      <w:r>
        <w:rPr>
          <w:b/>
        </w:rPr>
        <w:t xml:space="preserve">[39:59] </w:t>
      </w:r>
      <w:r>
        <w:t>yaad rakhiye. yani ghussa har ek ke liye bura hai, chahe musalman ho ya ghair muslim ho. jo bhi ghusse mein aayega, us ki aql kho jayegi.</w:t>
      </w:r>
    </w:p>
    <w:p>
      <w:pPr>
        <w:jc w:val="right"/>
      </w:pPr>
      <w:r>
        <w:t>یاد رکھیے۔ یعنی غصہ ہر ایک کے لیے برا ہے، چاہے مسلمان ہو یا غیر مسلم ہو۔ جو بھی غصے میں آئے گا، اس کی عقل کھو جائے گی۔</w:t>
      </w:r>
    </w:p>
    <w:p>
      <w:r>
        <w:rPr>
          <w:b/>
        </w:rPr>
        <w:t xml:space="preserve">[40:10] </w:t>
      </w:r>
      <w:r>
        <w:t>is ki taza misaal main deta hoon aap ko. taza misaal United States of America ki hai. aap jante hain ke Nine Eleven ka jo waqea hua tha, us ke baad America ke Leader ghussa ho gaye.</w:t>
      </w:r>
    </w:p>
    <w:p>
      <w:pPr>
        <w:jc w:val="right"/>
      </w:pPr>
      <w:r>
        <w:t>اس کی تازہ مثال میں دیتا ہوں آپ کو۔ تازہ مثال United States of America کی ہے۔ آپ جانتے ہیں کہ Nine Eleven کا جو واقعہ ہوا تھا، اس کے بعد امریکہ کے Leader غصہ ہو گئے۔</w:t>
      </w:r>
    </w:p>
    <w:p>
      <w:r>
        <w:rPr>
          <w:b/>
        </w:rPr>
        <w:t xml:space="preserve">[40:27] </w:t>
      </w:r>
      <w:r>
        <w:t>bohat. kyunke woh jo tower tha New York mein, woh main ne dekha hai, us mein main charha bhi hoon. woh America ka Pride tha.</w:t>
      </w:r>
    </w:p>
    <w:p>
      <w:pPr>
        <w:jc w:val="right"/>
      </w:pPr>
      <w:r>
        <w:t>بہت۔ کیونکہ وہ جو ٹاور تھا New York میں، وہ میں نے دیکھا ہے، اس میں میں چڑھا بھی ہوں۔ وہ امریکہ کا Pride تھا۔</w:t>
      </w:r>
    </w:p>
    <w:p>
      <w:r>
        <w:rPr>
          <w:b/>
        </w:rPr>
        <w:t xml:space="preserve">[40:39] </w:t>
      </w:r>
      <w:r>
        <w:t>woh America ka Pride tha woh.</w:t>
      </w:r>
    </w:p>
    <w:p>
      <w:pPr>
        <w:jc w:val="right"/>
      </w:pPr>
      <w:r>
        <w:t>وہ امریکہ کا Pride تھا وہ۔</w:t>
      </w:r>
    </w:p>
    <w:p>
      <w:r>
        <w:rPr>
          <w:b/>
        </w:rPr>
        <w:t xml:space="preserve">[40:45] </w:t>
      </w:r>
      <w:r>
        <w:t>to jab us ko hua jahaz takra kar ke us ko tod diya gaya to kya ke America ke Pride ko tod diya gaya.</w:t>
      </w:r>
    </w:p>
    <w:p>
      <w:pPr>
        <w:jc w:val="right"/>
      </w:pPr>
      <w:r>
        <w:t>تو جب اس کو ہوا جہاز ٹکرا کر کے اس کو توڑ دیا گیا تو کیا کہ امریکہ کے Pride کو توڑ دیا گیا۔</w:t>
      </w:r>
    </w:p>
    <w:p>
      <w:r>
        <w:rPr>
          <w:b/>
        </w:rPr>
        <w:t xml:space="preserve">[40:56] </w:t>
      </w:r>
      <w:r>
        <w:t>ab Amrici log ghussa ho gaye. unhone kaha ke hum in logon se inteqam len ge. yeh baatein baqayda maujood hain ke inteqam lene ka jazba bharka America walon mein.</w:t>
      </w:r>
    </w:p>
    <w:p>
      <w:pPr>
        <w:jc w:val="right"/>
      </w:pPr>
      <w:r>
        <w:t>اب امریکی لوگ غصہ ہو گئے۔ انہوں نے کہا کہ ہم ان لوگوں سے انتقام لیں گے۔ یہ باتیں باقاعدہ موجود ہیں کہ انتقام لینے کا جذبہ بھڑکا امریکہ والوں میں۔</w:t>
      </w:r>
    </w:p>
    <w:p>
      <w:r>
        <w:rPr>
          <w:b/>
        </w:rPr>
        <w:t xml:space="preserve">[41:09] </w:t>
      </w:r>
      <w:r>
        <w:t>achha, is ke baad hamla kiya.</w:t>
      </w:r>
    </w:p>
    <w:p>
      <w:pPr>
        <w:jc w:val="right"/>
      </w:pPr>
      <w:r>
        <w:t>اچھا، اس کے بعد حملہ کیا۔</w:t>
      </w:r>
    </w:p>
    <w:p>
      <w:r>
        <w:rPr>
          <w:b/>
        </w:rPr>
        <w:t xml:space="preserve">[41:15] </w:t>
      </w:r>
      <w:r>
        <w:t>Bush ke zamaney mein.</w:t>
      </w:r>
    </w:p>
    <w:p>
      <w:pPr>
        <w:jc w:val="right"/>
      </w:pPr>
      <w:r>
        <w:t>بش کے زمانے میں۔</w:t>
      </w:r>
    </w:p>
    <w:p>
      <w:r>
        <w:rPr>
          <w:b/>
        </w:rPr>
        <w:t xml:space="preserve">[41:20] </w:t>
      </w:r>
      <w:r>
        <w:t>aur jitni taqat thi America ne laga di. aur itni yani itni bari ladai ladni pari America ko ke us mein Five Trillion dollar kharch ho gaye us ke.</w:t>
      </w:r>
    </w:p>
    <w:p>
      <w:pPr>
        <w:jc w:val="right"/>
      </w:pPr>
      <w:r>
        <w:t>اور جتنی طاقت تھی امریکہ نے لگا دی۔ اور اتنی یعنی اتنی بڑی لڑائی لڑنی پڑی امریکہ کو کہ اس میں Five Trillion ڈالر خرچ ہو گئے اس کے۔</w:t>
      </w:r>
    </w:p>
    <w:p>
      <w:r>
        <w:rPr>
          <w:b/>
        </w:rPr>
        <w:t xml:space="preserve">[41:35] </w:t>
      </w:r>
      <w:r>
        <w:t>paanch Trillion dollar. yani paanch kharab dollar. lekin aaj aap ko pata hai ke America apne maqsad ko achieve nahi kar saka, wapas ja raha hai.</w:t>
      </w:r>
    </w:p>
    <w:p>
      <w:pPr>
        <w:jc w:val="right"/>
      </w:pPr>
      <w:r>
        <w:t>پانچ Trillion ڈالر۔ یعنی پانچ کھرب ڈالر۔ لیکن آج آپ کو پتہ ہے کہ امریکہ اپنے مقصد کو achieve نہیں کر سکا، واپس جا رہا ہے۔</w:t>
      </w:r>
    </w:p>
    <w:p>
      <w:r>
        <w:rPr>
          <w:b/>
        </w:rPr>
        <w:t xml:space="preserve">[41:48] </w:t>
      </w:r>
      <w:r>
        <w:t>yeh sab log jante hain. is ke kitne fauji mare gaye, kitna paisa nuqsan hua. khud America ki Economy jo hai woh hil gayi bilkul.</w:t>
      </w:r>
    </w:p>
    <w:p>
      <w:pPr>
        <w:jc w:val="right"/>
      </w:pPr>
      <w:r>
        <w:t>یہ سب لوگ جانتے ہیں۔ اس کے کتنے فوجی مارے گئے، کتنا پیسہ نقصان ہوا۔ خود امریکہ کی Economy جو ہے وہ ہل گئی بالکل۔</w:t>
      </w:r>
    </w:p>
    <w:p>
      <w:r>
        <w:rPr>
          <w:b/>
        </w:rPr>
        <w:t xml:space="preserve">[42:00] </w:t>
      </w:r>
      <w:r>
        <w:t>aap jante hain. kyun? ghusse ke tehat ek faisla kiya tha Super Power ne. to yaad rakhiye, Super Power bhi agar ghusse mein ek faisla kare to us ka faisla bhi galat hi hoga.</w:t>
      </w:r>
    </w:p>
    <w:p>
      <w:pPr>
        <w:jc w:val="right"/>
      </w:pPr>
      <w:r>
        <w:t>آپ جانتے ہیں۔ کیوں؟ غصے کے تحت ایک فیصلہ کیا تھا Super Power نے۔ تو یاد رکھیے، Super Power بھی اگر غصے میں ایک فیصلہ کرے تو اس کا فیصلہ بھی غلط ہی ہوگا۔</w:t>
      </w:r>
    </w:p>
    <w:p>
      <w:r>
        <w:rPr>
          <w:b/>
        </w:rPr>
        <w:t xml:space="preserve">[42:19] </w:t>
      </w:r>
      <w:r>
        <w:t>koi Afford nahi kar sakta ghusse ko, chahe Super Power ho, chahe ek aam insan ho. yeh kitni bari baat hai.</w:t>
      </w:r>
    </w:p>
    <w:p>
      <w:pPr>
        <w:jc w:val="right"/>
      </w:pPr>
      <w:r>
        <w:t>کوئی Afford نہیں کر سکتا غصے کو، چاہے Super Power ہو، چاہے ایک عام انسان ہو۔ یہ کتنی بڑی بات ہے۔</w:t>
      </w:r>
    </w:p>
    <w:p>
      <w:r>
        <w:rPr>
          <w:b/>
        </w:rPr>
        <w:t xml:space="preserve">[42:30] </w:t>
      </w:r>
      <w:r>
        <w:t>aur sab se bara nuksan jo ghusse ka hai woh kya hai? ke hum Opportunity ko bhool jate hain aur sirf Violence, inteqam yahi hamare dimagh par chha jata hai.</w:t>
      </w:r>
    </w:p>
    <w:p>
      <w:pPr>
        <w:jc w:val="right"/>
      </w:pPr>
      <w:r>
        <w:t>اور سب سے بڑا نقصان جو غصے کا ہے وہ کیا ہے؟ کہ ہم Opportunity کو بھول جاتے ہیں اور صرف Violence، انتقام یہی ہمارے دماغ پر چھا جاتا ہے۔</w:t>
      </w:r>
    </w:p>
    <w:p>
      <w:r>
        <w:rPr>
          <w:b/>
        </w:rPr>
        <w:t xml:space="preserve">[42:42] </w:t>
      </w:r>
      <w:r>
        <w:t>is ki sab se bari misaal jo is do sau saal ke andar hui hai, do sau saal.</w:t>
      </w:r>
    </w:p>
    <w:p>
      <w:pPr>
        <w:jc w:val="right"/>
      </w:pPr>
      <w:r>
        <w:t>اس کی سب سے بڑی مثال جو اس دو سو سال کے اندر ہوئی ہے، دو سو سال۔</w:t>
      </w:r>
    </w:p>
    <w:p>
      <w:r>
        <w:rPr>
          <w:b/>
        </w:rPr>
        <w:t xml:space="preserve">[42:49] </w:t>
      </w:r>
      <w:r>
        <w:t>ke European qaumein Asia aur Africa mein dakhil ho gayeen, Industrial Revolution ke baad nayi taqaton ko le kar.</w:t>
      </w:r>
    </w:p>
    <w:p>
      <w:pPr>
        <w:jc w:val="right"/>
      </w:pPr>
      <w:r>
        <w:t>کہ European قومیں ایشیا اور افریقہ میں داخل ہو گئیں، Industrial Revolution کے بعد نئی طاقتوں کو لے کر۔</w:t>
      </w:r>
    </w:p>
    <w:p>
      <w:r>
        <w:rPr>
          <w:b/>
        </w:rPr>
        <w:t xml:space="preserve">[43:01] </w:t>
      </w:r>
      <w:r>
        <w:t>unhone Muslim hukumaton ko zair kiya aur apna dabdaba qaim kiya.</w:t>
      </w:r>
    </w:p>
    <w:p>
      <w:pPr>
        <w:jc w:val="right"/>
      </w:pPr>
      <w:r>
        <w:t>انہوں نے مسلم حکومتوں کو زیر کیا اور اپنا دبدبہ قائم کیا۔</w:t>
      </w:r>
    </w:p>
    <w:p>
      <w:r>
        <w:rPr>
          <w:b/>
        </w:rPr>
        <w:t xml:space="preserve">[43:07] </w:t>
      </w:r>
      <w:r>
        <w:t>aap jante hain ke</w:t>
      </w:r>
    </w:p>
    <w:p>
      <w:pPr>
        <w:jc w:val="right"/>
      </w:pPr>
      <w:r>
        <w:t>آپ جانتے ہیں کہ</w:t>
      </w:r>
    </w:p>
    <w:p>
      <w:r>
        <w:rPr>
          <w:b/>
        </w:rPr>
        <w:t xml:space="preserve">[43:12] </w:t>
      </w:r>
      <w:r>
        <w:t>Ottoman Empire khatam hui, Mughal Empire khatam hui aur bohat si hukumatain idhar udhar jo theen sab khatam ho gayeen. unhone dabdaba qaim kiya apna.</w:t>
      </w:r>
    </w:p>
    <w:p>
      <w:pPr>
        <w:jc w:val="right"/>
      </w:pPr>
      <w:r>
        <w:t>Ottoman Empire ختم ہوئی، مغل Empire ختم ہوئی اور بہت سی حکومتیں ادھر ادھر جو تھیں سب ختم ہوئیں۔ انہوں نے دبدبہ قائم کیا اپنا۔</w:t>
      </w:r>
    </w:p>
    <w:p>
      <w:r>
        <w:rPr>
          <w:b/>
        </w:rPr>
        <w:t xml:space="preserve">[43:20] </w:t>
      </w:r>
      <w:r>
        <w:t>ab Musalman sab ghusse mein aa gaye. sari dunya ke Musalman ghusse mein aa gaye.</w:t>
      </w:r>
    </w:p>
    <w:p>
      <w:pPr>
        <w:jc w:val="right"/>
      </w:pPr>
      <w:r>
        <w:t>اب مسلمان سب غصے میں آ گئے۔ ساری دنیا کے مسلمان غصے میں آ گئے۔</w:t>
      </w:r>
    </w:p>
    <w:p>
      <w:r>
        <w:rPr>
          <w:b/>
        </w:rPr>
        <w:t xml:space="preserve">[43:27] </w:t>
      </w:r>
      <w:r>
        <w:t>aur laraai chhed di. mila kuch bhi nahi. yaani Nineteenth Century, Twentieth Century. do sau saal ki laraai mein kya mila? kuch bhi nahi mila.</w:t>
      </w:r>
    </w:p>
    <w:p>
      <w:pPr>
        <w:jc w:val="right"/>
      </w:pPr>
      <w:r>
        <w:t>اور لڑائی چھیڑ دی۔ ملا کچھ بھی نہیں۔ یعنی Nineteenth Century، Twentieth Century۔ دو سو سال کی لڑائی میں کیا ملا؟ کچھ بھی نہیں ملا۔</w:t>
      </w:r>
    </w:p>
    <w:p>
      <w:r>
        <w:rPr>
          <w:b/>
        </w:rPr>
        <w:t xml:space="preserve">[43:36] </w:t>
      </w:r>
      <w:r>
        <w:t>do sau saal ki laraai mein kuch bhi nahi mila. aur nuksan kya hua? nuksan hua yeh hua ke yeh sare log aa gaye thay hamare deshon mein, hamare mulkon mein.</w:t>
      </w:r>
    </w:p>
    <w:p>
      <w:pPr>
        <w:jc w:val="right"/>
      </w:pPr>
      <w:r>
        <w:t>دو سو سال کی لڑائی میں کچھ بھی نہیں ملا۔ اور نقصان کیا ہوا؟ نقصان ہوا یہ ہوا کہ یہ سارے لوگ آ گئے تھے ہمارے دیشوں میں، ہمارے ملکوں میں۔</w:t>
      </w:r>
    </w:p>
    <w:p>
      <w:r>
        <w:rPr>
          <w:b/>
        </w:rPr>
        <w:t xml:space="preserve">[43:49] </w:t>
      </w:r>
      <w:r>
        <w:t>yeh thay madu hamare. madu. yeh sare log madu thay.</w:t>
      </w:r>
    </w:p>
    <w:p>
      <w:pPr>
        <w:jc w:val="right"/>
      </w:pPr>
      <w:r>
        <w:t>یہ تھے مدعو ہمارے۔ مدعو۔ یہ سارے لوگ مدعو تھے۔</w:t>
      </w:r>
    </w:p>
    <w:p>
      <w:r>
        <w:rPr>
          <w:b/>
        </w:rPr>
        <w:t xml:space="preserve">[43:57] </w:t>
      </w:r>
      <w:r>
        <w:t>European qaumein jo aa gayeen theen Muslim mulkon mein. Colonialism ke zamane mein. nauabadiyati daur ke zamane mein.</w:t>
      </w:r>
    </w:p>
    <w:p>
      <w:pPr>
        <w:jc w:val="right"/>
      </w:pPr>
      <w:r>
        <w:t>European قومیں جو آ گئی تھیں مسلم ملکوں میں۔ Colonialism کے زمانے میں۔ نوآبادیاتی دور کے زمانے میں۔</w:t>
      </w:r>
    </w:p>
    <w:p>
      <w:r>
        <w:rPr>
          <w:b/>
        </w:rPr>
        <w:t xml:space="preserve">[44:09] </w:t>
      </w:r>
      <w:r>
        <w:t>to yeh to madu thay hamare. madu khud aa gaya daai ke paas. ab in ko dawat do.</w:t>
      </w:r>
    </w:p>
    <w:p>
      <w:pPr>
        <w:jc w:val="right"/>
      </w:pPr>
      <w:r>
        <w:t>تو یہ تو مدعو تھے ہمارے۔ مدعو خود آ گیا داعی کے پاس۔ اب ان کو دعوت دو۔</w:t>
      </w:r>
    </w:p>
    <w:p>
      <w:r>
        <w:rPr>
          <w:b/>
        </w:rPr>
        <w:t xml:space="preserve">[44:18] </w:t>
      </w:r>
      <w:r>
        <w:t>isi ke nateejay mein dekhiye yeh hai ke is zamane mein ek bohat bari Industry nikli hai jis ko kehte hain Tourism.</w:t>
      </w:r>
    </w:p>
    <w:p>
      <w:pPr>
        <w:jc w:val="right"/>
      </w:pPr>
      <w:r>
        <w:t>اسی کے نتیجے میں دیکھیے یہ ہے کہ اس زمانے میں ایک بہت بڑی Industry نکلی ہے جس کو کہتے ہیں Tourism۔</w:t>
      </w:r>
    </w:p>
    <w:p>
      <w:r>
        <w:rPr>
          <w:b/>
        </w:rPr>
        <w:t xml:space="preserve">[44:27] </w:t>
      </w:r>
      <w:r>
        <w:t>Tourism. siyahati ki Industry.</w:t>
      </w:r>
    </w:p>
    <w:p>
      <w:pPr>
        <w:jc w:val="right"/>
      </w:pPr>
      <w:r>
        <w:t>Tourism۔ سیاحتی کی Industry۔</w:t>
      </w:r>
    </w:p>
    <w:p>
      <w:r>
        <w:rPr>
          <w:b/>
        </w:rPr>
        <w:t xml:space="preserve">[44:30] </w:t>
      </w:r>
      <w:r>
        <w:t>pehlay aisa nahi hota tha. kyun? Communication jo ho gaya, Communication aaya, sawariyan aayeen aur aasani ho gayi aane jaane mein.</w:t>
      </w:r>
    </w:p>
    <w:p>
      <w:pPr>
        <w:jc w:val="right"/>
      </w:pPr>
      <w:r>
        <w:t>پہلے ایسا نہیں ہوتا تھا۔ کیوں؟ Communication جو ہو گیا، Communication آیا، سواریاں آئیں اور آسانی ہو گئی آنے جانے میں۔</w:t>
      </w:r>
    </w:p>
    <w:p>
      <w:r>
        <w:rPr>
          <w:b/>
        </w:rPr>
        <w:t xml:space="preserve">[44:42] </w:t>
      </w:r>
      <w:r>
        <w:t>Globalization hua to ek naya ek silsila shuru hua siyahati ka. lakhon lakh log yahan se wahan jane lagay.</w:t>
      </w:r>
    </w:p>
    <w:p>
      <w:pPr>
        <w:jc w:val="right"/>
      </w:pPr>
      <w:r>
        <w:t>Globalization ہوا تو ایک نیا ایک سلسلہ شروع ہوا سیاحتی کا۔ لاکھوں لاکھ لوگ یہاں سے وہاں جانے لگے۔</w:t>
      </w:r>
    </w:p>
    <w:p>
      <w:r>
        <w:rPr>
          <w:b/>
        </w:rPr>
        <w:t xml:space="preserve">[44:53] </w:t>
      </w:r>
      <w:r>
        <w:t>ab Muslim mulkon mein siyah bhi aane lagay, bohat ziyada</w:t>
      </w:r>
    </w:p>
    <w:p>
      <w:pPr>
        <w:jc w:val="right"/>
      </w:pPr>
      <w:r>
        <w:t>اب مسلم ملکوں میں سیاح بھی آنے لگے، بہت زیادہ</w:t>
      </w:r>
    </w:p>
    <w:p>
      <w:r>
        <w:rPr>
          <w:b/>
        </w:rPr>
        <w:t xml:space="preserve">[44:57] </w:t>
      </w:r>
      <w:r>
        <w:t>. lekin Musalman in siyahon ko Negative nazar se dekhte hain. samajhte hain ke yeh sab sazishi hain, hamare dushman hain yeh log.</w:t>
      </w:r>
    </w:p>
    <w:p>
      <w:pPr>
        <w:jc w:val="right"/>
      </w:pPr>
      <w:r>
        <w:t>۔ لیکن مسلمان ان سیاحوں کو Negative نظر سے دیکھتے ہیں۔ سمجھتے ہیں کہ یہ سب سازشی ہیں، ہمارے دشمن ہیں یہ لوگ۔</w:t>
      </w:r>
    </w:p>
    <w:p>
      <w:r>
        <w:rPr>
          <w:b/>
        </w:rPr>
        <w:t xml:space="preserve">[45:06] </w:t>
      </w:r>
      <w:r>
        <w:t>aate hain hamare Culture kharab karne ke liye. bomb marte hain. halankay woh to madu hain. yeh sare log aa ke madu hain.</w:t>
      </w:r>
    </w:p>
    <w:p>
      <w:pPr>
        <w:jc w:val="right"/>
      </w:pPr>
      <w:r>
        <w:t>آتے ہیں ہمارے Culture خراب کرنے کے لیے۔ بم مارتے ہیں۔ حالانکہ وہ تو مدعو ہیں۔ یہ سارے لوگ آ کے مدعو ہیں۔</w:t>
      </w:r>
    </w:p>
    <w:p>
      <w:r>
        <w:rPr>
          <w:b/>
        </w:rPr>
        <w:t xml:space="preserve">[45:17] </w:t>
      </w:r>
      <w:r>
        <w:t>kaha madu khud aap ke haan aaya hua hai.</w:t>
      </w:r>
    </w:p>
    <w:p>
      <w:pPr>
        <w:jc w:val="right"/>
      </w:pPr>
      <w:r>
        <w:t>کہا مدعو خود آپ کے ہاں آیا ہوا ہے۔</w:t>
      </w:r>
    </w:p>
    <w:p>
      <w:r>
        <w:rPr>
          <w:b/>
        </w:rPr>
        <w:t xml:space="preserve">[45:23] </w:t>
      </w:r>
      <w:r>
        <w:t>Allah taala ne is ummat ke liye jo sab se bara inaam rakha hai, ummat Muhammadi ke liye, woh hai dawat ilal Allah. dekhiye, namaz parhein tab bhi sawab hai, roza rakhein tab bhi sawab hai,</w:t>
      </w:r>
    </w:p>
    <w:p>
      <w:pPr>
        <w:jc w:val="right"/>
      </w:pPr>
      <w:r>
        <w:t>اللہ تعالیٰ نے اس امت کے لیے جو سب سے بڑا انعام رکھا ہے، امت محمدی کے لیے، وہ ہے دعوت الی اللہ۔ دیکھیے، نماز پڑھیں تب بھی ثواب ہے، روزہ رکھیں تب بھی ثواب ہے،</w:t>
      </w:r>
    </w:p>
    <w:p>
      <w:r>
        <w:rPr>
          <w:b/>
        </w:rPr>
        <w:t xml:space="preserve">[45:38] </w:t>
      </w:r>
      <w:r>
        <w:t>Hajj karein tab bhi sawab hai, lekin agar aap dawat ilal Allah ka kaam karte hain to sab se bara sawab hai. to Super sawab hai woh.</w:t>
      </w:r>
    </w:p>
    <w:p>
      <w:pPr>
        <w:jc w:val="right"/>
      </w:pPr>
      <w:r>
        <w:t>Hajj کریں تب بھی ثواب ہے، لیکن اگر آپ دعوت الی اللہ کا کام کرتے ہیں تو سب سے بڑا ثواب ہے۔ تو Super ثواب ہے وہ۔</w:t>
      </w:r>
    </w:p>
    <w:p>
      <w:r>
        <w:rPr>
          <w:b/>
        </w:rPr>
        <w:t xml:space="preserve">[45:49] </w:t>
      </w:r>
      <w:r>
        <w:t>to Allah taala ne is zamane mein madu ko khud aap ke paas bhej diya. sari dunya mein Europe ke log, America ke log ghusay hue hain.</w:t>
      </w:r>
    </w:p>
    <w:p>
      <w:pPr>
        <w:jc w:val="right"/>
      </w:pPr>
      <w:r>
        <w:t>تو اللہ تعالیٰ نے اس زمانے میں مدعو کو خود آپ کے پاس بھیج دیا۔ ساری دنیا میں Europe کے لوگ، امریکہ کے لوگ گھسے ہوئے ہیں۔</w:t>
      </w:r>
    </w:p>
    <w:p>
      <w:r>
        <w:rPr>
          <w:b/>
        </w:rPr>
        <w:t xml:space="preserve">[46:01] </w:t>
      </w:r>
      <w:r>
        <w:t>apne Business ke liye, siyahati ke liye, taleem ke liye mukhtalif, is ke liye. to in ko aap agar in ko aap ek ek dawah Opportunity ke taur par leejie aur in ko dawat deejie.</w:t>
      </w:r>
    </w:p>
    <w:p>
      <w:pPr>
        <w:jc w:val="right"/>
      </w:pPr>
      <w:r>
        <w:t>اپنے Business کے لیے، سیاحتی کے لیے، تعلیم کے لیے مختلف، اس کے لیے۔ تو ان کو آپ اگر ان کو آپ ایک ایک دعویٰ Opportunity کے طور پر لیجیے اور ان کو دعوت دیجیے۔</w:t>
      </w:r>
    </w:p>
    <w:p>
      <w:r>
        <w:rPr>
          <w:b/>
        </w:rPr>
        <w:t xml:space="preserve">[46:17] </w:t>
      </w:r>
      <w:r>
        <w:t>to kitna bara sawab Allah taala ke haan muqaddar hai aap ke liye. dawat ilal Allah ka sawab, salat walnaas ka sawab, logon tak sachai pohnchanay ka sawab, inzar aur tafseer ka sawab.</w:t>
      </w:r>
    </w:p>
    <w:p>
      <w:pPr>
        <w:jc w:val="right"/>
      </w:pPr>
      <w:r>
        <w:t>تو کتنا بڑا ثواب اللہ تعالیٰ کے ہاں مقدر ہے آپ کے لیے۔ دعوت الی اللہ کا ثواب، صلاۃ والناس کا ثواب، لوگوں تک سچائی پہنچانے کا ثواب، انظار اور تفسیر کا ثواب۔</w:t>
      </w:r>
    </w:p>
    <w:p>
      <w:r>
        <w:rPr>
          <w:b/>
        </w:rPr>
        <w:t xml:space="preserve">[46:31] </w:t>
      </w:r>
      <w:r>
        <w:t>lekin kya hua? bas ghusse mein aa gaye. nahin, yeh to dushman hain, yeh to hamare mulkon mein aa gaye hain, in ko maro, in ko bhagao.</w:t>
      </w:r>
    </w:p>
    <w:p>
      <w:pPr>
        <w:jc w:val="right"/>
      </w:pPr>
      <w:r>
        <w:t>لیکن کیا ہوا؟ بس غصے میں آ گئے۔ نہیں، یہ تو دشمن ہیں، یہ تو ہمارے ملکوں میں آ گئے ہیں، ان کو مارو، ان کو بھگاؤ۔</w:t>
      </w:r>
    </w:p>
    <w:p>
      <w:r>
        <w:rPr>
          <w:b/>
        </w:rPr>
        <w:t xml:space="preserve">[46:44] </w:t>
      </w:r>
      <w:r>
        <w:t>to yahi to hai ke ghazab aate hi Divine Wisdom khatm ho gayi. Divine Wisdom khatm hone ka matlab yeh hai ke mauqe ko sirf masle ke roop mein dekhne lage.</w:t>
      </w:r>
    </w:p>
    <w:p>
      <w:pPr>
        <w:jc w:val="right"/>
      </w:pPr>
      <w:r>
        <w:t>تو یہی تو ہے کہ غضب آتے ہی Divine Wisdom ختم ہو گئی۔ Divine Wisdom ختم ہونے کا مطلب یہ ہے کہ مواقع کو صرف مسئلے کے روپ میں دیکھنے لگے۔</w:t>
      </w:r>
    </w:p>
    <w:p>
      <w:r>
        <w:rPr>
          <w:b/>
        </w:rPr>
        <w:t xml:space="preserve">[46:58] </w:t>
      </w:r>
      <w:r>
        <w:t>Opportunity ko sirf Problem ke roop mein dekhne lage. kitna bada nuksan hai. kitna bada nuksan hai.</w:t>
      </w:r>
    </w:p>
    <w:p>
      <w:pPr>
        <w:jc w:val="right"/>
      </w:pPr>
      <w:r>
        <w:t>Opportunity کو صرف Problem کے روپ میں دیکھنے لگے۔ کتنا بڑا نقصان ہے۔ کتنا بڑا نقصان ہے۔</w:t>
      </w:r>
    </w:p>
    <w:p>
      <w:r>
        <w:rPr>
          <w:b/>
        </w:rPr>
        <w:t xml:space="preserve">[47:09] </w:t>
      </w:r>
      <w:r>
        <w:t>jo maine kaha ke Anger corrupts the Divine Wisdom, is ki misaal dekh lijiye aap. ke jo cheez thi ek bahut badi Opportunity,</w:t>
      </w:r>
    </w:p>
    <w:p>
      <w:pPr>
        <w:jc w:val="right"/>
      </w:pPr>
      <w:r>
        <w:t>جو میں نے کہا کہ Anger corrupts the Divine Wisdom، اس کی مثال دیکھ لیجیے آپ۔ کہ جو چیز تھی ایک بہت بڑی Opportunity،</w:t>
      </w:r>
    </w:p>
    <w:p>
      <w:r>
        <w:rPr>
          <w:b/>
        </w:rPr>
        <w:t xml:space="preserve">[47:23] </w:t>
      </w:r>
      <w:r>
        <w:t>us ko aap ne kya le liya bahut bade Problem ke roop mein. Opportunity ko Problem ke roop mein dekhne lage.</w:t>
      </w:r>
    </w:p>
    <w:p>
      <w:pPr>
        <w:jc w:val="right"/>
      </w:pPr>
      <w:r>
        <w:t>اس کو آپ نے کیا لے لیا بہت بڑے Problem کے روپ میں۔ Opportunity کو Problem کے روپ میں دیکھنے لگے۔</w:t>
      </w:r>
    </w:p>
    <w:p>
      <w:r>
        <w:rPr>
          <w:b/>
        </w:rPr>
        <w:t xml:space="preserve">[47:32] </w:t>
      </w:r>
      <w:r>
        <w:t>phir kya mila aap ko? nafrat, Violence, Gun Culture, Bomb Cul</w:t>
      </w:r>
    </w:p>
    <w:p>
      <w:pPr>
        <w:jc w:val="right"/>
      </w:pPr>
      <w:r>
        <w:t>پھر کیا ملا آپ کو؟ نفرت، Violence، Gun Culture، Bomb Cul</w:t>
      </w:r>
    </w:p>
    <w:p>
      <w:r>
        <w:rPr>
          <w:b/>
        </w:rPr>
        <w:t xml:space="preserve">[47:38] </w:t>
      </w:r>
      <w:r>
        <w:t>ture. yahan tak ke aakhir mein Suicide Bombing.</w:t>
      </w:r>
    </w:p>
    <w:p>
      <w:pPr>
        <w:jc w:val="right"/>
      </w:pPr>
      <w:r>
        <w:t>ture۔ یہاں تک کہ آخر میں Suicide Bombing۔</w:t>
      </w:r>
    </w:p>
    <w:p>
      <w:r>
        <w:rPr>
          <w:b/>
        </w:rPr>
        <w:t xml:space="preserve">[47:44] </w:t>
      </w:r>
      <w:r>
        <w:t>yeh sab ghusse ke khate mein jata hai. ghussa aaya, aql chali gayi.</w:t>
      </w:r>
    </w:p>
    <w:p>
      <w:pPr>
        <w:jc w:val="right"/>
      </w:pPr>
      <w:r>
        <w:t>یہ سب غصے کے کھاتے میں جاتا ہے۔ غصہ آیا، عقل چلی گئی۔</w:t>
      </w:r>
    </w:p>
    <w:p>
      <w:r>
        <w:rPr>
          <w:b/>
        </w:rPr>
        <w:t xml:space="preserve">[47:54] </w:t>
      </w:r>
      <w:r>
        <w:t>is liye</w:t>
      </w:r>
    </w:p>
    <w:p>
      <w:pPr>
        <w:jc w:val="right"/>
      </w:pPr>
      <w:r>
        <w:t>اس لیے</w:t>
      </w:r>
    </w:p>
    <w:p>
      <w:r>
        <w:rPr>
          <w:b/>
        </w:rPr>
        <w:t xml:space="preserve">[47:57] </w:t>
      </w:r>
      <w:r>
        <w:t>hamare Mission ka ek ek bahut bada juz yeh bhi hai. hamara Mission dawat il Allah ka Mission hai. Allah ke bando ko sachai ka paigham pohnchaney ka Mission hai.</w:t>
      </w:r>
    </w:p>
    <w:p>
      <w:pPr>
        <w:jc w:val="right"/>
      </w:pPr>
      <w:r>
        <w:t>ہمارے Mission کا ایک ایک بہت بڑا جز یہ بھی ہے۔ ہمارا Mission دعوت الی اللہ کا Mission ہے۔ اللہ کے بندوں کو سچائی کا پیغام پہنچانے کا Mission ہے۔</w:t>
      </w:r>
    </w:p>
    <w:p>
      <w:r>
        <w:rPr>
          <w:b/>
        </w:rPr>
        <w:t xml:space="preserve">[48:09] </w:t>
      </w:r>
      <w:r>
        <w:t>lekin zaroori hai ke hum khud apne aap ko ghazab se bachayein aur doosron ko bhadka bhadka kar ghazabnak na karein.</w:t>
      </w:r>
    </w:p>
    <w:p>
      <w:pPr>
        <w:jc w:val="right"/>
      </w:pPr>
      <w:r>
        <w:t>لیکن ضروری ہے کہ ہم خود اپنے آپ کو غضب سے بچائیں اور دوسروں کو بھڑکا بھڑکا کر غضبناک نہ کریں۔</w:t>
      </w:r>
    </w:p>
    <w:p>
      <w:r>
        <w:rPr>
          <w:b/>
        </w:rPr>
        <w:t xml:space="preserve">[48:20] </w:t>
      </w:r>
      <w:r>
        <w:t>warna kuch kaam nahin hoga. kuch bhi kaam nahin hoga.</w:t>
      </w:r>
    </w:p>
    <w:p>
      <w:pPr>
        <w:jc w:val="right"/>
      </w:pPr>
      <w:r>
        <w:t>ورنہ کچھ کام نہیں ہوگا۔ کچھ بھی کام نہیں ہوگا۔</w:t>
      </w:r>
    </w:p>
    <w:p>
      <w:r>
        <w:rPr>
          <w:b/>
        </w:rPr>
        <w:t xml:space="preserve">[48:27] </w:t>
      </w:r>
      <w:r>
        <w:t>aaj hi mein akhbar mein parh raha tha ke ek hinduon ke ek giroh, jis se kisi baat par musalman ghussa ho gaye the, un ka jalsa tha.</w:t>
      </w:r>
    </w:p>
    <w:p>
      <w:pPr>
        <w:jc w:val="right"/>
      </w:pPr>
      <w:r>
        <w:t>آج ہی میں اخبار میں پڑھ رہا تھا کہ ایک ہندوؤں کے ایک گرو، جس سے کسی بات پر مسلمان غصہ ہو گئے تھے، ان کا جلسہ تھا۔</w:t>
      </w:r>
    </w:p>
    <w:p>
      <w:r>
        <w:rPr>
          <w:b/>
        </w:rPr>
        <w:t xml:space="preserve">[48:36] </w:t>
      </w:r>
      <w:r>
        <w:t>ek musalman ladke ne ja kar un ke upar kalk phainki.</w:t>
      </w:r>
    </w:p>
    <w:p>
      <w:pPr>
        <w:jc w:val="right"/>
      </w:pPr>
      <w:r>
        <w:t>ایک مسلمان لڑکے نے جا کر ان کے اوپر کالک پھینکی۔</w:t>
      </w:r>
    </w:p>
    <w:p>
      <w:r>
        <w:rPr>
          <w:b/>
        </w:rPr>
        <w:t xml:space="preserve">[48:40] </w:t>
      </w:r>
      <w:r>
        <w:t>mujhe itna afsos hua ke ja kar Quran pesh karte, kalk pesh karne ki kya zaroorat thi? is hindu giroh par yeh aaj hi akhbar mein mein ne parha ke ek musalman ladka khada hua aur un ke upar kalk phainki.</w:t>
      </w:r>
    </w:p>
    <w:p>
      <w:pPr>
        <w:jc w:val="right"/>
      </w:pPr>
      <w:r>
        <w:t>مجھے اتنا افسوس ہوا کہ جا کر قرآن پیش کرتے، کالک پیش کرنے کی کیا ضرورت تھی؟ اس ہندو گرو پر یہ آج ہی اخبار میں میں نے پڑھا کہ ایک مسلمان لڑکا کھڑا ہوا اور ان کے اوپر کالک پھینکی۔</w:t>
      </w:r>
    </w:p>
    <w:p>
      <w:r>
        <w:rPr>
          <w:b/>
        </w:rPr>
        <w:t xml:space="preserve">[48:59] </w:t>
      </w:r>
      <w:r>
        <w:t>aur us ke baad log pakad dhakad hui, logon ne mara peeta is ko</w:t>
      </w:r>
    </w:p>
    <w:p>
      <w:pPr>
        <w:jc w:val="right"/>
      </w:pPr>
      <w:r>
        <w:t>اور اس کے بعد لوگ پکڑ دھکڑ ہوئی، لوگوں نے مارا پیٹا اس کو</w:t>
      </w:r>
    </w:p>
    <w:p>
      <w:r>
        <w:rPr>
          <w:b/>
        </w:rPr>
        <w:t xml:space="preserve">[49:04] </w:t>
      </w:r>
      <w:r>
        <w:t>. is ke bajaye yeh karna chahiye tha un ko ke yahan giroh ki wajah se hazaron hazaron un ke aaye the sunne ke liye un ki baat ko.</w:t>
      </w:r>
    </w:p>
    <w:p>
      <w:pPr>
        <w:jc w:val="right"/>
      </w:pPr>
      <w:r>
        <w:t>۔ اس کے بجائے یہ کرنا چاہیے تھا ان کو کہ یہاں گرو کی وجہ سے ہزاروں ہزاروں ان کے آئے تھے سننے کے لیے ان کی بات کو۔</w:t>
      </w:r>
    </w:p>
    <w:p>
      <w:r>
        <w:rPr>
          <w:b/>
        </w:rPr>
        <w:t xml:space="preserve">[49:12] </w:t>
      </w:r>
      <w:r>
        <w:t>to ek mauqa tha, wahan ja kar aap Quran dete, Islam ki kitabein dete, Literature dete.</w:t>
      </w:r>
    </w:p>
    <w:p>
      <w:pPr>
        <w:jc w:val="right"/>
      </w:pPr>
      <w:r>
        <w:t>تو ایک موقع تھا، وہاں جا کر آپ قرآن دیتے، اسلام کی کتابیں دیتے، Literature دیتے۔</w:t>
      </w:r>
    </w:p>
    <w:p>
      <w:r>
        <w:rPr>
          <w:b/>
        </w:rPr>
        <w:t xml:space="preserve">[49:22] </w:t>
      </w:r>
      <w:r>
        <w:t>to itne sare logon tak sachai ka paigham pohnch jata. ab kya hai? kuch bhi nahin hua</w:t>
      </w:r>
    </w:p>
    <w:p>
      <w:pPr>
        <w:jc w:val="right"/>
      </w:pPr>
      <w:r>
        <w:t>تو اتنے سارے لوگوں تک سچائی کا پیغام پہنچ جاتا۔ اب کیا ہے؟ کچھ بھی نہیں ہوا</w:t>
      </w:r>
    </w:p>
    <w:p>
      <w:r>
        <w:rPr>
          <w:b/>
        </w:rPr>
        <w:t xml:space="preserve">[49:28] </w:t>
      </w:r>
      <w:r>
        <w:t>. ab to yeh yaani Press mein jo yeh khabar aayi to log kya samjhenge? yahi samjhenge ke Islam yeh sikhata hai ke bas maro peeto.</w:t>
      </w:r>
    </w:p>
    <w:p>
      <w:pPr>
        <w:jc w:val="right"/>
      </w:pPr>
      <w:r>
        <w:t>۔ اب تو یہ یعنی Press میں جو یہ خبر آئی تو لوگ کیا سمجھیں گے؟ یہی سمجھیں گے کہ اسلام یہ سکھاتا ہے کہ بس مارو پیٹو۔</w:t>
      </w:r>
    </w:p>
    <w:p>
      <w:r>
        <w:rPr>
          <w:b/>
        </w:rPr>
        <w:t xml:space="preserve">[49:40] </w:t>
      </w:r>
      <w:r>
        <w:t>yahi to samjhenge?</w:t>
      </w:r>
    </w:p>
    <w:p>
      <w:pPr>
        <w:jc w:val="right"/>
      </w:pPr>
      <w:r>
        <w:t>یہی تو سمجھیں گے۔</w:t>
      </w:r>
    </w:p>
    <w:p>
      <w:r>
        <w:rPr>
          <w:b/>
        </w:rPr>
        <w:t xml:space="preserve">[49:45] </w:t>
      </w:r>
      <w:r>
        <w:t>to ghazab jo hai, ghussa jo hai, Anger jo hai, yeh sari burai ki jar hai. sari burai ki jar hai.</w:t>
      </w:r>
    </w:p>
    <w:p>
      <w:pPr>
        <w:jc w:val="right"/>
      </w:pPr>
      <w:r>
        <w:t>تو غضب جو ہے، غصہ جو ہے، Anger جو ہے، یہ ساری برائی کی جڑ ہے۔ ساری برائی کی جڑ ہے۔</w:t>
      </w:r>
    </w:p>
    <w:p>
      <w:r>
        <w:rPr>
          <w:b/>
        </w:rPr>
        <w:t xml:space="preserve">[49:58] </w:t>
      </w:r>
      <w:r>
        <w:t>ab dekhiye, Rasool Allah Sal Allahu Alaihi Wasallam ko jab peghambari mili Makkah mein, yeh Seventh Century AD ka First Quarter tha.</w:t>
      </w:r>
    </w:p>
    <w:p>
      <w:pPr>
        <w:jc w:val="right"/>
      </w:pPr>
      <w:r>
        <w:t>اب دیکھیے، رسول اللہ صلی اللہ علیہ وسلم کو جب پیغمبری ملی مکہ میں، یہ Seventh Century AD کا First Quarter تھا۔</w:t>
      </w:r>
    </w:p>
    <w:p>
      <w:r>
        <w:rPr>
          <w:b/>
        </w:rPr>
        <w:t xml:space="preserve">[50:14] </w:t>
      </w:r>
      <w:r>
        <w:t>us waqt Kaba mein kai so but rakhe hue the. achha, is ko dekha ghussa ho jate aap, tod phod karte. to kya hota?</w:t>
      </w:r>
    </w:p>
    <w:p>
      <w:pPr>
        <w:jc w:val="right"/>
      </w:pPr>
      <w:r>
        <w:t>اس وقت کعبہ میں کئی سو بت رکھے ہوئے تھے۔ اچھا، اس کو دیکھا غصہ ہو جاتے آپ، توڑ پھوڑ کرتے۔ تو کیا ہوتا؟</w:t>
      </w:r>
    </w:p>
    <w:p>
      <w:r>
        <w:rPr>
          <w:b/>
        </w:rPr>
        <w:t xml:space="preserve">[50:23] </w:t>
      </w:r>
      <w:r>
        <w:t>kuch bhi na hota.</w:t>
      </w:r>
    </w:p>
    <w:p>
      <w:pPr>
        <w:jc w:val="right"/>
      </w:pPr>
      <w:r>
        <w:t>کچھ بھی نہ ہوتا۔</w:t>
      </w:r>
    </w:p>
    <w:p>
      <w:r>
        <w:rPr>
          <w:b/>
        </w:rPr>
        <w:t xml:space="preserve">[50:25] </w:t>
      </w:r>
      <w:r>
        <w:t>lekin aap ne is ko ab apne zahir hai ke aap ke dil mein bohat sakht ehsas aata hoga ke Allah ke ghar ko unhon ne but khana bana rakha hai.</w:t>
      </w:r>
    </w:p>
    <w:p>
      <w:pPr>
        <w:jc w:val="right"/>
      </w:pPr>
      <w:r>
        <w:t>لیکن آپ نے اس کو اب اپنے ظاہر ہے کہ آپ کے دل میں بہت سخت احساس آتا ہوگا کہ اللہ کے گھر کو انہوں نے بت خانہ بنا رکھا ہے۔</w:t>
      </w:r>
    </w:p>
    <w:p>
      <w:r>
        <w:rPr>
          <w:b/>
        </w:rPr>
        <w:t xml:space="preserve">[50:38] </w:t>
      </w:r>
      <w:r>
        <w:t>lekin aap ne sabr kiya, bardasht kiya. to kya hua? ek bohat bari yani Wisdom aap ke samne aa gayi.</w:t>
      </w:r>
    </w:p>
    <w:p>
      <w:pPr>
        <w:jc w:val="right"/>
      </w:pPr>
      <w:r>
        <w:t>لیکن آپ نے صبر کیا، برداشت کیا۔ تو کیا ہوا؟ ایک بہت بڑی یعنی Wisdom آپ کے سامنے آ گئی۔</w:t>
      </w:r>
    </w:p>
    <w:p>
      <w:r>
        <w:rPr>
          <w:b/>
        </w:rPr>
        <w:t xml:space="preserve">[50:50] </w:t>
      </w:r>
      <w:r>
        <w:t>ke in bton ki wajah se yahan log akatha hote hain.</w:t>
      </w:r>
    </w:p>
    <w:p>
      <w:pPr>
        <w:jc w:val="right"/>
      </w:pPr>
      <w:r>
        <w:t>کہ ان بتوں کی وجہ سے یہاں لوگ اکٹھا ہوتے ہیں۔</w:t>
      </w:r>
    </w:p>
    <w:p>
      <w:r>
        <w:rPr>
          <w:b/>
        </w:rPr>
        <w:t xml:space="preserve">[50:54] </w:t>
      </w:r>
      <w:r>
        <w:t>to in logon ko bator Audience istemal karo. kyunke woh but jo the, un ke pujne wale ate the wahan par baqayda.</w:t>
      </w:r>
    </w:p>
    <w:p>
      <w:pPr>
        <w:jc w:val="right"/>
      </w:pPr>
      <w:r>
        <w:t>تو ان لوگوں کو بطور Audience استعمال کرو۔ کیونکہ وہ بت جو تھے، ان کے پوجنے والے آتے تھے وہاں پر باقاعدہ۔</w:t>
      </w:r>
    </w:p>
    <w:p>
      <w:r>
        <w:rPr>
          <w:b/>
        </w:rPr>
        <w:t xml:space="preserve">[51:06] </w:t>
      </w:r>
      <w:r>
        <w:t>to ek bheer akatha hoti thi. to aap ne bton ke Kaba mein bton ki maujoodgi par ghusse se bachaya apne aap ko.</w:t>
      </w:r>
    </w:p>
    <w:p>
      <w:pPr>
        <w:jc w:val="right"/>
      </w:pPr>
      <w:r>
        <w:t>تو ایک بھیڑ اکٹھا ہوتی تھی۔ تو آپ نے بتوں کے کعبہ میں بتوں کی موجودگی پر غصے سے بچایا اپنے آپ کو۔</w:t>
      </w:r>
    </w:p>
    <w:p>
      <w:r>
        <w:rPr>
          <w:b/>
        </w:rPr>
        <w:t xml:space="preserve">[51:19] </w:t>
      </w:r>
      <w:r>
        <w:t>to is ka faida kya hua?</w:t>
      </w:r>
    </w:p>
    <w:p>
      <w:pPr>
        <w:jc w:val="right"/>
      </w:pPr>
      <w:r>
        <w:t>تو اس کا فائدہ کیا ہوا؟</w:t>
      </w:r>
    </w:p>
    <w:p>
      <w:r>
        <w:rPr>
          <w:b/>
        </w:rPr>
        <w:t xml:space="preserve">[51:21] </w:t>
      </w:r>
      <w:r>
        <w:t>ke wahan jo ate the zayreen, woh aap ke liye ban gaye madعو, Audience. chunache aap wahan jate the, aap Quran padh ke sunate the un ko.</w:t>
      </w:r>
    </w:p>
    <w:p>
      <w:pPr>
        <w:jc w:val="right"/>
      </w:pPr>
      <w:r>
        <w:t>کہ وہاں جو آتے تھے زائرین، وہ آپ کے لیے بن گئے مدعو، Audience۔ چنانچہ آپ وہاں جاتے تھے، آپ قرآن پڑھ کے سناتے تھے ان کو۔</w:t>
      </w:r>
    </w:p>
    <w:p>
      <w:r>
        <w:rPr>
          <w:b/>
        </w:rPr>
        <w:t xml:space="preserve">[51:35] </w:t>
      </w:r>
      <w:r>
        <w:t>aur sunte the woh, kitne log is mein Islam mein dakhil ho jate the. is tarah se aap ne ek masle ko Opportunity ke roop mein liya.</w:t>
      </w:r>
    </w:p>
    <w:p>
      <w:pPr>
        <w:jc w:val="right"/>
      </w:pPr>
      <w:r>
        <w:t>اور سنتے تھے وہ، کتنے لوگ اس میں اسلام میں داخل ہو جاتے تھے۔ اس طرح سے آپ نے ایک مسئلے کو Opportunity کے روپ میں لیا۔</w:t>
      </w:r>
    </w:p>
    <w:p>
      <w:r>
        <w:rPr>
          <w:b/>
        </w:rPr>
        <w:t xml:space="preserve">[51:46] </w:t>
      </w:r>
      <w:r>
        <w:t>yani Rasool Allah Sal Allahu Alaihi Wasallam ne ek ek Problem ko Convert kiya Opportunity mein.</w:t>
      </w:r>
    </w:p>
    <w:p>
      <w:pPr>
        <w:jc w:val="right"/>
      </w:pPr>
      <w:r>
        <w:t>یعنی رسول اللہ صلی اللہ علیہ وسلم نے ایک ایک Problem کو Convert کیا Opportunity میں۔</w:t>
      </w:r>
    </w:p>
    <w:p>
      <w:r>
        <w:rPr>
          <w:b/>
        </w:rPr>
        <w:t xml:space="preserve">[51:52] </w:t>
      </w:r>
      <w:r>
        <w:t>aaj kya hai? aaj Musalman ulta kar rahe hain. yani Opportunity ko Convert kar rahe hain Problem mein. kaisi ajib baat hai.</w:t>
      </w:r>
    </w:p>
    <w:p>
      <w:pPr>
        <w:jc w:val="right"/>
      </w:pPr>
      <w:r>
        <w:t>آج کیا ہے؟ آج مسلمان الٹا کر رہے ہیں۔ یعنی Opportunity کو Convert کر رہے ہیں Problem میں۔ کیسی عجیب بات ہے۔</w:t>
      </w:r>
    </w:p>
    <w:p>
      <w:r>
        <w:rPr>
          <w:b/>
        </w:rPr>
        <w:t xml:space="preserve">[52:02] </w:t>
      </w:r>
      <w:r>
        <w:t>jis paighambar ki hum bad khwani karte hain, jis paighambar ko hum yani bohat bara darja diye hue hain, us ki us ki jo sunnat hai, us ka jo tareeqa hai, us ne jo namona hum ko diya hai, woh kya hai namona?</w:t>
      </w:r>
    </w:p>
    <w:p>
      <w:pPr>
        <w:jc w:val="right"/>
      </w:pPr>
      <w:r>
        <w:t>جس پیغمبر کی ہم بد خوانی کرتے ہیں، جس پیغمبر کو ہم یعنی بہت بڑا درجہ دیے ہوئے ہیں، اس کی اس کی جو سنت ہے، اس کا جو طریقہ ہے، اس نے جو نمونہ ہم کو دیا ہے، وہ کیا ہے نمونہ؟</w:t>
      </w:r>
    </w:p>
    <w:p>
      <w:r>
        <w:rPr>
          <w:b/>
        </w:rPr>
        <w:t xml:space="preserve">[52:19] </w:t>
      </w:r>
      <w:r>
        <w:t>asal cheez woh hai.</w:t>
      </w:r>
    </w:p>
    <w:p>
      <w:pPr>
        <w:jc w:val="right"/>
      </w:pPr>
      <w:r>
        <w:t>اصل چیز وہ ہے۔</w:t>
      </w:r>
    </w:p>
    <w:p>
      <w:r>
        <w:rPr>
          <w:b/>
        </w:rPr>
        <w:t xml:space="preserve">[52:21] </w:t>
      </w:r>
      <w:r>
        <w:t>woh namona yeh hai ke Problem ko Convert karo Opportunity mein. lekin aaj kal ke Musalman kya kar rahe hain?</w:t>
      </w:r>
    </w:p>
    <w:p>
      <w:pPr>
        <w:jc w:val="right"/>
      </w:pPr>
      <w:r>
        <w:t>وہ نمونہ یہ ہے کہ Problem کو Convert کرو Opportunity میں۔ لیکن آج کل کے مسلمان کیا کر رہے ہیں؟</w:t>
      </w:r>
    </w:p>
    <w:p>
      <w:r>
        <w:rPr>
          <w:b/>
        </w:rPr>
        <w:t xml:space="preserve">[52:32] </w:t>
      </w:r>
      <w:r>
        <w:t>sari duniya mein yahi kar rahe hain. Opportunity ko Convert kar rahe hain Problem mein. kyun? ghusse ki wajah se un ki un se Divine Wisdom chhin gayi hai is ki.</w:t>
      </w:r>
    </w:p>
    <w:p>
      <w:pPr>
        <w:jc w:val="right"/>
      </w:pPr>
      <w:r>
        <w:t>ساری دنیا میں یہی کر رہے ہیں۔ Opportunity کو Convert کر رہے ہیں Problem میں۔ کیوں؟ غصے کی وجہ سے ان کی ان سے Divine Wisdom چھن گئی ہے اس کی۔</w:t>
      </w:r>
    </w:p>
    <w:p>
      <w:r>
        <w:rPr>
          <w:b/>
        </w:rPr>
        <w:t xml:space="preserve">[52:46] </w:t>
      </w:r>
      <w:r>
        <w:t>ghusse ki wajah se un ki Divine Wisdom jo hai, woh chhin gayi hai.</w:t>
      </w:r>
    </w:p>
    <w:p>
      <w:pPr>
        <w:jc w:val="right"/>
      </w:pPr>
      <w:r>
        <w:t>غصے کی وجہ سے ان کی Divine Wisdom جو ہے، وہ چھن گئی ہے۔</w:t>
      </w:r>
    </w:p>
    <w:p>
      <w:r>
        <w:rPr>
          <w:b/>
        </w:rPr>
        <w:t xml:space="preserve">[52:51] </w:t>
      </w:r>
      <w:r>
        <w:t>kaisi ajib baat hai.</w:t>
      </w:r>
    </w:p>
    <w:p>
      <w:pPr>
        <w:jc w:val="right"/>
      </w:pPr>
      <w:r>
        <w:t>کیسی عجیب بات ہے۔</w:t>
      </w:r>
    </w:p>
    <w:p>
      <w:r>
        <w:rPr>
          <w:b/>
        </w:rPr>
        <w:t xml:space="preserve">[52:59] </w:t>
      </w:r>
      <w:r>
        <w:t>Hadees mein aata hai ke ghussa jo hai, woh Al Ghadab min al Shaitan. ghussa Shaitan ki wajah se aata hai.</w:t>
      </w:r>
    </w:p>
    <w:p>
      <w:pPr>
        <w:jc w:val="right"/>
      </w:pPr>
      <w:r>
        <w:t>حدیث میں آتا ہے کہ غصہ جو ہے، وہ الغضب من الشیطان۔ غصہ شیطان کی وجہ سے آتا ہے۔</w:t>
      </w:r>
    </w:p>
    <w:p>
      <w:r>
        <w:rPr>
          <w:b/>
        </w:rPr>
        <w:t xml:space="preserve">[53:09] </w:t>
      </w:r>
      <w:r>
        <w:t>Shaitan Activate kar ke aap ke andar ghussa paida karta hai.</w:t>
      </w:r>
    </w:p>
    <w:p>
      <w:pPr>
        <w:jc w:val="right"/>
      </w:pPr>
      <w:r>
        <w:t>شیطان Activate کر کے آپ کے اندر غصہ پیدا کرتا ہے۔</w:t>
      </w:r>
    </w:p>
    <w:p>
      <w:r>
        <w:rPr>
          <w:b/>
        </w:rPr>
        <w:t xml:space="preserve">[53:13] </w:t>
      </w:r>
      <w:r>
        <w:t>to aap dekhiye ke Islam mein yeh taleem di gayi ke Allahumma a'udhu billahi min al Shaitan al Rajim kaho jab tumhare andar koi bura khayal aa jaye.</w:t>
      </w:r>
    </w:p>
    <w:p>
      <w:pPr>
        <w:jc w:val="right"/>
      </w:pPr>
      <w:r>
        <w:t>تو آپ دیکھیے کہ اسلام میں یہ تعلیم دی گئی کہ اللہ من یعوذک من الشیطان الرجیم کہو جب تمہارے اندر کوئی برا خیال آ جائے۔</w:t>
      </w:r>
    </w:p>
    <w:p>
      <w:r>
        <w:rPr>
          <w:b/>
        </w:rPr>
        <w:t xml:space="preserve">[53:25] </w:t>
      </w:r>
      <w:r>
        <w:t>to ghussa aaye to yahi karna chahiye. ghussa aaye to samjhein ke Shaitan ko ghusaya hai. ghussa aaya hai to samjhein ke Shaitan ghusaya hai.</w:t>
      </w:r>
    </w:p>
    <w:p>
      <w:pPr>
        <w:jc w:val="right"/>
      </w:pPr>
      <w:r>
        <w:t>تو غصہ آئے تو یہی کرنا چاہیے۔ غصہ آئے تو سمجھیں کہ شیطان کو گھسایا ہے۔ غصہ آیا ہے تو سمجھیں کہ شیطان گھسایا ہے۔</w:t>
      </w:r>
    </w:p>
    <w:p>
      <w:r>
        <w:rPr>
          <w:b/>
        </w:rPr>
        <w:t xml:space="preserve">[53:38] </w:t>
      </w:r>
      <w:r>
        <w:t>aur phir yahi padhiye. Allah inni a'udhu bika min</w:t>
      </w:r>
    </w:p>
    <w:p>
      <w:pPr>
        <w:jc w:val="right"/>
      </w:pPr>
      <w:r>
        <w:t>اور پھر یہی پڑھیے۔ اللہ انی اعوذ بک من</w:t>
      </w:r>
    </w:p>
    <w:p>
      <w:r>
        <w:rPr>
          <w:b/>
        </w:rPr>
        <w:t xml:space="preserve">[53:43] </w:t>
      </w:r>
      <w:r>
        <w:t>al Shaitan al Rajim. to yeh bohat hi ahem Hadees hai jo maine aap ko sunai. ke Al Ghadab</w:t>
      </w:r>
    </w:p>
    <w:p>
      <w:pPr>
        <w:jc w:val="right"/>
      </w:pPr>
      <w:r>
        <w:t>الشیطان الرجیم۔ تو یہ بہت ہی اہم حدیث ہے جو میں نے آپ کو سنائی۔ کہ الغضب</w:t>
      </w:r>
    </w:p>
    <w:p>
      <w:r>
        <w:rPr>
          <w:b/>
        </w:rPr>
        <w:t xml:space="preserve">[53:53] </w:t>
      </w:r>
      <w:r>
        <w:t>li yashud al Iman. ghussa Iman ko Iman mein fasad daal deta hai.</w:t>
      </w:r>
    </w:p>
    <w:p>
      <w:pPr>
        <w:jc w:val="right"/>
      </w:pPr>
      <w:r>
        <w:t>لیشد الایمان۔ غصہ ایمان کو ایمان میں فساد ڈال دیتا ہے۔</w:t>
      </w:r>
    </w:p>
    <w:p>
      <w:r>
        <w:rPr>
          <w:b/>
        </w:rPr>
        <w:t xml:space="preserve">[54:02] </w:t>
      </w:r>
      <w:r>
        <w:t>yani Iman mein Corruption daal deta hai. to Iman ka matlab maine kya samjha hai yahan? Divine Wisdom, rabbani aql, rabbani soch, rabbani mizaj, rabbani zehn,</w:t>
      </w:r>
    </w:p>
    <w:p>
      <w:pPr>
        <w:jc w:val="right"/>
      </w:pPr>
      <w:r>
        <w:t>یعنی ایمان میں Corruption ڈال دیتا ہے۔ تو ایمان کا مطلب میں نے کیا سمجھا ہے یہاں؟ Divine Wisdom، ربانی عقل، ربانی سوچ، ربانی مزاج، ربانی ذہن،</w:t>
      </w:r>
    </w:p>
    <w:p>
      <w:r>
        <w:rPr>
          <w:b/>
        </w:rPr>
        <w:t xml:space="preserve">[54:15] </w:t>
      </w:r>
      <w:r>
        <w:t>rabbani Thinking. to ghussa aata hai to rabbani Thinking chali jati hai.</w:t>
      </w:r>
    </w:p>
    <w:p>
      <w:pPr>
        <w:jc w:val="right"/>
      </w:pPr>
      <w:r>
        <w:t>ربانی Thinking۔ تو غصہ آتا ہے تو ربانی Thinking چلی جاتی ہے۔</w:t>
      </w:r>
    </w:p>
    <w:p>
      <w:r>
        <w:rPr>
          <w:b/>
        </w:rPr>
        <w:t xml:space="preserve">[54:24] </w:t>
      </w:r>
      <w:r>
        <w:t>aur phir aadmi aisi harkatein karta hai jo sirf jo kehte hain Counter Productive, ulta natija nikaalne wali.</w:t>
      </w:r>
    </w:p>
    <w:p>
      <w:pPr>
        <w:jc w:val="right"/>
      </w:pPr>
      <w:r>
        <w:t>اور پھر آدمی ایسی حرکتیں کرتا ہے جو صرف جو کہتے ہیں Counter Productive، الٹا نتیجہ نکالنے والی۔</w:t>
      </w:r>
    </w:p>
    <w:p>
      <w:r>
        <w:rPr>
          <w:b/>
        </w:rPr>
        <w:t xml:space="preserve">[54:36] </w:t>
      </w:r>
      <w:r>
        <w:t>to dekhiye chahe aap ke zaati zindagi ka maamla ho, Family ka maamla ho, Neighborhood ka maamla ho, qaumi maamla ho, International maamla ho,</w:t>
      </w:r>
    </w:p>
    <w:p>
      <w:pPr>
        <w:jc w:val="right"/>
      </w:pPr>
      <w:r>
        <w:t>تو دیکھیے چاہے آپ کے ذاتی زندگی کا معاملہ ہو، Family کا معاملہ ہو، Neighborhood کا معاملہ ہو، قومی معاملہ ہو، International معاملہ ہو،</w:t>
      </w:r>
    </w:p>
    <w:p>
      <w:r>
        <w:rPr>
          <w:b/>
        </w:rPr>
        <w:t xml:space="preserve">[54:50] </w:t>
      </w:r>
      <w:r>
        <w:t>ek fard ka maamla ho, Community ka maamla ho, Super Power ka maamla ho. Har ek ko apne ko bachana hai ghusse se.</w:t>
      </w:r>
    </w:p>
    <w:p>
      <w:pPr>
        <w:jc w:val="right"/>
      </w:pPr>
      <w:r>
        <w:t>ایک فرد کا معاملہ ہو، Community کا معاملہ ہو، Super Power کا معاملہ ہو۔ ہر ایک کو اپنے کو بچانا ہے غصے سے۔</w:t>
      </w:r>
    </w:p>
    <w:p>
      <w:r>
        <w:rPr>
          <w:b/>
        </w:rPr>
        <w:t xml:space="preserve">[55:01] </w:t>
      </w:r>
      <w:r>
        <w:t>kisi ke liye bhi ghussa mufeed nahi ho sakta.</w:t>
      </w:r>
    </w:p>
    <w:p>
      <w:pPr>
        <w:jc w:val="right"/>
      </w:pPr>
      <w:r>
        <w:t>کسی کے لیے بھی غصہ مفید نہیں ہو سکتا۔</w:t>
      </w:r>
    </w:p>
    <w:p>
      <w:r>
        <w:rPr>
          <w:b/>
        </w:rPr>
        <w:t xml:space="preserve">[55:05] </w:t>
      </w:r>
      <w:r>
        <w:t>kisi ke liye bhi nahi. Super Power ke liye bhi nahi.</w:t>
      </w:r>
    </w:p>
    <w:p>
      <w:pPr>
        <w:jc w:val="right"/>
      </w:pPr>
      <w:r>
        <w:t>کسی کے لیے بھی نہیں۔ Super Power کے لیے بھی نہیں۔</w:t>
      </w:r>
    </w:p>
    <w:p>
      <w:r>
        <w:rPr>
          <w:b/>
        </w:rPr>
        <w:t xml:space="preserve">[55:12] </w:t>
      </w:r>
      <w:r>
        <w:t>to is ko log dekhiye ek baat mein yeh arz karunga ke jo maroof haram hai us ko log jante hain. Ke khinzir haram hai to us ko nahi khayenge.</w:t>
      </w:r>
    </w:p>
    <w:p>
      <w:pPr>
        <w:jc w:val="right"/>
      </w:pPr>
      <w:r>
        <w:t>تو اس کو لوگ دیکھیے ایک بات میں یہ عرض کروں گا کہ جو معروف حرام ہے اس کو لوگ جانتے ہیں۔ کہ خنزیر حرام ہے تو اس کو نہیں کھائیں گے۔</w:t>
      </w:r>
    </w:p>
    <w:p>
      <w:r>
        <w:rPr>
          <w:b/>
        </w:rPr>
        <w:t xml:space="preserve">[55:25] </w:t>
      </w:r>
      <w:r>
        <w:t>us ka gosht. Sharab haram hai to sharab nahi piyenge.</w:t>
      </w:r>
    </w:p>
    <w:p>
      <w:pPr>
        <w:jc w:val="right"/>
      </w:pPr>
      <w:r>
        <w:t>اس کا گوشت۔ شراب حرام ہے تو شراب نہیں پیئیں گے۔</w:t>
      </w:r>
    </w:p>
    <w:p>
      <w:r>
        <w:rPr>
          <w:b/>
        </w:rPr>
        <w:t xml:space="preserve">[55:32] </w:t>
      </w:r>
      <w:r>
        <w:t>lekin chounke is in lafzon mein kahin likha hua nahi hai ke ghussa haram hai. Jis tarah khinzir ke liye likha hua hai. To hum samajhte hain ke ghussa jo hai.</w:t>
      </w:r>
    </w:p>
    <w:p>
      <w:pPr>
        <w:jc w:val="right"/>
      </w:pPr>
      <w:r>
        <w:t>لیکن چونکہ اس ان لفظوں میں کہیں لکھا ہوا نہیں ہے کہ غصہ حرام ہے۔ جس طرح خنزیر کے لیے لکھا ہوا ہے۔ تو ہم سمجھتے ہیں کہ غصہ جو ہے۔</w:t>
      </w:r>
    </w:p>
    <w:p>
      <w:r>
        <w:rPr>
          <w:b/>
        </w:rPr>
        <w:t xml:space="preserve">[55:42] </w:t>
      </w:r>
      <w:r>
        <w:t>aage aaya to aaya. Yani jis tarah se khinzir ke gosht se aadmi bachata hai apne aap ko, is tarah wo ghusse se nahi bachata.</w:t>
      </w:r>
    </w:p>
    <w:p>
      <w:pPr>
        <w:jc w:val="right"/>
      </w:pPr>
      <w:r>
        <w:t>آگے آیا تو آگیا۔ یعنی جس طرح سے خنزیر کے گوشت سے آدمی بچاتا ہے اپنے آپ کو، اس طرح وہ غصے سے نہیں بچاتا۔</w:t>
      </w:r>
    </w:p>
    <w:p>
      <w:r>
        <w:rPr>
          <w:b/>
        </w:rPr>
        <w:t xml:space="preserve">[55:56] </w:t>
      </w:r>
      <w:r>
        <w:t>to aam taur par log is waqt to qaumi mizaj ghusse ka mizaj ban gaya hai. Log bhadakte hain baaton baaton mein.</w:t>
      </w:r>
    </w:p>
    <w:p>
      <w:pPr>
        <w:jc w:val="right"/>
      </w:pPr>
      <w:r>
        <w:t>تو عام طور پر لوگ اس وقت تو قومی مزاج غصے کا مزاج بن گیا ہے۔ لوگ بھڑکتے ہیں باتوں باتوں میں۔</w:t>
      </w:r>
    </w:p>
    <w:p>
      <w:r>
        <w:rPr>
          <w:b/>
        </w:rPr>
        <w:t xml:space="preserve">[56:08] </w:t>
      </w:r>
      <w:r>
        <w:t>to jis tarah se aap bachte hain sharab se, jis tarah se aap bachte hain khinzir se, isi tarah se aap ko bachna hai ghusse se. Kyunke ghussa aaya, nafrat aayi, inteqaam aaya, tashaddud aaya, yahan tak ke ladai aayi, yahan tak ke Suicide Bombing aa gayi.</w:t>
      </w:r>
    </w:p>
    <w:p>
      <w:pPr>
        <w:jc w:val="right"/>
      </w:pPr>
      <w:r>
        <w:t>تو جس طرح سے آپ بچتے ہیں شراب سے، جس طرح سے آپ بچتے ہیں خنزیر سے، اسی طرح سے آپ کو بچنا ہے غصے سے۔ کیونکہ غصہ آیا، نفرت آئی، انتقام آیا، تشدد آیا، یہاں تک کہ لڑائی آئی، یہاں تک کہ Suicide Bombing آ گئی۔</w:t>
      </w:r>
    </w:p>
    <w:p>
      <w:r>
        <w:rPr>
          <w:b/>
        </w:rPr>
        <w:t xml:space="preserve">[56:29] </w:t>
      </w:r>
      <w:r>
        <w:t>to</w:t>
      </w:r>
    </w:p>
    <w:p>
      <w:pPr>
        <w:jc w:val="right"/>
      </w:pPr>
      <w:r>
        <w:t>تو</w:t>
      </w:r>
    </w:p>
    <w:p>
      <w:r>
        <w:rPr>
          <w:b/>
        </w:rPr>
        <w:t xml:space="preserve">[56:32] </w:t>
      </w:r>
      <w:r>
        <w:t>chahe dunya ka maamla ho, deen ka maamla ho, zaati maamla ho ya qaumi maamla ho, har jagah aap ko apne ko ghusse se bachana hai.</w:t>
      </w:r>
    </w:p>
    <w:p>
      <w:pPr>
        <w:jc w:val="right"/>
      </w:pPr>
      <w:r>
        <w:t>چاہے دنیا کا معاملہ ہو، دین کا معاملہ ہو، ذاتی معاملہ ہو یا قومی معاملہ ہو، ہر جگہ آپ کو اپنے کو غصے سے بچانا ہے۔</w:t>
      </w:r>
    </w:p>
    <w:p>
      <w:r>
        <w:rPr>
          <w:b/>
        </w:rPr>
        <w:t xml:space="preserve">[56:45] </w:t>
      </w:r>
      <w:r>
        <w:t>jaisa ke maine hadith aap ko pesh ki aap ki is khidmat mein ke ghusse ko Manage karna seekhiye bajaye is ke ke ghusse ko aap doosron par daalna seekhein.</w:t>
      </w:r>
    </w:p>
    <w:p>
      <w:pPr>
        <w:jc w:val="right"/>
      </w:pPr>
      <w:r>
        <w:t>جیسا کہ میں نے حدیث آپ کو پیش کی آپ کی اس خدمت میں کہ غصے کو Manage کرنا سیکھیے بجائے اس کے کہ غصے کو آپ دوسروں پر ڈالنا سیکھیں۔</w:t>
      </w:r>
    </w:p>
    <w:p>
      <w:r>
        <w:rPr>
          <w:b/>
        </w:rPr>
        <w:t xml:space="preserve">[57:00] </w:t>
      </w:r>
      <w:r>
        <w:t>ghusse ko Manage karna seekhiye. Ghussa to aayega, humein kya karna hai? Ghusse ko Manage karna. Manage karne ka maani kya hai? Control karna us ko.</w:t>
      </w:r>
    </w:p>
    <w:p>
      <w:pPr>
        <w:jc w:val="right"/>
      </w:pPr>
      <w:r>
        <w:t>غصے کو Manage کرنا سیکھیے۔ غصہ تو آئے گا، ہمیں کیا کرنا ہے؟ غصے کو Manage کرنا۔ Manage کرنے کا معنی کیا ہے؟ کنٹرول کرنا اس کو۔</w:t>
      </w:r>
    </w:p>
    <w:p>
      <w:r>
        <w:rPr>
          <w:b/>
        </w:rPr>
        <w:t xml:space="preserve">[57:10] </w:t>
      </w:r>
      <w:r>
        <w:t>apne andar zabt kar lena us ko. You have to manage your anger. Yeh formula hai. You have to manage your anger.</w:t>
      </w:r>
    </w:p>
    <w:p>
      <w:pPr>
        <w:jc w:val="right"/>
      </w:pPr>
      <w:r>
        <w:t>اپنے اندر ضبط کر لینا اس کو۔ You have to manage your anger. یہ فارمولا ہے۔ You have to manage your anger.</w:t>
      </w:r>
    </w:p>
    <w:p>
      <w:r>
        <w:rPr>
          <w:b/>
        </w:rPr>
        <w:t xml:space="preserve">[57:20] </w:t>
      </w:r>
      <w:r>
        <w:t>yeh formula hai Islam ka.</w:t>
      </w:r>
    </w:p>
    <w:p>
      <w:pPr>
        <w:jc w:val="right"/>
      </w:pPr>
      <w:r>
        <w:t>یہ فارمولا ہے اسلام کا۔</w:t>
      </w:r>
    </w:p>
    <w:p>
      <w:r>
        <w:rPr>
          <w:b/>
        </w:rPr>
        <w:t xml:space="preserve">[57:25] </w:t>
      </w:r>
      <w:r>
        <w:t>yeh bohat hi aham hai. Har ek ke liye, har maamle ke liye. Ke ghusse ko Manage kijiye.</w:t>
      </w:r>
    </w:p>
    <w:p>
      <w:pPr>
        <w:jc w:val="right"/>
      </w:pPr>
      <w:r>
        <w:t>یہ بہت ہی اہم ہے۔ ہر ایک کے لیے، ہر معاملے کے لیے۔ کہ غصے کو Manage کیجیے۔</w:t>
      </w:r>
    </w:p>
    <w:p>
      <w:r>
        <w:rPr>
          <w:b/>
        </w:rPr>
        <w:t xml:space="preserve">[57:35] </w:t>
      </w:r>
      <w:r>
        <w:t>isi mein falah hai. Dunya ki bhi, akhirat ki bhi. Aur iman ki bhi. Daawati aitbaar se bhi aur doosre mamlaat mein bhi.</w:t>
      </w:r>
    </w:p>
    <w:p>
      <w:pPr>
        <w:jc w:val="right"/>
      </w:pPr>
      <w:r>
        <w:t>اسی میں فلاح ہے۔ دنیا کی بھی، آخرت کی بھی۔ اور ایمان کی بھی۔ دعوتی اعتبار سے بھی اور دوسرے معاملات میں بھی۔</w:t>
      </w:r>
    </w:p>
    <w:p>
      <w:r>
        <w:rPr>
          <w:b/>
        </w:rPr>
        <w:t xml:space="preserve">[57:48] </w:t>
      </w:r>
      <w:r>
        <w:t>to ghusse ko Manage karna yeh Super formula hai. Aap ke liye apne zindagi ke tamam mamlaat mein.</w:t>
      </w:r>
    </w:p>
    <w:p>
      <w:pPr>
        <w:jc w:val="right"/>
      </w:pPr>
      <w:r>
        <w:t>تو غصے کو Manage کرنا یہ Super فارمولا ہے۔ آپ کے لیے اپنے زندگی کے تمام معاملات میں۔</w:t>
      </w:r>
    </w:p>
    <w:p>
      <w:r>
        <w:rPr>
          <w:b/>
        </w:rPr>
        <w:t xml:space="preserve">[57:58] </w:t>
      </w:r>
      <w:r>
        <w:t>yahi mein kahunga.</w:t>
      </w:r>
    </w:p>
    <w:p>
      <w:pPr>
        <w:jc w:val="right"/>
      </w:pPr>
      <w:r>
        <w:t>یہی میں کہوں گا۔</w:t>
      </w:r>
    </w:p>
    <w:p>
      <w:r>
        <w:rPr>
          <w:b/>
        </w:rPr>
        <w:t xml:space="preserve">[58:03] </w:t>
      </w:r>
      <w:r>
        <w:t>mein Allah taala se dua karta hoon ke Allah taala mujh ko aur aap ko is par amal karne ki tofeeq de. أقول قولي هذا واستغفرالله لي ولكم اجمعين.</w:t>
      </w:r>
    </w:p>
    <w:p>
      <w:pPr>
        <w:jc w:val="right"/>
      </w:pPr>
      <w:r>
        <w:t>میں اللہ تعالیٰ سے دعا کرتا ہوں کہ اللہ تعالیٰ مجھ کو اور آپ کو اس پر عمل کرنے کی توفیق دے۔ أقول قولي هذا واستغفرالله لي ولكم اجمعين.</w:t>
      </w:r>
    </w:p>
    <w:p>
      <w:r>
        <w:rPr>
          <w:b/>
        </w:rPr>
        <w:t xml:space="preserve">[58:30] </w:t>
      </w:r>
      <w:r>
        <w:t>Maulana, yeh sawal aaya hai Tamil Nadu se Maulana Farhad Ahmed Salafi sahib ka. Unhon ne likha hai: "Fikri quwwat ko kamtar samajhna aur Weapons ki taqat ko badh tak samajhna kahan tak sahi hai?" Kuch bhi sahi nahi hai.</w:t>
      </w:r>
    </w:p>
    <w:p>
      <w:pPr>
        <w:jc w:val="right"/>
      </w:pPr>
      <w:r>
        <w:t>مولانا، یہ سوال آیا ہے تمل ناڈو سے مولانا فرہاد احمد سلفی صاحب کا۔ انہوں نے لکھا ہے: "فکری قوت کو کمتر سمجھنا اور Weapons کی طاقت کو بڑھ تک سمجھنا کہاں تک صحیح ہے؟" کچھ بھی صحیح نہیں ہے۔</w:t>
      </w:r>
    </w:p>
    <w:p>
      <w:r>
        <w:rPr>
          <w:b/>
        </w:rPr>
        <w:t xml:space="preserve">[58:51] </w:t>
      </w:r>
      <w:r>
        <w:t>yeh to galat hi galat hai. Fikri taqat hi badi taqat hai.</w:t>
      </w:r>
    </w:p>
    <w:p>
      <w:pPr>
        <w:jc w:val="right"/>
      </w:pPr>
      <w:r>
        <w:t>یہ تو غلط ہی غلط ہے۔ فکری طاقت ہی بڑی طاقت ہے۔</w:t>
      </w:r>
    </w:p>
    <w:p>
      <w:r>
        <w:rPr>
          <w:b/>
        </w:rPr>
        <w:t xml:space="preserve">[58:59] </w:t>
      </w:r>
      <w:r>
        <w:t>hathiyar ki taqat koi taqat nahi hai. Yaad rakhiye, poori tareekh mein koi ek bhi misaal aisi nahi hai ke asleha ki taqat se, yani hathiyar ki taqat se, kabhi kisi ne koi badi kamyabi paayi ho.</w:t>
      </w:r>
    </w:p>
    <w:p>
      <w:pPr>
        <w:jc w:val="right"/>
      </w:pPr>
      <w:r>
        <w:t>ہتھیار کی طاقت کوئی طاقت نہیں ہے۔ یاد رکھیے، پوری تاریخ میں کوئی ایک بھی مثال ایسی نہیں ہے کہ اسلحہ کی طاقت سے، یعنی ہتھیار کی طاقت سے، کبھی کسی نے کوئی بڑی کامیابی پائی ہو۔</w:t>
      </w:r>
    </w:p>
    <w:p>
      <w:r>
        <w:rPr>
          <w:b/>
        </w:rPr>
        <w:t xml:space="preserve">[59:17] </w:t>
      </w:r>
      <w:r>
        <w:t>Recently misalein dekhiye, do Super Power the: Roos aur America.</w:t>
      </w:r>
    </w:p>
    <w:p>
      <w:pPr>
        <w:jc w:val="right"/>
      </w:pPr>
      <w:r>
        <w:t>Recently مثالیں دیکھیے، دو Super Power تھے: روس اور امریکہ۔</w:t>
      </w:r>
    </w:p>
    <w:p>
      <w:r>
        <w:rPr>
          <w:b/>
        </w:rPr>
        <w:t xml:space="preserve">[59:24] </w:t>
      </w:r>
      <w:r>
        <w:t>Roos jo hai, apne Super Power ke zoom mein aur apne hathiyar ke zoom mein dakhil ho gaya Afghanistan mein. Samajhta tha ke hathiyar ke zor par woh apne Afghanistan par qabza kar lega.</w:t>
      </w:r>
    </w:p>
    <w:p>
      <w:pPr>
        <w:jc w:val="right"/>
      </w:pPr>
      <w:r>
        <w:t>روس جو ہے، اپنے Super Power کے زوم میں اور اپنے ہتھیار کے زوم میں داخل ہو گیا افغانستان میں۔ سمجھتا تھا کہ ہتھیار کے زور پر وہ اپنے افغانستان پر قبضہ کر لے گا۔</w:t>
      </w:r>
    </w:p>
    <w:p>
      <w:r>
        <w:rPr>
          <w:b/>
        </w:rPr>
        <w:t xml:space="preserve">[59:39] </w:t>
      </w:r>
      <w:r>
        <w:t>Lekin aap jante hain ke Roos ko nakami hui, wapas jana pada is ko.</w:t>
      </w:r>
    </w:p>
    <w:p>
      <w:pPr>
        <w:jc w:val="right"/>
      </w:pPr>
      <w:r>
        <w:t>لیکن آپ جانتے ہیں کہ روس کو ناکامی ہوئی، واپس جانا پڑا اس کو۔</w:t>
      </w:r>
    </w:p>
    <w:p>
      <w:r>
        <w:rPr>
          <w:b/>
        </w:rPr>
        <w:t xml:space="preserve">[59:45] </w:t>
      </w:r>
      <w:r>
        <w:t>Isi tarah se America, jo Super Power tha, woh ghus gaya Iraq mein hathiyar le kar ke.</w:t>
      </w:r>
    </w:p>
    <w:p>
      <w:pPr>
        <w:jc w:val="right"/>
      </w:pPr>
      <w:r>
        <w:t>اسی طرح سے امریکہ، جو Super Power تھا، وہ گھس گیا عراق میں ہتھیار لے کر کے۔</w:t>
      </w:r>
    </w:p>
    <w:p>
      <w:r>
        <w:rPr>
          <w:b/>
        </w:rPr>
        <w:t xml:space="preserve">[59:54] </w:t>
      </w:r>
      <w:r>
        <w:t>Lekin wahan pe wapas jana pada is ko. To poori tareekh mein</w:t>
      </w:r>
    </w:p>
    <w:p>
      <w:pPr>
        <w:jc w:val="right"/>
      </w:pPr>
      <w:r>
        <w:t>لیکن وہاں پہ واپس جانا پڑا اس کو۔ تو پوری تاریخ میں</w:t>
      </w:r>
    </w:p>
    <w:p>
      <w:r>
        <w:rPr>
          <w:b/>
        </w:rPr>
        <w:t xml:space="preserve">[1:00:02] </w:t>
      </w:r>
      <w:r>
        <w:t>kabhi bhi hathiyar ke zariye koi bari taqat nahi mili hai. Is ke bar aks fiqah ki taqat. Fiqah ki taqat ko wasee tar mani mein lijiyye.</w:t>
      </w:r>
    </w:p>
    <w:p>
      <w:pPr>
        <w:jc w:val="right"/>
      </w:pPr>
      <w:r>
        <w:t>کبھی بھی ہتھیار کے ذریعے کوئی بڑی طاقت نہیں ملی ہے۔ اس کے برعکس فقہ کی طاقت۔ فقہ کی طاقت کو وسیع تر معنی میں لیجیے۔</w:t>
      </w:r>
    </w:p>
    <w:p>
      <w:r>
        <w:rPr>
          <w:b/>
        </w:rPr>
        <w:t xml:space="preserve">[1:00:12] </w:t>
      </w:r>
      <w:r>
        <w:t>Yaani Ideology, Education, Peaceful Activities, yeh sab fiqah ki taqat hai.</w:t>
      </w:r>
    </w:p>
    <w:p>
      <w:pPr>
        <w:jc w:val="right"/>
      </w:pPr>
      <w:r>
        <w:t>یعنی Ideology، Education، Peaceful Activities، یہ سب فقہ کی طاقت ہے۔</w:t>
      </w:r>
    </w:p>
    <w:p>
      <w:r>
        <w:rPr>
          <w:b/>
        </w:rPr>
        <w:t xml:space="preserve">[1:00:20] </w:t>
      </w:r>
      <w:r>
        <w:t>Fiqah ki taqat ko kisi mehdood mani mein mat lijiyye.</w:t>
      </w:r>
    </w:p>
    <w:p>
      <w:pPr>
        <w:jc w:val="right"/>
      </w:pPr>
      <w:r>
        <w:t>فقہ کی طاقت کو کسی محدود معنی میں مت لیجیے۔</w:t>
      </w:r>
    </w:p>
    <w:p>
      <w:r>
        <w:rPr>
          <w:b/>
        </w:rPr>
        <w:t xml:space="preserve">[1:00:26] </w:t>
      </w:r>
      <w:r>
        <w:t>Is ko wasee tar mani mein lijiyye. Ideology ko istemal karna, nazariye ko istemal karna, Education ko istemal karna, Peaceful Activities ko istemal karna, yeh hai fiqah ki taqat.</w:t>
      </w:r>
    </w:p>
    <w:p>
      <w:pPr>
        <w:jc w:val="right"/>
      </w:pPr>
      <w:r>
        <w:t>اس کو وسیع تر معنی میں لیجیے۔ Ideology کو استعمال کرنا، نظریے کو استعمال کرنا، Education کو استعمال کرنا، Peaceful Activities کو استعمال کرنا، یہ ہے فقہ کی طاقت۔</w:t>
      </w:r>
    </w:p>
    <w:p>
      <w:r>
        <w:rPr>
          <w:b/>
        </w:rPr>
        <w:t xml:space="preserve">[1:00:42] </w:t>
      </w:r>
      <w:r>
        <w:t>Yaani ek hai Peaceful Activism, ek hai Violent Activism. To fiqah ki taqat ka matlab hai Peaceful Activism ka tareeqa ikhtiyar karna.</w:t>
      </w:r>
    </w:p>
    <w:p>
      <w:pPr>
        <w:jc w:val="right"/>
      </w:pPr>
      <w:r>
        <w:t>یعنی ایک ہے Peaceful Activism، ایک ہے Violent Activism۔ تو فقہ کی طاقت کا مطلب ہے Peaceful Activism کا طریقہ اختیار کرنا۔</w:t>
      </w:r>
    </w:p>
    <w:p>
      <w:r>
        <w:rPr>
          <w:b/>
        </w:rPr>
        <w:t xml:space="preserve">[1:00:57] </w:t>
      </w:r>
      <w:r>
        <w:t>Aur is ka ulta hai Violent Activism. Yaani tashaddud ke zariye se kamyabi hasil karne ki koshish karna.</w:t>
      </w:r>
    </w:p>
    <w:p>
      <w:pPr>
        <w:jc w:val="right"/>
      </w:pPr>
      <w:r>
        <w:t>اور اس کا الٹا ہے Violent Activism۔ یعنی تشدد کے ذریعے سے کامیابی حاصل کرنے کی کوشش کرنا۔</w:t>
      </w:r>
    </w:p>
    <w:p>
      <w:r>
        <w:rPr>
          <w:b/>
        </w:rPr>
        <w:t xml:space="preserve">[1:01:05] </w:t>
      </w:r>
      <w:r>
        <w:t>To zindagi, yaani tareekh batati hai ke kabhi bhi Violent Activism kisi ke liye mufeed nahi hua hai.</w:t>
      </w:r>
    </w:p>
    <w:p>
      <w:pPr>
        <w:jc w:val="right"/>
      </w:pPr>
      <w:r>
        <w:t>تو زندگی، یعنی تاریخ بتاتی ہے کہ کبھی بھی Violent Activism کسی کے لیے مفید نہیں ہوا ہے۔</w:t>
      </w:r>
    </w:p>
    <w:p>
      <w:r>
        <w:rPr>
          <w:b/>
        </w:rPr>
        <w:t xml:space="preserve">[1:01:16] </w:t>
      </w:r>
      <w:r>
        <w:t>Jab bhi mufeed hua, Peaceful Activism. Khud India mein aap dekh lijiyye. India mein 1897 mein Angrezon ke khilaf ladai shuru hui.</w:t>
      </w:r>
    </w:p>
    <w:p>
      <w:pPr>
        <w:jc w:val="right"/>
      </w:pPr>
      <w:r>
        <w:t>جب بھی مفید ہوا، Peaceful Activism۔ خود اندیام میں آپ دیکھ لیجیے۔ اندیام میں 1897 میں انگریزوں کے خلاف لڑائی شروع ہوئی۔</w:t>
      </w:r>
    </w:p>
    <w:p>
      <w:r>
        <w:rPr>
          <w:b/>
        </w:rPr>
        <w:t xml:space="preserve">[1:01:25] </w:t>
      </w:r>
      <w:r>
        <w:t>Bahut maar kaat hui. Lekin azadi kahan mili? Azadi mili jab Mahatma Gandhi ne Non-Violence ka tareeqa ikhtiyar kiya.</w:t>
      </w:r>
    </w:p>
    <w:p>
      <w:pPr>
        <w:jc w:val="right"/>
      </w:pPr>
      <w:r>
        <w:t>بہت مار کاٹ ہوئی۔ لیکن آزادی کہاں ملی؟ آزادی ملی جب مہاتما گاندھی نے Non-Violence کا طریقہ اختیار کیا۔</w:t>
      </w:r>
    </w:p>
    <w:p>
      <w:r>
        <w:rPr>
          <w:b/>
        </w:rPr>
        <w:t xml:space="preserve">[1:01:39] </w:t>
      </w:r>
      <w:r>
        <w:t>Hadees mein hai yeh baat wazeh taur par: إن الله یعطی الرفق مولا یعطی العنف yaani God grants to non-viol</w:t>
      </w:r>
    </w:p>
    <w:p>
      <w:pPr>
        <w:jc w:val="right"/>
      </w:pPr>
      <w:r>
        <w:t>حدیث میں ہے یہ بات واضح طور پر: إن الله یعطی الرفق مولا یعطی العنف یعنی God grants to non-viol</w:t>
      </w:r>
    </w:p>
    <w:p>
      <w:r>
        <w:rPr>
          <w:b/>
        </w:rPr>
        <w:t xml:space="preserve">[1:01:52] </w:t>
      </w:r>
      <w:r>
        <w:t>ence what He does not grant to violence. Khuda Peace par woh cheez deta hai jo tashaddud par nahi deta.</w:t>
      </w:r>
    </w:p>
    <w:p>
      <w:pPr>
        <w:jc w:val="right"/>
      </w:pPr>
      <w:r>
        <w:t>ence what He does not grant to violence. خدا Peace پر وہ چیز دیتا ہے جو تشدد پر نہیں دیتا۔</w:t>
      </w:r>
    </w:p>
    <w:p>
      <w:r>
        <w:rPr>
          <w:b/>
        </w:rPr>
        <w:t xml:space="preserve">[1:02:02] </w:t>
      </w:r>
      <w:r>
        <w:t>Yeh fitrat ka usool hai, tareekh ki shahadat hai, aur Quran o Hadees mein yeh baat wazeh taur par batai gayi hai. Hadees Quran mein hai: إن أصله خير</w:t>
      </w:r>
    </w:p>
    <w:p>
      <w:pPr>
        <w:jc w:val="right"/>
      </w:pPr>
      <w:r>
        <w:t>یہ فطرت کا اصول ہے، تاریخ کی شہادت ہے، اور قرآن و حدیث میں یہ بات واضح طور پر بتائی گئی ہے۔ حدیث قرآن میں ہے: إن أصله خير</w:t>
      </w:r>
    </w:p>
    <w:p>
      <w:r>
        <w:rPr>
          <w:b/>
        </w:rPr>
        <w:t xml:space="preserve">[1:02:14] </w:t>
      </w:r>
      <w:r>
        <w:t>Yaani parman shakti se aap jab hasil karein, karne ki koshish karein, karte hain ek kaam ko to maqsad hasil hota hai aur koi baat bigadne nahi paati.</w:t>
      </w:r>
    </w:p>
    <w:p>
      <w:pPr>
        <w:jc w:val="right"/>
      </w:pPr>
      <w:r>
        <w:t>یعنی پرامن طاقت سے آپ جب حاصل کریں، کرنے کی کوشش کریں، کرتے ہیں ایک کام کو تو مقصد حاصل ہوتا ہے اور کوئی بات بگڑنے نہیں پاتی۔</w:t>
      </w:r>
    </w:p>
    <w:p>
      <w:r>
        <w:rPr>
          <w:b/>
        </w:rPr>
        <w:t xml:space="preserve">[1:02:24] </w:t>
      </w:r>
      <w:r>
        <w:t>Jab tashaddud karte hain aap to maqsad to hasil nahi hota aur bahut si baatein bigad jati hain. Maulana, agla sawal Canada se Mr. Abu Hassan ne likha hai: What is the actual truth of so-called Satnic verses?</w:t>
      </w:r>
    </w:p>
    <w:p>
      <w:pPr>
        <w:jc w:val="right"/>
      </w:pPr>
      <w:r>
        <w:t>جب تشدد کرتے ہیں آپ تو مقصد تو حاصل نہیں ہوتا اور بہت سی باتیں بگڑ جاتی ہیں۔ مولانا، اگلا سوال کینیڈا سے مسٹر ابو الحسن نے لکھا ہے: What is the actual truth of so-called Satnic verses?</w:t>
      </w:r>
    </w:p>
    <w:p>
      <w:r>
        <w:rPr>
          <w:b/>
        </w:rPr>
        <w:t xml:space="preserve">[1:02:42] </w:t>
      </w:r>
      <w:r>
        <w:t>Do they have any place in the history of Islam? Islam ki tareekh mein in ka kya maqam reh gaya? Yeh to kuch bhi nahi, Nothing hai.</w:t>
      </w:r>
    </w:p>
    <w:p>
      <w:pPr>
        <w:jc w:val="right"/>
      </w:pPr>
      <w:r>
        <w:t>Do they have any place in the history of Islam? اسلام کی تاریخ میں ان کا کیا مقام رہ گیا؟ یہ تو کچھ بھی نہیں، Nothing ہے۔</w:t>
      </w:r>
    </w:p>
    <w:p>
      <w:r>
        <w:rPr>
          <w:b/>
        </w:rPr>
        <w:t xml:space="preserve">[1:02:53] </w:t>
      </w:r>
      <w:r>
        <w:t>Islam ki tareekh mein is ka maqam ka koi matlab hi nahi. Baqi woh kitab jo hai,</w:t>
      </w:r>
    </w:p>
    <w:p>
      <w:pPr>
        <w:jc w:val="right"/>
      </w:pPr>
      <w:r>
        <w:t>اسلام کی تاریخ میں اس کا مقام کا کوئی مطلب ہی نہیں۔ باقی وہ کتاب جو ہے،</w:t>
      </w:r>
    </w:p>
    <w:p>
      <w:r>
        <w:rPr>
          <w:b/>
        </w:rPr>
        <w:t xml:space="preserve">[1:03:03] </w:t>
      </w:r>
      <w:r>
        <w:t>Yaani bilkul hi is ki koi qeemat nahi is kitab ki.</w:t>
      </w:r>
    </w:p>
    <w:p>
      <w:pPr>
        <w:jc w:val="right"/>
      </w:pPr>
      <w:r>
        <w:t>یعنی بالکل ہی اس کی کوئی قیمت نہیں اس کتاب کی۔</w:t>
      </w:r>
    </w:p>
    <w:p>
      <w:r>
        <w:rPr>
          <w:b/>
        </w:rPr>
        <w:t xml:space="preserve">[1:03:11] </w:t>
      </w:r>
      <w:r>
        <w:t>Yahan tak ke Khushwant Singh, jo jo publisher ka yeh Tutorial Board hai, is mein Khushwant Singh, unhon ne kaha tha ke woh kitab jab mere paas aayi,</w:t>
      </w:r>
    </w:p>
    <w:p>
      <w:pPr>
        <w:jc w:val="right"/>
      </w:pPr>
      <w:r>
        <w:t>یہاں تک کہ خشونت سنگھ، جو جو پبلشر کا یہ Tutorial Board ہے، اس میں خشونت سنگھ، انہوں نے کہا تھا کہ وہ کتاب جب میرے پاس آئی،</w:t>
      </w:r>
    </w:p>
    <w:p>
      <w:r>
        <w:rPr>
          <w:b/>
        </w:rPr>
        <w:t xml:space="preserve">[1:03:27] </w:t>
      </w:r>
      <w:r>
        <w:t>parhne ke liye dete hain Editors ko, to main samjha ke ke yeh plot is ka itna raddi plot hai, itna yaani is ka novel ka jo plot hota hai ke yeh to flop ho jayegi, chalne wali nahi hai.</w:t>
      </w:r>
    </w:p>
    <w:p>
      <w:pPr>
        <w:jc w:val="right"/>
      </w:pPr>
      <w:r>
        <w:t>پڑھنے کے لیے دیتے ہیں Editors کو، تو میں سمجھا کہ کہ یہ پلاٹ اس کا اتنا ردی پلاٹ ہے، اتنا یعنی اس کا ناول کا جو پلاٹ ہوتا ہے کہ یہ تو فلاپ ہو جائے گی، چلنے والی نہیں ہے۔</w:t>
      </w:r>
    </w:p>
    <w:p>
      <w:r>
        <w:rPr>
          <w:b/>
        </w:rPr>
        <w:t xml:space="preserve">[1:03:40] </w:t>
      </w:r>
      <w:r>
        <w:t>Lekin Musalmanon ne jab shor o ghul kiya to woh khoob dhoom se bikne lagi, Super Seller ban gayi. To</w:t>
      </w:r>
    </w:p>
    <w:p>
      <w:pPr>
        <w:jc w:val="right"/>
      </w:pPr>
      <w:r>
        <w:t>لیکن مسلمانوں نے جب شور و غل کیا تو وہ خوب دھوم سے بکنے لگی، Super Seller بن گئی۔ تو</w:t>
      </w:r>
    </w:p>
    <w:p>
      <w:r>
        <w:rPr>
          <w:b/>
        </w:rPr>
        <w:t xml:space="preserve">[1:03:47] </w:t>
      </w:r>
      <w:r>
        <w:t>kuch bhi nahi is mein, ek yani behooda zaban kaheen kaheen istemal ki gayi hai, woh sirf islami ke nahi, doosron ke liye bhi istemal ki gayi hai. koi Value is ki nahi, yani Literary Value kuch bhi nahi hai is ki.</w:t>
      </w:r>
    </w:p>
    <w:p>
      <w:pPr>
        <w:jc w:val="right"/>
      </w:pPr>
      <w:r>
        <w:t>کچھ بھی نہیں اس میں، ایک یعنی بیہودہ زبان کہیں کہیں استعمال کی گئی ہے، وہ صرف اسلامی کے نہیں، دوسروں کے لیے بھی استعمال کی گئی ہے۔ کوئی Value اس کی نہیں، یعنی Literary Value کچھ بھی نہیں ہے اس کی۔</w:t>
      </w:r>
    </w:p>
    <w:p>
      <w:r>
        <w:rPr>
          <w:b/>
        </w:rPr>
        <w:t xml:space="preserve">[1:04:01] </w:t>
      </w:r>
      <w:r>
        <w:t>kuch bhi is ki Literary Value nahi hai. lekin shor o ghul jo kiya gaya is ke khilaf, to is ki wajah se woh bikne lagi. to beharhal mein samajhta hoon ke musalmanon ko ek sabak lena chahiye</w:t>
      </w:r>
    </w:p>
    <w:p>
      <w:pPr>
        <w:jc w:val="right"/>
      </w:pPr>
      <w:r>
        <w:t>کچھ بھی اس کی Literary Value نہیں ہے۔ لیکن شور و غل جو کیا گیا اس کے خلاف، تو اس کی وجہ سے وہ بکنے لگی۔ تو بہرحال میں سمجھتا ہوں کہ مسلمانوں کو ایک سبق لینا چاہیے</w:t>
      </w:r>
    </w:p>
    <w:p>
      <w:r>
        <w:rPr>
          <w:b/>
        </w:rPr>
        <w:t xml:space="preserve">[1:04:14] </w:t>
      </w:r>
      <w:r>
        <w:t>ke ek be qeemat cheez bhi is ke khilaf shor o ghul kiya jaye to yeh media ka zamana hai. media mein aati hain baatein aur woh is ko log samajhte hain ke acha kiya kiya cheezein parhna chahiye is ko le kar ke log khareedne lage is ko.</w:t>
      </w:r>
    </w:p>
    <w:p>
      <w:pPr>
        <w:jc w:val="right"/>
      </w:pPr>
      <w:r>
        <w:t>کہ ایک بے قیمت چیز بھی اس کے خلاف شور و غل کیا جائے تو یہ میڈیا کا زمانہ ہے۔ میڈیا میں آتی ہیں باتیں اور وہ اس کو لوگ سمجھتے ہیں کہ اچھا کیا کیا چیزیں پڑھنا چاہیے اس کو لے کر کے لوگ خریدنے لگے اس کو۔</w:t>
      </w:r>
    </w:p>
    <w:p>
      <w:r>
        <w:rPr>
          <w:b/>
        </w:rPr>
        <w:t xml:space="preserve">[1:04:30] </w:t>
      </w:r>
      <w:r>
        <w:t>to Satnic Verses jo hai, woh is ki koi na to Literary Value hai, na koi Historical Value hai, na koi Rational Value hai.</w:t>
      </w:r>
    </w:p>
    <w:p>
      <w:pPr>
        <w:jc w:val="right"/>
      </w:pPr>
      <w:r>
        <w:t>تو Satnic Verses جو ہے، وہ اس کی کوئی نہ تو Literary Value ہے، نہ کوئی Historical Value ہے، نہ کوئی Rational Value ہے۔</w:t>
      </w:r>
    </w:p>
    <w:p>
      <w:r>
        <w:rPr>
          <w:b/>
        </w:rPr>
        <w:t xml:space="preserve">[1:04:42] </w:t>
      </w:r>
      <w:r>
        <w:t>sirf musalmanon ke shor o ghul se is ko ek ahmiyat mil gayi media ke Through, yeh mein kahunga.</w:t>
      </w:r>
    </w:p>
    <w:p>
      <w:pPr>
        <w:jc w:val="right"/>
      </w:pPr>
      <w:r>
        <w:t>صرف مسلمانوں کے شور و غل سے اس کو ایک اہمیت مل گئی میڈیا کے Through، یہ میں کہوں گا۔</w:t>
      </w:r>
    </w:p>
    <w:p>
      <w:r>
        <w:rPr>
          <w:b/>
        </w:rPr>
        <w:t xml:space="preserve">[1:04:52] </w:t>
      </w:r>
      <w:r>
        <w:t>Maulana, agla sawal Karachi Pakistan se aaya hai Mr Abdul Lateef sahib ka.</w:t>
      </w:r>
    </w:p>
    <w:p>
      <w:pPr>
        <w:jc w:val="right"/>
      </w:pPr>
      <w:r>
        <w:t>مولانا، اگلا سوال کراچی پاکستان سے آیا ہے مسٹر عبداللطیف صاحب کا۔</w:t>
      </w:r>
    </w:p>
    <w:p>
      <w:r>
        <w:rPr>
          <w:b/>
        </w:rPr>
        <w:t xml:space="preserve">[1:04:57] </w:t>
      </w:r>
      <w:r>
        <w:t>unhon ne likha hai: baaz musalman kehte hain ke chunke hadees mein bohat gadbad hui hai, lehaza hum hadees ko nahi mante balkeh sirf Quran ko mante hain jo shakk aur shubah se pak hai.</w:t>
      </w:r>
    </w:p>
    <w:p>
      <w:pPr>
        <w:jc w:val="right"/>
      </w:pPr>
      <w:r>
        <w:t>انہوں نے لکھا ہے: بعض مسلمان کہتے ہیں کہ چونکہ حدیث میں بہت گڑبڑ ہوئی ہے، لہذا ہم حدیث کو نہیں مانتے بلکہ صرف قرآن کو مانتے ہیں جو شک اور شبہ سے پاک ہے۔</w:t>
      </w:r>
    </w:p>
    <w:p>
      <w:r>
        <w:rPr>
          <w:b/>
        </w:rPr>
        <w:t xml:space="preserve">[1:05:13] </w:t>
      </w:r>
      <w:r>
        <w:t>Maulana sahib, mera sawal yeh hai ke kya hadees ko na mante hue Quran par amal kiya ja sakta hai? aur kya aise musalman Quran par amal karne wale qarar payenge?</w:t>
      </w:r>
    </w:p>
    <w:p>
      <w:pPr>
        <w:jc w:val="right"/>
      </w:pPr>
      <w:r>
        <w:t>مولانا صاحب، میرا سوال یہ ہے کہ کیا حدیث کو نہ مانتے ہوئے قرآن پر عمل کیا جا سکتا ہے؟ اور کیا ایسے مسلمان قرآن پر عمل کرنے والے قرار پائیں گے؟</w:t>
      </w:r>
    </w:p>
    <w:p>
      <w:r>
        <w:rPr>
          <w:b/>
        </w:rPr>
        <w:t xml:space="preserve">[1:05:26] </w:t>
      </w:r>
      <w:r>
        <w:t>wazahat farmayein. dekhein, yeh baat galat hai ke hadees mein gadbad hui hai. gadbad to har cheez mein hoti hai, lekin ulma is ko chhanṭte hain, galat ko galat karte hain, sahi baat ko galat karte hain.</w:t>
      </w:r>
    </w:p>
    <w:p>
      <w:pPr>
        <w:jc w:val="right"/>
      </w:pPr>
      <w:r>
        <w:t>وضاحت فرمائیں۔ دیکھیں، یہ بات غلط ہے کہ حدیث میں گڑبڑ ہوئی ہے۔ گڑبڑ تو ہر چیز میں ہوتی ہے، لیکن علماء اس کو چھانٹتے ہیں، غلط کو غلط کرتے ہیں، صحیح بات کو غلط کرتے ہیں۔</w:t>
      </w:r>
    </w:p>
    <w:p>
      <w:r>
        <w:rPr>
          <w:b/>
        </w:rPr>
        <w:t xml:space="preserve">[1:05:39] </w:t>
      </w:r>
      <w:r>
        <w:t>gadbad kya hai? koi gadbad nahi hai.</w:t>
      </w:r>
    </w:p>
    <w:p>
      <w:pPr>
        <w:jc w:val="right"/>
      </w:pPr>
      <w:r>
        <w:t>گڑبڑ کیا ہے؟ کوئی گڑبڑ نہیں ہے۔</w:t>
      </w:r>
    </w:p>
    <w:p>
      <w:r>
        <w:rPr>
          <w:b/>
        </w:rPr>
        <w:t xml:space="preserve">[1:05:45] </w:t>
      </w:r>
      <w:r>
        <w:t>hadees par ulma ne jo kaam kiya hai, woh bohat hi zyada aam hai. aur mozu, qisse, kahaniyan to har cheez mein shamil ho jati hain.</w:t>
      </w:r>
    </w:p>
    <w:p>
      <w:pPr>
        <w:jc w:val="right"/>
      </w:pPr>
      <w:r>
        <w:t>حدیث پر علماء نے جو کام کیا ہے، وہ بہت ہی زیادہ عام ہے۔ اور موضوع، قصے، کہانیاں تو ہر چیز میں شامل ہو جاتی ہیں۔</w:t>
      </w:r>
    </w:p>
    <w:p>
      <w:r>
        <w:rPr>
          <w:b/>
        </w:rPr>
        <w:t xml:space="preserve">[1:05:56] </w:t>
      </w:r>
      <w:r>
        <w:t>har cheez mein. dunya ka koi waqea aisa nahi jis mein banawati qisse kahaniyan shamil na ho jayein. to ulma is ko alag karte hain, Scholars jo hain is ko alag kar dete hain.</w:t>
      </w:r>
    </w:p>
    <w:p>
      <w:pPr>
        <w:jc w:val="right"/>
      </w:pPr>
      <w:r>
        <w:t>ہر چیز میں۔ دنیا کا کوئی واقعہ ایسا نہیں جس میں بناوٹی قصے کہانیاں شامل نہ ہو جائیں۔ تو علماء اس کو الگ کرتے ہیں، Scholars جو ہیں اس کو الگ کر دیتے ہیں۔</w:t>
      </w:r>
    </w:p>
    <w:p>
      <w:r>
        <w:rPr>
          <w:b/>
        </w:rPr>
        <w:t xml:space="preserve">[1:06:06] </w:t>
      </w:r>
      <w:r>
        <w:t>jo asal baat hai, us ko alag kar dete hain. to hadees par bohat kaam hua hai, bohat kaam hua hai, bohat kaam hua hai.</w:t>
      </w:r>
    </w:p>
    <w:p>
      <w:pPr>
        <w:jc w:val="right"/>
      </w:pPr>
      <w:r>
        <w:t>جو اصل بات ہے، اس کو الگ کر دیتے ہیں۔ تو حدیث پر بہت کام ہوا ہے، بہت کام ہوا ہے، بہت کام ہوا ہے۔</w:t>
      </w:r>
    </w:p>
    <w:p>
      <w:r>
        <w:rPr>
          <w:b/>
        </w:rPr>
        <w:t xml:space="preserve">[1:06:14] </w:t>
      </w:r>
      <w:r>
        <w:t>aur muhaddiseen ne aur ulma ne, aur aakhri zamaney mein Allama Nooruddin Albani ne is ko chhanṭ kar alag kar diya hai sab.</w:t>
      </w:r>
    </w:p>
    <w:p>
      <w:pPr>
        <w:jc w:val="right"/>
      </w:pPr>
      <w:r>
        <w:t>اور محدثین نے اور علماء نے، اور آخری زمانے میں علامہ نورالدین البانی نے اس کو چھانٹ کر الگ کر دیا ہے سب۔</w:t>
      </w:r>
    </w:p>
    <w:p>
      <w:r>
        <w:rPr>
          <w:b/>
        </w:rPr>
        <w:t xml:space="preserve">[1:06:23] </w:t>
      </w:r>
      <w:r>
        <w:t>sahi ahadees ko aur aur aur ghair sahi ahadees ko. barah jildon mein kitabein hain, unhon ne Silsila al-Ahadees al-Saheehah Silsila al-Ahadees al-Da'eefah to woh to tees saal ki mehnat ke baad unhon ne sara kaam kar diya.</w:t>
      </w:r>
    </w:p>
    <w:p>
      <w:pPr>
        <w:jc w:val="right"/>
      </w:pPr>
      <w:r>
        <w:t>صحیح احادیث کو اور اور اور غیر صحیح احادیث کو۔ بارہ جلدوں میں کتابیں ہیں، انہوں نے سلسلة الأحاديث صحیحة سلسلة الأحاديث ضعیفة تو وہ تو تیس سال کی محنت کے بعد انہوں نے سارا کام کر دیا۔</w:t>
      </w:r>
    </w:p>
    <w:p>
      <w:r>
        <w:rPr>
          <w:b/>
        </w:rPr>
        <w:t xml:space="preserve">[1:06:39] </w:t>
      </w:r>
      <w:r>
        <w:t>yeh baat galat hai ke hadees mein gadbad hui hai. kuch bhi gadbad nahi hui hai. ulma ne is ko chhanṭ kar alag kar diya, bohat cheezon ko. yeh sahi nahi hai.</w:t>
      </w:r>
    </w:p>
    <w:p>
      <w:pPr>
        <w:jc w:val="right"/>
      </w:pPr>
      <w:r>
        <w:t>یہ بات غلط ہے کہ حدیث میں گڑبڑ ہوئی ہے۔ کچھ بھی گڑبڑ نہیں ہوئی ہے۔ علماء نے اس کو چھانٹ کر الگ کر دیا، بہت چیزوں کو۔ یہ صحیح نہیں ہے۔</w:t>
      </w:r>
    </w:p>
    <w:p>
      <w:r>
        <w:rPr>
          <w:b/>
        </w:rPr>
        <w:t xml:space="preserve">[1:06:49] </w:t>
      </w:r>
      <w:r>
        <w:t>aur jo aadmi yeh kahe ke mein hadees ko nahi manta, Quran ko manta hoon, woh Islam se is ka koi talluq nahi. is mein shakk nahi ke woh Islam se is ka koi talluq nahi.</w:t>
      </w:r>
    </w:p>
    <w:p>
      <w:pPr>
        <w:jc w:val="right"/>
      </w:pPr>
      <w:r>
        <w:t>اور جو آدمی یہ کہے کہ میں حدیث کو نہیں مانتا، قرآن کو مانتا ہوں، وہ اسلام سے اس کا کوئی تعلق نہیں۔ اس میں شک نہیں کہ وہ اسلام سے اس کا کوئی تعلق نہیں۔</w:t>
      </w:r>
    </w:p>
    <w:p>
      <w:r>
        <w:rPr>
          <w:b/>
        </w:rPr>
        <w:t xml:space="preserve">[1:07:01] </w:t>
      </w:r>
      <w:r>
        <w:t>Islam naam hai, Quran sunnat dono ka. aap ke do bete hon, aap kahein is bete ko manta hoon, is ko nahi manta to mera beta nahi, to aap ki family mein kya aap ka haal hoga?</w:t>
      </w:r>
    </w:p>
    <w:p>
      <w:pPr>
        <w:jc w:val="right"/>
      </w:pPr>
      <w:r>
        <w:t>اسلام نام ہے، قرآن سنت دونوں کا۔ آپ کے دو بیٹے ہوں، آپ کہیں اس بیٹے کو مانتا ہوں، اس کو نہیں مانتا تو میرا بیٹا نہیں، تو آپ کی فیملی میں کیا آپ کا حال ہوگا؟</w:t>
      </w:r>
    </w:p>
    <w:p>
      <w:r>
        <w:rPr>
          <w:b/>
        </w:rPr>
        <w:t xml:space="preserve">[1:07:15] </w:t>
      </w:r>
      <w:r>
        <w:t>to jab khud Quran se sabit hai ke momin ko Quran ki baat hi manna hai, Rasool Allah ki sunnat hi manna hai.</w:t>
      </w:r>
    </w:p>
    <w:p>
      <w:pPr>
        <w:jc w:val="right"/>
      </w:pPr>
      <w:r>
        <w:t>تو جب خود قرآن سے ثابت ہے کہ مومن کو قرآن کی بات ہی ماننا ہے، رسول اللہ کی سنت ہی ماننا ہے۔</w:t>
      </w:r>
    </w:p>
    <w:p>
      <w:r>
        <w:rPr>
          <w:b/>
        </w:rPr>
        <w:t xml:space="preserve">[1:07:26] </w:t>
      </w:r>
      <w:r>
        <w:t>Aatu Allah wa Aatu al-Rasool yeh</w:t>
      </w:r>
    </w:p>
    <w:p>
      <w:pPr>
        <w:jc w:val="right"/>
      </w:pPr>
      <w:r>
        <w:t>آتوا الله وآتوا الرسول یہ</w:t>
      </w:r>
    </w:p>
    <w:p>
      <w:r>
        <w:rPr>
          <w:b/>
        </w:rPr>
        <w:t xml:space="preserve">[1:07:29] </w:t>
      </w:r>
      <w:r>
        <w:t>saaf saaf hai. to kaise aap ek ko mante hue ek chhodenge? ek ko Quran mein yeh bhi hai ke 'Qul in kuntum tuhibbun Allah fa-ittabi'uni yuhbibkum Allah' yani hubb-e-ilahi ka meyar bataiye ke tum Rasool Allah ki it'aat karo.</w:t>
      </w:r>
    </w:p>
    <w:p>
      <w:pPr>
        <w:jc w:val="right"/>
      </w:pPr>
      <w:r>
        <w:t>صاف صاف ہے۔ تو کیسے آپ ایک کو مان کر ایک چھوڑیں گے؟ ایک کو قرآن میں یہ بھی ہے کہ قل إن كنتم تحبون الله فاتبعوني وبكم الله یعنی حب الہی کا معیار بتائیے کہ تم رسول اللہ کی اطاعت کرو۔</w:t>
      </w:r>
    </w:p>
    <w:p>
      <w:r>
        <w:rPr>
          <w:b/>
        </w:rPr>
        <w:t xml:space="preserve">[1:07:47] </w:t>
      </w:r>
      <w:r>
        <w:t>to is mein koi shakk nahi ke hadees ko bhi manna hai, Quran ko bhi manna hai. aur gadbad ka jo nazariya hai, bilkul galat hai. yeh koi gadbad nahi hai.</w:t>
      </w:r>
    </w:p>
    <w:p>
      <w:pPr>
        <w:jc w:val="right"/>
      </w:pPr>
      <w:r>
        <w:t>تو اس میں کوئی شک نہیں کہ حدیث کو بھی ماننا ہے، قرآن کو بھی ماننا ہے۔ اور گڑبڑ کا جو نظریہ ہے، بالکل غلط ہے۔ یہ کوئی گڑبڑ نہیں ہے۔</w:t>
      </w:r>
    </w:p>
    <w:p>
      <w:r>
        <w:rPr>
          <w:b/>
        </w:rPr>
        <w:t xml:space="preserve">[1:07:56] </w:t>
      </w:r>
      <w:r>
        <w:t>mujhe to ahadees se itna imaan milta hai ke mein bayan nahi kar sakta. ahadees ko parhta hoon aur parh parh kar ke ajeeb ek ek inspiration milta hai aur sachai ki daryaft hoti hai.</w:t>
      </w:r>
    </w:p>
    <w:p>
      <w:pPr>
        <w:jc w:val="right"/>
      </w:pPr>
      <w:r>
        <w:t>مجھے تو احادیث سے اتنا ایمان ملتا ہے کہ میں بیان نہیں کر سکتا۔ احادیث کو پڑھتا ہوں اور پڑھ پڑھ کر کے عجیب ایک ایک انسپریشن ملتا ہے اور سچائی کی دریافت ہوتی ہے۔</w:t>
      </w:r>
    </w:p>
    <w:p>
      <w:r>
        <w:rPr>
          <w:b/>
        </w:rPr>
        <w:t xml:space="preserve">[1:08:11] </w:t>
      </w:r>
      <w:r>
        <w:t>pata nahi woh kaun log hain jo hadees mein gadbad dekhte hain. beharhal yeh nazariya bilkul batil nazariya hai, mein mein is ko nahi manta.</w:t>
      </w:r>
    </w:p>
    <w:p>
      <w:pPr>
        <w:jc w:val="right"/>
      </w:pPr>
      <w:r>
        <w:t>پتہ نہیں وہ کون لوگ ہیں جو حدیث میں گڑبڑ دیکھتے ہیں۔ بہرحال یہ نظریہ بالکل باطل نظریہ ہے، میں میں اس کو نہیں مانتا۔</w:t>
      </w:r>
    </w:p>
    <w:p>
      <w:r>
        <w:rPr>
          <w:b/>
        </w:rPr>
        <w:t xml:space="preserve">[1:08:22] </w:t>
      </w:r>
      <w:r>
        <w:t>Maulana, agla sawal aaya hai Tamil Nadu se</w:t>
      </w:r>
    </w:p>
    <w:p>
      <w:pPr>
        <w:jc w:val="right"/>
      </w:pPr>
      <w:r>
        <w:t>مولانا، اگلا سوال آیا ہے تمل ناڈو سے</w:t>
      </w:r>
    </w:p>
    <w:p>
      <w:r>
        <w:rPr>
          <w:b/>
        </w:rPr>
        <w:t xml:space="preserve">[1:08:25] </w:t>
      </w:r>
      <w:r>
        <w:t>maulana iqbal umri sahib ka. unhon ne likha hai: musalman dawat ka kyun kamtar andaza karte hain? is ki kya wajah hai?</w:t>
      </w:r>
    </w:p>
    <w:p>
      <w:pPr>
        <w:jc w:val="right"/>
      </w:pPr>
      <w:r>
        <w:t>مولانا اقبال عمری صاحب کا۔ انہوں نے لکھا ہے: مسلمان دعوت کا کیوں کمتر اندازہ کرتے ہیں؟ اس کی کیا وجہ ہے؟</w:t>
      </w:r>
    </w:p>
    <w:p>
      <w:r>
        <w:rPr>
          <w:b/>
        </w:rPr>
        <w:t xml:space="preserve">[1:08:43] </w:t>
      </w:r>
      <w:r>
        <w:t>main to samajhta hoon ke wahi wajah hai jo main ne kaha, ghussa. is waqt musalman jo hain sab ghusse mein hain.</w:t>
      </w:r>
    </w:p>
    <w:p>
      <w:pPr>
        <w:jc w:val="right"/>
      </w:pPr>
      <w:r>
        <w:t>میں تو سمجھتا ہوں کہ وہی وجہ ہے جو میں نے کہا، غصہ۔ اس وقت مسلمان جو ہیں سب غصے میں ہیں۔</w:t>
      </w:r>
    </w:p>
    <w:p>
      <w:r>
        <w:rPr>
          <w:b/>
        </w:rPr>
        <w:t xml:space="preserve">[1:08:51] </w:t>
      </w:r>
      <w:r>
        <w:t>ghusse ka matlab yeh hai ke har ek ko dushman samjhe hue hain ke israel hamara dushman hai, america hamara dushman hai, woh hamare khilaf sazish kar rahe hain, woh hum ko necha dikhana chahte hain.</w:t>
      </w:r>
    </w:p>
    <w:p>
      <w:pPr>
        <w:jc w:val="right"/>
      </w:pPr>
      <w:r>
        <w:t>غصے کا مطلب یہ ہے کہ ہر ایک کو دشمن سمجھے ہوئے ہیں کہ اسرائیل ہمارا دشمن ہے، امریکہ ہمارا دشمن ہے، وہ ہمارے خلاف سازش کر رہے ہیں، وہ ہم کو نیچا دکھانا چاہتے ہیں۔</w:t>
      </w:r>
    </w:p>
    <w:p>
      <w:r>
        <w:rPr>
          <w:b/>
        </w:rPr>
        <w:t xml:space="preserve">[1:09:05] </w:t>
      </w:r>
      <w:r>
        <w:t>yani yeh chhaya hua hai dimaghon par.</w:t>
      </w:r>
    </w:p>
    <w:p>
      <w:pPr>
        <w:jc w:val="right"/>
      </w:pPr>
      <w:r>
        <w:t>یعنی یہ چھایا ہوا ہے دماغوں پر۔</w:t>
      </w:r>
    </w:p>
    <w:p>
      <w:r>
        <w:rPr>
          <w:b/>
        </w:rPr>
        <w:t xml:space="preserve">[1:09:09] </w:t>
      </w:r>
      <w:r>
        <w:t>is ki wajah se dawat ka kaam in ko samajh mein nahi aata aur goli aur bam zyada samajh mein aata hai.</w:t>
      </w:r>
    </w:p>
    <w:p>
      <w:pPr>
        <w:jc w:val="right"/>
      </w:pPr>
      <w:r>
        <w:t>اس کی وجہ سے دعوت کا کام ان کو سمجھ میں نہیں آتا اور گولی اور بم زیادہ سمجھ میں آتا ہے۔</w:t>
      </w:r>
    </w:p>
    <w:p>
      <w:r>
        <w:rPr>
          <w:b/>
        </w:rPr>
        <w:t xml:space="preserve">[1:09:18] </w:t>
      </w:r>
      <w:r>
        <w:t>to asal raaz jo hai, main samajhta hoon ke kuch waqiat se ghussa ho kar ke jo musalmanon mein manfi soch aa gayi, woh record ban gayi dawat ki ahmiyat ko samajhne mein.</w:t>
      </w:r>
    </w:p>
    <w:p>
      <w:pPr>
        <w:jc w:val="right"/>
      </w:pPr>
      <w:r>
        <w:t>تو اصل راز جو ہے، میں سمجھتا ہوں کہ کچھ واقعات سے غصہ ہو کر کے جو مسلمانوں میں منفی سوچ آ گئی، وہ ریکارڈ بن گئی دعوت کی اہمیت کو سمجھنے میں۔</w:t>
      </w:r>
    </w:p>
    <w:p>
      <w:r>
        <w:rPr>
          <w:b/>
        </w:rPr>
        <w:t xml:space="preserve">[1:09:37] </w:t>
      </w:r>
      <w:r>
        <w:t>ab main mislan mujhe koi kisi ke paas, main kisi se nafrat nahi karta, mujhe kisi se nafrat nahi hai, na israel se, na america se, na na na hindu se, na falan se, na falan se, kisi se.</w:t>
      </w:r>
    </w:p>
    <w:p>
      <w:pPr>
        <w:jc w:val="right"/>
      </w:pPr>
      <w:r>
        <w:t>اب میں مثلاً مجھے کوئی کسی کے پاس، میں کسی سے نفرت نہیں کرتا، مجھے کسی سے نفرت نہیں ہے، نہ اسرائیل سے، نہ امریکہ سے، نہ نہ نہ ہندو سے، نہ فلاں سے، نہ فلاں سے، کسی سے۔</w:t>
      </w:r>
    </w:p>
    <w:p>
      <w:r>
        <w:rPr>
          <w:b/>
        </w:rPr>
        <w:t xml:space="preserve">[1:09:52] </w:t>
      </w:r>
      <w:r>
        <w:t>sab ko main insan samajhta hoon. to main samajhta hoon ke dawat se bara koi kaam nahi hai.</w:t>
      </w:r>
    </w:p>
    <w:p>
      <w:pPr>
        <w:jc w:val="right"/>
      </w:pPr>
      <w:r>
        <w:t>سب کو میں انسان سمجھتا ہوں۔ تو میں سمجھتا ہوں کہ دعوت سے بڑا کوئی کام نہیں ہے۔</w:t>
      </w:r>
    </w:p>
    <w:p>
      <w:r>
        <w:rPr>
          <w:b/>
        </w:rPr>
        <w:t xml:space="preserve">[1:09:58] </w:t>
      </w:r>
      <w:r>
        <w:t>to jar mein jo hai, jar mein woh manfi soch hai. manfi soch ke musalmanon, musalman is daur mein pichhad gaye to samajhte hain ke doosra un ko pichha kiya hua hai.</w:t>
      </w:r>
    </w:p>
    <w:p>
      <w:pPr>
        <w:jc w:val="right"/>
      </w:pPr>
      <w:r>
        <w:t>تو جڑ میں جو ہے، جڑ میں وہ منفی سوچ ہے۔ منفی سوچ کہ مسلمانوں، مسلمان اس دور میں پچھڑ گئے تو سمجھتے ہیں کہ دوسرا ان کو پیچھا کیا ہوا ہے۔</w:t>
      </w:r>
    </w:p>
    <w:p>
      <w:r>
        <w:rPr>
          <w:b/>
        </w:rPr>
        <w:t xml:space="preserve">[1:10:10] </w:t>
      </w:r>
      <w:r>
        <w:t>yani apni ghalti apne upar nahi dalte. quran mein to hai ke har aadmi apne kiye ko bhagta hai. apne kiye ko saaf saaf likha hua hai ke aadmi apne kiye ko bhagta hai.</w:t>
      </w:r>
    </w:p>
    <w:p>
      <w:pPr>
        <w:jc w:val="right"/>
      </w:pPr>
      <w:r>
        <w:t>یعنی اپنی غلطی اپنے اوپر نہیں ڈالتے۔ قرآن میں تو ہے کہ ہر آدمی اپنے کیے کو بھگتتا ہے۔ اپنے کیے کو صاف صاف لکھا ہوا ہے کہ آدمی اپنے کیے کو بھگتتا ہے۔</w:t>
      </w:r>
    </w:p>
    <w:p>
      <w:r>
        <w:rPr>
          <w:b/>
        </w:rPr>
        <w:t xml:space="preserve">[1:10:26] </w:t>
      </w:r>
      <w:r>
        <w:t>kisi ki sazish se, kisi ki dushmani se koi nuqsan nahi hota is ka. lekin musalmanon ne, musalman matlab un ke un ke rehanmaon ne yeh ghalt zehn dala.</w:t>
      </w:r>
    </w:p>
    <w:p>
      <w:pPr>
        <w:jc w:val="right"/>
      </w:pPr>
      <w:r>
        <w:t>کسی کی سازش سے، کسی کی دشمنی سے کوئی نقصان نہیں ہوتا اس کا۔ لیکن مسلمانوں نے، مسلمانوں مطلب ان کے ان کے رہنماؤں نے یہ غلط ذہن ڈالا۔</w:t>
      </w:r>
    </w:p>
    <w:p>
      <w:r>
        <w:rPr>
          <w:b/>
        </w:rPr>
        <w:t xml:space="preserve">[1:10:36] </w:t>
      </w:r>
      <w:r>
        <w:t>sab se bura role mere rahnamon ka hua hai is zamane mein. jitne rehanma uthe, sab rad-e-amal, rad-e-amal mein uthe. mujhe ek bhi rehanma nahi maloom is daur ka, is do sau saal ke andar jo rad-e-amal ke mein na utha ho.</w:t>
      </w:r>
    </w:p>
    <w:p>
      <w:pPr>
        <w:jc w:val="right"/>
      </w:pPr>
      <w:r>
        <w:t>سب سے برا رول میرے راہنماؤں کا ہوا ہے اس زمانے میں۔ جتنے رہنما اٹھے، سب ردعمل، ردعمل میں اٹھے۔ مجھے ایک بھی رہنما نہیں معلوم اس دور کا، اس دو سو سال کے اندر جو ردعمل کے میں نہ اٹھا ہو۔</w:t>
      </w:r>
    </w:p>
    <w:p>
      <w:r>
        <w:rPr>
          <w:b/>
        </w:rPr>
        <w:t xml:space="preserve">[1:10:52] </w:t>
      </w:r>
      <w:r>
        <w:t>sab rad-e-amal, rad-e-amal, rad-e-amal.</w:t>
      </w:r>
    </w:p>
    <w:p>
      <w:pPr>
        <w:jc w:val="right"/>
      </w:pPr>
      <w:r>
        <w:t>سب ردعمل، ردعمل، ردع</w:t>
      </w:r>
    </w:p>
    <w:p>
      <w:r>
        <w:rPr>
          <w:b/>
        </w:rPr>
        <w:t xml:space="preserve">[1:10:54] </w:t>
      </w:r>
      <w:r>
        <w:t>mal. to rad-e-amal se kya hota hai? negative thinking aati hai. phir kya hai? tashaddud aata hai. aur sari cheezein aati rehti hain isi mein.</w:t>
      </w:r>
    </w:p>
    <w:p>
      <w:pPr>
        <w:jc w:val="right"/>
      </w:pPr>
      <w:r>
        <w:t>مل۔ تو ردعمل سے کیا ہوتا ہے؟ نیگیٹیو تھنکنگ آتی ہے۔ پھر کیا ہے؟ تشدد آتا ہے۔ اور ساری چیزیں آتی رہتی ہیں اسی میں۔</w:t>
      </w:r>
    </w:p>
    <w:p>
      <w:r>
        <w:rPr>
          <w:b/>
        </w:rPr>
        <w:t xml:space="preserve">[1:11:05] </w:t>
      </w:r>
      <w:r>
        <w:t>aur phir jab yeh sab hoga to zahir hai ke dawat-e-illahi koi ahmiyat nazar nahi aayegi aap ko.</w:t>
      </w:r>
    </w:p>
    <w:p>
      <w:pPr>
        <w:jc w:val="right"/>
      </w:pPr>
      <w:r>
        <w:t>اور پھر جب یہ سب ہوگا تو ظاہر ہے کہ دعوت اللہ کوئی اہمیت نظر نہیں آئے گی آپ کو۔</w:t>
      </w:r>
    </w:p>
    <w:p>
      <w:r>
        <w:rPr>
          <w:b/>
        </w:rPr>
        <w:t xml:space="preserve">[1:11:17] </w:t>
      </w:r>
      <w:r>
        <w:t>mujhe ek waqia yaad aata hai ke main ek martaba mewat mein tha.</w:t>
      </w:r>
    </w:p>
    <w:p>
      <w:pPr>
        <w:jc w:val="right"/>
      </w:pPr>
      <w:r>
        <w:t>مجھے ایک واقعہ یاد آتا ہے کہ میں ایک مرتبہ میوات میں تھا۔</w:t>
      </w:r>
    </w:p>
    <w:p>
      <w:r>
        <w:rPr>
          <w:b/>
        </w:rPr>
        <w:t xml:space="preserve">[1:11:22] </w:t>
      </w:r>
      <w:r>
        <w:t>to mewat mein ek ek band ban raha tha. is mein bohat se mawati bator mazdoor kaam kar rahe the. woh musalman the sab, sab ke sab.</w:t>
      </w:r>
    </w:p>
    <w:p>
      <w:pPr>
        <w:jc w:val="right"/>
      </w:pPr>
      <w:r>
        <w:t>تو میوات میں ایک ایک بند بن رہا تھا۔ اس میں بہت سے مواتی بطور مزدور کام کر رہے تھے۔ وہ مسلمان تھے سب، سب کے سب۔</w:t>
      </w:r>
    </w:p>
    <w:p>
      <w:r>
        <w:rPr>
          <w:b/>
        </w:rPr>
        <w:t xml:space="preserve">[1:11:34] </w:t>
      </w:r>
      <w:r>
        <w:t>to do group the, kisi wajah se jhagda ho gaya. aur jhagda hua to lathiyan uth uth gayeen. to main gaya, ek dadi wale musalman the, is mein mawati.</w:t>
      </w:r>
    </w:p>
    <w:p>
      <w:pPr>
        <w:jc w:val="right"/>
      </w:pPr>
      <w:r>
        <w:t>تو دو گروپ تھے، کسی وجہ سے جھگڑا ہو گیا۔ اور جھگڑا ہوا تو لاٹھیاں اٹھ اٹھ گئیں۔ تو میں گیا، ایک داڑھی والے مسلمان تھے، اس میں مواتی۔</w:t>
      </w:r>
    </w:p>
    <w:p>
      <w:r>
        <w:rPr>
          <w:b/>
        </w:rPr>
        <w:t xml:space="preserve">[1:11:48] </w:t>
      </w:r>
      <w:r>
        <w:t>un se main ne kaha ke dekho sahib, yeh aap yeh bhi musalman, wohi musalman, aap log yani ladna chahte hain aur lathiyan chalana chahte hain, yeh to islam mein jaiz nahi hai.</w:t>
      </w:r>
    </w:p>
    <w:p>
      <w:pPr>
        <w:jc w:val="right"/>
      </w:pPr>
      <w:r>
        <w:t>ان سے میں نے کہا کہ دیکھیں صاحب، یہ آپ یہ بھی مسلمان، وہی مسلمان، آپ لوگ یعنی لڑنا چاہتے ہیں اور لاٹھیاں چلانا چاہتے ہیں، یہ تو اسلام میں جائز نہیں ہے۔</w:t>
      </w:r>
    </w:p>
    <w:p>
      <w:r>
        <w:rPr>
          <w:b/>
        </w:rPr>
        <w:t xml:space="preserve">[1:12:02] </w:t>
      </w:r>
      <w:r>
        <w:t>aapas ki ladai islam mein jaiz nahi hai. to kuch quran o hadith maine sunaya. to woh dadi wale kya kehte hain? chalo molvi, is waqt hum ko quran mat sunao,</w:t>
      </w:r>
    </w:p>
    <w:p>
      <w:pPr>
        <w:jc w:val="right"/>
      </w:pPr>
      <w:r>
        <w:t>آپس کی لڑائی اسلام میں جائز نہیں ہے۔ تو کچھ قرآن و حدیث میں نے سنایا۔ تو وہ داڑھی والے کیا کہتے ہیں؟ چلو مولوی، اس وقت ہم کو قرآن مت سناؤ،</w:t>
      </w:r>
    </w:p>
    <w:p>
      <w:r>
        <w:rPr>
          <w:b/>
        </w:rPr>
        <w:t xml:space="preserve">[1:12:13] </w:t>
      </w:r>
      <w:r>
        <w:t>is waqt hum ko inteqam lena hai. to jab inteqam ki nafrat, jab nafrat aa jaye, inteqam aa jaye to quran o hadith ko le ke koi sochta nahi hai.</w:t>
      </w:r>
    </w:p>
    <w:p>
      <w:pPr>
        <w:jc w:val="right"/>
      </w:pPr>
      <w:r>
        <w:t>اس وقت ہم کو انتقام لینا ہے۔ تو جب انتقام کی نفرت، جب نفرت آ جائے، انتقام آ جائے تو قرآن و حدیث کو لے کے کوئی سوچتا نہیں ہے۔</w:t>
      </w:r>
    </w:p>
    <w:p>
      <w:r>
        <w:rPr>
          <w:b/>
        </w:rPr>
        <w:t xml:space="preserve">[1:12:23] </w:t>
      </w:r>
      <w:r>
        <w:t>phir phir apne apne is mein sochta hai, apne manfi jazbat hi us ke liye wahid rehanma ban jate hain. yeh sab kis ne kiya hai?</w:t>
      </w:r>
    </w:p>
    <w:p>
      <w:pPr>
        <w:jc w:val="right"/>
      </w:pPr>
      <w:r>
        <w:t>پھر پھر اپنے اپنے اس میں سوچتا ہے، اپنے منفی جذبات ہی اس کے لیے واحد رہنما بن جاتے ہیں۔ یہ سب کس نے کیا ہے؟</w:t>
      </w:r>
    </w:p>
    <w:p>
      <w:r>
        <w:rPr>
          <w:b/>
        </w:rPr>
        <w:t xml:space="preserve">[1:12:34] </w:t>
      </w:r>
      <w:r>
        <w:t>aam musalmanon ne nahi, yeh rehanmaon ne kiya hai. rehanmaon ne musalmanon ko yeh sab suna suna kar ke, yeh dushman hai, woh dushman hai, woh dushman hai, woh dushman hai, yeh sab khabarain dein rehanmaon ne musalmanon ko.</w:t>
      </w:r>
    </w:p>
    <w:p>
      <w:pPr>
        <w:jc w:val="right"/>
      </w:pPr>
      <w:r>
        <w:t>عام مسلمانوں نے نہیں، یہ رہنماؤں نے کیا ہے۔ رہنماؤں نے مسلمانوں کو یہ سب سنا سنا کر کے، یہ دشمن ہے، وہ دشمن ہے، وہ دشمن ہے، وہ دشمن ہے، یہ سب خبریں دیں رہنماؤں نے مسلمانوں کو۔</w:t>
      </w:r>
    </w:p>
    <w:p>
      <w:r>
        <w:rPr>
          <w:b/>
        </w:rPr>
        <w:t xml:space="preserve">[1:12:48] </w:t>
      </w:r>
      <w:r>
        <w:t>to sari zimmedari rehanmaon ki hai.</w:t>
      </w:r>
    </w:p>
    <w:p>
      <w:pPr>
        <w:jc w:val="right"/>
      </w:pPr>
      <w:r>
        <w:t>تو ساری ذمہ داری رہنماؤں کی ہے۔</w:t>
      </w:r>
    </w:p>
    <w:p>
      <w:r>
        <w:rPr>
          <w:b/>
        </w:rPr>
        <w:t xml:space="preserve">[1:12:50] </w:t>
      </w:r>
      <w:r>
        <w:t>is do sau saal mein jo rehanma uthe, unhon ne na manfi boli bol bol kar ke musalmanon ko manfi bana diya. is ki wajah se dawat un ke zehn se is ki ahmiyat nikal gayi.</w:t>
      </w:r>
    </w:p>
    <w:p>
      <w:pPr>
        <w:jc w:val="right"/>
      </w:pPr>
      <w:r>
        <w:t>اس دو سو سال میں جو رہنما اٹھے، انہوں نے نہ منفی بولی بول بول کر کے مسلمانوں کو منفی بنا دیا۔ اس کی وجہ سے دعوت ان کے ذہن سے اس کی اہمیت نکل گئی۔</w:t>
      </w:r>
    </w:p>
    <w:p>
      <w:r>
        <w:rPr>
          <w:b/>
        </w:rPr>
        <w:t xml:space="preserve">[1:13:04] </w:t>
      </w:r>
      <w:r>
        <w:t>maulana, agla sawal lene se pehle ek comment parhna chahte hain jo aya hai. ah, mr. ashique diyani ne likha hai dilli se</w:t>
      </w:r>
    </w:p>
    <w:p>
      <w:pPr>
        <w:jc w:val="right"/>
      </w:pPr>
      <w:r>
        <w:t>مولانا، اگلا سوال لینے سے پہلے ایک کمنٹ پڑھنا چاہتے ہیں جو آیا ہے۔ اہ، مسٹر عاشق دیانی نے لکھا ہے دلی سے</w:t>
      </w:r>
    </w:p>
    <w:p>
      <w:r>
        <w:rPr>
          <w:b/>
        </w:rPr>
        <w:t xml:space="preserve">[1:13:12] </w:t>
      </w:r>
      <w:r>
        <w:t>unhon ne likha hai: "In relation to your article in Times of India and your statement on theoband issue, which was covered in India today, the subject you chose to think upon and the way you critically analyze it makes you a thinker of this age,</w:t>
      </w:r>
    </w:p>
    <w:p>
      <w:pPr>
        <w:jc w:val="right"/>
      </w:pPr>
      <w:r>
        <w:t>۔ انہوں نے لکھا ہے: "In relation to your article in Times of India and your statement on theoband issue, which was covered in India today, the subject you chose to think upon and the way you critically analyze it makes you a thinker of this age,</w:t>
      </w:r>
    </w:p>
    <w:p>
      <w:r>
        <w:rPr>
          <w:b/>
        </w:rPr>
        <w:t xml:space="preserve">[1:13:32] </w:t>
      </w:r>
      <w:r>
        <w:t>way above the people who only exploit past philosophy to take us nowhere. Thank you, maulana sahib, for your generous service to the society."</w:t>
      </w:r>
    </w:p>
    <w:p>
      <w:pPr>
        <w:jc w:val="right"/>
      </w:pPr>
      <w:r>
        <w:t>way above the people who only exploit past philosophy to take us nowhere. Thank you, مولانا صاحب, for your generous service to the society."</w:t>
      </w:r>
    </w:p>
    <w:p>
      <w:r>
        <w:rPr>
          <w:b/>
        </w:rPr>
        <w:t xml:space="preserve">[1:13:44] </w:t>
      </w:r>
      <w:r>
        <w:t>maulana, agla sawal lete hain jo aya hai chennai se maulana israr ul hassan sahib ka. unhon ne likha hai: "maulana, kya tauba ka darwaza kisi ke liye hum band kar sakte hain?" "yeh to sochna bhi kufr hai ke hum band kar sakte hain." yaani khuda ke domain mein dakhil hona hai.</w:t>
      </w:r>
    </w:p>
    <w:p>
      <w:pPr>
        <w:jc w:val="right"/>
      </w:pPr>
      <w:r>
        <w:t>مولانا، اگلا سوال لیتے ہیں جو آیا ہے چنئی سے مولانا اسرار الحسن صاحب کا۔ انہوں نے لکھا ہے: "مولانا، क्या توبہ کا دروازہ کسی کے لیے ہم بند کر سکتے ہیں؟" "यह तो सोचना भी कुफ्र है कि हम बंद कर सकते हैं।" یعنی خدا کے ڈومین میں داخل ہونا ہے۔</w:t>
      </w:r>
    </w:p>
    <w:p>
      <w:r>
        <w:rPr>
          <w:b/>
        </w:rPr>
        <w:t xml:space="preserve">[1:14:06] </w:t>
      </w:r>
      <w:r>
        <w:t>yeh kaise koi himmat karta hai yeh kehne ki?</w:t>
      </w:r>
    </w:p>
    <w:p>
      <w:pPr>
        <w:jc w:val="right"/>
      </w:pPr>
      <w:r>
        <w:t>یہ کیسے کوئی ہمت کرتا ہے یہ کہنے کی؟</w:t>
      </w:r>
    </w:p>
    <w:p>
      <w:r>
        <w:rPr>
          <w:b/>
        </w:rPr>
        <w:t xml:space="preserve">[1:14:11] </w:t>
      </w:r>
      <w:r>
        <w:t>tauba ka darwaza kholna aur band karna, dono allah ke ikhtiyar mein hai, hamare ikhtiyar mein nahi hai.</w:t>
      </w:r>
    </w:p>
    <w:p>
      <w:pPr>
        <w:jc w:val="right"/>
      </w:pPr>
      <w:r>
        <w:t>توبہ کا دروازہ کھولنا اور بند کرنا، دونوں اللہ کے اختیار میں ہے، ہمارے اختیار میں نہیں ہے۔</w:t>
      </w:r>
    </w:p>
    <w:p>
      <w:r>
        <w:rPr>
          <w:b/>
        </w:rPr>
        <w:t xml:space="preserve">[1:14:20] </w:t>
      </w:r>
      <w:r>
        <w:t>aaj kal ke log bohat aasani se dakhil ho jate hain khuda ke domain mein, mislan fatwa dete hain, takfeer ka fatwa. main arzii ke khuda ke domain mein dakhil hona hai.</w:t>
      </w:r>
    </w:p>
    <w:p>
      <w:pPr>
        <w:jc w:val="right"/>
      </w:pPr>
      <w:r>
        <w:t>آج کل کے لوگ بہت آسانی سے داخل ہو جاتے ہیں خدا کے ڈومین میں، مثلاً فتویٰ دیتے ہیں، تکفیر کا فتویٰ۔ میں عرضی کہ خدا کے ڈومین میں داخل ہونا ہے۔</w:t>
      </w:r>
    </w:p>
    <w:p>
      <w:r>
        <w:rPr>
          <w:b/>
        </w:rPr>
        <w:t xml:space="preserve">[1:14:30] </w:t>
      </w:r>
      <w:r>
        <w:t>aap ko haq nahi hai takfeer ka fatwa dene ka. yeh kafir hai, yeh munafiq hai, yeh fasiq hai, yeh dushman hai. aap ko kya haq hai kehne ka? yaad rakhiye, yeh sab khuda ke domain mein dakhil hona hai.</w:t>
      </w:r>
    </w:p>
    <w:p>
      <w:pPr>
        <w:jc w:val="right"/>
      </w:pPr>
      <w:r>
        <w:t>آپ کو حق نہیں ہے تکفیر کا فتویٰ دینے کا۔ یہ کافر ہے، یہ منافق ہے، یہ فاسق ہے، یہ دشمن ہے۔ آپ کو کیا حق ہے کہنے کا؟ یاد رکھیے، یہ سب خدا کے ڈومین میں داخل ہونا ہے۔</w:t>
      </w:r>
    </w:p>
    <w:p>
      <w:r>
        <w:rPr>
          <w:b/>
        </w:rPr>
        <w:t xml:space="preserve">[1:14:44] </w:t>
      </w:r>
      <w:r>
        <w:t>aap ke haq, aap ko kya karna hai?</w:t>
      </w:r>
    </w:p>
    <w:p>
      <w:pPr>
        <w:jc w:val="right"/>
      </w:pPr>
      <w:r>
        <w:t>آپ کے حق، آپ کو کیا کرنا ہے؟</w:t>
      </w:r>
    </w:p>
    <w:p>
      <w:r>
        <w:rPr>
          <w:b/>
        </w:rPr>
        <w:t xml:space="preserve">[1:14:47] </w:t>
      </w:r>
      <w:r>
        <w:t>daawat, naseehat, talqeen, waaz. bas nahi to dua.</w:t>
      </w:r>
    </w:p>
    <w:p>
      <w:pPr>
        <w:jc w:val="right"/>
      </w:pPr>
      <w:r>
        <w:t>دعوت، نصیحت، تلقین، وعظ۔ بس نہیں تو دعا۔</w:t>
      </w:r>
    </w:p>
    <w:p>
      <w:r>
        <w:rPr>
          <w:b/>
        </w:rPr>
        <w:t xml:space="preserve">[1:14:55] </w:t>
      </w:r>
      <w:r>
        <w:t>yaani daawat aur naseehat ke baad agar aap samajhte hain kuch aur karna to bas dua kijiye. baqi fatwe dena, ladna bhirna aur statement jari karna,</w:t>
      </w:r>
    </w:p>
    <w:p>
      <w:pPr>
        <w:jc w:val="right"/>
      </w:pPr>
      <w:r>
        <w:t>یعنی دعوت اور نصیحت کے بعد اگر آپ سمجھتے ہیں کچھ اور کرنا تو بس دعا کیجیے۔ باقی فتوے دینا، لڑنا بھڑنا اور اسٹیٹمنٹ جاری کرنا،</w:t>
      </w:r>
    </w:p>
    <w:p>
      <w:r>
        <w:rPr>
          <w:b/>
        </w:rPr>
        <w:t xml:space="preserve">[1:15:11] </w:t>
      </w:r>
      <w:r>
        <w:t>yeh sab khuda ke domain mein dakhil hona hai, jis ki ijazat</w:t>
      </w:r>
    </w:p>
    <w:p>
      <w:pPr>
        <w:jc w:val="right"/>
      </w:pPr>
      <w:r>
        <w:t>یہ سب خدا کے ڈومین میں داخل ہونا ہے، جس کی اجازت</w:t>
      </w:r>
    </w:p>
    <w:p>
      <w:r>
        <w:rPr>
          <w:b/>
        </w:rPr>
        <w:t xml:space="preserve">[1:15:15] </w:t>
      </w:r>
      <w:r>
        <w:t>kisi ko nahi hai. peghambar ko bhi nahi hai ke khuda ke domain mein dakhil ho jaye woh. aur doosre logon ko kaise ho sakti hai?</w:t>
      </w:r>
    </w:p>
    <w:p>
      <w:pPr>
        <w:jc w:val="right"/>
      </w:pPr>
      <w:r>
        <w:t>کسی کو نہیں ہے۔ پیغمبر کو بھی نہیں ہے کہ خدا کے ڈومین میں داخل ہو جائے وہ۔ اور دوسرے لوگوں کو کیسے ہو سکتی ہے؟</w:t>
      </w:r>
    </w:p>
    <w:p>
      <w:r>
        <w:rPr>
          <w:b/>
        </w:rPr>
        <w:t xml:space="preserve">[1:15:25] </w:t>
      </w:r>
      <w:r>
        <w:t>maulana, agla sawal aya hai miss saira latif ka karachi pakistan se. unhon ne likha hai: "aksar muslim khawateen is baat par bohat zyada zor deti hain ke islam mein aurat ko sirf aankhein khuli rakhne ki ijazat hai.</w:t>
      </w:r>
    </w:p>
    <w:p>
      <w:pPr>
        <w:jc w:val="right"/>
      </w:pPr>
      <w:r>
        <w:t>مولانا، اگلا سوال آیا ہے مس سائرہ لطیف کا کراچی پاکستان سے۔ انہوں نے لکھا ہے: "अक्सर मुस्लिम खवातीन इस बात पर बहुत ज्यादा जोर देती हैं कि इस्लाम में عورت کو صرف آنکھیں کھلی رکھنے کی اجازت ہے۔</w:t>
      </w:r>
    </w:p>
    <w:p>
      <w:r>
        <w:rPr>
          <w:b/>
        </w:rPr>
        <w:t xml:space="preserve">[1:15:43] </w:t>
      </w:r>
      <w:r>
        <w:t>mera sawal yeh hai ke is qism ki pabandi mein ek muslim aurat ko daawat aur islaah ke kaam mein kafi mushkil pesh aa sakti hai.</w:t>
      </w:r>
    </w:p>
    <w:p>
      <w:pPr>
        <w:jc w:val="right"/>
      </w:pPr>
      <w:r>
        <w:t>میرا سوال یہ ہے کہ اس قسم کی پابندی میں ایک مسلم عورت کو دعوت اور اصلاح کے کام میں کافی مشکل پیش آ سکتی ہے۔</w:t>
      </w:r>
    </w:p>
    <w:p>
      <w:r>
        <w:rPr>
          <w:b/>
        </w:rPr>
        <w:t xml:space="preserve">[1:15:54] </w:t>
      </w:r>
      <w:r>
        <w:t>kya waqai yeh islam ka masla hai ya musalmanon ka culture hai? wazahat farmayen." "yeh bilashubah musalmanon ka culture hai. aajkal jo tasawwur parde ka aur burqe ka hai, us ka islam se koi talluq nahi.</w:t>
      </w:r>
    </w:p>
    <w:p>
      <w:pPr>
        <w:jc w:val="right"/>
      </w:pPr>
      <w:r>
        <w:t>کیا واقعی یہ اسلام کا مسئلہ ہے یا مسلمانوں کا کلچر ہے؟ وضاحت فرمائیں۔" "यह बिलाशुभ मुसलमानों का कल्चर है। आजकल जो تصور پردے کا اور برقعے کا ہے، اس کا اسلام سے کوئی تعلق نہیں۔</w:t>
      </w:r>
    </w:p>
    <w:p>
      <w:r>
        <w:rPr>
          <w:b/>
        </w:rPr>
        <w:t xml:space="preserve">[1:16:11] </w:t>
      </w:r>
      <w:r>
        <w:t>koi bhi talluq nahi.</w:t>
      </w:r>
    </w:p>
    <w:p>
      <w:pPr>
        <w:jc w:val="right"/>
      </w:pPr>
      <w:r>
        <w:t>کوئی بھی تعلق نہیں۔</w:t>
      </w:r>
    </w:p>
    <w:p>
      <w:r>
        <w:rPr>
          <w:b/>
        </w:rPr>
        <w:t xml:space="preserve">[1:16:15] </w:t>
      </w:r>
      <w:r>
        <w:t>islam mein jo parda hai, woh kya hai? saada libas, dheela dheela libas, aur yeh zeeb o zeenat nahi, aur permissions nahi,</w:t>
      </w:r>
    </w:p>
    <w:p>
      <w:pPr>
        <w:jc w:val="right"/>
      </w:pPr>
      <w:r>
        <w:t>اسلام میں جو پردہ ہے، وہ کیا ہے؟ سادہ لباس، ڈھیلا ڈھیلا لباس، اور یہ زیب و زینت نہیں، اور پرمیسیونس نہیں،</w:t>
      </w:r>
    </w:p>
    <w:p>
      <w:r>
        <w:rPr>
          <w:b/>
        </w:rPr>
        <w:t xml:space="preserve">[1:16:28] </w:t>
      </w:r>
      <w:r>
        <w:t>sanjidgi ke sath aana jana. yeh hai parda.</w:t>
      </w:r>
    </w:p>
    <w:p>
      <w:pPr>
        <w:jc w:val="right"/>
      </w:pPr>
      <w:r>
        <w:t>سنجیدگی کے ساتھ آنا جانا۔ یہ ہے پردہ۔</w:t>
      </w:r>
    </w:p>
    <w:p>
      <w:r>
        <w:rPr>
          <w:b/>
        </w:rPr>
        <w:t xml:space="preserve">[1:16:34] </w:t>
      </w:r>
      <w:r>
        <w:t>baqi yeh jo parda nikal nikla hai aaj kal, woh islami parda nahi hai. to yeh to riwaj hai, is mein koi shakk nahi.</w:t>
      </w:r>
    </w:p>
    <w:p>
      <w:pPr>
        <w:jc w:val="right"/>
      </w:pPr>
      <w:r>
        <w:t>باقی یہ جو پردہ نکل نکلا ہے آج کل، وہ اسلامی پردہ نہیں ہے۔ تو یہ تو رواج ہے، اس میں کوئی شک نہیں۔</w:t>
      </w:r>
    </w:p>
    <w:p>
      <w:r>
        <w:rPr>
          <w:b/>
        </w:rPr>
        <w:t xml:space="preserve">[1:16:44] </w:t>
      </w:r>
      <w:r>
        <w:t>agar is ko kuch aap parhna chahein is mozu par kisi ko to ek do kitab mein naam loon ga aap ko. ek hai allama albani ki kitab "hijab ul mar'at ul muslimah".</w:t>
      </w:r>
    </w:p>
    <w:p>
      <w:pPr>
        <w:jc w:val="right"/>
      </w:pPr>
      <w:r>
        <w:t>اگر اس کو کچھ آپ پڑھنا چاہیں اس موضوع پر کسی کو تو ایک دو کتاب میں نام لوں گا آپ کو۔ ایک ہے علامہ البانی کی کتاب "حجاب المرأۃ المسلمہ"۔</w:t>
      </w:r>
    </w:p>
    <w:p>
      <w:r>
        <w:rPr>
          <w:b/>
        </w:rPr>
        <w:t xml:space="preserve">[1:16:58] </w:t>
      </w:r>
      <w:r>
        <w:t>allama naseer ud din albani ki kitab hai "hijab ul mar'at ul muslimah" arabi mein.</w:t>
      </w:r>
    </w:p>
    <w:p>
      <w:pPr>
        <w:jc w:val="right"/>
      </w:pPr>
      <w:r>
        <w:t>علامہ ناصر الدین البانی کی کتاب ہے "حجاب المرأۃ المسلمہ" عربی میں۔</w:t>
      </w:r>
    </w:p>
    <w:p>
      <w:r>
        <w:rPr>
          <w:b/>
        </w:rPr>
        <w:t xml:space="preserve">[1:17:03] </w:t>
      </w:r>
      <w:r>
        <w:t>doosri kitab khud meri kitab hai, woh hai "khawateen islam" aur do kitabein hain "khawateen islam" aur "aurat memar e insaniyat".</w:t>
      </w:r>
    </w:p>
    <w:p>
      <w:pPr>
        <w:jc w:val="right"/>
      </w:pPr>
      <w:r>
        <w:t>دوسری کتاب خود میری کتاب ہے، وہ ہے "خاتون اسلام"۔ اور دو کتابیں ہیں "خاتون اسلام" اور "عورت معمار انسانیت"۔</w:t>
      </w:r>
    </w:p>
    <w:p>
      <w:r>
        <w:rPr>
          <w:b/>
        </w:rPr>
        <w:t xml:space="preserve">[1:17:14] </w:t>
      </w:r>
      <w:r>
        <w:t>aap do kitabein parh lijiye, is mein sari baatein wazeh ho jayengi, inshallah. agla sawal bangalore se aya hai aur maulana inayat ullah umri sahib ne kiya hai.</w:t>
      </w:r>
    </w:p>
    <w:p>
      <w:pPr>
        <w:jc w:val="right"/>
      </w:pPr>
      <w:r>
        <w:t>آپ دو کتابیں پڑھ لیجئے، اس میں ساری باتیں واضح ہو جائیں گی، انشاءاللہ۔ اگلا سوال بینگلور سے آیا ہے اور مولانا عنایت اللہ عمری صاحب نے کیا ہے۔</w:t>
      </w:r>
    </w:p>
    <w:p>
      <w:r>
        <w:rPr>
          <w:b/>
        </w:rPr>
        <w:t xml:space="preserve">[1:17:26] </w:t>
      </w:r>
      <w:r>
        <w:t>unhon ne poocha hai ke deeni ghairat ke kya maani hain? is ke baray mein batayen.</w:t>
      </w:r>
    </w:p>
    <w:p>
      <w:pPr>
        <w:jc w:val="right"/>
      </w:pPr>
      <w:r>
        <w:t>انہوں نے پوچھا ہے کہ دینی غیرت کے کیا معنی ہیں؟ اس کے بارے میں بتائیں۔</w:t>
      </w:r>
    </w:p>
    <w:p>
      <w:r>
        <w:rPr>
          <w:b/>
        </w:rPr>
        <w:t xml:space="preserve">[1:17:33] </w:t>
      </w:r>
      <w:r>
        <w:t>deen ghairat koi cheez nahin hai, nothing hai Islam mein. kuch nahin. deen ghairat ek jahiliyat hai, yeh jahiliyat ki cheez hai.</w:t>
      </w:r>
    </w:p>
    <w:p>
      <w:pPr>
        <w:jc w:val="right"/>
      </w:pPr>
      <w:r>
        <w:t>دین غیرت کوئی چیز نہیں ہے، نتھنگ ہے اسلام میں۔ کچھ نہیں۔ دین غیرت ایک جاہلیت ہے، یہ جاہلیت کی چیز ہے۔</w:t>
      </w:r>
    </w:p>
    <w:p>
      <w:r>
        <w:rPr>
          <w:b/>
        </w:rPr>
        <w:t xml:space="preserve">[1:17:47] </w:t>
      </w:r>
      <w:r>
        <w:t>quran mein kaha gaya hai "hamiyatul jahiliyah" jis ko kaha gaya, wohi deen ghairat hai. kuch nahin, deen ghairat kya cheez hai?</w:t>
      </w:r>
    </w:p>
    <w:p>
      <w:pPr>
        <w:jc w:val="right"/>
      </w:pPr>
      <w:r>
        <w:t>قرآن میں کہا گیا ہے "حمیت الجاہلیہ" جس کو کہا گیا، وہی دین غیرت ہے۔ کچھ نہیں، دین غیرت کیا چیز ہے؟</w:t>
      </w:r>
    </w:p>
    <w:p>
      <w:r>
        <w:rPr>
          <w:b/>
        </w:rPr>
        <w:t xml:space="preserve">[1:17:56] </w:t>
      </w:r>
      <w:r>
        <w:t>yani yeh lafz "hadith" mein aaya hai quran mein aur is ko itna bara darja de rakha hai.</w:t>
      </w:r>
    </w:p>
    <w:p>
      <w:pPr>
        <w:jc w:val="right"/>
      </w:pPr>
      <w:r>
        <w:t>یعنی یہ لفظ "حدیث" میں آیا ہے قرآن میں اور اس کو اتنا بڑا درجہ دے رکھا ہے۔</w:t>
      </w:r>
    </w:p>
    <w:p>
      <w:r>
        <w:rPr>
          <w:b/>
        </w:rPr>
        <w:t xml:space="preserve">[1:18:02] </w:t>
      </w:r>
      <w:r>
        <w:t>yaad rakhiye, deen ghairat ka lafz na quran mein hai na hadith mein hai. neki sahabi ne is lafz ko bhi istemal kiya. main is ko hamiyat jahiliyah manta hoon, is ko koi haqeeqat is ki nahin.</w:t>
      </w:r>
    </w:p>
    <w:p>
      <w:pPr>
        <w:jc w:val="right"/>
      </w:pPr>
      <w:r>
        <w:t>یاد رکھیے، دین غیرت کا لفظ نہ قرآن میں ہے نہ حدیث میں ہے۔ نیکی صحابی نے اس لفظ کو بھی استعمال کیا۔ میں اس کو حمیت جاہلیہ مانتا ہوں، اس کو کوئی حقیقت اس کی نہیں۔</w:t>
      </w:r>
    </w:p>
    <w:p>
      <w:r>
        <w:rPr>
          <w:b/>
        </w:rPr>
        <w:t xml:space="preserve">[1:18:20] </w:t>
      </w:r>
      <w:r>
        <w:t>agla sawal kya hai Maulana Iqbal Umri ne Tamil Nadu se</w:t>
      </w:r>
    </w:p>
    <w:p>
      <w:pPr>
        <w:jc w:val="right"/>
      </w:pPr>
      <w:r>
        <w:t>اگلا سوال کیا ہے مولانا اقبال عمری نے تمل ناڈو سے</w:t>
      </w:r>
    </w:p>
    <w:p>
      <w:r>
        <w:rPr>
          <w:b/>
        </w:rPr>
        <w:t xml:space="preserve">[1:18:24] </w:t>
      </w:r>
      <w:r>
        <w:t>unhon ne likha hai: "jati muhasba mein sukoon milta hai aur ghair ke muhasbe se stress paida hota hai.</w:t>
      </w:r>
    </w:p>
    <w:p>
      <w:pPr>
        <w:jc w:val="right"/>
      </w:pPr>
      <w:r>
        <w:t>۔ انہوں نے لکھا ہے: "जाति محاسبہ میں سکون ملتا ہے اور غیر کے محاسبے سے سٹریس پیدا ہوتا ہے۔</w:t>
      </w:r>
    </w:p>
    <w:p>
      <w:r>
        <w:rPr>
          <w:b/>
        </w:rPr>
        <w:t xml:space="preserve">[1:18:33] </w:t>
      </w:r>
      <w:r>
        <w:t>kya yeh sahi hai?" "haan, yeh baat bilkul sahi hai. us ki wajah dekhiye, yeh hai. yeh bohat gehri baat hai. yeh bohat zyada gehri baat hai.</w:t>
      </w:r>
    </w:p>
    <w:p>
      <w:pPr>
        <w:jc w:val="right"/>
      </w:pPr>
      <w:r>
        <w:t>کیا یہ صحیح ہے؟" "हाँ, यह बात बिल्कुल सही है। उसकी वजह देखिए, यह है। यह बहुत गहरी बात है। यह बहुत ज्यादा गहरी बात है।</w:t>
      </w:r>
    </w:p>
    <w:p>
      <w:r>
        <w:rPr>
          <w:b/>
        </w:rPr>
        <w:t xml:space="preserve">[1:18:45] </w:t>
      </w:r>
      <w:r>
        <w:t>lekin aadmi jab muhasba karte hain, introspection ko, introspection, to jab aadmi apna muhasba karta hai to kya hota hai?</w:t>
      </w:r>
    </w:p>
    <w:p>
      <w:pPr>
        <w:jc w:val="right"/>
      </w:pPr>
      <w:r>
        <w:t>लेकिन आदमी जब محاسبہ करते हैं, इंट्रोस्पेक्शन को, इंट्रोस्पेक्शन, तो जब आदमी अपना محاسبہ करता ہے تو क्या होता है?</w:t>
      </w:r>
    </w:p>
    <w:p>
      <w:r>
        <w:rPr>
          <w:b/>
        </w:rPr>
        <w:t xml:space="preserve">[1:18:57] </w:t>
      </w:r>
      <w:r>
        <w:t>woh us waqt, us waqt woh farishton ki sohbat mein hota hai. jati muhasba ek bohat hi bara musbat amal hai, ek bohat bara positive kaam hai aur khalis rabbani kaam hai.</w:t>
      </w:r>
    </w:p>
    <w:p>
      <w:pPr>
        <w:jc w:val="right"/>
      </w:pPr>
      <w:r>
        <w:t>वह उस وقت, उस وقت वह فرشتوں کی صحبت میں ہوتا है। जाती محاسبہ ایک بہت ہی بڑا مثبت عمل ہے، ایک بہت بڑا پازیٹیو کام ہے اور خالص ربانی کام ہے۔</w:t>
      </w:r>
    </w:p>
    <w:p>
      <w:r>
        <w:rPr>
          <w:b/>
        </w:rPr>
        <w:t xml:space="preserve">[1:19:11] </w:t>
      </w:r>
      <w:r>
        <w:t>is mein Allah ka khauf hota hai aur aur akhirat ki pakad hoti hai. yeh sab baatein dil mein aati hain to aap apna muhasba karte hain.</w:t>
      </w:r>
    </w:p>
    <w:p>
      <w:pPr>
        <w:jc w:val="right"/>
      </w:pPr>
      <w:r>
        <w:t>اس میں اللہ کا خوف ہوتا ہے اور اور آخرت کی پکڑ ہوتی ہے۔ یہ سب باتیں دل میں آتی ہیں تو آپ اپنا محاسبہ کرتے ہیں۔</w:t>
      </w:r>
    </w:p>
    <w:p>
      <w:r>
        <w:rPr>
          <w:b/>
        </w:rPr>
        <w:t xml:space="preserve">[1:19:22] </w:t>
      </w:r>
      <w:r>
        <w:t>to woh sara kaam farishton ki sohbat mein hota hai. jo aadmi sahi maano mein zaat ka muhasba karta hai to farishte jowq dar jowq is ke paas aate hain.</w:t>
      </w:r>
    </w:p>
    <w:p>
      <w:pPr>
        <w:jc w:val="right"/>
      </w:pPr>
      <w:r>
        <w:t>تو وہ سارا کام فرشتوں کی صحبت میں ہوتا ہے۔ جو آدمی صحیح معنوں میں ذات کا محاسبہ کرتا ہے تو فرشتے جوق در جوق اس کے پاس آتے ہیں۔</w:t>
      </w:r>
    </w:p>
    <w:p>
      <w:r>
        <w:rPr>
          <w:b/>
        </w:rPr>
        <w:t xml:space="preserve">[1:19:34] </w:t>
      </w:r>
      <w:r>
        <w:t>zahiri hai ke is mein sukoon to aayega.</w:t>
      </w:r>
    </w:p>
    <w:p>
      <w:pPr>
        <w:jc w:val="right"/>
      </w:pPr>
      <w:r>
        <w:t>ظاہر ہے کہ اس میں سکون تو آئے گا۔</w:t>
      </w:r>
    </w:p>
    <w:p>
      <w:r>
        <w:rPr>
          <w:b/>
        </w:rPr>
        <w:t xml:space="preserve">[1:19:37] </w:t>
      </w:r>
      <w:r>
        <w:t>jab lekin jab doosre ke khilaf aap bolte hain to woh to khalis shaitani kaam hai. aap ghore kijiye, yani quran mein jo iblis ka aur Adam ka qissa bayan kiya hai, is mein itne aspects hain ke main sochta hoon ke shayad saare hi aspects mein shamil hain.</w:t>
      </w:r>
    </w:p>
    <w:p>
      <w:pPr>
        <w:jc w:val="right"/>
      </w:pPr>
      <w:r>
        <w:t>جب لیکن جب دوسرے کے خلاف آپ بولتے ہیں تو وہ تو خالص شیطانی کام ہے۔ آپ غور کیجئے، یعنی قرآن میں جو ابلیس کا اور آدم کا قصہ بیان کیا ہے، اس میں اتنے ایسپیکٹس ہیں کہ میں سوچتا ہوں کہ شاید سارے ہی ایسپیکٹس میں شامل ہیں۔</w:t>
      </w:r>
    </w:p>
    <w:p>
      <w:r>
        <w:rPr>
          <w:b/>
        </w:rPr>
        <w:t xml:space="preserve">[1:19:56] </w:t>
      </w:r>
      <w:r>
        <w:t>saare aspects. sab se pehle kis ne yeh kaam kiya hai? shaitan ne ke Allah ke khilaf naoozubillah bola. woh</w:t>
      </w:r>
    </w:p>
    <w:p>
      <w:pPr>
        <w:jc w:val="right"/>
      </w:pPr>
      <w:r>
        <w:t>سارے ایسپیکٹس۔ سب سے پہلے کس نے یہ کام کیا ہے؟ شیطان نے کہ اللہ کے خلاف نعوذ باللہ بولا۔ وہ</w:t>
      </w:r>
    </w:p>
    <w:p>
      <w:r>
        <w:rPr>
          <w:b/>
        </w:rPr>
        <w:t xml:space="preserve">[1:20:04] </w:t>
      </w:r>
      <w:r>
        <w:t>ke kisi ke khilaf bolna, yani opposition ke boli bolna, yeh to shaitani kaam hai. yani shaitan ne is is yeh jo tradition hai, is ko shaitan ne shuru kiya sab se pehle ke kisi ke khilaf bolna, jhanda le ke khara hona.</w:t>
      </w:r>
    </w:p>
    <w:p>
      <w:pPr>
        <w:jc w:val="right"/>
      </w:pPr>
      <w:r>
        <w:t>کہ کسی کے خلاف بولنا، یعنی اپوزیشن کے بولی بولنا، یہ تو شیطانی کام ہے۔ یعنی شیطان نے اس اس یہ جو ٹریڈیشن ہے، اس کو شیطان نے شروع کیا سب سے پہلے کہ کسی کے خلاف بولنا، جھنڈا لے کے کھڑا ہونا۔</w:t>
      </w:r>
    </w:p>
    <w:p>
      <w:r>
        <w:rPr>
          <w:b/>
        </w:rPr>
        <w:t xml:space="preserve">[1:20:23] </w:t>
      </w:r>
      <w:r>
        <w:t>to shaitan naoozubillah Allah ke khilaf jhanda jhanda le ke khara ho jayega, ho gaya.</w:t>
      </w:r>
    </w:p>
    <w:p>
      <w:pPr>
        <w:jc w:val="right"/>
      </w:pPr>
      <w:r>
        <w:t>تو شیطان نعوذ باللہ اللہ کے خلاف جھنڈا جھنڈا لے کے کھڑا ہو جائے گا، ہو گیا۔</w:t>
      </w:r>
    </w:p>
    <w:p>
      <w:r>
        <w:rPr>
          <w:b/>
        </w:rPr>
        <w:t xml:space="preserve">[1:20:29] </w:t>
      </w:r>
      <w:r>
        <w:t>to jo log opposition ka kaam karte hain, kisi ke khilaf jhanda le ke khare hote hain aur doosre ke khilaf taqreerein karte hain, un ko bohat zyada darna chahiye.</w:t>
      </w:r>
    </w:p>
    <w:p>
      <w:pPr>
        <w:jc w:val="right"/>
      </w:pPr>
      <w:r>
        <w:t>تو جو لوگ اپوزیشن کا کام کرتے ہیں، کسی کے خلاف جھنڈا لے کے کھڑے ہوتے ہیں اور دوسرے کے خلاف تقریریں کرتے ہیں، ان کو بہت زیادہ ڈرنا چاہیے۔</w:t>
      </w:r>
    </w:p>
    <w:p>
      <w:r>
        <w:rPr>
          <w:b/>
        </w:rPr>
        <w:t xml:space="preserve">[1:20:39] </w:t>
      </w:r>
      <w:r>
        <w:t>yeh to ek shaitani kaam hai aur woh shaitan ki sohbat ki wajah se woh kaifiyat hoti hai jo aap ne farmaya.</w:t>
      </w:r>
    </w:p>
    <w:p>
      <w:pPr>
        <w:jc w:val="right"/>
      </w:pPr>
      <w:r>
        <w:t>یہ تو ایک شیطانی کام ہے اور وہ شیطان کی صحبت کی وجہ سے وہ کیفیت ہوتی ہے جو آپ نے فرمایا۔</w:t>
      </w:r>
    </w:p>
    <w:p>
      <w:r>
        <w:rPr>
          <w:b/>
        </w:rPr>
        <w:t xml:space="preserve">[1:20:48] </w:t>
      </w:r>
      <w:r>
        <w:t>to jis aadmi ko zaati muhasba ki tofeeq mile, us ko bohat zyada shukr ada karna chahiye. aur jo aadmi doosre ke muhasbe mein pada hua hai, us ko yani panah mangna chahiye Allah taala se ke main shaitan ke chakkar mein pad gaya tha aur khuda ya meri toba qabool kar.</w:t>
      </w:r>
    </w:p>
    <w:p>
      <w:pPr>
        <w:jc w:val="right"/>
      </w:pPr>
      <w:r>
        <w:t>تو جس آدمی کو ذاتی محاسبہ کی توفیق ملے، اس کو بہت زیادہ شکر ادا کرنا چاہیے۔ اور جو آدمی دوسرے کے محاسبے میں پڑا ہوا ہے، اس کو یعنی پناہ مانگنا چاہیے اللہ تعالیٰ سے کہ میں شیطان کے چکر میں پڑ گیا تھا اور خدایا میری توبہ قبول کر۔</w:t>
      </w:r>
    </w:p>
    <w:p>
      <w:r>
        <w:rPr>
          <w:b/>
        </w:rPr>
        <w:t xml:space="preserve">[1:21:13] </w:t>
      </w:r>
      <w:r>
        <w:t>Maulana, agla sawal Mr Muhammad Samiullah sahab ka hai</w:t>
      </w:r>
    </w:p>
    <w:p>
      <w:pPr>
        <w:jc w:val="right"/>
      </w:pPr>
      <w:r>
        <w:t>مولانا، اگلا سوال مسٹر محمد سمیع اللہ صاحب کا ہے</w:t>
      </w:r>
    </w:p>
    <w:p>
      <w:r>
        <w:rPr>
          <w:b/>
        </w:rPr>
        <w:t xml:space="preserve">[1:21:17] </w:t>
      </w:r>
      <w:r>
        <w:t>Delhi se. unhon ne likha hai: "How can problems be converted into opportunity? Kindly comment."</w:t>
      </w:r>
    </w:p>
    <w:p>
      <w:pPr>
        <w:jc w:val="right"/>
      </w:pPr>
      <w:r>
        <w:t>دلی سے۔ انہوں نے لکھا ہے: "How can problems be converted into opportunity? Kindly comment."</w:t>
      </w:r>
    </w:p>
    <w:p>
      <w:r>
        <w:rPr>
          <w:b/>
        </w:rPr>
        <w:t xml:space="preserve">[1:21:34] </w:t>
      </w:r>
      <w:r>
        <w:t>dekhiye, yeh can ki baat nahin hai, yeh karna hi karna hai. kyunke zindagi jo hai, woh problem se hi bhari hui hai.</w:t>
      </w:r>
    </w:p>
    <w:p>
      <w:pPr>
        <w:jc w:val="right"/>
      </w:pPr>
      <w:r>
        <w:t>دیکھیں، یہ کائن کی بات نہیں ہے، یہ کرنا ہی کرنا ہے۔ کیونکہ زندگی جو ہے، وہ پرابلم سے ہی بھری ہوئی ہے۔</w:t>
      </w:r>
    </w:p>
    <w:p>
      <w:r>
        <w:rPr>
          <w:b/>
        </w:rPr>
        <w:t xml:space="preserve">[1:21:46] </w:t>
      </w:r>
      <w:r>
        <w:t>agar aap problem se uljhein to kuch nahin kar sakte. yani zindagi ki misaal aisi hai jaise ek gulab ka phool hai, us ki shakh mein kaante hain aur phool bhi isi mein.</w:t>
      </w:r>
    </w:p>
    <w:p>
      <w:pPr>
        <w:jc w:val="right"/>
      </w:pPr>
      <w:r>
        <w:t>اگر آپ پرابلم سے الجھیں تو کچھ نہیں کر سکتے۔ یعنی زندگی کی مثال ایسی ہے جیسے ایک گلاب کا پھول ہے، اس کی شاخ میں کانٹے ہیں اور پھول بھی اسی میں۔</w:t>
      </w:r>
    </w:p>
    <w:p>
      <w:r>
        <w:rPr>
          <w:b/>
        </w:rPr>
        <w:t xml:space="preserve">[1:21:59] </w:t>
      </w:r>
      <w:r>
        <w:t>ek hi shakh mein kaante bhi hain, ek hi shakh mein phool bhi hain. to aap kaanton ko avoid karte hain, tab phool milta hai aap ko. agar kaanton ko na avoid karein to phool nahin milega aap ko.</w:t>
      </w:r>
    </w:p>
    <w:p>
      <w:pPr>
        <w:jc w:val="right"/>
      </w:pPr>
      <w:r>
        <w:t>ایک ہی شاخ میں کانٹے بھی ہیں، ایک ہی شاخ میں پھول بھی ہیں۔ تو آپ کانٹوں کو اوائڈ کرتے ہیں، تب پھول ملتا ہے آپ کو۔ اگر کانٹوں کو نہ اوائڈ کریں تو پھول نہیں ملے گا آپ کو۔</w:t>
      </w:r>
    </w:p>
    <w:p>
      <w:r>
        <w:rPr>
          <w:b/>
        </w:rPr>
        <w:t xml:space="preserve">[1:22:11] </w:t>
      </w:r>
      <w:r>
        <w:t>yeh Allah taala ne zindagi ka namoona dikha diya hai ke zindagi mein kaante rahenge, problem rahenge. tum ko ek hi kaam karna hai ke problem ko avoid karo, ko ignore karo.</w:t>
      </w:r>
    </w:p>
    <w:p>
      <w:pPr>
        <w:jc w:val="right"/>
      </w:pPr>
      <w:r>
        <w:t>یہ اللہ تعالیٰ نے زندگی کا نمونہ دکھا دیا ہے کہ زندگی میں کانٹے رہیں گے، پرابلم رہیں گے۔ تم کو ایک ہی کام کرنا ہے کہ پرابلم کو اوائڈ کرو، کو اگنور کرو۔</w:t>
      </w:r>
    </w:p>
    <w:p>
      <w:r>
        <w:rPr>
          <w:b/>
        </w:rPr>
        <w:t xml:space="preserve">[1:22:26] </w:t>
      </w:r>
      <w:r>
        <w:t>aur quran mein dekhiye, fitrat ka usool bataya gaya hai: "la of nature, ana ma osra". yeh la of nature hai. is ka matlab hai ke "Where there are problems, there are opportunities."</w:t>
      </w:r>
    </w:p>
    <w:p>
      <w:pPr>
        <w:jc w:val="right"/>
      </w:pPr>
      <w:r>
        <w:t>اور قرآن میں دیکھیے، فطرت کا اصول بتایا گیا ہے: "لا آف نیچر، انا مال اوسرا"۔ یہ لا آف نیچر ہے۔ اس کا مطلب ہے کہ "Where there are problems, there are opportunities."</w:t>
      </w:r>
    </w:p>
    <w:p>
      <w:r>
        <w:rPr>
          <w:b/>
        </w:rPr>
        <w:t xml:space="preserve">[1:22:40] </w:t>
      </w:r>
      <w:r>
        <w:t>yeh la of nature hai. kabhi bhi aisa nahi ho sakta zindagi mein ke problem ho, opportunity na ho. to aap problem ko ignore kijiye aur to wohin wohin dekhenge aap opportunity maujood hai.</w:t>
      </w:r>
    </w:p>
    <w:p>
      <w:pPr>
        <w:jc w:val="right"/>
      </w:pPr>
      <w:r>
        <w:t>یہ لا آف نیچر ہے۔ کبھی بھی ایسا نہیں ہو سکتا زندگی میں کہ پرابلم ہو، اپورچونیٹی نہ ہو۔ تو آپ پرابلم کو اگنور کیجیے اور تو وہیں وہیں دیکھیں گے آپ اپورچونیٹی موجود ہے۔</w:t>
      </w:r>
    </w:p>
    <w:p>
      <w:r>
        <w:rPr>
          <w:b/>
        </w:rPr>
        <w:t xml:space="preserve">[1:22:56] </w:t>
      </w:r>
      <w:r>
        <w:t>yeh koi is par mein ne bohat ziyada likha hai. meri jo kitabein hain, yeh raaz hayat, taabeer hayat, rehnuma hayat, kitaab zindagi, woh sab yahi to hai.</w:t>
      </w:r>
    </w:p>
    <w:p>
      <w:pPr>
        <w:jc w:val="right"/>
      </w:pPr>
      <w:r>
        <w:t>یہ کوئی اس پر میں نے بہت زیادہ لکھا ہے۔ میری جو کتابیں ہیں، یہ راز حیات، تعبیر حیات، رہنما حیات، کتاب زندگی، وہ سب یہی تو ہے۔</w:t>
      </w:r>
    </w:p>
    <w:p>
      <w:r>
        <w:rPr>
          <w:b/>
        </w:rPr>
        <w:t xml:space="preserve">[1:23:06] </w:t>
      </w:r>
      <w:r>
        <w:t>is mein</w:t>
      </w:r>
    </w:p>
    <w:p>
      <w:pPr>
        <w:jc w:val="right"/>
      </w:pPr>
      <w:r>
        <w:t>اس میں</w:t>
      </w:r>
    </w:p>
    <w:p>
      <w:r>
        <w:rPr>
          <w:b/>
        </w:rPr>
        <w:t xml:space="preserve">[1:23:08] </w:t>
      </w:r>
      <w:r>
        <w:t>is ki tafseel jis ko janna hai, woh in kitabon ko parhe. english mein bhi ek kitaab hai: "Moral Vision", is ko aap parh sakte hain.</w:t>
      </w:r>
    </w:p>
    <w:p>
      <w:pPr>
        <w:jc w:val="right"/>
      </w:pPr>
      <w:r>
        <w:t>اس کی تفصیل جس کو جاننا ہے، وہ ان کتابوں کو پڑھے۔ انگلش میں بھی ایک کتاب ہے: "مارل ویژن"، اس کو آپ پڑھ سکتے ہیں۔</w:t>
      </w:r>
    </w:p>
    <w:p>
      <w:r>
        <w:rPr>
          <w:b/>
        </w:rPr>
        <w:t xml:space="preserve">[1:23:19] </w:t>
      </w:r>
      <w:r>
        <w:t>maulana, agla sawal aaya hai Mr. Waseem Qureshi ka Delhi se. unhon ne likha hai: "Maulana sahib, I just want to know what is the right definition of jihad according to you?"</w:t>
      </w:r>
    </w:p>
    <w:p>
      <w:pPr>
        <w:jc w:val="right"/>
      </w:pPr>
      <w:r>
        <w:t>مولانا، اگلا سوال آیا ہے مسٹر وسیم قریشی کا دلی سے۔ انہوں نے لکھا ہے: "مولانا صاحب، آئی جسٹ وانٹ ٹو نو واٹ از دا رائٹ ڈیفینیشن اف جہاد اکارڈنگ ٹو یو؟"</w:t>
      </w:r>
    </w:p>
    <w:p>
      <w:r>
        <w:rPr>
          <w:b/>
        </w:rPr>
        <w:t xml:space="preserve">[1:23:32] </w:t>
      </w:r>
      <w:r>
        <w:t>jihad ka matlab koshish hai. jihad ka matlab hai struggle, bas aur kuch nahi. jihad ka matlab qitaal nahi hai. jo is ko kahe qitaal, woh sarkashi karta hai.</w:t>
      </w:r>
    </w:p>
    <w:p>
      <w:pPr>
        <w:jc w:val="right"/>
      </w:pPr>
      <w:r>
        <w:t>جہاد کا معنی کوشش ہے۔ جہاد کا معنی ہے سٹرگل، بس اور کچھ نہیں۔ جہاد کا معنی قتال نہیں ہے۔ جو اس کو کہے قتال، وہ سرکشی کرتا ہے۔</w:t>
      </w:r>
    </w:p>
    <w:p>
      <w:r>
        <w:rPr>
          <w:b/>
        </w:rPr>
        <w:t xml:space="preserve">[1:23:47] </w:t>
      </w:r>
      <w:r>
        <w:t>yani kisi bhi achhe kaam ke liye jo koshish karte hain, wahi jihad hai. ladna bhidna ek alag cheez hai, is ka jihad se koi taaluq nahi hai.</w:t>
      </w:r>
    </w:p>
    <w:p>
      <w:pPr>
        <w:jc w:val="right"/>
      </w:pPr>
      <w:r>
        <w:t>یعنی کسی بھی اچھے کام کے لیے جو کوشش کرتے ہیں، وہی جہاد ہے۔ لڑنا بھڑنا ایک الگ چیز ہے، اس کا جہاد سے کوئی تعلق نہیں ہے۔</w:t>
      </w:r>
    </w:p>
    <w:p>
      <w:r>
        <w:rPr>
          <w:b/>
        </w:rPr>
        <w:t xml:space="preserve">[1:23:57] </w:t>
      </w:r>
      <w:r>
        <w:t>mein ek hi ayat aap ko bataoon, ja kar quran mein ja kar parhiye, aap surah furqan mein:</w:t>
      </w:r>
    </w:p>
    <w:p>
      <w:pPr>
        <w:jc w:val="right"/>
      </w:pPr>
      <w:r>
        <w:t>میں ایک ہی آیت آپ کو بتاؤں، جا کر قرآن میں جا کے پڑھیے، آپ سورہ الفرقان میں:</w:t>
      </w:r>
    </w:p>
    <w:p>
      <w:r>
        <w:rPr>
          <w:b/>
        </w:rPr>
        <w:t xml:space="preserve">[1:24:03] </w:t>
      </w:r>
      <w:r>
        <w:t>"Wajاهدhum bih jahadan kabira". yani quran ke zariye jihad karo, jihad kabir. to aap jante hain, quran jo hai, koi koi talwar to nahi, bandook to nahi, bomb nahi.</w:t>
      </w:r>
    </w:p>
    <w:p>
      <w:pPr>
        <w:jc w:val="right"/>
      </w:pPr>
      <w:r>
        <w:t>"وجاهدهم به جہادا کبیرا" ۔ یعنی قرآن کے ذریعے جہاد کرو، جہاد کبیر۔ تو آپ جانتے ہیں، قرآن جو ہے، کوئی کوئی تلوار تو نہیں، بندوق تو نہیں، بم نہیں۔</w:t>
      </w:r>
    </w:p>
    <w:p>
      <w:r>
        <w:rPr>
          <w:b/>
        </w:rPr>
        <w:t xml:space="preserve">[1:24:16] </w:t>
      </w:r>
      <w:r>
        <w:t>to quran ke zariye jihad ka matlab kya hoga? yani peaceful koshish, yeh matlab banenge. to jihad ka matlab hai kisi achhe kaam ke liye peaceful struggle, yahi jihad hai.</w:t>
      </w:r>
    </w:p>
    <w:p>
      <w:pPr>
        <w:jc w:val="right"/>
      </w:pPr>
      <w:r>
        <w:t>تو قرآن کے ذریعے جہاد کا مطلب کیا ہوگا؟ یعنی پیس فل کوشش، یہ مطلب بنیں گے۔ تو جہاد کا مطلب ہے کسی اچھے کام کے لیے پیس فل سٹرگل، یہی جہاد ہے۔</w:t>
      </w:r>
    </w:p>
    <w:p>
      <w:r>
        <w:rPr>
          <w:b/>
        </w:rPr>
        <w:t xml:space="preserve">[1:24:33] </w:t>
      </w:r>
      <w:r>
        <w:t>jihad ke matlab har giz har giz qitaal nahi hain. jihad ke matlab koshish hai. to jihad ka matlab hai kisi achhe kaam ke liye peaceful koshish karna, bas isi ka naam jihad hai.</w:t>
      </w:r>
    </w:p>
    <w:p>
      <w:pPr>
        <w:jc w:val="right"/>
      </w:pPr>
      <w:r>
        <w:t>جہاد کے معنی ہرگز ہرگز قتال نہیں ہیں۔ جہاد کے معنی کوشش ہے۔ تو جہاد کا مطلب ہے کسی اچھے کام کے لیے پیس فل کوشش کرنا، بس اسی کا نام جہاد ہے۔</w:t>
      </w:r>
    </w:p>
    <w:p>
      <w:r>
        <w:rPr>
          <w:b/>
        </w:rPr>
        <w:t xml:space="preserve">[1:24:50] </w:t>
      </w:r>
      <w:r>
        <w:t>meri ek kitaab hai: "True Jihad", is ko aap parh lijiye. True Jihad mein yeh baatein aap pa sakte</w:t>
      </w:r>
    </w:p>
    <w:p>
      <w:pPr>
        <w:jc w:val="right"/>
      </w:pPr>
      <w:r>
        <w:t>میری ایک کتاب ہے: "ٹرو جہاد"، اس کو آپ پڑھ لیجئے۔ ٹرو جہاد میں یہ باتیں آپ پا سکتے</w:t>
      </w:r>
    </w:p>
    <w:p>
      <w:r>
        <w:rPr>
          <w:b/>
        </w:rPr>
        <w:t xml:space="preserve">[1:24:57] </w:t>
      </w:r>
      <w:r>
        <w:t>hain. is ke ilawa meri ek kitaab chhapi hai, yani "Prophet of Peace", is mein bhi aap yeh baatein pa sakte hain. Maulana, agla sawal ek school student ka aaya hai jinka naam hai Bilal Pradhan.</w:t>
      </w:r>
    </w:p>
    <w:p>
      <w:pPr>
        <w:jc w:val="right"/>
      </w:pPr>
      <w:r>
        <w:t>ہیں۔ اس کے علاوہ میری ایک کتاب چھپی ہے، یعنی "پرافٹ آف پیس"، اس میں بھی آپ یہ باتیں پا سکتے ہیں۔ مولانا، اگلا سوال ایک سکول سٹوڈنٹ کا آیا ہے جن کا نام ہے بلال پردھان۔</w:t>
      </w:r>
    </w:p>
    <w:p>
      <w:r>
        <w:rPr>
          <w:b/>
        </w:rPr>
        <w:t xml:space="preserve">[1:25:11] </w:t>
      </w:r>
      <w:r>
        <w:t>unhon ne poocha hai aap se ke "How can we get paradise?". is ke bare mein bataein.</w:t>
      </w:r>
    </w:p>
    <w:p>
      <w:pPr>
        <w:jc w:val="right"/>
      </w:pPr>
      <w:r>
        <w:t>انہوں نے پوچھا ہے آپ سے کہ "How can we get paradise?" ۔ اس کے بارے میں بتائیں۔</w:t>
      </w:r>
    </w:p>
    <w:p>
      <w:r>
        <w:rPr>
          <w:b/>
        </w:rPr>
        <w:t xml:space="preserve">[1:25:32] </w:t>
      </w:r>
      <w:r>
        <w:t>dekhein, quran mein is ka jawab hai ke "Zalika jaza man tazakka". paradise is ke liye hai jo apna tazkiya kare.</w:t>
      </w:r>
    </w:p>
    <w:p>
      <w:pPr>
        <w:jc w:val="right"/>
      </w:pPr>
      <w:r>
        <w:t>دیکھیں، قرآن میں اس کا جواب ہے کہ "ذالک جزا من تزکا" ۔ پارادائز اس کے لیے ہے جو اپنا تزکیہ کرے۔</w:t>
      </w:r>
    </w:p>
    <w:p>
      <w:r>
        <w:rPr>
          <w:b/>
        </w:rPr>
        <w:t xml:space="preserve">[1:25:45] </w:t>
      </w:r>
      <w:r>
        <w:t>tazkiya ka matlab hai purify karna. yani aap, yani, yani apne soul ko purify karna, apne aap ko pak karna.</w:t>
      </w:r>
    </w:p>
    <w:p>
      <w:pPr>
        <w:jc w:val="right"/>
      </w:pPr>
      <w:r>
        <w:t>تزکیہ کا مطلب ہے پیوریفائی کرنا۔ یعنی آپ، یعنی، یعنی اپنے سول کو پیوریفائی کرنا، اپنے آپ کو پاک کرنا۔</w:t>
      </w:r>
    </w:p>
    <w:p>
      <w:r>
        <w:rPr>
          <w:b/>
        </w:rPr>
        <w:t xml:space="preserve">[1:25:58] </w:t>
      </w:r>
      <w:r>
        <w:t>pak karna kya hai?</w:t>
      </w:r>
    </w:p>
    <w:p>
      <w:pPr>
        <w:jc w:val="right"/>
      </w:pPr>
      <w:r>
        <w:t>پاک کرنا کیا ہے؟</w:t>
      </w:r>
    </w:p>
    <w:p>
      <w:r>
        <w:rPr>
          <w:b/>
        </w:rPr>
        <w:t xml:space="preserve">[1:26:00] </w:t>
      </w:r>
      <w:r>
        <w:t>negative thinking se pak karna, nafrat se pak karna, hasad se pak karna, haras se pak karna. jitne bhi negative cheezein hain, use pak karna.</w:t>
      </w:r>
    </w:p>
    <w:p>
      <w:pPr>
        <w:jc w:val="right"/>
      </w:pPr>
      <w:r>
        <w:t>نیگیٹیو تھنکنگ سے پاک کرنا، نفرت سے پاک کرنا، حسد سے پاک کرنا، حرص سے پاک کرنا۔ جتنے بھی نیگیٹیو چیزیں ہیں، اسے پاک کرنا۔</w:t>
      </w:r>
    </w:p>
    <w:p>
      <w:r>
        <w:rPr>
          <w:b/>
        </w:rPr>
        <w:t xml:space="preserve">[1:26:13] </w:t>
      </w:r>
      <w:r>
        <w:t>to is se aap ke andar ek ek shakhsiyat banti hai, yani purified soul banta hai. wahi purified soul jo hai, is ke liye isi ke liye jannat hai.</w:t>
      </w:r>
    </w:p>
    <w:p>
      <w:pPr>
        <w:jc w:val="right"/>
      </w:pPr>
      <w:r>
        <w:t>تو اس سے آپ کے اندر ایک ایک شخصیت بنتی ہے، یعنی پیوریفائیڈ سول بنتا ہے۔ وہی پیوریفائیڈ سول جو ہے، اس کے لیے اسی کے لیے جنت ہے۔</w:t>
      </w:r>
    </w:p>
    <w:p>
      <w:r>
        <w:rPr>
          <w:b/>
        </w:rPr>
        <w:t xml:space="preserve">[1:26:24] </w:t>
      </w:r>
      <w:r>
        <w:t>"Zalika jaza mantazakka".</w:t>
      </w:r>
    </w:p>
    <w:p>
      <w:pPr>
        <w:jc w:val="right"/>
      </w:pPr>
      <w:r>
        <w:t>"ذالک جزا منتزکا" ۔</w:t>
      </w:r>
    </w:p>
    <w:p>
      <w:r>
        <w:rPr>
          <w:b/>
        </w:rPr>
        <w:t xml:space="preserve">[1:26:29] </w:t>
      </w:r>
      <w:r>
        <w:t>jannat is ke liye jo apna tazkiya kare, yani apne ko purify kare. to yeh hai quran mein is ka jawab.</w:t>
      </w:r>
    </w:p>
    <w:p>
      <w:pPr>
        <w:jc w:val="right"/>
      </w:pPr>
      <w:r>
        <w:t>جنت اس کے لیے جو اپنا تزکیہ کرے، یعنی اپنے کو پیوریفائی کرے۔ تو یہ ہے قرآن میں اس کا جواب۔</w:t>
      </w:r>
    </w:p>
    <w:p>
      <w:r>
        <w:rPr>
          <w:b/>
        </w:rPr>
        <w:t xml:space="preserve">[1:26:39] </w:t>
      </w:r>
      <w:r>
        <w:t>Maulana, agla sawal aaya hai Delhi se Mr. Rama Katta Swamin ka. unhon ne likha hai: "Guru ji, please tell me how can I become the devotee of the great God?"</w:t>
      </w:r>
    </w:p>
    <w:p>
      <w:pPr>
        <w:jc w:val="right"/>
      </w:pPr>
      <w:r>
        <w:t>مولانا، اگلا سوال آیا ہے دلی سے مسٹر راما کتا سوین کا۔ انہوں نے لکھا ہے: "Guru ji, please tell me how can I become the devotee of the great God?"</w:t>
      </w:r>
    </w:p>
    <w:p>
      <w:r>
        <w:rPr>
          <w:b/>
        </w:rPr>
        <w:t xml:space="preserve">[1:26:51] </w:t>
      </w:r>
      <w:r>
        <w:t>. dekhiye, is ka jo process hai, woh hai ke God ko aap dekh to sakte nahi hain, kyun ke God jo hai, beyond space and time hai.</w:t>
      </w:r>
    </w:p>
    <w:p>
      <w:pPr>
        <w:jc w:val="right"/>
      </w:pPr>
      <w:r>
        <w:t>۔ دیکھیے، اس کا جو پراسیس ہے، وہ ہے کہ گاڈ کو آپ دیکھ تو سکتے نہیں ہیں، کیونکہ گاڈ جو ہے، بیونڈ اسپیس اینڈ ٹائم ہے۔</w:t>
      </w:r>
    </w:p>
    <w:p>
      <w:r>
        <w:rPr>
          <w:b/>
        </w:rPr>
        <w:t xml:space="preserve">[1:27:06] </w:t>
      </w:r>
      <w:r>
        <w:t>lekin God ko discover karte hain aap is ke creation mein. yani ek hai creator, ek hai creation.</w:t>
      </w:r>
    </w:p>
    <w:p>
      <w:pPr>
        <w:jc w:val="right"/>
      </w:pPr>
      <w:r>
        <w:t>لیکن گاڈ کو ڈسکور کرتے ہیں آپ اس کے کریشن میں۔ یعنی ایک ہے کریٹر، ایک ہے کریشن۔</w:t>
      </w:r>
    </w:p>
    <w:p>
      <w:r>
        <w:rPr>
          <w:b/>
        </w:rPr>
        <w:t xml:space="preserve">[1:27:14] </w:t>
      </w:r>
      <w:r>
        <w:t>to creator ko aap aankhon se dekh nahin sakte hain, lekin us ke creation mein us ko aap discover kar sakte hain.</w:t>
      </w:r>
    </w:p>
    <w:p>
      <w:pPr>
        <w:jc w:val="right"/>
      </w:pPr>
      <w:r>
        <w:t>تو کریٹر کو آپ آنکھوں سے دیکھ نہیں سکتے ہیں، لیکن اس کے کریشن میں اس کو آپ ڈسکور کر سکتے ہیں۔</w:t>
      </w:r>
    </w:p>
    <w:p>
      <w:r>
        <w:rPr>
          <w:b/>
        </w:rPr>
        <w:t xml:space="preserve">[1:27:22] </w:t>
      </w:r>
      <w:r>
        <w:t>to jab aap creation mein sochte hain, creation mein study karte hain, to aap creator ko discover karte hain.</w:t>
      </w:r>
    </w:p>
    <w:p>
      <w:pPr>
        <w:jc w:val="right"/>
      </w:pPr>
      <w:r>
        <w:t>تو جب آپ کریشن میں سوچتے ہیں، کریشن میں اسٹڈی کرتے ہیں، تو آپ کریٹر کو ڈسکور کرتے ہیں۔</w:t>
      </w:r>
    </w:p>
    <w:p>
      <w:r>
        <w:rPr>
          <w:b/>
        </w:rPr>
        <w:t xml:space="preserve">[1:27:33] </w:t>
      </w:r>
      <w:r>
        <w:t>aur phir is se aap ko attachment hota hai, is se emotional contact banta hai. aur phir is ko apna, yani sab kuch banane bana bana lete hain aap.</w:t>
      </w:r>
    </w:p>
    <w:p>
      <w:pPr>
        <w:jc w:val="right"/>
      </w:pPr>
      <w:r>
        <w:t>اور پھر اس سے آپ کو اٹیچمنٹ ہوتا ہے، اس سے ایموشنل کنٹیکٹ بنتا ہے۔ اور پھر اس کو اپنا، یعنی سب کچھ بنانے بنا بنا لیتے ہیں آپ۔</w:t>
      </w:r>
    </w:p>
    <w:p>
      <w:r>
        <w:rPr>
          <w:b/>
        </w:rPr>
        <w:t xml:space="preserve">[1:27:45] </w:t>
      </w:r>
      <w:r>
        <w:t>to Khuda tak pahunchne ka rasta jo</w:t>
      </w:r>
    </w:p>
    <w:p>
      <w:pPr>
        <w:jc w:val="right"/>
      </w:pPr>
      <w:r>
        <w:t>تو خدا تک پہنچنے کا راستہ جو</w:t>
      </w:r>
    </w:p>
    <w:p>
      <w:r>
        <w:rPr>
          <w:b/>
        </w:rPr>
        <w:t xml:space="preserve">[1:27:49] </w:t>
      </w:r>
      <w:r>
        <w:t>yahi hai. creator tak pahunchne ka rasta, yani creation ke zariye jata hai. Through creation, you can discover God.</w:t>
      </w:r>
    </w:p>
    <w:p>
      <w:pPr>
        <w:jc w:val="right"/>
      </w:pPr>
      <w:r>
        <w:t>یہی ہے۔ کریٹر تک پہنچنے کا راستہ، یعنی کریشن کے ذریعے جاتا ہے۔ Through creation, you can discover God.</w:t>
      </w:r>
    </w:p>
    <w:p>
      <w:r>
        <w:rPr>
          <w:b/>
        </w:rPr>
        <w:t xml:space="preserve">[1:28:00] </w:t>
      </w:r>
      <w:r>
        <w:t>. is par bohat si kitabein hain, meri kitab bhi ek hai, is ko aap parh sakte hain: "God Arises" .</w:t>
      </w:r>
    </w:p>
    <w:p>
      <w:pPr>
        <w:jc w:val="right"/>
      </w:pPr>
      <w:r>
        <w:t>۔ اس پر بہت سی کتابیں ہیں۔ میری کتاب بھی ایک ہے، اس کو آپ پڑھ سکتے ہیں: "God Arises" ۔</w:t>
      </w:r>
    </w:p>
    <w:p>
      <w:r>
        <w:rPr>
          <w:b/>
        </w:rPr>
        <w:t xml:space="preserve">[1:28:09] </w:t>
      </w:r>
      <w:r>
        <w:t>. main to rozana yahi karta hoon, jab main ek insaan ko dekhta hoon to sochta hoon, kaisa ajeeb hai yeh insaan.</w:t>
      </w:r>
    </w:p>
    <w:p>
      <w:pPr>
        <w:jc w:val="right"/>
      </w:pPr>
      <w:r>
        <w:t>۔ میں تو روزانہ یہی کرتا ہوں، جب میں ایک انسان کو دیکھتا ہوں تو سوچتا ہوں، کیسا عجیب ہے یہ انسان۔</w:t>
      </w:r>
    </w:p>
    <w:p>
      <w:r>
        <w:rPr>
          <w:b/>
        </w:rPr>
        <w:t xml:space="preserve">[1:28:18] </w:t>
      </w:r>
      <w:r>
        <w:t>to is is ke, is ke ek marvelous creation mein Khuda ko daryaft karta hoon. main drakht ko dekhta hoon, drakht bohat ajeeb lagta hai mujhe.</w:t>
      </w:r>
    </w:p>
    <w:p>
      <w:pPr>
        <w:jc w:val="right"/>
      </w:pPr>
      <w:r>
        <w:t>تو اس اس کے، اس کے ایک مارولس کریشن میں خدا کو دریافت کرتا ہوں۔ میں درخت کو دیکھتا ہوں، درخت بہت عجیب لگتا ہے مجھے۔</w:t>
      </w:r>
    </w:p>
    <w:p>
      <w:r>
        <w:rPr>
          <w:b/>
        </w:rPr>
        <w:t xml:space="preserve">[1:28:29] </w:t>
      </w:r>
      <w:r>
        <w:t>kaisa ajeeb hai drakht. to drakht ke andar main is ke, is ke, is ke creator ko daryaft karta hoon. aise hi suraj, chand aur sitare, galaxy, yeh sari cheezon mein sochta rehta hoon.</w:t>
      </w:r>
    </w:p>
    <w:p>
      <w:pPr>
        <w:jc w:val="right"/>
      </w:pPr>
      <w:r>
        <w:t>کیسا عجیب ہے درخت۔ تو درخت کے اندر میں اس کے، اس کے، اس کے کریٹر کو دریافت کرتا ہوں۔ ایسے ہی سورج، چاند اور ستارے، گلیکسی، یہ ساری چیزوں میں سوچتا رہتا ہوں۔</w:t>
      </w:r>
    </w:p>
    <w:p>
      <w:r>
        <w:rPr>
          <w:b/>
        </w:rPr>
        <w:t xml:space="preserve">[1:28:44] </w:t>
      </w:r>
      <w:r>
        <w:t>to is ke andar mujhe, yani yeh yeh creation ke ka phenomenon hai. is creation mein mujhe creator dikhai deta hai.</w:t>
      </w:r>
    </w:p>
    <w:p>
      <w:pPr>
        <w:jc w:val="right"/>
      </w:pPr>
      <w:r>
        <w:t>تو اس کے اندر مجھے، یعنی یہ یہ کریشن کے کا فیناومینا ہے۔ اس کریشن میں مجھے کریٹر دکھائی دیتا ہے۔</w:t>
      </w:r>
    </w:p>
    <w:p>
      <w:r>
        <w:rPr>
          <w:b/>
        </w:rPr>
        <w:t xml:space="preserve">[1:28:57] </w:t>
      </w:r>
      <w:r>
        <w:t>yahi process hai. jitna zyada aap sochenge, jitna zyada aap study karenge,</w:t>
      </w:r>
    </w:p>
    <w:p>
      <w:pPr>
        <w:jc w:val="right"/>
      </w:pPr>
      <w:r>
        <w:t>یہی پراسیس ہے۔ جتنا زیادہ آپ سوچیں گے، جتنا زیادہ آپ اسٹڈی کریں گے،</w:t>
      </w:r>
    </w:p>
    <w:p>
      <w:r>
        <w:rPr>
          <w:b/>
        </w:rPr>
        <w:t xml:space="preserve">[1:29:06] </w:t>
      </w:r>
      <w:r>
        <w:t>you can reach God through contemplation. . yahi ek hi rasta hai.</w:t>
      </w:r>
    </w:p>
    <w:p>
      <w:pPr>
        <w:jc w:val="right"/>
      </w:pPr>
      <w:r>
        <w:t>you can reach God through contemplation. ۔ یہی ایک ہی راستہ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