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12 Yusuf (Joseph) - Maulana Wahiduddin Khan</w:t>
      </w:r>
    </w:p>
    <w:p>
      <w:r>
        <w:t>https://www.youtube.com/watch?v=o4bfM9-a0mc</w:t>
      </w:r>
    </w:p>
    <w:p>
      <w:r>
        <w:rPr>
          <w:b/>
        </w:rPr>
        <w:t xml:space="preserve">[00:01] </w:t>
      </w:r>
      <w:r>
        <w:t>Alif Laam Raa, tilka ayatu al-kitabi al-mubeen.</w:t>
      </w:r>
    </w:p>
    <w:p>
      <w:pPr>
        <w:jc w:val="right"/>
      </w:pPr>
      <w:r>
        <w:t>ألف لام راء، تلك آيات الكتاب المبين.</w:t>
      </w:r>
    </w:p>
    <w:p>
      <w:r>
        <w:rPr>
          <w:b/>
        </w:rPr>
        <w:t xml:space="preserve">[00:12] </w:t>
      </w:r>
      <w:r>
        <w:t>Inna anzalnahu Qur'anan 'Arabiyan la'allakum ta'qiloon.</w:t>
      </w:r>
    </w:p>
    <w:p>
      <w:pPr>
        <w:jc w:val="right"/>
      </w:pPr>
      <w:r>
        <w:t>إنا أنزلناه قرآنًا عربيًا لعلكم تعقلون.</w:t>
      </w:r>
    </w:p>
    <w:p>
      <w:r>
        <w:rPr>
          <w:b/>
        </w:rPr>
        <w:t xml:space="preserve">[00:23] </w:t>
      </w:r>
      <w:r>
        <w:t>nahnu naqussu alaika ahsan al-qasasi bima awhayna ilayka hadha al-quran.</w:t>
      </w:r>
    </w:p>
    <w:p>
      <w:pPr>
        <w:jc w:val="right"/>
      </w:pPr>
      <w:r>
        <w:t>نحن نقص عليك أحسن القصص بما أوحينا إليك هذا القرآن.</w:t>
      </w:r>
    </w:p>
    <w:p>
      <w:r>
        <w:rPr>
          <w:b/>
        </w:rPr>
        <w:t xml:space="preserve">[00:37] </w:t>
      </w:r>
      <w:r>
        <w:t>bima awhayna</w:t>
      </w:r>
    </w:p>
    <w:p>
      <w:pPr>
        <w:jc w:val="right"/>
      </w:pPr>
      <w:r>
        <w:t>بما أوحينا</w:t>
      </w:r>
    </w:p>
    <w:p>
      <w:r>
        <w:rPr>
          <w:b/>
        </w:rPr>
        <w:t xml:space="preserve">[00:42] </w:t>
      </w:r>
      <w:r>
        <w:t>ilayka hadha al-qurana wa in kunta min qablihi laminal ghafileen.</w:t>
      </w:r>
    </w:p>
    <w:p>
      <w:pPr>
        <w:jc w:val="right"/>
      </w:pPr>
      <w:r>
        <w:t>إليك هذا القرآن وإن كنت من قبله لمن الغافلين.</w:t>
      </w:r>
    </w:p>
    <w:p>
      <w:r>
        <w:rPr>
          <w:b/>
        </w:rPr>
        <w:t xml:space="preserve">[00:54] </w:t>
      </w:r>
      <w:r>
        <w:t>shuru Allah ke naam se jo bara meherban, nihayat reham wala hai.</w:t>
      </w:r>
    </w:p>
    <w:p>
      <w:pPr>
        <w:jc w:val="right"/>
      </w:pPr>
      <w:r>
        <w:t>شروع اللہ کے نام سے جو بڑا مہربان، نہایت رحم والا ہے۔</w:t>
      </w:r>
    </w:p>
    <w:p>
      <w:r>
        <w:rPr>
          <w:b/>
        </w:rPr>
        <w:t xml:space="preserve">[01:02] </w:t>
      </w:r>
      <w:r>
        <w:t>alif lam ra, yeh wazeh kitab ki ayatein hain. hum ne is ko arabi quran bana kar utara hai ta ke tum samjho.</w:t>
      </w:r>
    </w:p>
    <w:p>
      <w:pPr>
        <w:jc w:val="right"/>
      </w:pPr>
      <w:r>
        <w:t>الف لام راء، یہ واضح کتاب کی آیتیں ہیں۔ ہم نے اس کو عربی قرآن بنا کر اتارا ہے تاکہ تم سمجھو۔</w:t>
      </w:r>
    </w:p>
    <w:p>
      <w:r>
        <w:rPr>
          <w:b/>
        </w:rPr>
        <w:t xml:space="preserve">[01:15] </w:t>
      </w:r>
      <w:r>
        <w:t>hum tum ko behtareen sarghosh sunate hain,</w:t>
      </w:r>
    </w:p>
    <w:p>
      <w:pPr>
        <w:jc w:val="right"/>
      </w:pPr>
      <w:r>
        <w:t>ہم تم کو بہترین سرگوش سناتے ہیں،</w:t>
      </w:r>
    </w:p>
    <w:p>
      <w:r>
        <w:rPr>
          <w:b/>
        </w:rPr>
        <w:t xml:space="preserve">[01:20] </w:t>
      </w:r>
      <w:r>
        <w:t>is quran ki badolat jo hum ne tumhari taraf wahi kiya. is se pehle beshak tu be khabaron mein se tha.</w:t>
      </w:r>
    </w:p>
    <w:p>
      <w:pPr>
        <w:jc w:val="right"/>
      </w:pPr>
      <w:r>
        <w:t>اس قرآن کی بدولت جو ہم نے تمہاری طرف وحی کیا۔ اس سے پہلے بے شک تو بے خبروں میں سے تھا۔</w:t>
      </w:r>
    </w:p>
    <w:p>
      <w:r>
        <w:rPr>
          <w:b/>
        </w:rPr>
        <w:t xml:space="preserve">[01:33] </w:t>
      </w:r>
      <w:r>
        <w:t>tashreeh: quran agarche sari dunya ki hidayat ke liye aya hai, taham is ke mukhateb awwal arab the, is liye woh arabi zaban mein utra.</w:t>
      </w:r>
    </w:p>
    <w:p>
      <w:pPr>
        <w:jc w:val="right"/>
      </w:pPr>
      <w:r>
        <w:t>تشریح: قرآن اگرچہ ساری دنیا کی ہدایت کے لیے آیا ہے، تاہم اس کے مخاطب اول عرب تھے، اس لیے وہ عربی زبان میں اترا۔</w:t>
      </w:r>
    </w:p>
    <w:p>
      <w:r>
        <w:rPr>
          <w:b/>
        </w:rPr>
        <w:t xml:space="preserve">[01:46] </w:t>
      </w:r>
      <w:r>
        <w:t>ab is par iman lane walon ki zimmedari hai ke woh is ki taleemat ko har zaban mein muntaqil karen aur is ko dunya ki tamam qomon tak pohnchayen.</w:t>
      </w:r>
    </w:p>
    <w:p>
      <w:pPr>
        <w:jc w:val="right"/>
      </w:pPr>
      <w:r>
        <w:t>اب اس پر ایمان لانے والوں کی ذمہ داری ہے کہ وہ اس کی تعلیمات کو ہر زبان میں منتقل کریں اور اس کو دنیا کی تمام قوموں تک پہنچائیں۔</w:t>
      </w:r>
    </w:p>
    <w:p>
      <w:r>
        <w:rPr>
          <w:b/>
        </w:rPr>
        <w:t xml:space="preserve">[02:01] </w:t>
      </w:r>
      <w:r>
        <w:t>quran ki taleemat quran mein mukhtalif andaz aur usloob se bayan ki gayi hain.</w:t>
      </w:r>
    </w:p>
    <w:p>
      <w:pPr>
        <w:jc w:val="right"/>
      </w:pPr>
      <w:r>
        <w:t>قرآن کی تعلیمات قرآن میں مختلف انداز اور اسلوب سے بیان کی گئی ہیں۔</w:t>
      </w:r>
    </w:p>
    <w:p>
      <w:r>
        <w:rPr>
          <w:b/>
        </w:rPr>
        <w:t xml:space="preserve">[02:09] </w:t>
      </w:r>
      <w:r>
        <w:t>kahin woh kainaati istidlal ki zaban mein hain, kahin anzar aur tabshir ki zaban mein, aur kahin tareekh ki zaban mein.</w:t>
      </w:r>
    </w:p>
    <w:p>
      <w:pPr>
        <w:jc w:val="right"/>
      </w:pPr>
      <w:r>
        <w:t>کہیں وہ کائناتی استدلال کی زبان میں ہیں، کہیں انظار اور تبشیر کی زبان میں، اور کہیں تاریخ کی زبان میں۔</w:t>
      </w:r>
    </w:p>
    <w:p>
      <w:r>
        <w:rPr>
          <w:b/>
        </w:rPr>
        <w:t xml:space="preserve">[02:19] </w:t>
      </w:r>
      <w:r>
        <w:t>surah yusuf mein yeh paigham hazrat yusuf ke qisse ki shakal mein samne laya gaya hai. is surah mein ahle iman ko ek paighambar ke sarghosh ki surat mein bataya gaya hai ke Khuda har cheez par qadir hai.</w:t>
      </w:r>
    </w:p>
    <w:p>
      <w:pPr>
        <w:jc w:val="right"/>
      </w:pPr>
      <w:r>
        <w:t>سورہ یوسف میں یہ پیغام حضرت یوسف کے قصے کی شکل میں سامنے لایا گیا ہے۔ اس سورہ میں اہل ایمان کو ایک پیغمبر کے سرگوش کی صورت میں بتایا گیا ہے کہ خدا ہر چیز پر قادر ہے۔</w:t>
      </w:r>
    </w:p>
    <w:p>
      <w:r>
        <w:rPr>
          <w:b/>
        </w:rPr>
        <w:t xml:space="preserve">[02:37] </w:t>
      </w:r>
      <w:r>
        <w:t>woh haq ke liye uthne walon ki madad karta hai aur mukhalifeen ki tamam sazishon ke bawajood bil akhir un ko kamyab karta hai.</w:t>
      </w:r>
    </w:p>
    <w:p>
      <w:pPr>
        <w:jc w:val="right"/>
      </w:pPr>
      <w:r>
        <w:t>وہ حق کے لیے اٹھنے والوں کی مدد کرتا ہے اور مخالفین کی تمام سازشوں کے باوجود بالاخر ان کو کامیاب کرتا ہے۔</w:t>
      </w:r>
    </w:p>
    <w:p>
      <w:r>
        <w:rPr>
          <w:b/>
        </w:rPr>
        <w:t xml:space="preserve">[02:50] </w:t>
      </w:r>
      <w:r>
        <w:t>shart yeh hai ke ahle iman ke andar</w:t>
      </w:r>
    </w:p>
    <w:p>
      <w:pPr>
        <w:jc w:val="right"/>
      </w:pPr>
      <w:r>
        <w:t>شرط یہ ہے کہ اہل ایمان کے اندر</w:t>
      </w:r>
    </w:p>
    <w:p>
      <w:r>
        <w:rPr>
          <w:b/>
        </w:rPr>
        <w:t xml:space="preserve">[02:54] </w:t>
      </w:r>
      <w:r>
        <w:t>taqwa aur sabr ki sifat maujood ho, yani woh Allah se darne wale hon aur har haal mein haq ke rastay par jame rahen.</w:t>
      </w:r>
    </w:p>
    <w:p>
      <w:pPr>
        <w:jc w:val="right"/>
      </w:pPr>
      <w:r>
        <w:t>تقویٰ اور صبر کی صفت موجود ہو، یعنی وہ اللہ سے ڈرنے والے ہوں اور ہر حال میں حق کے راستے پر جمے رہیں۔</w:t>
      </w:r>
    </w:p>
    <w:p>
      <w:r>
        <w:rPr>
          <w:b/>
        </w:rPr>
        <w:t xml:space="preserve">[03:07] </w:t>
      </w:r>
      <w:r>
        <w:t>iz qala yusufu li abeehi ya</w:t>
      </w:r>
    </w:p>
    <w:p>
      <w:pPr>
        <w:jc w:val="right"/>
      </w:pPr>
      <w:r>
        <w:t>إذ قال يوسف لأبيه يا</w:t>
      </w:r>
    </w:p>
    <w:p>
      <w:r>
        <w:rPr>
          <w:b/>
        </w:rPr>
        <w:t xml:space="preserve">[03:12] </w:t>
      </w:r>
      <w:r>
        <w:t>abati inni ra'aytu ahada 'ashara kawkaban wash shamsa wal qamara inni ra'aytu ahada 'ashara kawkaban wash shamsa wal qamara ra'aytuhum li sajideen.</w:t>
      </w:r>
    </w:p>
    <w:p>
      <w:pPr>
        <w:jc w:val="right"/>
      </w:pPr>
      <w:r>
        <w:t>أبت إني رأيت أحد عشر كوكبًا والشمس والقمر إني رأيت أحد عشر كوكبًا والشمس والقمر رأيتهم لي ساجدين.</w:t>
      </w:r>
    </w:p>
    <w:p>
      <w:r>
        <w:rPr>
          <w:b/>
        </w:rPr>
        <w:t xml:space="preserve">[03:31] </w:t>
      </w:r>
      <w:r>
        <w:t>qala ya bunayya la taqsus ru'yaka ala ikhwathika fa yakidu laka kaida.</w:t>
      </w:r>
    </w:p>
    <w:p>
      <w:pPr>
        <w:jc w:val="right"/>
      </w:pPr>
      <w:r>
        <w:t>قال يا بني لا تقصص رؤياك على إخوتك فيكيدوا لك كيدًا.</w:t>
      </w:r>
    </w:p>
    <w:p>
      <w:r>
        <w:rPr>
          <w:b/>
        </w:rPr>
        <w:t xml:space="preserve">[03:42] </w:t>
      </w:r>
      <w:r>
        <w:t>inna ash-shaytana lil insani 'aduwwun</w:t>
      </w:r>
    </w:p>
    <w:p>
      <w:pPr>
        <w:jc w:val="right"/>
      </w:pPr>
      <w:r>
        <w:t>إن الشيطان للإنسان عدو</w:t>
      </w:r>
    </w:p>
    <w:p>
      <w:r>
        <w:rPr>
          <w:b/>
        </w:rPr>
        <w:t xml:space="preserve">[03:48] </w:t>
      </w:r>
      <w:r>
        <w:t>mubeen. wa kadhalika yajtabika rabbuka wa yu'allimuka min ta'wil al-ahadith wa yutimmu ni'matahu 'alayka wa 'ala aali ya'qub.</w:t>
      </w:r>
    </w:p>
    <w:p>
      <w:pPr>
        <w:jc w:val="right"/>
      </w:pPr>
      <w:r>
        <w:t>مبين. وكذلك يجتبيك ربك ويعلمك من تأويل الأحاديث ويتم نعمته عليك وعلى آل يعقوب.</w:t>
      </w:r>
    </w:p>
    <w:p>
      <w:r>
        <w:rPr>
          <w:b/>
        </w:rPr>
        <w:t xml:space="preserve">[04:08] </w:t>
      </w:r>
      <w:r>
        <w:t>wa yutimmu ni'matahu 'alayka wa 'ala aali ya'qub kama atammaha 'ala abawayka min qablu ibrahima wa ishāqa.</w:t>
      </w:r>
    </w:p>
    <w:p>
      <w:pPr>
        <w:jc w:val="right"/>
      </w:pPr>
      <w:r>
        <w:t>ويتم نعمته عليك وعلى آل يعقوب كما أتمها على أبويك من قبل إبراهيم وإسحاق.</w:t>
      </w:r>
    </w:p>
    <w:p>
      <w:r>
        <w:rPr>
          <w:b/>
        </w:rPr>
        <w:t xml:space="preserve">[04:27] </w:t>
      </w:r>
      <w:r>
        <w:t>inna rabbaka 'aleemun hakeem.</w:t>
      </w:r>
    </w:p>
    <w:p>
      <w:pPr>
        <w:jc w:val="right"/>
      </w:pPr>
      <w:r>
        <w:t>إن ربك عليم حكيم.</w:t>
      </w:r>
    </w:p>
    <w:p>
      <w:r>
        <w:rPr>
          <w:b/>
        </w:rPr>
        <w:t xml:space="preserve">[04:34] </w:t>
      </w:r>
      <w:r>
        <w:t>jab yusuf ne apne baap se kaha ke abba jan mein ne khwab mein giyarah sitare aur suraj aur chand dekhe hain.</w:t>
      </w:r>
    </w:p>
    <w:p>
      <w:pPr>
        <w:jc w:val="right"/>
      </w:pPr>
      <w:r>
        <w:t>جب یوسف نے اپنے باپ سے کہا کہ ابا جان میں نے خواب میں گیارہ ستارے اور سورج اور چاند دیکھے ہیں۔</w:t>
      </w:r>
    </w:p>
    <w:p>
      <w:r>
        <w:rPr>
          <w:b/>
        </w:rPr>
        <w:t xml:space="preserve">[04:47] </w:t>
      </w:r>
      <w:r>
        <w:t>mein ne un ko dekha ke woh mujh ko sajda kar rahe hain.</w:t>
      </w:r>
    </w:p>
    <w:p>
      <w:pPr>
        <w:jc w:val="right"/>
      </w:pPr>
      <w:r>
        <w:t>میں نے ان کو دیکھا کہ وہ مجھ کو سجدہ کر رہے ہیں۔</w:t>
      </w:r>
    </w:p>
    <w:p>
      <w:r>
        <w:rPr>
          <w:b/>
        </w:rPr>
        <w:t xml:space="preserve">[04:52] </w:t>
      </w:r>
      <w:r>
        <w:t>us ke baap ne kaha ke a mere bete tum apna yeh khwab apne bhaiyon ko na sunana ke woh tumhare khilaf koi sazish karne lagen.</w:t>
      </w:r>
    </w:p>
    <w:p>
      <w:pPr>
        <w:jc w:val="right"/>
      </w:pPr>
      <w:r>
        <w:t>اس کے باپ نے کہا کہ اے میرے بیٹے تم اپنا یہ خواب اپنے بھائیوں کو نہ سنانا کہ وہ تمہارے خلاف کوئی سازش کرنے لگیں۔</w:t>
      </w:r>
    </w:p>
    <w:p>
      <w:r>
        <w:rPr>
          <w:b/>
        </w:rPr>
        <w:t xml:space="preserve">[05:05] </w:t>
      </w:r>
      <w:r>
        <w:t>beshak shaitan aadmi ka khula hua dushman hai aur isi tarah tera rab tujh ko muntakhib karega aur tujh ko baaton ki haqeeqat tak pahunchna sikhayega aur tum par aur aal-e-yaqoob par apni nemmat poori karega jis tarah woh is se pehle tumhare aabao-ajdad ibrahim aur ishaq par apni nemmat poori kar chuka hai.</w:t>
      </w:r>
    </w:p>
    <w:p>
      <w:pPr>
        <w:jc w:val="right"/>
      </w:pPr>
      <w:r>
        <w:t>بے شک شیطان آدمی کا کھلا ہوا دشمن ہے اور اسی طرح تیرا رب تجھ کو منتخب کرے گا اور تجھ کو باتوں کی حقیقت تک پہنچنا سکھائے گا اور تم پر اور آل یعقوب پر اپنی نعمت پوری کرے گا جس طرح وہ اس سے پہلے تمہارے اجداد ابراہیم اور اسحاق پر اپنی نعمت پوری کر چکا ہے۔</w:t>
      </w:r>
    </w:p>
    <w:p>
      <w:r>
        <w:rPr>
          <w:b/>
        </w:rPr>
        <w:t xml:space="preserve">[05:34] </w:t>
      </w:r>
      <w:r>
        <w:t>yaqeenan tera rab aleem aur hakeem hai.</w:t>
      </w:r>
    </w:p>
    <w:p>
      <w:pPr>
        <w:jc w:val="right"/>
      </w:pPr>
      <w:r>
        <w:t>یقینا تیرا رب علیم اور حکیم ہے۔</w:t>
      </w:r>
    </w:p>
    <w:p>
      <w:r>
        <w:rPr>
          <w:b/>
        </w:rPr>
        <w:t xml:space="preserve">[05:41] </w:t>
      </w:r>
      <w:r>
        <w:t>tashreeh: hadees mein hai ke khwab ki teen qismein hain: apne dil ki baat, shaitan ka darawa, aur khuda ki basharat.</w:t>
      </w:r>
    </w:p>
    <w:p>
      <w:pPr>
        <w:jc w:val="right"/>
      </w:pPr>
      <w:r>
        <w:t>تشریح: حدیث میں ہے کہ خواب کی تین قسمیں ہیں: اپنے دل کی بات، شیطان کا ڈراوا، اور خدا کی بشارت۔</w:t>
      </w:r>
    </w:p>
    <w:p>
      <w:r>
        <w:rPr>
          <w:b/>
        </w:rPr>
        <w:t xml:space="preserve">[05:54] </w:t>
      </w:r>
      <w:r>
        <w:t>aam aadmi ka khwab teenon mein se koi bhi ho sakta hai magar paighambar ka khwab hamesha khuda ki basharat hota hai, kabhi raast andaaz mein aur kabhi tamseeli andaaz mein.</w:t>
      </w:r>
    </w:p>
    <w:p>
      <w:pPr>
        <w:jc w:val="right"/>
      </w:pPr>
      <w:r>
        <w:t>عام آدمی کا خواب تینوں میں سے کوئی بھی ہو سکتا ہے مگر پیغمبر کا خواب ہمیشہ خدا کی بشارت ہوتا ہے، کبھی راست انداز میں اور کبھی تمثیلی انداز میں۔</w:t>
      </w:r>
    </w:p>
    <w:p>
      <w:r>
        <w:rPr>
          <w:b/>
        </w:rPr>
        <w:t xml:space="preserve">[06:12] </w:t>
      </w:r>
      <w:r>
        <w:t>hazrat yusuf ka zamana unniswin sadi qabl-e-maseeh ka zamana hai. aap ke walid hazrat yaqoob falasteen mein rehte thay.</w:t>
      </w:r>
    </w:p>
    <w:p>
      <w:pPr>
        <w:jc w:val="right"/>
      </w:pPr>
      <w:r>
        <w:t>حضرت یوسف کا زمانہ انیسویں صدی قبل مسیح کا زمانہ ہے۔ آپ کے والد حضرت یعقوب فلسطین میں رہتے تھے۔</w:t>
      </w:r>
    </w:p>
    <w:p>
      <w:r>
        <w:rPr>
          <w:b/>
        </w:rPr>
        <w:t xml:space="preserve">[06:24] </w:t>
      </w:r>
      <w:r>
        <w:t>hazrat yusuf aur un ke bhai binyameen ek maan se thay aur baqi das bhai doosri maon se.</w:t>
      </w:r>
    </w:p>
    <w:p>
      <w:pPr>
        <w:jc w:val="right"/>
      </w:pPr>
      <w:r>
        <w:t>حضرت یوسف اور ان کے بھائی بنیامین ایک ماں سے تھے اور بقیہ دس بھائی دوسری ماؤں سے۔</w:t>
      </w:r>
    </w:p>
    <w:p>
      <w:r>
        <w:rPr>
          <w:b/>
        </w:rPr>
        <w:t xml:space="preserve">[06:34] </w:t>
      </w:r>
      <w:r>
        <w:t>is khwab mein suraj aur chand se murad aap ke walidain hain aur gyarah sitaron se murad gyarah bhai.</w:t>
      </w:r>
    </w:p>
    <w:p>
      <w:pPr>
        <w:jc w:val="right"/>
      </w:pPr>
      <w:r>
        <w:t>اس خواب میں سورج اور چاند سے مراد آپ کے والدین ہیں اور گیارہ ستاروں سے مراد گیارہ بھائی۔</w:t>
      </w:r>
    </w:p>
    <w:p>
      <w:r>
        <w:rPr>
          <w:b/>
        </w:rPr>
        <w:t xml:space="preserve">[06:44] </w:t>
      </w:r>
      <w:r>
        <w:t>is mein yeh basharat thi ke hazrat yusuf ko paighambari milegi aur isi ke sath yeh khwab aap ke is urooj ki tamseel tha jo baad ko misr pahunch kar aap ko mila aur jis ke baad saare ahle khandan majboor hue ke woh aap ki azmat ko tasleem kar lein.</w:t>
      </w:r>
    </w:p>
    <w:p>
      <w:pPr>
        <w:jc w:val="right"/>
      </w:pPr>
      <w:r>
        <w:t>اس میں یہ بشارت تھی کہ حضرت یوسف کو پیغمبری ملے گی اور اسی کے ساتھ یہ خواب آپ کے اس عروج کی تمثیل تھا جو بعد کو مصر پہنچ کر آپ کو ملا اور جس کے بعد سارے اہل خاندان مجبور ہوئے کہ وہ آپ کی عظمت کو تسلیم کر لیں۔</w:t>
      </w:r>
    </w:p>
    <w:p>
      <w:r>
        <w:rPr>
          <w:b/>
        </w:rPr>
        <w:t xml:space="preserve">[07:10] </w:t>
      </w:r>
      <w:r>
        <w:t>hazrat yusuf ke das sootayle bhai aap ki shakhsiyat aur maqbooliyat ko dekh kar aap se hasad rakhte thay.</w:t>
      </w:r>
    </w:p>
    <w:p>
      <w:pPr>
        <w:jc w:val="right"/>
      </w:pPr>
      <w:r>
        <w:t>حضرت یوسف کے دس سوتیلے بھائی آپ کی شخصیت اور مقبولیت کو دیکھ کر آپ سے حسد رکھتے تھے۔</w:t>
      </w:r>
    </w:p>
    <w:p>
      <w:r>
        <w:rPr>
          <w:b/>
        </w:rPr>
        <w:t xml:space="preserve">[07:19] </w:t>
      </w:r>
      <w:r>
        <w:t>is liye aap ke walid hazrat yaqoob ne khwab sun kar foran kaha ke apne bhaiyon se is ka zikr na karna warna woh tumhare aur ziyada dushman ho jayenge.</w:t>
      </w:r>
    </w:p>
    <w:p>
      <w:pPr>
        <w:jc w:val="right"/>
      </w:pPr>
      <w:r>
        <w:t>اس لیے آپ کے والد حضرت یعقوب نے خواب سن کر فوراً کہا کہ اپنے بھائیوں سے اس کا ذکر نہ کرنا ورنہ وہ تمہارے اور زیادہ دشمن ہو جائیں گے۔</w:t>
      </w:r>
    </w:p>
    <w:p>
      <w:r>
        <w:rPr>
          <w:b/>
        </w:rPr>
        <w:t xml:space="preserve">[07:35] </w:t>
      </w:r>
      <w:r>
        <w:t>kisi ki badhai dekh kar is ke khilaf jalan paida hona khalis shaitani fail hai. jis shakhs ke andar yeh sifat pai jaye us ko apne bare mein tauba karni chahiye kyunke yeh is baat ka saboot hai ke woh khuda ke faislay par raazi nahin.</w:t>
      </w:r>
    </w:p>
    <w:p>
      <w:pPr>
        <w:jc w:val="right"/>
      </w:pPr>
      <w:r>
        <w:t>کسی کی بڑائی دیکھ کر اس کے خلاف جلن پیدا ہونا خالص شیطانی فعل ہے۔ جس شخص کے اندر یہ صفت پائی جائے اس کو اپنے بارے میں توبہ کرنی چاہیے کیونکہ یہ اس بات کا ثبوت ہے کہ وہ خدا کے فیصلے پر راضی نہیں۔</w:t>
      </w:r>
    </w:p>
    <w:p>
      <w:r>
        <w:rPr>
          <w:b/>
        </w:rPr>
        <w:t xml:space="preserve">[07:57] </w:t>
      </w:r>
      <w:r>
        <w:t>woh shaitan ki hidayat par chal raha hai na ke khuda ki hidayat par.</w:t>
      </w:r>
    </w:p>
    <w:p>
      <w:pPr>
        <w:jc w:val="right"/>
      </w:pPr>
      <w:r>
        <w:t>وہ شیطان کی ہدایت پر چل رہا ہے نہ کہ خدا کی ہدایت پر۔</w:t>
      </w:r>
    </w:p>
    <w:p>
      <w:r>
        <w:rPr>
          <w:b/>
        </w:rPr>
        <w:t xml:space="preserve">[08:03] </w:t>
      </w:r>
      <w:r>
        <w:t>yahan itmam-e-nemmat ka lafz hazrat yusuf ke liye bhi bola gaya hai jin ko hukoomat hasil hui aur hazrat ibrahim ke liye bhi jin ko koi hukoomat nahin mili.</w:t>
      </w:r>
    </w:p>
    <w:p>
      <w:pPr>
        <w:jc w:val="right"/>
      </w:pPr>
      <w:r>
        <w:t>یہاں اتمام نعمت کا لفظ حضرت یوسف کے لیے بھی بولا گیا ہے جن کو حکومت حاصل ہوئی اور حضرت ابراہیم کے لیے بھی جن کو کوئی حکومت نہیں ملی۔</w:t>
      </w:r>
    </w:p>
    <w:p>
      <w:r>
        <w:rPr>
          <w:b/>
        </w:rPr>
        <w:t xml:space="preserve">[08:18] </w:t>
      </w:r>
      <w:r>
        <w:t>phir dono ke darmiyan woh mushtarik cheez kya thi jis ko itmam-e-nemmat kaha gaya?</w:t>
      </w:r>
    </w:p>
    <w:p>
      <w:pPr>
        <w:jc w:val="right"/>
      </w:pPr>
      <w:r>
        <w:t>پھر دونوں کے درمیان وہ مشترک چیز کیا تھی جس کو اتمام نعمت کہا گیا؟</w:t>
      </w:r>
    </w:p>
    <w:p>
      <w:r>
        <w:rPr>
          <w:b/>
        </w:rPr>
        <w:t xml:space="preserve">[08:26] </w:t>
      </w:r>
      <w:r>
        <w:t>woh nabuwwat thi yani khuda ki is khasoosi hidayat ki tofeeq jo kisi ko akhirat mein aala maratib tak pahunchane wali hai.</w:t>
      </w:r>
    </w:p>
    <w:p>
      <w:pPr>
        <w:jc w:val="right"/>
      </w:pPr>
      <w:r>
        <w:t>وہ نبوت تھی یعنی خدا کی اس خصوصی ہدایت کی توفیق جو کسی کو آخرت میں اعلیٰ مراتب تک پہنچانے والی ہے۔</w:t>
      </w:r>
    </w:p>
    <w:p>
      <w:r>
        <w:rPr>
          <w:b/>
        </w:rPr>
        <w:t xml:space="preserve">[08:38] </w:t>
      </w:r>
      <w:r>
        <w:t>khuda ki hidayat insaan ke upar khuda ki nemmaton ki takmeel hai. yeh nemmat paighambaron ko barah-e-raast taur par milti hai aur aam saleheen ko bil-wasta taur par.</w:t>
      </w:r>
    </w:p>
    <w:p>
      <w:pPr>
        <w:jc w:val="right"/>
      </w:pPr>
      <w:r>
        <w:t>خدا کی ہدایت انسان کے اوپر خدا کی نعمتوں کی تکمیل ہے۔ یہ نعمت پیغمبروں کو براہ راست طور پر ملتی ہے اور عام صالحین کو بالواسطہ طور پر۔</w:t>
      </w:r>
    </w:p>
    <w:p>
      <w:r>
        <w:rPr>
          <w:b/>
        </w:rPr>
        <w:t xml:space="preserve">[08:52] </w:t>
      </w:r>
      <w:r>
        <w:t>laqad kana fi yusuf wa akhwatihi ayatul lis saailin iz qaloo li yusuf wa akhoohu ahabbu ila abina minna wa nahnu usbah</w:t>
      </w:r>
    </w:p>
    <w:p>
      <w:pPr>
        <w:jc w:val="right"/>
      </w:pPr>
      <w:r>
        <w:t>لقد كان في يوسف واخوته آيات للسائلين إذ قالوا ليوسف وأخوه أحب إلى أبينا منا ونحن عصبة</w:t>
      </w:r>
    </w:p>
    <w:p>
      <w:r>
        <w:rPr>
          <w:b/>
        </w:rPr>
        <w:t xml:space="preserve">[09:13] </w:t>
      </w:r>
      <w:r>
        <w:t>wa nahnu usbah inna abana lafi dalaalim mubeen. iqtuloo yusufa awitrahuhu ardan yakhlu lakum wajhu abikum wa takoonoo min</w:t>
      </w:r>
    </w:p>
    <w:p>
      <w:pPr>
        <w:jc w:val="right"/>
      </w:pPr>
      <w:r>
        <w:t>ونحن عصبة إن أبانا لفي ضلال مبين. اقتلوا يوسف أو اطرحوه أرضًا يخل لكم وجه أبيكم وتكونوا من</w:t>
      </w:r>
    </w:p>
    <w:p>
      <w:r>
        <w:rPr>
          <w:b/>
        </w:rPr>
        <w:t xml:space="preserve">[09:32] </w:t>
      </w:r>
      <w:r>
        <w:t>ba'dihi qawman salihin.</w:t>
      </w:r>
    </w:p>
    <w:p>
      <w:pPr>
        <w:jc w:val="right"/>
      </w:pPr>
      <w:r>
        <w:t>بعده قومًا صالحين.</w:t>
      </w:r>
    </w:p>
    <w:p>
      <w:r>
        <w:rPr>
          <w:b/>
        </w:rPr>
        <w:t xml:space="preserve">[09:39] </w:t>
      </w:r>
      <w:r>
        <w:t>qala qailun minhum la taqtuloo yusufa wa alqoohu fi ghayabatil jubbi yaltaqit'hu ba'dus sayyarati in</w:t>
      </w:r>
    </w:p>
    <w:p>
      <w:pPr>
        <w:jc w:val="right"/>
      </w:pPr>
      <w:r>
        <w:t>قال قائل منهم لا تقتلوا يوسف وألقوه في غيابة الجب يلتقطه بعض السيارة إن</w:t>
      </w:r>
    </w:p>
    <w:p>
      <w:r>
        <w:rPr>
          <w:b/>
        </w:rPr>
        <w:t xml:space="preserve">[09:54] </w:t>
      </w:r>
      <w:r>
        <w:t>kuntum fa'ileen. haqeeqat yeh hai ke yusuf aur us ke bhaiyon mein poochne walon ke liye bari nishaniyan hain.</w:t>
      </w:r>
    </w:p>
    <w:p>
      <w:pPr>
        <w:jc w:val="right"/>
      </w:pPr>
      <w:r>
        <w:t>كنتم فاعلين. حقیقت یہ ہے کہ یوسف اور اس کے بھائیوں میں پوچھنے والوں کے لیے بڑی نشانیاں ہیں۔</w:t>
      </w:r>
    </w:p>
    <w:p>
      <w:r>
        <w:rPr>
          <w:b/>
        </w:rPr>
        <w:t xml:space="preserve">[10:07] </w:t>
      </w:r>
      <w:r>
        <w:t>jab us ke bhaiyon ne aapas mein kaha ke yusuf aur us ka bhai hamare baap ko hum se ziyada mehboob hain halankeh hum ek poora jatha hain.</w:t>
      </w:r>
    </w:p>
    <w:p>
      <w:pPr>
        <w:jc w:val="right"/>
      </w:pPr>
      <w:r>
        <w:t>جب اس کے بھائیوں نے آپس میں کہا کہ یوسف اور اس کا بھائی ہمارے باپ کو ہم سے زیادہ محبوب ہیں حالانکہ ہم ایک پورا جتھا ہیں۔</w:t>
      </w:r>
    </w:p>
    <w:p>
      <w:r>
        <w:rPr>
          <w:b/>
        </w:rPr>
        <w:t xml:space="preserve">[10:19] </w:t>
      </w:r>
      <w:r>
        <w:t>yaqeenan hamara baap ek khuli hui ghalati mein mubtala hai. yusuf ko qatl kar do ya us ko kisi jagah phenk do taake tumhare baap ki tawajjuh sirf tumhari taraf ho jaye aur is ke baad tum bilkul theek ho jana.</w:t>
      </w:r>
    </w:p>
    <w:p>
      <w:pPr>
        <w:jc w:val="right"/>
      </w:pPr>
      <w:r>
        <w:t>یقینا ہمارا باپ ایک کھلی ہوئی غلطی میں مبتلا ہے۔ یوسف کو قتل کر دو یا اس کو کسی جگہ پھینک دو تاکہ تمہارے باپ کی توجہ صرف تمہاری طرف ہو جائے اور اس کے بعد تم بالکل ٹھیک ہو جانا۔</w:t>
      </w:r>
    </w:p>
    <w:p>
      <w:r>
        <w:rPr>
          <w:b/>
        </w:rPr>
        <w:t xml:space="preserve">[10:42] </w:t>
      </w:r>
      <w:r>
        <w:t>un mein se ek kehne wale ne kaha ke yusuf ko qatl na karo.</w:t>
      </w:r>
    </w:p>
    <w:p>
      <w:pPr>
        <w:jc w:val="right"/>
      </w:pPr>
      <w:r>
        <w:t>ان میں سے ایک کہنے والے نے کہا کہ یوسف کو قتل نہ کرو۔</w:t>
      </w:r>
    </w:p>
    <w:p>
      <w:r>
        <w:rPr>
          <w:b/>
        </w:rPr>
        <w:t xml:space="preserve">[10:47] </w:t>
      </w:r>
      <w:r>
        <w:t>agar tum kuch karne wale ho to us ko kisi andhe kuwein mein daal do. koi rah chalta qafila us ko nikal le jayega.</w:t>
      </w:r>
    </w:p>
    <w:p>
      <w:pPr>
        <w:jc w:val="right"/>
      </w:pPr>
      <w:r>
        <w:t>اگر تم کچھ کرنے والے ہو تو اس کو کسی اندھے کنویں میں ڈال دو۔ کوئی راہ چلتا قافلہ اس کو نکال لے جائے گا۔</w:t>
      </w:r>
    </w:p>
    <w:p>
      <w:r>
        <w:rPr>
          <w:b/>
        </w:rPr>
        <w:t xml:space="preserve">[11:02] </w:t>
      </w:r>
      <w:r>
        <w:t>tashreeh: makka ke aakhri dinon mein jab ke abu talib aur hazrat khadija ka intiqal ho chuka tha makka ke logon ne aap ki mukhalifat tez kar di.</w:t>
      </w:r>
    </w:p>
    <w:p>
      <w:pPr>
        <w:jc w:val="right"/>
      </w:pPr>
      <w:r>
        <w:t>تشریح: مکہ کے آخری دنوں میں جب کہ ابو طالب اور حضرت خدیجہ کا انتقال ہو چکا تھا مکہ کے لوگوں نے آپ کی مخالفت تیز کر دی۔</w:t>
      </w:r>
    </w:p>
    <w:p>
      <w:r>
        <w:rPr>
          <w:b/>
        </w:rPr>
        <w:t xml:space="preserve">[11:16] </w:t>
      </w:r>
      <w:r>
        <w:t>is zamane mein makka ke baaz logon ne aap se hazrat yusuf ka haal poocha jin ka naam unhone asfar ke dauran baaz yahudiyon se suna tha.</w:t>
      </w:r>
    </w:p>
    <w:p>
      <w:pPr>
        <w:jc w:val="right"/>
      </w:pPr>
      <w:r>
        <w:t>اس زمانے میں مکہ کے بعض لوگوں نے آپ سے حضرت یوسف کا حال پوچھا جن کا نام انہوں نے اسفار کے دوران بعض یہودیوں سے سنا تھا۔</w:t>
      </w:r>
    </w:p>
    <w:p>
      <w:r>
        <w:rPr>
          <w:b/>
        </w:rPr>
        <w:t xml:space="preserve">[11:30] </w:t>
      </w:r>
      <w:r>
        <w:t>yeh sawal agarche unhone tamaskhur ki gharz se kiya tha magar allah taala ne is ko khud poochne walon ki taraf lota diya.</w:t>
      </w:r>
    </w:p>
    <w:p>
      <w:pPr>
        <w:jc w:val="right"/>
      </w:pPr>
      <w:r>
        <w:t>یہ سوال اگرچہ انہوں نے تمسخر کی غرض سے کیا تھا مگر اللہ تعالی نے اس کو خود پوچھنے والوں کی طرف لوٹا دیا۔</w:t>
      </w:r>
    </w:p>
    <w:p>
      <w:r>
        <w:rPr>
          <w:b/>
        </w:rPr>
        <w:t xml:space="preserve">[11:43] </w:t>
      </w:r>
      <w:r>
        <w:t>is qisse ke zariye balwasta taur par unhein bataya gaya ke tum log woh ho jin ke hisse mein yusuf ke bhaiyon ka kirdar aaya hai jab ke peghambar ka anjam khuda ki rehmat se woh hone wala hai jo yusuf ka misr mein tha.</w:t>
      </w:r>
    </w:p>
    <w:p>
      <w:pPr>
        <w:jc w:val="right"/>
      </w:pPr>
      <w:r>
        <w:t>اس قصہ کے ذریعے بالواسطہ طور پر انہیں بتایا گیا کہ تم لوگ وہ ہو جن کے حصے میں یوسف کے بھائیوں کا کردار آیا ہے جبکہ پیغمبر کا انجام خدا کی رحمت سے وہ ہونے والا ہے جو یوسف کا مصر میں ہوا۔</w:t>
      </w:r>
    </w:p>
    <w:p>
      <w:r>
        <w:rPr>
          <w:b/>
        </w:rPr>
        <w:t xml:space="preserve">[12:04] </w:t>
      </w:r>
      <w:r>
        <w:t>hazrat yusuf dekh rahe the ke un ki aulad mein sab se zyada laiq aur salih hazrat yusuf hain.</w:t>
      </w:r>
    </w:p>
    <w:p>
      <w:pPr>
        <w:jc w:val="right"/>
      </w:pPr>
      <w:r>
        <w:t>حضرت یعقوب دیکھ رہے تھے کہ ان کی اولاد میں سب سے زیادہ لائق اور صالح حضرت یوسف ہیں۔</w:t>
      </w:r>
    </w:p>
    <w:p>
      <w:r>
        <w:rPr>
          <w:b/>
        </w:rPr>
        <w:t xml:space="preserve">[12:15] </w:t>
      </w:r>
      <w:r>
        <w:t>un ke andar unhein mustaqbil ke nabi ki shakhsiyat dikhai deti thi. is bina par un ko hazrat yusuf se bohat zyada lagav tha</w:t>
      </w:r>
    </w:p>
    <w:p>
      <w:pPr>
        <w:jc w:val="right"/>
      </w:pPr>
      <w:r>
        <w:t>ان کے اندر انہیں مستقبل کے نبی کی شخصیت دکھائی دیتی تھی۔ اس بنا پر ان کو حضرت یوسف سے بہت زیادہ لگاؤ تھا</w:t>
      </w:r>
    </w:p>
    <w:p>
      <w:r>
        <w:rPr>
          <w:b/>
        </w:rPr>
        <w:t xml:space="preserve">[12:28] </w:t>
      </w:r>
      <w:r>
        <w:t>magar aap ke das sahibzaday mamle ko dunyavi nazar se dekhte the. un ka khayal tha ke baap ki nazar mein sab se zyada aham cheez un ka jatha hona chahiye kyun ke wohi is qabil hai ke khandan ki madad aur himayat kar sake.</w:t>
      </w:r>
    </w:p>
    <w:p>
      <w:pPr>
        <w:jc w:val="right"/>
      </w:pPr>
      <w:r>
        <w:t>مگر آپ کے دس صاحبزادے معاملے کو دنیاوی نظر سے دیکھتے تھے۔ ان کا خیال تھا کہ باپ کی نظر میں سب سے زیادہ اہم چیز ان کا جتھا ہونا چاہیے کیونکہ وہی اس قابل ہے کہ خاندان کی مدد اور حمایت کر سکے۔</w:t>
      </w:r>
    </w:p>
    <w:p>
      <w:r>
        <w:rPr>
          <w:b/>
        </w:rPr>
        <w:t xml:space="preserve">[12:49] </w:t>
      </w:r>
      <w:r>
        <w:t>un ka yeh yak tarfa nuqta nazar yahan tak pohncha ke unhone socha ke yusuf ko maidan se hata dein to baap ki sari tawajjah un ki taraf ho jayegi.</w:t>
      </w:r>
    </w:p>
    <w:p>
      <w:pPr>
        <w:jc w:val="right"/>
      </w:pPr>
      <w:r>
        <w:t>ان کا یہ یکطرفہ نقطہ نظر یہاں تک پہنچا کہ انہوں نے سوچا کہ یوسف کو میدان سے ہٹا دیں تو باپ کی ساری توجہ ان کی طرف ہو جائے گی۔</w:t>
      </w:r>
    </w:p>
    <w:p>
      <w:r>
        <w:rPr>
          <w:b/>
        </w:rPr>
        <w:t xml:space="preserve">[13:06] </w:t>
      </w:r>
      <w:r>
        <w:t>wo log jab hazrat yusuf ke khilaf mansooba banane baithe to un ke ek bhai yahuda ne yeh tajweez pesh ki ke yusuf ko qatl karne ke bajaye kisi andhe kunwein mein daal diya jaye.</w:t>
      </w:r>
    </w:p>
    <w:p>
      <w:pPr>
        <w:jc w:val="right"/>
      </w:pPr>
      <w:r>
        <w:t>وہ لوگ جب حضرت یوسف کے خلاف منصوبہ بنانے بیٹھے تو ان کے ایک بھائی یہودا نے یہ تجویز پیش کی کہ یوسف کو قتل کرنے کے بجائے کسی اندھے کنویں میں ڈال دیا جائے۔</w:t>
      </w:r>
    </w:p>
    <w:p>
      <w:r>
        <w:rPr>
          <w:b/>
        </w:rPr>
        <w:t xml:space="preserve">[13:23] </w:t>
      </w:r>
      <w:r>
        <w:t>yeh allah taala ka khas intezam tha.</w:t>
      </w:r>
    </w:p>
    <w:p>
      <w:pPr>
        <w:jc w:val="right"/>
      </w:pPr>
      <w:r>
        <w:t>یہ اللہ تعالی کا خاص انتظام تھا۔</w:t>
      </w:r>
    </w:p>
    <w:p>
      <w:r>
        <w:rPr>
          <w:b/>
        </w:rPr>
        <w:t xml:space="preserve">[13:26] </w:t>
      </w:r>
      <w:r>
        <w:t>allah ka yeh tareeqa hai ke koi groh jab nahq kisi bande ke darpe ho jata hai to khud us groh mein se ek aisa shakhs niklta hai jo apne logon ko kisi aisi muaddal tadbeer par razi kar le jis ke andar se</w:t>
      </w:r>
    </w:p>
    <w:p>
      <w:pPr>
        <w:jc w:val="right"/>
      </w:pPr>
      <w:r>
        <w:t>اللہ کا یہ طریقہ ہے کہ کوئی گروہ جب ناحق کسی بندے کے درپے ہو جاتا ہے تو خود اس گروہ میں سے ایک ایسا شخص نکلتا ہے جو اپنے لوگوں کو کسی ایسی معتدل تدبیر پر راضی کر لے جس کے اندر سے</w:t>
      </w:r>
    </w:p>
    <w:p>
      <w:r>
        <w:rPr>
          <w:b/>
        </w:rPr>
        <w:t xml:space="preserve">[13:46] </w:t>
      </w:r>
      <w:r>
        <w:t>us bande khuda ke liye naya imkan khul jaye. qalu ya abana malak la taamanna ala yusuf wa inna lahu la nasihun</w:t>
      </w:r>
    </w:p>
    <w:p>
      <w:pPr>
        <w:jc w:val="right"/>
      </w:pPr>
      <w:r>
        <w:t>اس بندہ خدا کے لیے نیا امکان کھل جائے۔ قالوا يا أبانا مالك لا تأمننا على يوسف وإنا له لناصحون</w:t>
      </w:r>
    </w:p>
    <w:p>
      <w:r>
        <w:rPr>
          <w:b/>
        </w:rPr>
        <w:t xml:space="preserve">[14:04] </w:t>
      </w:r>
      <w:r>
        <w:t>arsilhu maana ghadan yarta wa yalab wa inna lahu la hafizun qala inna lihazunni an tazhabu bi wa akhaf an ya kulahu al dhiab wa antum anh ghafilun</w:t>
      </w:r>
    </w:p>
    <w:p>
      <w:pPr>
        <w:jc w:val="right"/>
      </w:pPr>
      <w:r>
        <w:t>أرسله معنا غدًا يرتع ويلعب وإنا له لحافظون قال إن ليحزنني أن تذهبوا به وأخاف أن يأكله الذئب وأنتم عنه غافلون</w:t>
      </w:r>
    </w:p>
    <w:p>
      <w:r>
        <w:rPr>
          <w:b/>
        </w:rPr>
        <w:t xml:space="preserve">[14:31] </w:t>
      </w:r>
      <w:r>
        <w:t>qalu la in akalahu al dhiab wa nahnu usbatun inna izal la khasirun</w:t>
      </w:r>
    </w:p>
    <w:p>
      <w:pPr>
        <w:jc w:val="right"/>
      </w:pPr>
      <w:r>
        <w:t>قالوا لئن أكله الذئب ونحن عصبة إنا إذا لخاسرون</w:t>
      </w:r>
    </w:p>
    <w:p>
      <w:r>
        <w:rPr>
          <w:b/>
        </w:rPr>
        <w:t xml:space="preserve">[14:42] </w:t>
      </w:r>
      <w:r>
        <w:t>unhone apne baap se kaha aey hamare baap kya baat hai ke aap yusuf ke mamle mein hum par bharosa nahi karte halankeh hum to us ke khair khwah hain.</w:t>
      </w:r>
    </w:p>
    <w:p>
      <w:pPr>
        <w:jc w:val="right"/>
      </w:pPr>
      <w:r>
        <w:t>انہوں نے اپنے باپ سے کہا اے ہمارے باپ کیا بات ہے کہ آپ یوسف کے معاملے میں ہم پر بھروسہ نہیں کرتے حالانکہ ہم تو اس کے خیر خواہ ہیں۔</w:t>
      </w:r>
    </w:p>
    <w:p>
      <w:r>
        <w:rPr>
          <w:b/>
        </w:rPr>
        <w:t xml:space="preserve">[14:57] </w:t>
      </w:r>
      <w:r>
        <w:t>kal us ko hamare sath bhej dijiye khaye aur khele aur hum us ke nigahban hain.</w:t>
      </w:r>
    </w:p>
    <w:p>
      <w:pPr>
        <w:jc w:val="right"/>
      </w:pPr>
      <w:r>
        <w:t>کل اس کو ہمارے ساتھ بھیج دیجئے کھائے اور کھیلے اور ہم اس کے نگہبان ہیں۔</w:t>
      </w:r>
    </w:p>
    <w:p>
      <w:r>
        <w:rPr>
          <w:b/>
        </w:rPr>
        <w:t xml:space="preserve">[15:06] </w:t>
      </w:r>
      <w:r>
        <w:t>baap ne kaha mein is se ghamgeen hota hoon ke tum us ko le jao aur mujh ko andesha hai ke us ko koi bhediya kha jaye jab ke tum us se ghafil ho.</w:t>
      </w:r>
    </w:p>
    <w:p>
      <w:pPr>
        <w:jc w:val="right"/>
      </w:pPr>
      <w:r>
        <w:t>باپ نے کہا میں اس سے غمگین ہوتا ہوں کہ تم اس کو لے جاؤ اور مجھ کو اندیشہ ہے کہ اس کو کوئی بھیڑیا کھا جائے جبکہ تم اس سے غافل ہو۔</w:t>
      </w:r>
    </w:p>
    <w:p>
      <w:r>
        <w:rPr>
          <w:b/>
        </w:rPr>
        <w:t xml:space="preserve">[15:20] </w:t>
      </w:r>
      <w:r>
        <w:t>unhone kaha ke agar us ko bhediya kha gaya jab ke hum ek poori jamaat hain to hum bare khusare wale sabit honge.</w:t>
      </w:r>
    </w:p>
    <w:p>
      <w:pPr>
        <w:jc w:val="right"/>
      </w:pPr>
      <w:r>
        <w:t>انہوں نے کہا کہ اگر اس کو بھیڑیا کھا گیا جبکہ ہم ایک پوری جماعت ہیں تو ہم بڑے خسارے والے ثابت ہوں گے۔</w:t>
      </w:r>
    </w:p>
    <w:p>
      <w:r>
        <w:rPr>
          <w:b/>
        </w:rPr>
        <w:t xml:space="preserve">[15:33] </w:t>
      </w:r>
      <w:r>
        <w:t>tashreeh: hazrat yaqoob ne apne beton ko jo jawab diya us se maloom hota hai ke halat ke mutale se unhone andaza kar liya tha ke yeh sehra mein khelne kudne ka mamla nahi hai balke yusuf ke khilaf un ke bhaiyon ki sazish ka mamla hai.</w:t>
      </w:r>
    </w:p>
    <w:p>
      <w:pPr>
        <w:jc w:val="right"/>
      </w:pPr>
      <w:r>
        <w:t>تشریح: حضرت یعقوب نے اپنے بیٹوں کو جو جواب دیا اس سے معلوم ہوتا ہے کہ حالات کے مطالعے سے انہوں نے اندازہ کر لیا تھا کہ یہ صحرا میں کھیلنے کودنے کا معاملہ نہیں ہے بلکہ یوسف کے خلاف ان کے بھائیوں کی سازش کا معاملہ ہے۔</w:t>
      </w:r>
    </w:p>
    <w:p>
      <w:r>
        <w:rPr>
          <w:b/>
        </w:rPr>
        <w:t xml:space="preserve">[15:58] </w:t>
      </w:r>
      <w:r>
        <w:t>magar allah se darne wala insan allah par bharosa karne wala insan hota hai. hazrat yaqoob ne agarche apni firasat se yeh mehsoos kar liya tha ke kya hone ja raha hai taham woh khuda ki qudrat ko har doosri cheez se upar samajhte the.</w:t>
      </w:r>
    </w:p>
    <w:p>
      <w:pPr>
        <w:jc w:val="right"/>
      </w:pPr>
      <w:r>
        <w:t>مگر اللہ سے ڈرنے والا انسان اللہ پر بھروسہ کرنے والا انسان ہوتا ہے۔ حضرت یعقوب نے اگرچہ اپنی فراست سے یہ محسوس کر لیا تھا کہ کیا ہونے جا رہا ہے تاہم وہ خدا کی قدرت کو ہر دوسری چیز سے اوپر سمجھتے تھے۔</w:t>
      </w:r>
    </w:p>
    <w:p>
      <w:r>
        <w:rPr>
          <w:b/>
        </w:rPr>
        <w:t xml:space="preserve">[16:20] </w:t>
      </w:r>
      <w:r>
        <w:t>un ko khuda ki baladasti par kamil yaqeen tha.</w:t>
      </w:r>
    </w:p>
    <w:p>
      <w:pPr>
        <w:jc w:val="right"/>
      </w:pPr>
      <w:r>
        <w:t>ان کو خدا کی بالادستی پر کامل یقین تھا۔</w:t>
      </w:r>
    </w:p>
    <w:p>
      <w:r>
        <w:rPr>
          <w:b/>
        </w:rPr>
        <w:t xml:space="preserve">[16:25] </w:t>
      </w:r>
      <w:r>
        <w:t>chunanche wazeh khatrat ke bawajood unhone yusuf ko khuda ke bharose par un ke bhaiyon ke hawale kar diya.</w:t>
      </w:r>
    </w:p>
    <w:p>
      <w:pPr>
        <w:jc w:val="right"/>
      </w:pPr>
      <w:r>
        <w:t>چنانچہ واضح خطرات کے باوجود انہوں نے یوسف کو خدا کے بھروسے پر ان کے بھائیوں کے حوالے کر دیا۔</w:t>
      </w:r>
    </w:p>
    <w:p>
      <w:r>
        <w:rPr>
          <w:b/>
        </w:rPr>
        <w:t xml:space="preserve">[16:37] </w:t>
      </w:r>
      <w:r>
        <w:t>yeh khuda se darne wale insan ki tasweer thi. doosri taraf hazrat yusuf ke bhaiyon mein un logon ki tasweer nazar aati hai jin ke dil khuda ke khauf se khali hon.</w:t>
      </w:r>
    </w:p>
    <w:p>
      <w:pPr>
        <w:jc w:val="right"/>
      </w:pPr>
      <w:r>
        <w:t>یہ خدا سے ڈرنے والے انسان کی تصویر تھی۔ دوسری طرف حضرت یوسف کے بھائیوں میں ان لوگوں کی تصویر نظر آتی ہے جن کے دل خدا کے خوف سے خالی ہوں۔</w:t>
      </w:r>
    </w:p>
    <w:p>
      <w:r>
        <w:rPr>
          <w:b/>
        </w:rPr>
        <w:t xml:space="preserve">[16:51] </w:t>
      </w:r>
      <w:r>
        <w:t>yeh log ek bande khuda ko nahq barbaad karne ke mansoobe bana rahe the. woh yeh bhool gaye the ke woh ek aisi duniya mein hain jahan khuda ke siwa kisi aur ko koi ikhtiyar hasil nahi.</w:t>
      </w:r>
    </w:p>
    <w:p>
      <w:pPr>
        <w:jc w:val="right"/>
      </w:pPr>
      <w:r>
        <w:t>یہ لوگ ایک بندہ خدا کو ناحق برباد کرنے کے منصوبے بنا رہے تھے۔ وہ یہ بھول گئے تھے کہ وہ ایک ایسی دنیا میں ہیں جہاں خدا کے سوا کسی اور کو کوئی اختیار حاصل نہیں۔</w:t>
      </w:r>
    </w:p>
    <w:p>
      <w:r>
        <w:rPr>
          <w:b/>
        </w:rPr>
        <w:t xml:space="preserve">[17:09] </w:t>
      </w:r>
      <w:r>
        <w:t>woh lafzon ke aitbar se apne ko khair khwah sabit kar</w:t>
      </w:r>
    </w:p>
    <w:p>
      <w:pPr>
        <w:jc w:val="right"/>
      </w:pPr>
      <w:r>
        <w:t>وہ لفظوں کے اعتبار سے اپنے کو خیر خواہ ثابت کر</w:t>
      </w:r>
    </w:p>
    <w:p>
      <w:r>
        <w:rPr>
          <w:b/>
        </w:rPr>
        <w:t xml:space="preserve">[17:13] </w:t>
      </w:r>
      <w:r>
        <w:t>rahe the halanke khuda ke nazdeek khair khwah woh hai jo amal ke aitbar se apne ko khair khwah sabit kare.</w:t>
      </w:r>
    </w:p>
    <w:p>
      <w:pPr>
        <w:jc w:val="right"/>
      </w:pPr>
      <w:r>
        <w:t>رہے تھے حالانکہ خدا کے نزدیک خیر خواہ وہ ہے جو عمل کے اعتبار سے اپنے کو خیر خواہ ثابت کرے۔</w:t>
      </w:r>
    </w:p>
    <w:p>
      <w:r>
        <w:rPr>
          <w:b/>
        </w:rPr>
        <w:t xml:space="preserve">[17:25] </w:t>
      </w:r>
      <w:r>
        <w:t>falamma dhahabū bihī wa ajma'ū</w:t>
      </w:r>
    </w:p>
    <w:p>
      <w:pPr>
        <w:jc w:val="right"/>
      </w:pPr>
      <w:r>
        <w:t>فلما ذهبوا به وأجمعوا</w:t>
      </w:r>
    </w:p>
    <w:p>
      <w:r>
        <w:rPr>
          <w:b/>
        </w:rPr>
        <w:t xml:space="preserve">[17:31] </w:t>
      </w:r>
      <w:r>
        <w:t>an yaj'alūhu fī ghiyābati al-jubbi</w:t>
      </w:r>
    </w:p>
    <w:p>
      <w:pPr>
        <w:jc w:val="right"/>
      </w:pPr>
      <w:r>
        <w:t>أن يجعلوه في غيابة الجب</w:t>
      </w:r>
    </w:p>
    <w:p>
      <w:r>
        <w:rPr>
          <w:b/>
        </w:rPr>
        <w:t xml:space="preserve">[17:35] </w:t>
      </w:r>
      <w:r>
        <w:t>wa awhayna ilayhi litunbi annahum</w:t>
      </w:r>
    </w:p>
    <w:p>
      <w:pPr>
        <w:jc w:val="right"/>
      </w:pPr>
      <w:r>
        <w:t>وأوحينا إليه لتنبئنهم</w:t>
      </w:r>
    </w:p>
    <w:p>
      <w:r>
        <w:rPr>
          <w:b/>
        </w:rPr>
        <w:t xml:space="preserve">[17:42] </w:t>
      </w:r>
      <w:r>
        <w:t>bi amrihim hadha wa hum la yash'uruna</w:t>
      </w:r>
    </w:p>
    <w:p>
      <w:pPr>
        <w:jc w:val="right"/>
      </w:pPr>
      <w:r>
        <w:t>بأمرهم هذا وهم لا يشعرون</w:t>
      </w:r>
    </w:p>
    <w:p>
      <w:r>
        <w:rPr>
          <w:b/>
        </w:rPr>
        <w:t xml:space="preserve">[17:48] </w:t>
      </w:r>
      <w:r>
        <w:t>wa jaoo abahum asha an</w:t>
      </w:r>
    </w:p>
    <w:p>
      <w:pPr>
        <w:jc w:val="right"/>
      </w:pPr>
      <w:r>
        <w:t>وجاؤوا أباهم عشاءً</w:t>
      </w:r>
    </w:p>
    <w:p>
      <w:r>
        <w:rPr>
          <w:b/>
        </w:rPr>
        <w:t xml:space="preserve">[17:55] </w:t>
      </w:r>
      <w:r>
        <w:t>yabkoona qala ya</w:t>
      </w:r>
    </w:p>
    <w:p>
      <w:pPr>
        <w:jc w:val="right"/>
      </w:pPr>
      <w:r>
        <w:t>يبكون قالوا يا</w:t>
      </w:r>
    </w:p>
    <w:p>
      <w:r>
        <w:rPr>
          <w:b/>
        </w:rPr>
        <w:t xml:space="preserve">[18:01] </w:t>
      </w:r>
      <w:r>
        <w:t>abana inna dhahabna nastabiqu wa taraknā yusufa 'inda mata'ina fa akalahu al-dhi'bu fa akalahu al-dhi'bu wa ma</w:t>
      </w:r>
    </w:p>
    <w:p>
      <w:pPr>
        <w:jc w:val="right"/>
      </w:pPr>
      <w:r>
        <w:t>أبانا إنا ذهبنا نستبق وتركنا يوسف عند متاعنا فأكله الذئب فأكله الذئب وما</w:t>
      </w:r>
    </w:p>
    <w:p>
      <w:r>
        <w:rPr>
          <w:b/>
        </w:rPr>
        <w:t xml:space="preserve">[18:19] </w:t>
      </w:r>
      <w:r>
        <w:t>anta bi mu'minin lana wa law kunna sadikina wa jaoo 'ala qamisihi bi dami kadhibin qala bal sawwalat lakum</w:t>
      </w:r>
    </w:p>
    <w:p>
      <w:pPr>
        <w:jc w:val="right"/>
      </w:pPr>
      <w:r>
        <w:t>أنت بمؤمن لنا ولو كنا صادقين وجاؤوا على قميصه بدم كذب قال بل سولت لكم</w:t>
      </w:r>
    </w:p>
    <w:p>
      <w:r>
        <w:rPr>
          <w:b/>
        </w:rPr>
        <w:t xml:space="preserve">[18:37] </w:t>
      </w:r>
      <w:r>
        <w:t>anfusukum amran fasabrun jamilun wallahu al-musta'anu 'ala ma tasifuna phir jab woh us ko le gaye aur yeh tay kar liya ke us ko aik andhe kuwein mein dal dein aur hum ne yusuf ko wahy ki</w:t>
      </w:r>
    </w:p>
    <w:p>
      <w:pPr>
        <w:jc w:val="right"/>
      </w:pPr>
      <w:r>
        <w:t>أنفسكم أمراً فصبر جميل والله المستعان على ما تصفون پھر جب وہ اس کو لے گئے اور یہ طے کر لیا کہ اس کو ایک اندھے کنویں میں ڈال دیں اور ہم نے یوسف کو وحی کی</w:t>
      </w:r>
    </w:p>
    <w:p>
      <w:r>
        <w:rPr>
          <w:b/>
        </w:rPr>
        <w:t xml:space="preserve">[19:00] </w:t>
      </w:r>
      <w:r>
        <w:t>ke tu un ko un ki jatayega. honge aur woh sham ko apne baap ke pas rote hue aa'e.</w:t>
      </w:r>
    </w:p>
    <w:p>
      <w:pPr>
        <w:jc w:val="right"/>
      </w:pPr>
      <w:r>
        <w:t>کہ تو ان کو ان کی جتائے گا۔ ہوں گے اور وہ شام کو اپنے باپ کے پاس روتے ہوئے آئے۔</w:t>
      </w:r>
    </w:p>
    <w:p>
      <w:r>
        <w:rPr>
          <w:b/>
        </w:rPr>
        <w:t xml:space="preserve">[19:09] </w:t>
      </w:r>
      <w:r>
        <w:t>unhon ne kaha ke aey hamare baap hum doud ka muqabla karne lage aur yusuf ko hum ne apne saman ke pas chhod diya.</w:t>
      </w:r>
    </w:p>
    <w:p>
      <w:pPr>
        <w:jc w:val="right"/>
      </w:pPr>
      <w:r>
        <w:t>انہوں نے کہا کہ اے ہمارے باپ ہم دوڑ کا مقابلہ کرنے لگے اور یوسف کو ہم نے اپنے سامان کے پاس چھوڑ دیا۔</w:t>
      </w:r>
    </w:p>
    <w:p>
      <w:r>
        <w:rPr>
          <w:b/>
        </w:rPr>
        <w:t xml:space="preserve">[19:19] </w:t>
      </w:r>
      <w:r>
        <w:t>phir us ko bhediya kha gaya aur aap hamari baat ka yaqin na karenge chahe hum sachche hon. aur woh yusuf ki qameez par jhoota khoon laga kar laye.</w:t>
      </w:r>
    </w:p>
    <w:p>
      <w:pPr>
        <w:jc w:val="right"/>
      </w:pPr>
      <w:r>
        <w:t>پھر اس کو بھیڑیا کھا گیا اور آپ ہماری بات کا یقین نہ کریں گے چاہے ہم سچے ہوں۔ اور وہ یوسف کی قمیض پر جھوٹا خون لگا کر لائے۔</w:t>
      </w:r>
    </w:p>
    <w:p>
      <w:r>
        <w:rPr>
          <w:b/>
        </w:rPr>
        <w:t xml:space="preserve">[19:33] </w:t>
      </w:r>
      <w:r>
        <w:t>baap ne kaha nahi balkeh tumhare nafs ne tumhare liye aik baat bana di hai. ab sabr hi behtar hai aur jo baat tum zahir kar rahe ho us par Allah hi se madad mangta hoon.</w:t>
      </w:r>
    </w:p>
    <w:p>
      <w:pPr>
        <w:jc w:val="right"/>
      </w:pPr>
      <w:r>
        <w:t>باپ نے کہا نہیں بلکہ تمہارے نفس نے تمہارے لیے ایک بات بنا دی ہے۔ اب صبر ہی بہتر ہے اور جو بات تم ظاہر کر رہے ہو اس پر اللہ ہی سے مدد مانگتا ہوں۔</w:t>
      </w:r>
    </w:p>
    <w:p>
      <w:r>
        <w:rPr>
          <w:b/>
        </w:rPr>
        <w:t xml:space="preserve">[19:49] </w:t>
      </w:r>
      <w:r>
        <w:t>tashreeh: hazrat yusuf ka asal qissa yaqini taur par is se zyada mufassal hai jitna ke quran mein bayan hua hai.</w:t>
      </w:r>
    </w:p>
    <w:p>
      <w:pPr>
        <w:jc w:val="right"/>
      </w:pPr>
      <w:r>
        <w:t>تشریح: حضرت یوسف کا اصل قصہ یقینی طور پر اس سے زیادہ مفصل ہے جتنا کہ قرآن میں بیان ہوا ہے۔</w:t>
      </w:r>
    </w:p>
    <w:p>
      <w:r>
        <w:rPr>
          <w:b/>
        </w:rPr>
        <w:t xml:space="preserve">[20:00] </w:t>
      </w:r>
      <w:r>
        <w:t>magar quran ka asal maqsad naseehat hai na ke waqea nigari. is liye woh sirf un pehluon ko leta hai jo naseehat aur tazkeer ke liye mufeed hon aur baqi tamam ajza ko hadaf kar deta hai ta ke tareekh nigar is ko murattab karein.</w:t>
      </w:r>
    </w:p>
    <w:p>
      <w:pPr>
        <w:jc w:val="right"/>
      </w:pPr>
      <w:r>
        <w:t>مگر قرآن کا اصل مقصد نصیحت ہے نہ کہ واقعہ نگاری۔ اس لیے وہ صرف ان پہلوؤں کو لیتا ہے جو نصیحت اور تذکیر کے لیے مفید ہوں اور بقیہ تمام اجزاء کو حذف کر دیتا ہے تاکہ تاریخ نگار اس کو مرتب کریں۔</w:t>
      </w:r>
    </w:p>
    <w:p>
      <w:r>
        <w:rPr>
          <w:b/>
        </w:rPr>
        <w:t xml:space="preserve">[20:23] </w:t>
      </w:r>
      <w:r>
        <w:t>riwayat ke mutabiq hazrat yusuf teen din tak andhe kuwein mein rahe.</w:t>
      </w:r>
    </w:p>
    <w:p>
      <w:pPr>
        <w:jc w:val="right"/>
      </w:pPr>
      <w:r>
        <w:t>روایات کے مطابق حضرت یوسف تین دن تک اندھے کنویں میں رہے۔</w:t>
      </w:r>
    </w:p>
    <w:p>
      <w:r>
        <w:rPr>
          <w:b/>
        </w:rPr>
        <w:t xml:space="preserve">[20:30] </w:t>
      </w:r>
      <w:r>
        <w:t>inhi teen dinon mein ghaliban khwab ke zariye aap ko apna mustaqbil dikhaya gaya. is mein aap ne dekha ke aap kuwein se niklte hain aur phir azmat o shan ke aik oonche maqam par pohnchte hain.</w:t>
      </w:r>
    </w:p>
    <w:p>
      <w:pPr>
        <w:jc w:val="right"/>
      </w:pPr>
      <w:r>
        <w:t>انہی تین دنوں میں غالباً خواب کے ذریعے آپ کو اپنا مستقبل دکھایا گیا۔ اس میں آپ نے دیکھا کہ آپ کنویں سے نکلتے ہیں اور پھر عظمت و شان کے ایک اونچے مقام پر پہنچتے ہیں۔</w:t>
      </w:r>
    </w:p>
    <w:p>
      <w:r>
        <w:rPr>
          <w:b/>
        </w:rPr>
        <w:t xml:space="preserve">[20:45] </w:t>
      </w:r>
      <w:r>
        <w:t>hata ke aap ke aur aap ke bhaiyon ke darmiyan haisiyat ke aitbar se itna farq ho jata hai ke woh aap ko dekhte hain to pehchan nahi paate hain.</w:t>
      </w:r>
    </w:p>
    <w:p>
      <w:pPr>
        <w:jc w:val="right"/>
      </w:pPr>
      <w:r>
        <w:t>حتیٰ کہ آپ کے اور آپ کے بھائیوں کے درمیان حیثیت کے اعتبار سے اتنا فرق ہو جاتا ہے کہ وہ آپ کو دیکھتے ہیں تو پہچان نہیں پاتے۔</w:t>
      </w:r>
    </w:p>
    <w:p>
      <w:r>
        <w:rPr>
          <w:b/>
        </w:rPr>
        <w:t xml:space="preserve">[20:59] </w:t>
      </w:r>
      <w:r>
        <w:t>hazrat yusuf ke bhaiyon ne jo kuch kiya woh intehai ishtial angez harkat thi. magar aik taraf hazrat yusuf ka hal yeh tha ke unhon ne apne mamle ko Allah ke hawale kar diya aur sunsan maqam par andhe kuwein ke andar khamosh baithe hue Allah ki madad ka intezar karte rahe.</w:t>
      </w:r>
    </w:p>
    <w:p>
      <w:pPr>
        <w:jc w:val="right"/>
      </w:pPr>
      <w:r>
        <w:t>حضرت یوسف کے بھائیوں نے جو کچھ کیا وہ انتہائی اشتعال انگیز حرکت تھی۔ مگر ایک طرف حضرت یوسف کا حال یہ تھا کہ انہوں نے اپنے معاملے کو خدا کے حوالے کر دیا اور سنسان مقام پر اندھے کنویں کے اندر خاموش بیٹھے ہوئے خدا کی مدد کا انتظار کرتے رہے۔</w:t>
      </w:r>
    </w:p>
    <w:p>
      <w:r>
        <w:rPr>
          <w:b/>
        </w:rPr>
        <w:t xml:space="preserve">[21:24] </w:t>
      </w:r>
      <w:r>
        <w:t>dosri taraf aap ke walid hazrat yaqoob ne sabr jameel ki rawish ikhtiyar ki. baz tafseeron mein aya hai ke unhon ne apne beton se kaha agar yusuf ko bhediya kha jata to woh us ki qameez ko bhi zaroor phad dalta.</w:t>
      </w:r>
    </w:p>
    <w:p>
      <w:pPr>
        <w:jc w:val="right"/>
      </w:pPr>
      <w:r>
        <w:t>دوسری طرف آپ کے والد حضرت یعقوب نے صبر جمیل کی روش اختیار کی۔ بعض تفسیروں میں آیا ہے کہ انہوں نے اپنے بیٹوں سے کہا اگر یوسف کو بھیڑیا کھا جاتا تو وہ اس کی قمیض کو بھی ضرور پھاڑ ڈالتا۔</w:t>
      </w:r>
    </w:p>
    <w:p>
      <w:r>
        <w:rPr>
          <w:b/>
        </w:rPr>
        <w:t xml:space="preserve">[21:45] </w:t>
      </w:r>
      <w:r>
        <w:t>yani woh bhediya bhi kaisa sharif bhediya tha jo yusuf ko to utha le gaya aur khoon alood qameez ko nihayat sahih o salim halat mein utar kar tumhare hawale kar gaya.</w:t>
      </w:r>
    </w:p>
    <w:p>
      <w:pPr>
        <w:jc w:val="right"/>
      </w:pPr>
      <w:r>
        <w:t>یعنی وہ بھیڑیا بھی کیسا شریف بھیڑیا تھا جو یوسف کو تو اٹھا لے گیا اور خون آلود قمیض کو نہایت صحیح و سالم حالت میں اتار کر تمہارے حوالے کر گیا۔</w:t>
      </w:r>
    </w:p>
    <w:p>
      <w:r>
        <w:rPr>
          <w:b/>
        </w:rPr>
        <w:t xml:space="preserve">[22:00] </w:t>
      </w:r>
      <w:r>
        <w:t>wa ja at sayyaratu fa arsaloo waridahum fa adla dalwah qala ya bushra hadha ghulam</w:t>
      </w:r>
    </w:p>
    <w:p>
      <w:pPr>
        <w:jc w:val="right"/>
      </w:pPr>
      <w:r>
        <w:t>وجاءت سيارة فأرسلوا واردهم فأدلى دلوه قال يا بشرا هذا غلام</w:t>
      </w:r>
    </w:p>
    <w:p>
      <w:r>
        <w:rPr>
          <w:b/>
        </w:rPr>
        <w:t xml:space="preserve">[22:13] </w:t>
      </w:r>
      <w:r>
        <w:t>wa asroohu bida atan wallahu aleem</w:t>
      </w:r>
    </w:p>
    <w:p>
      <w:pPr>
        <w:jc w:val="right"/>
      </w:pPr>
      <w:r>
        <w:t>وأسروه بضاعة والله عليم</w:t>
      </w:r>
    </w:p>
    <w:p>
      <w:r>
        <w:rPr>
          <w:b/>
        </w:rPr>
        <w:t xml:space="preserve">[22:18] </w:t>
      </w:r>
      <w:r>
        <w:t>bima ya maloon wa sharawhu bi thaman</w:t>
      </w:r>
    </w:p>
    <w:p>
      <w:pPr>
        <w:jc w:val="right"/>
      </w:pPr>
      <w:r>
        <w:t>بما يعملون وشروه بثمن</w:t>
      </w:r>
    </w:p>
    <w:p>
      <w:r>
        <w:rPr>
          <w:b/>
        </w:rPr>
        <w:t xml:space="preserve">[22:25] </w:t>
      </w:r>
      <w:r>
        <w:t>bakhsin dirahamin ma'doodatin</w:t>
      </w:r>
    </w:p>
    <w:p>
      <w:pPr>
        <w:jc w:val="right"/>
      </w:pPr>
      <w:r>
        <w:t>بخس دراهم معدودة</w:t>
      </w:r>
    </w:p>
    <w:p>
      <w:r>
        <w:rPr>
          <w:b/>
        </w:rPr>
        <w:t xml:space="preserve">[22:29] </w:t>
      </w:r>
      <w:r>
        <w:t>wa kanoo feehi min az zahideena</w:t>
      </w:r>
    </w:p>
    <w:p>
      <w:pPr>
        <w:jc w:val="right"/>
      </w:pPr>
      <w:r>
        <w:t>وكانوا فيه من الزاهدين</w:t>
      </w:r>
    </w:p>
    <w:p>
      <w:r>
        <w:rPr>
          <w:b/>
        </w:rPr>
        <w:t xml:space="preserve">[22:35] </w:t>
      </w:r>
      <w:r>
        <w:t>aur aik qafila aya to unhon ne apna pani bharne wala bheja. us ne apna dol latkaya.</w:t>
      </w:r>
    </w:p>
    <w:p>
      <w:pPr>
        <w:jc w:val="right"/>
      </w:pPr>
      <w:r>
        <w:t>اور ایک قافلہ آیا تو انہوں نے اپنا پانی بھرنے والا بھیجا۔ اس نے اپنا ڈول لٹکایا۔</w:t>
      </w:r>
    </w:p>
    <w:p>
      <w:r>
        <w:rPr>
          <w:b/>
        </w:rPr>
        <w:t xml:space="preserve">[22:44] </w:t>
      </w:r>
      <w:r>
        <w:t>us ne kaha khushkhabri ho yeh to aik ladka hai aur us ko tijarat ka maal samajh kar mehfooz kar liya.</w:t>
      </w:r>
    </w:p>
    <w:p>
      <w:pPr>
        <w:jc w:val="right"/>
      </w:pPr>
      <w:r>
        <w:t>اس نے کہا خوشخبری ہو یہ تو ایک لڑکا ہے اور اس کو تجارت کا مال سمجھ کر محفوظ کر لیا۔</w:t>
      </w:r>
    </w:p>
    <w:p>
      <w:r>
        <w:rPr>
          <w:b/>
        </w:rPr>
        <w:t xml:space="preserve">[22:56] </w:t>
      </w:r>
      <w:r>
        <w:t>aur Allah khoob janta tha jo woh kar rahe the. aur unhon ne is ko thodi si qeemat chand dirham ke awaz bech diya aur woh us se be raghib the.</w:t>
      </w:r>
    </w:p>
    <w:p>
      <w:pPr>
        <w:jc w:val="right"/>
      </w:pPr>
      <w:r>
        <w:t>اور اللہ خوب جانتا تھا جو وہ کر رہے تھے۔ اور انہوں نے اس کو تھوڑی سی قیمت چند درہم کے عوض بیچ دیا اور وہ اس سے بے رغبت تھے۔</w:t>
      </w:r>
    </w:p>
    <w:p>
      <w:r>
        <w:rPr>
          <w:b/>
        </w:rPr>
        <w:t xml:space="preserve">[23:14] </w:t>
      </w:r>
      <w:r>
        <w:t>tashreeh: hazrat yusuf ke bhai jab aap ko andhe kuwein mein daal kar chale gaye to teen din baad aik tijarti qafila idhar se guzra jo madain se misr ja raha tha.</w:t>
      </w:r>
    </w:p>
    <w:p>
      <w:pPr>
        <w:jc w:val="right"/>
      </w:pPr>
      <w:r>
        <w:t>تشریح: حضرت یوسف کے بھائی جب آپ کو اندھے کنویں میں ڈال کر چلے گئے تو تین دن بعد ایک تجارتی قافلہ ادھر سے گزرا جو مدین سے مصر جا رہا تھا۔</w:t>
      </w:r>
    </w:p>
    <w:p>
      <w:r>
        <w:rPr>
          <w:b/>
        </w:rPr>
        <w:t xml:space="preserve">[23:32] </w:t>
      </w:r>
      <w:r>
        <w:t>qafle ke aik admi ne pani ki khatir kuwein mein dol dala</w:t>
      </w:r>
    </w:p>
    <w:p>
      <w:pPr>
        <w:jc w:val="right"/>
      </w:pPr>
      <w:r>
        <w:t>قافلے کے ایک آدمی نے پانی کی خاطر کنویں میں ڈول ڈالا</w:t>
      </w:r>
    </w:p>
    <w:p>
      <w:r>
        <w:rPr>
          <w:b/>
        </w:rPr>
        <w:t xml:space="preserve">[23:38] </w:t>
      </w:r>
      <w:r>
        <w:t>to hazrat yusuf jo us waqt taqreeban 16 saal ke the dol pakad kar bahar aa gaye.</w:t>
      </w:r>
    </w:p>
    <w:p>
      <w:pPr>
        <w:jc w:val="right"/>
      </w:pPr>
      <w:r>
        <w:t>تو حضرت یوسف جو اس وقت تقریباً 16 سال کے تھے ڈول پکڑ کر باہر آ گئے۔</w:t>
      </w:r>
    </w:p>
    <w:p>
      <w:r>
        <w:rPr>
          <w:b/>
        </w:rPr>
        <w:t xml:space="preserve">[23:49] </w:t>
      </w:r>
      <w:r>
        <w:t>yeh burda faroshi ka zamana tha is liye qafle wale khush hue ke woh misr le ja kar ladke ko farokht kar sakenge.</w:t>
      </w:r>
    </w:p>
    <w:p>
      <w:pPr>
        <w:jc w:val="right"/>
      </w:pPr>
      <w:r>
        <w:t>یہ بردہ فروشی کا زمانہ تھا اس لیے قافلے والے خوش ہوئے کہ وہ مصر لے جا کر لڑکے کو فروخت کر سکیں گے۔</w:t>
      </w:r>
    </w:p>
    <w:p>
      <w:r>
        <w:rPr>
          <w:b/>
        </w:rPr>
        <w:t xml:space="preserve">[24:00] </w:t>
      </w:r>
      <w:r>
        <w:t>chunanche jab woh misr pohnche to apne doosre samanon ke sath hazrat yusuf ko bhi bazaar mein rakha.</w:t>
      </w:r>
    </w:p>
    <w:p>
      <w:pPr>
        <w:jc w:val="right"/>
      </w:pPr>
      <w:r>
        <w:t>چنانچہ جب وہ مصر پہنچے تو اپنے دوسرے سامانوں کے ساتھ حضرت یوسف کو بھی بازار میں رکھا۔</w:t>
      </w:r>
    </w:p>
    <w:p>
      <w:r>
        <w:rPr>
          <w:b/>
        </w:rPr>
        <w:t xml:space="preserve">[24:12] </w:t>
      </w:r>
      <w:r>
        <w:t>wahan ek aadmi ne honhaar larka samajh kar aap ko bees dirham mein khareed liya. hazrat yusuf ke bhai aap ko be watan kar ke kunwein mein daal chuke thay.</w:t>
      </w:r>
    </w:p>
    <w:p>
      <w:pPr>
        <w:jc w:val="right"/>
      </w:pPr>
      <w:r>
        <w:t>وہاں ایک آدمی نے ہونہار لڑکا سمجھ کر آپ کو بیس درہم میں خرید لیا۔ حضرت یوسف کے بھائی آپ کو بے وطن کر کے کنویں میں ڈال چکے تھے۔</w:t>
      </w:r>
    </w:p>
    <w:p>
      <w:r>
        <w:rPr>
          <w:b/>
        </w:rPr>
        <w:t xml:space="preserve">[24:29] </w:t>
      </w:r>
      <w:r>
        <w:t>qafle walon ne ghulam ki hesiyat se aap ko farokht kar diya. is ke baad misr ke ek aala sarkari afsar ki biwi ne aap ko qaid khane mein qaid kara diya.</w:t>
      </w:r>
    </w:p>
    <w:p>
      <w:pPr>
        <w:jc w:val="right"/>
      </w:pPr>
      <w:r>
        <w:t>قافلے والوں نے غلام کی حیثیت سے آپ کو فروخت کر دیا۔ اس کے بعد مصر کے ایک اعلیٰ سرکاری افسر کی بیوی نے آپ کو قید خانے میں قید کرا دیا۔</w:t>
      </w:r>
    </w:p>
    <w:p>
      <w:r>
        <w:rPr>
          <w:b/>
        </w:rPr>
        <w:t xml:space="preserve">[24:45] </w:t>
      </w:r>
      <w:r>
        <w:t>magar allah taala ne in tamam marhalon ko aap ke liye izzat o sarbulandi tak pohnchne ka zeena bana diya.</w:t>
      </w:r>
    </w:p>
    <w:p>
      <w:pPr>
        <w:jc w:val="right"/>
      </w:pPr>
      <w:r>
        <w:t>مگر اللہ تعالیٰ نے ان تمام مراحل کو آپ کے لیے عزت و سربلندی تک پہنچنے کا زینہ بنا دیا۔</w:t>
      </w:r>
    </w:p>
    <w:p>
      <w:r>
        <w:rPr>
          <w:b/>
        </w:rPr>
        <w:t xml:space="preserve">[24:56] </w:t>
      </w:r>
      <w:r>
        <w:t>kis qadar farq hai ilm insani mein aur ilm khudawandi mein. wa qaal allazi ishtarah min misra li-amratihi akrimi mathwaa 'asaa</w:t>
      </w:r>
    </w:p>
    <w:p>
      <w:pPr>
        <w:jc w:val="right"/>
      </w:pPr>
      <w:r>
        <w:t>کس قدر فرق ہے علم انسانی میں اور علم خداوندی میں۔ وقال الذي اشتراه من مصر لامرأته اكرمي مثواه عسى</w:t>
      </w:r>
    </w:p>
    <w:p>
      <w:r>
        <w:rPr>
          <w:b/>
        </w:rPr>
        <w:t xml:space="preserve">[25:14] </w:t>
      </w:r>
      <w:r>
        <w:t>an yanfa'anaa 'asaa an yanfa'anaa aw natakhidha waladan wa kadhalika makkanaa li-yusufa fil ardi wa li-nu'allimahu min ta'weelil ahadeeth</w:t>
      </w:r>
    </w:p>
    <w:p>
      <w:pPr>
        <w:jc w:val="right"/>
      </w:pPr>
      <w:r>
        <w:t>ان ينفعنا عسى ان ينفعنا او نتخذه ولدا وكذلك مكنا ليوسف في الارض ولنعلمه من تاويل الاحاديث</w:t>
      </w:r>
    </w:p>
    <w:p>
      <w:r>
        <w:rPr>
          <w:b/>
        </w:rPr>
        <w:t xml:space="preserve">[25:38] </w:t>
      </w:r>
      <w:r>
        <w:t>wallahu ghaalibun 'alaa amrihi wa lakinna akthar an-naasi laa ya'lamoon wa lamma balagha ushuddahu aataynaahu hukman</w:t>
      </w:r>
    </w:p>
    <w:p>
      <w:pPr>
        <w:jc w:val="right"/>
      </w:pPr>
      <w:r>
        <w:t>والله غالب على امره ولكن اكثر الناس لا يعلمون ولما بلغ اشده اتيناه حكما</w:t>
      </w:r>
    </w:p>
    <w:p>
      <w:r>
        <w:rPr>
          <w:b/>
        </w:rPr>
        <w:t xml:space="preserve">[25:59] </w:t>
      </w:r>
      <w:r>
        <w:t>wa 'ilman wa kadhalika najzil muhsineen.</w:t>
      </w:r>
    </w:p>
    <w:p>
      <w:pPr>
        <w:jc w:val="right"/>
      </w:pPr>
      <w:r>
        <w:t>وعلما وكذلك نجزي المحسنين.</w:t>
      </w:r>
    </w:p>
    <w:p>
      <w:r>
        <w:rPr>
          <w:b/>
        </w:rPr>
        <w:t xml:space="preserve">[26:07] </w:t>
      </w:r>
      <w:r>
        <w:t>khair, ahle misr mein se jis shakhs ne is ko khareeda us ne apni biwi se kaha ke is ko achhi tarah rakho</w:t>
      </w:r>
    </w:p>
    <w:p>
      <w:pPr>
        <w:jc w:val="right"/>
      </w:pPr>
      <w:r>
        <w:t>خیر، اہل مصر میں سے جس شخص نے اس کو خریدا اس نے اپنی بیوی سے کہا کہ اس کو اچھی طرح رکھو</w:t>
      </w:r>
    </w:p>
    <w:p>
      <w:r>
        <w:rPr>
          <w:b/>
        </w:rPr>
        <w:t xml:space="preserve">[26:18] </w:t>
      </w:r>
      <w:r>
        <w:t>umeed hai ke woh hamare liye mufeed ho ya hum us ko beta bana len</w:t>
      </w:r>
    </w:p>
    <w:p>
      <w:pPr>
        <w:jc w:val="right"/>
      </w:pPr>
      <w:r>
        <w:t>امید ہے کہ وہ ہمارے لیے مفید ہو یا ہم اس کو بیٹا بنا لیں</w:t>
      </w:r>
    </w:p>
    <w:p>
      <w:r>
        <w:rPr>
          <w:b/>
        </w:rPr>
        <w:t xml:space="preserve">[26:26] </w:t>
      </w:r>
      <w:r>
        <w:t>aur is tarah hum ne yusuf ko is mulk mein jagah di aur ta ke hum us ko baaton</w:t>
      </w:r>
    </w:p>
    <w:p>
      <w:pPr>
        <w:jc w:val="right"/>
      </w:pPr>
      <w:r>
        <w:t>اور اس طرح ہم نے یوسف کو اس ملک میں جگہ دی اور تاکہ ہم اس کو باتوں</w:t>
      </w:r>
    </w:p>
    <w:p>
      <w:r>
        <w:rPr>
          <w:b/>
        </w:rPr>
        <w:t xml:space="preserve">[26:35] </w:t>
      </w:r>
      <w:r>
        <w:t>ki taweel sikhayen aur Allah apne kaam par ghalib rehta hai lekin aksar log nahin jante</w:t>
      </w:r>
    </w:p>
    <w:p>
      <w:pPr>
        <w:jc w:val="right"/>
      </w:pPr>
      <w:r>
        <w:t>کی تاویل سکھائیں اور اللہ اپنے کام پر غالب رہتا ہے لیکن اکثر لوگ نہیں جانتے</w:t>
      </w:r>
    </w:p>
    <w:p>
      <w:r>
        <w:rPr>
          <w:b/>
        </w:rPr>
        <w:t xml:space="preserve">[26:48] </w:t>
      </w:r>
      <w:r>
        <w:t>aur jab woh apni pukhtagi ko pohncha hum ne us ko hukum aur ilm ata kiya aur neki</w:t>
      </w:r>
    </w:p>
    <w:p>
      <w:pPr>
        <w:jc w:val="right"/>
      </w:pPr>
      <w:r>
        <w:t>اور جب وہ اپنی پختگی کو پہنچا ہم نے اس کو حکم اور علم عطا کیا اور نیکی</w:t>
      </w:r>
    </w:p>
    <w:p>
      <w:r>
        <w:rPr>
          <w:b/>
        </w:rPr>
        <w:t xml:space="preserve">[26:56] </w:t>
      </w:r>
      <w:r>
        <w:t>karne walon ko hum aisa hi badla dete hain.</w:t>
      </w:r>
    </w:p>
    <w:p>
      <w:pPr>
        <w:jc w:val="right"/>
      </w:pPr>
      <w:r>
        <w:t>کرنے والوں کو ہم ایسا ہی بدلہ دیتے ہیں۔</w:t>
      </w:r>
    </w:p>
    <w:p>
      <w:r>
        <w:rPr>
          <w:b/>
        </w:rPr>
        <w:t xml:space="preserve">[27:03] </w:t>
      </w:r>
      <w:r>
        <w:t>tashreeh: kaha jata hai ke misri hukumat ke ek afsar ne hazrat yusuf ko khareeda.</w:t>
      </w:r>
    </w:p>
    <w:p>
      <w:pPr>
        <w:jc w:val="right"/>
      </w:pPr>
      <w:r>
        <w:t>تشریح: کہا جاتا ہے کہ مصری حکومت کے ایک افسر نے حضرت یوسف کو خریدا۔</w:t>
      </w:r>
    </w:p>
    <w:p>
      <w:r>
        <w:rPr>
          <w:b/>
        </w:rPr>
        <w:t xml:space="preserve">[27:12] </w:t>
      </w:r>
      <w:r>
        <w:t>ma'mooli kapde mein chhupi hui aap ki shandar shakhsiyat ko is ne pehchan liya. is ne samajh liya ke yeh koi ghulam nahi hai balkeh shareef khandan ka larka hai.</w:t>
      </w:r>
    </w:p>
    <w:p>
      <w:pPr>
        <w:jc w:val="right"/>
      </w:pPr>
      <w:r>
        <w:t>معمولی کپڑے میں چھپی ہوئی آپ کی شاندار شخصیت کو اس نے پہچان لیا۔ اس نے سمجھ لیا کہ یہ کوئی غلام نہیں ہے بلکہ شریف خاندان کا لڑکا ہے۔</w:t>
      </w:r>
    </w:p>
    <w:p>
      <w:r>
        <w:rPr>
          <w:b/>
        </w:rPr>
        <w:t xml:space="preserve">[27:27] </w:t>
      </w:r>
      <w:r>
        <w:t>kisi wajah se woh qafle ke haath lag gaya aur is ne is ko yahan la kar bech diya. chunanche is ne apni biwi se kaha ke is ko ghulam ki tarah na rakhna yeh ek laiq naujawan maloom hota hai aur is qabil hai ke hamare ghar aur jaedad ka intezam sambhal le.</w:t>
      </w:r>
    </w:p>
    <w:p>
      <w:pPr>
        <w:jc w:val="right"/>
      </w:pPr>
      <w:r>
        <w:t>کسی وجہ سے وہ قافلے کے ہاتھ لگ گیا اور اس نے اس کو یہاں لا کر بیچ دیا۔ چنانچہ اس نے اپنی بیوی سے کہا کہ اس کو غلام کی طرح نہ رکھنا یہ ایک لائق نوجوان معلوم ہوتا ہے اور اس قابل ہے کہ ہمارے گھر اور جائیداد کا انتظام سنبھال لے۔</w:t>
      </w:r>
    </w:p>
    <w:p>
      <w:r>
        <w:rPr>
          <w:b/>
        </w:rPr>
        <w:t xml:space="preserve">[27:54] </w:t>
      </w:r>
      <w:r>
        <w:t>mazeed yeh ke yeh afsar be awlad tha aur kisi ko apna mutabanni banana chahta tha.</w:t>
      </w:r>
    </w:p>
    <w:p>
      <w:pPr>
        <w:jc w:val="right"/>
      </w:pPr>
      <w:r>
        <w:t>مزید یہ کہ یہ افسر بے اولاد تھا اور کسی کو اپنا متبنی بنانا چاہتا تھا۔</w:t>
      </w:r>
    </w:p>
    <w:p>
      <w:r>
        <w:rPr>
          <w:b/>
        </w:rPr>
        <w:t xml:space="preserve">[28:04] </w:t>
      </w:r>
      <w:r>
        <w:t>is ne yeh irada bhi kiya ke agar waqai yeh naujawan is ki umeedon ke mutabiq nikla to woh is ko apna beta bana lega.</w:t>
      </w:r>
    </w:p>
    <w:p>
      <w:pPr>
        <w:jc w:val="right"/>
      </w:pPr>
      <w:r>
        <w:t>اس نے یہ ارادہ بھی کیا کہ اگر واقعی یہ نوجوان اس کی امیدوں کے مطابق نکلا تو وہ اس کو اپنا بیٹا بنا لے گا۔</w:t>
      </w:r>
    </w:p>
    <w:p>
      <w:r>
        <w:rPr>
          <w:b/>
        </w:rPr>
        <w:t xml:space="preserve">[28:16] </w:t>
      </w:r>
      <w:r>
        <w:t>hazrat yusuf jab taqreeban chalis saal ke hue to khuda ne un ko ek taraf nubuwwat ata ki aur doosri taraf iqtadar.</w:t>
      </w:r>
    </w:p>
    <w:p>
      <w:pPr>
        <w:jc w:val="right"/>
      </w:pPr>
      <w:r>
        <w:t>حضرت یوسف جب تقریباً چالیس سال کے ہوئے تو خدا نے ان کو ایک طرف نبوت عطا کی اور دوسری طرف اقتدار۔</w:t>
      </w:r>
    </w:p>
    <w:p>
      <w:r>
        <w:rPr>
          <w:b/>
        </w:rPr>
        <w:t xml:space="preserve">[28:28] </w:t>
      </w:r>
      <w:r>
        <w:t>un ko yeh inaam un ke husn amal ki wajah se mila. khuda ke inaam ka darwaza hamesha muhsineen ke liye khula hua hai.</w:t>
      </w:r>
    </w:p>
    <w:p>
      <w:pPr>
        <w:jc w:val="right"/>
      </w:pPr>
      <w:r>
        <w:t>ان کو یہ انعام ان کے حسن عمل کی وجہ سے ملا۔ خدا کے انعام کا دروازہ ہمیشہ محسنین کے لیے کھلا ہوا ہے۔</w:t>
      </w:r>
    </w:p>
    <w:p>
      <w:r>
        <w:rPr>
          <w:b/>
        </w:rPr>
        <w:t xml:space="preserve">[28:38] </w:t>
      </w:r>
      <w:r>
        <w:t>farq yeh hai ke door e nubuwwat mein kisi ko is ke husn amal ke nateejay mein nabi bhi banaya ja sakta tha magar baad ke zamane mein is ko sirf woh inaamaat milenge jo nubuwwat ke ilawa hain.</w:t>
      </w:r>
    </w:p>
    <w:p>
      <w:pPr>
        <w:jc w:val="right"/>
      </w:pPr>
      <w:r>
        <w:t>فرق یہ ہے کہ دور نبوت میں کسی کو اس کے حسن عمل کے نتیجے میں نبی بھی بنایا جا سکتا تھا مگر بعد کے زمانے میں اس کو صرف وہ انعامات ملیں گے جو نبوت کے علاوہ ہیں۔</w:t>
      </w:r>
    </w:p>
    <w:p>
      <w:r>
        <w:rPr>
          <w:b/>
        </w:rPr>
        <w:t xml:space="preserve">[28:59] </w:t>
      </w:r>
      <w:r>
        <w:t>wa raawadat hu allati huwa fi baytihaa 'an nafsihi wa ghallaqat il abwaaba wa qaalat hayta laka qaal ma'aadhallahi innahu rabbi</w:t>
      </w:r>
    </w:p>
    <w:p>
      <w:pPr>
        <w:jc w:val="right"/>
      </w:pPr>
      <w:r>
        <w:t>وراودته التي هو في بيتها عن نفسه وغلقت الابواب وقالت هيت لك قال معاذ اللہ انه ربی</w:t>
      </w:r>
    </w:p>
    <w:p>
      <w:r>
        <w:rPr>
          <w:b/>
        </w:rPr>
        <w:t xml:space="preserve">[29:17] </w:t>
      </w:r>
      <w:r>
        <w:t>ahsana mathwaaya innahu laa yuflihudh dhaalimoon wa laqad hammat bihi wa hamma bihaa law laa</w:t>
      </w:r>
    </w:p>
    <w:p>
      <w:pPr>
        <w:jc w:val="right"/>
      </w:pPr>
      <w:r>
        <w:t>احسن مثواي انه لا يفلح الظالمون ولقد همت به وهم بها لولا</w:t>
      </w:r>
    </w:p>
    <w:p>
      <w:r>
        <w:rPr>
          <w:b/>
        </w:rPr>
        <w:t xml:space="preserve">[29:35] </w:t>
      </w:r>
      <w:r>
        <w:t>an raa burhaana rabbihi fa dhalika li-nasrifa 'anhu as-soo'a wal fahshaa'a</w:t>
      </w:r>
    </w:p>
    <w:p>
      <w:pPr>
        <w:jc w:val="right"/>
      </w:pPr>
      <w:r>
        <w:t>ان راى برهان ربه فذلك لنصرف عنه السوء والفحشاء</w:t>
      </w:r>
    </w:p>
    <w:p>
      <w:r>
        <w:rPr>
          <w:b/>
        </w:rPr>
        <w:t xml:space="preserve">[29:48] </w:t>
      </w:r>
      <w:r>
        <w:t>innahu min 'ibaadina al-mukhlaseen.</w:t>
      </w:r>
    </w:p>
    <w:p>
      <w:pPr>
        <w:jc w:val="right"/>
      </w:pPr>
      <w:r>
        <w:t>انه من عبادنا المخلصين.</w:t>
      </w:r>
    </w:p>
    <w:p>
      <w:r>
        <w:rPr>
          <w:b/>
        </w:rPr>
        <w:t xml:space="preserve">[29:55] </w:t>
      </w:r>
      <w:r>
        <w:t>aur yusuf jis aurat ke ghar mein tha woh is ko phislane lagi aur ek roz darwaze band kar diye aur boli ke aaja yusuf ne kaha khuda ki panah woh mera aqa hai is ne mujh ko achhi tarah rakha hai</w:t>
      </w:r>
    </w:p>
    <w:p>
      <w:pPr>
        <w:jc w:val="right"/>
      </w:pPr>
      <w:r>
        <w:t>اور یوسف جس عورت کے گھر میں تھا وہ اس کو پھسلانے لگی اور ایک روز دروازے بند کر دیے اور بولی کہ اجا یوسف نے کہا خدا کی پناہ وہ میرا اقا ہے اس نے مجھ کو اچھی طرح رکھا ہے</w:t>
      </w:r>
    </w:p>
    <w:p>
      <w:r>
        <w:rPr>
          <w:b/>
        </w:rPr>
        <w:t xml:space="preserve">[30:16] </w:t>
      </w:r>
      <w:r>
        <w:t>beshak zalim log kabhi falah nahi paate aur aurat ne is ka irada kar liya aur woh bhi is ka irada karta agar woh apne rab ki burhan na dekh leta aisa hua taake hum is se burai aur be hayai ko door kar dein</w:t>
      </w:r>
    </w:p>
    <w:p>
      <w:pPr>
        <w:jc w:val="right"/>
      </w:pPr>
      <w:r>
        <w:t>بے شک ظالم لوگ کبھی فلاح نہیں پاتے اور عورت نے اس کا ارادہ کر لیا اور وہ بھی اس کا ارادہ کرتا اگر وہ اپنے رب کی برہان نہ دیکھ لیتا ایسا ہوا تاکہ ہم اس سے برائی اور بے حیائی کو دور کر دیں</w:t>
      </w:r>
    </w:p>
    <w:p>
      <w:r>
        <w:rPr>
          <w:b/>
        </w:rPr>
        <w:t xml:space="preserve">[30:42] </w:t>
      </w:r>
      <w:r>
        <w:t>beshak woh hamare chune hue bando mein se tha.</w:t>
      </w:r>
    </w:p>
    <w:p>
      <w:pPr>
        <w:jc w:val="right"/>
      </w:pPr>
      <w:r>
        <w:t>بے شک وہ ہمارے چنے ہوئے بندوں میں سے تھا۔</w:t>
      </w:r>
    </w:p>
    <w:p>
      <w:r>
        <w:rPr>
          <w:b/>
        </w:rPr>
        <w:t xml:space="preserve">[30:49] </w:t>
      </w:r>
      <w:r>
        <w:t>tashreeh: aziz misr ki biwi zulekha hazrat yusuf par farifta ho gayi woh barabar aap ko phislati rahi yahan tak ke ek roz mauqa pa kar is ne kamre ka darwaza band kar liya.</w:t>
      </w:r>
    </w:p>
    <w:p>
      <w:pPr>
        <w:jc w:val="right"/>
      </w:pPr>
      <w:r>
        <w:t>تشریح: عزیز مصر کی بیوی زلیخہ حضرت یوسف پر فریفتہ ہو گئی وہ برابر آپ کو پھسلاتی رہی یہاں تک کہ ایک روز موقع پا کر اس نے کمرے کا دروازہ بند کر لیا۔</w:t>
      </w:r>
    </w:p>
    <w:p>
      <w:r>
        <w:rPr>
          <w:b/>
        </w:rPr>
        <w:t xml:space="preserve">[31:10] </w:t>
      </w:r>
      <w:r>
        <w:t>ek ghair shadi shuda naujawan ke liye yeh bara nazuk mauqa tha magar hazrat yusuf ne apni fitrat rabbani ko mehfooz rakha tha aur yeh fitrat is waqt hazrat yusuf ke kaam aa gayi.</w:t>
      </w:r>
    </w:p>
    <w:p>
      <w:pPr>
        <w:jc w:val="right"/>
      </w:pPr>
      <w:r>
        <w:t>ایک غیر شادی شدہ نوجوان کے لیے یہ بڑا نازک موقع تھا مگر حضرت یوسف نے اپنی فطرت ربانی کو محفوظ رکھا تھا اور یہ فطرت اس وقت حضرت یوسف کے کام آ گئی۔</w:t>
      </w:r>
    </w:p>
    <w:p>
      <w:r>
        <w:rPr>
          <w:b/>
        </w:rPr>
        <w:t xml:space="preserve">[31:28] </w:t>
      </w:r>
      <w:r>
        <w:t>haq aur nahq bhalai aur burai ko pehchanne ki yeh taqat har aadmi ke andar paidaish tor par maujood hoti hai.</w:t>
      </w:r>
    </w:p>
    <w:p>
      <w:pPr>
        <w:jc w:val="right"/>
      </w:pPr>
      <w:r>
        <w:t>حق اور ناحق بھلائی اور برائی کو پہچاننے کی یہ طاقت ہر آدمی کے اندر پیدائشی طور پر موجود ہوتی ہے۔</w:t>
      </w:r>
    </w:p>
    <w:p>
      <w:r>
        <w:rPr>
          <w:b/>
        </w:rPr>
        <w:t xml:space="preserve">[31:39] </w:t>
      </w:r>
      <w:r>
        <w:t>woh har mauqa par insaan ko mutanbeh karti hai. jo shakhs is ko nazar andaaz kar de us ne goya khuda ki awaaz ko nazar andaaz kar diya.</w:t>
      </w:r>
    </w:p>
    <w:p>
      <w:pPr>
        <w:jc w:val="right"/>
      </w:pPr>
      <w:r>
        <w:t>وہ ہر موقع پر انسان کو متنبہ کرتی ہے۔ جو شخص اس کو نظر انداز کر دے اس نے گویا خدا کی آواز کو نظر انداز کر دیا۔</w:t>
      </w:r>
    </w:p>
    <w:p>
      <w:r>
        <w:rPr>
          <w:b/>
        </w:rPr>
        <w:t xml:space="preserve">[31:52] </w:t>
      </w:r>
      <w:r>
        <w:t>aisa aadmi khuda ki madad se mehroom ho kar dheere dheere apni fitrat ko kamzor kar leta hai. is ke bar aks jo shakhs khudai pukaar ke zahir hote hi us ke aage jhuk jaye</w:t>
      </w:r>
    </w:p>
    <w:p>
      <w:pPr>
        <w:jc w:val="right"/>
      </w:pPr>
      <w:r>
        <w:t>ایسا آدمی خدا کی مدد سے محروم ہو کر دھیرے دھیرے اپنی فطرت کو کمزور کر لیتا ہے۔ اس کے برعکس جو شخص خدائی پکار کے ظاہر ہوتے ہی اس کے آگے جھک جائے</w:t>
      </w:r>
    </w:p>
    <w:p>
      <w:r>
        <w:rPr>
          <w:b/>
        </w:rPr>
        <w:t xml:space="preserve">[32:08] </w:t>
      </w:r>
      <w:r>
        <w:t>khuda ki madad us ki isti'dad badhati rehti hai. woh is qabil ho jata hai ke aindah zyada quwwat ke sath burai ke muqable mein thehr sake.</w:t>
      </w:r>
    </w:p>
    <w:p>
      <w:pPr>
        <w:jc w:val="right"/>
      </w:pPr>
      <w:r>
        <w:t>خدا کی مدد اس کی استعداد بڑھاتی رہتی ہے۔ وہ اس قابل ہو جاتا ہے کہ آئندہ زیادہ قوت کے ساتھ برائی کے مقابلے میں ٹھہر سکے۔</w:t>
      </w:r>
    </w:p>
    <w:p>
      <w:r>
        <w:rPr>
          <w:b/>
        </w:rPr>
        <w:t xml:space="preserve">[32:23] </w:t>
      </w:r>
      <w:r>
        <w:t>hazrat yusuf ko jis cheez ne burai se roka woh haqeeqatan Allah ka darr tha magar zulekha ke liye khuda ka hawala dena us waqt be asar rehta.</w:t>
      </w:r>
    </w:p>
    <w:p>
      <w:pPr>
        <w:jc w:val="right"/>
      </w:pPr>
      <w:r>
        <w:t>حضرت یوسف کو جس چیز نے برائی سے روکا وہ حقیقتاً اللہ کا ڈر تھا مگر زلیخہ کے لیے خدا کا حوالہ دینا اس وقت بے اثر رہتا۔</w:t>
      </w:r>
    </w:p>
    <w:p>
      <w:r>
        <w:rPr>
          <w:b/>
        </w:rPr>
        <w:t xml:space="preserve">[32:38] </w:t>
      </w:r>
      <w:r>
        <w:t>yeh mauqa ailan haq ka nahi tha balkeh ek nazuk soorat-e-haal se apne aap ko bachane ka tha.</w:t>
      </w:r>
    </w:p>
    <w:p>
      <w:pPr>
        <w:jc w:val="right"/>
      </w:pPr>
      <w:r>
        <w:t>یہ موقع اعلان حق کا نہیں تھا بلکہ ایک نازک صورتحال سے اپنے آپ کو بچانے کا تھا۔</w:t>
      </w:r>
    </w:p>
    <w:p>
      <w:r>
        <w:rPr>
          <w:b/>
        </w:rPr>
        <w:t xml:space="preserve">[32:48] </w:t>
      </w:r>
      <w:r>
        <w:t>isi nazakat ki bina par aap ne zulekha ko us ke shohar ka hawala diya.</w:t>
      </w:r>
    </w:p>
    <w:p>
      <w:pPr>
        <w:jc w:val="right"/>
      </w:pPr>
      <w:r>
        <w:t>اسی نزاکت کی بنا پر آپ نے زلیخہ کو اس کے شوہر کا حوالہ دیا۔</w:t>
      </w:r>
    </w:p>
    <w:p>
      <w:r>
        <w:rPr>
          <w:b/>
        </w:rPr>
        <w:t xml:space="preserve">[32:54] </w:t>
      </w:r>
      <w:r>
        <w:t>aap ne farmaya ke woh mera aaqa hai is ne mujhe nihayat izzat ke sath apne ghar mein rakha hai phir kaise mumkin hai ke main apne muhsin ke namoos par hamla karoon.</w:t>
      </w:r>
    </w:p>
    <w:p>
      <w:pPr>
        <w:jc w:val="right"/>
      </w:pPr>
      <w:r>
        <w:t>آپ نے فرمایا کہ وہ میرا اقا ہے اس نے مجھے نہایت عزت کے ساتھ اپنے گھر میں رکھا ہے پھر کیسے ممکن ہے کہ میں اپنے محسن کے ناموس پر حملہ کروں۔</w:t>
      </w:r>
    </w:p>
    <w:p>
      <w:r>
        <w:rPr>
          <w:b/>
        </w:rPr>
        <w:t xml:space="preserve">[33:11] </w:t>
      </w:r>
      <w:r>
        <w:t>wastabaqal bab wa qad qameesahu min dubar</w:t>
      </w:r>
    </w:p>
    <w:p>
      <w:pPr>
        <w:jc w:val="right"/>
      </w:pPr>
      <w:r>
        <w:t>واستبق الباب وقدت قمیصه من دبر</w:t>
      </w:r>
    </w:p>
    <w:p>
      <w:r>
        <w:rPr>
          <w:b/>
        </w:rPr>
        <w:t xml:space="preserve">[33:16] </w:t>
      </w:r>
      <w:r>
        <w:t>wal fa ya sayyiduha ladal bab qalat ma jazaa'u man arada bi ahlika saw'an illa an yusjana aw azabun aleem</w:t>
      </w:r>
    </w:p>
    <w:p>
      <w:pPr>
        <w:jc w:val="right"/>
      </w:pPr>
      <w:r>
        <w:t>والف يا سيدها لدى الباب قالت ما جزاء من اراد باهلك سوءا الا ان يسجن او عذاب اليم</w:t>
      </w:r>
    </w:p>
    <w:p>
      <w:r>
        <w:rPr>
          <w:b/>
        </w:rPr>
        <w:t xml:space="preserve">[33:36] </w:t>
      </w:r>
      <w:r>
        <w:t>qal hi rawadatni an nafsi wa shahida shahidun min ahliha in kana qameesuhu qad min qibali</w:t>
      </w:r>
    </w:p>
    <w:p>
      <w:pPr>
        <w:jc w:val="right"/>
      </w:pPr>
      <w:r>
        <w:t>قال هي راودتني عن نفسي وشهد شاهد من اهلها ان كان قمیصه قد من قبل</w:t>
      </w:r>
    </w:p>
    <w:p>
      <w:r>
        <w:rPr>
          <w:b/>
        </w:rPr>
        <w:t xml:space="preserve">[33:53] </w:t>
      </w:r>
      <w:r>
        <w:t>fasadaqqat wa huwa minal kazibeen wa in kana qameesuhu qad min dubari fakazabat wa huwa minas sadiqeen falamma ra'a qameesahu qad min dubari</w:t>
      </w:r>
    </w:p>
    <w:p>
      <w:pPr>
        <w:jc w:val="right"/>
      </w:pPr>
      <w:r>
        <w:t>فصدقت وهو من الكاذبين وان كان قمیصه قد من دبر فكذبت وهو من الصادقين فلما راى قمیصه قد من دبر</w:t>
      </w:r>
    </w:p>
    <w:p>
      <w:r>
        <w:rPr>
          <w:b/>
        </w:rPr>
        <w:t xml:space="preserve">[34:16] </w:t>
      </w:r>
      <w:r>
        <w:t>qal innahu min kaidikinna kaidukunna azeem</w:t>
      </w:r>
    </w:p>
    <w:p>
      <w:pPr>
        <w:jc w:val="right"/>
      </w:pPr>
      <w:r>
        <w:t>قال انه من كيدكن ان كيدكن عظيم</w:t>
      </w:r>
    </w:p>
    <w:p>
      <w:r>
        <w:rPr>
          <w:b/>
        </w:rPr>
        <w:t xml:space="preserve">[34:28] </w:t>
      </w:r>
      <w:r>
        <w:t>yusufu a'rid an hazal wastaghfir li zanbiki innaki kunti minal khatieen.</w:t>
      </w:r>
    </w:p>
    <w:p>
      <w:pPr>
        <w:jc w:val="right"/>
      </w:pPr>
      <w:r>
        <w:t>يوسف اعرض عن هذا واستغفري لذنبك انك كنت من الخاطئين.</w:t>
      </w:r>
    </w:p>
    <w:p>
      <w:r>
        <w:rPr>
          <w:b/>
        </w:rPr>
        <w:t xml:space="preserve">[34:43] </w:t>
      </w:r>
      <w:r>
        <w:t>aur dono darwaze ki taraf bhage aur aurat ne yusuf ka kurta peechhe se phad diya aur dono ne is ke shohar ko darwaze par paya.</w:t>
      </w:r>
    </w:p>
    <w:p>
      <w:pPr>
        <w:jc w:val="right"/>
      </w:pPr>
      <w:r>
        <w:t>اور دونوں دروازے کی طرف بھاگے اور عورت نے یوسف کا کرتا پیچھے سے پھاڑ دیا اور دونوں نے اس کے شوہر کو دروازے پر پایا۔</w:t>
      </w:r>
    </w:p>
    <w:p>
      <w:r>
        <w:rPr>
          <w:b/>
        </w:rPr>
        <w:t xml:space="preserve">[34:57] </w:t>
      </w:r>
      <w:r>
        <w:t>aurat boli ke jo teri ghar wali ke sath burai ka irada kare us ki saza us ke siwa kya hai ke use qaid kiya jaye ya use sakht azaab diya jaye.</w:t>
      </w:r>
    </w:p>
    <w:p>
      <w:pPr>
        <w:jc w:val="right"/>
      </w:pPr>
      <w:r>
        <w:t>عورت بولی کہ جو تیری گھر والی کے ساتھ برائی کا ارادہ کرے اس کی سزا اس کے سوا کیا ہے کہ اسے قید کیا جائے یا اسے سخت عذاب دیا جائے۔</w:t>
      </w:r>
    </w:p>
    <w:p>
      <w:r>
        <w:rPr>
          <w:b/>
        </w:rPr>
        <w:t xml:space="preserve">[35:12] </w:t>
      </w:r>
      <w:r>
        <w:t>yusuf bola ke isi ne mujhe phislane ki koshish ki aur aurat ke kandhe walon mein se ek shakhs ne gawahi di ke agar is ka kurta aage se phata hua ho to aurat sachi hai aur woh jhoota hai aur agar is ka kurta peechhe se phata hua ho to aurat jhooti hai aur woh sacha hai.</w:t>
      </w:r>
    </w:p>
    <w:p>
      <w:pPr>
        <w:jc w:val="right"/>
      </w:pPr>
      <w:r>
        <w:t>یوسف بولا کہ اسی نے مجھے پھسلانے کی کوشش کی اور عورت کے کندھے والوں میں سے ایک شخص نے گواہی دی کہ اگر اس کا کرتا آگے سے پھٹا ہوا ہو تو عورت سچی ہے اور وہ جھوٹا ہے اور اگر اس کا کرتا پیچھے سے پھٹا ہوا ہو تو عورت جھوٹی ہے اور وہ سچا ہے۔</w:t>
      </w:r>
    </w:p>
    <w:p>
      <w:r>
        <w:rPr>
          <w:b/>
        </w:rPr>
        <w:t xml:space="preserve">[35:38] </w:t>
      </w:r>
      <w:r>
        <w:t>phir jab aziz ne dekha ke is ka kurta peechhe se phata hua hai to us ne kaha ke beshak yeh tum auraton ki chaal hai aur tumhari chaalen bohat badi hoti hain.</w:t>
      </w:r>
    </w:p>
    <w:p>
      <w:pPr>
        <w:jc w:val="right"/>
      </w:pPr>
      <w:r>
        <w:t>پھر جب عزیز نے دیکھا کہ اس کا کرتا پیچھے سے پھٹا ہوا ہے تو اس نے کہا کہ بے شک یہ تم عورتوں کی چال ہے اور تمہاری چالیں بہت بڑی ہوتی ہیں۔</w:t>
      </w:r>
    </w:p>
    <w:p>
      <w:r>
        <w:rPr>
          <w:b/>
        </w:rPr>
        <w:t xml:space="preserve">[35:53] </w:t>
      </w:r>
      <w:r>
        <w:t>yusuf is se darguzar karo aur aye aurat tu apni ghalti ki maafi mang beshak tu hi khatawar thi.</w:t>
      </w:r>
    </w:p>
    <w:p>
      <w:pPr>
        <w:jc w:val="right"/>
      </w:pPr>
      <w:r>
        <w:t>یوسف اس سے درگزر کرو اور اے عورت تو اپنی غلطی کی معافی مانگ بے شک تو ہی خطاوار تھی۔</w:t>
      </w:r>
    </w:p>
    <w:p>
      <w:r>
        <w:rPr>
          <w:b/>
        </w:rPr>
        <w:t xml:space="preserve">[36:07] </w:t>
      </w:r>
      <w:r>
        <w:t>tashreeh: hazrat yusuf apne aap ko bachane ke liye darwaze ki taraf bhage. zulekha bhi un ke peeche daudi aur peeche se aap ka kurta pakad liya.</w:t>
      </w:r>
    </w:p>
    <w:p>
      <w:pPr>
        <w:jc w:val="right"/>
      </w:pPr>
      <w:r>
        <w:t>تشریح: حضرت یوسف اپنے آپ کو بچانے کے لیے دروازے کی طرف بھاگے۔ زلیخہ بھی ان کے پیچھے دوڑی اور پیچھے سے آپ کا کرتا پکڑ لیا۔</w:t>
      </w:r>
    </w:p>
    <w:p>
      <w:r>
        <w:rPr>
          <w:b/>
        </w:rPr>
        <w:t xml:space="preserve">[36:22] </w:t>
      </w:r>
      <w:r>
        <w:t>khanchtan mein peeche ka daman phat gaya. taham hazrat yusuf darwaza khol kar bahar nikalne mein kamyab ho gaye.</w:t>
      </w:r>
    </w:p>
    <w:p>
      <w:pPr>
        <w:jc w:val="right"/>
      </w:pPr>
      <w:r>
        <w:t>کھانچتان میں پیچھے کا دامن پھٹ گیا۔ تاہم حضرت یوسف دروازہ کھول کر باہر نکلنے میں کامیاب ہو گئے۔</w:t>
      </w:r>
    </w:p>
    <w:p>
      <w:r>
        <w:rPr>
          <w:b/>
        </w:rPr>
        <w:t xml:space="preserve">[36:34] </w:t>
      </w:r>
      <w:r>
        <w:t>darwaze ke bahar ittefaq se zulekha ka shohar maujood tha. us ko dekhte hi zulekha ne sari zimmedari hazrat yusuf par daal di.</w:t>
      </w:r>
    </w:p>
    <w:p>
      <w:pPr>
        <w:jc w:val="right"/>
      </w:pPr>
      <w:r>
        <w:t>دروازے کے باہر اتفاق سے زلیخہ کا شوہر موجود تھا۔ اس کو دیکھتے ہی زلیخہ نے ساری ذمہ داری حضرت یوسف پر ڈال دی۔</w:t>
      </w:r>
    </w:p>
    <w:p>
      <w:r>
        <w:rPr>
          <w:b/>
        </w:rPr>
        <w:t xml:space="preserve">[36:47] </w:t>
      </w:r>
      <w:r>
        <w:t>ek lamha pehle woh jis shakhs se izhar-e-mohabbat kar rahi thi ek lamha baad us par jhoota ilzam lagane lagi.</w:t>
      </w:r>
    </w:p>
    <w:p>
      <w:pPr>
        <w:jc w:val="right"/>
      </w:pPr>
      <w:r>
        <w:t>ایک لمحہ پہلے وہ جس شخص سے اظہار محبت کر رہی تھی ایک لمحہ بعد اس پر جھوٹا الزام لگانے لگی۔</w:t>
      </w:r>
    </w:p>
    <w:p>
      <w:r>
        <w:rPr>
          <w:b/>
        </w:rPr>
        <w:t xml:space="preserve">[37:00] </w:t>
      </w:r>
      <w:r>
        <w:t>hazrat yusuf ne bataya ke mamla is ke bilkul bar aks hai. ab sawal yeh tha ke faisla kaise kiya jaye ke ghalati kis ki hai.</w:t>
      </w:r>
    </w:p>
    <w:p>
      <w:pPr>
        <w:jc w:val="right"/>
      </w:pPr>
      <w:r>
        <w:t>حضرت یوسف نے بتایا کہ معاملہ اس کے بالکل برعکس ہے۔ اب سوال یہ تھا کہ فیصلہ کیسے کیا جائے کہ غلطی کس کی ہے۔</w:t>
      </w:r>
    </w:p>
    <w:p>
      <w:r>
        <w:rPr>
          <w:b/>
        </w:rPr>
        <w:t xml:space="preserve">[37:11] </w:t>
      </w:r>
      <w:r>
        <w:t>koi teesra shakhs mauqa par maujood nahi tha jo aini gawah bane. is waqt ghar ke ek samajhdar shakhs ne logon ko rehnumai di.</w:t>
      </w:r>
    </w:p>
    <w:p>
      <w:pPr>
        <w:jc w:val="right"/>
      </w:pPr>
      <w:r>
        <w:t>کوئی تیسرا شخص موقع پر موجود نہیں تھا جو عینی گواہ بنے۔ اس وقت گھر کے ایک سمجھدار شخص نے لوگوں کو رہنمائی دی۔</w:t>
      </w:r>
    </w:p>
    <w:p>
      <w:r>
        <w:rPr>
          <w:b/>
        </w:rPr>
        <w:t xml:space="preserve">[37:28] </w:t>
      </w:r>
      <w:r>
        <w:t>aghlab hai ke yeh shakhs pehle se halaat se ba-khabar tha. neez is ne yeh bhi dekh liya tha ke yusuf ka kurta aage ke bajaye peeche ki taraf se phata hua hai.</w:t>
      </w:r>
    </w:p>
    <w:p>
      <w:pPr>
        <w:jc w:val="right"/>
      </w:pPr>
      <w:r>
        <w:t>اغلب ہے کہ یہ شخص پہلے سے حالات سے باخبر تھا۔ نیز اس نے یہ بھی دیکھ لیا تھا کہ یوسف کا کرتا آگے کے بجائے پیچھے کی طرف سے پھٹا ہوا ہے۔</w:t>
      </w:r>
    </w:p>
    <w:p>
      <w:r>
        <w:rPr>
          <w:b/>
        </w:rPr>
        <w:t xml:space="preserve">[37:42] </w:t>
      </w:r>
      <w:r>
        <w:t>magar is ne apni baat ko aise andaaz mein kaha goya ke woh logon se keh raha hai ke jab aini shahadat maujood nahi hai to qareene ki shahadat dekh kar faisla kar lo.</w:t>
      </w:r>
    </w:p>
    <w:p>
      <w:pPr>
        <w:jc w:val="right"/>
      </w:pPr>
      <w:r>
        <w:t>مگر اس نے اپنی بات کو ایسے انداز میں کہا گویا کہ وہ لوگوں سے کہہ رہا ہے کہ جب عینی شہادت موجود نہیں ہے تو قرینے کی شہادت دیکھ کر فیصلہ کر لو۔</w:t>
      </w:r>
    </w:p>
    <w:p>
      <w:r>
        <w:rPr>
          <w:b/>
        </w:rPr>
        <w:t xml:space="preserve">[37:59] </w:t>
      </w:r>
      <w:r>
        <w:t>aur qareene ki shahadat yeh thi ke hazrat yusuf ka kurta peeche ki janib se phata hua tha.</w:t>
      </w:r>
    </w:p>
    <w:p>
      <w:pPr>
        <w:jc w:val="right"/>
      </w:pPr>
      <w:r>
        <w:t>اور قرینے کی شہادت یہ تھی کہ حضرت یوسف کا کرتا پیچھے کی جانب سے پھٹا ہوا تھا۔</w:t>
      </w:r>
    </w:p>
    <w:p>
      <w:r>
        <w:rPr>
          <w:b/>
        </w:rPr>
        <w:t xml:space="preserve">[38:06] </w:t>
      </w:r>
      <w:r>
        <w:t>yeh wazeh taur par is ka saboot tha ke is mamle mein iqdamm zulaykha ki taraf se hua hai na ke yusuf ki taraf se.</w:t>
      </w:r>
    </w:p>
    <w:p>
      <w:pPr>
        <w:jc w:val="right"/>
      </w:pPr>
      <w:r>
        <w:t>یہ واضح طور پر اس کا ثبوت تھا کہ اس معاملے میں اقدام زلیخہ کی طرف سے ہوا ہے نہ کہ یوسف کی طرف سے۔</w:t>
      </w:r>
    </w:p>
    <w:p>
      <w:r>
        <w:rPr>
          <w:b/>
        </w:rPr>
        <w:t xml:space="preserve">[38:17] </w:t>
      </w:r>
      <w:r>
        <w:t>wa qala niswatun fil madinati imraatul azizi taraudu fataha an nafsihi qad shaghafaha hubba</w:t>
      </w:r>
    </w:p>
    <w:p>
      <w:pPr>
        <w:jc w:val="right"/>
      </w:pPr>
      <w:r>
        <w:t>وقال نسوۃ فی المدینۃ امرات العزیز تراود فتاها عن نفسہ قد شغفها حبا</w:t>
      </w:r>
    </w:p>
    <w:p>
      <w:r>
        <w:rPr>
          <w:b/>
        </w:rPr>
        <w:t xml:space="preserve">[38:30] </w:t>
      </w:r>
      <w:r>
        <w:t>qad shaghafaha hubba inna lanaraha fi dalalin mubeen. falamma sami'at bimakrihin arsalat ilaihin wa a'tadat lahunna muttaka'an wa atat kulla wahidatin</w:t>
      </w:r>
    </w:p>
    <w:p>
      <w:pPr>
        <w:jc w:val="right"/>
      </w:pPr>
      <w:r>
        <w:t>قد شغفها حبا انا لنراها فی ضلال مبین فلما سمعت بمکرهن ارسلت الیهن واعتدت لهن متكئا واتت كل واحده</w:t>
      </w:r>
    </w:p>
    <w:p>
      <w:r>
        <w:rPr>
          <w:b/>
        </w:rPr>
        <w:t xml:space="preserve">[38:55] </w:t>
      </w:r>
      <w:r>
        <w:t>wa atat kulla wahidatin minhunna sikkinan wa qalat ukhruj 'alaihinn. falamma ra'ainahu akbarnahu falamma ra'ainahu</w:t>
      </w:r>
    </w:p>
    <w:p>
      <w:pPr>
        <w:jc w:val="right"/>
      </w:pPr>
      <w:r>
        <w:t>واتت كل واحده منهن سكينا وقالت اخرج عليهن فلما راينه اكبرنه فلما راينه</w:t>
      </w:r>
    </w:p>
    <w:p>
      <w:r>
        <w:rPr>
          <w:b/>
        </w:rPr>
        <w:t xml:space="preserve">[39:14] </w:t>
      </w:r>
      <w:r>
        <w:t>akbarnahu wa qata'na aydihinn wa qulna hasha lillahi wa qulna hasha lillahi ma hadha basharan in hadha illa malakun</w:t>
      </w:r>
    </w:p>
    <w:p>
      <w:pPr>
        <w:jc w:val="right"/>
      </w:pPr>
      <w:r>
        <w:t>اكبرنه وقطعن ايديهن وقلن حاش لله وقلن حاش لله ما هذا بشرا ان هذا الا ملك</w:t>
      </w:r>
    </w:p>
    <w:p>
      <w:r>
        <w:rPr>
          <w:b/>
        </w:rPr>
        <w:t xml:space="preserve">[39:32] </w:t>
      </w:r>
      <w:r>
        <w:t>kareem. qalat fadhalikunnalladhi lumtunnani fih. wa laqad rawadtuhu an nafsihi fasta'sam. wa lain lam yaf'al ma</w:t>
      </w:r>
    </w:p>
    <w:p>
      <w:pPr>
        <w:jc w:val="right"/>
      </w:pPr>
      <w:r>
        <w:t>كريم قالت فذلكن الذي لمتنني فيه ولقد راودته عن نفسه فاستعصم ولئن لم يفعل ما</w:t>
      </w:r>
    </w:p>
    <w:p>
      <w:r>
        <w:rPr>
          <w:b/>
        </w:rPr>
        <w:t xml:space="preserve">[39:50] </w:t>
      </w:r>
      <w:r>
        <w:t>amruhu la yusjananna wa la yakuna</w:t>
      </w:r>
    </w:p>
    <w:p>
      <w:pPr>
        <w:jc w:val="right"/>
      </w:pPr>
      <w:r>
        <w:t>امره ليسجنن وليكون</w:t>
      </w:r>
    </w:p>
    <w:p>
      <w:r>
        <w:rPr>
          <w:b/>
        </w:rPr>
        <w:t xml:space="preserve">[39:55] </w:t>
      </w:r>
      <w:r>
        <w:t>min as saghireena qala rabbi as sijnu ahabbu ilayya mimma yad'oonani</w:t>
      </w:r>
    </w:p>
    <w:p>
      <w:pPr>
        <w:jc w:val="right"/>
      </w:pPr>
      <w:r>
        <w:t>من الصاغرين قال رب السجن احب الي مما يدعونني</w:t>
      </w:r>
    </w:p>
    <w:p>
      <w:r>
        <w:rPr>
          <w:b/>
        </w:rPr>
        <w:t xml:space="preserve">[40:07] </w:t>
      </w:r>
      <w:r>
        <w:t>ilayhi wa illa tasrif anni kaydahunna</w:t>
      </w:r>
    </w:p>
    <w:p>
      <w:pPr>
        <w:jc w:val="right"/>
      </w:pPr>
      <w:r>
        <w:t>اليه والا تصرف عني كيدهن</w:t>
      </w:r>
    </w:p>
    <w:p>
      <w:r>
        <w:rPr>
          <w:b/>
        </w:rPr>
        <w:t xml:space="preserve">[40:13] </w:t>
      </w:r>
      <w:r>
        <w:t>asub ilayhinna wa akun min al jahimeena</w:t>
      </w:r>
    </w:p>
    <w:p>
      <w:pPr>
        <w:jc w:val="right"/>
      </w:pPr>
      <w:r>
        <w:t>اصب اليهن واكن من الجاهلين</w:t>
      </w:r>
    </w:p>
    <w:p>
      <w:r>
        <w:rPr>
          <w:b/>
        </w:rPr>
        <w:t xml:space="preserve">[40:21] </w:t>
      </w:r>
      <w:r>
        <w:t>fastajaba lahu rabbuhu fa sarrafa 'anhu kaydahunn. innahu huwas samee'ul aleem.</w:t>
      </w:r>
    </w:p>
    <w:p>
      <w:pPr>
        <w:jc w:val="right"/>
      </w:pPr>
      <w:r>
        <w:t>فاستجاب له ربه فصرف عنه كيدهن انه هو السميع العليم</w:t>
      </w:r>
    </w:p>
    <w:p>
      <w:r>
        <w:rPr>
          <w:b/>
        </w:rPr>
        <w:t xml:space="preserve">[40:34] </w:t>
      </w:r>
      <w:r>
        <w:t>aur shehar ki auratein kehne lagin ke aziz ki biwi apne naujawan ghulam ke peeche padi hui hai. woh is ki mohabbat mein farifta hai.</w:t>
      </w:r>
    </w:p>
    <w:p>
      <w:pPr>
        <w:jc w:val="right"/>
      </w:pPr>
      <w:r>
        <w:t>اور شہر کی عورتیں کہنے لگیں کہ عزیز کی بیوی اپنے نوجوان غلام کے پیچھے پڑی ہوئی ہے۔ وہ اس کی محبت میں فریفتہ ہے۔</w:t>
      </w:r>
    </w:p>
    <w:p>
      <w:r>
        <w:rPr>
          <w:b/>
        </w:rPr>
        <w:t xml:space="preserve">[40:47] </w:t>
      </w:r>
      <w:r>
        <w:t>hum dekhte hain ke woh khuli hui ghalati par hai.</w:t>
      </w:r>
    </w:p>
    <w:p>
      <w:pPr>
        <w:jc w:val="right"/>
      </w:pPr>
      <w:r>
        <w:t>ہم دیکھتے ہیں کہ وہ کھلی ہوئی غلطی پر ہے۔</w:t>
      </w:r>
    </w:p>
    <w:p>
      <w:r>
        <w:rPr>
          <w:b/>
        </w:rPr>
        <w:t xml:space="preserve">[40:52] </w:t>
      </w:r>
      <w:r>
        <w:t>phir jab is ne un ka fareeb suna to is ne un ko bila bheja aur un ke liye ek majlis tayyar ki aur un mein se har ek ko ek ek chhuri di aur yusuf se kaha ke tum un ke samne aao.</w:t>
      </w:r>
    </w:p>
    <w:p>
      <w:pPr>
        <w:jc w:val="right"/>
      </w:pPr>
      <w:r>
        <w:t>پھر جب اس نے ان کا فریب سنا تو اس نے ان کو بلا بھیجا اور ان کے لیے ایک مجلس تیار کی اور ان میں سے ہر ایک کو ایک ایک چھری دی اور یوسف سے کہا کہ تم ان کے سامنے آؤ۔</w:t>
      </w:r>
    </w:p>
    <w:p>
      <w:r>
        <w:rPr>
          <w:b/>
        </w:rPr>
        <w:t xml:space="preserve">[41:12] </w:t>
      </w:r>
      <w:r>
        <w:t>phir jab auraton ne is ko dekha to woh dang reh gayin aur unhon ne apne hath kaat liye aur unhon ne kaha hasha lillah yeh aadmi nahi yeh to koi buzurg farishta hai.</w:t>
      </w:r>
    </w:p>
    <w:p>
      <w:pPr>
        <w:jc w:val="right"/>
      </w:pPr>
      <w:r>
        <w:t>پھر جب عورتوں نے اس کو دیکھا تو وہ دنگ رہ گئیں اور انہوں نے اپنے ہاتھ کاٹ لیے اور انہوں نے کہا حاشا للہ یہ آدمی نہیں یہ تو کوئی بزرگ فرشتہ ہے۔</w:t>
      </w:r>
    </w:p>
    <w:p>
      <w:r>
        <w:rPr>
          <w:b/>
        </w:rPr>
        <w:t xml:space="preserve">[41:30] </w:t>
      </w:r>
      <w:r>
        <w:t>is ne kaha yeh wohi hai jis ke bare mein tum mujh ko malamat kar rahi ho aur main ne is ko rajane ki koshish ki thi magar woh bach gaya aur agar is ne woh nahi kiya jo main is se keh rahi hoon to woh qaid mein parega aur zaroor be-izzat hoga.</w:t>
      </w:r>
    </w:p>
    <w:p>
      <w:pPr>
        <w:jc w:val="right"/>
      </w:pPr>
      <w:r>
        <w:t>اس نے کہا یہ وہی ہے جس کے بارے میں تم مجھ کو ملامت کر رہی ہو اور میں نے اس کو رجانے کی کوشش کی تھی مگر وہ بچ گیا اور اگر اس نے وہ نہیں کیا جو میں اس سے کہہ رہی ہوں تو وہ قید میں پڑے گا اور ضرور بے عزت ہوگا۔</w:t>
      </w:r>
    </w:p>
    <w:p>
      <w:r>
        <w:rPr>
          <w:b/>
        </w:rPr>
        <w:t xml:space="preserve">[41:53] </w:t>
      </w:r>
      <w:r>
        <w:t>yusuf ne kaha aye mere rab qaid khana mujh ko is cheez se zyada pasand hai jis ki taraf yeh mujhe bula rahi hain aur agar tu ne un ke fareeb ko mujh se daf'a na kiya to main un ki taraf mael ho jaunga aur jahilon mein se ho jaunga.</w:t>
      </w:r>
    </w:p>
    <w:p>
      <w:pPr>
        <w:jc w:val="right"/>
      </w:pPr>
      <w:r>
        <w:t>یوسف نے کہا اے میرے رب قید خانہ مجھ کو اس چیز سے زیادہ پسند ہے جس کی طرف یہ مجھے بلا رہی ہیں اور اگر تو نے ان کے فریب کو مجھ سے دفع نہ کیا تو میں ان کی طرف مائل ہو جاؤں گا اور جاہلوں میں سے ہو جاؤں گا۔</w:t>
      </w:r>
    </w:p>
    <w:p>
      <w:r>
        <w:rPr>
          <w:b/>
        </w:rPr>
        <w:t xml:space="preserve">[42:17] </w:t>
      </w:r>
      <w:r>
        <w:t>pas is ke rab ne is ki dua qubool kar li aur un ke fareeb ko is se daf'a kar diya.</w:t>
      </w:r>
    </w:p>
    <w:p>
      <w:pPr>
        <w:jc w:val="right"/>
      </w:pPr>
      <w:r>
        <w:t>پس اس کے رب نے اس کی دعا قبول کر لی اور ان کے فریب کو اس سے دفع کر دیا۔</w:t>
      </w:r>
    </w:p>
    <w:p>
      <w:r>
        <w:rPr>
          <w:b/>
        </w:rPr>
        <w:t xml:space="preserve">[42:26] </w:t>
      </w:r>
      <w:r>
        <w:t>beshak woh sunne wala aur janne wala hai.</w:t>
      </w:r>
    </w:p>
    <w:p>
      <w:pPr>
        <w:jc w:val="right"/>
      </w:pPr>
      <w:r>
        <w:t>بے شک وہ سننے والا اور جاننے والا ہے۔</w:t>
      </w:r>
    </w:p>
    <w:p>
      <w:r>
        <w:rPr>
          <w:b/>
        </w:rPr>
        <w:t xml:space="preserve">[42:34] </w:t>
      </w:r>
      <w:r>
        <w:t>tashreeh: is qisse mein ek taraf misr ki oonche tabqe ki khawateen theen aur doosri taraf hazrat yusuf.</w:t>
      </w:r>
    </w:p>
    <w:p>
      <w:pPr>
        <w:jc w:val="right"/>
      </w:pPr>
      <w:r>
        <w:t>تشریح: اس قصے میں ایک طرف مصر کی اونچے طبقے کی خواتین تھیں اور دوسری طرف حضرت یوسف۔</w:t>
      </w:r>
    </w:p>
    <w:p>
      <w:r>
        <w:rPr>
          <w:b/>
        </w:rPr>
        <w:t xml:space="preserve">[42:47] </w:t>
      </w:r>
      <w:r>
        <w:t>khawateen aap ko bas ek khoobsurat jawan ki soorat mein dekh rahi theen. isi tarah hazrat yusuf in khawateen ko taskeen nafs ke saman ke roop mein dekh sakte the magar intehai hajaan khez halaat mein bhi aap ne aisa nahi kiya.</w:t>
      </w:r>
    </w:p>
    <w:p>
      <w:pPr>
        <w:jc w:val="right"/>
      </w:pPr>
      <w:r>
        <w:t>خواتین آپ کو بس ایک خوبصورت جوان کی صورت میں دیکھ رہی تھیں۔ اسی طرح حضرت یوسف ان خواتین کو تسکین نفس کے سامان کے روپ میں دیکھ سکتے تھے مگر انتہائی حجان خیز حالات میں بھی آپ نے ایسا نہیں کیا۔</w:t>
      </w:r>
    </w:p>
    <w:p>
      <w:r>
        <w:rPr>
          <w:b/>
        </w:rPr>
        <w:t xml:space="preserve">[43:10] </w:t>
      </w:r>
      <w:r>
        <w:t>khawateen ka haal yeh tha ke woh sab ki sab aap ki pur kashish shakhsiyat ki taraf mutawajjah theen. hatta ke shiddat mahwiyat mein unhon ne chhuri se phal kaatte hue apne hath zakhmi kar liye.</w:t>
      </w:r>
    </w:p>
    <w:p>
      <w:pPr>
        <w:jc w:val="right"/>
      </w:pPr>
      <w:r>
        <w:t>خواتین کا حال یہ تھا کہ وہ سب کی سب آپ کی پرکشش شخصیت کی طرف متوجہ تھیں۔ حتی کہ شدت محویت میں انہوں نے چھری سے پھل کاٹتے ہوئے اپنے ہاتھ زخمی کر لیے۔</w:t>
      </w:r>
    </w:p>
    <w:p>
      <w:r>
        <w:rPr>
          <w:b/>
        </w:rPr>
        <w:t xml:space="preserve">[43:27] </w:t>
      </w:r>
      <w:r>
        <w:t>magar hazrat yusuf apni tamam tar tawajjah khuda ki taraf lagaye hue the.</w:t>
      </w:r>
    </w:p>
    <w:p>
      <w:pPr>
        <w:jc w:val="right"/>
      </w:pPr>
      <w:r>
        <w:t>مگر حضرت یوسف اپنی تمام تر توجہ خدا کی طرف لگائے ہوئے تھے۔</w:t>
      </w:r>
    </w:p>
    <w:p>
      <w:r>
        <w:rPr>
          <w:b/>
        </w:rPr>
        <w:t xml:space="preserve">[43:33] </w:t>
      </w:r>
      <w:r>
        <w:t>khuda ki azmat kibriyai ka ehsas aap ke upar itna ghalib aa chuka tha ke koi doosri cheez aap ko apni taraf mutawajjah karne mein kamyab na ho saki.</w:t>
      </w:r>
    </w:p>
    <w:p>
      <w:pPr>
        <w:jc w:val="right"/>
      </w:pPr>
      <w:r>
        <w:t>خدا کی عظمت کبریائی کا احساس آپ کے اوپر اتنا غالب آ چکا تھا کہ کوئی دوسری چیز آپ کو اپنی طرف متوجہ کرنے میں کامیاب نہ ہو سکی۔</w:t>
      </w:r>
    </w:p>
    <w:p>
      <w:r>
        <w:rPr>
          <w:b/>
        </w:rPr>
        <w:t xml:space="preserve">[43:48] </w:t>
      </w:r>
      <w:r>
        <w:t>kitna farq hai</w:t>
      </w:r>
    </w:p>
    <w:p>
      <w:pPr>
        <w:jc w:val="right"/>
      </w:pPr>
      <w:r>
        <w:t>کتنا فرق ہے</w:t>
      </w:r>
    </w:p>
    <w:p>
      <w:r>
        <w:rPr>
          <w:b/>
        </w:rPr>
        <w:t xml:space="preserve">[43:50] </w:t>
      </w:r>
      <w:r>
        <w:t>ek insan aur doosre insan mein.</w:t>
      </w:r>
    </w:p>
    <w:p>
      <w:pPr>
        <w:jc w:val="right"/>
      </w:pPr>
      <w:r>
        <w:t>ایک انسان اور دوسرے انسان میں۔</w:t>
      </w:r>
    </w:p>
    <w:p>
      <w:r>
        <w:rPr>
          <w:b/>
        </w:rPr>
        <w:t xml:space="preserve">[43:56] </w:t>
      </w:r>
      <w:r>
        <w:t>ثم بدالهم من بعد ما رأوا الآيات ليسجننه حتى حين ودخل معه السجن فتيان قال أحدهما</w:t>
      </w:r>
    </w:p>
    <w:p>
      <w:pPr>
        <w:jc w:val="right"/>
      </w:pPr>
      <w:r>
        <w:t>ثم بدالهم من بعد ما رأوا الآيات ليسجننه حتى حين ودخل معه السجن فتيان قال أحدهما</w:t>
      </w:r>
    </w:p>
    <w:p>
      <w:r>
        <w:rPr>
          <w:b/>
        </w:rPr>
        <w:t xml:space="preserve">[44:15] </w:t>
      </w:r>
      <w:r>
        <w:t>إني أراني أعصر خمرا وقال الآخر إني أراني أحمل فوق رأسي خبزا</w:t>
      </w:r>
    </w:p>
    <w:p>
      <w:pPr>
        <w:jc w:val="right"/>
      </w:pPr>
      <w:r>
        <w:t>إني أراني أعصر خمرا وقال الآخر إني أراني أحمل فوق رأسي خبزا</w:t>
      </w:r>
    </w:p>
    <w:p>
      <w:r>
        <w:rPr>
          <w:b/>
        </w:rPr>
        <w:t xml:space="preserve">[44:34] </w:t>
      </w:r>
      <w:r>
        <w:t>تأكل الطير منه</w:t>
      </w:r>
    </w:p>
    <w:p>
      <w:pPr>
        <w:jc w:val="right"/>
      </w:pPr>
      <w:r>
        <w:t>تأكل الطير منه</w:t>
      </w:r>
    </w:p>
    <w:p>
      <w:r>
        <w:rPr>
          <w:b/>
        </w:rPr>
        <w:t xml:space="preserve">[44:37] </w:t>
      </w:r>
      <w:r>
        <w:t>نبئنا بتأويله إنا نراك من المحسنين.</w:t>
      </w:r>
    </w:p>
    <w:p>
      <w:pPr>
        <w:jc w:val="right"/>
      </w:pPr>
      <w:r>
        <w:t>نبئنا بتأويله إنا نراك من المحسنين.</w:t>
      </w:r>
    </w:p>
    <w:p>
      <w:r>
        <w:rPr>
          <w:b/>
        </w:rPr>
        <w:t xml:space="preserve">[44:48] </w:t>
      </w:r>
      <w:r>
        <w:t>phir nishaniyan dekh lene ke baad un logon ki samajh mein aaya ke ek muddat ke liye is ko qaid kar dein.</w:t>
      </w:r>
    </w:p>
    <w:p>
      <w:pPr>
        <w:jc w:val="right"/>
      </w:pPr>
      <w:r>
        <w:t>پھر نشانیاں دیکھ لینے کے بعد ان لوگوں کی سمجھ میں آیا کہ ایک مدت کے لیے اس کو قید کر دیں۔</w:t>
      </w:r>
    </w:p>
    <w:p>
      <w:r>
        <w:rPr>
          <w:b/>
        </w:rPr>
        <w:t xml:space="preserve">[44:57] </w:t>
      </w:r>
      <w:r>
        <w:t>aur qaid khane mein is ke sath do aur jawan dakhil hue.</w:t>
      </w:r>
    </w:p>
    <w:p>
      <w:pPr>
        <w:jc w:val="right"/>
      </w:pPr>
      <w:r>
        <w:t>اور قید خانے میں اس کے ساتھ دو اور جوان داخل ہوئے۔</w:t>
      </w:r>
    </w:p>
    <w:p>
      <w:r>
        <w:rPr>
          <w:b/>
        </w:rPr>
        <w:t xml:space="preserve">[45:03] </w:t>
      </w:r>
      <w:r>
        <w:t>un mein se ek ne ek roz kaha ke main khwab mein dekhta hoon ke main sharab nichor raha hoon.</w:t>
      </w:r>
    </w:p>
    <w:p>
      <w:pPr>
        <w:jc w:val="right"/>
      </w:pPr>
      <w:r>
        <w:t>ان میں سے ایک نے ایک روز کہا کہ میں خواب میں دیکھتا ہوں کہ میں شراب نچوڑ رہا ہوں۔</w:t>
      </w:r>
    </w:p>
    <w:p>
      <w:r>
        <w:rPr>
          <w:b/>
        </w:rPr>
        <w:t xml:space="preserve">[45:12] </w:t>
      </w:r>
      <w:r>
        <w:t>aur doosre ne kaha ke main khwab mein dekhta hoon ke apne sar par rotti uthaye hue hoon jis mein se chidiyan kha rahi hain.</w:t>
      </w:r>
    </w:p>
    <w:p>
      <w:pPr>
        <w:jc w:val="right"/>
      </w:pPr>
      <w:r>
        <w:t>اور دوسرے نے کہا کہ میں خواب میں دیکھتا ہوں کہ اپنے سر پر روٹی اٹھائے ہوئے ہوں جس میں سے چڑیاں کھا رہی ہیں۔</w:t>
      </w:r>
    </w:p>
    <w:p>
      <w:r>
        <w:rPr>
          <w:b/>
        </w:rPr>
        <w:t xml:space="preserve">[45:24] </w:t>
      </w:r>
      <w:r>
        <w:t>hum ko is ki taabeer batao. hum dekhte hain ke tum nek logon mein se ho.</w:t>
      </w:r>
    </w:p>
    <w:p>
      <w:pPr>
        <w:jc w:val="right"/>
      </w:pPr>
      <w:r>
        <w:t>ہم کو اس کی تعبیر بتاؤ۔ ہم دیکھتے ہیں کہ تم نیک لوگوں میں سے ہو۔</w:t>
      </w:r>
    </w:p>
    <w:p>
      <w:r>
        <w:rPr>
          <w:b/>
        </w:rPr>
        <w:t xml:space="preserve">[45:34] </w:t>
      </w:r>
      <w:r>
        <w:t>tashreeh: misr ke aala tabqe ki khawateen jab hazrat yusuf ko apni taraf raghib na kar saken to is ke baad unhon ne aap ke liye jo maqam pasand kiya woh qaid khana tha.</w:t>
      </w:r>
    </w:p>
    <w:p>
      <w:pPr>
        <w:jc w:val="right"/>
      </w:pPr>
      <w:r>
        <w:t>تشریح: مصر کے اعلیٰ طبقے کی خواتین جب حضرت یوسف کو اپنی طرف راغب نہ کر سکیں تو اس کے بعد انہوں نے آپ کے لیے جو مقام پسند کیا وہ قید خانہ تھا۔</w:t>
      </w:r>
    </w:p>
    <w:p>
      <w:r>
        <w:rPr>
          <w:b/>
        </w:rPr>
        <w:t xml:space="preserve">[45:50] </w:t>
      </w:r>
      <w:r>
        <w:t>chunki is waqt aap ki hesiyat ek ghulam ki thi is liye qadeem riwaj ke mutabiq aap ko qaid khane bhejane ke liye kisi adalti karrawai ki zaroorat na thi.</w:t>
      </w:r>
    </w:p>
    <w:p>
      <w:pPr>
        <w:jc w:val="right"/>
      </w:pPr>
      <w:r>
        <w:t>چونکہ اس وقت آپ کی حیثیت ایک غلام کی تھی اس لیے قدیم رواج کے مطابق آپ کو قید خانہ بھیجنے کے لیے کسی عدالتی کارروائی کی ضرورت نہ تھی۔</w:t>
      </w:r>
    </w:p>
    <w:p>
      <w:r>
        <w:rPr>
          <w:b/>
        </w:rPr>
        <w:t xml:space="preserve">[46:05] </w:t>
      </w:r>
      <w:r>
        <w:t>aap ka aaqa khud apne faisle se aap ko qaid khane mein dalne ka ikhtiyar rakhta tha.</w:t>
      </w:r>
    </w:p>
    <w:p>
      <w:pPr>
        <w:jc w:val="right"/>
      </w:pPr>
      <w:r>
        <w:t>آپ کا آقا خود اپنے فیصلے سے آپ کو قید خانے میں ڈالنے کا اختیار رکھتا تھا۔</w:t>
      </w:r>
    </w:p>
    <w:p>
      <w:r>
        <w:rPr>
          <w:b/>
        </w:rPr>
        <w:t xml:space="preserve">[46:15] </w:t>
      </w:r>
      <w:r>
        <w:t>magar qaid khana aap ke liye naya azeem tar zeena ban gaya. ab tak aisa tha ke misr ke ek ya chand afsaron ke gharane aap se mutaarif hue the.</w:t>
      </w:r>
    </w:p>
    <w:p>
      <w:pPr>
        <w:jc w:val="right"/>
      </w:pPr>
      <w:r>
        <w:t>مگر قید خانہ آپ کے لیے نیا عظیم تر زینہ بن گیا۔ اب تک ایسا تھا کہ مصر کے ایک یا چند افسروں کے گھرانے آپ سے متعارف ہوئے تھے۔</w:t>
      </w:r>
    </w:p>
    <w:p>
      <w:r>
        <w:rPr>
          <w:b/>
        </w:rPr>
        <w:t xml:space="preserve">[46:29] </w:t>
      </w:r>
      <w:r>
        <w:t>ab is ka imkan paida ho gaya ke aap ki shakhsiyat ka charcha khud badshah misr tak pahunche.</w:t>
      </w:r>
    </w:p>
    <w:p>
      <w:pPr>
        <w:jc w:val="right"/>
      </w:pPr>
      <w:r>
        <w:t>اب اس کا امکان پیدا ہو گیا کہ آپ کی شخصیت کا چرچہ خود بادشاہ مصر تک پہنچے۔</w:t>
      </w:r>
    </w:p>
    <w:p>
      <w:r>
        <w:rPr>
          <w:b/>
        </w:rPr>
        <w:t xml:space="preserve">[46:37] </w:t>
      </w:r>
      <w:r>
        <w:t>is ki soorat yeh hui ke aap jis qaid khane mein rakhe gaye us mein do aur naujawan qaid ho kar aaye.</w:t>
      </w:r>
    </w:p>
    <w:p>
      <w:pPr>
        <w:jc w:val="right"/>
      </w:pPr>
      <w:r>
        <w:t>اس کی صورت یہ ہوئی کہ آپ جس قید خانے میں رکھے گئے اس میں دو اور نوجوان قید ہو کر آئے۔</w:t>
      </w:r>
    </w:p>
    <w:p>
      <w:r>
        <w:rPr>
          <w:b/>
        </w:rPr>
        <w:t xml:space="preserve">[46:46] </w:t>
      </w:r>
      <w:r>
        <w:t>yeh dono shahi mahal se talluq rakhte the. in dono ne qaid khane mein khwab dekhe aur aap se is ki taabeer poochhi.</w:t>
      </w:r>
    </w:p>
    <w:p>
      <w:pPr>
        <w:jc w:val="right"/>
      </w:pPr>
      <w:r>
        <w:t>یہ دونوں شاہی محل سے تعلق رکھتے تھے۔ ان دونوں نے قید خانے میں خواب دیکھے اور آپ سے اس کی تعبیر پوچھی۔</w:t>
      </w:r>
    </w:p>
    <w:p>
      <w:r>
        <w:rPr>
          <w:b/>
        </w:rPr>
        <w:t xml:space="preserve">[46:59] </w:t>
      </w:r>
      <w:r>
        <w:t>aap ne unhein khwab ki taabeer bata di. yeh taabeer bilkul sahih sabit hui.</w:t>
      </w:r>
    </w:p>
    <w:p>
      <w:pPr>
        <w:jc w:val="right"/>
      </w:pPr>
      <w:r>
        <w:t>آپ نے انہیں خواب کی تعبیر بتا دی۔ یہ تعبیر بالکل صحیح ثابت ہوئی۔</w:t>
      </w:r>
    </w:p>
    <w:p>
      <w:r>
        <w:rPr>
          <w:b/>
        </w:rPr>
        <w:t xml:space="preserve">[47:06] </w:t>
      </w:r>
      <w:r>
        <w:t>is ke baad in mein se ek qaid khane se chhoot kar dobara shahi mahal mein pahuncha to us ne ek mauqe par badshah se bataya ke qaid khane mein ek aisa nek insan hai jo khwab ki bilkul sahih taabeer batata hai.</w:t>
      </w:r>
    </w:p>
    <w:p>
      <w:pPr>
        <w:jc w:val="right"/>
      </w:pPr>
      <w:r>
        <w:t>اس کے بعد ان میں سے ایک قید خانے سے چھوٹ کر دوبارہ شاہی محل میں پہنچا تو اس نے ایک موقع پر بادشاہ سے بتایا کہ قید خانے میں ایک ایسا نیک انسان ہے جو خواب کی بالکل صحیح تعبیر بتاتا ہے۔</w:t>
      </w:r>
    </w:p>
    <w:p>
      <w:r>
        <w:rPr>
          <w:b/>
        </w:rPr>
        <w:t xml:space="preserve">[47:28] </w:t>
      </w:r>
      <w:r>
        <w:t>is tarah aap ka qaid hona aap ke liye shahi mahal tak rasai ka ibtidai zeena ban gaya.</w:t>
      </w:r>
    </w:p>
    <w:p>
      <w:pPr>
        <w:jc w:val="right"/>
      </w:pPr>
      <w:r>
        <w:t>اس طرح آپ کا قید ہونا آپ کے لیے شاہی محل تک رسائی کا ابتدائی زینہ بن گیا۔</w:t>
      </w:r>
    </w:p>
    <w:p>
      <w:r>
        <w:rPr>
          <w:b/>
        </w:rPr>
        <w:t xml:space="preserve">[47:40] </w:t>
      </w:r>
      <w:r>
        <w:t>قال لا يأتيكما طعام ترزقانه الا نباتكما بتأويله قبل ان يأتيكما ذلكما مما علمني ربي</w:t>
      </w:r>
    </w:p>
    <w:p>
      <w:pPr>
        <w:jc w:val="right"/>
      </w:pPr>
      <w:r>
        <w:t>قال لا يأتيكما طعام ترزقانه الا نباتكما بتأويله قبل ان يأتيكما ذلكما مما علمني ربي</w:t>
      </w:r>
    </w:p>
    <w:p>
      <w:r>
        <w:rPr>
          <w:b/>
        </w:rPr>
        <w:t xml:space="preserve">[48:00] </w:t>
      </w:r>
      <w:r>
        <w:t>اني تركت ملة قوم لا يؤمنون بالله وهم بالآخرة هم كافرون واتبعت ملة آبائي</w:t>
      </w:r>
    </w:p>
    <w:p>
      <w:pPr>
        <w:jc w:val="right"/>
      </w:pPr>
      <w:r>
        <w:t>اني تركت ملة قوم لا يؤمنون بالله وهم بالآخرة هم كافرون واتبعت ملة آبائي</w:t>
      </w:r>
    </w:p>
    <w:p>
      <w:r>
        <w:rPr>
          <w:b/>
        </w:rPr>
        <w:t xml:space="preserve">[48:18] </w:t>
      </w:r>
      <w:r>
        <w:t>إبراهيم وإسحاق ويعقوب</w:t>
      </w:r>
    </w:p>
    <w:p>
      <w:pPr>
        <w:jc w:val="right"/>
      </w:pPr>
      <w:r>
        <w:t>إبراهيم وإسحاق ويعقوب</w:t>
      </w:r>
    </w:p>
    <w:p>
      <w:r>
        <w:rPr>
          <w:b/>
        </w:rPr>
        <w:t xml:space="preserve">[48:25] </w:t>
      </w:r>
      <w:r>
        <w:t>ma kan lana an nushrika billahi min shay'in dhalika min fadlillahi 'alayna wa 'alan nasi walakin</w:t>
      </w:r>
    </w:p>
    <w:p>
      <w:pPr>
        <w:jc w:val="right"/>
      </w:pPr>
      <w:r>
        <w:t>ما كان لنا أن نشرك بالله من شيء ذلك من فضل الله علينا وعلى الناس ولكن</w:t>
      </w:r>
    </w:p>
    <w:p>
      <w:r>
        <w:rPr>
          <w:b/>
        </w:rPr>
        <w:t xml:space="preserve">[48:43] </w:t>
      </w:r>
      <w:r>
        <w:t>aktharun nasi la yashkurun ya sahbayis sijni a'arbabun mutafarriqqun khayrun amillahu alwahidul qahhar</w:t>
      </w:r>
    </w:p>
    <w:p>
      <w:pPr>
        <w:jc w:val="right"/>
      </w:pPr>
      <w:r>
        <w:t>أكثر الناس لا يشكرون يا صاحبي السجن أأرباب متفرقون خير أم الله الواحد القهار</w:t>
      </w:r>
    </w:p>
    <w:p>
      <w:r>
        <w:rPr>
          <w:b/>
        </w:rPr>
        <w:t xml:space="preserve">[49:01] </w:t>
      </w:r>
      <w:r>
        <w:t>ma ta'buduna min doonihi illa asmaa'in</w:t>
      </w:r>
    </w:p>
    <w:p>
      <w:pPr>
        <w:jc w:val="right"/>
      </w:pPr>
      <w:r>
        <w:t>ما تعبدون من دونه إلا أسماء</w:t>
      </w:r>
    </w:p>
    <w:p>
      <w:r>
        <w:rPr>
          <w:b/>
        </w:rPr>
        <w:t xml:space="preserve">[49:12] </w:t>
      </w:r>
      <w:r>
        <w:t>sammaytumuuha antum wa aabaa'ukum sammaytumuuha</w:t>
      </w:r>
    </w:p>
    <w:p>
      <w:pPr>
        <w:jc w:val="right"/>
      </w:pPr>
      <w:r>
        <w:t>سميتموها أنتم وآباؤكم سميتموها</w:t>
      </w:r>
    </w:p>
    <w:p>
      <w:r>
        <w:rPr>
          <w:b/>
        </w:rPr>
        <w:t xml:space="preserve">[49:27] </w:t>
      </w:r>
      <w:r>
        <w:t>antum wa aabaa'ukum ma anzala allah biha min sultanin</w:t>
      </w:r>
    </w:p>
    <w:p>
      <w:pPr>
        <w:jc w:val="right"/>
      </w:pPr>
      <w:r>
        <w:t>أنتم وآباؤكم ما أنزل الله بها من سلطان</w:t>
      </w:r>
    </w:p>
    <w:p>
      <w:r>
        <w:rPr>
          <w:b/>
        </w:rPr>
        <w:t xml:space="preserve">[49:41] </w:t>
      </w:r>
      <w:r>
        <w:t>inil hukmu illa lillah amara alla ta'budu illa iyyahu dhalikad dinul qayyim walakin</w:t>
      </w:r>
    </w:p>
    <w:p>
      <w:pPr>
        <w:jc w:val="right"/>
      </w:pPr>
      <w:r>
        <w:t>إن الحكم إلا لله أمر ألا تعبدوا إلا إياه ذلك الدين القيم ولكن</w:t>
      </w:r>
    </w:p>
    <w:p>
      <w:r>
        <w:rPr>
          <w:b/>
        </w:rPr>
        <w:t xml:space="preserve">[50:00] </w:t>
      </w:r>
      <w:r>
        <w:t>aktharun nasi la ya'lamun</w:t>
      </w:r>
    </w:p>
    <w:p>
      <w:pPr>
        <w:jc w:val="right"/>
      </w:pPr>
      <w:r>
        <w:t>أكثر الناس لا يعلمون</w:t>
      </w:r>
    </w:p>
    <w:p>
      <w:r>
        <w:rPr>
          <w:b/>
        </w:rPr>
        <w:t xml:space="preserve">[50:06] </w:t>
      </w:r>
      <w:r>
        <w:t>yusuf ne kaha jo khana tum ko milta hai us ke aane se pehle mein tumhein in khwabon ki taabeer bata doonga.</w:t>
      </w:r>
    </w:p>
    <w:p>
      <w:pPr>
        <w:jc w:val="right"/>
      </w:pPr>
      <w:r>
        <w:t>یوسف نے کہا جو کھانا تم کو ملتا ہے اس کے آنے سے پہلے میں تمہیں ان خوابوں کی تعبیر بتا دوں گا۔</w:t>
      </w:r>
    </w:p>
    <w:p>
      <w:r>
        <w:rPr>
          <w:b/>
        </w:rPr>
        <w:t xml:space="preserve">[50:18] </w:t>
      </w:r>
      <w:r>
        <w:t>yeh us ilm mein se hai jo mere rab ne mujhe sikhaya hai.</w:t>
      </w:r>
    </w:p>
    <w:p>
      <w:pPr>
        <w:jc w:val="right"/>
      </w:pPr>
      <w:r>
        <w:t>یہ اس علم میں سے ہے جو میرے رب نے مجھے سکھایا ہے۔</w:t>
      </w:r>
    </w:p>
    <w:p>
      <w:r>
        <w:rPr>
          <w:b/>
        </w:rPr>
        <w:t xml:space="preserve">[50:23] </w:t>
      </w:r>
      <w:r>
        <w:t>maine un logon ke mazhab ko choda jo allah par iman nahi laate aur woh log aakhirat ke munkir hain.</w:t>
      </w:r>
    </w:p>
    <w:p>
      <w:pPr>
        <w:jc w:val="right"/>
      </w:pPr>
      <w:r>
        <w:t>میں نے ان لوگوں کے مذہب کو چھوڑا جو اللہ پر ایمان نہیں لاتے اور وہ لوگ آخرت کے منکر ہیں۔</w:t>
      </w:r>
    </w:p>
    <w:p>
      <w:r>
        <w:rPr>
          <w:b/>
        </w:rPr>
        <w:t xml:space="preserve">[50:34] </w:t>
      </w:r>
      <w:r>
        <w:t>aur maine apne buzurgon ibrahim aur ishaq aur yaqoob ke mazhab ki pairwi ki. hum ko yeh haq nahi ke hum kisi cheez ko allah ka shareek thahrayein.</w:t>
      </w:r>
    </w:p>
    <w:p>
      <w:pPr>
        <w:jc w:val="right"/>
      </w:pPr>
      <w:r>
        <w:t>اور میں نے اپنے بزرگوں ابراہیم اور اسحاق اور یعقوب کے مذہب کی پیروی کی۔ ہم کو یہ حق نہیں کہ ہم کسی چیز کو اللہ کا شریک ٹھہرائیں۔</w:t>
      </w:r>
    </w:p>
    <w:p>
      <w:r>
        <w:rPr>
          <w:b/>
        </w:rPr>
        <w:t xml:space="preserve">[50:51] </w:t>
      </w:r>
      <w:r>
        <w:t>yeh allah ka fazl hai hamare upar aur sab logon ke upar magar aksar log shukr nahi karte.</w:t>
      </w:r>
    </w:p>
    <w:p>
      <w:pPr>
        <w:jc w:val="right"/>
      </w:pPr>
      <w:r>
        <w:t>یہ اللہ کا فضل ہے ہمارے اوپر اور سب لوگوں کے اوپر مگر اکثر لوگ شکر نہیں کرتے۔</w:t>
      </w:r>
    </w:p>
    <w:p>
      <w:r>
        <w:rPr>
          <w:b/>
        </w:rPr>
        <w:t xml:space="preserve">[51:03] </w:t>
      </w:r>
      <w:r>
        <w:t>ae mere jail ke saahibiyon! kya juda juda kai maabood behtar hain ya allah akela zabardast?</w:t>
      </w:r>
    </w:p>
    <w:p>
      <w:pPr>
        <w:jc w:val="right"/>
      </w:pPr>
      <w:r>
        <w:t>اے میرے جیل کے ساتھیوں! کیا جدا جدا کئی معبود بہتر ہیں یا اللہ اکیلا زبردست؟</w:t>
      </w:r>
    </w:p>
    <w:p>
      <w:r>
        <w:rPr>
          <w:b/>
        </w:rPr>
        <w:t xml:space="preserve">[51:14] </w:t>
      </w:r>
      <w:r>
        <w:t>tum us ke siwa nahi poochtay magar kuch naamon ko jo tum ne aur tumhare baap dada ne rakh liye hain.</w:t>
      </w:r>
    </w:p>
    <w:p>
      <w:pPr>
        <w:jc w:val="right"/>
      </w:pPr>
      <w:r>
        <w:t>تم اس کے سوا نہیں پوچھتے مگر کچھ ناموں کو جو تم نے اور تمہارے باپ دادا نے رکھ لیے ہیں۔</w:t>
      </w:r>
    </w:p>
    <w:p>
      <w:r>
        <w:rPr>
          <w:b/>
        </w:rPr>
        <w:t xml:space="preserve">[51:25] </w:t>
      </w:r>
      <w:r>
        <w:t>allah ne us ki koi sand nahi utari. iqtidaar sirf allah ke liye hai. us ne hukum diya hai ke us ke siwa kisi ki ibadat na karo.</w:t>
      </w:r>
    </w:p>
    <w:p>
      <w:pPr>
        <w:jc w:val="right"/>
      </w:pPr>
      <w:r>
        <w:t>اللہ نے اس کی کوئی سند نہیں اتاری۔ اقتدار صرف اللہ کے لیے ہے۔ اس نے حکم دیا ہے کہ اس کے سوا کسی کی عبادت نہ کرو۔</w:t>
      </w:r>
    </w:p>
    <w:p>
      <w:r>
        <w:rPr>
          <w:b/>
        </w:rPr>
        <w:t xml:space="preserve">[51:40] </w:t>
      </w:r>
      <w:r>
        <w:t>yahi seedha deen hai magar bohat log nahi jaantay.</w:t>
      </w:r>
    </w:p>
    <w:p>
      <w:pPr>
        <w:jc w:val="right"/>
      </w:pPr>
      <w:r>
        <w:t>یہی سیدھا دین ہے مگر بہت لوگ نہیں جانتے۔</w:t>
      </w:r>
    </w:p>
    <w:p>
      <w:r>
        <w:rPr>
          <w:b/>
        </w:rPr>
        <w:t xml:space="preserve">[51:48] </w:t>
      </w:r>
      <w:r>
        <w:t>tashreeh: naujawan qaidiyon ne apne khwab ki taabeer janne ke liye hazrat yusuf se rujoo kiya.</w:t>
      </w:r>
    </w:p>
    <w:p>
      <w:pPr>
        <w:jc w:val="right"/>
      </w:pPr>
      <w:r>
        <w:t>تشریح: نوجوان قیدیوں نے اپنے خواب کی تعبیر جاننے کے لیے حضرت یوسف سے رجوع کیا۔</w:t>
      </w:r>
    </w:p>
    <w:p>
      <w:r>
        <w:rPr>
          <w:b/>
        </w:rPr>
        <w:t xml:space="preserve">[51:59] </w:t>
      </w:r>
      <w:r>
        <w:t>unhon ne jis andaaz se sawal kiya us se saaf zahir ho raha tha ke woh aap ki shakhsiyat se mutaasir hain aur aap ki rai par aitmad karte hain.</w:t>
      </w:r>
    </w:p>
    <w:p>
      <w:pPr>
        <w:jc w:val="right"/>
      </w:pPr>
      <w:r>
        <w:t>انہوں نے جس انداز سے سوال کیا اس سے صاف ظاہر ہو رہا تھا کہ وہ آپ کی شخصیت سے متاثر ہیں اور آپ کی رائے پر اعتماد کرتے ہیں۔</w:t>
      </w:r>
    </w:p>
    <w:p>
      <w:r>
        <w:rPr>
          <w:b/>
        </w:rPr>
        <w:t xml:space="preserve">[52:15] </w:t>
      </w:r>
      <w:r>
        <w:t>hazrat yusuf jaise naik aur ba-wusool insaan ke saath ek arsay tak rehne ke baad aisa hona bilkul fitri tha.</w:t>
      </w:r>
    </w:p>
    <w:p>
      <w:pPr>
        <w:jc w:val="right"/>
      </w:pPr>
      <w:r>
        <w:t>حضرت یوسف جیسے نیک اور باوصول انسان کے ساتھ ایک عرصے تک رہنے کے بعد ایسا ہونا بالکل فطری تھا۔</w:t>
      </w:r>
    </w:p>
    <w:p>
      <w:r>
        <w:rPr>
          <w:b/>
        </w:rPr>
        <w:t xml:space="preserve">[52:28] </w:t>
      </w:r>
      <w:r>
        <w:t>hazrat yusuf ke da'wati jazbe ne foran mehsoos kar liya ke yeh behtareen mauqa hai ke in naujawanon ko deen-e-haq ka paigham pohanchaya jaye.</w:t>
      </w:r>
    </w:p>
    <w:p>
      <w:pPr>
        <w:jc w:val="right"/>
      </w:pPr>
      <w:r>
        <w:t>حضرت یوسف کے دعوتی جذبے نے فوراً محسوس کر لیا کہ یہ بہترین موقع ہے کہ ان نوجوانوں کو دین حق کا پیغام پہنچایا جائے۔</w:t>
      </w:r>
    </w:p>
    <w:p>
      <w:r>
        <w:rPr>
          <w:b/>
        </w:rPr>
        <w:t xml:space="preserve">[52:42] </w:t>
      </w:r>
      <w:r>
        <w:t>magar khwab ki taabeer foran bata dene ke baad un ki tawajjah aap ki taraf se hat jati.</w:t>
      </w:r>
    </w:p>
    <w:p>
      <w:pPr>
        <w:jc w:val="right"/>
      </w:pPr>
      <w:r>
        <w:t>مگر خواب کی تعبیر فوراً بتا دینے کے بعد ان کی توجہ آپ کی طرف سے ہٹ جاتی۔</w:t>
      </w:r>
    </w:p>
    <w:p>
      <w:r>
        <w:rPr>
          <w:b/>
        </w:rPr>
        <w:t xml:space="preserve">[52:51] </w:t>
      </w:r>
      <w:r>
        <w:t>chunaanche aap ne hakeemana andaaz ikhtiyar kiya aur khwab ki taabeer ko thori der ke liye mo'akhar kar diya.</w:t>
      </w:r>
    </w:p>
    <w:p>
      <w:pPr>
        <w:jc w:val="right"/>
      </w:pPr>
      <w:r>
        <w:t>چنانچہ آپ نے حکیمانہ انداز اختیار کیا اور خواب کی تعبیر کو تھوڑی دیر کے لیے موخر کر دیا۔</w:t>
      </w:r>
    </w:p>
    <w:p>
      <w:r>
        <w:rPr>
          <w:b/>
        </w:rPr>
        <w:t xml:space="preserve">[53:01] </w:t>
      </w:r>
      <w:r>
        <w:t>iske baad aap ne tauheed par mukhtasir taqreer ki. is mein mukhatib ki nafsiyat ki riayat karte hue nihayat khoobsurat istadlal ke saath apna paigham unhein sunaya.</w:t>
      </w:r>
    </w:p>
    <w:p>
      <w:pPr>
        <w:jc w:val="right"/>
      </w:pPr>
      <w:r>
        <w:t>اس کے بعد آپ نے توحید پر مختصر تقریر کی۔ اس میں مخاطب کی نفسیات کی رعایت کرتے ہوئے نہایت خوبصورت استدلال کے ساتھ اپنا پیغام انہیں سنا دیا۔</w:t>
      </w:r>
    </w:p>
    <w:p>
      <w:r>
        <w:rPr>
          <w:b/>
        </w:rPr>
        <w:t xml:space="preserve">[53:20] </w:t>
      </w:r>
      <w:r>
        <w:t>darakht, pathar, sitare ya arwah waghera ko jo log poochtay hain us ka raaz yeh hai ke woh ba-taur-e-khud un ko mushkil kusha aur hajat rawa jaise ilqaab de dete hain aur samajh lete hain ke waqe'atan woh mushkil kusha aur hajat rawa hain.</w:t>
      </w:r>
    </w:p>
    <w:p>
      <w:pPr>
        <w:jc w:val="right"/>
      </w:pPr>
      <w:r>
        <w:t>درخت، پتھر، ستارے یا ارواح وغیرہ کو جو لوگ پوچھتے ہیں اس کا راز یہ ہے کہ وہ بطور خود ان کو مشکل کشا اور حاجت روا جیسے القاب دے دیتے ہیں اور سمجھ لیتے ہیں کہ واقعتا وہ مشکل کشا اور حاجت روا ہیں۔</w:t>
      </w:r>
    </w:p>
    <w:p>
      <w:r>
        <w:rPr>
          <w:b/>
        </w:rPr>
        <w:t xml:space="preserve">[53:43] </w:t>
      </w:r>
      <w:r>
        <w:t>haalankeh yeh sab insaan ke apne banaye hue ism hain jin ka musamma kharij mein kahin maujood nahi.</w:t>
      </w:r>
    </w:p>
    <w:p>
      <w:pPr>
        <w:jc w:val="right"/>
      </w:pPr>
      <w:r>
        <w:t>حالانکہ یہ سب انسان کے اپنے بنائے ہوئے اسم ہیں جن کا مسمى خارج میں کہیں موجود نہیں۔</w:t>
      </w:r>
    </w:p>
    <w:p>
      <w:r>
        <w:rPr>
          <w:b/>
        </w:rPr>
        <w:t xml:space="preserve">[53:55] </w:t>
      </w:r>
      <w:r>
        <w:t>ya saahibi al-sijn amma ahadukuma fa-yusqi rabbahu khamran wa-amma al-aakharu fa-yusallabu fa-ta'kulu al-tayru min ra'sihi</w:t>
      </w:r>
    </w:p>
    <w:p>
      <w:pPr>
        <w:jc w:val="right"/>
      </w:pPr>
      <w:r>
        <w:t>يا صاحبي السجن أما أحدكما فيسقي ربه خمرا وأما الآخر فيصلب فتأكل الطير من رأسه</w:t>
      </w:r>
    </w:p>
    <w:p>
      <w:r>
        <w:rPr>
          <w:b/>
        </w:rPr>
        <w:t xml:space="preserve">[54:14] </w:t>
      </w:r>
      <w:r>
        <w:t>qudiya al-amru alladhi fihi tastaftiyaan</w:t>
      </w:r>
    </w:p>
    <w:p>
      <w:pPr>
        <w:jc w:val="right"/>
      </w:pPr>
      <w:r>
        <w:t>قضي الأمر الذي فيه تستفتيان</w:t>
      </w:r>
    </w:p>
    <w:p>
      <w:r>
        <w:rPr>
          <w:b/>
        </w:rPr>
        <w:t xml:space="preserve">[54:21] </w:t>
      </w:r>
      <w:r>
        <w:t>wa-qala lil-ladhi dhanna annahu najimun minhu udhkurni 'inda rabbika fa-ansaahu al-shaytanu</w:t>
      </w:r>
    </w:p>
    <w:p>
      <w:pPr>
        <w:jc w:val="right"/>
      </w:pPr>
      <w:r>
        <w:t>وقال للذي ظن أنه ناجم منه اذكرني عند ربك فأنساه الشيطان</w:t>
      </w:r>
    </w:p>
    <w:p>
      <w:r>
        <w:rPr>
          <w:b/>
        </w:rPr>
        <w:t xml:space="preserve">[54:36] </w:t>
      </w:r>
      <w:r>
        <w:t>fa-ansaahu al-shaytanu dhikra rabbihi fa-labitha fi al-sijn bidh'a sineen.</w:t>
      </w:r>
    </w:p>
    <w:p>
      <w:pPr>
        <w:jc w:val="right"/>
      </w:pPr>
      <w:r>
        <w:t>فأنساه الشيطان ذكر ربه فلبث في السجن بضع سنين.</w:t>
      </w:r>
    </w:p>
    <w:p>
      <w:r>
        <w:rPr>
          <w:b/>
        </w:rPr>
        <w:t xml:space="preserve">[54:48] </w:t>
      </w:r>
      <w:r>
        <w:t>ae mere qaid khaane ke saathiyon! tum mein se ek apne aaqa ko sharab pilayega aur jo doosra hai us ko soli di jayegi.</w:t>
      </w:r>
    </w:p>
    <w:p>
      <w:pPr>
        <w:jc w:val="right"/>
      </w:pPr>
      <w:r>
        <w:t>اے میرے قید خانے کے ساتھیوں! تم میں سے ایک اپنے آقا کو شراب پلائے گا اور جو دوسرا ہے اس کو سولی دی جائے گی۔</w:t>
      </w:r>
    </w:p>
    <w:p>
      <w:r>
        <w:rPr>
          <w:b/>
        </w:rPr>
        <w:t xml:space="preserve">[55:00] </w:t>
      </w:r>
      <w:r>
        <w:t>phir parinday is ke sir mein se khayen ge.</w:t>
      </w:r>
    </w:p>
    <w:p>
      <w:pPr>
        <w:jc w:val="right"/>
      </w:pPr>
      <w:r>
        <w:t>پھر پرندے اس کے سر میں سے کھائیں گے۔</w:t>
      </w:r>
    </w:p>
    <w:p>
      <w:r>
        <w:rPr>
          <w:b/>
        </w:rPr>
        <w:t xml:space="preserve">[55:04] </w:t>
      </w:r>
      <w:r>
        <w:t>is amr ka faisla ho gaya jis ke bare mein tum pooch rahe the. aur yusuf ne us shakhs se kaha jis ke bare mein us ne gumaan kiya tha ke bach jayega ke apne aaqa ke paas mera zikr karna.</w:t>
      </w:r>
    </w:p>
    <w:p>
      <w:pPr>
        <w:jc w:val="right"/>
      </w:pPr>
      <w:r>
        <w:t>اس امر کا فیصلہ ہو گیا جس کے بارے میں تم پوچھ رہے تھے۔ اور یوسف نے اس شخص سے کہا جس کے بارے میں اس نے گمان کیا تھا کہ بچ جائے گا کہ اپنے آقا کے پاس میرا ذکر کرنا۔</w:t>
      </w:r>
    </w:p>
    <w:p>
      <w:r>
        <w:rPr>
          <w:b/>
        </w:rPr>
        <w:t xml:space="preserve">[55:22] </w:t>
      </w:r>
      <w:r>
        <w:t>phir shaitan ne us ko apne aaqa se zikr karna bhula diya. pas woh qaid khaane mein kai saal pada raha.</w:t>
      </w:r>
    </w:p>
    <w:p>
      <w:pPr>
        <w:jc w:val="right"/>
      </w:pPr>
      <w:r>
        <w:t>پھر شیطان نے اس کو اپنے آقا سے ذکر کرنا بھلا دیا۔ پس وہ قید خانے میں کئی سال پڑا رہا۔</w:t>
      </w:r>
    </w:p>
    <w:p>
      <w:r>
        <w:rPr>
          <w:b/>
        </w:rPr>
        <w:t xml:space="preserve">[55:35] </w:t>
      </w:r>
      <w:r>
        <w:t>tashreeh: do naujawan jo jail mein laye gaye woh shah misr ke saqi aur khabaz the. dono par yeh ilzaam tha ke unhon ne badshah ke khane mein zehar milane ki koshish ki.</w:t>
      </w:r>
    </w:p>
    <w:p>
      <w:pPr>
        <w:jc w:val="right"/>
      </w:pPr>
      <w:r>
        <w:t>تشریح: دو نوجوان جو جیل میں لائے گئے وہ شاہ مصر کے ساقی اور خباز تھے۔ دونوں پر یہ الزام تھا کہ انہوں نے بادشاہ کے کھانے میں زہر ملانے کی کوشش کی۔</w:t>
      </w:r>
    </w:p>
    <w:p>
      <w:r>
        <w:rPr>
          <w:b/>
        </w:rPr>
        <w:t xml:space="preserve">[55:54] </w:t>
      </w:r>
      <w:r>
        <w:t>un mein se jo saqi tha woh tehqeeq ke baad ilzaam se bari sabit hua aur rehai pa kar dobara badshah ka saqi muqarrar hua.</w:t>
      </w:r>
    </w:p>
    <w:p>
      <w:pPr>
        <w:jc w:val="right"/>
      </w:pPr>
      <w:r>
        <w:t>ان میں سے جو ساقی تھا وہ تحقیق کے بعد الزام سے بری ثابت ہوا اور رہائی پا کر دوبارہ بادشاہ کا ساقی مقرر ہوا۔</w:t>
      </w:r>
    </w:p>
    <w:p>
      <w:r>
        <w:rPr>
          <w:b/>
        </w:rPr>
        <w:t xml:space="preserve">[56:06] </w:t>
      </w:r>
      <w:r>
        <w:t>is ke khwab ka matlab yeh tha ke ab woh badshah ko khwab mein sharab pila raha hai. kuch din baad woh bedari mein us ko sharab pilayega.</w:t>
      </w:r>
    </w:p>
    <w:p>
      <w:pPr>
        <w:jc w:val="right"/>
      </w:pPr>
      <w:r>
        <w:t>اس کے خواب کا مطلب یہ تھا کہ اب وہ بادشاہ کو خواب میں شراب پلا رہا ہے۔ کچھ دن بعد وہ بیداری میں اس کو شراب پلائے گا۔</w:t>
      </w:r>
    </w:p>
    <w:p>
      <w:r>
        <w:rPr>
          <w:b/>
        </w:rPr>
        <w:t xml:space="preserve">[56:17] </w:t>
      </w:r>
      <w:r>
        <w:t>khabaz par ilzaam sabit ho gaya.</w:t>
      </w:r>
    </w:p>
    <w:p>
      <w:pPr>
        <w:jc w:val="right"/>
      </w:pPr>
      <w:r>
        <w:t>خباز پر الزام ثابت ہو گیا۔</w:t>
      </w:r>
    </w:p>
    <w:p>
      <w:r>
        <w:rPr>
          <w:b/>
        </w:rPr>
        <w:t xml:space="preserve">[56:20] </w:t>
      </w:r>
      <w:r>
        <w:t>us ko soli de kar chhod diya gaya ke chidiyan us ka gosht khayen aur woh logon ke liye 'ibrat ho.</w:t>
      </w:r>
    </w:p>
    <w:p>
      <w:pPr>
        <w:jc w:val="right"/>
      </w:pPr>
      <w:r>
        <w:t>اس کو سولی دے کر چھوڑ دیا گیا کہ چڑیاں اس کا گوشت کھائیں اور وہ لوگوں کے لیے عبرت ہو۔</w:t>
      </w:r>
    </w:p>
    <w:p>
      <w:r>
        <w:rPr>
          <w:b/>
        </w:rPr>
        <w:t xml:space="preserve">[56:31] </w:t>
      </w:r>
      <w:r>
        <w:t>hazrat yusuf ki dono ta'beeren bilkul durust sabit huin magar saqi qaid se chhoot kar dobara mahal mein pahuncha toh woh hasb-e-wada badshah se Hazrat yusuf ka zikr karna bhool gaya.</w:t>
      </w:r>
    </w:p>
    <w:p>
      <w:pPr>
        <w:jc w:val="right"/>
      </w:pPr>
      <w:r>
        <w:t>حضرت یوسف کی دونوں تعبیریں بالکل درست ثابت ہوئیں مگر ساقی قید سے چھوٹ کر دوبارہ محل میں پہنچا تو وہ حسب وعدہ بادشاہ سے حضرت یوسف کا ذکر کرنا بھول گیا۔</w:t>
      </w:r>
    </w:p>
    <w:p>
      <w:r>
        <w:rPr>
          <w:b/>
        </w:rPr>
        <w:t xml:space="preserve">[56:49] </w:t>
      </w:r>
      <w:r>
        <w:t>us ko apna kiya hua wada sirf us waqt yaad aaya jab ke badshah ne khwab dekha aur darbaariyon se kaha ke is ki ta'beer batao.</w:t>
      </w:r>
    </w:p>
    <w:p>
      <w:pPr>
        <w:jc w:val="right"/>
      </w:pPr>
      <w:r>
        <w:t>اس کو اپنا کیا ہوا وعدہ صرف اس وقت یاد آیا جب کہ بادشاہ نے خواب دیکھا اور درباریوں سے کہا کہ اس کی تعبیر بتاؤ۔</w:t>
      </w:r>
    </w:p>
    <w:p>
      <w:r>
        <w:rPr>
          <w:b/>
        </w:rPr>
        <w:t xml:space="preserve">[57:03] </w:t>
      </w:r>
      <w:r>
        <w:t>wa-qala al-maliku inni</w:t>
      </w:r>
    </w:p>
    <w:p>
      <w:pPr>
        <w:jc w:val="right"/>
      </w:pPr>
      <w:r>
        <w:t>وقال الملك إني</w:t>
      </w:r>
    </w:p>
    <w:p>
      <w:r>
        <w:rPr>
          <w:b/>
        </w:rPr>
        <w:t xml:space="preserve">[57:07] </w:t>
      </w:r>
      <w:r>
        <w:t>ara sab'a baqaraatin simaan ya'kuluhunna sab'un 'ifaajun ya'kuluhunna sab'un 'ifaajun wa-sab'u sunbulatin khudrin</w:t>
      </w:r>
    </w:p>
    <w:p>
      <w:pPr>
        <w:jc w:val="right"/>
      </w:pPr>
      <w:r>
        <w:t>أرى سبع بقرات سمان يأكلهن سبع عجاف يأكلهن سبع عجاف وسبع سنبلات خضر</w:t>
      </w:r>
    </w:p>
    <w:p>
      <w:r>
        <w:rPr>
          <w:b/>
        </w:rPr>
        <w:t xml:space="preserve">[57:26] </w:t>
      </w:r>
      <w:r>
        <w:t>wa-ukhra yaabisaatin ya ayyuha al-mala' iftuni fi ru'yaaya in kuntum lil-ru'ya ta'bireen</w:t>
      </w:r>
    </w:p>
    <w:p>
      <w:pPr>
        <w:jc w:val="right"/>
      </w:pPr>
      <w:r>
        <w:t>وأخرى يابسات يا أيها الملأ افتوني في رؤياي إن كنتم للرؤيا تعبرون</w:t>
      </w:r>
    </w:p>
    <w:p>
      <w:r>
        <w:rPr>
          <w:b/>
        </w:rPr>
        <w:t xml:space="preserve">[57:44] </w:t>
      </w:r>
      <w:r>
        <w:t>qaloo adghaathu ahlaamin wa-ma nahnu bi-ta'weel al-ahlaami 'aalimeen wa-qala alladhina jam'a min huma wadakkara ba'da</w:t>
      </w:r>
    </w:p>
    <w:p>
      <w:pPr>
        <w:jc w:val="right"/>
      </w:pPr>
      <w:r>
        <w:t>قالوا أضغاث أحلام وما نحن بتأويل الأحلام بعالمين وقال الذين جا منهما وادكر بعد</w:t>
      </w:r>
    </w:p>
    <w:p>
      <w:r>
        <w:rPr>
          <w:b/>
        </w:rPr>
        <w:t xml:space="preserve">[58:00] </w:t>
      </w:r>
      <w:r>
        <w:t>ummatin ana unbi'ukum bi-ta'weelihi fa-arsiloon</w:t>
      </w:r>
    </w:p>
    <w:p>
      <w:pPr>
        <w:jc w:val="right"/>
      </w:pPr>
      <w:r>
        <w:t>أمة أنا أنبئكم بتأويله فأرسلون</w:t>
      </w:r>
    </w:p>
    <w:p>
      <w:r>
        <w:rPr>
          <w:b/>
        </w:rPr>
        <w:t xml:space="preserve">[58:09] </w:t>
      </w:r>
      <w:r>
        <w:t>aur badshah ne kaha ke main khwab mein dekhta hoon ke saat moti gayen hain jin ko saat dibli gayen kha rahi hain aur saat hari baliyan hain aur doosri saat sookhi.</w:t>
      </w:r>
    </w:p>
    <w:p>
      <w:pPr>
        <w:jc w:val="right"/>
      </w:pPr>
      <w:r>
        <w:t>اور بادشاہ نے کہا کہ میں خواب میں دیکھتا ہوں کہ سات موٹی گائیں ہیں جن کو سات دبلی گائیں کھا رہی ہیں اور سات ہری بالیاں ہیں اور دوسری سات سوکھی۔</w:t>
      </w:r>
    </w:p>
    <w:p>
      <w:r>
        <w:rPr>
          <w:b/>
        </w:rPr>
        <w:t xml:space="preserve">[58:27] </w:t>
      </w:r>
      <w:r>
        <w:t>ae darbar walon! mere khwab ki ta'beer mujhe batao agar tum khwab ki ta'beer dete ho. woh bolay yeh khayali khwab hain aur hum ko aise khwabon ki ta'beer maloom nahin.</w:t>
      </w:r>
    </w:p>
    <w:p>
      <w:pPr>
        <w:jc w:val="right"/>
      </w:pPr>
      <w:r>
        <w:t>اے دربار والو! میرے خواب کی تعبیر مجھے بتاؤ اگر تم خواب کی تعبیر دیتے ہو۔ وہ بولے یہ خیالی خواب ہیں اور ہم کو ایسے خوابوں کی تعبیر معلوم نہیں۔</w:t>
      </w:r>
    </w:p>
    <w:p>
      <w:r>
        <w:rPr>
          <w:b/>
        </w:rPr>
        <w:t xml:space="preserve">[58:46] </w:t>
      </w:r>
      <w:r>
        <w:t>un do qaidiyon mein se jo shakhs bach gaya tha aur us ko ek muddat ke baad yaad aaya us ne kaha ke main tum logon ko is ki ta'beer bataunga pas mujh ko yusuf ke paas jaane do.</w:t>
      </w:r>
    </w:p>
    <w:p>
      <w:pPr>
        <w:jc w:val="right"/>
      </w:pPr>
      <w:r>
        <w:t>ان دو قیدیوں میں سے جو شخص بچ گیا تھا اور اس کو ایک مدت کے بعد یاد آیا اس نے کہا کہ میں تم لوگوں کو اس کی تعبیر بتاؤں گا پس مجھ کو یوسف کے پاس جانے دو۔</w:t>
      </w:r>
    </w:p>
    <w:p>
      <w:r>
        <w:rPr>
          <w:b/>
        </w:rPr>
        <w:t xml:space="preserve">[59:05] </w:t>
      </w:r>
      <w:r>
        <w:t>tashreeh: misr ka badshah agarche mushrik aur sharabi tha magar khuda ki taraf se us ko mustaqbil ke bare mein ek sacha khwab dikhaya gaya.</w:t>
      </w:r>
    </w:p>
    <w:p>
      <w:pPr>
        <w:jc w:val="right"/>
      </w:pPr>
      <w:r>
        <w:t>تشریح: مصر کا بادشاہ اگرچہ مشرک اور شرابی تھا مگر خدا کی طرف سے اس کو مستقبل کے بارے میں ایک سچا خواب دکھایا گیا۔</w:t>
      </w:r>
    </w:p>
    <w:p>
      <w:r>
        <w:rPr>
          <w:b/>
        </w:rPr>
        <w:t xml:space="preserve">[59:19] </w:t>
      </w:r>
      <w:r>
        <w:t>is se andaza hota hai ke khuda haq ke da'iyon ki madad kin kin tareeqon se karta hai.</w:t>
      </w:r>
    </w:p>
    <w:p>
      <w:pPr>
        <w:jc w:val="right"/>
      </w:pPr>
      <w:r>
        <w:t>اس سے اندازہ ہوتا ہے کہ خدا حق کے داعیوں کی مدد کن کن طریقوں سے کرتا ہے۔</w:t>
      </w:r>
    </w:p>
    <w:p>
      <w:r>
        <w:rPr>
          <w:b/>
        </w:rPr>
        <w:t xml:space="preserve">[59:26] </w:t>
      </w:r>
      <w:r>
        <w:t>in mein se aik tareeqa yeh hai ke fareeq-e-sani ko koi aisa khwab dikhaya jaye jis se us ke zehan par daai ki azmat aur ahmiyat qaim ho aur uska dil naram ho kar daai ke liye naye raaste khul jayein.</w:t>
      </w:r>
    </w:p>
    <w:p>
      <w:pPr>
        <w:jc w:val="right"/>
      </w:pPr>
      <w:r>
        <w:t>ان میں سے ایک طریقہ یہ ہے کہ فریق ثانی کو کوئی ایسا خواب دکھایا جائے جس سے اس کے ذہن پر داعی کی عظمت اور اہمیت قائم ہو اور اس کا دل نرم ہو کر داعی کے لیے نئے راستے کھل جائیں۔</w:t>
      </w:r>
    </w:p>
    <w:p>
      <w:r>
        <w:rPr>
          <w:b/>
        </w:rPr>
        <w:t xml:space="preserve">[59:44] </w:t>
      </w:r>
      <w:r>
        <w:t>badshah ke saqi ne jab badshah ka khwab suna us waqt us ko qaid khaane ka majra yaad aaya.</w:t>
      </w:r>
    </w:p>
    <w:p>
      <w:pPr>
        <w:jc w:val="right"/>
      </w:pPr>
      <w:r>
        <w:t>بادشاہ کے ساقی نے جب بادشاہ کا خواب سنا اس وقت اس کو قید خانے کا ماجرہ یاد آیا۔</w:t>
      </w:r>
    </w:p>
    <w:p>
      <w:r>
        <w:rPr>
          <w:b/>
        </w:rPr>
        <w:t xml:space="preserve">[59:52] </w:t>
      </w:r>
      <w:r>
        <w:t>us ne badshah aur darbaariyon ke samne apna zaati tajruba bataya ke kis tarah Yusuf ki batai hui khwab ki taabeer do qaidiyon ke haq mein lafz ba lafz sahih saabit hui.</w:t>
      </w:r>
    </w:p>
    <w:p>
      <w:pPr>
        <w:jc w:val="right"/>
      </w:pPr>
      <w:r>
        <w:t>اس نے بادشاہ اور درباریوں کے سامنے اپنا ذاتی تجربہ بتایا کہ کس طرح یوسف کی بتائی ہوئی خواب کی تعبیر دو قیدیوں کے حق میں لفظ بلفظ صحیح ثابت ہوئی۔</w:t>
      </w:r>
    </w:p>
    <w:p>
      <w:r>
        <w:rPr>
          <w:b/>
        </w:rPr>
        <w:t xml:space="preserve">[1:00:06] </w:t>
      </w:r>
      <w:r>
        <w:t>is ke baad woh badshah se ijazat le kar qaid khaane pohncha taake Yusuf se badshah ke khwab ki taabeer daryaft kare.</w:t>
      </w:r>
    </w:p>
    <w:p>
      <w:pPr>
        <w:jc w:val="right"/>
      </w:pPr>
      <w:r>
        <w:t>اس کے بعد وہ بادشاہ سے اجازت لے کر قید خانے پہنچا تاکہ یوسف سے بادشاہ کے خواب کی تعبیر دریافت کرے۔</w:t>
      </w:r>
    </w:p>
    <w:p>
      <w:r>
        <w:rPr>
          <w:b/>
        </w:rPr>
        <w:t xml:space="preserve">[1:00:18] </w:t>
      </w:r>
      <w:r>
        <w:t>hazrat Yusuf ki isi hesiyat ke taaruf se un ke liye qaid khaane se bahar aane ka raasta khula. Khuda aisa kar sakta tha ke saqi ki rehai ke baad Hazrat Yusuf ko mazeed qaid khaane mein na rehne de.</w:t>
      </w:r>
    </w:p>
    <w:p>
      <w:pPr>
        <w:jc w:val="right"/>
      </w:pPr>
      <w:r>
        <w:t>حضرت یوسف کی اسی حیثیت کے تعارف سے ان کے لیے قید خانے سے باہر آنے کا راستہ کھلا۔ خدا ایسا کر سکتا تھا کہ ساقی کی رہائی کے بعد حضرت یوسف کو مزید قید خانے میں نہ رہنے دے۔</w:t>
      </w:r>
    </w:p>
    <w:p>
      <w:r>
        <w:rPr>
          <w:b/>
        </w:rPr>
        <w:t xml:space="preserve">[1:00:36] </w:t>
      </w:r>
      <w:r>
        <w:t>woh saqi ko mahal ke andar pohnchte hi yaad dila sakta tha ke woh waade ke mutabiq badshah ke samne Yusuf ka zikr kare</w:t>
      </w:r>
    </w:p>
    <w:p>
      <w:pPr>
        <w:jc w:val="right"/>
      </w:pPr>
      <w:r>
        <w:t>وہ ساقی کو محل کے اندر پہنچتے ہی یاد دلا سکتا تھا کہ وہ وعدے کے مطابق بادشاہ کے سامنے یوسف کا ذکر کرے</w:t>
      </w:r>
    </w:p>
    <w:p>
      <w:r>
        <w:rPr>
          <w:b/>
        </w:rPr>
        <w:t xml:space="preserve">[1:00:47] </w:t>
      </w:r>
      <w:r>
        <w:t>magar Khuda ka har kaam apne muqarrar waqt par hota hai. Waqt se pehle koi kaam karna Khuda ka tareeqa nahin.</w:t>
      </w:r>
    </w:p>
    <w:p>
      <w:pPr>
        <w:jc w:val="right"/>
      </w:pPr>
      <w:r>
        <w:t>مگر خدا کا ہر کام اپنے مقرر وقت پر ہوتا ہے۔ وقت سے پہلے کوئی کام کرنا خدا کا طریقہ نہیں۔</w:t>
      </w:r>
    </w:p>
    <w:p>
      <w:r>
        <w:rPr>
          <w:b/>
        </w:rPr>
        <w:t xml:space="preserve">[1:01:01] </w:t>
      </w:r>
      <w:r>
        <w:t>Yusuf ayyuhal siddiq aftunna fi sab'a baqaratin simanin ya'kuluhunna sab'un 'ijaf wa sab'a sumbulatin khudrin wa ukhra yabisaat la'alli arji'u ilal-nas la'alli arji'u ila</w:t>
      </w:r>
    </w:p>
    <w:p>
      <w:pPr>
        <w:jc w:val="right"/>
      </w:pPr>
      <w:r>
        <w:t>يوسف أيها الصديق افتنا في سبع بقرات سمان يأكلهن سبع عجاف يأكلهن سبع عجاف</w:t>
      </w:r>
    </w:p>
    <w:p>
      <w:r>
        <w:rPr>
          <w:b/>
        </w:rPr>
        <w:t xml:space="preserve">[1:01:20] </w:t>
      </w:r>
      <w:r>
        <w:t>al-nas la'allahum ya'lamun qal tazra'una sab'a sanina da'aban famā hasadtum fadharūhu fi sumbulihi illa qalilan</w:t>
      </w:r>
    </w:p>
    <w:p>
      <w:pPr>
        <w:jc w:val="right"/>
      </w:pPr>
      <w:r>
        <w:t>وسبع سنبلات خضر وأخرى يابسات لعلي أرجع إلى الناس لعلي أرجع إلى</w:t>
      </w:r>
    </w:p>
    <w:p>
      <w:r>
        <w:rPr>
          <w:b/>
        </w:rPr>
        <w:t xml:space="preserve">[1:01:38] </w:t>
      </w:r>
      <w:r>
        <w:t>mimma ta'kulun thumma ya'ti min ba'di dhalika sab'un shidadun ya'kulna ma qaddamtum lahunna illa qalilan</w:t>
      </w:r>
    </w:p>
    <w:p>
      <w:pPr>
        <w:jc w:val="right"/>
      </w:pPr>
      <w:r>
        <w:t>الناس لعلهم يعلمون قال تزرعون سبع سنين دأبا فما حصدتم فذروه في سنبله إلا قليلا</w:t>
      </w:r>
    </w:p>
    <w:p>
      <w:r>
        <w:rPr>
          <w:b/>
        </w:rPr>
        <w:t xml:space="preserve">[1:01:57] </w:t>
      </w:r>
      <w:r>
        <w:t>mimma tuhsinun thumma ya'ti min ba'di dhalika 'amun fihi yughathun-nasu wa fihi ya'sirun.</w:t>
      </w:r>
    </w:p>
    <w:p>
      <w:pPr>
        <w:jc w:val="right"/>
      </w:pPr>
      <w:r>
        <w:t>مما تأكلون ثم يأتي من بعد ذلك سبع شداد يأكلن ما قدمتم لهن إلا قليلا</w:t>
      </w:r>
    </w:p>
    <w:p>
      <w:r>
        <w:rPr>
          <w:b/>
        </w:rPr>
        <w:t xml:space="preserve">[1:02:15] </w:t>
      </w:r>
      <w:r>
        <w:t>Yusuf! aey sachche! mujhe is khwab ka matlab bata ke saat moti gaayein hain jin ko saat dubli gaayein kha rahi hain aur saat baalein hari hain aur doosri saat sokhi taake main un logon ke paas jaaun taake woh jaan lein.</w:t>
      </w:r>
    </w:p>
    <w:p>
      <w:pPr>
        <w:jc w:val="right"/>
      </w:pPr>
      <w:r>
        <w:t>مما تحصنون ثم يأتي من بعد ذلك عام فيه يغاث الناس وفيه يعصرون.</w:t>
      </w:r>
    </w:p>
    <w:p>
      <w:r>
        <w:rPr>
          <w:b/>
        </w:rPr>
        <w:t xml:space="preserve">[1:02:33] </w:t>
      </w:r>
      <w:r>
        <w:t>Yusuf ne kaha ke tum saat saal tak barabar kheti karoge pas jo fasal tum kaato us ko us ki baaliyon mein chhod do magar thoda sa jo tum khao phir is ke baad saat sakht saal aayenge.</w:t>
      </w:r>
    </w:p>
    <w:p>
      <w:pPr>
        <w:jc w:val="right"/>
      </w:pPr>
      <w:r>
        <w:t>یوسف! اے سچے! مجھے اس خواب کا مطلب بتا کہ سات موٹی گائیں ہیں جن کو سات دبلی گائیں کھا رہی ہیں اور سات بالیں ہری ہیں اور دوسری سات سوکھی تاکہ میں ان لوگوں کے پاس جاؤں تاکہ وہ جان لیں۔</w:t>
      </w:r>
    </w:p>
    <w:p>
      <w:r>
        <w:rPr>
          <w:b/>
        </w:rPr>
        <w:t xml:space="preserve">[1:03:03] </w:t>
      </w:r>
      <w:r>
        <w:t>is zamane mein woh galla kha liya jayega jo tum us waqt ke liye jama karoge bajz thoda sa jo tum mehfooz kar lo ge.</w:t>
      </w:r>
    </w:p>
    <w:p>
      <w:pPr>
        <w:jc w:val="right"/>
      </w:pPr>
      <w:r>
        <w:t>یوسف نے کہا کہ تم سات سال تک برابر کھیتی کرو گے پس جو فصل تم کاٹو اس کو اس کی بالیوں میں چھوڑ دو مگر تھوڑا سا جو تم کھاؤ پھر اس کے بعد سات سخت سال آئیں گے۔</w:t>
      </w:r>
    </w:p>
    <w:p>
      <w:r>
        <w:rPr>
          <w:b/>
        </w:rPr>
        <w:t xml:space="preserve">[1:03:27] </w:t>
      </w:r>
      <w:r>
        <w:t>phir is ke baad aik saal aayega jis mein logon par me barsega aur woh is mein ras nichodenge.</w:t>
      </w:r>
    </w:p>
    <w:p>
      <w:pPr>
        <w:jc w:val="right"/>
      </w:pPr>
      <w:r>
        <w:t>اس زمانے میں وہ غلہ کھا لیا جائے گا جو تم اس وقت کے لیے جمع کرو گے بجز تھوڑا سا جو تم محفوظ کر لو گے۔</w:t>
      </w:r>
    </w:p>
    <w:p>
      <w:r>
        <w:rPr>
          <w:b/>
        </w:rPr>
        <w:t xml:space="preserve">[1:03:42] </w:t>
      </w:r>
      <w:r>
        <w:t>tashreeh: Hazrat Yusuf ne badshah ke khwab ki taabeer yeh batayi ke saat moti gaayein aur saat hari baalein saat baras hain.</w:t>
      </w:r>
    </w:p>
    <w:p>
      <w:pPr>
        <w:jc w:val="right"/>
      </w:pPr>
      <w:r>
        <w:t>پھر اس کے بعد ایک سال آئے گا جس میں لوگوں پر مہ برسے گا اور وہ اس میں رس نچوڑیں گے۔</w:t>
      </w:r>
    </w:p>
    <w:p>
      <w:r>
        <w:rPr>
          <w:b/>
        </w:rPr>
        <w:t xml:space="preserve">[1:03:54] </w:t>
      </w:r>
      <w:r>
        <w:t>in mein lagataar achhi paidawar hogi.</w:t>
      </w:r>
    </w:p>
    <w:p>
      <w:pPr>
        <w:jc w:val="right"/>
      </w:pPr>
      <w:r>
        <w:t>تشریح: حضرت یوسف نے بادشاہ کے خواب کی تعبیر یہ بتائی کہ سات موٹی گائیں اور سات ہری بالیں سات برس ہیں۔</w:t>
      </w:r>
    </w:p>
    <w:p>
      <w:r>
        <w:rPr>
          <w:b/>
        </w:rPr>
        <w:t xml:space="preserve">[1:04:09] </w:t>
      </w:r>
      <w:r>
        <w:t>haiwanaat aur nabataat khoob badhenge. Is ke baad saat saal qahat padega jis mein tum saara pichla andokhta kha kar khatm kar daloge.</w:t>
      </w:r>
    </w:p>
    <w:p>
      <w:pPr>
        <w:jc w:val="right"/>
      </w:pPr>
      <w:r>
        <w:t>ان میں لگاتار اچھی پیداوار ہوگی۔</w:t>
      </w:r>
    </w:p>
    <w:p>
      <w:r>
        <w:rPr>
          <w:b/>
        </w:rPr>
        <w:t xml:space="preserve">[1:04:14] </w:t>
      </w:r>
      <w:r>
        <w:t>sirf aindah beej daalne ke liye thoda sa baqi reh jayega.</w:t>
      </w:r>
    </w:p>
    <w:p>
      <w:pPr>
        <w:jc w:val="right"/>
      </w:pPr>
      <w:r>
        <w:t>حیوانات اور نباتات خوب بڑھیں گے۔ اس کے بعد سات سال قحط پڑے گا جس میں تم سارا پچھلا اندوختہ کھا کر ختم کر ڈالو گے۔</w:t>
      </w:r>
    </w:p>
    <w:p>
      <w:r>
        <w:rPr>
          <w:b/>
        </w:rPr>
        <w:t xml:space="preserve">[1:04:28] </w:t>
      </w:r>
      <w:r>
        <w:t>yeh baad ke saat saal goya dubli gaayein aur sokhi baalein hain jo pichli moti gaaiyon aur hari baaliyon ka khatma kar dengi.</w:t>
      </w:r>
    </w:p>
    <w:p>
      <w:pPr>
        <w:jc w:val="right"/>
      </w:pPr>
      <w:r>
        <w:t>صرف آئندہ بیج ڈالنے کے لیے تھوڑا سا باقی رہ جائے گا۔</w:t>
      </w:r>
    </w:p>
    <w:p>
      <w:r>
        <w:rPr>
          <w:b/>
        </w:rPr>
        <w:t xml:space="preserve">[1:04:37] </w:t>
      </w:r>
      <w:r>
        <w:t>isi ke saath Hazrat Yusuf ne is ki tadbeer bhi bata di.</w:t>
      </w:r>
    </w:p>
    <w:p>
      <w:pPr>
        <w:jc w:val="right"/>
      </w:pPr>
      <w:r>
        <w:t>یہ بعد کے سات سال گویا دبلی گائیں اور سوکھی بالیں ہیں جو پچھلی موٹی گائیوں اور ہری بالوں کا خاتمہ کر دیں گی۔</w:t>
      </w:r>
    </w:p>
    <w:p>
      <w:r>
        <w:rPr>
          <w:b/>
        </w:rPr>
        <w:t xml:space="preserve">[1:04:53] </w:t>
      </w:r>
      <w:r>
        <w:t>aap ne kaha ke pehle saat saal mein jo paidawar ho us ko nihayat hifazat se rakho aur kifayat ke sath kharch karo.</w:t>
      </w:r>
    </w:p>
    <w:p>
      <w:pPr>
        <w:jc w:val="right"/>
      </w:pPr>
      <w:r>
        <w:t>اسی کے ساتھ حضرت یوسف نے اس کی تدبیر بھی بتا دی۔</w:t>
      </w:r>
    </w:p>
    <w:p>
      <w:r>
        <w:rPr>
          <w:b/>
        </w:rPr>
        <w:t xml:space="preserve">[1:04:59] </w:t>
      </w:r>
      <w:r>
        <w:t>zaroori khorak se zyada jo galla hai us ko baaliyon ke andar rehne do.</w:t>
      </w:r>
    </w:p>
    <w:p>
      <w:pPr>
        <w:jc w:val="right"/>
      </w:pPr>
      <w:r>
        <w:t>آپ نے کہا کہ پہلے سات سال میں جو پیداوار ہو اس کو نہایت حفاظت سے رکھو اور کفایت کے ساتھ خرچ کرو۔</w:t>
      </w:r>
    </w:p>
    <w:p>
      <w:r>
        <w:rPr>
          <w:b/>
        </w:rPr>
        <w:t xml:space="preserve">[1:05:12] </w:t>
      </w:r>
      <w:r>
        <w:t>is tarah woh keede wagera se mehfooz rahega aur saat saal ki paidawar chaudah saal tak kaam aayegi.</w:t>
      </w:r>
    </w:p>
    <w:p>
      <w:pPr>
        <w:jc w:val="right"/>
      </w:pPr>
      <w:r>
        <w:t>ضروری خوراک سے زیادہ جو غلہ ہے اس کو بالوں کے اندر رہنے دو۔</w:t>
      </w:r>
    </w:p>
    <w:p>
      <w:r>
        <w:rPr>
          <w:b/>
        </w:rPr>
        <w:t xml:space="preserve">[1:05:19] </w:t>
      </w:r>
      <w:r>
        <w:t>is tarah woh keeron waghera se mehfooz rahega aur saat saal ki pedawar chouda saal tak kaam aayegi.</w:t>
      </w:r>
    </w:p>
    <w:p>
      <w:pPr>
        <w:jc w:val="right"/>
      </w:pPr>
      <w:r>
        <w:t>اس طرح وہ کیڑے وغیرہ سے محفوظ رہے گا اور سات سال کی پیداوار چودہ سال تک کام آئے گی۔</w:t>
      </w:r>
    </w:p>
    <w:p>
      <w:r>
        <w:rPr>
          <w:b/>
        </w:rPr>
        <w:t xml:space="preserve">[1:05:30] </w:t>
      </w:r>
      <w:r>
        <w:t>mazeed aap ne yeh khushkhabri bhi suna di ke baad ke saat saala qahat ke baad jo saal aaye ga woh dobara farawani ka saal hoga.</w:t>
      </w:r>
    </w:p>
    <w:p>
      <w:pPr>
        <w:jc w:val="right"/>
      </w:pPr>
      <w:r>
        <w:t>مزید آپ نے یہ خوشخبری بھی سنا دی کہ بعد کے سات سالہ قحط کے بعد جو سال آئے گا وہ دوبارہ فراوانی کا سال ہوگا۔</w:t>
      </w:r>
    </w:p>
    <w:p>
      <w:r>
        <w:rPr>
          <w:b/>
        </w:rPr>
        <w:t xml:space="preserve">[1:05:42] </w:t>
      </w:r>
      <w:r>
        <w:t>is mein khoob baarish hogi. kasrat se doodh aur phal logon ko haasil hon ge.</w:t>
      </w:r>
    </w:p>
    <w:p>
      <w:pPr>
        <w:jc w:val="right"/>
      </w:pPr>
      <w:r>
        <w:t>اس میں خوب بارش ہوگی۔ کثرت سے دودھ اور پھل لوگوں کو حاصل ہوں گے۔</w:t>
      </w:r>
    </w:p>
    <w:p>
      <w:r>
        <w:rPr>
          <w:b/>
        </w:rPr>
        <w:t xml:space="preserve">[1:05:51] </w:t>
      </w:r>
      <w:r>
        <w:t>Allah taala ne badshah ko ek ajeeb khwab dikhaya aur Hazrat Yusuf ke zariye is ki kaamyaab taabeer zahir farmai.</w:t>
      </w:r>
    </w:p>
    <w:p>
      <w:pPr>
        <w:jc w:val="right"/>
      </w:pPr>
      <w:r>
        <w:t>اللہ تعالی نے بادشاہ کو ایک عجیب خواب دکھایا اور حضرت یوسف کے ذریعے اس کی کامیاب تعبیر ظاہر فرمائی۔</w:t>
      </w:r>
    </w:p>
    <w:p>
      <w:r>
        <w:rPr>
          <w:b/>
        </w:rPr>
        <w:t xml:space="preserve">[1:06:03] </w:t>
      </w:r>
      <w:r>
        <w:t>is tarah aap ke liye yeh mauqa faraham kiya gaya</w:t>
      </w:r>
    </w:p>
    <w:p>
      <w:pPr>
        <w:jc w:val="right"/>
      </w:pPr>
      <w:r>
        <w:t>اس طرح آپ کے لیے یہ موقع فراہم کیا گیا</w:t>
      </w:r>
    </w:p>
    <w:p>
      <w:r>
        <w:rPr>
          <w:b/>
        </w:rPr>
        <w:t xml:space="preserve">[1:06:07] </w:t>
      </w:r>
      <w:r>
        <w:t>ke Misr ke nizaam hukoomat mein aap ko nihayat aala maqam haasil ho.</w:t>
      </w:r>
    </w:p>
    <w:p>
      <w:pPr>
        <w:jc w:val="right"/>
      </w:pPr>
      <w:r>
        <w:t>کہ مصر کے نظام حکومت میں آپ کو نہایت اعلیٰ مقام حاصل ہو۔</w:t>
      </w:r>
    </w:p>
    <w:p>
      <w:r>
        <w:rPr>
          <w:b/>
        </w:rPr>
        <w:t xml:space="preserve">[1:06:17] </w:t>
      </w:r>
      <w:r>
        <w:t>wa qaal al maliku atooni bihi falamma jaa'ahu ar rasoolu qaal irji' ila rabbika fas'al ma baal an nisoowatil laati qata'na aideehinna</w:t>
      </w:r>
    </w:p>
    <w:p>
      <w:pPr>
        <w:jc w:val="right"/>
      </w:pPr>
      <w:r>
        <w:t>وقال الملك ائتوني به فلما جاءه الرسول قال ارجع إلى ربك فاسأله ما بال النسوة اللاتي قطعن أيديهن</w:t>
      </w:r>
    </w:p>
    <w:p>
      <w:r>
        <w:rPr>
          <w:b/>
        </w:rPr>
        <w:t xml:space="preserve">[1:06:37] </w:t>
      </w:r>
      <w:r>
        <w:t>inna rabbi bikhaydihen aleem. qaal ma khatbukunna iz raawadtunna Yoosufa 'an nafsihi qulna haashal lillahi ma 'alimna 'alayhi min</w:t>
      </w:r>
    </w:p>
    <w:p>
      <w:pPr>
        <w:jc w:val="right"/>
      </w:pPr>
      <w:r>
        <w:t>إن ربي بكيدهن عليم. قال ما خطبكن إذ راودتن يوسف عن نفسه قلن حاش لله ما علمنا عليه من</w:t>
      </w:r>
    </w:p>
    <w:p>
      <w:r>
        <w:rPr>
          <w:b/>
        </w:rPr>
        <w:t xml:space="preserve">[1:06:59] </w:t>
      </w:r>
      <w:r>
        <w:t>soo'. qaalat imra'atul 'azeezi al'aana has hasal haqqo ana raawadtuhu 'an nafsihi wa innahoo la min as saadiqeen.</w:t>
      </w:r>
    </w:p>
    <w:p>
      <w:pPr>
        <w:jc w:val="right"/>
      </w:pPr>
      <w:r>
        <w:t>سوء. قالت امرأة العزيز الآن حصحص الحق أنا راودته عن نفسه وإنه لمن الصادقين.</w:t>
      </w:r>
    </w:p>
    <w:p>
      <w:r>
        <w:rPr>
          <w:b/>
        </w:rPr>
        <w:t xml:space="preserve">[1:07:17] </w:t>
      </w:r>
      <w:r>
        <w:t>aur badshah ne kaha ke is ko mere paas lao. phir jab qasid is ke paas aaya to us ne kaha ke tum apne aaqa ke paas wapas jao aur is se poocho ke un auraton ka kya maamla hai jinhon ne apne haath kaat liye thay.</w:t>
      </w:r>
    </w:p>
    <w:p>
      <w:pPr>
        <w:jc w:val="right"/>
      </w:pPr>
      <w:r>
        <w:t>اور بادشاہ نے کہا کہ اس کو میرے پاس لاؤ۔ پھر جب قاصد اس کے پاس آیا تو اس نے کہا کہ تم اپنے آقا کے پاس واپس جاؤ اور اس سے پوچھو کہ ان عورتوں کا کیا معاملہ ہے جنہوں نے اپنے ہاتھ کاٹ لیے تھے۔</w:t>
      </w:r>
    </w:p>
    <w:p>
      <w:r>
        <w:rPr>
          <w:b/>
        </w:rPr>
        <w:t xml:space="preserve">[1:07:39] </w:t>
      </w:r>
      <w:r>
        <w:t>mera rab to un ke fareb se khoob waqif hai.</w:t>
      </w:r>
    </w:p>
    <w:p>
      <w:pPr>
        <w:jc w:val="right"/>
      </w:pPr>
      <w:r>
        <w:t>میرا رب تو ان کے فریب سے خوب واقف ہے۔</w:t>
      </w:r>
    </w:p>
    <w:p>
      <w:r>
        <w:rPr>
          <w:b/>
        </w:rPr>
        <w:t xml:space="preserve">[1:07:44] </w:t>
      </w:r>
      <w:r>
        <w:t>badshah ne poocha tumhara kya majra hai jab tum ne Yusuf ko phislane ki koshish ki thi.</w:t>
      </w:r>
    </w:p>
    <w:p>
      <w:pPr>
        <w:jc w:val="right"/>
      </w:pPr>
      <w:r>
        <w:t>بادشاہ نے پوچھا تمہارا کیا ماجرہ ہے جب تم نے یوسف کو پھسلانے کی کوشش کی تھی۔</w:t>
      </w:r>
    </w:p>
    <w:p>
      <w:r>
        <w:rPr>
          <w:b/>
        </w:rPr>
        <w:t xml:space="preserve">[1:07:54] </w:t>
      </w:r>
      <w:r>
        <w:t>unhon ne kaha ke haasha lil laah hum ne is mein kuch burai nahi pai. Aziz ki biwi ne kaha ab haq khul gaya.</w:t>
      </w:r>
    </w:p>
    <w:p>
      <w:pPr>
        <w:jc w:val="right"/>
      </w:pPr>
      <w:r>
        <w:t>انہوں نے کہا کہ حاشا للہ ہم نے اس میں کچھ برائی نہیں پائی۔ عزیز کی بیوی نے کہا اب حق کھل گیا۔</w:t>
      </w:r>
    </w:p>
    <w:p>
      <w:r>
        <w:rPr>
          <w:b/>
        </w:rPr>
        <w:t xml:space="preserve">[1:08:08] </w:t>
      </w:r>
      <w:r>
        <w:t>main ne hi is ko phislane ki koshish ki thi aur bilashuba woh sacha hai.</w:t>
      </w:r>
    </w:p>
    <w:p>
      <w:pPr>
        <w:jc w:val="right"/>
      </w:pPr>
      <w:r>
        <w:t>میں نے ہی اس کو پھسلانے کی کوشش کی تھی اور بلاشبہ وہ سچا ہے۔</w:t>
      </w:r>
    </w:p>
    <w:p>
      <w:r>
        <w:rPr>
          <w:b/>
        </w:rPr>
        <w:t xml:space="preserve">[1:08:17] </w:t>
      </w:r>
      <w:r>
        <w:t>tashreeh: qaid khaane se nikal kar Hazrat Yusuf ko ek mulki kirdaar ada karna tha.</w:t>
      </w:r>
    </w:p>
    <w:p>
      <w:pPr>
        <w:jc w:val="right"/>
      </w:pPr>
      <w:r>
        <w:t>تشریح: قید خانے سے نکل کر حضرت یوسف کو ایک ملکی کردار ادا کرنا تھا۔</w:t>
      </w:r>
    </w:p>
    <w:p>
      <w:r>
        <w:rPr>
          <w:b/>
        </w:rPr>
        <w:t xml:space="preserve">[1:08:26] </w:t>
      </w:r>
      <w:r>
        <w:t>is liye zaroori tha ke aap ki shakhsiyat mulk ke satah par ek maroof shakhsiyat ban jaye.</w:t>
      </w:r>
    </w:p>
    <w:p>
      <w:pPr>
        <w:jc w:val="right"/>
      </w:pPr>
      <w:r>
        <w:t>اس لیے ضروری تھا کہ آپ کی شخصیت ملک کے سطح پر ایک معروف شخصیت بن جائے۔</w:t>
      </w:r>
    </w:p>
    <w:p>
      <w:r>
        <w:rPr>
          <w:b/>
        </w:rPr>
        <w:t xml:space="preserve">[1:08:34] </w:t>
      </w:r>
      <w:r>
        <w:t>is ki surat badshah ke khwab ke zariye paida ki gayi.</w:t>
      </w:r>
    </w:p>
    <w:p>
      <w:pPr>
        <w:jc w:val="right"/>
      </w:pPr>
      <w:r>
        <w:t>اس کی صورت بادشاہ کے خواب کے ذریعے پیدا کی گئی۔</w:t>
      </w:r>
    </w:p>
    <w:p>
      <w:r>
        <w:rPr>
          <w:b/>
        </w:rPr>
        <w:t xml:space="preserve">[1:08:40] </w:t>
      </w:r>
      <w:r>
        <w:t>badshah ne ek ajeeb khwab dekha.</w:t>
      </w:r>
    </w:p>
    <w:p>
      <w:pPr>
        <w:jc w:val="right"/>
      </w:pPr>
      <w:r>
        <w:t>بادشاہ نے ایک عجیب خواب دیکھا۔</w:t>
      </w:r>
    </w:p>
    <w:p>
      <w:r>
        <w:rPr>
          <w:b/>
        </w:rPr>
        <w:t xml:space="preserve">[1:08:43] </w:t>
      </w:r>
      <w:r>
        <w:t>woh is ki taabeer ke liye itna bechain hua ke aam ailan kar ke tamam mulk ke</w:t>
      </w:r>
    </w:p>
    <w:p>
      <w:pPr>
        <w:jc w:val="right"/>
      </w:pPr>
      <w:r>
        <w:t>وہ اس کی تعبیر کے لیے اتنا بے چین ہوا کہ عام اعلان کر کے تمام ملک کے</w:t>
      </w:r>
    </w:p>
    <w:p>
      <w:r>
        <w:rPr>
          <w:b/>
        </w:rPr>
        <w:t xml:space="preserve">[1:08:49] </w:t>
      </w:r>
      <w:r>
        <w:t>ulama aur danishwaron ko apne darbar mein jama kiya aur un se kaha ke woh is khwab ki</w:t>
      </w:r>
    </w:p>
    <w:p>
      <w:pPr>
        <w:jc w:val="right"/>
      </w:pPr>
      <w:r>
        <w:t>علماء اور دانشوروں کو اپنے دربار میں جمع کیا اور ان سے کہا کہ وہ اس خواب کی</w:t>
      </w:r>
    </w:p>
    <w:p>
      <w:r>
        <w:rPr>
          <w:b/>
        </w:rPr>
        <w:t xml:space="preserve">[1:09:00] </w:t>
      </w:r>
      <w:r>
        <w:t>taabeer batayen magar sab ke sab ajiz rahe.</w:t>
      </w:r>
    </w:p>
    <w:p>
      <w:pPr>
        <w:jc w:val="right"/>
      </w:pPr>
      <w:r>
        <w:t>تعبیر بتائیں مگر سب کے سب عاجز رہے۔</w:t>
      </w:r>
    </w:p>
    <w:p>
      <w:r>
        <w:rPr>
          <w:b/>
        </w:rPr>
        <w:t xml:space="preserve">[1:09:05] </w:t>
      </w:r>
      <w:r>
        <w:t>is tarah khwab ka waqia ek aam shehri ka waqia ban gaya. ab jab Hazrat Yusuf ne khwab ki taabeer bayan ki aur badshah ne is ko pasand kiya to achaanak woh tamam mulk ki nazron mein aa gaye.</w:t>
      </w:r>
    </w:p>
    <w:p>
      <w:pPr>
        <w:jc w:val="right"/>
      </w:pPr>
      <w:r>
        <w:t>اس طرح خواب کا واقعہ ایک عمومی شہرت کا واقعہ بن گیا۔ اب جب حضرت یوسف نے خواب کی تعبیر بیان کی اور بادشاہ نے اس کو پسند کیا تو اچانک وہ تمام ملک کی نظروں میں آگئے۔</w:t>
      </w:r>
    </w:p>
    <w:p>
      <w:r>
        <w:rPr>
          <w:b/>
        </w:rPr>
        <w:t xml:space="preserve">[1:09:24] </w:t>
      </w:r>
      <w:r>
        <w:t>badshah ne sari baat sunne ke baad mutaliqa auraton se is ki tehqeeq</w:t>
      </w:r>
    </w:p>
    <w:p>
      <w:pPr>
        <w:jc w:val="right"/>
      </w:pPr>
      <w:r>
        <w:t>بادشاہ نے ساری بات سننے کے بعد متعلقہ عورتوں سے اس کی تحقیق</w:t>
      </w:r>
    </w:p>
    <w:p>
      <w:r>
        <w:rPr>
          <w:b/>
        </w:rPr>
        <w:t xml:space="preserve">[1:09:29] </w:t>
      </w:r>
      <w:r>
        <w:t>ki. sab ne bak zuban Hazrat Yusuf ko bari al zimma qarar diya. Aziz Misr ki biwi itraaf haq mein sab se aage nikal gayi.</w:t>
      </w:r>
    </w:p>
    <w:p>
      <w:pPr>
        <w:jc w:val="right"/>
      </w:pPr>
      <w:r>
        <w:t>کی۔ سب نے بیک زبان حضرت یوسف کو بری الذمہ قرار دیا۔ عزیز مصر کی بیوی اعتراف حق میں سب سے آگے نکل گئی۔</w:t>
      </w:r>
    </w:p>
    <w:p>
      <w:r>
        <w:rPr>
          <w:b/>
        </w:rPr>
        <w:t xml:space="preserve">[1:09:41] </w:t>
      </w:r>
      <w:r>
        <w:t>us ne saaf lafzon mein elaan kiya ke ab sachai khul chuki hai. haqeeqat yeh hai ke sara qusoor mera tha.</w:t>
      </w:r>
    </w:p>
    <w:p>
      <w:pPr>
        <w:jc w:val="right"/>
      </w:pPr>
      <w:r>
        <w:t>اس نے صاف لفظوں میں اعلان کیا کہ اب سچائی کھل چکی ہے۔ حقیقت یہ ہے کہ سارا قصور میرا تھا۔</w:t>
      </w:r>
    </w:p>
    <w:p>
      <w:r>
        <w:rPr>
          <w:b/>
        </w:rPr>
        <w:t xml:space="preserve">[1:09:50] </w:t>
      </w:r>
      <w:r>
        <w:t>Yusuf ka kuch bhi qusoor na tha.</w:t>
      </w:r>
    </w:p>
    <w:p>
      <w:pPr>
        <w:jc w:val="right"/>
      </w:pPr>
      <w:r>
        <w:t>یوسف کا کچھ بھی قصور نہ تھا۔</w:t>
      </w:r>
    </w:p>
    <w:p>
      <w:r>
        <w:rPr>
          <w:b/>
        </w:rPr>
        <w:t xml:space="preserve">[1:09:55] </w:t>
      </w:r>
      <w:r>
        <w:t>Aziz Misr ki biwi ka yeh iqraar itna azeem amal hai ke ajab nahi ke is ke baad us ko imaan ki tofeeq de di gayi ho.</w:t>
      </w:r>
    </w:p>
    <w:p>
      <w:pPr>
        <w:jc w:val="right"/>
      </w:pPr>
      <w:r>
        <w:t>عزیز مصر کی بیوی کا یہ اقرار اتنا عظیم عمل ہے کہ عجب نہیں کہ اس کے بعد اس کو ایمان کی توفیق دے دی گئی ہو۔</w:t>
      </w:r>
    </w:p>
    <w:p>
      <w:r>
        <w:rPr>
          <w:b/>
        </w:rPr>
        <w:t xml:space="preserve">[1:10:08] </w:t>
      </w:r>
      <w:r>
        <w:t>zalika li ya'lama anni lam aahunna bil ghaybi wa annallaha la yahdi kayd al kha'ineena</w:t>
      </w:r>
    </w:p>
    <w:p>
      <w:pPr>
        <w:jc w:val="right"/>
      </w:pPr>
      <w:r>
        <w:t>ذلك ليعلم أني لم أخنه بالغيب وأن الله لا يهدي كيد الخائنين</w:t>
      </w:r>
    </w:p>
    <w:p>
      <w:r>
        <w:rPr>
          <w:b/>
        </w:rPr>
        <w:t xml:space="preserve">[1:10:22] </w:t>
      </w:r>
      <w:r>
        <w:t>wa ma ubri'u nafsi</w:t>
      </w:r>
    </w:p>
    <w:p>
      <w:pPr>
        <w:jc w:val="right"/>
      </w:pPr>
      <w:r>
        <w:t>وما أبرئ نفسي</w:t>
      </w:r>
    </w:p>
    <w:p>
      <w:r>
        <w:rPr>
          <w:b/>
        </w:rPr>
        <w:t xml:space="preserve">[1:10:28] </w:t>
      </w:r>
      <w:r>
        <w:t>in al-nafs la-ammarah</w:t>
      </w:r>
    </w:p>
    <w:p>
      <w:pPr>
        <w:jc w:val="right"/>
      </w:pPr>
      <w:r>
        <w:t>إن النفس لأمارة</w:t>
      </w:r>
    </w:p>
    <w:p>
      <w:r>
        <w:rPr>
          <w:b/>
        </w:rPr>
        <w:t xml:space="preserve">[1:10:33] </w:t>
      </w:r>
      <w:r>
        <w:t>bi-al-su' illa ma rahimah rabbi</w:t>
      </w:r>
    </w:p>
    <w:p>
      <w:pPr>
        <w:jc w:val="right"/>
      </w:pPr>
      <w:r>
        <w:t>بالسوء إلا ما رحم ربي</w:t>
      </w:r>
    </w:p>
    <w:p>
      <w:r>
        <w:rPr>
          <w:b/>
        </w:rPr>
        <w:t xml:space="preserve">[1:10:39] </w:t>
      </w:r>
      <w:r>
        <w:t>inna rabbi ghafurun rahimun</w:t>
      </w:r>
    </w:p>
    <w:p>
      <w:pPr>
        <w:jc w:val="right"/>
      </w:pPr>
      <w:r>
        <w:t>إن ربي غفور رحيم</w:t>
      </w:r>
    </w:p>
    <w:p>
      <w:r>
        <w:rPr>
          <w:b/>
        </w:rPr>
        <w:t xml:space="preserve">[1:10:46] </w:t>
      </w:r>
      <w:r>
        <w:t>yeh is liye ke Aziz Misr yeh jaan le ke main ne dar parda is ki khiyanat nahi ki aur beshak Allah khiyanat karne walon ki chaal ko chalne nahi deta aur main apne nafs ki barat nahi karta.</w:t>
      </w:r>
    </w:p>
    <w:p>
      <w:pPr>
        <w:jc w:val="right"/>
      </w:pPr>
      <w:r>
        <w:t>یہ اس لیے کہ عزیز مصر یہ جان لے کہ میں نے درپردہ اس کی خیانت نہیں کی اور بے شک اللہ خیانت کرنے والوں کی چال کو چلنے نہیں دیتا اور میں اپنے نفس کی برات نہیں کرتا۔</w:t>
      </w:r>
    </w:p>
    <w:p>
      <w:r>
        <w:rPr>
          <w:b/>
        </w:rPr>
        <w:t xml:space="preserve">[1:11:05] </w:t>
      </w:r>
      <w:r>
        <w:t>nafs to burai hi sikhata hai illa yeh ke mera rab reham farmaye. beshak mera rab bakhsne wala meherban hai.</w:t>
      </w:r>
    </w:p>
    <w:p>
      <w:pPr>
        <w:jc w:val="right"/>
      </w:pPr>
      <w:r>
        <w:t>نفس تو بدی ہی سکھاتا ہے الا یہ کہ میرا رب رحم فرمائے۔ بے شک میرا رب بخشنے والا مہربان ہے۔</w:t>
      </w:r>
    </w:p>
    <w:p>
      <w:r>
        <w:rPr>
          <w:b/>
        </w:rPr>
        <w:t xml:space="preserve">[1:11:18] </w:t>
      </w:r>
      <w:r>
        <w:t>tashreeh: badshah ne jab hazrat yusuf ko bulaya to woh foran qaid khaane se bahar nahi aa gaye balkeh yeh kaha ke pehle is waqeye ki tehqeeq honi chahiye jis ko bahana bana kar mujh ko qaid kiya gaya tha.</w:t>
      </w:r>
    </w:p>
    <w:p>
      <w:pPr>
        <w:jc w:val="right"/>
      </w:pPr>
      <w:r>
        <w:t>تشریح: بادشاہ نے جب حضرت یوسف کو بلایا تو وہ فوراً قید خانے سے باہر نہیں آگئے بلکہ یہ کہا کہ پہلے اس واقعے کی تحقیق ہونی چاہیے جس کو بہانہ بنا کر مجھ کو قید کیا گیا تھا۔</w:t>
      </w:r>
    </w:p>
    <w:p>
      <w:r>
        <w:rPr>
          <w:b/>
        </w:rPr>
        <w:t xml:space="preserve">[1:11:39] </w:t>
      </w:r>
      <w:r>
        <w:t>khuda ke nazdeek agarcheh aap poori tarah bari-uz-zimmah thay magar masla yeh tha ke aap ko awam ke darmiyan peghambari ki khidmat anjam dena tha yani khuda ki amanat hidayat ko is ke bando tak pahunchana.</w:t>
      </w:r>
    </w:p>
    <w:p>
      <w:pPr>
        <w:jc w:val="right"/>
      </w:pPr>
      <w:r>
        <w:t>خدا کے نزدیک اگرچہ آپ پوری طرح بری الذمہ تھے مگر مسئلہ یہ تھا کہ آپ کو عوام کے درمیان پیغمبری کی خدمت انجام دینا تھا یعنی خدا کی امانت ہدایت کو اس کے بندوں تک پہنچانا۔</w:t>
      </w:r>
    </w:p>
    <w:p>
      <w:r>
        <w:rPr>
          <w:b/>
        </w:rPr>
        <w:t xml:space="preserve">[1:11:59] </w:t>
      </w:r>
      <w:r>
        <w:t>muzakara waqeye mein aap par apne aaqa ke sath khiyanat ka ilzam lagaya gaya tha.</w:t>
      </w:r>
    </w:p>
    <w:p>
      <w:pPr>
        <w:jc w:val="right"/>
      </w:pPr>
      <w:r>
        <w:t>مذکورہ واقعے میں آپ پر اپنے آقا کے ساتھ خیانت کا الزام لگایا گیا تھا۔</w:t>
      </w:r>
    </w:p>
    <w:p>
      <w:r>
        <w:rPr>
          <w:b/>
        </w:rPr>
        <w:t xml:space="preserve">[1:12:06] </w:t>
      </w:r>
      <w:r>
        <w:t>yeh ek bohat nazuk mamla tha aur awam ke samne aane se pehle zaroori tha ke aap ke upar se yeh ilzam khatm ho kyunke jis shakhs ko log bando ke mamle mein amanat dar na samjhein us ko woh khuda ke mamle mein amanat dar nahi samajh sakte.</w:t>
      </w:r>
    </w:p>
    <w:p>
      <w:pPr>
        <w:jc w:val="right"/>
      </w:pPr>
      <w:r>
        <w:t>یہ ایک بہت نازک معاملہ تھا اور عوام کے سامنے آنے سے پہلے ضروری تھا کہ آپ کے اوپر سے یہ الزام ختم ہو کیونکہ جس شخص کو لوگ بندوں کے معاملے میں امانت دار نہ سمجھیں اس کو وہ خدا کے معاملے میں امانت دار نہیں سمجھ سکتے۔</w:t>
      </w:r>
    </w:p>
    <w:p>
      <w:r>
        <w:rPr>
          <w:b/>
        </w:rPr>
        <w:t xml:space="preserve">[1:12:35] </w:t>
      </w:r>
      <w:r>
        <w:t>momin aik waqt do cheezon ke darmiyan hota hai.</w:t>
      </w:r>
    </w:p>
    <w:p>
      <w:pPr>
        <w:jc w:val="right"/>
      </w:pPr>
      <w:r>
        <w:t>مومن بیک وقت دو چیزوں کے درمیان ہوتا ہے۔</w:t>
      </w:r>
    </w:p>
    <w:p>
      <w:r>
        <w:rPr>
          <w:b/>
        </w:rPr>
        <w:t xml:space="preserve">[1:12:40] </w:t>
      </w:r>
      <w:r>
        <w:t>aik insan aur doosre khuda.</w:t>
      </w:r>
    </w:p>
    <w:p>
      <w:pPr>
        <w:jc w:val="right"/>
      </w:pPr>
      <w:r>
        <w:t>ایک انسان اور دوسرے خدا۔</w:t>
      </w:r>
    </w:p>
    <w:p>
      <w:r>
        <w:rPr>
          <w:b/>
        </w:rPr>
        <w:t xml:space="preserve">[1:12:43] </w:t>
      </w:r>
      <w:r>
        <w:t>kabhi aisa hota hai ke is ko</w:t>
      </w:r>
    </w:p>
    <w:p>
      <w:pPr>
        <w:jc w:val="right"/>
      </w:pPr>
      <w:r>
        <w:t>کبھی ایسا ہوتا ہے کہ اس کو</w:t>
      </w:r>
    </w:p>
    <w:p>
      <w:r>
        <w:rPr>
          <w:b/>
        </w:rPr>
        <w:t xml:space="preserve">[1:12:48] </w:t>
      </w:r>
      <w:r>
        <w:t>insanon ki nisbat se muamle ki wazahat ke liye koi aisa kalma bolna parta hai jis mein bazahir</w:t>
      </w:r>
    </w:p>
    <w:p>
      <w:pPr>
        <w:jc w:val="right"/>
      </w:pPr>
      <w:r>
        <w:t>انسانوں کی نسبت سے معاملے کی وضاحت کے لیے کوئی ایسا کلمہ بولنا پڑتا ہے جس میں بظاہر</w:t>
      </w:r>
    </w:p>
    <w:p>
      <w:r>
        <w:rPr>
          <w:b/>
        </w:rPr>
        <w:t xml:space="preserve">[1:12:57] </w:t>
      </w:r>
      <w:r>
        <w:t>idda'a ka pehlu nazar aata ho magar is ka dil is waqt bhi ajz ke ehsas se bhara</w:t>
      </w:r>
    </w:p>
    <w:p>
      <w:pPr>
        <w:jc w:val="right"/>
      </w:pPr>
      <w:r>
        <w:t>ادعا کا پہلو نظر آتا ہو مگر اس کا دل اس وقت بھی عجز کے احساس سے بھرا</w:t>
      </w:r>
    </w:p>
    <w:p>
      <w:r>
        <w:rPr>
          <w:b/>
        </w:rPr>
        <w:t xml:space="preserve">[1:13:04] </w:t>
      </w:r>
      <w:r>
        <w:t>hua hota hai ki</w:t>
      </w:r>
    </w:p>
    <w:p>
      <w:pPr>
        <w:jc w:val="right"/>
      </w:pPr>
      <w:r>
        <w:t>ہوا ہوتا ہے کی</w:t>
      </w:r>
    </w:p>
    <w:p>
      <w:r>
        <w:rPr>
          <w:b/>
        </w:rPr>
        <w:t xml:space="preserve">[1:13:06] </w:t>
      </w:r>
      <w:r>
        <w:t>yunke jab woh apne aap ko khuda ki nisbat se dekhta hai to woh pata hai ke khuda ki nisbat se woh sirf ajiz hai.</w:t>
      </w:r>
    </w:p>
    <w:p>
      <w:pPr>
        <w:jc w:val="right"/>
      </w:pPr>
      <w:r>
        <w:t>ونکہ جب وہ اپنے آپ کو خدا کی نسبت سے دیکھتا ہے تو وہ پاتا ہے کہ خدا کی نسبت سے وہ صرف عاجز ہے۔</w:t>
      </w:r>
    </w:p>
    <w:p>
      <w:r>
        <w:rPr>
          <w:b/>
        </w:rPr>
        <w:t xml:space="preserve">[1:13:16] </w:t>
      </w:r>
      <w:r>
        <w:t>is ke siwa aur kuch nahi. khuda ka aqeedah far'an momin ko mutawazin karta rehta hai.</w:t>
      </w:r>
    </w:p>
    <w:p>
      <w:pPr>
        <w:jc w:val="right"/>
      </w:pPr>
      <w:r>
        <w:t>اس کے سوا اور کچھ نہیں۔ خدا کا عقیدہ فرعان مومن کو متوازن کرتا رہتا ہے۔</w:t>
      </w:r>
    </w:p>
    <w:p>
      <w:r>
        <w:rPr>
          <w:b/>
        </w:rPr>
        <w:t xml:space="preserve">[1:13:27] </w:t>
      </w:r>
      <w:r>
        <w:t>hazrat yusuf ka muzakara kalam momin ki shakhsiyat ke isi dugna pehlu ki tasweer hai.</w:t>
      </w:r>
    </w:p>
    <w:p>
      <w:pPr>
        <w:jc w:val="right"/>
      </w:pPr>
      <w:r>
        <w:t>حضرت یوسف کا مذکورہ کلام مومن کی شخصیت کے اسی دوگنا پہلو کی تصویر ہے۔</w:t>
      </w:r>
    </w:p>
    <w:p>
      <w:r>
        <w:rPr>
          <w:b/>
        </w:rPr>
        <w:t xml:space="preserve">[1:13:39] </w:t>
      </w:r>
      <w:r>
        <w:t>wa qala al-maliku atooni bihi astakhlishu linafsi falamma kallamahu qala innaka al-yawma ladayna makeenun ameen</w:t>
      </w:r>
    </w:p>
    <w:p>
      <w:pPr>
        <w:jc w:val="right"/>
      </w:pPr>
      <w:r>
        <w:t>وقال الملك ائتوني به استخلصه لنفسي فلما كلمه قال إنك اليوم لدينا مكين أمين</w:t>
      </w:r>
    </w:p>
    <w:p>
      <w:r>
        <w:rPr>
          <w:b/>
        </w:rPr>
        <w:t xml:space="preserve">[1:13:57] </w:t>
      </w:r>
      <w:r>
        <w:t>qala j'alni 'ala khaza'ini al-ardi inni hafeezun 'aleemun wa kadhalika makkanna liyusufa fi al-ardi yatabawwa'u minha haythu yashaa'</w:t>
      </w:r>
    </w:p>
    <w:p>
      <w:pPr>
        <w:jc w:val="right"/>
      </w:pPr>
      <w:r>
        <w:t>قال جعلني على خزائن الأرض إني حفيظ عليم وكذلك مكنا ليوسف في الأرض يتبوأ منها حيث يشاء</w:t>
      </w:r>
    </w:p>
    <w:p>
      <w:r>
        <w:rPr>
          <w:b/>
        </w:rPr>
        <w:t xml:space="preserve">[1:14:18] </w:t>
      </w:r>
      <w:r>
        <w:t>nusheebu birahmatina man nashaa'u wa la nudee'u ajra al-muhsiteen wa la ajru al-akhirati khayrun lillazeena amanoo wa kanoo yattaqoon</w:t>
      </w:r>
    </w:p>
    <w:p>
      <w:pPr>
        <w:jc w:val="right"/>
      </w:pPr>
      <w:r>
        <w:t>نصيب برحمتنا من نشاء ولا نضيع أجر المحسنين ولأجر الآخرة خير للذين آمنوا وكانوا يتقون</w:t>
      </w:r>
    </w:p>
    <w:p>
      <w:r>
        <w:rPr>
          <w:b/>
        </w:rPr>
        <w:t xml:space="preserve">[1:14:38] </w:t>
      </w:r>
      <w:r>
        <w:t>aur badshah ne kaha is ko mere paas lao mein is ko khaas apne liye rakhun ga. phir jab yusuf ne is se baat ki to badshah ne kaha aaj se tum hamare yahan</w:t>
      </w:r>
    </w:p>
    <w:p>
      <w:pPr>
        <w:jc w:val="right"/>
      </w:pPr>
      <w:r>
        <w:t>اور بادشاہ نے کہا اس کو میرے پاس لاؤ میں اس کو خاص اپنے لیے رکھوں گا۔ پھر جب یوسف نے اس سے بات کی تو بادشاہ نے کہا آج سے تم ہمارے یہاں</w:t>
      </w:r>
    </w:p>
    <w:p>
      <w:r>
        <w:rPr>
          <w:b/>
        </w:rPr>
        <w:t xml:space="preserve">[1:14:55] </w:t>
      </w:r>
      <w:r>
        <w:t>mu'azzaz aur mu'tamad hue.</w:t>
      </w:r>
    </w:p>
    <w:p>
      <w:pPr>
        <w:jc w:val="right"/>
      </w:pPr>
      <w:r>
        <w:t>معزز اور معتمد ہوئے۔</w:t>
      </w:r>
    </w:p>
    <w:p>
      <w:r>
        <w:rPr>
          <w:b/>
        </w:rPr>
        <w:t xml:space="preserve">[1:14:58] </w:t>
      </w:r>
      <w:r>
        <w:t>yusuf ne kaha ke mujh ko mulk ke khazanon par muqarrar kar do. mein nigahban hoon aur janne wala hoon. aur is tarah hum ne yusuf ko mulk mein ba-ikhtiyar bana diya.</w:t>
      </w:r>
    </w:p>
    <w:p>
      <w:pPr>
        <w:jc w:val="right"/>
      </w:pPr>
      <w:r>
        <w:t>یوسف نے کہا کہ مجھ کو ملک کے خزانوں پر مقرر کر دو۔ میں نگہبان ہوں اور جاننے والا ہوں۔ اور اس طرح ہم نے یوسف کو ملک میں بااختیار بنا دیا۔</w:t>
      </w:r>
    </w:p>
    <w:p>
      <w:r>
        <w:rPr>
          <w:b/>
        </w:rPr>
        <w:t xml:space="preserve">[1:15:13] </w:t>
      </w:r>
      <w:r>
        <w:t>woh is mein jahan chahe jagah banaye. hum jis par chahein apni inayat mutawajjah kar dein. aur hum neki karne walon ka ajar zaya nahi karte.</w:t>
      </w:r>
    </w:p>
    <w:p>
      <w:pPr>
        <w:jc w:val="right"/>
      </w:pPr>
      <w:r>
        <w:t>وہ اس میں جہاں چاہے جگہ بنائے۔ ہم جس پر چاہیں اپنی عنایت متوجہ کر دیں۔ اور ہم نیکی کرنے والوں کا اجر ضائع نہیں کرتے۔</w:t>
      </w:r>
    </w:p>
    <w:p>
      <w:r>
        <w:rPr>
          <w:b/>
        </w:rPr>
        <w:t xml:space="preserve">[1:15:27] </w:t>
      </w:r>
      <w:r>
        <w:t>aur aakhirat ka ajar kahin zyada barh kar hai. imaan aur taqwa walon ke liye.</w:t>
      </w:r>
    </w:p>
    <w:p>
      <w:pPr>
        <w:jc w:val="right"/>
      </w:pPr>
      <w:r>
        <w:t>اور آخرت کا اجر کہیں زیادہ بڑھ کر ہے۔ ایمان اور تقویٰ والوں کے لیے۔</w:t>
      </w:r>
    </w:p>
    <w:p>
      <w:r>
        <w:rPr>
          <w:b/>
        </w:rPr>
        <w:t xml:space="preserve">[1:15:37] </w:t>
      </w:r>
      <w:r>
        <w:t>tashreeh: mujhe zameen ke khazanon par muqarrar kar do. yahan khazanon se murad ghalla ke khutte hain.</w:t>
      </w:r>
    </w:p>
    <w:p>
      <w:pPr>
        <w:jc w:val="right"/>
      </w:pPr>
      <w:r>
        <w:t>تشریح: مجھے زمین کے خزانوں پر مقرر کر دو۔ یہاں خزانوں سے مراد غلہ کے کھتے ہیں۔</w:t>
      </w:r>
    </w:p>
    <w:p>
      <w:r>
        <w:rPr>
          <w:b/>
        </w:rPr>
        <w:t xml:space="preserve">[1:15:48] </w:t>
      </w:r>
      <w:r>
        <w:t>hazrat yusuf ne badshah ko apni taraf mutawajjah dekh kar shah misr se yeh ikhtiyar manga ke woh hukoomati wasail ke tehat sare mulk mein ghalla ke bare bare khutte banwayein</w:t>
      </w:r>
    </w:p>
    <w:p>
      <w:pPr>
        <w:jc w:val="right"/>
      </w:pPr>
      <w:r>
        <w:t>حضرت یوسف نے بادشاہ کو اپنی طرف متوجہ دیکھ کر شاہ مصر سے یہ اختیار مانگا کہ وہ حکومتی وسائل کے تحت سارے ملک میں غلہ کے بڑے بڑے کھتے بنوائیں</w:t>
      </w:r>
    </w:p>
    <w:p>
      <w:r>
        <w:rPr>
          <w:b/>
        </w:rPr>
        <w:t xml:space="preserve">[1:16:06] </w:t>
      </w:r>
      <w:r>
        <w:t>taake ibtida'i saat saalon mein kisanon se fazil ghalla le kar wahan mehfooz kiya ja sake.</w:t>
      </w:r>
    </w:p>
    <w:p>
      <w:pPr>
        <w:jc w:val="right"/>
      </w:pPr>
      <w:r>
        <w:t>تاکہ ابتدائی سات سالوں میں کسانوں سے فاضل غلہ لے کر وہاں محفوظ کیا جا سکے۔</w:t>
      </w:r>
    </w:p>
    <w:p>
      <w:r>
        <w:rPr>
          <w:b/>
        </w:rPr>
        <w:t xml:space="preserve">[1:16:18] </w:t>
      </w:r>
      <w:r>
        <w:t>badshah razi ho gaya aur apne aaini aur qanooni iqtadar ke tehat aap ko har qism ka ikhtiyar de diya.</w:t>
      </w:r>
    </w:p>
    <w:p>
      <w:pPr>
        <w:jc w:val="right"/>
      </w:pPr>
      <w:r>
        <w:t>بادشاہ راضی ہو گیا اور اپنے آئینی اور قانونی اقتدار کے تحت آپ کو ہر قسم کا اختیار دے دیا۔</w:t>
      </w:r>
    </w:p>
    <w:p>
      <w:r>
        <w:rPr>
          <w:b/>
        </w:rPr>
        <w:t xml:space="preserve">[1:16:31] </w:t>
      </w:r>
      <w:r>
        <w:t>misr ka badshah mushrik tha.</w:t>
      </w:r>
    </w:p>
    <w:p>
      <w:pPr>
        <w:jc w:val="right"/>
      </w:pPr>
      <w:r>
        <w:t>مصر کا بادشاہ مشرک تھا۔</w:t>
      </w:r>
    </w:p>
    <w:p>
      <w:r>
        <w:rPr>
          <w:b/>
        </w:rPr>
        <w:t xml:space="preserve">[1:16:35] </w:t>
      </w:r>
      <w:r>
        <w:t>ayat number 76 se maloom hota hai ke hazrat yusuf ke ta'ayyun ke taqreeban das saal baad tak bhi isi badshah ka qanoon misr mein raij tha.</w:t>
      </w:r>
    </w:p>
    <w:p>
      <w:pPr>
        <w:jc w:val="right"/>
      </w:pPr>
      <w:r>
        <w:t>آیت نمبر 76 سے معلوم ہوتا ہے کہ حضرت یوسف کے تقرر کے تقریباً دس سال بعد تک بھی اسی بادشاہ کا قانون مصر میں رائج تھا۔</w:t>
      </w:r>
    </w:p>
    <w:p>
      <w:r>
        <w:rPr>
          <w:b/>
        </w:rPr>
        <w:t xml:space="preserve">[1:16:49] </w:t>
      </w:r>
      <w:r>
        <w:t>yeh khuda ke ek peghambar ka uswa hai jo batata hai ke ghair muslim hukoomat ke tehat koi zaili uhda qabool karna Islam ke khilaf nahi hai.</w:t>
      </w:r>
    </w:p>
    <w:p>
      <w:pPr>
        <w:jc w:val="right"/>
      </w:pPr>
      <w:r>
        <w:t>یہ خدا کے ایک پیغمبر کا اسوہ ہے جو بتاتا ہے کہ غیر مسلم حکومت کے تحت کوئی ذیلی عہدہ قبول کرنا اسلام کے خلاف نہیں ہے۔</w:t>
      </w:r>
    </w:p>
    <w:p>
      <w:r>
        <w:rPr>
          <w:b/>
        </w:rPr>
        <w:t xml:space="preserve">[1:17:02] </w:t>
      </w:r>
      <w:r>
        <w:t>isi bana par aslaf ne zalim badshahon ke tehat qaza ke uhde qabool kiye.</w:t>
      </w:r>
    </w:p>
    <w:p>
      <w:pPr>
        <w:jc w:val="right"/>
      </w:pPr>
      <w:r>
        <w:t>اسی بنا پر اسلاف نے ظالم بادشاہوں کے تحت قضا کے عہدے قبول کیے۔</w:t>
      </w:r>
    </w:p>
    <w:p>
      <w:r>
        <w:rPr>
          <w:b/>
        </w:rPr>
        <w:t xml:space="preserve">[1:17:14] </w:t>
      </w:r>
      <w:r>
        <w:t>misr mein ikhtiyar sambhalne se hazrat yusuf ka maqsad kya tha?</w:t>
      </w:r>
    </w:p>
    <w:p>
      <w:pPr>
        <w:jc w:val="right"/>
      </w:pPr>
      <w:r>
        <w:t>مصر میں اختیار سنبھالنے سے حضرت یوسف کا مقصد کیا تھا؟</w:t>
      </w:r>
    </w:p>
    <w:p>
      <w:r>
        <w:rPr>
          <w:b/>
        </w:rPr>
        <w:t xml:space="preserve">[1:17:19] </w:t>
      </w:r>
      <w:r>
        <w:t>quran ki tafseel se bظاهر is ka maqsad yeh maloom hota hai ke bandgan e khuda ko taveel qahat ki museebat se bachaya jaye aur phir is ke nateejay mein bani israel ke liye misr mein abad hone ke mawaqe faraham kiye jaye</w:t>
      </w:r>
    </w:p>
    <w:p>
      <w:pPr>
        <w:jc w:val="right"/>
      </w:pPr>
      <w:r>
        <w:t>قرآن کی تفصیل سے بظاہر اس کا مقصد یہ معلوم ہوتا ہے کہ بندگان خدا کو طویل قحط کی مصیبت سے بچایا جائے اور پھر اس کے نتیجے میں بنی اسرائیل کے لیے مصر میں آباد ہونے کے مواقع فراہم کیے جائیں۔</w:t>
      </w:r>
    </w:p>
    <w:p>
      <w:r>
        <w:rPr>
          <w:b/>
        </w:rPr>
        <w:t xml:space="preserve">[1:17:41] </w:t>
      </w:r>
      <w:r>
        <w:t>imaan aur taqwa ki rosh ikhtiyar karne walon ke liye khuda ne abdi jannat ka yaqeeni wada kiya hai dunya ki zindagi mein bhi in ko khuda ki madad hasil hoti hai</w:t>
      </w:r>
    </w:p>
    <w:p>
      <w:pPr>
        <w:jc w:val="right"/>
      </w:pPr>
      <w:r>
        <w:t>ایمان اور تقویٰ کی روش اختیار کرنے والوں کے لیے خدا نے ابدی جنت کا یقینی وعدہ کیا ہے۔ دنیا کی زندگی میں بھی ان کو خدا کی مدد حاصل ہوتی ہے۔</w:t>
      </w:r>
    </w:p>
    <w:p>
      <w:r>
        <w:rPr>
          <w:b/>
        </w:rPr>
        <w:t xml:space="preserve">[1:17:57] </w:t>
      </w:r>
      <w:r>
        <w:t>tahum is mein aik farq hai jahan tak haq ke ailan ka mamla hai ki tofeeq ko yeksani tor par milti hai</w:t>
      </w:r>
    </w:p>
    <w:p>
      <w:pPr>
        <w:jc w:val="right"/>
      </w:pPr>
      <w:r>
        <w:t>تاہم اس میں ایک فرق ہے۔ جہاں تک حق کے اعلان کا معاملہ ہے۔ کی توفیق کو یکساں طور پر ملتی ہے</w:t>
      </w:r>
    </w:p>
    <w:p>
      <w:r>
        <w:rPr>
          <w:b/>
        </w:rPr>
        <w:t xml:space="preserve">[1:18:07] </w:t>
      </w:r>
      <w:r>
        <w:t>magar amli yaft ke mamle mein sab ki nusrat yeksani andaaz mein nahi amli nusrat kisi ko aik dhang par milti hai aur kisi ko doosre dhang par</w:t>
      </w:r>
    </w:p>
    <w:p>
      <w:pPr>
        <w:jc w:val="right"/>
      </w:pPr>
      <w:r>
        <w:t>مگر عملی یافت کے معاملے میں سب کی نصرت یکساں انداز میں نہیں۔ عملی نصرت کسی کو ایک ڈھنگ پر ملتی ہے اور کسی کو دوسرے ڈھنگ پر۔</w:t>
      </w:r>
    </w:p>
    <w:p>
      <w:r>
        <w:rPr>
          <w:b/>
        </w:rPr>
        <w:t xml:space="preserve">[1:18:24] </w:t>
      </w:r>
      <w:r>
        <w:t>waja akhwat yusuf fadkhalu alayhi fa'arafahum wahum lahu</w:t>
      </w:r>
    </w:p>
    <w:p>
      <w:pPr>
        <w:jc w:val="right"/>
      </w:pPr>
      <w:r>
        <w:t>وجاء اخوة یوسف فدخلوا علیہ فعرفهم وهم له</w:t>
      </w:r>
    </w:p>
    <w:p>
      <w:r>
        <w:rPr>
          <w:b/>
        </w:rPr>
        <w:t xml:space="preserve">[1:18:33] </w:t>
      </w:r>
      <w:r>
        <w:t>munkarun walamma jahhazahum bijahazihim qala atuni bi'akhikum min abikum ala tarawna inni</w:t>
      </w:r>
    </w:p>
    <w:p>
      <w:pPr>
        <w:jc w:val="right"/>
      </w:pPr>
      <w:r>
        <w:t>منکرون ولما جهزهم بجهازهم قال ائتوني باخ لكم من ابيكم الا ترون انی</w:t>
      </w:r>
    </w:p>
    <w:p>
      <w:r>
        <w:rPr>
          <w:b/>
        </w:rPr>
        <w:t xml:space="preserve">[1:18:51] </w:t>
      </w:r>
      <w:r>
        <w:t>awfal kayla wa ana khayrul munzileen fa'in lam tatuni bihi fala kayla lakum indi wala taqraboon qaloo sanarawid anhu abahu wa inna lafa'iloon</w:t>
      </w:r>
    </w:p>
    <w:p>
      <w:pPr>
        <w:jc w:val="right"/>
      </w:pPr>
      <w:r>
        <w:t>اوفی الكیل وانا خیر المنزلین فان لم تاتوني به فلا کیل لكم عندی ولا تقربون قالوا سنراود عنہ اباه وانا لفاعلون</w:t>
      </w:r>
    </w:p>
    <w:p>
      <w:r>
        <w:rPr>
          <w:b/>
        </w:rPr>
        <w:t xml:space="preserve">[1:19:15] </w:t>
      </w:r>
      <w:r>
        <w:t>aur yusuf ke bhai misr aaye phir is ke paas pohanchay pas yusuf ne un ko pehchan liya aur unhon ne yusuf ko nahi pehchana aur jab is ne un ka saman tayyar kar diya to kaha ke apne sotayle bhai ko bhi mere paas le ana</w:t>
      </w:r>
    </w:p>
    <w:p>
      <w:pPr>
        <w:jc w:val="right"/>
      </w:pPr>
      <w:r>
        <w:t>اور یوسف کے بھائی مصر آئے پھر اس کے پاس پہنچے پس یوسف نے ان کو پہچان لیا اور انہوں نے یوسف کو نہیں پہچانا اور جب اس نے ان کا سامان تیار کر دیا تو کہا کہ اپنے سوتیلے بھائی کو بھی میرے پاس لے آنا</w:t>
      </w:r>
    </w:p>
    <w:p>
      <w:r>
        <w:rPr>
          <w:b/>
        </w:rPr>
        <w:t xml:space="preserve">[1:19:36] </w:t>
      </w:r>
      <w:r>
        <w:t>tum dekhte nahi ho ke main ghalla bhi poora naap kar deta hoon aur behtareen mezbani karne wala bhi hoon aur agar tum is ko mere paas na laye to na mere paas tumhare liye ghalla hai aur na tum mere paas ana</w:t>
      </w:r>
    </w:p>
    <w:p>
      <w:pPr>
        <w:jc w:val="right"/>
      </w:pPr>
      <w:r>
        <w:t>تم دیکھتے نہیں ہو کہ میں غلہ بھی پورا ناپ کر دیتا ہوں اور بہترین میزبانی کرنے والا بھی ہوں اور اگر تم اس کو میرے پاس نہ لائے تو نہ میرے پاس تمہارے لیے غلہ ہے اور نہ تم میرے پاس آنا</w:t>
      </w:r>
    </w:p>
    <w:p>
      <w:r>
        <w:rPr>
          <w:b/>
        </w:rPr>
        <w:t xml:space="preserve">[1:19:56] </w:t>
      </w:r>
      <w:r>
        <w:t>unhon ne kaha ke hum is ke baray mein is ke baap ko raazi karne ki koshish karein ge aur hum ko yeh kaam karna hai</w:t>
      </w:r>
    </w:p>
    <w:p>
      <w:pPr>
        <w:jc w:val="right"/>
      </w:pPr>
      <w:r>
        <w:t>انہوں نے کہا کہ ہم اس کے بارے میں اس کے باپ کو راضی کرنے کی کوشش کریں گے اور ہم کو یہ کام کرنا ہے۔</w:t>
      </w:r>
    </w:p>
    <w:p>
      <w:r>
        <w:rPr>
          <w:b/>
        </w:rPr>
        <w:t xml:space="preserve">[1:20:09] </w:t>
      </w:r>
      <w:r>
        <w:t>tashreeh hazrat yusuf ke iqtadar ke pehle saat saal tak khoob fasal paida hui</w:t>
      </w:r>
    </w:p>
    <w:p>
      <w:pPr>
        <w:jc w:val="right"/>
      </w:pPr>
      <w:r>
        <w:t>تشریح: حضرت یوسف کے اقتدار کے پہلے سات سال تک خوب فصل پیدا ہوئی۔</w:t>
      </w:r>
    </w:p>
    <w:p>
      <w:r>
        <w:rPr>
          <w:b/>
        </w:rPr>
        <w:t xml:space="preserve">[1:20:19] </w:t>
      </w:r>
      <w:r>
        <w:t>aap ne sare mulk mein baray baray khate banwaye aur kisanon se un ka fazil ghalla khareed kar har saal un khaton mein mehfooz karte rahay</w:t>
      </w:r>
    </w:p>
    <w:p>
      <w:pPr>
        <w:jc w:val="right"/>
      </w:pPr>
      <w:r>
        <w:t>آپ نے سارے ملک میں بڑے بڑے کھتے بنوائے اور کسانوں سے ان کا فاضل غلہ خرید کر ہر سال ان کھتوں میں محفوظ کرتے رہے۔</w:t>
      </w:r>
    </w:p>
    <w:p>
      <w:r>
        <w:rPr>
          <w:b/>
        </w:rPr>
        <w:t xml:space="preserve">[1:20:31] </w:t>
      </w:r>
      <w:r>
        <w:t>is ke baad jab qahat ke saal shuru hue to aap ne is ghalla ko darr us saltanat mein mangwa kar munasib qeemat par farokht karna shuru kar diya</w:t>
      </w:r>
    </w:p>
    <w:p>
      <w:pPr>
        <w:jc w:val="right"/>
      </w:pPr>
      <w:r>
        <w:t>اس کے بعد جب قحط کے سال شروع ہوئے تو آپ نے اس غلہ کو دارالسلطنت میں منگوا کر مناسب قیمت پر فروخت کرنا شروع کر دیا۔</w:t>
      </w:r>
    </w:p>
    <w:p>
      <w:r>
        <w:rPr>
          <w:b/>
        </w:rPr>
        <w:t xml:space="preserve">[1:20:46] </w:t>
      </w:r>
      <w:r>
        <w:t>yeh qahat chuki misr ke ilawa atraf ke ilaqon sham falasteen sharq urdun tak phaila hua tha is liye jab yeh khabar mashhoor hui ke misr mein ghalla susti qeemat par farokht ho raha hai to baradran yusuf bhi ghalla lene ke liye misr aaye</w:t>
      </w:r>
    </w:p>
    <w:p>
      <w:pPr>
        <w:jc w:val="right"/>
      </w:pPr>
      <w:r>
        <w:t>یہ قحط چونکہ مصر کے علاوہ اطراف کے علاقوں شام، فلسطین، شرق اردن تک پھیلا ہوا تھا اس لیے جب یہ خبر مشہور ہوئی کہ مصر میں غلہ سستی قیمت پر فروخت ہو رہا ہے تو برادران یوسف بھی غلہ لینے کے لیے مصر آئے۔</w:t>
      </w:r>
    </w:p>
    <w:p>
      <w:r>
        <w:rPr>
          <w:b/>
        </w:rPr>
        <w:t xml:space="preserve">[1:21:08] </w:t>
      </w:r>
      <w:r>
        <w:t>yahan Hazrat Yusuf ko agarche</w:t>
      </w:r>
    </w:p>
    <w:p>
      <w:pPr>
        <w:jc w:val="right"/>
      </w:pPr>
      <w:r>
        <w:t>یہاں حضرت یوسف کو اگرچہ</w:t>
      </w:r>
    </w:p>
    <w:p>
      <w:r>
        <w:rPr>
          <w:b/>
        </w:rPr>
        <w:t xml:space="preserve">[1:21:13] </w:t>
      </w:r>
      <w:r>
        <w:t>unhon ne bees saal baad dekha tha taham</w:t>
      </w:r>
    </w:p>
    <w:p>
      <w:pPr>
        <w:jc w:val="right"/>
      </w:pPr>
      <w:r>
        <w:t>انہوں نے بیس سال بعد دیکھا تھا تاہم</w:t>
      </w:r>
    </w:p>
    <w:p>
      <w:r>
        <w:rPr>
          <w:b/>
        </w:rPr>
        <w:t xml:space="preserve">[1:21:18] </w:t>
      </w:r>
      <w:r>
        <w:t>aap ki shakal o surat mein unhein apne bhai ki jhalak nazar aai magar jaldi unhon ne is</w:t>
      </w:r>
    </w:p>
    <w:p>
      <w:pPr>
        <w:jc w:val="right"/>
      </w:pPr>
      <w:r>
        <w:t>آپ کی شکل و صورت میں انہیں اپنے بھائی کی جھلک نظر آئی مگر جلدی انہوں نے اس</w:t>
      </w:r>
    </w:p>
    <w:p>
      <w:r>
        <w:rPr>
          <w:b/>
        </w:rPr>
        <w:t xml:space="preserve">[1:21:26] </w:t>
      </w:r>
      <w:r>
        <w:t>ko apne dil se nikal diya kyunke</w:t>
      </w:r>
    </w:p>
    <w:p>
      <w:pPr>
        <w:jc w:val="right"/>
      </w:pPr>
      <w:r>
        <w:t>کو اپنے دل سے نکال دیا کیونکہ</w:t>
      </w:r>
    </w:p>
    <w:p>
      <w:r>
        <w:rPr>
          <w:b/>
        </w:rPr>
        <w:t xml:space="preserve">[1:21:30] </w:t>
      </w:r>
      <w:r>
        <w:t>unki samajh mein nahin aaya ke jis shakhs ko woh andhe kuwein mein daal chuke hain woh</w:t>
      </w:r>
    </w:p>
    <w:p>
      <w:pPr>
        <w:jc w:val="right"/>
      </w:pPr>
      <w:r>
        <w:t>ان کی سمجھ میں نہیں آیا کہ جس شخص کو وہ اندھے کنویں میں ڈال چکے ہیں وہ</w:t>
      </w:r>
    </w:p>
    <w:p>
      <w:r>
        <w:rPr>
          <w:b/>
        </w:rPr>
        <w:t xml:space="preserve">[1:21:39] </w:t>
      </w:r>
      <w:r>
        <w:t>Misr ke takht par mutamkin ho sakta hai.</w:t>
      </w:r>
    </w:p>
    <w:p>
      <w:pPr>
        <w:jc w:val="right"/>
      </w:pPr>
      <w:r>
        <w:t>مصر کے تخت پر متمکن ہو سکتا ہے۔</w:t>
      </w:r>
    </w:p>
    <w:p>
      <w:r>
        <w:rPr>
          <w:b/>
        </w:rPr>
        <w:t xml:space="preserve">[1:21:45] </w:t>
      </w:r>
      <w:r>
        <w:t>hazrat yusuf ne apne bhaiyon ko aik aik oont faiks ghalla dilwaya ab un ke dil mein yeh khwahish hui ke binyameen ke naam par aik oont ghalla aur hasil karein</w:t>
      </w:r>
    </w:p>
    <w:p>
      <w:pPr>
        <w:jc w:val="right"/>
      </w:pPr>
      <w:r>
        <w:t>حضرت یوسف نے اپنے بھائیوں کو ایک ایک اونٹ فیکس غلہ دلوایا۔ اب ان کے دل میں یہ خواہش ہوئی کہ بنیامین کے نام پر ایک اونٹ غلہ اور حاصل کریں۔</w:t>
      </w:r>
    </w:p>
    <w:p>
      <w:r>
        <w:rPr>
          <w:b/>
        </w:rPr>
        <w:t xml:space="preserve">[1:22:00] </w:t>
      </w:r>
      <w:r>
        <w:t>unhon ne darkhwast ki ke hamare aik bhai binyameen ko boodhay baap ne apne paas roq liya hai</w:t>
      </w:r>
    </w:p>
    <w:p>
      <w:pPr>
        <w:jc w:val="right"/>
      </w:pPr>
      <w:r>
        <w:t>انہوں نے درخواست کی کہ ہمارے ایک بھائی بنیامین کو بوڑھے باپ نے اپنے پاس روک لیا ہے۔</w:t>
      </w:r>
    </w:p>
    <w:p>
      <w:r>
        <w:rPr>
          <w:b/>
        </w:rPr>
        <w:t xml:space="preserve">[1:22:09] </w:t>
      </w:r>
      <w:r>
        <w:t>agar hum ko is bhai ke hissay ka ghalla bhi diya jaye to bari inayat ho hazrat yusuf ne kaha ke ghayab ka hissa dena hamara tareeqa nahi</w:t>
      </w:r>
    </w:p>
    <w:p>
      <w:pPr>
        <w:jc w:val="right"/>
      </w:pPr>
      <w:r>
        <w:t>اگر ہم کو اس بھائی کے حصے کا غلہ بھی دیا جائے تو بڑی عنایت ہو۔ حضرت یوسف نے کہا کہ غائب کا حصہ دینا ہمارا طریقہ نہیں۔</w:t>
      </w:r>
    </w:p>
    <w:p>
      <w:r>
        <w:rPr>
          <w:b/>
        </w:rPr>
        <w:t xml:space="preserve">[1:22:21] </w:t>
      </w:r>
      <w:r>
        <w:t>tum dobara aao to apne is bhai ko bhi sath lao is waqt tum is ka hissa pa sakoge tum meri bakhshish ka haal dekh chukay ho</w:t>
      </w:r>
    </w:p>
    <w:p>
      <w:pPr>
        <w:jc w:val="right"/>
      </w:pPr>
      <w:r>
        <w:t>تم دوبارہ آؤ تو اپنے اس بھائی کو بھی ساتھ لاؤ۔ اس وقت تم اس کا حصہ پا سکو گے۔ تم میری بخشش کا حال دیکھ چکے ہو۔</w:t>
      </w:r>
    </w:p>
    <w:p>
      <w:r>
        <w:rPr>
          <w:b/>
        </w:rPr>
        <w:t xml:space="preserve">[1:22:33] </w:t>
      </w:r>
      <w:r>
        <w:t>kya is ke baad bhi tumhein apne bhai ko lane mein taraddud hai</w:t>
      </w:r>
    </w:p>
    <w:p>
      <w:pPr>
        <w:jc w:val="right"/>
      </w:pPr>
      <w:r>
        <w:t>کیا اس کے بعد بھی تمہیں اپنے بھائی کو لانے میں تردد ہے؟</w:t>
      </w:r>
    </w:p>
    <w:p>
      <w:r>
        <w:rPr>
          <w:b/>
        </w:rPr>
        <w:t xml:space="preserve">[1:22:38] </w:t>
      </w:r>
      <w:r>
        <w:t>hazrat yusuf ne mazeed kaha ke jo bhai tum bata rahay ho agar tum agli baar is ko na laye to samjha jayega ke tum jhoot bolte ho aur mahaz dhoka de kar aik oont ghalla aur lena chahte ho</w:t>
      </w:r>
    </w:p>
    <w:p>
      <w:pPr>
        <w:jc w:val="right"/>
      </w:pPr>
      <w:r>
        <w:t>حضرت یوسف نے مزید کہا کہ جو بھائی تم بتا رہے ہو اگر تم اگلی بار اس کو نہ لائے تو سمجھا جائے گا کہ تم جھوٹ بولتے ہو اور محض دھوکہ دے کر ایک اونٹ غلہ اور لینا چاہتے ہو۔</w:t>
      </w:r>
    </w:p>
    <w:p>
      <w:r>
        <w:rPr>
          <w:b/>
        </w:rPr>
        <w:t xml:space="preserve">[1:22:58] </w:t>
      </w:r>
      <w:r>
        <w:t>is ki saza yeh hogi ke aindah khud tumhare hissay ka ghalla bhi tum ko nahi diya jayega</w:t>
      </w:r>
    </w:p>
    <w:p>
      <w:pPr>
        <w:jc w:val="right"/>
      </w:pPr>
      <w:r>
        <w:t>اس کی سزا یہ ہوگی کہ آئندہ خود تمہارے حصے کا غلہ بھی تم کو نہیں دیا جائے گا۔</w:t>
      </w:r>
    </w:p>
    <w:p>
      <w:r>
        <w:rPr>
          <w:b/>
        </w:rPr>
        <w:t xml:space="preserve">[1:23:08] </w:t>
      </w:r>
      <w:r>
        <w:t>wa qala lifityan ja'aloo bidha'atahum fi rihalihim la'allahum ya'rifoonaha la'allahum ya'rifoonaha itha inqalaboo</w:t>
      </w:r>
    </w:p>
    <w:p>
      <w:pPr>
        <w:jc w:val="right"/>
      </w:pPr>
      <w:r>
        <w:t>وقال لفتيان جعلوا بضاعتهم في رحالهم لعلهم يعرفونها لعلهم يعرفونها إذا انقلبوا</w:t>
      </w:r>
    </w:p>
    <w:p>
      <w:r>
        <w:rPr>
          <w:b/>
        </w:rPr>
        <w:t xml:space="preserve">[1:23:25] </w:t>
      </w:r>
      <w:r>
        <w:t>ila ahlihim la'allahum yarji'oon</w:t>
      </w:r>
    </w:p>
    <w:p>
      <w:pPr>
        <w:jc w:val="right"/>
      </w:pPr>
      <w:r>
        <w:t>إلى أهلهم لعلهم يرجعون</w:t>
      </w:r>
    </w:p>
    <w:p>
      <w:r>
        <w:rPr>
          <w:b/>
        </w:rPr>
        <w:t xml:space="preserve">[1:23:33] </w:t>
      </w:r>
      <w:r>
        <w:t>falamma raja'oo ila abihim qaloo ya abana mana'a minnal kayla mana'a minnal kayla fa'arsil ma'ana</w:t>
      </w:r>
    </w:p>
    <w:p>
      <w:pPr>
        <w:jc w:val="right"/>
      </w:pPr>
      <w:r>
        <w:t>فلما رجعوا إلى أبيهم قالوا يا أبانا منع منا الكيل منع منا الكيل فأرسل معنا</w:t>
      </w:r>
    </w:p>
    <w:p>
      <w:r>
        <w:rPr>
          <w:b/>
        </w:rPr>
        <w:t xml:space="preserve">[1:23:53] </w:t>
      </w:r>
      <w:r>
        <w:t>akhana naktal wa inna lahu lihaafizoon qala hal amantukum alaihi illa kama amantukum ala akhihi min qabl</w:t>
      </w:r>
    </w:p>
    <w:p>
      <w:pPr>
        <w:jc w:val="right"/>
      </w:pPr>
      <w:r>
        <w:t>أخانا نكتل وإنا له لحافظون قال هل آمنكم عليه إلا كما أمنتكم على أخيه من قبل</w:t>
      </w:r>
    </w:p>
    <w:p>
      <w:r>
        <w:rPr>
          <w:b/>
        </w:rPr>
        <w:t xml:space="preserve">[1:24:13] </w:t>
      </w:r>
      <w:r>
        <w:t>fallahu khairun haafizun wa huwa arhamur raahimeen</w:t>
      </w:r>
    </w:p>
    <w:p>
      <w:pPr>
        <w:jc w:val="right"/>
      </w:pPr>
      <w:r>
        <w:t>فالله خير حافظ وهو أرحم الراحمين</w:t>
      </w:r>
    </w:p>
    <w:p>
      <w:r>
        <w:rPr>
          <w:b/>
        </w:rPr>
        <w:t xml:space="preserve">[1:24:22] </w:t>
      </w:r>
      <w:r>
        <w:t>aur us ne apne kaarindoon se kaha ke inka maal inke asbaab mein rakh do taake jab woh apne ghar pahunchein to us ko pehchan lein.</w:t>
      </w:r>
    </w:p>
    <w:p>
      <w:pPr>
        <w:jc w:val="right"/>
      </w:pPr>
      <w:r>
        <w:t>اور اس نے اپنے کارندوں سے کہا کہ ان کا مال ان کے اسباب میں رکھ دو تاکہ جب وہ اپنے گھر پہنچیں تو اس کو پہچان لیں۔</w:t>
      </w:r>
    </w:p>
    <w:p>
      <w:r>
        <w:rPr>
          <w:b/>
        </w:rPr>
        <w:t xml:space="preserve">[1:24:34] </w:t>
      </w:r>
      <w:r>
        <w:t>shayad woh phir aayen. phir jab woh apne baap ke paas lote to kaha ke aye baap hum se ghalla rok diya gaya.</w:t>
      </w:r>
    </w:p>
    <w:p>
      <w:pPr>
        <w:jc w:val="right"/>
      </w:pPr>
      <w:r>
        <w:t>شاید وہ پھر آئیں۔ پھر جب وہ اپنے باپ کے پاس لوٹے تو کہا کہ اے باپ ہم سے غلہ روک دیا گیا۔</w:t>
      </w:r>
    </w:p>
    <w:p>
      <w:r>
        <w:rPr>
          <w:b/>
        </w:rPr>
        <w:t xml:space="preserve">[1:24:44] </w:t>
      </w:r>
      <w:r>
        <w:t>pas hamare bhai Binyameen ko hamare saath jaane de ke hum ghalla laayen aur hum us ke nigehbaan hain.</w:t>
      </w:r>
    </w:p>
    <w:p>
      <w:pPr>
        <w:jc w:val="right"/>
      </w:pPr>
      <w:r>
        <w:t>پس ہمارے بھائی بنیامین کو ہمارے ساتھ جانے دے کہ ہم غلہ لائیں اور ہم اس کے نگہبان ہیں۔</w:t>
      </w:r>
    </w:p>
    <w:p>
      <w:r>
        <w:rPr>
          <w:b/>
        </w:rPr>
        <w:t xml:space="preserve">[1:24:54] </w:t>
      </w:r>
      <w:r>
        <w:t>Yaqoob ne kaha kya main is ke bare mein tumhara vaisa hi aitbaar karoon jaisa is se pehle is ke bhai ke bare mein tumhara aitbaar kar chuka hoon.</w:t>
      </w:r>
    </w:p>
    <w:p>
      <w:pPr>
        <w:jc w:val="right"/>
      </w:pPr>
      <w:r>
        <w:t>یعقوب نے کہا کیا میں اس کے بارے میں تمہارا ویسا ہی اعتبار کروں جیسا اس سے پہلے اس کے بھائی کے بارے میں تمہارا اعتبار کر چکا ہوں۔</w:t>
      </w:r>
    </w:p>
    <w:p>
      <w:r>
        <w:rPr>
          <w:b/>
        </w:rPr>
        <w:t xml:space="preserve">[1:25:06] </w:t>
      </w:r>
      <w:r>
        <w:t>pas Allah behtar nigehbaan hai aur woh sab meherbaanon se zyada meherbaan hai.</w:t>
      </w:r>
    </w:p>
    <w:p>
      <w:pPr>
        <w:jc w:val="right"/>
      </w:pPr>
      <w:r>
        <w:t>پس اللہ بہتر نگہبان ہے اور وہ سب مہربانوں سے زیادہ مہربان ہے۔</w:t>
      </w:r>
    </w:p>
    <w:p>
      <w:r>
        <w:rPr>
          <w:b/>
        </w:rPr>
        <w:t xml:space="preserve">[1:25:14] </w:t>
      </w:r>
      <w:r>
        <w:t>tashreeh: Hazrat Yusuf ne ghazban bhaiyon se qeemat lena marwat ke khilaaf samjha ya is khayal se ke maal ki kami unke dobara yahan aane mein rukawat na ban jaye.</w:t>
      </w:r>
    </w:p>
    <w:p>
      <w:pPr>
        <w:jc w:val="right"/>
      </w:pPr>
      <w:r>
        <w:t>تشریح: حضرت یوسف نے غالباً بھائیوں سے قیمت لینا مروت کے خلاف سمجھا یا اس خیال سے کہ مال کی کمی ان کے دوبارہ یہاں آنے میں رکاوٹ نہ بن جائے۔</w:t>
      </w:r>
    </w:p>
    <w:p>
      <w:r>
        <w:rPr>
          <w:b/>
        </w:rPr>
        <w:t xml:space="preserve">[1:25:33] </w:t>
      </w:r>
      <w:r>
        <w:t>apne aadmiyon ko hidayat ki ke jo raqam unhone ghalle ki qeemat ke taur par ada ki hai woh khamoshi se unke samaan mein daal di jaye taake jab woh ghar par ja kar apna samaan kholein to woh us ko pa lein aur apne bhai Binyameen ko le kar dobara yahan aayen.</w:t>
      </w:r>
    </w:p>
    <w:p>
      <w:pPr>
        <w:jc w:val="right"/>
      </w:pPr>
      <w:r>
        <w:t>اپنے آدمیوں کو ہدایت کی کہ جو رقم انہوں نے غلے کی قیمت کے طور پر ادا کی ہے وہ خاموشی سے ان کے سامان میں ڈال دی جائے تاکہ جب وہ گھر پر جا کر اپنا سامان کھولیں تو وہ اس کو پا لیں اور اپنے بھائی بنیامین کو لے کر دوبارہ یہاں آئیں۔</w:t>
      </w:r>
    </w:p>
    <w:p>
      <w:r>
        <w:rPr>
          <w:b/>
        </w:rPr>
        <w:t xml:space="preserve">[1:26:00] </w:t>
      </w:r>
      <w:r>
        <w:t>Hazrat Yaqoob ne ek taraf Binyameen ke silsile mein apne beton par be-etemadi ka izhaar kiya. doosri taraf yeh bhi farmaya ke tum ko ya kisi aur ko koi taqat hasil nahin.</w:t>
      </w:r>
    </w:p>
    <w:p>
      <w:pPr>
        <w:jc w:val="right"/>
      </w:pPr>
      <w:r>
        <w:t>حضرت یعقوب نے ایک طرف بنیامین کے سلسلے میں اپنے بیٹوں پر بے اعتمادی کا اظہار کیا۔ دوسری طرف یہ بھی فرمایا کہ تم کو یا کسی اور کو کوئی طاقت حاصل نہیں۔</w:t>
      </w:r>
    </w:p>
    <w:p>
      <w:r>
        <w:rPr>
          <w:b/>
        </w:rPr>
        <w:t xml:space="preserve">[1:26:16] </w:t>
      </w:r>
      <w:r>
        <w:t>hona wohi hai jo Khuda chahe</w:t>
      </w:r>
    </w:p>
    <w:p>
      <w:pPr>
        <w:jc w:val="right"/>
      </w:pPr>
      <w:r>
        <w:t>ہونا وہی ہے جو خدا چاہے</w:t>
      </w:r>
    </w:p>
    <w:p>
      <w:r>
        <w:rPr>
          <w:b/>
        </w:rPr>
        <w:t xml:space="preserve">[1:26:18] </w:t>
      </w:r>
      <w:r>
        <w:t>magar yeh hona insaan ke hathon karaya jata hai taake jo bura hai woh bura kar ke apni haqeeqat ko saabit kare aur jo achha hai woh achha kar ke apne aap ko us fehrist mein likwaye jis ka woh</w:t>
      </w:r>
    </w:p>
    <w:p>
      <w:pPr>
        <w:jc w:val="right"/>
      </w:pPr>
      <w:r>
        <w:t>مگر یہ ہونا انسان کے ہاتھوں کرایا جاتا ہے تاکہ جو برا ہے وہ برا کر کے اپنی حقیقت کو ثابت کرے اور جو اچھا ہے وہ اچھا کر کے اپنے آپ کو اس فہرست میں لکھوائے جس کا وہ</w:t>
      </w:r>
    </w:p>
    <w:p>
      <w:r>
        <w:rPr>
          <w:b/>
        </w:rPr>
        <w:t xml:space="preserve">[1:26:36] </w:t>
      </w:r>
      <w:r>
        <w:t>mustahiq tha.</w:t>
      </w:r>
    </w:p>
    <w:p>
      <w:pPr>
        <w:jc w:val="right"/>
      </w:pPr>
      <w:r>
        <w:t>مستحق تھا۔</w:t>
      </w:r>
    </w:p>
    <w:p>
      <w:r>
        <w:rPr>
          <w:b/>
        </w:rPr>
        <w:t xml:space="preserve">[1:26:40] </w:t>
      </w:r>
      <w:r>
        <w:t>walamma fatahu mataa'ahum wajadoo bidaa'atahum ruddat ilayhim qalo ya abana ma nabghi hazihi</w:t>
      </w:r>
    </w:p>
    <w:p>
      <w:pPr>
        <w:jc w:val="right"/>
      </w:pPr>
      <w:r>
        <w:t>ولما فتحوا متاعهم وجدوا بضاعتهم ردت إليهم قالوا يا أبانا ما نبغی قالوا يا أبانا ما نبغی هذه</w:t>
      </w:r>
    </w:p>
    <w:p>
      <w:r>
        <w:rPr>
          <w:b/>
        </w:rPr>
        <w:t xml:space="preserve">[1:27:00] </w:t>
      </w:r>
      <w:r>
        <w:t>bidaa'atuna ruddat ilayna wa namiru ahlana wa namiru ahlana wa nahfazu akhana wa zdaadu kaila baeerin min zalika kailun yaseer</w:t>
      </w:r>
    </w:p>
    <w:p>
      <w:pPr>
        <w:jc w:val="right"/>
      </w:pPr>
      <w:r>
        <w:t>بضاعتنا ردت إلينا ونمیر أهلنا ونمیر أهلنا ونحفظ أخانا ونزداد كیل بعیر من ذلك کیل یسیر</w:t>
      </w:r>
    </w:p>
    <w:p>
      <w:r>
        <w:rPr>
          <w:b/>
        </w:rPr>
        <w:t xml:space="preserve">[1:27:17] </w:t>
      </w:r>
      <w:r>
        <w:t>qala lan ursilahu ma'akum hatta tu'tooni moothaqan minallahi lata'tunani bihi illa an yuhaata bikum falamma</w:t>
      </w:r>
    </w:p>
    <w:p>
      <w:pPr>
        <w:jc w:val="right"/>
      </w:pPr>
      <w:r>
        <w:t>قال لن أرسله معكم حتى تؤتون موثقا من اللہ لتأتونني به إلا أن يحاط بكم فلما</w:t>
      </w:r>
    </w:p>
    <w:p>
      <w:r>
        <w:rPr>
          <w:b/>
        </w:rPr>
        <w:t xml:space="preserve">[1:27:37] </w:t>
      </w:r>
      <w:r>
        <w:t>aatohu</w:t>
      </w:r>
    </w:p>
    <w:p>
      <w:pPr>
        <w:jc w:val="right"/>
      </w:pPr>
      <w:r>
        <w:t>آتوه</w:t>
      </w:r>
    </w:p>
    <w:p>
      <w:r>
        <w:rPr>
          <w:b/>
        </w:rPr>
        <w:t xml:space="preserve">[1:27:38] </w:t>
      </w:r>
      <w:r>
        <w:t>moosqahum qala allahu ala ma naqoolu wakeelun aur jab unhone apna samaan khola to dekha ke unki ponji bhi unko lauta di gayi hai.</w:t>
      </w:r>
    </w:p>
    <w:p>
      <w:pPr>
        <w:jc w:val="right"/>
      </w:pPr>
      <w:r>
        <w:t>موثقهم قال اللہ علی ما نقول وكیل اور جب انہوں نے اپنا سامان کھولا تو دیکھا کہ ان کی پونجی بھی ان کو لوٹا دی گئی ہے۔</w:t>
      </w:r>
    </w:p>
    <w:p>
      <w:r>
        <w:rPr>
          <w:b/>
        </w:rPr>
        <w:t xml:space="preserve">[1:27:54] </w:t>
      </w:r>
      <w:r>
        <w:t>unhone kaha aye hamare baap aur hum ko kya chahiye? yeh hamari ponji bhi hum ko lauta di gayi hai.</w:t>
      </w:r>
    </w:p>
    <w:p>
      <w:pPr>
        <w:jc w:val="right"/>
      </w:pPr>
      <w:r>
        <w:t>انہوں نے کہا اے ہمارے باپ اور ہم کو کیا چاہیے؟ یہ ہماری پونجی بھی ہم کو لوٹا دی گئی ہے۔</w:t>
      </w:r>
    </w:p>
    <w:p>
      <w:r>
        <w:rPr>
          <w:b/>
        </w:rPr>
        <w:t xml:space="preserve">[1:28:04] </w:t>
      </w:r>
      <w:r>
        <w:t>ab hum jayenge aur apne ahle o ayal ke liye rasad layenge aur apne bhai ki hifazat karenge aur ek oont ka bojh ghalla aur zyada layenge.</w:t>
      </w:r>
    </w:p>
    <w:p>
      <w:pPr>
        <w:jc w:val="right"/>
      </w:pPr>
      <w:r>
        <w:t>اب ہم جائیں گے اور اپنے اہل و عیال کے لیے رسد لائیں گے اور اپنے بھائی کی حفاظت کریں گے اور ایک اونٹ کا بوجھ غلہ اور زیادہ لائیں گے۔</w:t>
      </w:r>
    </w:p>
    <w:p>
      <w:r>
        <w:rPr>
          <w:b/>
        </w:rPr>
        <w:t xml:space="preserve">[1:28:17] </w:t>
      </w:r>
      <w:r>
        <w:t>yeh ghalla to thoda hai.</w:t>
      </w:r>
    </w:p>
    <w:p>
      <w:pPr>
        <w:jc w:val="right"/>
      </w:pPr>
      <w:r>
        <w:t>یہ غلہ تو تھوڑا ہے۔</w:t>
      </w:r>
    </w:p>
    <w:p>
      <w:r>
        <w:rPr>
          <w:b/>
        </w:rPr>
        <w:t xml:space="preserve">[1:28:20] </w:t>
      </w:r>
      <w:r>
        <w:t>Yaqoob ne kaha main is ko tumhare saath hargiz na bhejunga jab tak tum mujh se Khuda ke naam par yeh ehad na karo ke tum is ko zaroor mere paas le aoge illa yeh ke tum sab ghar jao.</w:t>
      </w:r>
    </w:p>
    <w:p>
      <w:pPr>
        <w:jc w:val="right"/>
      </w:pPr>
      <w:r>
        <w:t>یعقوب نے کہا میں اس کو تمہارے ساتھ ہرگز نہ بھیجوں گا جب تک تم مجھ سے خدا کے نام پر یہ عہد نہ کرو کہ تم اس کو ضرور میرے پاس لے آؤ گے الا یہ کہ تم سب گھر جاؤ۔</w:t>
      </w:r>
    </w:p>
    <w:p>
      <w:r>
        <w:rPr>
          <w:b/>
        </w:rPr>
        <w:t xml:space="preserve">[1:28:37] </w:t>
      </w:r>
      <w:r>
        <w:t>phir jab unhone us ko apna pakka qaul de diya us ne kaha ke jo hum keh rahe hain us par Allah nigehbaan hai.</w:t>
      </w:r>
    </w:p>
    <w:p>
      <w:pPr>
        <w:jc w:val="right"/>
      </w:pPr>
      <w:r>
        <w:t>پھر جب انہوں نے اس کو اپنا پکا قول دے دیا اس نے کہا کہ جو ہم کہہ رہے ہیں اس پر اللہ نگہبان ہے۔</w:t>
      </w:r>
    </w:p>
    <w:p>
      <w:r>
        <w:rPr>
          <w:b/>
        </w:rPr>
        <w:t xml:space="preserve">[1:28:50] </w:t>
      </w:r>
      <w:r>
        <w:t>tashreeh: ghar laut kar jab unhone dekha ke unki raqam unki ghalle ki boori mein maujood hai to woh bohat khush hue.</w:t>
      </w:r>
    </w:p>
    <w:p>
      <w:pPr>
        <w:jc w:val="right"/>
      </w:pPr>
      <w:r>
        <w:t>تشریح: گھر لوٹ کر جب انہوں نے دیکھا کہ ان کی رقم ان کی غلے کی بوری میں موجود ہے تو وہ بہت خوش ہوئے۔</w:t>
      </w:r>
    </w:p>
    <w:p>
      <w:r>
        <w:rPr>
          <w:b/>
        </w:rPr>
        <w:t xml:space="preserve">[1:29:04] </w:t>
      </w:r>
      <w:r>
        <w:t>unhon ne apne walid se kaha ke aap zaroor hamare sath بنیامین ko jaane dein.</w:t>
      </w:r>
    </w:p>
    <w:p>
      <w:pPr>
        <w:jc w:val="right"/>
      </w:pPr>
      <w:r>
        <w:t>انہوں نے اپنے والد سے کہا کہ آپ ضرور ہمارے ساتھ بنیامین کو جانے دیں۔</w:t>
      </w:r>
    </w:p>
    <w:p>
      <w:r>
        <w:rPr>
          <w:b/>
        </w:rPr>
        <w:t xml:space="preserve">[1:29:12] </w:t>
      </w:r>
      <w:r>
        <w:t>hum is ki poori hifazat karenge aur apne hisse ke alawa is ke hisse ka bhi mazeed ek oont ghalla layenge.</w:t>
      </w:r>
    </w:p>
    <w:p>
      <w:pPr>
        <w:jc w:val="right"/>
      </w:pPr>
      <w:r>
        <w:t>ہم اس کی پوری حفاظت کریں گے اور اپنے حصے کے علاوہ اس کے حصے کا بھی مزید ایک اونٹ غلہ لائیں گے۔</w:t>
      </w:r>
    </w:p>
    <w:p>
      <w:r>
        <w:rPr>
          <w:b/>
        </w:rPr>
        <w:t xml:space="preserve">[1:29:23] </w:t>
      </w:r>
      <w:r>
        <w:t>yeh ghalla jo hum laye hain yeh to ikhrajaat ke liye thoda hai.</w:t>
      </w:r>
    </w:p>
    <w:p>
      <w:pPr>
        <w:jc w:val="right"/>
      </w:pPr>
      <w:r>
        <w:t>یہ غلہ جو ہم لائے ہیں یہ تو اخراجات کے لیے تھوڑا ہے۔</w:t>
      </w:r>
    </w:p>
    <w:p>
      <w:r>
        <w:rPr>
          <w:b/>
        </w:rPr>
        <w:t xml:space="preserve">[1:29:30] </w:t>
      </w:r>
      <w:r>
        <w:t>hazrat yusuf ne taqseem ka jo nizam qaim kiya tha us ke tehat ghaliban aisa tha ke bahar ke ek aadmi ko ek oont ghalla diya jata tha.</w:t>
      </w:r>
    </w:p>
    <w:p>
      <w:pPr>
        <w:jc w:val="right"/>
      </w:pPr>
      <w:r>
        <w:t>حضرت یوسف نے تقسیم کا جو نظام قائم کیا تھا اس کے تحت غالباً ایسا تھا کہ باہر کے ایک آدمی کو ایک اونٹ غلہ دیا جاتا تھا۔</w:t>
      </w:r>
    </w:p>
    <w:p>
      <w:r>
        <w:rPr>
          <w:b/>
        </w:rPr>
        <w:t xml:space="preserve">[1:29:46] </w:t>
      </w:r>
      <w:r>
        <w:t>wa qala ya bani la tadkhulu min bab</w:t>
      </w:r>
    </w:p>
    <w:p>
      <w:pPr>
        <w:jc w:val="right"/>
      </w:pPr>
      <w:r>
        <w:t>وقال يا بني لا تدخلوا من باب</w:t>
      </w:r>
    </w:p>
    <w:p>
      <w:r>
        <w:rPr>
          <w:b/>
        </w:rPr>
        <w:t xml:space="preserve">[1:29:51] </w:t>
      </w:r>
      <w:r>
        <w:t>wahid wadkhulu min abwabin mutafarriqah wa ma ughni annakum min allahi min shay'in in al-hukmu illa lillah alayhi tawakkaltu</w:t>
      </w:r>
    </w:p>
    <w:p>
      <w:pPr>
        <w:jc w:val="right"/>
      </w:pPr>
      <w:r>
        <w:t>واحد وادخلوا من أبواب متفرقة وما أغني عنكم من الله من شيء إن الحكم إلا لله عليه توكلت</w:t>
      </w:r>
    </w:p>
    <w:p>
      <w:r>
        <w:rPr>
          <w:b/>
        </w:rPr>
        <w:t xml:space="preserve">[1:30:12] </w:t>
      </w:r>
      <w:r>
        <w:t>wa alayhi fali tawakkal al-mutawakkilun wa lamma dakhulu min haythu amarahum abuhum ma kana yughni anhum min allahi min shay'in</w:t>
      </w:r>
    </w:p>
    <w:p>
      <w:pPr>
        <w:jc w:val="right"/>
      </w:pPr>
      <w:r>
        <w:t>وعليه فليتوكل المتوكلون ولما دخلوا من حيث أمرهم أبوهم ما كان يغني عنهم من الله من شيء</w:t>
      </w:r>
    </w:p>
    <w:p>
      <w:r>
        <w:rPr>
          <w:b/>
        </w:rPr>
        <w:t xml:space="preserve">[1:30:31] </w:t>
      </w:r>
      <w:r>
        <w:t>ma kana yughni anhum min allahi min shay'in illa hajatan fi nafsi ya'quba qadaha wa innahu ladhu 'ilmin lima 'allamnahu walakin</w:t>
      </w:r>
    </w:p>
    <w:p>
      <w:pPr>
        <w:jc w:val="right"/>
      </w:pPr>
      <w:r>
        <w:t>ما كان يغني عنهم من الله من شيء إلا حاجة في نفس يعقوب قضاها وإنه لذو علم لما علمناه ولكن</w:t>
      </w:r>
    </w:p>
    <w:p>
      <w:r>
        <w:rPr>
          <w:b/>
        </w:rPr>
        <w:t xml:space="preserve">[1:30:50] </w:t>
      </w:r>
      <w:r>
        <w:t>akthar al-nasi la ya'lamun</w:t>
      </w:r>
    </w:p>
    <w:p>
      <w:pPr>
        <w:jc w:val="right"/>
      </w:pPr>
      <w:r>
        <w:t>أكثر الناس لا يعلمون</w:t>
      </w:r>
    </w:p>
    <w:p>
      <w:r>
        <w:rPr>
          <w:b/>
        </w:rPr>
        <w:t xml:space="preserve">[1:30:56] </w:t>
      </w:r>
      <w:r>
        <w:t>aur ya'qub ne kaha ke aye mere beton tum sab ek hi darwaze se dakhil na hona balkeh alag alag darwazon se dakhil hona aur main tum ko Allah ki kisi baat se nahi bacha sakta.</w:t>
      </w:r>
    </w:p>
    <w:p>
      <w:pPr>
        <w:jc w:val="right"/>
      </w:pPr>
      <w:r>
        <w:t>اور یعقوب نے کہا کہ اے میرے بیٹوں تم سب ایک ہی دروازے سے داخل نہ ہونا بلکہ الگ الگ دروازوں سے داخل ہونا اور میں تم کو اللہ کی کسی بات سے نہیں بچا سکتا۔</w:t>
      </w:r>
    </w:p>
    <w:p>
      <w:r>
        <w:rPr>
          <w:b/>
        </w:rPr>
        <w:t xml:space="preserve">[1:31:13] </w:t>
      </w:r>
      <w:r>
        <w:t>hukm to bas Allah ka hai.</w:t>
      </w:r>
    </w:p>
    <w:p>
      <w:pPr>
        <w:jc w:val="right"/>
      </w:pPr>
      <w:r>
        <w:t>حکم تو بس اللہ کا ہے۔</w:t>
      </w:r>
    </w:p>
    <w:p>
      <w:r>
        <w:rPr>
          <w:b/>
        </w:rPr>
        <w:t xml:space="preserve">[1:31:16] </w:t>
      </w:r>
      <w:r>
        <w:t>main isi par bharosa rakhta hoon aur bharosa karne walon ko isi par bharosa karna chahiye. aur jab wo dakhil hue jahan se un ke baap ne un ko hidayat ki thi wo un ko nahi bacha sakta tha Allah ki kisi baat se.</w:t>
      </w:r>
    </w:p>
    <w:p>
      <w:pPr>
        <w:jc w:val="right"/>
      </w:pPr>
      <w:r>
        <w:t>میں اسی پر بھروسہ رکھتا ہوں اور بھروسہ کرنے والوں کو اسی پر بھروسہ کرنا چاہیے۔ اور جب وہ داخل ہوئے جہاں سے ان کے باپ نے ان کو ہدایت کی تھی وہ ان کو نہیں بچا سکتا تھا اللہ کی کسی بات سے۔</w:t>
      </w:r>
    </w:p>
    <w:p>
      <w:r>
        <w:rPr>
          <w:b/>
        </w:rPr>
        <w:t xml:space="preserve">[1:31:37] </w:t>
      </w:r>
      <w:r>
        <w:t>wo bas ya'qub ke dil mein ek khayal tha jo us ne poora kiya.</w:t>
      </w:r>
    </w:p>
    <w:p>
      <w:pPr>
        <w:jc w:val="right"/>
      </w:pPr>
      <w:r>
        <w:t>وہ بس یعقوب کے دل میں ایک خیال تھا جو اس نے پورا کیا۔</w:t>
      </w:r>
    </w:p>
    <w:p>
      <w:r>
        <w:rPr>
          <w:b/>
        </w:rPr>
        <w:t xml:space="preserve">[1:31:44] </w:t>
      </w:r>
      <w:r>
        <w:t>beshak wo hamari di hui taleem se sahib ilm tha magar aksar log nahi jante.</w:t>
      </w:r>
    </w:p>
    <w:p>
      <w:pPr>
        <w:jc w:val="right"/>
      </w:pPr>
      <w:r>
        <w:t>بے شک وہ ہماری دی ہوئی تعلیم سے صاحب علم تھا مگر اکثر لوگ نہیں جانتے۔</w:t>
      </w:r>
    </w:p>
    <w:p>
      <w:r>
        <w:rPr>
          <w:b/>
        </w:rPr>
        <w:t xml:space="preserve">[1:31:54] </w:t>
      </w:r>
      <w:r>
        <w:t>tashreeh: misr ka qadeem darr-us-saltanat ek aisa shehar tha jis ke charon taraf oonchi feseel thi aur mukhtalif sunton mein dakhle ke liye darwaze bane hue the.</w:t>
      </w:r>
    </w:p>
    <w:p>
      <w:pPr>
        <w:jc w:val="right"/>
      </w:pPr>
      <w:r>
        <w:t>تشریح: مصر کا قدیم دارالسلطنت ایک ایسا شہر تھا جس کے چاروں طرف اونچی فصیل تھی اور مختلف سنتوں میں داخلے کے لیے دروازے بنے ہوئے تھے۔</w:t>
      </w:r>
    </w:p>
    <w:p>
      <w:r>
        <w:rPr>
          <w:b/>
        </w:rPr>
        <w:t xml:space="preserve">[1:32:11] </w:t>
      </w:r>
      <w:r>
        <w:t>hazrat ya'qub ka apne beton se yeh kehna ke tum log ekatha ho kar ek hi darwaze se dakhil na ho balkeh mutfarriq darwazon se dakhil ho is andeshe ki bina par tha ke un ke dushman unhe halak karne ki koshish na karein.</w:t>
      </w:r>
    </w:p>
    <w:p>
      <w:pPr>
        <w:jc w:val="right"/>
      </w:pPr>
      <w:r>
        <w:t>حضرت یعقوب کا اپنے بیٹوں سے یہ کہنا کہ تم لوگ اکٹھا ہو کر ایک ہی دروازے سے داخل نہ ہو بلکہ متفرق دروازوں سے داخل ہو اس اندیشے کی بنا پر تھا کہ ان کے دشمن انہیں ہلاک کرنے کی کوشش نہ کریں۔</w:t>
      </w:r>
    </w:p>
    <w:p>
      <w:r>
        <w:rPr>
          <w:b/>
        </w:rPr>
        <w:t xml:space="preserve">[1:32:35] </w:t>
      </w:r>
      <w:r>
        <w:t>is andeshe ka maamla isi surah ki ayat number 73 se wazeh hai jis mein baradran-e-yusuf apni bar'at un alfaaz mein karte hain ke hum yahan fasad ke liye ya chori ke liye nahi aaye hain.</w:t>
      </w:r>
    </w:p>
    <w:p>
      <w:pPr>
        <w:jc w:val="right"/>
      </w:pPr>
      <w:r>
        <w:t>اس اندیشے کا معاملہ اسی سورہ کی آیت نمبر 73 سے واضح ہے جس میں برادران یوسف اپنی برات ان الفاظ میں کرتے ہیں کہ ہم یہاں فساد کے لیے یا چوری کے لیے نہیں آئے ہیں۔</w:t>
      </w:r>
    </w:p>
    <w:p>
      <w:r>
        <w:rPr>
          <w:b/>
        </w:rPr>
        <w:t xml:space="preserve">[1:32:54] </w:t>
      </w:r>
      <w:r>
        <w:t>baradran-e-yusuf misr mein bahar se aaye the. un ke libas muqami logon ke libas se mukhtalif the.</w:t>
      </w:r>
    </w:p>
    <w:p>
      <w:pPr>
        <w:jc w:val="right"/>
      </w:pPr>
      <w:r>
        <w:t>برادران یوسف مصر میں باہر سے آئے تھے۔ ان کے لباس مقامی لوگوں کے لباس سے مختلف تھے۔</w:t>
      </w:r>
    </w:p>
    <w:p>
      <w:r>
        <w:rPr>
          <w:b/>
        </w:rPr>
        <w:t xml:space="preserve">[1:33:04] </w:t>
      </w:r>
      <w:r>
        <w:t>wo apne huliye se yaqeenan misr walon ko ajnabi dikhai dete honge. aise gyarah hadiyon ka ek sath shehar mein dakhil hona unhe logon ki nazar mein mujtaba bana sakta tha.</w:t>
      </w:r>
    </w:p>
    <w:p>
      <w:pPr>
        <w:jc w:val="right"/>
      </w:pPr>
      <w:r>
        <w:t>وہ اپنے حلیے سے یقینا مصر والوں کو اجنبی دکھائی دیتے ہوں گے۔ ایسے گیارہ ہادیوں کا ایک ساتھ شہر میں داخل ہونا انہیں لوگوں کی نظر میں مجتبی بنا سکتا تھا۔</w:t>
      </w:r>
    </w:p>
    <w:p>
      <w:r>
        <w:rPr>
          <w:b/>
        </w:rPr>
        <w:t xml:space="preserve">[1:33:20] </w:t>
      </w:r>
      <w:r>
        <w:t>is liye muqami logon se kisi ghair zaroori takrao se bachne ke liye unhon ne un ko yeh hidayat ki ke shehar mein dakhil ho to ek sath juthhe ki surat mein dakhil na ho.</w:t>
      </w:r>
    </w:p>
    <w:p>
      <w:pPr>
        <w:jc w:val="right"/>
      </w:pPr>
      <w:r>
        <w:t>اس لیے مقامی لوگوں سے کسی غیر ضروری ٹکراؤ سے بچنے کے لیے انہوں نے ان کو یہ ہدایت کی کہ شہر میں داخل ہو تو ایک ساتھ جتھے کی صورت میں داخل نہ ہو۔</w:t>
      </w:r>
    </w:p>
    <w:p>
      <w:r>
        <w:rPr>
          <w:b/>
        </w:rPr>
        <w:t xml:space="preserve">[1:33:39] </w:t>
      </w:r>
      <w:r>
        <w:t>momin ki nazar ek taraf Khuda ki qudrat-e-kamilah par hoti hai.</w:t>
      </w:r>
    </w:p>
    <w:p>
      <w:pPr>
        <w:jc w:val="right"/>
      </w:pPr>
      <w:r>
        <w:t>مومن کی نظر ایک طرف خدا کی قدرت کاملہ پر ہوتی ہے۔</w:t>
      </w:r>
    </w:p>
    <w:p>
      <w:r>
        <w:rPr>
          <w:b/>
        </w:rPr>
        <w:t xml:space="preserve">[1:33:45] </w:t>
      </w:r>
      <w:r>
        <w:t>wo dekhta hai ke is kainat mein Khuda ke siwa kisi ko koi ikhtiyar hasil nahi. usi ke sath wo janta hai ke yeh dunya daar-ul-imtihaan hai.</w:t>
      </w:r>
    </w:p>
    <w:p>
      <w:pPr>
        <w:jc w:val="right"/>
      </w:pPr>
      <w:r>
        <w:t>وہ دیکھتا ہے کہ اس کائنات میں خدا کے سوا کسی کو کوئی اختیار حاصل نہیں۔ اسی کے ساتھ وہ جانتا ہے کہ یہ دنیا دارالامتحان ہے۔</w:t>
      </w:r>
    </w:p>
    <w:p>
      <w:r>
        <w:rPr>
          <w:b/>
        </w:rPr>
        <w:t xml:space="preserve">[1:33:57] </w:t>
      </w:r>
      <w:r>
        <w:t>yahan imtihaan ki maslehat se Khuda ne har har maamle ko zahiri asbab ke matahat kar rakha hai.</w:t>
      </w:r>
    </w:p>
    <w:p>
      <w:pPr>
        <w:jc w:val="right"/>
      </w:pPr>
      <w:r>
        <w:t>یہاں امتحان کی مصلحت سے خدا نے ہر ہر معاملے کو ظاہری اسباب کے ماتحت کر رکھا ہے۔</w:t>
      </w:r>
    </w:p>
    <w:p>
      <w:r>
        <w:rPr>
          <w:b/>
        </w:rPr>
        <w:t xml:space="preserve">[1:34:07] </w:t>
      </w:r>
      <w:r>
        <w:t>yahi wajah hai ke Hazrat Ya'qub ne ek taraf apne beton ko dunyavi tadbeer ikhtiyar karne ki talqeen farmayi.</w:t>
      </w:r>
    </w:p>
    <w:p>
      <w:pPr>
        <w:jc w:val="right"/>
      </w:pPr>
      <w:r>
        <w:t>یہی وجہ ہے کہ حضرت یعقوب نے ایک طرف اپنے بیٹوں کو دنیاوی تدبیر اختیار کرنے کی تلقین فرمائی۔</w:t>
      </w:r>
    </w:p>
    <w:p>
      <w:r>
        <w:rPr>
          <w:b/>
        </w:rPr>
        <w:t xml:space="preserve">[1:34:17] </w:t>
      </w:r>
      <w:r>
        <w:t>dusri taraf yeh bhi farma diya ke jo kuch hoga Khuda ke hukum se hoga kyunke yahan Khuda ke siwa kisi ko koi taqat hasil nahi.</w:t>
      </w:r>
    </w:p>
    <w:p>
      <w:pPr>
        <w:jc w:val="right"/>
      </w:pPr>
      <w:r>
        <w:t>دوسری طرف یہ بھی فرما دیا کہ جو کچھ ہوگا خدا کے حکم سے ہوگا کیونکہ یہاں خدا کے سوا کسی کو کوئی طاقت حاصل نہیں۔</w:t>
      </w:r>
    </w:p>
    <w:p>
      <w:r>
        <w:rPr>
          <w:b/>
        </w:rPr>
        <w:t xml:space="preserve">[1:34:33] </w:t>
      </w:r>
      <w:r>
        <w:t>wa lamma dakhalu 'ala yusuf awa ilayhi akhahu qala inni ana akhuka qala inni ana akhuka fala tabta'is bima kanu ya'malun</w:t>
      </w:r>
    </w:p>
    <w:p>
      <w:pPr>
        <w:jc w:val="right"/>
      </w:pPr>
      <w:r>
        <w:t>ولما دخلوا على يوسف أوى إليه أخاه قال إني أنا أخوك قال إني أنا أخوك فلا تبتئس بما كانوا يعملون</w:t>
      </w:r>
    </w:p>
    <w:p>
      <w:r>
        <w:rPr>
          <w:b/>
        </w:rPr>
        <w:t xml:space="preserve">[1:34:56] </w:t>
      </w:r>
      <w:r>
        <w:t>falamma jahhazahum bijahazihim ja'ala al-saqayata fi rihli akhih ja'ala al-saqayata fi rihli akhih thumma adhthana mu'adhdhin aytuhal 'ayru innakum lasariqun</w:t>
      </w:r>
    </w:p>
    <w:p>
      <w:pPr>
        <w:jc w:val="right"/>
      </w:pPr>
      <w:r>
        <w:t>فلما جهزهم بجهازهم جعل السقاية في رحل أخيه جعل السقاية في رحل أخيه ثم أذن مؤذن أيتها العير إنكم لسارقون</w:t>
      </w:r>
    </w:p>
    <w:p>
      <w:r>
        <w:rPr>
          <w:b/>
        </w:rPr>
        <w:t xml:space="preserve">[1:35:19] </w:t>
      </w:r>
      <w:r>
        <w:t>qalu wa aqbalu 'alayhim madha tafqadun qalu nafqidu suwa'a al-maliki wa liman ja'a bihi hamlu ba'ir</w:t>
      </w:r>
    </w:p>
    <w:p>
      <w:pPr>
        <w:jc w:val="right"/>
      </w:pPr>
      <w:r>
        <w:t>قالوا وأقبلوا عليهم ماذا تفقدون قالوا نفقد صواع الملك ولمن جاء به حمل بعير</w:t>
      </w:r>
    </w:p>
    <w:p>
      <w:r>
        <w:rPr>
          <w:b/>
        </w:rPr>
        <w:t xml:space="preserve">[1:35:35] </w:t>
      </w:r>
      <w:r>
        <w:t>wa ana bihi za'imun qalu tallahi laqad 'alimtum ma ji'na linufsida fi al-ardi wa ma kunna sariqin qalu famaza jaza'uh</w:t>
      </w:r>
    </w:p>
    <w:p>
      <w:pPr>
        <w:jc w:val="right"/>
      </w:pPr>
      <w:r>
        <w:t>وأنا به زعيم قالوا ت الله لقد علمتم ما جئنا لنفسد في الأرض وما كنا سارقين قالوا فما جزاؤه</w:t>
      </w:r>
    </w:p>
    <w:p>
      <w:r>
        <w:rPr>
          <w:b/>
        </w:rPr>
        <w:t xml:space="preserve">[1:35:56] </w:t>
      </w:r>
      <w:r>
        <w:t>in kuntum kadhibin qalu jaza'uhu man wujida fi rihlihi fahuwa jaza'uhu kadhalika najzi al-zhalimin</w:t>
      </w:r>
    </w:p>
    <w:p>
      <w:pPr>
        <w:jc w:val="right"/>
      </w:pPr>
      <w:r>
        <w:t>إن كنتم كاذبين قالوا جزاؤه من وجد في رحله فهو جزاؤه كذلك نجزي الظالمين</w:t>
      </w:r>
    </w:p>
    <w:p>
      <w:r>
        <w:rPr>
          <w:b/>
        </w:rPr>
        <w:t xml:space="preserve">[1:36:19] </w:t>
      </w:r>
      <w:r>
        <w:t>fabada'a bi'aw'atihim qabla wi'a'i akhih thumma istakhrajaha min wi'a'i akhih kadhalika kedna li-yusuf</w:t>
      </w:r>
    </w:p>
    <w:p>
      <w:pPr>
        <w:jc w:val="right"/>
      </w:pPr>
      <w:r>
        <w:t>فبدأ بأوعيتهم قبل وعاء أخيه ثم استخرجها من وعاء أخيه كذلك كدنا ليوسف</w:t>
      </w:r>
    </w:p>
    <w:p>
      <w:r>
        <w:rPr>
          <w:b/>
        </w:rPr>
        <w:t xml:space="preserve">[1:36:38] </w:t>
      </w:r>
      <w:r>
        <w:t>ma kana liyakhudha akhahu fi dini al-maliki illa</w:t>
      </w:r>
    </w:p>
    <w:p>
      <w:pPr>
        <w:jc w:val="right"/>
      </w:pPr>
      <w:r>
        <w:t>ما كان ليأخذ أخاه في دين الملك إلا</w:t>
      </w:r>
    </w:p>
    <w:p>
      <w:r>
        <w:rPr>
          <w:b/>
        </w:rPr>
        <w:t xml:space="preserve">[1:36:45] </w:t>
      </w:r>
      <w:r>
        <w:t>an yasha'a allahu narfa'u darajati</w:t>
      </w:r>
    </w:p>
    <w:p>
      <w:pPr>
        <w:jc w:val="right"/>
      </w:pPr>
      <w:r>
        <w:t>أن يشاء الله نرفع درجات</w:t>
      </w:r>
    </w:p>
    <w:p>
      <w:r>
        <w:rPr>
          <w:b/>
        </w:rPr>
        <w:t xml:space="preserve">[1:36:54] </w:t>
      </w:r>
      <w:r>
        <w:t>man nashaa</w:t>
      </w:r>
    </w:p>
    <w:p>
      <w:pPr>
        <w:jc w:val="right"/>
      </w:pPr>
      <w:r>
        <w:t>من نشاء</w:t>
      </w:r>
    </w:p>
    <w:p>
      <w:r>
        <w:rPr>
          <w:b/>
        </w:rPr>
        <w:t xml:space="preserve">[1:36:59] </w:t>
      </w:r>
      <w:r>
        <w:t>wa fawqa kulli dhi 'ilmin 'alim</w:t>
      </w:r>
    </w:p>
    <w:p>
      <w:pPr>
        <w:jc w:val="right"/>
      </w:pPr>
      <w:r>
        <w:t>وفوق كل ذي علم عليم</w:t>
      </w:r>
    </w:p>
    <w:p>
      <w:r>
        <w:rPr>
          <w:b/>
        </w:rPr>
        <w:t xml:space="preserve">[1:37:06] </w:t>
      </w:r>
      <w:r>
        <w:t>aur jab woh yusuf ke paas pahunche to us ne apne bhai ko apne paas rakha kaha ke main tumhara bhai yusuf hoon pas ghamgeen na ho us se jo woh kar rahe hain phir jab un ka saman tayyar kara diya to peene ka pyala apne bhai ke asbab mein rakh diya</w:t>
      </w:r>
    </w:p>
    <w:p>
      <w:pPr>
        <w:jc w:val="right"/>
      </w:pPr>
      <w:r>
        <w:t>اور جب وہ یوسف کے پاس پہنچے تو اس نے اپنے بھائی کو اپنے پاس رکھا کہا کہ میں تمہارا بھائی یوسف ہوں پس غمگین نہ ہو اس سے جو وہ کر رہے ہیں پھر جب ان کا سامان تیار کرا دیا تو پینے کا پیالہ اپنے بھائی کے اسباب میں رکھ دیا</w:t>
      </w:r>
    </w:p>
    <w:p>
      <w:r>
        <w:rPr>
          <w:b/>
        </w:rPr>
        <w:t xml:space="preserve">[1:37:34] </w:t>
      </w:r>
      <w:r>
        <w:t>phir ek pukarne wale ne pukara ke aye qafle walon tum log chor ho unhon ne un ki taraf mutawajjah ho kar kaha tumhari kya cheez khoi gayi hai unhon ne kaha hum shahi peymana nahi pa rahe hain aur jo is ko layega us ke liye ek baarish ghalla hai aur main is ka zimmedar hoon</w:t>
      </w:r>
    </w:p>
    <w:p>
      <w:pPr>
        <w:jc w:val="right"/>
      </w:pPr>
      <w:r>
        <w:t>پھر ایک پکارنے والے نے پکارا کہ اے قافلے والوں تم لوگ چور ہو انہوں نے ان کی طرف متوجہ ہو کر کہا تمہاری کیا چیز کھوئی گئی ہے انہوں نے کہا ہم شاہی پیمانہ نہیں پا رہے ہیں اور جو اس کو لائے گا اس کے لیے ایک بارش غلہ ہے اور میں اس کا ذمہ دار ہوں</w:t>
      </w:r>
    </w:p>
    <w:p>
      <w:r>
        <w:rPr>
          <w:b/>
        </w:rPr>
        <w:t xml:space="preserve">[1:38:02] </w:t>
      </w:r>
      <w:r>
        <w:t>unhon ne kaha khuda ki qasam tum ko maloom hai ke hum log is mulk mein fasad karne ke liye nahi aaye aur na hum kabhi chor the unhon ne kaha agar tum jhoote nikle to is chori karne wale ki saza kya hai</w:t>
      </w:r>
    </w:p>
    <w:p>
      <w:pPr>
        <w:jc w:val="right"/>
      </w:pPr>
      <w:r>
        <w:t>انہوں نے کہا خدا کی قسم تم کو معلوم ہے کہ ہم لوگ اس ملک میں فساد کرنے کے لیے نہیں آئے اور نہ ہم کبھی چور تھے انہوں نے کہا اگر تم جھوٹے نکلے تو اس چوری کرنے والے کی سزا کیا ہے</w:t>
      </w:r>
    </w:p>
    <w:p>
      <w:r>
        <w:rPr>
          <w:b/>
        </w:rPr>
        <w:t xml:space="preserve">[1:38:24] </w:t>
      </w:r>
      <w:r>
        <w:t>unhon ne kaha is ki saza yeh hai ke jis shakhs ke asbab mein mila pas wohi shakhs</w:t>
      </w:r>
    </w:p>
    <w:p>
      <w:pPr>
        <w:jc w:val="right"/>
      </w:pPr>
      <w:r>
        <w:t>انہوں نے کہا اس کی سزا یہ ہے کہ جس شخص کے اسباب میں ملے پس وہی شخص</w:t>
      </w:r>
    </w:p>
    <w:p>
      <w:r>
        <w:rPr>
          <w:b/>
        </w:rPr>
        <w:t xml:space="preserve">[1:38:33] </w:t>
      </w:r>
      <w:r>
        <w:t>apni saza hai hum log zalimon ko aisi hi saza diya karte hain</w:t>
      </w:r>
    </w:p>
    <w:p>
      <w:pPr>
        <w:jc w:val="right"/>
      </w:pPr>
      <w:r>
        <w:t>اپنی سزا ہے ہم لوگ ظالموں کو ایسی ہی سزا دیا کرتے ہیں</w:t>
      </w:r>
    </w:p>
    <w:p>
      <w:r>
        <w:rPr>
          <w:b/>
        </w:rPr>
        <w:t xml:space="preserve">[1:38:41] </w:t>
      </w:r>
      <w:r>
        <w:t>phir is ne is ke chhote bhai se pehle unke thelon ki talashi lena shuru kiya</w:t>
      </w:r>
    </w:p>
    <w:p>
      <w:pPr>
        <w:jc w:val="right"/>
      </w:pPr>
      <w:r>
        <w:t>پھر اس نے اس کے چھوٹے بھائی سے پہلے ان کے تھیلوں کی تلاشی لینا شروع کیا</w:t>
      </w:r>
    </w:p>
    <w:p>
      <w:r>
        <w:rPr>
          <w:b/>
        </w:rPr>
        <w:t xml:space="preserve">[1:38:49] </w:t>
      </w:r>
      <w:r>
        <w:t>phir is ke bhai ke thele se is ko baramad kar liya</w:t>
      </w:r>
    </w:p>
    <w:p>
      <w:pPr>
        <w:jc w:val="right"/>
      </w:pPr>
      <w:r>
        <w:t>پھر اس کے بھائی کے تھیلے سے اس کو برآمد کر لیا</w:t>
      </w:r>
    </w:p>
    <w:p>
      <w:r>
        <w:rPr>
          <w:b/>
        </w:rPr>
        <w:t xml:space="preserve">[1:38:54] </w:t>
      </w:r>
      <w:r>
        <w:t>is tarah hum ne yusuf ke liye tadbeer ki woh badshah ke qanoon ki rooh se apne bhai ko nahi le sakta tha magar yeh ke Allah chahe hum jis ke darje chahte hain buland kar dete hain aur har 'ilm wale se baratar ek 'ilm wala hai tashreeh</w:t>
      </w:r>
    </w:p>
    <w:p>
      <w:pPr>
        <w:jc w:val="right"/>
      </w:pPr>
      <w:r>
        <w:t>اس طرح ہم نے یوسف کے لیے تدبیر کی وہ بادشاہ کے قانون کی روح سے اپنے بھائی کو نہیں لے سکتا تھا مگر یہ کہ اللہ چاہے ہم جس کے درجے چاہتے ہیں بلند کر دیتے ہیں اور ہر علم والے سے بالاتر ایک علم والا ہے تشریح</w:t>
      </w:r>
    </w:p>
    <w:p>
      <w:r>
        <w:rPr>
          <w:b/>
        </w:rPr>
        <w:t xml:space="preserve">[1:39:19] </w:t>
      </w:r>
      <w:r>
        <w:t>baradaran yusuf rawana hone lage to hazrat yusuf ne azraye mohabbat apna pani peene ka pyala jo ghaliban chandi ka tha apne bhai binyamin ke saman mein rakh diya is ki khabar na binyamin ko thi aur na darbar walon ko</w:t>
      </w:r>
    </w:p>
    <w:p>
      <w:pPr>
        <w:jc w:val="right"/>
      </w:pPr>
      <w:r>
        <w:t>برادران یوسف روانہ ہونے لگے تو حضرت یوسف نے اذرائے محبت اپنا پانی پینے کا پیالہ جو غالباً چاندی کا تھا اپنے بھائی بنیامین کے سامان میں رکھ دیا اس کی خبر نہ بنیامین کو تھی اور نہ دربار والوں کو</w:t>
      </w:r>
    </w:p>
    <w:p>
      <w:r>
        <w:rPr>
          <w:b/>
        </w:rPr>
        <w:t xml:space="preserve">[1:39:43] </w:t>
      </w:r>
      <w:r>
        <w:t>is ke baad khuda ki qudrat se aisa hua ke ghalla napne ka shahi peymana jo khud bhi qeemti tha kahin idhar udhar mis place ho gaya talash ke bawajood jab woh nahi mila to karindon ka shubah baradaran yusuf ki taraf gaya jo abhi bhi yahan se rawana hue the ek karindey ne awaz de kar qafle ko bulaya</w:t>
      </w:r>
    </w:p>
    <w:p>
      <w:pPr>
        <w:jc w:val="right"/>
      </w:pPr>
      <w:r>
        <w:t>اس کے بعد خدا کی قدرت سے ایسا ہوا کہ غلہ ناپنے کا شاہی پیمانہ جو خود بھی قیمتی تھا کہیں ادھر ادھر مس پلیس ہو گیا تلاش کے باوجود جب وہ نہیں ملا تو کارندوں کا شبہ برادران یوسف کی طرف گیا جو ابھی بھی یہاں سے روانہ ہوئے تھے ایک کارندے نے آواز دے کر قافلے کو بلایا</w:t>
      </w:r>
    </w:p>
    <w:p>
      <w:r>
        <w:rPr>
          <w:b/>
        </w:rPr>
        <w:t xml:space="preserve">[1:40:12] </w:t>
      </w:r>
      <w:r>
        <w:t>poochh gachh ke dauran unhon ne bahaisiyat khud chori ki woh saza tajweez ki jo shariat ibrahimi ki rooh se un ke yahan raij thi yani jo sariq hai woh ek saal tak malik ke yahan ghulam ban kar rahe</w:t>
      </w:r>
    </w:p>
    <w:p>
      <w:pPr>
        <w:jc w:val="right"/>
      </w:pPr>
      <w:r>
        <w:t>پوچھ گچھ کے دوران انہوں نے بطور خود چوری کی وہ سزا تجویز کی جو شریعت ابراہیمی کی روح سے ان کے یہاں رائج تھی یعنی جو سارق ہے وہ ایک سال تک مالک کے یہاں غلام بن کر رہے</w:t>
      </w:r>
    </w:p>
    <w:p>
      <w:r>
        <w:rPr>
          <w:b/>
        </w:rPr>
        <w:t xml:space="preserve">[1:40:33] </w:t>
      </w:r>
      <w:r>
        <w:t>is ke baad karindey ne talashi shuru ki</w:t>
      </w:r>
    </w:p>
    <w:p>
      <w:pPr>
        <w:jc w:val="right"/>
      </w:pPr>
      <w:r>
        <w:t>اس کے بعد کارندے نے تلاشی شروع کی</w:t>
      </w:r>
    </w:p>
    <w:p>
      <w:r>
        <w:rPr>
          <w:b/>
        </w:rPr>
        <w:t xml:space="preserve">[1:40:37] </w:t>
      </w:r>
      <w:r>
        <w:t>ab ghalle ka peymana to un ke yahan nahi mila magar darbar ki ek aur khaas cheez chandi ka pyala binyamin ke saman se baramad ho gaya chunancha binyamin ko hasb faisla hazrat yusuf ke hawale kar diya gaya</w:t>
      </w:r>
    </w:p>
    <w:p>
      <w:pPr>
        <w:jc w:val="right"/>
      </w:pPr>
      <w:r>
        <w:t>اب غلے کا پیمانہ تو ان کے یہاں نہیں ملا مگر دربار کی ایک اور خاص چیز چاندی کا پیالہ بنیامین کے سامان سے برآمد ہو گیا چنانچہ بنیامین کو حسب فیصلہ حضرت یوسف کے حوالے کر دیا گیا</w:t>
      </w:r>
    </w:p>
    <w:p>
      <w:r>
        <w:rPr>
          <w:b/>
        </w:rPr>
        <w:t xml:space="preserve">[1:40:57] </w:t>
      </w:r>
      <w:r>
        <w:t>agar shah misr ke qanoon par faisle ki qaraardad hoti to hazrat yusuf apne bhai ko na paate kyunke shah misr ke marwaja qanoon mein chor ki saza yeh thi ke us ko mara jaye aur masrooqah cheez ki qeemat us se vasool ki jaye is waqe mein hazrat yusuf ki niyat shamil na thi</w:t>
      </w:r>
    </w:p>
    <w:p>
      <w:pPr>
        <w:jc w:val="right"/>
      </w:pPr>
      <w:r>
        <w:t>اگر شاہ مصر کے قانون پر فیصلے کی قرارداد ہوتی تو حضرت یوسف اپنے بھائی کو نہ پاتے کیونکہ شاہ مصر کے مروجہ قانون میں چور کی سزا یہ تھی کہ اس کو مارا جائے اور مسروقہ چیز کی قیمت اس سے وصول کی جائے اس واقعے میں حضرت یوسف کی نیت شامل نہ تھی</w:t>
      </w:r>
    </w:p>
    <w:p>
      <w:r>
        <w:rPr>
          <w:b/>
        </w:rPr>
        <w:t xml:space="preserve">[1:41:21] </w:t>
      </w:r>
      <w:r>
        <w:t>yeh khudai tadbeer se hua is liye khuda ne is ko apni taraf mansoob farmaya qalu in yasriq faqad saraqa akhun min qabl</w:t>
      </w:r>
    </w:p>
    <w:p>
      <w:pPr>
        <w:jc w:val="right"/>
      </w:pPr>
      <w:r>
        <w:t>یہ خدائی تدبیر سے ہوا اس لیے خدا نے اس کو اپنی طرف منسوب فرمایا قالوا ان یسرق فقد سرق اخ من قبل</w:t>
      </w:r>
    </w:p>
    <w:p>
      <w:r>
        <w:rPr>
          <w:b/>
        </w:rPr>
        <w:t xml:space="preserve">[1:41:40] </w:t>
      </w:r>
      <w:r>
        <w:t>fasarraha yusuf fi nafsihi wa lam yubdihahum qala antum sharrun makana wa allahu a'lamu bima tasifun qalu ya</w:t>
      </w:r>
    </w:p>
    <w:p>
      <w:pPr>
        <w:jc w:val="right"/>
      </w:pPr>
      <w:r>
        <w:t>فاسرها یوسف فی نفسہ ولم یبدھا لهم قال انتم شر مكانا واللہ اعلم بما تصفون قالوا یا</w:t>
      </w:r>
    </w:p>
    <w:p>
      <w:r>
        <w:rPr>
          <w:b/>
        </w:rPr>
        <w:t xml:space="preserve">[1:41:58] </w:t>
      </w:r>
      <w:r>
        <w:t>ayyuha al-'azizu inna lahu aban shaykhan kabiran fakhudh ahadana makana inna naraku minal muhsinin</w:t>
      </w:r>
    </w:p>
    <w:p>
      <w:pPr>
        <w:jc w:val="right"/>
      </w:pPr>
      <w:r>
        <w:t>ایہا العزیز ان له ابا شیخا کبیرا فخذ احدنا مكانه انا نراك من المحسنین</w:t>
      </w:r>
    </w:p>
    <w:p>
      <w:r>
        <w:rPr>
          <w:b/>
        </w:rPr>
        <w:t xml:space="preserve">[1:42:16] </w:t>
      </w:r>
      <w:r>
        <w:t>qala ma'adh allahi an nakhudha illa man wajadna mata'ana 'indahu inna idha lazhalimun</w:t>
      </w:r>
    </w:p>
    <w:p>
      <w:pPr>
        <w:jc w:val="right"/>
      </w:pPr>
      <w:r>
        <w:t>قال معاذ اللہ ان ناخذ الا من وجدنا متاعنا عنده انا اذا لظالمون</w:t>
      </w:r>
    </w:p>
    <w:p>
      <w:r>
        <w:rPr>
          <w:b/>
        </w:rPr>
        <w:t xml:space="preserve">[1:42:35] </w:t>
      </w:r>
      <w:r>
        <w:t>unhon ne kaha agar yeh chori kare to is se pehle is ka aik bhai bhi chori kar chuka hai pas yusuf ne is baat ko apne dil mein rakha aur us ko un par</w:t>
      </w:r>
    </w:p>
    <w:p>
      <w:pPr>
        <w:jc w:val="right"/>
      </w:pPr>
      <w:r>
        <w:t>انہوں نے کہا اگر یہ چوری کرے تو اس سے پہلے اس کا ایک بھائی بھی چوری کر چکا ہے پس یوسف نے اس بات کو اپنے دل میں رکھا اور اس کو ان پر</w:t>
      </w:r>
    </w:p>
    <w:p>
      <w:r>
        <w:rPr>
          <w:b/>
        </w:rPr>
        <w:t xml:space="preserve">[1:42:52] </w:t>
      </w:r>
      <w:r>
        <w:t>zahir nahi kiya</w:t>
      </w:r>
    </w:p>
    <w:p>
      <w:pPr>
        <w:jc w:val="right"/>
      </w:pPr>
      <w:r>
        <w:t>ظاہر نہیں کیا</w:t>
      </w:r>
    </w:p>
    <w:p>
      <w:r>
        <w:rPr>
          <w:b/>
        </w:rPr>
        <w:t xml:space="preserve">[1:42:54] </w:t>
      </w:r>
      <w:r>
        <w:t>is ne apne jee mein kaha</w:t>
      </w:r>
    </w:p>
    <w:p>
      <w:pPr>
        <w:jc w:val="right"/>
      </w:pPr>
      <w:r>
        <w:t>اس نے اپنے جی میں کہا</w:t>
      </w:r>
    </w:p>
    <w:p>
      <w:r>
        <w:rPr>
          <w:b/>
        </w:rPr>
        <w:t xml:space="preserve">[1:42:57] </w:t>
      </w:r>
      <w:r>
        <w:t>tum khud hi bure log ho aur jo kuch tum bayan kar rahe ho Allah is ko khoob</w:t>
      </w:r>
    </w:p>
    <w:p>
      <w:pPr>
        <w:jc w:val="right"/>
      </w:pPr>
      <w:r>
        <w:t>تم خود ہی برے لوگ ہو اور جو کچھ تم بیان کر رہے ہو اللہ اس کو خوب</w:t>
      </w:r>
    </w:p>
    <w:p>
      <w:r>
        <w:rPr>
          <w:b/>
        </w:rPr>
        <w:t xml:space="preserve">[1:43:05] </w:t>
      </w:r>
      <w:r>
        <w:t>janta hai unhon ne kaha ke aye Aziz</w:t>
      </w:r>
    </w:p>
    <w:p>
      <w:pPr>
        <w:jc w:val="right"/>
      </w:pPr>
      <w:r>
        <w:t>جانتا ہے انہوں نے کہا کہ اے عزیز</w:t>
      </w:r>
    </w:p>
    <w:p>
      <w:r>
        <w:rPr>
          <w:b/>
        </w:rPr>
        <w:t xml:space="preserve">[1:43:12] </w:t>
      </w:r>
      <w:r>
        <w:t>is ka aik bohat boodha baap hai so to is ki jagah hum mein se kisi ko rakh</w:t>
      </w:r>
    </w:p>
    <w:p>
      <w:pPr>
        <w:jc w:val="right"/>
      </w:pPr>
      <w:r>
        <w:t>اس کا ایک بہت بوڑھا باپ ہے سو تو اس کی جگہ ہم میں سے کسی کو رکھ</w:t>
      </w:r>
    </w:p>
    <w:p>
      <w:r>
        <w:rPr>
          <w:b/>
        </w:rPr>
        <w:t xml:space="preserve">[1:43:18] </w:t>
      </w:r>
      <w:r>
        <w:t>le hum tujh ko bohat naik dekhte hain</w:t>
      </w:r>
    </w:p>
    <w:p>
      <w:pPr>
        <w:jc w:val="right"/>
      </w:pPr>
      <w:r>
        <w:t>لے ہم تجھ کو بہت نیک دیکھتے ہیں</w:t>
      </w:r>
    </w:p>
    <w:p>
      <w:r>
        <w:rPr>
          <w:b/>
        </w:rPr>
        <w:t xml:space="preserve">[1:43:24] </w:t>
      </w:r>
      <w:r>
        <w:t>us ne kaha allah ki panah ke hum is ke siwa kisi ko pakrein jis ke paas hum ne apni cheez payi hai is surat mein hum zaroor zalim thehrein ge</w:t>
      </w:r>
    </w:p>
    <w:p>
      <w:pPr>
        <w:jc w:val="right"/>
      </w:pPr>
      <w:r>
        <w:t>اس نے کہا اللہ کی پناہ کہ ہم اس کے سوا کسی کو پکڑیں جس کے پاس ہم نے اپنی چیز پائی ہے اس صورت میں ہم ضرور ظالم ٹھہریں گے</w:t>
      </w:r>
    </w:p>
    <w:p>
      <w:r>
        <w:rPr>
          <w:b/>
        </w:rPr>
        <w:t xml:space="preserve">[1:43:42] </w:t>
      </w:r>
      <w:r>
        <w:t>tashreeh</w:t>
      </w:r>
    </w:p>
    <w:p>
      <w:pPr>
        <w:jc w:val="right"/>
      </w:pPr>
      <w:r>
        <w:t>تشریح</w:t>
      </w:r>
    </w:p>
    <w:p>
      <w:r>
        <w:rPr>
          <w:b/>
        </w:rPr>
        <w:t xml:space="preserve">[1:43:46] </w:t>
      </w:r>
      <w:r>
        <w:t>mufassireen ne likha hai ke hazrat yusuf ki kisi nani ke yahan aik but tha</w:t>
      </w:r>
    </w:p>
    <w:p>
      <w:pPr>
        <w:jc w:val="right"/>
      </w:pPr>
      <w:r>
        <w:t>مفسرین نے لکھا ہے کہ حضرت یوسف کی کسی نانی کے یہاں ایک بت تھا</w:t>
      </w:r>
    </w:p>
    <w:p>
      <w:r>
        <w:rPr>
          <w:b/>
        </w:rPr>
        <w:t xml:space="preserve">[1:43:54] </w:t>
      </w:r>
      <w:r>
        <w:t>hazrat yusuf apne bachpan mein is ko chupke se un ke yahan se utha laye aur is ko tod dala isi waqeye ko bahana bana kar baradran yusuf ne kaha ke is ka bara bhai bhi is se pehle chori kar chuka hai</w:t>
      </w:r>
    </w:p>
    <w:p>
      <w:pPr>
        <w:jc w:val="right"/>
      </w:pPr>
      <w:r>
        <w:t>حضرت یوسف اپنے بچپن میں اس کو چپکے سے ان کے یہاں سے اٹھا لائے اور اس کو توڑ ڈالا اسی واقعے کو بہانہ بنا کر برادران یوسف نے کہا کہ اس کا بڑا بھائی بھی اس سے پہلے چوری کر چکا ہے</w:t>
      </w:r>
    </w:p>
    <w:p>
      <w:r>
        <w:rPr>
          <w:b/>
        </w:rPr>
        <w:t xml:space="preserve">[1:44:15] </w:t>
      </w:r>
      <w:r>
        <w:t>aik waqea jo aap ki ghairat toheed ko bata raha tha is ko mehaz aik zahiri mushabihat ki wajah se unhon ne chori ke khane mein daal diya</w:t>
      </w:r>
    </w:p>
    <w:p>
      <w:pPr>
        <w:jc w:val="right"/>
      </w:pPr>
      <w:r>
        <w:t>ایک واقعہ جو آپ کی غیرت توحید کو بتا رہا تھا اس کو محض ایک ظاہری مشابہت کی وجہ سے انہوں نے چوری کے خانے میں ڈال دیا</w:t>
      </w:r>
    </w:p>
    <w:p>
      <w:r>
        <w:rPr>
          <w:b/>
        </w:rPr>
        <w:t xml:space="preserve">[1:44:32] </w:t>
      </w:r>
      <w:r>
        <w:t>baradran-e-Yusuf ka haal yeh tha ke Misr ke takht par baithe hue Yusuf ko</w:t>
      </w:r>
    </w:p>
    <w:p>
      <w:pPr>
        <w:jc w:val="right"/>
      </w:pPr>
      <w:r>
        <w:t>برادران یوسف کا حال یہ تھا کہ مصر کے تخت پر بیٹھے ہوئے یوسف کو</w:t>
      </w:r>
    </w:p>
    <w:p>
      <w:r>
        <w:rPr>
          <w:b/>
        </w:rPr>
        <w:t xml:space="preserve">[1:44:40] </w:t>
      </w:r>
      <w:r>
        <w:t>to woh aziz keh rahe thay aur us ke samne khoob tawazu dikha rahe thay magar qana ka</w:t>
      </w:r>
    </w:p>
    <w:p>
      <w:pPr>
        <w:jc w:val="right"/>
      </w:pPr>
      <w:r>
        <w:t>تو وہ عزیز کہہ رہے تھے اور اس کے سامنے خوب تواضع دکھا رہے تھے مگر قنا کا</w:t>
      </w:r>
    </w:p>
    <w:p>
      <w:r>
        <w:rPr>
          <w:b/>
        </w:rPr>
        <w:t xml:space="preserve">[1:44:49] </w:t>
      </w:r>
      <w:r>
        <w:t>yusuf jo un ki nazar mein sirf ek dehati ladka tha us ko ain usi waqt nahak chori</w:t>
      </w:r>
    </w:p>
    <w:p>
      <w:pPr>
        <w:jc w:val="right"/>
      </w:pPr>
      <w:r>
        <w:t>یوسف جو ان کی نظر میں صرف ایک دیہاتی لڑکا تھا اس کو عین اسی وقت ناحق چوری</w:t>
      </w:r>
    </w:p>
    <w:p>
      <w:r>
        <w:rPr>
          <w:b/>
        </w:rPr>
        <w:t xml:space="preserve">[1:44:58] </w:t>
      </w:r>
      <w:r>
        <w:t>ke ilzam mein mulawwis kar rahe thay</w:t>
      </w:r>
    </w:p>
    <w:p>
      <w:pPr>
        <w:jc w:val="right"/>
      </w:pPr>
      <w:r>
        <w:t>کے الزام میں ملوث کر رہے تھے</w:t>
      </w:r>
    </w:p>
    <w:p>
      <w:r>
        <w:rPr>
          <w:b/>
        </w:rPr>
        <w:t xml:space="preserve">[1:45:03] </w:t>
      </w:r>
      <w:r>
        <w:t>hazrat yusuf ko ilm tha ke un ke rakhe hue piyale ki wajah se binyamin khwamkhwah chor ban raha hai magar waqti maslehat ki bina par woh khamosh rahe aur waqeye ko apni raftaar se chalne diya jo bhaiyon aur shahi karinday ke darmiyan ho raha tha</w:t>
      </w:r>
    </w:p>
    <w:p>
      <w:pPr>
        <w:jc w:val="right"/>
      </w:pPr>
      <w:r>
        <w:t>حضرت یوسف کو علم تھا کہ ان کے رکھے ہوئے پیالے کی وجہ سے بنیامین خوامخواہ چور بن رہا ہے مگر وقتی مصلحت کی بنا پر وہ خاموش رہے اور واقعے کو اپنی رفتار سے چلنے دیا جو بھائیوں اور شاہی کارندے کے درمیان ہو رہا تھا</w:t>
      </w:r>
    </w:p>
    <w:p>
      <w:r>
        <w:rPr>
          <w:b/>
        </w:rPr>
        <w:t xml:space="preserve">[1:45:26] </w:t>
      </w:r>
      <w:r>
        <w:t>aik baar jab aap ko bolna para to yeh nahi kaha ke jis ne hamari chori ki hai balke yeh farmaya ke jis ke paas hum ne apna maal paya hai</w:t>
      </w:r>
    </w:p>
    <w:p>
      <w:pPr>
        <w:jc w:val="right"/>
      </w:pPr>
      <w:r>
        <w:t>ایک بار جب آپ کو بولنا پڑا تو یہ نہیں کہا کہ جس نے ہماری چوری کی ہے بلکہ یہ فرمایا کہ جس کے پاس ہم نے اپنا مال پایا ہے</w:t>
      </w:r>
    </w:p>
    <w:p>
      <w:r>
        <w:rPr>
          <w:b/>
        </w:rPr>
        <w:t xml:space="preserve">[1:45:42] </w:t>
      </w:r>
      <w:r>
        <w:t>falamma astayasu minhu khalasoo najiya qala kabeeruhum alam ta'lamoo anna abakum qad akhaza alaykum mawthiqa</w:t>
      </w:r>
    </w:p>
    <w:p>
      <w:pPr>
        <w:jc w:val="right"/>
      </w:pPr>
      <w:r>
        <w:t>فلما استياسوا منه خلصوا نجيا قال كبيرهم الم تعلموا ان اباكم قد اخذ عليكم موثقا</w:t>
      </w:r>
    </w:p>
    <w:p>
      <w:r>
        <w:rPr>
          <w:b/>
        </w:rPr>
        <w:t xml:space="preserve">[1:45:58] </w:t>
      </w:r>
      <w:r>
        <w:t>min allahi wa min qablu ma farrattum fi yusufa falan abrahal arda hatta yazina li abi aw yahkuma allahu li</w:t>
      </w:r>
    </w:p>
    <w:p>
      <w:pPr>
        <w:jc w:val="right"/>
      </w:pPr>
      <w:r>
        <w:t>من اللہ ومن قبل ما فرطتم فی یوسف فلن ابرح الارض حتى ياذن لی ابی او یحکم اللہ لی</w:t>
      </w:r>
    </w:p>
    <w:p>
      <w:r>
        <w:rPr>
          <w:b/>
        </w:rPr>
        <w:t xml:space="preserve">[1:46:16] </w:t>
      </w:r>
      <w:r>
        <w:t>wahuwa khairul hakimeen yarji'oo ila abikum fawloo ya abana inna ibnaka saraqa wa ma shahidna</w:t>
      </w:r>
    </w:p>
    <w:p>
      <w:pPr>
        <w:jc w:val="right"/>
      </w:pPr>
      <w:r>
        <w:t>وهو خیر الحاکمینیرجعون الی ابیکم فقولوا یا ابانا ان ابنک سرق وما شهدنا</w:t>
      </w:r>
    </w:p>
    <w:p>
      <w:r>
        <w:rPr>
          <w:b/>
        </w:rPr>
        <w:t xml:space="preserve">[1:46:36] </w:t>
      </w:r>
      <w:r>
        <w:t>illa bima 'alimna wa ma shahidna illa bima 'alimna wa ma kunna lilghaybi hafizeen wasalil qaryata allati kunna fiha wal'eir allati</w:t>
      </w:r>
    </w:p>
    <w:p>
      <w:pPr>
        <w:jc w:val="right"/>
      </w:pPr>
      <w:r>
        <w:t>الا بما علمنا وما شهدنا الا بما علمنا وما کنا للغیب حافظین واسال القریہ التي کنا فیہا والعیر التي</w:t>
      </w:r>
    </w:p>
    <w:p>
      <w:r>
        <w:rPr>
          <w:b/>
        </w:rPr>
        <w:t xml:space="preserve">[1:46:59] </w:t>
      </w:r>
      <w:r>
        <w:t>aqbalna fiha wa inna lasadiqoon</w:t>
      </w:r>
    </w:p>
    <w:p>
      <w:pPr>
        <w:jc w:val="right"/>
      </w:pPr>
      <w:r>
        <w:t>اقبلنا فیہا وانا لصادقون</w:t>
      </w:r>
    </w:p>
    <w:p>
      <w:r>
        <w:rPr>
          <w:b/>
        </w:rPr>
        <w:t xml:space="preserve">[1:47:06] </w:t>
      </w:r>
      <w:r>
        <w:t>jab woh is se namid ho gaye to alag ho kar bahem mashwara karne lage un ke bare ne kaha kya tum ko maloom nahi ke tumhare baap ne allah ke naam par pakka iqrar liya aur is se pehle yusuf ke mamle mein jo ziyadti tum kar chuke ho woh bhi tum ko maloom hai</w:t>
      </w:r>
    </w:p>
    <w:p>
      <w:pPr>
        <w:jc w:val="right"/>
      </w:pPr>
      <w:r>
        <w:t>جب وہ اس سے نا امید ہو گئے تو الگ ہو کر باہم مشورہ کرنے لگے ان کے بڑے نے کہا کیا تم کو معلوم نہیں کہ تمہارے باپ نے اللہ کے نام پر پکا اقرار لیا اور اس سے پہلے یوسف کے معاملے میں جو زیادتی تم کر چکے ہو وہ بھی تم کو معلوم ہے</w:t>
      </w:r>
    </w:p>
    <w:p>
      <w:r>
        <w:rPr>
          <w:b/>
        </w:rPr>
        <w:t xml:space="preserve">[1:47:35] </w:t>
      </w:r>
      <w:r>
        <w:t>pas mein is zameen se hargiz nahi chaloon ga jab tak mera baap mujhe ijazat na de ya allah mere liye koi faisla farma de aur woh sab se behtar faisla karne wala hai</w:t>
      </w:r>
    </w:p>
    <w:p>
      <w:pPr>
        <w:jc w:val="right"/>
      </w:pPr>
      <w:r>
        <w:t>پس میں اس زمین سے ہرگز نہیں چلوں گا جب تک میرا باپ مجھے اجازت نہ دے یا اللہ میرے لیے کوئی فیصلہ فرما دے اور وہ سب سے بہتر فیصلہ کرنے والا ہے</w:t>
      </w:r>
    </w:p>
    <w:p>
      <w:r>
        <w:rPr>
          <w:b/>
        </w:rPr>
        <w:t xml:space="preserve">[1:47:52] </w:t>
      </w:r>
      <w:r>
        <w:t>tum log apne baap ke pas jao aur kaho ke aye hamare baap</w:t>
      </w:r>
    </w:p>
    <w:p>
      <w:pPr>
        <w:jc w:val="right"/>
      </w:pPr>
      <w:r>
        <w:t>تم لوگ اپنے باپ کے پاس جاؤ اور کہو کہ اے ہمارے باپ</w:t>
      </w:r>
    </w:p>
    <w:p>
      <w:r>
        <w:rPr>
          <w:b/>
        </w:rPr>
        <w:t xml:space="preserve">[1:47:59] </w:t>
      </w:r>
      <w:r>
        <w:t>tere bete ne chori ki aur hum wohi baat keh rahe hain jo hum ko maloom hui aur</w:t>
      </w:r>
    </w:p>
    <w:p>
      <w:pPr>
        <w:jc w:val="right"/>
      </w:pPr>
      <w:r>
        <w:t>تیرے بیٹے نے چوری کی اور ہم وہی بات کہہ رہے ہیں جو ہم کو معلوم ہوئی اور</w:t>
      </w:r>
    </w:p>
    <w:p>
      <w:r>
        <w:rPr>
          <w:b/>
        </w:rPr>
        <w:t xml:space="preserve">[1:48:07] </w:t>
      </w:r>
      <w:r>
        <w:t>hum ghayb ke nigahban nahi</w:t>
      </w:r>
    </w:p>
    <w:p>
      <w:pPr>
        <w:jc w:val="right"/>
      </w:pPr>
      <w:r>
        <w:t>ہم غیب کے نگہبان نہیں</w:t>
      </w:r>
    </w:p>
    <w:p>
      <w:r>
        <w:rPr>
          <w:b/>
        </w:rPr>
        <w:t xml:space="preserve">[1:48:11] </w:t>
      </w:r>
      <w:r>
        <w:t>aur tu us basti ke logon se pooch le jahan hum thay aur us qafle se pooch le</w:t>
      </w:r>
    </w:p>
    <w:p>
      <w:pPr>
        <w:jc w:val="right"/>
      </w:pPr>
      <w:r>
        <w:t>اور تو اس بستی کے لوگوں سے پوچھ لے جہاں ہم تھے اور اس قافلے سے پوچھ لے</w:t>
      </w:r>
    </w:p>
    <w:p>
      <w:r>
        <w:rPr>
          <w:b/>
        </w:rPr>
        <w:t xml:space="preserve">[1:48:20] </w:t>
      </w:r>
      <w:r>
        <w:t>jis ke sath hum aaye hain aur hum bilkul sachay hain</w:t>
      </w:r>
    </w:p>
    <w:p>
      <w:pPr>
        <w:jc w:val="right"/>
      </w:pPr>
      <w:r>
        <w:t>جس کے ساتھ ہم ائے ہیں اور ہم بالکل سچے ہیں</w:t>
      </w:r>
    </w:p>
    <w:p>
      <w:r>
        <w:rPr>
          <w:b/>
        </w:rPr>
        <w:t xml:space="preserve">[1:48:28] </w:t>
      </w:r>
      <w:r>
        <w:t>tashreeh hazrat yusuf ke sotele bhaiyon mein ghaleban aik bhai doosron se mukhtalif tha isi bhai ne ibtidai marhale mein mashwara diya tha ke yusuf ko qatal na karo balke kisi andhe kanwein mein daal do ta ke koi aata jata qafela us ko nikaal le jaye</w:t>
      </w:r>
    </w:p>
    <w:p>
      <w:pPr>
        <w:jc w:val="right"/>
      </w:pPr>
      <w:r>
        <w:t>تشریح حضرت یوسف کے سوتیلے بھائیوں میں غالباً ایک بھائی دوسروں سے مختلف تھا اسی بھائی نے ابتدائی مرحلے میں مشورہ دیا تھا کہ یوسف کو قتل نہ کرو بلکہ کسی اندھے کنویں میں ڈال دو تاکہ کوئی اتا جاتا قافلہ اس کو نکال لے جائے</w:t>
      </w:r>
    </w:p>
    <w:p>
      <w:r>
        <w:rPr>
          <w:b/>
        </w:rPr>
        <w:t xml:space="preserve">[1:48:56] </w:t>
      </w:r>
      <w:r>
        <w:t>yehi haal ab is bhai ka misr mein hua woh doosre bhaiyon se alag ho gaya is ki ghairat ne gawara nahi kiya ke jis baap ke nazdeek woh aik bhai ko khone ka mujrim ban chuka hai</w:t>
      </w:r>
    </w:p>
    <w:p>
      <w:pPr>
        <w:jc w:val="right"/>
      </w:pPr>
      <w:r>
        <w:t>یہی حال اب اس بھائی کا مصر میں ہوا وہ دوسرے بھائیوں سے الگ ہو گیا اس کی غیرت نے گوارا نہیں کیا کہ جس باپ کے نزدیک وہ ایک بھائی کو کھونے کا مجرم بن چکا ہے</w:t>
      </w:r>
    </w:p>
    <w:p>
      <w:r>
        <w:rPr>
          <w:b/>
        </w:rPr>
        <w:t xml:space="preserve">[1:49:14] </w:t>
      </w:r>
      <w:r>
        <w:t>isi baap ke samne ab doosre bhai ko khone ka mujrim ban kar hazir ho</w:t>
      </w:r>
    </w:p>
    <w:p>
      <w:pPr>
        <w:jc w:val="right"/>
      </w:pPr>
      <w:r>
        <w:t>اسی باپ کے سامنے اب دوسرے بھائی کو کھونے کا مجرم بن کر حاضر ہو</w:t>
      </w:r>
    </w:p>
    <w:p>
      <w:r>
        <w:rPr>
          <w:b/>
        </w:rPr>
        <w:t xml:space="preserve">[1:49:25] </w:t>
      </w:r>
      <w:r>
        <w:t>qala bal sawwalat lakum anfusukum amran fasabrun jameel asallahu an yatiyani bihim jamee'an innahu huwal 'aleemul hakeem</w:t>
      </w:r>
    </w:p>
    <w:p>
      <w:pPr>
        <w:jc w:val="right"/>
      </w:pPr>
      <w:r>
        <w:t>قال بل سولت لكم انفسكم امرا فصبر جمیل عسى اللہ ان یاتینی بهم جميعا انہ هو العلیم الحکیم</w:t>
      </w:r>
    </w:p>
    <w:p>
      <w:r>
        <w:rPr>
          <w:b/>
        </w:rPr>
        <w:t xml:space="preserve">[1:49:47] </w:t>
      </w:r>
      <w:r>
        <w:t>wa tawalla anhum wa qala ya asafa 'ala yusufa wa ibyaddat aynahu min alhuzni fahuwa katheem qaloo tallahi taftau tazkur yusufa hatta takuna haridan aw takuna minal halikeen</w:t>
      </w:r>
    </w:p>
    <w:p>
      <w:pPr>
        <w:jc w:val="right"/>
      </w:pPr>
      <w:r>
        <w:t>وتولى عنهم وقال یا اسفا علی یوسف وابيضت عیناہ من الحزن فهو کظیم قالوا ت الله تفت تذکر یوسف حتى تكون حرضا او تكون من الهالکین</w:t>
      </w:r>
    </w:p>
    <w:p>
      <w:r>
        <w:rPr>
          <w:b/>
        </w:rPr>
        <w:t xml:space="preserve">[1:50:12] </w:t>
      </w:r>
      <w:r>
        <w:t>qala innama ashku bathi wa huzni ilallahi wa a'lamu minallahi ma la ta'lamoon ya bani izh-haboo fatatahassasoo min yusufa wa akheehi wa la tay'asoo min rawhillahi</w:t>
      </w:r>
    </w:p>
    <w:p>
      <w:pPr>
        <w:jc w:val="right"/>
      </w:pPr>
      <w:r>
        <w:t>قال انما اشکو بثی وحزنی الی اللہ واعلم من اللہ ما لا تعلمون یا بنی یذہبوا فتحسسوا من یوسف واخیه ولا تیسوا من روح اللہ</w:t>
      </w:r>
    </w:p>
    <w:p>
      <w:r>
        <w:rPr>
          <w:b/>
        </w:rPr>
        <w:t xml:space="preserve">[1:50:38] </w:t>
      </w:r>
      <w:r>
        <w:t>inna la yais min rooh Allah illa al-qawm al-kafiroon</w:t>
      </w:r>
    </w:p>
    <w:p>
      <w:pPr>
        <w:jc w:val="right"/>
      </w:pPr>
      <w:r>
        <w:t>انہ لا ییس من روح اللہ الا القوم الکافرون</w:t>
      </w:r>
    </w:p>
    <w:p>
      <w:r>
        <w:rPr>
          <w:b/>
        </w:rPr>
        <w:t xml:space="preserve">[1:50:47] </w:t>
      </w:r>
      <w:r>
        <w:t>baap ne kaha balke tum ne apne dil se ek baat bana li hai pas mein sabr karunga</w:t>
      </w:r>
    </w:p>
    <w:p>
      <w:pPr>
        <w:jc w:val="right"/>
      </w:pPr>
      <w:r>
        <w:t>باپ نے کہا بلکہ تم نے اپنے دل سے ایک بات بنا لی ہے پس میں صبر کروں</w:t>
      </w:r>
    </w:p>
    <w:p>
      <w:r>
        <w:rPr>
          <w:b/>
        </w:rPr>
        <w:t xml:space="preserve">[1:50:54] </w:t>
      </w:r>
      <w:r>
        <w:t>hai ke Allah in sab ko mere pas layega woh janne wala hakim hai aur</w:t>
      </w:r>
    </w:p>
    <w:p>
      <w:pPr>
        <w:jc w:val="right"/>
      </w:pPr>
      <w:r>
        <w:t>گا امید ہے کہ اللہ ان سب کو میرے پاس لائے گا وہ جاننے والا حکیم ہے اور</w:t>
      </w:r>
    </w:p>
    <w:p>
      <w:r>
        <w:rPr>
          <w:b/>
        </w:rPr>
        <w:t xml:space="preserve">[1:51:04] </w:t>
      </w:r>
      <w:r>
        <w:t>us ne rukh pher liya aur kaha ha yusuf aur gham se us ki aankhein safed pad gayin</w:t>
      </w:r>
    </w:p>
    <w:p>
      <w:pPr>
        <w:jc w:val="right"/>
      </w:pPr>
      <w:r>
        <w:t>اس نے رخ پھیر لیا اور کہا ہا یوسف اور غم سے اس کی انکھیں سفید پڑ گئیں</w:t>
      </w:r>
    </w:p>
    <w:p>
      <w:r>
        <w:rPr>
          <w:b/>
        </w:rPr>
        <w:t xml:space="preserve">[1:51:13] </w:t>
      </w:r>
      <w:r>
        <w:t>woh ghata ghata rehne laga</w:t>
      </w:r>
    </w:p>
    <w:p>
      <w:pPr>
        <w:jc w:val="right"/>
      </w:pPr>
      <w:r>
        <w:t>وہ گھٹا گھٹا رہنے لگا</w:t>
      </w:r>
    </w:p>
    <w:p>
      <w:r>
        <w:rPr>
          <w:b/>
        </w:rPr>
        <w:t xml:space="preserve">[1:51:17] </w:t>
      </w:r>
      <w:r>
        <w:t>unhon nay kaha Khuda ki qasam tu yusuf hi ki yaad mein rahe ga yahan tak kay ghul jaye ya halak ho jaye us nay kaha main apni pareshani aur apnay gham ka shikwa sirf Allah say karta hoon aur main Allah ki taraf say woh batain janta hoon jo tum nahi jantay</w:t>
      </w:r>
    </w:p>
    <w:p>
      <w:pPr>
        <w:jc w:val="right"/>
      </w:pPr>
      <w:r>
        <w:t>انہوں نے کہا خدا کی قسم تو یوسف ہی کی یاد میں رہے گا یہاں تک کہ گھل جائے یا ہلاک ہو جائے اس نے کہا میں اپنی پریشانی اور اپنے غم کا شکوہ صرف اللہ سے کرتا ہوں اور میں اللہ کی طرف سے وہ باتیں جانتا ہوں جو تم نہیں جانتے</w:t>
      </w:r>
    </w:p>
    <w:p>
      <w:r>
        <w:rPr>
          <w:b/>
        </w:rPr>
        <w:t xml:space="preserve">[1:51:43] </w:t>
      </w:r>
      <w:r>
        <w:t>ae meray beton jao yusuf aur us kay bhai ki talash karo aur Allah ki rehmat say na umeed na ho Allah ki rehmat say sirf munkir hi na umeed hotay hain</w:t>
      </w:r>
    </w:p>
    <w:p>
      <w:pPr>
        <w:jc w:val="right"/>
      </w:pPr>
      <w:r>
        <w:t>اے میرے بیٹوں جاؤ یوسف اور اس کے بھائی کی تلاش کرو اور اللہ کی رحمت سے نا امید نہ ہو اللہ کی رحمت سے صرف منکر ہی نا امید ہوتے ہیں</w:t>
      </w:r>
    </w:p>
    <w:p>
      <w:r>
        <w:rPr>
          <w:b/>
        </w:rPr>
        <w:t xml:space="preserve">[1:52:04] </w:t>
      </w:r>
      <w:r>
        <w:t>tashreeh tum nay baat bana li hai</w:t>
      </w:r>
    </w:p>
    <w:p>
      <w:pPr>
        <w:jc w:val="right"/>
      </w:pPr>
      <w:r>
        <w:t>تشریح تم نے بات بنا لی ہے</w:t>
      </w:r>
    </w:p>
    <w:p>
      <w:r>
        <w:rPr>
          <w:b/>
        </w:rPr>
        <w:t xml:space="preserve">[1:52:09] </w:t>
      </w:r>
      <w:r>
        <w:t>yeh keh kar hazrat yaqoob ne baradran yusuf ke dil ka khot wazeh kiya</w:t>
      </w:r>
    </w:p>
    <w:p>
      <w:pPr>
        <w:jc w:val="right"/>
      </w:pPr>
      <w:r>
        <w:t>یہ کہہ کر حضرت یعقوب نے برادران یوسف کے دل کا کھوٹ واضح کیا</w:t>
      </w:r>
    </w:p>
    <w:p>
      <w:r>
        <w:rPr>
          <w:b/>
        </w:rPr>
        <w:t xml:space="preserve">[1:52:17] </w:t>
      </w:r>
      <w:r>
        <w:t>woh baap ke yahan se gaye to mukammal hifazat ka wada kar ke us ko sath le gaye</w:t>
      </w:r>
    </w:p>
    <w:p>
      <w:pPr>
        <w:jc w:val="right"/>
      </w:pPr>
      <w:r>
        <w:t>وہ باپ کے یہاں سے گئے تو مکمل حفاظت کا وعدہ کر کے اس کو ساتھ لے گئے</w:t>
      </w:r>
    </w:p>
    <w:p>
      <w:r>
        <w:rPr>
          <w:b/>
        </w:rPr>
        <w:t xml:space="preserve">[1:52:26] </w:t>
      </w:r>
      <w:r>
        <w:t>aur jab binyamin ke asbab mein piyala baramad hua to us ki taraf se itni mudafaat bhi na</w:t>
      </w:r>
    </w:p>
    <w:p>
      <w:pPr>
        <w:jc w:val="right"/>
      </w:pPr>
      <w:r>
        <w:t>اور جب بنیامین کے اسباب میں پیالہ برامد ہوا تو اس کی طرف سے اتنی مدافعت بھی نہ</w:t>
      </w:r>
    </w:p>
    <w:p>
      <w:r>
        <w:rPr>
          <w:b/>
        </w:rPr>
        <w:t xml:space="preserve">[1:52:35] </w:t>
      </w:r>
      <w:r>
        <w:t>kar sake yeh kehte ke mahaz piyala baramad hone se woh chor kaise sabit ho gaya</w:t>
      </w:r>
    </w:p>
    <w:p>
      <w:pPr>
        <w:jc w:val="right"/>
      </w:pPr>
      <w:r>
        <w:t>کر سکے یہ کہتے کہ محض پیالہ برامد ہونے سے وہ چور کیسے ثابت ہو گیا</w:t>
      </w:r>
    </w:p>
    <w:p>
      <w:r>
        <w:rPr>
          <w:b/>
        </w:rPr>
        <w:t xml:space="preserve">[1:52:43] </w:t>
      </w:r>
      <w:r>
        <w:t>shayad kisi aur nay rakh diya ho ya kisi ghalti say woh us kay asbab kay sath bandh gaya ho us kay barkhilaf unhon nay yeh kiya kay yeh keh kar us kay jurm ko Misriyon ki nazar mein aur pakhta kar diya kay us ka bhai bhi us say pehlay chori kar chuka hai</w:t>
      </w:r>
    </w:p>
    <w:p>
      <w:pPr>
        <w:jc w:val="right"/>
      </w:pPr>
      <w:r>
        <w:t>شاید کسی اور نے رکھ دیا ہو یا کسی غلطی سے وہ اس کے اسباب کے ساتھ بندھ گیا ہو اس کے برعکس انہوں نے یہ کیا کہ یہ کہہ کر اس کے جرم کو مصریوں کی نظر میں اور پختہ کر دیا کہ اس کا بھائی بھی اس سے پہلے چوری کر چکا ہے</w:t>
      </w:r>
    </w:p>
    <w:p>
      <w:r>
        <w:rPr>
          <w:b/>
        </w:rPr>
        <w:t xml:space="preserve">[1:53:07] </w:t>
      </w:r>
      <w:r>
        <w:t>Hazrat Yaqoob agarchay do aziz beton ko khonay ki wajah say be had ghamzada thay magar isi kay sath woh Khuda say us ki rehmat ki umeed bhi lagaye huay thay un ka ab bhi yeh khayal tha kay Yusuf ka ibtidai zamanay ka khwab aik Khudai basharat tha aur woh zaroor poora ho kar rahe ga</w:t>
      </w:r>
    </w:p>
    <w:p>
      <w:pPr>
        <w:jc w:val="right"/>
      </w:pPr>
      <w:r>
        <w:t>حضرت یعقوب اگرچہ دو عزیز بیٹوں کو کھونے کی وجہ سے بے حد غمزدہ تھے مگر اسی کے ساتھ وہ خدا سے اس کی رحمت کی امید بھی لگائے ہوئے تھے ان کا اب بھی یہ خیال تھا کہ یوسف کا ابتدائی زمانے کا خواب ایک خدائی بشارت تھا اور وہ ضرور پورا ہو کر رہے گا</w:t>
      </w:r>
    </w:p>
    <w:p>
      <w:r>
        <w:rPr>
          <w:b/>
        </w:rPr>
        <w:t xml:space="preserve">[1:53:36] </w:t>
      </w:r>
      <w:r>
        <w:t>isi liye unhon nay beton say kaha kay jao Yusuf ko talash karo aur Binyamin ki rehai ki bhi koshish karo falamma dakhloo alayhi qaloo ya ayyuhal aziz massana wa ahlanad durru wa jina bibida'atin</w:t>
      </w:r>
    </w:p>
    <w:p>
      <w:pPr>
        <w:jc w:val="right"/>
      </w:pPr>
      <w:r>
        <w:t>اسی لیے انہوں نے بیٹوں سے کہا کہ جاؤ یوسف کو تلاش کرو اور بنیامین کی رہائی کی بھی کوشش کرو فلما دخلوا علیہ قالوا یا ایہا العزیز مسنا واہلنا الضر وجئنا ببضاعہ</w:t>
      </w:r>
    </w:p>
    <w:p>
      <w:r>
        <w:rPr>
          <w:b/>
        </w:rPr>
        <w:t xml:space="preserve">[1:54:00] </w:t>
      </w:r>
      <w:r>
        <w:t>wajina bibida'atin mujzatin faawfi lana al-kayla wa tasaddaq alayna innalaha yajzi al-mutasaddiqeen qala hal alimtumm ma faaltumm</w:t>
      </w:r>
    </w:p>
    <w:p>
      <w:pPr>
        <w:jc w:val="right"/>
      </w:pPr>
      <w:r>
        <w:t>وجئنا ببضاعۃ مزجات فاوف لنا الكیل وتصدق علینا ان اللہ یجز المتصدقین قال ہل علمتم ما فعلتم</w:t>
      </w:r>
    </w:p>
    <w:p>
      <w:r>
        <w:rPr>
          <w:b/>
        </w:rPr>
        <w:t xml:space="preserve">[1:54:20] </w:t>
      </w:r>
      <w:r>
        <w:t>yusuf wa akhi idh antumm jahiloon qaloo innaka la anta yusuf qala ana yusuf wa hadha</w:t>
      </w:r>
    </w:p>
    <w:p>
      <w:pPr>
        <w:jc w:val="right"/>
      </w:pPr>
      <w:r>
        <w:t>یوسف واخیه اذ انتم جاہلون قالوا انک لانت یوسف قال انا یوسف وهذا</w:t>
      </w:r>
    </w:p>
    <w:p>
      <w:r>
        <w:rPr>
          <w:b/>
        </w:rPr>
        <w:t xml:space="preserve">[1:54:38] </w:t>
      </w:r>
      <w:r>
        <w:t>akhi qad mannalahu alayna innahu man yattaqi wa yasbir fa innalaha la yudee'u ajra al-muhsineen</w:t>
      </w:r>
    </w:p>
    <w:p>
      <w:pPr>
        <w:jc w:val="right"/>
      </w:pPr>
      <w:r>
        <w:t>اخی قدمن اللہ علینا انہ من یتق ویسبر فان اللہ لا یضیع اجر المحسنین</w:t>
      </w:r>
    </w:p>
    <w:p>
      <w:r>
        <w:rPr>
          <w:b/>
        </w:rPr>
        <w:t xml:space="preserve">[1:54:55] </w:t>
      </w:r>
      <w:r>
        <w:t>phir jab woh Yusuf kay pas puhanche unhon nay kaha ae Aziz hum ko aur hamaray ghar walon ko bari takleef puhanch rahi hai aur hum thori punji lay kar aaye hain to hum ko poora ghalla day aur hum ko sadqa bhi day beshak Allah sadqa karnay walon ko uska badla deta hai</w:t>
      </w:r>
    </w:p>
    <w:p>
      <w:pPr>
        <w:jc w:val="right"/>
      </w:pPr>
      <w:r>
        <w:t>پھر جب وہ یوسف کے پاس پہنچے انہوں نے کہا اے عزیز ہم کو اور ہمارے گھر والوں کو بڑی تکلیف پہنچ رہی ہے اور ہم تھوڑی پونجی لے کر ائے ہیں تو ہم کو پورا غلہ دے اور ہم کو صدقہ بھی دے بے شک اللہ صدقہ کرنے والوں کو اس کا بدلہ دیتا ہے</w:t>
      </w:r>
    </w:p>
    <w:p>
      <w:r>
        <w:rPr>
          <w:b/>
        </w:rPr>
        <w:t xml:space="preserve">[1:55:25] </w:t>
      </w:r>
      <w:r>
        <w:t>us nay kaha kia tum ko khabar hai kay tum nay Yusuf aur us kay bhai kay sath kiya kiya jab kay tum ko samajh na thi unhon nay kaha kia sach much tum hi Yusuf ho us nay kaha haan main Yusuf hoon aur yeh mera bhai hai Allah nay hum par fazal farmaya</w:t>
      </w:r>
    </w:p>
    <w:p>
      <w:pPr>
        <w:jc w:val="right"/>
      </w:pPr>
      <w:r>
        <w:t>اس نے کہا کیا تم کو خبر ہے کہ تم نے یوسف اور اس کے بھائی کے ساتھ کیا کیا جب کہ تم کو سمجھ نہ تھی انہوں نے کہا کیا سچ مچ تم ہی یوسف ہو اس نے کہا ہاں میں یوسف ہوں اور یہ میرا بھائی ہے اللہ نے ہم پر فضل فرمایا</w:t>
      </w:r>
    </w:p>
    <w:p>
      <w:r>
        <w:rPr>
          <w:b/>
        </w:rPr>
        <w:t xml:space="preserve">[1:55:50] </w:t>
      </w:r>
      <w:r>
        <w:t>jo shakhs darta hai aur sabr karta hai to Allah naik kaam karnay walon ka ajr zaya nahi karta</w:t>
      </w:r>
    </w:p>
    <w:p>
      <w:pPr>
        <w:jc w:val="right"/>
      </w:pPr>
      <w:r>
        <w:t>جو شخص ڈرتا ہے اور صبر کرتا ہے تو اللہ نیک کام کرنے والوں کا اجر ضائع نہیں کرتا</w:t>
      </w:r>
    </w:p>
    <w:p>
      <w:r>
        <w:rPr>
          <w:b/>
        </w:rPr>
        <w:t xml:space="preserve">[1:56:02] </w:t>
      </w:r>
      <w:r>
        <w:t>tashreeh taqwa aur sabr karnay walon ka ajr Khuda zaya nahi karta yahi baat pooray qissay Yusuf ka khulasa hai</w:t>
      </w:r>
    </w:p>
    <w:p>
      <w:pPr>
        <w:jc w:val="right"/>
      </w:pPr>
      <w:r>
        <w:t>تشریح تقوی اور صبر کرنے والوں کا اجر خدا ضائع نہیں کرتا یہی بات پورے قصہ یوسف کا خلاصہ ہے</w:t>
      </w:r>
    </w:p>
    <w:p>
      <w:r>
        <w:rPr>
          <w:b/>
        </w:rPr>
        <w:t xml:space="preserve">[1:56:15] </w:t>
      </w:r>
      <w:r>
        <w:t>Allah taala ko us ki ek wazeh misal qaim karni thi ke mamlat duniya mein jo shakhs Allah</w:t>
      </w:r>
    </w:p>
    <w:p>
      <w:pPr>
        <w:jc w:val="right"/>
      </w:pPr>
      <w:r>
        <w:t>اللہ تعالی کو اس کی ایک واضح مثال قائم کرنی تھی کہ معاملات دنیا میں جو شخص اللہ</w:t>
      </w:r>
    </w:p>
    <w:p>
      <w:r>
        <w:rPr>
          <w:b/>
        </w:rPr>
        <w:t xml:space="preserve">[1:56:23] </w:t>
      </w:r>
      <w:r>
        <w:t>se darne wala tareeqa ikhtiyar kare aur besabri wale tareeqon se bache</w:t>
      </w:r>
    </w:p>
    <w:p>
      <w:pPr>
        <w:jc w:val="right"/>
      </w:pPr>
      <w:r>
        <w:t>سے ڈرنے والا طریقہ اختیار کرے اور بے صبری والے طریقوں سے بچے</w:t>
      </w:r>
    </w:p>
    <w:p>
      <w:r>
        <w:rPr>
          <w:b/>
        </w:rPr>
        <w:t xml:space="preserve">[1:56:31] </w:t>
      </w:r>
      <w:r>
        <w:t>balakhir woh khuda ki madad se zaroor kamyab hota hai hazrat yusuf ke waqe ko isi haqeeqat ki</w:t>
      </w:r>
    </w:p>
    <w:p>
      <w:pPr>
        <w:jc w:val="right"/>
      </w:pPr>
      <w:r>
        <w:t>بالاخر وہ خدا کی مدد سے ضرور کامیاب ہوتا ہے حضرت یوسف کے واقعے کو اسی حقیقت کی</w:t>
      </w:r>
    </w:p>
    <w:p>
      <w:r>
        <w:rPr>
          <w:b/>
        </w:rPr>
        <w:t xml:space="preserve">[1:56:40] </w:t>
      </w:r>
      <w:r>
        <w:t>ek nazar aane wali misal bana diya gaya</w:t>
      </w:r>
    </w:p>
    <w:p>
      <w:pPr>
        <w:jc w:val="right"/>
      </w:pPr>
      <w:r>
        <w:t>ایک نظر انے والی مثال بنا دیا گیا</w:t>
      </w:r>
    </w:p>
    <w:p>
      <w:r>
        <w:rPr>
          <w:b/>
        </w:rPr>
        <w:t xml:space="preserve">[1:56:46] </w:t>
      </w:r>
      <w:r>
        <w:t>Misr mein ibtida saat achhay saal aur us kay baad saat kharab saal dono Khuda kay azn kay tehat huay Khuda chahta to tamam saalon ko achhay saal bana deta isi tarah Hazrat Yusuf ka kunwein mein dala jana aur phir us say nikal kar Misr puhanchana dono Khuda ki nigrani mein huay</w:t>
      </w:r>
    </w:p>
    <w:p>
      <w:pPr>
        <w:jc w:val="right"/>
      </w:pPr>
      <w:r>
        <w:t>مصر میں ابتداء سات اچھے سال اور اس کے بعد سات خراب سال دونوں خدا کے اذن کے تحت ہوئے خدا چاہتا تو تمام سالوں کو اچھے سال بنا دیتا اسی طرح حضرت یوسف کا کنویں میں ڈالا جانا اور پھر اس سے نکل کر مصر پہنچنا دونوں خدا کی نگرانی میں ہوا</w:t>
      </w:r>
    </w:p>
    <w:p>
      <w:r>
        <w:rPr>
          <w:b/>
        </w:rPr>
        <w:t xml:space="preserve">[1:57:13] </w:t>
      </w:r>
      <w:r>
        <w:t>khuda chahta to aap ko kunwein ke marhale se guzare baghair misr ke iqtadar tak pahuncha deta lekin</w:t>
      </w:r>
    </w:p>
    <w:p>
      <w:pPr>
        <w:jc w:val="right"/>
      </w:pPr>
      <w:r>
        <w:t>خدا چاہتا تو اپ کو کنویں کے مرحلے سے گزارے بغیر مصر کے اقتدار تک پہنچا دیتا لیکن</w:t>
      </w:r>
    </w:p>
    <w:p>
      <w:r>
        <w:rPr>
          <w:b/>
        </w:rPr>
        <w:t xml:space="preserve">[1:57:23] </w:t>
      </w:r>
      <w:r>
        <w:t>agar yeh tamam ghair maamooli waqeat pesh na aate to asbab ki is duniya mein woh is baat</w:t>
      </w:r>
    </w:p>
    <w:p>
      <w:pPr>
        <w:jc w:val="right"/>
      </w:pPr>
      <w:r>
        <w:t>اگر یہ تمام غیر معمولی واقعات پیش نہ اتے تو اسباب کی اس دنیا میں وہ اس بات</w:t>
      </w:r>
    </w:p>
    <w:p>
      <w:r>
        <w:rPr>
          <w:b/>
        </w:rPr>
        <w:t xml:space="preserve">[1:57:30] </w:t>
      </w:r>
      <w:r>
        <w:t>ki misal kaise bante ke khuda in logon ki madad karta hai jo khuda par bharosa karte hue</w:t>
      </w:r>
    </w:p>
    <w:p>
      <w:pPr>
        <w:jc w:val="right"/>
      </w:pPr>
      <w:r>
        <w:t>کی مثال کیسے بنتے کہ خدا ان لوگوں کی مدد کرتا ہے جو خدا پر بھروسہ کرتے ہوئے</w:t>
      </w:r>
    </w:p>
    <w:p>
      <w:r>
        <w:rPr>
          <w:b/>
        </w:rPr>
        <w:t xml:space="preserve">[1:57:38] </w:t>
      </w:r>
      <w:r>
        <w:t>taqwa aur sabr ki rawish par qaim rahein</w:t>
      </w:r>
    </w:p>
    <w:p>
      <w:pPr>
        <w:jc w:val="right"/>
      </w:pPr>
      <w:r>
        <w:t>تقوی اور صبر کی روش پر قائم رہیں</w:t>
      </w:r>
    </w:p>
    <w:p>
      <w:r>
        <w:rPr>
          <w:b/>
        </w:rPr>
        <w:t xml:space="preserve">[1:57:44] </w:t>
      </w:r>
      <w:r>
        <w:t>waqiat do qism kay hotay hain aik woh jis kay andar shohrat ka madah ho aur doosra woh jis kay andar shohrat ka madah na ho do waqiat noiyat kay aitbar say bilkul yaksaan darjay kay ho saktay hain magar aik waqia shohrat pakray ga aur doosra gumnam ho kar reh jaye ga</w:t>
      </w:r>
    </w:p>
    <w:p>
      <w:pPr>
        <w:jc w:val="right"/>
      </w:pPr>
      <w:r>
        <w:t>واقعات دو قسم کے ہوتے ہیں ایک وہ جس کے اندر شہرت کا مادہ ہو اور دوسرا وہ جس کے اندر شہرت کا مادہ نہ ہو دو واقعات نوعیت کے اعتبار سے بالکل یکساں درجے کے ہو سکتے ہیں مگر ایک واقعہ شہرت پکڑے گا اور دوسرا گمنام ہو کر رہ جائے گا</w:t>
      </w:r>
    </w:p>
    <w:p>
      <w:r>
        <w:rPr>
          <w:b/>
        </w:rPr>
        <w:t xml:space="preserve">[1:58:12] </w:t>
      </w:r>
      <w:r>
        <w:t>Hazrat Yusuf kay sath nusrat-e-Khudawandi ka jo maamla hua woh doosray sulaha aur muhsineen kay sath bhi paish aata hai magar Hazrat Yusuf kay waqie ki khusoosiyat yeh hai</w:t>
      </w:r>
    </w:p>
    <w:p>
      <w:pPr>
        <w:jc w:val="right"/>
      </w:pPr>
      <w:r>
        <w:t>حضرت یوسف کے ساتھ نصرت خداوندی کا جو معاملہ ہوا وہ دوسرے صلحاء اور محسنین کے ساتھ بھی پیش اتا ہے مگر حضرت یوسف کے واقعے کی خصوصیت یہ ہے</w:t>
      </w:r>
    </w:p>
    <w:p>
      <w:r>
        <w:rPr>
          <w:b/>
        </w:rPr>
        <w:t xml:space="preserve">[1:58:28] </w:t>
      </w:r>
      <w:r>
        <w:t>kay is mein shohrat ka madah bhi poori tarah maujood tha is liye woh bakhoobi taur par logon ki nazar mein agaya qaloo tallahi laqad atharakallahu alayna wa in kunna lakhaate'een</w:t>
      </w:r>
    </w:p>
    <w:p>
      <w:pPr>
        <w:jc w:val="right"/>
      </w:pPr>
      <w:r>
        <w:t>کہ اس میں شہرت کا مادہ بھی پوری طرح موجود تھا اس لیے وہ بخوبی طور پر لوگوں کی نظر میں اگیا قالوا ت الله لقد اثرک اللہ علینا وان کنا لخاطئین</w:t>
      </w:r>
    </w:p>
    <w:p>
      <w:r>
        <w:rPr>
          <w:b/>
        </w:rPr>
        <w:t xml:space="preserve">[1:58:51] </w:t>
      </w:r>
      <w:r>
        <w:t>qala la tasreeba alaykum al-yawm yaghfirullahu lakum wa huwa arhamur rahimeen idhhaboo bqameesi hadha falqoohu ala wajhi abi ya'ti baseeran wa atooni bi ahlikum ajma'een</w:t>
      </w:r>
    </w:p>
    <w:p>
      <w:pPr>
        <w:jc w:val="right"/>
      </w:pPr>
      <w:r>
        <w:t>قال لا تثریب علیکم اليوم یغفر اللہ لکم وهو ارحم الراحمین اذہبوا بقميصی هذا فالقوه علی وجه ابی یات بصیرا واتوني باہلکم اجمعین</w:t>
      </w:r>
    </w:p>
    <w:p>
      <w:r>
        <w:rPr>
          <w:b/>
        </w:rPr>
        <w:t xml:space="preserve">[1:59:14] </w:t>
      </w:r>
      <w:r>
        <w:t>bhaiyon nay kaha Khuda ki qasam Allah nay tum ko hamaray oopar fazilat di aur beshak hum ghalti par thay Yusuf nay kaha aaj tum par koi ilzam nahi Allah tum ko maaf karay aur woh sab meharbanon say ziada meharban hai tum mera qamees lay jao aur us ko meray baap kay chehray par daal do</w:t>
      </w:r>
    </w:p>
    <w:p>
      <w:pPr>
        <w:jc w:val="right"/>
      </w:pPr>
      <w:r>
        <w:t>بھائیوں نے کہا خدا کی قسم اللہ نے تم کو ہمارے اوپر فضیلت دی اور بے شک ہم غلطی پر تھے یوسف نے کہا اج تم پر کوئی الزام نہیں اللہ تم کو معاف کرے اور وہ سب مہربانوں سے زیادہ مہربان ہے تم میرا یا کرتا لے جاؤ اور اس کو میرے باپ کے چہرے پر ڈال دو</w:t>
      </w:r>
    </w:p>
    <w:p>
      <w:r>
        <w:rPr>
          <w:b/>
        </w:rPr>
        <w:t xml:space="preserve">[1:59:43] </w:t>
      </w:r>
      <w:r>
        <w:t>us ki benai palat aye gi aur tum apnay ghar walon kay sath meray pas aajao</w:t>
      </w:r>
    </w:p>
    <w:p>
      <w:pPr>
        <w:jc w:val="right"/>
      </w:pPr>
      <w:r>
        <w:t>اس کی بینائی پلٹ ائے گی اور تم اپنے گھر والوں کے ساتھ میرے پاس اجاؤ</w:t>
      </w:r>
    </w:p>
    <w:p>
      <w:r>
        <w:rPr>
          <w:b/>
        </w:rPr>
        <w:t xml:space="preserve">[1:59:55] </w:t>
      </w:r>
      <w:r>
        <w:t>tashreeh jab haqeeqat khul gayi to bhaiyon ne hazrat yusuf ki badai ko tasleem karte hue khule taur par apni ghalati ka iqrar kar liya</w:t>
      </w:r>
    </w:p>
    <w:p>
      <w:pPr>
        <w:jc w:val="right"/>
      </w:pPr>
      <w:r>
        <w:t>تشریح جب حقیقت کھل گئی تو بھائیوں نے حضرت یوسف کی بڑائی کو تسلیم کرتے ہوئے کھلے طور پر اپنی غلطی کا اقرار کر لیا</w:t>
      </w:r>
    </w:p>
    <w:p>
      <w:r>
        <w:rPr>
          <w:b/>
        </w:rPr>
        <w:t xml:space="preserve">[2:00:07] </w:t>
      </w:r>
      <w:r>
        <w:t>dusri taraf hazrat yusuf ne bhi is aali zarfi ka saboot diya jo ek sachay khuda parast ko aise mauqe par dena chahiye unhon ne apne bhaiyon ko koi malamat nahi ki</w:t>
      </w:r>
    </w:p>
    <w:p>
      <w:pPr>
        <w:jc w:val="right"/>
      </w:pPr>
      <w:r>
        <w:t>دوسری طرف حضرت یوسف نے بھی اس عالی ظرفی کا ثبوت دیا جو ایک سچے خدا پرست کو ایسے موقع پر دینا چاہیے انہوں نے اپنے بھائیوں کو کوئی ملامت نہیں کی</w:t>
      </w:r>
    </w:p>
    <w:p>
      <w:r>
        <w:rPr>
          <w:b/>
        </w:rPr>
        <w:t xml:space="preserve">[2:00:26] </w:t>
      </w:r>
      <w:r>
        <w:t>unhon ne mazi ke تلخ waqeat ko achaanak bhula diya aur bhaiyon se dobara baradarana taalluqat ustuwar kar liye</w:t>
      </w:r>
    </w:p>
    <w:p>
      <w:pPr>
        <w:jc w:val="right"/>
      </w:pPr>
      <w:r>
        <w:t>انہوں نے ماضی کے تلخ واقعات کو اچانک بھلا دیا اور بھائیوں سے دوبارہ برادرانہ تعلقات استوار کر لیے</w:t>
      </w:r>
    </w:p>
    <w:p>
      <w:r>
        <w:rPr>
          <w:b/>
        </w:rPr>
        <w:t xml:space="preserve">[2:00:42] </w:t>
      </w:r>
      <w:r>
        <w:t>is waqeye mein infiradi nusrat ke sath ijtamai nusrat ki misaal bhi maujood hai</w:t>
      </w:r>
    </w:p>
    <w:p>
      <w:pPr>
        <w:jc w:val="right"/>
      </w:pPr>
      <w:r>
        <w:t>اس واقعے میں انفرادی نصرت کے ساتھ اجتماعی نصرت کی مثال بھی موجود ہے</w:t>
      </w:r>
    </w:p>
    <w:p>
      <w:r>
        <w:rPr>
          <w:b/>
        </w:rPr>
        <w:t xml:space="preserve">[2:00:49] </w:t>
      </w:r>
      <w:r>
        <w:t>isi ke zariye woh halaat paida hue ke bani israel falasteen se nikal kar misr pahunchain aur wahan izzat aur khushhali ka maqam hasil karen chunancha hazrat yusuf ke zamane mein hazrat yaqoob ka khandan misr muntaqil ho gaya aur taqreeban paanch sau saal tak wahan izzat ke sath raha</w:t>
      </w:r>
    </w:p>
    <w:p>
      <w:pPr>
        <w:jc w:val="right"/>
      </w:pPr>
      <w:r>
        <w:t>اسی کے ذریعے وہ حالات پیدا ہوئے کہ بنی اسرائیل فلسطین سے نکل کر مصر پہنچیں اور وہاں عزت اور خوشحالی کا مقام حاصل کریں چنانچہ حضرت یوسف کے زمانے میں حضرت یعقوب کا خاندان مصر منتقل ہو گیا اور تقریبا پانچ سو سال تک وہاں عزت کے ساتھ رہا</w:t>
      </w:r>
    </w:p>
    <w:p>
      <w:r>
        <w:rPr>
          <w:b/>
        </w:rPr>
        <w:t xml:space="preserve">[2:01:16] </w:t>
      </w:r>
      <w:r>
        <w:t>bible ke bayan ke mutabiq sab afraad khandan jo is mauqe par misr gaye un ki tadad 67 thi ولما فصلت العير قال ابوهم انی لاجد ريح یوسف لولا</w:t>
      </w:r>
    </w:p>
    <w:p>
      <w:pPr>
        <w:jc w:val="right"/>
      </w:pPr>
      <w:r>
        <w:t>بائبل کے بیان کے مطابق سب افراد خاندان جو اس موقع پر مصر گئے ان کی تعداد 67 تھی ولما فصلت العير قال ابوهم انی لاجد ريح یوسف لولا</w:t>
      </w:r>
    </w:p>
    <w:p>
      <w:r>
        <w:rPr>
          <w:b/>
        </w:rPr>
        <w:t xml:space="preserve">[2:01:39] </w:t>
      </w:r>
      <w:r>
        <w:t>ان تفندون قالوا ت الله انک لفی ضلالک القدیم فلما ان جاء</w:t>
      </w:r>
    </w:p>
    <w:p>
      <w:pPr>
        <w:jc w:val="right"/>
      </w:pPr>
      <w:r>
        <w:t>ان تفندون قالوا ت الله انک لفی ضلالک القدیم فلما ان جاء</w:t>
      </w:r>
    </w:p>
    <w:p>
      <w:r>
        <w:rPr>
          <w:b/>
        </w:rPr>
        <w:t xml:space="preserve">[2:01:57] </w:t>
      </w:r>
      <w:r>
        <w:t>البشیر القاه علی وجهہ فارتد بصیرا قال الم اقل لکم انی اعلم من اللہ ما لا تعلمون قالوا یا</w:t>
      </w:r>
    </w:p>
    <w:p>
      <w:pPr>
        <w:jc w:val="right"/>
      </w:pPr>
      <w:r>
        <w:t>البشیر القاه علی وجهہ فارتد بصیرا قال الم اقل لکم انی اعلم من اللہ ما لا تعلمون قالوا یا</w:t>
      </w:r>
    </w:p>
    <w:p>
      <w:r>
        <w:rPr>
          <w:b/>
        </w:rPr>
        <w:t xml:space="preserve">[2:02:17] </w:t>
      </w:r>
      <w:r>
        <w:t>ابا نستغفر لنا ذنوبنا انا کنا خاطئین قال سوف استغفر لکم ربی انہ هو الغفور الرحیم</w:t>
      </w:r>
    </w:p>
    <w:p>
      <w:pPr>
        <w:jc w:val="right"/>
      </w:pPr>
      <w:r>
        <w:t>ابا نستغفر لنا ذنوبنا انا کنا خاطئین قال سوف استغفر لکم ربی انہ هو الغفور الرحیم</w:t>
      </w:r>
    </w:p>
    <w:p>
      <w:r>
        <w:rPr>
          <w:b/>
        </w:rPr>
        <w:t xml:space="preserve">[2:02:39] </w:t>
      </w:r>
      <w:r>
        <w:t>aur jab qafila misr se chala to us ke baap ne kanna mein kaha ke agar tum mujh ko badhape mein behki baatein karne wala na samjho to main yusuf ki khushboo pa raha hoon logon ne kaha khuda ki qasam tum to abhi tak apne purane ghalat khayal mein mubtala ho</w:t>
      </w:r>
    </w:p>
    <w:p>
      <w:pPr>
        <w:jc w:val="right"/>
      </w:pPr>
      <w:r>
        <w:t>اور جب قافلہ مصر سے چلا تو اس کے باپ نے کنا میں کہا کہ اگر تم مجھ کو بڑھاپے میں بہکی باتیں کرنے والا نہ سمجھو تو میں یوسف کی خوشبو پا رہا ہوں لوگوں نے کہا خدا کی قسم تم تو ابھی تک اپنے پرانے غلط خیال میں مبتلا ہو</w:t>
      </w:r>
    </w:p>
    <w:p>
      <w:r>
        <w:rPr>
          <w:b/>
        </w:rPr>
        <w:t xml:space="preserve">[2:03:07] </w:t>
      </w:r>
      <w:r>
        <w:t>pas jab khushkhabri dene wala aya us ne karta yaqoob ke chehre par daal diya pas us ki benai laut aayi us ne kaha kya main ne tum se nahi kaha tha ke main Allah ki janib se woh baatein janta hoon jo tum nahi jante</w:t>
      </w:r>
    </w:p>
    <w:p>
      <w:pPr>
        <w:jc w:val="right"/>
      </w:pPr>
      <w:r>
        <w:t>پس جب خوشخبری دینے والا ایا اس نے کرتا یعقوب کے چہرے پر ڈال دیا پس اس کی بینائی لوٹ ائی اس نے کہا کیا میں نے تم سے نہیں کہا تھا کہ میں اللہ کی جانب سے وہ باتیں جانتا ہوں جو تم نہیں جانتے</w:t>
      </w:r>
    </w:p>
    <w:p>
      <w:r>
        <w:rPr>
          <w:b/>
        </w:rPr>
        <w:t xml:space="preserve">[2:03:30] </w:t>
      </w:r>
      <w:r>
        <w:t>baradran yusuf ne kaha aey hamare baap hamare gunahon ki maafi ki dua kijiye beshak hum khatawar thay yaqoob ne kaha main apne rab se tumhare liye maghfirat ki dua karunga beshak woh bakhsne wala reham karne wala hai</w:t>
      </w:r>
    </w:p>
    <w:p>
      <w:pPr>
        <w:jc w:val="right"/>
      </w:pPr>
      <w:r>
        <w:t>برادران یوسف نے کہا اے ہمارے باپ ہمارے گناہوں کی معافی کی دعا کیجئے بے شک ہم خطاوار تھے یعقوب نے کہا میں اپنے رب سے تمہارے لیے مغفرت کی دعا کروں گا بے شک وہ بخشنے والا رحم کرنے والا ہے</w:t>
      </w:r>
    </w:p>
    <w:p>
      <w:r>
        <w:rPr>
          <w:b/>
        </w:rPr>
        <w:t xml:space="preserve">[2:03:55] </w:t>
      </w:r>
      <w:r>
        <w:t>tashreeh hazrat yusuf apne baap se juda ho kar bees saal se ziyada muddat tak parosi mulk misr mein rahe magar hazrat yaqoob ko is ka ilm na ho saka albatta aakhir waqt mein aap ka pehiran misr se chala to aap ko is ke pahunchne se pehle is ki khushboo mehsoos hone lagi</w:t>
      </w:r>
    </w:p>
    <w:p>
      <w:pPr>
        <w:jc w:val="right"/>
      </w:pPr>
      <w:r>
        <w:t>تشریح حضرت یوسف اپنے باپ سے جدا ہو کر بیس سال سے زیادہ مدت تک پڑوسی ملک مصر میں رہے مگر حضرت یعقوب کو اس کا علم نہ ہو سکا البتہ اخر وقت میں اپ کا پیرہن مصر سے چلا تو اپ کو اس کے پہنچنے سے پہلے اس کی خوشبو محسوس ہونے لگی</w:t>
      </w:r>
    </w:p>
    <w:p>
      <w:r>
        <w:rPr>
          <w:b/>
        </w:rPr>
        <w:t xml:space="preserve">[2:04:23] </w:t>
      </w:r>
      <w:r>
        <w:t>is se maloom hua ke peghambaron ka ilm un ka zaati ilm nahi hota balke khuda ka atiya hota hai agar zaati ilm hota to hazrat yaqoob pehle hi jaan lete ke un ke sahibzade misr mein hain magar aisa nahi hua aap hazrat yusuf ke bare mein sirf us waqt muttila hue jab ke Allah ne aap ko is ki khabar kar di</w:t>
      </w:r>
    </w:p>
    <w:p>
      <w:pPr>
        <w:jc w:val="right"/>
      </w:pPr>
      <w:r>
        <w:t>اس سے معلوم ہوا کہ پیغمبروں کا علم ان کا ذاتی علم نہیں ہوتا بلکہ خدا کا عطیہ ہوتا ہے اگر ذاتی علم ہوتا تو حضرت یعقوب پہلے ہی جان لیتے کہ ان کے صاحبزادے مصر میں ہیں مگر ایسا نہیں ہوا اپ حضرت یوسف کے بارے میں صرف اس وقت مطلع ہوئے جب کہ اللہ نے اپ کو اس کی خبر کر دی</w:t>
      </w:r>
    </w:p>
    <w:p>
      <w:r>
        <w:rPr>
          <w:b/>
        </w:rPr>
        <w:t xml:space="preserve">[2:04:52] </w:t>
      </w:r>
      <w:r>
        <w:t>hazrat yaqoob ke sath aap ke khandan walon ki guftaguain jo is surah mein mukhtalif maqamat par naqal hui hain un se andaza hota hai ke khandan walon ki nazar mein hazrat yaqoob ko woh azmat hasil na thi jo ek peghambar ke liye honi chahiye</w:t>
      </w:r>
    </w:p>
    <w:p>
      <w:pPr>
        <w:jc w:val="right"/>
      </w:pPr>
      <w:r>
        <w:t>حضرت یعقوب کے ساتھ اپ کے خاندان والوں کی گفتگوئیں جو اس سورہ میں مختلف مقامات پر نقل ہوئی ہیں ان سے اندازہ ہوتا ہے کہ خاندان والوں کی نظر میں حضرت یعقوب کو وہ عظمت حاصل نہ تھی جو ایک پیغمبر کے لیے ہونی چاہیے</w:t>
      </w:r>
    </w:p>
    <w:p>
      <w:r>
        <w:rPr>
          <w:b/>
        </w:rPr>
        <w:t xml:space="preserve">[2:05:13] </w:t>
      </w:r>
      <w:r>
        <w:t>wohi log jo mazi ke buzurgon ki parastish kar rahe hote hain woh zinda buzurgon ki azmat manne ke liye tayyar nahi hote is ki wajah yeh hai ke murda buzurgon ke gird hamesha mubalgha aamez qisson aur karamati kahaniyon ka hala bana diya jata hai</w:t>
      </w:r>
    </w:p>
    <w:p>
      <w:pPr>
        <w:jc w:val="right"/>
      </w:pPr>
      <w:r>
        <w:t>وہی لوگ جو ماضی کے بزرگوں کی پرستش کر رہے ہوتے ہیں وہ زندہ بزرگوں کی عظمت ماننے کے لیے تیار نہیں ہوتے اس کی وجہ یہ ہے کہ مردہ بزرگوں کے گرد ہمیشہ مبالغہ امیز قصوں اور کرسماتی کہانیوں کا حالہ بنا دیا جاتا ہے</w:t>
      </w:r>
    </w:p>
    <w:p>
      <w:r>
        <w:rPr>
          <w:b/>
        </w:rPr>
        <w:t xml:space="preserve">[2:05:39] </w:t>
      </w:r>
      <w:r>
        <w:t>is ki wajah se logon ke zehn mein buzurg ki ek masnooi tasveer baith jati hai chunke zinda buzurg is masnooi tasveer ke mutabiq nahi hota is liye woh logon ko</w:t>
      </w:r>
    </w:p>
    <w:p>
      <w:pPr>
        <w:jc w:val="right"/>
      </w:pPr>
      <w:r>
        <w:t>اس کی وجہ سے لوگوں کے ذہن میں بزرگ کی ایک مصنوعی تصویر بیٹھ جاتی ہے چونکہ زندہ بزرگ اس مصنوعی تصویر کے مطابق نہیں ہوتا اس لیے وہ لوگوں کو</w:t>
      </w:r>
    </w:p>
    <w:p>
      <w:r>
        <w:rPr>
          <w:b/>
        </w:rPr>
        <w:t xml:space="preserve">[2:05:55] </w:t>
      </w:r>
      <w:r>
        <w:t>buzurg bhi nazar nahi aata</w:t>
      </w:r>
    </w:p>
    <w:p>
      <w:pPr>
        <w:jc w:val="right"/>
      </w:pPr>
      <w:r>
        <w:t>بزرگ بھی نظر نہیں اتا</w:t>
      </w:r>
    </w:p>
    <w:p>
      <w:r>
        <w:rPr>
          <w:b/>
        </w:rPr>
        <w:t xml:space="preserve">[2:05:59] </w:t>
      </w:r>
      <w:r>
        <w:t>فلما دخلوا علی یوسف اوا الیہ ابویه وقال دخلوا مصر ان شاء اللہ امنین ورفع ابویه علی العرش وخروا له سجدا</w:t>
      </w:r>
    </w:p>
    <w:p>
      <w:pPr>
        <w:jc w:val="right"/>
      </w:pPr>
      <w:r>
        <w:t>فلما دخلوا علی یوسف اوا الیہ ابویه وقال دخلوا مصر ان شاء اللہ امنین ورفع ابویه علی العرش وخروا له سجدا</w:t>
      </w:r>
    </w:p>
    <w:p>
      <w:r>
        <w:rPr>
          <w:b/>
        </w:rPr>
        <w:t xml:space="preserve">[2:06:23] </w:t>
      </w:r>
      <w:r>
        <w:t>وقال یا ابت هذا تاویل رؤیا من قبل قد جعلها ربی حقا وقد احسن بی اذ اخرجنی من السجن وجاء</w:t>
      </w:r>
    </w:p>
    <w:p>
      <w:pPr>
        <w:jc w:val="right"/>
      </w:pPr>
      <w:r>
        <w:t>وقال یا ابت هذا تاویل رؤیا من قبل قد جعلها ربی حقا وقد احسن بی اذ اخرجنی من السجن وجاء</w:t>
      </w:r>
    </w:p>
    <w:p>
      <w:r>
        <w:rPr>
          <w:b/>
        </w:rPr>
        <w:t xml:space="preserve">[2:06:42] </w:t>
      </w:r>
      <w:r>
        <w:t>بکم من البدو من بعد ان نزغ الشیطان بینی وبین اخوتی ان ربی لطیف لما یشاء انہ العلیم الحکیم</w:t>
      </w:r>
    </w:p>
    <w:p>
      <w:pPr>
        <w:jc w:val="right"/>
      </w:pPr>
      <w:r>
        <w:t>بکم من البدو من بعد ان نزغ الشیطان بینی وبین اخوتی ان ربی لطیف لما یشاء انہ العلیم الحکیم</w:t>
      </w:r>
    </w:p>
    <w:p>
      <w:r>
        <w:rPr>
          <w:b/>
        </w:rPr>
        <w:t xml:space="preserve">[2:07:06] </w:t>
      </w:r>
      <w:r>
        <w:t>pas jab woh sab yusuf ke pas pahunche to us ne apne walidain ko apne pas bithaya aur kaha ke misr mein insha Allah aman chain se raho aur us ne apne walidain ko takht par bithaya aur sab is ke liye sajde mein jhuk gaye aur yusuf ne kaha aey baap yeh hai mere khwab ki taabeer jo main ne pehle dekha tha</w:t>
      </w:r>
    </w:p>
    <w:p>
      <w:pPr>
        <w:jc w:val="right"/>
      </w:pPr>
      <w:r>
        <w:t>پس جب وہ سب یوسف کے پاس پہنچے تو اس نے اپنے والدین کو اپنے پاس بٹھایا اور کہا کہ مصر میں انشاءاللہ امن چین سے رہو اور اس نے اپنے والدین کو تخت پر بٹھایا اور سب اس کے لیے سجدے میں جھک گئے اور یوسف نے کہا اے باپ یہ ہے میرے خواب کی تعبیر جو میں نے پہلے دیکھا تھا</w:t>
      </w:r>
    </w:p>
    <w:p>
      <w:r>
        <w:rPr>
          <w:b/>
        </w:rPr>
        <w:t xml:space="preserve">[2:07:36] </w:t>
      </w:r>
      <w:r>
        <w:t>mere rab ne is ko sach kar diya aur us ne mere sath ehsan kiya ke us ne mujhe qaid se nikala aur tum sab ko dehat se yahan laya baad is ke ke shaitan ne mere aur mere bhaiyon ke darmiyan fasad daal diya tha beshak mera rab jo kuch chahta hai is ki umda tadbeer kar leta hai</w:t>
      </w:r>
    </w:p>
    <w:p>
      <w:pPr>
        <w:jc w:val="right"/>
      </w:pPr>
      <w:r>
        <w:t>میرے رب نے اس کو سچا کر دیا اور اس نے میرے ساتھ احسان کیا کہ اس نے مجھے قید سے نکالا اور تم سب کو دیہات سے یہاں لایا بعد اس کے کہ شیطان نے میرے اور میرے بھائیوں کے درمیان فساد ڈال دیا تھا بے شک میرا رب جو کچھ چاہتا ہے اس کی عمدہ تدبیر کر لیتا ہے</w:t>
      </w:r>
    </w:p>
    <w:p>
      <w:r>
        <w:rPr>
          <w:b/>
        </w:rPr>
        <w:t xml:space="preserve">[2:08:03] </w:t>
      </w:r>
      <w:r>
        <w:t>woh janne wala hikmat wala hai</w:t>
      </w:r>
    </w:p>
    <w:p>
      <w:pPr>
        <w:jc w:val="right"/>
      </w:pPr>
      <w:r>
        <w:t>وہ جاننے والا حکمت والا ہے</w:t>
      </w:r>
    </w:p>
    <w:p>
      <w:r>
        <w:rPr>
          <w:b/>
        </w:rPr>
        <w:t xml:space="preserve">[2:08:08] </w:t>
      </w:r>
      <w:r>
        <w:t>tashreeh yahan takht se murad takht shahi nahi hai balke woh takht hai jis par hazrat yusuf apne uhde ki zimmedariyon ko ada karne ke liye baithte thay sajde se murad bhi maroof sajda nahi balke rukoo ke andaaz par jhukna hai</w:t>
      </w:r>
    </w:p>
    <w:p>
      <w:pPr>
        <w:jc w:val="right"/>
      </w:pPr>
      <w:r>
        <w:t>تشریح یہاں تخت سے مراد تخت شاہی نہیں ہے بلکہ وہ تخت ہے جس پر حضرت یوسف اپنے عہدے کی ذمہ داریوں کو ادا کرنے کے لیے بیٹھتے تھے سجدہ سے مراد بھی معروف سجدہ نہیں بلکہ رکوع کے انداز پر جھکنا ہے</w:t>
      </w:r>
    </w:p>
    <w:p>
      <w:r>
        <w:rPr>
          <w:b/>
        </w:rPr>
        <w:t xml:space="preserve">[2:08:33] </w:t>
      </w:r>
      <w:r>
        <w:t>kisi baray ki ta'zeem ke liye is andaaz mein jhukna qadeem zamanay mein bohat maroof tha</w:t>
      </w:r>
    </w:p>
    <w:p>
      <w:pPr>
        <w:jc w:val="right"/>
      </w:pPr>
      <w:r>
        <w:t>کسی بڑے کی تعظیم کے لیے اس انداز میں جھکنا قدیم زمانے میں بہت معروف تھا</w:t>
      </w:r>
    </w:p>
    <w:p>
      <w:r>
        <w:rPr>
          <w:b/>
        </w:rPr>
        <w:t xml:space="preserve">[2:08:45] </w:t>
      </w:r>
      <w:r>
        <w:t>un rabbi lateef almaa'isha ka matlab yeh hai ke mera rab jis kaam ko karna chahta hai us ke liye woh nihayat makhfi raahein nikaal leta hai</w:t>
      </w:r>
    </w:p>
    <w:p>
      <w:pPr>
        <w:jc w:val="right"/>
      </w:pPr>
      <w:r>
        <w:t>ان ربی لطیف المائشہ کا مطلب یہ ہے کہ میرا رب جس کام کو کرنا چاہتا ہے اس کے لیے وہ نہایت مخفی راہیں نکال لیتا ہے</w:t>
      </w:r>
    </w:p>
    <w:p>
      <w:r>
        <w:rPr>
          <w:b/>
        </w:rPr>
        <w:t xml:space="preserve">[2:08:58] </w:t>
      </w:r>
      <w:r>
        <w:t>khuda apne mansoobe ki takmeel ke liye aisi tadbiren paida kar leta hai jis ki taraf aam insanon</w:t>
      </w:r>
    </w:p>
    <w:p>
      <w:pPr>
        <w:jc w:val="right"/>
      </w:pPr>
      <w:r>
        <w:t>خدا اپنے منصوبے کی تکمیل کے لیے ایسی تدبیریں پیدا کر لیتا ہے جس کی طرف عام انسانوں</w:t>
      </w:r>
    </w:p>
    <w:p>
      <w:r>
        <w:rPr>
          <w:b/>
        </w:rPr>
        <w:t xml:space="preserve">[2:09:07] </w:t>
      </w:r>
      <w:r>
        <w:t>ka guman bhi nahi ja sakta</w:t>
      </w:r>
    </w:p>
    <w:p>
      <w:pPr>
        <w:jc w:val="right"/>
      </w:pPr>
      <w:r>
        <w:t>کا گمان بھی نہیں جا سکتا</w:t>
      </w:r>
    </w:p>
    <w:p>
      <w:r>
        <w:rPr>
          <w:b/>
        </w:rPr>
        <w:t xml:space="preserve">[2:09:12] </w:t>
      </w:r>
      <w:r>
        <w:t>rab qad ataitani minal mulki wa allamtani</w:t>
      </w:r>
    </w:p>
    <w:p>
      <w:pPr>
        <w:jc w:val="right"/>
      </w:pPr>
      <w:r>
        <w:t>رب قد اتیتنی من الملک وعلمتنی</w:t>
      </w:r>
    </w:p>
    <w:p>
      <w:r>
        <w:rPr>
          <w:b/>
        </w:rPr>
        <w:t xml:space="preserve">[2:09:17] </w:t>
      </w:r>
      <w:r>
        <w:t>min taweel al ahadees</w:t>
      </w:r>
    </w:p>
    <w:p>
      <w:pPr>
        <w:jc w:val="right"/>
      </w:pPr>
      <w:r>
        <w:t>من تاویل الاحادیث</w:t>
      </w:r>
    </w:p>
    <w:p>
      <w:r>
        <w:rPr>
          <w:b/>
        </w:rPr>
        <w:t xml:space="preserve">[2:09:21] </w:t>
      </w:r>
      <w:r>
        <w:t>fataras samawati wal ardi anta waliyee fid dunya wal aakhirah</w:t>
      </w:r>
    </w:p>
    <w:p>
      <w:pPr>
        <w:jc w:val="right"/>
      </w:pPr>
      <w:r>
        <w:t>فاطر السماوات والارض انت ولی فی الدنیا والاخرہ</w:t>
      </w:r>
    </w:p>
    <w:p>
      <w:r>
        <w:rPr>
          <w:b/>
        </w:rPr>
        <w:t xml:space="preserve">[2:09:29] </w:t>
      </w:r>
      <w:r>
        <w:t>tawaffani muslilman wal hiqni bis salihin</w:t>
      </w:r>
    </w:p>
    <w:p>
      <w:pPr>
        <w:jc w:val="right"/>
      </w:pPr>
      <w:r>
        <w:t>توفنی مسلما والحقنی بالصالحین</w:t>
      </w:r>
    </w:p>
    <w:p>
      <w:r>
        <w:rPr>
          <w:b/>
        </w:rPr>
        <w:t xml:space="preserve">[2:09:37] </w:t>
      </w:r>
      <w:r>
        <w:t>ae mere rab tu ne mujh ko hukumat mein se hissa diya aur mujh ko baaton ki taabeer</w:t>
      </w:r>
    </w:p>
    <w:p>
      <w:pPr>
        <w:jc w:val="right"/>
      </w:pPr>
      <w:r>
        <w:t>اے میرے رب تو نے مجھ کو حکومت میں سے حصہ دیا اور مجھ کو باتوں کی تعبیر</w:t>
      </w:r>
    </w:p>
    <w:p>
      <w:r>
        <w:rPr>
          <w:b/>
        </w:rPr>
        <w:t xml:space="preserve">[2:09:46] </w:t>
      </w:r>
      <w:r>
        <w:t>karna sikhaya ae aasmanon aur zameen ke paida karne wale tu mera karsaz hai dunya mein bhi aur</w:t>
      </w:r>
    </w:p>
    <w:p>
      <w:pPr>
        <w:jc w:val="right"/>
      </w:pPr>
      <w:r>
        <w:t>کرنا سکھایا اے اسمانوں اور زمین کے پیدا کرنے والے تو میرا کارساز ہے دنیا میں بھی اور</w:t>
      </w:r>
    </w:p>
    <w:p>
      <w:r>
        <w:rPr>
          <w:b/>
        </w:rPr>
        <w:t xml:space="preserve">[2:09:56] </w:t>
      </w:r>
      <w:r>
        <w:t>aakhirat mein bhi mujh ko farmanbardari ki halat mein wafaat de aur mujh ko naik bndon mein shamil</w:t>
      </w:r>
    </w:p>
    <w:p>
      <w:pPr>
        <w:jc w:val="right"/>
      </w:pPr>
      <w:r>
        <w:t>اخرت میں بھی مجھ کو فرمانبرداری کی حالت میں وفات دے اور مجھ کو نیک بندوں میں شامل</w:t>
      </w:r>
    </w:p>
    <w:p>
      <w:r>
        <w:rPr>
          <w:b/>
        </w:rPr>
        <w:t xml:space="preserve">[2:10:05] </w:t>
      </w:r>
      <w:r>
        <w:t>farma</w:t>
      </w:r>
    </w:p>
    <w:p>
      <w:pPr>
        <w:jc w:val="right"/>
      </w:pPr>
      <w:r>
        <w:t>فرما</w:t>
      </w:r>
    </w:p>
    <w:p>
      <w:r>
        <w:rPr>
          <w:b/>
        </w:rPr>
        <w:t xml:space="preserve">[2:10:09] </w:t>
      </w:r>
      <w:r>
        <w:t>tashreeh ghair momin har cheez ko insaan ke aitbaar se dekhta hai aur momin har cheez ko khuda ke aitbaar se hazrat yusuf ko aala uhda mila to us ko bhi unhon ne khuda ka atiya qaraar diya un ko ta'weel aur ta'beer ka ilm haasil hua to unhon ne kaha yeh mujh ko khuda ne sikhaya hai</w:t>
      </w:r>
    </w:p>
    <w:p>
      <w:pPr>
        <w:jc w:val="right"/>
      </w:pPr>
      <w:r>
        <w:t>تشریح غیر مومن ہر چیز کو انسان کے اعتبار سے دیکھتا ہے اور مومن ہر چیز کو خدا کے اعتبار سے حضرت یوسف کو اعلیٰ عہدہ ملا تو اس کو بھی انہوں نے خدا کا عطیہ قرار دیا ان کو تاویل اور تعبیر کا علم حاصل ہوا تو انہوں نے کہا یہ مجھ کو خدا نے سکھایا ہے</w:t>
      </w:r>
    </w:p>
    <w:p>
      <w:r>
        <w:rPr>
          <w:b/>
        </w:rPr>
        <w:t xml:space="preserve">[2:10:37] </w:t>
      </w:r>
      <w:r>
        <w:t>un ke apnon ne unhein museebat mein daala bhi unhon ne is nazar se dekha ke yeh khuda ki lateef tadbeer thi jis ke zariye woh mujh ko irtiqai safar kara raha tha khuda ki azmat ke ehsaas ne un se zaati azmat ke tamam ehsaasaat chheen liye thay</w:t>
      </w:r>
    </w:p>
    <w:p>
      <w:pPr>
        <w:jc w:val="right"/>
      </w:pPr>
      <w:r>
        <w:t>ان کے اپنوں نے انہیں مصیبت میں ڈالا بھی انہوں نے اس نظر سے دیکھا کہ یہ خدا کی لطیف تدبیر تھی جس کے ذریعے وہ مجھ کو ارتقائی سفر کرا رہا تھا خدا کی عظمت کے احساس نے ان سے ذاتی عظمت کے تمام احساسات چھین لیے تھے</w:t>
      </w:r>
    </w:p>
    <w:p>
      <w:r>
        <w:rPr>
          <w:b/>
        </w:rPr>
        <w:t xml:space="preserve">[2:11:05] </w:t>
      </w:r>
      <w:r>
        <w:t>dunyavi bulandi ki choti par pahunch kar bhi un ki zabaan se jo alfaaz niklay woh yeh thay khudaaya to hi tamam taqaton ka malik hai to hi mere sab kaam bananay wala hai to dunya aur aakhirat mein meri madad farma mujh ko un logon mein shaamil farma</w:t>
      </w:r>
    </w:p>
    <w:p>
      <w:pPr>
        <w:jc w:val="right"/>
      </w:pPr>
      <w:r>
        <w:t>دنیاوی بلندی کی چوٹی پر پہنچ کر بھی ان کی زبان سے جو الفاظ نکلے وہ یہ تھے خدایا تو ہی تمام طاقتوں کا مالک ہے تو ہی میرے سب کام بنانے والا ہے تو دنیا اور اخرت میں میری مدد فرما مجھ کو ان لوگوں میں شامل فرما</w:t>
      </w:r>
    </w:p>
    <w:p>
      <w:r>
        <w:rPr>
          <w:b/>
        </w:rPr>
        <w:t xml:space="preserve">[2:11:26] </w:t>
      </w:r>
      <w:r>
        <w:t>jo dunya mein teri pasand par chalne ki tofeeq paatay hain aur aakhirat mein tera abadi inaam haasil karte hain</w:t>
      </w:r>
    </w:p>
    <w:p>
      <w:pPr>
        <w:jc w:val="right"/>
      </w:pPr>
      <w:r>
        <w:t>جو دنیا میں تیری پسند پر چلنے کی توفیق پاتے ہیں اور اخرت میں تیرا ابدی انعام حاصل کرتے ہیں</w:t>
      </w:r>
    </w:p>
    <w:p>
      <w:r>
        <w:rPr>
          <w:b/>
        </w:rPr>
        <w:t xml:space="preserve">[2:11:38] </w:t>
      </w:r>
      <w:r>
        <w:t>zalika min anbaa</w:t>
      </w:r>
    </w:p>
    <w:p>
      <w:pPr>
        <w:jc w:val="right"/>
      </w:pPr>
      <w:r>
        <w:t>ذلك من انباء</w:t>
      </w:r>
    </w:p>
    <w:p>
      <w:r>
        <w:rPr>
          <w:b/>
        </w:rPr>
        <w:t xml:space="preserve">[2:11:43] </w:t>
      </w:r>
      <w:r>
        <w:t>al ghaibi noohiyhi ilayka wa ma kunta ladayhim iz jama'oo</w:t>
      </w:r>
    </w:p>
    <w:p>
      <w:pPr>
        <w:jc w:val="right"/>
      </w:pPr>
      <w:r>
        <w:t>الغيب نوحيه الیک وما کنت لديهم اذ اجمعوا</w:t>
      </w:r>
    </w:p>
    <w:p>
      <w:r>
        <w:rPr>
          <w:b/>
        </w:rPr>
        <w:t xml:space="preserve">[2:11:51] </w:t>
      </w:r>
      <w:r>
        <w:t>amrahum wa hum yamkuroon wa ma</w:t>
      </w:r>
    </w:p>
    <w:p>
      <w:pPr>
        <w:jc w:val="right"/>
      </w:pPr>
      <w:r>
        <w:t>امرهم وهمیمکرون وما</w:t>
      </w:r>
    </w:p>
    <w:p>
      <w:r>
        <w:rPr>
          <w:b/>
        </w:rPr>
        <w:t xml:space="preserve">[2:11:57] </w:t>
      </w:r>
      <w:r>
        <w:t>akthar al nasi walaw harasta bimu mineen</w:t>
      </w:r>
    </w:p>
    <w:p>
      <w:pPr>
        <w:jc w:val="right"/>
      </w:pPr>
      <w:r>
        <w:t>اكثر الناس ولو حرصت بمؤمنین</w:t>
      </w:r>
    </w:p>
    <w:p>
      <w:r>
        <w:rPr>
          <w:b/>
        </w:rPr>
        <w:t xml:space="preserve">[2:12:04] </w:t>
      </w:r>
      <w:r>
        <w:t>wa ma tas alahum alayhi min ajrin huwa illa zikrun lil aalameen</w:t>
      </w:r>
    </w:p>
    <w:p>
      <w:pPr>
        <w:jc w:val="right"/>
      </w:pPr>
      <w:r>
        <w:t>وما تسالهم علیہ من اجر ان ہو الا ذکر للعالمین</w:t>
      </w:r>
    </w:p>
    <w:p>
      <w:r>
        <w:rPr>
          <w:b/>
        </w:rPr>
        <w:t xml:space="preserve">[2:12:14] </w:t>
      </w:r>
      <w:r>
        <w:t>yeh ghayb ki khabron mein se hai jo hum tum par wahi kar rahay hain aur tum us waqt un ke paas maujood na thay jab yusuf ke bhaiyon ne apni raaye pakki ki aur woh tadabeerain kar rahay thay aur tum khwah kitna hi chaho aksar log imaan laanay walay nahi aur tum is par un se koi mu'awza nahi maangte</w:t>
      </w:r>
    </w:p>
    <w:p>
      <w:pPr>
        <w:jc w:val="right"/>
      </w:pPr>
      <w:r>
        <w:t>یہ غیب کی خبروں میں سے ہے جو ہم تم پر وحی کر رہے ہیں اور تم اس وقت ان کے پاس موجود نہ تھے جب یوسف کے بھائیوں نے اپنی رائے پختہ کی اور وہ تدبیریں کر رہے تھے اور تم خواہ کتنا ہی چاہو اکثر لوگ ایمان لانے والے نہیں اور تم اس پر ان سے کوئی معاوضہ نہیں مانگتے</w:t>
      </w:r>
    </w:p>
    <w:p>
      <w:r>
        <w:rPr>
          <w:b/>
        </w:rPr>
        <w:t xml:space="preserve">[2:12:44] </w:t>
      </w:r>
      <w:r>
        <w:t>yeh to sirf aik naseehat hai tamam jahan walon ke liye tashreeh hazrat yusuf ka qissa jo rasoolullah sallallahu alayhi wasallam ki zabaan par jaari hua woh bajaye khud is ka suboot hai ke quran wahi rabbani hai na ke kalam insani</w:t>
      </w:r>
    </w:p>
    <w:p>
      <w:pPr>
        <w:jc w:val="right"/>
      </w:pPr>
      <w:r>
        <w:t>یہ تو صرف ایک نصیحت ہے تمام جہان والوں کے لیے تشریح حضرت یوسف کا قصہ جو رسول اللہ صلی اللہ علیہ وسلم کی زبان پر جاری ہوا وہ بجائے خود اس کا ثبوت ہے کہ قران وحی ربانی ہے نہ کہ کلام انسانی</w:t>
      </w:r>
    </w:p>
    <w:p>
      <w:r>
        <w:rPr>
          <w:b/>
        </w:rPr>
        <w:t xml:space="preserve">[2:13:07] </w:t>
      </w:r>
      <w:r>
        <w:t>yeh waqea rasoolullah sallallahu alayhi wasallam se taqreeban dhai hazar saal pehle paish aaya aap ne is waqayay ko na to batour khud dekha tha aur na woh kisi tareekh mein likha hua tha ke aap is ko parhein ya kisi se parhwa kar sunein</w:t>
      </w:r>
    </w:p>
    <w:p>
      <w:pPr>
        <w:jc w:val="right"/>
      </w:pPr>
      <w:r>
        <w:t>یہ واقعہ رسول اللہ صلی اللہ علیہ وسلم سے تقریبا ڈھائی ہزار سال پہلے پیش ایا اپ نے اس واقعے کو نہ تو بطور خود دیکھا تھا اور نہ وہ کسی تاریخ میں لکھا ہوا تھا کہ اپ اس کو پڑھیں یا کسی سے پڑھوا کر سنیں</w:t>
      </w:r>
    </w:p>
    <w:p>
      <w:r>
        <w:rPr>
          <w:b/>
        </w:rPr>
        <w:t xml:space="preserve">[2:13:30] </w:t>
      </w:r>
      <w:r>
        <w:t>woh sirf torait ke safhon mein tha aur purs ke daur se qabal torait aik aisi kitaab thi jis ki waaqifiyat sirf yahoodi markazon ke chand yahoodi ulama ko hoti thi aur kisi ko nahi</w:t>
      </w:r>
    </w:p>
    <w:p>
      <w:pPr>
        <w:jc w:val="right"/>
      </w:pPr>
      <w:r>
        <w:t>وہ صرف تورات کے صفحات میں تھا اور پرس کے دور سے قبل تورات ایک ایسی کتاب تھی جس کی واقفیت صرف یہودی مراکز کے چند یہودی علماء کو ہوتی تھی اور کسی کو نہیں</w:t>
      </w:r>
    </w:p>
    <w:p>
      <w:r>
        <w:rPr>
          <w:b/>
        </w:rPr>
        <w:t xml:space="preserve">[2:13:49] </w:t>
      </w:r>
      <w:r>
        <w:t>mazeed yeh ke quran mein is waqayay ko jis tarah bayan kiya gaya hai</w:t>
      </w:r>
    </w:p>
    <w:p>
      <w:pPr>
        <w:jc w:val="right"/>
      </w:pPr>
      <w:r>
        <w:t>مزید یہ کہ قران میں اس واقعے کو جس طرح بیان کیا گیا ہے</w:t>
      </w:r>
    </w:p>
    <w:p>
      <w:r>
        <w:rPr>
          <w:b/>
        </w:rPr>
        <w:t xml:space="preserve">[2:13:55] </w:t>
      </w:r>
      <w:r>
        <w:t>buniyadi taur par torait ke mutabiq honay ke bawajood tafseelaat mein woh us se kaafi mukhtalif hai yeh ikhtilaf bazat khud quran ke wahi ilahi honay ka suboot hai kyunke jahan jahan dono mein ikhtilaf hai wahan quran ka bayan wazeh taur par aqal aur fitrat ke mutabiq maloom hota hai</w:t>
      </w:r>
    </w:p>
    <w:p>
      <w:pPr>
        <w:jc w:val="right"/>
      </w:pPr>
      <w:r>
        <w:t>بنیادی طور پر تورات کے مطابق ہونے کے باوجود تفصیلات میں وہ اس سے کافی مختلف ہے یہ اختلاف بذات خود قران کے وحی الہی ہونے کا ثبوت ہے کیونکہ جہاں جہاں دونوں میں اختلاف ہے وہاں قران کا بیان واضح طور پر عقل اور فطرت کے مطابق معلوم ہوتا ہے</w:t>
      </w:r>
    </w:p>
    <w:p>
      <w:r>
        <w:rPr>
          <w:b/>
        </w:rPr>
        <w:t xml:space="preserve">[2:14:24] </w:t>
      </w:r>
      <w:r>
        <w:t>quran ka bayan parh kar waqai yeh samajh mein aata hai ke woh hazrat yaqoob aur hazrat yusuf ki peghambari seerat ke munaasib hai jabke torait ke bayanaat peghambari seerat ke munaasib haal nahi</w:t>
      </w:r>
    </w:p>
    <w:p>
      <w:pPr>
        <w:jc w:val="right"/>
      </w:pPr>
      <w:r>
        <w:t>قران کا بیان پڑھ کر واقعی یہ سمجھ میں اتا ہے کہ وہ حضرت یعقوب اور حضرت یوسف کی پیغمبرانہ سیرت کے مناسب ہے جبکہ تورات کے بیانات پیغمبرانہ سیرت کے مناسب حال نہیں</w:t>
      </w:r>
    </w:p>
    <w:p>
      <w:r>
        <w:rPr>
          <w:b/>
        </w:rPr>
        <w:t xml:space="preserve">[2:14:43] </w:t>
      </w:r>
      <w:r>
        <w:t>isi tarah waqayay ke kai be had qeemti ajza maslan aayat khaanay mein hazrat yusuf ki taqreer jo quran mein manqool hui hai bible ya talmood mein is ka koi zikr nahi hatta ke baaz tareekhi ghultiyan jo bible mein maujood hain un ka i'aadah quran mein nahi hua hai</w:t>
      </w:r>
    </w:p>
    <w:p>
      <w:pPr>
        <w:jc w:val="right"/>
      </w:pPr>
      <w:r>
        <w:t>اسی طرح واقعے کے کئی بے حد قیمتی اجزاء مثلا ایت خانے میں حضرت یوسف کی تقریر جو قران میں منقول ہوئی ہے بائبل یا تالمود میں اس کا کوئی ذکر نہیں حتی کہ بعض تاریخی غلطیاں جو بائبل میں موجود ہیں ان کا اعادہ قران میں نہیں ہوا ہے</w:t>
      </w:r>
    </w:p>
    <w:p>
      <w:r>
        <w:rPr>
          <w:b/>
        </w:rPr>
        <w:t xml:space="preserve">[2:15:08] </w:t>
      </w:r>
      <w:r>
        <w:t>misal ke taur par bible hazrat yusuf ke zamanay ke badshah ko fir'aun kehti hai halanke fir'aun ka khandan hazrat yusuf ke paanch so saal baad misr mein hukmaran bana hai hazrat yusuf ke zamanay mein misr mein aik arab khandan hukoomat kar raha tha jis ko charwaahay badshah kaha jata hai</w:t>
      </w:r>
    </w:p>
    <w:p>
      <w:pPr>
        <w:jc w:val="right"/>
      </w:pPr>
      <w:r>
        <w:t>مثال کے طور پر بائبل حضرت یوسف کے زمانے کے بادشاہ کو فرعون کہتی ہے حالانکہ فرعون کا خاندان حضرت یوسف کے پانچ سو سال بعد مصر میں حکمران بنا ہے حضرت یوسف کے زمانے میں مصر میں ایک عرب خاندان حکومت کر رہا تھا جس کو چرواہے بادشاہ کہا جاتا ہے</w:t>
      </w:r>
    </w:p>
    <w:p>
      <w:r>
        <w:rPr>
          <w:b/>
        </w:rPr>
        <w:t xml:space="preserve">[2:15:36] </w:t>
      </w:r>
      <w:r>
        <w:t>haq ko na maannay ka sabab agar daleel ho to daleel ke saamnay aanay ke baad aadmi foran us ko maan le ga magar aksar halaat mein inkaar haq ka sabab hatt dharmi hota hai aisay log haq ko is liye nahi maantay ke woh us ko maanna chahtay</w:t>
      </w:r>
    </w:p>
    <w:p>
      <w:pPr>
        <w:jc w:val="right"/>
      </w:pPr>
      <w:r>
        <w:t>حق کو نہ ماننے کا سبب اگر دلیل ہو تو دلیل کے سامنے انے کے بعد ادمی فورا اس کو مان لے گا مگر اکثر حالات میں انکار حق کا سبب ہٹ دھرمی ہوتا ہے ایسے لوگ حق کو اس لیے نہیں مانتے کہ وہ اس کو ماننا چاہتے</w:t>
      </w:r>
    </w:p>
    <w:p>
      <w:r>
        <w:rPr>
          <w:b/>
        </w:rPr>
        <w:t xml:space="preserve">[2:16:01] </w:t>
      </w:r>
      <w:r>
        <w:t>haq ko maanna aksar halaat mein apnay ko chhota karne ke hamana hota hai aur apnay ko chhota karna aadmi ke liye sab se ziyada mushkil kaam hai yahi wajah hai ke is tarah ke log har qism ke dalail aur karaa'in saamnay aanay ke baad bhi apni rawaish ko nahi chhodtay</w:t>
      </w:r>
    </w:p>
    <w:p>
      <w:pPr>
        <w:jc w:val="right"/>
      </w:pPr>
      <w:r>
        <w:t>حق کو ماننا اکثر حالات میں اپنے کو چھوٹا کرنے کے ہمانہ ہوتا ہے اور اپنے کو چھوٹا کرنا ادمی کے لیے سب سے زیادہ مشکل کام ہے یہی وجہ ہے کہ اس طرح کے لوگ ہر قسم کے دلائل اور کرائن سامنے انے کے بعد بھی اپنی روش کو نہیں چھوڑتے</w:t>
      </w:r>
    </w:p>
    <w:p>
      <w:r>
        <w:rPr>
          <w:b/>
        </w:rPr>
        <w:t xml:space="preserve">[2:16:29] </w:t>
      </w:r>
      <w:r>
        <w:t>woh us ko gawara kar letay hain ke haq chhota ho jaye magar woh apnay aap ko chhota karne par raazi nahi hotay</w:t>
      </w:r>
    </w:p>
    <w:p>
      <w:pPr>
        <w:jc w:val="right"/>
      </w:pPr>
      <w:r>
        <w:t>وہ اس کو گوارا کر لیتے ہیں کہ حق چھوٹا ہو جائے مگر وہ اپنے اپ کو چھوٹا کرنے پر راضی نہیں ہوتے</w:t>
      </w:r>
    </w:p>
    <w:p>
      <w:r>
        <w:rPr>
          <w:b/>
        </w:rPr>
        <w:t xml:space="preserve">[2:16:40] </w:t>
      </w:r>
      <w:r>
        <w:t>woh bhool jatay hain ke jo shakhs dunya mein apnay aap ko chhota kar le woh aakhirat mein bara kiya jaye ga aur jo shakhs dunya mein apnay ko chhota na kare wohi woh shakhs hai</w:t>
      </w:r>
    </w:p>
    <w:p>
      <w:pPr>
        <w:jc w:val="right"/>
      </w:pPr>
      <w:r>
        <w:t>وہ بھول جاتے ہیں کہ جو شخص دنیا میں اپنے اپ کو چھوٹا کر لے وہ اخرت میں بڑا کیا جائے گا اور جو شخص دنیا میں اپنے کو چھوٹا نہ کرے وہی وہ شخص ہے</w:t>
      </w:r>
    </w:p>
    <w:p>
      <w:r>
        <w:rPr>
          <w:b/>
        </w:rPr>
        <w:t xml:space="preserve">[2:16:59] </w:t>
      </w:r>
      <w:r>
        <w:t>jo aindah aanay wali dunya mein hamesha ke liye chhota ho kar reh jaye ga</w:t>
      </w:r>
    </w:p>
    <w:p>
      <w:pPr>
        <w:jc w:val="right"/>
      </w:pPr>
      <w:r>
        <w:t>جو ائندہ انے والی دنیا میں ہمیشہ کے لیے چھوٹا ہو کر رہ جائے گا</w:t>
      </w:r>
    </w:p>
    <w:p>
      <w:r>
        <w:rPr>
          <w:b/>
        </w:rPr>
        <w:t xml:space="preserve">[2:17:09] </w:t>
      </w:r>
      <w:r>
        <w:t>wa ka'anna min aayatin fis-samaawaati wal-ardi yamuroona 'alayhaa wa hum 'anha mu'ridoon wa ma yu'minu aktharuhum billahi illa wa hum</w:t>
      </w:r>
    </w:p>
    <w:p>
      <w:pPr>
        <w:jc w:val="right"/>
      </w:pPr>
      <w:r>
        <w:t>وكأن من آية فی السماوات والأرض يمرون علیها وهم عنها معرضون وما یؤمن اکثر باللہ الا وهم</w:t>
      </w:r>
    </w:p>
    <w:p>
      <w:r>
        <w:rPr>
          <w:b/>
        </w:rPr>
        <w:t xml:space="preserve">[2:17:27] </w:t>
      </w:r>
      <w:r>
        <w:t>mushrikoon afa'aminoo an ta'tiyahum ghaashiyatun min 'adhaabil-laahi aw ta'tiyahumus-sa'atu baghtatan wa hum la yash'uroon</w:t>
      </w:r>
    </w:p>
    <w:p>
      <w:pPr>
        <w:jc w:val="right"/>
      </w:pPr>
      <w:r>
        <w:t>مشركون أفأمنوا أن تأتيهم غاشية من عذاب الله أو تأتيهم الساعة بغتة وهم لا يشعرون</w:t>
      </w:r>
    </w:p>
    <w:p>
      <w:r>
        <w:rPr>
          <w:b/>
        </w:rPr>
        <w:t xml:space="preserve">[2:17:46] </w:t>
      </w:r>
      <w:r>
        <w:t>qul hathi sabilī ad'ū ilā Allāh 'alā baṣīratan anā wa man ittaba'anī wa subḥāna Allāh wa mā</w:t>
      </w:r>
    </w:p>
    <w:p>
      <w:pPr>
        <w:jc w:val="right"/>
      </w:pPr>
      <w:r>
        <w:t>قل هذه سبيلي أدعو إلى الله على بصيرة أنا ومن اتبعني وسبحان الله وما</w:t>
      </w:r>
    </w:p>
    <w:p>
      <w:r>
        <w:rPr>
          <w:b/>
        </w:rPr>
        <w:t xml:space="preserve">[2:18:03] </w:t>
      </w:r>
      <w:r>
        <w:t>anā min al-mushrikīn</w:t>
      </w:r>
    </w:p>
    <w:p>
      <w:pPr>
        <w:jc w:val="right"/>
      </w:pPr>
      <w:r>
        <w:t>أنا من المشركين</w:t>
      </w:r>
    </w:p>
    <w:p>
      <w:r>
        <w:rPr>
          <w:b/>
        </w:rPr>
        <w:t xml:space="preserve">[2:18:08] </w:t>
      </w:r>
      <w:r>
        <w:t>aur asmanon aur zameen mein kitni hi nishaniyan hain jin par un ka guzar hota rehta hai aur woh un par dhyan nahin karte aur aksar log jo Khuda ko mante hain woh is ke sath doosron ko shareek bhi thahrate hain</w:t>
      </w:r>
    </w:p>
    <w:p>
      <w:pPr>
        <w:jc w:val="right"/>
      </w:pPr>
      <w:r>
        <w:t>اور اسمانوں اور زمین میں کتنی ہی نشانیاں ہیں جن پر ان کا گزر ہوتا رہتا ہے اور وہ ان پر دھیان نہیں کرتے اور اکثر لوگ جو خدا کو مانتے ہیں وہ اس کے ساتھ دوسروں کو شریک بھی ٹھہراتے ہیں</w:t>
      </w:r>
    </w:p>
    <w:p>
      <w:r>
        <w:rPr>
          <w:b/>
        </w:rPr>
        <w:t xml:space="preserve">[2:18:30] </w:t>
      </w:r>
      <w:r>
        <w:t>kya yeh log is baat se mutma'in hain ke un par azab ilahi ki koi ift aa pare ya achank un par qayamat aa jaye aur woh is se bekhabar hon kaho yeh mera rasta hai mein Allah ki taraf bulata hoon samajh boojh kar</w:t>
      </w:r>
    </w:p>
    <w:p>
      <w:pPr>
        <w:jc w:val="right"/>
      </w:pPr>
      <w:r>
        <w:t>کیا یہ لوگ اس بات سے مطمئن ہیں کہ ان پر عذاب الہی کی کوئی افت آ پڑے یا اچانک ان پر قیامت آ جائے اور وہ اس سے بے خبر ہوں کہو یہ میرا راستہ ہے میں اللہ کی طرف بلاتا ہوں سمجھ بوجھ کر</w:t>
      </w:r>
    </w:p>
    <w:p>
      <w:r>
        <w:rPr>
          <w:b/>
        </w:rPr>
        <w:t xml:space="preserve">[2:18:53] </w:t>
      </w:r>
      <w:r>
        <w:t>mein bhi aur woh log bhi jinhon ne meri pairwi ki hai aur Allah pak hai aur mein mushrikon mein se nahin hoon</w:t>
      </w:r>
    </w:p>
    <w:p>
      <w:pPr>
        <w:jc w:val="right"/>
      </w:pPr>
      <w:r>
        <w:t>میں بھی اور وہ لوگ بھی جنہوں نے میری پیروی کی ہے اور اللہ پاک ہے اور میں مشرکوں میں سے نہیں ہوں</w:t>
      </w:r>
    </w:p>
    <w:p>
      <w:r>
        <w:rPr>
          <w:b/>
        </w:rPr>
        <w:t xml:space="preserve">[2:19:06] </w:t>
      </w:r>
      <w:r>
        <w:t>tashreeh haq ke zahur ke baad jo log us ko na manen woh apne inkar ko hamesha is rang mein pesh karte hain ke jo dalil matloob thi woh dalil haq ki taraf se un ke samne nahin aayi agar aisi dalil hoti to woh us ko zaroor man lete</w:t>
      </w:r>
    </w:p>
    <w:p>
      <w:pPr>
        <w:jc w:val="right"/>
      </w:pPr>
      <w:r>
        <w:t>تشریح حق کے ظہور کے بعد جو لوگ اس کو نہ مانے وہ اپنے انکار کو ہمیشہ اس رنگ میں پیش کرتے ہیں کہ جو دلیل مطلوب تھی وہ دلیل حق کی طرف سے ان کے سامنے نہیں آئی اگر ایسی دلیل ہوتی تو وہ اس کو ضرور مان لیتے</w:t>
      </w:r>
    </w:p>
    <w:p>
      <w:r>
        <w:rPr>
          <w:b/>
        </w:rPr>
        <w:t xml:space="preserve">[2:19:31] </w:t>
      </w:r>
      <w:r>
        <w:t>goya un ke a'iraz ya inkar ka sabab un ke bahir hai na ke un ke andar magar haqiqat hal is ke bar aks hai haq itna wazeh hai ke jab woh zahir hota hai to zameen o asman ki tamam nishaniyan us ki tasdeeq karti hain</w:t>
      </w:r>
    </w:p>
    <w:p>
      <w:pPr>
        <w:jc w:val="right"/>
      </w:pPr>
      <w:r>
        <w:t>گویا ان کے اعراض یا انکار کا سبب ان کے باہر ہے نہ کہ ان کے اندر مگر حقیقت حال اس کے برعکس ہے حق اتنا واضح ہے کہ جب وہ ظاہر ہوتا ہے تو زمین و اسمان کی تمام نشانیاں اس کی تصدیق کرتی ہیں</w:t>
      </w:r>
    </w:p>
    <w:p>
      <w:r>
        <w:rPr>
          <w:b/>
        </w:rPr>
        <w:t xml:space="preserve">[2:19:56] </w:t>
      </w:r>
      <w:r>
        <w:t>woh sari kainat mein sab se zyada sabit shuda cheez hota hai magar haq ko paane ke liye</w:t>
      </w:r>
    </w:p>
    <w:p>
      <w:pPr>
        <w:jc w:val="right"/>
      </w:pPr>
      <w:r>
        <w:t>وہ ساری کائنات میں سب سے زیادہ ثابت شدہ چیز ہوتا ہے مگر حق کو پانے کے لیے</w:t>
      </w:r>
    </w:p>
    <w:p>
      <w:r>
        <w:rPr>
          <w:b/>
        </w:rPr>
        <w:t xml:space="preserve">[2:20:05] </w:t>
      </w:r>
      <w:r>
        <w:t>asal zarurat dekhne wali aankh aur ebrat pakadne wale dimagh ki hai aur yahi cheez munakireen ke yahan</w:t>
      </w:r>
    </w:p>
    <w:p>
      <w:pPr>
        <w:jc w:val="right"/>
      </w:pPr>
      <w:r>
        <w:t>اصل ضرورت دیکھنے والی آنکھ اور عبرت پکڑنے والے دماغ کی ہے اور یہی چیز منکرین کے یہاں</w:t>
      </w:r>
    </w:p>
    <w:p>
      <w:r>
        <w:rPr>
          <w:b/>
        </w:rPr>
        <w:t xml:space="preserve">[2:20:15] </w:t>
      </w:r>
      <w:r>
        <w:t>maujood nahi hoti</w:t>
      </w:r>
    </w:p>
    <w:p>
      <w:pPr>
        <w:jc w:val="right"/>
      </w:pPr>
      <w:r>
        <w:t>موجود نہیں ہوتی</w:t>
      </w:r>
    </w:p>
    <w:p>
      <w:r>
        <w:rPr>
          <w:b/>
        </w:rPr>
        <w:t xml:space="preserve">[2:20:18] </w:t>
      </w:r>
      <w:r>
        <w:t>haq ke muqable mein aadmi jab sarkashi dikhata hai to aksar halaat mein is ki wajah shirk hota</w:t>
      </w:r>
    </w:p>
    <w:p>
      <w:pPr>
        <w:jc w:val="right"/>
      </w:pPr>
      <w:r>
        <w:t>حق کے مقابلے میں ادمی جب سرکشی دکھاتا ہے تو اکثر حالات میں اس کی وجہ شرک ہوتا</w:t>
      </w:r>
    </w:p>
    <w:p>
      <w:r>
        <w:rPr>
          <w:b/>
        </w:rPr>
        <w:t xml:space="preserve">[2:20:25] </w:t>
      </w:r>
      <w:r>
        <w:t>hai</w:t>
      </w:r>
    </w:p>
    <w:p>
      <w:pPr>
        <w:jc w:val="right"/>
      </w:pPr>
      <w:r>
        <w:t>ہے</w:t>
      </w:r>
    </w:p>
    <w:p>
      <w:r>
        <w:rPr>
          <w:b/>
        </w:rPr>
        <w:t xml:space="preserve">[2:20:27] </w:t>
      </w:r>
      <w:r>
        <w:t>bishtar logon ka hal yeh hai ke Khuda ko mante hue unhon ne kuch aur zinda ya murda hastiyan farz kar rakhi hain jin par woh apna aitmad qaim kiye hue hain jin ko woh barhai ka maqam dete hain is tarah har ek ne Khuda ke siwa kuch bare bana rakhe hain woh inhi baron ke bharose par jee rahe hain</w:t>
      </w:r>
    </w:p>
    <w:p>
      <w:pPr>
        <w:jc w:val="right"/>
      </w:pPr>
      <w:r>
        <w:t>بیشتر لوگوں کا حال یہ ہے کہ خدا کو مانتے ہوئے انہوں نے کچھ اور زندہ یا مردہ ہستیاں فرض کر رکھی ہیں جن پر وہ اپنا اعتماد قائم کیے ہوئے ہیں جن کو وہ بڑائی کا مقام دیتے ہیں اس طرح ہر ایک نے خدا کے سوا کچھ بڑے بنا رکھے ہیں وہ انہی بڑوں کے بھروسے پر جی رہے ہیں</w:t>
      </w:r>
    </w:p>
    <w:p>
      <w:r>
        <w:rPr>
          <w:b/>
        </w:rPr>
        <w:t xml:space="preserve">[2:20:56] </w:t>
      </w:r>
      <w:r>
        <w:t>halankeh Khuda ke yahan sab chote hain wahan kisi ko jo cheez bachayegi woh uska zati 'amal hai na ke mufrada baron ki barhai</w:t>
      </w:r>
    </w:p>
    <w:p>
      <w:pPr>
        <w:jc w:val="right"/>
      </w:pPr>
      <w:r>
        <w:t>حالانکہ خدا کے یہاں سب چھوٹے ہیں وہاں کسی کو جو چیز بچائے گی وہ اس کا ذاتی عمل ہے نہ کہ مفروضہ بڑوں کی بڑائی</w:t>
      </w:r>
    </w:p>
    <w:p>
      <w:r>
        <w:rPr>
          <w:b/>
        </w:rPr>
        <w:t xml:space="preserve">[2:21:14] </w:t>
      </w:r>
      <w:r>
        <w:t>paighambar ka kaam ek Allah ki taraf bulana hai yahi uska mission hai</w:t>
      </w:r>
    </w:p>
    <w:p>
      <w:pPr>
        <w:jc w:val="right"/>
      </w:pPr>
      <w:r>
        <w:t>پیغمبر کا کام ایک اللہ کی طرف بلانا ہے یہی اس کا مشن ہے</w:t>
      </w:r>
    </w:p>
    <w:p>
      <w:r>
        <w:rPr>
          <w:b/>
        </w:rPr>
        <w:t xml:space="preserve">[2:21:20] </w:t>
      </w:r>
      <w:r>
        <w:t>is mission ko us ne basirat ke taur par ikhtiyar kiya hai na ke taqleed ke taur par goya paighambarana dawat woh dawat hai jo insan ko ek Khuda se jorne ki dawat ho aur jis ki sadaqat dai ke upar itni khul chuki ho ke woh us ke liye basirat aur ma'rifat ban jaye</w:t>
      </w:r>
    </w:p>
    <w:p>
      <w:pPr>
        <w:jc w:val="right"/>
      </w:pPr>
      <w:r>
        <w:t>اس مشن کو اس نے بصیرت کے طور پر اختیار کیا ہے نہ کہ تقلید کے طور پر گویا پیغمبرانہ دعوت وہ دعوت ہے جو انسان کو ایک خدا سے جوڑنے کی دعوت ہو اور جس کی صداقت داعی کے اوپر اتنی کھل چکی ہو کہ وہ اس کے لیے بصیرت اور معرفت بن جائے</w:t>
      </w:r>
    </w:p>
    <w:p>
      <w:r>
        <w:rPr>
          <w:b/>
        </w:rPr>
        <w:t xml:space="preserve">[2:21:49] </w:t>
      </w:r>
      <w:r>
        <w:t>isi tarah paighambar ke pairo woh log hain jo haq ko basirat ki satah par payen is satah par tawheed ki satah par us ka ailan karen</w:t>
      </w:r>
    </w:p>
    <w:p>
      <w:pPr>
        <w:jc w:val="right"/>
      </w:pPr>
      <w:r>
        <w:t>اسی طرح پیغمبر کے پیرو وہ لوگ ہیں جو حق کو بصیرت کی سطح پر پائیں اس سطح پر توحید کی سطح پر اس کا اعلان کریں</w:t>
      </w:r>
    </w:p>
    <w:p>
      <w:r>
        <w:rPr>
          <w:b/>
        </w:rPr>
        <w:t xml:space="preserve">[2:22:04] </w:t>
      </w:r>
      <w:r>
        <w:t>adam apne waqti itminan ko mustaqil itminan samajh leta hai halankeh kisi ke pas is baat ki zamanat nahin ke us ki mohlat 'umar kab tak hai</w:t>
      </w:r>
    </w:p>
    <w:p>
      <w:pPr>
        <w:jc w:val="right"/>
      </w:pPr>
      <w:r>
        <w:t>ادمی اپنے وقتی اطمینان کو مستقل اطمینان سمجھ لیتا ہے حالانکہ کسی کے پاس اس بات کی ضمانت نہیں کہ اس کی مہلت عمر کب تک ہے</w:t>
      </w:r>
    </w:p>
    <w:p>
      <w:r>
        <w:rPr>
          <w:b/>
        </w:rPr>
        <w:t xml:space="preserve">[2:22:16] </w:t>
      </w:r>
      <w:r>
        <w:t>koi nahin janta ke kab maut aa kar us ke tamam mo'azzamat ko batil kar degi kab qayamat ka zalzala us ki bani banai duniya ko ult palat dega adam apne aap ko</w:t>
      </w:r>
    </w:p>
    <w:p>
      <w:pPr>
        <w:jc w:val="right"/>
      </w:pPr>
      <w:r>
        <w:t>کوئی نہیں جانتا کہ کب موت آ کر اس کے تمام معظومات کو باطل کر دے گی کب قیامت کا زلزلہ اس کی بنی بنائی دنیا کو الٹ پلٹ دے گا ادمی اپنے اپ کو</w:t>
      </w:r>
    </w:p>
    <w:p>
      <w:r>
        <w:rPr>
          <w:b/>
        </w:rPr>
        <w:t xml:space="preserve">[2:22:35] </w:t>
      </w:r>
      <w:r>
        <w:t>yaqini anjam ki duniya mein samajhta hai halankeh woh har lamha ek ghair yaqini anjam ke kinare khada hua hai</w:t>
      </w:r>
    </w:p>
    <w:p>
      <w:pPr>
        <w:jc w:val="right"/>
      </w:pPr>
      <w:r>
        <w:t>یقینی انجام کی دنیا میں سمجھتا ہے حالانکہ وہ ہر لمحہ ایک غیر یقینی انجام کے کنارے کھڑا ہوا ہے</w:t>
      </w:r>
    </w:p>
    <w:p>
      <w:r>
        <w:rPr>
          <w:b/>
        </w:rPr>
        <w:t xml:space="preserve">[2:22:47] </w:t>
      </w:r>
      <w:r>
        <w:t>wa ma arsalna min qablika illa rijalan nuhi ilayhim min ahlil qura afalam yasiroo fil ardi wa yanzuroo kayfa kana 'aqibatul ladheena min qablihim</w:t>
      </w:r>
    </w:p>
    <w:p>
      <w:pPr>
        <w:jc w:val="right"/>
      </w:pPr>
      <w:r>
        <w:t>وما أرسلنا من قبلك إلا رجالا نوحی إلیہم من أهل القرى أفلم یسیروا فی الارض وینظروا کيف کان عاقبت الذین من قبلهم</w:t>
      </w:r>
    </w:p>
    <w:p>
      <w:r>
        <w:rPr>
          <w:b/>
        </w:rPr>
        <w:t xml:space="preserve">[2:23:10] </w:t>
      </w:r>
      <w:r>
        <w:t>wal darul akhirati khayrun lil ladheena ittaqaw afala ta'qiloon hatta idha yati'saral rusulu wa zannū annahum qad kuziboo</w:t>
      </w:r>
    </w:p>
    <w:p>
      <w:pPr>
        <w:jc w:val="right"/>
      </w:pPr>
      <w:r>
        <w:t>ولدار الآخرة خیر للذین اتقوا أفلا تعقلون حتى إذا استیئس الرسل وظنوا أنهم قد کذبوا</w:t>
      </w:r>
    </w:p>
    <w:p>
      <w:r>
        <w:rPr>
          <w:b/>
        </w:rPr>
        <w:t xml:space="preserve">[2:23:29] </w:t>
      </w:r>
      <w:r>
        <w:t>ja'ahum nasruna ja'ahum nasruna</w:t>
      </w:r>
    </w:p>
    <w:p>
      <w:pPr>
        <w:jc w:val="right"/>
      </w:pPr>
      <w:r>
        <w:t>جاءهم نصرنا جاءهم نصرنا</w:t>
      </w:r>
    </w:p>
    <w:p>
      <w:r>
        <w:rPr>
          <w:b/>
        </w:rPr>
        <w:t xml:space="preserve">[2:23:37] </w:t>
      </w:r>
      <w:r>
        <w:t>fanajja man nasha'u wala yuraddu basuna 'anil qawmil mujrimeen</w:t>
      </w:r>
    </w:p>
    <w:p>
      <w:pPr>
        <w:jc w:val="right"/>
      </w:pPr>
      <w:r>
        <w:t>فنجی من نشاء ولا یرد باسنا عن القوم المجرمین</w:t>
      </w:r>
    </w:p>
    <w:p>
      <w:r>
        <w:rPr>
          <w:b/>
        </w:rPr>
        <w:t xml:space="preserve">[2:23:48] </w:t>
      </w:r>
      <w:r>
        <w:t>aur hum ne tum se pehle mukhtalif basti walon mein se jitne rasool bheje sab adam hi the hum un ki taraf wahi karte the</w:t>
      </w:r>
    </w:p>
    <w:p>
      <w:pPr>
        <w:jc w:val="right"/>
      </w:pPr>
      <w:r>
        <w:t>اور ہم نے تم سے پہلے مختلف بستی والوں میں سے جتنے رسول بھیجے سب ادمی ہی تھے ہم ان کی طرف وحی کرتے تھے</w:t>
      </w:r>
    </w:p>
    <w:p>
      <w:r>
        <w:rPr>
          <w:b/>
        </w:rPr>
        <w:t xml:space="preserve">[2:24:00] </w:t>
      </w:r>
      <w:r>
        <w:t>kya yeh log zameen mein chale phire nahi ke dekhte ke in logon ka anjam kya hua jo</w:t>
      </w:r>
    </w:p>
    <w:p>
      <w:pPr>
        <w:jc w:val="right"/>
      </w:pPr>
      <w:r>
        <w:t>کیا یہ لوگ زمین میں چلے پھرے نہیں کہ دیکھتے کہ ان لوگوں کا انجام کیا ہوا جو</w:t>
      </w:r>
    </w:p>
    <w:p>
      <w:r>
        <w:rPr>
          <w:b/>
        </w:rPr>
        <w:t xml:space="preserve">[2:24:07] </w:t>
      </w:r>
      <w:r>
        <w:t>un se pehle the aur aakhirat ka ghar un logon ke liye behtar hai jo darte hain kya</w:t>
      </w:r>
    </w:p>
    <w:p>
      <w:pPr>
        <w:jc w:val="right"/>
      </w:pPr>
      <w:r>
        <w:t>ان سے پہلے تھے اور آخرت کا گھر ان لوگوں کے لیے بہتر ہے جو ڈرتے ہیں کیا</w:t>
      </w:r>
    </w:p>
    <w:p>
      <w:r>
        <w:rPr>
          <w:b/>
        </w:rPr>
        <w:t xml:space="preserve">[2:24:16] </w:t>
      </w:r>
      <w:r>
        <w:t>tum samajhte nahi yahan tak ke jab paighambar mayoos ho gaye aur woh khayal karne lage ke un</w:t>
      </w:r>
    </w:p>
    <w:p>
      <w:pPr>
        <w:jc w:val="right"/>
      </w:pPr>
      <w:r>
        <w:t>تم سمجھتے نہیں یہاں تک کہ جب پیغمبر مایوس ہو گئے اور وہ خیال کرنے لگے کہ ان</w:t>
      </w:r>
    </w:p>
    <w:p>
      <w:r>
        <w:rPr>
          <w:b/>
        </w:rPr>
        <w:t xml:space="preserve">[2:24:24] </w:t>
      </w:r>
      <w:r>
        <w:t>se jhoot kaha gaya tha to un ko hamari madad aa pahunchi</w:t>
      </w:r>
    </w:p>
    <w:p>
      <w:pPr>
        <w:jc w:val="right"/>
      </w:pPr>
      <w:r>
        <w:t>سے جھوٹ کہا گیا تھا تو ان کو ہماری مدد آ پہنچی</w:t>
      </w:r>
    </w:p>
    <w:p>
      <w:r>
        <w:rPr>
          <w:b/>
        </w:rPr>
        <w:t xml:space="preserve">[2:24:30] </w:t>
      </w:r>
      <w:r>
        <w:t>pas nijat mili jis ko hum ne chaha aur mujrim logon se hamara azab tala nahin ja sakta</w:t>
      </w:r>
    </w:p>
    <w:p>
      <w:pPr>
        <w:jc w:val="right"/>
      </w:pPr>
      <w:r>
        <w:t>پس نجات ملی جس کو ہم نے چاہا اور مجرم لوگوں سے ہمارا عذاب ٹالا نہیں جا سکتا</w:t>
      </w:r>
    </w:p>
    <w:p>
      <w:r>
        <w:rPr>
          <w:b/>
        </w:rPr>
        <w:t xml:space="preserve">[2:24:42] </w:t>
      </w:r>
      <w:r>
        <w:t>tashreeh tareekh batati hai ke jo log risalat aur peghambari ko mante the woh bhi is waqt us ke munkir ho gaye jab ke khud apni qaum ke andar se ek shakhs peghambar ho kar un ke samne khada hua is ki wajah yeh thi ke mazi ka peghambar tareekhi taur par sabit shuda peghambar ban chuka hota hai</w:t>
      </w:r>
    </w:p>
    <w:p>
      <w:pPr>
        <w:jc w:val="right"/>
      </w:pPr>
      <w:r>
        <w:t>تشریح تاریخ بتاتی ہے کہ جو لوگ رسالت اور پیغمبری کو مانتے تھے وہ بھی اس وقت اس کے منکر ہو گئے جب کہ خود اپنی قوم کے اندر سے ایک شخص پیغمبر ہو کر ان کے سامنے کھڑا ہوا اس کی وجہ یہ تھی کہ ماضی کا پیغمبر تاریخی طور پر ثابت شدہ پیغمبر بن چکا ہوتا ہے</w:t>
      </w:r>
    </w:p>
    <w:p>
      <w:r>
        <w:rPr>
          <w:b/>
        </w:rPr>
        <w:t xml:space="preserve">[2:25:09] </w:t>
      </w:r>
      <w:r>
        <w:t>jabke haal ka paighambar ek niza'i shakhsiyat hota hai tareekhi paighambar ko manna hamesha insan ke liye aasan</w:t>
      </w:r>
    </w:p>
    <w:p>
      <w:pPr>
        <w:jc w:val="right"/>
      </w:pPr>
      <w:r>
        <w:t>جبکہ حال کا پیغمبر ایک نزاعی شخصیت ہوتا ہے تاریخی پیغمبر کو ماننا ہمیشہ انسان کے لیے آسان</w:t>
      </w:r>
    </w:p>
    <w:p>
      <w:r>
        <w:rPr>
          <w:b/>
        </w:rPr>
        <w:t xml:space="preserve">[2:25:19] </w:t>
      </w:r>
      <w:r>
        <w:t>tareen kaam raha hai aur niza'i paighambar ko manna hamesha is ke liye mushkil tareen kaam</w:t>
      </w:r>
    </w:p>
    <w:p>
      <w:pPr>
        <w:jc w:val="right"/>
      </w:pPr>
      <w:r>
        <w:t>ترین کام رہا ہے اور نزاعی پیغمبر کو ماننا ہمیشہ اس کے لیے مشکل ترین کام</w:t>
      </w:r>
    </w:p>
    <w:p>
      <w:r>
        <w:rPr>
          <w:b/>
        </w:rPr>
        <w:t xml:space="preserve">[2:25:30] </w:t>
      </w:r>
      <w:r>
        <w:t>aad aur samood aur madain aur qom e lut waghera ki tabah shuda bastiyan quraish ke aas paas ke</w:t>
      </w:r>
    </w:p>
    <w:p>
      <w:pPr>
        <w:jc w:val="right"/>
      </w:pPr>
      <w:r>
        <w:t>عاد اور ثمود اور مدین اور قوم لوط وغیرہ کی تباہ شدہ بستیاں قریش کے اس پاس کے</w:t>
      </w:r>
    </w:p>
    <w:p>
      <w:r>
        <w:rPr>
          <w:b/>
        </w:rPr>
        <w:t xml:space="preserve">[2:25:37] </w:t>
      </w:r>
      <w:r>
        <w:t>ilakon mein maujood theen</w:t>
      </w:r>
    </w:p>
    <w:p>
      <w:pPr>
        <w:jc w:val="right"/>
      </w:pPr>
      <w:r>
        <w:t>علاقوں میں موجود تھیں</w:t>
      </w:r>
    </w:p>
    <w:p>
      <w:r>
        <w:rPr>
          <w:b/>
        </w:rPr>
        <w:t xml:space="preserve">[2:25:40] </w:t>
      </w:r>
      <w:r>
        <w:t>woh apne safaron ke darmiyan in ko dekhte the yeh asar zaban e haal se keh rahe the ke peghambar ko nizaai daur mein na pehchanne hi ki waja se in qaumon par khuda ka azab aya aur woh halak kar di gayin is ke bawajood quraish ne in se sabak nahi liya</w:t>
      </w:r>
    </w:p>
    <w:p>
      <w:pPr>
        <w:jc w:val="right"/>
      </w:pPr>
      <w:r>
        <w:t>وہ اپنے سفروں کے درمیان ان کو دیکھتے تھے یہ آثار زبان حال سے کہہ رہے تھے کہ پیغمبر کو نزاعی دور میں نہ پہچاننے ہی کی وجہ سے ان قوموں پر خدا کا عذاب آیا اور وہ ہلاک کر دی گئیں اس کے باوجود قریش نے ان سے سبق نہیں لیا</w:t>
      </w:r>
    </w:p>
    <w:p>
      <w:r>
        <w:rPr>
          <w:b/>
        </w:rPr>
        <w:t xml:space="preserve">[2:26:04] </w:t>
      </w:r>
      <w:r>
        <w:t>is ki waja insan ki yeh kamzori hai ke woh ek galat kaam karta hai magar kuch khud sakhta khayalat ki bina par apne aap ko ghalt karon ki fehrist se alag kar leta hai surah yusuf ki ayat 110 ki tashreeh surah baqarah ki ayat 214 se ho rahi hai</w:t>
      </w:r>
    </w:p>
    <w:p>
      <w:pPr>
        <w:jc w:val="right"/>
      </w:pPr>
      <w:r>
        <w:t>اس کی وجہ انسان کی یہ کمزوری ہے کہ وہ ایک غلط کام کرتا ہے مگر کچھ خود ساختہ خیالات کی بنا پر اپنے اپ کو غلط کاروں کی فہرست سے الگ کر لیتا ہے سورہ یوسف کی آیت 110 کی تشریح سورہ بقرہ کی آیت 214 سے ہو رہی ہے</w:t>
      </w:r>
    </w:p>
    <w:p>
      <w:r>
        <w:rPr>
          <w:b/>
        </w:rPr>
        <w:t xml:space="preserve">[2:26:27] </w:t>
      </w:r>
      <w:r>
        <w:t>jis mein irshad hua hai kya tum khayal karte ho ke tum jannat mein dakhil kar diye jaoge halanke tum par abhi woh halat guzre hi nahi jo tum se pehle walon par guzre the un ko sakhti aur takleef pahunchi aur woh hala mare gaye</w:t>
      </w:r>
    </w:p>
    <w:p>
      <w:pPr>
        <w:jc w:val="right"/>
      </w:pPr>
      <w:r>
        <w:t>جس میں ارشاد ہوا ہے کیا تم خیال کرتے ہو کہ تم جنت میں داخل کر دیے جاؤ گے حالانکہ تم پر ابھی وہ حالات گزرے ہی نہیں جو تم سے پہلے والوں پر گزرے تھے ان کو سختی اور تکلیف پہنچی اور وہ ہلا مارے گئے</w:t>
      </w:r>
    </w:p>
    <w:p>
      <w:r>
        <w:rPr>
          <w:b/>
        </w:rPr>
        <w:t xml:space="preserve">[2:26:52] </w:t>
      </w:r>
      <w:r>
        <w:t>yahan tak ke rasool aur is ke sath imaan lane wale pukar uthe ke khuda ki madad kab ayegi jaan lo khuda ki madad qareeb hai khuda hamesha daai ki madad karta hai magar yeh madad madu ke khilaf daai ke haq mein khuda ka faisla hota hai</w:t>
      </w:r>
    </w:p>
    <w:p>
      <w:pPr>
        <w:jc w:val="right"/>
      </w:pPr>
      <w:r>
        <w:t>یہاں تک کہ رسول اور اس کے ساتھ ایمان لانے والے پکار اٹھے کہ خدا کی مدد کب آئے گی جان لو خدا کی مدد قریب ہے خدا ہمیشہ داعی کی مدد کرتا ہے مگر یہ مدد مدعو کے خلاف داعی کے حق میں خدا کا فیصلہ ہوتا ہے</w:t>
      </w:r>
    </w:p>
    <w:p>
      <w:r>
        <w:rPr>
          <w:b/>
        </w:rPr>
        <w:t xml:space="preserve">[2:27:14] </w:t>
      </w:r>
      <w:r>
        <w:t>isi liye yeh madad hamesha is waqt ati hai jab ke dawati jahad apni takmeel ke aakhri marhale mein pahunch chuki ho khwah is taakhir ki waja se dawat dene walon par mayusi ke ehsasat tari hone lagen</w:t>
      </w:r>
    </w:p>
    <w:p>
      <w:pPr>
        <w:jc w:val="right"/>
      </w:pPr>
      <w:r>
        <w:t>اسی لیے یہ مدد ہمیشہ اس وقت آتی ہے جب کہ دعوتی جدوجہد اپنی تکمیل کے آخری مرحلے میں پہنچ چکی ہو خواہ اس تاخیر کی وجہ سے دعوت دینے والوں پر مایوسی کے احساسات طاری ہونے لگیں</w:t>
      </w:r>
    </w:p>
    <w:p>
      <w:r>
        <w:rPr>
          <w:b/>
        </w:rPr>
        <w:t xml:space="preserve">[2:27:36] </w:t>
      </w:r>
      <w:r>
        <w:t>aur akhirat ka ghar mutaqi ke liye zyada behtar hai</w:t>
      </w:r>
    </w:p>
    <w:p>
      <w:pPr>
        <w:jc w:val="right"/>
      </w:pPr>
      <w:r>
        <w:t>اور آخرت کا گھر متقیوں کے لیے زیادہ بہتر ہے</w:t>
      </w:r>
    </w:p>
    <w:p>
      <w:r>
        <w:rPr>
          <w:b/>
        </w:rPr>
        <w:t xml:space="preserve">[2:27:41] </w:t>
      </w:r>
      <w:r>
        <w:t>is se maloom hua ke dunya mein ahl e iman ke sath jo sulook kiya jata hai woh akhirat mein un ke sath kiye jane wale sulook ki alamat hota hai</w:t>
      </w:r>
    </w:p>
    <w:p>
      <w:pPr>
        <w:jc w:val="right"/>
      </w:pPr>
      <w:r>
        <w:t>اس سے معلوم ہوا کہ دنیا میں اہل ایمان کے ساتھ جو سلوک کیا جاتا ہے وہ آخرت میں ان کے ساتھ کیے جانے والے سلوک کی علامت ہوتا ہے</w:t>
      </w:r>
    </w:p>
    <w:p>
      <w:r>
        <w:rPr>
          <w:b/>
        </w:rPr>
        <w:t xml:space="preserve">[2:27:55] </w:t>
      </w:r>
      <w:r>
        <w:t>dunya mein khuda haq ke daaiyon ki is tarah madad karta hai ke un ki baat tamam dosri baton par buland o bala sabit hoti hai</w:t>
      </w:r>
    </w:p>
    <w:p>
      <w:pPr>
        <w:jc w:val="right"/>
      </w:pPr>
      <w:r>
        <w:t>دنیا میں خدا حق کے داعیوں کی اس طرح مدد کرتا ہے کہ ان کی بات تمام دوسری باتوں پر بلند و بالا ثابت ہوتی ہے</w:t>
      </w:r>
    </w:p>
    <w:p>
      <w:r>
        <w:rPr>
          <w:b/>
        </w:rPr>
        <w:t xml:space="preserve">[2:28:05] </w:t>
      </w:r>
      <w:r>
        <w:t>woh apne dushmanon ki tamam sazishon aur mukhalifaton ke bawajood apna mission poora karne mein kamyab sabit hote hain yahi izzat aur sarbulandi un ko akhirat mein zyada kamil aur meyari surat mein hasil hogi laqad kana fi qisasihim ibratun li ulil albab</w:t>
      </w:r>
    </w:p>
    <w:p>
      <w:pPr>
        <w:jc w:val="right"/>
      </w:pPr>
      <w:r>
        <w:t>وہ اپنے دشمنوں کی تمام سازشوں اور مخالفتوں کے باوجود اپنا مشن پورا کرنے میں کامیاب ثابت ہوتے ہیں یہی عزت اور سربلندی ان کو آخرت میں زیادہ کامل اور معیاری صورت میں حاصل ہوگی لقد كان فی قصصهم عبرۃ لاولی الالباب</w:t>
      </w:r>
    </w:p>
    <w:p>
      <w:r>
        <w:rPr>
          <w:b/>
        </w:rPr>
        <w:t xml:space="preserve">[2:28:33] </w:t>
      </w:r>
      <w:r>
        <w:t>ma kana hadisan yuftara tasdiq allazi bayna yadayhi wa tafsil kulli shayin wa hudan wa rahmatan li qaumin yuminun</w:t>
      </w:r>
    </w:p>
    <w:p>
      <w:pPr>
        <w:jc w:val="right"/>
      </w:pPr>
      <w:r>
        <w:t>ما كان حديثا یفتری تصدیق الذی بینیدیہ وتفصیل کل شیء وهدا ورحمۃ لقوم یؤمنون</w:t>
      </w:r>
    </w:p>
    <w:p>
      <w:r>
        <w:rPr>
          <w:b/>
        </w:rPr>
        <w:t xml:space="preserve">[2:28:53] </w:t>
      </w:r>
      <w:r>
        <w:t>un ke qisson mein samajhdar logon ke liye bari عبرت hai yeh koi ghari hui baat nahi balke tasdiq hai is cheez ki jo is se pehle maujood hai aur tafsil hai har cheez ki aur hidayat aur rehmat hai imaan walon ke liye</w:t>
      </w:r>
    </w:p>
    <w:p>
      <w:pPr>
        <w:jc w:val="right"/>
      </w:pPr>
      <w:r>
        <w:t>ان کے قصوں میں سمجھدار لوگوں کے لیے بڑی عبرت ہے یہ کوئی گھڑی ہوئی بات نہیں بلکہ تصدیق ہے اس چیز کی جو اس سے پہلے موجود ہے اور تفصیل ہے ہر چیز کی اور ہدایت اور رحمت ہے ایمان والوں کے لیے</w:t>
      </w:r>
    </w:p>
    <w:p>
      <w:r>
        <w:rPr>
          <w:b/>
        </w:rPr>
        <w:t xml:space="preserve">[2:29:17] </w:t>
      </w:r>
      <w:r>
        <w:t>tashreeh pichle peghambaron aur un ki qaumon ki kahani عبرت ke aitbar se tamam insanon ki kahani hai agar admi aql se kaam le to woh mazi ke waqe mein haal ki naseehat pa lega dusron ke anjam ko dekh kar woh apne ahwal ko durust kar lega</w:t>
      </w:r>
    </w:p>
    <w:p>
      <w:pPr>
        <w:jc w:val="right"/>
      </w:pPr>
      <w:r>
        <w:t>تشریح پچھلے پیغمبروں اور ان کی قوموں کی کہانی عبرت کے اعتبار سے تمام انسانوں کی کہانی ہے اگر ادمی عقل سے کام لے تو وہ ماضی کے واقعے میں حال کی نصیحت پا لے گا دوسروں کے انجام کو دیکھ کر وہ اپنے احوال کو درست کر لے گا</w:t>
      </w:r>
    </w:p>
    <w:p>
      <w:r>
        <w:rPr>
          <w:b/>
        </w:rPr>
        <w:t xml:space="preserve">[2:29:42] </w:t>
      </w:r>
      <w:r>
        <w:t>quran kisi insan ki ghari hui kitab nahi woh khuda ki taraf se utri hui kitab hai woh ain is peshin goi ke mutabiq aayi hai jo pichli aasmani kitabon mein ki gayi thin is mein hidayat se mutaliq har zaroori cheez ka bayan maujood hai</w:t>
      </w:r>
    </w:p>
    <w:p>
      <w:pPr>
        <w:jc w:val="right"/>
      </w:pPr>
      <w:r>
        <w:t>قرآن کسی انسان کی گھڑی ہوئی کتاب نہیں وہ خدا کی طرف سے اتری ہوئی کتاب ہے وہ عین اس پیشین گوئی کے مطابق آئی ہے جو پچھلی آسمانی کتابوں میں کی گئی تھیں اس میں ہدایت سے متعلق ہر ضروری چیز کا بیان موجود ہے</w:t>
      </w:r>
    </w:p>
    <w:p>
      <w:r>
        <w:rPr>
          <w:b/>
        </w:rPr>
        <w:t xml:space="preserve">[2:30:06] </w:t>
      </w:r>
      <w:r>
        <w:t>woh apne aaghaz ke aitbar se insanon ke liye rahnumai hai aur apne anjam ke aitbar se un ke liye rehmat</w:t>
      </w:r>
    </w:p>
    <w:p>
      <w:pPr>
        <w:jc w:val="right"/>
      </w:pPr>
      <w:r>
        <w:t>وہ اپنے آغاز کے اعتبار سے انسانوں کے لیے رہنمائی ہے اور اپنے انجام کے اعتبار سے ان کے لیے رحمت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