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Life of The Prophet of Islam (English) March 06, 2007 Maulana Wahiduddin Khan</w:t>
      </w:r>
    </w:p>
    <w:p>
      <w:r>
        <w:t>https://www.youtube.com/watch?v=u6RTh_UeP5M</w:t>
      </w:r>
    </w:p>
    <w:p>
      <w:r>
        <w:rPr>
          <w:b/>
        </w:rPr>
        <w:t xml:space="preserve">[00:12] </w:t>
      </w:r>
      <w:r>
        <w:t>bismillah rahman rahim, wasallallahu ala nabiyyil karim. rab ishrah li sadri, wa yassir li amri, wah lul uqdatan min lisani yafqahu qawli.</w:t>
      </w:r>
    </w:p>
    <w:p>
      <w:pPr>
        <w:jc w:val="right"/>
      </w:pPr>
      <w:r>
        <w:t>بسم اللہ الرحمن الرحیم، وصلی اللہ علی النبی الکریم۔ رب اشرح لی صدری، ویسر لی امری، واحل العقدۃ من لسانی یفقہ قولی۔</w:t>
      </w:r>
    </w:p>
    <w:p>
      <w:r>
        <w:rPr>
          <w:b/>
        </w:rPr>
        <w:t xml:space="preserve">[00:33] </w:t>
      </w:r>
      <w:r>
        <w:t>i would like to say a few words about the sirah, about the life of the prophet of islam, sallallahu alaihi wasallam.</w:t>
      </w:r>
    </w:p>
    <w:p>
      <w:pPr>
        <w:jc w:val="right"/>
      </w:pPr>
      <w:r>
        <w:t>ائی وڈ لائک ٹو سے ا فیورڈز اباؤٹ دا سیرہ، اباؤٹ دی لائف اف دا پرافٹ اف اسلام، صلی اللہ علیہ وسلم۔</w:t>
      </w:r>
    </w:p>
    <w:p>
      <w:r>
        <w:rPr>
          <w:b/>
        </w:rPr>
        <w:t xml:space="preserve">[00:51] </w:t>
      </w:r>
      <w:r>
        <w:t>you know,</w:t>
      </w:r>
    </w:p>
    <w:p>
      <w:pPr>
        <w:jc w:val="right"/>
      </w:pPr>
      <w:r>
        <w:t>یو نو،</w:t>
      </w:r>
    </w:p>
    <w:p>
      <w:r>
        <w:rPr>
          <w:b/>
        </w:rPr>
        <w:t xml:space="preserve">[00:55] </w:t>
      </w:r>
      <w:r>
        <w:t>the name of the prophet of islam was muhammad bin abdullah bin abdul muttalib. he was born in makkah</w:t>
      </w:r>
    </w:p>
    <w:p>
      <w:pPr>
        <w:jc w:val="right"/>
      </w:pPr>
      <w:r>
        <w:t>دا نیم اف دا پرافٹ اف اسلام واز محمد بن عبداللہ بن عبدالمطلب۔ ہی واز born in مکہ</w:t>
      </w:r>
    </w:p>
    <w:p>
      <w:r>
        <w:rPr>
          <w:b/>
        </w:rPr>
        <w:t xml:space="preserve">[01:12] </w:t>
      </w:r>
      <w:r>
        <w:t>in 570 ad.</w:t>
      </w:r>
    </w:p>
    <w:p>
      <w:pPr>
        <w:jc w:val="right"/>
      </w:pPr>
      <w:r>
        <w:t>ان 570 اے ڈی۔</w:t>
      </w:r>
    </w:p>
    <w:p>
      <w:r>
        <w:rPr>
          <w:b/>
        </w:rPr>
        <w:t xml:space="preserve">[01:20] </w:t>
      </w:r>
      <w:r>
        <w:t>he received his first revelation in 610.</w:t>
      </w:r>
    </w:p>
    <w:p>
      <w:pPr>
        <w:jc w:val="right"/>
      </w:pPr>
      <w:r>
        <w:t>ہی ریسیوڈ ہز فرسٹ ریولیشن ان 610۔</w:t>
      </w:r>
    </w:p>
    <w:p>
      <w:r>
        <w:rPr>
          <w:b/>
        </w:rPr>
        <w:t xml:space="preserve">[01:29] </w:t>
      </w:r>
      <w:r>
        <w:t>this was the beginning of his of his mission, of his prophetic mission.</w:t>
      </w:r>
    </w:p>
    <w:p>
      <w:pPr>
        <w:jc w:val="right"/>
      </w:pPr>
      <w:r>
        <w:t>دس واز دا بگننگ اف ہز اف ہز مشن، اف ہز پرافیٹک مشن۔</w:t>
      </w:r>
    </w:p>
    <w:p>
      <w:r>
        <w:rPr>
          <w:b/>
        </w:rPr>
        <w:t xml:space="preserve">[01:40] </w:t>
      </w:r>
      <w:r>
        <w:t>what was his mission? his mission was to establish tawhid, that is oneness of god.</w:t>
      </w:r>
    </w:p>
    <w:p>
      <w:pPr>
        <w:jc w:val="right"/>
      </w:pPr>
      <w:r>
        <w:t>واٹ واز ہز مشن؟ ہز مشن واز ٹو اسٹیبلش توحید، دیٹ از وننس اف گاڈ۔</w:t>
      </w:r>
    </w:p>
    <w:p>
      <w:r>
        <w:rPr>
          <w:b/>
        </w:rPr>
        <w:t xml:space="preserve">[01:58] </w:t>
      </w:r>
      <w:r>
        <w:t>he used to say, he used to visit the people and say, yaha nas qulu la ilaha illallah.</w:t>
      </w:r>
    </w:p>
    <w:p>
      <w:pPr>
        <w:jc w:val="right"/>
      </w:pPr>
      <w:r>
        <w:t>یوز ٹو سے، یوز ٹو وزٹ دا پیپل اینڈ سے، ایہا الناس قولو لا الہ الا اللہ۔</w:t>
      </w:r>
    </w:p>
    <w:p>
      <w:r>
        <w:rPr>
          <w:b/>
        </w:rPr>
        <w:t xml:space="preserve">[02:16] </w:t>
      </w:r>
      <w:r>
        <w:t>o people say, that there is no god but one god, and you will be success.</w:t>
      </w:r>
    </w:p>
    <w:p>
      <w:pPr>
        <w:jc w:val="right"/>
      </w:pPr>
      <w:r>
        <w:t>او پیپل سے، دیٹ دیر از نو گاڈ بٹ ون گاڈ، اینڈ یو ویل بی سکسیس۔</w:t>
      </w:r>
    </w:p>
    <w:p>
      <w:r>
        <w:rPr>
          <w:b/>
        </w:rPr>
        <w:t xml:space="preserve">[02:30] </w:t>
      </w:r>
      <w:r>
        <w:t>quran goes the introduction in these words. quran goes his introduction in these words.</w:t>
      </w:r>
    </w:p>
    <w:p>
      <w:pPr>
        <w:jc w:val="right"/>
      </w:pPr>
      <w:r>
        <w:t>قرآن گوز دا انٹروڈکشن ان دیز ورڈز۔ قرآن گوز ہز انٹروڈکشن ان دیز ورڈز۔</w:t>
      </w:r>
    </w:p>
    <w:p>
      <w:r>
        <w:rPr>
          <w:b/>
        </w:rPr>
        <w:t xml:space="preserve">[02:40] </w:t>
      </w:r>
      <w:r>
        <w:t>da'i ila Allah, munira. so da prophet of Islam was a da'i, a prophetic da'i.</w:t>
      </w:r>
    </w:p>
    <w:p>
      <w:pPr>
        <w:jc w:val="right"/>
      </w:pPr>
      <w:r>
        <w:t>دای الا اللہ، منیرا۔ سو دا پرافٹ اف اسلام واز ا دائی، ا پرافیٹک دائی۔</w:t>
      </w:r>
    </w:p>
    <w:p>
      <w:r>
        <w:rPr>
          <w:b/>
        </w:rPr>
        <w:t xml:space="preserve">[02:55] </w:t>
      </w:r>
      <w:r>
        <w:t>this was his sole introduction given in the Quran.</w:t>
      </w:r>
    </w:p>
    <w:p>
      <w:pPr>
        <w:jc w:val="right"/>
      </w:pPr>
      <w:r>
        <w:t>دس واز ہز سول انٹروڈکشن گیون ان دا قرآن۔</w:t>
      </w:r>
    </w:p>
    <w:p>
      <w:r>
        <w:rPr>
          <w:b/>
        </w:rPr>
        <w:t xml:space="preserve">[03:06] </w:t>
      </w:r>
      <w:r>
        <w:t>he started his mission as da'wah. also, he ended his mission as da'wah.</w:t>
      </w:r>
    </w:p>
    <w:p>
      <w:pPr>
        <w:jc w:val="right"/>
      </w:pPr>
      <w:r>
        <w:t>ہی سٹارٹڈ ہز مشن ایز دعویٰ۔ السو، ہی اینڈڈ ہز مشن ایز دعویٰ۔</w:t>
      </w:r>
    </w:p>
    <w:p>
      <w:r>
        <w:rPr>
          <w:b/>
        </w:rPr>
        <w:t xml:space="preserve">[03:21] </w:t>
      </w:r>
      <w:r>
        <w:t>when he started his mission in 610 AD, he</w:t>
      </w:r>
    </w:p>
    <w:p>
      <w:pPr>
        <w:jc w:val="right"/>
      </w:pPr>
      <w:r>
        <w:t>وین ہی سٹارٹڈ ہز مشن ان 610 اے ڈی، ہی</w:t>
      </w:r>
    </w:p>
    <w:p>
      <w:r>
        <w:rPr>
          <w:b/>
        </w:rPr>
        <w:t xml:space="preserve">[03:32] </w:t>
      </w:r>
      <w:r>
        <w:t>gathered, he invited people to gather at Safa.</w:t>
      </w:r>
    </w:p>
    <w:p>
      <w:pPr>
        <w:jc w:val="right"/>
      </w:pPr>
      <w:r>
        <w:t>گیدرڈ، ہی انوائٹڈ پیپل ٹو گیدر ایٹ صفا۔</w:t>
      </w:r>
    </w:p>
    <w:p>
      <w:r>
        <w:rPr>
          <w:b/>
        </w:rPr>
        <w:t xml:space="preserve">[03:43] </w:t>
      </w:r>
      <w:r>
        <w:t>at mountain Safa. Safa was a rock.</w:t>
      </w:r>
    </w:p>
    <w:p>
      <w:pPr>
        <w:jc w:val="right"/>
      </w:pPr>
      <w:r>
        <w:t>ایٹ ماؤنٹین صفا۔ صفا واز ا راک۔</w:t>
      </w:r>
    </w:p>
    <w:p>
      <w:r>
        <w:rPr>
          <w:b/>
        </w:rPr>
        <w:t xml:space="preserve">[03:48] </w:t>
      </w:r>
      <w:r>
        <w:t>people used this rock as a platform. when they want to address some people, they used to this rock as a platform, as a stage</w:t>
      </w:r>
    </w:p>
    <w:p>
      <w:pPr>
        <w:jc w:val="right"/>
      </w:pPr>
      <w:r>
        <w:t>پیپل یوزڈ دس راک ایز ا پلیٹ فارم۔ وین دے وانٹ ٹو ایڈریس سم پیپل، دے یوز ٹو دس راک ایز ا پلیٹ فارم، ایز ا سٹیج</w:t>
      </w:r>
    </w:p>
    <w:p>
      <w:r>
        <w:rPr>
          <w:b/>
        </w:rPr>
        <w:t xml:space="preserve">[04:10] </w:t>
      </w:r>
      <w:r>
        <w:t>. so he adopted, he followed that tradition, and he used this tradition.</w:t>
      </w:r>
    </w:p>
    <w:p>
      <w:pPr>
        <w:jc w:val="right"/>
      </w:pPr>
      <w:r>
        <w:t>۔ سو ہی اڈاپٹڈ، ہی فالوڈ دیٹ ٹریڈیشن، اینڈ ہی یوزڈ دس ٹریڈیشن۔</w:t>
      </w:r>
    </w:p>
    <w:p>
      <w:r>
        <w:rPr>
          <w:b/>
        </w:rPr>
        <w:t xml:space="preserve">[04:28] </w:t>
      </w:r>
      <w:r>
        <w:t>he invited people to assembly. there was an assembly near Safa, and he addressed from this rock</w:t>
      </w:r>
    </w:p>
    <w:p>
      <w:pPr>
        <w:jc w:val="right"/>
      </w:pPr>
      <w:r>
        <w:t>ہی انوائٹڈ پیپل ٹو اسمبلی۔ دیر واز این اسمبلی نیر صفا، اینڈ ہی ایڈریسڈ فرام دس راک</w:t>
      </w:r>
    </w:p>
    <w:p>
      <w:r>
        <w:rPr>
          <w:b/>
        </w:rPr>
        <w:t xml:space="preserve">[04:46] </w:t>
      </w:r>
      <w:r>
        <w:t>. he said, 'Ayyuha an-nas, inna kum la tamutuna kama tanamuna, wa lan tub'athuna kama tastayqizuna,</w:t>
      </w:r>
    </w:p>
    <w:p>
      <w:pPr>
        <w:jc w:val="right"/>
      </w:pPr>
      <w:r>
        <w:t>۔ ہی سیڈ، ایہا الناس، انکم لا تموتون کما تنامون، ولن تبعثن کما تستيقظون،</w:t>
      </w:r>
    </w:p>
    <w:p>
      <w:r>
        <w:rPr>
          <w:b/>
        </w:rPr>
        <w:t xml:space="preserve">[05:01] </w:t>
      </w:r>
      <w:r>
        <w:t>wa inna lakum la ilal jannati abadan awi narun abadan.</w:t>
      </w:r>
    </w:p>
    <w:p>
      <w:pPr>
        <w:jc w:val="right"/>
      </w:pPr>
      <w:r>
        <w:t>وانہا لجنت ابدا او نار ابدا۔</w:t>
      </w:r>
    </w:p>
    <w:p>
      <w:r>
        <w:rPr>
          <w:b/>
        </w:rPr>
        <w:t xml:space="preserve">[05:08] </w:t>
      </w:r>
      <w:r>
        <w:t>O people,</w:t>
      </w:r>
    </w:p>
    <w:p>
      <w:pPr>
        <w:jc w:val="right"/>
      </w:pPr>
      <w:r>
        <w:t>او پیپل،</w:t>
      </w:r>
    </w:p>
    <w:p>
      <w:r>
        <w:rPr>
          <w:b/>
        </w:rPr>
        <w:t xml:space="preserve">[05:12] </w:t>
      </w:r>
      <w:r>
        <w:t>you will die as you go asleep, and then you will, you will be rise again when you rise after your sleep.</w:t>
      </w:r>
    </w:p>
    <w:p>
      <w:pPr>
        <w:jc w:val="right"/>
      </w:pPr>
      <w:r>
        <w:t>یو ول ڈائی ایز یو گو اسلیپ، اینڈ دین یو ول، یو ول بی رائز اگین وین یو رائز افٹر یور سلیپ۔</w:t>
      </w:r>
    </w:p>
    <w:p>
      <w:r>
        <w:rPr>
          <w:b/>
        </w:rPr>
        <w:t xml:space="preserve">[05:31] </w:t>
      </w:r>
      <w:r>
        <w:t>and then there is either hell or paradise. so you will be rewarded according your present account.</w:t>
      </w:r>
    </w:p>
    <w:p>
      <w:pPr>
        <w:jc w:val="right"/>
      </w:pPr>
      <w:r>
        <w:t>اینڈ دین دیر از ایدر ہیل اور پیراڈائز۔ سو یو ول بی ریوارڈڈ اکارڈنگ یور پریزنٹ اکاؤنٹ۔</w:t>
      </w:r>
    </w:p>
    <w:p>
      <w:r>
        <w:rPr>
          <w:b/>
        </w:rPr>
        <w:t xml:space="preserve">[05:50] </w:t>
      </w:r>
      <w:r>
        <w:t>so this was the first call</w:t>
      </w:r>
    </w:p>
    <w:p>
      <w:pPr>
        <w:jc w:val="right"/>
      </w:pPr>
      <w:r>
        <w:t>سو دس واز دا فرسٹ کال</w:t>
      </w:r>
    </w:p>
    <w:p>
      <w:r>
        <w:rPr>
          <w:b/>
        </w:rPr>
        <w:t xml:space="preserve">[05:54] </w:t>
      </w:r>
      <w:r>
        <w:t>. in this call, he warned people and said, you have to prepare yourself because the day of judgment is coming.</w:t>
      </w:r>
    </w:p>
    <w:p>
      <w:pPr>
        <w:jc w:val="right"/>
      </w:pPr>
      <w:r>
        <w:t>۔ ان دس کال، ہی وارن پیپل اینڈ سیڈ، یو ہیو ٹو پریپیئر یور سیلف بیکاز دا ڈے اف ججمنٹ از کمنگ۔</w:t>
      </w:r>
    </w:p>
    <w:p>
      <w:r>
        <w:rPr>
          <w:b/>
        </w:rPr>
        <w:t xml:space="preserve">[06:11] </w:t>
      </w:r>
      <w:r>
        <w:t>the day of, the day of judgment is coming. you are accountable to God</w:t>
      </w:r>
    </w:p>
    <w:p>
      <w:pPr>
        <w:jc w:val="right"/>
      </w:pPr>
      <w:r>
        <w:t>دا ڈے اف، دا ڈے اف ججمنٹ از کمنگ۔ یو ار اکاؤنٹیبل ٹو گاڈ</w:t>
      </w:r>
    </w:p>
    <w:p>
      <w:r>
        <w:rPr>
          <w:b/>
        </w:rPr>
        <w:t xml:space="preserve">[06:19] </w:t>
      </w:r>
      <w:r>
        <w:t>. so your, so, so save yourself from that punishment, and prepare yourself to find entry into paradise.</w:t>
      </w:r>
    </w:p>
    <w:p>
      <w:pPr>
        <w:jc w:val="right"/>
      </w:pPr>
      <w:r>
        <w:t>۔ سو یور، سو، سو سیو یور سیلف فرام دیٹ پنشمنٹ، اینڈ پریپیئر یور سیلف ٹو فائنڈ انٹری انٹو پیراڈائز۔</w:t>
      </w:r>
    </w:p>
    <w:p>
      <w:r>
        <w:rPr>
          <w:b/>
        </w:rPr>
        <w:t xml:space="preserve">[06:37] </w:t>
      </w:r>
      <w:r>
        <w:t>so this was the first call.</w:t>
      </w:r>
    </w:p>
    <w:p>
      <w:pPr>
        <w:jc w:val="right"/>
      </w:pPr>
      <w:r>
        <w:t>سو دس واز دا فرسٹ کال۔</w:t>
      </w:r>
    </w:p>
    <w:p>
      <w:r>
        <w:rPr>
          <w:b/>
        </w:rPr>
        <w:t xml:space="preserve">[06:42] </w:t>
      </w:r>
      <w:r>
        <w:t>and when, after 13 years, he migrated from Mecca and settled in Medina.</w:t>
      </w:r>
    </w:p>
    <w:p>
      <w:pPr>
        <w:jc w:val="right"/>
      </w:pPr>
      <w:r>
        <w:t>اینڈ وین، افٹر 13 ایئرز، ہی مائیگریٹڈ فرام مکہ اینڈ سیٹلڈ ان مدینہ۔</w:t>
      </w:r>
    </w:p>
    <w:p>
      <w:r>
        <w:rPr>
          <w:b/>
        </w:rPr>
        <w:t xml:space="preserve">[06:54] </w:t>
      </w:r>
      <w:r>
        <w:t>at that time, also, his call was the same</w:t>
      </w:r>
    </w:p>
    <w:p>
      <w:pPr>
        <w:jc w:val="right"/>
      </w:pPr>
      <w:r>
        <w:t>ایٹ دی ٹائم، السو، ہز کال واز دا سیم</w:t>
      </w:r>
    </w:p>
    <w:p>
      <w:r>
        <w:rPr>
          <w:b/>
        </w:rPr>
        <w:t xml:space="preserve">[07:02] </w:t>
      </w:r>
      <w:r>
        <w:t>. when he reached</w:t>
      </w:r>
    </w:p>
    <w:p>
      <w:pPr>
        <w:jc w:val="right"/>
      </w:pPr>
      <w:r>
        <w:t>۔ وین ہی ریچڈ</w:t>
      </w:r>
    </w:p>
    <w:p>
      <w:r>
        <w:rPr>
          <w:b/>
        </w:rPr>
        <w:t xml:space="preserve">[07:09] </w:t>
      </w:r>
      <w:r>
        <w:t>Medina, after 13 years, he migrated from Mecca and settled in Medina.</w:t>
      </w:r>
    </w:p>
    <w:p>
      <w:pPr>
        <w:jc w:val="right"/>
      </w:pPr>
      <w:r>
        <w:t>مدینہ، افٹر 13 ایئرز، ہی مائیگریٹڈ فرام مکہ اینڈ سیٹلڈ ان مدینہ۔</w:t>
      </w:r>
    </w:p>
    <w:p>
      <w:r>
        <w:rPr>
          <w:b/>
        </w:rPr>
        <w:t xml:space="preserve">[07:19] </w:t>
      </w:r>
      <w:r>
        <w:t>so when he reached Medina, he addressed people over there. again, he said, again, he used the same language.</w:t>
      </w:r>
    </w:p>
    <w:p>
      <w:pPr>
        <w:jc w:val="right"/>
      </w:pPr>
      <w:r>
        <w:t>سو وین ہی ریچڈ مدینہ، ہی ایڈریسڈ پیپل اوور دیر۔ اگین، ہی سیڈ، اگین، ہی یوز دا سیم لینگویج۔</w:t>
      </w:r>
    </w:p>
    <w:p>
      <w:r>
        <w:rPr>
          <w:b/>
        </w:rPr>
        <w:t xml:space="preserve">[07:35] </w:t>
      </w:r>
      <w:r>
        <w:t>Ayyuha an-nas,</w:t>
      </w:r>
    </w:p>
    <w:p>
      <w:pPr>
        <w:jc w:val="right"/>
      </w:pPr>
      <w:r>
        <w:t>ایہا الناس،</w:t>
      </w:r>
    </w:p>
    <w:p>
      <w:r>
        <w:rPr>
          <w:b/>
        </w:rPr>
        <w:t xml:space="preserve">[07:39] </w:t>
      </w:r>
      <w:r>
        <w:t>atqoo al-naar walaw bishaqq tabrata. O people, save yourself from fire, from the fire of hell.</w:t>
      </w:r>
    </w:p>
    <w:p>
      <w:pPr>
        <w:jc w:val="right"/>
      </w:pPr>
      <w:r>
        <w:t>اتقوا النار ولو بشق طبرة۔ او پیپل، سیو یور سیلف فرام فائر، فرام دا فائر اف ہیل۔</w:t>
      </w:r>
    </w:p>
    <w:p>
      <w:r>
        <w:rPr>
          <w:b/>
        </w:rPr>
        <w:t xml:space="preserve">[07:55] </w:t>
      </w:r>
      <w:r>
        <w:t>even</w:t>
      </w:r>
    </w:p>
    <w:p>
      <w:pPr>
        <w:jc w:val="right"/>
      </w:pPr>
      <w:r>
        <w:t>ایون</w:t>
      </w:r>
    </w:p>
    <w:p>
      <w:r>
        <w:rPr>
          <w:b/>
        </w:rPr>
        <w:t xml:space="preserve">[08:02] </w:t>
      </w:r>
      <w:r>
        <w:t>wida price,</w:t>
      </w:r>
    </w:p>
    <w:p>
      <w:pPr>
        <w:jc w:val="right"/>
      </w:pPr>
      <w:r>
        <w:t>ودا پرائس،</w:t>
      </w:r>
    </w:p>
    <w:p>
      <w:r>
        <w:rPr>
          <w:b/>
        </w:rPr>
        <w:t xml:space="preserve">[08:06] </w:t>
      </w:r>
      <w:r>
        <w:t>even at the price of a, of a date, of a piece of date.</w:t>
      </w:r>
    </w:p>
    <w:p>
      <w:pPr>
        <w:jc w:val="right"/>
      </w:pPr>
      <w:r>
        <w:t>ایون ایٹ دا پرائس اف ا، اف ا ڈیٹ، اف ا پیس اف ڈیٹ۔</w:t>
      </w:r>
    </w:p>
    <w:p>
      <w:r>
        <w:rPr>
          <w:b/>
        </w:rPr>
        <w:t xml:space="preserve">[08:17] </w:t>
      </w:r>
      <w:r>
        <w:t>so the same call that was given by him at</w:t>
      </w:r>
    </w:p>
    <w:p>
      <w:pPr>
        <w:jc w:val="right"/>
      </w:pPr>
      <w:r>
        <w:t>سو دا سیم کال دیٹ واز گیون بائی ہم ایٹ</w:t>
      </w:r>
    </w:p>
    <w:p>
      <w:r>
        <w:rPr>
          <w:b/>
        </w:rPr>
        <w:t xml:space="preserve">[08:22] </w:t>
      </w:r>
      <w:r>
        <w:t>makkah, da same call he gave in madinah also.</w:t>
      </w:r>
    </w:p>
    <w:p>
      <w:pPr>
        <w:jc w:val="right"/>
      </w:pPr>
      <w:r>
        <w:t>مکہ، دا سیم کال ہی گیو ان مدینہ السو۔</w:t>
      </w:r>
    </w:p>
    <w:p>
      <w:r>
        <w:rPr>
          <w:b/>
        </w:rPr>
        <w:t xml:space="preserve">[08:32] </w:t>
      </w:r>
      <w:r>
        <w:t>den, after his death, no, den before his death,</w:t>
      </w:r>
    </w:p>
    <w:p>
      <w:pPr>
        <w:jc w:val="right"/>
      </w:pPr>
      <w:r>
        <w:t>دین، افٹر ہز ڈیتھ، نو، دین بیفور ہز ڈیتھ،</w:t>
      </w:r>
    </w:p>
    <w:p>
      <w:r>
        <w:rPr>
          <w:b/>
        </w:rPr>
        <w:t xml:space="preserve">[08:45] </w:t>
      </w:r>
      <w:r>
        <w:t>just 20 months before his death, he addressed people during his hajj at the, at Arafat in Makkah.</w:t>
      </w:r>
    </w:p>
    <w:p>
      <w:pPr>
        <w:jc w:val="right"/>
      </w:pPr>
      <w:r>
        <w:t>جسٹ 20 منتھ بیفور ہز ڈیتھ، ہی ایڈریس پیپل ڈیورنگ ہز حج ایٹ دا، ایٹ عرفات ان مکہ۔</w:t>
      </w:r>
    </w:p>
    <w:p>
      <w:r>
        <w:rPr>
          <w:b/>
        </w:rPr>
        <w:t xml:space="preserve">[09:00] </w:t>
      </w:r>
      <w:r>
        <w:t>This time, there were one lakh 40 thousand Muslims present over there.</w:t>
      </w:r>
    </w:p>
    <w:p>
      <w:pPr>
        <w:jc w:val="right"/>
      </w:pPr>
      <w:r>
        <w:t>دس ٹائم، دیر ویر ون لاکھ 40 تھا مسلمز پریزنٹ اوور دیر۔</w:t>
      </w:r>
    </w:p>
    <w:p>
      <w:r>
        <w:rPr>
          <w:b/>
        </w:rPr>
        <w:t xml:space="preserve">[09:11] </w:t>
      </w:r>
      <w:r>
        <w:t>so this was his last sermon. in this last sermon, he again said, aiyya al-nas,</w:t>
      </w:r>
    </w:p>
    <w:p>
      <w:pPr>
        <w:jc w:val="right"/>
      </w:pPr>
      <w:r>
        <w:t>سو دس واز ہز لاسٹ سرمن۔ ان دس لاسٹ سرمن، ہی اگین سیڈ، ایہا الناس،</w:t>
      </w:r>
    </w:p>
    <w:p>
      <w:r>
        <w:rPr>
          <w:b/>
        </w:rPr>
        <w:t xml:space="preserve">[09:27] </w:t>
      </w:r>
      <w:r>
        <w:t>innallaha ba'asani kaafatan li-al-nas. o ppl,</w:t>
      </w:r>
    </w:p>
    <w:p>
      <w:pPr>
        <w:jc w:val="right"/>
      </w:pPr>
      <w:r>
        <w:t>ان اللہ باسنی کافتناسنی۔ او پیپل،</w:t>
      </w:r>
    </w:p>
    <w:p>
      <w:r>
        <w:rPr>
          <w:b/>
        </w:rPr>
        <w:t xml:space="preserve">[09:38] </w:t>
      </w:r>
      <w:r>
        <w:t>god have sent me</w:t>
      </w:r>
    </w:p>
    <w:p>
      <w:pPr>
        <w:jc w:val="right"/>
      </w:pPr>
      <w:r>
        <w:t>گاڈ ہیو سینٹ می</w:t>
      </w:r>
    </w:p>
    <w:p>
      <w:r>
        <w:rPr>
          <w:b/>
        </w:rPr>
        <w:t xml:space="preserve">[09:42] </w:t>
      </w:r>
      <w:r>
        <w:t>for da whole mankind.</w:t>
      </w:r>
    </w:p>
    <w:p>
      <w:pPr>
        <w:jc w:val="right"/>
      </w:pPr>
      <w:r>
        <w:t>فار دا ہول مین کائنڈ۔</w:t>
      </w:r>
    </w:p>
    <w:p>
      <w:r>
        <w:rPr>
          <w:b/>
        </w:rPr>
        <w:t xml:space="preserve">[09:48] </w:t>
      </w:r>
      <w:r>
        <w:t>so you have to convey my message to all mankind. here you can see that</w:t>
      </w:r>
    </w:p>
    <w:p>
      <w:pPr>
        <w:jc w:val="right"/>
      </w:pPr>
      <w:r>
        <w:t>سو یو ہیو ٹو کنوے مائی میسج ٹو ال مین کائنڈ۔ ہیر یو کین سی دیٹ</w:t>
      </w:r>
    </w:p>
    <w:p>
      <w:r>
        <w:rPr>
          <w:b/>
        </w:rPr>
        <w:t xml:space="preserve">[10:02] </w:t>
      </w:r>
      <w:r>
        <w:t>his, his call at the beginning and also his call at the end were one and the same.</w:t>
      </w:r>
    </w:p>
    <w:p>
      <w:pPr>
        <w:jc w:val="right"/>
      </w:pPr>
      <w:r>
        <w:t>ہز، ہز کال ایٹ دا بگننگ اینڈ السو ہز کال ایٹ دا اینڈ ویر ون اینڈ دا سیم۔</w:t>
      </w:r>
    </w:p>
    <w:p>
      <w:r>
        <w:rPr>
          <w:b/>
        </w:rPr>
        <w:t xml:space="preserve">[10:13] </w:t>
      </w:r>
      <w:r>
        <w:t>his only mission was a da'wah mission.</w:t>
      </w:r>
    </w:p>
    <w:p>
      <w:pPr>
        <w:jc w:val="right"/>
      </w:pPr>
      <w:r>
        <w:t>ہز اونلی مشن واز ا دعویٰ مشن۔</w:t>
      </w:r>
    </w:p>
    <w:p>
      <w:r>
        <w:rPr>
          <w:b/>
        </w:rPr>
        <w:t xml:space="preserve">[10:17] </w:t>
      </w:r>
      <w:r>
        <w:t>da'wah mission is calling ppl to god, warning ppl about hell, giving ppl good tidings about paradise.</w:t>
      </w:r>
    </w:p>
    <w:p>
      <w:pPr>
        <w:jc w:val="right"/>
      </w:pPr>
      <w:r>
        <w:t>دعویٰ مشن از کالنگ پیپل ٹو گاڈ، وارننگ پیپل اباؤٹ ہیل، گیونگ پیپل گڈ ٹرائیڈنگ اباؤٹ پیراڈائز۔</w:t>
      </w:r>
    </w:p>
    <w:p>
      <w:r>
        <w:rPr>
          <w:b/>
        </w:rPr>
        <w:t xml:space="preserve">[10:34] </w:t>
      </w:r>
      <w:r>
        <w:t>dis was his mission.</w:t>
      </w:r>
    </w:p>
    <w:p>
      <w:pPr>
        <w:jc w:val="right"/>
      </w:pPr>
      <w:r>
        <w:t>دس واز ہز مشن۔</w:t>
      </w:r>
    </w:p>
    <w:p>
      <w:r>
        <w:rPr>
          <w:b/>
        </w:rPr>
        <w:t xml:space="preserve">[10:40] </w:t>
      </w:r>
      <w:r>
        <w:t>so he lived in dis mission.</w:t>
      </w:r>
    </w:p>
    <w:p>
      <w:pPr>
        <w:jc w:val="right"/>
      </w:pPr>
      <w:r>
        <w:t>سو ہی لیوڈ ان دس مشن۔</w:t>
      </w:r>
    </w:p>
    <w:p>
      <w:r>
        <w:rPr>
          <w:b/>
        </w:rPr>
        <w:t xml:space="preserve">[10:47] </w:t>
      </w:r>
      <w:r>
        <w:t>from da beginning up to da end, he was completely a da'ee. his mission was a da'wah mission based on tawheed, based on akhirah.</w:t>
      </w:r>
    </w:p>
    <w:p>
      <w:pPr>
        <w:jc w:val="right"/>
      </w:pPr>
      <w:r>
        <w:t>فرام دا بگننگ اپ ٹو دا اینڈ، ہی واز کمپلیٹلی ا دائی۔ ہز مشن واز ا دعویٰ مشن بیسڈ ان توحید، بیسڈ ان اخرت۔</w:t>
      </w:r>
    </w:p>
    <w:p>
      <w:r>
        <w:rPr>
          <w:b/>
        </w:rPr>
        <w:t xml:space="preserve">[11:02] </w:t>
      </w:r>
      <w:r>
        <w:t>dis was his sole mission.</w:t>
      </w:r>
    </w:p>
    <w:p>
      <w:pPr>
        <w:jc w:val="right"/>
      </w:pPr>
      <w:r>
        <w:t>دس واز ہز سول مشن۔</w:t>
      </w:r>
    </w:p>
    <w:p>
      <w:r>
        <w:rPr>
          <w:b/>
        </w:rPr>
        <w:t xml:space="preserve">[11:06] </w:t>
      </w:r>
      <w:r>
        <w:t>any thing else was relative to his mission and not real part of his mission.</w:t>
      </w:r>
    </w:p>
    <w:p>
      <w:pPr>
        <w:jc w:val="right"/>
      </w:pPr>
      <w:r>
        <w:t>اینی تھنگ ایلس واز ریلیٹو ٹو ہز مشن اینڈ ناٹ ریل پارٹ اف ہز مشن۔</w:t>
      </w:r>
    </w:p>
    <w:p>
      <w:r>
        <w:rPr>
          <w:b/>
        </w:rPr>
        <w:t xml:space="preserve">[11:18] </w:t>
      </w:r>
      <w:r>
        <w:t>So first of all, you have to understand that prophet was a da'ee.</w:t>
      </w:r>
    </w:p>
    <w:p>
      <w:pPr>
        <w:jc w:val="right"/>
      </w:pPr>
      <w:r>
        <w:t>سو فرسٹ اف ال، یو ہیو ٹو انڈرسٹینڈ دیٹ پرافٹ واز ا دائی۔</w:t>
      </w:r>
    </w:p>
    <w:p>
      <w:r>
        <w:rPr>
          <w:b/>
        </w:rPr>
        <w:t xml:space="preserve">[11:27] </w:t>
      </w:r>
      <w:r>
        <w:t>his mission was a da'wah mission, peaceful da'wah mission. This was his mission.</w:t>
      </w:r>
    </w:p>
    <w:p>
      <w:pPr>
        <w:jc w:val="right"/>
      </w:pPr>
      <w:r>
        <w:t>ہز مشن واز ا دعویٰ مشن، پیس فل دعویٰ مشن۔ دس واز ہز مشن۔</w:t>
      </w:r>
    </w:p>
    <w:p>
      <w:r>
        <w:rPr>
          <w:b/>
        </w:rPr>
        <w:t xml:space="preserve">[11:36] </w:t>
      </w:r>
      <w:r>
        <w:t>den historians generally divide his life into two periods: makkah period and madinah period.</w:t>
      </w:r>
    </w:p>
    <w:p>
      <w:pPr>
        <w:jc w:val="right"/>
      </w:pPr>
      <w:r>
        <w:t>دین ہسٹورینز جنرلی ڈیوائیڈ ہز لائف انٹو ٹو پیریڈز: مکہ پیریڈ اینڈ مدینہ پیریڈ۔</w:t>
      </w:r>
    </w:p>
    <w:p>
      <w:r>
        <w:rPr>
          <w:b/>
        </w:rPr>
        <w:t xml:space="preserve">[11:51] </w:t>
      </w:r>
      <w:r>
        <w:t>bat this division is only in a relative sense, because no division in his mission.</w:t>
      </w:r>
    </w:p>
    <w:p>
      <w:pPr>
        <w:jc w:val="right"/>
      </w:pPr>
      <w:r>
        <w:t>بٹ دس ڈویژن از اونلی ان ا ریلیٹیو سینس، بیکاز نو ڈویژن ان ہز مشن۔</w:t>
      </w:r>
    </w:p>
    <w:p>
      <w:r>
        <w:rPr>
          <w:b/>
        </w:rPr>
        <w:t xml:space="preserve">[12:09] </w:t>
      </w:r>
      <w:r>
        <w:t>same, he gave the same ideology, same teachings, same call at both the places.</w:t>
      </w:r>
    </w:p>
    <w:p>
      <w:pPr>
        <w:jc w:val="right"/>
      </w:pPr>
      <w:r>
        <w:t>سیم، ہی گیو دا سیم ائیڈیالوجی، سیم ٹیچنگز، سیم کال ایٹ بوتھ دا پلیسز۔</w:t>
      </w:r>
    </w:p>
    <w:p>
      <w:r>
        <w:rPr>
          <w:b/>
        </w:rPr>
        <w:t xml:space="preserve">[12:25] </w:t>
      </w:r>
      <w:r>
        <w:t>for example, let us take the question of</w:t>
      </w:r>
    </w:p>
    <w:p>
      <w:pPr>
        <w:jc w:val="right"/>
      </w:pPr>
      <w:r>
        <w:t>فار ایگزامپل، لیٹ اس ٹیک دا کوئسچن اف</w:t>
      </w:r>
    </w:p>
    <w:p>
      <w:r>
        <w:rPr>
          <w:b/>
        </w:rPr>
        <w:t xml:space="preserve">[12:34] </w:t>
      </w:r>
      <w:r>
        <w:t>how to live in a multi religious society.</w:t>
      </w:r>
    </w:p>
    <w:p>
      <w:pPr>
        <w:jc w:val="right"/>
      </w:pPr>
      <w:r>
        <w:t>ہاؤ ٹو لیو ان ا ملٹی ریلیجس سوسائٹی۔</w:t>
      </w:r>
    </w:p>
    <w:p>
      <w:r>
        <w:rPr>
          <w:b/>
        </w:rPr>
        <w:t xml:space="preserve">[12:42] </w:t>
      </w:r>
      <w:r>
        <w:t>what is the, what is his message to muslims about this question?</w:t>
      </w:r>
    </w:p>
    <w:p>
      <w:pPr>
        <w:jc w:val="right"/>
      </w:pPr>
      <w:r>
        <w:t>واٹ از دا، واٹ از ہز میسج ٹو مسلم اباؤٹ دس کوئسچن؟</w:t>
      </w:r>
    </w:p>
    <w:p>
      <w:r>
        <w:rPr>
          <w:b/>
        </w:rPr>
        <w:t xml:space="preserve">[12:52] </w:t>
      </w:r>
      <w:r>
        <w:t>how to live in a multi religious society? so when prophet was in mecca, when prophet was in mecca, he received revelation from god.</w:t>
      </w:r>
    </w:p>
    <w:p>
      <w:pPr>
        <w:jc w:val="right"/>
      </w:pPr>
      <w:r>
        <w:t>ہاؤ ٹو لیو ان ا ملٹی ریلیجس سوسائٹی؟ سو وین پرافٹ واز ان مکہ، وین پرافٹ واز ان مکہ، ہی ریسیوڈ ریولیشن فرام گاڈ۔</w:t>
      </w:r>
    </w:p>
    <w:p>
      <w:r>
        <w:rPr>
          <w:b/>
        </w:rPr>
        <w:t xml:space="preserve">[13:11] </w:t>
      </w:r>
      <w:r>
        <w:t>this revelation was: "lakum deenukum wali deen". you know, at that time, when the prophet was in Mecca, at that time, Mecca was a multi religious society,</w:t>
      </w:r>
    </w:p>
    <w:p>
      <w:pPr>
        <w:jc w:val="right"/>
      </w:pPr>
      <w:r>
        <w:t>دس ریولیشن واز: "لکم دینکم ولی دین"۔ یو نو، ایٹ دیٹ ٹائم، وین دا پرافٹ واز ان مکہ، ایٹ دیٹ ٹائم، مکہ واز ا ملٹی ریلیجس سوسائٹی،</w:t>
      </w:r>
    </w:p>
    <w:p>
      <w:r>
        <w:rPr>
          <w:b/>
        </w:rPr>
        <w:t xml:space="preserve">[13:28] </w:t>
      </w:r>
      <w:r>
        <w:t>because the majority was mushrik. jab majority of Mecca</w:t>
      </w:r>
    </w:p>
    <w:p>
      <w:pPr>
        <w:jc w:val="right"/>
      </w:pPr>
      <w:r>
        <w:t>بیکاز دا میجورٹی واز مشرک۔ جب میجورٹی اف مکہ</w:t>
      </w:r>
    </w:p>
    <w:p>
      <w:r>
        <w:rPr>
          <w:b/>
        </w:rPr>
        <w:t xml:space="preserve">[13:39] </w:t>
      </w:r>
      <w:r>
        <w:t>was mush</w:t>
      </w:r>
    </w:p>
    <w:p>
      <w:pPr>
        <w:jc w:val="right"/>
      </w:pPr>
      <w:r>
        <w:t>واز مشر</w:t>
      </w:r>
    </w:p>
    <w:p>
      <w:r>
        <w:rPr>
          <w:b/>
        </w:rPr>
        <w:t xml:space="preserve">[13:40] </w:t>
      </w:r>
      <w:r>
        <w:t>rick, then there were some Christians.</w:t>
      </w:r>
    </w:p>
    <w:p>
      <w:pPr>
        <w:jc w:val="right"/>
      </w:pPr>
      <w:r>
        <w:t>ک، دین دیر ویر سم کرسچنز۔</w:t>
      </w:r>
    </w:p>
    <w:p>
      <w:r>
        <w:rPr>
          <w:b/>
        </w:rPr>
        <w:t xml:space="preserve">[13:47] </w:t>
      </w:r>
      <w:r>
        <w:t>so christians were a tiny minority in mecca at that time. then there were some muslims, but muslims were also in minority.</w:t>
      </w:r>
    </w:p>
    <w:p>
      <w:pPr>
        <w:jc w:val="right"/>
      </w:pPr>
      <w:r>
        <w:t>تو کرسچنز ویر ا ٹائنی مائنورٹی ان مکہ ایٹ دیٹ ٹائم۔ دین دیر ویر سم مسلمز، بٹ مسلمز ویر السو ان مائنورٹی۔</w:t>
      </w:r>
    </w:p>
    <w:p>
      <w:r>
        <w:rPr>
          <w:b/>
        </w:rPr>
        <w:t xml:space="preserve">[13:59] </w:t>
      </w:r>
      <w:r>
        <w:t>muslims were in minority, christians were in a living as a tiny minority, and mushriks were in majority, overwhelming majority.</w:t>
      </w:r>
    </w:p>
    <w:p>
      <w:pPr>
        <w:jc w:val="right"/>
      </w:pPr>
      <w:r>
        <w:t>مسلمز ویر ان مائنورٹی، کرسچنز ویر ان ا لیونگ ایز ا ٹائنی مائنورٹی، اینڈ مشرکس ویر ان میجورٹی، اوور ویلمنگ میجورٹی۔</w:t>
      </w:r>
    </w:p>
    <w:p>
      <w:r>
        <w:rPr>
          <w:b/>
        </w:rPr>
        <w:t xml:space="preserve">[14:14] </w:t>
      </w:r>
      <w:r>
        <w:t>so mecca at the time was a multi religious society.</w:t>
      </w:r>
    </w:p>
    <w:p>
      <w:pPr>
        <w:jc w:val="right"/>
      </w:pPr>
      <w:r>
        <w:t>سو مکہ ایٹ دا ٹائم واز ا ملٹی ریلیجس سوسائٹی۔</w:t>
      </w:r>
    </w:p>
    <w:p>
      <w:r>
        <w:rPr>
          <w:b/>
        </w:rPr>
        <w:t xml:space="preserve">[14:20] </w:t>
      </w:r>
      <w:r>
        <w:t>at the time, prophet of islam received this revelation:</w:t>
      </w:r>
    </w:p>
    <w:p>
      <w:pPr>
        <w:jc w:val="right"/>
      </w:pPr>
      <w:r>
        <w:t>ایٹ دا ٹائم، پرافٹ اف اسلام ریسیوڈ دس ریولیشن:</w:t>
      </w:r>
    </w:p>
    <w:p>
      <w:r>
        <w:rPr>
          <w:b/>
        </w:rPr>
        <w:t xml:space="preserve">[14:29] </w:t>
      </w:r>
      <w:r>
        <w:t>"lakum deenukum wali deen".</w:t>
      </w:r>
    </w:p>
    <w:p>
      <w:pPr>
        <w:jc w:val="right"/>
      </w:pPr>
      <w:r>
        <w:t>"لکم دینکم ولی دین"۔</w:t>
      </w:r>
    </w:p>
    <w:p>
      <w:r>
        <w:rPr>
          <w:b/>
        </w:rPr>
        <w:t xml:space="preserve">[14:36] </w:t>
      </w:r>
      <w:r>
        <w:t>these words you can find in the quran: "lakum deenukum wali deen". for you, your religion; for me, mine.</w:t>
      </w:r>
    </w:p>
    <w:p>
      <w:pPr>
        <w:jc w:val="right"/>
      </w:pPr>
      <w:r>
        <w:t>دس ورڈز یو کین فائنڈ ان دا قرآن: "لکم دینکم ولی دین"۔ فار یو، یور ریلیجن؛ فار می، مائن۔</w:t>
      </w:r>
    </w:p>
    <w:p>
      <w:r>
        <w:rPr>
          <w:b/>
        </w:rPr>
        <w:t xml:space="preserve">[14:50] </w:t>
      </w:r>
      <w:r>
        <w:t>for you, your religion; for me, mine. it means that the formula of islam in such a such situation is based on tolerance, religious tolerance.</w:t>
      </w:r>
    </w:p>
    <w:p>
      <w:pPr>
        <w:jc w:val="right"/>
      </w:pPr>
      <w:r>
        <w:t>فار یو، یور ریلیجن؛ فار می، مائن۔ اٹ مینز دیٹ دا فارمولا اف اسلام ان سچ ا سچویشن از بیسڈ ان ٹالرنس، ریلیجس ٹالرنس۔</w:t>
      </w:r>
    </w:p>
    <w:p>
      <w:r>
        <w:rPr>
          <w:b/>
        </w:rPr>
        <w:t xml:space="preserve">[15:08] </w:t>
      </w:r>
      <w:r>
        <w:t>the formula of islam in such a situation is based on religious tolerance.</w:t>
      </w:r>
    </w:p>
    <w:p>
      <w:pPr>
        <w:jc w:val="right"/>
      </w:pPr>
      <w:r>
        <w:t>دا فارمولا اف اسلام ان سچ ا سچویشن از بیسڈ ان ریلیجس ٹالرنس۔</w:t>
      </w:r>
    </w:p>
    <w:p>
      <w:r>
        <w:rPr>
          <w:b/>
        </w:rPr>
        <w:t xml:space="preserve">[15:17] </w:t>
      </w:r>
      <w:r>
        <w:t>in other words, you can see that this formula was based on two points. it was two point formula: follow one and respect all.</w:t>
      </w:r>
    </w:p>
    <w:p>
      <w:pPr>
        <w:jc w:val="right"/>
      </w:pPr>
      <w:r>
        <w:t>ان ادر ورڈز، یو کین سی دیٹ دس فارمولا واز بیسڈ ان ٹو پوائنٹس۔ اٹ واز ٹو پوائنٹ فارمولا: فالو ون اینڈ ریسپیکٹ ال۔</w:t>
      </w:r>
    </w:p>
    <w:p>
      <w:r>
        <w:rPr>
          <w:b/>
        </w:rPr>
        <w:t xml:space="preserve">[15:34] </w:t>
      </w:r>
      <w:r>
        <w:t>when you find in a multi religious society, so you have to follow your own religion, but at the same time, you have to give respect for other religion.</w:t>
      </w:r>
    </w:p>
    <w:p>
      <w:pPr>
        <w:jc w:val="right"/>
      </w:pPr>
      <w:r>
        <w:t>وین یو فائنڈ ان ا ملٹی ریلیجس سوسائٹی، سو یو ہیو ٹو فالو یور اون ریلیجن، بٹ ایٹ دا سیم ٹائم، یو ہیو ٹو گیو ریسپیکٹ فار ادر ریلیجن۔</w:t>
      </w:r>
    </w:p>
    <w:p>
      <w:r>
        <w:rPr>
          <w:b/>
        </w:rPr>
        <w:t xml:space="preserve">[15:51] </w:t>
      </w:r>
      <w:r>
        <w:t>so "lakum deenukum wali deen" means in other words: follow one and respect all.</w:t>
      </w:r>
    </w:p>
    <w:p>
      <w:pPr>
        <w:jc w:val="right"/>
      </w:pPr>
      <w:r>
        <w:t>سو "لکم دینکم ولی دین" مینز ان ادر ورڈز: فالو ون اینڈ ریسپیکٹ ال۔</w:t>
      </w:r>
    </w:p>
    <w:p>
      <w:r>
        <w:rPr>
          <w:b/>
        </w:rPr>
        <w:t xml:space="preserve">[16:07] </w:t>
      </w:r>
      <w:r>
        <w:t>follow your religion and respect the other religion. this was the formula for such a situation given in mecca.</w:t>
      </w:r>
    </w:p>
    <w:p>
      <w:pPr>
        <w:jc w:val="right"/>
      </w:pPr>
      <w:r>
        <w:t>فالو یور ریلیجن اینڈ ریسپیکٹ دی ادر ریلیجن۔ دس واز دا فارمولا فار سچ ا سچویشن گیون ان مکہ۔</w:t>
      </w:r>
    </w:p>
    <w:p>
      <w:r>
        <w:rPr>
          <w:b/>
        </w:rPr>
        <w:t xml:space="preserve">[16:21] </w:t>
      </w:r>
      <w:r>
        <w:t>then there is the medina period. in medina also, he adopted the same formula.</w:t>
      </w:r>
    </w:p>
    <w:p>
      <w:pPr>
        <w:jc w:val="right"/>
      </w:pPr>
      <w:r>
        <w:t>دین دیر از دا مدینہ پیریڈ۔ ان مدینہ السو، ہی اڈاپٹڈ دا سیم فارمولا۔</w:t>
      </w:r>
    </w:p>
    <w:p>
      <w:r>
        <w:rPr>
          <w:b/>
        </w:rPr>
        <w:t xml:space="preserve">[16:31] </w:t>
      </w:r>
      <w:r>
        <w:t>in medina, prophet adopted the same formula again.</w:t>
      </w:r>
    </w:p>
    <w:p>
      <w:pPr>
        <w:jc w:val="right"/>
      </w:pPr>
      <w:r>
        <w:t>ان مدینہ، پرافٹ اڈاپٹڈ دا سیم فارمولا اگین۔</w:t>
      </w:r>
    </w:p>
    <w:p>
      <w:r>
        <w:rPr>
          <w:b/>
        </w:rPr>
        <w:t xml:space="preserve">[16:41] </w:t>
      </w:r>
      <w:r>
        <w:t>you know, mecca was a very different town. no, medina was a very different town.</w:t>
      </w:r>
    </w:p>
    <w:p>
      <w:pPr>
        <w:jc w:val="right"/>
      </w:pPr>
      <w:r>
        <w:t>یو نو، مکہ واز ا ویری ڈفرنٹ ٹاؤن۔ نو، مدینہ واز ا ویری ڈفرنٹ ٹاؤن۔</w:t>
      </w:r>
    </w:p>
    <w:p>
      <w:r>
        <w:rPr>
          <w:b/>
        </w:rPr>
        <w:t xml:space="preserve">[16:53] </w:t>
      </w:r>
      <w:r>
        <w:t>in madina, people accepted islam.</w:t>
      </w:r>
    </w:p>
    <w:p>
      <w:pPr>
        <w:jc w:val="right"/>
      </w:pPr>
      <w:r>
        <w:t>ان مدینہ، پیپل ایکسیپٹڈ اسلام۔</w:t>
      </w:r>
    </w:p>
    <w:p>
      <w:r>
        <w:rPr>
          <w:b/>
        </w:rPr>
        <w:t xml:space="preserve">[17:00] </w:t>
      </w:r>
      <w:r>
        <w:t>in history, you read that: "lam tabqa darun min dur al-ansar illa fi al-islam". it means that in every, in every house</w:t>
      </w:r>
    </w:p>
    <w:p>
      <w:pPr>
        <w:jc w:val="right"/>
      </w:pPr>
      <w:r>
        <w:t>ان ہسٹری، یو ریڈ دیٹ: "لم تبق دارم من دور الانصار الا فی الاسلام"۔ اٹ مینز دیٹ ان ایوری، ان ایوری ہاؤس</w:t>
      </w:r>
    </w:p>
    <w:p>
      <w:r>
        <w:rPr>
          <w:b/>
        </w:rPr>
        <w:t xml:space="preserve">[17:16] </w:t>
      </w:r>
      <w:r>
        <w:t>of madina, people accepted islam.</w:t>
      </w:r>
    </w:p>
    <w:p>
      <w:pPr>
        <w:jc w:val="right"/>
      </w:pPr>
      <w:r>
        <w:t>اف مدینہ، پیپل ایکسیپٹڈ اسلام۔</w:t>
      </w:r>
    </w:p>
    <w:p>
      <w:r>
        <w:rPr>
          <w:b/>
        </w:rPr>
        <w:t xml:space="preserve">[17:22] </w:t>
      </w:r>
      <w:r>
        <w:t>so every house was Islamized in madina. lam tabqa darun min dur al-ansar illa fi al-islam.</w:t>
      </w:r>
    </w:p>
    <w:p>
      <w:pPr>
        <w:jc w:val="right"/>
      </w:pPr>
      <w:r>
        <w:t>سو ایوری ہاؤس واز اسلامائزڈ ان مدینہ۔ لم تبق دارم من دور الانصار الا فی الاسلام۔</w:t>
      </w:r>
    </w:p>
    <w:p>
      <w:r>
        <w:rPr>
          <w:b/>
        </w:rPr>
        <w:t xml:space="preserve">[17:32] </w:t>
      </w:r>
      <w:r>
        <w:t>so in madina, muslims were in majority, overwhelming majority. so here situation, here the situation was different from that of mecca,</w:t>
      </w:r>
    </w:p>
    <w:p>
      <w:pPr>
        <w:jc w:val="right"/>
      </w:pPr>
      <w:r>
        <w:t>سو ان مدینہ، مسلمز ویر ان میجورٹی، اوور ویلمنگ میجورٹی۔ تو ہیر سچویشن، ہیر دا سچویشن واز ڈفرنٹ فرام دیٹ اف مکہ،</w:t>
      </w:r>
    </w:p>
    <w:p>
      <w:r>
        <w:rPr>
          <w:b/>
        </w:rPr>
        <w:t xml:space="preserve">[17:45] </w:t>
      </w:r>
      <w:r>
        <w:t>but the formula was same.</w:t>
      </w:r>
    </w:p>
    <w:p>
      <w:pPr>
        <w:jc w:val="right"/>
      </w:pPr>
      <w:r>
        <w:t>بٹ دا فارمولا واز سیم۔</w:t>
      </w:r>
    </w:p>
    <w:p>
      <w:r>
        <w:rPr>
          <w:b/>
        </w:rPr>
        <w:t xml:space="preserve">[17:50] </w:t>
      </w:r>
      <w:r>
        <w:t>the prophet of islam declared. the prophet of islam issued a declaration.</w:t>
      </w:r>
    </w:p>
    <w:p>
      <w:pPr>
        <w:jc w:val="right"/>
      </w:pPr>
      <w:r>
        <w:t>دا پرافٹ اف اسلام ڈیکلیئرڈ۔ دا پرافٹ اف اسلام ایشوڈ ا ڈیکلریشن۔</w:t>
      </w:r>
    </w:p>
    <w:p>
      <w:r>
        <w:rPr>
          <w:b/>
        </w:rPr>
        <w:t xml:space="preserve">[18:02] </w:t>
      </w:r>
      <w:r>
        <w:t>the prophet of islam issued a declaration in madina. this declaration is called in history as sahiifat al-madina.</w:t>
      </w:r>
    </w:p>
    <w:p>
      <w:pPr>
        <w:jc w:val="right"/>
      </w:pPr>
      <w:r>
        <w:t>دا پرافٹ اف اسلام ایشوڈ ا ڈیکلریشن ان مدینہ۔ دس ڈیکلریشن از کالڈ ان ہسٹری ایز صحیفۃ المدینہ۔</w:t>
      </w:r>
    </w:p>
    <w:p>
      <w:r>
        <w:rPr>
          <w:b/>
        </w:rPr>
        <w:t xml:space="preserve">[18:19] </w:t>
      </w:r>
      <w:r>
        <w:t>sahiifat al-madina that is madina declaration.</w:t>
      </w:r>
    </w:p>
    <w:p>
      <w:pPr>
        <w:jc w:val="right"/>
      </w:pPr>
      <w:r>
        <w:t>صحیفۃ المدینہ دیٹ از مدینہ ڈیکلریشن۔</w:t>
      </w:r>
    </w:p>
    <w:p>
      <w:r>
        <w:rPr>
          <w:b/>
        </w:rPr>
        <w:t xml:space="preserve">[18:29] </w:t>
      </w:r>
      <w:r>
        <w:t>so in this declaration that is madina declaration, he included this provision: "lil yahud dinuhum al-muslimin din".</w:t>
      </w:r>
    </w:p>
    <w:p>
      <w:pPr>
        <w:jc w:val="right"/>
      </w:pPr>
      <w:r>
        <w:t>سو ان دس ڈیکلریشن دیٹ از مدینہ ڈیکلریشن، ہی انکلوڈڈ دس پروویژن: "لل یہود دینہم المسلمین دین"۔</w:t>
      </w:r>
    </w:p>
    <w:p>
      <w:r>
        <w:rPr>
          <w:b/>
        </w:rPr>
        <w:t xml:space="preserve">[18:47] </w:t>
      </w:r>
      <w:r>
        <w:t>for jewish people, their religion. for muslims, their religion.</w:t>
      </w:r>
    </w:p>
    <w:p>
      <w:pPr>
        <w:jc w:val="right"/>
      </w:pPr>
      <w:r>
        <w:t>فار جیش پیپل، دیر ریلیجن۔ فار مسلمز، دیر ریلیجن۔</w:t>
      </w:r>
    </w:p>
    <w:p>
      <w:r>
        <w:rPr>
          <w:b/>
        </w:rPr>
        <w:t xml:space="preserve">[18:55] </w:t>
      </w:r>
      <w:r>
        <w:t>this was this provision was included in the madina declaration. so here you can see that there is no difference between mecca and madina</w:t>
      </w:r>
    </w:p>
    <w:p>
      <w:pPr>
        <w:jc w:val="right"/>
      </w:pPr>
      <w:r>
        <w:t>دس واز دس پروویژن واز انکلوڈڈ ان دی مدینہ ڈیکلریشن۔ تو ہیر یو کین سی دیٹ دیر از نو ڈفرنس بٹوین مکہ اینڈ مدینہ</w:t>
      </w:r>
    </w:p>
    <w:p>
      <w:r>
        <w:rPr>
          <w:b/>
        </w:rPr>
        <w:t xml:space="preserve">[19:10] </w:t>
      </w:r>
      <w:r>
        <w:t>in this,</w:t>
      </w:r>
    </w:p>
    <w:p>
      <w:pPr>
        <w:jc w:val="right"/>
      </w:pPr>
      <w:r>
        <w:t>ان دس،</w:t>
      </w:r>
    </w:p>
    <w:p>
      <w:r>
        <w:rPr>
          <w:b/>
        </w:rPr>
        <w:t xml:space="preserve">[19:14] </w:t>
      </w:r>
      <w:r>
        <w:t>in this issue.</w:t>
      </w:r>
    </w:p>
    <w:p>
      <w:pPr>
        <w:jc w:val="right"/>
      </w:pPr>
      <w:r>
        <w:t>ان دس ایشو۔</w:t>
      </w:r>
    </w:p>
    <w:p>
      <w:r>
        <w:rPr>
          <w:b/>
        </w:rPr>
        <w:t xml:space="preserve">[19:18] </w:t>
      </w:r>
      <w:r>
        <w:t>so if you are living in a in any society, you are, you know, you are in minority or you are in majority.</w:t>
      </w:r>
    </w:p>
    <w:p>
      <w:pPr>
        <w:jc w:val="right"/>
      </w:pPr>
      <w:r>
        <w:t>سو اف یو ار لیونگ ان اے ان اینی سوسائٹی، یو ار، یو نو، یو ار ان مائنورٹی اور یو ار ان میجورٹی۔</w:t>
      </w:r>
    </w:p>
    <w:p>
      <w:r>
        <w:rPr>
          <w:b/>
        </w:rPr>
        <w:t xml:space="preserve">[19:31] </w:t>
      </w:r>
      <w:r>
        <w:t>in both the situation, you have to follow the same principle: follow one and respect all.</w:t>
      </w:r>
    </w:p>
    <w:p>
      <w:pPr>
        <w:jc w:val="right"/>
      </w:pPr>
      <w:r>
        <w:t>ان بوتھ دا سچویشن، یو ہیو ٹو فالو دا سیم پرنسپل: فالو ون اینڈ ریسپیکٹ ال۔</w:t>
      </w:r>
    </w:p>
    <w:p>
      <w:r>
        <w:rPr>
          <w:b/>
        </w:rPr>
        <w:t xml:space="preserve">[19:41] </w:t>
      </w:r>
      <w:r>
        <w:t>so there is no difference.</w:t>
      </w:r>
    </w:p>
    <w:p>
      <w:pPr>
        <w:jc w:val="right"/>
      </w:pPr>
      <w:r>
        <w:t>سو دیر از نو ڈفرنس۔</w:t>
      </w:r>
    </w:p>
    <w:p>
      <w:r>
        <w:rPr>
          <w:b/>
        </w:rPr>
        <w:t xml:space="preserve">[19:46] </w:t>
      </w:r>
      <w:r>
        <w:t>there is no difference. so the division of mecca period or madina period is irrelevant as far as as far as this ish</w:t>
      </w:r>
    </w:p>
    <w:p>
      <w:pPr>
        <w:jc w:val="right"/>
      </w:pPr>
      <w:r>
        <w:t>دیر از نو ڈفرنس۔ سو دا ڈویژن اف مکہ پیریڈ اور مدینہ پیریڈ از اریلونٹ ایز فار ایز فار ایز دس ایش</w:t>
      </w:r>
    </w:p>
    <w:p>
      <w:r>
        <w:rPr>
          <w:b/>
        </w:rPr>
        <w:t xml:space="preserve">[19:57] </w:t>
      </w:r>
      <w:r>
        <w:t>ue is concerned. then you read some</w:t>
      </w:r>
    </w:p>
    <w:p>
      <w:pPr>
        <w:jc w:val="right"/>
      </w:pPr>
      <w:r>
        <w:t>و از کنسرن۔ دین یو ریڈ سم</w:t>
      </w:r>
    </w:p>
    <w:p>
      <w:r>
        <w:rPr>
          <w:b/>
        </w:rPr>
        <w:t xml:space="preserve">[20:03] </w:t>
      </w:r>
      <w:r>
        <w:t>some events of war or battle, like battle of</w:t>
      </w:r>
    </w:p>
    <w:p>
      <w:pPr>
        <w:jc w:val="right"/>
      </w:pPr>
      <w:r>
        <w:t>سم ایونٹس اف وار اور بیٹل، لائک بیٹل اف</w:t>
      </w:r>
    </w:p>
    <w:p>
      <w:r>
        <w:rPr>
          <w:b/>
        </w:rPr>
        <w:t xml:space="preserve">[20:15] </w:t>
      </w:r>
      <w:r>
        <w:t>during prophet time. there were some battles: battle of uhud, battle of badr, battle of hunayn,</w:t>
      </w:r>
    </w:p>
    <w:p>
      <w:pPr>
        <w:jc w:val="right"/>
      </w:pPr>
      <w:r>
        <w:t>ڈیورنگ پرافٹ ٹائم۔ دیر وار سم بیٹلز: بیٹل اف احد، بیٹل اف بدر، بیٹل اف حنین،</w:t>
      </w:r>
    </w:p>
    <w:p>
      <w:r>
        <w:rPr>
          <w:b/>
        </w:rPr>
        <w:t xml:space="preserve">[20:29] </w:t>
      </w:r>
      <w:r>
        <w:t>etcetera.</w:t>
      </w:r>
    </w:p>
    <w:p>
      <w:pPr>
        <w:jc w:val="right"/>
      </w:pPr>
      <w:r>
        <w:t>ایٹسٹرہ۔</w:t>
      </w:r>
    </w:p>
    <w:p>
      <w:r>
        <w:rPr>
          <w:b/>
        </w:rPr>
        <w:t xml:space="preserve">[20:31] </w:t>
      </w:r>
      <w:r>
        <w:t>so now, what is the</w:t>
      </w:r>
    </w:p>
    <w:p>
      <w:pPr>
        <w:jc w:val="right"/>
      </w:pPr>
      <w:r>
        <w:t>سو ناو، واٹ از دا</w:t>
      </w:r>
    </w:p>
    <w:p>
      <w:r>
        <w:rPr>
          <w:b/>
        </w:rPr>
        <w:t xml:space="preserve">[20:37] </w:t>
      </w:r>
      <w:r>
        <w:t>meaning of these battles? how you will explain these battles? according to my study, these battles were not real part of islam.</w:t>
      </w:r>
    </w:p>
    <w:p>
      <w:pPr>
        <w:jc w:val="right"/>
      </w:pPr>
      <w:r>
        <w:t>میننگ اف دیز بیٹلز؟ ہاؤ یو ویل ایکسپلین دیز بیٹلز؟ اکارڈنگ ٹو مائی سٹڈی، دیز بیٹلز ویر ناٹ ریل پارٹ اف اسلام۔</w:t>
      </w:r>
    </w:p>
    <w:p>
      <w:r>
        <w:rPr>
          <w:b/>
        </w:rPr>
        <w:t xml:space="preserve">[20:52] </w:t>
      </w:r>
      <w:r>
        <w:t>instead, they were relative part of islam.</w:t>
      </w:r>
    </w:p>
    <w:p>
      <w:pPr>
        <w:jc w:val="right"/>
      </w:pPr>
      <w:r>
        <w:t>انسٹیڈ، دے ویر ریلیٹو پارٹ اف اسلام۔</w:t>
      </w:r>
    </w:p>
    <w:p>
      <w:r>
        <w:rPr>
          <w:b/>
        </w:rPr>
        <w:t xml:space="preserve">[20:58] </w:t>
      </w:r>
      <w:r>
        <w:t>These battles was only a temporary phase of Islamic scheme, not a permanent phase.</w:t>
      </w:r>
    </w:p>
    <w:p>
      <w:pPr>
        <w:jc w:val="right"/>
      </w:pPr>
      <w:r>
        <w:t>دیز بیٹلز واز اونلی ا ٹیمپریری فیز اف اسلامک اسکیم، ناٹ ا پرماننٹ فیز۔</w:t>
      </w:r>
    </w:p>
    <w:p>
      <w:r>
        <w:rPr>
          <w:b/>
        </w:rPr>
        <w:t xml:space="preserve">[21:11] </w:t>
      </w:r>
      <w:r>
        <w:t>you know, the Prophet of Islam has said in clear terms:</w:t>
      </w:r>
    </w:p>
    <w:p>
      <w:pPr>
        <w:jc w:val="right"/>
      </w:pPr>
      <w:r>
        <w:t>یو نو، دا پرافٹ اف اسلام ہیز سیڈ ان کلیئر ٹرمز:</w:t>
      </w:r>
    </w:p>
    <w:p>
      <w:r>
        <w:rPr>
          <w:b/>
        </w:rPr>
        <w:t xml:space="preserve">[21:23] </w:t>
      </w:r>
      <w:r>
        <w:t>"la tatmann li qaal adu wa sall Allah al-aafiyah".</w:t>
      </w:r>
    </w:p>
    <w:p>
      <w:pPr>
        <w:jc w:val="right"/>
      </w:pPr>
      <w:r>
        <w:t>"لا تتمن لقال عدو وسل اللہ العافیہ"۔</w:t>
      </w:r>
    </w:p>
    <w:p>
      <w:r>
        <w:rPr>
          <w:b/>
        </w:rPr>
        <w:t xml:space="preserve">[21:35] </w:t>
      </w:r>
      <w:r>
        <w:t>"la tatmann li qaal adu wa sall Allah al-aafiyah".</w:t>
      </w:r>
    </w:p>
    <w:p>
      <w:pPr>
        <w:jc w:val="right"/>
      </w:pPr>
      <w:r>
        <w:t>"لا تتمن لقال عدو وسل اللہ العافیہ"۔</w:t>
      </w:r>
    </w:p>
    <w:p>
      <w:r>
        <w:rPr>
          <w:b/>
        </w:rPr>
        <w:t xml:space="preserve">[21:40] </w:t>
      </w:r>
      <w:r>
        <w:t>dont wish confrontation wid your enemy.</w:t>
      </w:r>
    </w:p>
    <w:p>
      <w:pPr>
        <w:jc w:val="right"/>
      </w:pPr>
      <w:r>
        <w:t>ڈونٹ وش کنفرنٹیشن ود یور اینمی۔</w:t>
      </w:r>
    </w:p>
    <w:p>
      <w:r>
        <w:rPr>
          <w:b/>
        </w:rPr>
        <w:t xml:space="preserve">[21:49] </w:t>
      </w:r>
      <w:r>
        <w:t>ask peace from God. this is a general direction.</w:t>
      </w:r>
    </w:p>
    <w:p>
      <w:pPr>
        <w:jc w:val="right"/>
      </w:pPr>
      <w:r>
        <w:t>اسک پیس فرام گاڈ۔ دس از ا جنرل ڈائریکشن۔</w:t>
      </w:r>
    </w:p>
    <w:p>
      <w:r>
        <w:rPr>
          <w:b/>
        </w:rPr>
        <w:t xml:space="preserve">[21:59] </w:t>
      </w:r>
      <w:r>
        <w:t>This was a general teaching of the prophet of Islam: "la tatmann li qaal adu wa sall Allah al-aafiyah".</w:t>
      </w:r>
    </w:p>
    <w:p>
      <w:pPr>
        <w:jc w:val="right"/>
      </w:pPr>
      <w:r>
        <w:t>دس واز ا جنرل ٹیچنگ اف دا پرافٹ اف اسلام: "لا تتمن لقال عدو وسل اللہ العافیہ"۔</w:t>
      </w:r>
    </w:p>
    <w:p>
      <w:r>
        <w:rPr>
          <w:b/>
        </w:rPr>
        <w:t xml:space="preserve">[22:10] </w:t>
      </w:r>
      <w:r>
        <w:t>dont wish</w:t>
      </w:r>
    </w:p>
    <w:p>
      <w:pPr>
        <w:jc w:val="right"/>
      </w:pPr>
      <w:r>
        <w:t>ڈونٹ وش</w:t>
      </w:r>
    </w:p>
    <w:p>
      <w:r>
        <w:rPr>
          <w:b/>
        </w:rPr>
        <w:t xml:space="preserve">[22:16] </w:t>
      </w:r>
      <w:r>
        <w:t>confrontation wid your enemy. ask peace from God. so this is da basic principle in Islam.</w:t>
      </w:r>
    </w:p>
    <w:p>
      <w:pPr>
        <w:jc w:val="right"/>
      </w:pPr>
      <w:r>
        <w:t>کنفرنٹیشن ود یور اینمی۔ اسک پیس فرام گاڈ۔ سو دس از دا بیسک پرنسپل ان اسلام۔</w:t>
      </w:r>
    </w:p>
    <w:p>
      <w:r>
        <w:rPr>
          <w:b/>
        </w:rPr>
        <w:t xml:space="preserve">[22:35] </w:t>
      </w:r>
      <w:r>
        <w:t>so i see dat in Islam, peace is da rule and war is a rare exception.</w:t>
      </w:r>
    </w:p>
    <w:p>
      <w:pPr>
        <w:jc w:val="right"/>
      </w:pPr>
      <w:r>
        <w:t>سو ائی سی دیٹ ان اسلام، پیس از دا رول اینڈ وار از ا ریئر ایکسیپشن۔</w:t>
      </w:r>
    </w:p>
    <w:p>
      <w:r>
        <w:rPr>
          <w:b/>
        </w:rPr>
        <w:t xml:space="preserve">[22:50] </w:t>
      </w:r>
      <w:r>
        <w:t>peace is da rule and war is a rare exception.</w:t>
      </w:r>
    </w:p>
    <w:p>
      <w:pPr>
        <w:jc w:val="right"/>
      </w:pPr>
      <w:r>
        <w:t>پیس از دا رول اینڈ وار از ا ریئر ایکسیپشن۔</w:t>
      </w:r>
    </w:p>
    <w:p>
      <w:r>
        <w:rPr>
          <w:b/>
        </w:rPr>
        <w:t xml:space="preserve">[22:58] </w:t>
      </w:r>
      <w:r>
        <w:t>din there is a hadith in sahih Muslim: "inn Allah yuti al-rifq ma la yuti al-unf".</w:t>
      </w:r>
    </w:p>
    <w:p>
      <w:pPr>
        <w:jc w:val="right"/>
      </w:pPr>
      <w:r>
        <w:t>دین دیر از ا حدیث ان صحیح مسلم: "ان اللہ یوتی الرفق مال یوتی العنف"۔</w:t>
      </w:r>
    </w:p>
    <w:p>
      <w:r>
        <w:rPr>
          <w:b/>
        </w:rPr>
        <w:t xml:space="preserve">[23:19] </w:t>
      </w:r>
      <w:r>
        <w:t>God grants to non violence what he does not grant to violence.</w:t>
      </w:r>
    </w:p>
    <w:p>
      <w:pPr>
        <w:jc w:val="right"/>
      </w:pPr>
      <w:r>
        <w:t>گاڈ گرانٹس ٹو نان وائلنس واٹ ہی ڈز ناٹ گرانٹ ٹو وائلنس۔</w:t>
      </w:r>
    </w:p>
    <w:p>
      <w:r>
        <w:rPr>
          <w:b/>
        </w:rPr>
        <w:t xml:space="preserve">[23:31] </w:t>
      </w:r>
      <w:r>
        <w:t>g</w:t>
      </w:r>
    </w:p>
    <w:p>
      <w:pPr>
        <w:jc w:val="right"/>
      </w:pPr>
      <w:r>
        <w:t>گ</w:t>
      </w:r>
    </w:p>
    <w:p>
      <w:r>
        <w:rPr>
          <w:b/>
        </w:rPr>
        <w:t xml:space="preserve">[23:32] </w:t>
      </w:r>
      <w:r>
        <w:t>od grants to non violence what he does not grant to violence. now, if non violence is more effective,</w:t>
      </w:r>
    </w:p>
    <w:p>
      <w:pPr>
        <w:jc w:val="right"/>
      </w:pPr>
      <w:r>
        <w:t>اڈ گرانٹس ٹو نان وائلنس واٹ ہی ڈز ناٹ گرانٹ ٹو وائلنس۔ ناو، اف نان وائلنس از مور ایفیکٹیو،</w:t>
      </w:r>
    </w:p>
    <w:p>
      <w:r>
        <w:rPr>
          <w:b/>
        </w:rPr>
        <w:t xml:space="preserve">[23:46] </w:t>
      </w:r>
      <w:r>
        <w:t>din how Islam can adopt</w:t>
      </w:r>
    </w:p>
    <w:p>
      <w:pPr>
        <w:jc w:val="right"/>
      </w:pPr>
      <w:r>
        <w:t>دین ہاؤ اسلام کین اڈاپٹ</w:t>
      </w:r>
    </w:p>
    <w:p>
      <w:r>
        <w:rPr>
          <w:b/>
        </w:rPr>
        <w:t xml:space="preserve">[23:54] </w:t>
      </w:r>
      <w:r>
        <w:t>da violent method?</w:t>
      </w:r>
    </w:p>
    <w:p>
      <w:pPr>
        <w:jc w:val="right"/>
      </w:pPr>
      <w:r>
        <w:t>دا والنٹ میتھڈ؟</w:t>
      </w:r>
    </w:p>
    <w:p>
      <w:r>
        <w:rPr>
          <w:b/>
        </w:rPr>
        <w:t xml:space="preserve">[23:59] </w:t>
      </w:r>
      <w:r>
        <w:t>if peaceful method is more effective, then how Islam can adopt violent method in any situation?</w:t>
      </w:r>
    </w:p>
    <w:p>
      <w:pPr>
        <w:jc w:val="right"/>
      </w:pPr>
      <w:r>
        <w:t>اف پیس فل میتھڈ از مور ایفیکٹیو، دین ہاؤ اسلام کین اڈاپٹ والنٹ میتھڈ ان اینی سچویشن؟</w:t>
      </w:r>
    </w:p>
    <w:p>
      <w:r>
        <w:rPr>
          <w:b/>
        </w:rPr>
        <w:t xml:space="preserve">[24:15] </w:t>
      </w:r>
      <w:r>
        <w:t>out of question.</w:t>
      </w:r>
    </w:p>
    <w:p>
      <w:pPr>
        <w:jc w:val="right"/>
      </w:pPr>
      <w:r>
        <w:t>اؤٹ اف کوئسچن۔</w:t>
      </w:r>
    </w:p>
    <w:p>
      <w:r>
        <w:rPr>
          <w:b/>
        </w:rPr>
        <w:t xml:space="preserve">[24:18] </w:t>
      </w:r>
      <w:r>
        <w:t>only in some compulsory situation.</w:t>
      </w:r>
    </w:p>
    <w:p>
      <w:pPr>
        <w:jc w:val="right"/>
      </w:pPr>
      <w:r>
        <w:t>اونلی ان سم کمپلسو سچویشن۔</w:t>
      </w:r>
    </w:p>
    <w:p>
      <w:r>
        <w:rPr>
          <w:b/>
        </w:rPr>
        <w:t xml:space="preserve">[24:23] </w:t>
      </w:r>
      <w:r>
        <w:t>only in some compulsory situation where no way out. then prophet adopted the choice of war.</w:t>
      </w:r>
    </w:p>
    <w:p>
      <w:pPr>
        <w:jc w:val="right"/>
      </w:pPr>
      <w:r>
        <w:t>اونلی ان سم کمپلسو سچویشن ویر نو وے اؤٹ۔ دین پرافٹ اڈاپٹڈ دا چوائس اف وار۔</w:t>
      </w:r>
    </w:p>
    <w:p>
      <w:r>
        <w:rPr>
          <w:b/>
        </w:rPr>
        <w:t xml:space="preserve">[24:35] </w:t>
      </w:r>
      <w:r>
        <w:t>otherwise, he waz living in peaceful. peace waz a general rule in Islamic scheme.</w:t>
      </w:r>
    </w:p>
    <w:p>
      <w:pPr>
        <w:jc w:val="right"/>
      </w:pPr>
      <w:r>
        <w:t>ادروائز، ہی واز لیونگ ان پیس فل۔ پیس واز ا جنرل رول ان اسلامک اسکیم۔</w:t>
      </w:r>
    </w:p>
    <w:p>
      <w:r>
        <w:rPr>
          <w:b/>
        </w:rPr>
        <w:t xml:space="preserve">[24:47] </w:t>
      </w:r>
      <w:r>
        <w:t>a</w:t>
      </w:r>
    </w:p>
    <w:p>
      <w:pPr>
        <w:jc w:val="right"/>
      </w:pPr>
      <w:r>
        <w:t>ا</w:t>
      </w:r>
    </w:p>
    <w:p>
      <w:r>
        <w:rPr>
          <w:b/>
        </w:rPr>
        <w:t xml:space="preserve">[24:48] </w:t>
      </w:r>
      <w:r>
        <w:t>t is very important to know dat in Islam, peace is rule and war is a rare exception.</w:t>
      </w:r>
    </w:p>
    <w:p>
      <w:pPr>
        <w:jc w:val="right"/>
      </w:pPr>
      <w:r>
        <w:t>ٹ از ویری امپورٹنٹ ٹو نو دیٹ ان اسلام، پیس از رول اینڈ وار از ا ریئر ایکسیپشن۔</w:t>
      </w:r>
    </w:p>
    <w:p>
      <w:r>
        <w:rPr>
          <w:b/>
        </w:rPr>
        <w:t xml:space="preserve">[25:02] </w:t>
      </w:r>
      <w:r>
        <w:t>when there is no choice other than to go to war, that is a defensive situation. except defense, there is no war in Islam.</w:t>
      </w:r>
    </w:p>
    <w:p>
      <w:pPr>
        <w:jc w:val="right"/>
      </w:pPr>
      <w:r>
        <w:t>وین دیر از نو چوائس ادر دین ٹو گو ٹو وار، دیٹ از ا ڈیفنسو سچویشن۔ ایکسیپٹ ڈیفنس، دیر از نو وار ان اسلام۔</w:t>
      </w:r>
    </w:p>
    <w:p>
      <w:r>
        <w:rPr>
          <w:b/>
        </w:rPr>
        <w:t xml:space="preserve">[25:17] </w:t>
      </w:r>
      <w:r>
        <w:t>accept defence, there is no war in Islam.</w:t>
      </w:r>
    </w:p>
    <w:p>
      <w:pPr>
        <w:jc w:val="right"/>
      </w:pPr>
      <w:r>
        <w:t>ایکسیپٹ ڈیفنس، دیر از نو وار ان اسلام۔</w:t>
      </w:r>
    </w:p>
    <w:p>
      <w:r>
        <w:rPr>
          <w:b/>
        </w:rPr>
        <w:t xml:space="preserve">[25:27] </w:t>
      </w:r>
      <w:r>
        <w:t>Islam believes in peace and not in</w:t>
      </w:r>
    </w:p>
    <w:p>
      <w:pPr>
        <w:jc w:val="right"/>
      </w:pPr>
      <w:r>
        <w:t>اسلام بیلیوز ان پیس اینڈ ناٹ ان</w:t>
      </w:r>
    </w:p>
    <w:p>
      <w:r>
        <w:rPr>
          <w:b/>
        </w:rPr>
        <w:t xml:space="preserve">[25:33] </w:t>
      </w:r>
      <w:r>
        <w:t>violence. Then there is a very relevant hadith in Sahih Bukhari.</w:t>
      </w:r>
    </w:p>
    <w:p>
      <w:pPr>
        <w:jc w:val="right"/>
      </w:pPr>
      <w:r>
        <w:t>وائلنس۔ دین دیر از ا ویری ریلیونٹ حدیث ان صحیح البخاری۔</w:t>
      </w:r>
    </w:p>
    <w:p>
      <w:r>
        <w:rPr>
          <w:b/>
        </w:rPr>
        <w:t xml:space="preserve">[25:43] </w:t>
      </w:r>
      <w:r>
        <w:t>Aisha,</w:t>
      </w:r>
    </w:p>
    <w:p>
      <w:pPr>
        <w:jc w:val="right"/>
      </w:pPr>
      <w:r>
        <w:t>عائشہ،</w:t>
      </w:r>
    </w:p>
    <w:p>
      <w:r>
        <w:rPr>
          <w:b/>
        </w:rPr>
        <w:t xml:space="preserve">[25:47] </w:t>
      </w:r>
      <w:r>
        <w:t>the wife of the Prophet, says about the general policy of the Prophet. She says:</w:t>
      </w:r>
    </w:p>
    <w:p>
      <w:pPr>
        <w:jc w:val="right"/>
      </w:pPr>
      <w:r>
        <w:t>دی وائف اف دا پرافٹ، سیز اباؤٹ دا جنرل پالیسی اف دا پرافٹ۔ شی سیز:</w:t>
      </w:r>
    </w:p>
    <w:p>
      <w:r>
        <w:rPr>
          <w:b/>
        </w:rPr>
        <w:t xml:space="preserve">[26:00] </w:t>
      </w:r>
      <w:r>
        <w:t>"Ma khayyar Rasul Allah sallallahu alaihi wasallam bayna amrayn illa ikhtar Aisha".</w:t>
      </w:r>
    </w:p>
    <w:p>
      <w:pPr>
        <w:jc w:val="right"/>
      </w:pPr>
      <w:r>
        <w:t>"ما خیر رسول اللہ صلی اللہ علیہ وسلم بین امرین الاختار عائشہ"۔</w:t>
      </w:r>
    </w:p>
    <w:p>
      <w:r>
        <w:rPr>
          <w:b/>
        </w:rPr>
        <w:t xml:space="preserve">[26:12] </w:t>
      </w:r>
      <w:r>
        <w:t>It means that whenever the Prophet had to choose between the two, he always opted for</w:t>
      </w:r>
    </w:p>
    <w:p>
      <w:pPr>
        <w:jc w:val="right"/>
      </w:pPr>
      <w:r>
        <w:t>اٹ مینز دیٹ وین ایور دا پرافٹ ہیڈ ٹو چوز بٹوین دا ٹو، ہی الویز اپٹڈ فار</w:t>
      </w:r>
    </w:p>
    <w:p>
      <w:r>
        <w:rPr>
          <w:b/>
        </w:rPr>
        <w:t xml:space="preserve">[26:30] </w:t>
      </w:r>
      <w:r>
        <w:t>easier option rather than harder option.</w:t>
      </w:r>
    </w:p>
    <w:p>
      <w:pPr>
        <w:jc w:val="right"/>
      </w:pPr>
      <w:r>
        <w:t>ایزیر اپشن رادر دین ہارڈر اپشن۔</w:t>
      </w:r>
    </w:p>
    <w:p>
      <w:r>
        <w:rPr>
          <w:b/>
        </w:rPr>
        <w:t xml:space="preserve">[26:36] </w:t>
      </w:r>
      <w:r>
        <w:t>Here you can see that</w:t>
      </w:r>
    </w:p>
    <w:p>
      <w:pPr>
        <w:jc w:val="right"/>
      </w:pPr>
      <w:r>
        <w:t>ہیر یو کین سی دیٹ</w:t>
      </w:r>
    </w:p>
    <w:p>
      <w:r>
        <w:rPr>
          <w:b/>
        </w:rPr>
        <w:t xml:space="preserve">[26:41] </w:t>
      </w:r>
      <w:r>
        <w:t>of the two, of the choice is between the two methods: peaceful method and violent method. So which one is easier?</w:t>
      </w:r>
    </w:p>
    <w:p>
      <w:pPr>
        <w:jc w:val="right"/>
      </w:pPr>
      <w:r>
        <w:t>اف دا ٹو، اف دا چوائس از بٹوین دا ٹو میتھڈز: پیس فل میتھڈ اینڈ والنٹ میتھڈ۔ تو وچ ون از ایزیر؟</w:t>
      </w:r>
    </w:p>
    <w:p>
      <w:r>
        <w:rPr>
          <w:b/>
        </w:rPr>
        <w:t xml:space="preserve">[26:50] </w:t>
      </w:r>
      <w:r>
        <w:t>Which method is easier? It is obvious that peaceful method is easier and violent method is harder.</w:t>
      </w:r>
    </w:p>
    <w:p>
      <w:pPr>
        <w:jc w:val="right"/>
      </w:pPr>
      <w:r>
        <w:t>وچ میتھڈ از ایزیر؟ اٹ از ابویس دیٹ پیس فل میتھڈ از ایزیر اینڈ والنٹ میتھڈ از ہارڈر۔</w:t>
      </w:r>
    </w:p>
    <w:p>
      <w:r>
        <w:rPr>
          <w:b/>
        </w:rPr>
        <w:t xml:space="preserve">[27:04] </w:t>
      </w:r>
      <w:r>
        <w:t>So here you can see the general policy of the Prophet of Islam.</w:t>
      </w:r>
    </w:p>
    <w:p>
      <w:pPr>
        <w:jc w:val="right"/>
      </w:pPr>
      <w:r>
        <w:t>سو ہیر یو کین سی دا جنرل پالیسی اف دا پرافٹ اف اسلام۔</w:t>
      </w:r>
    </w:p>
    <w:p>
      <w:r>
        <w:rPr>
          <w:b/>
        </w:rPr>
        <w:t xml:space="preserve">[27:10] </w:t>
      </w:r>
      <w:r>
        <w:t>General policy. So this is the eternal policy of Islam.</w:t>
      </w:r>
    </w:p>
    <w:p>
      <w:pPr>
        <w:jc w:val="right"/>
      </w:pPr>
      <w:r>
        <w:t>جنرل پالیسی۔ سو دس از دا ایٹرنل پالیسی اف اسلام۔</w:t>
      </w:r>
    </w:p>
    <w:p>
      <w:r>
        <w:rPr>
          <w:b/>
        </w:rPr>
        <w:t xml:space="preserve">[27:19] </w:t>
      </w:r>
      <w:r>
        <w:t>Islamic people must follow this pattern.</w:t>
      </w:r>
    </w:p>
    <w:p>
      <w:pPr>
        <w:jc w:val="right"/>
      </w:pPr>
      <w:r>
        <w:t>اسلامک پیپل مسٹ فالو دس پیٹرن۔</w:t>
      </w:r>
    </w:p>
    <w:p>
      <w:r>
        <w:rPr>
          <w:b/>
        </w:rPr>
        <w:t xml:space="preserve">[27:26] </w:t>
      </w:r>
      <w:r>
        <w:t>If they are believer of the Prophet, they must follow this pattern</w:t>
      </w:r>
    </w:p>
    <w:p>
      <w:pPr>
        <w:jc w:val="right"/>
      </w:pPr>
      <w:r>
        <w:t>اف دے ار بیلیور اف دا پرافٹ، دے مسٹ فالو دس پیٹرن</w:t>
      </w:r>
    </w:p>
    <w:p>
      <w:r>
        <w:rPr>
          <w:b/>
        </w:rPr>
        <w:t xml:space="preserve">[27:36] </w:t>
      </w:r>
      <w:r>
        <w:t>that</w:t>
      </w:r>
    </w:p>
    <w:p>
      <w:pPr>
        <w:jc w:val="right"/>
      </w:pPr>
      <w:r>
        <w:t>دیٹ</w:t>
      </w:r>
    </w:p>
    <w:p>
      <w:r>
        <w:rPr>
          <w:b/>
        </w:rPr>
        <w:t xml:space="preserve">[27:40] </w:t>
      </w:r>
      <w:r>
        <w:t>when there is when peaceful option is available, then that not allowed to adopt.</w:t>
      </w:r>
    </w:p>
    <w:p>
      <w:pPr>
        <w:jc w:val="right"/>
      </w:pPr>
      <w:r>
        <w:t>وین دیر از وین پیس فل اپشن از اویلیبل، دین دیٹ ناٹ الاؤڈ ٹو اڈاپٹ۔</w:t>
      </w:r>
    </w:p>
    <w:p>
      <w:r>
        <w:rPr>
          <w:b/>
        </w:rPr>
        <w:t xml:space="preserve">[27:53] </w:t>
      </w:r>
      <w:r>
        <w:t>that not allowed to opt for violent method. Now, in our present age, there is no need to to war, to violence.</w:t>
      </w:r>
    </w:p>
    <w:p>
      <w:pPr>
        <w:jc w:val="right"/>
      </w:pPr>
      <w:r>
        <w:t>دیٹ ناٹ الاؤڈ ٹو اپٹ فار والنٹ میتھڈ۔ ناو، ان اور پریزنٹ ایج، دیر از نو نیڈ ٹو ٹو وار، ٹو وائلنس۔</w:t>
      </w:r>
    </w:p>
    <w:p>
      <w:r>
        <w:rPr>
          <w:b/>
        </w:rPr>
        <w:t xml:space="preserve">[28:12] </w:t>
      </w:r>
      <w:r>
        <w:t>Our age is completely revolutionised age.</w:t>
      </w:r>
    </w:p>
    <w:p>
      <w:pPr>
        <w:jc w:val="right"/>
      </w:pPr>
      <w:r>
        <w:t>اور ایج از کمپلیٹلی ریولوسٹائزڈ ایج۔</w:t>
      </w:r>
    </w:p>
    <w:p>
      <w:r>
        <w:rPr>
          <w:b/>
        </w:rPr>
        <w:t xml:space="preserve">[28:19] </w:t>
      </w:r>
      <w:r>
        <w:t>It is a, it is a, in every, in every thing you can see change.</w:t>
      </w:r>
    </w:p>
    <w:p>
      <w:pPr>
        <w:jc w:val="right"/>
      </w:pPr>
      <w:r>
        <w:t>اٹ از ا، اٹ از ا، ان ایوری، ان ایوری تھنگ یو کین سی چینج۔</w:t>
      </w:r>
    </w:p>
    <w:p>
      <w:r>
        <w:rPr>
          <w:b/>
        </w:rPr>
        <w:t xml:space="preserve">[28:29] </w:t>
      </w:r>
      <w:r>
        <w:t>Now, there is religious freedom in completes of the world.</w:t>
      </w:r>
    </w:p>
    <w:p>
      <w:pPr>
        <w:jc w:val="right"/>
      </w:pPr>
      <w:r>
        <w:t>ناو، دیر از ریلیجس فریڈم ان کمپلیٹس اف دا ورلڈ۔</w:t>
      </w:r>
    </w:p>
    <w:p>
      <w:r>
        <w:rPr>
          <w:b/>
        </w:rPr>
        <w:t xml:space="preserve">[28:38] </w:t>
      </w:r>
      <w:r>
        <w:t>All the nations have included this provision in their constitution that</w:t>
      </w:r>
    </w:p>
    <w:p>
      <w:pPr>
        <w:jc w:val="right"/>
      </w:pPr>
      <w:r>
        <w:t>ال دا نیشنز ہیو انکلوڈڈ دس پروویژن ان دیر کانسٹیٹیوشن دیٹ</w:t>
      </w:r>
    </w:p>
    <w:p>
      <w:r>
        <w:rPr>
          <w:b/>
        </w:rPr>
        <w:t xml:space="preserve">[28:52] </w:t>
      </w:r>
      <w:r>
        <w:t>that every, every citizen has complete religious freedom.</w:t>
      </w:r>
    </w:p>
    <w:p>
      <w:pPr>
        <w:jc w:val="right"/>
      </w:pPr>
      <w:r>
        <w:t>دیٹ ایوری، ایوری سٹیزن ہیز کمپلیٹ ریلیجس فریڈم۔</w:t>
      </w:r>
    </w:p>
    <w:p>
      <w:r>
        <w:rPr>
          <w:b/>
        </w:rPr>
        <w:t xml:space="preserve">[29:04] </w:t>
      </w:r>
      <w:r>
        <w:t>Religious persecution is no more. So why you, why? So what is the use of violence?</w:t>
      </w:r>
    </w:p>
    <w:p>
      <w:pPr>
        <w:jc w:val="right"/>
      </w:pPr>
      <w:r>
        <w:t>ریلیجس پرسیکیوشن از نو مور۔ سو وائی یو، وائی؟ تو واٹ از دا یوز اف وائلنس؟</w:t>
      </w:r>
    </w:p>
    <w:p>
      <w:r>
        <w:rPr>
          <w:b/>
        </w:rPr>
        <w:t xml:space="preserve">[29:18] </w:t>
      </w:r>
      <w:r>
        <w:t>If our age is age of religious freedom, then why?</w:t>
      </w:r>
    </w:p>
    <w:p>
      <w:pPr>
        <w:jc w:val="right"/>
      </w:pPr>
      <w:r>
        <w:t>اف اور ایج از ایج اف ریلیجس فریڈم، دین وائی؟</w:t>
      </w:r>
    </w:p>
    <w:p>
      <w:r>
        <w:rPr>
          <w:b/>
        </w:rPr>
        <w:t xml:space="preserve">[29:30] </w:t>
      </w:r>
      <w:r>
        <w:t>deen what is the use of violence? we have to follow the easier option that is peaceful the work.</w:t>
      </w:r>
    </w:p>
    <w:p>
      <w:pPr>
        <w:jc w:val="right"/>
      </w:pPr>
      <w:r>
        <w:t>دین واٹ از دا یوز اف وائلنس؟ وی ہیو ٹو فالو دا ایزیر اپشن دیٹ از پیس فل دا ورک۔</w:t>
      </w:r>
    </w:p>
    <w:p>
      <w:r>
        <w:rPr>
          <w:b/>
        </w:rPr>
        <w:t xml:space="preserve">[29:45] </w:t>
      </w:r>
      <w:r>
        <w:t>deen there are so many facilities. for example, communication.</w:t>
      </w:r>
    </w:p>
    <w:p>
      <w:pPr>
        <w:jc w:val="right"/>
      </w:pPr>
      <w:r>
        <w:t>دین دیر ار سو مینی فیسلیٹیز۔ فار ایگزامپل، کمیونیکیشن۔</w:t>
      </w:r>
    </w:p>
    <w:p>
      <w:r>
        <w:rPr>
          <w:b/>
        </w:rPr>
        <w:t xml:space="preserve">[29:53] </w:t>
      </w:r>
      <w:r>
        <w:t>we are living in an age of communication.</w:t>
      </w:r>
    </w:p>
    <w:p>
      <w:pPr>
        <w:jc w:val="right"/>
      </w:pPr>
      <w:r>
        <w:t>وی ار لیونگ ان این ایج اف کمیونیکیشن۔</w:t>
      </w:r>
    </w:p>
    <w:p>
      <w:r>
        <w:rPr>
          <w:b/>
        </w:rPr>
        <w:t xml:space="preserve">[29:59] </w:t>
      </w:r>
      <w:r>
        <w:t>in this age, we have to communicate any message throughout the world.</w:t>
      </w:r>
    </w:p>
    <w:p>
      <w:pPr>
        <w:jc w:val="right"/>
      </w:pPr>
      <w:r>
        <w:t>ان دس ایج، وی ہیو ٹو کمیونیکیٹ اینی میسج تھروٹ دی ورلڈ۔</w:t>
      </w:r>
    </w:p>
    <w:p>
      <w:r>
        <w:rPr>
          <w:b/>
        </w:rPr>
        <w:t xml:space="preserve">[30:12] </w:t>
      </w:r>
      <w:r>
        <w:t>if you are living in a city, in a building, even in a house, even in a room, you can convey your message throughout the world.</w:t>
      </w:r>
    </w:p>
    <w:p>
      <w:pPr>
        <w:jc w:val="right"/>
      </w:pPr>
      <w:r>
        <w:t>اف یو ار لیونگ ان ا سٹی، ان ا بلڈنگ، ایون ان ا ہاؤس، ایون ان ا روم، یو کین کنوے یور میسج تھروٹ دی ورلڈ۔</w:t>
      </w:r>
    </w:p>
    <w:p>
      <w:r>
        <w:rPr>
          <w:b/>
        </w:rPr>
        <w:t xml:space="preserve">[30:24] </w:t>
      </w:r>
      <w:r>
        <w:t>through telephone, through internet, through website, through multimedia, through printing materials.</w:t>
      </w:r>
    </w:p>
    <w:p>
      <w:pPr>
        <w:jc w:val="right"/>
      </w:pPr>
      <w:r>
        <w:t>تھرو ٹیلی فون، تھرو انٹرنیٹ، تھرو ویب سائٹ، تھرو ملٹی میڈیا، تھرو پرنٹنگ مٹیریلز۔</w:t>
      </w:r>
    </w:p>
    <w:p>
      <w:r>
        <w:rPr>
          <w:b/>
        </w:rPr>
        <w:t xml:space="preserve">[30:36] </w:t>
      </w:r>
      <w:r>
        <w:t>so, so electronic media and print media, both you can, you can use the both media and you can convey your message throughout the world without using violence.</w:t>
      </w:r>
    </w:p>
    <w:p>
      <w:pPr>
        <w:jc w:val="right"/>
      </w:pPr>
      <w:r>
        <w:t>سو، سو الیکٹرانک میڈیا اینڈ پرنٹ میڈیا، بوتھ یو کین، یو کین یوز دا بوتھ میڈیا اینڈ یو کین کنوے یور میسج تھروٹ دی ورلڈ وداؤٹ یوزنگ وائلنس۔</w:t>
      </w:r>
    </w:p>
    <w:p>
      <w:r>
        <w:rPr>
          <w:b/>
        </w:rPr>
        <w:t xml:space="preserve">[30:56] </w:t>
      </w:r>
      <w:r>
        <w:t>so our age is an age where there is religious freedom in complete self of the world.</w:t>
      </w:r>
    </w:p>
    <w:p>
      <w:pPr>
        <w:jc w:val="right"/>
      </w:pPr>
      <w:r>
        <w:t>سو اور ایج از این ایج ویر دیر از ریلیجس فریڈم ان کمپلیٹ سیلف اف دا ورلڈ۔</w:t>
      </w:r>
    </w:p>
    <w:p>
      <w:r>
        <w:rPr>
          <w:b/>
        </w:rPr>
        <w:t xml:space="preserve">[31:12] </w:t>
      </w:r>
      <w:r>
        <w:t>so the prophet of Islam</w:t>
      </w:r>
    </w:p>
    <w:p>
      <w:pPr>
        <w:jc w:val="right"/>
      </w:pPr>
      <w:r>
        <w:t>سو دا پرافٹ اف اسلام</w:t>
      </w:r>
    </w:p>
    <w:p>
      <w:r>
        <w:rPr>
          <w:b/>
        </w:rPr>
        <w:t xml:space="preserve">[31:15] </w:t>
      </w:r>
      <w:r>
        <w:t>, so it is true that prophet of Islam</w:t>
      </w:r>
    </w:p>
    <w:p>
      <w:pPr>
        <w:jc w:val="right"/>
      </w:pPr>
      <w:r>
        <w:t>، سو اٹ از ٹرو دیٹ پرافٹ اف اسلام</w:t>
      </w:r>
    </w:p>
    <w:p>
      <w:r>
        <w:rPr>
          <w:b/>
        </w:rPr>
        <w:t xml:space="preserve">[31:21] </w:t>
      </w:r>
      <w:r>
        <w:t>engage himself in some battles, but this engagement was due to some compulsion.</w:t>
      </w:r>
    </w:p>
    <w:p>
      <w:pPr>
        <w:jc w:val="right"/>
      </w:pPr>
      <w:r>
        <w:t>انگیج ہم سیلف ان سم بیٹلز، بٹ دس انگیجمنٹ واز ڈیو ٹو سم کمپلشن۔</w:t>
      </w:r>
    </w:p>
    <w:p>
      <w:r>
        <w:rPr>
          <w:b/>
        </w:rPr>
        <w:t xml:space="preserve">[31:33] </w:t>
      </w:r>
      <w:r>
        <w:t>prophet wanted peace. la tatamannu aduwasalillahil afiyah.</w:t>
      </w:r>
    </w:p>
    <w:p>
      <w:pPr>
        <w:jc w:val="right"/>
      </w:pPr>
      <w:r>
        <w:t>پرافٹ وانٹڈ پیس۔ لا تتمن عدو وسل اللہ العافیہ۔</w:t>
      </w:r>
    </w:p>
    <w:p>
      <w:r>
        <w:rPr>
          <w:b/>
        </w:rPr>
        <w:t xml:space="preserve">[31:42] </w:t>
      </w:r>
      <w:r>
        <w:t>prophet always wanted peace, but due to some attack, due to some aggression, he was compelled to go to war as a defence.</w:t>
      </w:r>
    </w:p>
    <w:p>
      <w:pPr>
        <w:jc w:val="right"/>
      </w:pPr>
      <w:r>
        <w:t>پرافٹ الویز وانٹڈ پیس، بٹ ڈیو ٹو سم اٹیک، ڈیو ٹو سم ایگریشن، ہی واز کمپل ٹو گو ٹو وار ایز ا ڈیفنس۔</w:t>
      </w:r>
    </w:p>
    <w:p>
      <w:r>
        <w:rPr>
          <w:b/>
        </w:rPr>
        <w:t xml:space="preserve">[31:58] </w:t>
      </w:r>
      <w:r>
        <w:t>so it was a temporary phase of Islam.</w:t>
      </w:r>
    </w:p>
    <w:p>
      <w:pPr>
        <w:jc w:val="right"/>
      </w:pPr>
      <w:r>
        <w:t>سو اٹ واز ا ٹیمپریری فیز اف اسلام۔</w:t>
      </w:r>
    </w:p>
    <w:p>
      <w:r>
        <w:rPr>
          <w:b/>
        </w:rPr>
        <w:t xml:space="preserve">[32:03] </w:t>
      </w:r>
      <w:r>
        <w:t>defensive war of those are early period was</w:t>
      </w:r>
    </w:p>
    <w:p>
      <w:pPr>
        <w:jc w:val="right"/>
      </w:pPr>
      <w:r>
        <w:t>ڈیفنسو وار اف دوز ارلی پیریڈ واز</w:t>
      </w:r>
    </w:p>
    <w:p>
      <w:r>
        <w:rPr>
          <w:b/>
        </w:rPr>
        <w:t xml:space="preserve">[32:10] </w:t>
      </w:r>
      <w:r>
        <w:t>nothing but a temporary phase of Islamic history.</w:t>
      </w:r>
    </w:p>
    <w:p>
      <w:pPr>
        <w:jc w:val="right"/>
      </w:pPr>
      <w:r>
        <w:t>نتھنگ بٹ ا ٹیمپریری فیز اف اسلامک ہسٹری۔</w:t>
      </w:r>
    </w:p>
    <w:p>
      <w:r>
        <w:rPr>
          <w:b/>
        </w:rPr>
        <w:t xml:space="preserve">[32:18] </w:t>
      </w:r>
      <w:r>
        <w:t>now,</w:t>
      </w:r>
    </w:p>
    <w:p>
      <w:pPr>
        <w:jc w:val="right"/>
      </w:pPr>
      <w:r>
        <w:t>ناو،</w:t>
      </w:r>
    </w:p>
    <w:p>
      <w:r>
        <w:rPr>
          <w:b/>
        </w:rPr>
        <w:t xml:space="preserve">[32:22] </w:t>
      </w:r>
      <w:r>
        <w:t>you know, there is no need to go to war.</w:t>
      </w:r>
    </w:p>
    <w:p>
      <w:pPr>
        <w:jc w:val="right"/>
      </w:pPr>
      <w:r>
        <w:t>یو ناو، دیر از نو نیڈ ٹو گو ٹو وار۔</w:t>
      </w:r>
    </w:p>
    <w:p>
      <w:r>
        <w:rPr>
          <w:b/>
        </w:rPr>
        <w:t xml:space="preserve">[32:30] </w:t>
      </w:r>
      <w:r>
        <w:t>you are free to, you are free to adopt the peaceful methods.</w:t>
      </w:r>
    </w:p>
    <w:p>
      <w:pPr>
        <w:jc w:val="right"/>
      </w:pPr>
      <w:r>
        <w:t>یو ار فری ٹو، یو ار فری ٹو اڈاپٹ دا پیس فل میتھڈز۔</w:t>
      </w:r>
    </w:p>
    <w:p>
      <w:r>
        <w:rPr>
          <w:b/>
        </w:rPr>
        <w:t xml:space="preserve">[32:41] </w:t>
      </w:r>
      <w:r>
        <w:t>so there is no need to go to war.</w:t>
      </w:r>
    </w:p>
    <w:p>
      <w:pPr>
        <w:jc w:val="right"/>
      </w:pPr>
      <w:r>
        <w:t>سو دیر از نو نیڈ ٹو گو ٹو وار۔</w:t>
      </w:r>
    </w:p>
    <w:p>
      <w:r>
        <w:rPr>
          <w:b/>
        </w:rPr>
        <w:t xml:space="preserve">[32:48] </w:t>
      </w:r>
      <w:r>
        <w:t>this is the very important lesson which we have to find in your, in our history, in our, in the present time.</w:t>
      </w:r>
    </w:p>
    <w:p>
      <w:pPr>
        <w:jc w:val="right"/>
      </w:pPr>
      <w:r>
        <w:t>دس از دا ویری امپورٹنٹ لیسن وچ وی ہیو ٹو فائنڈ ان یور، ان اور ہسٹری، ان اور، ان دا پریزنٹ ٹائم۔</w:t>
      </w:r>
    </w:p>
    <w:p>
      <w:r>
        <w:rPr>
          <w:b/>
        </w:rPr>
        <w:t xml:space="preserve">[33:07] </w:t>
      </w:r>
      <w:r>
        <w:t>deen</w:t>
      </w:r>
    </w:p>
    <w:p>
      <w:pPr>
        <w:jc w:val="right"/>
      </w:pPr>
      <w:r>
        <w:t>دین</w:t>
      </w:r>
    </w:p>
    <w:p>
      <w:r>
        <w:rPr>
          <w:b/>
        </w:rPr>
        <w:t xml:space="preserve">[33:11] </w:t>
      </w:r>
      <w:r>
        <w:t>I would like to say that</w:t>
      </w:r>
    </w:p>
    <w:p>
      <w:pPr>
        <w:jc w:val="right"/>
      </w:pPr>
      <w:r>
        <w:t>ائی وڈ لائک ٹو سی دیٹ</w:t>
      </w:r>
    </w:p>
    <w:p>
      <w:r>
        <w:rPr>
          <w:b/>
        </w:rPr>
        <w:t xml:space="preserve">[33:18] </w:t>
      </w:r>
      <w:r>
        <w:t>the prophet of Islam has said that</w:t>
      </w:r>
    </w:p>
    <w:p>
      <w:pPr>
        <w:jc w:val="right"/>
      </w:pPr>
      <w:r>
        <w:t>دا پرافٹ اف اسلام ہیز سیڈ دیٹ</w:t>
      </w:r>
    </w:p>
    <w:p>
      <w:r>
        <w:rPr>
          <w:b/>
        </w:rPr>
        <w:t xml:space="preserve">[33:24] </w:t>
      </w:r>
      <w:r>
        <w:t>the day will come when the word of God will reach to every house, big and large, big and small</w:t>
      </w:r>
    </w:p>
    <w:p>
      <w:pPr>
        <w:jc w:val="right"/>
      </w:pPr>
      <w:r>
        <w:t>دا ڈے ویل کم وین دا ورڈ اف گاڈ ویل ریچ ٹو ایوری ہاؤس، بگ اینڈ لارج، بگ اینڈ اسمال</w:t>
      </w:r>
    </w:p>
    <w:p>
      <w:r>
        <w:rPr>
          <w:b/>
        </w:rPr>
        <w:t xml:space="preserve">[33:40] </w:t>
      </w:r>
      <w:r>
        <w:t>. so now, you, you know that we are living in the age of communication, in the age of multimedia. so we have to engage our self with this mission.</w:t>
      </w:r>
    </w:p>
    <w:p>
      <w:pPr>
        <w:jc w:val="right"/>
      </w:pPr>
      <w:r>
        <w:t>۔ سو ناو، یو، یو نو دیٹ وی ار لیونگ ان دا ایج اف کمیونیکیشن، ان دا ایج اف ملٹی میڈیا۔ سو وی ہیو ٹو انگیج اور سیلف ود دس مشن۔</w:t>
      </w:r>
    </w:p>
    <w:p>
      <w:r>
        <w:rPr>
          <w:b/>
        </w:rPr>
        <w:t xml:space="preserve">[33:52] </w:t>
      </w:r>
      <w:r>
        <w:t>why violence? why war? why confrontation? the prophet of islam was send for all mankind.</w:t>
      </w:r>
    </w:p>
    <w:p>
      <w:pPr>
        <w:jc w:val="right"/>
      </w:pPr>
      <w:r>
        <w:t>وائی وائلنس؟ وائی وار؟ وائی کنفرنٹیشن؟ دا پرافٹ اف اسلام واز سینڈ فار ال مین کائنڈ۔</w:t>
      </w:r>
    </w:p>
    <w:p>
      <w:r>
        <w:rPr>
          <w:b/>
        </w:rPr>
        <w:t xml:space="preserve">[34:06] </w:t>
      </w:r>
      <w:r>
        <w:t>lakon alalameen,</w:t>
      </w:r>
    </w:p>
    <w:p>
      <w:pPr>
        <w:jc w:val="right"/>
      </w:pPr>
      <w:r>
        <w:t>لیکون العالمین،</w:t>
      </w:r>
    </w:p>
    <w:p>
      <w:r>
        <w:rPr>
          <w:b/>
        </w:rPr>
        <w:t xml:space="preserve">[34:11] </w:t>
      </w:r>
      <w:r>
        <w:t>prophet of islam was send by god to convey his message, to convey his message to all mankind.</w:t>
      </w:r>
    </w:p>
    <w:p>
      <w:pPr>
        <w:jc w:val="right"/>
      </w:pPr>
      <w:r>
        <w:t>پرافٹ اف اسلام واز سینڈ بائی گاڈ ٹو کنوے ہز میسج، ٹو کنوے ہز میسج ٹو ال مین کائنڈ۔</w:t>
      </w:r>
    </w:p>
    <w:p>
      <w:r>
        <w:rPr>
          <w:b/>
        </w:rPr>
        <w:t xml:space="preserve">[34:24] </w:t>
      </w:r>
      <w:r>
        <w:t>but you know, this mission was not completed during his life time. his mission was to convey the divine message to all mankind.</w:t>
      </w:r>
    </w:p>
    <w:p>
      <w:pPr>
        <w:jc w:val="right"/>
      </w:pPr>
      <w:r>
        <w:t>بٹ یو نو، دس مشن واز ناٹ کمپلیٹڈ ڈیورنگ ہز لائف ٹائم۔ ہز مشن واز ٹو کنوے دا ڈیوائن میسج ٹو ال مین کائنڈ۔</w:t>
      </w:r>
    </w:p>
    <w:p>
      <w:r>
        <w:rPr>
          <w:b/>
        </w:rPr>
        <w:t xml:space="preserve">[34:40] </w:t>
      </w:r>
      <w:r>
        <w:t>but you know that during prophet life, this mission was not completed. then in later days, during khilafat, during umayyad period, abbasid period,</w:t>
      </w:r>
    </w:p>
    <w:p>
      <w:pPr>
        <w:jc w:val="right"/>
      </w:pPr>
      <w:r>
        <w:t>بٹ یو نو دیٹ ڈیورنگ پرافٹ لائف، دس مشن واز ناٹ کمپلیٹڈ۔ دین ان لیٹر ڈیز، ڈیورنگ خلافت، ڈیورنگ امیہ پیریڈ، عباس پیریڈ،</w:t>
      </w:r>
    </w:p>
    <w:p>
      <w:r>
        <w:rPr>
          <w:b/>
        </w:rPr>
        <w:t xml:space="preserve">[34:57] </w:t>
      </w:r>
      <w:r>
        <w:t>again, this mission was not completed because there was no communication, there was no media, there was no multimedia.</w:t>
      </w:r>
    </w:p>
    <w:p>
      <w:pPr>
        <w:jc w:val="right"/>
      </w:pPr>
      <w:r>
        <w:t>اگین، دس مشن واز ناٹ کمپلیٹڈ بیکاز دیر واز نو کمیونیکیشن، دیر واز نو میڈیا، دیر واز نو ملٹی میڈیا۔</w:t>
      </w:r>
    </w:p>
    <w:p>
      <w:r>
        <w:rPr>
          <w:b/>
        </w:rPr>
        <w:t xml:space="preserve">[35:09] </w:t>
      </w:r>
      <w:r>
        <w:t>it was impossible to spread the message throughout the world. but now, it has become completely possible because now,</w:t>
      </w:r>
    </w:p>
    <w:p>
      <w:pPr>
        <w:jc w:val="right"/>
      </w:pPr>
      <w:r>
        <w:t>اٹ واز امپوسیبل ٹو سپریڈ دا میسج تھروٹ دی ورلڈ۔ بٹ ناو، اٹ ہیز بیکم کمپلیٹلی پاسیبل بیکاز ناو،</w:t>
      </w:r>
    </w:p>
    <w:p>
      <w:r>
        <w:rPr>
          <w:b/>
        </w:rPr>
        <w:t xml:space="preserve">[35:24] </w:t>
      </w:r>
      <w:r>
        <w:t>there are communication, there are transports, there are media. everything is now in our position.</w:t>
      </w:r>
    </w:p>
    <w:p>
      <w:pPr>
        <w:jc w:val="right"/>
      </w:pPr>
      <w:r>
        <w:t>دیر ار کمیونیکیشن، دیر ار ٹرانسپورٹس، دیر ار میڈیا۔ ایوری تھنگ از ناو ان اور پوزیشن۔</w:t>
      </w:r>
    </w:p>
    <w:p>
      <w:r>
        <w:rPr>
          <w:b/>
        </w:rPr>
        <w:t xml:space="preserve">[35:36] </w:t>
      </w:r>
      <w:r>
        <w:t>so now, the time has come when</w:t>
      </w:r>
    </w:p>
    <w:p>
      <w:pPr>
        <w:jc w:val="right"/>
      </w:pPr>
      <w:r>
        <w:t>سو ناو، دا ٹائم ہیز کم وین</w:t>
      </w:r>
    </w:p>
    <w:p>
      <w:r>
        <w:rPr>
          <w:b/>
        </w:rPr>
        <w:t xml:space="preserve">[35:42] </w:t>
      </w:r>
      <w:r>
        <w:t>we have to complete the mission of the prophet. first time in history, we are living in an age where</w:t>
      </w:r>
    </w:p>
    <w:p>
      <w:pPr>
        <w:jc w:val="right"/>
      </w:pPr>
      <w:r>
        <w:t>وی ہیو ٹو کمپلیٹ دا مشن اف دا پرافٹ۔ فرسٹ ٹائم ان ہسٹری، وی ار لیونگ ان این ایج ویر</w:t>
      </w:r>
    </w:p>
    <w:p>
      <w:r>
        <w:rPr>
          <w:b/>
        </w:rPr>
        <w:t xml:space="preserve">[35:57] </w:t>
      </w:r>
      <w:r>
        <w:t>it is possible for us to complete the mission of the prophet,</w:t>
      </w:r>
    </w:p>
    <w:p>
      <w:pPr>
        <w:jc w:val="right"/>
      </w:pPr>
      <w:r>
        <w:t>اٹ از پاسیبل فار اس ٹو کمپلیٹ دا مشن اف دا پرافٹ،</w:t>
      </w:r>
    </w:p>
    <w:p>
      <w:r>
        <w:rPr>
          <w:b/>
        </w:rPr>
        <w:t xml:space="preserve">[36:02] </w:t>
      </w:r>
      <w:r>
        <w:t>to spread his mission throughout the world. this mission left incomplete during his life time.</w:t>
      </w:r>
    </w:p>
    <w:p>
      <w:pPr>
        <w:jc w:val="right"/>
      </w:pPr>
      <w:r>
        <w:t>ٹو سپریڈ ہز مشن تھروٹ دی ورلڈ۔ دس مشن لیفٹ ان کمپلیٹ ڈیورنگ ہز لائف ٹائم۔</w:t>
      </w:r>
    </w:p>
    <w:p>
      <w:r>
        <w:rPr>
          <w:b/>
        </w:rPr>
        <w:t xml:space="preserve">[36:17] </w:t>
      </w:r>
      <w:r>
        <w:t>then during the khilafat period, umayyad period, abbasid period, this mission remain uncompleted, remain incomplete.</w:t>
      </w:r>
    </w:p>
    <w:p>
      <w:pPr>
        <w:jc w:val="right"/>
      </w:pPr>
      <w:r>
        <w:t>دین ڈیورنگ دا خلافت پیریڈ، امیت پیریڈ، عباس پیریڈ، دس مشن ریمین ان کمپلیٹڈ، ریمین ان کمپلیٹ۔</w:t>
      </w:r>
    </w:p>
    <w:p>
      <w:r>
        <w:rPr>
          <w:b/>
        </w:rPr>
        <w:t xml:space="preserve">[36:29] </w:t>
      </w:r>
      <w:r>
        <w:t>b</w:t>
      </w:r>
    </w:p>
    <w:p>
      <w:pPr>
        <w:jc w:val="right"/>
      </w:pPr>
      <w:r>
        <w:t>ب</w:t>
      </w:r>
    </w:p>
    <w:p>
      <w:r>
        <w:rPr>
          <w:b/>
        </w:rPr>
        <w:t xml:space="preserve">[36:30] </w:t>
      </w:r>
      <w:r>
        <w:t>ut now, after the invention of media, after invention of modern, modern facilities,</w:t>
      </w:r>
    </w:p>
    <w:p>
      <w:pPr>
        <w:jc w:val="right"/>
      </w:pPr>
      <w:r>
        <w:t>ٹ ناو، افٹر دا انوینشن اف میڈیا، افٹر انوینشن اف ماڈرن، ماڈرن فیسلیٹیز،</w:t>
      </w:r>
    </w:p>
    <w:p>
      <w:r>
        <w:rPr>
          <w:b/>
        </w:rPr>
        <w:t xml:space="preserve">[36:42] </w:t>
      </w:r>
      <w:r>
        <w:t>it is first time in history that we can complete the prophetic mission</w:t>
      </w:r>
    </w:p>
    <w:p>
      <w:pPr>
        <w:jc w:val="right"/>
      </w:pPr>
      <w:r>
        <w:t>اٹ از فرسٹ ٹائم ان ہسٹری دیٹ وی کین کمپلیٹ دا پرافٹک مشن</w:t>
      </w:r>
    </w:p>
    <w:p>
      <w:r>
        <w:rPr>
          <w:b/>
        </w:rPr>
        <w:t xml:space="preserve">[36:53] </w:t>
      </w:r>
      <w:r>
        <w:t>. so don't, we have to engage our self in this mission.</w:t>
      </w:r>
    </w:p>
    <w:p>
      <w:pPr>
        <w:jc w:val="right"/>
      </w:pPr>
      <w:r>
        <w:t>۔ سو ڈونٹ، وی ہیو ٹو انگیج اور سیلف ان دس مشن۔</w:t>
      </w:r>
    </w:p>
    <w:p>
      <w:r>
        <w:rPr>
          <w:b/>
        </w:rPr>
        <w:t xml:space="preserve">[37:03] </w:t>
      </w:r>
      <w:r>
        <w:t>we have to abandon all other activities. we have to abandon all other activities like jihad, war, violence, political activities</w:t>
      </w:r>
    </w:p>
    <w:p>
      <w:pPr>
        <w:jc w:val="right"/>
      </w:pPr>
      <w:r>
        <w:t>وی ہیو ٹو ابینڈن ال ادر ایکٹیویٹیز۔ وی ہیو ٹو ابینڈن ال ادر ایکٹیویٹیز لائک جہاد، وار، وائلنس، پولیٹیکل ایکٹیویٹیز</w:t>
      </w:r>
    </w:p>
    <w:p>
      <w:r>
        <w:rPr>
          <w:b/>
        </w:rPr>
        <w:t xml:space="preserve">[37:19] </w:t>
      </w:r>
      <w:r>
        <w:t>. we have to abandon all these activities and we have to engage our self in, in, in this mission completely.</w:t>
      </w:r>
    </w:p>
    <w:p>
      <w:pPr>
        <w:jc w:val="right"/>
      </w:pPr>
      <w:r>
        <w:t>۔ وی ہیو ٹو ابینڈن ال دیز ایکٹیویٹیز اینڈ وی ہیو ٹو انگیج اور سیلف ان، ان، ان دس مشن کمپلیٹلی۔</w:t>
      </w:r>
    </w:p>
    <w:p>
      <w:r>
        <w:rPr>
          <w:b/>
        </w:rPr>
        <w:t xml:space="preserve">[37:30] </w:t>
      </w:r>
      <w:r>
        <w:t>that is to spread the</w:t>
      </w:r>
    </w:p>
    <w:p>
      <w:pPr>
        <w:jc w:val="right"/>
      </w:pPr>
      <w:r>
        <w:t>دیٹ از ٹو سپریڈ دا</w:t>
      </w:r>
    </w:p>
    <w:p>
      <w:r>
        <w:rPr>
          <w:b/>
        </w:rPr>
        <w:t xml:space="preserve">[37:36] </w:t>
      </w:r>
      <w:r>
        <w:t>divine message to all mankind.</w:t>
      </w:r>
    </w:p>
    <w:p>
      <w:pPr>
        <w:jc w:val="right"/>
      </w:pPr>
      <w:r>
        <w:t>ڈیوائن میسج ٹو ال مین کائنڈ۔</w:t>
      </w:r>
    </w:p>
    <w:p>
      <w:r>
        <w:rPr>
          <w:b/>
        </w:rPr>
        <w:t xml:space="preserve">[37:46] </w:t>
      </w:r>
      <w:r>
        <w:t>then you know, it is first time in the history that man was able to evolve an international language.</w:t>
      </w:r>
    </w:p>
    <w:p>
      <w:pPr>
        <w:jc w:val="right"/>
      </w:pPr>
      <w:r>
        <w:t>دین یو نو، اٹ از فرسٹ ٹائم ان دا ہسٹری دیٹ مین واز ایبل ٹو ایوالو اینڈ انٹرنیشنل لینگویج۔</w:t>
      </w:r>
    </w:p>
    <w:p>
      <w:r>
        <w:rPr>
          <w:b/>
        </w:rPr>
        <w:t xml:space="preserve">[37:59] </w:t>
      </w:r>
      <w:r>
        <w:t>in previous centuries, there was no international language. all the languages were regional languages.</w:t>
      </w:r>
    </w:p>
    <w:p>
      <w:pPr>
        <w:jc w:val="right"/>
      </w:pPr>
      <w:r>
        <w:t>ان پریویس سینچریز، دیر واز نو انٹرنیشنل لینگویج۔ ال دا لینگویجز ویر ریجنل لینگویجز۔</w:t>
      </w:r>
    </w:p>
    <w:p>
      <w:r>
        <w:rPr>
          <w:b/>
        </w:rPr>
        <w:t xml:space="preserve">[38:10] </w:t>
      </w:r>
      <w:r>
        <w:t>in previous history, in previous ages,</w:t>
      </w:r>
    </w:p>
    <w:p>
      <w:pPr>
        <w:jc w:val="right"/>
      </w:pPr>
      <w:r>
        <w:t>ان پریویس ہسٹری، ان پریویس ایجز،</w:t>
      </w:r>
    </w:p>
    <w:p>
      <w:r>
        <w:rPr>
          <w:b/>
        </w:rPr>
        <w:t xml:space="preserve">[38:16] </w:t>
      </w:r>
      <w:r>
        <w:t>all the languages were regional language. now, man is has successfully evalo</w:t>
      </w:r>
    </w:p>
    <w:p>
      <w:pPr>
        <w:jc w:val="right"/>
      </w:pPr>
      <w:r>
        <w:t>ال دا لینگویجز ویر ریجنل لینگویج۔ ناو، مین از ہیز سکسیس فلی ایوالو</w:t>
      </w:r>
    </w:p>
    <w:p>
      <w:r>
        <w:rPr>
          <w:b/>
        </w:rPr>
        <w:t xml:space="preserve">[38:31] </w:t>
      </w:r>
      <w:r>
        <w:t>and international language that is english.</w:t>
      </w:r>
    </w:p>
    <w:p>
      <w:pPr>
        <w:jc w:val="right"/>
      </w:pPr>
      <w:r>
        <w:t>اینڈ انٹرنیشنل لینگویج دیٹ از انگلش۔</w:t>
      </w:r>
    </w:p>
    <w:p>
      <w:r>
        <w:rPr>
          <w:b/>
        </w:rPr>
        <w:t xml:space="preserve">[38:41] </w:t>
      </w:r>
      <w:r>
        <w:t>so now, it has become possible to use, it has become possible to spread the message of god throughout the world by using this international language.</w:t>
      </w:r>
    </w:p>
    <w:p>
      <w:pPr>
        <w:jc w:val="right"/>
      </w:pPr>
      <w:r>
        <w:t>سو ناو، اٹ ہیز بیکم پاسیبل ٹو یوز، اٹ ہیز بیکم پاسیبل ٹو سپریڈ دا میسج اف گاڈ تھروٹ دی ورلڈ بائی یوزنگ دس انٹرنیشنل لینگویج۔</w:t>
      </w:r>
    </w:p>
    <w:p>
      <w:r>
        <w:rPr>
          <w:b/>
        </w:rPr>
        <w:t xml:space="preserve">[39:06] </w:t>
      </w:r>
      <w:r>
        <w:t>so all the facilities are in our hand. we have media, we have multimedia, we have international language, we have religious freedom,</w:t>
      </w:r>
    </w:p>
    <w:p>
      <w:pPr>
        <w:jc w:val="right"/>
      </w:pPr>
      <w:r>
        <w:t>سو ال دا فیسلیٹیز ار ان اور ہینڈ۔ وی ہیو میڈیا، وی ہیو ملٹی میڈیا، وی ہیو انٹرنیشنل لینگویج، وی ہیو ریلیجس فریڈم،</w:t>
      </w:r>
    </w:p>
    <w:p>
      <w:r>
        <w:rPr>
          <w:b/>
        </w:rPr>
        <w:t xml:space="preserve">[39:22] </w:t>
      </w:r>
      <w:r>
        <w:t>we have tolerance. everything is there.</w:t>
      </w:r>
    </w:p>
    <w:p>
      <w:pPr>
        <w:jc w:val="right"/>
      </w:pPr>
      <w:r>
        <w:t>وی ہیو ٹولرنس۔ ایوری تھنگ از دیر۔</w:t>
      </w:r>
    </w:p>
    <w:p>
      <w:r>
        <w:rPr>
          <w:b/>
        </w:rPr>
        <w:t xml:space="preserve">[39:31] </w:t>
      </w:r>
      <w:r>
        <w:t>we have every facilities, facilities in our hand. so we have to avail these opportunities.</w:t>
      </w:r>
    </w:p>
    <w:p>
      <w:pPr>
        <w:jc w:val="right"/>
      </w:pPr>
      <w:r>
        <w:t>وی ہیو ایوری فیسلیٹیز، فیسلیٹیز ان اور ہینڈ۔ سو وی ہیو ٹو اویلڈ دیز اپرچونیٹیز۔</w:t>
      </w:r>
    </w:p>
    <w:p>
      <w:r>
        <w:rPr>
          <w:b/>
        </w:rPr>
        <w:t xml:space="preserve">[39:45] </w:t>
      </w:r>
      <w:r>
        <w:t>we have to complete the prophetic mission. this our destiny.</w:t>
      </w:r>
    </w:p>
    <w:p>
      <w:pPr>
        <w:jc w:val="right"/>
      </w:pPr>
      <w:r>
        <w:t>وی ہیو ٹو کمپلیٹ دا پرافٹک مشن۔ دس اور ڈیسٹنی۔</w:t>
      </w:r>
    </w:p>
    <w:p>
      <w:r>
        <w:rPr>
          <w:b/>
        </w:rPr>
        <w:t xml:space="preserve">[39:54] </w:t>
      </w:r>
      <w:r>
        <w:t>this is, i can see, this is the greatest blessing of god</w:t>
      </w:r>
    </w:p>
    <w:p>
      <w:pPr>
        <w:jc w:val="right"/>
      </w:pPr>
      <w:r>
        <w:t>دس از، ائی کین سی، دس از دا گریٹسٹ بلیسنگ اف گاڈ</w:t>
      </w:r>
    </w:p>
    <w:p>
      <w:r>
        <w:rPr>
          <w:b/>
        </w:rPr>
        <w:t xml:space="preserve">[40:03] </w:t>
      </w:r>
      <w:r>
        <w:t>to contribute in this mission, this international mission.</w:t>
      </w:r>
    </w:p>
    <w:p>
      <w:pPr>
        <w:jc w:val="right"/>
      </w:pPr>
      <w:r>
        <w:t>ٹو کنٹریبیوٹ ان دس مشن، دس انٹرنیشنل مشن۔</w:t>
      </w:r>
    </w:p>
    <w:p>
      <w:r>
        <w:rPr>
          <w:b/>
        </w:rPr>
        <w:t xml:space="preserve">[40:13] </w:t>
      </w:r>
      <w:r>
        <w:t>so i think that</w:t>
      </w:r>
    </w:p>
    <w:p>
      <w:pPr>
        <w:jc w:val="right"/>
      </w:pPr>
      <w:r>
        <w:t>سو ائی تھنک دیٹ</w:t>
      </w:r>
    </w:p>
    <w:p>
      <w:r>
        <w:rPr>
          <w:b/>
        </w:rPr>
        <w:t xml:space="preserve">[40:17] </w:t>
      </w:r>
      <w:r>
        <w:t>the time has come when muslims must abandon, must abandon all those</w:t>
      </w:r>
    </w:p>
    <w:p>
      <w:pPr>
        <w:jc w:val="right"/>
      </w:pPr>
      <w:r>
        <w:t>دا ٹائم ہیز کم وین مسلمز مسٹ ابینڈن، مسٹ ابینڈن ال دوز</w:t>
      </w:r>
    </w:p>
    <w:p>
      <w:r>
        <w:rPr>
          <w:b/>
        </w:rPr>
        <w:t xml:space="preserve">[40:31] </w:t>
      </w:r>
      <w:r>
        <w:t>activities</w:t>
      </w:r>
    </w:p>
    <w:p>
      <w:pPr>
        <w:jc w:val="right"/>
      </w:pPr>
      <w:r>
        <w:t>ایکٹیویٹیز</w:t>
      </w:r>
    </w:p>
    <w:p>
      <w:r>
        <w:rPr>
          <w:b/>
        </w:rPr>
        <w:t xml:space="preserve">[40:35] </w:t>
      </w:r>
      <w:r>
        <w:t>like jihad and war and violent struggle and political confrontation.</w:t>
      </w:r>
    </w:p>
    <w:p>
      <w:pPr>
        <w:jc w:val="right"/>
      </w:pPr>
      <w:r>
        <w:t>لائک جہاد اینڈ وار اینڈ وائلنٹ سٹرگل اینڈ پولیٹیکل کنفرنٹیشن۔</w:t>
      </w:r>
    </w:p>
    <w:p>
      <w:r>
        <w:rPr>
          <w:b/>
        </w:rPr>
        <w:t xml:space="preserve">[40:49] </w:t>
      </w:r>
      <w:r>
        <w:t>and you have to involve in this mission to spread the word of god</w:t>
      </w:r>
    </w:p>
    <w:p>
      <w:pPr>
        <w:jc w:val="right"/>
      </w:pPr>
      <w:r>
        <w:t>اینڈ یو ہیو ٹو انوالو ان دس مشن ٹو سپریڈ دا ورڈ اف گاڈ</w:t>
      </w:r>
    </w:p>
    <w:p>
      <w:r>
        <w:rPr>
          <w:b/>
        </w:rPr>
        <w:t xml:space="preserve">[41:01] </w:t>
      </w:r>
      <w:r>
        <w:t>throughout the world.</w:t>
      </w:r>
    </w:p>
    <w:p>
      <w:pPr>
        <w:jc w:val="right"/>
      </w:pPr>
      <w:r>
        <w:t>تھروٹ دا ورلڈ۔</w:t>
      </w:r>
    </w:p>
    <w:p>
      <w:r>
        <w:rPr>
          <w:b/>
        </w:rPr>
        <w:t xml:space="preserve">[41:09] </w:t>
      </w:r>
      <w:r>
        <w:t>there is no, this is the task ahead.</w:t>
      </w:r>
    </w:p>
    <w:p>
      <w:pPr>
        <w:jc w:val="right"/>
      </w:pPr>
      <w:r>
        <w:t>دیر از نو، دس از دا ٹاسک اہیڈ۔</w:t>
      </w:r>
    </w:p>
    <w:p>
      <w:r>
        <w:rPr>
          <w:b/>
        </w:rPr>
        <w:t xml:space="preserve">[41:18] </w:t>
      </w:r>
      <w:r>
        <w:t>we have to engage ourselves in this task.</w:t>
      </w:r>
    </w:p>
    <w:p>
      <w:pPr>
        <w:jc w:val="right"/>
      </w:pPr>
      <w:r>
        <w:t>وی ہیو ٹو انگیج اور سیلف ان دس ٹاسک۔</w:t>
      </w:r>
    </w:p>
    <w:p>
      <w:r>
        <w:rPr>
          <w:b/>
        </w:rPr>
        <w:t xml:space="preserve">[41:26] </w:t>
      </w:r>
      <w:r>
        <w:t>aqool qawlan astaghfirullah walakum ajmaeen.</w:t>
      </w:r>
    </w:p>
    <w:p>
      <w:pPr>
        <w:jc w:val="right"/>
      </w:pPr>
      <w:r>
        <w:t>اقول قول استغفراللہ 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