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 Al-Baqarah (The Heifer) Verses 142-216 - Maulana Wahiduddin Khan</w:t>
      </w:r>
    </w:p>
    <w:p>
      <w:r>
        <w:t>https://www.youtube.com/watch?v=TKhs_sFR6yA</w:t>
      </w:r>
    </w:p>
    <w:p>
      <w:r>
        <w:rPr>
          <w:b/>
        </w:rPr>
        <w:t xml:space="preserve">[01:25] </w:t>
      </w:r>
      <w:r>
        <w:t>ab bewakoof log kahengay ke musalmanon ko kis cheez ne un ke qiblay se pher diya. kaho ke mashriq aur maghrib Allah hi ke hain,</w:t>
      </w:r>
    </w:p>
    <w:p>
      <w:pPr>
        <w:jc w:val="right"/>
      </w:pPr>
      <w:r>
        <w:t>اب بے وقوف لوگ کہیں گے کہ مسلمانوں کو کس چیز نے ان کے قبلے سے پھیر دیا۔ کہو کہ مشرق اور مغرب اللہ ہی کے ہیں،</w:t>
      </w:r>
    </w:p>
    <w:p>
      <w:r>
        <w:rPr>
          <w:b/>
        </w:rPr>
        <w:t xml:space="preserve">[01:36] </w:t>
      </w:r>
      <w:r>
        <w:t>wo jis ko chahta hai seedha rasta dikhata hai. aur is tarah hum ne tum ko beech ki ummat bana diya ta ke tum ho batane wale logon par aur rasool ho tum par batane wala.</w:t>
      </w:r>
    </w:p>
    <w:p>
      <w:pPr>
        <w:jc w:val="right"/>
      </w:pPr>
      <w:r>
        <w:t>وہ جس کو چاہتا ہے سیدھا راستہ دکھاتا ہے۔ اور اس طرح ہم نے تم کو بیچ کی امت بنا دیا تاکہ تم ہو بتانے والے لوگوں پر اور رسول ہو تم پر بتانے والا۔</w:t>
      </w:r>
    </w:p>
    <w:p>
      <w:r>
        <w:rPr>
          <w:b/>
        </w:rPr>
        <w:t xml:space="preserve">[01:51] </w:t>
      </w:r>
      <w:r>
        <w:t>aur jis qiblay par tum thay hum ne is ko sirf is liye thehraya tha ke hum jaan lein ke kon rasool ki pairwi karta hai aur kon is se ultay paon phir jata hai.</w:t>
      </w:r>
    </w:p>
    <w:p>
      <w:pPr>
        <w:jc w:val="right"/>
      </w:pPr>
      <w:r>
        <w:t>اور جس قبلے پر تم تھے ہم نے اس کو صرف اس لیے ٹھہرایا تھا کہ ہم جان لیں کہ کون رسول کی پیروی کرتا ہے اور کون اس سے الٹے پاؤں پھر جاتا ہے۔</w:t>
      </w:r>
    </w:p>
    <w:p>
      <w:r>
        <w:rPr>
          <w:b/>
        </w:rPr>
        <w:t xml:space="preserve">[02:05] </w:t>
      </w:r>
      <w:r>
        <w:t>aur</w:t>
      </w:r>
    </w:p>
    <w:p>
      <w:pPr>
        <w:jc w:val="right"/>
      </w:pPr>
      <w:r>
        <w:t>اور</w:t>
      </w:r>
    </w:p>
    <w:p>
      <w:r>
        <w:rPr>
          <w:b/>
        </w:rPr>
        <w:t xml:space="preserve">[02:06] </w:t>
      </w:r>
      <w:r>
        <w:t>beshak yeh baat bhari hai magar un logon par jin ko Allah ne hidayat di hai. aur Allah aisa nahi ke tumhare iman ko zaya kar de.</w:t>
      </w:r>
    </w:p>
    <w:p>
      <w:pPr>
        <w:jc w:val="right"/>
      </w:pPr>
      <w:r>
        <w:t>بے شک یہ بات بھاری ہے مگر ان لوگوں پر جن کو اللہ نے ہدایت دی ہے۔ اور اللہ ایسا نہیں کہ تمہارے ایمان کو ضائع کر دے۔</w:t>
      </w:r>
    </w:p>
    <w:p>
      <w:r>
        <w:rPr>
          <w:b/>
        </w:rPr>
        <w:t xml:space="preserve">[02:16] </w:t>
      </w:r>
      <w:r>
        <w:t>beshak Allah logon ke sath shafqat karne wala meharban hai. tashreeh: qiblay ka talluq mazahir-e-ibadat se hai na ke haqeeqat-e-ibadat se.</w:t>
      </w:r>
    </w:p>
    <w:p>
      <w:pPr>
        <w:jc w:val="right"/>
      </w:pPr>
      <w:r>
        <w:t>بے شک اللہ لوگوں کے ساتھ شفقت کرنے والا مہربان ہے۔ تشریح: قبلے کا تعلق مظاہر عبادت سے ہے نہ کہ حقیقت عبادت سے۔</w:t>
      </w:r>
    </w:p>
    <w:p>
      <w:r>
        <w:rPr>
          <w:b/>
        </w:rPr>
        <w:t xml:space="preserve">[02:32] </w:t>
      </w:r>
      <w:r>
        <w:t>qiblay ka asal maqsad ibadat ki tanzim ke liye aik aam rukh ka taayun karna hai.</w:t>
      </w:r>
    </w:p>
    <w:p>
      <w:pPr>
        <w:jc w:val="right"/>
      </w:pPr>
      <w:r>
        <w:t>قبلے کا اصل مقصد عبادت کی تنظیم کے لیے ایک عمومی رخ کا تعین کرنا ہے۔</w:t>
      </w:r>
    </w:p>
    <w:p>
      <w:r>
        <w:rPr>
          <w:b/>
        </w:rPr>
        <w:t xml:space="preserve">[02:42] </w:t>
      </w:r>
      <w:r>
        <w:t>har simt Allah ki simt hai. woh apne bando ke liye jo simt bhi muqarrar kar de wahi uski pasandeeda ibadati simt hogi.</w:t>
      </w:r>
    </w:p>
    <w:p>
      <w:pPr>
        <w:jc w:val="right"/>
      </w:pPr>
      <w:r>
        <w:t>ہر سمت اللہ کی سمت ہے۔ وہ اپنے بندوں کے لیے جو سمت بھی مقرر کر دے وہی اس کی پسندیدہ عبادتی سمت ہوگی۔</w:t>
      </w:r>
    </w:p>
    <w:p>
      <w:r>
        <w:rPr>
          <w:b/>
        </w:rPr>
        <w:t xml:space="preserve">[02:52] </w:t>
      </w:r>
      <w:r>
        <w:t>khwah woh mashriq ki taraf ho ya maghrib ki taraf</w:t>
      </w:r>
    </w:p>
    <w:p>
      <w:pPr>
        <w:jc w:val="right"/>
      </w:pPr>
      <w:r>
        <w:t>خواہ وہ مشرق کی طرف ہو یا مغرب کی طرف</w:t>
      </w:r>
    </w:p>
    <w:p>
      <w:r>
        <w:rPr>
          <w:b/>
        </w:rPr>
        <w:t xml:space="preserve">[02:55] </w:t>
      </w:r>
      <w:r>
        <w:t>. magar lambi muddat tak bait ul maqdis ki taraf rukh kar ke ibadat karne ki wajah se qibla awwal ko taqaddus hasil ho gaya tha.</w:t>
      </w:r>
    </w:p>
    <w:p>
      <w:pPr>
        <w:jc w:val="right"/>
      </w:pPr>
      <w:r>
        <w:t>۔ مگر لمبی مدت تک بیت المقدس کی طرف رخ کر کے عبادت کرنے کی وجہ سے قبلہ اول کو تقدس حاصل ہو گیا تھا۔</w:t>
      </w:r>
    </w:p>
    <w:p>
      <w:r>
        <w:rPr>
          <w:b/>
        </w:rPr>
        <w:t xml:space="preserve">[03:05] </w:t>
      </w:r>
      <w:r>
        <w:t>chunancha do hijri mein jab qible ki tabdeeli ka ailaan hua to bohat se logon ke liye apne zehan ko is ke mutabiq banana mushkil ho gaya.</w:t>
      </w:r>
    </w:p>
    <w:p>
      <w:pPr>
        <w:jc w:val="right"/>
      </w:pPr>
      <w:r>
        <w:t>چنانچہ دو ہجری میں جب قبلے کی تبدیلی کا اعلان ہوا تو بہت سے لوگوں کے لیے اپنے ذہن کو اس کے مطابق بنانا مشکل ہو گیا۔</w:t>
      </w:r>
    </w:p>
    <w:p>
      <w:r>
        <w:rPr>
          <w:b/>
        </w:rPr>
        <w:t xml:space="preserve">[03:17] </w:t>
      </w:r>
      <w:r>
        <w:t>yahood ne is ko bahana bana kar aap ke khilaf tarah tarah ki baatein phailani shuru kar dein.</w:t>
      </w:r>
    </w:p>
    <w:p>
      <w:pPr>
        <w:jc w:val="right"/>
      </w:pPr>
      <w:r>
        <w:t>یہود نے اس کو بہانہ بنا کر آپ کے خلاف طرح طرح کی باتیں پھیلانی شروع کیں۔</w:t>
      </w:r>
    </w:p>
    <w:p>
      <w:r>
        <w:rPr>
          <w:b/>
        </w:rPr>
        <w:t xml:space="preserve">[03:26] </w:t>
      </w:r>
      <w:r>
        <w:t>bait ul maqdis hamesha se nabiyon ka qibla raha hai. phir is ki mukhalifat kyun? is se zahir hota hai ke yeh saari tehreek yahood ki zid mein chalai ja rahi hai.</w:t>
      </w:r>
    </w:p>
    <w:p>
      <w:pPr>
        <w:jc w:val="right"/>
      </w:pPr>
      <w:r>
        <w:t>بیت المقدس ہمیشہ سے نبیوں کا قبلہ رہا ہے۔ پھر اس کی مخالفت کیوں؟ اس سے ظاہر ہوتا ہے کہ یہ ساری تحریک یہود کی ضد میں چلائی جا رہی ہے۔</w:t>
      </w:r>
    </w:p>
    <w:p>
      <w:r>
        <w:rPr>
          <w:b/>
        </w:rPr>
        <w:t xml:space="preserve">[03:39] </w:t>
      </w:r>
      <w:r>
        <w:t>koi kehta ke yeh mudai risalat khud apne mission ke bare mein mutahayyar o mutaraddid hain.</w:t>
      </w:r>
    </w:p>
    <w:p>
      <w:pPr>
        <w:jc w:val="right"/>
      </w:pPr>
      <w:r>
        <w:t>کوئی کہتا کہ یہ مدعی رسالت خود اپنے مشن کے بارے میں متحیر و متردد ہیں۔</w:t>
      </w:r>
    </w:p>
    <w:p>
      <w:r>
        <w:rPr>
          <w:b/>
        </w:rPr>
        <w:t xml:space="preserve">[03:48] </w:t>
      </w:r>
      <w:r>
        <w:t>kabhi kaba ki taraf rukh kar ke ibadat karne woh kehte hain aur kabhi bait ul maqdis ki taraf</w:t>
      </w:r>
    </w:p>
    <w:p>
      <w:pPr>
        <w:jc w:val="right"/>
      </w:pPr>
      <w:r>
        <w:t>کبھی کعبہ کی طرف رخ کر کے عبادت کرنے وہ کہتے ہیں اور کبھی بیت المقدس کی طرف</w:t>
      </w:r>
    </w:p>
    <w:p>
      <w:r>
        <w:rPr>
          <w:b/>
        </w:rPr>
        <w:t xml:space="preserve">[03:54] </w:t>
      </w:r>
      <w:r>
        <w:t>.kisi ne kaha agar kaba hi asal qibla hai to is ka matlab yeh hai ke is se pehle jo musalman bait ul maqdis ki taraf rukh kar ke namaz parhte rahe un ki namazein bekar gayeen waghera.</w:t>
      </w:r>
    </w:p>
    <w:p>
      <w:pPr>
        <w:jc w:val="right"/>
      </w:pPr>
      <w:r>
        <w:t>۔ کسی نے کہا اگر کعبہ ہی اصل قبلہ ہے تو اس کا مطلب یہ ہے کہ اس سے پہلے جو مسلمان بیت المقدس کی طرف رخ کر کے نماز پڑھتے رہے ان کی نمازیں بیکار گئیں وغیرہ۔</w:t>
      </w:r>
    </w:p>
    <w:p>
      <w:r>
        <w:rPr>
          <w:b/>
        </w:rPr>
        <w:t xml:space="preserve">[04:09] </w:t>
      </w:r>
      <w:r>
        <w:t>magar jo sachche Khuda parast the jo mazahir mein atke hue nahi the un ko yeh samajhne mein der nahi lagi ke asal cheez qible ki simt nahi.</w:t>
      </w:r>
    </w:p>
    <w:p>
      <w:pPr>
        <w:jc w:val="right"/>
      </w:pPr>
      <w:r>
        <w:t>مگر جو سچے خدا پرست تھے جو مظاہر میں اٹکے ہوئے نہیں تھے ان کو یہ سمجھنے میں دیر نہیں لگی کہ اصل چیز قبلے کی سمت نہیں۔</w:t>
      </w:r>
    </w:p>
    <w:p>
      <w:r>
        <w:rPr>
          <w:b/>
        </w:rPr>
        <w:t xml:space="preserve">[04:22] </w:t>
      </w:r>
      <w:r>
        <w:t>asal cheez Khuda ka hukum hai.</w:t>
      </w:r>
    </w:p>
    <w:p>
      <w:pPr>
        <w:jc w:val="right"/>
      </w:pPr>
      <w:r>
        <w:t>اصل چیز خدا کا حکم ہے۔</w:t>
      </w:r>
    </w:p>
    <w:p>
      <w:r>
        <w:rPr>
          <w:b/>
        </w:rPr>
        <w:t xml:space="preserve">[04:24] </w:t>
      </w:r>
      <w:r>
        <w:t>Allah ki taraf se jis waqt jo hukum aa jaye wahi us waqt ka qibla hoga. riwayat mein aata hai ke hijrat ke taqreeban 17 mah baad jab qible ki tabdeeli ka hukum aaya to Rasool Allah Sal Allah o Alaihe Wasallam apne ashaab ki ek jamaat ke sath madine mein namaz ada kar rahe thay.</w:t>
      </w:r>
    </w:p>
    <w:p>
      <w:pPr>
        <w:jc w:val="right"/>
      </w:pPr>
      <w:r>
        <w:t>اللہ کی طرف سے جس وقت جو حکم آ جائے وہی اس وقت کا قبلہ ہوگا۔ روایات میں آتا ہے کہ ہجرت کے تقریباً 17 ماہ بعد جب قبلہ کی تبدیلی کا حکم آیا تو رسول اللہ صلی اللہ علیہ وسلم اپنے اصحاب کی ایک جماعت کے ساتھ مدینے میں نماز ادا کر رہے تھے۔</w:t>
      </w:r>
    </w:p>
    <w:p>
      <w:r>
        <w:rPr>
          <w:b/>
        </w:rPr>
        <w:t xml:space="preserve">[04:46] </w:t>
      </w:r>
      <w:r>
        <w:t>hukum maloom hote hi aap ne aur musalmanon ne ain halat namaz mein apna rukh bait ul maqdis se kaba ki taraf kar liya.</w:t>
      </w:r>
    </w:p>
    <w:p>
      <w:pPr>
        <w:jc w:val="right"/>
      </w:pPr>
      <w:r>
        <w:t>حکم معلوم ہوتے ہی آپ نے اور مسلمانوں نے عین حالت نماز میں اپنا رخ بیت المقدس سے کعبہ کی طرف کر لیا۔</w:t>
      </w:r>
    </w:p>
    <w:p>
      <w:r>
        <w:rPr>
          <w:b/>
        </w:rPr>
        <w:t xml:space="preserve">[04:55] </w:t>
      </w:r>
      <w:r>
        <w:t>yani shimal se junoob ki taraf. qible ki tabdeeli ek alamat thi jis ka matlab yeh tha ke Allah taala ne bani Israel ko imamat se mazool kar ke ummat e Muhammadi ko is ki jagah muqarrar kar diya.</w:t>
      </w:r>
    </w:p>
    <w:p>
      <w:pPr>
        <w:jc w:val="right"/>
      </w:pPr>
      <w:r>
        <w:t>یعنی شمال سے جنوب کی طرف۔ قبلے کی تبدیلی ایک علامت تھی جس کا مطلب یہ تھا کہ اللہ تعالی نے بنی اسرائیل کو امامت سے معزول کر کے امت محمدی کو اس کی جگہ مقرر کر دیا۔</w:t>
      </w:r>
    </w:p>
    <w:p>
      <w:r>
        <w:rPr>
          <w:b/>
        </w:rPr>
        <w:t xml:space="preserve">[05:13] </w:t>
      </w:r>
      <w:r>
        <w:t>ab qayamat tak bait ul maqdis ke bajaye kaba Khuda ke deen ki dawat aur Khuda paraston ke bahami ittehad ka almi markaz hoga.</w:t>
      </w:r>
    </w:p>
    <w:p>
      <w:pPr>
        <w:jc w:val="right"/>
      </w:pPr>
      <w:r>
        <w:t>اب قیامت تک بیت المقدس کے بجائے کعبہ خدا کے دین کی دعوت اور خدا پرستوں کے باہمی اتحاد کا عالمی مرکز ہوگا۔</w:t>
      </w:r>
    </w:p>
    <w:p>
      <w:r>
        <w:rPr>
          <w:b/>
        </w:rPr>
        <w:t xml:space="preserve">[05:25] </w:t>
      </w:r>
      <w:r>
        <w:t>wast ke mani beech ke hain. is ka matlab yeh hai ke musalman Allah ke paigham ko is ke bando tak pohnchanay ke liye darmayani waseela hain aur Allah ka paigham Rasool ke zariye un ko pohncha hai.</w:t>
      </w:r>
    </w:p>
    <w:p>
      <w:pPr>
        <w:jc w:val="right"/>
      </w:pPr>
      <w:r>
        <w:t>وسط کے معنی بیچ کے ہیں۔ اس کا مطلب یہ ہے کہ مسلمان اللہ کے پیغام کو اس کے بندوں تک پہنچانے کے لیے درمیانی وسیلہ ہیں اور اللہ کا پیغام رسول کے ذریعے ان کو پہنچا ہے۔</w:t>
      </w:r>
    </w:p>
    <w:p>
      <w:r>
        <w:rPr>
          <w:b/>
        </w:rPr>
        <w:t xml:space="preserve">[05:41] </w:t>
      </w:r>
      <w:r>
        <w:t>ab is paigham ko unhein qayamat tak tamam qomon ko pohanchate rehna hai.</w:t>
      </w:r>
    </w:p>
    <w:p>
      <w:pPr>
        <w:jc w:val="right"/>
      </w:pPr>
      <w:r>
        <w:t>اب اس پیغام کو انہیں قیامت تک تمام قوموں کو پہنچاتے رہنا ہے۔</w:t>
      </w:r>
    </w:p>
    <w:p>
      <w:r>
        <w:rPr>
          <w:b/>
        </w:rPr>
        <w:t xml:space="preserve">[05:48] </w:t>
      </w:r>
      <w:r>
        <w:t>isi par dunya mein bhi un ke mustaqbil ka inhisaar hai aur isi par akhirat ka bhi.</w:t>
      </w:r>
    </w:p>
    <w:p>
      <w:pPr>
        <w:jc w:val="right"/>
      </w:pPr>
      <w:r>
        <w:t>اسی پر دنیا میں بھی ان کے مستقبل کا انحصار ہے اور اسی پر آخرت کا بھی۔</w:t>
      </w:r>
    </w:p>
    <w:p>
      <w:r>
        <w:rPr>
          <w:b/>
        </w:rPr>
        <w:t xml:space="preserve">[06:42] </w:t>
      </w:r>
      <w:r>
        <w:t>wa la in atayta allatheena ootoo alkitaba bikulli ayatin ma tabi'oo qiblata ka wa ma anta bitabi'in qiblata hum</w:t>
      </w:r>
    </w:p>
    <w:p>
      <w:pPr>
        <w:jc w:val="right"/>
      </w:pPr>
      <w:r>
        <w:t>ولئن أتيت الذين أوتوا الكتاب بكل آية ما تبعوا قبلتك وما أنت بتابع قبلتهم</w:t>
      </w:r>
    </w:p>
    <w:p>
      <w:r>
        <w:rPr>
          <w:b/>
        </w:rPr>
        <w:t xml:space="preserve">[06:58] </w:t>
      </w:r>
      <w:r>
        <w:t>wa ma ba'duhum bitabi'in qiblata ba'din wa la in ittaba'ta ahwa'ahum min ba'di ma ja'aka min al'ilmi innaka itha' lamin alththalimeen.</w:t>
      </w:r>
    </w:p>
    <w:p>
      <w:pPr>
        <w:jc w:val="right"/>
      </w:pPr>
      <w:r>
        <w:t>وما بعضهم بتابع قبلة بعض ولئن اتبعت أهواءهم من بعد ما جاءك من العلم إنك إذا لمن الظالمين.</w:t>
      </w:r>
    </w:p>
    <w:p>
      <w:r>
        <w:rPr>
          <w:b/>
        </w:rPr>
        <w:t xml:space="preserve">[07:23] </w:t>
      </w:r>
      <w:r>
        <w:t>allatheena ataynāhumu alkitāba ya'rifūnahu kamā ya'rifūna abnā'ahum wa inna farīqan minhum layaktumūna alḥaqqa wa hum ya'lamūn.</w:t>
      </w:r>
    </w:p>
    <w:p>
      <w:pPr>
        <w:jc w:val="right"/>
      </w:pPr>
      <w:r>
        <w:t>الذين آتيناهم الكتاب يعرفونه كما يعرفون أبناءهم وإن فريقا منهم ليكتمون الحق وهم يعلمون.</w:t>
      </w:r>
    </w:p>
    <w:p>
      <w:r>
        <w:rPr>
          <w:b/>
        </w:rPr>
        <w:t xml:space="preserve">[07:42] </w:t>
      </w:r>
      <w:r>
        <w:t>alḥaqqu min rabbika falā takūnnanna min almumtarīn.</w:t>
      </w:r>
    </w:p>
    <w:p>
      <w:pPr>
        <w:jc w:val="right"/>
      </w:pPr>
      <w:r>
        <w:t>الحق من ربك فلا تكونن من الممترين.</w:t>
      </w:r>
    </w:p>
    <w:p>
      <w:r>
        <w:rPr>
          <w:b/>
        </w:rPr>
        <w:t xml:space="preserve">[07:51] </w:t>
      </w:r>
      <w:r>
        <w:t>surah al baqarah chapter number two verses 144 to 147 tarjuma: hum tumhare munh ka bar bar aasman ki taraf uthana dekh rahe hain.</w:t>
      </w:r>
    </w:p>
    <w:p>
      <w:pPr>
        <w:jc w:val="right"/>
      </w:pPr>
      <w:r>
        <w:t>سورہ البقرہ چیپٹر نمبر ٹو ورسز 144 ٹو 147 ترجمہ: ہم تمہارے منہ کا بار بار آسمان کی طرف اٹھانا دیکھ رہے ہیں۔</w:t>
      </w:r>
    </w:p>
    <w:p>
      <w:r>
        <w:rPr>
          <w:b/>
        </w:rPr>
        <w:t xml:space="preserve">[08:05] </w:t>
      </w:r>
      <w:r>
        <w:t>pas hum tum ko usi qible ki taraf pher den ge jis ko tum pasand karte ho. ab apna rukh masjid e haram ki taraf pher do aur tum jahan kahin bhi ho apne rukh ko usi ki taraf karo.</w:t>
      </w:r>
    </w:p>
    <w:p>
      <w:pPr>
        <w:jc w:val="right"/>
      </w:pPr>
      <w:r>
        <w:t>پس ہم تم کو اسی قبلے کی طرف پھیر دیں گے جس کو تم پسند کرتے ہو۔ اب اپنا رخ مسجد حرام کی طرف پھیر دو اور تم جہاں کہیں بھی ہو اپنے رخ کو اسی کی طرف کرو۔</w:t>
      </w:r>
    </w:p>
    <w:p>
      <w:r>
        <w:rPr>
          <w:b/>
        </w:rPr>
        <w:t xml:space="preserve">[08:20] </w:t>
      </w:r>
      <w:r>
        <w:t>aur ahle kitab khoob jante hain ke yeh haq hai aur un ke Rab ki janib se hai aur Allah bekhabar nahi is se jo woh kar rahe hain.</w:t>
      </w:r>
    </w:p>
    <w:p>
      <w:pPr>
        <w:jc w:val="right"/>
      </w:pPr>
      <w:r>
        <w:t>اور اہل کتاب خوب جانتے ہیں کہ یہ حق ہے اور ان کے رب کی جانب سے ہے اور اللہ بے خبر نہیں اس سے جو وہ کر رہے ہیں۔</w:t>
      </w:r>
    </w:p>
    <w:p>
      <w:r>
        <w:rPr>
          <w:b/>
        </w:rPr>
        <w:t xml:space="preserve">[08:32] </w:t>
      </w:r>
      <w:r>
        <w:t>aur agar tum in ahle kitab ke samne tamam daleelain pesh kar do tab bhi woh tumhare qible ko na manenge aur na tum un ke qible ki pairwi kar sakte ho.</w:t>
      </w:r>
    </w:p>
    <w:p>
      <w:pPr>
        <w:jc w:val="right"/>
      </w:pPr>
      <w:r>
        <w:t>اور اگر تم ان اہل کتاب کے سامنے تمام دلیلیں پیش کر دو تب بھی وہ تمہارے قبلے کو نہ مانیں گے اور نہ تم ان کے قبلے کی پیروی کر سکتے ہو۔</w:t>
      </w:r>
    </w:p>
    <w:p>
      <w:r>
        <w:rPr>
          <w:b/>
        </w:rPr>
        <w:t xml:space="preserve">[08:46] </w:t>
      </w:r>
      <w:r>
        <w:t>aur nah woh khud aik doosre ke qible ko mante hain. aur is ilm ke baad jo tumhare paas aa chuka hai agar tum un ki khwahishon ki pairwi karoge to yaqeenan tum zalimon mein se ho jaoge.</w:t>
      </w:r>
    </w:p>
    <w:p>
      <w:pPr>
        <w:jc w:val="right"/>
      </w:pPr>
      <w:r>
        <w:t>اور نہ وہ خود ایک دوسرے کے قبلے کو مانتے ہیں۔ اور اس علم کے بعد جو تمہارے پاس آ چکا ہے اگر تم ان کی خواہشوں کی پیروی کرو گے تو یقینا تم ظالموں میں سے ہو جاؤ گے۔</w:t>
      </w:r>
    </w:p>
    <w:p>
      <w:r>
        <w:rPr>
          <w:b/>
        </w:rPr>
        <w:t xml:space="preserve">[09:03] </w:t>
      </w:r>
      <w:r>
        <w:t>jin ko hum ne kitab di hai woh is ko is tarah pehchante hain jis tarah apne beton ko pehchante hain.</w:t>
      </w:r>
    </w:p>
    <w:p>
      <w:pPr>
        <w:jc w:val="right"/>
      </w:pPr>
      <w:r>
        <w:t>جن کو ہم نے کتاب دی ہے وہ اس کو اس طرح پہچانتے ہیں جس طرح اپنے بیٹوں کو پہچانتے ہیں۔</w:t>
      </w:r>
    </w:p>
    <w:p>
      <w:r>
        <w:rPr>
          <w:b/>
        </w:rPr>
        <w:t xml:space="preserve">[09:12] </w:t>
      </w:r>
      <w:r>
        <w:t>aur un mein se aik groh haq ko chupa raha hai halan ke woh is ko janta hai. haq woh hai jo tera rab kahe.</w:t>
      </w:r>
    </w:p>
    <w:p>
      <w:pPr>
        <w:jc w:val="right"/>
      </w:pPr>
      <w:r>
        <w:t>اور ان میں سے ایک گروہ حق کو چھپا رہا ہے حالانکہ وہ اس کو جانتا ہے۔ حق وہ ہے جو تیرا رب کہے۔</w:t>
      </w:r>
    </w:p>
    <w:p>
      <w:r>
        <w:rPr>
          <w:b/>
        </w:rPr>
        <w:t xml:space="preserve">[09:22] </w:t>
      </w:r>
      <w:r>
        <w:t>pas tum har giz shak karne walon mein se na bano.</w:t>
      </w:r>
    </w:p>
    <w:p>
      <w:pPr>
        <w:jc w:val="right"/>
      </w:pPr>
      <w:r>
        <w:t>پس تم ہرگز شک کرنے والوں میں سے نہ بنو۔</w:t>
      </w:r>
    </w:p>
    <w:p>
      <w:r>
        <w:rPr>
          <w:b/>
        </w:rPr>
        <w:t xml:space="preserve">[09:27] </w:t>
      </w:r>
      <w:r>
        <w:t>tashreeh: rasool Allah sal Allah alaihi wasallam ki sunnat yeh thi ke jin umoor mein abhi wahi nahi aai ho un mein aap pichle anbiya ke tareeqe ki pairwi karte the.</w:t>
      </w:r>
    </w:p>
    <w:p>
      <w:pPr>
        <w:jc w:val="right"/>
      </w:pPr>
      <w:r>
        <w:t>تشریح: رسول اللہ صلی اللہ علیہ وسلم کی سنت یہ تھی کہ جن امور میں ابھی وحی نہیں آئی ہو ان میں آپ پچھلے انبیاء کے طریقے کی پیروی کرتے تھے۔</w:t>
      </w:r>
    </w:p>
    <w:p>
      <w:r>
        <w:rPr>
          <w:b/>
        </w:rPr>
        <w:t xml:space="preserve">[09:43] </w:t>
      </w:r>
      <w:r>
        <w:t>is bina par aap ne ibtida bait ul maqdis ko qibla bana liya tha jo hazrat sulaiman alaihi salam ke zamane se bani israel ke peghambaron ka qibla raha hai.</w:t>
      </w:r>
    </w:p>
    <w:p>
      <w:pPr>
        <w:jc w:val="right"/>
      </w:pPr>
      <w:r>
        <w:t>اس بنا پر آپ نے ابتداء بیت المقدس کو قبلہ بنا لیا تھا جو حضرت سلیمان علیہ السلام کے زمانے سے بنی اسرائیل کے پیغمبروں کا قبلہ رہا ہے۔</w:t>
      </w:r>
    </w:p>
    <w:p>
      <w:r>
        <w:rPr>
          <w:b/>
        </w:rPr>
        <w:t xml:space="preserve">[09:56] </w:t>
      </w:r>
      <w:r>
        <w:t>yahood ko jab Allah taala ne deen ki imamat o pishwai se mazool kiya to is ke baad yeh bhi zaroori ho gaya ke deen ko yahood ki riwayat se juda kar diya jaye taake Khuda ka deen har aitbar se apni khalis shakal mein numayan ho sake.</w:t>
      </w:r>
    </w:p>
    <w:p>
      <w:pPr>
        <w:jc w:val="right"/>
      </w:pPr>
      <w:r>
        <w:t>یہود کو جب اللہ تعالی نے دین کی امامت و پیشوائی سے معزول کیا تو اس کے بعد یہ بھی ضروری ہو گیا کہ دین کو یہود کی روایات سے جدا کر دیا جائے تاکہ خدا کا دین ہر اعتبار سے اپنی خالص شکل میں نمایاں ہو سکے۔</w:t>
      </w:r>
    </w:p>
    <w:p>
      <w:r>
        <w:rPr>
          <w:b/>
        </w:rPr>
        <w:t xml:space="preserve">[10:18] </w:t>
      </w:r>
      <w:r>
        <w:t>isi maslihat ki bina par rasool Allah sal Allah alaihi wasallam ko tabdeeli qibla ke hukum ka intezar rehta tha.</w:t>
      </w:r>
    </w:p>
    <w:p>
      <w:pPr>
        <w:jc w:val="right"/>
      </w:pPr>
      <w:r>
        <w:t>اسی مصلحت کی بنا پر رسول اللہ صلی اللہ علیہ وسلم کو تبدیلی قبلہ کے حکم کا انتظار رہتا تھا۔</w:t>
      </w:r>
    </w:p>
    <w:p>
      <w:r>
        <w:rPr>
          <w:b/>
        </w:rPr>
        <w:t xml:space="preserve">[10:28] </w:t>
      </w:r>
      <w:r>
        <w:t>chunanche hijrat ke doosre saal yeh hukum aa gaya.</w:t>
      </w:r>
    </w:p>
    <w:p>
      <w:pPr>
        <w:jc w:val="right"/>
      </w:pPr>
      <w:r>
        <w:t>چنانچہ ہجرت کے دوسرے سال یہ حکم آ گیا۔</w:t>
      </w:r>
    </w:p>
    <w:p>
      <w:r>
        <w:rPr>
          <w:b/>
        </w:rPr>
        <w:t xml:space="preserve">[10:33] </w:t>
      </w:r>
      <w:r>
        <w:t>yahood ke anbiya jo yahood ko khabardar karne ke liye aaye woh pehle hi is faisla elahi ki babat yahood ko bata chuke the aur un ke ulma is mamle ko achi tarah jante the.</w:t>
      </w:r>
    </w:p>
    <w:p>
      <w:pPr>
        <w:jc w:val="right"/>
      </w:pPr>
      <w:r>
        <w:t>یہود کے انبیاء جو یہود کو خبردار کرنے کے لیے آئے وہ پہلے ہی اس فیصلہ الہی کی بابت یہود کو بتا چکے تھے اور ان کے علماء اس معاملے کو اچھی طرح جانتے تھے۔</w:t>
      </w:r>
    </w:p>
    <w:p>
      <w:r>
        <w:rPr>
          <w:b/>
        </w:rPr>
        <w:t xml:space="preserve">[10:50] </w:t>
      </w:r>
      <w:r>
        <w:t>tahum un mein sirf chand log jaise Abdullah bin Salam aur Makhiraq raziallahu anhuma aise nikle jinhon ne aap ki tasdeeq ki aur is baat ka iqrar kiya ke aap ke zariye Allah taala ne apne sachhe deen ka izhar farmaya hai.</w:t>
      </w:r>
    </w:p>
    <w:p>
      <w:pPr>
        <w:jc w:val="right"/>
      </w:pPr>
      <w:r>
        <w:t>تاہم ان میں صرف چند لوگ جیسے عبداللہ بن سلام اور مخیرق رضی اللہ عنہما ایسے نکلے جنہوں نے آپ کی تصدیق کی اور اس بات کا اقرار کیا کہ آپ کے ذریعے اللہ تعالی نے اپنے سچے دین کا اظہار فرمایا ہے۔</w:t>
      </w:r>
    </w:p>
    <w:p>
      <w:r>
        <w:rPr>
          <w:b/>
        </w:rPr>
        <w:t xml:space="preserve">[11:10] </w:t>
      </w:r>
      <w:r>
        <w:t>yahood ke na manne ki wajah mahaz un ki khwahish parasti thi.</w:t>
      </w:r>
    </w:p>
    <w:p>
      <w:pPr>
        <w:jc w:val="right"/>
      </w:pPr>
      <w:r>
        <w:t>یہود کے نہ ماننے کی وجہ محض ان کی خواہش پرستی تھی۔</w:t>
      </w:r>
    </w:p>
    <w:p>
      <w:r>
        <w:rPr>
          <w:b/>
        </w:rPr>
        <w:t xml:space="preserve">[11:17] </w:t>
      </w:r>
      <w:r>
        <w:t>woh jin grohi khush khayaliyon mein jee rahe the un se woh nikalna nahi chahte the. aur jo inkar mahaz khwahish parasti ki bina par paida ho us ko todne mein kabhi koi daleel kamyab nahi hoti.</w:t>
      </w:r>
    </w:p>
    <w:p>
      <w:pPr>
        <w:jc w:val="right"/>
      </w:pPr>
      <w:r>
        <w:t>وہ جن گروہی خوش خیالیوں میں جی رہے تھے ان سے وہ نکلنا نہیں چاہتے تھے۔ اور جو انکار محض خواہش پرستی کی بنا پر پیدا ہو اس کو توڑنے میں کبھی کوئی دلیل کامیاب نہیں ہوتی۔</w:t>
      </w:r>
    </w:p>
    <w:p>
      <w:r>
        <w:rPr>
          <w:b/>
        </w:rPr>
        <w:t xml:space="preserve">[11:35] </w:t>
      </w:r>
      <w:r>
        <w:t>aisa aadmi dalail ke inkar se apne liye woh rizq hasil karne ki koshish karta hai jo is ke khalique ne sirf dalail ke itraf mein rakha hai.</w:t>
      </w:r>
    </w:p>
    <w:p>
      <w:pPr>
        <w:jc w:val="right"/>
      </w:pPr>
      <w:r>
        <w:t>ایسا آدمی دلائل کے انکار سے اپنے لیے وہ رزق حاصل کرنے کی کوشش کرتا ہے جو اس کے خالق نے صرف دلائل کے اعتراف میں رکھا ہے۔</w:t>
      </w:r>
    </w:p>
    <w:p>
      <w:r>
        <w:rPr>
          <w:b/>
        </w:rPr>
        <w:t xml:space="preserve">[11:47] </w:t>
      </w:r>
      <w:r>
        <w:t>Allah ki taraf se jab kisi amar haq ka elan hota hai to woh aise qat'i dalail ke sath hota hai ke koi Allah ka banda is ki sadaqat ko pehchanne se ajiz na rahe.</w:t>
      </w:r>
    </w:p>
    <w:p>
      <w:pPr>
        <w:jc w:val="right"/>
      </w:pPr>
      <w:r>
        <w:t>اللہ کی طرف سے جب کسی امر حق کا اعلان ہوتا ہے تو وہ ایسے قطعی دلائل کے ساتھ ہوتا ہے کہ کوئی اللہ کا بندہ اس کی صداقت کو پہچاننے سے عاجز نہ رہے۔</w:t>
      </w:r>
    </w:p>
    <w:p>
      <w:r>
        <w:rPr>
          <w:b/>
        </w:rPr>
        <w:t xml:space="preserve">[12:02] </w:t>
      </w:r>
      <w:r>
        <w:t>aisi halat mein jo log shubah mein paden woh sirf yeh sabit kar rahe hain ke woh Khuda se aashna na the.</w:t>
      </w:r>
    </w:p>
    <w:p>
      <w:pPr>
        <w:jc w:val="right"/>
      </w:pPr>
      <w:r>
        <w:t>ایسی حالت میں جو لوگ شبہ میں پڑیں وہ صرف یہ ثابت کر رہے ہیں کہ وہ خدا سے آشنا نہ تھے۔</w:t>
      </w:r>
    </w:p>
    <w:p>
      <w:r>
        <w:rPr>
          <w:b/>
        </w:rPr>
        <w:t xml:space="preserve">[12:11] </w:t>
      </w:r>
      <w:r>
        <w:t>is liye woh Khuda ki boli ko pehchan na</w:t>
      </w:r>
    </w:p>
    <w:p>
      <w:pPr>
        <w:jc w:val="right"/>
      </w:pPr>
      <w:r>
        <w:t>اس لیے وہ خدا کی بولی کو پہچان نہ</w:t>
      </w:r>
    </w:p>
    <w:p>
      <w:r>
        <w:rPr>
          <w:b/>
        </w:rPr>
        <w:t xml:space="preserve">[12:15] </w:t>
      </w:r>
      <w:r>
        <w:t>sake. is tarah woh log jo haq ke khilaf kuch alfaaz bol kar samajhte hain ke unhon ne</w:t>
      </w:r>
    </w:p>
    <w:p>
      <w:pPr>
        <w:jc w:val="right"/>
      </w:pPr>
      <w:r>
        <w:t>سکے۔ اس طرح وہ لوگ جو حق کے خلاف کچھ الفاظ بول کر سمجھتے ہیں کہ انہوں نے</w:t>
      </w:r>
    </w:p>
    <w:p>
      <w:r>
        <w:rPr>
          <w:b/>
        </w:rPr>
        <w:t xml:space="preserve">[12:21] </w:t>
      </w:r>
      <w:r>
        <w:t>haq ka eteraaf na karne ke liye mazboot istidlali sahare daryaft kar liye hain bohat jald un ko</w:t>
      </w:r>
    </w:p>
    <w:p>
      <w:pPr>
        <w:jc w:val="right"/>
      </w:pPr>
      <w:r>
        <w:t>حق کا اعتراف نہ کرنے کے لیے مضبوط استدلالی سہارے دریافت کر لیے ہیں بہت جلد ان کو</w:t>
      </w:r>
    </w:p>
    <w:p>
      <w:r>
        <w:rPr>
          <w:b/>
        </w:rPr>
        <w:t xml:space="preserve">[12:29] </w:t>
      </w:r>
      <w:r>
        <w:t>maloom ho jayega ke woh mahaz farzi sahare thay jo un ke nafs ne apni jhooti taskeen</w:t>
      </w:r>
    </w:p>
    <w:p>
      <w:pPr>
        <w:jc w:val="right"/>
      </w:pPr>
      <w:r>
        <w:t>معلوم ہو جائے گا کہ وہ محض فرضی سہارے تھے جو ان کے نفس نے اپنی جھوٹی تسکین</w:t>
      </w:r>
    </w:p>
    <w:p>
      <w:r>
        <w:rPr>
          <w:b/>
        </w:rPr>
        <w:t xml:space="preserve">[12:37] </w:t>
      </w:r>
      <w:r>
        <w:t>ke liye waza kar liye thay.</w:t>
      </w:r>
    </w:p>
    <w:p>
      <w:pPr>
        <w:jc w:val="right"/>
      </w:pPr>
      <w:r>
        <w:t>کے لیے وضع کر لیے تھے۔</w:t>
      </w:r>
    </w:p>
    <w:p>
      <w:r>
        <w:rPr>
          <w:b/>
        </w:rPr>
        <w:t xml:space="preserve">[13:04] </w:t>
      </w:r>
      <w:r>
        <w:t>wamin haith kharajta fawalli wajhaka shatr al masjid al haram wa innahu lahaqqun mir rabbika wamallahu bighafilin amma ta'malun.</w:t>
      </w:r>
    </w:p>
    <w:p>
      <w:pPr>
        <w:jc w:val="right"/>
      </w:pPr>
      <w:r>
        <w:t>ومن حيث خرجت فول وجهك شطر المسجد الحرام وإنه لحق من ربك وما الله بغافل عما تعملون.</w:t>
      </w:r>
    </w:p>
    <w:p>
      <w:r>
        <w:rPr>
          <w:b/>
        </w:rPr>
        <w:t xml:space="preserve">[13:21] </w:t>
      </w:r>
      <w:r>
        <w:t>wamin haith kharajta fawalli wajhaka shatr al masjid al haram</w:t>
      </w:r>
    </w:p>
    <w:p>
      <w:pPr>
        <w:jc w:val="right"/>
      </w:pPr>
      <w:r>
        <w:t>ومن حيث خرجت فول وجهك شطر المسجد الحرام</w:t>
      </w:r>
    </w:p>
    <w:p>
      <w:r>
        <w:rPr>
          <w:b/>
        </w:rPr>
        <w:t xml:space="preserve">[13:30] </w:t>
      </w:r>
      <w:r>
        <w:t>wahaythu ma kuntum fawallu wujoohakum shatrahu liayyakuna</w:t>
      </w:r>
    </w:p>
    <w:p>
      <w:pPr>
        <w:jc w:val="right"/>
      </w:pPr>
      <w:r>
        <w:t>وحيث ما كنتم فولوا وجوهكم شطره لئلا يكون</w:t>
      </w:r>
    </w:p>
    <w:p>
      <w:r>
        <w:rPr>
          <w:b/>
        </w:rPr>
        <w:t xml:space="preserve">[13:38] </w:t>
      </w:r>
      <w:r>
        <w:t>linnasi alaikum hajjatun. liayyakuna linnasi alaikum hajjatun illa allazina zalamoo minhum fala takhshawhum wakhshawni walatum nimati alaikum</w:t>
      </w:r>
    </w:p>
    <w:p>
      <w:pPr>
        <w:jc w:val="right"/>
      </w:pPr>
      <w:r>
        <w:t>للناس عليكم حجة. لئلا يكون للناس عليكم حجة إلا الذين ظلموا منهم فلا تخشوهم واخشوني ولاتم نعمتي عليكم</w:t>
      </w:r>
    </w:p>
    <w:p>
      <w:r>
        <w:rPr>
          <w:b/>
        </w:rPr>
        <w:t xml:space="preserve">[13:58] </w:t>
      </w:r>
      <w:r>
        <w:t>walatum nimati alaikum walallakum tahtadoon. kama arsalna fikum rasulan minkum yatlu alaikum ayatina wayuzakkikum wayuallimukum alkitaba</w:t>
      </w:r>
    </w:p>
    <w:p>
      <w:pPr>
        <w:jc w:val="right"/>
      </w:pPr>
      <w:r>
        <w:t>ولاتم نعمتي عليكم ولعلكم تهتدون. كما أرسلنا فيكم رسولا منكم يتلو عليكم آياتنا ويزكيكم ويعلمكم الكتاب</w:t>
      </w:r>
    </w:p>
    <w:p>
      <w:r>
        <w:rPr>
          <w:b/>
        </w:rPr>
        <w:t xml:space="preserve">[14:22] </w:t>
      </w:r>
      <w:r>
        <w:t>wayuallimukum alkitaba walhikmata wayuallimukum ma lam takoonoo ta'lamoon.</w:t>
      </w:r>
    </w:p>
    <w:p>
      <w:pPr>
        <w:jc w:val="right"/>
      </w:pPr>
      <w:r>
        <w:t>ويعلمكم الكتاب والحكمة ويعلمكم ما لم تكونوا تعلمون.</w:t>
      </w:r>
    </w:p>
    <w:p>
      <w:r>
        <w:rPr>
          <w:b/>
        </w:rPr>
        <w:t xml:space="preserve">[14:33] </w:t>
      </w:r>
      <w:r>
        <w:t>Fadhkuruni adhkurkum washkuroo li walatakfuroon.</w:t>
      </w:r>
    </w:p>
    <w:p>
      <w:pPr>
        <w:jc w:val="right"/>
      </w:pPr>
      <w:r>
        <w:t>فاذكروني أذكركم واشكروا لي ولا تكفرون.</w:t>
      </w:r>
    </w:p>
    <w:p>
      <w:r>
        <w:rPr>
          <w:b/>
        </w:rPr>
        <w:t xml:space="preserve">[14:42] </w:t>
      </w:r>
      <w:r>
        <w:t>har ek ke liye ek rukh hai jidhar woh munh karta hai pas tum bhalaiyon ki taraf daudo tum jahan kahin ho ge Allah tum sab ko le aaye ga beshak Allah sab kuch kar sakta hai aur tum jahan se bhi niklo apna rukh masjid haram ki taraf kar lo beshak yeh haq hai tumhare Rab ki taraf se aur jo kuch tum karte ho Allah us se bekhabar nahi</w:t>
      </w:r>
    </w:p>
    <w:p>
      <w:pPr>
        <w:jc w:val="right"/>
      </w:pPr>
      <w:r>
        <w:t>ہر ایک کے لیے ایک رخ ہے جدھر وہ منہ کرتا ہے پس تم بھلائیوں کی طرف دوڑو تم جہاں کہیں ہو گے اللہ تم سب کو لے آئے گا بے شک اللہ سب کچھ کر سکتا ہے اور تم جہاں سے بھی نکلو اپنا رخ مسجد حرام کی طرف کر لو بے شک یہ حق ہے تمہارے رب کی طرف سے اور جو کچھ تم کرتے ہو اللہ اس سے بے خبر نہیں</w:t>
      </w:r>
    </w:p>
    <w:p>
      <w:r>
        <w:rPr>
          <w:b/>
        </w:rPr>
        <w:t xml:space="preserve">[15:11] </w:t>
      </w:r>
      <w:r>
        <w:t>aur tum jahan se bhi niklo apna rukh masjid haram ki taraf karo aur tum jahan bhi ho apne rukh usi ki taraf rakho taake logon ko tumhare upar koi hujjat baqi na rahe siwa un logon ke jo un mein be insaaf hain</w:t>
      </w:r>
    </w:p>
    <w:p>
      <w:pPr>
        <w:jc w:val="right"/>
      </w:pPr>
      <w:r>
        <w:t>اور تم جہاں سے بھی نکلو اپنا رخ مسجد حرام کی طرف کرو اور تم جہاں بھی ہو اپنے رخ اسی کی طرف رکھو تاکہ لوگوں کو تمہارے اوپر کوئی حجت باقی نہ رہے سوا ان لوگوں کے جو ان میں بے انصاف ہیں</w:t>
      </w:r>
    </w:p>
    <w:p>
      <w:r>
        <w:rPr>
          <w:b/>
        </w:rPr>
        <w:t xml:space="preserve">[15:33] </w:t>
      </w:r>
      <w:r>
        <w:t>pas tum un se na daro aur mujh se daro aur taake main apni nemmat tumhare upar poori kar doon aur taake tum raah pa jao</w:t>
      </w:r>
    </w:p>
    <w:p>
      <w:pPr>
        <w:jc w:val="right"/>
      </w:pPr>
      <w:r>
        <w:t>پس تم ان سے نہ ڈرو اور مجھ سے ڈرو اور تاکہ میں اپنی نعمت تمہارے اوپر پوری کر دوں اور تاکہ تم راہ پا جاؤ</w:t>
      </w:r>
    </w:p>
    <w:p>
      <w:r>
        <w:rPr>
          <w:b/>
        </w:rPr>
        <w:t xml:space="preserve">[15:45] </w:t>
      </w:r>
      <w:r>
        <w:t>jis tarah hum ne tumhare darmiyan aik rasool tum hi mein se bheja jo tum ko tumhari ayatain</w:t>
      </w:r>
    </w:p>
    <w:p>
      <w:pPr>
        <w:jc w:val="right"/>
      </w:pPr>
      <w:r>
        <w:t>جس طرح ہم نے تمہارے درمیان ایک رسول تم ہی میں سے بھیجا جو تم کو تمہاری آیتیں</w:t>
      </w:r>
    </w:p>
    <w:p>
      <w:r>
        <w:rPr>
          <w:b/>
        </w:rPr>
        <w:t xml:space="preserve">[15:52] </w:t>
      </w:r>
      <w:r>
        <w:t>parh kar sunata hai aur tum ko pak karta hai aur tum ko kitab ki aur hikmat ki</w:t>
      </w:r>
    </w:p>
    <w:p>
      <w:pPr>
        <w:jc w:val="right"/>
      </w:pPr>
      <w:r>
        <w:t>پڑھ کر سناتا ہے اور تم کو پاک کرتا ہے اور تم کو کتاب کی اور حکمت کی</w:t>
      </w:r>
    </w:p>
    <w:p>
      <w:r>
        <w:rPr>
          <w:b/>
        </w:rPr>
        <w:t xml:space="preserve">[15:58] </w:t>
      </w:r>
      <w:r>
        <w:t>taleem deta hai aur tum ko woh cheezein sikhata hai jin ko tum nahi jante thay pas</w:t>
      </w:r>
    </w:p>
    <w:p>
      <w:pPr>
        <w:jc w:val="right"/>
      </w:pPr>
      <w:r>
        <w:t>تعلیم دیتا ہے اور تم کو وہ چیزیں سکھا رہا ہے جن کو تم نہیں جانتے تھے پس</w:t>
      </w:r>
    </w:p>
    <w:p>
      <w:r>
        <w:rPr>
          <w:b/>
        </w:rPr>
        <w:t xml:space="preserve">[16:05] </w:t>
      </w:r>
      <w:r>
        <w:t>tum mujh ko yaad rakho main tum ko yaad rakhoon ga aur mera ehsan mano meri nashukri mat</w:t>
      </w:r>
    </w:p>
    <w:p>
      <w:pPr>
        <w:jc w:val="right"/>
      </w:pPr>
      <w:r>
        <w:t>تم مجھ کو یاد رکھو میں تم کو یاد رکھوں گا اور میرا احسان مانو میری ناشکری مت</w:t>
      </w:r>
    </w:p>
    <w:p>
      <w:r>
        <w:rPr>
          <w:b/>
        </w:rPr>
        <w:t xml:space="preserve">[16:13] </w:t>
      </w:r>
      <w:r>
        <w:t>karo.</w:t>
      </w:r>
    </w:p>
    <w:p>
      <w:pPr>
        <w:jc w:val="right"/>
      </w:pPr>
      <w:r>
        <w:t>کرو۔</w:t>
      </w:r>
    </w:p>
    <w:p>
      <w:r>
        <w:rPr>
          <w:b/>
        </w:rPr>
        <w:t xml:space="preserve">[16:16] </w:t>
      </w:r>
      <w:r>
        <w:t>tashreeh: kaaba ko qibla muqarrar kiya gaya to yahudiyon aur isaiyon ne is qism ki bahasein chhed dein ke maghrib ki simt Khuda ki simt hai ya mashriq ki simt</w:t>
      </w:r>
    </w:p>
    <w:p>
      <w:pPr>
        <w:jc w:val="right"/>
      </w:pPr>
      <w:r>
        <w:t>تشریح: کعبہ کو قبلہ مقرر کیا گیا تو یہودیوں اور عیسائیوں نے اس قسم کی بحثیں چھیڑ دیں کہ مغرب کی سمت خدا کی سمت ہے یا مشرق کی سمت۔</w:t>
      </w:r>
    </w:p>
    <w:p>
      <w:r>
        <w:rPr>
          <w:b/>
        </w:rPr>
        <w:t xml:space="preserve">[16:31] </w:t>
      </w:r>
      <w:r>
        <w:t>woh is masle ko bas rukh bandi ke masle ki hesiyat se dekh rahe the magar yeh un ki nasamjhi thi</w:t>
      </w:r>
    </w:p>
    <w:p>
      <w:pPr>
        <w:jc w:val="right"/>
      </w:pPr>
      <w:r>
        <w:t>وہ اس مسئلے کو بس رخ بندی کے مسئلے کی حیثیت سے دیکھ رہے تھے مگر یہ ان کی ناسمجھی تھی۔</w:t>
      </w:r>
    </w:p>
    <w:p>
      <w:r>
        <w:rPr>
          <w:b/>
        </w:rPr>
        <w:t xml:space="preserve">[16:39] </w:t>
      </w:r>
      <w:r>
        <w:t>kaaba ko qibla muqarrar karne ka mamla saada taur par ek ibadati rukh muqarrar karne ka mamla nahi tha balke yeh ek nishani thi ke Allah ke bando ke liye is sab se bade khair ke utarne ka waqt aa gaya hai jis ka faisla bohat pehle kiya ja chuka tha</w:t>
      </w:r>
    </w:p>
    <w:p>
      <w:pPr>
        <w:jc w:val="right"/>
      </w:pPr>
      <w:r>
        <w:t>کعبہ کو قبلہ مقرر کرنے کا معاملہ سادہ طور پر ایک عبادتی رخ مقرر کرنے کا معاملہ نہیں تھا بلکہ یہ ایک علامت تھی کہ اللہ کے بندوں کے لیے اس سب سے بڑے خیر کے اترنے کا وقت آ گیا ہے جس کا فیصلہ بہت پہلے کیا جا چکا تھا۔</w:t>
      </w:r>
    </w:p>
    <w:p>
      <w:r>
        <w:rPr>
          <w:b/>
        </w:rPr>
        <w:t xml:space="preserve">[17:02] </w:t>
      </w:r>
      <w:r>
        <w:t>yeh Ibrahim aur Ismail alehissalam ki dua ke mutabiq nabi aakhiruzzaman sallallahu alaihi wasallam ka zahoor hai</w:t>
      </w:r>
    </w:p>
    <w:p>
      <w:pPr>
        <w:jc w:val="right"/>
      </w:pPr>
      <w:r>
        <w:t>یہ ابراہیم اور اسماعیل علیہ السلام کی دعا کے مطابق نبی آخر الزماں صلی اللہ علیہ وسلم کا ظہور ہے۔</w:t>
      </w:r>
    </w:p>
    <w:p>
      <w:r>
        <w:rPr>
          <w:b/>
        </w:rPr>
        <w:t xml:space="preserve">[17:12] </w:t>
      </w:r>
      <w:r>
        <w:t>ab woh aane wala aa gaya hai jo insaan ke upar Allah ki abadi hidayat ka darwaza khole aur us ki nemmat hidayat ko aakhri had tak kamil kar de</w:t>
      </w:r>
    </w:p>
    <w:p>
      <w:pPr>
        <w:jc w:val="right"/>
      </w:pPr>
      <w:r>
        <w:t>اب وہ آنے والا آ گیا ہے جو انسان کے اوپر اللہ کی ابدی ہدایت کا دروازہ کھولے اور اس کی نعمت ہدایت کو آخری حد تک کامل کر دے۔</w:t>
      </w:r>
    </w:p>
    <w:p>
      <w:r>
        <w:rPr>
          <w:b/>
        </w:rPr>
        <w:t xml:space="preserve">[17:25] </w:t>
      </w:r>
      <w:r>
        <w:t>jo</w:t>
      </w:r>
    </w:p>
    <w:p>
      <w:pPr>
        <w:jc w:val="right"/>
      </w:pPr>
      <w:r>
        <w:t>جو</w:t>
      </w:r>
    </w:p>
    <w:p>
      <w:r>
        <w:rPr>
          <w:b/>
        </w:rPr>
        <w:t xml:space="preserve">[17:26] </w:t>
      </w:r>
      <w:r>
        <w:t>deen Allah ki taraf se bar bar bheja jata raha magar insano ki ghaflat aur sarkashi se zaya hota raha is ko is ki poori surat mein hamesha ke liye mehfooz kar de</w:t>
      </w:r>
    </w:p>
    <w:p>
      <w:pPr>
        <w:jc w:val="right"/>
      </w:pPr>
      <w:r>
        <w:t>دین اللہ کی طرف سے بار بار بھیجا جاتا رہا مگر انسانوں کی غفلت اور سرکشی سے ضائع ہوتا رہا اس کو اس کی پوری صورت میں ہمیشہ کے لیے محفوظ کر دے۔</w:t>
      </w:r>
    </w:p>
    <w:p>
      <w:r>
        <w:rPr>
          <w:b/>
        </w:rPr>
        <w:t xml:space="preserve">[17:39] </w:t>
      </w:r>
      <w:r>
        <w:t>Khuda ka deen jo ab tak mahaz riwayati afsana bana hua tha is ko ek haqeeqi waqea ki hesiyat se insani tareekh mein shamil kar de</w:t>
      </w:r>
    </w:p>
    <w:p>
      <w:pPr>
        <w:jc w:val="right"/>
      </w:pPr>
      <w:r>
        <w:t>خدا کا دین جو اب تک محض روایتی افسانہ بنا ہوا تھا اس کو ایک حقیقی واقعہ کی حیثیت سے انسانی تاریخ میں شامل کر دے۔</w:t>
      </w:r>
    </w:p>
    <w:p>
      <w:r>
        <w:rPr>
          <w:b/>
        </w:rPr>
        <w:t xml:space="preserve">[17:52] </w:t>
      </w:r>
      <w:r>
        <w:t>woh</w:t>
      </w:r>
    </w:p>
    <w:p>
      <w:pPr>
        <w:jc w:val="right"/>
      </w:pPr>
      <w:r>
        <w:t>وہ</w:t>
      </w:r>
    </w:p>
    <w:p>
      <w:r>
        <w:rPr>
          <w:b/>
        </w:rPr>
        <w:t xml:space="preserve">[17:53] </w:t>
      </w:r>
      <w:r>
        <w:t>deen jis ka koi mustahkam namoona qaim nahi ho saka tha is ko ek zinda amli namoone ki hesiyat se logon ke samne rakh de</w:t>
      </w:r>
    </w:p>
    <w:p>
      <w:pPr>
        <w:jc w:val="right"/>
      </w:pPr>
      <w:r>
        <w:t>دین جس کا کوئی مستقل نمونہ قائم نہیں ہو سکا تھا اس کو ایک زندہ عملی نمونے کی حیثیت سے لوگوں کے سامنے رکھ دے۔</w:t>
      </w:r>
    </w:p>
    <w:p>
      <w:r>
        <w:rPr>
          <w:b/>
        </w:rPr>
        <w:t xml:space="preserve">[18:04] </w:t>
      </w:r>
      <w:r>
        <w:t>yeh hidayat ilahi ki takmeel ka mamla hai na ke mukhtalif simton mein se koi zyada muqaddas simt muqarrar karne ka</w:t>
      </w:r>
    </w:p>
    <w:p>
      <w:pPr>
        <w:jc w:val="right"/>
      </w:pPr>
      <w:r>
        <w:t>یہ ہدایت الہی کی تکمیل کا معاملہ ہے نہ کہ مختلف سمتوں میں سے کوئی زیادہ مقدس سمت مقرر کرنے کا۔</w:t>
      </w:r>
    </w:p>
    <w:p>
      <w:r>
        <w:rPr>
          <w:b/>
        </w:rPr>
        <w:t xml:space="preserve">[18:15] </w:t>
      </w:r>
      <w:r>
        <w:t>kaaba ki taameer ke waqt hi yeh muqaddar ho chuka tha ke aakhri rasool ke zariye jis deen ka zahoor hoga is ka markaz kaaba hoga</w:t>
      </w:r>
    </w:p>
    <w:p>
      <w:pPr>
        <w:jc w:val="right"/>
      </w:pPr>
      <w:r>
        <w:t>کعبہ کی تعمیر کے وقت ہی یہ مقدر ہو چکا تھا کہ آخری رسول کے ذریعے جس دین کا ظہور ہوگا اس کا مرکز کعبہ ہوگا۔</w:t>
      </w:r>
    </w:p>
    <w:p>
      <w:r>
        <w:rPr>
          <w:b/>
        </w:rPr>
        <w:t xml:space="preserve">[18:27] </w:t>
      </w:r>
      <w:r>
        <w:t>pichhle anbiya logon ko musalsal is ki khabar dete rahe is tarah Allah ki taraf se kaaba ko tamam qaumon ke liye qibla muqarrar karna goya nabi aakhiruzzaman ki hesiyat ko sabit shuda banana tha</w:t>
      </w:r>
    </w:p>
    <w:p>
      <w:pPr>
        <w:jc w:val="right"/>
      </w:pPr>
      <w:r>
        <w:t>پچھلے انبیاء لوگوں کو مسلسل اس کی خبر دیتے رہے۔ اس طرح اللہ کی طرف سے کعبہ کو تمام قوموں کے لیے قبلہ مقرر کرنا گویا نبی آخر الزماں کی حیثیت کو ثابت شدہ بنانا تھا۔</w:t>
      </w:r>
    </w:p>
    <w:p>
      <w:r>
        <w:rPr>
          <w:b/>
        </w:rPr>
        <w:t xml:space="preserve">[18:44] </w:t>
      </w:r>
      <w:r>
        <w:t>ab jo sanjeeda log hain un ke liye Allah ka yeh ailan aakhri hujjat hai aur jo log aakhirat se bekhauf hain un ki zaban ko koi bhi cheez rokne wali sabit nahi ho sakti</w:t>
      </w:r>
    </w:p>
    <w:p>
      <w:pPr>
        <w:jc w:val="right"/>
      </w:pPr>
      <w:r>
        <w:t>اب جو سنجیدہ لوگ ہیں ان کے لیے اللہ کا یہ اعلان آخری حجت ہے اور جو لوگ آخرت سے بے خوف ہیں ان کی زبان کو کوئی بھی چیز روکنے والی ثابت نہیں ہو سکتی۔</w:t>
      </w:r>
    </w:p>
    <w:p>
      <w:r>
        <w:rPr>
          <w:b/>
        </w:rPr>
        <w:t xml:space="preserve">[18:58] </w:t>
      </w:r>
      <w:r>
        <w:t>jo Allah se darne wale hain wahi hidayat ka rasta paate hain Allah ko yaad rakhna hi kisi ko is ka mustahiq banata hai ke Allah is ko yaad rakhe</w:t>
      </w:r>
    </w:p>
    <w:p>
      <w:pPr>
        <w:jc w:val="right"/>
      </w:pPr>
      <w:r>
        <w:t>جو اللہ سے ڈرنے والے ہیں وہی ہدایت کا راستہ پاتے ہیں۔ اللہ کو یاد رکھنا ہی کسی کو اس کا مستحق بناتا ہے کہ اللہ اس کو یاد رکھے۔</w:t>
      </w:r>
    </w:p>
    <w:p>
      <w:r>
        <w:rPr>
          <w:b/>
        </w:rPr>
        <w:t xml:space="preserve">[19:11] </w:t>
      </w:r>
      <w:r>
        <w:t>Allah se khauf rakhna hi is baat ki zamanat hai ke Allah is ko doosri tamam cheezon se bekhauf kar de</w:t>
      </w:r>
    </w:p>
    <w:p>
      <w:pPr>
        <w:jc w:val="right"/>
      </w:pPr>
      <w:r>
        <w:t>اللہ سے خوف رکھنا ہی اس بات کی ضمانت ہے کہ اللہ اس کو دوسری تمام چیزوں سے بے خوف کر دے۔</w:t>
      </w:r>
    </w:p>
    <w:p>
      <w:r>
        <w:rPr>
          <w:b/>
        </w:rPr>
        <w:t xml:space="preserve">[19:23] </w:t>
      </w:r>
      <w:r>
        <w:t>ya ayuhal ladhina amanu astaeenu bis sabri was salat</w:t>
      </w:r>
    </w:p>
    <w:p>
      <w:pPr>
        <w:jc w:val="right"/>
      </w:pPr>
      <w:r>
        <w:t>یا ایہا الذین آمنوا استعینوا بالصبر والصلاة</w:t>
      </w:r>
    </w:p>
    <w:p>
      <w:r>
        <w:rPr>
          <w:b/>
        </w:rPr>
        <w:t xml:space="preserve">[19:33] </w:t>
      </w:r>
      <w:r>
        <w:t>innallaha ma as sabireen wala taqulu liman yuqtalu fi sabilillahi amwat bal ahya walakum la tashurrun</w:t>
      </w:r>
    </w:p>
    <w:p>
      <w:pPr>
        <w:jc w:val="right"/>
      </w:pPr>
      <w:r>
        <w:t>إن اللہ مع الصابرین ولا تقولوا لمن يقتل في سبيل الله أموات بل أحياء ولكن لا تشعرون</w:t>
      </w:r>
    </w:p>
    <w:p>
      <w:r>
        <w:rPr>
          <w:b/>
        </w:rPr>
        <w:t xml:space="preserve">[19:54] </w:t>
      </w:r>
      <w:r>
        <w:t>walana blunakum bishay min al khawfi wal joo'i wa naqsin min al amwali wal anfus wath thamarati wa bashir as sabireen</w:t>
      </w:r>
    </w:p>
    <w:p>
      <w:pPr>
        <w:jc w:val="right"/>
      </w:pPr>
      <w:r>
        <w:t>ولنبلونكم بشيء من الخوف والجوع ونقص من الأموال والأنفس والثمرات وبشر الصابرين</w:t>
      </w:r>
    </w:p>
    <w:p>
      <w:r>
        <w:rPr>
          <w:b/>
        </w:rPr>
        <w:t xml:space="preserve">[20:15] </w:t>
      </w:r>
      <w:r>
        <w:t>alladhina idha ashabathum musibatun qalu inna lillahi wa inna ilaihi raji'un</w:t>
      </w:r>
    </w:p>
    <w:p>
      <w:pPr>
        <w:jc w:val="right"/>
      </w:pPr>
      <w:r>
        <w:t>الذين إذا أصابتهم مصيبة قالوا إنا لله وإنا إليه راجعون</w:t>
      </w:r>
    </w:p>
    <w:p>
      <w:r>
        <w:rPr>
          <w:b/>
        </w:rPr>
        <w:t xml:space="preserve">[20:33] </w:t>
      </w:r>
      <w:r>
        <w:t>ulaika alaihim salawatun mir rabbihim wa rahmatun wa ulaika humul muhtadun.</w:t>
      </w:r>
    </w:p>
    <w:p>
      <w:pPr>
        <w:jc w:val="right"/>
      </w:pPr>
      <w:r>
        <w:t>أولئك عليهم صلوات من ربهم ورحمة وأولئك هم المهتدون.</w:t>
      </w:r>
    </w:p>
    <w:p>
      <w:r>
        <w:rPr>
          <w:b/>
        </w:rPr>
        <w:t xml:space="preserve">[20:50] </w:t>
      </w:r>
      <w:r>
        <w:t>ae imaan walo! sabr aur namaz se madad haasil karo. yaqeenan Allah sabr karne walon ke saath hai. aur jo log Allah ki raah mein maaray jayen un ko murda mat kaho.</w:t>
      </w:r>
    </w:p>
    <w:p>
      <w:pPr>
        <w:jc w:val="right"/>
      </w:pPr>
      <w:r>
        <w:t>اے ایمان والو! صبر اور نماز سے مدد حاصل کرو۔ یقینا اللہ صبر کرنے والوں کے ساتھ ہے۔ اور جو لوگ اللہ کی راہ میں مارے جائیں ان کو مردہ مت کہو۔</w:t>
      </w:r>
    </w:p>
    <w:p>
      <w:r>
        <w:rPr>
          <w:b/>
        </w:rPr>
        <w:t xml:space="preserve">[21:03] </w:t>
      </w:r>
      <w:r>
        <w:t>balkeh woh zinda hain magar tum ko khabar nahin. aur hum zaroor tum ko aazmayenge kuch darr aur bhook se.</w:t>
      </w:r>
    </w:p>
    <w:p>
      <w:pPr>
        <w:jc w:val="right"/>
      </w:pPr>
      <w:r>
        <w:t>بلکہ وہ زندہ ہیں مگر تم کو خبر نہیں۔ اور ہم ضرور تم کو آزمائیں گے کچھ ڈر اور بھوک سے۔</w:t>
      </w:r>
    </w:p>
    <w:p>
      <w:r>
        <w:rPr>
          <w:b/>
        </w:rPr>
        <w:t xml:space="preserve">[21:13] </w:t>
      </w:r>
      <w:r>
        <w:t>aur maalon aur jaanon aur phalon ki kami se.</w:t>
      </w:r>
    </w:p>
    <w:p>
      <w:pPr>
        <w:jc w:val="right"/>
      </w:pPr>
      <w:r>
        <w:t>اور مالوں اور جانوں اور پھلوں کی کمی سے۔</w:t>
      </w:r>
    </w:p>
    <w:p>
      <w:r>
        <w:rPr>
          <w:b/>
        </w:rPr>
        <w:t xml:space="preserve">[21:17] </w:t>
      </w:r>
      <w:r>
        <w:t>aur saabit qadam rehne walon ko khushkhabri de do jin ka haal yeh hai ke jab un ko koi museebat pohanchti hai to woh kehte hain hum Allah ke hain aur hum usi ki taraf lotne wale hain.</w:t>
      </w:r>
    </w:p>
    <w:p>
      <w:pPr>
        <w:jc w:val="right"/>
      </w:pPr>
      <w:r>
        <w:t>اور ثابت قدم رہنے والوں کو خوشخبری دے دو جن کا حال یہ ہے کہ جب ان کو کوئی مصیبت پہنچتی ہے تو وہ کہتے ہیں ہم اللہ کے ہیں اور ہم اسی کی طرف لوٹنے والے ہیں۔</w:t>
      </w:r>
    </w:p>
    <w:p>
      <w:r>
        <w:rPr>
          <w:b/>
        </w:rPr>
        <w:t xml:space="preserve">[21:31] </w:t>
      </w:r>
      <w:r>
        <w:t>yahi log hain jin ke oopar un ke Rabb ki shabashiyan hain aur rehmat hai. aur yahi log hain jo raah par hain.</w:t>
      </w:r>
    </w:p>
    <w:p>
      <w:pPr>
        <w:jc w:val="right"/>
      </w:pPr>
      <w:r>
        <w:t>یہی لوگ ہیں جن کے اوپر ان کے رب کی شاباشیاں ہیں اور رحمت ہے۔ اور یہی لوگ ہیں جو راہ پر ہیں۔</w:t>
      </w:r>
    </w:p>
    <w:p>
      <w:r>
        <w:rPr>
          <w:b/>
        </w:rPr>
        <w:t xml:space="preserve">[21:42] </w:t>
      </w:r>
      <w:r>
        <w:t>tashreeh: deen yeh hai ke aadmi apne khalq ko is tarah pa le ke us ki yaad mein aur us ki shukr guzari mein us ke subah o shaam basar hone lagen.</w:t>
      </w:r>
    </w:p>
    <w:p>
      <w:pPr>
        <w:jc w:val="right"/>
      </w:pPr>
      <w:r>
        <w:t>تشریح: دین یہ ہے کہ آدمی اپنے خالق کو اس طرح پا لے کہ اس کی یاد میں اور اس کی شکر گزاری میں اس کے صبح و شام بسر ہونے لگیں۔</w:t>
      </w:r>
    </w:p>
    <w:p>
      <w:r>
        <w:rPr>
          <w:b/>
        </w:rPr>
        <w:t xml:space="preserve">[21:54] </w:t>
      </w:r>
      <w:r>
        <w:t>is qism ki zindagi hi tamam khushiyon aur lazzaton ka khazana hai. magar yeh khushiyan aur lazzatein apni haqeeqi soorat mein aadmi ko sirf aakhirat mein milengi.</w:t>
      </w:r>
    </w:p>
    <w:p>
      <w:pPr>
        <w:jc w:val="right"/>
      </w:pPr>
      <w:r>
        <w:t>اس قسم کی زندگی ہی تمام خوشیوں اور لذتوں کا خزانہ ہے۔ مگر یہ خوشیاں اور لذتیں اپنی حقیقی صورت میں آدمی کو صرف آخرت میں ملیں گی۔</w:t>
      </w:r>
    </w:p>
    <w:p>
      <w:r>
        <w:rPr>
          <w:b/>
        </w:rPr>
        <w:t xml:space="preserve">[22:07] </w:t>
      </w:r>
      <w:r>
        <w:t>maujooda duniya ko Allah ne inaam ke liye nahin banaya balkeh imtehaan ke liye banaya hai. yahan aise halaat rakhe gaye hain ke Khuda parasti ki raah mein aadmi ke liye rukawatein paden taakeh maloom ho ke kaun apne izhaar-e-imaan mein sanjeeda hai aur kaun sanjeeda nahin.</w:t>
      </w:r>
    </w:p>
    <w:p>
      <w:pPr>
        <w:jc w:val="right"/>
      </w:pPr>
      <w:r>
        <w:t>موجودہ دنیا کو اللہ نے انعام کے لیے نہیں بنایا بلکہ امتحان کے لیے بنایا ہے۔ یہاں ایسے حالات رکھے گئے ہیں کہ خدا پرستی کی راہ میں آدمی کے لیے رکاوٹیں پڑیں تاکہ معلوم ہو کہ کون اپنے اظہار ایمان میں سنجیدہ ہے اور کون سنجیدہ نہیں۔</w:t>
      </w:r>
    </w:p>
    <w:p>
      <w:r>
        <w:rPr>
          <w:b/>
        </w:rPr>
        <w:t xml:space="preserve">[22:28] </w:t>
      </w:r>
      <w:r>
        <w:t>nafs ke muharrikaat, biwi bachchon ke taqaze, duniya ki maslehaten, shaitan ke waswase, samaji halaat ka dabaao.</w:t>
      </w:r>
    </w:p>
    <w:p>
      <w:pPr>
        <w:jc w:val="right"/>
      </w:pPr>
      <w:r>
        <w:t>نفس کے محرکات، بیوی بچوں کے تقاضے، دنیا کی مصلحتیں، شیطان کے وسوسے، سماجی حالات کا دباؤ۔</w:t>
      </w:r>
    </w:p>
    <w:p>
      <w:r>
        <w:rPr>
          <w:b/>
        </w:rPr>
        <w:t xml:space="preserve">[22:39] </w:t>
      </w:r>
      <w:r>
        <w:t>yeh cheezen fitne ki soorat mein aadmi ko ghere rehti hain. aadmi ke liye zaroori ho jata hai ke woh in fitnon ko pehchane aur un se apne aap ko bachate hue zikr o shukr ke taqaze poore kare.</w:t>
      </w:r>
    </w:p>
    <w:p>
      <w:pPr>
        <w:jc w:val="right"/>
      </w:pPr>
      <w:r>
        <w:t>یہ چیزیں فتنے کی صورت میں آدمی کو گھیرے رہتی ہیں۔ آدمی کے لیے ضروری ہو جاتا ہے کہ وہ ان فتنوں کو پہچانے اور ان سے اپنے آپ کو بچاتے ہوئے ذکر و شکر کے تقاضے پورے کرے۔</w:t>
      </w:r>
    </w:p>
    <w:p>
      <w:r>
        <w:rPr>
          <w:b/>
        </w:rPr>
        <w:t xml:space="preserve">[22:54] </w:t>
      </w:r>
      <w:r>
        <w:t>in imtehani mushkilaat ke muqable mein kamyabi ka waahid zariya namaz aur sabr hai. yaani Allah se lipatna aur har qism ki naakhushgawariyon ko bardasht karte hue haq ke raaste par jame rehna.</w:t>
      </w:r>
    </w:p>
    <w:p>
      <w:pPr>
        <w:jc w:val="right"/>
      </w:pPr>
      <w:r>
        <w:t>ان امتحانی مشکلات کے مقابلے میں کامیابی کا واحد ذریعہ نماز اور صبر ہے۔ یعنی اللہ سے لپٹنا اور ہر قسم کی ناخوشگواریوں کو برداشت کرتے ہوئے حق کے راستے پر جمے رہنا۔</w:t>
      </w:r>
    </w:p>
    <w:p>
      <w:r>
        <w:rPr>
          <w:b/>
        </w:rPr>
        <w:t xml:space="preserve">[23:10] </w:t>
      </w:r>
      <w:r>
        <w:t>jo log naamwafaq halaat saamne aane ke bawajood na bhatken aur bazahir ghair Allah mein nafa dekhte hue Allah ke saath apne aap ko bandhe rahen</w:t>
      </w:r>
    </w:p>
    <w:p>
      <w:pPr>
        <w:jc w:val="right"/>
      </w:pPr>
      <w:r>
        <w:t>جو لوگ ناموافق حالات سامنے آنے کے باوجود نہ بھٹکیں اور بظاہر غیر اللہ میں نفع دیکھتے ہوئے اللہ کے ساتھ اپنے آپ کو باندھے رہیں</w:t>
      </w:r>
    </w:p>
    <w:p>
      <w:r>
        <w:rPr>
          <w:b/>
        </w:rPr>
        <w:t xml:space="preserve">[23:22] </w:t>
      </w:r>
      <w:r>
        <w:t>wahi woh log hain jo sunnat-e-Ilahi ke mutabiq kamyabi ki manzil tak pahunchenge. haq ki raah mein mushkilaat o masaib ka doosra sabab momin ka tableeghi kirdaar hai.</w:t>
      </w:r>
    </w:p>
    <w:p>
      <w:pPr>
        <w:jc w:val="right"/>
      </w:pPr>
      <w:r>
        <w:t>وہی وہ لوگ ہیں جو سنت الہی کے مطابق کامیابی کی منزل تک پہنچیں گے۔ حق کی راہ میں مشکلات و مصائب کا دوسرا سبب مومن کا تبلیغی کردار ہے۔</w:t>
      </w:r>
    </w:p>
    <w:p>
      <w:r>
        <w:rPr>
          <w:b/>
        </w:rPr>
        <w:t xml:space="preserve">[23:36] </w:t>
      </w:r>
      <w:r>
        <w:t>tableegh o dawat ka kaam naseehat aur tanqeed ka kaam hai. aur naseehat aur tanqeed hamesha aadmi ke liye sab se ziyada mabghooth cheez rahi hai.</w:t>
      </w:r>
    </w:p>
    <w:p>
      <w:pPr>
        <w:jc w:val="right"/>
      </w:pPr>
      <w:r>
        <w:t>تبلیغ و دعوت کا کام نصیحت اور تنقید کا کام ہے۔ اور نصیحت اور تنقید ہمیشہ آدمی کے لیے سب سے زیادہ مبغوث چیز رہی ہے۔</w:t>
      </w:r>
    </w:p>
    <w:p>
      <w:r>
        <w:rPr>
          <w:b/>
        </w:rPr>
        <w:t xml:space="preserve">[23:47] </w:t>
      </w:r>
      <w:r>
        <w:t>in mein bhi naseehat sunne ke liye sab se ziyada hassas woh log hote hain jo apne duniya ke karobar ko deen ke naam par kar rahe hain.</w:t>
      </w:r>
    </w:p>
    <w:p>
      <w:pPr>
        <w:jc w:val="right"/>
      </w:pPr>
      <w:r>
        <w:t>ان میں بھی نصیحت سننے کے لیے سب سے زیادہ حساس وہ لوگ ہوتے ہیں جو اپنے دنیا کے کاروبار کو دین کے نام پر کر رہے ہوں۔</w:t>
      </w:r>
    </w:p>
    <w:p>
      <w:r>
        <w:rPr>
          <w:b/>
        </w:rPr>
        <w:t xml:space="preserve">[23:57] </w:t>
      </w:r>
      <w:r>
        <w:t>daai ki zaat aur us ke paigham mein aise tamam logon ko apni hesiyat ki nafi nazar aane lagti hai. daai ka wajood ek aisi taraazu ban jata hai jis par har aadmi tal raha ho.</w:t>
      </w:r>
    </w:p>
    <w:p>
      <w:pPr>
        <w:jc w:val="right"/>
      </w:pPr>
      <w:r>
        <w:t>داعی کی ذات اور اس کے پیغام میں ایسے تمام لوگوں کو اپنی حیثیت کی نفی نظر آنے لگتی ہے۔ داعی کا وجود ایک ایسی ترازو بن جاتا ہے جس پر ہر آدمی تل رہا ہو۔</w:t>
      </w:r>
    </w:p>
    <w:p>
      <w:r>
        <w:rPr>
          <w:b/>
        </w:rPr>
        <w:t xml:space="preserve">[24:12] </w:t>
      </w:r>
      <w:r>
        <w:t>is ka nateeja yeh hota hai ke daai banna bheed ke chhatte mein haath daalne ke hum maani ban jata hai. aisa aadmi apne mahol ke andar be jagah kar diya jata hai.</w:t>
      </w:r>
    </w:p>
    <w:p>
      <w:pPr>
        <w:jc w:val="right"/>
      </w:pPr>
      <w:r>
        <w:t>اس کا نتیجہ یہ ہوتا ہے کہ داعی بننا بھیڑ کے چھتے میں ہاتھ ڈالنے کے ہم معنی بن جاتا ہے۔ ایسا آدمی اپنے ماحول کے اندر بے جگہ کر دیا جاتا ہے۔</w:t>
      </w:r>
    </w:p>
    <w:p>
      <w:r>
        <w:rPr>
          <w:b/>
        </w:rPr>
        <w:t xml:space="preserve">[24:25] </w:t>
      </w:r>
      <w:r>
        <w:t>us ki maishiyat barbaad ho jati hain. us ki taraqqiyon ke darwaze band ho jate hain. hatta ke us ki jaan tak khatre mein pad jati hai.</w:t>
      </w:r>
    </w:p>
    <w:p>
      <w:pPr>
        <w:jc w:val="right"/>
      </w:pPr>
      <w:r>
        <w:t>اس کی معاشیات برباد ہو جاتی ہیں۔ اس کی ترقیوں کے دروازے بند ہو جاتے ہیں۔ حتیٰ کہ اس کی جان تک خطرے میں پڑ جاتی ہے۔</w:t>
      </w:r>
    </w:p>
    <w:p>
      <w:r>
        <w:rPr>
          <w:b/>
        </w:rPr>
        <w:t xml:space="preserve">[24:36] </w:t>
      </w:r>
      <w:r>
        <w:t>magar wohi aadmi raah par hai jis ko be raah bata kar sataya jaye.</w:t>
      </w:r>
    </w:p>
    <w:p>
      <w:pPr>
        <w:jc w:val="right"/>
      </w:pPr>
      <w:r>
        <w:t>مگر وہی آدمی راہ پر ہے جس کو بے راہ بتا کر ستایا جائے۔</w:t>
      </w:r>
    </w:p>
    <w:p>
      <w:r>
        <w:rPr>
          <w:b/>
        </w:rPr>
        <w:t xml:space="preserve">[24:42] </w:t>
      </w:r>
      <w:r>
        <w:t>wohi pata hai jo Allah ki raah mein khoye. wohi jee raha hai jo Allah ki raah mein apni jaan de de.</w:t>
      </w:r>
    </w:p>
    <w:p>
      <w:pPr>
        <w:jc w:val="right"/>
      </w:pPr>
      <w:r>
        <w:t>وہی پاتا ہے جو اللہ کی راہ میں کھوئے۔ وہی جی رہا ہے جو اللہ کی راہ میں اپنی جان دے دے۔</w:t>
      </w:r>
    </w:p>
    <w:p>
      <w:r>
        <w:rPr>
          <w:b/>
        </w:rPr>
        <w:t xml:space="preserve">[24:51] </w:t>
      </w:r>
      <w:r>
        <w:t>aakhirat ki jannat usi ke liye hai jo Allah ki khatir duniya ki jannat se mehroom ho gaya ho.</w:t>
      </w:r>
    </w:p>
    <w:p>
      <w:pPr>
        <w:jc w:val="right"/>
      </w:pPr>
      <w:r>
        <w:t>آخرت کی جنت اسی کے لیے ہے جو اللہ کی خاطر دنیا کی جنت سے محروم ہو گیا ہو۔</w:t>
      </w:r>
    </w:p>
    <w:p>
      <w:r>
        <w:rPr>
          <w:b/>
        </w:rPr>
        <w:t xml:space="preserve">[25:01] </w:t>
      </w:r>
      <w:r>
        <w:t>inna as-safaa wal-marwata min sha'aa'irillah, faman hajjal baita a'tamara fala junaha 'alayhi an yat-tawwafa bihima, wa man tatawwa'a khayran</w:t>
      </w:r>
    </w:p>
    <w:p>
      <w:pPr>
        <w:jc w:val="right"/>
      </w:pPr>
      <w:r>
        <w:t>إن الصفا والمروة من شعائر الله فمن حج البيت أو اعتمر فلا جناح عليه أن يطوف بهما ومن تطوع خيرا</w:t>
      </w:r>
    </w:p>
    <w:p>
      <w:r>
        <w:rPr>
          <w:b/>
        </w:rPr>
        <w:t xml:space="preserve">[25:21] </w:t>
      </w:r>
      <w:r>
        <w:t>fa innallaha shakirun 'aleem</w:t>
      </w:r>
    </w:p>
    <w:p>
      <w:pPr>
        <w:jc w:val="right"/>
      </w:pPr>
      <w:r>
        <w:t>فإن الله شاكر عليم</w:t>
      </w:r>
    </w:p>
    <w:p>
      <w:r>
        <w:rPr>
          <w:b/>
        </w:rPr>
        <w:t xml:space="preserve">[25:28] </w:t>
      </w:r>
      <w:r>
        <w:t>innallazeena yaktumoona ma anzalna minal bayyinati wal-huda mim ba'di ma bayyannahu lilnnasi fil kitabi</w:t>
      </w:r>
    </w:p>
    <w:p>
      <w:pPr>
        <w:jc w:val="right"/>
      </w:pPr>
      <w:r>
        <w:t>إن الذين يكتمون ما أنزلنا من البينات والهدى من بعد ما بيناه للناس في الكتاب</w:t>
      </w:r>
    </w:p>
    <w:p>
      <w:r>
        <w:rPr>
          <w:b/>
        </w:rPr>
        <w:t xml:space="preserve">[25:44] </w:t>
      </w:r>
      <w:r>
        <w:t>ulaaa'ika yal'anuhumullahu wa yal'anuhumul laa'inoon, illallazeena taaboo wa aslahu wa bayyanu fa ulaaa'ika atoobu 'alayhim wa anal Tawwabur Raheem</w:t>
      </w:r>
    </w:p>
    <w:p>
      <w:pPr>
        <w:jc w:val="right"/>
      </w:pPr>
      <w:r>
        <w:t>أولئك يلعنهم أولئك يلعنهم الله ويلعنهم اللاعنون إلا الذين تابوا وأصلحوا وبينوا فأولئك أتوب عليهم وأنا التواب الرحيم</w:t>
      </w:r>
    </w:p>
    <w:p>
      <w:r>
        <w:rPr>
          <w:b/>
        </w:rPr>
        <w:t xml:space="preserve">[26:13] </w:t>
      </w:r>
      <w:r>
        <w:t>innal lazina kafaroo wa matoo wa hum kuffarun ulaaika alaihim la'natul laahi wal malaa'ikati wan naasi ajma'een</w:t>
      </w:r>
    </w:p>
    <w:p>
      <w:pPr>
        <w:jc w:val="right"/>
      </w:pPr>
      <w:r>
        <w:t>إن الذين كفروا وماتوا وهم كفار أولئك عليهم لعنة الله والملائكة والناس أجمعين</w:t>
      </w:r>
    </w:p>
    <w:p>
      <w:r>
        <w:rPr>
          <w:b/>
        </w:rPr>
        <w:t xml:space="preserve">[26:31] </w:t>
      </w:r>
      <w:r>
        <w:t>khaalideena feeha laa yukhaffafu anhumul azaabu wa laa hum yunzaroon</w:t>
      </w:r>
    </w:p>
    <w:p>
      <w:pPr>
        <w:jc w:val="right"/>
      </w:pPr>
      <w:r>
        <w:t>خالدين فيها لا يخفف عنهم العذاب ولا هم ينظرون</w:t>
      </w:r>
    </w:p>
    <w:p>
      <w:r>
        <w:rPr>
          <w:b/>
        </w:rPr>
        <w:t xml:space="preserve">[26:42] </w:t>
      </w:r>
      <w:r>
        <w:t>safa aur marwa beshak Allah ki yaadgaron mein se hain. pas jo shakhs baitullah ka hajj kare ya umrah kare to us par koi harj nahin ke woh un ka tawaf kare.</w:t>
      </w:r>
    </w:p>
    <w:p>
      <w:pPr>
        <w:jc w:val="right"/>
      </w:pPr>
      <w:r>
        <w:t>صفا اور مروہ بے شک اللہ کی یادگاروں میں سے ہیں۔ پس جو شخص بیت اللہ کا حج کرے یا عمرہ کرے تو اس پر کوئی حرج نہیں کہ وہ ان کا طواف کرے۔</w:t>
      </w:r>
    </w:p>
    <w:p>
      <w:r>
        <w:rPr>
          <w:b/>
        </w:rPr>
        <w:t xml:space="preserve">[26:55] </w:t>
      </w:r>
      <w:r>
        <w:t>aur jo koi shoq se kuch neki kare to Allah qadardaan hai. jaanane wala hai.</w:t>
      </w:r>
    </w:p>
    <w:p>
      <w:pPr>
        <w:jc w:val="right"/>
      </w:pPr>
      <w:r>
        <w:t>اور جو کوئی شوق سے کچھ نیکی کرے تو اللہ قدردان ہے۔ جاننے والا ہے۔</w:t>
      </w:r>
    </w:p>
    <w:p>
      <w:r>
        <w:rPr>
          <w:b/>
        </w:rPr>
        <w:t xml:space="preserve">[27:01] </w:t>
      </w:r>
      <w:r>
        <w:t>jo log chhupate hain hamari utari hui khuli nishaniyon ko aur hamari hidayat ko baad is ke ke hum is ko logon ke liye kitaab mein khol chuke hain to wohi log hain jin par Allah laanat karta hai.</w:t>
      </w:r>
    </w:p>
    <w:p>
      <w:pPr>
        <w:jc w:val="right"/>
      </w:pPr>
      <w:r>
        <w:t>جو لوگ چھپاتے ہیں ہماری اتاری ہوئی کھلی نشانیوں کو اور ہماری ہدایت کو بعد اس کے کہ ہم اس کو لوگوں کے لیے کتاب میں کھول چکے ہیں تو وہی لوگ ہیں جن پر اللہ لعنت کرتا ہے۔</w:t>
      </w:r>
    </w:p>
    <w:p>
      <w:r>
        <w:rPr>
          <w:b/>
        </w:rPr>
        <w:t xml:space="preserve">[27:18] </w:t>
      </w:r>
      <w:r>
        <w:t>aur un par laanat karne wale laanat karte hain.</w:t>
      </w:r>
    </w:p>
    <w:p>
      <w:pPr>
        <w:jc w:val="right"/>
      </w:pPr>
      <w:r>
        <w:t>اور ان پر لعنت کرنے والے لعنت کرتے ہیں۔</w:t>
      </w:r>
    </w:p>
    <w:p>
      <w:r>
        <w:rPr>
          <w:b/>
        </w:rPr>
        <w:t xml:space="preserve">[27:22] </w:t>
      </w:r>
      <w:r>
        <w:t>albatta jinhon ne tauba ki aur islah kar li aur bayan kiya to un ko mein maaf kar doonga. aur mein hoon maaf karne wala meherban.</w:t>
      </w:r>
    </w:p>
    <w:p>
      <w:pPr>
        <w:jc w:val="right"/>
      </w:pPr>
      <w:r>
        <w:t>البتہ جنہوں نے توبہ کی اور اصلاح کر لی اور بیان کیا تو ان کو میں معاف کر دوں گا۔ اور میں ہوں معاف کرنے والا مہربان۔</w:t>
      </w:r>
    </w:p>
    <w:p>
      <w:r>
        <w:rPr>
          <w:b/>
        </w:rPr>
        <w:t xml:space="preserve">[27:34] </w:t>
      </w:r>
      <w:r>
        <w:t>beshak jin logon ne inkaar kiya aur isi haal mein mar gaye to wohi log hain ke un par Allah ki aur farishton ki aur aadmiyon ki sab ki laanat hai.</w:t>
      </w:r>
    </w:p>
    <w:p>
      <w:pPr>
        <w:jc w:val="right"/>
      </w:pPr>
      <w:r>
        <w:t>بے شک جن لوگوں نے انکار کیا اور اسی حال میں مر گئے تو وہی لوگ ہیں کہ ان پر اللہ کی اور فرشتوں کی اور آدمیوں کی سب کی لعنت ہے۔</w:t>
      </w:r>
    </w:p>
    <w:p>
      <w:r>
        <w:rPr>
          <w:b/>
        </w:rPr>
        <w:t xml:space="preserve">[27:47] </w:t>
      </w:r>
      <w:r>
        <w:t>isi haal mein woh hamesha rahenge.</w:t>
      </w:r>
    </w:p>
    <w:p>
      <w:pPr>
        <w:jc w:val="right"/>
      </w:pPr>
      <w:r>
        <w:t>اسی حال میں وہ ہمیشہ رہیں گے۔</w:t>
      </w:r>
    </w:p>
    <w:p>
      <w:r>
        <w:rPr>
          <w:b/>
        </w:rPr>
        <w:t xml:space="preserve">[27:50] </w:t>
      </w:r>
      <w:r>
        <w:t>un par se azaab halka na kiya jayega aur na un ko dheel di jayegi. tashreeh: Hazrat Ibrahim alaihis salam ka watan Iraq tha.</w:t>
      </w:r>
    </w:p>
    <w:p>
      <w:pPr>
        <w:jc w:val="right"/>
      </w:pPr>
      <w:r>
        <w:t>ان پر سے عذاب ہلکا نہ کیا جائے گا اور نہ ان کو ڈھیل دی جائے گی۔ تشریح: حضرت ابراہیم علیہ السلام کا وطن عراق تھا۔</w:t>
      </w:r>
    </w:p>
    <w:p>
      <w:r>
        <w:rPr>
          <w:b/>
        </w:rPr>
        <w:t xml:space="preserve">[28:03] </w:t>
      </w:r>
      <w:r>
        <w:t>Allah ke hukum se woh apni biwi Hajra aur chhote bachche Ismail ko la kar is maqam par chhod gaye jahan aaj Mecca hai.</w:t>
      </w:r>
    </w:p>
    <w:p>
      <w:pPr>
        <w:jc w:val="right"/>
      </w:pPr>
      <w:r>
        <w:t>اللہ کے حکم سے وہ اپنی بیوی ہاجرہ اور چھوٹے بچے اسماعیل کو لا کر اس مقام پر چھوڑ گئے جہاں آج مکہ ہے۔</w:t>
      </w:r>
    </w:p>
    <w:p>
      <w:r>
        <w:rPr>
          <w:b/>
        </w:rPr>
        <w:t xml:space="preserve">[28:13] </w:t>
      </w:r>
      <w:r>
        <w:t>is waqt yahan na koi abadai thi aur na pani</w:t>
      </w:r>
    </w:p>
    <w:p>
      <w:pPr>
        <w:jc w:val="right"/>
      </w:pPr>
      <w:r>
        <w:t>اس وقت یہاں نہ کوئی آبادی تھی اور نہ پانی</w:t>
      </w:r>
    </w:p>
    <w:p>
      <w:r>
        <w:rPr>
          <w:b/>
        </w:rPr>
        <w:t xml:space="preserve">[28:17] </w:t>
      </w:r>
      <w:r>
        <w:t>. piyas ka taqaza hua to Hajra pani ki talash mein nikli. pareshani ke aalam mein woh safa aur marwa nami pahadon ke darmiyan daudti rahin.</w:t>
      </w:r>
    </w:p>
    <w:p>
      <w:pPr>
        <w:jc w:val="right"/>
      </w:pPr>
      <w:r>
        <w:t>۔ پیاس کا تقاضا ہوا تو ہاجرہ پانی کی تلاش میں نکلیں۔ پریشانی کے عالم میں وہ صفا اور مروہ نامی پہاڑوں کے درمیان دوڑتی رہیں۔</w:t>
      </w:r>
    </w:p>
    <w:p>
      <w:r>
        <w:rPr>
          <w:b/>
        </w:rPr>
        <w:t xml:space="preserve">[28:28] </w:t>
      </w:r>
      <w:r>
        <w:t>saat chakar lagane ke baad nakaam lotin to dekha ke un ki qayam gah ke paas ek chashma phoot nikla hai. yeh chashma baad ko zam zam ke naam se mashhoor hua.</w:t>
      </w:r>
    </w:p>
    <w:p>
      <w:pPr>
        <w:jc w:val="right"/>
      </w:pPr>
      <w:r>
        <w:t>سات چکر لگانے کے بعد ناکام لوٹیں تو دیکھا کہ ان کی قیام گاہ کے پاس ایک چشمہ پھوٹ نکلا ہے۔ یہ چشمہ بعد کو زم زم کے نام سے مشہور ہوا۔</w:t>
      </w:r>
    </w:p>
    <w:p>
      <w:r>
        <w:rPr>
          <w:b/>
        </w:rPr>
        <w:t xml:space="preserve">[28:40] </w:t>
      </w:r>
      <w:r>
        <w:t>yeh ek almati waqia hai jo batata hai ke Allah ka mamla apne bondon se kiya hai.</w:t>
      </w:r>
    </w:p>
    <w:p>
      <w:pPr>
        <w:jc w:val="right"/>
      </w:pPr>
      <w:r>
        <w:t>یہ ایک علامتی واقعہ ہے جو بتاتا ہے کہ اللہ کا معاملہ اپنے بندوں سے کیا ہے۔</w:t>
      </w:r>
    </w:p>
    <w:p>
      <w:r>
        <w:rPr>
          <w:b/>
        </w:rPr>
        <w:t xml:space="preserve">[28:47] </w:t>
      </w:r>
      <w:r>
        <w:t>Allah ka koi banda agar Allah ki raah mein badhte hue is had tak chala jaye ke us ke qadmon ke neeche registan aur biaban ke siwa kuch na rahe to Allah apni qudrat se registan mein us ke liye rizq ke chashme jari kar dega.</w:t>
      </w:r>
    </w:p>
    <w:p>
      <w:pPr>
        <w:jc w:val="right"/>
      </w:pPr>
      <w:r>
        <w:t>اللہ کا کوئی بندہ اگر اللہ کی راہ میں بڑھتے ہوئے اس حد تک چلا جائے کہ اس کے قدموں کے نیچے ریگستان اور بیابان کے سوا کچھ نہ رہے تو اللہ اپنی قدرت سے ریگستان میں اس کے لیے رزق کے چشمے جاری کر دے گا۔</w:t>
      </w:r>
    </w:p>
    <w:p>
      <w:r>
        <w:rPr>
          <w:b/>
        </w:rPr>
        <w:t xml:space="preserve">[29:04] </w:t>
      </w:r>
      <w:r>
        <w:t>hajj aur umrah mein safa o marwa ke darmiyan sa'i ka maqsad isi tareekh ki yaad ko taza karna hai.</w:t>
      </w:r>
    </w:p>
    <w:p>
      <w:pPr>
        <w:jc w:val="right"/>
      </w:pPr>
      <w:r>
        <w:t>حج اور عمرہ میں صفا و مروہ کے درمیان سعی کا مقصد اسی تاریخ کی یاد کو تازہ کرنا ہے۔</w:t>
      </w:r>
    </w:p>
    <w:p>
      <w:r>
        <w:rPr>
          <w:b/>
        </w:rPr>
        <w:t xml:space="preserve">[29:13] </w:t>
      </w:r>
      <w:r>
        <w:t>rasool Allah sallallahu alaihi wasallam ki zindagi aur taleemat mein Allah ki nishaniyan itni wazeh thin ke yeh samajhna mushkil na tha ke aap ki zaban par Allah ka kalam jari hua.</w:t>
      </w:r>
    </w:p>
    <w:p>
      <w:pPr>
        <w:jc w:val="right"/>
      </w:pPr>
      <w:r>
        <w:t>رسول اللہ صلی اللہ علیہ وسلم کی زندگی اور تعلیمات میں اللہ کی نشانیاں اتنی واضح تھیں کہ یہ سمجھنا مشکل نہ تھا کہ آپ کی زبان پر اللہ کا کلام جاری ہوا۔</w:t>
      </w:r>
    </w:p>
    <w:p>
      <w:r>
        <w:rPr>
          <w:b/>
        </w:rPr>
        <w:t xml:space="preserve">[29:26] </w:t>
      </w:r>
      <w:r>
        <w:t>magar yahudi ulama ne aap ka iqrar nahin kiya. un ko andesha tha ke agar woh peghambar arabi sallallahu alaihi wasallam ko maan len to un ki mazhabi badai khatm ho jayegi.</w:t>
      </w:r>
    </w:p>
    <w:p>
      <w:pPr>
        <w:jc w:val="right"/>
      </w:pPr>
      <w:r>
        <w:t>مگر یہودی علماء نے آپ کا اقرار نہیں کیا۔ ان کو اندیشہ تھا کہ اگر وہ پیغمبر عربی صلی اللہ علیہ وسلم کو مان لیں تو ان کی مذہبی بڑائی ختم ہو جائے گی۔</w:t>
      </w:r>
    </w:p>
    <w:p>
      <w:r>
        <w:rPr>
          <w:b/>
        </w:rPr>
        <w:t xml:space="preserve">[29:40] </w:t>
      </w:r>
      <w:r>
        <w:t>un ki jami hui tijaraten ujad jayengi. apni kamyabi ka raaz unhon ne haq ko chhupane mein samjha. halankeh un ki kamyabi ka raaz haq ke ailan mein tha.</w:t>
      </w:r>
    </w:p>
    <w:p>
      <w:pPr>
        <w:jc w:val="right"/>
      </w:pPr>
      <w:r>
        <w:t>ان کی جمی ہوئی تجارتیں اجڑ جائیں گی۔ اپنی کامیابی کا راز انہوں نے حق کو چھپانے میں سمجھا۔ حالانکہ ان کی کامیابی کا راز حق کے اعلان میں تھا۔</w:t>
      </w:r>
    </w:p>
    <w:p>
      <w:r>
        <w:rPr>
          <w:b/>
        </w:rPr>
        <w:t xml:space="preserve">[29:53] </w:t>
      </w:r>
      <w:r>
        <w:t>haq ki taraf badhne mein woh apne aap ko be zameen hota hua dekh rahe the. magar woh bhool gaye ke yahi woh cheez hai jo Allah taala ko sab se zyada matloob hai.</w:t>
      </w:r>
    </w:p>
    <w:p>
      <w:pPr>
        <w:jc w:val="right"/>
      </w:pPr>
      <w:r>
        <w:t>حق کی طرف بڑھنے میں وہ اپنے آپ کو بے زمین ہوتا ہوا دیکھ رہے تھے۔ مگر وہ بھول گئے کہ یہی وہ چیز ہے جو اللہ تعالیٰ کو سب سے زیادہ مطلوب ہے۔</w:t>
      </w:r>
    </w:p>
    <w:p>
      <w:r>
        <w:rPr>
          <w:b/>
        </w:rPr>
        <w:t xml:space="preserve">[30:05] </w:t>
      </w:r>
      <w:r>
        <w:t>jo banda haq ki khatir be zameen ho jaye woh sab se badi zameen ko pa leta hai. yani Allah rabbul alameen ki nasrat ko.</w:t>
      </w:r>
    </w:p>
    <w:p>
      <w:pPr>
        <w:jc w:val="right"/>
      </w:pPr>
      <w:r>
        <w:t>جو بندہ حق کی خاطر بے زمین ہو جائے وہ سب سے بڑی زمین کو پا لیتا ہے۔ یعنی اللہ رب العالمین کی نصرت کو۔</w:t>
      </w:r>
    </w:p>
    <w:p>
      <w:r>
        <w:rPr>
          <w:b/>
        </w:rPr>
        <w:t xml:space="preserve">[30:15] </w:t>
      </w:r>
      <w:r>
        <w:t>tahum Allah ki rehmat ka darwaza aadmi ke liye har waqt khula rehta hai.</w:t>
      </w:r>
    </w:p>
    <w:p>
      <w:pPr>
        <w:jc w:val="right"/>
      </w:pPr>
      <w:r>
        <w:t>تاہم اللہ کی رحمت کا دروازہ آدمی کے لیے ہر وقت کھلا رہتا ہے۔</w:t>
      </w:r>
    </w:p>
    <w:p>
      <w:r>
        <w:rPr>
          <w:b/>
        </w:rPr>
        <w:t xml:space="preserve">[30:21] </w:t>
      </w:r>
      <w:r>
        <w:t>ibtedai taur par ghalati karne ke baad agar aadmi ko hosh aa jaye aur woh palat kar sahi rawaiyya ikhtiyar kar le woh is amr haq ka ailan kare jis ko Allah chahta hai ke uska ailan kiya jaye to Allah us ko maaf kar dega.</w:t>
      </w:r>
    </w:p>
    <w:p>
      <w:pPr>
        <w:jc w:val="right"/>
      </w:pPr>
      <w:r>
        <w:t>ابتدائی طور پر غلطی کرنے کے بعد اگر آدمی کو ہوش آ جائے اور وہ پلٹ کر صحیح رویہ اختیار کر لے وہ اس امر حق کا اعلان کرے جس کو اللہ چاہتا ہے کہ اس کا اعلان کیا جائے تو اللہ اس کو معاف کر دے گا۔</w:t>
      </w:r>
    </w:p>
    <w:p>
      <w:r>
        <w:rPr>
          <w:b/>
        </w:rPr>
        <w:t xml:space="preserve">[30:40] </w:t>
      </w:r>
      <w:r>
        <w:t>magar jo log adam itiraf par qaim rahen aur isi haal mein mar jayen to woh Allah ki rehmaton se door kar diye jayenge.</w:t>
      </w:r>
    </w:p>
    <w:p>
      <w:pPr>
        <w:jc w:val="right"/>
      </w:pPr>
      <w:r>
        <w:t>مگر جو لوگ عدم اعتراف پر قائم رہیں اور اسی حال میں مر جائیں تو وہ اللہ کی رحمتوں سے دور کر دیے جائیں گے۔</w:t>
      </w:r>
    </w:p>
    <w:p>
      <w:r>
        <w:rPr>
          <w:b/>
        </w:rPr>
        <w:t xml:space="preserve">[30:52] </w:t>
      </w:r>
      <w:r>
        <w:t>wa ilahukum ilahun wahidun la ilaha illa huwar rahmanur rahim inna fi khalqis samawati wal ardi wakhtilafil laili wan nahari wal fulki lati tajri fil bahri</w:t>
      </w:r>
    </w:p>
    <w:p>
      <w:pPr>
        <w:jc w:val="right"/>
      </w:pPr>
      <w:r>
        <w:t>وإلهكم إله واحد لا إله إلا هو الرحمن الرحيم إن في خلق السماوات والأرض واختلاف الليل والنهار والفلك التي تجري في البحر</w:t>
      </w:r>
    </w:p>
    <w:p>
      <w:r>
        <w:rPr>
          <w:b/>
        </w:rPr>
        <w:t xml:space="preserve">[31:17] </w:t>
      </w:r>
      <w:r>
        <w:t>wal fulki lati tajri fil bahri bima yanfaun nasa wama anzala allahu minas samai mimma</w:t>
      </w:r>
    </w:p>
    <w:p>
      <w:pPr>
        <w:jc w:val="right"/>
      </w:pPr>
      <w:r>
        <w:t>والفلك التي تجري في البحر بما ينفع الناس وما أنزل الله من السماء مما</w:t>
      </w:r>
    </w:p>
    <w:p>
      <w:r>
        <w:rPr>
          <w:b/>
        </w:rPr>
        <w:t xml:space="preserve">[31:34] </w:t>
      </w:r>
      <w:r>
        <w:t>fa ahya bihi ahya bil arda ba'da mautiha wa baththa fiha min kulli dabbatin wa tasrifi riyah</w:t>
      </w:r>
    </w:p>
    <w:p>
      <w:pPr>
        <w:jc w:val="right"/>
      </w:pPr>
      <w:r>
        <w:t>فأحيا به فأحيا به الأرض بعد موتها وبث فيها من كل دابة وتصريف الرياح</w:t>
      </w:r>
    </w:p>
    <w:p>
      <w:r>
        <w:rPr>
          <w:b/>
        </w:rPr>
        <w:t xml:space="preserve">[31:52] </w:t>
      </w:r>
      <w:r>
        <w:t>wa tasrifi riyah was sahabil musakhkhari bainas samai wal ardi li ayatin li qaumin yaqilun.</w:t>
      </w:r>
    </w:p>
    <w:p>
      <w:pPr>
        <w:jc w:val="right"/>
      </w:pPr>
      <w:r>
        <w:t>وتصريف الرياح والسحاب المسخر بين السماء والأرض لآيات لقوم يعقلون.</w:t>
      </w:r>
    </w:p>
    <w:p>
      <w:r>
        <w:rPr>
          <w:b/>
        </w:rPr>
        <w:t xml:space="preserve">[32:07] </w:t>
      </w:r>
      <w:r>
        <w:t>aur tumhara maabood ek hi maabood hai. uske siwa koi maabood nahin. woh bara meherban hai. nihayat reham wala hai.</w:t>
      </w:r>
    </w:p>
    <w:p>
      <w:pPr>
        <w:jc w:val="right"/>
      </w:pPr>
      <w:r>
        <w:t>اور تمہارا معبود ایک ہی معبود ہے۔ اس کے سوا کوئی معبود نہیں۔ وہ بڑا مہربان ہے۔ نہایت رحم والا ہے۔</w:t>
      </w:r>
    </w:p>
    <w:p>
      <w:r>
        <w:rPr>
          <w:b/>
        </w:rPr>
        <w:t xml:space="preserve">[32:17] </w:t>
      </w:r>
      <w:r>
        <w:t>beshak aasmanon aur zameen ki banawat mein aur raat aur din ke aane jaane mein aur un kashtiyon mein jo insanon ke kaam aane wali cheezein le kar samandar mein chalti hain.</w:t>
      </w:r>
    </w:p>
    <w:p>
      <w:pPr>
        <w:jc w:val="right"/>
      </w:pPr>
      <w:r>
        <w:t>بے شک آسمانوں اور زمین کی بناوٹ میں اور رات اور دن کے آنے جانے میں اور ان کشتیوں میں جو انسانوں کے کام آنے والی چیزیں لے کر سمندر میں چلتی ہیں۔</w:t>
      </w:r>
    </w:p>
    <w:p>
      <w:r>
        <w:rPr>
          <w:b/>
        </w:rPr>
        <w:t xml:space="preserve">[32:30] </w:t>
      </w:r>
      <w:r>
        <w:t>aur us pani mein jis ko Allah ne aasman se utara.</w:t>
      </w:r>
    </w:p>
    <w:p>
      <w:pPr>
        <w:jc w:val="right"/>
      </w:pPr>
      <w:r>
        <w:t>اور اس پانی میں جس کو اللہ نے آسمان سے اتارا۔</w:t>
      </w:r>
    </w:p>
    <w:p>
      <w:r>
        <w:rPr>
          <w:b/>
        </w:rPr>
        <w:t xml:space="preserve">[32:34] </w:t>
      </w:r>
      <w:r>
        <w:t>phir us se murda zameen ko zindagi bakhshi. aur us ne zameen mein sab qism ke janwar phaila diye. aur hawaon ki gardish mein aur badalon mein.</w:t>
      </w:r>
    </w:p>
    <w:p>
      <w:pPr>
        <w:jc w:val="right"/>
      </w:pPr>
      <w:r>
        <w:t>پھر اس سے مردہ زمین کو زندگی بخشی۔ اور اس نے زمین میں سب قسم کے جانور پھیلا دیے۔ اور ہواؤں کی گردش میں اور بادلوں میں۔</w:t>
      </w:r>
    </w:p>
    <w:p>
      <w:r>
        <w:rPr>
          <w:b/>
        </w:rPr>
        <w:t xml:space="preserve">[32:45] </w:t>
      </w:r>
      <w:r>
        <w:t>jo aasmanon aur zameen ke darmiyan hukum ke taabe hain. un logon ke liye nishaniyan hain jo aql se kaam lete hain.</w:t>
      </w:r>
    </w:p>
    <w:p>
      <w:pPr>
        <w:jc w:val="right"/>
      </w:pPr>
      <w:r>
        <w:t>جو آسمانوں اور زمین کے درمیان حکم کے تابع ہیں۔ ان لوگوں کے لیے نشانیاں ہیں جو عقل سے کام لیتے ہیں۔</w:t>
      </w:r>
    </w:p>
    <w:p>
      <w:r>
        <w:rPr>
          <w:b/>
        </w:rPr>
        <w:t xml:space="preserve">[32:55] </w:t>
      </w:r>
      <w:r>
        <w:t>tashreeh: insan ka Khuda ek hi Khuda hai. aur wohi is qabil hai ke woh insaan ki tawajjuh ka markaz bane.</w:t>
      </w:r>
    </w:p>
    <w:p>
      <w:pPr>
        <w:jc w:val="right"/>
      </w:pPr>
      <w:r>
        <w:t>تشریح: انسان کا خدا ایک ہی خدا ہے۔ اور وہی اس قابل ہے کہ وہ انسان کی توجیحات کا مرکز بنے۔</w:t>
      </w:r>
    </w:p>
    <w:p>
      <w:r>
        <w:rPr>
          <w:b/>
        </w:rPr>
        <w:t xml:space="preserve">[33:06] </w:t>
      </w:r>
      <w:r>
        <w:t>hamara wajood aur woh sab kuch jo hum ko zameen par hasil hai woh isi liye hai ke hamara yeh Khuda rehmaton aur meherbanion ka khazana hai.</w:t>
      </w:r>
    </w:p>
    <w:p>
      <w:pPr>
        <w:jc w:val="right"/>
      </w:pPr>
      <w:r>
        <w:t>ہمارا وجود اور وہ سب کچھ جو ہم کو زمین پر حاصل ہے وہ اسی لیے ہے کہ ہمارا یہ خدا رحمتوں اور مہربانیوں کا خزانہ ہے۔</w:t>
      </w:r>
    </w:p>
    <w:p>
      <w:r>
        <w:rPr>
          <w:b/>
        </w:rPr>
        <w:t xml:space="preserve">[33:17] </w:t>
      </w:r>
      <w:r>
        <w:t>aadmi ko chahiye ke is ko haqeeqi maanon mein apna maabood</w:t>
      </w:r>
    </w:p>
    <w:p>
      <w:pPr>
        <w:jc w:val="right"/>
      </w:pPr>
      <w:r>
        <w:t>آدمی کو چاہیے کہ اس کو حقیقی معنوں میں اپنا معبود</w:t>
      </w:r>
    </w:p>
    <w:p>
      <w:r>
        <w:rPr>
          <w:b/>
        </w:rPr>
        <w:t xml:space="preserve">[33:21] </w:t>
      </w:r>
      <w:r>
        <w:t>banaye. woh isi ke liye jiye aur isi ke liye mare. aur apni tamam ummeedon aur tamanaon ko hamesha ke liye isi ke sath wabasta kar de.</w:t>
      </w:r>
    </w:p>
    <w:p>
      <w:pPr>
        <w:jc w:val="right"/>
      </w:pPr>
      <w:r>
        <w:t>بنائے۔ وہ اسی کے لیے جیے اور اسی کے لیے مرے۔ اور اپنی تمام امیدوں اور تمناؤں کو ہمیشہ کے لیے اسی کے ساتھ وابستہ کر دے۔</w:t>
      </w:r>
    </w:p>
    <w:p>
      <w:r>
        <w:rPr>
          <w:b/>
        </w:rPr>
        <w:t xml:space="preserve">[33:33] </w:t>
      </w:r>
      <w:r>
        <w:t>jis tarah ek chota bachcha apna sab kuch sirf apni maan ko samajhta hai usi tarah Khuda insaan ke liye uska sab kuch ban jaye.</w:t>
      </w:r>
    </w:p>
    <w:p>
      <w:pPr>
        <w:jc w:val="right"/>
      </w:pPr>
      <w:r>
        <w:t>جس طرح ایک چھوٹا بچہ اپنا سب کچھ صرف اپنی ماں کو سمجھتا ہے اسی طرح خدا انسان کے لیے اس کا سب کچھ بن جائے۔</w:t>
      </w:r>
    </w:p>
    <w:p>
      <w:r>
        <w:rPr>
          <w:b/>
        </w:rPr>
        <w:t xml:space="preserve">[33:44] </w:t>
      </w:r>
      <w:r>
        <w:t>hamare samne phaili hui kainat Allah ka ek azeem ul shaan taaruf hai.</w:t>
      </w:r>
    </w:p>
    <w:p>
      <w:pPr>
        <w:jc w:val="right"/>
      </w:pPr>
      <w:r>
        <w:t>ہمارے سامنے پھیلی ہوئی کائنات اللہ کا ایک عظیم الشان تعارف ہے۔</w:t>
      </w:r>
    </w:p>
    <w:p>
      <w:r>
        <w:rPr>
          <w:b/>
        </w:rPr>
        <w:t xml:space="preserve">[33:50] </w:t>
      </w:r>
      <w:r>
        <w:t>zameen o aasman ki soorat mein ek atha karkhane ka maujood hona zahir karta hai ke zaroor is ka koi banane wala hai.</w:t>
      </w:r>
    </w:p>
    <w:p>
      <w:pPr>
        <w:jc w:val="right"/>
      </w:pPr>
      <w:r>
        <w:t>زمین و آسمان کی صورت میں ایک اتھا کارخانے کا موجود ہونا ظاہر کرتا ہے کہ ضرور اس کا کوئی بنانے والا ہے۔</w:t>
      </w:r>
    </w:p>
    <w:p>
      <w:r>
        <w:rPr>
          <w:b/>
        </w:rPr>
        <w:t xml:space="preserve">[33:59] </w:t>
      </w:r>
      <w:r>
        <w:t>tarah tarah ke zahiri ikhtilaf aur tazad ke bawajood tamam cheezon ka had darje hamahangi ke sath kaam karna sabit karta hai ke is ka khaliq o malik sirf ek hai.</w:t>
      </w:r>
    </w:p>
    <w:p>
      <w:pPr>
        <w:jc w:val="right"/>
      </w:pPr>
      <w:r>
        <w:t>طرح طرح کے ظاہری اختلاف اور تضاد کے باوجود تمام چیزوں کا حد درجے ہم آہنگی کے ساتھ کام کرنا ثابت کرتا ہے کہ اس کا خالق و مالک صرف ایک ہے۔</w:t>
      </w:r>
    </w:p>
    <w:p>
      <w:r>
        <w:rPr>
          <w:b/>
        </w:rPr>
        <w:t xml:space="preserve">[34:13] </w:t>
      </w:r>
      <w:r>
        <w:t>kainat ki cheezon mein nafa bakhshi ki salahiyat hona</w:t>
      </w:r>
    </w:p>
    <w:p>
      <w:pPr>
        <w:jc w:val="right"/>
      </w:pPr>
      <w:r>
        <w:t>کائنات کی چیزوں میں نفع بخشی کی صلاحیت ہونا</w:t>
      </w:r>
    </w:p>
    <w:p>
      <w:r>
        <w:rPr>
          <w:b/>
        </w:rPr>
        <w:t xml:space="preserve">[34:16] </w:t>
      </w:r>
      <w:r>
        <w:t>goya is baat ka ailan hai ke is ki mansooba bandi kamil shaoor ke tehat bala irada ki gayi hai. bazahir bejan cheezon mein qudrati amal se jaan aur tazgi ka aa jana batata hai ke kainat mein maut mahaz aarzi hai.</w:t>
      </w:r>
    </w:p>
    <w:p>
      <w:pPr>
        <w:jc w:val="right"/>
      </w:pPr>
      <w:r>
        <w:t>گویا اس بات کا اعلان ہے کہ اس کی منصوبہ بندی کامل شعور کے تحت بالا ارادہ کی گئی ہے۔ بظاہر بے جان چیزوں میں قدرتی عمل سے جان اور تازگی کا آ جانا بتاتا ہے کہ کائنات میں موت محض عارضی ہے۔</w:t>
      </w:r>
    </w:p>
    <w:p>
      <w:r>
        <w:rPr>
          <w:b/>
        </w:rPr>
        <w:t xml:space="preserve">[34:36] </w:t>
      </w:r>
      <w:r>
        <w:t>yahan har maut ke baad lazman doosri zindagi aati hai.</w:t>
      </w:r>
    </w:p>
    <w:p>
      <w:pPr>
        <w:jc w:val="right"/>
      </w:pPr>
      <w:r>
        <w:t>یہاں ہر موت کے بعد لازماً دوسری زندگی آتی ہے۔</w:t>
      </w:r>
    </w:p>
    <w:p>
      <w:r>
        <w:rPr>
          <w:b/>
        </w:rPr>
        <w:t xml:space="preserve">[34:40] </w:t>
      </w:r>
      <w:r>
        <w:t>ek hi pani aur ek hi khurak se qism qism ke jandaron ka anginat tadad mein paya jana Allah ki be hisab qudrat ka pata deta hai.</w:t>
      </w:r>
    </w:p>
    <w:p>
      <w:pPr>
        <w:jc w:val="right"/>
      </w:pPr>
      <w:r>
        <w:t>ایک ہی پانی اور ایک ہی خوراک سے قسم قسم کے جانداروں کا انگنت تعداد میں پایا جانا اللہ کی بے حساب قدرت کا پتہ دیتا ہے۔</w:t>
      </w:r>
    </w:p>
    <w:p>
      <w:r>
        <w:rPr>
          <w:b/>
        </w:rPr>
        <w:t xml:space="preserve">[34:51] </w:t>
      </w:r>
      <w:r>
        <w:t>hawa ka mukammal taur par insaan ko apne ghere mein liye rehna batata hai ke insaan poori tarah apne khaliq ke qabze mein hai.</w:t>
      </w:r>
    </w:p>
    <w:p>
      <w:pPr>
        <w:jc w:val="right"/>
      </w:pPr>
      <w:r>
        <w:t>ہوا کا مکمل طور پر انسان کو اپنے گھیرے میں لیے رہنا بتاتا ہے کہ انسان پوری طرح اپنے خالق کے قبضے میں ہے۔</w:t>
      </w:r>
    </w:p>
    <w:p>
      <w:r>
        <w:rPr>
          <w:b/>
        </w:rPr>
        <w:t xml:space="preserve">[35:02] </w:t>
      </w:r>
      <w:r>
        <w:t>kainat ki tamam cheezon ka insani zaroorat ke mutabiq sudha hua hona sabit karta hai ke insaan ka khaliq ek be had meherban hasti hai.</w:t>
      </w:r>
    </w:p>
    <w:p>
      <w:pPr>
        <w:jc w:val="right"/>
      </w:pPr>
      <w:r>
        <w:t>کائنات کی تمام چیزوں کا انسانی ضرورت کے مطابق سدھا ہوا ہونا ثابت کرتا ہے کہ انسان کا خالق ایک بے حد مہربان ہستی ہے۔</w:t>
      </w:r>
    </w:p>
    <w:p>
      <w:r>
        <w:rPr>
          <w:b/>
        </w:rPr>
        <w:t xml:space="preserve">[35:12] </w:t>
      </w:r>
      <w:r>
        <w:t>aur woh is ki zarooriyat ka ehtimam is waqt se kar raha hota hai jabke is ka wajood bhi nahin hota. kainat mein is qism ki nishaniyan goya makhlooqat ke andar khaliq ki jhalakiyan hain.</w:t>
      </w:r>
    </w:p>
    <w:p>
      <w:pPr>
        <w:jc w:val="right"/>
      </w:pPr>
      <w:r>
        <w:t>اور وہ اس کی ضروریات کا اہتمام اس وقت سے کر رہا ہوتا ہے جبکہ اس کا وجود بھی نہیں ہوتا۔ کائنات میں اس قسم کی نشانیاں گویا مخلوقات کے اندر خالق کی جھلکیاں ہیں۔</w:t>
      </w:r>
    </w:p>
    <w:p>
      <w:r>
        <w:rPr>
          <w:b/>
        </w:rPr>
        <w:t xml:space="preserve">[35:26] </w:t>
      </w:r>
      <w:r>
        <w:t>woh Allah ki hasti ka, is ke ek hone ka, is ke tamam sifat e kamal ka jame hone ka itne bare pemane par izhar kar rahi hain ke koi aankh wala is ko dekhne se mahroom na rahe.</w:t>
      </w:r>
    </w:p>
    <w:p>
      <w:pPr>
        <w:jc w:val="right"/>
      </w:pPr>
      <w:r>
        <w:t>وہ اللہ کی ہستی کا، اس کے ایک ہونے کا، اس کے تمام صفات کمال کا جامع ہونے کا اتنے بڑے پیمانے پر اظہار کر رہی ہیں کہ کوئی آنکھ والا اس کو دیکھنے سے محروم نہ رہے۔</w:t>
      </w:r>
    </w:p>
    <w:p>
      <w:r>
        <w:rPr>
          <w:b/>
        </w:rPr>
        <w:t xml:space="preserve">[35:41] </w:t>
      </w:r>
      <w:r>
        <w:t>aur koi aqal wala is ko paane se aajiz na ho. dalail ko wahi shakhs paata hai jo dalail par ghaur karta ho.</w:t>
      </w:r>
    </w:p>
    <w:p>
      <w:pPr>
        <w:jc w:val="right"/>
      </w:pPr>
      <w:r>
        <w:t>اور کوئی عقل والا اس کو پانے سے عاجز نہ ہو۔ دلائل کو وہی شخص پاتا ہے جو دلائل پر غور کرتا ہو۔</w:t>
      </w:r>
    </w:p>
    <w:p>
      <w:r>
        <w:rPr>
          <w:b/>
        </w:rPr>
        <w:t xml:space="preserve">[35:51] </w:t>
      </w:r>
      <w:r>
        <w:t>wo sachai ko janne ke mamle mein sanjeeda ho.</w:t>
      </w:r>
    </w:p>
    <w:p>
      <w:pPr>
        <w:jc w:val="right"/>
      </w:pPr>
      <w:r>
        <w:t>وہ سچائی کو جاننے کے معاملے میں سنجیدہ ہو۔</w:t>
      </w:r>
    </w:p>
    <w:p>
      <w:r>
        <w:rPr>
          <w:b/>
        </w:rPr>
        <w:t xml:space="preserve">[35:54] </w:t>
      </w:r>
      <w:r>
        <w:t>wo maslehaton se oopar uth kar rai qaim karta ho. wo zahiri cheezon mein ulajh kar na reh gaya ho. balke zahiri cheezon ke peeche chupi hui batini haqeeqat ko janne ka hareese ho.</w:t>
      </w:r>
    </w:p>
    <w:p>
      <w:pPr>
        <w:jc w:val="right"/>
      </w:pPr>
      <w:r>
        <w:t>وہ مصلحتوں سے اوپر اٹھ کر رائے قائم کرتا ہو۔ وہ ظاہری چیزوں میں الجھ کر نہ رہ گیا ہو۔ بلکہ ظاہری چیزوں کے پیچھے چھپی ہوئی باطنی حقیقت کو جاننے کا حریص ہو۔</w:t>
      </w:r>
    </w:p>
    <w:p>
      <w:r>
        <w:rPr>
          <w:b/>
        </w:rPr>
        <w:t xml:space="preserve">[36:11] </w:t>
      </w:r>
      <w:r>
        <w:t>waman</w:t>
      </w:r>
    </w:p>
    <w:p>
      <w:pPr>
        <w:jc w:val="right"/>
      </w:pPr>
      <w:r>
        <w:t>ومن</w:t>
      </w:r>
    </w:p>
    <w:p>
      <w:r>
        <w:rPr>
          <w:b/>
        </w:rPr>
        <w:t xml:space="preserve">[36:12] </w:t>
      </w:r>
      <w:r>
        <w:t>alnnasi man yattakhiz min dunillahi andadan yuhibbunahum kahubbillahi</w:t>
      </w:r>
    </w:p>
    <w:p>
      <w:pPr>
        <w:jc w:val="right"/>
      </w:pPr>
      <w:r>
        <w:t>الناس من يتخذ من دون الله أندادا يحبونهم كحب الله</w:t>
      </w:r>
    </w:p>
    <w:p>
      <w:r>
        <w:rPr>
          <w:b/>
        </w:rPr>
        <w:t xml:space="preserve">[36:25] </w:t>
      </w:r>
      <w:r>
        <w:t>wallazina amanu ashadd huban lillahi walaw yara allazina zalamuu iz yarun al'azaba annal quwwata lillahi jami'an</w:t>
      </w:r>
    </w:p>
    <w:p>
      <w:pPr>
        <w:jc w:val="right"/>
      </w:pPr>
      <w:r>
        <w:t>والذين آمنوا أشد حبا لله ولو يرى الذين ظلموا إذ يرون العذاب أن القوة لله جميعا</w:t>
      </w:r>
    </w:p>
    <w:p>
      <w:r>
        <w:rPr>
          <w:b/>
        </w:rPr>
        <w:t xml:space="preserve">[36:44] </w:t>
      </w:r>
      <w:r>
        <w:t>wanna allaha shadidul azabi iz tabarra allazina ittaba'uu min allazina ittaba'uu warawul azaba wataqatta'at bihimul asbab</w:t>
      </w:r>
    </w:p>
    <w:p>
      <w:pPr>
        <w:jc w:val="right"/>
      </w:pPr>
      <w:r>
        <w:t>وأن الله شديد العذاب إذ تبرأ الذين اتبعوا من الذين اتبعوا ورأوا العذاب وتقطعت بهم الأسباب</w:t>
      </w:r>
    </w:p>
    <w:p>
      <w:r>
        <w:rPr>
          <w:b/>
        </w:rPr>
        <w:t xml:space="preserve">[37:03] </w:t>
      </w:r>
      <w:r>
        <w:t>waqala allazina ittaba'uu law anna lana karratan fatatabarraa minhum kama tabarrau minna kazalika yurihimullahu a'maluhum hasaratin 'alayhim wama hum</w:t>
      </w:r>
    </w:p>
    <w:p>
      <w:pPr>
        <w:jc w:val="right"/>
      </w:pPr>
      <w:r>
        <w:t>وقال الذين اتبعوا لو أن لنا كرة فنتبرأ منهم كما تبرؤوا منا كذلك يريهم الله أعمالهم حسرات عليهم وما هم</w:t>
      </w:r>
    </w:p>
    <w:p>
      <w:r>
        <w:rPr>
          <w:b/>
        </w:rPr>
        <w:t xml:space="preserve">[37:23] </w:t>
      </w:r>
      <w:r>
        <w:t>bikharijina minan nar</w:t>
      </w:r>
    </w:p>
    <w:p>
      <w:pPr>
        <w:jc w:val="right"/>
      </w:pPr>
      <w:r>
        <w:t>بخارجين من النار</w:t>
      </w:r>
    </w:p>
    <w:p>
      <w:r>
        <w:rPr>
          <w:b/>
        </w:rPr>
        <w:t xml:space="preserve">[37:28] </w:t>
      </w:r>
      <w:r>
        <w:t>aur kuch log aise hain jo Allah ke siwa doosron ko is ka barabar thehrate hain. un se aisi mohabbat rakhte hain jaisi mohabbat Allah se rakhna chahiye.</w:t>
      </w:r>
    </w:p>
    <w:p>
      <w:pPr>
        <w:jc w:val="right"/>
      </w:pPr>
      <w:r>
        <w:t>اور کچھ لوگ ایسے ہیں جو اللہ کے سوا دوسروں کا اس کا برابر ٹھہراتے ہیں۔ ان سے ایسی محبت رکھتے ہیں جیسی محبت اللہ سے رکھنا چاہیے۔</w:t>
      </w:r>
    </w:p>
    <w:p>
      <w:r>
        <w:rPr>
          <w:b/>
        </w:rPr>
        <w:t xml:space="preserve">[37:40] </w:t>
      </w:r>
      <w:r>
        <w:t>aur jo imaan wale hain wo sab se zyada Allah se mohabbat rakhne wale hain. aur agar ye zalim is waqt ko dekh len jabke wo azab ko dekhenge ke zor sara ka sara Allah ka hai.</w:t>
      </w:r>
    </w:p>
    <w:p>
      <w:pPr>
        <w:jc w:val="right"/>
      </w:pPr>
      <w:r>
        <w:t>اور جو ایمان والے ہیں وہ سب سے زیادہ اللہ سے محبت رکھنے والے ہیں۔ اور اگر یہ ظالم اس وقت کو دیکھ لیں جبکہ وہ عذاب کو دیکھیں گے کہ زور سارا کا سارا اللہ کا ہے۔</w:t>
      </w:r>
    </w:p>
    <w:p>
      <w:r>
        <w:rPr>
          <w:b/>
        </w:rPr>
        <w:t xml:space="preserve">[37:54] </w:t>
      </w:r>
      <w:r>
        <w:t>aur Allah bada sakht azab dene wala hai.</w:t>
      </w:r>
    </w:p>
    <w:p>
      <w:pPr>
        <w:jc w:val="right"/>
      </w:pPr>
      <w:r>
        <w:t>اور اللہ بڑا سخت عذاب دینے والا ہے۔</w:t>
      </w:r>
    </w:p>
    <w:p>
      <w:r>
        <w:rPr>
          <w:b/>
        </w:rPr>
        <w:t xml:space="preserve">[37:58] </w:t>
      </w:r>
      <w:r>
        <w:t>jabke wo log jin ke kehne par doosre chalte the un logon se alag ho jayenge jo un ke kehne par chalte the. azab un ke samne hoga aur un ke sab taraf ke rishte toot chuke honge.</w:t>
      </w:r>
    </w:p>
    <w:p>
      <w:pPr>
        <w:jc w:val="right"/>
      </w:pPr>
      <w:r>
        <w:t>جبکہ وہ لوگ جن کے کہنے پر دوسرے چلتے تھے ان لوگوں سے الگ ہو جائیں گے جو ان کے کہنے پر چلتے تھے۔ عذاب ان کے سامنے ہوگا اور ان کے سب طرف کے رشتے ٹوٹ چکے ہوں گے۔</w:t>
      </w:r>
    </w:p>
    <w:p>
      <w:r>
        <w:rPr>
          <w:b/>
        </w:rPr>
        <w:t xml:space="preserve">[38:12] </w:t>
      </w:r>
      <w:r>
        <w:t>wo log jo peeche chale the kahenge kaash hum ko dunya ki taraf lotna mil jata to hum bhi un se alag ho jate jaise ye hum se alag ho gaye.</w:t>
      </w:r>
    </w:p>
    <w:p>
      <w:pPr>
        <w:jc w:val="right"/>
      </w:pPr>
      <w:r>
        <w:t>وہ لوگ جو پیچھے چلے تھے کہیں گے کاش ہم کو دنیا کی طرف لوٹنا مل جاتا تو ہم بھی ان سے الگ ہو جاتے جیسے یہ ہم سے الگ ہو گئے۔</w:t>
      </w:r>
    </w:p>
    <w:p>
      <w:r>
        <w:rPr>
          <w:b/>
        </w:rPr>
        <w:t xml:space="preserve">[38:24] </w:t>
      </w:r>
      <w:r>
        <w:t>is tarah Allah un ke a'maal ko unhein hasrat bana kar dikhayega. aur wo aag se nikal na sakenge. tashreeh: aadmi apni fitrat aur apne halaat ke lehaz se ek aisi makhlooq hai jo hamesha ek kharji sahara chahta hai.</w:t>
      </w:r>
    </w:p>
    <w:p>
      <w:pPr>
        <w:jc w:val="right"/>
      </w:pPr>
      <w:r>
        <w:t>اس طرح اللہ ان کے اعمال کو انہیں حسرت بنا کر دکھائے گا۔ اور وہ آگ سے نکل نہ سکیں گے۔ تشریح: آدمی اپنی فطرت اور اپنے حالات کے لحاظ سے ایک ایسی مخلوق ہے جو ہمیشہ ایک خارجی سہارا چاہتا ہے۔</w:t>
      </w:r>
    </w:p>
    <w:p>
      <w:r>
        <w:rPr>
          <w:b/>
        </w:rPr>
        <w:t xml:space="preserve">[38:43] </w:t>
      </w:r>
      <w:r>
        <w:t>ek aisi hasti jo is ki kamiyon ki talafi kare. aur is ke liye aitmad o yaqeen ki buniyad ho.</w:t>
      </w:r>
    </w:p>
    <w:p>
      <w:pPr>
        <w:jc w:val="right"/>
      </w:pPr>
      <w:r>
        <w:t>ایک ایسی ہستی جو اس کی کمیوں کی تلافی کرے۔ اور اس کے لیے اعتماد و یقین کی بنیاد ہو۔</w:t>
      </w:r>
    </w:p>
    <w:p>
      <w:r>
        <w:rPr>
          <w:b/>
        </w:rPr>
        <w:t xml:space="preserve">[38:50] </w:t>
      </w:r>
      <w:r>
        <w:t>kisi ko is hasiyat se apni zindagi mein shamil karna is ko apna ma'bud banana hai. jab aadmi kisi hasti ko apna ma'bud banata hai to is ke baad lazmi taur par aisa hota hai ke aadmi ke mohabbat o aqeedat ke jazbat is ke liye khaas ho jate hain.</w:t>
      </w:r>
    </w:p>
    <w:p>
      <w:pPr>
        <w:jc w:val="right"/>
      </w:pPr>
      <w:r>
        <w:t>کسی کو اس حیثیت سے اپنی زندگی میں شامل کرنا اس کو اپنا معبود بنانا ہے۔ جب آدمی کسی ہستی کو اپنا معبود بناتا ہے تو اس کے بعد لازمی طور پر ایسا ہوتا ہے کہ آدمی کے محبت و عقیدت کے جذبات اس کے لیے خاص ہو جاتے ہیں۔</w:t>
      </w:r>
    </w:p>
    <w:p>
      <w:r>
        <w:rPr>
          <w:b/>
        </w:rPr>
        <w:t xml:space="preserve">[39:08] </w:t>
      </w:r>
      <w:r>
        <w:t>aadmi ain apni fitrat ke lehaz se majboor hai ke kisi se hubb shadeed kare. aur jis se koi hubb shadeed kare wahi is ka ma'bud hai.</w:t>
      </w:r>
    </w:p>
    <w:p>
      <w:pPr>
        <w:jc w:val="right"/>
      </w:pPr>
      <w:r>
        <w:t>آدمی عین اپنی فطرت کے لحاظ سے مجبور ہے کہ کسی سے حب شدید کرے۔ اور جس سے کوئی حب شدید کرے وہی اس کا معبود ہے۔</w:t>
      </w:r>
    </w:p>
    <w:p>
      <w:r>
        <w:rPr>
          <w:b/>
        </w:rPr>
        <w:t xml:space="preserve">[39:19] </w:t>
      </w:r>
      <w:r>
        <w:t>maujooda dunya mein chuki Khuda nazar nahi aata is liye zahir parast insan aam taur par nazar aane wali hastiyon mein se kisi hasti ko wo maqam de deta hai jo darasal Khuda ko dena chahiye.</w:t>
      </w:r>
    </w:p>
    <w:p>
      <w:pPr>
        <w:jc w:val="right"/>
      </w:pPr>
      <w:r>
        <w:t>موجودہ دنیا میں چونکہ خدا نظر نہیں آتا اس لیے ظاہر پرست انسان عام طور پر نظر آنے والی ہستیوں میں سے کسی ہستی کو وہ مقام دے دیتا ہے جو دراصل خدا کو دینا چاہیے۔</w:t>
      </w:r>
    </w:p>
    <w:p>
      <w:r>
        <w:rPr>
          <w:b/>
        </w:rPr>
        <w:t xml:space="preserve">[39:34] </w:t>
      </w:r>
      <w:r>
        <w:t>ye hastiyan aksar wo sardar ya peshwa hote hain jo kisi zahiri khusoosiyat ki bina par logon ka marja' ban jate hain. aadmi ki fitrat ka khala jo haqeeqatan is liye tha ke is ko Rabbul 'alameen se pur kiya jaye</w:t>
      </w:r>
    </w:p>
    <w:p>
      <w:pPr>
        <w:jc w:val="right"/>
      </w:pPr>
      <w:r>
        <w:t>یہ ہستیاں اکثر وہ سردار یا پیشوا ہوتے ہیں جو کسی ظاہری خصوصیت کی بنا پر لوگوں کا مرجع بن جاتے ہیں۔ آدمی کی فطرت کا خلا جو حقیقتاً اس لیے تھا کہ اس کو رب العالمین سے پر کیا جائے</w:t>
      </w:r>
    </w:p>
    <w:p>
      <w:r>
        <w:rPr>
          <w:b/>
        </w:rPr>
        <w:t xml:space="preserve">[39:50] </w:t>
      </w:r>
      <w:r>
        <w:t>wahan wo kisi sardar ya peshwa ko baitha leta hai. aisa is liye hota hai ke kisi insan ke gird kuch zahiri raunaq dekh kar log is ko bada samajh lete hain.</w:t>
      </w:r>
    </w:p>
    <w:p>
      <w:pPr>
        <w:jc w:val="right"/>
      </w:pPr>
      <w:r>
        <w:t>وہاں وہ کسی سردار یا پیشوا کو بٹھا لیتا ہے۔ ایسا اس لیے ہوتا ہے کہ کسی انسان کے گرد کچھ ظاہری رونق دیکھ کر لوگ اس کو بڑا سمجھ لیتے ہیں۔</w:t>
      </w:r>
    </w:p>
    <w:p>
      <w:r>
        <w:rPr>
          <w:b/>
        </w:rPr>
        <w:t xml:space="preserve">[40:02] </w:t>
      </w:r>
      <w:r>
        <w:t>koi apne ghair ma'mooli shakhsi awsaf se logon ko mutasir kar leta hai. koi kisi gaddi par baith kar sainkaron saal ki riwayat ka waris ban jata hai.</w:t>
      </w:r>
    </w:p>
    <w:p>
      <w:pPr>
        <w:jc w:val="right"/>
      </w:pPr>
      <w:r>
        <w:t>کوئی اپنے غیر معمولی شخصی اوصاف سے لوگوں کو متاثر کر لیتا ہے۔ کوئی کسی گدی پر بیٹھ کر سینکڑوں سال کی روایات کا وارث بن جاتا ہے۔</w:t>
      </w:r>
    </w:p>
    <w:p>
      <w:r>
        <w:rPr>
          <w:b/>
        </w:rPr>
        <w:t xml:space="preserve">[40:14] </w:t>
      </w:r>
      <w:r>
        <w:t>kisi ke yahan insanon ki bheed dekh kar logon ko galat fehmi ho jati hai ke wo aam insanon se buland tar koi insan hai.</w:t>
      </w:r>
    </w:p>
    <w:p>
      <w:pPr>
        <w:jc w:val="right"/>
      </w:pPr>
      <w:r>
        <w:t>کسی کے یہاں انسانوں کی بھیڑ دیکھ کر لوگوں کو غلط فہمی ہو جاتی ہے کہ وہ عام انسانوں سے بلند تر کوئی انسان ہے۔</w:t>
      </w:r>
    </w:p>
    <w:p>
      <w:r>
        <w:rPr>
          <w:b/>
        </w:rPr>
        <w:t xml:space="preserve">[40:23] </w:t>
      </w:r>
      <w:r>
        <w:t>kisi ke gird purasrar kahaniyon ka halah tayyar ho jata hai. aur samajh liya jata hai ke wo ghair ma'mooli quwwaton ka hamil hai.</w:t>
      </w:r>
    </w:p>
    <w:p>
      <w:pPr>
        <w:jc w:val="right"/>
      </w:pPr>
      <w:r>
        <w:t>کسی کے گرد پراسرار کہانیوں کا حالہ تیار ہو جاتا ہے۔ اور سمجھ لیا جاتا ہے کہ وہ غیر معمولی قوتوں کا حامل ہے۔</w:t>
      </w:r>
    </w:p>
    <w:p>
      <w:r>
        <w:rPr>
          <w:b/>
        </w:rPr>
        <w:t xml:space="preserve">[40:33] </w:t>
      </w:r>
      <w:r>
        <w:t>magar haqeeqat ye hai ke Khuda ki is kainat mein Khuda ke siwa kisi ko koi zor ya badai hasil nahi</w:t>
      </w:r>
    </w:p>
    <w:p>
      <w:pPr>
        <w:jc w:val="right"/>
      </w:pPr>
      <w:r>
        <w:t>مگر حقیقت یہ ہے کہ خدا کی اس کائنات میں خدا کے سوا کسی کو کوئی زور یا بڑائی حاصل نہیں</w:t>
      </w:r>
    </w:p>
    <w:p>
      <w:r>
        <w:rPr>
          <w:b/>
        </w:rPr>
        <w:t xml:space="preserve">[40:41] </w:t>
      </w:r>
      <w:r>
        <w:t>. insaan ko khuda ka darja dene ka karobar isi waqt tak hai jab tak khuda zahir nahi hota. khuda ke zahir hote hi soorat-e-haal is qadar badal jayegi ke bare apne choton se bhagna chahenge aur chote apne baron se.</w:t>
      </w:r>
    </w:p>
    <w:p>
      <w:pPr>
        <w:jc w:val="right"/>
      </w:pPr>
      <w:r>
        <w:t>۔ انسان کو خدا کا درجہ دینے کا کاروبار اسی وقت تک ہے جب تک خدا ظاہر نہیں ہوتا۔ خدا کے ظاہر ہوتے ہی صورتحال اس قدر بدل جائے گی کہ بڑے اپنے چھوٹوں سے بھاگنا چاہیں گے اور چھوٹے اپنے بڑوں سے۔</w:t>
      </w:r>
    </w:p>
    <w:p>
      <w:r>
        <w:rPr>
          <w:b/>
        </w:rPr>
        <w:t xml:space="preserve">[41:00] </w:t>
      </w:r>
      <w:r>
        <w:t>woh wabastagi jis par aadmi dunya mein fakhr karta tha. jis</w:t>
      </w:r>
    </w:p>
    <w:p>
      <w:pPr>
        <w:jc w:val="right"/>
      </w:pPr>
      <w:r>
        <w:t>وہ وابستگی جس پر آدمی دنیا میں فخر کرتا تھا۔ جس</w:t>
      </w:r>
    </w:p>
    <w:p>
      <w:r>
        <w:rPr>
          <w:b/>
        </w:rPr>
        <w:t xml:space="preserve">[41:05] </w:t>
      </w:r>
      <w:r>
        <w:t>se wafadari aur shiftaagi dikha kar aadmi samajhta tha ke is ne sab se bari chattan ko pakad rakha hai. woh aakhirat ke din is tarah be-maani sabit hogi jaise is ki koi haqeeqat hi na ho.</w:t>
      </w:r>
    </w:p>
    <w:p>
      <w:pPr>
        <w:jc w:val="right"/>
      </w:pPr>
      <w:r>
        <w:t>سے وفاداری اور شیفتگی دکھا کر آدمی سمجھتا تھا کہ اس نے سب سے بڑی چٹان کو پکڑ رکھا ہے۔ وہ آخرت کے دن اس طرح بے معنی ثابت ہوگی جیسے اس کی کوئی حقیقت ہی نہ ہو۔</w:t>
      </w:r>
    </w:p>
    <w:p>
      <w:r>
        <w:rPr>
          <w:b/>
        </w:rPr>
        <w:t xml:space="preserve">[41:19] </w:t>
      </w:r>
      <w:r>
        <w:t>aadmi apni guzri hui zindagi ko</w:t>
      </w:r>
    </w:p>
    <w:p>
      <w:pPr>
        <w:jc w:val="right"/>
      </w:pPr>
      <w:r>
        <w:t>آدمی اپنی گزری ہوئی زندگی کو</w:t>
      </w:r>
    </w:p>
    <w:p>
      <w:r>
        <w:rPr>
          <w:b/>
        </w:rPr>
        <w:t xml:space="preserve">[41:22] </w:t>
      </w:r>
      <w:r>
        <w:t>hasrat ke sath dekhega aur kuch na kar sakega.</w:t>
      </w:r>
    </w:p>
    <w:p>
      <w:pPr>
        <w:jc w:val="right"/>
      </w:pPr>
      <w:r>
        <w:t>حسرت کے ساتھ دیکھے گا اور کچھ نہ کر سکے گا۔</w:t>
      </w:r>
    </w:p>
    <w:p>
      <w:r>
        <w:rPr>
          <w:b/>
        </w:rPr>
        <w:t xml:space="preserve">[41:29] </w:t>
      </w:r>
      <w:r>
        <w:t>ya ayyuha annasu kulu mimma fil ardi halalan tayyiban wala tattabi'u khutuwaat ash-shaytan</w:t>
      </w:r>
    </w:p>
    <w:p>
      <w:pPr>
        <w:jc w:val="right"/>
      </w:pPr>
      <w:r>
        <w:t>يا أيها الناس كلوا مما في الأرض حلالا طيبا ولا تتبعوا خطوات الشيطان</w:t>
      </w:r>
    </w:p>
    <w:p>
      <w:r>
        <w:rPr>
          <w:b/>
        </w:rPr>
        <w:t xml:space="preserve">[41:44] </w:t>
      </w:r>
      <w:r>
        <w:t>innahu lakum aduwwun mubin innama ya'murukum bis-soo'i wal-fahshaa'i wa an taqulu 'alallahi</w:t>
      </w:r>
    </w:p>
    <w:p>
      <w:pPr>
        <w:jc w:val="right"/>
      </w:pPr>
      <w:r>
        <w:t>إنه لكم عدو مبين إنما يأمركم بالسوء والفحشاء وأن تقولوا على الله</w:t>
      </w:r>
    </w:p>
    <w:p>
      <w:r>
        <w:rPr>
          <w:b/>
        </w:rPr>
        <w:t xml:space="preserve">[42:02] </w:t>
      </w:r>
      <w:r>
        <w:t>ma la ta'lamun wa idha qila lahumu attabi'u ma anzala Allahu qalu bal nattabi'u ma alfayna 'alaihi aabaa'ana</w:t>
      </w:r>
    </w:p>
    <w:p>
      <w:pPr>
        <w:jc w:val="right"/>
      </w:pPr>
      <w:r>
        <w:t>ما لا تعلمون وإذا قيل لهم اتبعوا ما أنزل الله قالوا بل نتبع ما ألفينا عليه آباءنا</w:t>
      </w:r>
    </w:p>
    <w:p>
      <w:r>
        <w:rPr>
          <w:b/>
        </w:rPr>
        <w:t xml:space="preserve">[42:23] </w:t>
      </w:r>
      <w:r>
        <w:t>a-wa kana aabaa'uhum la ya'qiluna shay'an wa la yahtadun wa mathalulladhina kafaroo kamathalilladhi yanza'u bima la yasma'u illa du'a'a</w:t>
      </w:r>
    </w:p>
    <w:p>
      <w:pPr>
        <w:jc w:val="right"/>
      </w:pPr>
      <w:r>
        <w:t>أولو كان آباؤهم لا يعقلون شيئا ولا يهتدون ومثل الذين كفروا كمثل الذي ينعق بما لا يسمع إلا دعاء</w:t>
      </w:r>
    </w:p>
    <w:p>
      <w:r>
        <w:rPr>
          <w:b/>
        </w:rPr>
        <w:t xml:space="preserve">[42:44] </w:t>
      </w:r>
      <w:r>
        <w:t>wa nidaa'a</w:t>
      </w:r>
    </w:p>
    <w:p>
      <w:pPr>
        <w:jc w:val="right"/>
      </w:pPr>
      <w:r>
        <w:t>ونداء</w:t>
      </w:r>
    </w:p>
    <w:p>
      <w:r>
        <w:rPr>
          <w:b/>
        </w:rPr>
        <w:t xml:space="preserve">[42:48] </w:t>
      </w:r>
      <w:r>
        <w:t>summun bukmun 'umyun fahum la</w:t>
      </w:r>
    </w:p>
    <w:p>
      <w:pPr>
        <w:jc w:val="right"/>
      </w:pPr>
      <w:r>
        <w:t>صم بكم عمي فهم لا</w:t>
      </w:r>
    </w:p>
    <w:p>
      <w:r>
        <w:rPr>
          <w:b/>
        </w:rPr>
        <w:t xml:space="preserve">[42:53] </w:t>
      </w:r>
      <w:r>
        <w:t>ya'qilun</w:t>
      </w:r>
    </w:p>
    <w:p>
      <w:pPr>
        <w:jc w:val="right"/>
      </w:pPr>
      <w:r>
        <w:t>يعقلون</w:t>
      </w:r>
    </w:p>
    <w:p>
      <w:r>
        <w:rPr>
          <w:b/>
        </w:rPr>
        <w:t xml:space="preserve">[42:57] </w:t>
      </w:r>
      <w:r>
        <w:t>logon! zameen ki cheezon mein se halaal aur suthri cheezein khao aur shaitan ke qadmon par mat chalo. beshak woh tumhara khula hua dushman hai.</w:t>
      </w:r>
    </w:p>
    <w:p>
      <w:pPr>
        <w:jc w:val="right"/>
      </w:pPr>
      <w:r>
        <w:t>لوگوں! زمین کی چیزوں میں سے حلال اور ستھری چیزیں کھاؤ اور شیطان کے قدموں پر مت چلو۔ بے شک وہ تمہارا کھلا ہوا دشمن ہے۔</w:t>
      </w:r>
    </w:p>
    <w:p>
      <w:r>
        <w:rPr>
          <w:b/>
        </w:rPr>
        <w:t xml:space="preserve">[43:08] </w:t>
      </w:r>
      <w:r>
        <w:t>woh tum ko sirf bure kaam aur be-hayai ki talqeen karta hai. aur is baat ki ke tum Allah ki taraf woh baatein mansoob karo jin ke bare mein tum ko koi ilm nahi.</w:t>
      </w:r>
    </w:p>
    <w:p>
      <w:pPr>
        <w:jc w:val="right"/>
      </w:pPr>
      <w:r>
        <w:t>وہ تم کو صرف برے کام اور بے حیائی کی تلقین کرتا ہے۔ اور اس بات کی کہ تم اللہ کی طرف وہ باتیں منسوب کرو جن کے بارے میں تم کو کوئی علم نہیں۔</w:t>
      </w:r>
    </w:p>
    <w:p>
      <w:r>
        <w:rPr>
          <w:b/>
        </w:rPr>
        <w:t xml:space="preserve">[43:20] </w:t>
      </w:r>
      <w:r>
        <w:t>aur jab un se kaha jata hai ke is par chalo jo Allah ne utara hai to woh kehte hain ke hum is par chalenge jis par hum ne apne baap dada ko paya hai.</w:t>
      </w:r>
    </w:p>
    <w:p>
      <w:pPr>
        <w:jc w:val="right"/>
      </w:pPr>
      <w:r>
        <w:t>اور جب ان سے کہا جاتا ہے کہ اس پر چلو جو اللہ نے اتارا ہے تو وہ کہتے ہیں کہ ہم اس پر چلیں گے جس پر ہم نے اپنے باپ دادا کو پایا ہے۔</w:t>
      </w:r>
    </w:p>
    <w:p>
      <w:r>
        <w:rPr>
          <w:b/>
        </w:rPr>
        <w:t xml:space="preserve">[43:32] </w:t>
      </w:r>
      <w:r>
        <w:t>kya is soorat mein bhi ke un ke baap dada na aql rakhte hon aur na seedhi raah jante hon</w:t>
      </w:r>
    </w:p>
    <w:p>
      <w:pPr>
        <w:jc w:val="right"/>
      </w:pPr>
      <w:r>
        <w:t>کیا اس صورت میں بھی کہ ان کے باپ دادا نہ عقل رکھتے ہوں اور نہ سیدھی راہ جانتے ہوں</w:t>
      </w:r>
    </w:p>
    <w:p>
      <w:r>
        <w:rPr>
          <w:b/>
        </w:rPr>
        <w:t xml:space="preserve">[43:39] </w:t>
      </w:r>
      <w:r>
        <w:t>? aur in munkiron ki misaal aisi hai jaise koi shakhs aise janwar ke peeche chala raha ho jo bulane aur pukarne ke siwa aur kuch nahi sunta.</w:t>
      </w:r>
    </w:p>
    <w:p>
      <w:pPr>
        <w:jc w:val="right"/>
      </w:pPr>
      <w:r>
        <w:t>؟ اور ان منکروں کی مثال ایسی ہے جیسے کوئی شخص ایسے جانور کے پیچھے چلا رہا ہو جو بلانے اور پکارنے کے سوا اور کچھ نہیں سنتا۔</w:t>
      </w:r>
    </w:p>
    <w:p>
      <w:r>
        <w:rPr>
          <w:b/>
        </w:rPr>
        <w:t xml:space="preserve">[43:51] </w:t>
      </w:r>
      <w:r>
        <w:t>yeh behre hain, goonge hain, andhe hain. woh kuch nahi samajhte. tashreeh: shirk kya hai?</w:t>
      </w:r>
    </w:p>
    <w:p>
      <w:pPr>
        <w:jc w:val="right"/>
      </w:pPr>
      <w:r>
        <w:t>یہ بہرے ہیں، گونگے ہیں، اندھے ہیں۔ وہ کچھ نہیں سمجھتے۔ تشریح: شرک کیا ہے؟</w:t>
      </w:r>
    </w:p>
    <w:p>
      <w:r>
        <w:rPr>
          <w:b/>
        </w:rPr>
        <w:t xml:space="preserve">[44:03] </w:t>
      </w:r>
      <w:r>
        <w:t>jazbaat-e-ubudiyat ki taskeen ke liye khuda ke siwa koi doosra markaz bana lain.</w:t>
      </w:r>
    </w:p>
    <w:p>
      <w:pPr>
        <w:jc w:val="right"/>
      </w:pPr>
      <w:r>
        <w:t>جذبات عبودیت کی تسکین کے لیے خدا کے سوا کوئی دوسرا مرکز بنا لینا۔</w:t>
      </w:r>
    </w:p>
    <w:p>
      <w:r>
        <w:rPr>
          <w:b/>
        </w:rPr>
        <w:t xml:space="preserve">[44:09] </w:t>
      </w:r>
      <w:r>
        <w:t>khuda insaan ki sab se bari aur lazmi zaroorat hai. khuda ki talab insani fitrat mein is tarah basi hui hai ke koi shakhs khuda ke baghair nahi reh sakta.</w:t>
      </w:r>
    </w:p>
    <w:p>
      <w:pPr>
        <w:jc w:val="right"/>
      </w:pPr>
      <w:r>
        <w:t>خدا انسان کی سب سے بڑی اور لازمی ضرورت ہے۔ خدا کی طلب انسانی فطرت میں اس طرح بسی ہوئی ہے کہ کوئی شخص خدا کے بغیر نہیں رہ سکتا۔</w:t>
      </w:r>
    </w:p>
    <w:p>
      <w:r>
        <w:rPr>
          <w:b/>
        </w:rPr>
        <w:t xml:space="preserve">[44:21] </w:t>
      </w:r>
      <w:r>
        <w:t>insaan ki gumrahi khuda ko chhodna nahi hai. balke asli khuda ki jagah kisi farzi khuda ko apna khuda bana lena hai.</w:t>
      </w:r>
    </w:p>
    <w:p>
      <w:pPr>
        <w:jc w:val="right"/>
      </w:pPr>
      <w:r>
        <w:t>انسان کی گمراہی خدا کو چھوڑنا نہیں ہے۔ بلکہ اصلی خدا کی جگہ کسی فرضی خدا کو اپنا خدا بنا لینا ہے۔</w:t>
      </w:r>
    </w:p>
    <w:p>
      <w:r>
        <w:rPr>
          <w:b/>
        </w:rPr>
        <w:t xml:space="preserve">[44:31] </w:t>
      </w:r>
      <w:r>
        <w:t>is liye shariat mein har us cheez ko haraam qarar diya gaya hai jo kisi bhi darje mein aadmi ki fitri talab ko Allah ke siwa kisi aur taraf mor dene wali ho.</w:t>
      </w:r>
    </w:p>
    <w:p>
      <w:pPr>
        <w:jc w:val="right"/>
      </w:pPr>
      <w:r>
        <w:t>اس لیے شریعت میں ہر اس چیز کو حرام قرار دیا گیا ہے جو کسی بھی درجے میں آدمی کی فطری طلب کو اللہ کے سوا کسی اور طرف موڑ دینے والی ہو۔</w:t>
      </w:r>
    </w:p>
    <w:p>
      <w:r>
        <w:rPr>
          <w:b/>
        </w:rPr>
        <w:t xml:space="preserve">[44:43] </w:t>
      </w:r>
      <w:r>
        <w:t>but parast qaumein buton ke naam par janwar chhodti hain. aur un janwaron ko khana ya un se nafa uthana haraam samajhti hain.</w:t>
      </w:r>
    </w:p>
    <w:p>
      <w:pPr>
        <w:jc w:val="right"/>
      </w:pPr>
      <w:r>
        <w:t>بت پرست قومیں بتوں کے نام پر جانور چھوڑتی ہیں۔ اور ان جانوروں کو کھانا یا ان سے نفع اٹھانا حرام سمجھتی ہیں۔</w:t>
      </w:r>
    </w:p>
    <w:p>
      <w:r>
        <w:rPr>
          <w:b/>
        </w:rPr>
        <w:t xml:space="preserve">[44:52] </w:t>
      </w:r>
      <w:r>
        <w:t>jadeed tehzeeb mein bhi yeh rasam qaumi parind aur qaumi janwar jaisi sooraton mein raaij hai.</w:t>
      </w:r>
    </w:p>
    <w:p>
      <w:pPr>
        <w:jc w:val="right"/>
      </w:pPr>
      <w:r>
        <w:t>جدید تہذیب میں بھی یہ رسم قومی پرند اور قومی جانور جیسی صورتوں میں رائج ہے۔</w:t>
      </w:r>
    </w:p>
    <w:p>
      <w:r>
        <w:rPr>
          <w:b/>
        </w:rPr>
        <w:t xml:space="preserve">[45:01] </w:t>
      </w:r>
      <w:r>
        <w:t>is tarah kisi cheez ko apne liye haraam kar lena mahaz ek saada qanooni maamla nahi hai. balke yeh Allah ke sath shirk karna hai.</w:t>
      </w:r>
    </w:p>
    <w:p>
      <w:pPr>
        <w:jc w:val="right"/>
      </w:pPr>
      <w:r>
        <w:t>اس طرح کسی چیز کو اپنے لیے حرام کر لینا محض ایک سادہ قانونی معاملہ نہیں ہے۔ بلکہ یہ اللہ کے ساتھ شرک کرنا ہے۔</w:t>
      </w:r>
    </w:p>
    <w:p>
      <w:r>
        <w:rPr>
          <w:b/>
        </w:rPr>
        <w:t xml:space="preserve">[45:10] </w:t>
      </w:r>
      <w:r>
        <w:t>kyunke jab ek cheez ko is tarah haram thehraya jata hai to us ki wajah yeh hoti hai ke khud sakhta aqeeday ki wajah se us ko muqaddas samajh liya jata hai.</w:t>
      </w:r>
    </w:p>
    <w:p>
      <w:pPr>
        <w:jc w:val="right"/>
      </w:pPr>
      <w:r>
        <w:t>کیونکہ جب ایک چیز کو اس طرح حرام ٹھہرایا جاتا ہے تو اس کی وجہ یہ ہوتی ہے کہ خود ساختہ عقیدے کی وجہ سے اس کو مقدس سمجھ لیا جاتا ہے۔</w:t>
      </w:r>
    </w:p>
    <w:p>
      <w:r>
        <w:rPr>
          <w:b/>
        </w:rPr>
        <w:t xml:space="preserve">[45:22] </w:t>
      </w:r>
      <w:r>
        <w:t>yeh khuda ke huqooq mein ghair khuda ko saaji banana hai.</w:t>
      </w:r>
    </w:p>
    <w:p>
      <w:pPr>
        <w:jc w:val="right"/>
      </w:pPr>
      <w:r>
        <w:t>یہ خدا کے حقوق میں غیر خدا کو ساجی بنانا ہے۔</w:t>
      </w:r>
    </w:p>
    <w:p>
      <w:r>
        <w:rPr>
          <w:b/>
        </w:rPr>
        <w:t xml:space="preserve">[45:26] </w:t>
      </w:r>
      <w:r>
        <w:t>yeh ehtiram o taqaddus ke un fitri jazbat ko taqseem karna hai jo sirf khuda ke liye hain. Aur jin ko sirf khuda hi ke liye hona chahiye.</w:t>
      </w:r>
    </w:p>
    <w:p>
      <w:pPr>
        <w:jc w:val="right"/>
      </w:pPr>
      <w:r>
        <w:t>یہ احترام و تقدس کے ان فطری جذبات کو تقسیم کرنا ہے جو صرف خدا کے لیے ہیں۔ اور جن کو صرف خدا ہی کے لیے ہونا چاہیے۔</w:t>
      </w:r>
    </w:p>
    <w:p>
      <w:r>
        <w:rPr>
          <w:b/>
        </w:rPr>
        <w:t xml:space="preserve">[45:36] </w:t>
      </w:r>
      <w:r>
        <w:t>shaitan is qism ke riwaj is liye dalta hai taake aadmi ke andar chhupe hue istijab o taqaddus ke jazbat ko mukhtalif samtoun mein baant kar Allah ke sath is ke ta'alluq ko kamzor kar de.</w:t>
      </w:r>
    </w:p>
    <w:p>
      <w:pPr>
        <w:jc w:val="right"/>
      </w:pPr>
      <w:r>
        <w:t>شیطان اس قسم کے رواج اس لیے ڈالتا ہے تاکہ آدمی کے اندر چھپے ہوئے استجاب و تقدس کے جذبات کو مختلف سمتوں میں بانٹ کر اللہ کے ساتھ اس کے تعلق کو کمزور کر دے۔</w:t>
      </w:r>
    </w:p>
    <w:p>
      <w:r>
        <w:rPr>
          <w:b/>
        </w:rPr>
        <w:t xml:space="preserve">[45:50] </w:t>
      </w:r>
      <w:r>
        <w:t>ek baar jab kisi ghair Allah ko muqaddas maan liya jaye to insaan ki toham parasti is mein nayi nayi buraiyan paida karti rehti hai.</w:t>
      </w:r>
    </w:p>
    <w:p>
      <w:pPr>
        <w:jc w:val="right"/>
      </w:pPr>
      <w:r>
        <w:t>ایک بار جب کسی غیر اللہ کو مقدس مان لیا جائے تو انسان کی توہم پرستی اس میں نئی نئی برائیاں پیدا کرتی رہتی ہے۔</w:t>
      </w:r>
    </w:p>
    <w:p>
      <w:r>
        <w:rPr>
          <w:b/>
        </w:rPr>
        <w:t xml:space="preserve">[46:00] </w:t>
      </w:r>
      <w:r>
        <w:t>ek janwar ko in purasrar ouṣaf ka haml guman kar liya jata hai jo sirf khuda ke liye khaas hain. Us ko khuda ki qurbat hasil karne ka zariya samajh liya jata hai.</w:t>
      </w:r>
    </w:p>
    <w:p>
      <w:pPr>
        <w:jc w:val="right"/>
      </w:pPr>
      <w:r>
        <w:t>ایک جانور کو ان پراسرار اوصاف کا حامل گمان کر لیا جاتا ہے جو صرف خدا کے لیے خاص ہیں۔ اس کو خدا کی قربت حاصل کرنے کا ذریعہ سمجھ لیا جاتا ہے۔</w:t>
      </w:r>
    </w:p>
    <w:p>
      <w:r>
        <w:rPr>
          <w:b/>
        </w:rPr>
        <w:t xml:space="preserve">[46:12] </w:t>
      </w:r>
      <w:r>
        <w:t>is se barkat aur karbarari ki umeed ki jati hai.</w:t>
      </w:r>
    </w:p>
    <w:p>
      <w:pPr>
        <w:jc w:val="right"/>
      </w:pPr>
      <w:r>
        <w:t>اس سے برکت اور کاربراری کی امید کی جاتی ہے۔</w:t>
      </w:r>
    </w:p>
    <w:p>
      <w:r>
        <w:rPr>
          <w:b/>
        </w:rPr>
        <w:t xml:space="preserve">[46:17] </w:t>
      </w:r>
      <w:r>
        <w:t>yeh cheezen jab agli naslun tak pohnchti hain to woh us ko aaba o ajdad ki muqaddas sunnat samajh kar is tarah pakad leti hain ke ab is par kisi qism ka ghor o fikr mumkin nahi hota.</w:t>
      </w:r>
    </w:p>
    <w:p>
      <w:pPr>
        <w:jc w:val="right"/>
      </w:pPr>
      <w:r>
        <w:t>یہ چیزیں جب اگلی نسلوں تک پہنچتی ہیں تو وہ اس کو آباؤ اجداد کی مقدس سنت سمجھ کر اس طرح پکڑ لیتی ہیں کہ اب اس پر کسی قسم کا غور و فکر ممکن نہیں ہوتا۔</w:t>
      </w:r>
    </w:p>
    <w:p>
      <w:r>
        <w:rPr>
          <w:b/>
        </w:rPr>
        <w:t xml:space="preserve">[46:31] </w:t>
      </w:r>
      <w:r>
        <w:t>hata ke woh waqt aata hai jabke log daleel ki zaban samajhne se itne zyada aari ho jate</w:t>
      </w:r>
    </w:p>
    <w:p>
      <w:pPr>
        <w:jc w:val="right"/>
      </w:pPr>
      <w:r>
        <w:t>حتیٰ کہ وہ وقت آتا ہے جبکہ لوگ دلیل کی زبان سمجھنے سے اتنے زیادہ عاری ہو جاتے</w:t>
      </w:r>
    </w:p>
    <w:p>
      <w:r>
        <w:rPr>
          <w:b/>
        </w:rPr>
        <w:t xml:space="preserve">[46:38] </w:t>
      </w:r>
      <w:r>
        <w:t>hain. Goiya un ke paas na aankh aur kaan hain jis se woh dekhen aur sunein aur na un ke paas dimagh hai jis se woh kisi baat ko samjhein.</w:t>
      </w:r>
    </w:p>
    <w:p>
      <w:pPr>
        <w:jc w:val="right"/>
      </w:pPr>
      <w:r>
        <w:t>ہیں۔ گویا ان کے پاس نہ آنکھ اور کان ہیں جس سے وہ دیکھیں اور سنیں اور نہ ان کے پاس دماغ ہے جس سے وہ کسی بات کو سمجھیں۔</w:t>
      </w:r>
    </w:p>
    <w:p>
      <w:r>
        <w:rPr>
          <w:b/>
        </w:rPr>
        <w:t xml:space="preserve">[46:52] </w:t>
      </w:r>
      <w:r>
        <w:t>ya ayyuhallazina amanu kulū min tayyibati ma razaqnakum washkuru lillahi in kuntum iyyahu ta'budun. Innama harrama 'alaikumul maitata waddama walhma alkhinziri wama</w:t>
      </w:r>
    </w:p>
    <w:p>
      <w:pPr>
        <w:jc w:val="right"/>
      </w:pPr>
      <w:r>
        <w:t>يا أيها الذين آمنوا كلوا من طيبات ما رزقناكم واشكروا لله إن كنتم إياه تعبدون إنما حرم عليكم الميتة والدم ولحم الخنزير وما</w:t>
      </w:r>
    </w:p>
    <w:p>
      <w:r>
        <w:rPr>
          <w:b/>
        </w:rPr>
        <w:t xml:space="preserve">[47:17] </w:t>
      </w:r>
      <w:r>
        <w:t>uhilla bihi li ghairillahi. Famana dturra ghaira bagiw wala 'adin fala ithma 'alaih. Innallaha ghafurur rahim.</w:t>
      </w:r>
    </w:p>
    <w:p>
      <w:pPr>
        <w:jc w:val="right"/>
      </w:pPr>
      <w:r>
        <w:t>أهل به لغير الله فمن اضطر غير باغ ولا عاد فلا إثم عليه إن الله غفور رحيم</w:t>
      </w:r>
    </w:p>
    <w:p>
      <w:r>
        <w:rPr>
          <w:b/>
        </w:rPr>
        <w:t xml:space="preserve">[47:39] </w:t>
      </w:r>
      <w:r>
        <w:t>innallazina yaktumuna ma anzalallahu minal kitabi wayashtaruna bihi thamanan qalilan. Ulā'ika ma ya'kuluna</w:t>
      </w:r>
    </w:p>
    <w:p>
      <w:pPr>
        <w:jc w:val="right"/>
      </w:pPr>
      <w:r>
        <w:t>إن الذين يكتمون ما أنزل الله من الكتاب ويشترون به ثمنا قليلا أولئك ما يأكلون</w:t>
      </w:r>
    </w:p>
    <w:p>
      <w:r>
        <w:rPr>
          <w:b/>
        </w:rPr>
        <w:t xml:space="preserve">[47:57] </w:t>
      </w:r>
      <w:r>
        <w:t>ulā'ika ma ya'kuluna fi butunihim illa annara. Wala yukallimuhumullahu yawmal qiyamati wala yuzakkihim. Walahum 'azabun alim.</w:t>
      </w:r>
    </w:p>
    <w:p>
      <w:pPr>
        <w:jc w:val="right"/>
      </w:pPr>
      <w:r>
        <w:t>أولئك ما يأكلون في بطونهم إلا النار ولا يكلمهم الله يوم القيامة ولا يزكيهم ولهم عذاب أليم</w:t>
      </w:r>
    </w:p>
    <w:p>
      <w:r>
        <w:rPr>
          <w:b/>
        </w:rPr>
        <w:t xml:space="preserve">[48:16] </w:t>
      </w:r>
      <w:r>
        <w:t>ulā'ika allazinashtarawuḍ ḍalālata bil hudā wal 'azaba bil maghfirah. Fama asbarahum 'alan nar.</w:t>
      </w:r>
    </w:p>
    <w:p>
      <w:pPr>
        <w:jc w:val="right"/>
      </w:pPr>
      <w:r>
        <w:t>أولئك الذين اشتروا الضلالة بالهدى والعذاب بالمغفرة فما أصبرهم على النار</w:t>
      </w:r>
    </w:p>
    <w:p>
      <w:r>
        <w:rPr>
          <w:b/>
        </w:rPr>
        <w:t xml:space="preserve">[48:33] </w:t>
      </w:r>
      <w:r>
        <w:t>zalika bi annallaha nazzalalkitaba bil haqq. Wa innallazina ikhtalafu fil kitabi lafi shiqāqim min ba'id.</w:t>
      </w:r>
    </w:p>
    <w:p>
      <w:pPr>
        <w:jc w:val="right"/>
      </w:pPr>
      <w:r>
        <w:t>ذلك بأن الله نزل الكتاب بالحق وإن الذين اختلفوا في الكتاب لفي شقاق من بعيد</w:t>
      </w:r>
    </w:p>
    <w:p>
      <w:r>
        <w:rPr>
          <w:b/>
        </w:rPr>
        <w:t xml:space="preserve">[48:51] </w:t>
      </w:r>
      <w:r>
        <w:t>ae iman walo! Hamari di hui pak cheezon ko khao aur Allah ka shukr ada karo. Agar tum us ki ibadat karne wale ho.</w:t>
      </w:r>
    </w:p>
    <w:p>
      <w:pPr>
        <w:jc w:val="right"/>
      </w:pPr>
      <w:r>
        <w:t>اے ایمان والو! ہماری دی ہوئی پاک چیزوں کو کھاؤ اور اللہ کا شکر ادا کرو۔ اگر تم اس کی عبادت کرنے والے ہو۔</w:t>
      </w:r>
    </w:p>
    <w:p>
      <w:r>
        <w:rPr>
          <w:b/>
        </w:rPr>
        <w:t xml:space="preserve">[49:01] </w:t>
      </w:r>
      <w:r>
        <w:t>Allah ne tum par haram kiya hai sirf murdar ko aur khoon ko aur sur ke gosht ko. Aur jis par Allah ke siwa kisi aur ka naam liya gaya ho.</w:t>
      </w:r>
    </w:p>
    <w:p>
      <w:pPr>
        <w:jc w:val="right"/>
      </w:pPr>
      <w:r>
        <w:t>اللہ نے تم پر حرام کیا ہے صرف مردار کو اور خون کو اور سور کے گوشت کو۔ اور جس پر اللہ کے سوا کسی اور کا نام لیا گیا ہو۔</w:t>
      </w:r>
    </w:p>
    <w:p>
      <w:r>
        <w:rPr>
          <w:b/>
        </w:rPr>
        <w:t xml:space="preserve">[49:13] </w:t>
      </w:r>
      <w:r>
        <w:t>phir jo shakhs majboor ho jaye woh na khwahish mand ho aur na had se aage barhne wala</w:t>
      </w:r>
    </w:p>
    <w:p>
      <w:pPr>
        <w:jc w:val="right"/>
      </w:pPr>
      <w:r>
        <w:t>پھر جو شخص مجبور ہو جائے وہ نہ خواہش مند ہو اور نہ حد سے آگے بڑھنے والا</w:t>
      </w:r>
    </w:p>
    <w:p>
      <w:r>
        <w:rPr>
          <w:b/>
        </w:rPr>
        <w:t xml:space="preserve">[49:19] </w:t>
      </w:r>
      <w:r>
        <w:t>ho to us par koi gunah nahi. Beshak Allah bakhsne wala meherban hai. Jo log is cheez ko chhupate hain jo Allah ne apni kitab mein utari hai aur us ke badle mein thoda mol lete hain woh apne pait mein sirf aag bhar rahe hain.</w:t>
      </w:r>
    </w:p>
    <w:p>
      <w:pPr>
        <w:jc w:val="right"/>
      </w:pPr>
      <w:r>
        <w:t>ہو تو اس پر کوئی گناہ نہیں۔ بے شک اللہ بخشنے والا مہربان ہے۔ جو لوگ اس چیز کو چھپاتے ہیں جو اللہ نے اپنی کتاب میں اتاری ہے اور اس کے بدلے میں تھوڑا مول لیتے ہیں وہ اپنے پیٹ میں صرف آگ بھر رہے ہیں۔</w:t>
      </w:r>
    </w:p>
    <w:p>
      <w:r>
        <w:rPr>
          <w:b/>
        </w:rPr>
        <w:t xml:space="preserve">[49:38] </w:t>
      </w:r>
      <w:r>
        <w:t>qayamat ke din Allah na un se humkalam hoga aur na un ko pak karega. Aur un ke liye dardnak azab hai.</w:t>
      </w:r>
    </w:p>
    <w:p>
      <w:pPr>
        <w:jc w:val="right"/>
      </w:pPr>
      <w:r>
        <w:t>قیامت کے دن اللہ نہ ان سے ہم کلام ہوگا اور نہ ان کو پاک کرے گا۔ اور ان کے لیے دردناک عذاب ہے۔</w:t>
      </w:r>
    </w:p>
    <w:p>
      <w:r>
        <w:rPr>
          <w:b/>
        </w:rPr>
        <w:t xml:space="preserve">[49:48] </w:t>
      </w:r>
      <w:r>
        <w:t>yeh woh log hain jinhone hidayat ke badle gumrahi ka sauda kiya. Aur bakhshish ke badle azab ka. To kaisi sahar hai un ko aag ki.</w:t>
      </w:r>
    </w:p>
    <w:p>
      <w:pPr>
        <w:jc w:val="right"/>
      </w:pPr>
      <w:r>
        <w:t>یہ وہ لوگ ہیں جنہوں نے ہدایت کے بدلے گمراہی کا سودا کیا۔ اور بخشش کے بدلے عذاب کا۔ تو کیسی سہار ہے ان کو آگ کی۔</w:t>
      </w:r>
    </w:p>
    <w:p>
      <w:r>
        <w:rPr>
          <w:b/>
        </w:rPr>
        <w:t xml:space="preserve">[50:00] </w:t>
      </w:r>
      <w:r>
        <w:t>yeh is liye ke Allah ne apni kitab ko theek theek utara. Magar jin logon ne kitab mein kayi rahen nikal li woh sidh mein door ja pare.</w:t>
      </w:r>
    </w:p>
    <w:p>
      <w:pPr>
        <w:jc w:val="right"/>
      </w:pPr>
      <w:r>
        <w:t>یہ اس لیے کہ اللہ نے اپنی کتاب کو ٹھیک ٹھیک اتارا۔ مگر جن لوگوں نے کتاب میں کئی راہیں نکال لیں وہ سدھ میں دور جا پڑے۔</w:t>
      </w:r>
    </w:p>
    <w:p>
      <w:r>
        <w:rPr>
          <w:b/>
        </w:rPr>
        <w:t xml:space="preserve">[50:12] </w:t>
      </w:r>
      <w:r>
        <w:t>tashreeh: Khane peene ki cheezon ko istemal karte hue jo ehsasat aadmi ke andar ubharne chahiye woh shukr aur it'at elahi ke ehsasat hain.</w:t>
      </w:r>
    </w:p>
    <w:p>
      <w:pPr>
        <w:jc w:val="right"/>
      </w:pPr>
      <w:r>
        <w:t>تشریح: کھانے پینے کی چیزوں کو استعمال کرتے ہوئے جو احساسات آدمی کے اندر ابھرنے چاہیے وہ شکر اور اطاعت الہی کے احساسات ہیں۔</w:t>
      </w:r>
    </w:p>
    <w:p>
      <w:r>
        <w:rPr>
          <w:b/>
        </w:rPr>
        <w:t xml:space="preserve">[50:24] </w:t>
      </w:r>
      <w:r>
        <w:t>yani yeh ke hum Allah ki di hui cheez ko Allah ke hukum ke mutabiq kha rahe hain. Yeh ehsas aadmi ke andar khuda parasti ka jazba ubharta hai.</w:t>
      </w:r>
    </w:p>
    <w:p>
      <w:pPr>
        <w:jc w:val="right"/>
      </w:pPr>
      <w:r>
        <w:t>یعنی یہ کہ ہم اللہ کی دی ہوئی چیز کو اللہ کے حکم کے مطابق کھا رہے ہیں۔ یہ احساس آدمی کے اندر خدا پرستی کا جذبہ ابھارتا ہے۔</w:t>
      </w:r>
    </w:p>
    <w:p>
      <w:r>
        <w:rPr>
          <w:b/>
        </w:rPr>
        <w:t xml:space="preserve">[50:35] </w:t>
      </w:r>
      <w:r>
        <w:t>magar khud saakhta taur par jo aqaaid banaye jaate hain us mein yeh nafsiyat badal jaati hain.</w:t>
      </w:r>
    </w:p>
    <w:p>
      <w:pPr>
        <w:jc w:val="right"/>
      </w:pPr>
      <w:r>
        <w:t>مگر خود ساختہ طور پر جو عقیدے بنائے جاتے ہیں اس میں یہ نفسیات بدل جاتی ہیں۔</w:t>
      </w:r>
    </w:p>
    <w:p>
      <w:r>
        <w:rPr>
          <w:b/>
        </w:rPr>
        <w:t xml:space="preserve">[50:42] </w:t>
      </w:r>
      <w:r>
        <w:t>ab insaan ki tawajjuh cheezon ke mufrada khawass ki taraf lag jaati hain. jin cheezon ko pa kar Allah ke shukr ka jazba ubharta un se khud un cheezon ke ehtaraam o taqaddus ka jazba ubharta hai.</w:t>
      </w:r>
    </w:p>
    <w:p>
      <w:pPr>
        <w:jc w:val="right"/>
      </w:pPr>
      <w:r>
        <w:t>اب انسان کی توجہ چیزوں کے مفروضہ خواص کی طرف لگ جاتی ہیں۔ جن چیزوں کو پا کر اللہ کے شکر کا جذبہ ابھرتا ان سے خود ان چیزوں کے احترام و تقدس کا جذبہ ابھرتا ہے۔</w:t>
      </w:r>
    </w:p>
    <w:p>
      <w:r>
        <w:rPr>
          <w:b/>
        </w:rPr>
        <w:t xml:space="preserve">[50:55] </w:t>
      </w:r>
      <w:r>
        <w:t>aadmi makhlooq ko khaliq ka darja de deta hai. kisi cheez ke haraam hone ki buniyad is ke mufrada taqaddus ya is ke baray mein tohamati aqaaid nahi hain.</w:t>
      </w:r>
    </w:p>
    <w:p>
      <w:pPr>
        <w:jc w:val="right"/>
      </w:pPr>
      <w:r>
        <w:t>آدمی مخلوق کو خالق کا درجہ دے دیتا ہے۔ کسی چیز کے حرام ہونے کی بنیاد اس کے مفروضہ تقدس یا اس کے بارے میں توہماتی عقائد نہیں ہیں۔</w:t>
      </w:r>
    </w:p>
    <w:p>
      <w:r>
        <w:rPr>
          <w:b/>
        </w:rPr>
        <w:t xml:space="preserve">[51:07] </w:t>
      </w:r>
      <w:r>
        <w:t>balke is ke asbaab bilkul doosre hain.</w:t>
      </w:r>
    </w:p>
    <w:p>
      <w:pPr>
        <w:jc w:val="right"/>
      </w:pPr>
      <w:r>
        <w:t>بلکہ اس کے اسباب بالکل دوسرے ہیں۔</w:t>
      </w:r>
    </w:p>
    <w:p>
      <w:r>
        <w:rPr>
          <w:b/>
        </w:rPr>
        <w:t xml:space="preserve">[51:10] </w:t>
      </w:r>
      <w:r>
        <w:t>yeh ke woh cheezain napak hon aur shariyat ne un ki napaki ki tasdeeq ki ho. jaise murdaar, khoon, soor ya Khuda ke paida kiye hue janwar ko Khuda ke siwa kisi aur ke naam par zabah karna waghera.</w:t>
      </w:r>
    </w:p>
    <w:p>
      <w:pPr>
        <w:jc w:val="right"/>
      </w:pPr>
      <w:r>
        <w:t>یہ کہ وہ چیزیں ناپاک ہوں اور شریعت نے ان کی ناپاکی کی تصدیق کی ہو۔ جیسے مردار، خون، سور یا خدا کے پیدا کیے ہوئے جانور کو خدا کے سوا کسی اور کے نام پر ذبح کرنا وغیرہ۔</w:t>
      </w:r>
    </w:p>
    <w:p>
      <w:r>
        <w:rPr>
          <w:b/>
        </w:rPr>
        <w:t xml:space="preserve">[51:29] </w:t>
      </w:r>
      <w:r>
        <w:t>iztirar ki haalat mein aadmi haraam ko kha sakta hai. jabke bhook ya bemari ya halaat ka koi dabao aadmi ko is ke istemaal par majboor kar de.</w:t>
      </w:r>
    </w:p>
    <w:p>
      <w:pPr>
        <w:jc w:val="right"/>
      </w:pPr>
      <w:r>
        <w:t>اضطرار کی حالت میں آدمی حرام کو کھا سکتا ہے۔ جبکہ بھوک یا بیماری یا حالات کا کوئی دباؤ آدمی کو اس کے استعمال پر مجبور کر دے۔</w:t>
      </w:r>
    </w:p>
    <w:p>
      <w:r>
        <w:rPr>
          <w:b/>
        </w:rPr>
        <w:t xml:space="preserve">[51:40] </w:t>
      </w:r>
      <w:r>
        <w:t>taahum yeh zaroori hai ke aadmi haraam cheez ko raghbat se na khaye aur na is ko waqti zaroorat se zyada laye. is qism ke tohamati aqaaid jab awami mazhab ban jayein to ulama ka haal yeh hota hai ke is ke baray mein Allah ka hukum jante hue bhi woh is ke ailaan se darne lagte hain.</w:t>
      </w:r>
    </w:p>
    <w:p>
      <w:pPr>
        <w:jc w:val="right"/>
      </w:pPr>
      <w:r>
        <w:t>تاہم یہ ضروری ہے کہ آدمی حرام چیز کو رغبت سے نہ کھائے اور نہ اس کو وقتی ضرورت سے زیادہ لے۔ اس قسم کے توہماتی عقائد جب عوامی مذہب بن جائیں تو علماء کا حال یہ ہوتا ہے کہ اس کے بارے میں اللہ کا حکم جانتے ہوئے بھی وہ اس کے اعلان سے ڈرنے لگتے ہیں۔</w:t>
      </w:r>
    </w:p>
    <w:p>
      <w:r>
        <w:rPr>
          <w:b/>
        </w:rPr>
        <w:t xml:space="preserve">[52:01] </w:t>
      </w:r>
      <w:r>
        <w:t>kyun ke in ko andesha hota hai ke is tarah woh awam se kat jayenge. jin ke darmiyan maqbooliyat hasil kar ke woh baray banay hue hain.</w:t>
      </w:r>
    </w:p>
    <w:p>
      <w:pPr>
        <w:jc w:val="right"/>
      </w:pPr>
      <w:r>
        <w:t>کیونکہ ان کو اندیشہ ہوتا ہے کہ اس طرح وہ عوام سے کٹ جائیں گے۔ جن کے درمیان مقبولیت حاصل کر کے وہ بڑے بنے ہوئے ہیں۔</w:t>
      </w:r>
    </w:p>
    <w:p>
      <w:r>
        <w:rPr>
          <w:b/>
        </w:rPr>
        <w:t xml:space="preserve">[52:12] </w:t>
      </w:r>
      <w:r>
        <w:t>gumrah awam se musalehat agarchay dunya mein in ko izzat aur dolat de deti hai magar Allah ki nazar mein aisay log badtareen mujrim hain.</w:t>
      </w:r>
    </w:p>
    <w:p>
      <w:pPr>
        <w:jc w:val="right"/>
      </w:pPr>
      <w:r>
        <w:t>گمراہ عوام سے مصالحت اگرچہ دنیا میں ان کو عزت اور دولت دے دیتی ہے مگر اللہ کی نظر میں ایسے لوگ بدترین مجرم ہیں۔</w:t>
      </w:r>
    </w:p>
    <w:p>
      <w:r>
        <w:rPr>
          <w:b/>
        </w:rPr>
        <w:t xml:space="preserve">[52:23] </w:t>
      </w:r>
      <w:r>
        <w:t>haq ko maslehat ki khatir chupana in laghzishen mein nahi hai jin se akhirat mein Allah darguzar farmayega.</w:t>
      </w:r>
    </w:p>
    <w:p>
      <w:pPr>
        <w:jc w:val="right"/>
      </w:pPr>
      <w:r>
        <w:t>حق کو مصلحت کی خاطر چھپانا ان لغزشوں میں نہیں ہے جن سے آخرت میں اللہ درگزر فرمائے گا۔</w:t>
      </w:r>
    </w:p>
    <w:p>
      <w:r>
        <w:rPr>
          <w:b/>
        </w:rPr>
        <w:t xml:space="preserve">[52:31] </w:t>
      </w:r>
      <w:r>
        <w:t>yeh woh juraim hain jo aadmi ko Allah ki nazar enayat se mehroom kar dete hain. in mein bhi zyada buray woh log hain jin ke samnay haq pesh kiya jaye aur woh aitraf karne ke bajaye is mein be maani bahasein nikalne lagen.</w:t>
      </w:r>
    </w:p>
    <w:p>
      <w:pPr>
        <w:jc w:val="right"/>
      </w:pPr>
      <w:r>
        <w:t>یہ وہ جرائم ہیں جو آدمی کو اللہ کی نظر عنایت سے محروم کر دیتے ہیں۔ ان میں بھی زیادہ برے وہ لوگ ہیں جن کے سامنے حق پیش کیا جائے اور وہ اعتراف کرنے کے بجائے اس میں بے معنی بحثیں نکالنے لگیں۔</w:t>
      </w:r>
    </w:p>
    <w:p>
      <w:r>
        <w:rPr>
          <w:b/>
        </w:rPr>
        <w:t xml:space="preserve">[52:48] </w:t>
      </w:r>
      <w:r>
        <w:t>aisay logon ke andar zid ki nafsiyat paida ho jaati hain. aur bil aakhir woh haq se itna door ho jaate hain ke kabhi is ki taraf nahi lotte.</w:t>
      </w:r>
    </w:p>
    <w:p>
      <w:pPr>
        <w:jc w:val="right"/>
      </w:pPr>
      <w:r>
        <w:t>ایسے لوگوں کے اندر ضد کی نفسیات پیدا ہو جاتی ہیں۔ اور بالآخر وہ حق سے اتنا دور ہو جاتے ہیں کہ کبھی اس کی طرف نہیں لوٹتے۔</w:t>
      </w:r>
    </w:p>
    <w:p>
      <w:r>
        <w:rPr>
          <w:b/>
        </w:rPr>
        <w:t xml:space="preserve">[53:01] </w:t>
      </w:r>
      <w:r>
        <w:t>laysal birru an tuwalloo wujoohakum qibal al mashriqi wal maghribi walakinnal birru man amana billahi wal yawmi al akhiri wal malaikati wal kitabi</w:t>
      </w:r>
    </w:p>
    <w:p>
      <w:pPr>
        <w:jc w:val="right"/>
      </w:pPr>
      <w:r>
        <w:t>ليس البر أن تولوا وجوهكم قبل المشرق والمغرب ولكن البر من آمن بالله ولكن البر من آمن بالله واليوم الآخر والملائكة والكتاب</w:t>
      </w:r>
    </w:p>
    <w:p>
      <w:r>
        <w:rPr>
          <w:b/>
        </w:rPr>
        <w:t xml:space="preserve">[53:25] </w:t>
      </w:r>
      <w:r>
        <w:t>wal nabiyyeena wa aatal malaa wa aatal malaa ala hubbihi zul qurbi wal yatama wal masakeeni wabna al sabeeli was saileena wa fil riqaabi</w:t>
      </w:r>
    </w:p>
    <w:p>
      <w:pPr>
        <w:jc w:val="right"/>
      </w:pPr>
      <w:r>
        <w:t>والنبيين وآتي المال وآتي المال على حبه ذوي القربى واليتامى والمساكين وابن السبيل والسائلين وفي الرقاب</w:t>
      </w:r>
    </w:p>
    <w:p>
      <w:r>
        <w:rPr>
          <w:b/>
        </w:rPr>
        <w:t xml:space="preserve">[53:45] </w:t>
      </w:r>
      <w:r>
        <w:t>wa fil riqaabi wa aqaamas salata wa aatal zakata wal mufuna bi ahdihim itha ahadoo was sabireena fil ba'saai wad darraai</w:t>
      </w:r>
    </w:p>
    <w:p>
      <w:pPr>
        <w:jc w:val="right"/>
      </w:pPr>
      <w:r>
        <w:t>وفي الرقاب وأقام الصلاة وآتي الزكاة والموفون بعهدهم إذا عاهدوا والصابرين في البأساء والضراء</w:t>
      </w:r>
    </w:p>
    <w:p>
      <w:r>
        <w:rPr>
          <w:b/>
        </w:rPr>
        <w:t xml:space="preserve">[54:02] </w:t>
      </w:r>
      <w:r>
        <w:t>wa heena al ba'si ul a'ika allazeena sadaqoo wa ul a'ika humul muttaqoona.</w:t>
      </w:r>
    </w:p>
    <w:p>
      <w:pPr>
        <w:jc w:val="right"/>
      </w:pPr>
      <w:r>
        <w:t>وحين البأس أولئك الذين صدقوا وأولئك هم المتقون.</w:t>
      </w:r>
    </w:p>
    <w:p>
      <w:r>
        <w:rPr>
          <w:b/>
        </w:rPr>
        <w:t xml:space="preserve">[54:17] </w:t>
      </w:r>
      <w:r>
        <w:t>neki yeh nahi ke tum apne munh poorab aur pashchim ki taraf kar lo. balke neki yeh hai ke aadmi imaan laye Allah par aur aakhirat ke din par aur farishton par aur kitaab par aur peghambaron par aur maal de Allah ki mohabbat mein rishtedaron ko.</w:t>
      </w:r>
    </w:p>
    <w:p>
      <w:pPr>
        <w:jc w:val="right"/>
      </w:pPr>
      <w:r>
        <w:t>نیکی یہ نہیں کہ تم اپنے منہ پورب اور پچھم کی طرف کر لو۔ بلکہ نیکی یہ ہے کہ آدمی ایمان لائے اللہ پر اور آخرت کے دن پر اور فرشتوں پر اور کتاب پر اور پیغمبروں پر اور مال دے اللہ کی محبت میں رشتہ داروں کو۔</w:t>
      </w:r>
    </w:p>
    <w:p>
      <w:r>
        <w:rPr>
          <w:b/>
        </w:rPr>
        <w:t xml:space="preserve">[54:37] </w:t>
      </w:r>
      <w:r>
        <w:t>aur yateemon ko aur muhtajon ko aur musafiron ko. aur mangne walon ko aur gardanein chhurane mein.</w:t>
      </w:r>
    </w:p>
    <w:p>
      <w:pPr>
        <w:jc w:val="right"/>
      </w:pPr>
      <w:r>
        <w:t>اور یتیموں کو اور محتاجوں کو اور مسافروں کو۔ اور مانگنے والوں کو اور گردنیں چھڑانے میں۔</w:t>
      </w:r>
    </w:p>
    <w:p>
      <w:r>
        <w:rPr>
          <w:b/>
        </w:rPr>
        <w:t xml:space="preserve">[54:45] </w:t>
      </w:r>
      <w:r>
        <w:t>aur namaz qaim kare aur zakat ada kare. aur jab ahad kar lein to us ko poora karein. aur sabr karne walay sakhti aur takleef mein aur ladai ke waqt.</w:t>
      </w:r>
    </w:p>
    <w:p>
      <w:pPr>
        <w:jc w:val="right"/>
      </w:pPr>
      <w:r>
        <w:t>اور نماز قائم کرے اور زکوٰۃ ادا کرے۔ اور جب عہد کر لیں تو اس کو پورا کریں۔ اور صبر کرنے والے سختی اور تکلیف میں اور لڑائی کے وقت۔</w:t>
      </w:r>
    </w:p>
    <w:p>
      <w:r>
        <w:rPr>
          <w:b/>
        </w:rPr>
        <w:t xml:space="preserve">[54:59] </w:t>
      </w:r>
      <w:r>
        <w:t>yahi log hain jo sachay niklay. aur yahi hain dar rakhne walay. tashreeh: yahood ne maghrib ko apna qibla ibadat banaya tha aur nasara ne mashriq ko.</w:t>
      </w:r>
    </w:p>
    <w:p>
      <w:pPr>
        <w:jc w:val="right"/>
      </w:pPr>
      <w:r>
        <w:t>یہی لوگ ہیں جو سچے نکلے۔ اور یہی ہیں ڈر رکھنے والے۔ تشریح: یہود نے مغرب کو اپنا قبلہ عبادت بنایا تھا اور نصاریٰ نے مشرق کو۔</w:t>
      </w:r>
    </w:p>
    <w:p>
      <w:r>
        <w:rPr>
          <w:b/>
        </w:rPr>
        <w:t xml:space="preserve">[55:15] </w:t>
      </w:r>
      <w:r>
        <w:t>donon apni apni simt ko muqaddas samajhte thay. donon ko bharosa tha ke unhon ne Khuda ki muqaddas simt ko apna qibla bana kar Khuda ke yahan apna darja mehfooz kar liya hai.</w:t>
      </w:r>
    </w:p>
    <w:p>
      <w:pPr>
        <w:jc w:val="right"/>
      </w:pPr>
      <w:r>
        <w:t>دونوں اپنی اپنی سمت کو مقدس سمجھتے تھے۔ دونوں کو بھروسہ تھا کہ انہوں نے خدا کی مقدس سمت کو اپنا قبلہ بنا کر خدا کے یہاں اپنا درجہ محفوظ کر لیا ہے۔</w:t>
      </w:r>
    </w:p>
    <w:p>
      <w:r>
        <w:rPr>
          <w:b/>
        </w:rPr>
        <w:t xml:space="preserve">[55:29] </w:t>
      </w:r>
      <w:r>
        <w:t>magar Khuda parasti yeh nahi hai ke aadmi kisi muqaddas sutoon ko thaam laye. Khuda parasti yeh hai ke aadmi khud Allah ke daaman ko pakad laye.</w:t>
      </w:r>
    </w:p>
    <w:p>
      <w:pPr>
        <w:jc w:val="right"/>
      </w:pPr>
      <w:r>
        <w:t>مگر خدا پرستی یہ نہیں ہے کہ آدمی کسی مقدس ستون کو تھام لے۔ خدا پرستی یہ ہے کہ آدمی خود اللہ کے دامن کو پکڑ لے۔</w:t>
      </w:r>
    </w:p>
    <w:p>
      <w:r>
        <w:rPr>
          <w:b/>
        </w:rPr>
        <w:t xml:space="preserve">[55:40] </w:t>
      </w:r>
      <w:r>
        <w:t>deen amal ki agarchay ek zahiri soorat hoti hai. magar haqeeqat ke aitbar se woh Allah ko pa le na hai jo zameen o asman ka noor hai.</w:t>
      </w:r>
    </w:p>
    <w:p>
      <w:pPr>
        <w:jc w:val="right"/>
      </w:pPr>
      <w:r>
        <w:t>دینی عمل کی اگرچہ ایک ظاہری صورت ہوتی ہے۔ مگر حقیقت کے اعتبار سے وہ اللہ کو پالے نہ ہے جو زمین و آسمان کا نور ہے۔</w:t>
      </w:r>
    </w:p>
    <w:p>
      <w:r>
        <w:rPr>
          <w:b/>
        </w:rPr>
        <w:t xml:space="preserve">[55:52] </w:t>
      </w:r>
      <w:r>
        <w:t>jo aadmi ki shai raqs se zyada qareeb hai.</w:t>
      </w:r>
    </w:p>
    <w:p>
      <w:pPr>
        <w:jc w:val="right"/>
      </w:pPr>
      <w:r>
        <w:t>جو آدمی کی شے رقص سے زیادہ قریب ہے۔</w:t>
      </w:r>
    </w:p>
    <w:p>
      <w:r>
        <w:rPr>
          <w:b/>
        </w:rPr>
        <w:t xml:space="preserve">[55:56] </w:t>
      </w:r>
      <w:r>
        <w:t>Allah ke yahan jo cheez kisi ko maqbool banati hai woh kisi qism ki zahiri cheezein nahi hain balke woh amal hai jo aadmi apne pooray wajood ke sath khalis Allah ke liye karta hai.</w:t>
      </w:r>
    </w:p>
    <w:p>
      <w:pPr>
        <w:jc w:val="right"/>
      </w:pPr>
      <w:r>
        <w:t>اللہ کے یہاں جو چیز کسی کو مقبول بناتی ہے وہ کسی قسم کی ظاہری چیزیں نہیں ہیں بلکہ وہ عمل ہے جو آدمی اپنے پورے وجود کے ساتھ خالص اللہ کے لیے کرتا ہے۔</w:t>
      </w:r>
    </w:p>
    <w:p>
      <w:r>
        <w:rPr>
          <w:b/>
        </w:rPr>
        <w:t xml:space="preserve">[56:09] </w:t>
      </w:r>
      <w:r>
        <w:t>allah ka maqbool banda woh hai jo allah ko is tarah paale ke allah is ki poori hasti mein utar jaye. woh aadmi ke shaoor mein shamil ho jaye.</w:t>
      </w:r>
    </w:p>
    <w:p>
      <w:pPr>
        <w:jc w:val="right"/>
      </w:pPr>
      <w:r>
        <w:t>اللہ کا مقبول بندہ وہ ہے جو اللہ کو اس طرح پالے کہ اللہ اس کی پوری ہستی میں اتر جائے۔ وہ آدمی کے شعور میں شامل ہو جائے۔</w:t>
      </w:r>
    </w:p>
    <w:p>
      <w:r>
        <w:rPr>
          <w:b/>
        </w:rPr>
        <w:t xml:space="preserve">[56:20] </w:t>
      </w:r>
      <w:r>
        <w:t>woh is ki kamaiyon ka malik ban jaye.</w:t>
      </w:r>
    </w:p>
    <w:p>
      <w:pPr>
        <w:jc w:val="right"/>
      </w:pPr>
      <w:r>
        <w:t>وہ اس کی کمائیوں کا مالک بن جائے۔</w:t>
      </w:r>
    </w:p>
    <w:p>
      <w:r>
        <w:rPr>
          <w:b/>
        </w:rPr>
        <w:t xml:space="preserve">[56:23] </w:t>
      </w:r>
      <w:r>
        <w:t>woh is ki yaadon mein sama jaye. woh is ke kirdaar par chha jaye. aadmi apne rab ko is tarah pakad le ke sakht tareen waqtoun mein bhi is ki rassi is ke haath se chhootne na paye.</w:t>
      </w:r>
    </w:p>
    <w:p>
      <w:pPr>
        <w:jc w:val="right"/>
      </w:pPr>
      <w:r>
        <w:t>وہ اس کی یادوں میں سما جائے۔ وہ اس کے کردار پر چھا جائے۔ آدمی اپنے رب کو اس طرح پکڑ لے کہ سخت ترین وقتوں میں بھی اس کی رسی اس کے ہاتھ سے چھوٹنے نہ پائے۔</w:t>
      </w:r>
    </w:p>
    <w:p>
      <w:r>
        <w:rPr>
          <w:b/>
        </w:rPr>
        <w:t xml:space="preserve">[56:38] </w:t>
      </w:r>
      <w:r>
        <w:t>allah ka haq is ki sachi wafadari se ada hota hai na ke mahaz idhar ya udhar rukh kar lene se. allah par iman lana yeh hai ke aadmi allah ko apna sab kuch bana le.</w:t>
      </w:r>
    </w:p>
    <w:p>
      <w:pPr>
        <w:jc w:val="right"/>
      </w:pPr>
      <w:r>
        <w:t>اللہ کا حق اس کی سچی وفاداری سے ادا ہوتا ہے نہ کہ محض ادھر یا ادھر رخ کر لینے سے۔ اللہ پر ایمان لانا یہ ہے کہ آدمی اللہ کو اپنا سب کچھ بنا لے۔</w:t>
      </w:r>
    </w:p>
    <w:p>
      <w:r>
        <w:rPr>
          <w:b/>
        </w:rPr>
        <w:t xml:space="preserve">[56:51] </w:t>
      </w:r>
      <w:r>
        <w:t>aakhirat ke din par iman yeh hai ke aadmi dunya ke bajaye aakhirat ko zindagi ka asal masla samajhne lage. farishton par iman yeh hai ke woh khuda ke un karindoun ko maane jo khuda ke hukum ke tehat dunya ka intezam chala rahe hain.</w:t>
      </w:r>
    </w:p>
    <w:p>
      <w:pPr>
        <w:jc w:val="right"/>
      </w:pPr>
      <w:r>
        <w:t>آخرت کے دن پر ایمان یہ ہے کہ آدمی دنیا کے بجائے آخرت کو زندگی کا اصل مسئلہ سمجھنے لگے۔ فرشتوں پر ایمان یہ ہے کہ وہ خدا کے ان کارندوں کو مانے جو خدا کے حکم کے تحت دنیا کا انتظام چلا رہے ہیں۔</w:t>
      </w:r>
    </w:p>
    <w:p>
      <w:r>
        <w:rPr>
          <w:b/>
        </w:rPr>
        <w:t xml:space="preserve">[57:10] </w:t>
      </w:r>
      <w:r>
        <w:t>kitab par iman yeh hai ke aadmi yeh yaqeen kare ke allah ne insaan ke liye apna hidayat nama bheja hai jis ki use lazman pabandi karni hai.</w:t>
      </w:r>
    </w:p>
    <w:p>
      <w:pPr>
        <w:jc w:val="right"/>
      </w:pPr>
      <w:r>
        <w:t>کتاب پر ایمان یہ ہے کہ آدمی یہ یقین کرے کہ اللہ نے انسان کے لیے اپنا ہدایت نامہ بھیجا ہے جس کی اسے لازماً پابندی کرنی ہے۔</w:t>
      </w:r>
    </w:p>
    <w:p>
      <w:r>
        <w:rPr>
          <w:b/>
        </w:rPr>
        <w:t xml:space="preserve">[57:22] </w:t>
      </w:r>
      <w:r>
        <w:t>paighambaron par iman yeh hai ke allah ke un bandoun ko allah ka numainda tasleem kiya jaye jin ko allah ne apna paigham pohanchane ke liye chuna.</w:t>
      </w:r>
    </w:p>
    <w:p>
      <w:pPr>
        <w:jc w:val="right"/>
      </w:pPr>
      <w:r>
        <w:t>پیغمبروں پر ایمان یہ ہے کہ اللہ کے ان بندوں کو اللہ کا نمائندہ تسلیم کیا جائے جن کو اللہ نے اپنا پیغام پہنچانے کے لیے چنا۔</w:t>
      </w:r>
    </w:p>
    <w:p>
      <w:r>
        <w:rPr>
          <w:b/>
        </w:rPr>
        <w:t xml:space="preserve">[57:33] </w:t>
      </w:r>
      <w:r>
        <w:t>phir yeh imaniyat aadmi ke andar itni gehri utar jayein ke woh allah ki mohabbat aur shoq mein apna maal zaroorat mandoun ko de aur insaanoun ko museebat se chhuraye.</w:t>
      </w:r>
    </w:p>
    <w:p>
      <w:pPr>
        <w:jc w:val="right"/>
      </w:pPr>
      <w:r>
        <w:t>پھر یہ ایمانیات آدمی کے اندر اتنی گہری اتر جائیں کہ وہ اللہ کی محبت اور شوق میں اپنا مال ضرورت مندوں کو دے اور انسانوں کو مصیبت سے چھڑائے۔</w:t>
      </w:r>
    </w:p>
    <w:p>
      <w:r>
        <w:rPr>
          <w:b/>
        </w:rPr>
        <w:t xml:space="preserve">[57:46] </w:t>
      </w:r>
      <w:r>
        <w:t>namaz qaim karna allah ke aage hamah tan jhuk jana hai.</w:t>
      </w:r>
    </w:p>
    <w:p>
      <w:pPr>
        <w:jc w:val="right"/>
      </w:pPr>
      <w:r>
        <w:t>نماز قائم کرنا اللہ کے آگے ہمہ تن جھک جانا ہے۔</w:t>
      </w:r>
    </w:p>
    <w:p>
      <w:r>
        <w:rPr>
          <w:b/>
        </w:rPr>
        <w:t xml:space="preserve">[57:52] </w:t>
      </w:r>
      <w:r>
        <w:t>zakat ada karna apne maal mein khuda ke mustaqil hisse ka iqrar karna hai. aisa banda jab koi ahad karta hai to us ke baad woh is se phirna nahi janta.</w:t>
      </w:r>
    </w:p>
    <w:p>
      <w:pPr>
        <w:jc w:val="right"/>
      </w:pPr>
      <w:r>
        <w:t>زکوٰۃ ادا کرنا اپنے مال میں خدا کے مستقل حصے کا اقرار کرنا ہے۔ ایسا بندہ جب کوئی عہد کرتا ہے تو اس کے بعد وہ اس سے پھرنا نہیں جانتا۔</w:t>
      </w:r>
    </w:p>
    <w:p>
      <w:r>
        <w:rPr>
          <w:b/>
        </w:rPr>
        <w:t xml:space="preserve">[58:04] </w:t>
      </w:r>
      <w:r>
        <w:t>kyun ke woh har ahad ko khuda se kiya hua ahad samajhta hai. is ko allah ke upar itna bharosa ho jata hai ke tangi aur museebat ho ya jang ki nabat aa jaye.</w:t>
      </w:r>
    </w:p>
    <w:p>
      <w:pPr>
        <w:jc w:val="right"/>
      </w:pPr>
      <w:r>
        <w:t>کیونکہ وہ ہر عہد کو خدا سے کیا ہوا عہد سمجھتا ہے۔ اس کو اللہ کے اوپر اتنا بھروسہ ہو جاتا ہے کہ تنگی اور مصیبت ہو یا جنگ کی نوبت آ جائے۔</w:t>
      </w:r>
    </w:p>
    <w:p>
      <w:r>
        <w:rPr>
          <w:b/>
        </w:rPr>
        <w:t xml:space="preserve">[58:17] </w:t>
      </w:r>
      <w:r>
        <w:t>har haal mein woh khuda parasti ke rastay par jamay rehta hai.</w:t>
      </w:r>
    </w:p>
    <w:p>
      <w:pPr>
        <w:jc w:val="right"/>
      </w:pPr>
      <w:r>
        <w:t>ہر حال میں وہ خدا پرستی کے راستے پر جمع رہتا ہے۔</w:t>
      </w:r>
    </w:p>
    <w:p>
      <w:r>
        <w:rPr>
          <w:b/>
        </w:rPr>
        <w:t xml:space="preserve">[58:22] </w:t>
      </w:r>
      <w:r>
        <w:t>yeh ausaf jis ke andar paida ho jayein wohi sacha momin hai. aur sacha momin allah se andesha rakhne wala hota hai na ke kisi jhoote sahare par aitmad kar ke us se nidar ho jane wala.</w:t>
      </w:r>
    </w:p>
    <w:p>
      <w:pPr>
        <w:jc w:val="right"/>
      </w:pPr>
      <w:r>
        <w:t>یہ اوصاف جس کے اندر پیدا ہو جائیں وہی سچا مومن ہے۔ اور سچا مومن اللہ سے اندیشہ رکھنے والا ہوتا ہے نہ کہ کسی جھوٹے سہارے پر اعتماد کر کے اس سے نڈر ہو جانے والا۔</w:t>
      </w:r>
    </w:p>
    <w:p>
      <w:r>
        <w:rPr>
          <w:b/>
        </w:rPr>
        <w:t xml:space="preserve">[58:41] </w:t>
      </w:r>
      <w:r>
        <w:t>ya ayyuhallazina amanu kutiba alaikumul qisas fil qatli alhurru bil hurri wal abdu bil abdi wal untha bil untha faman ufiya lahu min akhihi shayun</w:t>
      </w:r>
    </w:p>
    <w:p>
      <w:pPr>
        <w:jc w:val="right"/>
      </w:pPr>
      <w:r>
        <w:t>يا أيها الذين آمنوا كتب عليكم القصاص في القتل الحر بالحر والعبد بالعبد والأنثى بالأنثى فمن عفي له من أخيه شيء</w:t>
      </w:r>
    </w:p>
    <w:p>
      <w:r>
        <w:rPr>
          <w:b/>
        </w:rPr>
        <w:t xml:space="preserve">[59:01] </w:t>
      </w:r>
      <w:r>
        <w:t>fati'baun bil ma'rufi wa ada'un ilaihi bi ihsanin zalika takhfifun mir rabbikum wa rahmah faman i'tada ba'da zalika falahu azabun</w:t>
      </w:r>
    </w:p>
    <w:p>
      <w:pPr>
        <w:jc w:val="right"/>
      </w:pPr>
      <w:r>
        <w:t>فاتباعون بالمعروف وأداء إليه بإحسان ذلك تخفيف من ربكم ورحمة فمن اعتدى بعد ذلك فله عذاب</w:t>
      </w:r>
    </w:p>
    <w:p>
      <w:r>
        <w:rPr>
          <w:b/>
        </w:rPr>
        <w:t xml:space="preserve">[59:21] </w:t>
      </w:r>
      <w:r>
        <w:t>alimum walakum fil qisasi hayatun ya ulil albabi la'allakum tattaqun kutiba alaikum izahadar ahadukumul mautu</w:t>
      </w:r>
    </w:p>
    <w:p>
      <w:pPr>
        <w:jc w:val="right"/>
      </w:pPr>
      <w:r>
        <w:t>أليم ولكم في القصاص حياة يا أولي الألباب لعلكم تتقون كتب عليكم إذا حضر أحدكم الموت</w:t>
      </w:r>
    </w:p>
    <w:p>
      <w:r>
        <w:rPr>
          <w:b/>
        </w:rPr>
        <w:t xml:space="preserve">[59:41] </w:t>
      </w:r>
      <w:r>
        <w:t>in taraka khayran alwasiyyatu lilwalidayni wal aqrabina bil ma'rufi haqqan alal muttaqin faman baddalahu ba'da ma sami'ahu fainnama</w:t>
      </w:r>
    </w:p>
    <w:p>
      <w:pPr>
        <w:jc w:val="right"/>
      </w:pPr>
      <w:r>
        <w:t>إن ترك خيرا الوصية للوالدين والأقربين بالمعروف حقا على المتقين فمن بد له بعد ما سمعه فإنما</w:t>
      </w:r>
    </w:p>
    <w:p>
      <w:r>
        <w:rPr>
          <w:b/>
        </w:rPr>
        <w:t xml:space="preserve">[1:00:01] </w:t>
      </w:r>
      <w:r>
        <w:t>ithmuhu alallazina yubadduluh innallaha samiyun alimun</w:t>
      </w:r>
    </w:p>
    <w:p>
      <w:pPr>
        <w:jc w:val="right"/>
      </w:pPr>
      <w:r>
        <w:t>إثمه على الذين يبدلونه إن الله سميع عليم</w:t>
      </w:r>
    </w:p>
    <w:p>
      <w:r>
        <w:rPr>
          <w:b/>
        </w:rPr>
        <w:t xml:space="preserve">[1:00:12] </w:t>
      </w:r>
      <w:r>
        <w:t>faman khafa mim muussin janifan aw ithman faaslaha baynahum fala ithma alayhi innallaha ghafurur rahimun</w:t>
      </w:r>
    </w:p>
    <w:p>
      <w:pPr>
        <w:jc w:val="right"/>
      </w:pPr>
      <w:r>
        <w:t>فمن خاف من موص جنفا أو إثما فأصلح بينهم فلا إثم عليه إن الله غفور رحيم</w:t>
      </w:r>
    </w:p>
    <w:p>
      <w:r>
        <w:rPr>
          <w:b/>
        </w:rPr>
        <w:t xml:space="preserve">[1:00:31] </w:t>
      </w:r>
      <w:r>
        <w:t>ae iman walo! tum par maqtouloun ka qisas lena farz kiya jata hai. aazad ke badle aazad, ghulam ke badle ghulam, aurat ke badle aurat.</w:t>
      </w:r>
    </w:p>
    <w:p>
      <w:pPr>
        <w:jc w:val="right"/>
      </w:pPr>
      <w:r>
        <w:t>اے ایمان والو! تم پر مقتولوں کا قصاص لینا فرض کیا جاتا ہے۔ آزاد کے بدلے آزاد، غلام کے بدلے غلام، عورت کے بدلے عورت۔</w:t>
      </w:r>
    </w:p>
    <w:p>
      <w:r>
        <w:rPr>
          <w:b/>
        </w:rPr>
        <w:t xml:space="preserve">[1:00:44] </w:t>
      </w:r>
      <w:r>
        <w:t>phir jisko is ke bhai ki taraf se kuch maaf ho jaye to us ko chahiye ke maroof ki pairwi kare. aur khoobi ke sath us ko ada kare.</w:t>
      </w:r>
    </w:p>
    <w:p>
      <w:pPr>
        <w:jc w:val="right"/>
      </w:pPr>
      <w:r>
        <w:t>پھر جس کو اس کے بھائی کی طرف سے کچھ معافی ہو جائے تو اس کو چاہیے کہ معروف کی پیروی کرے۔ اور خوبی کے ساتھ اس کو ادا کرے۔</w:t>
      </w:r>
    </w:p>
    <w:p>
      <w:r>
        <w:rPr>
          <w:b/>
        </w:rPr>
        <w:t xml:space="preserve">[1:00:54] </w:t>
      </w:r>
      <w:r>
        <w:t>yeh tumhare rab ki taraf se aik aasani aur meharbani hai.</w:t>
      </w:r>
    </w:p>
    <w:p>
      <w:pPr>
        <w:jc w:val="right"/>
      </w:pPr>
      <w:r>
        <w:t>یہ تمہارے رب کی طرف سے ایک آسانی اور مہربانی ہے۔</w:t>
      </w:r>
    </w:p>
    <w:p>
      <w:r>
        <w:rPr>
          <w:b/>
        </w:rPr>
        <w:t xml:space="preserve">[1:00:59] </w:t>
      </w:r>
      <w:r>
        <w:t>ab is ke baad bhi jo shakhs ziyadati kare us ke liye dardnak azaab hai. aur ae aql walo! qisas mein tumhare liye zindagi hai ta ke tum bacho.</w:t>
      </w:r>
    </w:p>
    <w:p>
      <w:pPr>
        <w:jc w:val="right"/>
      </w:pPr>
      <w:r>
        <w:t>اب اس کے بعد بھی جو شخص زیادتی کرے اس کے لیے دردناک عذاب ہے۔ اور اے عقل والو! قصاص میں تمہارے لیے زندگی ہے تاکہ تم بچو۔</w:t>
      </w:r>
    </w:p>
    <w:p>
      <w:r>
        <w:rPr>
          <w:b/>
        </w:rPr>
        <w:t xml:space="preserve">[1:01:11] </w:t>
      </w:r>
      <w:r>
        <w:t>tum par farz kiya jata hai ke jab tum mein se kisi ki maut ka waqt aa jaye aur woh apne peechay maal chhor raha ho to woh maroof ke mutabiq wasiyat kar de.</w:t>
      </w:r>
    </w:p>
    <w:p>
      <w:pPr>
        <w:jc w:val="right"/>
      </w:pPr>
      <w:r>
        <w:t>تم پر فرض کیا جاتا ہے کہ جب تم میں سے کسی کی موت کا وقت آ جائے اور وہ اپنے پیچھے مال چھوڑ رہا ہو تو وہ معروف کے مطابق وصیت کر دے۔</w:t>
      </w:r>
    </w:p>
    <w:p>
      <w:r>
        <w:rPr>
          <w:b/>
        </w:rPr>
        <w:t xml:space="preserve">[1:01:23] </w:t>
      </w:r>
      <w:r>
        <w:t>apne maa baap ke liye aur apne qaraabat daroun ke liye.</w:t>
      </w:r>
    </w:p>
    <w:p>
      <w:pPr>
        <w:jc w:val="right"/>
      </w:pPr>
      <w:r>
        <w:t>اپنے ماں باپ کے لیے اور اپنے قرابت داروں کے لیے۔</w:t>
      </w:r>
    </w:p>
    <w:p>
      <w:r>
        <w:rPr>
          <w:b/>
        </w:rPr>
        <w:t xml:space="preserve">[1:01:27] </w:t>
      </w:r>
      <w:r>
        <w:t>yeh zaroori hai khuda se darne walon ke liye. Phir jo koi wasiyat ko sunne ke baad is ko badal dale to is ka gunah isi par hoga jis ne is ko badla.</w:t>
      </w:r>
    </w:p>
    <w:p>
      <w:pPr>
        <w:jc w:val="right"/>
      </w:pPr>
      <w:r>
        <w:t>یہ ضروری ہے خدا سے ڈرنے والوں کے لیے۔ پھر جو کوئی وصیت کو سننے کے بعد اس کو بدل ڈالے تو اس کا گناہ اسی پر ہوگا جس نے اس کو بدلا۔</w:t>
      </w:r>
    </w:p>
    <w:p>
      <w:r>
        <w:rPr>
          <w:b/>
        </w:rPr>
        <w:t xml:space="preserve">[1:01:40] </w:t>
      </w:r>
      <w:r>
        <w:t>Yaqeenan Allah sunne wala, janne wala hai. Albata jis ko wasiyat karne wale ki babat yeh andesha ho ke is ne janibdari ya haq talfi ki hai aur woh aapas mein sulah kara de to is par koi gunah nahin.</w:t>
      </w:r>
    </w:p>
    <w:p>
      <w:pPr>
        <w:jc w:val="right"/>
      </w:pPr>
      <w:r>
        <w:t>یقینا اللہ سننے والا، جاننے والا ہے۔ البتہ جس کو وصیت کرنے والے کی بابت یہ اندیشہ ہو کہ اس نے جانبداری یا حق تلفی کی ہے اور وہ آپس میں صلح کرا دے تو اس پر کوئی گناہ نہیں۔</w:t>
      </w:r>
    </w:p>
    <w:p>
      <w:r>
        <w:rPr>
          <w:b/>
        </w:rPr>
        <w:t xml:space="preserve">[1:01:57] </w:t>
      </w:r>
      <w:r>
        <w:t>Allah maaf karne wala, reham karne wala hai. Tashreeh: Qatl ke moamle mein Islam mein qisas ka usool muqarrar kiya gaya hai.</w:t>
      </w:r>
    </w:p>
    <w:p>
      <w:pPr>
        <w:jc w:val="right"/>
      </w:pPr>
      <w:r>
        <w:t>اللہ معاف کرنے والا، رحم کرنے والا ہے۔ تشریح: قتل کے معاملے میں اسلام میں قصاص کا اصول مقرر کیا گیا ہے۔</w:t>
      </w:r>
    </w:p>
    <w:p>
      <w:r>
        <w:rPr>
          <w:b/>
        </w:rPr>
        <w:t xml:space="preserve">[1:02:09] </w:t>
      </w:r>
      <w:r>
        <w:t>Yaani qatil ke sath wahi kiya jaye jo is ne maqtul ke sath kiya hai.</w:t>
      </w:r>
    </w:p>
    <w:p>
      <w:pPr>
        <w:jc w:val="right"/>
      </w:pPr>
      <w:r>
        <w:t>یعنی قاتل کے ساتھ وہی کیا جائے جو اس نے مقتول کے ساتھ کیا ہے۔</w:t>
      </w:r>
    </w:p>
    <w:p>
      <w:r>
        <w:rPr>
          <w:b/>
        </w:rPr>
        <w:t xml:space="preserve">[1:02:14] </w:t>
      </w:r>
      <w:r>
        <w:t>Is tarah aik taraf aindah ke liye qatl ki hosla shikni hoti hai kyunke apni jaan ka khauf aadmi ko doosre ki jaan lene se rokta hai.</w:t>
      </w:r>
    </w:p>
    <w:p>
      <w:pPr>
        <w:jc w:val="right"/>
      </w:pPr>
      <w:r>
        <w:t>اس طرح ایک طرف آئندہ کے لیے قتل کی حوصلہ شکنی ہوتی ہے کیونکہ اپنی جان کا خوف آدمی کو دوسرے کی جان لینے سے روکتا ہے۔</w:t>
      </w:r>
    </w:p>
    <w:p>
      <w:r>
        <w:rPr>
          <w:b/>
        </w:rPr>
        <w:t xml:space="preserve">[1:02:23] </w:t>
      </w:r>
      <w:r>
        <w:t>Aur nateejatan sab ki janen mehfooz ho jati hain. Qatil ke qatl se poore moashre ke liye zindagi ki zamanat paida ho jati hai.</w:t>
      </w:r>
    </w:p>
    <w:p>
      <w:pPr>
        <w:jc w:val="right"/>
      </w:pPr>
      <w:r>
        <w:t>اور نتیجتا سب کی جانیں محفوظ ہو جاتی ہیں۔ قاتل کے قتل سے پورے معاشرے کے لیے زندگی کی ضمانت پیدا ہو جاتی ہے۔</w:t>
      </w:r>
    </w:p>
    <w:p>
      <w:r>
        <w:rPr>
          <w:b/>
        </w:rPr>
        <w:t xml:space="preserve">[1:02:34] </w:t>
      </w:r>
      <w:r>
        <w:t>Doosri taraf maqtul ke wirsa ka intiqami jazba thanda ho kar samaj mein kisi nayi tabahi karwai ke imkan ko khatam kar deta hai.</w:t>
      </w:r>
    </w:p>
    <w:p>
      <w:pPr>
        <w:jc w:val="right"/>
      </w:pPr>
      <w:r>
        <w:t>دوسری طرف مقتول کے ورثاء کا انتقامی جذبہ ٹھنڈا ہو کر سماج میں کسی نئی تخریبی کارروائی کے امکان کو ختم کر دیتا ہے۔</w:t>
      </w:r>
    </w:p>
    <w:p>
      <w:r>
        <w:rPr>
          <w:b/>
        </w:rPr>
        <w:t xml:space="preserve">[1:02:44] </w:t>
      </w:r>
      <w:r>
        <w:t>Tahum qisas ka moamla Islam mein qabil razi naamah hai. Maqtul ke wirsa chahein to qatil ko qatl kar sakte hain.</w:t>
      </w:r>
    </w:p>
    <w:p>
      <w:pPr>
        <w:jc w:val="right"/>
      </w:pPr>
      <w:r>
        <w:t>تاہم قصاص کا معاملہ اسلام میں قابل راضی نامہ ہے۔ مقتول کے ورثاء چاہیں تو قاتل کو قتل کر سکتے ہیں۔</w:t>
      </w:r>
    </w:p>
    <w:p>
      <w:r>
        <w:rPr>
          <w:b/>
        </w:rPr>
        <w:t xml:space="preserve">[1:02:53] </w:t>
      </w:r>
      <w:r>
        <w:t>Chahein to diyat yaani mali muawza le sakte hain. Aur chahein to maaf kar sakte hain. Is ganjahish ka khaas maqsad yeh hai ke Islami moashre mein aik doosre ko bhai samajhne ki fiza baqi rahe.</w:t>
      </w:r>
    </w:p>
    <w:p>
      <w:pPr>
        <w:jc w:val="right"/>
      </w:pPr>
      <w:r>
        <w:t>چاہیں تو دیت یعنی مالی معاوضہ لے سکتے ہیں۔ اور چاہیں تو معاف کر سکتے ہیں۔ اس گنجائش کا خاص مقصد یہ ہے کہ اسلامی معاشرے میں ایک دوسرے کو بھائی سمجھنے کی فضا باقی رہے۔</w:t>
      </w:r>
    </w:p>
    <w:p>
      <w:r>
        <w:rPr>
          <w:b/>
        </w:rPr>
        <w:t xml:space="preserve">[1:03:08] </w:t>
      </w:r>
      <w:r>
        <w:t>Aik doosre ko hreef samajhne ki fiza kisi haal mein paida na</w:t>
      </w:r>
    </w:p>
    <w:p>
      <w:pPr>
        <w:jc w:val="right"/>
      </w:pPr>
      <w:r>
        <w:t>ایک دوسرے کو حریف سمجھنے کی فضا کسی حال میں پیدا نہ</w:t>
      </w:r>
    </w:p>
    <w:p>
      <w:r>
        <w:rPr>
          <w:b/>
        </w:rPr>
        <w:t xml:space="preserve">[1:03:12] </w:t>
      </w:r>
      <w:r>
        <w:t>Ho. Neiz khoon baha ke usool ka aik khaas faida yeh hai ke is ke zariye se maqtul ke warison ko apne chale jaane wale fard khandan ka aik mali badal mil jata hai.</w:t>
      </w:r>
    </w:p>
    <w:p>
      <w:pPr>
        <w:jc w:val="right"/>
      </w:pPr>
      <w:r>
        <w:t>ہو۔ نیز خون بہا کے اصول کا ایک خاص فائدہ یہ ہے کہ اس کے ذریعے سے مقتول کے وارثوں کو اپنے چلے جانے والے فرد خاندان کا ایک مالی بدل مل جاتا ہے۔</w:t>
      </w:r>
    </w:p>
    <w:p>
      <w:r>
        <w:rPr>
          <w:b/>
        </w:rPr>
        <w:t xml:space="preserve">[1:03:25] </w:t>
      </w:r>
      <w:r>
        <w:t>Jab koi mar jata hai to yeh masla bhi paida hota hai ke is ki wirasat ka kya kiya jaye. Is silsile mein Islam ka usool yeh hai ke is ki wirasat ko is ke rishtedaron mein maroof tareeqe se taqseem kar diya jaye.</w:t>
      </w:r>
    </w:p>
    <w:p>
      <w:pPr>
        <w:jc w:val="right"/>
      </w:pPr>
      <w:r>
        <w:t>جب کوئی مر جاتا ہے تو یہ مسئلہ بھی پیدا ہوتا ہے کہ اس کی وراثت کا کیا کیا جائے۔ اس سلسلے میں اسلام کا اصول یہ ہے کہ اس کی وراثت کو اس کے رشتہ داروں میں معروف طریقے سے تقسیم کر دیا جائے۔</w:t>
      </w:r>
    </w:p>
    <w:p>
      <w:r>
        <w:rPr>
          <w:b/>
        </w:rPr>
        <w:t xml:space="preserve">[1:03:40] </w:t>
      </w:r>
      <w:r>
        <w:t>Yeh goya maal ka taqwa hai.</w:t>
      </w:r>
    </w:p>
    <w:p>
      <w:pPr>
        <w:jc w:val="right"/>
      </w:pPr>
      <w:r>
        <w:t>یہ گویا مال کا تقویٰ ہے۔</w:t>
      </w:r>
    </w:p>
    <w:p>
      <w:r>
        <w:rPr>
          <w:b/>
        </w:rPr>
        <w:t xml:space="preserve">[1:03:43] </w:t>
      </w:r>
      <w:r>
        <w:t>Jab marne walon ke rishtedaron tak hissa ba hissa is ka chora hua maal pahunch jaye to is se moashre mein yeh fiza banti hai ke azroye haq jis ko jo diya jana chahiye woh diya ja chuka hai.</w:t>
      </w:r>
    </w:p>
    <w:p>
      <w:pPr>
        <w:jc w:val="right"/>
      </w:pPr>
      <w:r>
        <w:t>جب مرنے والوں کے رشتہ داروں تک حصہ بہ حصہ اس کا چھوڑا ہوا مال پہنچ جائے تو اس سے معاشرے میں یہ فضا بنتی ہے کہ ازروئے حق جس کو جو دیا جانا چاہیے وہ دیا جا چکا ہے۔</w:t>
      </w:r>
    </w:p>
    <w:p>
      <w:r>
        <w:rPr>
          <w:b/>
        </w:rPr>
        <w:t xml:space="preserve">[1:03:57] </w:t>
      </w:r>
      <w:r>
        <w:t>Is tarah khandan ke andar mutrooka maal ya jaidad ke hasool ke liye bahami niza paida nahin hota. Khandan ka jo shakhs qanooni aitbar se waris na qarar pata ho</w:t>
      </w:r>
    </w:p>
    <w:p>
      <w:pPr>
        <w:jc w:val="right"/>
      </w:pPr>
      <w:r>
        <w:t>اس طرح خاندان کے اندر متروکہ مال یا جائیداد کے حصول کے لیے باہمی نزاع پیدا نہیں ہوتا۔ خاندان کا جو شخص قانونی اعتبار سے وارث نہ قرار پاتا ہو</w:t>
      </w:r>
    </w:p>
    <w:p>
      <w:r>
        <w:rPr>
          <w:b/>
        </w:rPr>
        <w:t xml:space="preserve">[1:04:09] </w:t>
      </w:r>
      <w:r>
        <w:t>Magar akhlaqi aitbar se woh mustahiq ho to marne wale ko chahiye ke wasiyat ke zariye is khala ko pur kar de.</w:t>
      </w:r>
    </w:p>
    <w:p>
      <w:pPr>
        <w:jc w:val="right"/>
      </w:pPr>
      <w:r>
        <w:t>مگر اخلاقی اعتبار سے وہ مستحق ہو تو مرنے والے کو چاہیے کہ وصیت کے ذریعے اس خلا کو پر کر دے۔</w:t>
      </w:r>
    </w:p>
    <w:p>
      <w:r>
        <w:rPr>
          <w:b/>
        </w:rPr>
        <w:t xml:space="preserve">[1:04:19] </w:t>
      </w:r>
      <w:r>
        <w:t>Yahan wirasat ke bare mein maroof ke mutabiq wasiyat karne ka hukum hai. Aage surah nisah mein har aik ke hisse ko qanooni tor par muayyan kar diya gaya hai.</w:t>
      </w:r>
    </w:p>
    <w:p>
      <w:pPr>
        <w:jc w:val="right"/>
      </w:pPr>
      <w:r>
        <w:t>یہاں وراثت کے بارے میں معروف کے مطابق وصیت کرنے کا حکم ہے۔ آگے سورہ نساء میں ہر ایک کے حصے کو قانونی طور پر معین کر دیا گیا ہے۔</w:t>
      </w:r>
    </w:p>
    <w:p>
      <w:r>
        <w:rPr>
          <w:b/>
        </w:rPr>
        <w:t xml:space="preserve">[1:04:34] </w:t>
      </w:r>
      <w:r>
        <w:t>Ya ayyuhal ladheena amanu kutiba alaikumus siyam kama kutiba alal ladheena minkum lallakum tattaqun ayyaman</w:t>
      </w:r>
    </w:p>
    <w:p>
      <w:pPr>
        <w:jc w:val="right"/>
      </w:pPr>
      <w:r>
        <w:t>يا أيها الذين آمنوا كتب عليكم الصيام كما كتب على الذين من قبلكم لعلكم تتقون أياما</w:t>
      </w:r>
    </w:p>
    <w:p>
      <w:r>
        <w:rPr>
          <w:b/>
        </w:rPr>
        <w:t xml:space="preserve">[1:04:52] </w:t>
      </w:r>
      <w:r>
        <w:t>ma'dudat</w:t>
      </w:r>
    </w:p>
    <w:p>
      <w:pPr>
        <w:jc w:val="right"/>
      </w:pPr>
      <w:r>
        <w:t>معدودات</w:t>
      </w:r>
    </w:p>
    <w:p>
      <w:r>
        <w:rPr>
          <w:b/>
        </w:rPr>
        <w:t xml:space="preserve">[1:04:57] </w:t>
      </w:r>
      <w:r>
        <w:t>Faman kana minkum mareedan aw ala safarin fa'iddatun min ayyamin ukhra wa alal ladheena yuteequnahu fidyatun</w:t>
      </w:r>
    </w:p>
    <w:p>
      <w:pPr>
        <w:jc w:val="right"/>
      </w:pPr>
      <w:r>
        <w:t>فمن كان منكم مريضا أو على سفر فعدة من أيام أخر وعلى الذين يطيقونه فدية</w:t>
      </w:r>
    </w:p>
    <w:p>
      <w:r>
        <w:rPr>
          <w:b/>
        </w:rPr>
        <w:t xml:space="preserve">[1:05:14] </w:t>
      </w:r>
      <w:r>
        <w:t>ta'amu miskeenin faman tawo'a khayran fahuwa khayrun lah wa an tasoomu khayrun lakum in kuntum ta'lamun</w:t>
      </w:r>
    </w:p>
    <w:p>
      <w:pPr>
        <w:jc w:val="right"/>
      </w:pPr>
      <w:r>
        <w:t>طعام مسكين فمن تطوع خيرا فهو خير له وأن تصوموا خير لكم إن كنتم تعلمون</w:t>
      </w:r>
    </w:p>
    <w:p>
      <w:r>
        <w:rPr>
          <w:b/>
        </w:rPr>
        <w:t xml:space="preserve">[1:05:34] </w:t>
      </w:r>
      <w:r>
        <w:t>Shahar ramadan alladhi unzila fihil quranu hudan linnaasi wa bayyinatin minil huda wal furqan</w:t>
      </w:r>
    </w:p>
    <w:p>
      <w:pPr>
        <w:jc w:val="right"/>
      </w:pPr>
      <w:r>
        <w:t>شهر رمضان الذي أنزل فيه القرآن هدى للناس وبينات من الهدى والفرقان</w:t>
      </w:r>
    </w:p>
    <w:p>
      <w:r>
        <w:rPr>
          <w:b/>
        </w:rPr>
        <w:t xml:space="preserve">[1:05:52] </w:t>
      </w:r>
      <w:r>
        <w:t>faman shahida minkum al-shahr fal-yasumh wa man kana mareedan aw ala safarin faiddatun</w:t>
      </w:r>
    </w:p>
    <w:p>
      <w:pPr>
        <w:jc w:val="right"/>
      </w:pPr>
      <w:r>
        <w:t>فمن شهد منكم الشهر فليصمه ومن كان مريضا أو على سفر فعدة</w:t>
      </w:r>
    </w:p>
    <w:p>
      <w:r>
        <w:rPr>
          <w:b/>
        </w:rPr>
        <w:t xml:space="preserve">[1:06:04] </w:t>
      </w:r>
      <w:r>
        <w:t>min ayyamin akhar</w:t>
      </w:r>
    </w:p>
    <w:p>
      <w:pPr>
        <w:jc w:val="right"/>
      </w:pPr>
      <w:r>
        <w:t>من أيام أخر</w:t>
      </w:r>
    </w:p>
    <w:p>
      <w:r>
        <w:rPr>
          <w:b/>
        </w:rPr>
        <w:t xml:space="preserve">[1:06:08] </w:t>
      </w:r>
      <w:r>
        <w:t>yureedullahu bikum al-yusra wa la yureedu bikum al-usra wa litakmilu al-iddata wa litakbiru allaha ala ma hadakum wa la allakum tashkurun</w:t>
      </w:r>
    </w:p>
    <w:p>
      <w:pPr>
        <w:jc w:val="right"/>
      </w:pPr>
      <w:r>
        <w:t>يريد الله بكم اليسر ولا يريد بكم العسر ولتكملوا العدة ولتكبروا الله على ما هداكم ولعلكم تشكرون</w:t>
      </w:r>
    </w:p>
    <w:p>
      <w:r>
        <w:rPr>
          <w:b/>
        </w:rPr>
        <w:t xml:space="preserve">[1:06:25] </w:t>
      </w:r>
      <w:r>
        <w:t>Ae iman walo! Tum par roza farz kiya gaya jis tarah tum se aglon par farz kiya gaya tha. Taa ke tum parhezgar bano.</w:t>
      </w:r>
    </w:p>
    <w:p>
      <w:pPr>
        <w:jc w:val="right"/>
      </w:pPr>
      <w:r>
        <w:t>اے ایمان والو! تم پر روزہ فرض کیا گیا جس طرح تم سے اگلوں پر فرض کیا گیا تھا۔ تاکہ تم پرہیزگار بنو۔</w:t>
      </w:r>
    </w:p>
    <w:p>
      <w:r>
        <w:rPr>
          <w:b/>
        </w:rPr>
        <w:t xml:space="preserve">[1:06:35] </w:t>
      </w:r>
      <w:r>
        <w:t>Ginti ke chand din. Phir jo koi tum mein beemar ho safar mein ho to doosre dinon mein tadad poori kar le. Aur jin ko taqat hai to aik roze ka badla aik miskeen ka khana hai.</w:t>
      </w:r>
    </w:p>
    <w:p>
      <w:pPr>
        <w:jc w:val="right"/>
      </w:pPr>
      <w:r>
        <w:t>گنتی کے چند دن۔ پھر جو کوئی تم میں بیمار ہو سفر میں ہو تو دوسرے دنوں میں تعداد پوری کر لے۔ اور جن کو طاقت ہے تو ایک روزے کا بدلہ ایک مسکین کا کھانا ہے۔</w:t>
      </w:r>
    </w:p>
    <w:p>
      <w:r>
        <w:rPr>
          <w:b/>
        </w:rPr>
        <w:t xml:space="preserve">[1:06:49] </w:t>
      </w:r>
      <w:r>
        <w:t>jo koi mazeed neki kare to woh is ke liye behtar hai.</w:t>
      </w:r>
    </w:p>
    <w:p>
      <w:pPr>
        <w:jc w:val="right"/>
      </w:pPr>
      <w:r>
        <w:t>جو کوئی مزید نیکی کرے تو وہ اس کے لیے بہتر ہے۔</w:t>
      </w:r>
    </w:p>
    <w:p>
      <w:r>
        <w:rPr>
          <w:b/>
        </w:rPr>
        <w:t xml:space="preserve">[1:06:54] </w:t>
      </w:r>
      <w:r>
        <w:t>aur tum roza rakho to yeh tumhare liye zyada behtar hai. agar tum jano. ramzan ka mahina jis mein quran utara gaya.</w:t>
      </w:r>
    </w:p>
    <w:p>
      <w:pPr>
        <w:jc w:val="right"/>
      </w:pPr>
      <w:r>
        <w:t>اور تم روزہ رکھو تو یہ تمہارے لیے زیادہ بہتر ہے۔ اگر تم جانو۔ رمضان کا مہینہ جس میں قرآن اتارا گیا۔</w:t>
      </w:r>
    </w:p>
    <w:p>
      <w:r>
        <w:rPr>
          <w:b/>
        </w:rPr>
        <w:t xml:space="preserve">[1:07:04] </w:t>
      </w:r>
      <w:r>
        <w:t>hidayat hai logon ke liye aur khuli nishaniyan rastay ki aur haq o batil ke darmiyan faisla karne wala.</w:t>
      </w:r>
    </w:p>
    <w:p>
      <w:pPr>
        <w:jc w:val="right"/>
      </w:pPr>
      <w:r>
        <w:t>ہدایت ہے لوگوں کے لیے اور کھلی نشانیاں راستے کی اور حق و باطل کے درمیان فیصلہ کرنے والا۔</w:t>
      </w:r>
    </w:p>
    <w:p>
      <w:r>
        <w:rPr>
          <w:b/>
        </w:rPr>
        <w:t xml:space="preserve">[1:07:14] </w:t>
      </w:r>
      <w:r>
        <w:t>pas tum mein se jo koi is mahine ko paye woh is ke roze rakhe.</w:t>
      </w:r>
    </w:p>
    <w:p>
      <w:pPr>
        <w:jc w:val="right"/>
      </w:pPr>
      <w:r>
        <w:t>پس تم میں سے جو کوئی اس مہینے کو پائے وہ اس کے روزے رکھے۔</w:t>
      </w:r>
    </w:p>
    <w:p>
      <w:r>
        <w:rPr>
          <w:b/>
        </w:rPr>
        <w:t xml:space="preserve">[1:07:19] </w:t>
      </w:r>
      <w:r>
        <w:t>aur jo bimar ho ya safar par ho to doosre dinon mein ginti poori kar le. allah tumhare liye aasani chahta hai.</w:t>
      </w:r>
    </w:p>
    <w:p>
      <w:pPr>
        <w:jc w:val="right"/>
      </w:pPr>
      <w:r>
        <w:t>اور جو بیمار ہو یا سفر پر ہو تو دوسرے دنوں میں گنتی پوری کر لے۔ اللہ تمہارے لیے آسانی چاہتا ہے۔</w:t>
      </w:r>
    </w:p>
    <w:p>
      <w:r>
        <w:rPr>
          <w:b/>
        </w:rPr>
        <w:t xml:space="preserve">[1:07:28] </w:t>
      </w:r>
      <w:r>
        <w:t>woh tumhare sath sakhti karna nahi chahta. aur is liye ke tum ginti poori kar lo aur allah ki barhaii karo. aur is par ke is ne tum ko rah batai aur ta ke tum is ke shukr guzar bano.</w:t>
      </w:r>
    </w:p>
    <w:p>
      <w:pPr>
        <w:jc w:val="right"/>
      </w:pPr>
      <w:r>
        <w:t>وہ تمہارے ساتھ سختی کرنا نہیں چاہتا۔ اور اس لیے کہ تم گنتی پوری کر لو اور اللہ کی بڑائی کرو۔ اور اس پر کہ اس نے تم کو راہ بتائی اور تاکہ تم اس کے شکر گزار بنو۔</w:t>
      </w:r>
    </w:p>
    <w:p>
      <w:r>
        <w:rPr>
          <w:b/>
        </w:rPr>
        <w:t xml:space="preserve">[1:07:44] </w:t>
      </w:r>
      <w:r>
        <w:t>tashreeh: roza back waqt do cheezon ki tarbiyat hai. ek shukr doosre taqwa. khana aur pani allah ki bohat bari nematein hain.</w:t>
      </w:r>
    </w:p>
    <w:p>
      <w:pPr>
        <w:jc w:val="right"/>
      </w:pPr>
      <w:r>
        <w:t>تشریح: روزہ بیک وقت دو چیزوں کی تربیت ہے۔ ایک شکر دوسرے تقویٰ۔ کھانا اور پانی اللہ کی بہت بڑی نعمتیں ہیں۔</w:t>
      </w:r>
    </w:p>
    <w:p>
      <w:r>
        <w:rPr>
          <w:b/>
        </w:rPr>
        <w:t xml:space="preserve">[1:07:56] </w:t>
      </w:r>
      <w:r>
        <w:t>magar aam halaat mein aadmi ko is ka andaza nahi hota.</w:t>
      </w:r>
    </w:p>
    <w:p>
      <w:pPr>
        <w:jc w:val="right"/>
      </w:pPr>
      <w:r>
        <w:t>مگر عام حالات میں آدمی کو اس کا اندازہ نہیں ہوتا۔</w:t>
      </w:r>
    </w:p>
    <w:p>
      <w:r>
        <w:rPr>
          <w:b/>
        </w:rPr>
        <w:t xml:space="preserve">[1:08:01] </w:t>
      </w:r>
      <w:r>
        <w:t>roze mein jab woh din bhar un cheezon se ruka rehta hai aur suraj doobne ke baad shadeed bhook pyas ki halat mein khana khata hai aur pani peeta hai to us waqt us ko maloom hota hai ke yeh khana aur pani allah ki kitni bari nematein hain.</w:t>
      </w:r>
    </w:p>
    <w:p>
      <w:pPr>
        <w:jc w:val="right"/>
      </w:pPr>
      <w:r>
        <w:t>روزے میں جب وہ دن بھر ان چیزوں سے رکا رہتا ہے اور سورج ڈوبنے کے بعد شدید بھوک پیاس کی حالت میں کھانا کھاتا ہے اور پانی پیتا ہے تو اس وقت اس کو معلوم ہوتا ہے کہ یہ کھانا اور پانی اللہ کی کتنی بڑی نعمتیں ہیں۔</w:t>
      </w:r>
    </w:p>
    <w:p>
      <w:r>
        <w:rPr>
          <w:b/>
        </w:rPr>
        <w:t xml:space="preserve">[1:08:19] </w:t>
      </w:r>
      <w:r>
        <w:t>is tajrube se is ke andar apne rab ke shukr ka be had jazba paida hota hai. doosri taraf yahi roza aadmi ke liye taqwa ki tarbiyat bhi hai.</w:t>
      </w:r>
    </w:p>
    <w:p>
      <w:pPr>
        <w:jc w:val="right"/>
      </w:pPr>
      <w:r>
        <w:t>اس تجربے سے اس کے اندر اپنے رب کے شکر کا بے حد جذبہ پیدا ہوتا ہے۔ دوسری طرف یہی روزہ آدمی کے لیے تقویٰ کی تربیت بھی ہے۔</w:t>
      </w:r>
    </w:p>
    <w:p>
      <w:r>
        <w:rPr>
          <w:b/>
        </w:rPr>
        <w:t xml:space="preserve">[1:08:29] </w:t>
      </w:r>
      <w:r>
        <w:t>taqwa yeh hai ke aadmi dunya ki zindagi mein khuda ki mana ki hui cheezon se bache. woh un cheezon se ruka rahe jin se khuda ne roka hai.</w:t>
      </w:r>
    </w:p>
    <w:p>
      <w:pPr>
        <w:jc w:val="right"/>
      </w:pPr>
      <w:r>
        <w:t>تقویٰ یہ ہے کہ آدمی دنیا کی زندگی میں خدا کی منع کی ہوئی چیزوں سے بچے۔ وہ ان چیزوں سے رکا رہے جن سے خدا نے روکا ہے۔</w:t>
      </w:r>
    </w:p>
    <w:p>
      <w:r>
        <w:rPr>
          <w:b/>
        </w:rPr>
        <w:t xml:space="preserve">[1:08:41] </w:t>
      </w:r>
      <w:r>
        <w:t>aur wohi kare jis ke karne ki khuda ne ijazat di hai. roze mein sirf raat ko khana aur din ko khana peena chhod dena goya khuda ko apne upar nigran banane ki mashq hai.</w:t>
      </w:r>
    </w:p>
    <w:p>
      <w:pPr>
        <w:jc w:val="right"/>
      </w:pPr>
      <w:r>
        <w:t>اور وہی کرے جس کے کرنے کی خدا نے اجازت دی ہے۔ روزے میں صرف رات کو کھانا اور دن کو کھانا پینا چھوڑ دینا گویا خدا کو اپنے اوپر نگراں بنانے کی مشق ہے۔</w:t>
      </w:r>
    </w:p>
    <w:p>
      <w:r>
        <w:rPr>
          <w:b/>
        </w:rPr>
        <w:t xml:space="preserve">[1:08:54] </w:t>
      </w:r>
      <w:r>
        <w:t>momin ki poori zindagi ek qism ki rozedar zindagi hai.</w:t>
      </w:r>
    </w:p>
    <w:p>
      <w:pPr>
        <w:jc w:val="right"/>
      </w:pPr>
      <w:r>
        <w:t>مومن کی پوری زندگی ایک قسم کی روزہ دار زندگی ہے۔</w:t>
      </w:r>
    </w:p>
    <w:p>
      <w:r>
        <w:rPr>
          <w:b/>
        </w:rPr>
        <w:t xml:space="preserve">[1:08:59] </w:t>
      </w:r>
      <w:r>
        <w:t>ramzan ke mahine mein waqti tor par chand cheezon ko chhudha kar aadmi ko tarbiyat di jati hai ke woh sari umar un cheezon ko chhod de jo is ke rab ko napasand hain.</w:t>
      </w:r>
    </w:p>
    <w:p>
      <w:pPr>
        <w:jc w:val="right"/>
      </w:pPr>
      <w:r>
        <w:t>رمضان کے مہینے میں وقتی طور پر چند چیزوں کو چھڑا کر آدمی کو تربیت دی جاتی ہے کہ وہ ساری عمر ان چیزوں کو چھوڑ دے جو اس کے رب کو ناپسند ہیں۔</w:t>
      </w:r>
    </w:p>
    <w:p>
      <w:r>
        <w:rPr>
          <w:b/>
        </w:rPr>
        <w:t xml:space="preserve">[1:09:12] </w:t>
      </w:r>
      <w:r>
        <w:t>quran bande ke upar allah ka inam hai. aur roza bande ki taraf se is inam ka amli etaraf.</w:t>
      </w:r>
    </w:p>
    <w:p>
      <w:pPr>
        <w:jc w:val="right"/>
      </w:pPr>
      <w:r>
        <w:t>قرآن بندے کے اوپر اللہ کا انعام ہے۔ اور روزہ بندے کی طرف سے اس انعام کا عملی اعتراف۔</w:t>
      </w:r>
    </w:p>
    <w:p>
      <w:r>
        <w:rPr>
          <w:b/>
        </w:rPr>
        <w:t xml:space="preserve">[1:09:20] </w:t>
      </w:r>
      <w:r>
        <w:t>roze ke zariye banda apne aap ko allah ki shukr guzari ke qabil banata hai. aur yeh salahiyat paida karta hai ke woh quran ke bataye hue tareeqe ke mutabiq dunya mein taqwiyana zindagi guzar sake.</w:t>
      </w:r>
    </w:p>
    <w:p>
      <w:pPr>
        <w:jc w:val="right"/>
      </w:pPr>
      <w:r>
        <w:t>روزے کے ذریعے بندہ اپنے آپ کو اللہ کی شکر گزاری کے قابل بناتا ہے۔ اور یہ صلاحیت پیدا کرتا ہے کہ وہ قرآن کے بتائے ہوئے طریقے کے مطابق دنیا میں متقیانہ زندگی گزار سکے۔</w:t>
      </w:r>
    </w:p>
    <w:p>
      <w:r>
        <w:rPr>
          <w:b/>
        </w:rPr>
        <w:t xml:space="preserve">[1:09:35] </w:t>
      </w:r>
      <w:r>
        <w:t>roze se dil ke andar nermi aur shikastagi aati hai. is tarah roza aadmi ke andar yeh salahiyat paida karta hai ke woh un kifaayaton ko mehsoos kare jo allah ko apne bndon se matloob hain.</w:t>
      </w:r>
    </w:p>
    <w:p>
      <w:pPr>
        <w:jc w:val="right"/>
      </w:pPr>
      <w:r>
        <w:t>روزے سے دل کے اندر نرمی اور شکستگی آتی ہے۔ اس طرح روزہ آدمی کے اندر یہ صلاحیت پیدا کرتا ہے کہ وہ ان کیفیتوں کو محسوس کرے جو اللہ کو اپنے بندوں سے مطلوب ہیں۔</w:t>
      </w:r>
    </w:p>
    <w:p>
      <w:r>
        <w:rPr>
          <w:b/>
        </w:rPr>
        <w:t xml:space="preserve">[1:09:49] </w:t>
      </w:r>
      <w:r>
        <w:t>roze ki par mushaqqat tarbiyat aadmi ko is qabil banati hai ke allah ki shukr guzari mein is ka sina tarpe aur allah ke khauf se is ke andar kapkapi paida ho.</w:t>
      </w:r>
    </w:p>
    <w:p>
      <w:pPr>
        <w:jc w:val="right"/>
      </w:pPr>
      <w:r>
        <w:t>روزے کی پرمشقت تربیت آدمی کو اس قابل بناتی ہے کہ اللہ کی شکر گزاری میں اس کا سینہ تڑپے اور اللہ کے خوف سے اس کے اندر کپکپی پیدا ہو۔</w:t>
      </w:r>
    </w:p>
    <w:p>
      <w:r>
        <w:rPr>
          <w:b/>
        </w:rPr>
        <w:t xml:space="preserve">[1:10:02] </w:t>
      </w:r>
      <w:r>
        <w:t>jab aadmi is nafisyati halat ko pohanchta hai us waqt woh is qabil banta hai ke woh allah ki nematon par aisa shukr ada kare jis mein is ke dil ki dharkanein shamil hon</w:t>
      </w:r>
    </w:p>
    <w:p>
      <w:pPr>
        <w:jc w:val="right"/>
      </w:pPr>
      <w:r>
        <w:t>جب آدمی اس نفسیاتی حالت کو پہنچتا ہے اس وقت وہ اس قابل بنتا ہے کہ وہ اللہ کی نعمتوں پر ایسا شکر ادا کرے جس میں اس کے دل کی دھڑکنیں شامل ہوں</w:t>
      </w:r>
    </w:p>
    <w:p>
      <w:r>
        <w:rPr>
          <w:b/>
        </w:rPr>
        <w:t xml:space="preserve">[1:10:14] </w:t>
      </w:r>
      <w:r>
        <w:t>. woh aise taqwa ka tajruba kare jo is ke badan ke rongte khade kar de. woh allah ko aise barhe ki hesiyat se paye jis mein is ka apna wajood bilkul chhota ho gaya ho.</w:t>
      </w:r>
    </w:p>
    <w:p>
      <w:pPr>
        <w:jc w:val="right"/>
      </w:pPr>
      <w:r>
        <w:t>۔ وہ ایسے تقویٰ کا تجربہ کرے جو اس کے بدن کے رونگٹے کھڑے کر دے۔ وہ اللہ کو ایسے بڑے کی حیثیت سے پائے جس میں اس کا اپنا وجود بالکل چھوٹا ہو گیا ہو۔</w:t>
      </w:r>
    </w:p>
    <w:p>
      <w:r>
        <w:rPr>
          <w:b/>
        </w:rPr>
        <w:t xml:space="preserve">[1:10:30] </w:t>
      </w:r>
      <w:r>
        <w:t>waiza saalaka ibaduhu anni fa inni qareeb ujeebu da'wat ad da'i iza da'an</w:t>
      </w:r>
    </w:p>
    <w:p>
      <w:pPr>
        <w:jc w:val="right"/>
      </w:pPr>
      <w:r>
        <w:t>وإذا سألك عباده عني فإني قريب أجيب دعوة الداع إذا دعان</w:t>
      </w:r>
    </w:p>
    <w:p>
      <w:r>
        <w:rPr>
          <w:b/>
        </w:rPr>
        <w:t xml:space="preserve">[1:10:43] </w:t>
      </w:r>
      <w:r>
        <w:t>fastajiboo li wa aminoo bi la'allahum yarshadoon uhilla lakum lailatas siyami ar rafathu ila nisa'ikum hunn</w:t>
      </w:r>
    </w:p>
    <w:p>
      <w:pPr>
        <w:jc w:val="right"/>
      </w:pPr>
      <w:r>
        <w:t>فليستجيبوا لي وليؤمنوا بي لعلهم يرشدون أحل لكم ليلة الصيام الرفث إلى نسائكم هن</w:t>
      </w:r>
    </w:p>
    <w:p>
      <w:r>
        <w:rPr>
          <w:b/>
        </w:rPr>
        <w:t xml:space="preserve">[1:11:01] </w:t>
      </w:r>
      <w:r>
        <w:t>libasun lakum wa antum libasun lahunna allahu alima kuntum takhtanoona anfusakum fa taaba alaykum wa 'afa 'ankum</w:t>
      </w:r>
    </w:p>
    <w:p>
      <w:pPr>
        <w:jc w:val="right"/>
      </w:pPr>
      <w:r>
        <w:t>لباس لكم وأنتم لباس لهن علم الله أنكم كنتم تختانون أنفسكم فتاب عليكم وعفى عنكم</w:t>
      </w:r>
    </w:p>
    <w:p>
      <w:r>
        <w:rPr>
          <w:b/>
        </w:rPr>
        <w:t xml:space="preserve">[1:11:21] </w:t>
      </w:r>
      <w:r>
        <w:t>fal'ana bashuroohunna wabtagoo ma kataballahu lakum wakulo washraboo hatta yatabayyana lakumul khaitul abyadu minal khaitil aswadi minal fajri</w:t>
      </w:r>
    </w:p>
    <w:p>
      <w:pPr>
        <w:jc w:val="right"/>
      </w:pPr>
      <w:r>
        <w:t>فالآن باشروهن وبتغوا ما كتب الله لكم وكلوا واشربوا حتى يتبين لكم الخيط الأبيض من الخيط الأسود من الفجر</w:t>
      </w:r>
    </w:p>
    <w:p>
      <w:r>
        <w:rPr>
          <w:b/>
        </w:rPr>
        <w:t xml:space="preserve">[1:11:40] </w:t>
      </w:r>
      <w:r>
        <w:t>thumma atimmu as siyama ilal laili wala tubashiroohunna wa antum 'akifoonafil masajidi tilka hudoodullahi fala taqrabuha</w:t>
      </w:r>
    </w:p>
    <w:p>
      <w:pPr>
        <w:jc w:val="right"/>
      </w:pPr>
      <w:r>
        <w:t>ثم أتموا الصيام إلى الليل ولا تباشروهن وأنتم عاكفون في المساجد تلك حدود الله فلا تقربوها</w:t>
      </w:r>
    </w:p>
    <w:p>
      <w:r>
        <w:rPr>
          <w:b/>
        </w:rPr>
        <w:t xml:space="preserve">[1:12:01] </w:t>
      </w:r>
      <w:r>
        <w:t>kazaalika yubayyinullahu aayaatihi linnasi laalllahum yattaqun</w:t>
      </w:r>
    </w:p>
    <w:p>
      <w:pPr>
        <w:jc w:val="right"/>
      </w:pPr>
      <w:r>
        <w:t>كذلك يبين الله آياته للناس لعلهم يتقون</w:t>
      </w:r>
    </w:p>
    <w:p>
      <w:r>
        <w:rPr>
          <w:b/>
        </w:rPr>
        <w:t xml:space="preserve">[1:12:12] </w:t>
      </w:r>
      <w:r>
        <w:t>wa la taqulo amwaalakum bainakum bil baatili wa tudlu bihaa ilal hukkami litakulo fareeqam litakulo fareeqam</w:t>
      </w:r>
    </w:p>
    <w:p>
      <w:pPr>
        <w:jc w:val="right"/>
      </w:pPr>
      <w:r>
        <w:t>ولا تأكلوا أموالكم بينكم بالباطل وتدلوا بها إلى الحكام لتأكلوا فريقا لتأكلوا فريقا</w:t>
      </w:r>
    </w:p>
    <w:p>
      <w:r>
        <w:rPr>
          <w:b/>
        </w:rPr>
        <w:t xml:space="preserve">[1:12:30] </w:t>
      </w:r>
      <w:r>
        <w:t>min amwaalin naasi bil ismin wa antum taalamoon</w:t>
      </w:r>
    </w:p>
    <w:p>
      <w:pPr>
        <w:jc w:val="right"/>
      </w:pPr>
      <w:r>
        <w:t>من أموال الناس بالإثم وأنتم تعلمون</w:t>
      </w:r>
    </w:p>
    <w:p>
      <w:r>
        <w:rPr>
          <w:b/>
        </w:rPr>
        <w:t xml:space="preserve">[1:12:40] </w:t>
      </w:r>
      <w:r>
        <w:t>aur jab mere bande tum se meri baabat poochhen to main nazdeek hoon. Pukaarne wale ki pukaar ka jawab deta hoon.</w:t>
      </w:r>
    </w:p>
    <w:p>
      <w:pPr>
        <w:jc w:val="right"/>
      </w:pPr>
      <w:r>
        <w:t>اور جب میرے بندے تم سے میری بابت پوچھیں تو میں نزدیک ہوں۔ پکارنے والے کی پکار کا جواب دیتا ہوں۔</w:t>
      </w:r>
    </w:p>
    <w:p>
      <w:r>
        <w:rPr>
          <w:b/>
        </w:rPr>
        <w:t xml:space="preserve">[1:12:49] </w:t>
      </w:r>
      <w:r>
        <w:t>jab ke woh mujhe pukaarta hai. To chaahiye ke woh mera hukum maane. Aur mujh par yaqeen rakhen. Taake woh hidaayat paayen.</w:t>
      </w:r>
    </w:p>
    <w:p>
      <w:pPr>
        <w:jc w:val="right"/>
      </w:pPr>
      <w:r>
        <w:t>جب کہ وہ مجھے پکارتا ہے۔ تو چاہیے کہ وہ میرا حکم مانے۔ اور مجھ پر یقین رکھیں۔ تاکہ وہ ہدایت پائیں۔</w:t>
      </w:r>
    </w:p>
    <w:p>
      <w:r>
        <w:rPr>
          <w:b/>
        </w:rPr>
        <w:t xml:space="preserve">[1:12:59] </w:t>
      </w:r>
      <w:r>
        <w:t>tumhaare liye roze ki raat mein apni beeviyon ke paas jaana jaayez kiya gaya.</w:t>
      </w:r>
    </w:p>
    <w:p>
      <w:pPr>
        <w:jc w:val="right"/>
      </w:pPr>
      <w:r>
        <w:t>تمہارے لیے روزے کی رات میں اپنی بیویوں کے پاس جانا جائز کیا گیا۔</w:t>
      </w:r>
    </w:p>
    <w:p>
      <w:r>
        <w:rPr>
          <w:b/>
        </w:rPr>
        <w:t xml:space="preserve">[1:13:05] </w:t>
      </w:r>
      <w:r>
        <w:t>woh tumhaare liye libaas hain. Aur tum un ke liye libaas ho. Allah ne jaana ke tum apne aap se khiyanat kar rahe the.</w:t>
      </w:r>
    </w:p>
    <w:p>
      <w:pPr>
        <w:jc w:val="right"/>
      </w:pPr>
      <w:r>
        <w:t>وہ تمہارے لیے لباس ہیں۔ اور تم ان کے لیے لباس ہو۔ اللہ نے جانا کہ تم اپنے آپ سے خیانت کر رہے تھے۔</w:t>
      </w:r>
    </w:p>
    <w:p>
      <w:r>
        <w:rPr>
          <w:b/>
        </w:rPr>
        <w:t xml:space="preserve">[1:13:14] </w:t>
      </w:r>
      <w:r>
        <w:t>to us ne tum par inaayat ki aur tum ko maaf kar diya. To ab tum un se milo aur chaaho jo Allah ne tumhaare liye likh diya hai.</w:t>
      </w:r>
    </w:p>
    <w:p>
      <w:pPr>
        <w:jc w:val="right"/>
      </w:pPr>
      <w:r>
        <w:t>تو اس نے تم پر عنایت کی اور تم کو معاف کر دیا۔ تو اب تم ان سے ملو اور چاہو جو اللہ نے تمہارے لیے لکھ دیا ہے۔</w:t>
      </w:r>
    </w:p>
    <w:p>
      <w:r>
        <w:rPr>
          <w:b/>
        </w:rPr>
        <w:t xml:space="preserve">[1:13:25] </w:t>
      </w:r>
      <w:r>
        <w:t>aur khaao aur piyo yahan tak ke subah ki safed dhaari kaali dhaari se alag zaahir ho jaaye. Pa</w:t>
      </w:r>
    </w:p>
    <w:p>
      <w:pPr>
        <w:jc w:val="right"/>
      </w:pPr>
      <w:r>
        <w:t>اور کھاؤ اور پیو یہاں تک کہ صبح کی سفید دھاری کالی دھاری سے الگ ظاہر ہو جائے۔ پ</w:t>
      </w:r>
    </w:p>
    <w:p>
      <w:r>
        <w:rPr>
          <w:b/>
        </w:rPr>
        <w:t xml:space="preserve">[1:13:33] </w:t>
      </w:r>
      <w:r>
        <w:t>har poora karo roza raat tak. Aur jab tum masjid mein aitekaaf mein ho to beeviyon se khuloat na karo.</w:t>
      </w:r>
    </w:p>
    <w:p>
      <w:pPr>
        <w:jc w:val="right"/>
      </w:pPr>
      <w:r>
        <w:t>ھر پورا کرو روزہ رات تک۔ اور جب تم مسجد میں اعتکاف میں ہو تو بیویوں سے خلوت نہ کرو۔</w:t>
      </w:r>
    </w:p>
    <w:p>
      <w:r>
        <w:rPr>
          <w:b/>
        </w:rPr>
        <w:t xml:space="preserve">[1:13:41] </w:t>
      </w:r>
      <w:r>
        <w:t>yeh Allah ki haden hain. To un ke nazdeek na jao.</w:t>
      </w:r>
    </w:p>
    <w:p>
      <w:pPr>
        <w:jc w:val="right"/>
      </w:pPr>
      <w:r>
        <w:t>یہ اللہ کی حدیں ہیں۔ تو ان کے نزدیک نہ جاؤ۔</w:t>
      </w:r>
    </w:p>
    <w:p>
      <w:r>
        <w:rPr>
          <w:b/>
        </w:rPr>
        <w:t xml:space="preserve">[1:13:46] </w:t>
      </w:r>
      <w:r>
        <w:t>is tarah Allah apni aayaten logon ke liye bayan karta hai taake woh bachen. Aur tum aapas mein ek doosre ke maal ko naahaq taur par na khaao.</w:t>
      </w:r>
    </w:p>
    <w:p>
      <w:pPr>
        <w:jc w:val="right"/>
      </w:pPr>
      <w:r>
        <w:t>اس طرح اللہ اپنی آیتیں لوگوں کے لیے بیان کرتا ہے تاکہ وہ بچیں۔ اور تم آپس میں ایک دوسرے کے مال کو ناحق طور پر نہ کھاؤ۔</w:t>
      </w:r>
    </w:p>
    <w:p>
      <w:r>
        <w:rPr>
          <w:b/>
        </w:rPr>
        <w:t xml:space="preserve">[1:13:57] </w:t>
      </w:r>
      <w:r>
        <w:t>aur un ko haakimon tak na pahunchao. Taake doosron ke maal ka koi hissa batareekh gunaah kha jao.</w:t>
      </w:r>
    </w:p>
    <w:p>
      <w:pPr>
        <w:jc w:val="right"/>
      </w:pPr>
      <w:r>
        <w:t>اور ان کو حاکموں تک نہ پہنچاؤ۔ تاکہ دوسروں کے مال کا کوئی حصہ بطریق گناہ کھا جاؤ۔</w:t>
      </w:r>
    </w:p>
    <w:p>
      <w:r>
        <w:rPr>
          <w:b/>
        </w:rPr>
        <w:t xml:space="preserve">[1:14:06] </w:t>
      </w:r>
      <w:r>
        <w:t>haalaanke tum us ko jaante ho.</w:t>
      </w:r>
    </w:p>
    <w:p>
      <w:pPr>
        <w:jc w:val="right"/>
      </w:pPr>
      <w:r>
        <w:t>حالانکہ تم اس کو جانتے ہو۔</w:t>
      </w:r>
    </w:p>
    <w:p>
      <w:r>
        <w:rPr>
          <w:b/>
        </w:rPr>
        <w:t xml:space="preserve">[1:14:09] </w:t>
      </w:r>
      <w:r>
        <w:t>tasreeh: Roza apni noiyat ke i'tebaar se sabr ka amal hai. Aur sabr yaani hukum ilaahi ki taameel mein mushkilaat ko bardaasht karna hi woh cheez hai jis se aadmi is qalbi haalat ko pahunchta hai jo us ko Khuda se qareeb kar de.</w:t>
      </w:r>
    </w:p>
    <w:p>
      <w:pPr>
        <w:jc w:val="right"/>
      </w:pPr>
      <w:r>
        <w:t>تشریح: روزہ اپنی نوعیت کے اعتبار سے صبر کا عمل ہے۔ اور صبر یعنی حکم الہی کی تعمیل میں مشکلات کو برداشت کرنا ہی وہ چیز ہے جس سے آدمی اس قلبی حالت کو پہنچتا ہے جو اس کو خدا سے قریب کرے۔</w:t>
      </w:r>
    </w:p>
    <w:p>
      <w:r>
        <w:rPr>
          <w:b/>
        </w:rPr>
        <w:t xml:space="preserve">[1:14:29] </w:t>
      </w:r>
      <w:r>
        <w:t>aur us ki zabaan se aise kalmaat niklwaaye jo qubooliyat ko pahunchne wale hon.</w:t>
      </w:r>
    </w:p>
    <w:p>
      <w:pPr>
        <w:jc w:val="right"/>
      </w:pPr>
      <w:r>
        <w:t>اور اس کی زبان سے ایسے کلمات نکلوائے جو قبولیت کو پہنچنے والے ہوں۔</w:t>
      </w:r>
    </w:p>
    <w:p>
      <w:r>
        <w:rPr>
          <w:b/>
        </w:rPr>
        <w:t xml:space="preserve">[1:14:35] </w:t>
      </w:r>
      <w:r>
        <w:t>Allah ko wohi paata hai jo apne aap ko Allah ke hawaale kare. Allah tak isi shakhs ke alfaaz pahuchte hain jis ne apni rooh ke taaron ko Allah se mila rakha ho.</w:t>
      </w:r>
    </w:p>
    <w:p>
      <w:pPr>
        <w:jc w:val="right"/>
      </w:pPr>
      <w:r>
        <w:t>اللہ کو وہی پاتا ہے جو اپنے آپ کو اللہ کے حوالے کرے۔ اللہ تک اسی شخص کے الفاظ پہنچتے ہیں جس نے اپنی روح کے تاروں کو اللہ سے ملا رکھا ہو۔</w:t>
      </w:r>
    </w:p>
    <w:p>
      <w:r>
        <w:rPr>
          <w:b/>
        </w:rPr>
        <w:t xml:space="preserve">[1:14:49] </w:t>
      </w:r>
      <w:r>
        <w:t>shariat aadmi ke upar koi ghair fitri pabandi aaid nahin karti</w:t>
      </w:r>
    </w:p>
    <w:p>
      <w:pPr>
        <w:jc w:val="right"/>
      </w:pPr>
      <w:r>
        <w:t>شریعت آدمی کے اوپر کوئی غیر فطری پابندی عائد نہیں کرتی</w:t>
      </w:r>
    </w:p>
    <w:p>
      <w:r>
        <w:rPr>
          <w:b/>
        </w:rPr>
        <w:t xml:space="preserve">[1:14:53] </w:t>
      </w:r>
      <w:r>
        <w:t>. Roze mein din ke auqaat mein azdawaji ta'alluqaat mamnoo hone ke bawajood raat ke auqaat mein is ki ijazat, iftaar o sehar ke auqaat jaanne ke liye jantari ka paband karne ke bajaye aam mushaahide ko bunyaad qaraar dena isi qism ki cheezen hain.</w:t>
      </w:r>
    </w:p>
    <w:p>
      <w:pPr>
        <w:jc w:val="right"/>
      </w:pPr>
      <w:r>
        <w:t>۔ روزے میں دن کے اوقات میں ازدواجی تعلقات ممنوع ہونے کے باوجود رات کے اوقات میں اس کی اجازت، افطار و سحر کے اوقات جاننے کے لیے جنتری کا پابند کرنے کے بجائے عام مشاہدے کو بنیاد قرار دینا اسی قسم کی چیزیں ہیں۔</w:t>
      </w:r>
    </w:p>
    <w:p>
      <w:r>
        <w:rPr>
          <w:b/>
        </w:rPr>
        <w:t xml:space="preserve">[1:15:12] </w:t>
      </w:r>
      <w:r>
        <w:t>juz'i tafseelaat mein bandon ko ganjayesh dete hue Allah ne 'umoomi haden waazeh farma di hain.</w:t>
      </w:r>
    </w:p>
    <w:p>
      <w:pPr>
        <w:jc w:val="right"/>
      </w:pPr>
      <w:r>
        <w:t>جزئی تفصیلات میں بندوں کو گنجائش دیتے ہوئے اللہ نے عمومی حدیں واضح فرما دی ہیں۔</w:t>
      </w:r>
    </w:p>
    <w:p>
      <w:r>
        <w:rPr>
          <w:b/>
        </w:rPr>
        <w:t xml:space="preserve">[1:15:19] </w:t>
      </w:r>
      <w:r>
        <w:t>aadmi ko chaahiye ke woh muqarrar hadon ka poori tarah paband rahe. Aur tafseeli juz'iyaat mein is ravesh ko ikhtiyaar kare jo taqwa ki rooh ke mutaabiq hai.</w:t>
      </w:r>
    </w:p>
    <w:p>
      <w:pPr>
        <w:jc w:val="right"/>
      </w:pPr>
      <w:r>
        <w:t>آدمی کو چاہیے کہ وہ مقرر حدوں کا پوری طرح پابند رہے۔ اور تفصیلی جزئیات میں اس روش کو اختیار کرے جو تقویٰ کی روح کے مطابق ہے۔</w:t>
      </w:r>
    </w:p>
    <w:p>
      <w:r>
        <w:rPr>
          <w:b/>
        </w:rPr>
        <w:t xml:space="preserve">[1:15:31] </w:t>
      </w:r>
      <w:r>
        <w:t>roze ke hukum ke foran baad yeh hukum ke naajaayez maal na khaao batata hai ke roze ki haqeeqat kya hai.</w:t>
      </w:r>
    </w:p>
    <w:p>
      <w:pPr>
        <w:jc w:val="right"/>
      </w:pPr>
      <w:r>
        <w:t>روزے کے حکم کے فوراً بعد یہ حکم کہ ناجائز مال نہ کھاؤ بتاتا ہے کہ روزے کی حقیقت کیا ہے۔</w:t>
      </w:r>
    </w:p>
    <w:p>
      <w:r>
        <w:rPr>
          <w:b/>
        </w:rPr>
        <w:t xml:space="preserve">[1:15:40] </w:t>
      </w:r>
      <w:r>
        <w:t>roze ka asal maqsad aadmi ke andar yeh salahiyat paida karna hai ke jahan Khuda ki taraf se rukne ka hukum ho wahan aadmi ruk jaaye.</w:t>
      </w:r>
    </w:p>
    <w:p>
      <w:pPr>
        <w:jc w:val="right"/>
      </w:pPr>
      <w:r>
        <w:t>روزے کا اصل مقصد آدمی کے اندر یہ صلاحیت پیدا کرنا ہے کہ جہاں خدا کی طرف سے رکنے کا حکم ہو وہاں آدمی رک جائے۔</w:t>
      </w:r>
    </w:p>
    <w:p>
      <w:r>
        <w:rPr>
          <w:b/>
        </w:rPr>
        <w:t xml:space="preserve">[1:15:50] </w:t>
      </w:r>
      <w:r>
        <w:t>hata ke agar hukum ho to jaayez cheez se bhi jaise ke roze mein hota hai. Ab jo shakhs Khuda ke hukum ki bina par halaal kamaai tak se ruk jaaye woh isi Khuda ke hukum ki bina par haraam kamaai se kyun na apne aap ko roke rakhega.</w:t>
      </w:r>
    </w:p>
    <w:p>
      <w:pPr>
        <w:jc w:val="right"/>
      </w:pPr>
      <w:r>
        <w:t>حتیٰ کہ اگر حکم ہو تو جائز چیز سے بھی جیسے کہ روزے میں ہوتا ہے۔ اب جو شخص خدا کے حکم کی بنا پر حلال کمائی تک سے رک جائے وہ اسی خدا کے حکم کی بنا پر حرام کمائی سے کیوں نہ اپنے آپ کو روکے رکھے گا۔</w:t>
      </w:r>
    </w:p>
    <w:p>
      <w:r>
        <w:rPr>
          <w:b/>
        </w:rPr>
        <w:t xml:space="preserve">[1:16:08] </w:t>
      </w:r>
      <w:r>
        <w:t>momin ki zindagi ek qism ki rozedaar zindagi hai. Is ko saari umr kuch cheezon se iftaar karna hai aur kuch cheezon se mustaqil taur par roza rakh lena hai.</w:t>
      </w:r>
    </w:p>
    <w:p>
      <w:pPr>
        <w:jc w:val="right"/>
      </w:pPr>
      <w:r>
        <w:t>مومن کی زندگی ایک قسم کی روزہ دار زندگی ہے۔ اس کو ساری عمر کچھ چیزوں سے افطار کرنا ہے اور کچھ چیزوں سے مستقل طور پر روزہ رکھ لینا ہے۔</w:t>
      </w:r>
    </w:p>
    <w:p>
      <w:r>
        <w:rPr>
          <w:b/>
        </w:rPr>
        <w:t xml:space="preserve">[1:16:20] </w:t>
      </w:r>
      <w:r>
        <w:t>ramzan ka mahina isi ki tarbiyat hai. phir roze ki mohtat zindagi aur uska par mushqat amal yeh sabak deta hai ke Allah ka ibadat guzar banda woh hai jo taqwa ki satah par Allah ki ibadat kar raha ho.</w:t>
      </w:r>
    </w:p>
    <w:p>
      <w:pPr>
        <w:jc w:val="right"/>
      </w:pPr>
      <w:r>
        <w:t>رمضان کا مہینہ اسی کی تربیت ہے۔ پھر روزے کی محتاط زندگی اور اس کا پرمشقت عمل یہ سبق دیتا ہے کہ اللہ کا عبادت گزار بندہ وہ ہے جو تقویٰ کی سطح پر اللہ کی عبادت کر رہا ہو۔</w:t>
      </w:r>
    </w:p>
    <w:p>
      <w:r>
        <w:rPr>
          <w:b/>
        </w:rPr>
        <w:t xml:space="preserve">[1:16:35] </w:t>
      </w:r>
      <w:r>
        <w:t>Allah ko pukarne wala sirf woh hai jo qurbaniyon ki satah par Allah ke nazdeki hasil kare.</w:t>
      </w:r>
    </w:p>
    <w:p>
      <w:pPr>
        <w:jc w:val="right"/>
      </w:pPr>
      <w:r>
        <w:t>اللہ کو پکارنے والا صرف وہ ہے جو قربانیوں کی سطح پر اللہ کے نزدیکی حاصل کرے۔</w:t>
      </w:r>
    </w:p>
    <w:p>
      <w:r>
        <w:rPr>
          <w:b/>
        </w:rPr>
        <w:t xml:space="preserve">[1:16:46] </w:t>
      </w:r>
      <w:r>
        <w:t>yasalunaka an al ahilati qul hi mawaqeet lil nas wal haj wa laisal birru an tatu al buyuta min zuhooriha walakin</w:t>
      </w:r>
    </w:p>
    <w:p>
      <w:pPr>
        <w:jc w:val="right"/>
      </w:pPr>
      <w:r>
        <w:t>يسألونك عن الأهلة قل هي مواقيت للناس والحج وليس البر بأن تأتوا البيوت من ظهورها ولكن</w:t>
      </w:r>
    </w:p>
    <w:p>
      <w:r>
        <w:rPr>
          <w:b/>
        </w:rPr>
        <w:t xml:space="preserve">[1:17:03] </w:t>
      </w:r>
      <w:r>
        <w:t>al birru man ittaqa wa atu al buyuta min abwabiha wattaqoo Allaha la allakum tuflihoon</w:t>
      </w:r>
    </w:p>
    <w:p>
      <w:pPr>
        <w:jc w:val="right"/>
      </w:pPr>
      <w:r>
        <w:t>البر من اتقى وأتوا البيوت من أبوابها واتقوا الله لعلكم تفلحون</w:t>
      </w:r>
    </w:p>
    <w:p>
      <w:r>
        <w:rPr>
          <w:b/>
        </w:rPr>
        <w:t xml:space="preserve">[1:17:18] </w:t>
      </w:r>
      <w:r>
        <w:t>wa qatiloo fi sabil Allaha allazeena yuqati loonakum wa la ta'tadoo inna Allaha la yuhibbu al mu'tadeen wa qtuloo hum haythu thaqiftumoohum wa akhrijoohum</w:t>
      </w:r>
    </w:p>
    <w:p>
      <w:pPr>
        <w:jc w:val="right"/>
      </w:pPr>
      <w:r>
        <w:t>وقاتلوا في سبيل الله الذين يقاتلونكم ولا تعتدوا إن الله لا يحب المعتدين وقتلوهم حيث ثقفتموهم وأخرجوهم</w:t>
      </w:r>
    </w:p>
    <w:p>
      <w:r>
        <w:rPr>
          <w:b/>
        </w:rPr>
        <w:t xml:space="preserve">[1:17:40] </w:t>
      </w:r>
      <w:r>
        <w:t>min haythu akhrajookum wal fitnatu ashadd min al qatl wa la tuqati loohum inda al masjidi al harami hatta yuqati lookum feehi</w:t>
      </w:r>
    </w:p>
    <w:p>
      <w:pPr>
        <w:jc w:val="right"/>
      </w:pPr>
      <w:r>
        <w:t>من حيث أخرجوكم والفتنة أشد من القتل ولا تقاتلوهم عند المسجد الحرام حتى يقاتلوكم فيه</w:t>
      </w:r>
    </w:p>
    <w:p>
      <w:r>
        <w:rPr>
          <w:b/>
        </w:rPr>
        <w:t xml:space="preserve">[1:17:58] </w:t>
      </w:r>
      <w:r>
        <w:t>fa in qatalookum faqtuloohum kathalika jaza' al kafireen</w:t>
      </w:r>
    </w:p>
    <w:p>
      <w:pPr>
        <w:jc w:val="right"/>
      </w:pPr>
      <w:r>
        <w:t>فإن قاتلوكم فاقتلوهم كذلك جزاء الكافرين</w:t>
      </w:r>
    </w:p>
    <w:p>
      <w:r>
        <w:rPr>
          <w:b/>
        </w:rPr>
        <w:t xml:space="preserve">[1:18:12] </w:t>
      </w:r>
      <w:r>
        <w:t>fa in intahaw fa inna Allaha ghafoorun raheem</w:t>
      </w:r>
    </w:p>
    <w:p>
      <w:pPr>
        <w:jc w:val="right"/>
      </w:pPr>
      <w:r>
        <w:t>فإن انتهوا فإن الله غفور رحيم</w:t>
      </w:r>
    </w:p>
    <w:p>
      <w:r>
        <w:rPr>
          <w:b/>
        </w:rPr>
        <w:t xml:space="preserve">[1:18:21] </w:t>
      </w:r>
      <w:r>
        <w:t>wa qatiloo hum hatta la takoona fitnatun wa yakoona ad deenu lillahi</w:t>
      </w:r>
    </w:p>
    <w:p>
      <w:pPr>
        <w:jc w:val="right"/>
      </w:pPr>
      <w:r>
        <w:t>وقاتلوهم حتى لا تكون فتنة ويكون الدين لله</w:t>
      </w:r>
    </w:p>
    <w:p>
      <w:r>
        <w:rPr>
          <w:b/>
        </w:rPr>
        <w:t xml:space="preserve">[1:18:31] </w:t>
      </w:r>
      <w:r>
        <w:t>fa in intahaw fala 'udwana illa ala al zzalimeen</w:t>
      </w:r>
    </w:p>
    <w:p>
      <w:pPr>
        <w:jc w:val="right"/>
      </w:pPr>
      <w:r>
        <w:t>فإن انتهوا فلا عدوان إلا على الظالمين</w:t>
      </w:r>
    </w:p>
    <w:p>
      <w:r>
        <w:rPr>
          <w:b/>
        </w:rPr>
        <w:t xml:space="preserve">[1:18:40] </w:t>
      </w:r>
      <w:r>
        <w:t>woh tum se chandun ki bapat poochte hain. keh do ke woh auqat hain logon ke liye aur haj ke liye. aur neki yeh nahi ke tum gharun mein aao chhat par se.</w:t>
      </w:r>
    </w:p>
    <w:p>
      <w:pPr>
        <w:jc w:val="right"/>
      </w:pPr>
      <w:r>
        <w:t>وہ تم سے چاندوں کی بابت پوچھتے ہیں۔ کہہ دو کہ وہ اوقات ہیں لوگوں کے لیے اور حج کے لیے۔ اور نیکی یہ نہیں کہ تم گھروں میں آؤ چھت پر سے۔</w:t>
      </w:r>
    </w:p>
    <w:p>
      <w:r>
        <w:rPr>
          <w:b/>
        </w:rPr>
        <w:t xml:space="preserve">[1:18:51] </w:t>
      </w:r>
      <w:r>
        <w:t>balkeh neki yeh hai ke aadmi parhezgari kare. aur gharun mein un ke darwazon se aao aur Allah se daro.</w:t>
      </w:r>
    </w:p>
    <w:p>
      <w:pPr>
        <w:jc w:val="right"/>
      </w:pPr>
      <w:r>
        <w:t>بلکہ نیکی یہ ہے کہ آدمی پرہیزگاری کرے۔ اور گھروں میں ان کے دروازوں سے آؤ اور اللہ سے ڈرو۔</w:t>
      </w:r>
    </w:p>
    <w:p>
      <w:r>
        <w:rPr>
          <w:b/>
        </w:rPr>
        <w:t xml:space="preserve">[1:18:59] </w:t>
      </w:r>
      <w:r>
        <w:t>taake tum kamyab ho. aur Allah ki rah mein un se lado jo ladte hain tum se. aur ziyadati na karo</w:t>
      </w:r>
    </w:p>
    <w:p>
      <w:pPr>
        <w:jc w:val="right"/>
      </w:pPr>
      <w:r>
        <w:t>تاکہ تم کامیاب ہو۔ اور اللہ کی راہ میں ان سے لڑو جو لڑتے ہیں تم سے۔ اور زیادتی نہ کرو</w:t>
      </w:r>
    </w:p>
    <w:p>
      <w:r>
        <w:rPr>
          <w:b/>
        </w:rPr>
        <w:t xml:space="preserve">[1:19:08] </w:t>
      </w:r>
      <w:r>
        <w:t>. Allah ziyadati karne walun ko pasand nahi karta. aur qatl karo un ko jis jagah pao. aur nikal do un ko jahan se unhon ne tum ko nikala hai.</w:t>
      </w:r>
    </w:p>
    <w:p>
      <w:pPr>
        <w:jc w:val="right"/>
      </w:pPr>
      <w:r>
        <w:t>۔ اللہ زیادتی کرنے والوں کو پسند نہیں کرتا۔ اور قتل کرو ان کو جس جگہ پاؤ۔ اور نکال دو ان کو جہاں سے انہوں نے تم کو نکالا ہے۔</w:t>
      </w:r>
    </w:p>
    <w:p>
      <w:r>
        <w:rPr>
          <w:b/>
        </w:rPr>
        <w:t xml:space="preserve">[1:19:20] </w:t>
      </w:r>
      <w:r>
        <w:t>aur fitna sakht tar hai qatl se. aur un se masjid haram ke pas na lado jab tak ke woh tum se is mein jang na chherein.</w:t>
      </w:r>
    </w:p>
    <w:p>
      <w:pPr>
        <w:jc w:val="right"/>
      </w:pPr>
      <w:r>
        <w:t>اور فتنہ سخت تر ہے قتل سے۔ اور ان سے مسجد حرام کے پاس نہ لڑو جب تک کہ وہ تم سے اس میں جنگ نہ چھیڑیں۔</w:t>
      </w:r>
    </w:p>
    <w:p>
      <w:r>
        <w:rPr>
          <w:b/>
        </w:rPr>
        <w:t xml:space="preserve">[1:19:31] </w:t>
      </w:r>
      <w:r>
        <w:t>pas agar woh tum se jang chherein to un ko qatl karo. yahi saza hai munkirun ki.</w:t>
      </w:r>
    </w:p>
    <w:p>
      <w:pPr>
        <w:jc w:val="right"/>
      </w:pPr>
      <w:r>
        <w:t>پس اگر وہ تم سے جنگ چھیڑیں تو ان کو قتل کرو۔ یہی سزا ہے منکروں کی۔</w:t>
      </w:r>
    </w:p>
    <w:p>
      <w:r>
        <w:rPr>
          <w:b/>
        </w:rPr>
        <w:t xml:space="preserve">[1:19:38] </w:t>
      </w:r>
      <w:r>
        <w:t>phir agar woh baz aa jayen to Allah bakhsne wala meharban hai. aur un se jang karo yahan tak ke fitna baqi na rahe aur deen Allah ka ho jaye.</w:t>
      </w:r>
    </w:p>
    <w:p>
      <w:pPr>
        <w:jc w:val="right"/>
      </w:pPr>
      <w:r>
        <w:t>پھر اگر وہ باز آ جائیں تو اللہ بخشنے والا مہربان ہے۔ اور ان سے جنگ کرو یہاں تک کہ فتنہ باقی نہ رہے اور دین اللہ کا ہو جائے۔</w:t>
      </w:r>
    </w:p>
    <w:p>
      <w:r>
        <w:rPr>
          <w:b/>
        </w:rPr>
        <w:t xml:space="preserve">[1:19:50] </w:t>
      </w:r>
      <w:r>
        <w:t>phir agar woh baz aa jayen to is ke baad sakhti nahi hai magar zalimun par. tashreeh: chand ka ghatna badhna tareekh janne ke liye hai na ke toham paraston ke khayal ke mutabiq</w:t>
      </w:r>
    </w:p>
    <w:p>
      <w:pPr>
        <w:jc w:val="right"/>
      </w:pPr>
      <w:r>
        <w:t>پھر اگر وہ باز آ جائیں تو اس کے بعد سختی نہیں ہے مگر ظالموں پر۔ تشریح: چاند کا گھٹنا بڑھنا تاریخ جاننے کے لیے ہے نہ کہ توہم پرستوں کے خیال کے مطابق</w:t>
      </w:r>
    </w:p>
    <w:p>
      <w:r>
        <w:rPr>
          <w:b/>
        </w:rPr>
        <w:t xml:space="preserve">[1:20:06] </w:t>
      </w:r>
      <w:r>
        <w:t>is liye ke badhte chand ke din mubarak hain aur ghatte chand ke din mehnoos. yeh aasman par zahir hone wali qudrat ki jantri hai.</w:t>
      </w:r>
    </w:p>
    <w:p>
      <w:pPr>
        <w:jc w:val="right"/>
      </w:pPr>
      <w:r>
        <w:t>اس لیے کہ بڑھتے چاند کے دن مبارک ہیں اور گھٹتے چاند کے دن منحوس۔ یہ آسمان پر ظاہر ہونے والی قدرت کی جنتری ہے۔</w:t>
      </w:r>
    </w:p>
    <w:p>
      <w:r>
        <w:rPr>
          <w:b/>
        </w:rPr>
        <w:t xml:space="preserve">[1:20:16] </w:t>
      </w:r>
      <w:r>
        <w:t>taake us ko dekh kar log apne mamlat aur apni ibadat ka nizam muqarrar karen. isi tarah bohat se log zahiri rasoom ko dindari samajh lete hain.</w:t>
      </w:r>
    </w:p>
    <w:p>
      <w:pPr>
        <w:jc w:val="right"/>
      </w:pPr>
      <w:r>
        <w:t>تاکہ اس کو دیکھ کر لوگ اپنے معاملات اور اپنی عبادات کا نظام مقرر کریں۔ اسی طرح بہت سے لوگ ظاہری رسوم کو دینداری سمجھ لیتے ہیں۔</w:t>
      </w:r>
    </w:p>
    <w:p>
      <w:r>
        <w:rPr>
          <w:b/>
        </w:rPr>
        <w:t xml:space="preserve">[1:20:28] </w:t>
      </w:r>
      <w:r>
        <w:t>qadeem arabun ne yeh farz kar liya tha ke haj ka ehram bandhne ke baad apne aur aasman ke darmiyan kisi cheez ka hael hona adab ehram ke khilaf hai.</w:t>
      </w:r>
    </w:p>
    <w:p>
      <w:pPr>
        <w:jc w:val="right"/>
      </w:pPr>
      <w:r>
        <w:t>قدیم عربوں نے یہ فرض کر لیا تھا کہ حج کا احرام باندھنے کے بعد اپنے اور آسمان کے درمیان کسی چیز کا حائل ہونا آداب احرام کے خلاف ہے۔</w:t>
      </w:r>
    </w:p>
    <w:p>
      <w:r>
        <w:rPr>
          <w:b/>
        </w:rPr>
        <w:t xml:space="preserve">[1:20:40] </w:t>
      </w:r>
      <w:r>
        <w:t>is mafroze ki bina par woh aisa karte ke jab ehram bandh kar ghar se bahar aa jate to dobara darwaze ke raste se ghar mein na jate.</w:t>
      </w:r>
    </w:p>
    <w:p>
      <w:pPr>
        <w:jc w:val="right"/>
      </w:pPr>
      <w:r>
        <w:t>اس مفروضے کی بنا پر وہ ایسا کرتے کہ جب احرام باندھ کر گھر سے باہر آ جاتے تو دوبارہ دروازے کے راستے سے گھر میں نہ جاتے۔</w:t>
      </w:r>
    </w:p>
    <w:p>
      <w:r>
        <w:rPr>
          <w:b/>
        </w:rPr>
        <w:t xml:space="preserve">[1:20:50] </w:t>
      </w:r>
      <w:r>
        <w:t>balkeh deewar ke upar se charh kar sahan mein dakhil hote.</w:t>
      </w:r>
    </w:p>
    <w:p>
      <w:pPr>
        <w:jc w:val="right"/>
      </w:pPr>
      <w:r>
        <w:t>بلکہ دیوار کے اوپر سے چڑھ کر صحن میں داخل ہوتے۔</w:t>
      </w:r>
    </w:p>
    <w:p>
      <w:r>
        <w:rPr>
          <w:b/>
        </w:rPr>
        <w:t xml:space="preserve">[1:20:55] </w:t>
      </w:r>
      <w:r>
        <w:t>magar is qism ke zahiri adab ka naam dindari nahi. dindari yeh hai ke aadmi Allah se dare aur zindagi mein us ki muqarrar ki hui hadun ki pabandi kare.</w:t>
      </w:r>
    </w:p>
    <w:p>
      <w:pPr>
        <w:jc w:val="right"/>
      </w:pPr>
      <w:r>
        <w:t>مگر اس قسم کے ظاہری آداب کا نام دینداری نہیں۔ دینداری یہ ہے کہ آدمی اللہ سے ڈرے اور زندگی میں اس کی مقرر کی ہوئی حدوں کی پابندی کرے۔</w:t>
      </w:r>
    </w:p>
    <w:p>
      <w:r>
        <w:rPr>
          <w:b/>
        </w:rPr>
        <w:t xml:space="preserve">[1:21:08] </w:t>
      </w:r>
      <w:r>
        <w:t>momin ko deen ka amal banne ke sath deen ka mujahid bhi banna hai. yahan jis jahad ka zikr hai woh jahad woh hai jo rasool Allah (SAW) ke zamane mein pesh aya</w:t>
      </w:r>
    </w:p>
    <w:p>
      <w:pPr>
        <w:jc w:val="right"/>
      </w:pPr>
      <w:r>
        <w:t>مومن کو دین کا عامل بننے کے ساتھ دین کا مجاہد بھی بننا ہے۔ یہاں جس جہاد کا ذکر ہے وہ جہاد وہ ہے جو رسول اللہ صلی اللہ علیہ وسلم کے زمانے میں پیش آیا</w:t>
      </w:r>
    </w:p>
    <w:p>
      <w:r>
        <w:rPr>
          <w:b/>
        </w:rPr>
        <w:t xml:space="preserve">[1:21:22] </w:t>
      </w:r>
      <w:r>
        <w:t>۔ arab ke mushrikeen ihtimam-e-hujjat ke bawajood dawat-e-risalat se inkar kar ke apne liye zindagi ka haq kho chuke the.</w:t>
      </w:r>
    </w:p>
    <w:p>
      <w:pPr>
        <w:jc w:val="right"/>
      </w:pPr>
      <w:r>
        <w:t>۔ عرب کے مشرکین اہتمام حجت کے باوجود دعوت رسالت سے انکار کر کے اپنے لیے زندگی کا حق کھو چکے تھے۔</w:t>
      </w:r>
    </w:p>
    <w:p>
      <w:r>
        <w:rPr>
          <w:b/>
        </w:rPr>
        <w:t xml:space="preserve">[1:21:32] </w:t>
      </w:r>
      <w:r>
        <w:t>neez unhon ne jarahiyat ka aaghaz kar ke apne khilaf fauji iqdam ko durust sabit kar diya tha. is bina par un ke khilaf talwar uthane ka hukum hua.</w:t>
      </w:r>
    </w:p>
    <w:p>
      <w:pPr>
        <w:jc w:val="right"/>
      </w:pPr>
      <w:r>
        <w:t>نیز انہوں نے جارحیت کا آغاز کر کے اپنے خلاف فوجی اقدام کو درست ثابت کر دیا تھا۔ اس بنا پر ان کے خلاف تلوار اٹھانے کا حکم ہوا۔</w:t>
      </w:r>
    </w:p>
    <w:p>
      <w:r>
        <w:rPr>
          <w:b/>
        </w:rPr>
        <w:t xml:space="preserve">[1:21:43] </w:t>
      </w:r>
      <w:r>
        <w:t>aur un se lado yahan tak ke fitna baqi na rahe aur deen Allah ka ho jaye.</w:t>
      </w:r>
    </w:p>
    <w:p>
      <w:pPr>
        <w:jc w:val="right"/>
      </w:pPr>
      <w:r>
        <w:t>اور ان سے لڑو یہاں تک کہ فتنہ باقی نہ رہے اور دین اللہ کا ہو جائے۔</w:t>
      </w:r>
    </w:p>
    <w:p>
      <w:r>
        <w:rPr>
          <w:b/>
        </w:rPr>
        <w:t xml:space="preserve">[1:21:49] </w:t>
      </w:r>
      <w:r>
        <w:t>ka matlab yeh hai ke sarzamin-e-arab se shirk ka khatma ho jaye. aur deen-e-tauheed ke siwa koi deen wahan baqi na rahe.</w:t>
      </w:r>
    </w:p>
    <w:p>
      <w:pPr>
        <w:jc w:val="right"/>
      </w:pPr>
      <w:r>
        <w:t>کا مطلب یہ ہے کہ سرزمین عرب سے شرک کا خاتمہ ہو جائے۔ اور دین توحید کے سوا کوئی دین وہاں باقی نہ رہے۔</w:t>
      </w:r>
    </w:p>
    <w:p>
      <w:r>
        <w:rPr>
          <w:b/>
        </w:rPr>
        <w:t xml:space="preserve">[1:21:59] </w:t>
      </w:r>
      <w:r>
        <w:t>is hukum ke zariye Allah taala ne arab ko tauheed ka daimi markaz bana diya. ahle iman ko jang ki ijazat sirf is waqt hai jab ke fareeq-e-mukhalif ki taraf se hamle ka aaghaz ho chuka ho</w:t>
      </w:r>
    </w:p>
    <w:p>
      <w:pPr>
        <w:jc w:val="right"/>
      </w:pPr>
      <w:r>
        <w:t>اس حکم کے ذریعے اللہ تعالی نے عرب کو توحید کا دائمی مرکز بنا دیا۔ اہل ایمان کو جنگ کی اجازت صرف اس وقت ہے جب کہ فریق مخالف کی طرف سے حملے کا آغاز ہو چکا ہو</w:t>
      </w:r>
    </w:p>
    <w:p>
      <w:r>
        <w:rPr>
          <w:b/>
        </w:rPr>
        <w:t xml:space="preserve">[1:22:13] </w:t>
      </w:r>
      <w:r>
        <w:t>۔ doosre yeh ke jab ahle iman ghalba pa len to is ke baad maazi par kisi ke liye koi saza nahi. hathiyar dalte hi maazi ke jaraim maaf kar diye jayenge.</w:t>
      </w:r>
    </w:p>
    <w:p>
      <w:pPr>
        <w:jc w:val="right"/>
      </w:pPr>
      <w:r>
        <w:t>۔ دوسرے یہ کہ جب اہل ایمان غلبہ پا لیں تو اس کے بعد ماضی پر کسی کے لیے کوئی سزا نہیں۔ ہتھیار ڈالتے ہی ماضی کے جرائم معاف کر دیے جائیں گے۔</w:t>
      </w:r>
    </w:p>
    <w:p>
      <w:r>
        <w:rPr>
          <w:b/>
        </w:rPr>
        <w:t xml:space="preserve">[1:22:25] </w:t>
      </w:r>
      <w:r>
        <w:t>is ke baad saza ka mustahiq sirf woh shakhs hoga jo aindah kisi qabil-e-saza jurm ka irtikab kare.</w:t>
      </w:r>
    </w:p>
    <w:p>
      <w:pPr>
        <w:jc w:val="right"/>
      </w:pPr>
      <w:r>
        <w:t>اس کے بعد سزا کا مستحق صرف وہ شخص ہوگا جو آئندہ کسی قابل سزا جرم کا ارتکاب کرے۔</w:t>
      </w:r>
    </w:p>
    <w:p>
      <w:r>
        <w:rPr>
          <w:b/>
        </w:rPr>
        <w:t xml:space="preserve">[1:22:33] </w:t>
      </w:r>
      <w:r>
        <w:t>aam halat mein qatl ka hukum aur hai. aur jang-i-halat mein qatl ka hukum aur. ash-shahrul haram bish-shahril haram wal hurumati qisas</w:t>
      </w:r>
    </w:p>
    <w:p>
      <w:pPr>
        <w:jc w:val="right"/>
      </w:pPr>
      <w:r>
        <w:t>عام حالات میں قتل کا حکم اور ہے۔ اور جنگی حالات میں قتل کا حکم اور۔ الشهر الحرام بالشهر الحرام والحرماة قصاص</w:t>
      </w:r>
    </w:p>
    <w:p>
      <w:r>
        <w:rPr>
          <w:b/>
        </w:rPr>
        <w:t xml:space="preserve">[1:22:50] </w:t>
      </w:r>
      <w:r>
        <w:t>faman i'tada 'alaykum fa'tadu 'alayhi bimithli ma i'tada 'alaykum wattaqullaha wa'lamu annallaha ma'al muttaqin</w:t>
      </w:r>
    </w:p>
    <w:p>
      <w:pPr>
        <w:jc w:val="right"/>
      </w:pPr>
      <w:r>
        <w:t>فمن اعتدى عليكم فاعتدوا عليه بمثل ما اعتدى عليكم واتقوا الله واعلموا أن الله مع المتقين</w:t>
      </w:r>
    </w:p>
    <w:p>
      <w:r>
        <w:rPr>
          <w:b/>
        </w:rPr>
        <w:t xml:space="preserve">[1:23:09] </w:t>
      </w:r>
      <w:r>
        <w:t>wa anfiqū fi sabilillahi wa la tulqū bi aydikum ila at-tahlukati</w:t>
      </w:r>
    </w:p>
    <w:p>
      <w:pPr>
        <w:jc w:val="right"/>
      </w:pPr>
      <w:r>
        <w:t>وأنفقوا في سبيل الله ولا تلقوا بأيديكم إلى التهلكة</w:t>
      </w:r>
    </w:p>
    <w:p>
      <w:r>
        <w:rPr>
          <w:b/>
        </w:rPr>
        <w:t xml:space="preserve">[1:23:18] </w:t>
      </w:r>
      <w:r>
        <w:t>wa ahsinu innallaha yuhibbul muhsinin</w:t>
      </w:r>
    </w:p>
    <w:p>
      <w:pPr>
        <w:jc w:val="right"/>
      </w:pPr>
      <w:r>
        <w:t>وأحسنوا إن الله يحب المحسنين</w:t>
      </w:r>
    </w:p>
    <w:p>
      <w:r>
        <w:rPr>
          <w:b/>
        </w:rPr>
        <w:t xml:space="preserve">[1:23:27] </w:t>
      </w:r>
      <w:r>
        <w:t>hurmat wala mahina hurmat wale mahine ka badla hai. aur hurmaton ka bhi qisas hai.</w:t>
      </w:r>
    </w:p>
    <w:p>
      <w:pPr>
        <w:jc w:val="right"/>
      </w:pPr>
      <w:r>
        <w:t>حرمت والا مہینہ حرمت والے مہینے کا بدلہ ہے۔ اور حرمتوں کا بھی قصاص ہے۔</w:t>
      </w:r>
    </w:p>
    <w:p>
      <w:r>
        <w:rPr>
          <w:b/>
        </w:rPr>
        <w:t xml:space="preserve">[1:23:34] </w:t>
      </w:r>
      <w:r>
        <w:t>pas jis ne tum par ziyadati ki tum bhi is par ziyadati karo jaisi us ne tum par ziyadati ki hai. aur Allah se daro aur jaan lo ke Allah parhezgaron ke sath hai.</w:t>
      </w:r>
    </w:p>
    <w:p>
      <w:pPr>
        <w:jc w:val="right"/>
      </w:pPr>
      <w:r>
        <w:t>پس جس نے تم پر زیادتی کی تم بھی اس پر زیادتی کرو جیسی اس نے تم پر زیادتی کی ہے۔ اور اللہ سے ڈرو اور جان لو کہ اللہ پرہیزگاروں کے ساتھ ہے۔</w:t>
      </w:r>
    </w:p>
    <w:p>
      <w:r>
        <w:rPr>
          <w:b/>
        </w:rPr>
        <w:t xml:space="preserve">[1:23:47] </w:t>
      </w:r>
      <w:r>
        <w:t>aur Allah ki rah mein kharch karo aur apne aap ko halakat mein na dalo. aur kaam achhi tarah karo. beshak Allah pasand karta hai achhi tarah kaam karne walon ko.</w:t>
      </w:r>
    </w:p>
    <w:p>
      <w:pPr>
        <w:jc w:val="right"/>
      </w:pPr>
      <w:r>
        <w:t>اور اللہ کی راہ میں خرچ کرو اور اپنے آپ کو ہلاکت میں نہ ڈالو۔ اور کام اچھی طرح کرو۔ بے شک اللہ پسند کرتا ہے اچھی طرح کام کرنے والوں کو۔</w:t>
      </w:r>
    </w:p>
    <w:p>
      <w:r>
        <w:rPr>
          <w:b/>
        </w:rPr>
        <w:t xml:space="preserve">[1:24:02] </w:t>
      </w:r>
      <w:r>
        <w:t>tashreeh: haram mahinon yani Muharram, Rajab, Ziqad, Zil-Hajj mein ya Haram-e-Makkah ki hudood mein ladai gunah hai.</w:t>
      </w:r>
    </w:p>
    <w:p>
      <w:pPr>
        <w:jc w:val="right"/>
      </w:pPr>
      <w:r>
        <w:t>تشریح: حرام مہینوں یعنی محرم، رجب، ذیقعدہ، ذوالحجہ میں یا حرم مکہ کی حدود میں لڑائی گناہ ہے۔</w:t>
      </w:r>
    </w:p>
    <w:p>
      <w:r>
        <w:rPr>
          <w:b/>
        </w:rPr>
        <w:t xml:space="preserve">[1:24:14] </w:t>
      </w:r>
      <w:r>
        <w:t>magar jab mukhalifeen-e-Islam tumhare khilaf karrawai karne ke liye is ki hurmat ko tod dein to tum ko bhi haq hai ke qisas ke taur par tum un ki hurmat ka lihaaz na karo.</w:t>
      </w:r>
    </w:p>
    <w:p>
      <w:pPr>
        <w:jc w:val="right"/>
      </w:pPr>
      <w:r>
        <w:t>مگر جب مخالفین اسلام تمہارے خلاف کارروائی کرنے کے لیے اس کی حرمت کو توڑ دیں تو تم کو بھی حق ہے کہ قصاص کے طور پر تم ان کی حرمت کا لحاظ نہ کرو۔</w:t>
      </w:r>
    </w:p>
    <w:p>
      <w:r>
        <w:rPr>
          <w:b/>
        </w:rPr>
        <w:t xml:space="preserve">[1:24:27] </w:t>
      </w:r>
      <w:r>
        <w:t>magar dushman ke sath dushmani mein tum ko Allah se bekhauf na hona chahiye. kisi had ko todne mein tum apni taraf se ibtida na karo.</w:t>
      </w:r>
    </w:p>
    <w:p>
      <w:pPr>
        <w:jc w:val="right"/>
      </w:pPr>
      <w:r>
        <w:t>مگر دشمن کے ساتھ دشمنی میں تم کو اللہ سے بے خوف نہ ہونا چاہیے۔ کسی حد کو توڑنے میں تم اپنی طرف سے ابتدا نہ کرو۔</w:t>
      </w:r>
    </w:p>
    <w:p>
      <w:r>
        <w:rPr>
          <w:b/>
        </w:rPr>
        <w:t xml:space="preserve">[1:24:37] </w:t>
      </w:r>
      <w:r>
        <w:t>aur na koi aisa iqdam karo jo hadd-e-zaruri se zyada ho. Allah ki madad kisi ko isi waqt milti hai jab ke woh ishtial ke auqat mein bhi Allah ki muqarrar ki hui hudood ka paband bana rahe.</w:t>
      </w:r>
    </w:p>
    <w:p>
      <w:pPr>
        <w:jc w:val="right"/>
      </w:pPr>
      <w:r>
        <w:t>اور نہ کوئی ایسا اقدام کرو جو حد ضروری سے زیادہ ہو۔ اللہ کی مدد کسی کو اسی وقت ملتی ہے جب کہ وہ اشتعال کے اوقات میں بھی اللہ کی مقرر کی ہوئی حدوں کا پابند بنا رہے۔</w:t>
      </w:r>
    </w:p>
    <w:p>
      <w:r>
        <w:rPr>
          <w:b/>
        </w:rPr>
        <w:t xml:space="preserve">[1:24:52] </w:t>
      </w:r>
      <w:r>
        <w:t>qisas aur zulm mein yeh farq hai ke qisas fareeq-e-sani ki taraf se ki hui ziyadati ke barabar</w:t>
      </w:r>
    </w:p>
    <w:p>
      <w:pPr>
        <w:jc w:val="right"/>
      </w:pPr>
      <w:r>
        <w:t>قصاص اور ظلم میں یہ فرق ہے کہ قصاص فریق ثانی کی طرف سے کی ہوئی زیادتی کے برابر</w:t>
      </w:r>
    </w:p>
    <w:p>
      <w:r>
        <w:rPr>
          <w:b/>
        </w:rPr>
        <w:t xml:space="preserve">[1:24:58] </w:t>
      </w:r>
      <w:r>
        <w:t>aur is ke baqadr hota hai. jabke zulm un had-bandiyon se bahar nikal jane ka naam hai. ek shakhs ko kisi se takleef pahunche to woh doosre ko itni hi takleef pahuncha sakta hai jitni us ko pahunchi hai.</w:t>
      </w:r>
    </w:p>
    <w:p>
      <w:pPr>
        <w:jc w:val="right"/>
      </w:pPr>
      <w:r>
        <w:t>اور اس کے بقدر ہوتا ہے۔ جبکہ ظلم ان حد بندیوں سے باہر نکل جانے کا نام ہے۔ ایک شخص کو کسی سے تکلیف پہنچے تو وہ دوسرے کو اتنی ہی تکلیف پہنچا سکتا ہے جتنی اس کو پہنچی ہے۔</w:t>
      </w:r>
    </w:p>
    <w:p>
      <w:r>
        <w:rPr>
          <w:b/>
        </w:rPr>
        <w:t xml:space="preserve">[1:25:13] </w:t>
      </w:r>
      <w:r>
        <w:t>is se zyada ki ijazat nahi. naseehat buri lage to gaali aur istihza se is ka jawab dena ya zaban-o-qalam ki shikayat ke badle mein jarahiyat dikhana taqwa ke sarasar khilaf hai.</w:t>
      </w:r>
    </w:p>
    <w:p>
      <w:pPr>
        <w:jc w:val="right"/>
      </w:pPr>
      <w:r>
        <w:t>اس سے زیادہ کی اجازت نہیں۔ نصیحت بری لگے تو گالی اور استہزاء سے اس کا جواب دینا یا زبان و قلم کی شکایت کے بدلے میں جارحیت دکھانا تقویٰ کے سراسر خلاف ہے۔</w:t>
      </w:r>
    </w:p>
    <w:p>
      <w:r>
        <w:rPr>
          <w:b/>
        </w:rPr>
        <w:t xml:space="preserve">[1:25:29] </w:t>
      </w:r>
      <w:r>
        <w:t>isi tarah mali nuqsan ke badle jani nuqsan, mamooli chot ke badle zyada badi chot, ek qatl ke badle bahut se aadmiyon ka qatl, is qism ki tamam cheezein zulm ki tareef mein aati hain.</w:t>
      </w:r>
    </w:p>
    <w:p>
      <w:pPr>
        <w:jc w:val="right"/>
      </w:pPr>
      <w:r>
        <w:t>اسی طرح مالی نقصان کے بدلے جانی نقصان، معمولی چوٹ کے بدلے زیادہ بڑی چوٹ، ایک قتل کے بدلے بہت سے آدمیوں کا قتل، اس قسم کی تمام چیزیں ظلم کی تعریف میں آتی ہیں۔</w:t>
      </w:r>
    </w:p>
    <w:p>
      <w:r>
        <w:rPr>
          <w:b/>
        </w:rPr>
        <w:t xml:space="preserve">[1:25:45] </w:t>
      </w:r>
      <w:r>
        <w:t>musalman ke liye barabar ka badla yani qisas jaiz hai. magar zulm kisi haal mein jaiz nahi.</w:t>
      </w:r>
    </w:p>
    <w:p>
      <w:pPr>
        <w:jc w:val="right"/>
      </w:pPr>
      <w:r>
        <w:t>مسلمان کے لیے برابر کا بدلہ یعنی قصاص جائز ہے۔ مگر ظلم کسی حال میں جائز نہیں۔</w:t>
      </w:r>
    </w:p>
    <w:p>
      <w:r>
        <w:rPr>
          <w:b/>
        </w:rPr>
        <w:t xml:space="preserve">[1:25:52] </w:t>
      </w:r>
      <w:r>
        <w:t>Allah ki rah mein jahad sab se zyada jis cheez ka taqaza karti hai woh maal hai. aur maal ki qurbani bilashubah aadmi ke liye sab se zyada mushkil cheez hai.</w:t>
      </w:r>
    </w:p>
    <w:p>
      <w:pPr>
        <w:jc w:val="right"/>
      </w:pPr>
      <w:r>
        <w:t>اللہ کی راہ میں جدوجہد سب سے زیادہ جس چیز کا تقاضا کرتی ہے وہ مال ہے۔ اور مال کی قربانی بلاشبہ آدمی کے لیے سب سے زیادہ مشکل چیز ہے۔</w:t>
      </w:r>
    </w:p>
    <w:p>
      <w:r>
        <w:rPr>
          <w:b/>
        </w:rPr>
        <w:t xml:space="preserve">[1:26:05] </w:t>
      </w:r>
      <w:r>
        <w:t>is liye hukum diya ke Allah ke kaam ko apna kaam samajh kar is ki rah mein khoob maal kharch karo. aur is kaam ko is ki behtar se behtar surat mein anjam do.</w:t>
      </w:r>
    </w:p>
    <w:p>
      <w:pPr>
        <w:jc w:val="right"/>
      </w:pPr>
      <w:r>
        <w:t>اس لیے حکم دیا کہ اللہ کے کام کو اپنا کام سمجھ کر اس کی راہ میں خوب مال خرچ کرو۔ اور اس کام کو اس کی بہتر سے بہتر صورت میں انجام دو۔</w:t>
      </w:r>
    </w:p>
    <w:p>
      <w:r>
        <w:rPr>
          <w:b/>
        </w:rPr>
        <w:t xml:space="preserve">[1:26:17] </w:t>
      </w:r>
      <w:r>
        <w:t>apne aap ko halakat mein na daalo se murad bahl hai.</w:t>
      </w:r>
    </w:p>
    <w:p>
      <w:pPr>
        <w:jc w:val="right"/>
      </w:pPr>
      <w:r>
        <w:t>اپنے آپ کو ہلاکت میں نہ ڈالو سے مراد بحل ہے۔</w:t>
      </w:r>
    </w:p>
    <w:p>
      <w:r>
        <w:rPr>
          <w:b/>
        </w:rPr>
        <w:t xml:space="preserve">[1:26:21] </w:t>
      </w:r>
      <w:r>
        <w:t>yani aisa na ho ke tum Allah ki rah mein kharch na karo. kyunke kharch mein dil tang hona dunya o akhirat ki barbadi hai.</w:t>
      </w:r>
    </w:p>
    <w:p>
      <w:pPr>
        <w:jc w:val="right"/>
      </w:pPr>
      <w:r>
        <w:t>یعنی ایسا نہ ہو کہ تم اللہ کی راہ میں خرچ نہ کرو۔ کیونکہ خرچ میں دل تنگ ہونا دنیا و آخرت کی بربادی ہے۔</w:t>
      </w:r>
    </w:p>
    <w:p>
      <w:r>
        <w:rPr>
          <w:b/>
        </w:rPr>
        <w:t xml:space="preserve">[1:26:30] </w:t>
      </w:r>
      <w:r>
        <w:t>aadmi maal kharch kar dene ko halakat samajhta hai. magar haqeeqat yeh hai ke maal ko Allah ki rah mein kharch na karna halakat hai.</w:t>
      </w:r>
    </w:p>
    <w:p>
      <w:pPr>
        <w:jc w:val="right"/>
      </w:pPr>
      <w:r>
        <w:t>آدمی مال خرچ کر دینے کو ہلاکت سمجھتا ہے۔ مگر حقیقت یہ ہے کہ مال کو اللہ کی راہ میں خرچ نہ کرنا ہلاکت ہے۔</w:t>
      </w:r>
    </w:p>
    <w:p>
      <w:r>
        <w:rPr>
          <w:b/>
        </w:rPr>
        <w:t xml:space="preserve">[1:26:40] </w:t>
      </w:r>
      <w:r>
        <w:t>aadmi ke paas jo kuch hai agar woh us ko Allah ke hawale na kare to Allah ke paas jo kuch hai woh kyun us ko aadmi ke hawale karega?</w:t>
      </w:r>
    </w:p>
    <w:p>
      <w:pPr>
        <w:jc w:val="right"/>
      </w:pPr>
      <w:r>
        <w:t>آدمی کے پاس جو کچھ ہے اگر وہ اس کو اللہ کے حوالے نہ کرے تو اللہ کے پاس جو کچھ ہے وہ کیوں اس کو آدمی کے حوالے کرے گا؟</w:t>
      </w:r>
    </w:p>
    <w:p>
      <w:r>
        <w:rPr>
          <w:b/>
        </w:rPr>
        <w:t xml:space="preserve">[1:26:50] </w:t>
      </w:r>
      <w:r>
        <w:t>aadmi apni daulat ka istemal sirf yeh samajhta hai ke woh us ko apni zaat par ya apne biwi bachon par kharch kare.</w:t>
      </w:r>
    </w:p>
    <w:p>
      <w:pPr>
        <w:jc w:val="right"/>
      </w:pPr>
      <w:r>
        <w:t>آدمی اپنی دولت کا استعمال صرف یہ سمجھتا ہے کہ وہ اس کو اپنی ذات پر یا اپنے بیوی بچوں پر خرچ کرے۔</w:t>
      </w:r>
    </w:p>
    <w:p>
      <w:r>
        <w:rPr>
          <w:b/>
        </w:rPr>
        <w:t xml:space="preserve">[1:26:59] </w:t>
      </w:r>
      <w:r>
        <w:t>magar is zehn ko quran halakat batata hai. is ke bajaye daulat ka sahi istemal yeh hai ke us ko zyada se zyada deen ki zarooraton par kharch kiya jaye.</w:t>
      </w:r>
    </w:p>
    <w:p>
      <w:pPr>
        <w:jc w:val="right"/>
      </w:pPr>
      <w:r>
        <w:t>مگر اس ذہن کو قرآن ہلاکت بتاتا ہے۔ اس کے بجائے دولت کا صحیح استعمال یہ ہے کہ اس کو زیادہ سے زیادہ دین کی ضرورتوں پر خرچ کیا جائے۔</w:t>
      </w:r>
    </w:p>
    <w:p>
      <w:r>
        <w:rPr>
          <w:b/>
        </w:rPr>
        <w:t xml:space="preserve">[1:27:11] </w:t>
      </w:r>
      <w:r>
        <w:t>maal ko sirf apni zaati hoslon ki takmeel mein kharch karna fard aur muashre ko Khuda ke ghazab ka mustahiq banata hai.</w:t>
      </w:r>
    </w:p>
    <w:p>
      <w:pPr>
        <w:jc w:val="right"/>
      </w:pPr>
      <w:r>
        <w:t>مال کو صرف اپنی ذاتی حوصلوں کی تکمیل میں خرچ کرنا فرد اور معاشرے کو خدا کے غضب کا مستحق بناتا ہے۔</w:t>
      </w:r>
    </w:p>
    <w:p>
      <w:r>
        <w:rPr>
          <w:b/>
        </w:rPr>
        <w:t xml:space="preserve">[1:27:20] </w:t>
      </w:r>
      <w:r>
        <w:t>is ke baraks jab maal ko Allah ke deen ki rah mein kharch kiya jaye to fard aur jamaat dono Allah ki rehmaton aur nusraton ke mustahiq bante hain.</w:t>
      </w:r>
    </w:p>
    <w:p>
      <w:pPr>
        <w:jc w:val="right"/>
      </w:pPr>
      <w:r>
        <w:t>اس کے برعکس جب مال کو اللہ کے دین کی راہ میں خرچ کیا جائے تو فرد اور جماعت دونوں اللہ کی رحمتوں اور نصرتوں کے مستحق بنتے ہیں۔</w:t>
      </w:r>
    </w:p>
    <w:p>
      <w:r>
        <w:rPr>
          <w:b/>
        </w:rPr>
        <w:t xml:space="preserve">[1:27:30] </w:t>
      </w:r>
      <w:r>
        <w:t>kharch karne walon ko is ka faida beshumar sooraton mein dunya mein bhi hasil hota hai aur akhirat mein bhi.</w:t>
      </w:r>
    </w:p>
    <w:p>
      <w:pPr>
        <w:jc w:val="right"/>
      </w:pPr>
      <w:r>
        <w:t>خرچ کرنے والوں کو اس کا فائدہ بے شمار صورتوں میں دنیا میں بھی حاصل ہوتا ہے اور آخرت میں بھی۔</w:t>
      </w:r>
    </w:p>
    <w:p>
      <w:r>
        <w:rPr>
          <w:b/>
        </w:rPr>
        <w:t xml:space="preserve">[1:27:41] </w:t>
      </w:r>
      <w:r>
        <w:t>wa atimmul hajja wal umrata lillah</w:t>
      </w:r>
    </w:p>
    <w:p>
      <w:pPr>
        <w:jc w:val="right"/>
      </w:pPr>
      <w:r>
        <w:t>وآتِموا الحج والعمره لله</w:t>
      </w:r>
    </w:p>
    <w:p>
      <w:r>
        <w:rPr>
          <w:b/>
        </w:rPr>
        <w:t xml:space="preserve">[1:27:48] </w:t>
      </w:r>
      <w:r>
        <w:t>fa in ahsirtum fa mastaisara minal hadyi wala tahluqu ru'usakum hatta yablughal hadyu mahillahu fa man kana minkum mareedan aw bihi</w:t>
      </w:r>
    </w:p>
    <w:p>
      <w:pPr>
        <w:jc w:val="right"/>
      </w:pPr>
      <w:r>
        <w:t>فإن أحصرتم فما استيسر من الهدي ولا تحلقوا رؤوسكم حتى يبلغ الهدي محله فمن كان منكم مريضا أو به</w:t>
      </w:r>
    </w:p>
    <w:p>
      <w:r>
        <w:rPr>
          <w:b/>
        </w:rPr>
        <w:t xml:space="preserve">[1:28:07] </w:t>
      </w:r>
      <w:r>
        <w:t>azay min ra'sihi fa fidyatun min siyam in aw sadaqatin aw nusukin fa izaa amintum fa man tamatta'al umrata ilal hajji fa mastaisara minal hadyi</w:t>
      </w:r>
    </w:p>
    <w:p>
      <w:pPr>
        <w:jc w:val="right"/>
      </w:pPr>
      <w:r>
        <w:t>أذى من رأسه ففديه من صيام أو صدقة أو نسك فإذا آمنتم فمن تمتع بالعمره إلى الحج فما استيسر من الهدي</w:t>
      </w:r>
    </w:p>
    <w:p>
      <w:r>
        <w:rPr>
          <w:b/>
        </w:rPr>
        <w:t xml:space="preserve">[1:28:29] </w:t>
      </w:r>
      <w:r>
        <w:t>fa mal lam yajid fa siyamu thalathati ayyamin fil hajji wa sab'atin izaa raja'tum tilka 'ashratun kamilatun thalika liman lam yakun ahluhu hazirul masjidi al haram</w:t>
      </w:r>
    </w:p>
    <w:p>
      <w:pPr>
        <w:jc w:val="right"/>
      </w:pPr>
      <w:r>
        <w:t>فمن لم يجد فصيام ثلاثة أيام في الحج وسبعة إذا رجعتم تلك عشرة كاملة ذلك لمن لم يكن أهله حاضر المسجد الحرام</w:t>
      </w:r>
    </w:p>
    <w:p>
      <w:r>
        <w:rPr>
          <w:b/>
        </w:rPr>
        <w:t xml:space="preserve">[1:28:52] </w:t>
      </w:r>
      <w:r>
        <w:t>wattaqullaha wa'lamu annallaha shadeedul 'iqabi al hajju ash hurun ma'lumatu</w:t>
      </w:r>
    </w:p>
    <w:p>
      <w:pPr>
        <w:jc w:val="right"/>
      </w:pPr>
      <w:r>
        <w:t>واتقوا الله واعلموا أن الله شديد العقاب الحج أشهر معلومات</w:t>
      </w:r>
    </w:p>
    <w:p>
      <w:r>
        <w:rPr>
          <w:b/>
        </w:rPr>
        <w:t xml:space="preserve">[1:29:09] </w:t>
      </w:r>
      <w:r>
        <w:t>fa man farada fihinnal hajja fala rathaf wa la fusooqa wa la jidala fil hajji wa ma taf'alu min khairin ya'lamuhullahu</w:t>
      </w:r>
    </w:p>
    <w:p>
      <w:pPr>
        <w:jc w:val="right"/>
      </w:pPr>
      <w:r>
        <w:t>فمن فرض فيهن الحج فلا رفث ولا فسوق ولا جدال في الحج وما تفعلوا من خير يعلمه الله</w:t>
      </w:r>
    </w:p>
    <w:p>
      <w:r>
        <w:rPr>
          <w:b/>
        </w:rPr>
        <w:t xml:space="preserve">[1:29:26] </w:t>
      </w:r>
      <w:r>
        <w:t>wa tazawwadu fa khairuz zadit taqwa wattaqooni ya ulil albabi</w:t>
      </w:r>
    </w:p>
    <w:p>
      <w:pPr>
        <w:jc w:val="right"/>
      </w:pPr>
      <w:r>
        <w:t>وتزودوا فإن خير الزاد التقوى واتقون يا أولي الألباب</w:t>
      </w:r>
    </w:p>
    <w:p>
      <w:r>
        <w:rPr>
          <w:b/>
        </w:rPr>
        <w:t xml:space="preserve">[1:29:39] </w:t>
      </w:r>
      <w:r>
        <w:t>aur poora karo haj aur umra Allah ke liye. phir agar tum ghar jao to jo qurbani ka janwar mayassar ho woh pesh kar do.</w:t>
      </w:r>
    </w:p>
    <w:p>
      <w:pPr>
        <w:jc w:val="right"/>
      </w:pPr>
      <w:r>
        <w:t>اور پورا کرو حج اور عمرہ اللہ کے لیے۔ پھر اگر تم گھر جاؤ تو جو قربانی کا جانور میسر ہو وہ پیش کر دو۔</w:t>
      </w:r>
    </w:p>
    <w:p>
      <w:r>
        <w:rPr>
          <w:b/>
        </w:rPr>
        <w:t xml:space="preserve">[1:29:49] </w:t>
      </w:r>
      <w:r>
        <w:t>aur apne saron ko na mundao jab tak ke qurbani apne thikane par na pahunch jaye. tum mein se jo beemar ho ya us ke sar mein koi takleef ho to woh fidiya de.</w:t>
      </w:r>
    </w:p>
    <w:p>
      <w:pPr>
        <w:jc w:val="right"/>
      </w:pPr>
      <w:r>
        <w:t>اور اپنے سروں کو نہ منڈاؤ جب تک کہ قربانی اپنے ٹھکانے پر نہ پہنچ جائے۔ تم میں سے جو بیمار ہو یا اس کے سر میں کوئی تکلیف ہو تو وہ فدیہ دے۔</w:t>
      </w:r>
    </w:p>
    <w:p>
      <w:r>
        <w:rPr>
          <w:b/>
        </w:rPr>
        <w:t xml:space="preserve">[1:30:00] </w:t>
      </w:r>
      <w:r>
        <w:t>roza ya sadqa ya qurbani ka.</w:t>
      </w:r>
    </w:p>
    <w:p>
      <w:pPr>
        <w:jc w:val="right"/>
      </w:pPr>
      <w:r>
        <w:t>روزہ یا صدقہ یا قربانی کا۔</w:t>
      </w:r>
    </w:p>
    <w:p>
      <w:r>
        <w:rPr>
          <w:b/>
        </w:rPr>
        <w:t xml:space="preserve">[1:30:04] </w:t>
      </w:r>
      <w:r>
        <w:t>jab aman ki halat ho aur koi haj tak umre ka faida hasil karna chahe to woh qurbani pesh kare jo us ko mayassar aaye.</w:t>
      </w:r>
    </w:p>
    <w:p>
      <w:pPr>
        <w:jc w:val="right"/>
      </w:pPr>
      <w:r>
        <w:t>جب امن کی حالت ہو اور کوئی حج تک عمرے کا فائدہ حاصل کرنا چاہے تو وہ قربانی پیش کرے جو اس کو میسر آئے۔</w:t>
      </w:r>
    </w:p>
    <w:p>
      <w:r>
        <w:rPr>
          <w:b/>
        </w:rPr>
        <w:t xml:space="preserve">[1:30:13] </w:t>
      </w:r>
      <w:r>
        <w:t>phir jis ko mayassar na aaye to woh haj ke ayyam mein teen din ke roze rakhe. aur saat din ke roze jab ke tum gharon ko lotu.</w:t>
      </w:r>
    </w:p>
    <w:p>
      <w:pPr>
        <w:jc w:val="right"/>
      </w:pPr>
      <w:r>
        <w:t>پھر جس کو میسر نہ آئے تو وہ حج کے ایام میں تین دن کے روزے رکھے۔ اور سات دن کے روزے جب کہ تم گھروں کو لوٹو۔</w:t>
      </w:r>
    </w:p>
    <w:p>
      <w:r>
        <w:rPr>
          <w:b/>
        </w:rPr>
        <w:t xml:space="preserve">[1:30:23] </w:t>
      </w:r>
      <w:r>
        <w:t>yeh poore das din hue. yeh us shakhs ke liye hai jis ka khandan masjid haram ke paas abad na ho.</w:t>
      </w:r>
    </w:p>
    <w:p>
      <w:pPr>
        <w:jc w:val="right"/>
      </w:pPr>
      <w:r>
        <w:t>یہ پورے دس دن ہوئے۔ یہ اس شخص کے لیے ہے جس کا خاندان مسجد حرام کے پاس آباد نہ ہو۔</w:t>
      </w:r>
    </w:p>
    <w:p>
      <w:r>
        <w:rPr>
          <w:b/>
        </w:rPr>
        <w:t xml:space="preserve">[1:30:31] </w:t>
      </w:r>
      <w:r>
        <w:t>Allah se daro aur jaan lo ke Allah sakht azab dene wala hai. haj ke mutayyan mahine hain. pas jis ne haj ka azm kar liya to phir us ko haj ke dauran na koi fash baat karni hai aur na gunah ki aur na ladai jhagde ki.</w:t>
      </w:r>
    </w:p>
    <w:p>
      <w:pPr>
        <w:jc w:val="right"/>
      </w:pPr>
      <w:r>
        <w:t>اللہ سے ڈرو اور جان لو کہ اللہ سخت عذاب دینے والا ہے۔ حج کے متعین مہینے ہیں۔ پس جس نے حج کا عزم کر لیا تو پھر اس کو حج کے دوران نہ کوئی فحش بات کرنی ہے اور نہ گناہ کی اور نہ لڑائی جھگڑے کی۔</w:t>
      </w:r>
    </w:p>
    <w:p>
      <w:r>
        <w:rPr>
          <w:b/>
        </w:rPr>
        <w:t xml:space="preserve">[1:30:48] </w:t>
      </w:r>
      <w:r>
        <w:t>aur jo naik kaam tum karoge Allah us ko jaan le ga. aur tum zad-e-rah lo. behtareen zad-e-rah taqwa ka zad-e-rah hai.</w:t>
      </w:r>
    </w:p>
    <w:p>
      <w:pPr>
        <w:jc w:val="right"/>
      </w:pPr>
      <w:r>
        <w:t>اور جو نیک کام تم کرو گے اللہ اس کو جان لے گا۔ اور تم زاد راہ لو۔ بہترین زاد راہ تقویٰ کا زاد راہ ہے۔</w:t>
      </w:r>
    </w:p>
    <w:p>
      <w:r>
        <w:rPr>
          <w:b/>
        </w:rPr>
        <w:t xml:space="preserve">[1:30:58] </w:t>
      </w:r>
      <w:r>
        <w:t>aur aye aql walon mujh se daro</w:t>
      </w:r>
    </w:p>
    <w:p>
      <w:pPr>
        <w:jc w:val="right"/>
      </w:pPr>
      <w:r>
        <w:t>اور اے عقل والوں مجھ سے ڈرو</w:t>
      </w:r>
    </w:p>
    <w:p>
      <w:r>
        <w:rPr>
          <w:b/>
        </w:rPr>
        <w:t xml:space="preserve">[1:31:01] </w:t>
      </w:r>
      <w:r>
        <w:t>۔ tashreeh: zamana jahiliyat ke arbon mein bhi haj ka riwaj tha. magar woh un ke liye goya aik qoumi rasam ya tijarti mele tha.</w:t>
      </w:r>
    </w:p>
    <w:p>
      <w:pPr>
        <w:jc w:val="right"/>
      </w:pPr>
      <w:r>
        <w:t>۔ تشریح: زمانہ جاہلیت کے عربوں میں بھی حج کا رواج تھا۔ مگر وہ ان کے لیے گویا ایک قومی رسم یا تجارتی میلہ تھا۔</w:t>
      </w:r>
    </w:p>
    <w:p>
      <w:r>
        <w:rPr>
          <w:b/>
        </w:rPr>
        <w:t xml:space="preserve">[1:31:12] </w:t>
      </w:r>
      <w:r>
        <w:t>nah ke Allah wahid ki ibadat. Magar haj o umrah ho ya aur koi ibadat un ki asal qeemat isi waqt hai jab ke woh khalisatan Allah ke liye ada ki jayen.</w:t>
      </w:r>
    </w:p>
    <w:p>
      <w:pPr>
        <w:jc w:val="right"/>
      </w:pPr>
      <w:r>
        <w:t>نہ کہ اللہ واحد کی عبادت۔ مگر حج و عمرہ ہو یا اور کوئی عبادت ان کی اصل قیمت اسی وقت ہے جب کہ وہ خالصتا اللہ کے لیے ادا کی جائیں۔</w:t>
      </w:r>
    </w:p>
    <w:p>
      <w:r>
        <w:rPr>
          <w:b/>
        </w:rPr>
        <w:t xml:space="preserve">[1:31:24] </w:t>
      </w:r>
      <w:r>
        <w:t>jo shakhs apni rozana zindagi mein Allah ka parastar bana hua ho jab woh Allah ki ibadat ke liye uthta hai to us ki sari nafsiyat simat kar usi ke upar lag jati hain.</w:t>
      </w:r>
    </w:p>
    <w:p>
      <w:pPr>
        <w:jc w:val="right"/>
      </w:pPr>
      <w:r>
        <w:t>جو شخص اپنی روزانہ زندگی میں اللہ کا پرستار بنا ہوا ہو جب وہ اللہ کی عبادت کے لیے اٹھتا ہے تو اس کی ساری نفسیات سمٹ کر اسی کے اوپر لگ جاتی ہیں۔</w:t>
      </w:r>
    </w:p>
    <w:p>
      <w:r>
        <w:rPr>
          <w:b/>
        </w:rPr>
        <w:t xml:space="preserve">[1:31:36] </w:t>
      </w:r>
      <w:r>
        <w:t>woh aik aisi ibadat ka tajurba karta hai jo zahiri taur par dekhne mein to aadab o manasik ka aik majmooa hoti hai magar apni andarooni rooh ke aitbar se woh aik aisi hasti ka apne aap ko Allah ke age dal dena hota hai jo Allah se darta</w:t>
      </w:r>
    </w:p>
    <w:p>
      <w:pPr>
        <w:jc w:val="right"/>
      </w:pPr>
      <w:r>
        <w:t>وہ ایک ایسی عبادت کا تجربہ کرتا ہے جو ظاہری طور پر دیکھنے میں تو آداب و مناسک کا ایک مجموعہ ہوتی ہے مگر اپنی اندرونی روح کے اعتبار سے وہ ایک ایسی ہستی کا اپنے آپ کو اللہ کے آگے ڈال دینا ہوتا ہے جو اللہ سے ڈرتا</w:t>
      </w:r>
    </w:p>
    <w:p>
      <w:r>
        <w:rPr>
          <w:b/>
        </w:rPr>
        <w:t xml:space="preserve">[1:31:53] </w:t>
      </w:r>
      <w:r>
        <w:t>ho. Aur akhirat ki pakar ka andesha jis ki zindagi ka sab se bara masla bana hua ho. Momin woh hai jo shahwat ke liye jeene ke bajaye maqsad ke liye jeene lage.</w:t>
      </w:r>
    </w:p>
    <w:p>
      <w:pPr>
        <w:jc w:val="right"/>
      </w:pPr>
      <w:r>
        <w:t>ہو۔ اور آخرت کی پکڑ کا اندیشہ جس کی زندگی کا سب سے بڑا مسئلہ بنا ہوا ہو۔ مومن وہ ہے جو شہوت کے لیے جینے کے بجائے مقصد کے لیے جینے لگے۔</w:t>
      </w:r>
    </w:p>
    <w:p>
      <w:r>
        <w:rPr>
          <w:b/>
        </w:rPr>
        <w:t xml:space="preserve">[1:32:05] </w:t>
      </w:r>
      <w:r>
        <w:t>woh apne mamlat mein Khuda ki nafarmani se bachne wala ho. Aur ijtamai zindagi mein apas ki ladaai jhagde se bacha rahe. Haj ka safar in akhlaqi ausaf ki tarbiyat ke liye bohat mozu hai.</w:t>
      </w:r>
    </w:p>
    <w:p>
      <w:pPr>
        <w:jc w:val="right"/>
      </w:pPr>
      <w:r>
        <w:t>وہ اپنے معاملات میں خدا کی نافرمانی سے بچنے والا ہو۔ اور اجتماعی زندگی میں آپس کی لڑائی جھگڑے سے بچا رہے۔ حج کا سفر ان اخلاقی اوصاف کی تربیت کے لیے بہت موضوع ہے۔</w:t>
      </w:r>
    </w:p>
    <w:p>
      <w:r>
        <w:rPr>
          <w:b/>
        </w:rPr>
        <w:t xml:space="preserve">[1:32:18] </w:t>
      </w:r>
      <w:r>
        <w:t>is liye is mein khususi taur par in ko taakeed ki gayi</w:t>
      </w:r>
    </w:p>
    <w:p>
      <w:pPr>
        <w:jc w:val="right"/>
      </w:pPr>
      <w:r>
        <w:t>اس لیے اس میں خصوصی طور پر ان کو تاکید کی گئی</w:t>
      </w:r>
    </w:p>
    <w:p>
      <w:r>
        <w:rPr>
          <w:b/>
        </w:rPr>
        <w:t xml:space="preserve">[1:32:22] </w:t>
      </w:r>
      <w:r>
        <w:t>۔ isi tarah haj mein safar ka pehlu logon ko saman safar ke ihtimam mein laga deta hai. Magar Allah ke musafir ki sab se bari zad-e-rah taqwa hai.</w:t>
      </w:r>
    </w:p>
    <w:p>
      <w:pPr>
        <w:jc w:val="right"/>
      </w:pPr>
      <w:r>
        <w:t>۔ اسی طرح حج میں سفر کا پہلو لوگوں کو سامان سفر کے اہتمام میں لگا دیتا ہے۔ مگر اللہ کے مسافر کی سب سے بڑی زاد راہ تقویٰ ہے۔</w:t>
      </w:r>
    </w:p>
    <w:p>
      <w:r>
        <w:rPr>
          <w:b/>
        </w:rPr>
        <w:t xml:space="preserve">[1:32:33] </w:t>
      </w:r>
      <w:r>
        <w:t>aik shakhs saman safar ke poore ihtimam ke sath nikle. Doosra shakhs tawakkul alal Allah ka سرمایہ le kar nikle. To daraan safar dono ki nafsiyat yaksaan nahi ho sakteen.</w:t>
      </w:r>
    </w:p>
    <w:p>
      <w:pPr>
        <w:jc w:val="right"/>
      </w:pPr>
      <w:r>
        <w:t>ایک شخص سامان سفر کے پورے اہتمام کے ساتھ نکلے۔ دوسرا شخص اعتماد علی اللہ کا سرمایہ لے کر نکلے۔ تو دوران سفر دونوں کی نفسیات یکساں نہیں ہو سکتیں۔</w:t>
      </w:r>
    </w:p>
    <w:p>
      <w:r>
        <w:rPr>
          <w:b/>
        </w:rPr>
        <w:t xml:space="preserve">[1:32:44] </w:t>
      </w:r>
      <w:r>
        <w:t>ae aql walon mera taqwa ikhtiyar karo.</w:t>
      </w:r>
    </w:p>
    <w:p>
      <w:pPr>
        <w:jc w:val="right"/>
      </w:pPr>
      <w:r>
        <w:t>اے عقل والوں میرا تقویٰ اختیار کرو۔</w:t>
      </w:r>
    </w:p>
    <w:p>
      <w:r>
        <w:rPr>
          <w:b/>
        </w:rPr>
        <w:t xml:space="preserve">[1:32:48] </w:t>
      </w:r>
      <w:r>
        <w:t>se maloom hua ke taqwa aik aisi cheez hai jis ka talluq aql se hai. Taqwa kisi zahiri he'at ka naam nahi.</w:t>
      </w:r>
    </w:p>
    <w:p>
      <w:pPr>
        <w:jc w:val="right"/>
      </w:pPr>
      <w:r>
        <w:t>سے معلوم ہوا کہ تقویٰ ایک ایسی چیز ہے جس کا تعلق عقل سے ہے۔ تقویٰ کسی ظاہری ہیئت کا نام نہیں۔</w:t>
      </w:r>
    </w:p>
    <w:p>
      <w:r>
        <w:rPr>
          <w:b/>
        </w:rPr>
        <w:t xml:space="preserve">[1:32:56] </w:t>
      </w:r>
      <w:r>
        <w:t>yeh aql ya shaoor ki aik halat hai. Insan jab shaoor ki satah par apne Rab ko pa leta hai to uska zehn is ke baad Khuda ke jalal o jamal se bhar jata hai.</w:t>
      </w:r>
    </w:p>
    <w:p>
      <w:pPr>
        <w:jc w:val="right"/>
      </w:pPr>
      <w:r>
        <w:t>یہ عقل یا شعور کی ایک حالت ہے۔ انسان جب شعور کی سطح پر اپنے رب کو پا لیتا ہے تو اس کا ذہن اس کے بعد خدا کے جلال و جمال سے بھر جاتا ہے۔</w:t>
      </w:r>
    </w:p>
    <w:p>
      <w:r>
        <w:rPr>
          <w:b/>
        </w:rPr>
        <w:t xml:space="preserve">[1:33:07] </w:t>
      </w:r>
      <w:r>
        <w:t>us waqt rooh ki lateef satah par jo kaifiyat paida hoti hain unhi ka naam taqwa hai.</w:t>
      </w:r>
    </w:p>
    <w:p>
      <w:pPr>
        <w:jc w:val="right"/>
      </w:pPr>
      <w:r>
        <w:t>اس وقت روح کی لطیف سطح پر جو کیفیات پیدا ہوتی ہیں انہی کا نام تقویٰ ہے۔</w:t>
      </w:r>
    </w:p>
    <w:p>
      <w:r>
        <w:rPr>
          <w:b/>
        </w:rPr>
        <w:t xml:space="preserve">[1:33:14] </w:t>
      </w:r>
      <w:r>
        <w:t>lais alaikum janah an tabtghoo fadlan min rabbikum fa-idha afadtum min arfaat fa-zkurullah</w:t>
      </w:r>
    </w:p>
    <w:p>
      <w:pPr>
        <w:jc w:val="right"/>
      </w:pPr>
      <w:r>
        <w:t>ليس عليكم جناح أن تبتغوا فضلا من ربكم فإذا أفضتم من عرفات فاذكروا الله</w:t>
      </w:r>
    </w:p>
    <w:p>
      <w:r>
        <w:rPr>
          <w:b/>
        </w:rPr>
        <w:t xml:space="preserve">[1:33:31] </w:t>
      </w:r>
      <w:r>
        <w:t>inda al-mashar al-haram fa-zkurullah inda al-mashar al-haram wa-zkuroohu kama hadakum wa in kuntum min qablihi la min ad-dal-leen</w:t>
      </w:r>
    </w:p>
    <w:p>
      <w:pPr>
        <w:jc w:val="right"/>
      </w:pPr>
      <w:r>
        <w:t>عند المشعر الحرام فاذكروا الله عند المشعر الحرام واذكروه كما هداكم وإن كنتم من قبله لمن الضالين</w:t>
      </w:r>
    </w:p>
    <w:p>
      <w:r>
        <w:rPr>
          <w:b/>
        </w:rPr>
        <w:t xml:space="preserve">[1:33:57] </w:t>
      </w:r>
      <w:r>
        <w:t>thumma afidoo min haith afada an-nas wa-stagfirullah</w:t>
      </w:r>
    </w:p>
    <w:p>
      <w:pPr>
        <w:jc w:val="right"/>
      </w:pPr>
      <w:r>
        <w:t>ثم أفيضوا من حيث أفاض الناس واستغفروا الله</w:t>
      </w:r>
    </w:p>
    <w:p>
      <w:r>
        <w:rPr>
          <w:b/>
        </w:rPr>
        <w:t xml:space="preserve">[1:34:06] </w:t>
      </w:r>
      <w:r>
        <w:t>innallaha ghafurur rahim fa-idha qadaytum manasikum fa-zkurullah ka-dhkurikum abakum aw ashadda dhikra</w:t>
      </w:r>
    </w:p>
    <w:p>
      <w:pPr>
        <w:jc w:val="right"/>
      </w:pPr>
      <w:r>
        <w:t>إن الله غفور رحيم فإذا قضيتم مناسككم فاذكروا الله كذكركم آباءكم أو أشد ذكرا</w:t>
      </w:r>
    </w:p>
    <w:p>
      <w:r>
        <w:rPr>
          <w:b/>
        </w:rPr>
        <w:t xml:space="preserve">[1:34:24] </w:t>
      </w:r>
      <w:r>
        <w:t>fa-min an-nasi man yaqoolu rabbana atina fid-dunya wa ma lahu fil-akhirati min khalaq wa minhum man yaqoolu rabbana</w:t>
      </w:r>
    </w:p>
    <w:p>
      <w:pPr>
        <w:jc w:val="right"/>
      </w:pPr>
      <w:r>
        <w:t>فمن الناس من يقول ربنا آتنا في الدنيا وما له في الآخرة من خلاق ومنهم من يقول ربنا</w:t>
      </w:r>
    </w:p>
    <w:p>
      <w:r>
        <w:rPr>
          <w:b/>
        </w:rPr>
        <w:t xml:space="preserve">[1:34:43] </w:t>
      </w:r>
      <w:r>
        <w:t>atina fid-dunya hasanatan wa fil-akhirati hasanatan wa qina azab an-nar ulaika lahum naseeb</w:t>
      </w:r>
    </w:p>
    <w:p>
      <w:pPr>
        <w:jc w:val="right"/>
      </w:pPr>
      <w:r>
        <w:t>آتنا في الدنيا حسنة وفي الآخرة حسنة وفي الآخرة حسنة وقنا عذاب النار أولئك لهم نصيب</w:t>
      </w:r>
    </w:p>
    <w:p>
      <w:r>
        <w:rPr>
          <w:b/>
        </w:rPr>
        <w:t xml:space="preserve">[1:35:04] </w:t>
      </w:r>
      <w:r>
        <w:t>mimma kasaboo wallahu saree al-hisab wa-zkurullah fi ayyamin ma'dudat</w:t>
      </w:r>
    </w:p>
    <w:p>
      <w:pPr>
        <w:jc w:val="right"/>
      </w:pPr>
      <w:r>
        <w:t>مما كسبوا والله سريع الحساب واذكروا الله في أيام معدودات</w:t>
      </w:r>
    </w:p>
    <w:p>
      <w:r>
        <w:rPr>
          <w:b/>
        </w:rPr>
        <w:t xml:space="preserve">[1:35:21] </w:t>
      </w:r>
      <w:r>
        <w:t>fa-man</w:t>
      </w:r>
    </w:p>
    <w:p>
      <w:pPr>
        <w:jc w:val="right"/>
      </w:pPr>
      <w:r>
        <w:t>فمن</w:t>
      </w:r>
    </w:p>
    <w:p>
      <w:r>
        <w:rPr>
          <w:b/>
        </w:rPr>
        <w:t xml:space="preserve">[1:35:22] </w:t>
      </w:r>
      <w:r>
        <w:t>ta'ajjala fi yawmain fala ithma alaih wa man ta'akhkhara fala ithma alaih li man ittaqa wa-ttaqullah wa-alamoo</w:t>
      </w:r>
    </w:p>
    <w:p>
      <w:pPr>
        <w:jc w:val="right"/>
      </w:pPr>
      <w:r>
        <w:t>تعجل في يومين فلا إثم عليه ومن تأخر فلا إثم عليه لمن اتقى واتقوا الله واعلموا</w:t>
      </w:r>
    </w:p>
    <w:p>
      <w:r>
        <w:rPr>
          <w:b/>
        </w:rPr>
        <w:t xml:space="preserve">[1:35:39] </w:t>
      </w:r>
      <w:r>
        <w:t>annakum ilaihi tuhsharoona</w:t>
      </w:r>
    </w:p>
    <w:p>
      <w:pPr>
        <w:jc w:val="right"/>
      </w:pPr>
      <w:r>
        <w:t>أنكم إليه تحشرون</w:t>
      </w:r>
    </w:p>
    <w:p>
      <w:r>
        <w:rPr>
          <w:b/>
        </w:rPr>
        <w:t xml:space="preserve">[1:35:45] </w:t>
      </w:r>
      <w:r>
        <w:t>is mein koi gunah nahi ke tum apne Rab ka fazl bhi talash karo phir jab tum log Arafat se wapas ho to Allah ko yaad karo Mashar Haram ke nazdeek aur us ko yaad karo jis tarah Allah ne bataya hai is se pehle yaqeenan tum rah bhatke hue logon mein thay</w:t>
      </w:r>
    </w:p>
    <w:p>
      <w:pPr>
        <w:jc w:val="right"/>
      </w:pPr>
      <w:r>
        <w:t>اس میں کوئی گناہ نہیں کہ تم اپنے رب کا فضل بھی تلاش کرو پھر جب تم لوگ عرفات سے واپس ہو تو اللہ کو یاد کرو مشر حرام کے نزدیک اور اس کو یاد کرو جس طرح اللہ نے بتایا ہے اس سے پہلے یقینا تم راہ بھٹکے ہوئے لوگوں میں تھے</w:t>
      </w:r>
    </w:p>
    <w:p>
      <w:r>
        <w:rPr>
          <w:b/>
        </w:rPr>
        <w:t xml:space="preserve">[1:36:09] </w:t>
      </w:r>
      <w:r>
        <w:t>phir tawaf ko chalo jahan se sab log chalen aur Allah se maafii mango yaqeenan Allah bakhsne wala rahim karne wala hai phir jab tum apne haj ke a'maal poore kar lo to Allah ko yaad karo jis tarah tum pehle apne baap dada ko yaad karte thay balkeh is se bhi zyada</w:t>
      </w:r>
    </w:p>
    <w:p>
      <w:pPr>
        <w:jc w:val="right"/>
      </w:pPr>
      <w:r>
        <w:t>پھر طواف کو چلو جہاں سے سب لوگ چلیں اور اللہ سے معافی مانگو یقینا اللہ بخشنے والا رحم کرنے والا ہے پھر جب تم اپنے حج کے اعمال پورے کر لو تو اللہ کو یاد کرو جس طرح تم پہلے اپنے باپ دادا کو یاد کرتے تھے بلکہ اس سے بھی زیادہ</w:t>
      </w:r>
    </w:p>
    <w:p>
      <w:r>
        <w:rPr>
          <w:b/>
        </w:rPr>
        <w:t xml:space="preserve">[1:36:35] </w:t>
      </w:r>
      <w:r>
        <w:t>pas koi aadmi kehta hai aye hamare rab hum ko isi dunya mein de de aur akhirat mein is ka kuch hissa nahi aur koi aadmi hai jo kehta hai ke aye hamare rab hum ko dunya mein bhalai de aur akhirat mein bhi bhalai de aur hum ko aag ke azab se bacha</w:t>
      </w:r>
    </w:p>
    <w:p>
      <w:pPr>
        <w:jc w:val="right"/>
      </w:pPr>
      <w:r>
        <w:t>پس کوئی آدمی کہتا ہے اے ہمارے رب ہم کو اسی دنیا میں دے دے اور آخرت میں اس کا کچھ حصہ نہیں اور کوئی آدمی ہے جو کہتا ہے کہ اے ہمارے رب ہم کو دنیا میں بھلائی دے اور آخرت میں بھی بھلائی دے اور ہم کو آگ کے عذاب سے بچا</w:t>
      </w:r>
    </w:p>
    <w:p>
      <w:r>
        <w:rPr>
          <w:b/>
        </w:rPr>
        <w:t xml:space="preserve">[1:37:01] </w:t>
      </w:r>
      <w:r>
        <w:t>inhi logon ke liye hissa hai un ke kiye ka aur Allah jald hisab lene wala hai</w:t>
      </w:r>
    </w:p>
    <w:p>
      <w:pPr>
        <w:jc w:val="right"/>
      </w:pPr>
      <w:r>
        <w:t>انہی لوگوں کے لیے حصہ ہے ان کے کیے کا اور اللہ جلد حساب لینے والا ہے</w:t>
      </w:r>
    </w:p>
    <w:p>
      <w:r>
        <w:rPr>
          <w:b/>
        </w:rPr>
        <w:t xml:space="preserve">[1:37:08] </w:t>
      </w:r>
      <w:r>
        <w:t>aur Allah ko yaad karo muqarrar dinon mein phir jo shakhs jaldi kar ke do din mein Makkah</w:t>
      </w:r>
    </w:p>
    <w:p>
      <w:pPr>
        <w:jc w:val="right"/>
      </w:pPr>
      <w:r>
        <w:t>اور اللہ کو یاد کرو مقرر دنوں میں پھر جو شخص جلدی کر کے دو دن میں مکہ</w:t>
      </w:r>
    </w:p>
    <w:p>
      <w:r>
        <w:rPr>
          <w:b/>
        </w:rPr>
        <w:t xml:space="preserve">[1:37:16] </w:t>
      </w:r>
      <w:r>
        <w:t>wapas aa jaye us par koi gunah nahi</w:t>
      </w:r>
    </w:p>
    <w:p>
      <w:pPr>
        <w:jc w:val="right"/>
      </w:pPr>
      <w:r>
        <w:t>واپس آ جائے اس پر کوئی گناہ نہیں</w:t>
      </w:r>
    </w:p>
    <w:p>
      <w:r>
        <w:rPr>
          <w:b/>
        </w:rPr>
        <w:t xml:space="preserve">[1:37:20] </w:t>
      </w:r>
      <w:r>
        <w:t>aur jo shakhs thehar jaye us par bhi koi gunah nahi yeh us ke liye hai jo Allah</w:t>
      </w:r>
    </w:p>
    <w:p>
      <w:pPr>
        <w:jc w:val="right"/>
      </w:pPr>
      <w:r>
        <w:t>اور جو شخص ٹھہر جائے اس پر بھی کوئی گناہ نہیں یہ اس کے لیے ہے جو اللہ</w:t>
      </w:r>
    </w:p>
    <w:p>
      <w:r>
        <w:rPr>
          <w:b/>
        </w:rPr>
        <w:t xml:space="preserve">[1:37:27] </w:t>
      </w:r>
      <w:r>
        <w:t>se dare aur tum Allah se darte raho aur khoob jaan lo ke tum usi ke paas ikatha</w:t>
      </w:r>
    </w:p>
    <w:p>
      <w:pPr>
        <w:jc w:val="right"/>
      </w:pPr>
      <w:r>
        <w:t>سے ڈرے اور تم اللہ سے ڈرتے رہو اور خوب جان لو کہ تم اسی کے پاس اکٹھا</w:t>
      </w:r>
    </w:p>
    <w:p>
      <w:r>
        <w:rPr>
          <w:b/>
        </w:rPr>
        <w:t xml:space="preserve">[1:37:35] </w:t>
      </w:r>
      <w:r>
        <w:t>kiye jao ge</w:t>
      </w:r>
    </w:p>
    <w:p>
      <w:pPr>
        <w:jc w:val="right"/>
      </w:pPr>
      <w:r>
        <w:t>کیے جاؤ گے</w:t>
      </w:r>
    </w:p>
    <w:p>
      <w:r>
        <w:rPr>
          <w:b/>
        </w:rPr>
        <w:t xml:space="preserve">[1:37:39] </w:t>
      </w:r>
      <w:r>
        <w:t>tashreeh asal cheez Allah ka taqwa hai kisi ke andar yeh matloob halat maujood ho to us ke baad haj ke douran maashi zaroorat ke tehat is ka kuch karobar kar lena ya baaz rasoom haj ki adaiygi mein kisi ka aage ya kisi ka peechay ho jana koi harj paida nahi karta</w:t>
      </w:r>
    </w:p>
    <w:p>
      <w:pPr>
        <w:jc w:val="right"/>
      </w:pPr>
      <w:r>
        <w:t>تشریح اصل چیز اللہ کا تقویٰ ہے کسی کے اندر یہ مطلوب حالت موجود ہو تو اس کے بعد حج کے دوران معاشی ضرورت کے تحت اس کا کچھ کاروبار کر لینا یا بعض مراسم حج کی ادائیگی میں کسی کا آگے یا کسی کا پیچھے ہو جانا کوئی حرج پیدا نہیں کرتا</w:t>
      </w:r>
    </w:p>
    <w:p>
      <w:r>
        <w:rPr>
          <w:b/>
        </w:rPr>
        <w:t xml:space="preserve">[1:38:06] </w:t>
      </w:r>
      <w:r>
        <w:t>haj ke douran jo faza jari rehni chahiye woh hai Allah ka khauf Allah ki yaad Allah ki nematton ka shukr Allah ke liye hawalgai ka jazba haj ke douran koi aisa feal nahi hona chahiye jo in kaifiyaton ke khilaf ho mislan kisi shakhs ya giroh ke liye ibadat ki adaiygi mein imtiaz</w:t>
      </w:r>
    </w:p>
    <w:p>
      <w:pPr>
        <w:jc w:val="right"/>
      </w:pPr>
      <w:r>
        <w:t>حج کے دوران جو فضا جاری رہنی چاہیے وہ ہے اللہ کا خوف اللہ کی یاد اللہ کی نعمتوں کا شکر اللہ کے لیے حوالگی کا جذبہ حج کے دوران کوئی ایسا فعل نہیں ہونا چاہیے جو ان کیفیات کے خلاف ہو مثلا کسی شخص یا گروہ کے لیے عبادت کی ادائیگی میں امتیاز</w:t>
      </w:r>
    </w:p>
    <w:p>
      <w:r>
        <w:rPr>
          <w:b/>
        </w:rPr>
        <w:t xml:space="preserve">[1:38:34] </w:t>
      </w:r>
      <w:r>
        <w:t>aba o ajdad ke karname bayan karna jo goya bil wasta toor par apne ko numayan karne ki aik soorat hai yeh cheezen aik aisi ibadat ke sath be joor hain jo yeh batati ho ke tamam insan yaksaan hain jis mein is baat ka elan kiya jata ho ke tamam badai sirf Allah ke liye hai</w:t>
      </w:r>
    </w:p>
    <w:p>
      <w:pPr>
        <w:jc w:val="right"/>
      </w:pPr>
      <w:r>
        <w:t>اباؤ اجداد کے کارنامے بیان کرنا جو گویا بالواسطہ طور پر اپنے کو نمایاں کرنے کی ایک صورت ہے یہ چیزیں ایک ایسی عبادت کے ساتھ بے جوڑ ہیں جو یہ بتاتی ہو کہ تمام انسان یکساں ہیں جس میں اس بات کا اعلان کیا جاتا ہو کہ تمام بڑائی صرف اللہ کے لیے ہے</w:t>
      </w:r>
    </w:p>
    <w:p>
      <w:r>
        <w:rPr>
          <w:b/>
        </w:rPr>
        <w:t xml:space="preserve">[1:38:59] </w:t>
      </w:r>
      <w:r>
        <w:t>haj ke zamanay mein bhi agar aadmi in cheezon ki tarbiyat hasil na kare to zindagi ke baqi lamhat mein woh kis tarah in par qaim ho sakega</w:t>
      </w:r>
    </w:p>
    <w:p>
      <w:pPr>
        <w:jc w:val="right"/>
      </w:pPr>
      <w:r>
        <w:t>حج کے زمانے میں بھی اگر آدمی ان چیزوں کی تربیت حاصل نہ کرے تو زندگی کے بقیہ لمحات میں وہ کس طرح ان پر قائم ہو سکے گا</w:t>
      </w:r>
    </w:p>
    <w:p>
      <w:r>
        <w:rPr>
          <w:b/>
        </w:rPr>
        <w:t xml:space="preserve">[1:39:14] </w:t>
      </w:r>
      <w:r>
        <w:t>dua khaas tor par haj ki dua aadmi ki andarooni halat ka izhar hai</w:t>
      </w:r>
    </w:p>
    <w:p>
      <w:pPr>
        <w:jc w:val="right"/>
      </w:pPr>
      <w:r>
        <w:t>دعا خاص طور پر حج کی دعا آدمی کی اندرونی حالت کا اظہار ہے</w:t>
      </w:r>
    </w:p>
    <w:p>
      <w:r>
        <w:rPr>
          <w:b/>
        </w:rPr>
        <w:t xml:space="preserve">[1:39:21] </w:t>
      </w:r>
      <w:r>
        <w:t>koi shakhs akhirat ki azmaton ko apne dil mein liye hue jee raha ho to haj ke maqamat par is ke dil se akhirat wali duaen ablen gi is ke bar aks jo shakhs dunya ki cheezon mein apna dil lagaye hue ho</w:t>
      </w:r>
    </w:p>
    <w:p>
      <w:pPr>
        <w:jc w:val="right"/>
      </w:pPr>
      <w:r>
        <w:t>کوئی شخص آخرت کی عظمتوں کو اپنے دل میں لیے ہوئے جی رہا ہو تو حج کے مقامات پر اس کے دل سے آخرت والی دعائیں ابلیں گی اس کے برعکس جو شخص دنیا کی چیزوں میں اپنا دل لگائے ہوئے ہو</w:t>
      </w:r>
    </w:p>
    <w:p>
      <w:r>
        <w:rPr>
          <w:b/>
        </w:rPr>
        <w:t xml:space="preserve">[1:39:39] </w:t>
      </w:r>
      <w:r>
        <w:t>woh Hajj ke moqa par bhi apne Khuda se sab se ziyada jo cheez mangay ga woh wohi</w:t>
      </w:r>
    </w:p>
    <w:p>
      <w:pPr>
        <w:jc w:val="right"/>
      </w:pPr>
      <w:r>
        <w:t>وہ حج کے مواقع پر بھی اپنے خدا سے سب سے زیادہ جو چیز مانگے گا وہ وہی</w:t>
      </w:r>
    </w:p>
    <w:p>
      <w:r>
        <w:rPr>
          <w:b/>
        </w:rPr>
        <w:t xml:space="preserve">[1:39:45] </w:t>
      </w:r>
      <w:r>
        <w:t>hogi jis ki taraf liye hue woh wahan pohancha tha aur sab se behtar dua to yeh hai</w:t>
      </w:r>
    </w:p>
    <w:p>
      <w:pPr>
        <w:jc w:val="right"/>
      </w:pPr>
      <w:r>
        <w:t>ہوگی جس کی طرف لیے ہوئے وہ وہاں پہنچا تھا اور سب سے بہتر دعا تو یہ ہے</w:t>
      </w:r>
    </w:p>
    <w:p>
      <w:r>
        <w:rPr>
          <w:b/>
        </w:rPr>
        <w:t xml:space="preserve">[1:39:52] </w:t>
      </w:r>
      <w:r>
        <w:t>ke aadmi apne Rab se kahe ke Khuda ya dunya mein tere nazdeek jo cheez behtar ho woh mujh</w:t>
      </w:r>
    </w:p>
    <w:p>
      <w:pPr>
        <w:jc w:val="right"/>
      </w:pPr>
      <w:r>
        <w:t>کہ آدمی اپنے رب سے کہے کہ خدایا دنیا میں تیرے نزدیک جو چیز بہتر ہو وہ مجھ</w:t>
      </w:r>
    </w:p>
    <w:p>
      <w:r>
        <w:rPr>
          <w:b/>
        </w:rPr>
        <w:t xml:space="preserve">[1:40:00] </w:t>
      </w:r>
      <w:r>
        <w:t>ko dunya mein de de aur aakhirat mein tere nazdeek jo cheez behtar ho woh mujh ko aakhirat</w:t>
      </w:r>
    </w:p>
    <w:p>
      <w:pPr>
        <w:jc w:val="right"/>
      </w:pPr>
      <w:r>
        <w:t>کو دنیا میں دے دے اور آخرت میں تیرے نزدیک جو چیز بہتر ہو وہ مجھ کو آخرت</w:t>
      </w:r>
    </w:p>
    <w:p>
      <w:r>
        <w:rPr>
          <w:b/>
        </w:rPr>
        <w:t xml:space="preserve">[1:40:07] </w:t>
      </w:r>
      <w:r>
        <w:t>mein de de aur apne aitaab se mujh ko bacha le</w:t>
      </w:r>
    </w:p>
    <w:p>
      <w:pPr>
        <w:jc w:val="right"/>
      </w:pPr>
      <w:r>
        <w:t>میں دے دے اور اپنے عتاب سے مجھ کو بچا لے</w:t>
      </w:r>
    </w:p>
    <w:p>
      <w:r>
        <w:rPr>
          <w:b/>
        </w:rPr>
        <w:t xml:space="preserve">[1:40:12] </w:t>
      </w:r>
      <w:r>
        <w:t>tum isi ke paas ikatha kiye jaoge yeh haj ka sab se bara sabak hai jo arafat ke maidan mein dunya bhar ke lakhon insanon ko baik waqt jama kar ke diya jata hai</w:t>
      </w:r>
    </w:p>
    <w:p>
      <w:pPr>
        <w:jc w:val="right"/>
      </w:pPr>
      <w:r>
        <w:t>تم اسی کے پاس اکٹھا کیے جاؤ گے یہ حج کا سب سے بڑا سبق ہے جو عرفات کے میدان میں دنیا بھر کے لاکھوں انسانوں کو بیک وقت جمع کر کے دیا جاتا ہے</w:t>
      </w:r>
    </w:p>
    <w:p>
      <w:r>
        <w:rPr>
          <w:b/>
        </w:rPr>
        <w:t xml:space="preserve">[1:40:29] </w:t>
      </w:r>
      <w:r>
        <w:t>arafat ka ijtima qayamat ke ijtima ki aik tamseel hai</w:t>
      </w:r>
    </w:p>
    <w:p>
      <w:pPr>
        <w:jc w:val="right"/>
      </w:pPr>
      <w:r>
        <w:t>عرفات کا اجتماع قیامت کے اجتماع کی ایک تمثیل ہے</w:t>
      </w:r>
    </w:p>
    <w:p>
      <w:r>
        <w:rPr>
          <w:b/>
        </w:rPr>
        <w:t xml:space="preserve">[1:40:38] </w:t>
      </w:r>
      <w:r>
        <w:t>wa minan nasi man yu'jibuka qauluhu fil hayatid dunya wa yushhidullaha 'ala ma fi qalbihi wa huwa al addul khisam</w:t>
      </w:r>
    </w:p>
    <w:p>
      <w:pPr>
        <w:jc w:val="right"/>
      </w:pPr>
      <w:r>
        <w:t>ومن الناس من يعجبك قوله فی الحیات الدنیا ويشهد اللہ علی ما فی قلبہ ويشهد اللہ علی ما فی قلبہ وهو الد الخصام</w:t>
      </w:r>
    </w:p>
    <w:p>
      <w:r>
        <w:rPr>
          <w:b/>
        </w:rPr>
        <w:t xml:space="preserve">[1:40:58] </w:t>
      </w:r>
      <w:r>
        <w:t>wa idha tawalla sa'a fil ardi li yufsida fiha wa yuhlika al harsa wan nasla wallahu la yuhibbul fasad wa idha qila lahut taqillaha akhadathu al 'izzatu bil ithmi fahasbuhu jahannam</w:t>
      </w:r>
    </w:p>
    <w:p>
      <w:pPr>
        <w:jc w:val="right"/>
      </w:pPr>
      <w:r>
        <w:t>وإذا تولی سعا فی الارض ليفسد فیها ويهلك الحرث والنسل واللہ لا یحب الفساد وإذا قیل له اتق اللہ أخذته العزة بالإثم فحسبه جهنم</w:t>
      </w:r>
    </w:p>
    <w:p>
      <w:r>
        <w:rPr>
          <w:b/>
        </w:rPr>
        <w:t xml:space="preserve">[1:41:23] </w:t>
      </w:r>
      <w:r>
        <w:t>wa li'sa al mihad wa minan nasi man yashri nafsahu ibtigha'a mardatillah wallahu ra'uf</w:t>
      </w:r>
    </w:p>
    <w:p>
      <w:pPr>
        <w:jc w:val="right"/>
      </w:pPr>
      <w:r>
        <w:t>ولبئس المهاد ومن الناس من يشري نفسه ابتغاء مرضات الله والله رؤوف</w:t>
      </w:r>
    </w:p>
    <w:p>
      <w:r>
        <w:rPr>
          <w:b/>
        </w:rPr>
        <w:t xml:space="preserve">[1:41:40] </w:t>
      </w:r>
      <w:r>
        <w:t>bil 'ibad</w:t>
      </w:r>
    </w:p>
    <w:p>
      <w:pPr>
        <w:jc w:val="right"/>
      </w:pPr>
      <w:r>
        <w:t>بالعباد</w:t>
      </w:r>
    </w:p>
    <w:p>
      <w:r>
        <w:rPr>
          <w:b/>
        </w:rPr>
        <w:t xml:space="preserve">[1:41:45] </w:t>
      </w:r>
      <w:r>
        <w:t>aur logon mein se koi hai ke us ki baat dunya ki zindagi mein tum ko khush lagti hai aur woh apne dil ki baat par Allah ko gawah banata hai halankeh woh sakht jhagralu hai aur jab woh peeth pherta hai to woh is koshish mein rehta hai ke zameen mein fasad phailaye aur khetoun aur janon ko halak kare</w:t>
      </w:r>
    </w:p>
    <w:p>
      <w:pPr>
        <w:jc w:val="right"/>
      </w:pPr>
      <w:r>
        <w:t>اور لوگوں میں سے کوئی ہے کہ اس کی بات دنیا کی زندگی میں تم کو خوش لگتی ہے اور وہ اپنے دل کی بات پر اللہ کو گواہ بناتا ہے حالانکہ وہ سخت جھگڑالو ہے اور جب وہ پیٹھ پھیرتا ہے تو وہ اس کوشش میں رہتا ہے کہ زمین میں فساد پھیلائے اور کھیتوں اور جانوں کو ہلاک کرے</w:t>
      </w:r>
    </w:p>
    <w:p>
      <w:r>
        <w:rPr>
          <w:b/>
        </w:rPr>
        <w:t xml:space="preserve">[1:42:13] </w:t>
      </w:r>
      <w:r>
        <w:t>halankeh Allah fasad ko pasand nahi karta aur jab us se kaha jata hai ke Allah se dar to tu waqar us ko gunah par jama deta hai</w:t>
      </w:r>
    </w:p>
    <w:p>
      <w:pPr>
        <w:jc w:val="right"/>
      </w:pPr>
      <w:r>
        <w:t>حالانکہ اللہ فساد کو پسند نہیں کرتا اور جب اس سے کہا جاتا ہے کہ اللہ سے ڈر تو تو وقار اس کو گناہ پر جما دیتا ہے</w:t>
      </w:r>
    </w:p>
    <w:p>
      <w:r>
        <w:rPr>
          <w:b/>
        </w:rPr>
        <w:t xml:space="preserve">[1:42:26] </w:t>
      </w:r>
      <w:r>
        <w:t>pas aisay shakhs ke liye jahannam kafi hai aur woh bohat bura thikana hai aur logon mein koi hai ke Allah ki khushi ki talash mein apni jaan ko bech deta hai aur Allah apne bando par nihayat meharban hai</w:t>
      </w:r>
    </w:p>
    <w:p>
      <w:pPr>
        <w:jc w:val="right"/>
      </w:pPr>
      <w:r>
        <w:t>پس ایسے شخص کے لیے جہنم کافی ہے اور وہ بہت برا ٹھکانہ ہے اور لوگوں میں کوئی ہے کہ اللہ کی خوشی کی تلاش میں اپنی جان کو بیچ دیتا ہے اور اللہ اپنے بندوں پر نہایت مہربان ہے</w:t>
      </w:r>
    </w:p>
    <w:p>
      <w:r>
        <w:rPr>
          <w:b/>
        </w:rPr>
        <w:t xml:space="preserve">[1:42:46] </w:t>
      </w:r>
      <w:r>
        <w:t>tashreeh jo shakhs maslehat ko apna deen banaye us ki baaten hamesha logon ko bohat bhali maloom hoti hain kyun ke woh logon ki pasand ko dekh kar us ke mutabiq bolta hai na ke yeh dekh kar ke haq kiya hai aur nahak kiya us ke samne koi mustaqil miyar nahi hota</w:t>
      </w:r>
    </w:p>
    <w:p>
      <w:pPr>
        <w:jc w:val="right"/>
      </w:pPr>
      <w:r>
        <w:t>تشریح جو شخص مصلحت کو اپنا دین بنائے اس کی باتیں ہمیشہ لوگوں کو بہت بھلی معلوم ہوتی ہیں کیونکہ وہ لوگوں کی پسند کو دیکھ کر اس کے مطابق بولتا ہے نہ کہ یہ دیکھ کر کہ حق کیا ہے اور ناحق کیا اس کے سامنے کوئی مستقل معیار نہیں ہوتا</w:t>
      </w:r>
    </w:p>
    <w:p>
      <w:r>
        <w:rPr>
          <w:b/>
        </w:rPr>
        <w:t xml:space="preserve">[1:43:12] </w:t>
      </w:r>
      <w:r>
        <w:t>is liye woh mukhatib ki riayat se har woh andaz ikhtiyar kar leta hai jo mukhatib par asar dalne wala ho haq ka wafadar na hone ki wajah se us ke liye yeh mushkil nahi rehta ke dil mein koi haqeeqi jazba na hote hue bhi woh zaban se khoobsurat baaten kare</w:t>
      </w:r>
    </w:p>
    <w:p>
      <w:pPr>
        <w:jc w:val="right"/>
      </w:pPr>
      <w:r>
        <w:t>اس لیے وہ مخاطب کی رعایت سے ہر وہ انداز اختیار کر لیتا ہے جو مخاطب پر اثر ڈالنے والا ہو حق کا وفادار نہ ہونے کی وجہ سے اس کے لیے یہ مشکل نہیں رہتا کہ دل میں کوئی حقیقی جذبہ نہ ہوتے ہوئے بھی وہ زبان سے خوبصورت باتیں کرے</w:t>
      </w:r>
    </w:p>
    <w:p>
      <w:r>
        <w:rPr>
          <w:b/>
        </w:rPr>
        <w:t xml:space="preserve">[1:43:36] </w:t>
      </w:r>
      <w:r>
        <w:t>yeh woh log hain jinho ne dunya ke mafad aur maslehat ke sath apni zindagi ka sauda kiya haq wazeh ho jane ke baad bhi woh us ko qabool karne ke liye tayar nahi hote kyun ke is mein un ko apne waqar ka but tootta hua nazar aata hai</w:t>
      </w:r>
    </w:p>
    <w:p>
      <w:pPr>
        <w:jc w:val="right"/>
      </w:pPr>
      <w:r>
        <w:t>یہ وہ لوگ ہیں جنہوں نے دنیا کے مفاد اور مصلحت کے ساتھ اپنی زندگی کا سودا کیا حق واضح ہو جانے کے بعد بھی وہ اس کو قبول کرنے کے لیے تیار نہیں ہوتے کیونکہ اس میں ان کو اپنے وقار کا بت ٹوٹتا ہوا نظر آتا ہے</w:t>
      </w:r>
    </w:p>
    <w:p>
      <w:r>
        <w:rPr>
          <w:b/>
        </w:rPr>
        <w:t xml:space="preserve">[1:43:58] </w:t>
      </w:r>
      <w:r>
        <w:t>zahiri toor par narm baaton ke peechay un ki mutakbirana nafsiyat un ko aik aisay da'i haq ke samne jhukne se rokk deti hai jis ko woh apne se chota samajhte hain</w:t>
      </w:r>
    </w:p>
    <w:p>
      <w:pPr>
        <w:jc w:val="right"/>
      </w:pPr>
      <w:r>
        <w:t>ظاہری طور پر نرم باتوں کے پیچھے ان کی متکبرانہ نفسیات ان کو ایک ایسے داعی حق کے سامنے جھکنے سے روک دیتی ہے جس کو وہ اپنے سے چھوٹا سمجھتے ہیں</w:t>
      </w:r>
    </w:p>
    <w:p>
      <w:r>
        <w:rPr>
          <w:b/>
        </w:rPr>
        <w:t xml:space="preserve">[1:44:17] </w:t>
      </w:r>
      <w:r>
        <w:t>ya ayyuhallazina amanu udkhulu fis silmi kaffatan wa la tattabi'u wa la tattabi'u khutuwatish shaitan</w:t>
      </w:r>
    </w:p>
    <w:p>
      <w:pPr>
        <w:jc w:val="right"/>
      </w:pPr>
      <w:r>
        <w:t>يا أيها الذين آمنوا دخلوا فی السلم كافة ولا تتبعوا ولا تتبعوا خطوات الشیطان</w:t>
      </w:r>
    </w:p>
    <w:p>
      <w:r>
        <w:rPr>
          <w:b/>
        </w:rPr>
        <w:t xml:space="preserve">[1:44:36] </w:t>
      </w:r>
      <w:r>
        <w:t>innahu lakum 'adumun mubin fa in zallaltum mim ba'di ma ja'atkumul bayyinatu fa'lamu</w:t>
      </w:r>
    </w:p>
    <w:p>
      <w:pPr>
        <w:jc w:val="right"/>
      </w:pPr>
      <w:r>
        <w:t>إنه لكم عدو مبین فإن زللتم من بعد ما جاءتكم البینات فاعلموا</w:t>
      </w:r>
    </w:p>
    <w:p>
      <w:r>
        <w:rPr>
          <w:b/>
        </w:rPr>
        <w:t xml:space="preserve">[1:44:53] </w:t>
      </w:r>
      <w:r>
        <w:t>annallaha 'azizun hakim hal yanzuruna illa an ya'tiyahumullahu fi zilalin minal ghamami wal mala'ikati wa qudiya al amr</w:t>
      </w:r>
    </w:p>
    <w:p>
      <w:pPr>
        <w:jc w:val="right"/>
      </w:pPr>
      <w:r>
        <w:t>أن الله عزيز حکیمۖ هل ينظرون إلا أن يأتيهم الله فی ظلل من الغمام والملائكة وقضی الأمر</w:t>
      </w:r>
    </w:p>
    <w:p>
      <w:r>
        <w:rPr>
          <w:b/>
        </w:rPr>
        <w:t xml:space="preserve">[1:45:14] </w:t>
      </w:r>
      <w:r>
        <w:t>wa ila allahi turja'u al-umooru salabni israil kam ataynahum min ayatin min bayyinah</w:t>
      </w:r>
    </w:p>
    <w:p>
      <w:pPr>
        <w:jc w:val="right"/>
      </w:pPr>
      <w:r>
        <w:t>وإلى الله ترجع الأمورۖ سلبنی إسرائیل کم آتیناهم من آیت من بينة</w:t>
      </w:r>
    </w:p>
    <w:p>
      <w:r>
        <w:rPr>
          <w:b/>
        </w:rPr>
        <w:t xml:space="preserve">[1:45:31] </w:t>
      </w:r>
      <w:r>
        <w:t>wa man yubaddil ni'mata allahi min ba'di ma ja'athu fa inna allaha shadeedu al-'iqabi zuyyina lil-ladheena kafaroo al-hayatu</w:t>
      </w:r>
    </w:p>
    <w:p>
      <w:pPr>
        <w:jc w:val="right"/>
      </w:pPr>
      <w:r>
        <w:t>ومن يبدل نعمة الله من بعد ما جاءته فإن الله شديد العقابۖ زین للذین کفروا الحياة</w:t>
      </w:r>
    </w:p>
    <w:p>
      <w:r>
        <w:rPr>
          <w:b/>
        </w:rPr>
        <w:t xml:space="preserve">[1:45:48] </w:t>
      </w:r>
      <w:r>
        <w:t>ad-dunya wa yaskharoona min al-ladheena amanoo wal-ladheena ittaqoo fawqahum yawm al-qiyamati wallahu yarzuqu man yashaa'u</w:t>
      </w:r>
    </w:p>
    <w:p>
      <w:pPr>
        <w:jc w:val="right"/>
      </w:pPr>
      <w:r>
        <w:t>الدنيا ويسخرون من الذین آمنوا والذین اتقوا فوقهم يوم القیامةۖ واللہ یرزق من یشاء</w:t>
      </w:r>
    </w:p>
    <w:p>
      <w:r>
        <w:rPr>
          <w:b/>
        </w:rPr>
        <w:t xml:space="preserve">[1:46:05] </w:t>
      </w:r>
      <w:r>
        <w:t>bighayri hisabin</w:t>
      </w:r>
    </w:p>
    <w:p>
      <w:pPr>
        <w:jc w:val="right"/>
      </w:pPr>
      <w:r>
        <w:t>بغير حساب</w:t>
      </w:r>
    </w:p>
    <w:p>
      <w:r>
        <w:rPr>
          <w:b/>
        </w:rPr>
        <w:t xml:space="preserve">[1:46:11] </w:t>
      </w:r>
      <w:r>
        <w:t>ae imaan walo! islam mein poore poore dakhil ho jao aur shaitan ke qadmon par mat chalo, woh tumhara khula hua dushman hai.</w:t>
      </w:r>
    </w:p>
    <w:p>
      <w:pPr>
        <w:jc w:val="right"/>
      </w:pPr>
      <w:r>
        <w:t>اے ایمان والو! اسلام میں پورے پورے داخل ہو جاؤ اور شیطان کے قدموں پر مت چلو، وہ تمہارا کھلا ہوا دشمن ہے۔</w:t>
      </w:r>
    </w:p>
    <w:p>
      <w:r>
        <w:rPr>
          <w:b/>
        </w:rPr>
        <w:t xml:space="preserve">[1:46:27] </w:t>
      </w:r>
      <w:r>
        <w:t>agar tum phisal jao baad is ke ke tumhare paas wazeh daleelein aa chuki hain</w:t>
      </w:r>
    </w:p>
    <w:p>
      <w:pPr>
        <w:jc w:val="right"/>
      </w:pPr>
      <w:r>
        <w:t>اگر تم پھسل جاؤ بعد اس کے کہ تمہارے پاس واضح دلیلیں آ چکی ہیں</w:t>
      </w:r>
    </w:p>
    <w:p>
      <w:r>
        <w:rPr>
          <w:b/>
        </w:rPr>
        <w:t xml:space="preserve">[1:46:35] </w:t>
      </w:r>
      <w:r>
        <w:t>to jaan lo ke Allah zabardast hai aur hikmat wala hai.</w:t>
      </w:r>
    </w:p>
    <w:p>
      <w:pPr>
        <w:jc w:val="right"/>
      </w:pPr>
      <w:r>
        <w:t>تو جان لو کہ اللہ زبردست ہے اور حکمت والا ہے۔</w:t>
      </w:r>
    </w:p>
    <w:p>
      <w:r>
        <w:rPr>
          <w:b/>
        </w:rPr>
        <w:t xml:space="preserve">[1:46:43] </w:t>
      </w:r>
      <w:r>
        <w:t>kya log is intezar mein hain ke Allah badal ke sahibanon mein aaye aur farishte bhi aa jayen aur mamle ka faisla kar diya jaye؟</w:t>
      </w:r>
    </w:p>
    <w:p>
      <w:pPr>
        <w:jc w:val="right"/>
      </w:pPr>
      <w:r>
        <w:t>کیا لوگ اس انتظار میں ہیں کہ اللہ بادل کے صاحبانوں میں آئے اور فرشتے بھی آ جائیں اور معاملے کا فیصلہ کر دیا جائے؟</w:t>
      </w:r>
    </w:p>
    <w:p>
      <w:r>
        <w:rPr>
          <w:b/>
        </w:rPr>
        <w:t xml:space="preserve">[1:46:56] </w:t>
      </w:r>
      <w:r>
        <w:t>aur saare mamlaat Allah hi ki taraf phire jate hain.</w:t>
      </w:r>
    </w:p>
    <w:p>
      <w:pPr>
        <w:jc w:val="right"/>
      </w:pPr>
      <w:r>
        <w:t>اور سارے معاملات اللہ ہی کی طرف پھیرے جاتے ہیں۔</w:t>
      </w:r>
    </w:p>
    <w:p>
      <w:r>
        <w:rPr>
          <w:b/>
        </w:rPr>
        <w:t xml:space="preserve">[1:47:03] </w:t>
      </w:r>
      <w:r>
        <w:t>bani israel se poocho, hum ne un ko kitni khuli khuli nishaniyan deen؟ aur jo shakhs Allah ki nemmat ko badal dale jab ke woh is ke paas aa chuki ho to Allah yaqeenan sakht saza dene wala hai.</w:t>
      </w:r>
    </w:p>
    <w:p>
      <w:pPr>
        <w:jc w:val="right"/>
      </w:pPr>
      <w:r>
        <w:t>بنی اسرائیل سے پوچھو، ہم نے ان کو کتنی کھلی کھلی نشانیاں دیں؟ اور جو شخص اللہ کی نعمت کو بدل ڈالے جب کہ وہ اس کے پاس آ چکی ہو تو اللہ یقینا سخت سزا دینے والا ہے۔</w:t>
      </w:r>
    </w:p>
    <w:p>
      <w:r>
        <w:rPr>
          <w:b/>
        </w:rPr>
        <w:t xml:space="preserve">[1:47:26] </w:t>
      </w:r>
      <w:r>
        <w:t>khushnuma kar di gayi hai dunya ki zindagi un logon ki nazar mein jo munkir hain aur woh imaan walon par hanste hain, haalankeh jo parhezgar hain woh qayamat ke din un ke muqable mein oonche honge.</w:t>
      </w:r>
    </w:p>
    <w:p>
      <w:pPr>
        <w:jc w:val="right"/>
      </w:pPr>
      <w:r>
        <w:t>خوشنما کر دی گئی ہے دنیا کی زندگی ان لوگوں کی نظر میں جو منکر ہیں اور وہ ایمان والوں پر ہنستے ہیں، حالانکہ جو پرہیزگار ہیں وہ قیامت کے دن ان کے مقابلے میں اونچے ہوں گے۔</w:t>
      </w:r>
    </w:p>
    <w:p>
      <w:r>
        <w:rPr>
          <w:b/>
        </w:rPr>
        <w:t xml:space="preserve">[1:47:48] </w:t>
      </w:r>
      <w:r>
        <w:t>aur Allah jis ko chahta hai be hisab rozi de deta hai.</w:t>
      </w:r>
    </w:p>
    <w:p>
      <w:pPr>
        <w:jc w:val="right"/>
      </w:pPr>
      <w:r>
        <w:t>اور اللہ جس کو چاہتا ہے بے حساب روزی دے دیتا ہے۔</w:t>
      </w:r>
    </w:p>
    <w:p>
      <w:r>
        <w:rPr>
          <w:b/>
        </w:rPr>
        <w:t xml:space="preserve">[1:48:00] </w:t>
      </w:r>
      <w:r>
        <w:t>tashreeh islam ko ikhtiyar karne ki ek soorat yeh hai ke tahaffuz aur maslehat ka lehaz kiye baghair is ko apnaya jaye.</w:t>
      </w:r>
    </w:p>
    <w:p>
      <w:pPr>
        <w:jc w:val="right"/>
      </w:pPr>
      <w:r>
        <w:t>تشریح اسلام کو اختیار کرنے کی ایک صورت یہ ہے کہ تحفظ اور مصلحت کا لحاظ کیے بغیر اس کو اپنایا جائے۔</w:t>
      </w:r>
    </w:p>
    <w:p>
      <w:r>
        <w:rPr>
          <w:b/>
        </w:rPr>
        <w:t xml:space="preserve">[1:48:17] </w:t>
      </w:r>
      <w:r>
        <w:t>islam jis cheez ko karne ko kahe, us ko kiya jaye aur jis cheez ko chhodne ko kahe, us ko chhod diya jaye.</w:t>
      </w:r>
    </w:p>
    <w:p>
      <w:pPr>
        <w:jc w:val="right"/>
      </w:pPr>
      <w:r>
        <w:t>اسلام جس چیز کو کرنے کو کہے، اس کو کیا جائے اور جس چیز کو چھوڑنے کو کہے، اس کو چھوڑ دیا جائے۔</w:t>
      </w:r>
    </w:p>
    <w:p>
      <w:r>
        <w:rPr>
          <w:b/>
        </w:rPr>
        <w:t xml:space="preserve">[1:48:30] </w:t>
      </w:r>
      <w:r>
        <w:t>yeh kisi aadmi ka poore ka poora islam mein dakhil hona hai.</w:t>
      </w:r>
    </w:p>
    <w:p>
      <w:pPr>
        <w:jc w:val="right"/>
      </w:pPr>
      <w:r>
        <w:t>یہ کسی آدمی کا پورے کا پورا اسلام میں داخل ہونا ہے۔</w:t>
      </w:r>
    </w:p>
    <w:p>
      <w:r>
        <w:rPr>
          <w:b/>
        </w:rPr>
        <w:t xml:space="preserve">[1:48:39] </w:t>
      </w:r>
      <w:r>
        <w:t>doosri soorat yeh hai ke aadmi islam ko usi had tak ikhtiyar kare jis had tak islam is ki zindagi se takrata na ho.</w:t>
      </w:r>
    </w:p>
    <w:p>
      <w:pPr>
        <w:jc w:val="right"/>
      </w:pPr>
      <w:r>
        <w:t>دوسری صورت یہ ہے کہ آدمی اسلام کو اسی حد تک اختیار کرے جس حد تک اسلام اس کی زندگی سے ٹکراتا نہ ہو۔</w:t>
      </w:r>
    </w:p>
    <w:p>
      <w:r>
        <w:rPr>
          <w:b/>
        </w:rPr>
        <w:t xml:space="preserve">[1:48:53] </w:t>
      </w:r>
      <w:r>
        <w:t>woh is islam ko le le jo is ke liye mufeed ya kam az kam be-zarrar ho aur is islam ko chhod rahe jo is ke mahboob aqaaid, is ki pasandeeda aadaat,</w:t>
      </w:r>
    </w:p>
    <w:p>
      <w:pPr>
        <w:jc w:val="right"/>
      </w:pPr>
      <w:r>
        <w:t>وہ اس اسلام کو لے لے جو اس کے لیے مفید یا کم از کم بے ضرر ہو اور اس اسلام کو چھوڑ رہے جو اس کے محبوب عقائد، اس کی پسندیدہ عادات،</w:t>
      </w:r>
    </w:p>
    <w:p>
      <w:r>
        <w:rPr>
          <w:b/>
        </w:rPr>
        <w:t xml:space="preserve">[1:49:08] </w:t>
      </w:r>
      <w:r>
        <w:t>is ke dunyavi faayde, is ke shakhsi waqar, is ki qaidana maslehaton ko majrooh karta ho.</w:t>
      </w:r>
    </w:p>
    <w:p>
      <w:pPr>
        <w:jc w:val="right"/>
      </w:pPr>
      <w:r>
        <w:t>اس کے دنیاوی فائدے، اس کے شخصی وقار، اس کی قاعدانہ مصلحتوں کو مجروح کرتا ہو۔</w:t>
      </w:r>
    </w:p>
    <w:p>
      <w:r>
        <w:rPr>
          <w:b/>
        </w:rPr>
        <w:t xml:space="preserve">[1:49:19] </w:t>
      </w:r>
      <w:r>
        <w:t>aadmi ibtida poori tarah irada kar ke islam ko ikhtiyar karta hai magar jab woh waqt aata hai ke woh apne fikri dhanchay ko tode ya apne mafad ko nazar andaz kar ke islam ka saath de to woh phisal jata hai.</w:t>
      </w:r>
    </w:p>
    <w:p>
      <w:pPr>
        <w:jc w:val="right"/>
      </w:pPr>
      <w:r>
        <w:t>آدمی ابتدا پوری طرح ارادہ کر کے اسلام کو اختیار کرتا ہے مگر جب وہ وقت آتا ہے کہ وہ اپنے فکری ڈھانچے کو توڑے یا اپنے مفاد کو نظر انداز کر کے اسلام کا ساتھ دے تو وہ پھسل جاتا ہے۔</w:t>
      </w:r>
    </w:p>
    <w:p>
      <w:r>
        <w:rPr>
          <w:b/>
        </w:rPr>
        <w:t xml:space="preserve">[1:49:38] </w:t>
      </w:r>
      <w:r>
        <w:t>woh aise islam par theher jata hai jis mein is ke mafadat bhi majrooh na hon aur islam ka tamgha bhi hath se jaane na paye.</w:t>
      </w:r>
    </w:p>
    <w:p>
      <w:pPr>
        <w:jc w:val="right"/>
      </w:pPr>
      <w:r>
        <w:t>وہ ایسے اسلام پر ٹھہر جاتا ہے جس میں اس کے مفادات بھی مجروح نہ ہوں اور اسلام کا تمغہ بھی ہاتھ سے جانے نہ پائے۔</w:t>
      </w:r>
    </w:p>
    <w:p>
      <w:r>
        <w:rPr>
          <w:b/>
        </w:rPr>
        <w:t xml:space="preserve">[1:49:53] </w:t>
      </w:r>
      <w:r>
        <w:t>islam ke paigham ki sadaqat par yaqeen karne ke liye agar woh daleel chahte hain to daleel poori tarah diye ja chuke hain.</w:t>
      </w:r>
    </w:p>
    <w:p>
      <w:pPr>
        <w:jc w:val="right"/>
      </w:pPr>
      <w:r>
        <w:t>اسلام کے پیغام کی صداقت پر یقین کرنے کے لیے اگر وہ دلائل چاہتے ہیں تو دلائل پوری طرح دیے جا چکے ہیں۔</w:t>
      </w:r>
    </w:p>
    <w:p>
      <w:r>
        <w:rPr>
          <w:b/>
        </w:rPr>
        <w:t xml:space="preserve">[1:50:04] </w:t>
      </w:r>
      <w:r>
        <w:t>agar woh chahte hain ke un ko moajzaat dikhaye jayen to jo shakhs khule khule dalail ko na manay, us ko chup karne ke liye moajzaat bhi nakafi sabit honge.</w:t>
      </w:r>
    </w:p>
    <w:p>
      <w:pPr>
        <w:jc w:val="right"/>
      </w:pPr>
      <w:r>
        <w:t>اگر وہ چاہتے ہیں کہ ان کو معجزات دکھائے جائیں تو جو شخص کھلے کھلے دلائل کو نہ مانے، اس کو چپ کرنے کے لیے معجزات بھی ناکافی ثابت ہوں گے۔</w:t>
      </w:r>
    </w:p>
    <w:p>
      <w:r>
        <w:rPr>
          <w:b/>
        </w:rPr>
        <w:t xml:space="preserve">[1:50:19] </w:t>
      </w:r>
      <w:r>
        <w:t>is ke baad aakhri cheez jo baqi rehti hai woh yeh hai ke Khuda apne farishton ke sath samne aa jaye magar jab aisa hoga to woh kisi ke kuch kaam na aayega kyunke woh faisle ka waqt hoga na ke amal karne ka.</w:t>
      </w:r>
    </w:p>
    <w:p>
      <w:pPr>
        <w:jc w:val="right"/>
      </w:pPr>
      <w:r>
        <w:t>اس کے بعد آخری چیز جو باقی رہتی ہے وہ یہ کہ خدا اپنے فرشتوں کے ساتھ سامنے آ جائے مگر جب ایسا ہوگا تو وہ کسی کے کچھ کام نہ آئے گا کیونکہ وہ فیصلے کا وقت ہوگا نہ کہ عمل کرنے کا۔</w:t>
      </w:r>
    </w:p>
    <w:p>
      <w:r>
        <w:rPr>
          <w:b/>
        </w:rPr>
        <w:t xml:space="preserve">[1:50:42] </w:t>
      </w:r>
      <w:r>
        <w:t>insan ka imtehan yahi hai ke woh dekhe baghair mahaz dalail ki buniyad par maan le. agar us ne dekh kar mana to is manne ki koi qeemat nahi.</w:t>
      </w:r>
    </w:p>
    <w:p>
      <w:pPr>
        <w:jc w:val="right"/>
      </w:pPr>
      <w:r>
        <w:t>انسان کا امتحان یہی ہے کہ وہ دیکھے بغیر محض دلائل کی بنیاد پر مان لے۔ اگر اس نے دیکھ کر مانا تو اس ماننے کی کوئی قیمت نہیں۔</w:t>
      </w:r>
    </w:p>
    <w:p>
      <w:r>
        <w:rPr>
          <w:b/>
        </w:rPr>
        <w:t xml:space="preserve">[1:50:57] </w:t>
      </w:r>
      <w:r>
        <w:t>woh log jo maslehaton ko nazar andaz kar ke islam ko apnayen aur woh log jo maslehaton ki riayat karte hue musalman banen,</w:t>
      </w:r>
    </w:p>
    <w:p>
      <w:pPr>
        <w:jc w:val="right"/>
      </w:pPr>
      <w:r>
        <w:t>وہ لوگ جو مصلحتوں کو نظر انداز کر کے اسلام کو اپنائیں اور وہ لوگ جو مصلحتوں کی رعایت کرتے ہوئے مسلمان بنیں،</w:t>
      </w:r>
    </w:p>
    <w:p>
      <w:r>
        <w:rPr>
          <w:b/>
        </w:rPr>
        <w:t xml:space="preserve">[1:51:11] </w:t>
      </w:r>
      <w:r>
        <w:t>donon ke halaat yaksaan nahin hote. pehla groh aksar duniyawi ahmiyat ki cheezon se khaali ho jata hai jabke doosre groh ke paas har qism ki duniyawi raunaqen jama ho jati hain.</w:t>
      </w:r>
    </w:p>
    <w:p>
      <w:pPr>
        <w:jc w:val="right"/>
      </w:pPr>
      <w:r>
        <w:t>دونوں کے حالات یکساں نہیں ہوتے۔ پہلا گروہ اکثر دنیاوی اہمیت کی چیزوں سے خالی ہو جاتا ہے جبکہ دوسرے گروہ کے پاس ہر قسم کی دنیاوی رونقیں جمع ہو جاتی ہیں۔</w:t>
      </w:r>
    </w:p>
    <w:p>
      <w:r>
        <w:rPr>
          <w:b/>
        </w:rPr>
        <w:t xml:space="preserve">[1:51:31] </w:t>
      </w:r>
      <w:r>
        <w:t>yeh cheez doosre groh ko galat fehmi mein daal deti hai.</w:t>
      </w:r>
    </w:p>
    <w:p>
      <w:pPr>
        <w:jc w:val="right"/>
      </w:pPr>
      <w:r>
        <w:t>یہ چیز دوسرے گروہ کو غلط فہمی میں ڈال دیتی ہے۔</w:t>
      </w:r>
    </w:p>
    <w:p>
      <w:r>
        <w:rPr>
          <w:b/>
        </w:rPr>
        <w:t xml:space="preserve">[1:51:35] </w:t>
      </w:r>
      <w:r>
        <w:t>woh apne ko bartar khayal karta hai aur pehle groh ko haqeer samajhne lagta hai magar yeh soorat-e-haal intehai aarzi hai.</w:t>
      </w:r>
    </w:p>
    <w:p>
      <w:pPr>
        <w:jc w:val="right"/>
      </w:pPr>
      <w:r>
        <w:t>وہ اپنے کو برتر خیال کرتا ہے اور پہلے گروہ کو حقیر سمجھنے لگتا ہے مگر یہ صورتحال انتہائی عارضی ہے۔</w:t>
      </w:r>
    </w:p>
    <w:p>
      <w:r>
        <w:rPr>
          <w:b/>
        </w:rPr>
        <w:t xml:space="preserve">[1:51:49] </w:t>
      </w:r>
      <w:r>
        <w:t>moajza duniya ko tod kar jab naya behtar nizaam banega to wahan</w:t>
      </w:r>
    </w:p>
    <w:p>
      <w:pPr>
        <w:jc w:val="right"/>
      </w:pPr>
      <w:r>
        <w:t>معجزہ دنیا کو توڑ کر جب نیا بہتر نظام بنے گا تو وہاں</w:t>
      </w:r>
    </w:p>
    <w:p>
      <w:r>
        <w:rPr>
          <w:b/>
        </w:rPr>
        <w:t xml:space="preserve">[1:51:55] </w:t>
      </w:r>
      <w:r>
        <w:t>aaj ke baray past kar diye jayenge aur wohi log barhai ke maqam par nazar ayenge jin ko aaj chhota samajh liya gaya tha.</w:t>
      </w:r>
    </w:p>
    <w:p>
      <w:pPr>
        <w:jc w:val="right"/>
      </w:pPr>
      <w:r>
        <w:t>آج کے بڑے پست کر دیے جائیں گے اور وہی لوگ بڑائی کے مقام پر نظر آئیں گے جن کو آج چھوٹا سمجھ لیا گیا تھا۔</w:t>
      </w:r>
    </w:p>
    <w:p>
      <w:r>
        <w:rPr>
          <w:b/>
        </w:rPr>
        <w:t xml:space="preserve">[1:52:08] </w:t>
      </w:r>
      <w:r>
        <w:t>kan al nas ummatan wahidatan fab aatha Allahu al nabiyyeena mubashireena wa munzireena wa anzala ma a hum wa anzala ma a hum al kitaba bil haqqi li yahkuma bayna</w:t>
      </w:r>
    </w:p>
    <w:p>
      <w:pPr>
        <w:jc w:val="right"/>
      </w:pPr>
      <w:r>
        <w:t>كان الناس امه واحده فبعث اللہ النبیین مبشرین ومنذرین وانزل معہم وانزل معہم الکتاب بالحق لیحکم بین</w:t>
      </w:r>
    </w:p>
    <w:p>
      <w:r>
        <w:rPr>
          <w:b/>
        </w:rPr>
        <w:t xml:space="preserve">[1:52:31] </w:t>
      </w:r>
      <w:r>
        <w:t>al nasi fi ma ikhtalafu fihi wa ma ikhtalafa fihi illa allatheena ootuhu min ba di ma ja a thum al bayyinatu baghyan</w:t>
      </w:r>
    </w:p>
    <w:p>
      <w:pPr>
        <w:jc w:val="right"/>
      </w:pPr>
      <w:r>
        <w:t>الناس فی ما اختلفوا فیہ وما اختلف فیہ الا الذین اوتوه من بعد ما جاءتهم البینات بغین</w:t>
      </w:r>
    </w:p>
    <w:p>
      <w:r>
        <w:rPr>
          <w:b/>
        </w:rPr>
        <w:t xml:space="preserve">[1:52:47] </w:t>
      </w:r>
      <w:r>
        <w:t>baynahum fahada Allahu allatheena amanu lima ikhtalafu fihi min al haqqi bi ithnihi wal lahu yahdi man yashaa u ila sirati</w:t>
      </w:r>
    </w:p>
    <w:p>
      <w:pPr>
        <w:jc w:val="right"/>
      </w:pPr>
      <w:r>
        <w:t>بینہم فہدى اللہ الذین آمنوا لما اختلفوا فیہ من الحق باذنه واللہ یہدی من یشاء الی صراط</w:t>
      </w:r>
    </w:p>
    <w:p>
      <w:r>
        <w:rPr>
          <w:b/>
        </w:rPr>
        <w:t xml:space="preserve">[1:53:05] </w:t>
      </w:r>
      <w:r>
        <w:t>mustaqeemin am hasibtum an tadkhulu al jannata wa lamma ya ti kum mathalu allatheena khalaw min qablikum mastathum al basa u</w:t>
      </w:r>
    </w:p>
    <w:p>
      <w:pPr>
        <w:jc w:val="right"/>
      </w:pPr>
      <w:r>
        <w:t>مستقیم ام حسبتم ان تدخلوا الجنت ولما ياتكم مثل الذین خلوا من قبلكم مستهم الباساء</w:t>
      </w:r>
    </w:p>
    <w:p>
      <w:r>
        <w:rPr>
          <w:b/>
        </w:rPr>
        <w:t xml:space="preserve">[1:53:25] </w:t>
      </w:r>
      <w:r>
        <w:t>wa al darra u wa zalzalu hatta yaqoola al rasoolu wa allatheena amanu ma a hu mata nasru Allah</w:t>
      </w:r>
    </w:p>
    <w:p>
      <w:pPr>
        <w:jc w:val="right"/>
      </w:pPr>
      <w:r>
        <w:t>والضراء وزلزلوا حتى يقول الرسول والذین آمنوا معہ متى نصر اللہ</w:t>
      </w:r>
    </w:p>
    <w:p>
      <w:r>
        <w:rPr>
          <w:b/>
        </w:rPr>
        <w:t xml:space="preserve">[1:53:39] </w:t>
      </w:r>
      <w:r>
        <w:t>ala inna nasra Allahi qareeb</w:t>
      </w:r>
    </w:p>
    <w:p>
      <w:pPr>
        <w:jc w:val="right"/>
      </w:pPr>
      <w:r>
        <w:t>الا ان نصر اللہ قریب</w:t>
      </w:r>
    </w:p>
    <w:p>
      <w:r>
        <w:rPr>
          <w:b/>
        </w:rPr>
        <w:t xml:space="preserve">[1:53:49] </w:t>
      </w:r>
      <w:r>
        <w:t>log ek ummat the unhon ne ikhtilaf kiya to Allah ne peghambaron ko bheja khushkhabri dene wale aur darane wale aur un ke sath utari kitab haq ke sath ta ke woh faisla kar de un baaton ka jin mein log ikhtilaf kar rahe hain</w:t>
      </w:r>
    </w:p>
    <w:p>
      <w:pPr>
        <w:jc w:val="right"/>
      </w:pPr>
      <w:r>
        <w:t>لوگ ایک امت تھے انہوں نے اختلاف کیا تو اللہ نے پیغمبروں کو بھیجا خوشخبری دینے والے اور ڈرانے والے اور ان کے ساتھ اتاری کتاب حق کے ساتھ تاکہ وہ فیصلہ کر دے ان باتوں کا جن میں لوگ اختلاف کر رہے ہیں</w:t>
      </w:r>
    </w:p>
    <w:p>
      <w:r>
        <w:rPr>
          <w:b/>
        </w:rPr>
        <w:t xml:space="preserve">[1:54:15] </w:t>
      </w:r>
      <w:r>
        <w:t>aur yeh ikhtilafat inhi logon ne kiye jin ko haq diya gaya tha baad is ke ke un ke paas khuli khuli hidayat aa chuki theen aapas ki zid ki wajah se pas Allah ne apni tofeeq se haq ke muamle mein iman walon ko rah dikhai</w:t>
      </w:r>
    </w:p>
    <w:p>
      <w:pPr>
        <w:jc w:val="right"/>
      </w:pPr>
      <w:r>
        <w:t>اور یہ اختلافات انہی لوگوں نے کیے جن کو حق دیا گیا تھا بعد اس کے کہ ان کے پاس کھلی کھلی ہدایات آ چکی تھیں آپس کی ضد کی وجہ سے پس اللہ نے اپنی توفیق سے حق کے معاملے میں ایمان والوں کو راہ دکھائی</w:t>
      </w:r>
    </w:p>
    <w:p>
      <w:r>
        <w:rPr>
          <w:b/>
        </w:rPr>
        <w:t xml:space="preserve">[1:54:39] </w:t>
      </w:r>
      <w:r>
        <w:t>jis mein woh jhagad rahe the aur Allah jis ko chahta hai seedhi rah dikha deta hai kya tum ne yeh samajh rakha hai ke tum jannat mein dakhal ho jaoge halanke abhi tum par woh halaat guzre hi nahin jo tumhare aglon par guzre the</w:t>
      </w:r>
    </w:p>
    <w:p>
      <w:pPr>
        <w:jc w:val="right"/>
      </w:pPr>
      <w:r>
        <w:t>جس میں وہ جھگڑ رہے تھے اور اللہ جس کو چاہتا ہے سیدھی راہ دکھا دیتا ہے کیا تم نے یہ سمجھ رکھا ہے کہ تم جنت میں داخل ہو جاؤ گے حالانکہ ابھی تم پر وہ حالات گزرے ہی نہیں جو تمہارے اگلوں پر گزرے تھے</w:t>
      </w:r>
    </w:p>
    <w:p>
      <w:r>
        <w:rPr>
          <w:b/>
        </w:rPr>
        <w:t xml:space="preserve">[1:55:04] </w:t>
      </w:r>
      <w:r>
        <w:t>un ko sakhti aur takleef pahunchi aur woh hila mar gaye yahan tak ke rasool aur un ke sath iman lane wale pukar uthe ke Allah ki madad kab aayegi yaad rakho Allah ki madad qareeb hai</w:t>
      </w:r>
    </w:p>
    <w:p>
      <w:pPr>
        <w:jc w:val="right"/>
      </w:pPr>
      <w:r>
        <w:t>ان کو سختی اور تکلیف پہنچی اور وہ ہلا مارے گئے یہاں تک کہ رسول اور ان کے ساتھ ایمان لانے والے پکار اٹھے کہ اللہ کی مدد کب آئے گی یاد رکھو اللہ کی مدد قریب ہے</w:t>
      </w:r>
    </w:p>
    <w:p>
      <w:r>
        <w:rPr>
          <w:b/>
        </w:rPr>
        <w:t xml:space="preserve">[1:55:31] </w:t>
      </w:r>
      <w:r>
        <w:t>tashreeh deen mein ikhtilaf hamesha tafseer ke ikhtilafat se shuru hota hai har ek apne zehni sanche ke mutabiq Khuda ke deen ka ek tasawwur qaim kar leta hai ek hi kitab hidiyat ko mante hue logon ki raayen alag alag ho jati hain</w:t>
      </w:r>
    </w:p>
    <w:p>
      <w:pPr>
        <w:jc w:val="right"/>
      </w:pPr>
      <w:r>
        <w:t>تشریح دین میں اختلاف ہمیشہ تفسیر کے اختلافات سے شروع ہوتا ہے ہر ایک اپنے ذہنی سانچے کے مطابق خدا کے دین کا ایک تصور قائم کر لیتا ہے ایک ہی کتاب ہدایت کو مانتے ہوئے لوگوں کی رائیں الگ الگ ہو جاتی ہیں</w:t>
      </w:r>
    </w:p>
    <w:p>
      <w:r>
        <w:rPr>
          <w:b/>
        </w:rPr>
        <w:t xml:space="preserve">[1:56:00] </w:t>
      </w:r>
      <w:r>
        <w:t>us waqt Allah apne chune hue bande ke zariye amr haq ka ailan karta hai yeh aawaz agarche insaan ki zaban mein hoti hai aur bazahir aam aadmiyon jaise ek aadmi ke zariye buland ki jati hai</w:t>
      </w:r>
    </w:p>
    <w:p>
      <w:pPr>
        <w:jc w:val="right"/>
      </w:pPr>
      <w:r>
        <w:t>اس وقت اللہ اپنے چنے ہوئے بندے کے ذریعے امر حق کا اعلان کرتا ہے یہ آواز اگرچہ انسان کی زبان میں ہوتی ہے اور بظاہر عام آدمیوں جیسے ایک آدمی کے ذریعے بلند کی جاتی ہے</w:t>
      </w:r>
    </w:p>
    <w:p>
      <w:r>
        <w:rPr>
          <w:b/>
        </w:rPr>
        <w:t xml:space="preserve">[1:56:17] </w:t>
      </w:r>
      <w:r>
        <w:t>taham jo sachche mutalashi haq hain woh is ke andar shamil Khudaai goonj ko pehchan lete hain aur apne ikhtilaf ko bhool kar foran is ki aawaz par labbaik kehte hain</w:t>
      </w:r>
    </w:p>
    <w:p>
      <w:pPr>
        <w:jc w:val="right"/>
      </w:pPr>
      <w:r>
        <w:t>تاہم جو سچے متلاشی حق ہیں وہ اس کے اندر شامل خدائی گونج کو پہچان لیتے ہیں اور اپنے اختلاف کو بھول کر فوراً اس کی آواز پر لبیک کہتے ہیں</w:t>
      </w:r>
    </w:p>
    <w:p>
      <w:r>
        <w:rPr>
          <w:b/>
        </w:rPr>
        <w:t xml:space="preserve">[1:56:35] </w:t>
      </w:r>
      <w:r>
        <w:t>doosri taraf woh tabqa hai jo apne khud sakhta deen ke sath apne ko itna zyada wabasta kar chuka hota hai ke is ke andar yeh jazba ubharta hai ke main doosre ki baat kyun manoon is ke andar zid ki nafsiyat paida ho jati hain</w:t>
      </w:r>
    </w:p>
    <w:p>
      <w:pPr>
        <w:jc w:val="right"/>
      </w:pPr>
      <w:r>
        <w:t>دوسری طرف وہ طبقہ ہے جو اپنے خود ساختہ دین کے ساتھ اپنے کو اتنا زیادہ وابستہ کر چکا ہوتا ہے کہ اس کے اندر یہ جذبہ ابھرتا ہے کہ میں دوسرے کی بات کیوں مانوں اس کے اندر ضد کی نفسیات پیدا ہو جاتی ہیں</w:t>
      </w:r>
    </w:p>
    <w:p>
      <w:r>
        <w:rPr>
          <w:b/>
        </w:rPr>
        <w:t xml:space="preserve">[1:56:56] </w:t>
      </w:r>
      <w:r>
        <w:t>yahan tak ke woh isi cheez ka inkar kar deta hai jis ka woh apne khayal ke mutabiq ilam bardar bana hua tha</w:t>
      </w:r>
    </w:p>
    <w:p>
      <w:pPr>
        <w:jc w:val="right"/>
      </w:pPr>
      <w:r>
        <w:t>یہاں تک کہ وہ اسی چیز کا انکار کر دیتا ہے جس کا وہ اپنے خیال کے مطابق علمبردار بنا ہوا تھا</w:t>
      </w:r>
    </w:p>
    <w:p>
      <w:r>
        <w:rPr>
          <w:b/>
        </w:rPr>
        <w:t xml:space="preserve">[1:57:09] </w:t>
      </w:r>
      <w:r>
        <w:t>sachchai jab roshan dalail ke sath aa jaye aur is ke bawajood aadmi is ka sath na de</w:t>
      </w:r>
    </w:p>
    <w:p>
      <w:pPr>
        <w:jc w:val="right"/>
      </w:pPr>
      <w:r>
        <w:t>سچائی جب روشن دلائل کے ساتھ آ جائے اور اس کے باوجود آدمی اس کا ساتھ نہ دے</w:t>
      </w:r>
    </w:p>
    <w:p>
      <w:r>
        <w:rPr>
          <w:b/>
        </w:rPr>
        <w:t xml:space="preserve">[1:57:16] </w:t>
      </w:r>
      <w:r>
        <w:t>to is ki wajah hamesha yeh hoti hai ke aadmi ko nazar aata hai ke is ka sath dene mein is ki khushgumanion ka mahal dheh jayega is ke mafadat ka nizaam toot jayega is ki asooda zindagi khatre mein pad jayegi is ka waqar baqi nahin rahega magar yahi woh cheez hai jo Allah ko apne wafadar bandon se matloob hai</w:t>
      </w:r>
    </w:p>
    <w:p>
      <w:pPr>
        <w:jc w:val="right"/>
      </w:pPr>
      <w:r>
        <w:t>تو اس کی وجہ ہمیشہ یہ ہوتی ہے کہ آدمی کو نظر آتا ہے کہ اس کا ساتھ دینے میں اس کی خوشگمانیوں کا محل ڈھہ جائے گا اس کے مفادات کا نظام ٹوٹ جائے گا اس کی اسودہ زندگی خطرے میں پڑ جائے گی اس کا وقار باقی نہیں رہے گا مگر یہی وہ چیز ہے جو اللہ کو اپنے وفادار بندوں سے مطلوب ہے</w:t>
      </w:r>
    </w:p>
    <w:p>
      <w:r>
        <w:rPr>
          <w:b/>
        </w:rPr>
        <w:t xml:space="preserve">[1:57:45] </w:t>
      </w:r>
      <w:r>
        <w:t>jis raste ki dushwariyon se ghabra kar aadmi is par aana nahin chahta wahi woh rasta hai jo jannat ki taraf le jane wala hai jannat ki wahid qeemat aadmi ka apna wajood hai aadmi apne wajood ko fikr o amal ke jin naqshon ke hawale kiye hue hai wahan se ukhaar kar jab woh is ko Khuda ke naqshe mein lana chahta hai</w:t>
      </w:r>
    </w:p>
    <w:p>
      <w:pPr>
        <w:jc w:val="right"/>
      </w:pPr>
      <w:r>
        <w:t>جس راستے کی دشواریوں سے گھبرا کر آدمی اس پر آنا نہیں چاہتا وہی وہ راستہ ہے جو جنت کی طرف لے جانے والا ہے جنت کی واحد قیمت آدمی کا اپنا وجود ہے آدمی اپنے وجود کو فکر و عمل کے جن نقشوں کے حوالے کیے ہوئے ہیں وہاں سے اکھاڑ کر جب وہ اس کو خدا کے نقشے میں لانا چاہتا ہے</w:t>
      </w:r>
    </w:p>
    <w:p>
      <w:r>
        <w:rPr>
          <w:b/>
        </w:rPr>
        <w:t xml:space="preserve">[1:58:14] </w:t>
      </w:r>
      <w:r>
        <w:t>to is ki poori shakhsiyat hil jati hai is mein us waqt aur zyada izafa ho jata hai jab ke is ke sath woh Khuda ke deen ka daai ban kar khada ho jaye</w:t>
      </w:r>
    </w:p>
    <w:p>
      <w:pPr>
        <w:jc w:val="right"/>
      </w:pPr>
      <w:r>
        <w:t>تو اس کی پوری شخصیت ہل جاتی ہے اس میں اس وقت اور زیادہ اضافہ ہو جاتا ہے جب کہ اس کے ساتھ وہ خدا کے دین کا داعی بن کر کھڑا ہو جائے</w:t>
      </w:r>
    </w:p>
    <w:p>
      <w:r>
        <w:rPr>
          <w:b/>
        </w:rPr>
        <w:t xml:space="preserve">[1:58:33] </w:t>
      </w:r>
      <w:r>
        <w:t>daai banna bil alfaz deegar doosron ke upar nasir aur naqid banna hai aur apne khilaf naseehat aur tanqeed ko sunna har zamane mein insaan ke liye mabghooth tareen amar raha hai is ke nateeje mein</w:t>
      </w:r>
    </w:p>
    <w:p>
      <w:pPr>
        <w:jc w:val="right"/>
      </w:pPr>
      <w:r>
        <w:t>داعی بننا بالفاظ دیگر دوسروں کے اوپر ناصر اور ناقد بننا ہے اور اپنے خلاف نصیحت اور تنقید کو سننا ہر زمانے میں انسان کے لیے مبغوث ترین امر رہا ہے اس کے نتیجے میں</w:t>
      </w:r>
    </w:p>
    <w:p>
      <w:r>
        <w:rPr>
          <w:b/>
        </w:rPr>
        <w:t xml:space="preserve">[1:58:51] </w:t>
      </w:r>
      <w:r>
        <w:t>mad'u ki taraf se itna shadeed radd-e-amal samne aata hai jo da'i ke liye aik bhonchal se kam nahin hota</w:t>
      </w:r>
    </w:p>
    <w:p>
      <w:pPr>
        <w:jc w:val="right"/>
      </w:pPr>
      <w:r>
        <w:t>مدعو کی طرف سے اتنا شدید ردعمل سامنے آتا ہے جو داعی کے لیے ایک بھونچال سے کم نہیں ہوتا</w:t>
      </w:r>
    </w:p>
    <w:p>
      <w:r>
        <w:rPr>
          <w:b/>
        </w:rPr>
        <w:t xml:space="preserve">[1:59:06] </w:t>
      </w:r>
      <w:r>
        <w:t>qul ma anfaqtum min khair falwalidain wal-aqrabin falwalidain wal-aqrabin wal-yatama wal-masakin wabn as-sabil</w:t>
      </w:r>
    </w:p>
    <w:p>
      <w:pPr>
        <w:jc w:val="right"/>
      </w:pPr>
      <w:r>
        <w:t>قل ما انفقتم من خیر فللوالدین والاقربین فللوالدین والاقربین والیتامى والمساكین وابن السبیل</w:t>
      </w:r>
    </w:p>
    <w:p>
      <w:r>
        <w:rPr>
          <w:b/>
        </w:rPr>
        <w:t xml:space="preserve">[1:59:28] </w:t>
      </w:r>
      <w:r>
        <w:t>wama taf'alu min khair fa-inna Allaha bihi aleem kutiba 'alaikumul-qitalu wahuwa kurhun lakum wa 'asa an takrahu shay'an</w:t>
      </w:r>
    </w:p>
    <w:p>
      <w:pPr>
        <w:jc w:val="right"/>
      </w:pPr>
      <w:r>
        <w:t>وما تفعلوا من خیر فان اللہ به عليم كتب عليكم القتال وهو كره لكم وعسى ان تكرهوا شيئا</w:t>
      </w:r>
    </w:p>
    <w:p>
      <w:r>
        <w:rPr>
          <w:b/>
        </w:rPr>
        <w:t xml:space="preserve">[1:59:48] </w:t>
      </w:r>
      <w:r>
        <w:t>wahuwa khairun lakum wa 'asa an tuhibbu shay'an wahuwa sharrun lakum wallahu ya'lamu wa antum la ta'lamun</w:t>
      </w:r>
    </w:p>
    <w:p>
      <w:pPr>
        <w:jc w:val="right"/>
      </w:pPr>
      <w:r>
        <w:t>وهو خير لكم وعسى ان تحبوا شيئا وهو شر لكم والله يعلم وانتم لا تعلمون</w:t>
      </w:r>
    </w:p>
    <w:p>
      <w:r>
        <w:rPr>
          <w:b/>
        </w:rPr>
        <w:t xml:space="preserve">[2:00:10] </w:t>
      </w:r>
      <w:r>
        <w:t>log tum se poochte hain ke kya kharch karen keh do ke jo maal tum kharch karo to us mein haq hai tumhare maa baap ka aur rishtedaron ka aur yateemon ka aur muhtajon ka aur musafiron ka aur jo bhalai tum karo ge woh Allah ko maloom hai</w:t>
      </w:r>
    </w:p>
    <w:p>
      <w:pPr>
        <w:jc w:val="right"/>
      </w:pPr>
      <w:r>
        <w:t>لوگ تم سے پوچھتے ہیں کہ کیا خرچ کریں کہہ دو کہ جو مال تم خرچ کرو تو اس میں حق ہے تمہارے ماں باپ کا اور رشتہ داروں کا اور یتیموں کا اور محتاجوں کا اور مسافروں کا اور جو بھلائی تم کرو گے وہ اللہ کو معلوم ہے</w:t>
      </w:r>
    </w:p>
    <w:p>
      <w:r>
        <w:rPr>
          <w:b/>
        </w:rPr>
        <w:t xml:space="preserve">[2:00:33] </w:t>
      </w:r>
      <w:r>
        <w:t>tum par ladai ka hukm hua hai aur woh tum ko giran maloom hoti hai ho sakta hai ke tum ek cheez ko nagawar samjho aur woh tumhare liye bhali ho aur ho sakta hai ke tum ek cheez ko pasand karo aur woh tumhare liye buri ho aur Allah janta hai tum nahin jante</w:t>
      </w:r>
    </w:p>
    <w:p>
      <w:pPr>
        <w:jc w:val="right"/>
      </w:pPr>
      <w:r>
        <w:t>تم پر لڑائی کا حکم ہوا ہے اور وہ تم کو گراں معلوم ہوتی ہے ہو سکتا ہے کہ تم ایک چیز کو ناگوار سمجھو اور وہ تمہارے لیے بھلی ہو اور ہو سکتا ہے کہ تم ایک چیز کو پسند کرو اور وہ تمہارے لیے بری ہو اور اللہ جانتا ہے تم نہیں جانتے</w:t>
      </w:r>
    </w:p>
    <w:p>
      <w:r>
        <w:rPr>
          <w:b/>
        </w:rPr>
        <w:t xml:space="preserve">[2:01:03] </w:t>
      </w:r>
      <w:r>
        <w:t>tashreeh insaan yeh samajhta hai ke is ke jaan aur maal ke istemal ka behtareen مصرف is ke biwi bachche hain woh apne asase ko apne zaati hoslon aur tamnaon mein lita kar khush hota hai is ke baraks shariat yeh kehti hai ke apne jaan aur maal ko Allah ki rah mein kharch karo</w:t>
      </w:r>
    </w:p>
    <w:p>
      <w:pPr>
        <w:jc w:val="right"/>
      </w:pPr>
      <w:r>
        <w:t>تشریح انسان یہ سمجھتا ہے کہ اس کے جان اور مال کے استعمال کا بہترین مصرف اس کے بیوی بچے ہیں وہ اپنے اثاثے کو اپنے ذاتی حوصلوں اور تمناؤں میں لٹا کر خوش ہوتا ہے اس کے برعکس شریعت یہ کہتی ہے کہ اپنے جان اور مال کو اللہ کی راہ میں خرچ کرو</w:t>
      </w:r>
    </w:p>
    <w:p>
      <w:r>
        <w:rPr>
          <w:b/>
        </w:rPr>
        <w:t xml:space="preserve">[2:01:30] </w:t>
      </w:r>
      <w:r>
        <w:t>yeh dono madden ek doosre se bilkul mukhtalif hain ek khud apne upar kharch karna hai aur doosra ghairon ke upar ek apni taqat ko dunya ki zahiri cheezon ke hasool par lagana hai aur doosra akhirat ki nazar na anay wali cheezon par</w:t>
      </w:r>
    </w:p>
    <w:p>
      <w:pPr>
        <w:jc w:val="right"/>
      </w:pPr>
      <w:r>
        <w:t>یہ دونوں مدیں ایک دوسرے سے بالکل مختلف ہیں ایک خود اپنے اوپر خرچ کرنا ہے اور دوسرا غیروں کے اوپر ایک اپنی طاقت کو دنیا کی ظاہری چیزوں کے حصول پر لگانا ہے اور دوسرا اخرت کی نظر نہ آنے والی چیزوں پر</w:t>
      </w:r>
    </w:p>
    <w:p>
      <w:r>
        <w:rPr>
          <w:b/>
        </w:rPr>
        <w:t xml:space="preserve">[2:01:56] </w:t>
      </w:r>
      <w:r>
        <w:t>magar insaan ko jo cheez napasanad hai wohi Allah ki nazar mein bhalai hai kyunke woh is ki agli wasee tar zindagi mein is ko nafa dene wali hai aur insaan ko jo cheez pasand hai woh Allah ki nazar mein burai hai kyunke is ka jo kuch faida hai isi aarzi dunya mein hai</w:t>
      </w:r>
    </w:p>
    <w:p>
      <w:pPr>
        <w:jc w:val="right"/>
      </w:pPr>
      <w:r>
        <w:t>مگر انسان کو جو چیز ناپسند ہے وہی اللہ کی نظر میں بھلائی ہے کیونکہ وہ اس کی اگلی وسیع تر زندگی میں اس کو نفع دینے والی ہے اور انسان کو جو چیز پسند ہے وہ اللہ کی نظر میں برائی ہے کیونکہ اس کا جو کچھ فائدہ ہے اسی عارضی دنیا میں ہے</w:t>
      </w:r>
    </w:p>
    <w:p>
      <w:r>
        <w:rPr>
          <w:b/>
        </w:rPr>
        <w:t xml:space="preserve">[2:02:23] </w:t>
      </w:r>
      <w:r>
        <w:t>akhirat mein is se kisi ko kuch milne wala nahin yahi usool zindagi ke tamam mamlaat ke liye sahi hai aadmi aazad aur be qaid zindagi ko pasand karta hai halanke is ki bhalai is mein hai ke woh apne aap ko Allah ki rasi mein bandh kar rakhe</w:t>
      </w:r>
    </w:p>
    <w:p>
      <w:pPr>
        <w:jc w:val="right"/>
      </w:pPr>
      <w:r>
        <w:t>اخرت میں اس سے کسی کو کچھ ملنے والا نہیں یہی اصول زندگی کے تمام معاملات کے لیے صحیح ہے آدمی آزاد اور بے قید زندگی کو پسند کرتا ہے حالانکہ اس کی بھلائی اس میں ہے کہ وہ اپنے آپ کو اللہ کی رسی میں باندھ کر رکھے</w:t>
      </w:r>
    </w:p>
    <w:p>
      <w:r>
        <w:rPr>
          <w:b/>
        </w:rPr>
        <w:t xml:space="preserve">[2:02:49] </w:t>
      </w:r>
      <w:r>
        <w:t>aadmi apni tareef karne wale ko dost banata hai halanke is ke liye zyada behtar yeh hai ke woh us shakhs ko apna dost banaye jo is ki ghaltiyon ko use batata ho aadmi ek haq ko manane se inkar karta hai aur khush hota hai ke is tarah is ne logon ki nazar mein apne waqar ko bacha liya</w:t>
      </w:r>
    </w:p>
    <w:p>
      <w:pPr>
        <w:jc w:val="right"/>
      </w:pPr>
      <w:r>
        <w:t>آدمی اپنی تعریف کرنے والے کو دوست بناتا ہے حالانکہ اس کے لیے زیادہ بہتر یہ ہے کہ وہ اس شخص کو اپنا دوست بنائے جو اس کی غلطیوں کو اسے بتاتا ہو آدمی ایک حق کو ماننے سے انکار کرتا ہے اور خوش ہوتا ہے کہ اس طرح اس نے لوگوں کی نظر میں اپنے وقار کو بچا لیا</w:t>
      </w:r>
    </w:p>
    <w:p>
      <w:r>
        <w:rPr>
          <w:b/>
        </w:rPr>
        <w:t xml:space="preserve">[2:03:18] </w:t>
      </w:r>
      <w:r>
        <w:t>halanke is ke liye zyada behtar yeh tha ke woh apni izzat ko khatre mein daal kar khule dil se haq ka etaraf kar le aadmi mehnat aur qurbani wale deen se be raghib rehta hai aur is deen ko le leta hai jis mein mamooli baaton par jannat ki khushkhabri mil rahi ho</w:t>
      </w:r>
    </w:p>
    <w:p>
      <w:pPr>
        <w:jc w:val="right"/>
      </w:pPr>
      <w:r>
        <w:t>حالانکہ اس کے لیے زیادہ بہتر یہ تھا کہ وہ اپنی عزت کو خطرے میں ڈال کر کھلے دل سے حق کا اعتراف کر لے آدمی محنت اور قربانی والے دین سے بے رغبت رہتا ہے اور اس دین کو لے لیتا ہے جس میں معمولی باتوں پر جنت کی خوشخبری مل رہی ہو</w:t>
      </w:r>
    </w:p>
    <w:p>
      <w:r>
        <w:rPr>
          <w:b/>
        </w:rPr>
        <w:t xml:space="preserve">[2:03:46] </w:t>
      </w:r>
      <w:r>
        <w:t>halanke is ke liye zyada behtar tha ke woh mehnat aur qurbani wale deen ko ikhtiyar karta aadmi zindagi ke masail ko ahmiyat deta hai halanke zyada bari aqalmandi yeh hai ke aadmi maut ke masail ko ahmiyat de Allah janta hai tum nahin jante</w:t>
      </w:r>
    </w:p>
    <w:p>
      <w:pPr>
        <w:jc w:val="right"/>
      </w:pPr>
      <w:r>
        <w:t>حالانکہ اس کے لیے زیادہ بہتر تھا کہ وہ محنت اور قربانی والے دین کو اختیار کرتا آدمی زندگی کے مسائل کو اہمیت دیتا ہے حالانکہ زیادہ بڑی عقلمندی یہ ہے کہ آدمی موت کے مسائل کو اہمیت دے اللہ جانتا ہے تم نہیں جانتے</w:t>
      </w:r>
    </w:p>
    <w:p>
      <w:r>
        <w:rPr>
          <w:b/>
        </w:rPr>
        <w:t xml:space="preserve">[2:04:13] </w:t>
      </w:r>
      <w:r>
        <w:t>is ka matlab yeh hai ke Allah in sate jazbat o muharrakat se buland hai jin se buland na hone ki wajah se insaan ki rai mutasir rai ban jati hai woh sahi rukh ko chhod kar ghalt rukh ki taraf murr jata hai Allah ka faisla har qism ki ghair mutaliq cheezon ki milawat se pak hai</w:t>
      </w:r>
    </w:p>
    <w:p>
      <w:pPr>
        <w:jc w:val="right"/>
      </w:pPr>
      <w:r>
        <w:t>اس کا مطلب یہ ہے کہ اللہ ان ستی جذبات و محرکات سے بلند ہے جن سے بلند نہ ہونے کی وجہ سے انسان کی رائے متاثر رائے بن جاتی ہے وہ صحیح رخ کو چھوڑ کر غلط رخ کی طرف مڑ جاتا ہے اللہ کا فیصلہ ہر قسم کی غیر متعلق چیزوں کی ملاوٹ سے پاک ہے</w:t>
      </w:r>
    </w:p>
    <w:p>
      <w:r>
        <w:rPr>
          <w:b/>
        </w:rPr>
        <w:t xml:space="preserve">[2:04:38] </w:t>
      </w:r>
      <w:r>
        <w:t>woh beameez faisla hai is liye is ke barhaq hone mein koi shubah nahin insaan ke faisle tarah tarah ki nafsiati pechidgiyon se maghloob rehte hain woh past muharrakat ke zair asar rai qaim karta hai is is liye insaan ki rai aksar auqat na mabni bar haq hoti hai aur na mutabiq waqe</w:t>
      </w:r>
    </w:p>
    <w:p>
      <w:pPr>
        <w:jc w:val="right"/>
      </w:pPr>
      <w:r>
        <w:t>وہ بیامیز فیصلہ ہے اس لیے اس کے برحق ہونے میں کوئی شبہ نہیں انسان کے فیصلے طرح طرح کی نفسیاتی پیچیدگیوں سے مغلوب رہتے ہیں وہ پست محرکات کے زیر اثر رائے قائم کرتا ہے اس اس لیے انسان کی رائے اکثر اوقات نہ مبنی برحق ہوتی ہے اور نہ مطابق واقعہ</w:t>
      </w:r>
    </w:p>
    <w:p>
      <w:r>
        <w:rPr>
          <w:b/>
        </w:rPr>
        <w:t xml:space="preserve">[2:05:07] </w:t>
      </w:r>
      <w:r>
        <w:t>Khuda jo kahe usi ko tum haq samjho aur is ke muqable mein apne khyal ko chhod do.</w:t>
      </w:r>
    </w:p>
    <w:p>
      <w:pPr>
        <w:jc w:val="right"/>
      </w:pPr>
      <w:r>
        <w:t>خدا جو کہے اسی کو تم حق سمجھو اور اس کے مقابلے میں اپنے خیال کو چھوڑ دو.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