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Muslims in The Modern Age February 18, 2007 Maulana Wahiduddin Khan</w:t>
      </w:r>
    </w:p>
    <w:p>
      <w:r>
        <w:t>https://www.youtube.com/watch?v=uaGVfipgIo8</w:t>
      </w:r>
    </w:p>
    <w:p>
      <w:r>
        <w:rPr>
          <w:b/>
        </w:rPr>
        <w:t xml:space="preserve">[00:13] </w:t>
      </w:r>
      <w:r>
        <w:t>wa salla Allahu 'ala an-nabiyyil-kareem. Rab ishrah li sadri, wa yassir li amri, wah-lul 'uqdatan min lisani yafqahu qawli.</w:t>
      </w:r>
    </w:p>
    <w:p>
      <w:pPr>
        <w:jc w:val="right"/>
      </w:pPr>
      <w:r>
        <w:t>وصلی اللہ علی النبی الکریم۔ رب اشرح لی صدری، ویسر لی امری، واحل العقدۃ من لسانی یفقہ قولی۔</w:t>
      </w:r>
    </w:p>
    <w:p>
      <w:r>
        <w:rPr>
          <w:b/>
        </w:rPr>
        <w:t xml:space="preserve">[00:30] </w:t>
      </w:r>
      <w:r>
        <w:t>bachpan mein jab ke main rehta tha UP mein,</w:t>
      </w:r>
    </w:p>
    <w:p>
      <w:pPr>
        <w:jc w:val="right"/>
      </w:pPr>
      <w:r>
        <w:t>بچپن میں جب کہ میں رہتا تھا یو پی میں،</w:t>
      </w:r>
    </w:p>
    <w:p>
      <w:r>
        <w:rPr>
          <w:b/>
        </w:rPr>
        <w:t xml:space="preserve">[00:36] </w:t>
      </w:r>
      <w:r>
        <w:t>ek gaon mein, phir Adam Garh shahar mein rehne laga, to us zamane mein, yani azadi se bahut pehle ki baat hai yeh, musalmanon ke akhbaron mein ya magazine mein ek bahut zyada</w:t>
      </w:r>
    </w:p>
    <w:p>
      <w:pPr>
        <w:jc w:val="right"/>
      </w:pPr>
      <w:r>
        <w:t>ایک گاؤں میں، پھر آدم گڑھ شہر میں رہنے لگا، تو اس زمانے میں، یعنی آزادی سے بہت پہلے کی بات ہے یہ، مسلمانوں کے اخباروں میں یا میگزین میں ایک بہت زیادہ</w:t>
      </w:r>
    </w:p>
    <w:p>
      <w:r>
        <w:rPr>
          <w:b/>
        </w:rPr>
        <w:t xml:space="preserve">[00:54] </w:t>
      </w:r>
      <w:r>
        <w:t>popular tha ek topic, to woh hua karta tha: "Musalman kya karen?" yeh bahut chhapta tha us zamane mein.</w:t>
      </w:r>
    </w:p>
    <w:p>
      <w:pPr>
        <w:jc w:val="right"/>
      </w:pPr>
      <w:r>
        <w:t>پاپولر تھا ایک ٹاپک، تو وہ ہوا کرتا تھا: "مسلمان کیا کریں؟" یہ بہت چھپتا تھا اس زمانے میں۔</w:t>
      </w:r>
    </w:p>
    <w:p>
      <w:r>
        <w:rPr>
          <w:b/>
        </w:rPr>
        <w:t xml:space="preserve">[01:05] </w:t>
      </w:r>
      <w:r>
        <w:t>phir us ko collection bhi chhaapa us ka, kitabon ki shakal mein: "Musalman kya karen?"</w:t>
      </w:r>
    </w:p>
    <w:p>
      <w:pPr>
        <w:jc w:val="right"/>
      </w:pPr>
      <w:r>
        <w:t>پھر اس کو کلیکشن بھی چھپا اس کا، کتابوں کی شکل میں: "مسلمان کیا کریں؟"</w:t>
      </w:r>
    </w:p>
    <w:p>
      <w:r>
        <w:rPr>
          <w:b/>
        </w:rPr>
        <w:t xml:space="preserve">[01:13] </w:t>
      </w:r>
      <w:r>
        <w:t>jahan tak mujhe yaad hai, in article ko padh kar mujhe, mere zehan mein, kuch bhi nahin aata tha siwaye confusion ke: "Musalman kya karen?" abhi haal mein ek kitab chhapi hai Arab se, Arabic language mein.</w:t>
      </w:r>
    </w:p>
    <w:p>
      <w:pPr>
        <w:jc w:val="right"/>
      </w:pPr>
      <w:r>
        <w:t>جہاں تک مجھے یاد ہے، ان آرٹیکل کو پڑھ کر مجھے، میرے ذہن میں، کچھ بھی نہیں آتا تھا سوائے کنفیوژن کے: "مسلمان کیا کریں؟" ابھی حال میں ایک کتاب چھپی ہے عرب سے، عربک لینگویج میں۔</w:t>
      </w:r>
    </w:p>
    <w:p>
      <w:r>
        <w:rPr>
          <w:b/>
        </w:rPr>
        <w:t xml:space="preserve">[01:31] </w:t>
      </w:r>
      <w:r>
        <w:t>is ka title hai: "Min ayna nabda" . Min ayna nabda. Hum kahan se shuru karen?</w:t>
      </w:r>
    </w:p>
    <w:p>
      <w:pPr>
        <w:jc w:val="right"/>
      </w:pPr>
      <w:r>
        <w:t>اس کا ٹائٹل ہے: "من عین نبدہ"۔ من عین نبدہ۔ ہم کہاں سے شروع کریں؟</w:t>
      </w:r>
    </w:p>
    <w:p>
      <w:r>
        <w:rPr>
          <w:b/>
        </w:rPr>
        <w:t xml:space="preserve">[01:43] </w:t>
      </w:r>
      <w:r>
        <w:t>from where to begin?</w:t>
      </w:r>
    </w:p>
    <w:p>
      <w:pPr>
        <w:jc w:val="right"/>
      </w:pPr>
      <w:r>
        <w:t>فرام ویئر ٹو بیگن؟</w:t>
      </w:r>
    </w:p>
    <w:p>
      <w:r>
        <w:rPr>
          <w:b/>
        </w:rPr>
        <w:t xml:space="preserve">[01:47] </w:t>
      </w:r>
      <w:r>
        <w:t>is ka matlab hai ke sau baras ki tareekh jo musalmanon ki hai, woh abhi tak direction less hai. Nahin pata nahin ke direction kya hai hamara, kidhar chalen hum.</w:t>
      </w:r>
    </w:p>
    <w:p>
      <w:pPr>
        <w:jc w:val="right"/>
      </w:pPr>
      <w:r>
        <w:t>اس کا مطلب ہے کہ سو برس کی تاریخ جو مسلمانوں کی ہے، وہ ابھی تک ڈائریکشن لیس ہے۔ نہیں پتہ نہیں کہ ڈائریکشن کیا ہے ہمارا، کدھر چلیں ہم۔</w:t>
      </w:r>
    </w:p>
    <w:p>
      <w:r>
        <w:rPr>
          <w:b/>
        </w:rPr>
        <w:t xml:space="preserve">[01:58] </w:t>
      </w:r>
      <w:r>
        <w:t>so saal beet gaye, abhi tak hamein direction ka pata nahin. abhi tak yeh hai ke mun ain nabdah, musalman kya karein?</w:t>
      </w:r>
    </w:p>
    <w:p>
      <w:pPr>
        <w:jc w:val="right"/>
      </w:pPr>
      <w:r>
        <w:t>سو سال بیت گئے، ابھی تک ہمیں ڈائریکشن کا پتہ نہیں۔ ابھی تک یہ ہے کہ من عین نبدہ، مسلمان کیا کریں؟</w:t>
      </w:r>
    </w:p>
    <w:p>
      <w:r>
        <w:rPr>
          <w:b/>
        </w:rPr>
        <w:t xml:space="preserve">[02:07] </w:t>
      </w:r>
      <w:r>
        <w:t>yeh kyun hai? is ka, main samajhta hoon ke ek jar jo hai, root cause, is, yeh, is ko main kehta hoon intellectual backwardness.</w:t>
      </w:r>
    </w:p>
    <w:p>
      <w:pPr>
        <w:jc w:val="right"/>
      </w:pPr>
      <w:r>
        <w:t>یہ کیوں ہے؟ اس کا، میں سمجھتا ہوں کہ ایک جڑ جو ہے، روٹ کاز، اس، یہ، اس کو میں کہتا ہوں انٹلیکچول بیکورڈنس۔</w:t>
      </w:r>
    </w:p>
    <w:p>
      <w:r>
        <w:rPr>
          <w:b/>
        </w:rPr>
        <w:t xml:space="preserve">[02:22] </w:t>
      </w:r>
      <w:r>
        <w:t>main poore conviction se ke saath kehta hoon ke poori poori muslim world, chahe parhi likhi ho ya be parhi likhi hon,</w:t>
      </w:r>
    </w:p>
    <w:p>
      <w:pPr>
        <w:jc w:val="right"/>
      </w:pPr>
      <w:r>
        <w:t>میں پورے کنوکشن سے کے ساتھ کہتا ہوں کہ پوری پوری مسلم ورلڈ، چاہے پڑھی لکھی ہو یا بے پڑھی لکھی ہوں،</w:t>
      </w:r>
    </w:p>
    <w:p>
      <w:r>
        <w:rPr>
          <w:b/>
        </w:rPr>
        <w:t xml:space="preserve">[02:31] </w:t>
      </w:r>
      <w:r>
        <w:t>sab ke sab intellectual backwardness mein mubtala hain. khate kamate hain, mote ho jaate hain kha kar ke, acha ghar banate hain, achi caron pe daurte hain, woh bhi doosron ke banaye hue.</w:t>
      </w:r>
    </w:p>
    <w:p>
      <w:pPr>
        <w:jc w:val="right"/>
      </w:pPr>
      <w:r>
        <w:t>سب کے سب انٹلیکچول بیکورڈنس میں مبتلا ہیں۔ کھاتے کماتے ہیں، موٹے ہو جاتے ہیں کھا کر کے، اچھا گھر بناتے ہیں، اچھی کاروں پہ دوڑتے ہیں، وہ بھی دوسروں کے بنائے ہوئے۔</w:t>
      </w:r>
    </w:p>
    <w:p>
      <w:r>
        <w:rPr>
          <w:b/>
        </w:rPr>
        <w:t xml:space="preserve">[02:46] </w:t>
      </w:r>
      <w:r>
        <w:t>woh architecture doosron ne paida kiya hai, aap ne nahin. woh gadiyan doosron ne banai hain, aap ne nahin.</w:t>
      </w:r>
    </w:p>
    <w:p>
      <w:pPr>
        <w:jc w:val="right"/>
      </w:pPr>
      <w:r>
        <w:t>وہ آرکیٹیکچر دوسروں نے پیدا کیا ہے، آپ نے نہیں۔ وہ گاڑیاں دوسروں نے بنائی ہیں، آپ نے نہیں۔</w:t>
      </w:r>
    </w:p>
    <w:p>
      <w:r>
        <w:rPr>
          <w:b/>
        </w:rPr>
        <w:t xml:space="preserve">[02:53] </w:t>
      </w:r>
      <w:r>
        <w:t>to doosron kikhidmat kar ke, is ko quran mein kaha hai ke "habl min al-nas". yeh habl min al-nas ke tehat yeh sab ho raha hai jo hai.</w:t>
      </w:r>
    </w:p>
    <w:p>
      <w:pPr>
        <w:jc w:val="right"/>
      </w:pPr>
      <w:r>
        <w:t>تو دوسروں کی خدمت کر کے، اس کو قرآن میں کہا ہے کہ "حبل من الناس"۔ یہ حبل من الناس کے تحت یہ سب ہو رہا ہے جو ہے۔</w:t>
      </w:r>
    </w:p>
    <w:p>
      <w:r>
        <w:rPr>
          <w:b/>
        </w:rPr>
        <w:t xml:space="preserve">[03:02] </w:t>
      </w:r>
      <w:r>
        <w:t>to jahan tak thinking ki baat hai, intellectual thinking ki baat hai, soch, is mein bilkul hi peechay hain.</w:t>
      </w:r>
    </w:p>
    <w:p>
      <w:pPr>
        <w:jc w:val="right"/>
      </w:pPr>
      <w:r>
        <w:t>تو جہاں تک تھنکنگ کی بات ہے، انٹلیکچول تھنکنگ کی بات ہے، سوچ، اس میں بالکل ہی پیچھے ہیں۔</w:t>
      </w:r>
    </w:p>
    <w:p>
      <w:r>
        <w:rPr>
          <w:b/>
        </w:rPr>
        <w:t xml:space="preserve">[03:12] </w:t>
      </w:r>
      <w:r>
        <w:t>saare ke saare dunya ke musalman, main poore hosh mein yeh baat keh raha hoon, aur josh mein nahin keh raha hoon, ke saare dunya ke muslim rehnuma, chahe madrasay ke hon ya college university ke hon,</w:t>
      </w:r>
    </w:p>
    <w:p>
      <w:pPr>
        <w:jc w:val="right"/>
      </w:pPr>
      <w:r>
        <w:t>سارے کے سارے دنیا کے مسلمان، میں پورے ہوش میں یہ بات کہہ رہا ہوں، اور جوش میں نہیں کہہ رہا ہوں، کہ سارے دنیا کے مسلم رہنما، چاہے مدرسے کے ہوں یا کالج یونیورسٹی کے ہوں،</w:t>
      </w:r>
    </w:p>
    <w:p>
      <w:r>
        <w:rPr>
          <w:b/>
        </w:rPr>
        <w:t xml:space="preserve">[03:28] </w:t>
      </w:r>
      <w:r>
        <w:t>woh intellectual backwardness ke shikar hain.</w:t>
      </w:r>
    </w:p>
    <w:p>
      <w:pPr>
        <w:jc w:val="right"/>
      </w:pPr>
      <w:r>
        <w:t>وہ انٹلیکچول بیکورڈنس کے شکار ہیں۔</w:t>
      </w:r>
    </w:p>
    <w:p>
      <w:r>
        <w:rPr>
          <w:b/>
        </w:rPr>
        <w:t xml:space="preserve">[03:31] </w:t>
      </w:r>
      <w:r>
        <w:t>kyun? is ki ek jar jo hai woh yeh hai ke consciously ya unconsciously logon ne samajh liya hai ke rasool Allah jo thay, un ke baray mein ek bohat bari confusion mein paray hue hain log.</w:t>
      </w:r>
    </w:p>
    <w:p>
      <w:pPr>
        <w:jc w:val="right"/>
      </w:pPr>
      <w:r>
        <w:t>کیوں؟ اس کی ایک جڑ جو ہے وہ یہ ہے کہ کانشیسلی یا انکانسیسلی لوگوں نے سمجھ لیا ہے کہ رسول اللہ جو تھے، ان کے بارے میں ایک بہت بڑی کنفیوژن میں پڑے ہوئے ہیں لوگ۔</w:t>
      </w:r>
    </w:p>
    <w:p>
      <w:r>
        <w:rPr>
          <w:b/>
        </w:rPr>
        <w:t xml:space="preserve">[03:44] </w:t>
      </w:r>
      <w:r>
        <w:t>they fail to differentiate between final prophet and final model.</w:t>
      </w:r>
    </w:p>
    <w:p>
      <w:pPr>
        <w:jc w:val="right"/>
      </w:pPr>
      <w:r>
        <w:t>دے فیل ٹو ڈیفرنشیٹ بٹوین فائنل پرافٹ اینڈ فائنل ماڈل۔</w:t>
      </w:r>
    </w:p>
    <w:p>
      <w:r>
        <w:rPr>
          <w:b/>
        </w:rPr>
        <w:t xml:space="preserve">[03:52] </w:t>
      </w:r>
      <w:r>
        <w:t>poori poori muslim ummat jo hai, one to all, without any exception, woh nahin janti ke final prophet to ho sakta hai lekin final model nahin ho sakta hai.</w:t>
      </w:r>
    </w:p>
    <w:p>
      <w:pPr>
        <w:jc w:val="right"/>
      </w:pPr>
      <w:r>
        <w:t>پوری پوری مسلم امت جو ہے، ون ٹو آل، ودا آؤٹ اینی ایکسیپشن، وہ نہیں جانتی کہ فائنل پرافٹ تو ہو سکتا ہے لیکن فائنل ماڈل نہیں ہو سکتا ہے۔</w:t>
      </w:r>
    </w:p>
    <w:p>
      <w:r>
        <w:rPr>
          <w:b/>
        </w:rPr>
        <w:t xml:space="preserve">[04:04] </w:t>
      </w:r>
      <w:r>
        <w:t>that is impossible. kyun ke situation vary karti hai. situation differ karti hai hamesha. to final model ka matlab hi nahin hai.</w:t>
      </w:r>
    </w:p>
    <w:p>
      <w:pPr>
        <w:jc w:val="right"/>
      </w:pPr>
      <w:r>
        <w:t>دیٹ از امپاسیبل۔ کیونکہ سچویشن ویری کرتی ہے۔ سچویشن ڈیفر کرتی ہے ہمیشہ۔ تو فائنل ماڈل کا مطلب ہی نہیں ہے۔</w:t>
      </w:r>
    </w:p>
    <w:p>
      <w:r>
        <w:rPr>
          <w:b/>
        </w:rPr>
        <w:t xml:space="preserve">[04:13] </w:t>
      </w:r>
      <w:r>
        <w:t>ek aisa word hai jis ko koi maani nahin hai is ke. yeh word hi meaningless hai ke final model. to final prophet to aap keh sakte hain kyun ke list hai, list hai, list hai, ek jagah ke stop ho gaya is ka.</w:t>
      </w:r>
    </w:p>
    <w:p>
      <w:pPr>
        <w:jc w:val="right"/>
      </w:pPr>
      <w:r>
        <w:t>ایک ایسا शब्द ہے جس کو کوئی معنی نہیں ہے اس کے۔ یہ ورڈ ہی میننگ لیس ہے کہ فائنل ماڈل۔ تو فائنل پرافٹ تو آپ کہہ سکتے ہیں کیونکہ لسٹ ہے، لسٹ ہے، لسٹ ہے، ایک جگہ کے سٹاپ ہو گیا اس کا۔</w:t>
      </w:r>
    </w:p>
    <w:p>
      <w:r>
        <w:rPr>
          <w:b/>
        </w:rPr>
        <w:t xml:space="preserve">[04:29] </w:t>
      </w:r>
      <w:r>
        <w:t>lekin final model nahin keh sakte aap. model badalte rahenge.</w:t>
      </w:r>
    </w:p>
    <w:p>
      <w:pPr>
        <w:jc w:val="right"/>
      </w:pPr>
      <w:r>
        <w:t>لیکن فائنل ماڈل نہیں کہہ سکتے آپ۔ ماڈل بدلتے رہیں گے۔</w:t>
      </w:r>
    </w:p>
    <w:p>
      <w:r>
        <w:rPr>
          <w:b/>
        </w:rPr>
        <w:t xml:space="preserve">[04:36] </w:t>
      </w:r>
      <w:r>
        <w:t>to chunke musalmanon ne samajh liya ke jis tarah se rasool Allah final prophet hain, usi tarah woh final model bhi hain, to ab chunke woh situation hai nahin ke musalmanon ka political empire bane,</w:t>
      </w:r>
    </w:p>
    <w:p>
      <w:pPr>
        <w:jc w:val="right"/>
      </w:pPr>
      <w:r>
        <w:t>تو چونکہ مسلمانوں نے سمجھ لیا کہ جس طرح سے رسول اللہ فائنل پرافٹ ہیں، اسی طرح وہ فائنل ماڈل بھی ہیں، تو اب چونکہ وہ سچویشن ہے نہیں کہ مسلمانوں کا پولیٹیکل ایمپائر بنے،</w:t>
      </w:r>
    </w:p>
    <w:p>
      <w:r>
        <w:rPr>
          <w:b/>
        </w:rPr>
        <w:t xml:space="preserve">[04:50] </w:t>
      </w:r>
      <w:r>
        <w:t>to chunke musalmanon ka political empire nahin hai, to samajhte hain ke hum kahin bhi nahin hain.</w:t>
      </w:r>
    </w:p>
    <w:p>
      <w:pPr>
        <w:jc w:val="right"/>
      </w:pPr>
      <w:r>
        <w:t>تو چونکہ مسلمانوں کا پولیٹیکل ایمپائر نہیں ہے، تو سمجھتے ہیں کہ ہم کہیں بھی نہیں ہیں۔</w:t>
      </w:r>
    </w:p>
    <w:p>
      <w:r>
        <w:rPr>
          <w:b/>
        </w:rPr>
        <w:t xml:space="preserve">[04:55] </w:t>
      </w:r>
      <w:r>
        <w:t>hum nowhere hain. halanke 57 muslim countries hain aaj bhi. agar woh apna alliance bana lein to abhi bhi muslim empire maujood hai.</w:t>
      </w:r>
    </w:p>
    <w:p>
      <w:pPr>
        <w:jc w:val="right"/>
      </w:pPr>
      <w:r>
        <w:t>ہم نو ویئر ہیں۔ حالانکہ 57 مسلم کنٹریز ہیں آج بھی۔ اگر وہ اپنا الائنس بنا لیں تو ابھی بھی مسلم ایمپائر موجود ہے۔</w:t>
      </w:r>
    </w:p>
    <w:p>
      <w:r>
        <w:rPr>
          <w:b/>
        </w:rPr>
        <w:t xml:space="preserve">[05:10] </w:t>
      </w:r>
      <w:r>
        <w:t>kitna bara isi ko main kehta hoon intellectual backwardness. soch se mehroom hain. to khair, main is waqt jo kehna chahta hoon woh yeh hai ke main is ayat ki thori si sharah karunga jo surah an'am mein hai</w:t>
      </w:r>
    </w:p>
    <w:p>
      <w:pPr>
        <w:jc w:val="right"/>
      </w:pPr>
      <w:r>
        <w:t>کتنا بڑا اسی کو میں کہتا ہوں انٹلیکچول بیکورڈنس۔ سوچ سے محروم ہیں۔ تو خیر، میں اس وقت جو کہنا چاہتا ہوں وہ یہ ہے کہ میں اس آیت کی تھوڑی سی شرح کروں گا جو سورہ انعام میں ہے</w:t>
      </w:r>
    </w:p>
    <w:p>
      <w:r>
        <w:rPr>
          <w:b/>
        </w:rPr>
        <w:t xml:space="preserve">[05:29] </w:t>
      </w:r>
      <w:r>
        <w:t>ke "alladhina allah</w:t>
      </w:r>
    </w:p>
    <w:p>
      <w:pPr>
        <w:jc w:val="right"/>
      </w:pPr>
      <w:r>
        <w:t>کہ "الذین اللہ</w:t>
      </w:r>
    </w:p>
    <w:p>
      <w:r>
        <w:rPr>
          <w:b/>
        </w:rPr>
        <w:t xml:space="preserve">[05:34] </w:t>
      </w:r>
      <w:r>
        <w:t>those were the guarded prophets, so you should follow their examples". to main bataunga ke rasool Allah se pehle jo nabi aaye hain, woh bhi hum malik, kitna zabardast un ke andar treasure hai namoonay ka.</w:t>
      </w:r>
    </w:p>
    <w:p>
      <w:pPr>
        <w:jc w:val="right"/>
      </w:pPr>
      <w:r>
        <w:t>دوز ویر دا گارڈڈ پرافٹس، سو یو شوڈ فالو دیر ایگزامپلز"۔ تو میں بتاؤں گا کہ رسول اللہ سے پہلے جو نبی آئے ہیں، وہ بھی ہم مالک، کتنا زبردست ان کے اندر ٹریژر ہے نمونے کا۔</w:t>
      </w:r>
    </w:p>
    <w:p>
      <w:r>
        <w:rPr>
          <w:b/>
        </w:rPr>
        <w:t xml:space="preserve">[05:52] </w:t>
      </w:r>
      <w:r>
        <w:t>is ko chhod kar ke hum kya ho jayega? andheray mein bhatkenge. kyun ke ek rasool ke haan saare, ek saare example impossible ke mile.</w:t>
      </w:r>
    </w:p>
    <w:p>
      <w:pPr>
        <w:jc w:val="right"/>
      </w:pPr>
      <w:r>
        <w:t>اس کو چھوڑ کر کے ہم کیا ہو جائے گا؟ اندھیرے میں بھٹکیں گے۔ کیونکہ ایک رسول کے ہاں سارے، ایک سارے ایگزامپل امپاسیبل کے ملے۔</w:t>
      </w:r>
    </w:p>
    <w:p>
      <w:r>
        <w:rPr>
          <w:b/>
        </w:rPr>
        <w:t xml:space="preserve">[06:04] </w:t>
      </w:r>
      <w:r>
        <w:t>jaise rasool Allah jo hai, aap maa baap ki kaisekhidmat karein? to aap bataiye ke rasool Allah ka kya namoona milega aap ko? kyun ke woh to yateem thay, na baap, na maa, na baap, na maa.</w:t>
      </w:r>
    </w:p>
    <w:p>
      <w:pPr>
        <w:jc w:val="right"/>
      </w:pPr>
      <w:r>
        <w:t>جیسے رسول اللہ جو ہے، آپ ماں باپ کی کیسے خدمت کریں؟ تو آپ بتائیے کہ رسول اللہ کا کیا نمونہ ملے گا آپ کو؟ کیونکہ وہ تو یتیم تھے، نہ باپ، نہ ماں، نہ باپ، نہ ماں۔</w:t>
      </w:r>
    </w:p>
    <w:p>
      <w:r>
        <w:rPr>
          <w:b/>
        </w:rPr>
        <w:t xml:space="preserve">[06:17] </w:t>
      </w:r>
      <w:r>
        <w:t>to ek shakhs jo apne maa baap ki khidmat karna chahta ho, to rasool Allah kaise namoona denge is ko? un ke paas na baap maa tha, na baap tha, dono mar chukay thay.</w:t>
      </w:r>
    </w:p>
    <w:p>
      <w:pPr>
        <w:jc w:val="right"/>
      </w:pPr>
      <w:r>
        <w:t>تو ایک شخص جو اپنے ماں باپ کی خدمت کرنا چاہتا ہو، تو رسول اللہ کیسے نمونہ دیں گے اس کو؟ ان کے پاس نہ باپ ماں تھا، نہ باپ تھا، دونوں مر چکے تھے۔</w:t>
      </w:r>
    </w:p>
    <w:p>
      <w:r>
        <w:rPr>
          <w:b/>
        </w:rPr>
        <w:t xml:space="preserve">[06:28] </w:t>
      </w:r>
      <w:r>
        <w:t>bataiye? ek shakhs ka beta hai, bete ko kaise woh train kare? to rasool Allah ka naya namoona milega aap ko? kyun?</w:t>
      </w:r>
    </w:p>
    <w:p>
      <w:pPr>
        <w:jc w:val="right"/>
      </w:pPr>
      <w:r>
        <w:t>بتائیے؟ ایک شخص کا بیٹا ہے، بیٹے کو کیسے وہ ٹرین کرے؟ تو رسول اللہ کا نیا نمونہ ملے گا آپ کو؟ کیوں؟</w:t>
      </w:r>
    </w:p>
    <w:p>
      <w:r>
        <w:rPr>
          <w:b/>
        </w:rPr>
        <w:t xml:space="preserve">[06:37] </w:t>
      </w:r>
      <w:r>
        <w:t>aap bete hi nahi the kuch?</w:t>
      </w:r>
    </w:p>
    <w:p>
      <w:pPr>
        <w:jc w:val="right"/>
      </w:pPr>
      <w:r>
        <w:t>آپ بیٹے ہی نہیں تھے کچھ؟</w:t>
      </w:r>
    </w:p>
    <w:p>
      <w:r>
        <w:rPr>
          <w:b/>
        </w:rPr>
        <w:t xml:space="preserve">[06:39] </w:t>
      </w:r>
      <w:r>
        <w:t>aap bataiye? kya karen ge aap? yeh kitni bari fallacy hai jis mein musalman hazar saal se jee rahe hain.</w:t>
      </w:r>
    </w:p>
    <w:p>
      <w:pPr>
        <w:jc w:val="right"/>
      </w:pPr>
      <w:r>
        <w:t>آپ بتائیے؟ کیا کریں گے آپ؟ یہ کتنی بڑی فلیسی ہے جس میں مسلمان ہزار سال سے جی رہے ہیں۔</w:t>
      </w:r>
    </w:p>
    <w:p>
      <w:r>
        <w:rPr>
          <w:b/>
        </w:rPr>
        <w:t xml:space="preserve">[06:51] </w:t>
      </w:r>
      <w:r>
        <w:t>kitni bari fallacy hai. isi fallacy ne musalmanon ko tabah kar rakha hai.</w:t>
      </w:r>
    </w:p>
    <w:p>
      <w:pPr>
        <w:jc w:val="right"/>
      </w:pPr>
      <w:r>
        <w:t>کتنی بڑی فلیسی ہے۔ اسی فلیسی نے مسلمانوں کو تباہ کر رکھا ہے۔</w:t>
      </w:r>
    </w:p>
    <w:p>
      <w:r>
        <w:rPr>
          <w:b/>
        </w:rPr>
        <w:t xml:space="preserve">[06:57] </w:t>
      </w:r>
      <w:r>
        <w:t>ya to pride in ke paas hai pichli history ko le kar ke. paighambar sultan bood. ek shair ne kaha hai ke "hum hi chhaye hue the sharq se ta gharb dunya mein,</w:t>
      </w:r>
    </w:p>
    <w:p>
      <w:pPr>
        <w:jc w:val="right"/>
      </w:pPr>
      <w:r>
        <w:t>یا تو پرائیڈ ان کے پاس ہے پچھلی ہسٹری کو لے کر کے۔ پیغمبر سلطان بود۔ ایک شاعر نے کہا ہے کہ "ہم ہی چھائے ہوئے تھے شرق سے تا غرب دنیا میں،</w:t>
      </w:r>
    </w:p>
    <w:p>
      <w:r>
        <w:rPr>
          <w:b/>
        </w:rPr>
        <w:t xml:space="preserve">[07:11] </w:t>
      </w:r>
      <w:r>
        <w:t>na tha pala kisi millat ka dunya mein graan hum se". yeh hai past.</w:t>
      </w:r>
    </w:p>
    <w:p>
      <w:pPr>
        <w:jc w:val="right"/>
      </w:pPr>
      <w:r>
        <w:t>نہ تھا پلہ کسی ملت کا دنیا میں گراں ہم سے"۔ یہ ہے پاسٹ۔</w:t>
      </w:r>
    </w:p>
    <w:p>
      <w:r>
        <w:rPr>
          <w:b/>
        </w:rPr>
        <w:t xml:space="preserve">[07:18] </w:t>
      </w:r>
      <w:r>
        <w:t>ziya ul haq sahib gaye america, wahan unhon ne speech di. to unhon ne kya kaha? pakistan ke woh president the, woh "muslims have rediscovered their pride in Islam".</w:t>
      </w:r>
    </w:p>
    <w:p>
      <w:pPr>
        <w:jc w:val="right"/>
      </w:pPr>
      <w:r>
        <w:t>ضیاء الحق صاحب گئے امریکہ، وہاں انہوں نے سپیچ دی۔ تو انہوں نے کیا کہا؟ پاکستان کے وہ پریزیڈنٹ تھے، وہ "مسلمز ہیو ری ڈسکورڈ دیر پرائیڈ ان اسلام"۔</w:t>
      </w:r>
    </w:p>
    <w:p>
      <w:r>
        <w:rPr>
          <w:b/>
        </w:rPr>
        <w:t xml:space="preserve">[07:32] </w:t>
      </w:r>
      <w:r>
        <w:t>yeh bhi kitni baseless baat hai.</w:t>
      </w:r>
    </w:p>
    <w:p>
      <w:pPr>
        <w:jc w:val="right"/>
      </w:pPr>
      <w:r>
        <w:t>یہ بھی کتنی بیس لیس بات ہے۔</w:t>
      </w:r>
    </w:p>
    <w:p>
      <w:r>
        <w:rPr>
          <w:b/>
        </w:rPr>
        <w:t xml:space="preserve">[07:36] </w:t>
      </w:r>
      <w:r>
        <w:t>pride ko discover kiya ka matlab kya hua? past history ko discover kiya ke pehle hum empire thi hamari.</w:t>
      </w:r>
    </w:p>
    <w:p>
      <w:pPr>
        <w:jc w:val="right"/>
      </w:pPr>
      <w:r>
        <w:t>پرائیڈ کو ڈسکور کیا کا مطلب کیا ہوا؟ پاسٹ ہسٹری کو ڈسکور کیا کہ پہلے ہم ایمپائر تھی ہماری۔</w:t>
      </w:r>
    </w:p>
    <w:p>
      <w:r>
        <w:rPr>
          <w:b/>
        </w:rPr>
        <w:t xml:space="preserve">[07:44] </w:t>
      </w:r>
      <w:r>
        <w:t>yeh koi discovery hai? ab dekhen, koi discovery hai? aaj, aaj jo cheez aap discover karen, woh discovery hai.</w:t>
      </w:r>
    </w:p>
    <w:p>
      <w:pPr>
        <w:jc w:val="right"/>
      </w:pPr>
      <w:r>
        <w:t>یہ کوئی ڈسکوری ہے؟ اب دیکھیں، کوئی ڈسکوری ہے؟ آج، آج جو چیز آپ ڈسکور کریں، وہ ڈسکوری ہے۔</w:t>
      </w:r>
    </w:p>
    <w:p>
      <w:r>
        <w:rPr>
          <w:b/>
        </w:rPr>
        <w:t xml:space="preserve">[07:56] </w:t>
      </w:r>
      <w:r>
        <w:t>aaj jo cheez aap ko de guidance, woh discovery hai. past mein hum ne empire bana rakha tha, woh aap ne discover kiya, to yeh discovery kya hai yeh?</w:t>
      </w:r>
    </w:p>
    <w:p>
      <w:pPr>
        <w:jc w:val="right"/>
      </w:pPr>
      <w:r>
        <w:t>آج جو چیز آپ کو دے گائیڈنس، وہ ڈسکوری ہے۔ پاسٹ میں ہم نے ایمپائر بنا رکھا تھا، وہ آپ نے ڈسکور کیا، تو یہ ڈسکوری کیا ہے یہ؟</w:t>
      </w:r>
    </w:p>
    <w:p>
      <w:r>
        <w:rPr>
          <w:b/>
        </w:rPr>
        <w:t xml:space="preserve">[08:08] </w:t>
      </w:r>
      <w:r>
        <w:t>mein to hota hoon ke bilkul stepped. woh aadmi stepped hai jis ko past ka pata ho, past ki glory ka. aaj is ke liye kya</w:t>
      </w:r>
    </w:p>
    <w:p>
      <w:pPr>
        <w:jc w:val="right"/>
      </w:pPr>
      <w:r>
        <w:t>میں تو ہوتا ہوں کہ بالکل اسٹیپڈ۔ وہ آدمی اسٹیپڈ ہے جس کو پاسٹ کا پتہ ہو، پاسٹ کی گلوری کا۔ آج اس کے لیے کیا</w:t>
      </w:r>
    </w:p>
    <w:p>
      <w:r>
        <w:rPr>
          <w:b/>
        </w:rPr>
        <w:t xml:space="preserve">[08:16] </w:t>
      </w:r>
      <w:r>
        <w:t>opportunities hain, us ko pata na ho. mein samajhta hoon ke ziya ul haq sahib ne jo discovery ki thi, past ki, us se million time ziyada bari discovery meri hai ke mein ne discover kiya ke India mein opportunities hain.</w:t>
      </w:r>
    </w:p>
    <w:p>
      <w:pPr>
        <w:jc w:val="right"/>
      </w:pPr>
      <w:r>
        <w:t>اپرچونیٹیز ہیں، اس کو پتہ نہ ہو۔ میں سمجھتا ہوں کہ ضیاء الحق صاحب نے جو ڈسکوری کی تھی، پاسٹ کی، اس سے ملین ٹائم زیادہ بڑی ڈسکوری میری ہے کہ میں نے ڈسکور کیا کہ انڈیا میں اپرچونیٹیز ہیں۔</w:t>
      </w:r>
    </w:p>
    <w:p>
      <w:r>
        <w:rPr>
          <w:b/>
        </w:rPr>
        <w:t xml:space="preserve">[08:34] </w:t>
      </w:r>
      <w:r>
        <w:t>47 ke baad mein akela tha India mein, akela, jis ne repeatedly is ko bataya musalmanon ko ke India, musalman samajhte the ke India un ke liye problem country hai.</w:t>
      </w:r>
    </w:p>
    <w:p>
      <w:pPr>
        <w:jc w:val="right"/>
      </w:pPr>
      <w:r>
        <w:t>47 کے بعد میں اکیلا تھا انڈیا میں، اکیلا، جس نے ریپیٹڈلی اس کو بتایا مسلمانوں کو کہ انڈیا، مسلمان سمجھتے تھے کہ انڈیا ان کے لیے پرابلم کنٹری ہے۔</w:t>
      </w:r>
    </w:p>
    <w:p>
      <w:r>
        <w:rPr>
          <w:b/>
        </w:rPr>
        <w:t xml:space="preserve">[08:46] </w:t>
      </w:r>
      <w:r>
        <w:t>mein ne kaha nahi, yahan India hamare liye country of opportunities hai. hamare</w:t>
      </w:r>
    </w:p>
    <w:p>
      <w:pPr>
        <w:jc w:val="right"/>
      </w:pPr>
      <w:r>
        <w:t>میں نے کہا نہیں، یہاں انڈیا ہمارے لیے کنٹری آف اپرچونیٹیز ہے۔ ہمارے</w:t>
      </w:r>
    </w:p>
    <w:p>
      <w:r>
        <w:rPr>
          <w:b/>
        </w:rPr>
        <w:t xml:space="preserve">[08:52] </w:t>
      </w:r>
      <w:r>
        <w:t>India mein hamare opportunities hain. mein ne yahan tak kaha, meri kitab parh sakte hain aap, "Indian Muslims of Positive Outlook". woh chupa hua hai, us mein chupa hua ke India mein jo opportunities hain hamare liye, musalmanon ke liye, woh 57 Muslim countries se bhi ziyada hain.</w:t>
      </w:r>
    </w:p>
    <w:p>
      <w:pPr>
        <w:jc w:val="right"/>
      </w:pPr>
      <w:r>
        <w:t>انڈیا میں ہمارے اپرچونیٹیز ہیں۔ میں نے یہاں تک کہا، میری کتاب پڑھ سکتے ہیں آپ، "انڈین مسلمز آف پازیٹیو آؤٹ لک"۔ وہ چھپا ہوا ہے، اس میں چھپا ہوا کہ انڈیا میں جو اپرچونیٹیز ہیں ہمارے لیے، مسلمانوں کے لیے، وہ 57 مسلم کنٹریز سے بھی زیادہ ہیں۔</w:t>
      </w:r>
    </w:p>
    <w:p>
      <w:r>
        <w:rPr>
          <w:b/>
        </w:rPr>
        <w:t xml:space="preserve">[09:12] </w:t>
      </w:r>
      <w:r>
        <w:t>yeh us ko mein discovery kahoon ga. jo aaj mein opportunities ko discover kare, us ne discovery ki.</w:t>
      </w:r>
    </w:p>
    <w:p>
      <w:pPr>
        <w:jc w:val="right"/>
      </w:pPr>
      <w:r>
        <w:t>یہ اس کو میں ڈسکوری کہوں گا۔ جو آج میں اپرچونیٹیز کو ڈسکور کرے، اس نے ڈسکوری کی۔</w:t>
      </w:r>
    </w:p>
    <w:p>
      <w:r>
        <w:rPr>
          <w:b/>
        </w:rPr>
        <w:t xml:space="preserve">[09:21] </w:t>
      </w:r>
      <w:r>
        <w:t>jo past ki glory ko pata kare, woh kya hai? woh to stepped aadmi hai. aur us ko ja kar ziya ul haq sahib ne fakhr ke sath kaha America mein "muslims have rediscovered their pride in Islam".</w:t>
      </w:r>
    </w:p>
    <w:p>
      <w:pPr>
        <w:jc w:val="right"/>
      </w:pPr>
      <w:r>
        <w:t>جو پاسٹ کی گلوری کو پتہ کرے، وہ کیا ہے؟ وہ تو اسٹیپڈ آدمی ہے۔ اور اس کو جا کر ضیاء الحق صاحب نے فخر کے ساتھ کہا امریکہ میں "مسلمز ہیو ری ڈسکورڈ دیر پرائیڈ ان اسلام"۔</w:t>
      </w:r>
    </w:p>
    <w:p>
      <w:r>
        <w:rPr>
          <w:b/>
        </w:rPr>
        <w:t xml:space="preserve">[09:37] </w:t>
      </w:r>
      <w:r>
        <w:t>to us se billion time ziyada bari discovery meri hai ke mein ne daryaft kiya ke na sirf India mein balkeh sari dunya mein opportunities khuli hain hamare liye.</w:t>
      </w:r>
    </w:p>
    <w:p>
      <w:pPr>
        <w:jc w:val="right"/>
      </w:pPr>
      <w:r>
        <w:t>تو اس سے بلین ٹائم زیادہ بڑی ڈسکوری میری ہے کہ میں نے دریافت کیا کہ نہ صرف انڈیا میں بلکہ ساری دنیا میں اپرچونیٹیز کھلی ہیں ہمارے لیے۔</w:t>
      </w:r>
    </w:p>
    <w:p>
      <w:r>
        <w:rPr>
          <w:b/>
        </w:rPr>
        <w:t xml:space="preserve">[09:48] </w:t>
      </w:r>
      <w:r>
        <w:t>India mein, Singapore mein, Lanka mein, Europe mein, America mein, har jagah. kyun? aaj freedom hai. aaj religious freedom hai.</w:t>
      </w:r>
    </w:p>
    <w:p>
      <w:pPr>
        <w:jc w:val="right"/>
      </w:pPr>
      <w:r>
        <w:t>انڈیا میں، سنگاپور میں، لنکا میں، یورپ میں، امریکہ میں، ہر جگہ۔ کیوں؟ آج فریڈم ہے۔ آج ریلیجیس فریڈم ہے۔</w:t>
      </w:r>
    </w:p>
    <w:p>
      <w:r>
        <w:rPr>
          <w:b/>
        </w:rPr>
        <w:t xml:space="preserve">[09:57] </w:t>
      </w:r>
      <w:r>
        <w:t>aaj naye naye opportunities hain.</w:t>
      </w:r>
    </w:p>
    <w:p>
      <w:pPr>
        <w:jc w:val="right"/>
      </w:pPr>
      <w:r>
        <w:t>آج نئے نئے اپرچونیٹیز ہیں۔</w:t>
      </w:r>
    </w:p>
    <w:p>
      <w:r>
        <w:rPr>
          <w:b/>
        </w:rPr>
        <w:t xml:space="preserve">[10:01] </w:t>
      </w:r>
      <w:r>
        <w:t>yeh world mein pehli bar bola mein ke nai dunya mein economy ko decentralize kar diya gaya hai. pehle king ke paas sare mawaqe hote the, aaj decentralize kar diya gaya hai.</w:t>
      </w:r>
    </w:p>
    <w:p>
      <w:pPr>
        <w:jc w:val="right"/>
      </w:pPr>
      <w:r>
        <w:t>یہ ورلڈ میں پہلی بار بولا میں کہ نئی دنیا میں اکانومی کو ڈی سینٹرلائز کر دیا گیا ہے۔ پہلے کنگ کے پاس سارے مواقع ہوتے تھے، آج ڈی سینٹرلائز کر دیا گیا ہے۔</w:t>
      </w:r>
    </w:p>
    <w:p>
      <w:r>
        <w:rPr>
          <w:b/>
        </w:rPr>
        <w:t xml:space="preserve">[10:13] </w:t>
      </w:r>
      <w:r>
        <w:t>opportunities ka sailab beh raha hai har taraf. jahan chahen aap kaam kijiyye.</w:t>
      </w:r>
    </w:p>
    <w:p>
      <w:pPr>
        <w:jc w:val="right"/>
      </w:pPr>
      <w:r>
        <w:t>اپرچونیٹیز کا سیلاب بہہ رہا ہے ہر طرف۔ جہاں چاہیں آپ کام کیجئے۔</w:t>
      </w:r>
    </w:p>
    <w:p>
      <w:r>
        <w:rPr>
          <w:b/>
        </w:rPr>
        <w:t xml:space="preserve">[10:19] </w:t>
      </w:r>
      <w:r>
        <w:t>yeh discovery ziyada bari discovery hai us se ke aap past ke empire ko discover kar ke aap us pride mein jee rahe hain. yahi sare musalmanon ka haal hai.</w:t>
      </w:r>
    </w:p>
    <w:p>
      <w:pPr>
        <w:jc w:val="right"/>
      </w:pPr>
      <w:r>
        <w:t>یہ ڈسکوری زیادہ بڑی ڈسکوری ہے اس سے کہ آپ پاسٹ کے ایمپائر کو ڈسکور کر کے آپ اس پرائیڈ میں جی رہے ہیں۔ یہی سارے مسلمانوں کا حال ہے۔</w:t>
      </w:r>
    </w:p>
    <w:p>
      <w:r>
        <w:rPr>
          <w:b/>
        </w:rPr>
        <w:t xml:space="preserve">[10:30] </w:t>
      </w:r>
      <w:r>
        <w:t>chahe woh misr hon ya molvi hon, sab ka haal yahi hai. khair, to is waqt mein jo kehna chahta hoon woh yeh hai</w:t>
      </w:r>
    </w:p>
    <w:p>
      <w:pPr>
        <w:jc w:val="right"/>
      </w:pPr>
      <w:r>
        <w:t>چاہے وہ مسٹر ہوں یا مولوی ہوں، سب کا حال یہی ہے۔ خیر، تو اس وقت میں جو کہنا چاہتا ہوں وہ یہ ہے</w:t>
      </w:r>
    </w:p>
    <w:p>
      <w:r>
        <w:rPr>
          <w:b/>
        </w:rPr>
        <w:t xml:space="preserve">[10:38] </w:t>
      </w:r>
      <w:r>
        <w:t>ke pichhle nabiyon ki jo zindagi ek treasure hai, treasure. mein thora sa aap ko misalen doon ga, chand misalen.</w:t>
      </w:r>
    </w:p>
    <w:p>
      <w:pPr>
        <w:jc w:val="right"/>
      </w:pPr>
      <w:r>
        <w:t>کہ پچھلے نبیوں کی جو زندگی ایک ٹریژر ہے، ٹریژر۔ میں تھوڑا سا آپ کو مثالیں دوں گا، چند مثالیں۔</w:t>
      </w:r>
    </w:p>
    <w:p>
      <w:r>
        <w:rPr>
          <w:b/>
        </w:rPr>
        <w:t xml:space="preserve">[10:48] </w:t>
      </w:r>
      <w:r>
        <w:t>sab se pehle insan thay adam, aur woh pehle prophet bhi thay. un ke haan aik bohat bari example hamare liye hai.</w:t>
      </w:r>
    </w:p>
    <w:p>
      <w:pPr>
        <w:jc w:val="right"/>
      </w:pPr>
      <w:r>
        <w:t>سب سے پہلے انسان تھے آدم، اور وہ پہلے پرافٹ بھی تھے۔ ان کے ہاں ایک بہت بڑی ایگزیمپل ہمارے لیے ہے۔</w:t>
      </w:r>
    </w:p>
    <w:p>
      <w:r>
        <w:rPr>
          <w:b/>
        </w:rPr>
        <w:t xml:space="preserve">[10:58] </w:t>
      </w:r>
      <w:r>
        <w:t>woh kya hai? woh yeh hai ke aap jante hain ke quran mein jo un ka qissa bataya gaya hai, bible mein bataya gaya hai ke khuda ne paida kar ke unhein paradise mein rakha.</w:t>
      </w:r>
    </w:p>
    <w:p>
      <w:pPr>
        <w:jc w:val="right"/>
      </w:pPr>
      <w:r>
        <w:t>وہ کیا ہے؟ وہ یہ ہے کہ آپ جانتے ہیں کہ قرآن میں جو ان کا قصہ بتایا گیا ہے، بائبل میں بتایا گیا ہے کہ خدا نے پیدا کر کے انہیں پیراڈائز میں رکھا۔</w:t>
      </w:r>
    </w:p>
    <w:p>
      <w:r>
        <w:rPr>
          <w:b/>
        </w:rPr>
        <w:t xml:space="preserve">[11:11] </w:t>
      </w:r>
      <w:r>
        <w:t>phir un se aik ghalti hui ke forbidden tree ka fruit kha liya unhon ne.</w:t>
      </w:r>
    </w:p>
    <w:p>
      <w:pPr>
        <w:jc w:val="right"/>
      </w:pPr>
      <w:r>
        <w:t>پھر ان سے ایک غلطی ہوئی کہ فاربیڈن ٹری کا فروٹ کھا لیا انہوں نے۔</w:t>
      </w:r>
    </w:p>
    <w:p>
      <w:r>
        <w:rPr>
          <w:b/>
        </w:rPr>
        <w:t xml:space="preserve">[11:17] </w:t>
      </w:r>
      <w:r>
        <w:t>to unhein jannat se nikaal diya gaya, dunya mein bhej diya gaya. aur yeh kaha gaya ke "ba'dukum li ba'din 'aduwun". woh shaitan ke behkawe se unhon ne khaya tha us ko.</w:t>
      </w:r>
    </w:p>
    <w:p>
      <w:pPr>
        <w:jc w:val="right"/>
      </w:pPr>
      <w:r>
        <w:t>تو انہیں جنت سے نکال دیا گیا، دنیا میں بھیج دیا گیا۔ اور یہ کہا گیا کہ "بعضکم لباد نادو"۔ وہ شیطان کے بہکاوے سے انہوں نے کھایا تھا اس کو۔</w:t>
      </w:r>
    </w:p>
    <w:p>
      <w:r>
        <w:rPr>
          <w:b/>
        </w:rPr>
        <w:t xml:space="preserve">[11:28] </w:t>
      </w:r>
      <w:r>
        <w:t>to "ba'dukum li ba'din 'aduwun". yaani insan aur aur insan aur satan aik doosre ke enemy honge.</w:t>
      </w:r>
    </w:p>
    <w:p>
      <w:pPr>
        <w:jc w:val="right"/>
      </w:pPr>
      <w:r>
        <w:t>تو "بعضکم لباد نادو"۔ یعنی انسان اور اور انسان اور سیٹن ایک دوسرے کے انمی ہوں گے۔</w:t>
      </w:r>
    </w:p>
    <w:p>
      <w:r>
        <w:rPr>
          <w:b/>
        </w:rPr>
        <w:t xml:space="preserve">[11:38] </w:t>
      </w:r>
      <w:r>
        <w:t>yeh bohat bari baat hai. hamare enemy na toh hindu hain, na christian hain, na jo hain, na american hain.</w:t>
      </w:r>
    </w:p>
    <w:p>
      <w:pPr>
        <w:jc w:val="right"/>
      </w:pPr>
      <w:r>
        <w:t>یہ بہت بڑی بات ہے۔ ہمارے انمی نہ تو ہندو ہیں، نہ کرسچن ہیں، نہ جو ہیں، نہ امریکن ہیں۔</w:t>
      </w:r>
    </w:p>
    <w:p>
      <w:r>
        <w:rPr>
          <w:b/>
        </w:rPr>
        <w:t xml:space="preserve">[11:47] </w:t>
      </w:r>
      <w:r>
        <w:t>koi enemy hamara nahi hai. enemy hamara satan hai. yeh kitni bari baat hai. saare musalman dunya bhar ke musalman kya samajhte hain?</w:t>
      </w:r>
    </w:p>
    <w:p>
      <w:pPr>
        <w:jc w:val="right"/>
      </w:pPr>
      <w:r>
        <w:t>کوئی انیم ہمارا نہیں ہے۔ انیم ہمارا سیٹن ہے۔ یہ کتنی بڑی بات ہے۔ سارے مسلمان دنیا بھر کے مسلمان کیا سمجھتے ہیں؟</w:t>
      </w:r>
    </w:p>
    <w:p>
      <w:r>
        <w:rPr>
          <w:b/>
        </w:rPr>
        <w:t xml:space="preserve">[11:56] </w:t>
      </w:r>
      <w:r>
        <w:t>inhi logon ko enemy samajhte hain. inhi logon ko enemy samajhte hain. koi samajhta hai ke hindu enemy hai, koi samajhta hai RSS enemy hai, BJP enemy hai, koi samajhta hai.</w:t>
      </w:r>
    </w:p>
    <w:p>
      <w:pPr>
        <w:jc w:val="right"/>
      </w:pPr>
      <w:r>
        <w:t>انہی لوگوں کو انیمی سمجھتے ہیں۔ انہی لوگوں کو انیمی سمجھتے ہیں۔ کوئی سمجھتا ہے کہ ہندو انیمی ہے، کوئی سمجھتا ہے آر ایس ایس انیمی ہے، بی جے پی انیمی ہے، کوئی سمجھتا ہے۔</w:t>
      </w:r>
    </w:p>
    <w:p>
      <w:r>
        <w:rPr>
          <w:b/>
        </w:rPr>
        <w:t xml:space="preserve">[12:09] </w:t>
      </w:r>
      <w:r>
        <w:t>koi yahoodi ko samajhta hai, koi american ko samajhta hai. sab jhooti baatein hain. koi hamara enemy nahi hai.</w:t>
      </w:r>
    </w:p>
    <w:p>
      <w:pPr>
        <w:jc w:val="right"/>
      </w:pPr>
      <w:r>
        <w:t>کوئی یہودی کو سمجھتا ہے، کوئی امریکن کو سمجھتا ہے۔ سب جھوٹی باتیں ہیں۔ کوئی ہمارا انیمی نہیں ہے۔</w:t>
      </w:r>
    </w:p>
    <w:p>
      <w:r>
        <w:rPr>
          <w:b/>
        </w:rPr>
        <w:t xml:space="preserve">[12:16] </w:t>
      </w:r>
      <w:r>
        <w:t>hamare enemy kon hai? satan hai. "ba'dukum li ba'din 'aduwun". kitni bari baat hai jo Hazrat Adam ki zindagi mein milti hai humein. tumhara koi enemy nahi hai.</w:t>
      </w:r>
    </w:p>
    <w:p>
      <w:pPr>
        <w:jc w:val="right"/>
      </w:pPr>
      <w:r>
        <w:t>ہمارے انیمی کون ہے؟ سیٹن ہے۔ "بعضکم لباد نادو"۔ کتنی بڑی بات ہے جو حضرت آدم کی زندگی میں ملتی ہے ہمیں۔ تمہارا کوئی انیمی نہیں ہے۔</w:t>
      </w:r>
    </w:p>
    <w:p>
      <w:r>
        <w:rPr>
          <w:b/>
        </w:rPr>
        <w:t xml:space="preserve">[12:28] </w:t>
      </w:r>
      <w:r>
        <w:t>sab tumhare dost hain. sab hamare dost hain.</w:t>
      </w:r>
    </w:p>
    <w:p>
      <w:pPr>
        <w:jc w:val="right"/>
      </w:pPr>
      <w:r>
        <w:t>سب تمہارے دوست ہیں۔ سب ہمارے دوست ہیں۔</w:t>
      </w:r>
    </w:p>
    <w:p>
      <w:r>
        <w:rPr>
          <w:b/>
        </w:rPr>
        <w:t xml:space="preserve">[12:34] </w:t>
      </w:r>
      <w:r>
        <w:t>yaani itni bari baat hai ke is se aik aap ko universal concept milta hai. aap ko saare insan ko aap apna friend samajhne lagte hain.</w:t>
      </w:r>
    </w:p>
    <w:p>
      <w:pPr>
        <w:jc w:val="right"/>
      </w:pPr>
      <w:r>
        <w:t>یعنی اتنی بڑی بات ہے کہ اس سے ایک آپ کو یونیورسل کانسیپٹ ملتا ہے۔ آپ کو سارے انسان کو آپ اپنا فرینڈ سمجھنے لگتے ہیں۔</w:t>
      </w:r>
    </w:p>
    <w:p>
      <w:r>
        <w:rPr>
          <w:b/>
        </w:rPr>
        <w:t xml:space="preserve">[12:46] </w:t>
      </w:r>
      <w:r>
        <w:t>saare insan ko apna samajhne lagte hain. we and they concept khatam ho jata hai.</w:t>
      </w:r>
    </w:p>
    <w:p>
      <w:pPr>
        <w:jc w:val="right"/>
      </w:pPr>
      <w:r>
        <w:t>سارے انسان کو اپنا سمجھنے لگتے ہیں۔ وی اینڈ دے کانسیپٹ ختم ہو جاتا ہے۔</w:t>
      </w:r>
    </w:p>
    <w:p>
      <w:r>
        <w:rPr>
          <w:b/>
        </w:rPr>
        <w:t xml:space="preserve">[12:51] </w:t>
      </w:r>
      <w:r>
        <w:t>sirf satan ke maamle mein banta hai maamla aap ka. ke satan se aap ka muqabla hai jo baqayeda hai, jo deviate karta hai sachai se.</w:t>
      </w:r>
    </w:p>
    <w:p>
      <w:pPr>
        <w:jc w:val="right"/>
      </w:pPr>
      <w:r>
        <w:t>صرف سیٹن کے معاملے میں بنتا ہے معاملہ آپ کا۔ کہ سیٹن سے آپ کا مقابلہ ہے جو باقاعدہ ہے، جو ڈیویٹ کرتا ہے سچائی سے۔</w:t>
      </w:r>
    </w:p>
    <w:p>
      <w:r>
        <w:rPr>
          <w:b/>
        </w:rPr>
        <w:t xml:space="preserve">[13:01] </w:t>
      </w:r>
      <w:r>
        <w:t>chahay ke yeh prophet Adam kahan hain, example hai. kitna bara example hai yeh.</w:t>
      </w:r>
    </w:p>
    <w:p>
      <w:pPr>
        <w:jc w:val="right"/>
      </w:pPr>
      <w:r>
        <w:t>چاہے کہ یہ پرافٹ آدم کہاں ہیں، ایگزامپل ہے۔ کتنا بڑا ایگزامپل ہے یہ۔</w:t>
      </w:r>
    </w:p>
    <w:p>
      <w:r>
        <w:rPr>
          <w:b/>
        </w:rPr>
        <w:t xml:space="preserve">[13:08] </w:t>
      </w:r>
      <w:r>
        <w:t>ke kisi ko enemy na samjho. enemy samajhna toh satan ko enemy samjho. kya aap samajhte hain ke is se bari baat koi ho sakti hai?</w:t>
      </w:r>
    </w:p>
    <w:p>
      <w:pPr>
        <w:jc w:val="right"/>
      </w:pPr>
      <w:r>
        <w:t>کہ کسی کو انیمی نہ سمجھو۔ انیمی سمجھنا تو سیٹن کو انیمی سمجھو۔ کیا آپ سمجھتے ہیں کہ اس سے بڑی بات کوئی ہو سکتی ہے؟</w:t>
      </w:r>
    </w:p>
    <w:p>
      <w:r>
        <w:rPr>
          <w:b/>
        </w:rPr>
        <w:t xml:space="preserve">[13:19] </w:t>
      </w:r>
      <w:r>
        <w:t>jab se mujhe yeh discovery hui hai, saari dunya se mere dil mein pyar ka samandar beh raha hai.</w:t>
      </w:r>
    </w:p>
    <w:p>
      <w:pPr>
        <w:jc w:val="right"/>
      </w:pPr>
      <w:r>
        <w:t>جب سے مجھے یہ ڈسکوری ہوئی ہے، ساری دنیا سے میرے دل میں پیار کا سمندر بہہ رہا ہے۔</w:t>
      </w:r>
    </w:p>
    <w:p>
      <w:r>
        <w:rPr>
          <w:b/>
        </w:rPr>
        <w:t xml:space="preserve">[13:26] </w:t>
      </w:r>
      <w:r>
        <w:t>samandar. mere dil mein kisi ke liye hate nahi hai. kisi ke liye nafrat nahi hai. chahay hindu ho, chahay RSS ho, chahay BJP ho ya congress ho, chahay America ho, Europe ho, yahoodi hon, isai hon,</w:t>
      </w:r>
    </w:p>
    <w:p>
      <w:pPr>
        <w:jc w:val="right"/>
      </w:pPr>
      <w:r>
        <w:t>سمندر۔ میرے دل میں کسی کے لیے ہیٹ نہیں ہے۔ کسی کے لیے نفرت نہیں ہے۔ چاہے ہندو ہو، چاہے آر ایس ایس ہو، چاہے بی جے پی ہو یا کانگریس ہو، چاہے امریکہ ہو، یورپ ہو، یہودی ہوں، عیسائی ہوں،</w:t>
      </w:r>
    </w:p>
    <w:p>
      <w:r>
        <w:rPr>
          <w:b/>
        </w:rPr>
        <w:t xml:space="preserve">[13:40] </w:t>
      </w:r>
      <w:r>
        <w:t>sab ke liye mere dil mein pyar ka samandar beh raha hai.</w:t>
      </w:r>
    </w:p>
    <w:p>
      <w:pPr>
        <w:jc w:val="right"/>
      </w:pPr>
      <w:r>
        <w:t>سب کے لیے میرے دل میں پیار کا سمندر بہہ رہا ہے۔</w:t>
      </w:r>
    </w:p>
    <w:p>
      <w:r>
        <w:rPr>
          <w:b/>
        </w:rPr>
        <w:t xml:space="preserve">[13:43] </w:t>
      </w:r>
      <w:r>
        <w:t>kyun? dushman mere yeh log nahi hain. mera dushman satan hai jo baqayeda hai. "ba'dukum li ba'din 'aduwun".</w:t>
      </w:r>
    </w:p>
    <w:p>
      <w:pPr>
        <w:jc w:val="right"/>
      </w:pPr>
      <w:r>
        <w:t>کیوں؟ دشمن میرے یہ لوگ نہیں ہیں۔ میرا دشمن سیٹن ہے جو باقاعدہ ہے۔ "بعضکم لباد نادو"۔</w:t>
      </w:r>
    </w:p>
    <w:p>
      <w:r>
        <w:rPr>
          <w:b/>
        </w:rPr>
        <w:t xml:space="preserve">[13:53] </w:t>
      </w:r>
      <w:r>
        <w:t>yeh Allah taala ne kaha tha Adam se ke ay Adam, dunya mein jao, baso, wahan tumhare liye satan se muqabla rahega.</w:t>
      </w:r>
    </w:p>
    <w:p>
      <w:pPr>
        <w:jc w:val="right"/>
      </w:pPr>
      <w:r>
        <w:t>یہ اللہ تعالی نے کہا تھا آدم سے کہ اے آدم، دنیا میں جاؤ، بسو، وہاں تمہارے لیے سیٹن سے مقابلہ رہے گا۔</w:t>
      </w:r>
    </w:p>
    <w:p>
      <w:r>
        <w:rPr>
          <w:b/>
        </w:rPr>
        <w:t xml:space="preserve">[14:03] </w:t>
      </w:r>
      <w:r>
        <w:t>satan se muqabla rahega. tum aur satan aik doosre ka enemy raho ge. kitni bari baat hai jo Hazrat Adam ki zindagi mein maujood hai.</w:t>
      </w:r>
    </w:p>
    <w:p>
      <w:pPr>
        <w:jc w:val="right"/>
      </w:pPr>
      <w:r>
        <w:t>سیٹن سے مقابلہ رہے گا۔ تم اور سیٹن ایک دوسرے کا انیمی رہو گے۔ کتنی بڑی بات ہے جو حضرت آدم کی زندگی میں موجود ہے۔</w:t>
      </w:r>
    </w:p>
    <w:p>
      <w:r>
        <w:rPr>
          <w:b/>
        </w:rPr>
        <w:t xml:space="preserve">[14:16] </w:t>
      </w:r>
      <w:r>
        <w:t>aur is ko bhula kar ke hum dunya bhar ko apna dushman samjhe hue hain.</w:t>
      </w:r>
    </w:p>
    <w:p>
      <w:pPr>
        <w:jc w:val="right"/>
      </w:pPr>
      <w:r>
        <w:t>اور اس کو بھلا کر کے ہم دنیا بھر کو اپنا دشمن سمجھے ہوئے ہیں۔</w:t>
      </w:r>
    </w:p>
    <w:p>
      <w:r>
        <w:rPr>
          <w:b/>
        </w:rPr>
        <w:t xml:space="preserve">[14:21] </w:t>
      </w:r>
      <w:r>
        <w:t>itne pyar se mehroom hain. ab bataiye? insaniyat ke liye pyar nahi hamare dil mein. maine bohat musalmanon se zindagi bhar mulaqatein hui hain meri.</w:t>
      </w:r>
    </w:p>
    <w:p>
      <w:pPr>
        <w:jc w:val="right"/>
      </w:pPr>
      <w:r>
        <w:t>اتنے پیار سے محروم ہیں۔ اب بتائیے؟ انسانیت کے لیے پیار نہیں ہمارے دل میں۔ میں نے بہت مسلمانوں سے زندگی بھر ملاقاتیں ہوئی ہیں میری۔</w:t>
      </w:r>
    </w:p>
    <w:p>
      <w:r>
        <w:rPr>
          <w:b/>
        </w:rPr>
        <w:t xml:space="preserve">[14:31] </w:t>
      </w:r>
      <w:r>
        <w:t>yahan se le ke Europe, America, saari dunya mein, Arab, sab ke dilon mein nafratein pari hui hain.</w:t>
      </w:r>
    </w:p>
    <w:p>
      <w:pPr>
        <w:jc w:val="right"/>
      </w:pPr>
      <w:r>
        <w:t>یہاں سے لے کے یورپ، امریکہ، ساری دنیا میں، عرب، سب کے دلوں میں نفرتیں پڑی ہوئی ہیں۔</w:t>
      </w:r>
    </w:p>
    <w:p>
      <w:r>
        <w:rPr>
          <w:b/>
        </w:rPr>
        <w:t xml:space="preserve">[14:37] </w:t>
      </w:r>
      <w:r>
        <w:t>yani pyar ki mithas se log mehroom hain. kaisi meethi cheez hai pyar. kaisi meethi cheez hai pyar.</w:t>
      </w:r>
    </w:p>
    <w:p>
      <w:pPr>
        <w:jc w:val="right"/>
      </w:pPr>
      <w:r>
        <w:t>یعنی پیار کی مٹھاس سے لوگ محروم ہیں۔ کیسی میٹھی چیز ہے پیار۔ کیسی میٹھی چیز ہے پیار۔</w:t>
      </w:r>
    </w:p>
    <w:p>
      <w:r>
        <w:rPr>
          <w:b/>
        </w:rPr>
        <w:t xml:space="preserve">[14:46] </w:t>
      </w:r>
      <w:r>
        <w:t>insan se pyar karna. is se zyada mithas kisi cheez mein nahin hai. koi bhi mithas ki doosri cheez hai jo bikti hai bazaron mein, is se billion time zyada bari mithas yeh hai ke aap ko insan se pyar ho, insan se mohabbat ho.</w:t>
      </w:r>
    </w:p>
    <w:p>
      <w:pPr>
        <w:jc w:val="right"/>
      </w:pPr>
      <w:r>
        <w:t>انسان سے پیار کرنا۔ اس سے زیادہ مٹھاس کسی چیز میں نہیں ہے۔ کوئی بھی مٹھاس کی دوسری چیز ہے جو بکتی ہے بازاروں میں، اس سے بلین ٹائم زیادہ بڑی مٹھاس یہ ہے کہ آپ کو انسان سے پیار ہو، انسان سے محبت ہو۔</w:t>
      </w:r>
    </w:p>
    <w:p>
      <w:r>
        <w:rPr>
          <w:b/>
        </w:rPr>
        <w:t xml:space="preserve">[15:06] </w:t>
      </w:r>
      <w:r>
        <w:t>lekin is se mehroom hain musalman. kyunke woh jo sabaq diya tha Hazrat Adam ke zamane mein ke dushman tumhara insan nahin hai, dushman tumhara Satan hai.</w:t>
      </w:r>
    </w:p>
    <w:p>
      <w:pPr>
        <w:jc w:val="right"/>
      </w:pPr>
      <w:r>
        <w:t>لیکن اس سے محروم ہیں مسلمان۔ کیونکہ وہ جو سبق دیا تھا حضرت آدم کے زمانے میں کہ دشمن تمہارا انسان نہیں ہے، دشمن تمہارا سیٹن ہے۔</w:t>
      </w:r>
    </w:p>
    <w:p>
      <w:r>
        <w:rPr>
          <w:b/>
        </w:rPr>
        <w:t xml:space="preserve">[15:17] </w:t>
      </w:r>
      <w:r>
        <w:t>kitni bari baat hai</w:t>
      </w:r>
    </w:p>
    <w:p>
      <w:pPr>
        <w:jc w:val="right"/>
      </w:pPr>
      <w:r>
        <w:t>کتنی بڑی بات ہے</w:t>
      </w:r>
    </w:p>
    <w:p>
      <w:r>
        <w:rPr>
          <w:b/>
        </w:rPr>
        <w:t xml:space="preserve">[15:18] </w:t>
      </w:r>
      <w:r>
        <w:t>bataiye? is se bari baat koi ho sakti hai?</w:t>
      </w:r>
    </w:p>
    <w:p>
      <w:pPr>
        <w:jc w:val="right"/>
      </w:pPr>
      <w:r>
        <w:t>بتائیے؟ اس سے بڑی بات کوئی ہو سکتی ہے؟</w:t>
      </w:r>
    </w:p>
    <w:p>
      <w:r>
        <w:rPr>
          <w:b/>
        </w:rPr>
        <w:t xml:space="preserve">[15:23] </w:t>
      </w:r>
      <w:r>
        <w:t>phir aap dekhiye, Hazrat Nuh ka zamana aata hai. Hazrat Nuh jo prophet the, saade nau sau saal tak woh dunya mein rahe.</w:t>
      </w:r>
    </w:p>
    <w:p>
      <w:pPr>
        <w:jc w:val="right"/>
      </w:pPr>
      <w:r>
        <w:t>پھر آپ دیکھیے، حضرت نوح کا زمانہ آتا ہے۔ حضرت نوح جو پرافٹ تھے، ساڑھے نو سو سال تک وہ دنیا میں رہے۔</w:t>
      </w:r>
    </w:p>
    <w:p>
      <w:r>
        <w:rPr>
          <w:b/>
        </w:rPr>
        <w:t xml:space="preserve">[15:35] </w:t>
      </w:r>
      <w:r>
        <w:t>aur logon ko sachai ki baat batate rahe saade nau sau saal tak. is mein ata himmat milti hai.</w:t>
      </w:r>
    </w:p>
    <w:p>
      <w:pPr>
        <w:jc w:val="right"/>
      </w:pPr>
      <w:r>
        <w:t>اور لوگوں کو سچائی کی بات بتاتے رہے۔ ساڑھے نو سو سال تک۔ اس میں عطا ہمت ملتی ہے۔</w:t>
      </w:r>
    </w:p>
    <w:p>
      <w:r>
        <w:rPr>
          <w:b/>
        </w:rPr>
        <w:t xml:space="preserve">[15:45] </w:t>
      </w:r>
      <w:r>
        <w:t>ata karj milti hai. ke sainkaron saal tak bhi agar mujhe zindagi mile to mujhe sachai ki baat phailate rehna hai, phailate rehna hai, phailate rehna hai.</w:t>
      </w:r>
    </w:p>
    <w:p>
      <w:pPr>
        <w:jc w:val="right"/>
      </w:pPr>
      <w:r>
        <w:t>عطا کرج ملتی ہے۔ کہ سینکڑوں سال تک بھی اگر مجھے زندگی ملے تو مجھے سچائی کی بات پھیلاتے رہنا ہے، پھیلاتے رہنا ہے، پھیلاتے رہنا ہے۔</w:t>
      </w:r>
    </w:p>
    <w:p>
      <w:r>
        <w:rPr>
          <w:b/>
        </w:rPr>
        <w:t xml:space="preserve">[15:56] </w:t>
      </w:r>
      <w:r>
        <w:t>kabhi kabhi bhi frustration mein nahin padna hai. kabhi nirasha mein nahin padna hai.</w:t>
      </w:r>
    </w:p>
    <w:p>
      <w:pPr>
        <w:jc w:val="right"/>
      </w:pPr>
      <w:r>
        <w:t>کبھی کبھی بھی فرسٹریشن میں نہیں پڑنا ہے۔ کبھی نراشہ میں نہیں پڑنا ہے۔</w:t>
      </w:r>
    </w:p>
    <w:p>
      <w:r>
        <w:rPr>
          <w:b/>
        </w:rPr>
        <w:t xml:space="preserve">[16:04] </w:t>
      </w:r>
      <w:r>
        <w:t>bataiye? nirasha koi sawal nahin. frustration koi sawal nahin. sachai ki baat ko phailate raho, phailate raho, phailate raho.</w:t>
      </w:r>
    </w:p>
    <w:p>
      <w:pPr>
        <w:jc w:val="right"/>
      </w:pPr>
      <w:r>
        <w:t>بتائیے؟ نراشہ کوئی سوال نہیں۔ فرسٹریشن کوئی سوال نہیں۔ سچائی کی بات کو پھیلاتے رہو، پھیلاتے رہو، پھیلاتے رہو۔</w:t>
      </w:r>
    </w:p>
    <w:p>
      <w:r>
        <w:rPr>
          <w:b/>
        </w:rPr>
        <w:t xml:space="preserve">[16:12] </w:t>
      </w:r>
      <w:r>
        <w:t>chahe sainkaron saal beet jayen. kya is se bari koi bakshish ho sakti hai bataiye? jo hadon kya milta hai hamein?</w:t>
      </w:r>
    </w:p>
    <w:p>
      <w:pPr>
        <w:jc w:val="right"/>
      </w:pPr>
      <w:r>
        <w:t>چاہے سینکڑوں سال بیت جائیں۔ کیا اس سے بڑی کوئی بچش ہو سکتی ہے بتائیے؟ جو حدوں کیا ملتا ہے ہمیں؟</w:t>
      </w:r>
    </w:p>
    <w:p>
      <w:r>
        <w:rPr>
          <w:b/>
        </w:rPr>
        <w:t xml:space="preserve">[16:21] </w:t>
      </w:r>
      <w:r>
        <w:t>is Allah ke bande ne saade nau sau saal tak aap zara gaur kijiye. sachai ka paigham phailata raha woh.</w:t>
      </w:r>
    </w:p>
    <w:p>
      <w:pPr>
        <w:jc w:val="right"/>
      </w:pPr>
      <w:r>
        <w:t>اس اللہ کے بندے نے ساڑھے نو سو سال تک آپ ذرا غور کیجئے۔ سچائی کا پیغام پھیلاتا رہا وہ۔</w:t>
      </w:r>
    </w:p>
    <w:p>
      <w:r>
        <w:rPr>
          <w:b/>
        </w:rPr>
        <w:t xml:space="preserve">[16:30] </w:t>
      </w:r>
      <w:r>
        <w:t>dua karta raha.</w:t>
      </w:r>
    </w:p>
    <w:p>
      <w:pPr>
        <w:jc w:val="right"/>
      </w:pPr>
      <w:r>
        <w:t>دعا کرتا رہا۔</w:t>
      </w:r>
    </w:p>
    <w:p>
      <w:r>
        <w:rPr>
          <w:b/>
        </w:rPr>
        <w:t xml:space="preserve">[16:36] </w:t>
      </w:r>
      <w:r>
        <w:t>woh banda Khuda kehta hai ke maine in ko public mein kaha, private mein kaha. har jagah kaha, har jagah bataya, samjhaya un ko.</w:t>
      </w:r>
    </w:p>
    <w:p>
      <w:pPr>
        <w:jc w:val="right"/>
      </w:pPr>
      <w:r>
        <w:t>وہ بندہ خدا کہتا ہے کہ میں نے ان کو پبلک میں کہا، پرائیویٹ میں کہا۔ ہر جگہ کہا، ہر جگہ بتایا، سمجھایا ان کو۔</w:t>
      </w:r>
    </w:p>
    <w:p>
      <w:r>
        <w:rPr>
          <w:b/>
        </w:rPr>
        <w:t xml:space="preserve">[16:46] </w:t>
      </w:r>
      <w:r>
        <w:t>to is mein hum ko ek kitni bari roshni milti hai ke sachai ke message aisi cheez nahin ke aap chhod dein do char din ke andar aur nirasha mein pad jayen.</w:t>
      </w:r>
    </w:p>
    <w:p>
      <w:pPr>
        <w:jc w:val="right"/>
      </w:pPr>
      <w:r>
        <w:t>تو اس میں ہم کو ایک کتنی بڑی روشنی ملتی ہے کہ سچائی کے میسج ایسی چیز نہیں کہ آپ چھوڑ دیں دو چار دن کے اندر اور نراشہ میں پڑ جائیں۔</w:t>
      </w:r>
    </w:p>
    <w:p>
      <w:r>
        <w:rPr>
          <w:b/>
        </w:rPr>
        <w:t xml:space="preserve">[16:56] </w:t>
      </w:r>
      <w:r>
        <w:t>phailate rahiye, phailate rahiye, phailate rahiye. chahe saade nau sau saal beet jayen. kitna bara message hai jo Hazrat Nuh ke haan milta hai hum ko.</w:t>
      </w:r>
    </w:p>
    <w:p>
      <w:pPr>
        <w:jc w:val="right"/>
      </w:pPr>
      <w:r>
        <w:t>پھیلاتے رہیے، پھیلاتے رہیے، پھیلاتے رہیے۔ چاہے ساڑھے نو سو سال بیت جائیں۔ کتنا بڑا میسج ہے جو حضرت نوح کے ہاں ملتا ہے ہم کو۔</w:t>
      </w:r>
    </w:p>
    <w:p>
      <w:r>
        <w:rPr>
          <w:b/>
        </w:rPr>
        <w:t xml:space="preserve">[17:07] </w:t>
      </w:r>
      <w:r>
        <w:t>phir aage badhiye. Hazrat Ibrahim ki zindagi ko lijiye. Hazrat Ibrahim ki zindagi mein ek bahut bara ek message hai. kal ek lady ne ek sawal kiya hamare haan, hamari team ke ek ek member ne.</w:t>
      </w:r>
    </w:p>
    <w:p>
      <w:pPr>
        <w:jc w:val="right"/>
      </w:pPr>
      <w:r>
        <w:t>پھر آگے بڑھیے۔ حضرت ابراہیم کی زندگی کو لیجئے۔ حضرت ابراہیم کی زندگی میں ایک بہت بڑا ایک میسج ہے۔ کل ایک لیڈی نے ایک سوال کیا ہمارے ہاں، ہماری ٹیم کے ایک ایک ممبر نے۔</w:t>
      </w:r>
    </w:p>
    <w:p>
      <w:r>
        <w:rPr>
          <w:b/>
        </w:rPr>
        <w:t xml:space="preserve">[17:23] </w:t>
      </w:r>
      <w:r>
        <w:t>to is ka maine phir wahan par jawab mila mujhe Hazrat Ibrahim ke haan.</w:t>
      </w:r>
    </w:p>
    <w:p>
      <w:pPr>
        <w:jc w:val="right"/>
      </w:pPr>
      <w:r>
        <w:t>تو اس کا میں نے پھر وہاں پر جواب ملا مجھے حضرت ابراہیم کے ہاں۔</w:t>
      </w:r>
    </w:p>
    <w:p>
      <w:r>
        <w:rPr>
          <w:b/>
        </w:rPr>
        <w:t xml:space="preserve">[17:28] </w:t>
      </w:r>
      <w:r>
        <w:t>maine yahan kaha tha ke Bertrand Russell jo tha, bahut bara philosopher tha woh. aur bahut bara aur bahut hi objective thinker tha woh.</w:t>
      </w:r>
    </w:p>
    <w:p>
      <w:pPr>
        <w:jc w:val="right"/>
      </w:pPr>
      <w:r>
        <w:t>میں نے یہاں کہا تھا کہ برٹن نسل جو تھا، بہت بڑا فلاسفر تھا وہ۔ اور بہت بڑا اور بہت ہی ابجیکٹو تھنکر تھا وہ۔</w:t>
      </w:r>
    </w:p>
    <w:p>
      <w:r>
        <w:rPr>
          <w:b/>
        </w:rPr>
        <w:t xml:space="preserve">[17:39] </w:t>
      </w:r>
      <w:r>
        <w:t>to us ne likha hai, atheist tha woh, Khuda ko nahin manta tha. to us ne kaha hai ke</w:t>
      </w:r>
    </w:p>
    <w:p>
      <w:pPr>
        <w:jc w:val="right"/>
      </w:pPr>
      <w:r>
        <w:t>تو اس نے لکھا ہے، ایتھیسٹ تھا وہ، خدا کو نہیں مانتا تھا۔ تو اس نے کہا ہے کہ</w:t>
      </w:r>
    </w:p>
    <w:p>
      <w:r>
        <w:rPr>
          <w:b/>
        </w:rPr>
        <w:t xml:space="preserve">[17:47] </w:t>
      </w:r>
      <w:r>
        <w:t>ke argument from design jo hai, argument from design jo hai, yeh yeh ek un principal ek bahut hi strong argument hai.</w:t>
      </w:r>
    </w:p>
    <w:p>
      <w:pPr>
        <w:jc w:val="right"/>
      </w:pPr>
      <w:r>
        <w:t>کہ آرگیومنٹ فرام ڈیزائن جو ہے، آرگیومنٹ فرام ڈیزائن جو ہے، یہ یہ ایک ان پرنسپل ایک بہت ہی سٹرانگ آرگیومنٹ ہے۔</w:t>
      </w:r>
    </w:p>
    <w:p>
      <w:r>
        <w:rPr>
          <w:b/>
        </w:rPr>
        <w:t xml:space="preserve">[17:59] </w:t>
      </w:r>
      <w:r>
        <w:t>yani matlab hai ke where there is a design, there is a designer.</w:t>
      </w:r>
    </w:p>
    <w:p>
      <w:pPr>
        <w:jc w:val="right"/>
      </w:pPr>
      <w:r>
        <w:t>یعنی مطلب ہے کہ ویر دیر از اے ڈیزائن، دیر از اے ڈیزائنر۔</w:t>
      </w:r>
    </w:p>
    <w:p>
      <w:r>
        <w:rPr>
          <w:b/>
        </w:rPr>
        <w:t xml:space="preserve">[18:04] </w:t>
      </w:r>
      <w:r>
        <w:t>where there is a design, there is a designer. and when designer is proved, there is existence of God, is also proved.</w:t>
      </w:r>
    </w:p>
    <w:p>
      <w:pPr>
        <w:jc w:val="right"/>
      </w:pPr>
      <w:r>
        <w:t>ویر دیر از اے ڈیزائن، دیر از اے ڈیزائنر۔ اینڈ وین ڈیزائنر از پروفڈ، دیر از ایگزسٹنس آف گاڈ، از السو پروفڈ۔</w:t>
      </w:r>
    </w:p>
    <w:p>
      <w:r>
        <w:rPr>
          <w:b/>
        </w:rPr>
        <w:t xml:space="preserve">[18:14] </w:t>
      </w:r>
      <w:r>
        <w:t>yeh jo argument hai, is ko us ne kaha ke is is zamane mein jab ke inferential argument jo hai, valid argument ban chuka hai. to in nature yeh argument valid argument hai, scientific argument hai.</w:t>
      </w:r>
    </w:p>
    <w:p>
      <w:pPr>
        <w:jc w:val="right"/>
      </w:pPr>
      <w:r>
        <w:t>یہ جو آرگیومنٹ ہے، اس کو اس نے کہا کہ اس اس زمانے میں جب کہ انفرینشل آرگیومنٹ جو ہے، ویلڈ آرگیومنٹ بن چکا ہے۔ تو ان نیچر یہ آرگیومنٹ ویلڈ آرگیومنٹ ہے، سائنٹیفک آرگیومنٹ ہے۔</w:t>
      </w:r>
    </w:p>
    <w:p>
      <w:r>
        <w:rPr>
          <w:b/>
        </w:rPr>
        <w:t xml:space="preserve">[18:29] </w:t>
      </w:r>
      <w:r>
        <w:t>lekin yeh keh kar us ne is ko woh kar diya ke Darwinism us ko destroy kar diya hai.</w:t>
      </w:r>
    </w:p>
    <w:p>
      <w:pPr>
        <w:jc w:val="right"/>
      </w:pPr>
      <w:r>
        <w:t>لیکن یہ کہہ کر اس نے اس کو وہ کر دیا کہ ڈائروڈزم اس کو ڈسٹرائے کر دیا ہے۔</w:t>
      </w:r>
    </w:p>
    <w:p>
      <w:r>
        <w:rPr>
          <w:b/>
        </w:rPr>
        <w:t xml:space="preserve">[18:35] </w:t>
      </w:r>
      <w:r>
        <w:t>yeh keh kar us ko radd kar deta hai, woh inkar kar deta hai mannay se ke Darwinism us ko destroy kar diya hai. Is baat ke liye maine bohat zabardast mujhe example mila Hazrat Ibrahim ki zindagi mein ke kaise is ko tackle karein hum.</w:t>
      </w:r>
    </w:p>
    <w:p>
      <w:pPr>
        <w:jc w:val="right"/>
      </w:pPr>
      <w:r>
        <w:t>یہ کہہ کر اس کو رد کر دیتا ہے، وہ انکار کر دیتا ہے ماننے سے کہ ڈائروڈزم اس کو ڈسٹرائے کر دیا ہے۔ اس بات کے لیے میں نے بہت زبردست مجھے ایگزامپل ملا حضرت ابراہیم کی زندگی میں کہ کیسے اس کو ٹیکل کریں ہم۔</w:t>
      </w:r>
    </w:p>
    <w:p>
      <w:r>
        <w:rPr>
          <w:b/>
        </w:rPr>
        <w:t xml:space="preserve">[18:51] </w:t>
      </w:r>
      <w:r>
        <w:t>Woh kya hai? Aap Quran ko parhiye.</w:t>
      </w:r>
    </w:p>
    <w:p>
      <w:pPr>
        <w:jc w:val="right"/>
      </w:pPr>
      <w:r>
        <w:t>وہ کیا ہے؟ آپ قرآن کو پڑھیے۔</w:t>
      </w:r>
    </w:p>
    <w:p>
      <w:r>
        <w:rPr>
          <w:b/>
        </w:rPr>
        <w:t xml:space="preserve">[18:55] </w:t>
      </w:r>
      <w:r>
        <w:t>Hazrat Ibrahim paida hue thay Iraq mein.</w:t>
      </w:r>
    </w:p>
    <w:p>
      <w:pPr>
        <w:jc w:val="right"/>
      </w:pPr>
      <w:r>
        <w:t>حضرت ابراہیم پیدا ہوئے تھے عراق میں۔</w:t>
      </w:r>
    </w:p>
    <w:p>
      <w:r>
        <w:rPr>
          <w:b/>
        </w:rPr>
        <w:t xml:space="preserve">[19:02] </w:t>
      </w:r>
      <w:r>
        <w:t>Qadeem zamane mein Iraq mein ek city hua karta tha, uska naam tha Ur. Tha U R Ur. Wahan par paida hue thay woh. Toh wahan par ek king hua karta tha, Nimrod.</w:t>
      </w:r>
    </w:p>
    <w:p>
      <w:pPr>
        <w:jc w:val="right"/>
      </w:pPr>
      <w:r>
        <w:t>قدیم زمانے میں عراق میں ایک سٹی ہوا کرتا تھا، اس کا نام تھا عر۔ تھا یو آر عر۔ وہاں پر پیدا ہوئے تھے وہ۔ تو وہاں پر ایک کنگ ہوا کرتا تھا، نمرود۔</w:t>
      </w:r>
    </w:p>
    <w:p>
      <w:r>
        <w:rPr>
          <w:b/>
        </w:rPr>
        <w:t xml:space="preserve">[19:14] </w:t>
      </w:r>
      <w:r>
        <w:t>N I M R O D. King Nimrod.</w:t>
      </w:r>
    </w:p>
    <w:p>
      <w:pPr>
        <w:jc w:val="right"/>
      </w:pPr>
      <w:r>
        <w:t>این ای ایم آر یو ڈی۔ کنگ نمرود۔</w:t>
      </w:r>
    </w:p>
    <w:p>
      <w:r>
        <w:rPr>
          <w:b/>
        </w:rPr>
        <w:t xml:space="preserve">[19:18] </w:t>
      </w:r>
      <w:r>
        <w:t>Us ke paas gaye woh. Woh jis ko kehte hain God King. Woh God King ke zamane ka king tha. Yaani kehta tha ke main God ka duniya mein God ka saya hoon.</w:t>
      </w:r>
    </w:p>
    <w:p>
      <w:pPr>
        <w:jc w:val="right"/>
      </w:pPr>
      <w:r>
        <w:t>اس کے پاس گئے وہ۔ وہ جس کو کہتے ہیں گاڈ کنگ۔ وہ گاڈ کنگ کے زمانے کا کنگ تھا۔ یعنی کہتا تھا کہ میں گاڈ کا دنیا میں گاڈ کا سایہ ہوں۔</w:t>
      </w:r>
    </w:p>
    <w:p>
      <w:r>
        <w:rPr>
          <w:b/>
        </w:rPr>
        <w:t xml:space="preserve">[19:35] </w:t>
      </w:r>
      <w:r>
        <w:t>Toh King God kehte thay us ko. Toh Hazrat Ibrahim ne kaha ke tum king nahi ho. Ab woh tum God nahi ho. Toh unhon ne kaha kyun?</w:t>
      </w:r>
    </w:p>
    <w:p>
      <w:pPr>
        <w:jc w:val="right"/>
      </w:pPr>
      <w:r>
        <w:t>تو کنگ گاڈ کہتے تھے اس کو۔ تو حضرت ابراہیم نے کہا کہ تم کنگ نہیں ہو۔ اب وہ تم گاڈ نہیں ہو۔ تو انہوں نے کہا کیوں؟</w:t>
      </w:r>
    </w:p>
    <w:p>
      <w:r>
        <w:rPr>
          <w:b/>
        </w:rPr>
        <w:t xml:space="preserve">[19:46] </w:t>
      </w:r>
      <w:r>
        <w:t>Toh unhon ne kaha ke Khuda jilata aur marta hai. Toh unhon ne kaha main bhi jilata hoon, marta hoon. Jis ko chahoon ke jala se kahoon, woh gardan maar dega is ki.</w:t>
      </w:r>
    </w:p>
    <w:p>
      <w:pPr>
        <w:jc w:val="right"/>
      </w:pPr>
      <w:r>
        <w:t>تو انہوں نے کہا کہ خدا جلاتا اور مارتا ہے۔ تو انہوں نے کہا میں بھی جلاتا ہوں، مارتا ہوں۔ جس کو چاہوں کہ جلا سے کہوں، وہ گردن مار دے گا اس کی۔</w:t>
      </w:r>
    </w:p>
    <w:p>
      <w:r>
        <w:rPr>
          <w:b/>
        </w:rPr>
        <w:t xml:space="preserve">[19:57] </w:t>
      </w:r>
      <w:r>
        <w:t>Jis ko ijazat doon, woh zinda rahega woh. Toh mere paas bhi yeh ikhtiyar hai yeh. Toh Hazrat Ibrahim ne us waqt kya kiya? Hazrat Ibrahim ne kaha ke in Allah fatimah maghrib alladhi kafara.</w:t>
      </w:r>
    </w:p>
    <w:p>
      <w:pPr>
        <w:jc w:val="right"/>
      </w:pPr>
      <w:r>
        <w:t>جس کو اجازت دوں، وہ زندہ رہے گا وہ۔ تو میرے پاس بھی یہ اختیار ہے یہ۔ تو حضرت ابراہیم نے اس وقت کیا کیا؟ حضرت ابراہیم نے کہا کہ ان اللہ فاطمہ مغرب الذی کفر۔</w:t>
      </w:r>
    </w:p>
    <w:p>
      <w:r>
        <w:rPr>
          <w:b/>
        </w:rPr>
        <w:t xml:space="preserve">[20:13] </w:t>
      </w:r>
      <w:r>
        <w:t>Hazrat Ibrahim ne kaha ke Khuda jo hai, woh</w:t>
      </w:r>
    </w:p>
    <w:p>
      <w:pPr>
        <w:jc w:val="right"/>
      </w:pPr>
      <w:r>
        <w:t>حضرت ابراہیم نے کہا کہ خدا جو ہے، وہ</w:t>
      </w:r>
    </w:p>
    <w:p>
      <w:r>
        <w:rPr>
          <w:b/>
        </w:rPr>
        <w:t xml:space="preserve">[20:15] </w:t>
      </w:r>
      <w:r>
        <w:t>East se nikalta hai suraj ko. Toh West se nikal de. Toh woh hairan reh gaya. Dekhein yeh jo hai, yeh bohat zabardast is mein ek example hai ke jab aap kisi se baat kar rahe hain, woh thithai kar raha hai woh.</w:t>
      </w:r>
    </w:p>
    <w:p>
      <w:pPr>
        <w:jc w:val="right"/>
      </w:pPr>
      <w:r>
        <w:t>ایسٹ سے نکالتا ہے سورج کو۔ تو ویسٹ سے نکال دے۔ تو وہ حیران رہ گیا۔ دیکھیں یہ جو ہے، یہ بہت زبردست اس میں ایکزامپل ہے کہ جب آپ کسی سے بات کر رہے ہیں، وہ ٹھٹھائی کر رہا ہے وہ۔</w:t>
      </w:r>
    </w:p>
    <w:p>
      <w:r>
        <w:rPr>
          <w:b/>
        </w:rPr>
        <w:t xml:space="preserve">[20:32] </w:t>
      </w:r>
      <w:r>
        <w:t>Toh aap jo hai,</w:t>
      </w:r>
    </w:p>
    <w:p>
      <w:pPr>
        <w:jc w:val="right"/>
      </w:pPr>
      <w:r>
        <w:t>تو آپ جو ہے،</w:t>
      </w:r>
    </w:p>
    <w:p>
      <w:r>
        <w:rPr>
          <w:b/>
        </w:rPr>
        <w:t xml:space="preserve">[20:35] </w:t>
      </w:r>
      <w:r>
        <w:t>Us ki baat ko for the sake of argument maan lijiye. Hazrat Ibrahim ne us ki is baat ko ke main bhi jilata hoon, marta hoon, for the sake of argument maan liya.</w:t>
      </w:r>
    </w:p>
    <w:p>
      <w:pPr>
        <w:jc w:val="right"/>
      </w:pPr>
      <w:r>
        <w:t>اس کی بات کو فار دی سیک آف آرگیومنٹ مان لیجئے۔ حضرت ابراہیم نے اس کی اس بات کو کہ میں بھی جلاتا ہوں، مارتا ہوں، فار دی سیک آف آرگیومنٹ مان لیا۔</w:t>
      </w:r>
    </w:p>
    <w:p>
      <w:r>
        <w:rPr>
          <w:b/>
        </w:rPr>
        <w:t xml:space="preserve">[20:44] </w:t>
      </w:r>
      <w:r>
        <w:t>Maan kar ke phir doosri baat kahi. Wahan par us ke woh speechless ho gaya.</w:t>
      </w:r>
    </w:p>
    <w:p>
      <w:pPr>
        <w:jc w:val="right"/>
      </w:pPr>
      <w:r>
        <w:t>مان کر کے پھر دوسری بات کہی۔ وہاں پر اس کے وہ اسپیچ لیس ہو گیا۔</w:t>
      </w:r>
    </w:p>
    <w:p>
      <w:r>
        <w:rPr>
          <w:b/>
        </w:rPr>
        <w:t xml:space="preserve">[20:53] </w:t>
      </w:r>
      <w:r>
        <w:t>Is principle ko maine yahan apply kiya. Toh dekhein ek kitaab hai Arabic zaban mein, uska naam hai Qist al-Iman bar al-Ilm wa al-Falsafa wa al-Quran.</w:t>
      </w:r>
    </w:p>
    <w:p>
      <w:pPr>
        <w:jc w:val="right"/>
      </w:pPr>
      <w:r>
        <w:t>اس پرنسپل کو میں نے یہاں اپلائی کیا۔ تو دیکھیں ایک کتاب ہے عربک زبان میں، اس کا نام ہے کثرت الایمان بر العلم والفلسفۃ والقرآن۔</w:t>
      </w:r>
    </w:p>
    <w:p>
      <w:r>
        <w:rPr>
          <w:b/>
        </w:rPr>
        <w:t xml:space="preserve">[21:05] </w:t>
      </w:r>
      <w:r>
        <w:t>Yeh Algeria mein ek sahib thay, Sheikh Nadeem Al-Jasr.</w:t>
      </w:r>
    </w:p>
    <w:p>
      <w:pPr>
        <w:jc w:val="right"/>
      </w:pPr>
      <w:r>
        <w:t>یہ الجزائر میں ایک صاحب تھے، شیخ ندیم الجسر۔</w:t>
      </w:r>
    </w:p>
    <w:p>
      <w:r>
        <w:rPr>
          <w:b/>
        </w:rPr>
        <w:t xml:space="preserve">[21:11] </w:t>
      </w:r>
      <w:r>
        <w:t>Sheikh Nadeem Al-Jasr yeh Algeria mein ek bade aalim thay, un ki kitaab hai yeh. Pehle yeh kitaab chhapi thi Al-Risala Al-Habibiya ke naam se, ab woh chhapi hai aur mazeed elaborate kar ke uska naam hai Qist al-Iman bayn al-Falsafa wa al-Ilm wa al-Quran.</w:t>
      </w:r>
    </w:p>
    <w:p>
      <w:pPr>
        <w:jc w:val="right"/>
      </w:pPr>
      <w:r>
        <w:t>شیخ ندیم الجسر یہ الجزائر میں ایک بڑے عالم تھے، ان کی کتاب ہے یہ۔ پہلے یہ کتاب چھپی تھی الرسالت الحبیدیہ کے نام سے، اب وہ چھپی ہے اور مزید الیبوریٹ کر کے اس کا نام ہے قسط الایمان بین الفلسفۃ والعلم والقرآن۔</w:t>
      </w:r>
    </w:p>
    <w:p>
      <w:r>
        <w:rPr>
          <w:b/>
        </w:rPr>
        <w:t xml:space="preserve">[21:29] </w:t>
      </w:r>
      <w:r>
        <w:t>Toh is mein unhon ne is ko discuss kiya hai. Toh unhon ne yeh baat kahi hai ke Darwinism jo baat Darwinism se jo baat prove hoti hai, woh sirf process hai, woh creation nahi hai.</w:t>
      </w:r>
    </w:p>
    <w:p>
      <w:pPr>
        <w:jc w:val="right"/>
      </w:pPr>
      <w:r>
        <w:t>تو اس میں انہوں نے اس کو ڈسکس کیا ہے۔ تو انہوں نے یہ بات کہی ہے کہ ڈائمنزم جو بات ڈائمنزم سے جو بات پروف ہوتی ہے، وہ صرف پروسیس ہے، وہ کریشن نہیں ہے۔</w:t>
      </w:r>
    </w:p>
    <w:p>
      <w:r>
        <w:rPr>
          <w:b/>
        </w:rPr>
        <w:t xml:space="preserve">[21:46] </w:t>
      </w:r>
      <w:r>
        <w:t>Yaani Darwinism jo baat kehta hai, woh woh woh creation nahi hai, woh process nahi. Process of creation prove karta hai woh, na ke khud creation ko.</w:t>
      </w:r>
    </w:p>
    <w:p>
      <w:pPr>
        <w:jc w:val="right"/>
      </w:pPr>
      <w:r>
        <w:t>یعنی ڈائمنزم جو بات کہتا ہے، وہ وہ وہ کریشن نہیں ہے، وہ پروسیس نہیں۔ پروسیس آف کریشن پروف کرتا ہے وہ، نہ کہ خود کریشن کو۔</w:t>
      </w:r>
    </w:p>
    <w:p>
      <w:r>
        <w:rPr>
          <w:b/>
        </w:rPr>
        <w:t xml:space="preserve">[21:56] </w:t>
      </w:r>
      <w:r>
        <w:t>Kitni badi baat hai yeh.</w:t>
      </w:r>
    </w:p>
    <w:p>
      <w:pPr>
        <w:jc w:val="right"/>
      </w:pPr>
      <w:r>
        <w:t>کتنی بڑی بات ہے یہ۔</w:t>
      </w:r>
    </w:p>
    <w:p>
      <w:r>
        <w:rPr>
          <w:b/>
        </w:rPr>
        <w:t xml:space="preserve">[21:58] </w:t>
      </w:r>
      <w:r>
        <w:t>Toh yahi baat yahan par apply hoti hai ke burdenism se yeh kaha jaye ke Darwinism jo cheez destroy ki hai, woh kya cheez hai?</w:t>
      </w:r>
    </w:p>
    <w:p>
      <w:pPr>
        <w:jc w:val="right"/>
      </w:pPr>
      <w:r>
        <w:t>تو یہی بات یہاں پر اپلائی ہوتی ہے کہ برڈن نسل سے یہ کہا جائے کہ ڈائمنزم جو چیز ڈسٹرائے کی ہے، وہ کیا چیز ہے؟</w:t>
      </w:r>
    </w:p>
    <w:p>
      <w:r>
        <w:rPr>
          <w:b/>
        </w:rPr>
        <w:t xml:space="preserve">[22:09] </w:t>
      </w:r>
      <w:r>
        <w:t>Suddenly sab log paida ho gaye, us ko destroy kiya is ne. Toh ek doosra process bataya us ne. Log samajhte thay ke jo process hai creation ka, woh yeh hai ke achaanak sab paida ho gaye.</w:t>
      </w:r>
    </w:p>
    <w:p>
      <w:pPr>
        <w:jc w:val="right"/>
      </w:pPr>
      <w:r>
        <w:t>سڈنلی سب لوگ پیدا ہوگئے، اس کو ڈسٹرائے کیا اس نے۔ تو ایک دوسرا پراسیس بتایا اس نے۔ لوگ سمجھتے تھے کہ جو پراسیس ہے کریشن کا، وہ یہ ہے کہ اچانک سب پیدا ہوگئے۔</w:t>
      </w:r>
    </w:p>
    <w:p>
      <w:r>
        <w:rPr>
          <w:b/>
        </w:rPr>
        <w:t xml:space="preserve">[22:22] </w:t>
      </w:r>
      <w:r>
        <w:t>Yaani emergent creation. Toh theek hai, emergent creation jo hai, us</w:t>
      </w:r>
    </w:p>
    <w:p>
      <w:pPr>
        <w:jc w:val="right"/>
      </w:pPr>
      <w:r>
        <w:t>یعنی ایمرجنٹ کریشن۔ تو ٹھیک ہے، ایمرجنٹ کریشن جو ہے، اس</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