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One Can See God 4 March, 2007 Maulana Wahiduddin Khan</w:t>
      </w:r>
    </w:p>
    <w:p>
      <w:r>
        <w:t>https://www.youtube.com/watch?v=RhrntNbYslg</w:t>
      </w:r>
    </w:p>
    <w:p>
      <w:r>
        <w:rPr>
          <w:b/>
        </w:rPr>
        <w:t xml:space="preserve">[00:13] </w:t>
      </w:r>
      <w:r>
        <w:t>wasallallahu ala nabiyyil kareem. rab ishrah li sadri, wa yassir li amri, wahal uqdatan min lisani,</w:t>
      </w:r>
    </w:p>
    <w:p>
      <w:pPr>
        <w:jc w:val="right"/>
      </w:pPr>
      <w:r>
        <w:t>وصلی اللہ علی النبی الکریم. رب اشرح لی صدری، ویسر لی امری، واحل العقدۃ من لسانی،</w:t>
      </w:r>
    </w:p>
    <w:p>
      <w:r>
        <w:rPr>
          <w:b/>
        </w:rPr>
        <w:t xml:space="preserve">[00:29] </w:t>
      </w:r>
      <w:r>
        <w:t>yafqa qawli.</w:t>
      </w:r>
    </w:p>
    <w:p>
      <w:pPr>
        <w:jc w:val="right"/>
      </w:pPr>
      <w:r>
        <w:t>یفقہ قولی.</w:t>
      </w:r>
    </w:p>
    <w:p>
      <w:r>
        <w:rPr>
          <w:b/>
        </w:rPr>
        <w:t xml:space="preserve">[00:37] </w:t>
      </w:r>
      <w:r>
        <w:t>aaj ka topic no topic hai, kyunke mere mind mein koi specific baat nahi hai.</w:t>
      </w:r>
    </w:p>
    <w:p>
      <w:pPr>
        <w:jc w:val="right"/>
      </w:pPr>
      <w:r>
        <w:t>آج کا ٹاپک نو ٹاپک ہے، کیونکہ میرے مائنڈ میں کوئی سپیسیفک بات نہیں ہے۔</w:t>
      </w:r>
    </w:p>
    <w:p>
      <w:r>
        <w:rPr>
          <w:b/>
        </w:rPr>
        <w:t xml:space="preserve">[00:48] </w:t>
      </w:r>
      <w:r>
        <w:t>abhi mr khalid ansari ne</w:t>
      </w:r>
    </w:p>
    <w:p>
      <w:pPr>
        <w:jc w:val="right"/>
      </w:pPr>
      <w:r>
        <w:t>ابھی مسٹر خالد انصاری نے</w:t>
      </w:r>
    </w:p>
    <w:p>
      <w:r>
        <w:rPr>
          <w:b/>
        </w:rPr>
        <w:t xml:space="preserve">[00:54] </w:t>
      </w:r>
      <w:r>
        <w:t>ek bataya ek sahab ka ke woh koi guru hain aur unka mission hai, to unka interview liya unhone.</w:t>
      </w:r>
    </w:p>
    <w:p>
      <w:pPr>
        <w:jc w:val="right"/>
      </w:pPr>
      <w:r>
        <w:t>ایک بتایا ایک صاحب کا کہ وہ کوئی گرو ہیں اور ان کا مشن ہے، تو ان کا انٹرویو لیا انہوں نے۔</w:t>
      </w:r>
    </w:p>
    <w:p>
      <w:r>
        <w:rPr>
          <w:b/>
        </w:rPr>
        <w:t xml:space="preserve">[01:07] </w:t>
      </w:r>
      <w:r>
        <w:t>unka kehna hai ke</w:t>
      </w:r>
    </w:p>
    <w:p>
      <w:pPr>
        <w:jc w:val="right"/>
      </w:pPr>
      <w:r>
        <w:t>ان کا کہنا ہے کہ</w:t>
      </w:r>
    </w:p>
    <w:p>
      <w:r>
        <w:rPr>
          <w:b/>
        </w:rPr>
        <w:t xml:space="preserve">[01:12] </w:t>
      </w:r>
      <w:r>
        <w:t>khuda ko daleel se paana mumkin nahi hai. reason aur logic se khuda ko paana mumkin nahi hai.</w:t>
      </w:r>
    </w:p>
    <w:p>
      <w:pPr>
        <w:jc w:val="right"/>
      </w:pPr>
      <w:r>
        <w:t>خدا کو دلیل سے پانا ممکن نہیں ہے۔ ریزن اور لاجک سے خدا کو پانا ممکن نہیں ہے۔</w:t>
      </w:r>
    </w:p>
    <w:p>
      <w:r>
        <w:rPr>
          <w:b/>
        </w:rPr>
        <w:t xml:space="preserve">[01:25] </w:t>
      </w:r>
      <w:r>
        <w:t>sirf androni safar jo hai usi se aap pa sakte hain, sara khazana andar hai.</w:t>
      </w:r>
    </w:p>
    <w:p>
      <w:pPr>
        <w:jc w:val="right"/>
      </w:pPr>
      <w:r>
        <w:t>صرف اندرونی سفر جو ہے اسی سے آپ پا سکتے ہیں، سارا خزانہ اندر ہے۔</w:t>
      </w:r>
    </w:p>
    <w:p>
      <w:r>
        <w:rPr>
          <w:b/>
        </w:rPr>
        <w:t xml:space="preserve">[01:36] </w:t>
      </w:r>
      <w:r>
        <w:t>to yeh to sirf, yani woh to khud hi ek subjective dawayi hai. jiske paas ek sirf subjective dawayi ho to use to mein samajhta hoon ke sabse behtar hai ke woh chup rahe.</w:t>
      </w:r>
    </w:p>
    <w:p>
      <w:pPr>
        <w:jc w:val="right"/>
      </w:pPr>
      <w:r>
        <w:t>تو یہ تو صرف، یعنی وہ تو خود ہی ایک سبجیکٹو دعویٰ ہے۔ جس کے پاس ایک صرف سبجیکٹو دعویٰ ہو تو اسے تو میں سمجھتا ہوں کہ سب سے بہتر ہے کہ وہ چپ رہے۔</w:t>
      </w:r>
    </w:p>
    <w:p>
      <w:r>
        <w:rPr>
          <w:b/>
        </w:rPr>
        <w:t xml:space="preserve">[01:50] </w:t>
      </w:r>
      <w:r>
        <w:t>is ko bolne ki zaroorat kya hai?</w:t>
      </w:r>
    </w:p>
    <w:p>
      <w:pPr>
        <w:jc w:val="right"/>
      </w:pPr>
      <w:r>
        <w:t>اس کو بولنے کی ضرورت کیا ہے؟</w:t>
      </w:r>
    </w:p>
    <w:p>
      <w:r>
        <w:rPr>
          <w:b/>
        </w:rPr>
        <w:t xml:space="preserve">[01:54] </w:t>
      </w:r>
      <w:r>
        <w:t>lekin aap doosre ko keh rahe hain ke woh reason se nahi pa sakta. aap jo paye woh toh subjective hai.</w:t>
      </w:r>
    </w:p>
    <w:p>
      <w:pPr>
        <w:jc w:val="right"/>
      </w:pPr>
      <w:r>
        <w:t>لیکن آپ دوسرے کو کہہ رہے ہیں کہ وہ ریزن سے نہیں پا سکتا۔ آپ جو پائے وہ تو سبجیکٹو ہے۔</w:t>
      </w:r>
    </w:p>
    <w:p>
      <w:r>
        <w:rPr>
          <w:b/>
        </w:rPr>
        <w:t xml:space="preserve">[02:05] </w:t>
      </w:r>
      <w:r>
        <w:t>toh ek subjective find wala aadmi, subjective finding wala aadmi, kaise refute kar sakta hai doosre ko?</w:t>
      </w:r>
    </w:p>
    <w:p>
      <w:pPr>
        <w:jc w:val="right"/>
      </w:pPr>
      <w:r>
        <w:t>تو ایک سبجیکٹو فائنڈ والا آدمی، سبجیکٹو فائنڈنگ والا آدمی، کیسے ریفوٹ کر سکتا ہے دوسرے کو؟</w:t>
      </w:r>
    </w:p>
    <w:p>
      <w:r>
        <w:rPr>
          <w:b/>
        </w:rPr>
        <w:t xml:space="preserve">[02:15] </w:t>
      </w:r>
      <w:r>
        <w:t>dekhein yeh ek bahut bada, bahut badi fallacy hai. bahut badi fallacy hai. main keh sakta hoon ke Khuda ko maine daleel se paya hai.</w:t>
      </w:r>
    </w:p>
    <w:p>
      <w:pPr>
        <w:jc w:val="right"/>
      </w:pPr>
      <w:r>
        <w:t>دیکھیں یہ ایک بہت بڑا، بہت بڑی فلیسی ہے۔ بہت بڑی فلیسی ہے۔ میں کہہ سکتا ہوں کہ خدا کو میں نے دلیل سے پایا ہے۔</w:t>
      </w:r>
    </w:p>
    <w:p>
      <w:r>
        <w:rPr>
          <w:b/>
        </w:rPr>
        <w:t xml:space="preserve">[02:34] </w:t>
      </w:r>
      <w:r>
        <w:t>reason se paya hai.</w:t>
      </w:r>
    </w:p>
    <w:p>
      <w:pPr>
        <w:jc w:val="right"/>
      </w:pPr>
      <w:r>
        <w:t>ریزن سے پایا ہے۔</w:t>
      </w:r>
    </w:p>
    <w:p>
      <w:r>
        <w:rPr>
          <w:b/>
        </w:rPr>
        <w:t xml:space="preserve">[02:39] </w:t>
      </w:r>
      <w:r>
        <w:t>aur sab se badi daleel mere paas yeh hai ke aisi baatein mere mind mein aati hain jis ko maine kabhi socha nahi tha. woh kaun dene wala hai in baaton ko?</w:t>
      </w:r>
    </w:p>
    <w:p>
      <w:pPr>
        <w:jc w:val="right"/>
      </w:pPr>
      <w:r>
        <w:t>اور سب سے بڑی دلیل میرے پاس یہ ہے کہ ایسی باتیں میرے مائنڈ میں آتی ہیں جس کو میں نے کبھی سوچا نہیں تھا۔ وہ کون دینے والا ہے ان باتوں کو؟</w:t>
      </w:r>
    </w:p>
    <w:p>
      <w:r>
        <w:rPr>
          <w:b/>
        </w:rPr>
        <w:t xml:space="preserve">[02:51] </w:t>
      </w:r>
      <w:r>
        <w:t>aisi hazaron baatein hain jin ko maine padha nahi. jin ko maine</w:t>
      </w:r>
    </w:p>
    <w:p>
      <w:pPr>
        <w:jc w:val="right"/>
      </w:pPr>
      <w:r>
        <w:t>ایسی ہزاروں باتیں ہیں جن کو میں نے پڑھا نہیں۔ جن کو میں نے</w:t>
      </w:r>
    </w:p>
    <w:p>
      <w:r>
        <w:rPr>
          <w:b/>
        </w:rPr>
        <w:t xml:space="preserve">[02:59] </w:t>
      </w:r>
      <w:r>
        <w:t>suna nahi. toh kahan se aati hain woh? ya agar kahein ke woh andar ka jo khazana hai us mein hai toh mujhe koi sa insaan batao ke woh baatein kisi ne kahi hon?</w:t>
      </w:r>
    </w:p>
    <w:p>
      <w:pPr>
        <w:jc w:val="right"/>
      </w:pPr>
      <w:r>
        <w:t>سنا نہیں۔ تو کہاں سے آتی ہیں وہ؟ یا اگر کہیں وہ کہ وہ اندر کا جو خزانہ ہے اس میں ہے تو مجھے کوئی سا انسان بتاؤ کہ وہ باتیں کسی نے کہی ہوں؟</w:t>
      </w:r>
    </w:p>
    <w:p>
      <w:r>
        <w:rPr>
          <w:b/>
        </w:rPr>
        <w:t xml:space="preserve">[03:12] </w:t>
      </w:r>
      <w:r>
        <w:t>jo log yeh kehte hain ke andar hi sab kuch hai toh woh kuch bhi nahi de paye.</w:t>
      </w:r>
    </w:p>
    <w:p>
      <w:pPr>
        <w:jc w:val="right"/>
      </w:pPr>
      <w:r>
        <w:t>جو لوگ یہ کہتے ہیں کہ اندر ہی سب کچھ ہے تو وہ کچھ بھی نہیں دے پائے۔</w:t>
      </w:r>
    </w:p>
    <w:p>
      <w:r>
        <w:rPr>
          <w:b/>
        </w:rPr>
        <w:t xml:space="preserve">[03:18] </w:t>
      </w:r>
      <w:r>
        <w:t>koi ek bhi insaan nahi hai jo yeh daawa karta ho aur koi baat de paye takhleeqi baat. duniya ki badi badi kitaabein jo hain woh scientists ne likhi hain, philosophers ne likhi hain.</w:t>
      </w:r>
    </w:p>
    <w:p>
      <w:pPr>
        <w:jc w:val="right"/>
      </w:pPr>
      <w:r>
        <w:t>کوئی ایک بھی انسان نہیں ہے جو یہ دعویٰ کرتا ہو اور کوئی بات دے پائے تخلیقی بات۔ دنیا کی بڑی بڑی کتابیں جو ہیں وہ سائنسدانوں نے لکھی ہیں، فلاسفرز نے لکھی ہیں۔</w:t>
      </w:r>
    </w:p>
    <w:p>
      <w:r>
        <w:rPr>
          <w:b/>
        </w:rPr>
        <w:t xml:space="preserve">[03:31] </w:t>
      </w:r>
      <w:r>
        <w:t>aise log toh koi badi kitaab nahi de paye. toh ek daawa toh zaroor woh kar rahe hain lekin un ke paas bhi koi is ka saboot nahi hai ke kuch unhone paya hai.</w:t>
      </w:r>
    </w:p>
    <w:p>
      <w:pPr>
        <w:jc w:val="right"/>
      </w:pPr>
      <w:r>
        <w:t>ایسے لوگ تو کوئی بڑی کتاب نہیں دے پائے۔ تو ایک دعویٰ تو ضرور وہ کر رہے ہیں لیکن ان کے پاس بھی کوئی اس کا ثبوت نہیں ہے کہ کچھ انہوں نے پایا ہے۔</w:t>
      </w:r>
    </w:p>
    <w:p>
      <w:r>
        <w:rPr>
          <w:b/>
        </w:rPr>
        <w:t xml:space="preserve">[03:42] </w:t>
      </w:r>
      <w:r>
        <w:t>ek anand bhi jee sakte hain woh. lekin aap jaise bahar kuch nahi de sake, kuch nahi bata sake ke unhone yeh paya hai.</w:t>
      </w:r>
    </w:p>
    <w:p>
      <w:pPr>
        <w:jc w:val="right"/>
      </w:pPr>
      <w:r>
        <w:t>ایک آنند بھی جی سکتے ہیں وہ۔ لیکن آپ جیسے باہر کچھ نہیں دے سکے، کچھ نہیں بتا سکے کہ انہوں نے یہ پایا ہے۔</w:t>
      </w:r>
    </w:p>
    <w:p>
      <w:r>
        <w:rPr>
          <w:b/>
        </w:rPr>
        <w:t xml:space="preserve">[03:53] </w:t>
      </w:r>
      <w:r>
        <w:t>isi tarah ke ek aadmi se meri mulaqat hui. New York Emirate mein un ki taqreer hui thi.</w:t>
      </w:r>
    </w:p>
    <w:p>
      <w:pPr>
        <w:jc w:val="right"/>
      </w:pPr>
      <w:r>
        <w:t>اسی طرح کے ایک آدمی سے میری ملاقات ہوئی۔ نیویارک ایمیریٹ میں ان کی تقریر ہوئی تھی۔</w:t>
      </w:r>
    </w:p>
    <w:p>
      <w:r>
        <w:rPr>
          <w:b/>
        </w:rPr>
        <w:t xml:space="preserve">[04:01] </w:t>
      </w:r>
      <w:r>
        <w:t>English bahut achhi bolte the woh. toh badi dhoom thi, taaliyan baj rahi thi. toh maine un se poocha ke aap apni koi aisi daryaft bataiye jo sirf aap ko hui ho.</w:t>
      </w:r>
    </w:p>
    <w:p>
      <w:pPr>
        <w:jc w:val="right"/>
      </w:pPr>
      <w:r>
        <w:t>انگلش بہت اچھی بولتے تھے وہ۔ تو بڑی دھوم تھی، تالیاں بج رہی تھیں۔ تو میں نے ان سے پوچھا کہ آپ اپنی کوئی ایسی دریافت بتائیے جو صرف آپ کو ہوئی ہو۔</w:t>
      </w:r>
    </w:p>
    <w:p>
      <w:r>
        <w:rPr>
          <w:b/>
        </w:rPr>
        <w:t xml:space="preserve">[04:20] </w:t>
      </w:r>
      <w:r>
        <w:t>maine kaha ke main aap se is par koi behas nahi karunga. sirf aap yeh kahein ke yeh daryaft mujhe hui hai jo meri apni hai. aur mujhe pehle na toh maine kabhi padha hai is ko na suna.</w:t>
      </w:r>
    </w:p>
    <w:p>
      <w:pPr>
        <w:jc w:val="right"/>
      </w:pPr>
      <w:r>
        <w:t>میں نے کہا کہ میں آپ سے اس پر کوئی بحث نہیں کروں گا۔ صرف آپ یہ کہیں کہ یہ دریافت مجھے ہوئی ہے جو میری اپنی ہے۔ اور مجھے پہلے نہ تو میں نے کبھی پڑھا ہے اس کو نہ سنا۔</w:t>
      </w:r>
    </w:p>
    <w:p>
      <w:r>
        <w:rPr>
          <w:b/>
        </w:rPr>
        <w:t xml:space="preserve">[04:31] </w:t>
      </w:r>
      <w:r>
        <w:t>yeh khud ki meri daryaft hai. poori tareekh mein maine pehli baar daryaft kiya hai is ko.</w:t>
      </w:r>
    </w:p>
    <w:p>
      <w:pPr>
        <w:jc w:val="right"/>
      </w:pPr>
      <w:r>
        <w:t>یہ خود کی میری دریافت ہے۔ پوری تاریخ میں میں نے پہلی بار دریافت کیا ہے اس کو۔</w:t>
      </w:r>
    </w:p>
    <w:p>
      <w:r>
        <w:rPr>
          <w:b/>
        </w:rPr>
        <w:t xml:space="preserve">[04:37] </w:t>
      </w:r>
      <w:r>
        <w:t>toh woh ek baat bhi bata sake? unhone kaha ke yeh toh hair splitting hai.</w:t>
      </w:r>
    </w:p>
    <w:p>
      <w:pPr>
        <w:jc w:val="right"/>
      </w:pPr>
      <w:r>
        <w:t>تو وہ ایک بات بھی بتا سکے؟ انہوں نے کہا کہ یہ تو اسپلٹ ہیئر اسپلٹنگ ہے۔</w:t>
      </w:r>
    </w:p>
    <w:p>
      <w:r>
        <w:rPr>
          <w:b/>
        </w:rPr>
        <w:t xml:space="preserve">[04:50] </w:t>
      </w:r>
      <w:r>
        <w:t>jo kehte hain mooshgaafi. hair splitting. yeh mooshgaafi hai.</w:t>
      </w:r>
    </w:p>
    <w:p>
      <w:pPr>
        <w:jc w:val="right"/>
      </w:pPr>
      <w:r>
        <w:t>جو کہتے ہیں موشگافی۔ ہیئر اسپلٹنگ۔ یہ موشگافی ہے۔</w:t>
      </w:r>
    </w:p>
    <w:p>
      <w:r>
        <w:rPr>
          <w:b/>
        </w:rPr>
        <w:t xml:space="preserve">[04:57] </w:t>
      </w:r>
      <w:r>
        <w:t>isi tarah ka sawal maine kiya Ravi Ravi Shankar se jo bahut hi maroof aadmi hain. woh bhi kuch nahi bata sake. sirf unhone ek saib ya phool ki ajezi mujhe de diya.</w:t>
      </w:r>
    </w:p>
    <w:p>
      <w:pPr>
        <w:jc w:val="right"/>
      </w:pPr>
      <w:r>
        <w:t>اسی طرح کا سوال میں نے کیا روی روی شنکر سے جو بہت ہی معروف آدمی ہیں۔ وہ بھی کچھ نہیں بتا سکے۔ صرف انہوں نے ایک سیب یا پھول کی عاجزی مجھے دے دیا۔</w:t>
      </w:r>
    </w:p>
    <w:p>
      <w:r>
        <w:rPr>
          <w:b/>
        </w:rPr>
        <w:t xml:space="preserve">[05:10] </w:t>
      </w:r>
      <w:r>
        <w:t>toh jo log yeh daawa karte hain ke insaan ke andar hi sab kuch hai toh woh toh bataein na ke unhone kya is mein nikala hai?</w:t>
      </w:r>
    </w:p>
    <w:p>
      <w:pPr>
        <w:jc w:val="right"/>
      </w:pPr>
      <w:r>
        <w:t>تو جو لوگ یہ دعویٰ کرتے ہیں کہ انسان کے اندر ہی سب کچھ ہے تو وہ تو بتائیں نا کہ انہوں نے کیا اس میں نکالا ہے؟</w:t>
      </w:r>
    </w:p>
    <w:p>
      <w:r>
        <w:rPr>
          <w:b/>
        </w:rPr>
        <w:t xml:space="preserve">[05:18] </w:t>
      </w:r>
      <w:r>
        <w:t>kya nikala hai unhone?</w:t>
      </w:r>
    </w:p>
    <w:p>
      <w:pPr>
        <w:jc w:val="right"/>
      </w:pPr>
      <w:r>
        <w:t>کیا نکالا ہے انہوں نے؟</w:t>
      </w:r>
    </w:p>
    <w:p>
      <w:r>
        <w:rPr>
          <w:b/>
        </w:rPr>
        <w:t xml:space="preserve">[05:22] </w:t>
      </w:r>
      <w:r>
        <w:t>is tarah ka daawa karne wala sab se bada tareekh mein tha Rajneesh. shayad itna bada koi nahi aadmi hai jis ne is baat ko daawa kiya ho.</w:t>
      </w:r>
    </w:p>
    <w:p>
      <w:pPr>
        <w:jc w:val="right"/>
      </w:pPr>
      <w:r>
        <w:t>اس طرح کا دعویٰ کرنے والا سب سے بڑا تاریخ میں تھا رجنیش۔ شاید اتنا بڑا کوئی نہیں آدمی ہے جس نے اس بات کو دعویٰ کیا ہو۔</w:t>
      </w:r>
    </w:p>
    <w:p>
      <w:r>
        <w:rPr>
          <w:b/>
        </w:rPr>
        <w:t xml:space="preserve">[05:35] </w:t>
      </w:r>
      <w:r>
        <w:t>aur logon ne bahut sa kiya lekin yeh main samajhta hoon ke is maamle mein hero ki hesiyat rakhta hai.</w:t>
      </w:r>
    </w:p>
    <w:p>
      <w:pPr>
        <w:jc w:val="right"/>
      </w:pPr>
      <w:r>
        <w:t>اور لوگوں نے بہت سا کیا لیکن یہ میں سمجھتا ہوں کہ اس معاملے میں ہیرو کی حیثیت رکھتا ہے۔</w:t>
      </w:r>
    </w:p>
    <w:p>
      <w:r>
        <w:rPr>
          <w:b/>
        </w:rPr>
        <w:t xml:space="preserve">[05:41] </w:t>
      </w:r>
      <w:r>
        <w:t>toh un ki kitaab hai Kundali Ander Base. woh isi topic par hai.</w:t>
      </w:r>
    </w:p>
    <w:p>
      <w:pPr>
        <w:jc w:val="right"/>
      </w:pPr>
      <w:r>
        <w:t>تو ان کی کتاب ہے کنڈلی اندر بسے۔ وہ اسی ٹاپک پر ہے۔</w:t>
      </w:r>
    </w:p>
    <w:p>
      <w:r>
        <w:rPr>
          <w:b/>
        </w:rPr>
        <w:t xml:space="preserve">[05:49] </w:t>
      </w:r>
      <w:r>
        <w:t>Kundali Ander Base. is ki theme yeh hai ke woh jo deer hota hai, hiran,</w:t>
      </w:r>
    </w:p>
    <w:p>
      <w:pPr>
        <w:jc w:val="right"/>
      </w:pPr>
      <w:r>
        <w:t>کنڈلی اندر بسے۔ اس کی تھیم یہ ہے کہ وہ جو ڈیئر ہوتا ہے، ہرن،</w:t>
      </w:r>
    </w:p>
    <w:p>
      <w:r>
        <w:rPr>
          <w:b/>
        </w:rPr>
        <w:t xml:space="preserve">[05:57] </w:t>
      </w:r>
      <w:r>
        <w:t>jis ke andar woh hota hai,</w:t>
      </w:r>
    </w:p>
    <w:p>
      <w:pPr>
        <w:jc w:val="right"/>
      </w:pPr>
      <w:r>
        <w:t>جس کے اندر وہ ہوتا ہے،</w:t>
      </w:r>
    </w:p>
    <w:p>
      <w:r>
        <w:rPr>
          <w:b/>
        </w:rPr>
        <w:t xml:space="preserve">[06:02] </w:t>
      </w:r>
      <w:r>
        <w:t>woh mushk, shayad em you es ke hota hai woh? musk? to kaha jata hai ke ek aisa ek andar ek hota hai is ko kehte hain nafeh.</w:t>
      </w:r>
    </w:p>
    <w:p>
      <w:pPr>
        <w:jc w:val="right"/>
      </w:pPr>
      <w:r>
        <w:t>وہ مشک، شاید ایم یو ایس کے ہوتا ہے وہ؟ مسک؟ تو کہا جاتا ہے کہ ایک ایسا ایک اندر ایک ہوتا ہے اس کو کہتے ہیں نافہ۔</w:t>
      </w:r>
    </w:p>
    <w:p>
      <w:r>
        <w:rPr>
          <w:b/>
        </w:rPr>
        <w:t xml:space="preserve">[06:18] </w:t>
      </w:r>
      <w:r>
        <w:t>is mein woh mushk hota hai.</w:t>
      </w:r>
    </w:p>
    <w:p>
      <w:pPr>
        <w:jc w:val="right"/>
      </w:pPr>
      <w:r>
        <w:t>اس میں وہ مشک ہوتا ہے۔</w:t>
      </w:r>
    </w:p>
    <w:p>
      <w:r>
        <w:rPr>
          <w:b/>
        </w:rPr>
        <w:t xml:space="preserve">[06:21] </w:t>
      </w:r>
      <w:r>
        <w:t>to jab woh pakhta ho jata hai to is ki khushbu nikalne lagti hai. to woh hiran jo hai woh, deer, bhagta hai idhar udhar.</w:t>
      </w:r>
    </w:p>
    <w:p>
      <w:pPr>
        <w:jc w:val="right"/>
      </w:pPr>
      <w:r>
        <w:t>تو جب وہ پختہ ہو جاتا ہے تو اس کی خوشبو نکلنے لگتی ہے۔ تو وہ ہرن جو ہے وہ، ڈیئر، بھاگتا ہے ادھر ادھر۔</w:t>
      </w:r>
    </w:p>
    <w:p>
      <w:r>
        <w:rPr>
          <w:b/>
        </w:rPr>
        <w:t xml:space="preserve">[06:30] </w:t>
      </w:r>
      <w:r>
        <w:t>is khushbu ko pane ke liye. halanke khushbu isi ke andar hoti hai. lekin woh dhoondta hai bahar.</w:t>
      </w:r>
    </w:p>
    <w:p>
      <w:pPr>
        <w:jc w:val="right"/>
      </w:pPr>
      <w:r>
        <w:t>اس خوشبو کو پانے کے لیے۔ حالانکہ خوشبو اسی کے اندر ہوتی ہے۔ لیکن وہ ڈھونڈتا ہے باہر۔</w:t>
      </w:r>
    </w:p>
    <w:p>
      <w:r>
        <w:rPr>
          <w:b/>
        </w:rPr>
        <w:t xml:space="preserve">[06:40] </w:t>
      </w:r>
      <w:r>
        <w:t>to is ko ek unwan banaya unhon ne ke kundli andar basay. ab sawal hai ke yeh to sahi kahani hai sirf. sainsi tor par aap sabit nahi kar sakte ke koi aisa deer hai jo bhagta hai bahar dhoondne ke liye apni khushbu ko.</w:t>
      </w:r>
    </w:p>
    <w:p>
      <w:pPr>
        <w:jc w:val="right"/>
      </w:pPr>
      <w:r>
        <w:t>تو اس کو ایک عنوان بنایا انہوں نے کہ کنڈلی اندر بسے۔ اب سوال ہے کہ یہ تو صحیح کہانی ہے صرف۔ سائنسی طور پر آپ ثابت نہیں کر سکتے کہ کوئی ایسا ڈیئر ہے جو بھاگتا ہے باہر ڈھونڈنے کے لیے اپنی خوشبو کو۔</w:t>
      </w:r>
    </w:p>
    <w:p>
      <w:r>
        <w:rPr>
          <w:b/>
        </w:rPr>
        <w:t xml:space="preserve">[06:57] </w:t>
      </w:r>
      <w:r>
        <w:t>ek farzi kahani par buniyad kar diya unhon ne ek kahani. to kaisa aap ka yeh daryaft hai ke is ke liye aap ke paas khud, siwa farzi kahani ke, ek banawati kahani ke siwa aur kuch aap ke paas, kuch kahani ko nahi hota hai?</w:t>
      </w:r>
    </w:p>
    <w:p>
      <w:pPr>
        <w:jc w:val="right"/>
      </w:pPr>
      <w:r>
        <w:t>ایک فرضی کہانی پر بنیاد کر دیا انہوں نے ایک کہانی۔ تو کیسا آپ کا یہ دریافت ہے کہ اس کے لیے آپ کے پاس خود، سوا فرضی کہانی کے، ایک بناوٹی کہانی کے سوا اور کچھ آپ کے پاس، کچھ کہانی کو نہیں ہوتا ہے؟</w:t>
      </w:r>
    </w:p>
    <w:p>
      <w:r>
        <w:rPr>
          <w:b/>
        </w:rPr>
        <w:t xml:space="preserve">[07:15] </w:t>
      </w:r>
      <w:r>
        <w:t>kyun ke jo tareekh hai janwaron ki woh yeh nahi batati ke woh jo deer hota hai, em you es ke musk wala, woh is tarah se daurta hai khushbu pane ke liye.</w:t>
      </w:r>
    </w:p>
    <w:p>
      <w:pPr>
        <w:jc w:val="right"/>
      </w:pPr>
      <w:r>
        <w:t>کیونکہ جو تاریخ ہے جانوروں کی وہ یہ نہیں بتاتی کہ وہ جو ڈیئر ہوتا ہے، ایم یو ایس کے مسک والا، وہ اس طرح سے دوڑتا ہے خوشبو پانے کے لیے۔</w:t>
      </w:r>
    </w:p>
    <w:p>
      <w:r>
        <w:rPr>
          <w:b/>
        </w:rPr>
        <w:t xml:space="preserve">[07:30] </w:t>
      </w:r>
      <w:r>
        <w:t>yeh to ek kahani hai bas.</w:t>
      </w:r>
    </w:p>
    <w:p>
      <w:pPr>
        <w:jc w:val="right"/>
      </w:pPr>
      <w:r>
        <w:t>یہ تو ایک کہانی ہے بس۔</w:t>
      </w:r>
    </w:p>
    <w:p>
      <w:r>
        <w:rPr>
          <w:b/>
        </w:rPr>
        <w:t xml:space="preserve">[07:34] </w:t>
      </w:r>
      <w:r>
        <w:t>kahani to zyada kuch bhi nahi. to un ki daryaft ka yeh haal tha ke main ne khud parha un ka listed weekly of india mein.</w:t>
      </w:r>
    </w:p>
    <w:p>
      <w:pPr>
        <w:jc w:val="right"/>
      </w:pPr>
      <w:r>
        <w:t>کہانی تو زیادہ کچھ بھی نہیں۔ تو ان کی دریافت کا یہ حال تھا کہ میں نے خود پڑھا ان کا لسٹڈ ویکلی آف انڈیا میں۔</w:t>
      </w:r>
    </w:p>
    <w:p>
      <w:r>
        <w:rPr>
          <w:b/>
        </w:rPr>
        <w:t xml:space="preserve">[07:45] </w:t>
      </w:r>
      <w:r>
        <w:t>unhon ne kaha ke main ne</w:t>
      </w:r>
    </w:p>
    <w:p>
      <w:pPr>
        <w:jc w:val="right"/>
      </w:pPr>
      <w:r>
        <w:t>انہوں نے کہا کہ میں نے</w:t>
      </w:r>
    </w:p>
    <w:p>
      <w:r>
        <w:rPr>
          <w:b/>
        </w:rPr>
        <w:t xml:space="preserve">[07:50] </w:t>
      </w:r>
      <w:r>
        <w:t>do sau saal ko nichora hai bees saal mein. I have squeezed do sau saal ke andar.</w:t>
      </w:r>
    </w:p>
    <w:p>
      <w:pPr>
        <w:jc w:val="right"/>
      </w:pPr>
      <w:r>
        <w:t>دو سو سال کو نچوڑا ہے بیس سال میں۔ آئی ہو سکویزڈ دو سو سال کے اندر۔</w:t>
      </w:r>
    </w:p>
    <w:p>
      <w:r>
        <w:rPr>
          <w:b/>
        </w:rPr>
        <w:t xml:space="preserve">[08:01] </w:t>
      </w:r>
      <w:r>
        <w:t>yani bees saal mein woh main ne enjoy kiya hai jo koi do sau saal mein karta.</w:t>
      </w:r>
    </w:p>
    <w:p>
      <w:pPr>
        <w:jc w:val="right"/>
      </w:pPr>
      <w:r>
        <w:t>یعنی بیس سال میں وہ میں نے انجوائے کیا ہے جو کوئی دو سو سال میں کرتا۔</w:t>
      </w:r>
    </w:p>
    <w:p>
      <w:r>
        <w:rPr>
          <w:b/>
        </w:rPr>
        <w:t xml:space="preserve">[08:07] </w:t>
      </w:r>
      <w:r>
        <w:t>lekin hua kya? aakhir mein un ka hazmay ka nizam bilkul fail ho gaya tha. rajneesh ka hazmay ka nizam aakhir mein fail ho gaya tha.</w:t>
      </w:r>
    </w:p>
    <w:p>
      <w:pPr>
        <w:jc w:val="right"/>
      </w:pPr>
      <w:r>
        <w:t>لیکن ہوا کیا؟ آخر میں ان کا ہاضمے کا نظام بالکل فیل ہو گیا تھا۔ رجنیش کا ہاضمے کا نظام آخر میں فیل ہو گیا تھا۔</w:t>
      </w:r>
    </w:p>
    <w:p>
      <w:r>
        <w:rPr>
          <w:b/>
        </w:rPr>
        <w:t xml:space="preserve">[08:18] </w:t>
      </w:r>
      <w:r>
        <w:t>harkat un ki bohat zyada kam ho gayi thi. ek dam yani</w:t>
      </w:r>
    </w:p>
    <w:p>
      <w:pPr>
        <w:jc w:val="right"/>
      </w:pPr>
      <w:r>
        <w:t>حرکت ان کی بہت زیادہ کم ہو گئی تھی۔ ایک دم یعنی</w:t>
      </w:r>
    </w:p>
    <w:p>
      <w:r>
        <w:rPr>
          <w:b/>
        </w:rPr>
        <w:t xml:space="preserve">[08:28] </w:t>
      </w:r>
      <w:r>
        <w:t>kuch taqat hi un ke andar nahi reh gayi thi. to kya daryaft kiya unhon ne? yeh yeh bhi nahi jana unhon ne ke agar main yeh karoon ke jawani ki umar mein main do sau saal ko bees saal mein nichor kar hasil karna chahoon to kya hoga aage?</w:t>
      </w:r>
    </w:p>
    <w:p>
      <w:pPr>
        <w:jc w:val="right"/>
      </w:pPr>
      <w:r>
        <w:t>کچھ طاقت ہی ان کے اندر نہیں رہ گئی تھی۔ تو کیا دریافت کیا انہوں نے؟ یہ یہ بھی نہیں جانا انہوں نے کہ اگر میں یہ کروں کہ جوانی کی عمر میں میں دو سو سال کو بیس سال میں نچوڑ کر حاصل کرنا چاہوں تو کیا ہوگا آگے؟</w:t>
      </w:r>
    </w:p>
    <w:p>
      <w:r>
        <w:rPr>
          <w:b/>
        </w:rPr>
        <w:t xml:space="preserve">[08:48] </w:t>
      </w:r>
      <w:r>
        <w:t>aage jo hai ek murda jism ban jaunga main. to kya daryaft thi un ki? andar jhanak kar kya paya tha unhon ne?</w:t>
      </w:r>
    </w:p>
    <w:p>
      <w:pPr>
        <w:jc w:val="right"/>
      </w:pPr>
      <w:r>
        <w:t>آگے جو ہے ایک مردہ جسم بن جاؤں گا میں۔ تو کیا دریافت تھی ان کی؟ اندر جھانک کر کیا پایا تھا انہوں نے؟</w:t>
      </w:r>
    </w:p>
    <w:p>
      <w:r>
        <w:rPr>
          <w:b/>
        </w:rPr>
        <w:t xml:space="preserve">[08:57] </w:t>
      </w:r>
      <w:r>
        <w:t>main samajhta hoon ke andar jo hai potential hai na ke maloomat.</w:t>
      </w:r>
    </w:p>
    <w:p>
      <w:pPr>
        <w:jc w:val="right"/>
      </w:pPr>
      <w:r>
        <w:t>میں سمجھتا ہوں کہ اندر جو ہے پوٹینشل ہے نہ کہ معلومات۔</w:t>
      </w:r>
    </w:p>
    <w:p>
      <w:r>
        <w:rPr>
          <w:b/>
        </w:rPr>
        <w:t xml:space="preserve">[09:06] </w:t>
      </w:r>
      <w:r>
        <w:t>potential. yeh bohat hi complex masla hai. hum is ko define nahi kar sakte sainsi istalah mein. lekin asal cheez yeh hai ke hamare andar potential bohat zyada hai.</w:t>
      </w:r>
    </w:p>
    <w:p>
      <w:pPr>
        <w:jc w:val="right"/>
      </w:pPr>
      <w:r>
        <w:t>پوٹینشل۔ یہ بہت ہی کمپلیکس مسئلہ ہے۔ ہم اس کو ڈیفائن نہیں کر سکتے سائنسی اصطلاح میں۔ لیکن اصل چیز یہ ہے کہ ہمارے اندر پوٹینشل بہت زیادہ ہے۔</w:t>
      </w:r>
    </w:p>
    <w:p>
      <w:r>
        <w:rPr>
          <w:b/>
        </w:rPr>
        <w:t xml:space="preserve">[09:16] </w:t>
      </w:r>
      <w:r>
        <w:t>lekin is potential ko haqeeqi banane ke liye hamein bahar study karni paregi. bahar mushahida karna parega.</w:t>
      </w:r>
    </w:p>
    <w:p>
      <w:pPr>
        <w:jc w:val="right"/>
      </w:pPr>
      <w:r>
        <w:t>لیکن اس پوٹینشل کو حقیقی بنانے کے لیے ہمیں باہر اسٹڈی کرنی پڑے گی۔ باہر مشاہدہ کرنا پڑے گا۔</w:t>
      </w:r>
    </w:p>
    <w:p>
      <w:r>
        <w:rPr>
          <w:b/>
        </w:rPr>
        <w:t xml:space="preserve">[09:25] </w:t>
      </w:r>
      <w:r>
        <w:t>khuda se madad leni hogi. agar koi aadmi khuda se madad na le, study se madad na le to jahan woh pahunchega woh kahan hua?</w:t>
      </w:r>
    </w:p>
    <w:p>
      <w:pPr>
        <w:jc w:val="right"/>
      </w:pPr>
      <w:r>
        <w:t>خدا سے مدد لینی ہوگی۔ اگر کوئی آدمی خدا سے مدد نہ لے، اسٹڈی سے مدد نہ لے تو جہاں وہ پہنچے گا وہ کہاں ہوا؟</w:t>
      </w:r>
    </w:p>
    <w:p>
      <w:r>
        <w:rPr>
          <w:b/>
        </w:rPr>
        <w:t xml:space="preserve">[09:36] </w:t>
      </w:r>
      <w:r>
        <w:t>woh ecstasy hogi. sare log is mein confuse karte hain ke ecstasy kuch bhi nahi hai.</w:t>
      </w:r>
    </w:p>
    <w:p>
      <w:pPr>
        <w:jc w:val="right"/>
      </w:pPr>
      <w:r>
        <w:t>وہ ایکسٹسی ہوگی۔ سارے لوگ اس میں کنفیوز کرتے ہیں کہ ایکسٹسی کچھ بھی نہیں ہے۔</w:t>
      </w:r>
    </w:p>
    <w:p>
      <w:r>
        <w:rPr>
          <w:b/>
        </w:rPr>
        <w:t xml:space="preserve">[09:46] </w:t>
      </w:r>
      <w:r>
        <w:t>woh to ek janwar ko bhi hoti hai. ek bhonri ko bhi hoti hai. ek mor ko bhi hoti hai. to agar ek insan ko is darjay ki ecstasy hasil ho jaye, wajd, to mila kya?</w:t>
      </w:r>
    </w:p>
    <w:p>
      <w:pPr>
        <w:jc w:val="right"/>
      </w:pPr>
      <w:r>
        <w:t>وہ تو ایک جانور کو بھی ہوتی ہے۔ ایک بھونری کو بھی ہوتی ہے۔ ایک مور کو بھی ہوتی ہے۔ تو اگر ایک انسان کو اس درجے کی ایکسٹسی حاصل ہو جائے، وجد، تو ملا کیا؟</w:t>
      </w:r>
    </w:p>
    <w:p>
      <w:r>
        <w:rPr>
          <w:b/>
        </w:rPr>
        <w:t xml:space="preserve">[09:59] </w:t>
      </w:r>
      <w:r>
        <w:t>kuch bhi nahi mila. yeh to saada janwaron ka kaam hai.</w:t>
      </w:r>
    </w:p>
    <w:p>
      <w:pPr>
        <w:jc w:val="right"/>
      </w:pPr>
      <w:r>
        <w:t>کچھ بھی نہیں ملا۔ یہ تو سادہ جانوروں کا کام ہے۔</w:t>
      </w:r>
    </w:p>
    <w:p>
      <w:r>
        <w:rPr>
          <w:b/>
        </w:rPr>
        <w:t xml:space="preserve">[10:05] </w:t>
      </w:r>
      <w:r>
        <w:t>insan ko janwar banana. to kuch kehne ke liye kyun nahi aap ke paas hai? main ne bohat se logon se yeh sawal kiya ke apni koi munfarid daryaft bataiye.</w:t>
      </w:r>
    </w:p>
    <w:p>
      <w:pPr>
        <w:jc w:val="right"/>
      </w:pPr>
      <w:r>
        <w:t>انسان کو جانور بنانا۔ تو کچھ کہنے کے لیے کیوں نہیں آپ کے پاس ہے؟ میں نے بہت سے لوگوں سے یہ سوال کیا کہ اپنی کوئی منفرد دریافت بتائیے۔</w:t>
      </w:r>
    </w:p>
    <w:p>
      <w:r>
        <w:rPr>
          <w:b/>
        </w:rPr>
        <w:t xml:space="preserve">[10:22] </w:t>
      </w:r>
      <w:r>
        <w:t>aisi daryaft jo aap ke siwa kisi ko na hui ho. main keh sakta hoon ke is ab mein boorha ho chuka hoon.</w:t>
      </w:r>
    </w:p>
    <w:p>
      <w:pPr>
        <w:jc w:val="right"/>
      </w:pPr>
      <w:r>
        <w:t>ایسی دریافت جو آپ کے سوا کسی کو نہ ہوئی ہو۔ میں کہہ سکتا ہوں کہ اس اب میں بوڑھا ہو چکا ہوں۔</w:t>
      </w:r>
    </w:p>
    <w:p>
      <w:r>
        <w:rPr>
          <w:b/>
        </w:rPr>
        <w:t xml:space="preserve">[10:31] </w:t>
      </w:r>
      <w:r>
        <w:t>ab tak koi ek insaan nahi mila jo yeh kahe ke haan yeh hai meri daryaft.</w:t>
      </w:r>
    </w:p>
    <w:p>
      <w:pPr>
        <w:jc w:val="right"/>
      </w:pPr>
      <w:r>
        <w:t>اب تک کوئی ایک انسان نہیں ملا جو یہ کہے کہ ہاں یہ ہے میری دریافت۔</w:t>
      </w:r>
    </w:p>
    <w:p>
      <w:r>
        <w:rPr>
          <w:b/>
        </w:rPr>
        <w:t xml:space="preserve">[10:41] </w:t>
      </w:r>
      <w:r>
        <w:t>aur pichhle mein chaalees pachaas saal se main times of india mein parhta raha hoon. aur jitne article chhapte hain sab confusion. agar aap ko shakk ho to kyun article aaye mere paas?</w:t>
      </w:r>
    </w:p>
    <w:p>
      <w:pPr>
        <w:jc w:val="right"/>
      </w:pPr>
      <w:r>
        <w:t>اور پچھلے میں چالیس پچاس سال سے میں ٹائمز آف انڈیا میں پڑھتا رہا ہوں۔ اور جتنے آرٹیکل چھپتے ہیں سب کنفیوزن۔ اگر آپ کو شک ہو تو کیوں آرٹیکل آئے میرے پاس؟</w:t>
      </w:r>
    </w:p>
    <w:p>
      <w:r>
        <w:rPr>
          <w:b/>
        </w:rPr>
        <w:t xml:space="preserve">[10:52] </w:t>
      </w:r>
      <w:r>
        <w:t>main bataoonga. confusion. ab dekhein aaj yeh chhaapa hai.</w:t>
      </w:r>
    </w:p>
    <w:p>
      <w:pPr>
        <w:jc w:val="right"/>
      </w:pPr>
      <w:r>
        <w:t>میں بتاؤں گا۔ کنفیوزن۔ اب دیکھیں آج یہ چھپا ہے۔</w:t>
      </w:r>
    </w:p>
    <w:p>
      <w:r>
        <w:rPr>
          <w:b/>
        </w:rPr>
        <w:t xml:space="preserve">[10:59] </w:t>
      </w:r>
      <w:r>
        <w:t>aaj yeh chhaapa hai times of india mein. yeh hai enjoy every moment.</w:t>
      </w:r>
    </w:p>
    <w:p>
      <w:pPr>
        <w:jc w:val="right"/>
      </w:pPr>
      <w:r>
        <w:t>آج یہ چھپا ہے ٹائمز آف انڈیا میں۔ یہ ہے انجوائے ایوری مومنٹ۔</w:t>
      </w:r>
    </w:p>
    <w:p>
      <w:r>
        <w:rPr>
          <w:b/>
        </w:rPr>
        <w:t xml:space="preserve">[11:09] </w:t>
      </w:r>
      <w:r>
        <w:t>har lamhe ko enjoy karo. yeh saara confusion hai. is liye ke dekhiye</w:t>
      </w:r>
    </w:p>
    <w:p>
      <w:pPr>
        <w:jc w:val="right"/>
      </w:pPr>
      <w:r>
        <w:t>ہر لمحے کو انجوائے کرو۔ یہ سارا کنفیوزن ہے۔ اس لیے کہ دیکھئے</w:t>
      </w:r>
    </w:p>
    <w:p>
      <w:r>
        <w:rPr>
          <w:b/>
        </w:rPr>
        <w:t xml:space="preserve">[11:18] </w:t>
      </w:r>
      <w:r>
        <w:t>buniyadi baat yeh nahi ke aap moment ko enjoy karein. buniyadi baat yeh hai ke aap ko aap ke andar sense of enjoy to zaroor hai lekin salahiyat enjoy nahi hai.</w:t>
      </w:r>
    </w:p>
    <w:p>
      <w:pPr>
        <w:jc w:val="right"/>
      </w:pPr>
      <w:r>
        <w:t>بنیادی بات یہ نہیں کہ آپ مومنٹ کو انجوائے کریں۔ بنیادی بات یہ ہے کہ آپ کو آپ کے اندر سینس آف انجوائے تو ضرور ہے لیکن صلاحیت انجوائے نہیں ہے۔</w:t>
      </w:r>
    </w:p>
    <w:p>
      <w:r>
        <w:rPr>
          <w:b/>
        </w:rPr>
        <w:t xml:space="preserve">[11:36] </w:t>
      </w:r>
      <w:r>
        <w:t>ab yeh jo likhne wale hain inhe yeh pata hi nahi hai is baat ka. koi na to is par tajeza hai na koi reasoning hai na koi biological study ka koi hawala hai.</w:t>
      </w:r>
    </w:p>
    <w:p>
      <w:pPr>
        <w:jc w:val="right"/>
      </w:pPr>
      <w:r>
        <w:t>اب یہ جو لکھنے والے ہیں انہیں یہ پتہ ہی نہیں ہے اس بات کا۔ کوئی نہ تو اس پر تجزیہ ہے نہ کوئی ریزننگ ہے نہ کوئی بائیولوجیکل اسٹڈی کا کوئی حوالہ ہے۔</w:t>
      </w:r>
    </w:p>
    <w:p>
      <w:r>
        <w:rPr>
          <w:b/>
        </w:rPr>
        <w:t xml:space="preserve">[11:49] </w:t>
      </w:r>
      <w:r>
        <w:t>bas word word word word. ek word play hai.</w:t>
      </w:r>
    </w:p>
    <w:p>
      <w:pPr>
        <w:jc w:val="right"/>
      </w:pPr>
      <w:r>
        <w:t>بس ورڈ ورڈ ورڈ ورڈ۔ ایک ورڈ پلے ہے۔</w:t>
      </w:r>
    </w:p>
    <w:p>
      <w:r>
        <w:rPr>
          <w:b/>
        </w:rPr>
        <w:t xml:space="preserve">[11:56] </w:t>
      </w:r>
      <w:r>
        <w:t>dekhiye main aap se arz karoonga is tarah ki baat ke moment ko enjoy karo.</w:t>
      </w:r>
    </w:p>
    <w:p>
      <w:pPr>
        <w:jc w:val="right"/>
      </w:pPr>
      <w:r>
        <w:t>دیکھئے میں آپ سے عرض کروں گا اس طرح کی بات کہ مومنٹ کو انجوائے کرو۔</w:t>
      </w:r>
    </w:p>
    <w:p>
      <w:r>
        <w:rPr>
          <w:b/>
        </w:rPr>
        <w:t xml:space="preserve">[12:06] </w:t>
      </w:r>
      <w:r>
        <w:t>babr baais kosh ke aalam dobara neest. na mustaqbil ko socho na maazi ko socho. anand lo.</w:t>
      </w:r>
    </w:p>
    <w:p>
      <w:pPr>
        <w:jc w:val="right"/>
      </w:pPr>
      <w:r>
        <w:t>بابر باعث کوش کے عالم دوبارہ نیست۔ نہ مستقبل کو سوچو نہ ماضی کو سوچو۔ آنند لو۔</w:t>
      </w:r>
    </w:p>
    <w:p>
      <w:r>
        <w:rPr>
          <w:b/>
        </w:rPr>
        <w:t xml:space="preserve">[12:14] </w:t>
      </w:r>
      <w:r>
        <w:t>yeh hamesha in logon ne ki hai jo zyada bade scholar nahi hote. kisi bhi fikr karne wale ne, kisi bhi philosopher ne yeh baat nahi ki.</w:t>
      </w:r>
    </w:p>
    <w:p>
      <w:pPr>
        <w:jc w:val="right"/>
      </w:pPr>
      <w:r>
        <w:t>یہ ہمیشہ ان لوگوں نے کی ہے جو زیادہ بڑے اسکالر نہیں ہوتے۔ کسی بھی فکر کرنے والے نے، کسی بھی فلاسفر نے یہ بات نہیں کی۔</w:t>
      </w:r>
    </w:p>
    <w:p>
      <w:r>
        <w:rPr>
          <w:b/>
        </w:rPr>
        <w:t xml:space="preserve">[12:29] </w:t>
      </w:r>
      <w:r>
        <w:t>aap internet par jaiye. encyclopedia ko consult kijiye. aur mujhe bataiye ke kaun philosopher hai jo aisi baatein kehta ho?</w:t>
      </w:r>
    </w:p>
    <w:p>
      <w:pPr>
        <w:jc w:val="right"/>
      </w:pPr>
      <w:r>
        <w:t>آپ انٹرنیٹ پر جائیے۔ انسائیکلوپیڈیا کو کنسلٹ کیجیے۔ اور مجھے بتائیے کہ کون فلاسفر ہے جو ایسی باتیں کہتا ہو؟</w:t>
      </w:r>
    </w:p>
    <w:p>
      <w:r>
        <w:rPr>
          <w:b/>
        </w:rPr>
        <w:t xml:space="preserve">[12:39] </w:t>
      </w:r>
      <w:r>
        <w:t>philosopher to khushi ke peeche rehta hai. khushi kaise haasil karein hum? yeh bertrand russell bahut bada philosopher tha.</w:t>
      </w:r>
    </w:p>
    <w:p>
      <w:pPr>
        <w:jc w:val="right"/>
      </w:pPr>
      <w:r>
        <w:t>فلاسفر تو خوشی کے پیچھے رہتا ہے۔ خوشی کیسے حاصل کریں ہم؟ یہ برٹ نرسل بہت بڑا فلاسفر تھا۔</w:t>
      </w:r>
    </w:p>
    <w:p>
      <w:r>
        <w:rPr>
          <w:b/>
        </w:rPr>
        <w:t xml:space="preserve">[12:49] </w:t>
      </w:r>
      <w:r>
        <w:t>is ki ek kitaab hai. happiness. yahi naam hai is ka. happiness. is mein woh maanta hai ke happiness haasil nahi ho sakti is duniya mein.</w:t>
      </w:r>
    </w:p>
    <w:p>
      <w:pPr>
        <w:jc w:val="right"/>
      </w:pPr>
      <w:r>
        <w:t>اس کی ایک کتاب ہے۔ ہیپینس۔ یہی نام ہے اس کا۔ ہیپینس۔ اس میں وہ مانتا ہے کہ ہیپینس حاصل نہیں ہو سکتی اس دنیا میں۔</w:t>
      </w:r>
    </w:p>
    <w:p>
      <w:r>
        <w:rPr>
          <w:b/>
        </w:rPr>
        <w:t xml:space="preserve">[13:01] </w:t>
      </w:r>
      <w:r>
        <w:t>yeh to bilkul janwaron qism ke log hain jo aisi boli bolte hain. is liye ke dekhiye cheez kya hai? enjoy karne ke liye zindagi mein yaani lene ke liye</w:t>
      </w:r>
    </w:p>
    <w:p>
      <w:pPr>
        <w:jc w:val="right"/>
      </w:pPr>
      <w:r>
        <w:t>یہ تو بالکل جانوروں قسم کے لوگ ہیں جو ایسی بولی بولتے ہیں۔ اس لیے کہ دیکھئے چیز کیا ہے؟ انجوائے کرنے کے لیے زندگی میں یعنی لینے کے لیے</w:t>
      </w:r>
    </w:p>
    <w:p>
      <w:r>
        <w:rPr>
          <w:b/>
        </w:rPr>
        <w:t xml:space="preserve">[13:19] </w:t>
      </w:r>
      <w:r>
        <w:t>aap jante hain kya cheez chahiye? akele aap enjoy nahi kar sakte. bairooni duniya ki madad chahiye aap ko.</w:t>
      </w:r>
    </w:p>
    <w:p>
      <w:pPr>
        <w:jc w:val="right"/>
      </w:pPr>
      <w:r>
        <w:t>آپ جانتے ہیں کیا چیز چاہیے؟ اکیلے آپ انجوائے نہیں کر سکتے۔ بیرونی دنیا کی مدد چاہیے آپ کو۔</w:t>
      </w:r>
    </w:p>
    <w:p>
      <w:r>
        <w:rPr>
          <w:b/>
        </w:rPr>
        <w:t xml:space="preserve">[13:31] </w:t>
      </w:r>
      <w:r>
        <w:t>jaise parson aap ne dekha hoga akhbar mein aur TV mein ke hamare sadar sahab gaye the kisi is mein aur gir pade zameen par.</w:t>
      </w:r>
    </w:p>
    <w:p>
      <w:pPr>
        <w:jc w:val="right"/>
      </w:pPr>
      <w:r>
        <w:t>جیسے پرسوں آپ نے دیکھا ہوگا اخبار میں اور ٹی وی میں کہ ہمارے صدر صاحب گئے تھے کسی اس میں اور گر پڑے زمین پر۔</w:t>
      </w:r>
    </w:p>
    <w:p>
      <w:r>
        <w:rPr>
          <w:b/>
        </w:rPr>
        <w:t xml:space="preserve">[13:40] </w:t>
      </w:r>
      <w:r>
        <w:t>woh sadar of india hain woh. woh gir pade zameen par. yeh hai insaan ka haal.</w:t>
      </w:r>
    </w:p>
    <w:p>
      <w:pPr>
        <w:jc w:val="right"/>
      </w:pPr>
      <w:r>
        <w:t>وہ صدر آف انڈیا ہیں وہ۔ وہ گر پڑے زمین پر۔ یہ ہے انسان کا حال۔</w:t>
      </w:r>
    </w:p>
    <w:p>
      <w:r>
        <w:rPr>
          <w:b/>
        </w:rPr>
        <w:t xml:space="preserve">[13:49] </w:t>
      </w:r>
      <w:r>
        <w:t>hum jab tak hum khud apne aap apne bal par enjoy nahi kar sakte. jaise aap ko koi cheez bahut zyada pasand ho aap khane lagien.</w:t>
      </w:r>
    </w:p>
    <w:p>
      <w:pPr>
        <w:jc w:val="right"/>
      </w:pPr>
      <w:r>
        <w:t>ہم جب تک ہم خود اپنے آپ اپنے بل پر انجوائے نہیں کر سکتے۔ جیسے آپ کو کوئی چیز بہت زیادہ پسند ہو آپ کھانے لگیں۔</w:t>
      </w:r>
    </w:p>
    <w:p>
      <w:r>
        <w:rPr>
          <w:b/>
        </w:rPr>
        <w:t xml:space="preserve">[14:03] </w:t>
      </w:r>
      <w:r>
        <w:t>thodi der mein aap khane ke qabil nahi rahenge.</w:t>
      </w:r>
    </w:p>
    <w:p>
      <w:pPr>
        <w:jc w:val="right"/>
      </w:pPr>
      <w:r>
        <w:t>تھوڑی دیر میں آپ کھانے کے قابل نہیں رہیں گے۔</w:t>
      </w:r>
    </w:p>
    <w:p>
      <w:r>
        <w:rPr>
          <w:b/>
        </w:rPr>
        <w:t xml:space="preserve">[14:08] </w:t>
      </w:r>
      <w:r>
        <w:t>kyun ke haazme ka nizaam jo hai is mein aap is ko laamahdood tor par badha nahi sakte. agar badhayenge to bimar padenge.</w:t>
      </w:r>
    </w:p>
    <w:p>
      <w:pPr>
        <w:jc w:val="right"/>
      </w:pPr>
      <w:r>
        <w:t>کیونکہ ہاضمے کا نظام جو ہے اس میں آپ اس کو لامحدود طور پر بڑھا نہیں سکتے۔ اگر بڑھائیں گے تو بیمار پڑیں گے۔</w:t>
      </w:r>
    </w:p>
    <w:p>
      <w:r>
        <w:rPr>
          <w:b/>
        </w:rPr>
        <w:t xml:space="preserve">[14:17] </w:t>
      </w:r>
      <w:r>
        <w:t>diabetes ho jayenge. blood pressure badhega.</w:t>
      </w:r>
    </w:p>
    <w:p>
      <w:pPr>
        <w:jc w:val="right"/>
      </w:pPr>
      <w:r>
        <w:t>ذیابیطس ہو جائیں گے۔ بلڈ پریشر بڑھے گا۔</w:t>
      </w:r>
    </w:p>
    <w:p>
      <w:r>
        <w:rPr>
          <w:b/>
        </w:rPr>
        <w:t xml:space="preserve">[14:25] </w:t>
      </w:r>
      <w:r>
        <w:t>to jo bairooni awamil hain bairooni awamil ke baghair aap khushi pa nahi sakte.</w:t>
      </w:r>
    </w:p>
    <w:p>
      <w:pPr>
        <w:jc w:val="right"/>
      </w:pPr>
      <w:r>
        <w:t>تو جو بیرونی عوامل ہیں بیرونی عوامل کے بغیر آپ خوشی پا نہیں سکتے۔</w:t>
      </w:r>
    </w:p>
    <w:p>
      <w:r>
        <w:rPr>
          <w:b/>
        </w:rPr>
        <w:t xml:space="preserve">[14:36] </w:t>
      </w:r>
      <w:r>
        <w:t>ek taraf aap ki apni salahiyat woh mehdood hai. har aadmi jaanta hai. aap mein se har jo log yahan baithe hain woh bhi sochein ke kya aap laamahdood salahiyat hai aap ke paas enjoy karne ki?</w:t>
      </w:r>
    </w:p>
    <w:p>
      <w:pPr>
        <w:jc w:val="right"/>
      </w:pPr>
      <w:r>
        <w:t>ایک طرف آپ کی اپنی صلاحیت وہ محدود ہے۔ ہر آدمی جانتا ہے۔ آپ میں سے ہر جو لوگ یہاں بیٹھے ہیں وہ بھی سوچیں کہ کیا آپ لامحدود صلاحیت ہے آپ کے پاس انجوائے کرنے کی؟</w:t>
      </w:r>
    </w:p>
    <w:p>
      <w:r>
        <w:rPr>
          <w:b/>
        </w:rPr>
        <w:t xml:space="preserve">[14:49] </w:t>
      </w:r>
      <w:r>
        <w:t>kisi bhi cheez ko jo aap ko bohat achhi lagti ho?</w:t>
      </w:r>
    </w:p>
    <w:p>
      <w:pPr>
        <w:jc w:val="right"/>
      </w:pPr>
      <w:r>
        <w:t>کسی بھی چیز کو جو آپ کو بہت اچھی لگتی ہو؟</w:t>
      </w:r>
    </w:p>
    <w:p>
      <w:r>
        <w:rPr>
          <w:b/>
        </w:rPr>
        <w:t xml:space="preserve">[14:53] </w:t>
      </w:r>
      <w:r>
        <w:t>hai nahi kisi ke andar bhi nahi. rajnish ke andar nahi thi. king hussain jo thay woh bohat ziyada shauq tha un ko shadiyon ka.</w:t>
      </w:r>
    </w:p>
    <w:p>
      <w:pPr>
        <w:jc w:val="right"/>
      </w:pPr>
      <w:r>
        <w:t>ہے نہیں کسی کے اندر بھی نہیں۔ رجنیش کے اندر نہیں تھی۔ کنگ حسین جو تھے وہ بہت زیادہ شوق تھا ان کو شادیاں کا۔</w:t>
      </w:r>
    </w:p>
    <w:p>
      <w:r>
        <w:rPr>
          <w:b/>
        </w:rPr>
        <w:t xml:space="preserve">[15:04] </w:t>
      </w:r>
      <w:r>
        <w:t>ghaliban teen shadi ki unhon ne. aur bas un ka yeh enjoy karna un ka maqsad tha. lekin aakhir mein kya hua un ka? bistar par</w:t>
      </w:r>
    </w:p>
    <w:p>
      <w:pPr>
        <w:jc w:val="right"/>
      </w:pPr>
      <w:r>
        <w:t>غالباً تین شادی کی انہوں نے۔ اور بس ان کا یہ انجوائے کرنا ان کا مقصد تھا۔ لیکن آخر میں کیا ہوا ان کا؟ بستر پر</w:t>
      </w:r>
    </w:p>
    <w:p>
      <w:r>
        <w:rPr>
          <w:b/>
        </w:rPr>
        <w:t xml:space="preserve">[15:12] </w:t>
      </w:r>
      <w:r>
        <w:t>paray huay thay paray paray mar gaye. kyunke taqat hi kuch nahi rahi hai. kuch taqat nahi rahi. bayroni duniya bhi aap ka saath de aur aap ki salahiyat bhi ho la-mahdood tor par tab aap enjoy kar painge.</w:t>
      </w:r>
    </w:p>
    <w:p>
      <w:pPr>
        <w:jc w:val="right"/>
      </w:pPr>
      <w:r>
        <w:t>پڑے ہوئے تھے پڑے پڑے مر گئے۔ کیونکہ طاقت ہی کچھ نہیں رہی ہے۔ کچھ طاقت نہیں رہی۔ بیرونی دنیا بھی آپ کا ساتھ دے اور آپ کی صلاحیت بھی ہو لامحدود طور پر تب آپ انجوائے کر پائیں گے۔</w:t>
      </w:r>
    </w:p>
    <w:p>
      <w:r>
        <w:rPr>
          <w:b/>
        </w:rPr>
        <w:t xml:space="preserve">[15:31] </w:t>
      </w:r>
      <w:r>
        <w:t>lekin yahan par dono mein se aik bhi nahi hai.</w:t>
      </w:r>
    </w:p>
    <w:p>
      <w:pPr>
        <w:jc w:val="right"/>
      </w:pPr>
      <w:r>
        <w:t>لیکن یہاں پر دونوں میں سے ایک بھی نہیں ہے۔</w:t>
      </w:r>
    </w:p>
    <w:p>
      <w:r>
        <w:rPr>
          <w:b/>
        </w:rPr>
        <w:t xml:space="preserve">[15:36] </w:t>
      </w:r>
      <w:r>
        <w:t>dono mein se aik bhi nahi hai. maine aik qissa arz kiya tha aik baar main gaya paalgaam mein to wahan par pani tha jo oopar pahaar se aa raha tha.</w:t>
      </w:r>
    </w:p>
    <w:p>
      <w:pPr>
        <w:jc w:val="right"/>
      </w:pPr>
      <w:r>
        <w:t>دونوں میں سے ایک بھی نہیں ہے۔ میں نے ایک قصہ عرض کیا تھا ایک بار میں گیا پالگام میں تو وہاں پر پانی تھا جو اوپر پہاڑ سے آ رہا تھا۔</w:t>
      </w:r>
    </w:p>
    <w:p>
      <w:r>
        <w:rPr>
          <w:b/>
        </w:rPr>
        <w:t xml:space="preserve">[15:46] </w:t>
      </w:r>
      <w:r>
        <w:t>bohat hi achha pani. to hamare saath clubuddin sahib thay un par glass tha. to maine glass le kar pani piya.</w:t>
      </w:r>
    </w:p>
    <w:p>
      <w:pPr>
        <w:jc w:val="right"/>
      </w:pPr>
      <w:r>
        <w:t>بہت ہی اچھا پانی۔ تو ہمارے ساتھ کلب الدین صاحب تھے ان پر گلاس تھا۔ تو میں نے گلاس لے کر پانی پیا۔</w:t>
      </w:r>
    </w:p>
    <w:p>
      <w:r>
        <w:rPr>
          <w:b/>
        </w:rPr>
        <w:t xml:space="preserve">[15:55] </w:t>
      </w:r>
      <w:r>
        <w:t>bohat achha laga.</w:t>
      </w:r>
    </w:p>
    <w:p>
      <w:pPr>
        <w:jc w:val="right"/>
      </w:pPr>
      <w:r>
        <w:t>بہت اچھا لگا۔</w:t>
      </w:r>
    </w:p>
    <w:p>
      <w:r>
        <w:rPr>
          <w:b/>
        </w:rPr>
        <w:t xml:space="preserve">[15:59] </w:t>
      </w:r>
      <w:r>
        <w:t>to aik piya do piya teen piya chhe glass pani pi gaya main. ab is ke baad jo sar dard hua mujh ko. to shaam ko main khana khane ke qabil nahi raha.</w:t>
      </w:r>
    </w:p>
    <w:p>
      <w:pPr>
        <w:jc w:val="right"/>
      </w:pPr>
      <w:r>
        <w:t>تو ایک پیا دو پیا تین پیا چھ گلاس پانی پی گیا میں۔ اب اس کے بعد جو سر درد ہوا مجھ کو۔ تو شام کو میں کھانا کھانے کے قابل نہیں رہا۔</w:t>
      </w:r>
    </w:p>
    <w:p>
      <w:r>
        <w:rPr>
          <w:b/>
        </w:rPr>
        <w:t xml:space="preserve">[16:10] </w:t>
      </w:r>
      <w:r>
        <w:t>meri salahiyat ki aik had thi. aik do glass tak thi woh. aur chhe glass</w:t>
      </w:r>
    </w:p>
    <w:p>
      <w:pPr>
        <w:jc w:val="right"/>
      </w:pPr>
      <w:r>
        <w:t>میری صلاحیت کی ایک حد تھی۔ ایک دو گلاس تک تھی وہ۔ اور چھ گلاس</w:t>
      </w:r>
    </w:p>
    <w:p>
      <w:r>
        <w:rPr>
          <w:b/>
        </w:rPr>
        <w:t xml:space="preserve">[16:17] </w:t>
      </w:r>
      <w:r>
        <w:t>tak meri had nahi thi ke chhe glass pani pi kar main enjoy karoon.</w:t>
      </w:r>
    </w:p>
    <w:p>
      <w:pPr>
        <w:jc w:val="right"/>
      </w:pPr>
      <w:r>
        <w:t>تک میری حد نہیں تھی کہ چھ گلاس پانی پی کر میں انجوائے کروں۔</w:t>
      </w:r>
    </w:p>
    <w:p>
      <w:r>
        <w:rPr>
          <w:b/>
        </w:rPr>
        <w:t xml:space="preserve">[16:24] </w:t>
      </w:r>
      <w:r>
        <w:t>bayroni awamil. aap dekhiye ke george bush ne saare america ke saare think tank ko istemal kar ke aik bohat zabardast plan banaya.</w:t>
      </w:r>
    </w:p>
    <w:p>
      <w:pPr>
        <w:jc w:val="right"/>
      </w:pPr>
      <w:r>
        <w:t>بیرونی عوامل۔ آپ دیکھئے کہ جارج بش نے سارے امریکہ کے سارے تھنک ٹینک کو استعمال کر کے ایک بہت زبردست پلان بنایا۔</w:t>
      </w:r>
    </w:p>
    <w:p>
      <w:r>
        <w:rPr>
          <w:b/>
        </w:rPr>
        <w:t xml:space="preserve">[16:39] </w:t>
      </w:r>
      <w:r>
        <w:t>ke hum iraq ko aisa kareinge waisa kareinge.</w:t>
      </w:r>
    </w:p>
    <w:p>
      <w:pPr>
        <w:jc w:val="right"/>
      </w:pPr>
      <w:r>
        <w:t>کہ ہم عراق کو ایسا کریں گے ویسا کریں گے۔</w:t>
      </w:r>
    </w:p>
    <w:p>
      <w:r>
        <w:rPr>
          <w:b/>
        </w:rPr>
        <w:t xml:space="preserve">[16:43] </w:t>
      </w:r>
      <w:r>
        <w:t>aur duniya ka sab se bara hamla kiya. george bush senior ne bhi george bush junior ne bhi. aur mila kya? kuch bhi nahi. kal main report parh raha tha ke un ke bohat sare helicopter ko unhon ne maar ke gira diya.</w:t>
      </w:r>
    </w:p>
    <w:p>
      <w:pPr>
        <w:jc w:val="right"/>
      </w:pPr>
      <w:r>
        <w:t>اور دنیا کا سب سے بڑا حملہ کیا۔ جارج بش سینئر نے بھی جارج بش جونیئر نے بھی۔ اور ملا کیا؟ کچھ بھی نہیں۔ کل میں رپورٹ پڑھ رہا تھا کہ ان کے بہت سارے ہیلی کاپٹر کو انہوں نے مار کے گرا دیا۔</w:t>
      </w:r>
    </w:p>
    <w:p>
      <w:r>
        <w:rPr>
          <w:b/>
        </w:rPr>
        <w:t xml:space="preserve">[16:58] </w:t>
      </w:r>
      <w:r>
        <w:t>yani iraq jo hai american helicopters ka qabristan ban raha hai.</w:t>
      </w:r>
    </w:p>
    <w:p>
      <w:pPr>
        <w:jc w:val="right"/>
      </w:pPr>
      <w:r>
        <w:t>یعنی عراق جو ہے امریکن ہیلی کاپٹرز کا قبرستان بن رہا ہے۔</w:t>
      </w:r>
    </w:p>
    <w:p>
      <w:r>
        <w:rPr>
          <w:b/>
        </w:rPr>
        <w:t xml:space="preserve">[17:03] </w:t>
      </w:r>
      <w:r>
        <w:t>to kaha hum george bush ko is par control nahi tha ke iraq ke log jo hain woh un ke</w:t>
      </w:r>
    </w:p>
    <w:p>
      <w:pPr>
        <w:jc w:val="right"/>
      </w:pPr>
      <w:r>
        <w:t>تو کہا ہم جارج بش کو اس پر کنٹرول نہیں تھا کہ عراق کے لوگ جو ہیں وہ ان کے</w:t>
      </w:r>
    </w:p>
    <w:p>
      <w:r>
        <w:rPr>
          <w:b/>
        </w:rPr>
        <w:t xml:space="preserve">[17:16] </w:t>
      </w:r>
      <w:r>
        <w:t>un ke un ke helicopter ko na marein. un ke army ke logon ko na marein. maine report padhi ke wahan jo american army hai woh mental case ho rahe hain woh log.</w:t>
      </w:r>
    </w:p>
    <w:p>
      <w:pPr>
        <w:jc w:val="right"/>
      </w:pPr>
      <w:r>
        <w:t>ان کے ان کے ہیلی کاپٹر کو نہ ماریں۔ ان کے آرمی کے لوگوں کو نہ ماریں۔ میں نے رپورٹ پڑھی کہ وہاں جو امریکن آرمی ہے وہ مینٹل کیس ہو رہے ہیں وہ لوگ۔</w:t>
      </w:r>
    </w:p>
    <w:p>
      <w:r>
        <w:rPr>
          <w:b/>
        </w:rPr>
        <w:t xml:space="preserve">[17:28] </w:t>
      </w:r>
      <w:r>
        <w:t>itna ziyada dabaao mein rehte hain. kyunke george bush jo hai super power ka sarbarah</w:t>
      </w:r>
    </w:p>
    <w:p>
      <w:pPr>
        <w:jc w:val="right"/>
      </w:pPr>
      <w:r>
        <w:t>اتنا زیادہ دباؤ میں رہتے ہیں۔ کیونکہ جارج بش جو ہے سپر پاور کا سربراہ</w:t>
      </w:r>
    </w:p>
    <w:p>
      <w:r>
        <w:rPr>
          <w:b/>
        </w:rPr>
        <w:t xml:space="preserve">[17:34] </w:t>
      </w:r>
      <w:r>
        <w:t>un ke paas hai. sarbarah hain woh super power ke. lekin un ke liye bahar se control hai. woh na afghanistan ke logon ko bahar se control kar sake na iraq walon ko kar sake.</w:t>
      </w:r>
    </w:p>
    <w:p>
      <w:pPr>
        <w:jc w:val="right"/>
      </w:pPr>
      <w:r>
        <w:t>ان کے پاس ہے۔ سربراہ ہیں وہ سپر پاور کے۔ لیکن ان کے لیے باہر سے کنٹرول ہے۔ وہ نہ افغانستان کے لوگوں کو باہر سے کنٹرول کر سکے نہ عراق والوں کو کر سکے۔</w:t>
      </w:r>
    </w:p>
    <w:p>
      <w:r>
        <w:rPr>
          <w:b/>
        </w:rPr>
        <w:t xml:space="preserve">[17:50] </w:t>
      </w:r>
      <w:r>
        <w:t>to koi bara ho ya chhota</w:t>
      </w:r>
    </w:p>
    <w:p>
      <w:pPr>
        <w:jc w:val="right"/>
      </w:pPr>
      <w:r>
        <w:t>تو کوئی بڑا ہو یا چھوٹا</w:t>
      </w:r>
    </w:p>
    <w:p>
      <w:r>
        <w:rPr>
          <w:b/>
        </w:rPr>
        <w:t xml:space="preserve">[17:53] </w:t>
      </w:r>
      <w:r>
        <w:t>ghareeb ho ya ameer</w:t>
      </w:r>
    </w:p>
    <w:p>
      <w:pPr>
        <w:jc w:val="right"/>
      </w:pPr>
      <w:r>
        <w:t>غریب ہو یا امیر</w:t>
      </w:r>
    </w:p>
    <w:p>
      <w:r>
        <w:rPr>
          <w:b/>
        </w:rPr>
        <w:t xml:space="preserve">[17:57] </w:t>
      </w:r>
      <w:r>
        <w:t>na to is ke andar enjoy karne ki la-mahdood salahiyat hai. aur na is ke andar yeh taqat hai ke bahar ke jo awamil chahiye un ko woh control kar sake.</w:t>
      </w:r>
    </w:p>
    <w:p>
      <w:pPr>
        <w:jc w:val="right"/>
      </w:pPr>
      <w:r>
        <w:t>نہ تو اس کے اندر انجوائے کرنے کی لامحدود صلاحیت ہے۔ اور نہ اس کے اندر یہ طاقت ہے کہ باہر کے جو عوامل چاہیے ان کو وہ کنٹرول کر سکے۔</w:t>
      </w:r>
    </w:p>
    <w:p>
      <w:r>
        <w:rPr>
          <w:b/>
        </w:rPr>
        <w:t xml:space="preserve">[18:09] </w:t>
      </w:r>
      <w:r>
        <w:t>to kya karega aadmi? kaise enjoy karega? jo hua karega khali.</w:t>
      </w:r>
    </w:p>
    <w:p>
      <w:pPr>
        <w:jc w:val="right"/>
      </w:pPr>
      <w:r>
        <w:t>تو کیا کرے گا آدمی؟ کیسے انجوائے کرے گا؟ جو ہوا کرے گا خالی۔</w:t>
      </w:r>
    </w:p>
    <w:p>
      <w:r>
        <w:rPr>
          <w:b/>
        </w:rPr>
        <w:t xml:space="preserve">[18:16] </w:t>
      </w:r>
      <w:r>
        <w:t>maine kai aisay log dekhe hain jo hua hua kar rahe thay. aur shaam ko jab maine un se mila aur baat ki karida un ko karida to andar se kuch bhi nahi tha.</w:t>
      </w:r>
    </w:p>
    <w:p>
      <w:pPr>
        <w:jc w:val="right"/>
      </w:pPr>
      <w:r>
        <w:t>میں نے کئی ایسے لوگ دیکھے ہیں جو ہوا ہوا کر رہے تھے۔ اور شام کو جب میں نے ان سے ملا اور بات کی کریدہ ان کو کریدہ تو اندر سے کچھ بھی نہیں تھا۔</w:t>
      </w:r>
    </w:p>
    <w:p>
      <w:r>
        <w:rPr>
          <w:b/>
        </w:rPr>
        <w:t xml:space="preserve">[18:29] </w:t>
      </w:r>
      <w:r>
        <w:t>aap dekhiye duniya ka sab se bara super comedian jo hai woh hai woh charlie chaplin.</w:t>
      </w:r>
    </w:p>
    <w:p>
      <w:pPr>
        <w:jc w:val="right"/>
      </w:pPr>
      <w:r>
        <w:t>آپ دیکھئے دنیا کا سب سے بڑا سپر کامیڈین جو ہے وہ ہے وہ چارلی چپلن۔</w:t>
      </w:r>
    </w:p>
    <w:p>
      <w:r>
        <w:rPr>
          <w:b/>
        </w:rPr>
        <w:t xml:space="preserve">[18:40] </w:t>
      </w:r>
      <w:r>
        <w:t>charli chaplin dunya ka super comedian mana jata hai. hasna hasana ek naam tha is ka. aur bohat ziyada paisa ikatha kiya is ne hasna hasani mein.</w:t>
      </w:r>
    </w:p>
    <w:p>
      <w:pPr>
        <w:jc w:val="right"/>
      </w:pPr>
      <w:r>
        <w:t>چارلی چپلن دنیا کا سپر کامیڈین مانا جاتا ہے۔ حسنہ حسانہ ایک نام تھا اس کا۔ اور بہت زیادہ پیسہ اکٹھا کیا اس نے حسنہ حسانی میں۔</w:t>
      </w:r>
    </w:p>
    <w:p>
      <w:r>
        <w:rPr>
          <w:b/>
        </w:rPr>
        <w:t xml:space="preserve">[18:52] </w:t>
      </w:r>
      <w:r>
        <w:t>to wo britain mein paida hua. wo angrez tha wo chala gaya america. lekin aap jante hain ke britishz jo hain wo nafrat karte hain american se.</w:t>
      </w:r>
    </w:p>
    <w:p>
      <w:pPr>
        <w:jc w:val="right"/>
      </w:pPr>
      <w:r>
        <w:t>تو وہ برٹن میں پیدا ہوا۔ وہ انگریز تھا وہ چلا گیا امریکہ۔ لیکن آپ جانتے ہیں کہ برٹشز جو ہیں وہ نفرت کرتے ہیں امریکن سے۔</w:t>
      </w:r>
    </w:p>
    <w:p>
      <w:r>
        <w:rPr>
          <w:b/>
        </w:rPr>
        <w:t xml:space="preserve">[19:04] </w:t>
      </w:r>
      <w:r>
        <w:t>to is ne wahan par citizenship nahi li. wahan par</w:t>
      </w:r>
    </w:p>
    <w:p>
      <w:pPr>
        <w:jc w:val="right"/>
      </w:pPr>
      <w:r>
        <w:t>تو اس نے وہاں پر سیزرشپ نہیں لی۔ وہاں پر</w:t>
      </w:r>
    </w:p>
    <w:p>
      <w:r>
        <w:rPr>
          <w:b/>
        </w:rPr>
        <w:t xml:space="preserve">[19:09] </w:t>
      </w:r>
      <w:r>
        <w:t>entry visa par raha wo. aur is ke andar kuch socialistic soch thi. aap jante hain ye zamana is ka hai pehli jang-e-azeem aur doosri jang-e-azeem ke beech ka.</w:t>
      </w:r>
    </w:p>
    <w:p>
      <w:pPr>
        <w:jc w:val="right"/>
      </w:pPr>
      <w:r>
        <w:t>انٹری ویزا پر رہا وہ۔ اور اس کے اندر کچھ سوشلسٹک سوچ تھی۔ آپ جانتے ہیں یہ زمانہ اس کا ہے پہلی جنگ عظیم اور دوسری جنگ عظیم کے بیچ کا۔</w:t>
      </w:r>
    </w:p>
    <w:p>
      <w:r>
        <w:rPr>
          <w:b/>
        </w:rPr>
        <w:t xml:space="preserve">[19:20] </w:t>
      </w:r>
      <w:r>
        <w:t>pehli jang-e-azeem aur doosri jang-e-azeem ke beech ka zamana jo hai wahan ek ek dhoom thi socialism aur communism ki.</w:t>
      </w:r>
    </w:p>
    <w:p>
      <w:pPr>
        <w:jc w:val="right"/>
      </w:pPr>
      <w:r>
        <w:t>پہلی جنگ عظیم اور دوسری جنگ عظیم کے بیچ کا زمانہ جو ہے وہاں ایک ایک دھوم تھی سوشلزم اور کمیونزم کی۔</w:t>
      </w:r>
    </w:p>
    <w:p>
      <w:r>
        <w:rPr>
          <w:b/>
        </w:rPr>
        <w:t xml:space="preserve">[19:28] </w:t>
      </w:r>
      <w:r>
        <w:t>aap jante hain ke marx jo tha wo london hi mein mara. paida hua tha wo germany mein. lekin aakhir mein wo london mein raha wohin mara wo.</w:t>
      </w:r>
    </w:p>
    <w:p>
      <w:pPr>
        <w:jc w:val="right"/>
      </w:pPr>
      <w:r>
        <w:t>آپ جانتے ہیں کہ مارکس جو تھا وہ لندن ہی میں مرا۔ پیدا ہوا تھا وہ جرمنی میں۔ لیکن آخر میں وہ لندن میں رہا وہیں مرا وہ۔</w:t>
      </w:r>
    </w:p>
    <w:p>
      <w:r>
        <w:rPr>
          <w:b/>
        </w:rPr>
        <w:t xml:space="preserve">[19:38] </w:t>
      </w:r>
      <w:r>
        <w:t>sab se sab se bara is ka jo dost tha wo tha engel jo angrez tha. to wahan par communist ideas bohat phailay.</w:t>
      </w:r>
    </w:p>
    <w:p>
      <w:pPr>
        <w:jc w:val="right"/>
      </w:pPr>
      <w:r>
        <w:t>سب سے سب سے بڑا اس کا جو دوست تھا وہ تھا اینجل جو انگریز تھا۔ تو وہاں پر کمیونسٹ آئیڈیاز بہت پھیلے۔</w:t>
      </w:r>
    </w:p>
    <w:p>
      <w:r>
        <w:rPr>
          <w:b/>
        </w:rPr>
        <w:t xml:space="preserve">[19:49] </w:t>
      </w:r>
      <w:r>
        <w:t>isi se hamare nehru ji mutasir hue. to wahan fabian society jo sab ke sab socialist log thay is mein. to britishz mein bohat se log thay parhay likhay log jo socialist ban gaye.</w:t>
      </w:r>
    </w:p>
    <w:p>
      <w:pPr>
        <w:jc w:val="right"/>
      </w:pPr>
      <w:r>
        <w:t>اسی سے ہمارے نہرو جی متاثر ہوئے۔ تو وہاں فیبین سوسائٹی جو سب کے سب سوشلسٹ لوگ تھے اس میں۔ تو برٹشز میں بہت سے لوگ تھے پڑھے لکھے لوگ جو سوشلسٹ بن گئے۔</w:t>
      </w:r>
    </w:p>
    <w:p>
      <w:r>
        <w:rPr>
          <w:b/>
        </w:rPr>
        <w:t xml:space="preserve">[20:02] </w:t>
      </w:r>
      <w:r>
        <w:t>ab ye tha america mein. aur pehli jang-e-azeem aur doosri jang-e-azeem ke beech mein aap jante hain america mein kya tha?</w:t>
      </w:r>
    </w:p>
    <w:p>
      <w:pPr>
        <w:jc w:val="right"/>
      </w:pPr>
      <w:r>
        <w:t>اب یہ تھا امریکہ میں۔ اور پہلی جنگ عظیم اور دوسری جنگ عظیم کے بیچ میں آپ جانتے ہیں امریکہ میں کیا تھا؟</w:t>
      </w:r>
    </w:p>
    <w:p>
      <w:r>
        <w:rPr>
          <w:b/>
        </w:rPr>
        <w:t xml:space="preserve">[20:09] </w:t>
      </w:r>
      <w:r>
        <w:t>communism ko apna wo dushman number ek samajhte thay. dushman number ek. ek bar to ab mein new york mein ek ek international conference mein tha.</w:t>
      </w:r>
    </w:p>
    <w:p>
      <w:pPr>
        <w:jc w:val="right"/>
      </w:pPr>
      <w:r>
        <w:t>کمیونزم کو اپنا وہ دشمن نمبر ایک سمجھتے تھے۔ دشمن نمبر ایک۔ ایک بار تو اب میں نیویارک میں ایک ایک انٹرنیشنل کانفرنس میں تھا۔</w:t>
      </w:r>
    </w:p>
    <w:p>
      <w:r>
        <w:rPr>
          <w:b/>
        </w:rPr>
        <w:t xml:space="preserve">[20:20] </w:t>
      </w:r>
      <w:r>
        <w:t>to is ka jo chairman tha us ne ailan kiya ek baat ka. ke ek line par mujh ko pata nahi kitne hazar bataya ke mujhe telegram milay thay.</w:t>
      </w:r>
    </w:p>
    <w:p>
      <w:pPr>
        <w:jc w:val="right"/>
      </w:pPr>
      <w:r>
        <w:t>تو اس کا جو چیئرمین تھا اس نے اعلان کیا ایک بات کا۔ کہ ایک لائن پر مجھ کو پتہ نہیں کتنے ہزار بتایا کہ مجھے ٹیلی گرام ملے تھے۔</w:t>
      </w:r>
    </w:p>
    <w:p>
      <w:r>
        <w:rPr>
          <w:b/>
        </w:rPr>
        <w:t xml:space="preserve">[20:32] </w:t>
      </w:r>
      <w:r>
        <w:t>wo line kya thi? wo ye thi ke communism is dushman number ek of US A. is par itnay telegram aa'ay.</w:t>
      </w:r>
    </w:p>
    <w:p>
      <w:pPr>
        <w:jc w:val="right"/>
      </w:pPr>
      <w:r>
        <w:t>وہ لائن کیا تھی؟ وہ یہ تھی کہ کمیونزم از دشمن نمبر ایک آف یو ایس اے۔ اس پر اتنے ٹیلی گرام آئے۔</w:t>
      </w:r>
    </w:p>
    <w:p>
      <w:r>
        <w:rPr>
          <w:b/>
        </w:rPr>
        <w:t xml:space="preserve">[20:42] </w:t>
      </w:r>
      <w:r>
        <w:t>to ye haal hai americanon ka. wo samajhte hain ke sab se bara dushman hamara jo hai communism hai. ab in ke andar thora jhukao tha.</w:t>
      </w:r>
    </w:p>
    <w:p>
      <w:pPr>
        <w:jc w:val="right"/>
      </w:pPr>
      <w:r>
        <w:t>تو یہ حال ہے امریکنوں کا۔ وہ سمجھتے ہیں کہ سب سے بڑا دشمن ہمارا جو ہے کمیونزم ہے۔ اب ان کے اندر تھوڑا جھکاؤ تھا۔</w:t>
      </w:r>
    </w:p>
    <w:p>
      <w:r>
        <w:rPr>
          <w:b/>
        </w:rPr>
        <w:t xml:space="preserve">[20:51] </w:t>
      </w:r>
      <w:r>
        <w:t>to wo in chahe ban gaye ye. charli chaplin america mein in chahe ban gaye. ghair american kaha janay laga in ko.</w:t>
      </w:r>
    </w:p>
    <w:p>
      <w:pPr>
        <w:jc w:val="right"/>
      </w:pPr>
      <w:r>
        <w:t>تو وہ ان چاہے بن گئے یہ۔ چارلی چپلن امریکہ میں ان چاہے بن گئے۔ غیر امریکن کہا جانے لگا ان کو۔</w:t>
      </w:r>
    </w:p>
    <w:p>
      <w:r>
        <w:rPr>
          <w:b/>
        </w:rPr>
        <w:t xml:space="preserve">[21:00] </w:t>
      </w:r>
      <w:r>
        <w:t>ab kya karein ye? ab kai masail in ko ho gaye. number ek america mein wo ghair american manay janay lagay.</w:t>
      </w:r>
    </w:p>
    <w:p>
      <w:pPr>
        <w:jc w:val="right"/>
      </w:pPr>
      <w:r>
        <w:t>اب کیا کریں یہ؟ اب کئی مسائل ان کو ہو گئے۔ نمبر ایک امریکہ میں وہ غیر امریکن مانے جانے لگے۔</w:t>
      </w:r>
    </w:p>
    <w:p>
      <w:r>
        <w:rPr>
          <w:b/>
        </w:rPr>
        <w:t xml:space="preserve">[21:10] </w:t>
      </w:r>
      <w:r>
        <w:t>pro communist manay janay lagay. char shadiyan kareen kisi se bhi un ki bani nahi. alhaidgi hui. paisa bohat kamaya.</w:t>
      </w:r>
    </w:p>
    <w:p>
      <w:pPr>
        <w:jc w:val="right"/>
      </w:pPr>
      <w:r>
        <w:t>پرو کمیونسٹ مانے جانے لگے۔ چار شادیاں کیں کسی سے بھی ان کی بنی نہیں۔ علیحدگی ہوئی۔ پیسہ بہت کمایا۔</w:t>
      </w:r>
    </w:p>
    <w:p>
      <w:r>
        <w:rPr>
          <w:b/>
        </w:rPr>
        <w:t xml:space="preserve">[21:18] </w:t>
      </w:r>
      <w:r>
        <w:t>ab income tax ke masail thay in ke. waghera. aakhir mein kya kiya unhon ne america chhor kar ke chalay gaye.</w:t>
      </w:r>
    </w:p>
    <w:p>
      <w:pPr>
        <w:jc w:val="right"/>
      </w:pPr>
      <w:r>
        <w:t>اب انکم ٹیکس کے مسائل تھے ان کے۔ وغیرہ۔ آخر میں کیا کیا انہوں نے امریکہ چھوڑ کر کے چلے گئے۔</w:t>
      </w:r>
    </w:p>
    <w:p>
      <w:r>
        <w:rPr>
          <w:b/>
        </w:rPr>
        <w:t xml:space="preserve">[21:27] </w:t>
      </w:r>
      <w:r>
        <w:t>entry ka jo wo kaghaz tha entry visa wo surrender kar diya unhon ne. switzerland mein surrender kiya unhon ne ja kar ke. aur despair member hai wo aadmi.</w:t>
      </w:r>
    </w:p>
    <w:p>
      <w:pPr>
        <w:jc w:val="right"/>
      </w:pPr>
      <w:r>
        <w:t>انٹری کا جو وہ کاغذ تھا انٹری ویزا وہ سرنڈر کر دیا انہوں نے۔ سوئٹزرلینڈ میں سرنڈر کیا انہوں نے جا کر کے۔ اور ڈسپیئر ممبر ہے وہ آدمی۔</w:t>
      </w:r>
    </w:p>
    <w:p>
      <w:r>
        <w:rPr>
          <w:b/>
        </w:rPr>
        <w:t xml:space="preserve">[21:41] </w:t>
      </w:r>
      <w:r>
        <w:t>despair member hai wo. to ek ek bar mein ne parha tha ke ek aadmi aya kisi</w:t>
      </w:r>
    </w:p>
    <w:p>
      <w:pPr>
        <w:jc w:val="right"/>
      </w:pPr>
      <w:r>
        <w:t>ڈسپیئر ممبر ہے وہ۔ تو ایک ایک بار میں نے پڑھا تھا کہ ایک آدمی آیا کسی</w:t>
      </w:r>
    </w:p>
    <w:p>
      <w:r>
        <w:rPr>
          <w:b/>
        </w:rPr>
        <w:t xml:space="preserve">[21:48] </w:t>
      </w:r>
      <w:r>
        <w:t>jo jo counseling karte hain jo log un ke paas. unhon ne kaha ke sahib mein bohat gham mein rehta hoon. bohat mein mujhe bohat hi pareshani rehti hai.</w:t>
      </w:r>
    </w:p>
    <w:p>
      <w:pPr>
        <w:jc w:val="right"/>
      </w:pPr>
      <w:r>
        <w:t>جو جو کونسلنگ کرتے ہیں جو لوگ ان کے پاس۔ انہوں نے کہا کہ صاحب میں بہت غم میں رہتا ہوں۔ بہت میں مجھے بہت ہی پریشانی رہتی ہے۔</w:t>
      </w:r>
    </w:p>
    <w:p>
      <w:r>
        <w:rPr>
          <w:b/>
        </w:rPr>
        <w:t xml:space="preserve">[22:03] </w:t>
      </w:r>
      <w:r>
        <w:t>to kuch is ka aap hal bataiye.</w:t>
      </w:r>
    </w:p>
    <w:p>
      <w:pPr>
        <w:jc w:val="right"/>
      </w:pPr>
      <w:r>
        <w:t>تو کچھ اس کا آپ حل بتائیے۔</w:t>
      </w:r>
    </w:p>
    <w:p>
      <w:r>
        <w:rPr>
          <w:b/>
        </w:rPr>
        <w:t xml:space="preserve">[22:07] </w:t>
      </w:r>
      <w:r>
        <w:t>to wo jo counselor sahib thay unhon ne kaha ke charli chaplin ka show dekha karo. jo comedian hai bohat bara. to jante hain kya hua?</w:t>
      </w:r>
    </w:p>
    <w:p>
      <w:pPr>
        <w:jc w:val="right"/>
      </w:pPr>
      <w:r>
        <w:t>تو وہ جو کونسلر صاحب تھے انہوں نے کہا کہ چارلی چپلن کا شو دکھا کرو۔ جو کامیڈین ہے بہت بڑا۔ تو جانتے ہیں کیا ہوا؟</w:t>
      </w:r>
    </w:p>
    <w:p>
      <w:r>
        <w:rPr>
          <w:b/>
        </w:rPr>
        <w:t xml:space="preserve">[22:18] </w:t>
      </w:r>
      <w:r>
        <w:t>unhon ne kaha ke mein hi to charli chaplin hoon. stage par hasta hoon aur mera dil rota hai.</w:t>
      </w:r>
    </w:p>
    <w:p>
      <w:pPr>
        <w:jc w:val="right"/>
      </w:pPr>
      <w:r>
        <w:t>انہوں نے کہا کہ میں ہی تو چارلی چپلن ہوں۔ اسٹیج پر ہنستا ہوں اور میرا دل روتا ہے۔</w:t>
      </w:r>
    </w:p>
    <w:p>
      <w:r>
        <w:rPr>
          <w:b/>
        </w:rPr>
        <w:t xml:space="preserve">[22:27] </w:t>
      </w:r>
      <w:r>
        <w:t>to ye sab bilkul ahmaqana baatein hain. enjoy har lamha. aap enjoy kar nahi sakte bunyadi baat ye hai.</w:t>
      </w:r>
    </w:p>
    <w:p>
      <w:pPr>
        <w:jc w:val="right"/>
      </w:pPr>
      <w:r>
        <w:t>تو یہ سب بالکل احمقانہ باتیں ہیں۔ انجوائے ہر لمحہ۔ آپ انجوائے کر نہیں سکتے بنیادی بات یہ ہے۔</w:t>
      </w:r>
    </w:p>
    <w:p>
      <w:r>
        <w:rPr>
          <w:b/>
        </w:rPr>
        <w:t xml:space="preserve">[22:38] </w:t>
      </w:r>
      <w:r>
        <w:t>koi bhi insan mujhe ab tak nahi mila hai jo ye keh sake andar se wo udas nahi hai. is mein kurednay ki baat hai. jab mein kuredta hoon to andar se udasi nikalti hai.</w:t>
      </w:r>
    </w:p>
    <w:p>
      <w:pPr>
        <w:jc w:val="right"/>
      </w:pPr>
      <w:r>
        <w:t>کوئی بھی انسان مجھے اب تک نہیں ملا ہے جو یہ کہہ سکے اندر سے وہ اداس نہیں ہے۔ اس میں کریدنے کی بات ہے۔ جب میں کریدتا ہوں تو اندر سے اداسی نکلتا ہے۔</w:t>
      </w:r>
    </w:p>
    <w:p>
      <w:r>
        <w:rPr>
          <w:b/>
        </w:rPr>
        <w:t xml:space="preserve">[22:47] </w:t>
      </w:r>
      <w:r>
        <w:t>har aadmi har aadmi. aap ko shakk hoga to kisi aadmi ko mujh se milaiye. ek kisi ek aadmi jo aap samajhte ho dilli mein bara khush rehta hai mujh se milaye.</w:t>
      </w:r>
    </w:p>
    <w:p>
      <w:pPr>
        <w:jc w:val="right"/>
      </w:pPr>
      <w:r>
        <w:t>ہر آدمی ہر آدمی۔ آپ کو شک ہوگا تو کسی آدمی کو مجھ سے ملائیے۔ ایک کسی ایک آدمی جو آپ سمجھتے ہو دلی میں بڑا خوش رہتا ہے مجھ سے ملائے۔</w:t>
      </w:r>
    </w:p>
    <w:p>
      <w:r>
        <w:rPr>
          <w:b/>
        </w:rPr>
        <w:t xml:space="preserve">[22:57] </w:t>
      </w:r>
      <w:r>
        <w:t>mujh se milaiye.</w:t>
      </w:r>
    </w:p>
    <w:p>
      <w:pPr>
        <w:jc w:val="right"/>
      </w:pPr>
      <w:r>
        <w:t>مجھ سے ملائیے۔</w:t>
      </w:r>
    </w:p>
    <w:p>
      <w:r>
        <w:rPr>
          <w:b/>
        </w:rPr>
        <w:t xml:space="preserve">[22:58] </w:t>
      </w:r>
      <w:r>
        <w:t>is ko zulm kar ke dikha doon ga ke andar se udaas hai woh aadmi. udaas kyun hai? inhi do wajhon se. ek to yeh ke maine kaha ke husn enjoy to har aadmi mein hai.</w:t>
      </w:r>
    </w:p>
    <w:p>
      <w:pPr>
        <w:jc w:val="right"/>
      </w:pPr>
      <w:r>
        <w:t>اس کو ظلم کر کے دکھا دوں گا کہ اندر سے اداس ہے وہ آدمی۔ اداس کیوں ہے؟ انہی دو وجہوں سے۔ ایک تو یہ کہ میں نے کہا کہ حسن انجوائے تو ہر آدمی میں ہے۔</w:t>
      </w:r>
    </w:p>
    <w:p>
      <w:r>
        <w:rPr>
          <w:b/>
        </w:rPr>
        <w:t xml:space="preserve">[23:10] </w:t>
      </w:r>
      <w:r>
        <w:t>lekin salahiyat enjoy karne ki nahin. kya karenge aap?</w:t>
      </w:r>
    </w:p>
    <w:p>
      <w:pPr>
        <w:jc w:val="right"/>
      </w:pPr>
      <w:r>
        <w:t>لیکن صلاحیت انجوائے کرنے کی نہیں۔ کیا کریں گے آپ؟</w:t>
      </w:r>
    </w:p>
    <w:p>
      <w:r>
        <w:rPr>
          <w:b/>
        </w:rPr>
        <w:t xml:space="preserve">[23:17] </w:t>
      </w:r>
      <w:r>
        <w:t>aur doosri cheez hai beroni awamil aap ko saath nahin dete. woh kisi ka saath nahin dete bare bare badshahoon ka bhi. ab dekhiye hamare india ko lijiye aap.</w:t>
      </w:r>
    </w:p>
    <w:p>
      <w:pPr>
        <w:jc w:val="right"/>
      </w:pPr>
      <w:r>
        <w:t>اور دوسری چیز ہے بیرونی عوامل آپ کو ساتھ نہیں دیتے۔ وہ کسی کا ساتھ نہیں دیتے بڑے بڑے بادشاہوں کا بھی۔ اب دیکھئے ہمارے انڈیا کو لیجیے آپ۔</w:t>
      </w:r>
    </w:p>
    <w:p>
      <w:r>
        <w:rPr>
          <w:b/>
        </w:rPr>
        <w:t xml:space="preserve">[23:29] </w:t>
      </w:r>
      <w:r>
        <w:t>gandhi aur nehru do top ke aadmi the hamare india mein. gandhi samajhte the ke azaad india jo hoga woh apne hi apna hoga sab kuch.</w:t>
      </w:r>
    </w:p>
    <w:p>
      <w:pPr>
        <w:jc w:val="right"/>
      </w:pPr>
      <w:r>
        <w:t>گاندھی اور نہرو دو ٹاپ کے آدمی تھے ہمارے انڈیا میں۔ گاندھی سمجھتے تھے کہ آزاد انڈیا جو ہوگا وہ اپنے ہی اپنا ہوگا سب کچھ۔</w:t>
      </w:r>
    </w:p>
    <w:p>
      <w:r>
        <w:rPr>
          <w:b/>
        </w:rPr>
        <w:t xml:space="preserve">[23:38] </w:t>
      </w:r>
      <w:r>
        <w:t>apne hi apna hoga.</w:t>
      </w:r>
    </w:p>
    <w:p>
      <w:pPr>
        <w:jc w:val="right"/>
      </w:pPr>
      <w:r>
        <w:t>اپنے ہی اپنا ہوگا۔</w:t>
      </w:r>
    </w:p>
    <w:p>
      <w:r>
        <w:rPr>
          <w:b/>
        </w:rPr>
        <w:t xml:space="preserve">[23:40] </w:t>
      </w:r>
      <w:r>
        <w:t>aur angrezon ne goli nahin maari thi gandhi ko lekin indian ne goli maar di un ko. aap sochiye yeh tha azaad india.</w:t>
      </w:r>
    </w:p>
    <w:p>
      <w:pPr>
        <w:jc w:val="right"/>
      </w:pPr>
      <w:r>
        <w:t>اور انگریزوں نے گولی نہیں ماری تھی گاندھی کو لیکن انڈین نے گولی مار دی ان کو۔ آپ سوچیے یہ تھا آزاد انڈیا۔</w:t>
      </w:r>
    </w:p>
    <w:p>
      <w:r>
        <w:rPr>
          <w:b/>
        </w:rPr>
        <w:t xml:space="preserve">[23:53] </w:t>
      </w:r>
      <w:r>
        <w:t>sabr bati qist to ne kar diya kamal. to kamal kar ke jo azaad india banaya nehru gandhi ne isi india ne un ko goli maar di.</w:t>
      </w:r>
    </w:p>
    <w:p>
      <w:pPr>
        <w:jc w:val="right"/>
      </w:pPr>
      <w:r>
        <w:t>صابر بتی قسطن تو نے کر دیا کمال۔ تو کمال کر کے جو آزاد انڈیا بنایا نہرو گاندھی نے اسی انڈیا نے ان کو گولی مار دی۔</w:t>
      </w:r>
    </w:p>
    <w:p>
      <w:r>
        <w:rPr>
          <w:b/>
        </w:rPr>
        <w:t xml:space="preserve">[24:02] </w:t>
      </w:r>
      <w:r>
        <w:t>jabke angrez jo tha un ko rakhta tha agha khan palace mein. nehru ji ki dekhiye aap</w:t>
      </w:r>
    </w:p>
    <w:p>
      <w:pPr>
        <w:jc w:val="right"/>
      </w:pPr>
      <w:r>
        <w:t>جبکہ انگریز جو تھا ان کو رکھتا تھا آغا خان پیلس میں۔ نہرو جی کی دیکھئے آپ</w:t>
      </w:r>
    </w:p>
    <w:p>
      <w:r>
        <w:rPr>
          <w:b/>
        </w:rPr>
        <w:t xml:space="preserve">[24:11] </w:t>
      </w:r>
      <w:r>
        <w:t>india ka sab se zyada jo parosi tha masla parosi woh tha cheen.</w:t>
      </w:r>
    </w:p>
    <w:p>
      <w:pPr>
        <w:jc w:val="right"/>
      </w:pPr>
      <w:r>
        <w:t>انڈیا کا سب سے زیادہ جو پڑوسی تھا مسئلہ پڑوسی وہ تھا چین۔</w:t>
      </w:r>
    </w:p>
    <w:p>
      <w:r>
        <w:rPr>
          <w:b/>
        </w:rPr>
        <w:t xml:space="preserve">[24:22] </w:t>
      </w:r>
      <w:r>
        <w:t>to angrezon ki hikmat yeh thi ke woh tibbat ko beech mein buffer is tarah banaye hue the.</w:t>
      </w:r>
    </w:p>
    <w:p>
      <w:pPr>
        <w:jc w:val="right"/>
      </w:pPr>
      <w:r>
        <w:t>تو انگریزوں کی حکمت یہ تھی کہ وہ تبت کو بیچ میں بفر اس طرح بنائے ہوئے تھے۔</w:t>
      </w:r>
    </w:p>
    <w:p>
      <w:r>
        <w:rPr>
          <w:b/>
        </w:rPr>
        <w:t xml:space="preserve">[24:29] </w:t>
      </w:r>
      <w:r>
        <w:t>to unhon ne tibbat khush karne ke liye cheen ko khush karne ke liye tibbat de diya cheen ko. aur unhon ne nikala hindi cheeni bhai bhai.</w:t>
      </w:r>
    </w:p>
    <w:p>
      <w:pPr>
        <w:jc w:val="right"/>
      </w:pPr>
      <w:r>
        <w:t>تو انہوں نے تبت خوش کرنے کے لیے چین کو خوش کرنے کے لیے تبت دے دیا چین کو۔ اور انہوں نے نکالا ہندی چینی بھائی بھائی۔</w:t>
      </w:r>
    </w:p>
    <w:p>
      <w:r>
        <w:rPr>
          <w:b/>
        </w:rPr>
        <w:t xml:space="preserve">[24:40] </w:t>
      </w:r>
      <w:r>
        <w:t>ab yahan par tibbat de diya un ko khush karne ke liye. cheeniyon ko. aur hindi cheeni bhai bhai ke nare yahan lagne lage.</w:t>
      </w:r>
    </w:p>
    <w:p>
      <w:pPr>
        <w:jc w:val="right"/>
      </w:pPr>
      <w:r>
        <w:t>اب یہاں پر تبت دے دیا ان کو خوش کرنے کے لیے۔ چینیوں کو۔ اور ہندی چینی بھائی بھائی کے نعرے یہاں لگنے لگے۔</w:t>
      </w:r>
    </w:p>
    <w:p>
      <w:r>
        <w:rPr>
          <w:b/>
        </w:rPr>
        <w:t xml:space="preserve">[24:48] </w:t>
      </w:r>
      <w:r>
        <w:t>ek hua kya 1962 mein cheen ne hamla kar diya. ab ghus aaya assam mein. ab nehru jo hai un ko dil ka daura ho gaya un ko.</w:t>
      </w:r>
    </w:p>
    <w:p>
      <w:pPr>
        <w:jc w:val="right"/>
      </w:pPr>
      <w:r>
        <w:t>ایک ہوا کیا 1962 میں چین نے حملہ کر دیا۔ اب گھس آیا آسام میں۔ اب نہرو جو ہے ان کو دل کا دورہ ہو گیا ان کو۔</w:t>
      </w:r>
    </w:p>
    <w:p>
      <w:r>
        <w:rPr>
          <w:b/>
        </w:rPr>
        <w:t xml:space="preserve">[25:01] </w:t>
      </w:r>
      <w:r>
        <w:t>aur agle hi saal mar gaye woh. to is mani mein nehru ke qabze mein yeh nahin tha ke cheen jo hai is par control kar saken woh.</w:t>
      </w:r>
    </w:p>
    <w:p>
      <w:pPr>
        <w:jc w:val="right"/>
      </w:pPr>
      <w:r>
        <w:t>اور اگلے ہی سال مر گئے وہ۔ تو اس معنی میں نہرو کے قبضے میں یہ نہیں تھا کہ چین جو ہے اس پر کنٹرول کر سکیں وہ۔</w:t>
      </w:r>
    </w:p>
    <w:p>
      <w:r>
        <w:rPr>
          <w:b/>
        </w:rPr>
        <w:t xml:space="preserve">[25:11] </w:t>
      </w:r>
      <w:r>
        <w:t>gandhi ke qabze mein nahin tha ke woh indians ko raazi kar saken ke bari goli na maro. to beroni awamil kis ke qabze mein hain mujhe bataiye.</w:t>
      </w:r>
    </w:p>
    <w:p>
      <w:pPr>
        <w:jc w:val="right"/>
      </w:pPr>
      <w:r>
        <w:t>گاندھی کے قبضے میں نہیں تھا کہ وہ انڈینز کو راضی کر سکیں کہ بڑی گولی نہ مارو۔ تو بیرونی عوامل کس کے قبضے میں ہیں مجھے بتائیے۔</w:t>
      </w:r>
    </w:p>
    <w:p>
      <w:r>
        <w:rPr>
          <w:b/>
        </w:rPr>
        <w:t xml:space="preserve">[25:23] </w:t>
      </w:r>
      <w:r>
        <w:t>to na to aap ke andar khud itni salahiyat hai ke la mahdood tor par enjoy kar saken. dekhiye insan jo hai la mahdood tor par enjoy karna chahta hai yeh bhi samajh lijiye.</w:t>
      </w:r>
    </w:p>
    <w:p>
      <w:pPr>
        <w:jc w:val="right"/>
      </w:pPr>
      <w:r>
        <w:t>تو نہ تو آپ کے اندر خود اتنی صلاحیت ہے کہ لامحدود طور پر انجوائے کر سکیں۔ دیکھئے انسان جو ہے لامحدود طور پر انجوائے کرنا چاہتا ہے یہ بھی سمجھ لیجیے۔</w:t>
      </w:r>
    </w:p>
    <w:p>
      <w:r>
        <w:rPr>
          <w:b/>
        </w:rPr>
        <w:t xml:space="preserve">[25:38] </w:t>
      </w:r>
      <w:r>
        <w:t>janwaron ki hudood hain. un ko ghaas mil gayi to bas un ka</w:t>
      </w:r>
    </w:p>
    <w:p>
      <w:pPr>
        <w:jc w:val="right"/>
      </w:pPr>
      <w:r>
        <w:t>جانوروں کی حدود ہیں۔ ان کو گھاس مل گئی تو بس ان کا</w:t>
      </w:r>
    </w:p>
    <w:p>
      <w:r>
        <w:rPr>
          <w:b/>
        </w:rPr>
        <w:t xml:space="preserve">[25:43] </w:t>
      </w:r>
      <w:r>
        <w:t>baat un ko aage kuch nahin sochna hai unhein. insan ke andar la mahdood shauq hai enjoy karne ka. la mahdood khwahish hai.</w:t>
      </w:r>
    </w:p>
    <w:p>
      <w:pPr>
        <w:jc w:val="right"/>
      </w:pPr>
      <w:r>
        <w:t>بات ان کو آگے کچھ نہیں سوچنا ہے انہیں۔ انسان کے اندر لامحدود شوق ہے انجوائے کرنے کا۔ لامحدود خواہش ہے۔</w:t>
      </w:r>
    </w:p>
    <w:p>
      <w:r>
        <w:rPr>
          <w:b/>
        </w:rPr>
        <w:t xml:space="preserve">[25:55] </w:t>
      </w:r>
      <w:r>
        <w:t>to khwahish la mahdood hai aur salahiyat la mahdood hai. yeh tazad hai.</w:t>
      </w:r>
    </w:p>
    <w:p>
      <w:pPr>
        <w:jc w:val="right"/>
      </w:pPr>
      <w:r>
        <w:t>تو خواہش لامحدود ہے اور صلاحیت لامحدود ہے۔ یہ تضاد ہے۔</w:t>
      </w:r>
    </w:p>
    <w:p>
      <w:r>
        <w:rPr>
          <w:b/>
        </w:rPr>
        <w:t xml:space="preserve">[26:02] </w:t>
      </w:r>
      <w:r>
        <w:t>ke har insan ki khwahish la mahdood hai lekin salahiyat la mahdood hai. is liye thori dair mein maloom hota hai ke bas mein to enjoy kar nahin sakta.</w:t>
      </w:r>
    </w:p>
    <w:p>
      <w:pPr>
        <w:jc w:val="right"/>
      </w:pPr>
      <w:r>
        <w:t>کہ ہر انسان کی خواہش لامحدود ہے لیکن صلاحیت لامحدود ہے۔ اس لیے تھوڑی دیر میں معلوم ہوتا ہے کہ بس میں تو انجوائے کر نہیں سکتا۔</w:t>
      </w:r>
    </w:p>
    <w:p>
      <w:r>
        <w:rPr>
          <w:b/>
        </w:rPr>
        <w:t xml:space="preserve">[26:14] </w:t>
      </w:r>
      <w:r>
        <w:t>aur jab bahar ke jo awamil hain thori dair mein pata chalta hai ke woh to mujhe mera saath nahin de rahe.</w:t>
      </w:r>
    </w:p>
    <w:p>
      <w:pPr>
        <w:jc w:val="right"/>
      </w:pPr>
      <w:r>
        <w:t>اور جب باہر کے جو عوامل ہیں تھوڑی دیر میں پتہ چلتا ہے کہ وہ تو مجھے میرا ساتھ نہیں دے رہے۔</w:t>
      </w:r>
    </w:p>
    <w:p>
      <w:r>
        <w:rPr>
          <w:b/>
        </w:rPr>
        <w:t xml:space="preserve">[26:23] </w:t>
      </w:r>
      <w:r>
        <w:t>to yeh bilkul ahmaqana baat hai yeh kehna ke enjoy har lamha. kaise aap enjoy karenge? ek nai kainat banayenge kya aap?</w:t>
      </w:r>
    </w:p>
    <w:p>
      <w:pPr>
        <w:jc w:val="right"/>
      </w:pPr>
      <w:r>
        <w:t>تو یہ بالکل احمقانہ بات ہے یہ کہنا کہ انجوائے ہر لمحہ۔ کیسے آپ انجوائے کریں گے؟ ایک نئی کائنات بنائیں گے کیا آپ؟</w:t>
      </w:r>
    </w:p>
    <w:p>
      <w:r>
        <w:rPr>
          <w:b/>
        </w:rPr>
        <w:t xml:space="preserve">[26:34] </w:t>
      </w:r>
      <w:r>
        <w:t>ek nai kainat banayenge?</w:t>
      </w:r>
    </w:p>
    <w:p>
      <w:pPr>
        <w:jc w:val="right"/>
      </w:pPr>
      <w:r>
        <w:t>ایک نئی کائنات بنائیں گے؟</w:t>
      </w:r>
    </w:p>
    <w:p>
      <w:r>
        <w:rPr>
          <w:b/>
        </w:rPr>
        <w:t xml:space="preserve">[26:38] </w:t>
      </w:r>
      <w:r>
        <w:t>to dekhiye yeh sab bohat ziyada</w:t>
      </w:r>
    </w:p>
    <w:p>
      <w:pPr>
        <w:jc w:val="right"/>
      </w:pPr>
      <w:r>
        <w:t>تو دیکھئے یہ سب بہت زیادہ</w:t>
      </w:r>
    </w:p>
    <w:p>
      <w:r>
        <w:rPr>
          <w:b/>
        </w:rPr>
        <w:t xml:space="preserve">[26:43] </w:t>
      </w:r>
      <w:r>
        <w:t>sochne ki baatein hain. aur jo sochne wala hai jo falsafi hai jo sochne wala hai woh kabhi aisi boli nahi bolte. enjoy har lamha. yeh to aam aadmi ki boli hai.</w:t>
      </w:r>
    </w:p>
    <w:p>
      <w:pPr>
        <w:jc w:val="right"/>
      </w:pPr>
      <w:r>
        <w:t>سوچنے کی باتیں ہیں۔ اور جو سوچنے والا ہے جو فلسفی ہے جو سوچنے والا ہے وہ کبھی ایسی بولی نہیں بولتے۔ انجوائے ہر لمحہ۔ یہ تو عام آدمی کی بولی ہے۔</w:t>
      </w:r>
    </w:p>
    <w:p>
      <w:r>
        <w:rPr>
          <w:b/>
        </w:rPr>
        <w:t xml:space="preserve">[26:53] </w:t>
      </w:r>
      <w:r>
        <w:t>jo log karobar chalate hain de-stressing ke karobar. un logon ki boliyan hain jo de-stressing ke karobar chalate hain.</w:t>
      </w:r>
    </w:p>
    <w:p>
      <w:pPr>
        <w:jc w:val="right"/>
      </w:pPr>
      <w:r>
        <w:t>جو لوگ کاروبار چلاتے ہیں ڈی اسٹریسنگ کے کاروبار۔ ان لوگوں کی بولیاں ہیں جو ڈی اسٹریسنگ کے کاروبار چلاتے ہیں۔</w:t>
      </w:r>
    </w:p>
    <w:p>
      <w:r>
        <w:rPr>
          <w:b/>
        </w:rPr>
        <w:t xml:space="preserve">[27:02] </w:t>
      </w:r>
      <w:r>
        <w:t>yeh un ki boliyan hain. logon ko mutawajjah karne ke liye.</w:t>
      </w:r>
    </w:p>
    <w:p>
      <w:pPr>
        <w:jc w:val="right"/>
      </w:pPr>
      <w:r>
        <w:t>یہ ان کی بولیاں ہیں۔ لوگوں کو متوجہ کرنے کے لیے۔</w:t>
      </w:r>
    </w:p>
    <w:p>
      <w:r>
        <w:rPr>
          <w:b/>
        </w:rPr>
        <w:t xml:space="preserve">[27:10] </w:t>
      </w:r>
      <w:r>
        <w:t>doosri falsafi jo hai woh kya hai woh ecstasy hai.</w:t>
      </w:r>
    </w:p>
    <w:p>
      <w:pPr>
        <w:jc w:val="right"/>
      </w:pPr>
      <w:r>
        <w:t>دوسری فلسفی جو ہے وہ کیا ہے وہ ایکسٹاسی ہے۔</w:t>
      </w:r>
    </w:p>
    <w:p>
      <w:r>
        <w:rPr>
          <w:b/>
        </w:rPr>
        <w:t xml:space="preserve">[27:19] </w:t>
      </w:r>
      <w:r>
        <w:t>ecstasy hai. haan mein yeh aik arz kar doon aik baat. phir yeh arz karunga. ke mujhe rozana yeh tajurba hota hai ke Khuda hai.</w:t>
      </w:r>
    </w:p>
    <w:p>
      <w:pPr>
        <w:jc w:val="right"/>
      </w:pPr>
      <w:r>
        <w:t>ایکسٹاسی ہے۔ ہاں میں یہ ایک عرض کر دوں ایک بات۔ پھر یہ عرض کروں گا۔ کہ مجھے روزانہ یہ تجربہ ہوتا ہے کہ خدا ہے۔</w:t>
      </w:r>
    </w:p>
    <w:p>
      <w:r>
        <w:rPr>
          <w:b/>
        </w:rPr>
        <w:t xml:space="preserve">[27:30] </w:t>
      </w:r>
      <w:r>
        <w:t>kyun? rozana mujhe aisi baatein milti hain jo is se pehle mein ne na suna tha na jaana tha na parha tha. achaanak mere zehan mein aati hain.</w:t>
      </w:r>
    </w:p>
    <w:p>
      <w:pPr>
        <w:jc w:val="right"/>
      </w:pPr>
      <w:r>
        <w:t>کیوں؟ روزانہ مجھے ایسی باتیں ملتی ہیں جو اس سے پہلے میں نے نہ سنا تھا نہ جانا تھا نہ پڑھا تھا۔ اچانک میرے ذہن میں آتی ہیں۔</w:t>
      </w:r>
    </w:p>
    <w:p>
      <w:r>
        <w:rPr>
          <w:b/>
        </w:rPr>
        <w:t xml:space="preserve">[27:40] </w:t>
      </w:r>
      <w:r>
        <w:t>Khuda se mangta hoon aur mujhe mil jata hai.</w:t>
      </w:r>
    </w:p>
    <w:p>
      <w:pPr>
        <w:jc w:val="right"/>
      </w:pPr>
      <w:r>
        <w:t>خدا سے مانگتا ہوں اور مجھے مل جاتا ہے۔</w:t>
      </w:r>
    </w:p>
    <w:p>
      <w:r>
        <w:rPr>
          <w:b/>
        </w:rPr>
        <w:t xml:space="preserve">[27:43] </w:t>
      </w:r>
      <w:r>
        <w:t>bible mein hai ke Masih ne kaha ke mango to pao ge. mango to pao ge. ab misaal ke taur par dekhiye.</w:t>
      </w:r>
    </w:p>
    <w:p>
      <w:pPr>
        <w:jc w:val="right"/>
      </w:pPr>
      <w:r>
        <w:t>بائبل میں ہے کہ مسیح نے کہا کہ مانگو تو پاؤ گے۔ مانگو تو پاؤ گے۔ اب مثلاً دیکھئے۔</w:t>
      </w:r>
    </w:p>
    <w:p>
      <w:r>
        <w:rPr>
          <w:b/>
        </w:rPr>
        <w:t xml:space="preserve">[27:54] </w:t>
      </w:r>
      <w:r>
        <w:t>aaj subah ki baat mein karta hoon. aaj subah ya kal shaam ki baat hai. ya aaj ya kal ki.</w:t>
      </w:r>
    </w:p>
    <w:p>
      <w:pPr>
        <w:jc w:val="right"/>
      </w:pPr>
      <w:r>
        <w:t>آج صبح کی بات میں کرتا ہوں۔ آج صبح یا کل شام کی بات ہے۔ یا آج یا کل کی۔</w:t>
      </w:r>
    </w:p>
    <w:p>
      <w:r>
        <w:rPr>
          <w:b/>
        </w:rPr>
        <w:t xml:space="preserve">[28:01] </w:t>
      </w:r>
      <w:r>
        <w:t>aik Muslim naujawan se mulaqat hui. jo Angrezi parha likha tha woh. kisi college mein parhta hai woh.</w:t>
      </w:r>
    </w:p>
    <w:p>
      <w:pPr>
        <w:jc w:val="right"/>
      </w:pPr>
      <w:r>
        <w:t>ایک مسلم نوجوان سے ملاقات ہوئی۔ جو انگریزی پڑھا لکھا تھا وہ۔ کسی کالج میں پڑھتا ہے وہ۔</w:t>
      </w:r>
    </w:p>
    <w:p>
      <w:r>
        <w:rPr>
          <w:b/>
        </w:rPr>
        <w:t xml:space="preserve">[28:11] </w:t>
      </w:r>
      <w:r>
        <w:t>English school mein parha hui hai is ki. to us ne Musalman tha woh. us ne kaha ke pehle mein</w:t>
      </w:r>
    </w:p>
    <w:p>
      <w:pPr>
        <w:jc w:val="right"/>
      </w:pPr>
      <w:r>
        <w:t>انگلش اسکول میں پڑھا ہوئی ہے اس کی۔ تو اس نے مسلمان تھا وہ۔ اس نے کہا کہ پہلے میں</w:t>
      </w:r>
    </w:p>
    <w:p>
      <w:r>
        <w:rPr>
          <w:b/>
        </w:rPr>
        <w:t xml:space="preserve">[28:17] </w:t>
      </w:r>
      <w:r>
        <w:t>namaz parhta tha. ab mein ne namaz chhod di. mein ne kaha kyun? kaha kuch samajh to aata nahi.</w:t>
      </w:r>
    </w:p>
    <w:p>
      <w:pPr>
        <w:jc w:val="right"/>
      </w:pPr>
      <w:r>
        <w:t>نماز پڑھتا تھا۔ اب میں نے نماز چھوڑ دی۔ میں نے کہا کیوں؟ کہا کچھ سمجھ تو آتا نہیں۔</w:t>
      </w:r>
    </w:p>
    <w:p>
      <w:r>
        <w:rPr>
          <w:b/>
        </w:rPr>
        <w:t xml:space="preserve">[28:27] </w:t>
      </w:r>
      <w:r>
        <w:t>jo kuch parhaya namaz mein jo hum ko rataya gaya hai us ko humein to samajh mein aata kuch aata hi nahi.</w:t>
      </w:r>
    </w:p>
    <w:p>
      <w:pPr>
        <w:jc w:val="right"/>
      </w:pPr>
      <w:r>
        <w:t>جو کچھ پڑھایا نماز میں جو ہم کو رٹایا گیا ہے اس کو ہمیں تو سمجھ میں آتا کچھ آتا ہی نہیں۔</w:t>
      </w:r>
    </w:p>
    <w:p>
      <w:r>
        <w:rPr>
          <w:b/>
        </w:rPr>
        <w:t xml:space="preserve">[28:34] </w:t>
      </w:r>
      <w:r>
        <w:t>to mein ne kaha ke chhod do is ko. mein ne usi waqt Allah taala se kaha ke mujhe is ka jawab chahiye. aik second mein jawab aik aaya jo kabhi socha bhi nahi tha.</w:t>
      </w:r>
    </w:p>
    <w:p>
      <w:pPr>
        <w:jc w:val="right"/>
      </w:pPr>
      <w:r>
        <w:t>تو میں نے کہا کہ چھوڑ دو اس کو۔ میں نے اسی وقت اللہ تعالیٰ سے کہا کہ مجھے اس کا جواب چاہیے۔ ایک سیکنڈ میں جواب ایک آیا جو کبھی سوچا بھی نہیں تھا۔</w:t>
      </w:r>
    </w:p>
    <w:p>
      <w:r>
        <w:rPr>
          <w:b/>
        </w:rPr>
        <w:t xml:space="preserve">[28:46] </w:t>
      </w:r>
      <w:r>
        <w:t>na tareekh mein kabhi kisi ne yeh baat kahi.</w:t>
      </w:r>
    </w:p>
    <w:p>
      <w:pPr>
        <w:jc w:val="right"/>
      </w:pPr>
      <w:r>
        <w:t>نہ تاریخ میں کبھی کسی نے یہ بات کہی۔</w:t>
      </w:r>
    </w:p>
    <w:p>
      <w:r>
        <w:rPr>
          <w:b/>
        </w:rPr>
        <w:t xml:space="preserve">[28:51] </w:t>
      </w:r>
      <w:r>
        <w:t>mein ne kaha jo aap parhte hain woh saanvi hai. asal cheez hai surrender. jo aap parhte hain namaz mein woh saanvi hai.</w:t>
      </w:r>
    </w:p>
    <w:p>
      <w:pPr>
        <w:jc w:val="right"/>
      </w:pPr>
      <w:r>
        <w:t>میں نے کہا جو آپ پڑھتے ہیں وہ ثانوی ہے۔ اصل چیز ہے سرنڈر۔ جو آپ پڑھتے ہیں نماز میں وہ ثانوی ہے۔</w:t>
      </w:r>
    </w:p>
    <w:p>
      <w:r>
        <w:rPr>
          <w:b/>
        </w:rPr>
        <w:t xml:space="preserve">[29:02] </w:t>
      </w:r>
      <w:r>
        <w:t>jo buniyadi cheez hai woh kya hai? aap jab ruku karte hain sajda karte hain tab surrender karte hain.</w:t>
      </w:r>
    </w:p>
    <w:p>
      <w:pPr>
        <w:jc w:val="right"/>
      </w:pPr>
      <w:r>
        <w:t>جو بنیادی چیز ہے وہ کیا ہے؟ آپ جب رکوع کرتے ہیں سجدہ کرتے ہیں تب سرنڈر کرتے ہیں۔</w:t>
      </w:r>
    </w:p>
    <w:p>
      <w:r>
        <w:rPr>
          <w:b/>
        </w:rPr>
        <w:t xml:space="preserve">[29:09] </w:t>
      </w:r>
      <w:r>
        <w:t>woh surrender jo hai woh asal cheez hai. Khuda ka ke surrender. ke aap ne Khuda ko socha ke kitna bara Khuda hai.</w:t>
      </w:r>
    </w:p>
    <w:p>
      <w:pPr>
        <w:jc w:val="right"/>
      </w:pPr>
      <w:r>
        <w:t>وہ سرنڈر جو ہے وہ اصل چیز ہے۔ خدا کا کہ سرنڈر۔ کہ آپ نے خدا کو سوچا کہ کتنا بڑا خدا ہے۔</w:t>
      </w:r>
    </w:p>
    <w:p>
      <w:r>
        <w:rPr>
          <w:b/>
        </w:rPr>
        <w:t xml:space="preserve">[29:19] </w:t>
      </w:r>
      <w:r>
        <w:t>itni bari kainat ko chala raha hai. itne bare nizaam shamsi ko apne haath mein apne control mein liye hue hain.</w:t>
      </w:r>
    </w:p>
    <w:p>
      <w:pPr>
        <w:jc w:val="right"/>
      </w:pPr>
      <w:r>
        <w:t>اتنی بڑی کائنات کو چلا رہا ہے۔ اتنے بڑے نظام شمسی کو اپنے ہاتھ میں اپنے کنٹرول میں لیے ہوئے ہیں۔</w:t>
      </w:r>
    </w:p>
    <w:p>
      <w:r>
        <w:rPr>
          <w:b/>
        </w:rPr>
        <w:t xml:space="preserve">[29:26] </w:t>
      </w:r>
      <w:r>
        <w:t>itni sari cheezein hain. aur bilkul is poori jo kainaati factory jo hai woh zero defect factory hai.</w:t>
      </w:r>
    </w:p>
    <w:p>
      <w:pPr>
        <w:jc w:val="right"/>
      </w:pPr>
      <w:r>
        <w:t>اتنی ساری چیزیں ہیں۔ اور بالکل اس پوری جو کائناتی فیکٹری جو ہے وہ زیرو ڈیفیکٹ فیکٹری ہے۔</w:t>
      </w:r>
    </w:p>
    <w:p>
      <w:r>
        <w:rPr>
          <w:b/>
        </w:rPr>
        <w:t xml:space="preserve">[29:37] </w:t>
      </w:r>
      <w:r>
        <w:t>itni bari factory poori ki poori zero defect factory hai. bohat si cheezein mein ne kahin. mein ne kaha ke itne bare Khuda ko jab aap sochte hain.</w:t>
      </w:r>
    </w:p>
    <w:p>
      <w:pPr>
        <w:jc w:val="right"/>
      </w:pPr>
      <w:r>
        <w:t>اتنی بڑی فیکٹری پوری کی پوری زیرو ڈیفیکٹ فیکٹری ہے۔ بہت سی چیزیں میں نے کہیں۔ میں نے کہا کہ اتنے بڑے خدا کو جب آپ سوچتے ہیں۔</w:t>
      </w:r>
    </w:p>
    <w:p>
      <w:r>
        <w:rPr>
          <w:b/>
        </w:rPr>
        <w:t xml:space="preserve">[29:48] </w:t>
      </w:r>
      <w:r>
        <w:t>to aap ka poori jo hasti aap ki hai. poori jo hasti hai woh chahti hai ke mein surrender karoon. to aap surrender kar dete hain.</w:t>
      </w:r>
    </w:p>
    <w:p>
      <w:pPr>
        <w:jc w:val="right"/>
      </w:pPr>
      <w:r>
        <w:t>تو آپ کا پوری جو ہستی آپ کی ہے۔ پوری جو ہستی ہے وہ چاہتی ہے کہ میں سرنڈر کروں۔ تو آپ سرنڈر کر دیتے ہیں۔</w:t>
      </w:r>
    </w:p>
    <w:p>
      <w:r>
        <w:rPr>
          <w:b/>
        </w:rPr>
        <w:t xml:space="preserve">[29:57] </w:t>
      </w:r>
      <w:r>
        <w:t>to namaz jo hai woh surrender karna hai.</w:t>
      </w:r>
    </w:p>
    <w:p>
      <w:pPr>
        <w:jc w:val="right"/>
      </w:pPr>
      <w:r>
        <w:t>تو نماز جو ہے وہ سرنڈر کرنا ہے۔</w:t>
      </w:r>
    </w:p>
    <w:p>
      <w:r>
        <w:rPr>
          <w:b/>
        </w:rPr>
        <w:t xml:space="preserve">[30:04] </w:t>
      </w:r>
      <w:r>
        <w:t>surrender andar se hota hai lekin yeh jo hai alamaati surrender hai. woh maan gaya woh ke theek hai mein namaz parhunga. yeh baat jo hai yeh yeh kabhi kitaab mein nahi parhi mein ne.</w:t>
      </w:r>
    </w:p>
    <w:p>
      <w:pPr>
        <w:jc w:val="right"/>
      </w:pPr>
      <w:r>
        <w:t>سرنڈر اندر سے ہوتا ہے لیکن یہ جو ہے علامتی سرنڈر ہے۔ وہ مان گیا وہ کہ ٹھیک ہے میں نماز پڑھوں گا۔ یہ بات جو ہے یہ یہ کبھی کتاب میں نہیں پڑھی میں نے۔</w:t>
      </w:r>
    </w:p>
    <w:p>
      <w:r>
        <w:rPr>
          <w:b/>
        </w:rPr>
        <w:t xml:space="preserve">[30:19] </w:t>
      </w:r>
      <w:r>
        <w:t>kitab mein masail bataye jate hain. tareeqe bataye jate hain. fazail bataye jate hain.</w:t>
      </w:r>
    </w:p>
    <w:p>
      <w:pPr>
        <w:jc w:val="right"/>
      </w:pPr>
      <w:r>
        <w:t>کتاب میں مسائل بتائے جاتے ہیں۔ طریقے بتائے جاتے ہیں۔ فضائل بتائے جاتے ہیں۔</w:t>
      </w:r>
    </w:p>
    <w:p>
      <w:r>
        <w:rPr>
          <w:b/>
        </w:rPr>
        <w:t xml:space="preserve">[30:25] </w:t>
      </w:r>
      <w:r>
        <w:t>yeh nahi bataya ke namaz alamati surrender hai.</w:t>
      </w:r>
    </w:p>
    <w:p>
      <w:pPr>
        <w:jc w:val="right"/>
      </w:pPr>
      <w:r>
        <w:t>یہ نہیں بتایا کہ نماز علامتی سرنڈر ہے۔</w:t>
      </w:r>
    </w:p>
    <w:p>
      <w:r>
        <w:rPr>
          <w:b/>
        </w:rPr>
        <w:t xml:space="preserve">[30:32] </w:t>
      </w:r>
      <w:r>
        <w:t>aur woh surrender jab aap khuda ko daryaft aap ko hoti hai. maine kaha ke isi liye dekhiye namaz mein sab tak kya kehte hain? Allahu Akbar.</w:t>
      </w:r>
    </w:p>
    <w:p>
      <w:pPr>
        <w:jc w:val="right"/>
      </w:pPr>
      <w:r>
        <w:t>اور وہ سرنڈر جب آپ خدا کو دریافت آپ کو ہوتی ہے۔ میں نے کہا کہ اسی لیے دیکھئے نماز میں سب تک کیا کہتے ہیں؟ اللہ اکبر۔</w:t>
      </w:r>
    </w:p>
    <w:p>
      <w:r>
        <w:rPr>
          <w:b/>
        </w:rPr>
        <w:t xml:space="preserve">[30:42] </w:t>
      </w:r>
      <w:r>
        <w:t>khuda azim hai. khuda azim hai. to khuda ki azmat ka jo aap ko ehsas hota hai. is ke baad aap aap bilkul yahi chahenge surrender kar doon main khuda ke aage.</w:t>
      </w:r>
    </w:p>
    <w:p>
      <w:pPr>
        <w:jc w:val="right"/>
      </w:pPr>
      <w:r>
        <w:t>خدا عظیم ہے۔ خدا عظیم ہے۔ تو خدا کی عظمت کا جو آپ کو احساس ہوتا ہے۔ اس کے بعد آپ آپ بالکل یہی چاہیں گے سرنڈر کر دوں میں خدا کے آگے۔</w:t>
      </w:r>
    </w:p>
    <w:p>
      <w:r>
        <w:rPr>
          <w:b/>
        </w:rPr>
        <w:t xml:space="preserve">[30:57] </w:t>
      </w:r>
      <w:r>
        <w:t>aap bardasht nahi kar sakte siwaye surrender ke. to yeh to surrender asal cheez hai. jo padhte hain woh to sanvi cheez hai.</w:t>
      </w:r>
    </w:p>
    <w:p>
      <w:pPr>
        <w:jc w:val="right"/>
      </w:pPr>
      <w:r>
        <w:t>آپ برداشت نہیں کر سکتے سوائے سرنڈر کے۔ تو یہ تو سرنڈر اصل چیز ہے۔ جو پڑھتے ہیں وہ تو ثانوی چیز ہے۔</w:t>
      </w:r>
    </w:p>
    <w:p>
      <w:r>
        <w:rPr>
          <w:b/>
        </w:rPr>
        <w:t xml:space="preserve">[31:11] </w:t>
      </w:r>
      <w:r>
        <w:t>aise hi dekhiye abhi kal parson ki baat hai mujhe bolna tha. achaanak ek baat mere zehan mein aayi jo is se pehle maine padhi thi na sochi thi na kisi ne bataya tha mujh ko.</w:t>
      </w:r>
    </w:p>
    <w:p>
      <w:pPr>
        <w:jc w:val="right"/>
      </w:pPr>
      <w:r>
        <w:t>ایسے ہی دیکھئے ابھی کل پرسوں کی بات ہے مجھے بولنا تھا۔ اچانک ایک بات میرے ذہن میں آئی جو اس سے پہلے میں نے پڑھی تھی نہ سوچی تھی نہ کسی نے بتایا تھا مجھ کو۔</w:t>
      </w:r>
    </w:p>
    <w:p>
      <w:r>
        <w:rPr>
          <w:b/>
        </w:rPr>
        <w:t xml:space="preserve">[31:21] </w:t>
      </w:r>
      <w:r>
        <w:t>woh kya? bolna tha mujh ko is par ke</w:t>
      </w:r>
    </w:p>
    <w:p>
      <w:pPr>
        <w:jc w:val="right"/>
      </w:pPr>
      <w:r>
        <w:t>وہ کیا؟ بولنا تھا مجھ کو اس پر کہ</w:t>
      </w:r>
    </w:p>
    <w:p>
      <w:r>
        <w:rPr>
          <w:b/>
        </w:rPr>
        <w:t xml:space="preserve">[31:28] </w:t>
      </w:r>
      <w:r>
        <w:t>multi religious society and islam. multi religious society and islam.</w:t>
      </w:r>
    </w:p>
    <w:p>
      <w:pPr>
        <w:jc w:val="right"/>
      </w:pPr>
      <w:r>
        <w:t>ملٹی ریلیجس سوسائٹی اینڈ اسلام۔ ملٹی ریلیجس سوسائٹی اینڈ اسلام۔</w:t>
      </w:r>
    </w:p>
    <w:p>
      <w:r>
        <w:rPr>
          <w:b/>
        </w:rPr>
        <w:t xml:space="preserve">[31:40] </w:t>
      </w:r>
      <w:r>
        <w:t>achaanak hi mere zehan mein ek ek khayal aaya. zahir hai ke woh na to mere andar ke zakhire mein tha.</w:t>
      </w:r>
    </w:p>
    <w:p>
      <w:pPr>
        <w:jc w:val="right"/>
      </w:pPr>
      <w:r>
        <w:t>اچانک ہی میرے ذہن میں ایک ایک خیال آیا۔ ظاہر ہے کہ وہ نہ تو میرے اندر کے ذخیرے میں تھا۔</w:t>
      </w:r>
    </w:p>
    <w:p>
      <w:r>
        <w:rPr>
          <w:b/>
        </w:rPr>
        <w:t xml:space="preserve">[31:48] </w:t>
      </w:r>
      <w:r>
        <w:t>na kisi kitab mein padha tha maine is ko. woh kya tha? maine achaanak hi khayal aaya ke dekhiye rasool Allah kya 23 saal the aap ke nabi ho kar.</w:t>
      </w:r>
    </w:p>
    <w:p>
      <w:pPr>
        <w:jc w:val="right"/>
      </w:pPr>
      <w:r>
        <w:t>نہ کسی کتاب میں پڑھا تھا میں نے اس کو۔ وہ کیا تھا؟ میں نے اچانک ہی خیال آیا کہ دیکھئے رسول اللہ کیا 23 سال تھے آپ کے نبی ہو کر۔</w:t>
      </w:r>
    </w:p>
    <w:p>
      <w:r>
        <w:rPr>
          <w:b/>
        </w:rPr>
        <w:t xml:space="preserve">[32:01] </w:t>
      </w:r>
      <w:r>
        <w:t>is ke do daur hain. makka aur madina.</w:t>
      </w:r>
    </w:p>
    <w:p>
      <w:pPr>
        <w:jc w:val="right"/>
      </w:pPr>
      <w:r>
        <w:t>اس کے دو دور ہیں۔ مکہ اور مدینہ۔</w:t>
      </w:r>
    </w:p>
    <w:p>
      <w:r>
        <w:rPr>
          <w:b/>
        </w:rPr>
        <w:t xml:space="preserve">[32:06] </w:t>
      </w:r>
      <w:r>
        <w:t>makka ka daur aur madani daur. to kya hua? makka mein jab aap the to wahan aap ke sathi the kuch.</w:t>
      </w:r>
    </w:p>
    <w:p>
      <w:pPr>
        <w:jc w:val="right"/>
      </w:pPr>
      <w:r>
        <w:t>مکہ کا دور اور مدنی دور۔ تو کیا ہوا؟ مکہ میں جب آپ تھے تو وہاں آپ کے ساتھی تھے کچھ۔</w:t>
      </w:r>
    </w:p>
    <w:p>
      <w:r>
        <w:rPr>
          <w:b/>
        </w:rPr>
        <w:t xml:space="preserve">[32:18] </w:t>
      </w:r>
      <w:r>
        <w:t>lekin aap the aqalliyat mein. makka mein aap aqalliyat mein the.</w:t>
      </w:r>
    </w:p>
    <w:p>
      <w:pPr>
        <w:jc w:val="right"/>
      </w:pPr>
      <w:r>
        <w:t>لیکن آپ تھے اقلیت میں۔ مکہ میں آپ اقلیت میں تھے۔</w:t>
      </w:r>
    </w:p>
    <w:p>
      <w:r>
        <w:rPr>
          <w:b/>
        </w:rPr>
        <w:t xml:space="preserve">[32:24] </w:t>
      </w:r>
      <w:r>
        <w:t>aur jab madine gaye aap to wahan par aksariyat muslim ho gayi thi to wahan par aap aksariyat mein ho gaye. makka mein aap aqalliyat mein the.</w:t>
      </w:r>
    </w:p>
    <w:p>
      <w:pPr>
        <w:jc w:val="right"/>
      </w:pPr>
      <w:r>
        <w:t>اور جب مدینے گئے آپ تو وہاں پر اکثریت مسلم ہو گئی تھی تو وہاں پر آپ اکثریت میں ہو گئے۔ مکہ میں آپ اقلیت میں تھے۔</w:t>
      </w:r>
    </w:p>
    <w:p>
      <w:r>
        <w:rPr>
          <w:b/>
        </w:rPr>
        <w:t xml:space="preserve">[32:34] </w:t>
      </w:r>
      <w:r>
        <w:t>madine mein aap aksariyat mein ho gaye. dono jagah formula ek bataya gaya.</w:t>
      </w:r>
    </w:p>
    <w:p>
      <w:pPr>
        <w:jc w:val="right"/>
      </w:pPr>
      <w:r>
        <w:t>مدینے میں آپ اکثریت میں ہو گئے۔ دونوں جگہ فارمولا ایک بتایا گیا۔</w:t>
      </w:r>
    </w:p>
    <w:p>
      <w:r>
        <w:rPr>
          <w:b/>
        </w:rPr>
        <w:t xml:space="preserve">[32:42] </w:t>
      </w:r>
      <w:r>
        <w:t>woh kya? makka mein yeh ayat utri. ke lakum deenakum waliya deen.</w:t>
      </w:r>
    </w:p>
    <w:p>
      <w:pPr>
        <w:jc w:val="right"/>
      </w:pPr>
      <w:r>
        <w:t>وہ کیا؟ مکہ میں یہ آیت اتری۔ کہ لکم دینکم ولیا دین۔</w:t>
      </w:r>
    </w:p>
    <w:p>
      <w:r>
        <w:rPr>
          <w:b/>
        </w:rPr>
        <w:t xml:space="preserve">[32:51] </w:t>
      </w:r>
      <w:r>
        <w:t>bab number 109 mein aap padh sakte hain. lakum deenakum waliya deen. for you your religion for me mine.</w:t>
      </w:r>
    </w:p>
    <w:p>
      <w:pPr>
        <w:jc w:val="right"/>
      </w:pPr>
      <w:r>
        <w:t>باب نمبر 109 میں آپ پڑھ سکتے ہیں۔ لکم دینکم ولیا دین۔ فار یو یور ریلیجن فار می مائن۔</w:t>
      </w:r>
    </w:p>
    <w:p>
      <w:r>
        <w:rPr>
          <w:b/>
        </w:rPr>
        <w:t xml:space="preserve">[33:01] </w:t>
      </w:r>
      <w:r>
        <w:t>ab aap dekhiye ke madine mein jahan aap aksariyat mein the. wahan bhi aap ne aksariyat ke sarbarah ki hesiyat se ek elan jari kiya.</w:t>
      </w:r>
    </w:p>
    <w:p>
      <w:pPr>
        <w:jc w:val="right"/>
      </w:pPr>
      <w:r>
        <w:t>اب آپ دیکھئے کہ مدینے میں جہاں آپ اکثریت میں تھے۔ وہاں بھی آپ نے اکثریت کے سربراہ کی حیثیت سے ایک اعلان جاری کیا۔</w:t>
      </w:r>
    </w:p>
    <w:p>
      <w:r>
        <w:rPr>
          <w:b/>
        </w:rPr>
        <w:t xml:space="preserve">[33:11] </w:t>
      </w:r>
      <w:r>
        <w:t>is ko kehte hain sahifa al madina. is mein likha hua tha. lil yahood deenahum walil muslimeen deenahum.</w:t>
      </w:r>
    </w:p>
    <w:p>
      <w:pPr>
        <w:jc w:val="right"/>
      </w:pPr>
      <w:r>
        <w:t>اس کو کہتے ہیں صحیفۃ المدینہ۔ اس میں لکھا ہوا تھا۔ للیہود دینھم وللمسلمین دینھم۔</w:t>
      </w:r>
    </w:p>
    <w:p>
      <w:r>
        <w:rPr>
          <w:b/>
        </w:rPr>
        <w:t xml:space="preserve">[33:20] </w:t>
      </w:r>
      <w:r>
        <w:t>yahood ke liye yahood ka deen. musalman ke liye musalman ka deen. for yahudi log un ka mazhab. for muslim un ka mazhab.</w:t>
      </w:r>
    </w:p>
    <w:p>
      <w:pPr>
        <w:jc w:val="right"/>
      </w:pPr>
      <w:r>
        <w:t>یہود کے لیے یہود کا دین۔ مسلمان کے لیے مسلمان کا دین۔ فار یہودی لوگ ان کا مذہب۔ فار مسلم ان کا مذہب۔</w:t>
      </w:r>
    </w:p>
    <w:p>
      <w:r>
        <w:rPr>
          <w:b/>
        </w:rPr>
        <w:t xml:space="preserve">[33:30] </w:t>
      </w:r>
      <w:r>
        <w:t>theek wahi zuban aap sochiye. to yeh chahe musalman aqalliyat mein hon chahe aksariyat mein hon. chahe woh hukmaran hon.</w:t>
      </w:r>
    </w:p>
    <w:p>
      <w:pPr>
        <w:jc w:val="right"/>
      </w:pPr>
      <w:r>
        <w:t>ٹھیک وہی زبان آپ سوچیے۔ تو یہ چاہے مسلمان اقلیت میں ہوں چاہے اکثریت میں ہوں۔ چاہے وہ حکمران ہوں۔</w:t>
      </w:r>
    </w:p>
    <w:p>
      <w:r>
        <w:rPr>
          <w:b/>
        </w:rPr>
        <w:t xml:space="preserve">[33:39] </w:t>
      </w:r>
      <w:r>
        <w:t>chahe woh hukmaran kisi doosre ke hath mein hon. dono halaton mein formula kya hai?</w:t>
      </w:r>
    </w:p>
    <w:p>
      <w:pPr>
        <w:jc w:val="right"/>
      </w:pPr>
      <w:r>
        <w:t>چاہے وہ حکمران کسی دوسرے کے ہاتھ میں ہوں۔ دونوں حالتوں میں فارمولا کیا ہے؟</w:t>
      </w:r>
    </w:p>
    <w:p>
      <w:r>
        <w:rPr>
          <w:b/>
        </w:rPr>
        <w:t xml:space="preserve">[33:46] </w:t>
      </w:r>
      <w:r>
        <w:t>follow one and respect all. follow one and respect all. abhi meri ek taqreer thi aurat ke mamle mein.</w:t>
      </w:r>
    </w:p>
    <w:p>
      <w:pPr>
        <w:jc w:val="right"/>
      </w:pPr>
      <w:r>
        <w:t>فالو ون اینڈ ریسپیکٹ آل۔ فالو ون اینڈ ریسپیکٹ آل۔ ابھی میری ایک تقریر تھی عورت کے معاملے میں۔</w:t>
      </w:r>
    </w:p>
    <w:p>
      <w:r>
        <w:rPr>
          <w:b/>
        </w:rPr>
        <w:t xml:space="preserve">[33:57] </w:t>
      </w:r>
      <w:r>
        <w:t>achaanak mere zehan mein ek baat aayi. ke sanfi barabari jo hai woh to bilkul be mani baat hai.</w:t>
      </w:r>
    </w:p>
    <w:p>
      <w:pPr>
        <w:jc w:val="right"/>
      </w:pPr>
      <w:r>
        <w:t>اچانک میرے ذہن میں ایک بات آئی۔ کہ صنفی برابری جو ہے وہ تو بالکل بے معنی بات ہے۔</w:t>
      </w:r>
    </w:p>
    <w:p>
      <w:r>
        <w:rPr>
          <w:b/>
        </w:rPr>
        <w:t xml:space="preserve">[34:04] </w:t>
      </w:r>
      <w:r>
        <w:t>be mani baat hai. do barabar agar hon dono ke dono to koi duniya mein koi kaam hi nahi hoga. sanfi adam masawat asal cheez hai. na ke masawat.</w:t>
      </w:r>
    </w:p>
    <w:p>
      <w:pPr>
        <w:jc w:val="right"/>
      </w:pPr>
      <w:r>
        <w:t>بے معنی بات ہے۔ دو برابر اگر ہوں دونوں کے دونوں تو کوئی دنیا میں کوئی کام ہی نہیں ہوگا۔ صنفی عدم مساوات اصل چیز ہے۔ نہ کہ مساوات۔</w:t>
      </w:r>
    </w:p>
    <w:p>
      <w:r>
        <w:rPr>
          <w:b/>
        </w:rPr>
        <w:t xml:space="preserve">[34:14] </w:t>
      </w:r>
      <w:r>
        <w:t>to phir mere zehan mein achaanak kya aaya? ke yeh log jo hain maghribi riwayat se yeh kehte hain ke</w:t>
      </w:r>
    </w:p>
    <w:p>
      <w:pPr>
        <w:jc w:val="right"/>
      </w:pPr>
      <w:r>
        <w:t>تو پھر میرے ذہن میں اچانک کیا آیا؟ کہ یہ لوگ جو ہیں مغربی روایت سے یہ کہتے ہیں کہ</w:t>
      </w:r>
    </w:p>
    <w:p>
      <w:r>
        <w:rPr>
          <w:b/>
        </w:rPr>
        <w:t xml:space="preserve">[34:21] </w:t>
      </w:r>
      <w:r>
        <w:t>donon ek doosre ke barabar shareek hain. barabar shareek. maine kaha galat hai yeh. donon ek doosre ke liye mukammal shareek hain.</w:t>
      </w:r>
    </w:p>
    <w:p>
      <w:pPr>
        <w:jc w:val="right"/>
      </w:pPr>
      <w:r>
        <w:t>دونوں ایک دوسرے کے برابر شریک ہیں۔ برابر شریک۔ میں نے کہا غلط ہے یہ۔ دونوں ایک دوسرے کے لیے مکمل شریک ہیں۔</w:t>
      </w:r>
    </w:p>
    <w:p>
      <w:r>
        <w:rPr>
          <w:b/>
        </w:rPr>
        <w:t xml:space="preserve">[34:33] </w:t>
      </w:r>
      <w:r>
        <w:t>barabar shareek nahin hain. agar barabar shareek hon to koi kaam hi nahin hoga. to aurat aur mard donon ke liye barabar shareek nahin balkeh mukammal shareek hain.</w:t>
      </w:r>
    </w:p>
    <w:p>
      <w:pPr>
        <w:jc w:val="right"/>
      </w:pPr>
      <w:r>
        <w:t>برابر شریک نہیں ہیں۔ اگر برابر شریک ہوں تو کوئی کام ہی نہیں ہوگا۔ تو عورت اور مرد دونوں کے لیے برابر شریک نہیں بلکہ مکمل شریک ہیں۔</w:t>
      </w:r>
    </w:p>
    <w:p>
      <w:r>
        <w:rPr>
          <w:b/>
        </w:rPr>
        <w:t xml:space="preserve">[34:50] </w:t>
      </w:r>
      <w:r>
        <w:t>yeh</w:t>
      </w:r>
    </w:p>
    <w:p>
      <w:pPr>
        <w:jc w:val="right"/>
      </w:pPr>
      <w:r>
        <w:t>یہ</w:t>
      </w:r>
    </w:p>
    <w:p>
      <w:r>
        <w:rPr>
          <w:b/>
        </w:rPr>
        <w:t xml:space="preserve">[34:51] </w:t>
      </w:r>
      <w:r>
        <w:t>mukammal shareek hain. yeh kisi ne aaj tak nahin kahi poori tareekh mein. aap dekhiye. novelon mein aap dekhiye saare novelon mein kya bataya jata hai ke maa jo hai mohabbat ka alamat hai.</w:t>
      </w:r>
    </w:p>
    <w:p>
      <w:pPr>
        <w:jc w:val="right"/>
      </w:pPr>
      <w:r>
        <w:t>مکمل شریک ہیں۔ یہ کسی نے آج تک نہیں کہی پوری تاریخ میں۔ آپ دیکھئے۔ ناولوں میں آپ دیکھئے سارے ناولوں میں کیا بتایا جاتا ہے کہ ماں جو ہے محبت کا علامت ہے۔</w:t>
      </w:r>
    </w:p>
    <w:p>
      <w:r>
        <w:rPr>
          <w:b/>
        </w:rPr>
        <w:t xml:space="preserve">[35:06] </w:t>
      </w:r>
      <w:r>
        <w:t>pyar ki alamat hai.</w:t>
      </w:r>
    </w:p>
    <w:p>
      <w:pPr>
        <w:jc w:val="right"/>
      </w:pPr>
      <w:r>
        <w:t>پیار کی علامت ہے۔</w:t>
      </w:r>
    </w:p>
    <w:p>
      <w:r>
        <w:rPr>
          <w:b/>
        </w:rPr>
        <w:t xml:space="preserve">[35:08] </w:t>
      </w:r>
      <w:r>
        <w:t>maine pehli baar tareekh mein daryaft kiya ke yeh jhooti baat hai. maa beta poojan ki alamat hai. pyar ki alamat nahin hai.</w:t>
      </w:r>
    </w:p>
    <w:p>
      <w:pPr>
        <w:jc w:val="right"/>
      </w:pPr>
      <w:r>
        <w:t>میں نے پہلی بار تاریخ میں دریافت کیا کہ یہ جھوٹی بات ہے۔ ماں بیٹا پوجن کی علامت ہے۔ پیار کی علامت نہیں ہے۔</w:t>
      </w:r>
    </w:p>
    <w:p>
      <w:r>
        <w:rPr>
          <w:b/>
        </w:rPr>
        <w:t xml:space="preserve">[35:18] </w:t>
      </w:r>
      <w:r>
        <w:t>yaani Shakespeare se le kar aaj tak sab log is khayal mein jee rahe hain. ke</w:t>
      </w:r>
    </w:p>
    <w:p>
      <w:pPr>
        <w:jc w:val="right"/>
      </w:pPr>
      <w:r>
        <w:t>یعنی شیکسپیئر سے لے کر آج تک سب لوگ اس خیال میں جی رہے ہیں۔ کہ</w:t>
      </w:r>
    </w:p>
    <w:p>
      <w:r>
        <w:rPr>
          <w:b/>
        </w:rPr>
        <w:t xml:space="preserve">[35:24] </w:t>
      </w:r>
      <w:r>
        <w:t>maa jo hai pyar ki alamat hai. kyunke maa jo hai apne bete se pyar karna jaanti hai. doosre ke bete se thori pyar karti hai woh.</w:t>
      </w:r>
    </w:p>
    <w:p>
      <w:pPr>
        <w:jc w:val="right"/>
      </w:pPr>
      <w:r>
        <w:t>ماں جو ہے پیار کی علامت ہے۔ کیونکہ ماں جو ہے اپنے بیٹے سے پیار کرنا جانتی ہے۔ دوسرے کے بیٹے سے تھوڑی پیار کرتی ہے وہ۔</w:t>
      </w:r>
    </w:p>
    <w:p>
      <w:r>
        <w:rPr>
          <w:b/>
        </w:rPr>
        <w:t xml:space="preserve">[35:34] </w:t>
      </w:r>
      <w:r>
        <w:t>pehli baar tareekh mein maine yeh baat kahi ke maa jo hai beta poojan ki alamat hai. woh</w:t>
      </w:r>
    </w:p>
    <w:p>
      <w:pPr>
        <w:jc w:val="right"/>
      </w:pPr>
      <w:r>
        <w:t>پہلی بار تاریخ میں میں نے یہ بات کہی کہ ماں جو ہے بیٹا پوجن کی علامت ہے۔ وہ</w:t>
      </w:r>
    </w:p>
    <w:p>
      <w:r>
        <w:rPr>
          <w:b/>
        </w:rPr>
        <w:t xml:space="preserve">[35:41] </w:t>
      </w:r>
      <w:r>
        <w:t>pyar ki alamat nahin hai. aisi sankaron baatein hain jo meri kitabon mein parh sakte hain.</w:t>
      </w:r>
    </w:p>
    <w:p>
      <w:pPr>
        <w:jc w:val="right"/>
      </w:pPr>
      <w:r>
        <w:t>پیار کی علامت نہیں ہے۔ ایسی سینکڑوں باتیں ہیں جو میری کتابوں میں پڑھ سکتے ہیں۔</w:t>
      </w:r>
    </w:p>
    <w:p>
      <w:r>
        <w:rPr>
          <w:b/>
        </w:rPr>
        <w:t xml:space="preserve">[35:51] </w:t>
      </w:r>
      <w:r>
        <w:t>to yeh kahan se aati hain? yeh Khuda ki taraf se aati hain. Khuda ki taraf se aati hain.</w:t>
      </w:r>
    </w:p>
    <w:p>
      <w:pPr>
        <w:jc w:val="right"/>
      </w:pPr>
      <w:r>
        <w:t>تو یہ کہاں سے آتی ہیں؟ یہ خدا کی طرف سے آتی ہیں۔ خدا کی طرف سے آتی ہیں۔</w:t>
      </w:r>
    </w:p>
    <w:p>
      <w:r>
        <w:rPr>
          <w:b/>
        </w:rPr>
        <w:t xml:space="preserve">[35:59] </w:t>
      </w:r>
      <w:r>
        <w:t>agar yahan par bhari hui ho to kyun nahin doosron ne nikaal nikaal ke keh diya woh. doosre bhi kehte. ek bohat jo maine bataya tha aap ko abhi.</w:t>
      </w:r>
    </w:p>
    <w:p>
      <w:pPr>
        <w:jc w:val="right"/>
      </w:pPr>
      <w:r>
        <w:t>اگر یہاں پر بھری ہوئی ہو تو کیوں نہیں دوسروں نے نکال نکال کے کہہ دیا وہ۔ دوسرے بھی کہتے۔ ایک بہت جو میں نے بتایا تھا آپ کو ابھی۔</w:t>
      </w:r>
    </w:p>
    <w:p>
      <w:r>
        <w:rPr>
          <w:b/>
        </w:rPr>
        <w:t xml:space="preserve">[36:10] </w:t>
      </w:r>
      <w:r>
        <w:t>ke bohat hi bain-ul-aqwami shohrat ke aadmi the woh. bain-ul-aqwami shohrat ke aadmi the.</w:t>
      </w:r>
    </w:p>
    <w:p>
      <w:pPr>
        <w:jc w:val="right"/>
      </w:pPr>
      <w:r>
        <w:t>کہ بہت ہی بین الاقوامی شہرت کے آدمی تھے وہ۔ بین الاقوامی شہرت کے آدمی تھے۔</w:t>
      </w:r>
    </w:p>
    <w:p>
      <w:r>
        <w:rPr>
          <w:b/>
        </w:rPr>
        <w:t xml:space="preserve">[36:16] </w:t>
      </w:r>
      <w:r>
        <w:t>aur maine poocha un se ke apni koi munfarid daryaft bataiye. to kehte hain ke yeh to rohani taqseem hai. aap bataiye un ke paas koi baat karne ke liye nahin hai ke maine ek nayi cheez daryaft ki hai yeh.</w:t>
      </w:r>
    </w:p>
    <w:p>
      <w:pPr>
        <w:jc w:val="right"/>
      </w:pPr>
      <w:r>
        <w:t>اور میں نے پوچھا ان سے کہ اپنی کوئی منفرد دریافت بتائیے۔ تو کہتے ہیں کہ یہ تو روحانی تقسیم ہے۔ آپ بتائیے ان کے پاس کوئی بات کرنے کے لیے نہیں ہے کہ میں نے ایک نئی چیز دریافت کی ہے یہ۔</w:t>
      </w:r>
    </w:p>
    <w:p>
      <w:r>
        <w:rPr>
          <w:b/>
        </w:rPr>
        <w:t xml:space="preserve">[36:29] </w:t>
      </w:r>
      <w:r>
        <w:t>aur yeh sawal jis se bhi maine kiya bohat se logon se kiya. aaj tak koi is ka jawab nahin de saka. yeh yeh yeh kehne ki is ki himmat nahin hai ke yeh meri apni daryaft hai yeh.</w:t>
      </w:r>
    </w:p>
    <w:p>
      <w:pPr>
        <w:jc w:val="right"/>
      </w:pPr>
      <w:r>
        <w:t>اور یہ سوال جس سے بھی میں نے کیا بہت سے لوگوں سے کیا۔ آج تک کوئی اس کا جواب نہیں دے سکا۔ یہ یہ یہ کہنے کی اس کی ہمت نہیں ہے کہ یہ میری اپنی دریافت ہے یہ۔</w:t>
      </w:r>
    </w:p>
    <w:p>
      <w:r>
        <w:rPr>
          <w:b/>
        </w:rPr>
        <w:t xml:space="preserve">[36:45] </w:t>
      </w:r>
      <w:r>
        <w:t>to mujhe kahan se aati hai kyun main subah shaam mein dua yaani duaon mein jeeta hoon. dua mein jeeta hoon. meri zindagi sar-ta-pa dua mein dhali hui hui hai.</w:t>
      </w:r>
    </w:p>
    <w:p>
      <w:pPr>
        <w:jc w:val="right"/>
      </w:pPr>
      <w:r>
        <w:t>تو مجھے کہاں سے آتی ہے کیوں میں صبح شام میں دعا یعنی دعاؤں میں جیتا ہوں۔ دعا میں جیتا ہوں۔ میری زندگی سرتاپا دعا میں ڈھلی ہوئی ہوئی ہے۔</w:t>
      </w:r>
    </w:p>
    <w:p>
      <w:r>
        <w:rPr>
          <w:b/>
        </w:rPr>
        <w:t xml:space="preserve">[36:57] </w:t>
      </w:r>
      <w:r>
        <w:t>Khuda se mangna Khuda se paana. to Masih ka jo hai woh ke mango to pao ge.</w:t>
      </w:r>
    </w:p>
    <w:p>
      <w:pPr>
        <w:jc w:val="right"/>
      </w:pPr>
      <w:r>
        <w:t>خدا سے مانگنا خدا سے پانا۔ تو مسیح کا جو ہے وہ کہ مانگو تو پاؤ گے۔</w:t>
      </w:r>
    </w:p>
    <w:p>
      <w:r>
        <w:rPr>
          <w:b/>
        </w:rPr>
        <w:t xml:space="preserve">[37:04] </w:t>
      </w:r>
      <w:r>
        <w:t>mango to pao ge. Quran mein bhi yahi baat hai. to main to yaani ek zinda saboot hoon is baat ka ke Khuda hai.</w:t>
      </w:r>
    </w:p>
    <w:p>
      <w:pPr>
        <w:jc w:val="right"/>
      </w:pPr>
      <w:r>
        <w:t>مانگو تو پاؤ گے۔ قرآن میں بھی یہی بات ہے۔ تو میں تو یعنی ایک زندہ ثبوت ہوں اس بات کا کہ خدا ہے۔</w:t>
      </w:r>
    </w:p>
    <w:p>
      <w:r>
        <w:rPr>
          <w:b/>
        </w:rPr>
        <w:t xml:space="preserve">[37:17] </w:t>
      </w:r>
      <w:r>
        <w:t>mujh se alag hai Khuda woh. margin jo hai bilkul be-maani tasawwur hai.</w:t>
      </w:r>
    </w:p>
    <w:p>
      <w:pPr>
        <w:jc w:val="right"/>
      </w:pPr>
      <w:r>
        <w:t>مجھ سے الگ ہے خدا وہ۔ مارجن جو ہے بالکل بے معنی تصور ہے۔</w:t>
      </w:r>
    </w:p>
    <w:p>
      <w:r>
        <w:rPr>
          <w:b/>
        </w:rPr>
        <w:t xml:space="preserve">[37:23] </w:t>
      </w:r>
      <w:r>
        <w:t>margin kya hai? sirf shabdon ka jaal hai. margin jo hai woh sirf shabdon ka jaal hai. ek jhoota falsafi margin qaim karta hai.</w:t>
      </w:r>
    </w:p>
    <w:p>
      <w:pPr>
        <w:jc w:val="right"/>
      </w:pPr>
      <w:r>
        <w:t>مارجن کیا ہے؟ صرف शब्दوں کا جال ہے۔ مارجن جو ہے وہ صرف शब्दوں کا جال ہے۔ ایک جھوٹا فلسفی مارجن قائم کرتا ہے۔</w:t>
      </w:r>
    </w:p>
    <w:p>
      <w:r>
        <w:rPr>
          <w:b/>
        </w:rPr>
        <w:t xml:space="preserve">[37:36] </w:t>
      </w:r>
      <w:r>
        <w:t>Khuda mujh se alag hai. aur us se mang kar main pata hoon.</w:t>
      </w:r>
    </w:p>
    <w:p>
      <w:pPr>
        <w:jc w:val="right"/>
      </w:pPr>
      <w:r>
        <w:t>خدا مجھ سے الگ ہے۔ اور اس سے مانگ کر میں پاتا ہوں۔</w:t>
      </w:r>
    </w:p>
    <w:p>
      <w:r>
        <w:rPr>
          <w:b/>
        </w:rPr>
        <w:t xml:space="preserve">[37:44] </w:t>
      </w:r>
      <w:r>
        <w:t>yaani agar main jo main ne likh chuka hoon apni parchi'on mein. in ko aap parhein. to ek poori kitaab is tarah ban jayegi ke kis tarah main nayi nayi baatein mujhe daryaft hu'een.</w:t>
      </w:r>
    </w:p>
    <w:p>
      <w:pPr>
        <w:jc w:val="right"/>
      </w:pPr>
      <w:r>
        <w:t>یعنی اگر میں جو میں نے لکھ چکا ہوں اپنی پرچیوں میں۔ ان کو آپ پڑھیں۔ تو ایک پوری کتاب اس طرح بن جائے گی کہ کس طرح میں نئی نئی باتیں مجھے دریافت ہوئیں۔</w:t>
      </w:r>
    </w:p>
    <w:p>
      <w:r>
        <w:rPr>
          <w:b/>
        </w:rPr>
        <w:t xml:space="preserve">[37:56] </w:t>
      </w:r>
      <w:r>
        <w:t>nayi nayi baatein. jaise main Indonesia gaya to</w:t>
      </w:r>
    </w:p>
    <w:p>
      <w:pPr>
        <w:jc w:val="right"/>
      </w:pPr>
      <w:r>
        <w:t>نئی نئی باتیں۔ جیسے میں انڈونیشیا گیا۔ تو</w:t>
      </w:r>
    </w:p>
    <w:p>
      <w:r>
        <w:rPr>
          <w:b/>
        </w:rPr>
        <w:t xml:space="preserve">[38:04] </w:t>
      </w:r>
      <w:r>
        <w:t>ek baat bata doon aap ko. yeh bhi maine kahin nahin parha tha.</w:t>
      </w:r>
    </w:p>
    <w:p>
      <w:pPr>
        <w:jc w:val="right"/>
      </w:pPr>
      <w:r>
        <w:t>ایک بات بتا دوں آپ کو۔ یہ بھی میں نے کہیں نہیں پڑھا تھا۔</w:t>
      </w:r>
    </w:p>
    <w:p>
      <w:r>
        <w:rPr>
          <w:b/>
        </w:rPr>
        <w:t xml:space="preserve">[38:11] </w:t>
      </w:r>
      <w:r>
        <w:t>indoneshiya nahin maleshiya. kuala lumpur gaya tha. to kuala lumpur mein ek conference thi. ek bohat bade hotel mein thi woh.</w:t>
      </w:r>
    </w:p>
    <w:p>
      <w:pPr>
        <w:jc w:val="right"/>
      </w:pPr>
      <w:r>
        <w:t>انڈونیشیا نہیں ملیشیا۔ کوالالمپور گیا تھا۔ تو کوالالمپور میں ایک کانفرنس تھی۔ ایک بہت بڑے ہوٹل میں تھی وہ۔</w:t>
      </w:r>
    </w:p>
    <w:p>
      <w:r>
        <w:rPr>
          <w:b/>
        </w:rPr>
        <w:t xml:space="preserve">[38:22] </w:t>
      </w:r>
      <w:r>
        <w:t>is hotel mein ek bohat bara hall tha. kafi bara. is ko namaz ke liye khaas kiya gaya tha. kyunke is conference mein sab musalman musalman aaye thay.</w:t>
      </w:r>
    </w:p>
    <w:p>
      <w:pPr>
        <w:jc w:val="right"/>
      </w:pPr>
      <w:r>
        <w:t>اس ہوٹل میں ایک بہت بڑا ہال تھا۔ کافی بڑا۔ اس کو نماز کے لیے خاص کیا گیا تھا۔ کیونکہ اس کانفرنس میں سب مسلمان مسلمان آئے تھے۔</w:t>
      </w:r>
    </w:p>
    <w:p>
      <w:r>
        <w:rPr>
          <w:b/>
        </w:rPr>
        <w:t xml:space="preserve">[38:31] </w:t>
      </w:r>
      <w:r>
        <w:t>yeh musalmanon ki thi conference. agarche mukhtalif mumalik ke thay woh. to woh hall jo hai us ke liye tha. namaz ke liye.</w:t>
      </w:r>
    </w:p>
    <w:p>
      <w:pPr>
        <w:jc w:val="right"/>
      </w:pPr>
      <w:r>
        <w:t>یہ مسلمانوں کی تھی کانفرنس۔ اگرچہ مختلف ممالک کے تھے وہ۔ تو وہ ہال جو ہے اس کے لیے تھا۔ نماز کے لیے۔</w:t>
      </w:r>
    </w:p>
    <w:p>
      <w:r>
        <w:rPr>
          <w:b/>
        </w:rPr>
        <w:t xml:space="preserve">[38:42] </w:t>
      </w:r>
      <w:r>
        <w:t>to ek din mein subah ko utha kuch sawere. ab fajar kya</w:t>
      </w:r>
    </w:p>
    <w:p>
      <w:pPr>
        <w:jc w:val="right"/>
      </w:pPr>
      <w:r>
        <w:t>تو ایک دن میں صبح کو اٹھا کچھ سویرے۔ اب فجر کیا</w:t>
      </w:r>
    </w:p>
    <w:p>
      <w:r>
        <w:rPr>
          <w:b/>
        </w:rPr>
        <w:t xml:space="preserve">[38:49] </w:t>
      </w:r>
      <w:r>
        <w:t>abhi azan se pehle kuch utha mein. to apne kamre se uth kar ke mein is hall mein gaya. is hall mein us waqt bohat bara sa hall tha woh.</w:t>
      </w:r>
    </w:p>
    <w:p>
      <w:pPr>
        <w:jc w:val="right"/>
      </w:pPr>
      <w:r>
        <w:t>ابھی اذان سے پہلے کچھ اٹھا میں۔ تو اپنے کمرے سے اٹھ کر کے میں اس ہال میں گیا۔ اس ہال میں اس وقت بہت بڑا سا ہال تھا وہ۔</w:t>
      </w:r>
    </w:p>
    <w:p>
      <w:r>
        <w:rPr>
          <w:b/>
        </w:rPr>
        <w:t xml:space="preserve">[39:00] </w:t>
      </w:r>
      <w:r>
        <w:t>sirf ek aadmi baitha hua tha. ek aadmi. woh mujh se pehle wahan pahunch gaya tha.</w:t>
      </w:r>
    </w:p>
    <w:p>
      <w:pPr>
        <w:jc w:val="right"/>
      </w:pPr>
      <w:r>
        <w:t>صرف ایک آدمی بیٹھا ہوا تھا۔ ایک آدمی۔ وہ مجھ سے پہلے وہاں پہنچ گیا تھا۔</w:t>
      </w:r>
    </w:p>
    <w:p>
      <w:r>
        <w:rPr>
          <w:b/>
        </w:rPr>
        <w:t xml:space="preserve">[39:07] </w:t>
      </w:r>
      <w:r>
        <w:t>us ko dekhte hi ek achaanak mujhe daryaft hui. ke isi tarah Khuda bhi to kainat mein kahin ho sakta hai. to taajjub is ki baat kya hai is mein. ek insaan jis tarah baitha hua hai.</w:t>
      </w:r>
    </w:p>
    <w:p>
      <w:pPr>
        <w:jc w:val="right"/>
      </w:pPr>
      <w:r>
        <w:t>اس کو دیکھتے ہی ایک اچانک مجھے دریافت ہوئی۔ کہ اسی طرح خدا بھی تو کائنات میں کہیں ہو سکتا ہے۔ تو تعجب اس کی بات کیا ہے اس میں۔ ایک انسان جس طرح بیٹھا ہوا ہے۔</w:t>
      </w:r>
    </w:p>
    <w:p>
      <w:r>
        <w:rPr>
          <w:b/>
        </w:rPr>
        <w:t xml:space="preserve">[39:18] </w:t>
      </w:r>
      <w:r>
        <w:t>ek sehra mein. akela insaan. to aise agar kainat mein Khuda bhi kahin maujood hai. to is mein taajjub ki baat kya hai.</w:t>
      </w:r>
    </w:p>
    <w:p>
      <w:pPr>
        <w:jc w:val="right"/>
      </w:pPr>
      <w:r>
        <w:t>ایک صحرا میں۔ اکیلا انسان۔ تو ایسے اگر کائنات میں خدا بھی کہیں موجود ہے۔ تو اس میں تعجب کی بات کیا ہے۔</w:t>
      </w:r>
    </w:p>
    <w:p>
      <w:r>
        <w:rPr>
          <w:b/>
        </w:rPr>
        <w:t xml:space="preserve">[39:26] </w:t>
      </w:r>
      <w:r>
        <w:t>is mein kya hai herat ki baat kya hai is mein. achaanak mein ne Khuda ko dekh liya wahan par. achaanak Khuda ko mein ne dekh liya wahan par.</w:t>
      </w:r>
    </w:p>
    <w:p>
      <w:pPr>
        <w:jc w:val="right"/>
      </w:pPr>
      <w:r>
        <w:t>اس میں کیا ہے حیرت کی بات کیا ہے اس میں۔ اچانک میں نے خدا کو دیکھ لیا وہاں پر۔ اچانک خدا کو میں نے دیکھ لیا وہاں پر۔</w:t>
      </w:r>
    </w:p>
    <w:p>
      <w:r>
        <w:rPr>
          <w:b/>
        </w:rPr>
        <w:t xml:space="preserve">[39:38] </w:t>
      </w:r>
      <w:r>
        <w:t>aise hi yaani itne ziyada mujhe tajrubaat hue hain bilkul naye.</w:t>
      </w:r>
    </w:p>
    <w:p>
      <w:pPr>
        <w:jc w:val="right"/>
      </w:pPr>
      <w:r>
        <w:t>ایسے ہی یعنی اتنے زیادہ مجھے تجربات ہوئے ہیں بالکل نئے۔</w:t>
      </w:r>
    </w:p>
    <w:p>
      <w:r>
        <w:rPr>
          <w:b/>
        </w:rPr>
        <w:t xml:space="preserve">[39:45] </w:t>
      </w:r>
      <w:r>
        <w:t>jo na kisi kitaab mein likhe hue hain. na kisi ne suna. aur na kabhi is se pehle dekha tha. achaanak woh aate hain kahan se. to kahan se aate hain woh?</w:t>
      </w:r>
    </w:p>
    <w:p>
      <w:pPr>
        <w:jc w:val="right"/>
      </w:pPr>
      <w:r>
        <w:t>جو نہ کسی کتاب میں لکھے ہوئے ہیں۔ نہ کسی نے سنا۔ اور نہ کبھی اس سے پہلے دیکھا تھا۔ اچانک وہ آتے ہیں کہاں سے۔ تو کہاں سے آتے ہیں وہ؟</w:t>
      </w:r>
    </w:p>
    <w:p>
      <w:r>
        <w:rPr>
          <w:b/>
        </w:rPr>
        <w:t xml:space="preserve">[39:55] </w:t>
      </w:r>
      <w:r>
        <w:t>woh Khuda ki taraf se aate hain. woh Khuda ki taraf se aate hain. aur phir jab mein ne science parhi.</w:t>
      </w:r>
    </w:p>
    <w:p>
      <w:pPr>
        <w:jc w:val="right"/>
      </w:pPr>
      <w:r>
        <w:t>وہ خدا کی طرف سے آتے ہیں۔ وہ خدا کی طرف سے آتے ہیں۔ اور پھر جب میں نے سائنس پڑھی۔</w:t>
      </w:r>
    </w:p>
    <w:p>
      <w:r>
        <w:rPr>
          <w:b/>
        </w:rPr>
        <w:t xml:space="preserve">[40:05] </w:t>
      </w:r>
      <w:r>
        <w:t>physics aur</w:t>
      </w:r>
    </w:p>
    <w:p>
      <w:pPr>
        <w:jc w:val="right"/>
      </w:pPr>
      <w:r>
        <w:t>فزکس اور</w:t>
      </w:r>
    </w:p>
    <w:p>
      <w:r>
        <w:rPr>
          <w:b/>
        </w:rPr>
        <w:t xml:space="preserve">[40:07] </w:t>
      </w:r>
      <w:r>
        <w:t>chemistry aur falakiyat. woh saari cheezein parhin. to jis zamane mein mein is ka mutala kar raha tha. to us zamane mein ek sharah naseer sahib thay hamare adam garh mein.</w:t>
      </w:r>
    </w:p>
    <w:p>
      <w:pPr>
        <w:jc w:val="right"/>
      </w:pPr>
      <w:r>
        <w:t>کیمسٹری اور فلکیات۔ وہ ساری چیزیں پڑھیں۔ تو جس زمانے میں میں اس کا مطالعہ کر رہا تھا۔ تو اس زمانے میں ایک شارح نصیر صاحب تھے ہمارے آدم گڑھ میں۔</w:t>
      </w:r>
    </w:p>
    <w:p>
      <w:r>
        <w:rPr>
          <w:b/>
        </w:rPr>
        <w:t xml:space="preserve">[40:20] </w:t>
      </w:r>
      <w:r>
        <w:t>woh aaye mujh se milne ke liye. to sharah naseer sahib ne kaha ke.</w:t>
      </w:r>
    </w:p>
    <w:p>
      <w:pPr>
        <w:jc w:val="right"/>
      </w:pPr>
      <w:r>
        <w:t>وہ آئے مجھ سے ملنے کے لیے۔ تو شارح نصیر صاحب نے کہا کہ۔</w:t>
      </w:r>
    </w:p>
    <w:p>
      <w:r>
        <w:rPr>
          <w:b/>
        </w:rPr>
        <w:t xml:space="preserve">[40:26] </w:t>
      </w:r>
      <w:r>
        <w:t>kya aadmi Khuda ko dekh sakta hai? to achaanak bilkul achaanak mere zuban se nikla. ke aap ne abhi tak Khuda ko dekha nahin?</w:t>
      </w:r>
    </w:p>
    <w:p>
      <w:pPr>
        <w:jc w:val="right"/>
      </w:pPr>
      <w:r>
        <w:t>کیا آدمی خدا کو دیکھ سکتا ہے؟ تو اچانک بالکل اچانک میرے زبان سے نکلا۔ کہ آپ نے ابھی تک خدا کو دیکھا نہیں؟</w:t>
      </w:r>
    </w:p>
    <w:p>
      <w:r>
        <w:rPr>
          <w:b/>
        </w:rPr>
        <w:t xml:space="preserve">[40:36] </w:t>
      </w:r>
      <w:r>
        <w:t>aur mein ek kehne mein bilkul sanjeeda tha. ke woh sach much hi mein Khuda ko dekh raha tha. yaani takhleeq ki azmat mein.</w:t>
      </w:r>
    </w:p>
    <w:p>
      <w:pPr>
        <w:jc w:val="right"/>
      </w:pPr>
      <w:r>
        <w:t>اور میں ایک کہنے میں بالکل سنجیدہ تھا۔ کہ وہ سچ مچ ہی میں خدا کو دیکھ رہا تھا۔ یعنی تخلیق کی عظمت میں۔</w:t>
      </w:r>
    </w:p>
    <w:p>
      <w:r>
        <w:rPr>
          <w:b/>
        </w:rPr>
        <w:t xml:space="preserve">[40:46] </w:t>
      </w:r>
      <w:r>
        <w:t>takhleeq ke andar mein us ki jalal dekh raha tha Khuda ki. jis tarah se aap kisi bari machine ko dekhein. aur dekh kar ke engineer ke baray mein aap ko ek ehsaas hua paida ho.</w:t>
      </w:r>
    </w:p>
    <w:p>
      <w:pPr>
        <w:jc w:val="right"/>
      </w:pPr>
      <w:r>
        <w:t>تخلیق کے اندر میں اس کی جلال دیکھ رہا تھا خدا کی۔ جس طرح سے آپ کسی بڑی مشین کو دیکھیں۔ اور دیکھ کر کے انجینئر کے بارے میں آپ کو ایک احساس ہوا پیدا ہو۔</w:t>
      </w:r>
    </w:p>
    <w:p>
      <w:r>
        <w:rPr>
          <w:b/>
        </w:rPr>
        <w:t xml:space="preserve">[40:58] </w:t>
      </w:r>
      <w:r>
        <w:t>woh mujhe is kainat ko dekh kar paida hota hai. yaani kaun aadmi duniya mein hai jo ek nai machine ko na dekhe.</w:t>
      </w:r>
    </w:p>
    <w:p>
      <w:pPr>
        <w:jc w:val="right"/>
      </w:pPr>
      <w:r>
        <w:t>وہ مجھے اس کائنات کو دیکھ کر پیدا ہوتا ہے۔ یعنی کون آدمی دنیا میں ہے جو ایک نئی مشین کو نہ دیکھے۔</w:t>
      </w:r>
    </w:p>
    <w:p>
      <w:r>
        <w:rPr>
          <w:b/>
        </w:rPr>
        <w:t xml:space="preserve">[41:06] </w:t>
      </w:r>
      <w:r>
        <w:t>jis ne uran car ko dekha hai wohi. flying car ko. to kya aap ke zehan mein nahin aayega ke kaise engineer thay jinhone is ko banaya?</w:t>
      </w:r>
    </w:p>
    <w:p>
      <w:pPr>
        <w:jc w:val="right"/>
      </w:pPr>
      <w:r>
        <w:t>جس نے اڑن کار کو دیکھا ہے وہی۔ فلائنگ کار کو۔ تو کیا آپ کے ذہن میں نہیں آئے گا کہ کیسے انجینئر تھے جنہوں نے اس کو بنایا؟</w:t>
      </w:r>
    </w:p>
    <w:p>
      <w:r>
        <w:rPr>
          <w:b/>
        </w:rPr>
        <w:t xml:space="preserve">[41:16] </w:t>
      </w:r>
      <w:r>
        <w:t>ek ehsaas hua aayega aap ke andar is engineer ke baray mein. jis ne flying car banai hai. isi tarah se itni bari kainat. itni bari kainat.</w:t>
      </w:r>
    </w:p>
    <w:p>
      <w:pPr>
        <w:jc w:val="right"/>
      </w:pPr>
      <w:r>
        <w:t>ایک احساس ہوا آئے گا آپ کے اندر اس انجینئر کے بارے میں۔ جس نے فلائنگ کار بنائی ہے۔ اسی طرح سے اتنی بڑی کائنات۔ اتنی بڑی کائنات۔</w:t>
      </w:r>
    </w:p>
    <w:p>
      <w:r>
        <w:rPr>
          <w:b/>
        </w:rPr>
        <w:t xml:space="preserve">[41:24] </w:t>
      </w:r>
      <w:r>
        <w:t>jab mein is ko dekhta hoon.</w:t>
      </w:r>
    </w:p>
    <w:p>
      <w:pPr>
        <w:jc w:val="right"/>
      </w:pPr>
      <w:r>
        <w:t>جب میں اس کو دیکھتا ہوں۔</w:t>
      </w:r>
    </w:p>
    <w:p>
      <w:r>
        <w:rPr>
          <w:b/>
        </w:rPr>
        <w:t xml:space="preserve">[41:28] </w:t>
      </w:r>
      <w:r>
        <w:t>to bilkul mein aisa lagta hai ke mein Khuda ko dekh raha hoon. to mein to zinda saboot is baat ka hoon. ke yeh bilkul afsana hai ke andar koi.</w:t>
      </w:r>
    </w:p>
    <w:p>
      <w:pPr>
        <w:jc w:val="right"/>
      </w:pPr>
      <w:r>
        <w:t>تو بالکل میں ایسا لگتا ہے کہ میں خدا کو دیکھ رہا ہوں۔ تو میں تو زندہ ثبوت اس بات کا ہوں۔ کہ یہ بالکل افسانہ ہے کہ اندر کوئی۔</w:t>
      </w:r>
    </w:p>
    <w:p>
      <w:r>
        <w:rPr>
          <w:b/>
        </w:rPr>
        <w:t xml:space="preserve">[41:39] </w:t>
      </w:r>
      <w:r>
        <w:t>andar nahin hai bahar hai. woh Khuda hai. Khuda hai jo hai khazana hai.</w:t>
      </w:r>
    </w:p>
    <w:p>
      <w:pPr>
        <w:jc w:val="right"/>
      </w:pPr>
      <w:r>
        <w:t>اندر نہیں ہے باہر ہے۔ وہ خدا ہے۔ خدا ہے جو ہے خزانہ ہے۔</w:t>
      </w:r>
    </w:p>
    <w:p>
      <w:r>
        <w:rPr>
          <w:b/>
        </w:rPr>
        <w:t xml:space="preserve">[41:45] </w:t>
      </w:r>
      <w:r>
        <w:t>Khuda jo hai khazana hai. isi se hum paate hain.</w:t>
      </w:r>
    </w:p>
    <w:p>
      <w:pPr>
        <w:jc w:val="right"/>
      </w:pPr>
      <w:r>
        <w:t>خدا جو ہے خزانہ ہے۔ اسی سے ہم پاتے ہیں۔</w:t>
      </w:r>
    </w:p>
    <w:p>
      <w:r>
        <w:rPr>
          <w:b/>
        </w:rPr>
        <w:t xml:space="preserve">[41:51] </w:t>
      </w:r>
      <w:r>
        <w:t>yeh meri. yeh meri aisi daryaft hai. jis ke liye mujhe kabhi shubah nahi hua na inshallah hoga kabhi.</w:t>
      </w:r>
    </w:p>
    <w:p>
      <w:pPr>
        <w:jc w:val="right"/>
      </w:pPr>
      <w:r>
        <w:t>یہ میری۔ یہ میری ایسی دریافت ہے۔ جس کے لیے مجھے کبھی شبہ نہیں ہوا نہ انشاءاللہ ہوگا کبھی۔</w:t>
      </w:r>
    </w:p>
    <w:p>
      <w:r>
        <w:rPr>
          <w:b/>
        </w:rPr>
        <w:t xml:space="preserve">[42:02] </w:t>
      </w:r>
      <w:r>
        <w:t>aqool qooli haaza wa astaghfirullaha li walakum ajmaeen.</w:t>
      </w:r>
    </w:p>
    <w:p>
      <w:pPr>
        <w:jc w:val="right"/>
      </w:pPr>
      <w:r>
        <w:t>أقول قولي هذا واستغفراللہ لي ولكم أجمعين.</w:t>
      </w:r>
    </w:p>
    <w:p>
      <w:r>
        <w:rPr>
          <w:b/>
        </w:rPr>
        <w:t xml:space="preserve">[42:20] </w:t>
      </w:r>
      <w:r>
        <w:t>This question is from Dr. A.R. Rani. He says, "Is it peace which is missing in our surrounding and that is why every person is sad?</w:t>
      </w:r>
    </w:p>
    <w:p>
      <w:pPr>
        <w:jc w:val="right"/>
      </w:pPr>
      <w:r>
        <w:t>This question is from Dr. A.R. Rani. He says, "Is it peace which is missing in our surrounding and that is why every person is sad?</w:t>
      </w:r>
    </w:p>
    <w:p>
      <w:r>
        <w:rPr>
          <w:b/>
        </w:rPr>
        <w:t xml:space="preserve">[42:31] </w:t>
      </w:r>
      <w:r>
        <w:t>Please explain."</w:t>
      </w:r>
    </w:p>
    <w:p>
      <w:pPr>
        <w:jc w:val="right"/>
      </w:pPr>
      <w:r>
        <w:t>Please explain."</w:t>
      </w:r>
    </w:p>
    <w:p>
      <w:r>
        <w:rPr>
          <w:b/>
        </w:rPr>
        <w:t xml:space="preserve">[42:36] </w:t>
      </w:r>
      <w:r>
        <w:t>dekhen yeh bhi ek bohat bari felisi hai.</w:t>
      </w:r>
    </w:p>
    <w:p>
      <w:pPr>
        <w:jc w:val="right"/>
      </w:pPr>
      <w:r>
        <w:t>دیکھیں یہ بھی ایک بہت بڑی فیلیسی ہے۔</w:t>
      </w:r>
    </w:p>
    <w:p>
      <w:r>
        <w:rPr>
          <w:b/>
        </w:rPr>
        <w:t xml:space="preserve">[42:41] </w:t>
      </w:r>
      <w:r>
        <w:t>ke surrounding mein peace ho tab mujhe peace mile gi. isi liye log ladte rehte hain. peace naam hai aap ke apne state of mind ka.</w:t>
      </w:r>
    </w:p>
    <w:p>
      <w:pPr>
        <w:jc w:val="right"/>
      </w:pPr>
      <w:r>
        <w:t>کہ surrounding میں peace ہو تب مجھے peace ملے گی۔ اسی لیے لوگ لڑتے رہتے ہیں۔ Peace نام ہے آپ کے اپنے state of mind کا۔</w:t>
      </w:r>
    </w:p>
    <w:p>
      <w:r>
        <w:rPr>
          <w:b/>
        </w:rPr>
        <w:t xml:space="preserve">[42:55] </w:t>
      </w:r>
      <w:r>
        <w:t>bahir ka nahi hai. yeh bhi sari history mein logon ne is ko sune jana.</w:t>
      </w:r>
    </w:p>
    <w:p>
      <w:pPr>
        <w:jc w:val="right"/>
      </w:pPr>
      <w:r>
        <w:t>باہر کا نہیں ہے۔ یہ بھی ساری history میں لوگوں نے اس کو سنے جانا۔</w:t>
      </w:r>
    </w:p>
    <w:p>
      <w:r>
        <w:rPr>
          <w:b/>
        </w:rPr>
        <w:t xml:space="preserve">[43:02] </w:t>
      </w:r>
      <w:r>
        <w:t>yeh yahi bhi mujh ko pehli baar daryaft hua hai. ke ideal world duniya mein kabhi ho nahi sakti hai.</w:t>
      </w:r>
    </w:p>
    <w:p>
      <w:pPr>
        <w:jc w:val="right"/>
      </w:pPr>
      <w:r>
        <w:t>یہ یہی بھی مجھ کو پہلی بار دریافت ہوا ہے۔ کہ ideal world دنیا میں کبھی ہو نہیں سکتی ہے۔</w:t>
      </w:r>
    </w:p>
    <w:p>
      <w:r>
        <w:rPr>
          <w:b/>
        </w:rPr>
        <w:t xml:space="preserve">[43:12] </w:t>
      </w:r>
      <w:r>
        <w:t>yani jitne bhi log hain. yani Socrates, Plato, Aristotle.</w:t>
      </w:r>
    </w:p>
    <w:p>
      <w:pPr>
        <w:jc w:val="right"/>
      </w:pPr>
      <w:r>
        <w:t>یعنی جتنے بھی لوگ ہیں۔ یعنی Socrates، Plato، Aristotle۔</w:t>
      </w:r>
    </w:p>
    <w:p>
      <w:r>
        <w:rPr>
          <w:b/>
        </w:rPr>
        <w:t xml:space="preserve">[43:20] </w:t>
      </w:r>
      <w:r>
        <w:t>aur jitne wahan se aaj tak jitne bhi log hue hain. Marx, Rousseau. sab apne mind mein ek in ke ek ideal tha in ke.</w:t>
      </w:r>
    </w:p>
    <w:p>
      <w:pPr>
        <w:jc w:val="right"/>
      </w:pPr>
      <w:r>
        <w:t>اور جتنے وہاں سے آج تک جتنے بھی لوگ ہوئے ہیں۔ Marx, Rousseau۔ سب اپنے mind میں ایک ان کے ایک ideal تھا ان کے۔</w:t>
      </w:r>
    </w:p>
    <w:p>
      <w:r>
        <w:rPr>
          <w:b/>
        </w:rPr>
        <w:t xml:space="preserve">[43:31] </w:t>
      </w:r>
      <w:r>
        <w:t>is ideal ko establish karne ke liye sari zindagi laga di unhon ne. hamare mulk mein Ghazi aur Daud ke mind mein bhi ek ideal tha.</w:t>
      </w:r>
    </w:p>
    <w:p>
      <w:pPr>
        <w:jc w:val="right"/>
      </w:pPr>
      <w:r>
        <w:t>اس ideal کو establish کرنے کے لیے ساری زندگی لگا دی انہوں نے۔ ہمارے દેશ میں غازی اور داؤد کے mind میں بھی ایک ideal تھا۔</w:t>
      </w:r>
    </w:p>
    <w:p>
      <w:r>
        <w:rPr>
          <w:b/>
        </w:rPr>
        <w:t xml:space="preserve">[43:41] </w:t>
      </w:r>
      <w:r>
        <w:t>is baat ko main ne pehli baar daryaft kiya ke duniya mein ideal. ideal.</w:t>
      </w:r>
    </w:p>
    <w:p>
      <w:pPr>
        <w:jc w:val="right"/>
      </w:pPr>
      <w:r>
        <w:t>اس بات کو میں نے پہلی بار دریافت کیا کہ دنیا میں ideal۔ ideal۔</w:t>
      </w:r>
    </w:p>
    <w:p>
      <w:r>
        <w:rPr>
          <w:b/>
        </w:rPr>
        <w:t xml:space="preserve">[43:50] </w:t>
      </w:r>
      <w:r>
        <w:t>yani ideal life ban nahi sakti hai. ideal society ban nahi sakti hai. yeh mumkin hi nahi kyun? yeh Khuda ke creation plan ke bahir hai.</w:t>
      </w:r>
    </w:p>
    <w:p>
      <w:pPr>
        <w:jc w:val="right"/>
      </w:pPr>
      <w:r>
        <w:t>یعنی ideal life بن نہیں سکتی ہے۔ ideal society بن نہیں سکتی ہے۔ یہ ممکن ہی نہیں کیوں؟ یہ خدا کے creation plan کے باہر ہے۔</w:t>
      </w:r>
    </w:p>
    <w:p>
      <w:r>
        <w:rPr>
          <w:b/>
        </w:rPr>
        <w:t xml:space="preserve">[44:02] </w:t>
      </w:r>
      <w:r>
        <w:t>Khuda ka jo creation plan hai woh to yeh hai ke aap ko test len. test ke liye aap ko freedom de diya aap ko.</w:t>
      </w:r>
    </w:p>
    <w:p>
      <w:pPr>
        <w:jc w:val="right"/>
      </w:pPr>
      <w:r>
        <w:t>خدا کا جو creation plan ہے وہ تو یہ ہے کہ آپ کو ٹیسٹ لیں۔ ٹیسٹ کے لیے آپ کو فریڈم دے دیا آپ کو۔</w:t>
      </w:r>
    </w:p>
    <w:p>
      <w:r>
        <w:rPr>
          <w:b/>
        </w:rPr>
        <w:t xml:space="preserve">[44:10] </w:t>
      </w:r>
      <w:r>
        <w:t>to koi bhi ek aadmi freedom ko misuse kar ke sara mamla bigaad de ga. jaise Mahatma Gandhi ke mamle mein ek aadmi ne apni freedom ko misuse kiya.</w:t>
      </w:r>
    </w:p>
    <w:p>
      <w:pPr>
        <w:jc w:val="right"/>
      </w:pPr>
      <w:r>
        <w:t>تو کوئی بھی ایک آدمی فریڈم کو misuse کر کے سارا معاملہ بگاڑ دے گا۔ جیسے مہاتما گاندھی کے معاملے میں ایک آدمی نے اپنی فریڈم کو misuse کیا۔</w:t>
      </w:r>
    </w:p>
    <w:p>
      <w:r>
        <w:rPr>
          <w:b/>
        </w:rPr>
        <w:t xml:space="preserve">[44:19] </w:t>
      </w:r>
      <w:r>
        <w:t>goli maar di. Indira Gandhi ke mamle mein ek aadmi ne apni freedom ko misuse kiya. Indira Gandhi ko goli maar di. aise hi Rajiv Gandhi ke bare mein hua.</w:t>
      </w:r>
    </w:p>
    <w:p>
      <w:pPr>
        <w:jc w:val="right"/>
      </w:pPr>
      <w:r>
        <w:t>گولی مار دی۔ اندرا گاندھی کے معاملے میں ایک آدمی نے اپنی فریڈم کو misuse کیا۔ اندرا گاندھی گولی مار دی۔ ایسے ہی راجو گاندھی کے بارے میں ہوا۔</w:t>
      </w:r>
    </w:p>
    <w:p>
      <w:r>
        <w:rPr>
          <w:b/>
        </w:rPr>
        <w:t xml:space="preserve">[44:28] </w:t>
      </w:r>
      <w:r>
        <w:t>ek aadmi ne apni freedom ko misuse kiya. us ne Rajiv Gandhi ko maar diya.</w:t>
      </w:r>
    </w:p>
    <w:p>
      <w:pPr>
        <w:jc w:val="right"/>
      </w:pPr>
      <w:r>
        <w:t>ایک آدمی نے اپنی فریڈم کو misuse کیا۔ اس نے راجو گاندھیوں کو مار دیا۔</w:t>
      </w:r>
    </w:p>
    <w:p>
      <w:r>
        <w:rPr>
          <w:b/>
        </w:rPr>
        <w:t xml:space="preserve">[44:36] </w:t>
      </w:r>
      <w:r>
        <w:t>to jab Khuda ne yeh duniya ko banaya hai testing ground ke taur par. aur sab ko diya hai freedom. to hazaron aadmiyon ke liye yani zaroori nahi ke hazaron aadmi misuse karen.</w:t>
      </w:r>
    </w:p>
    <w:p>
      <w:pPr>
        <w:jc w:val="right"/>
      </w:pPr>
      <w:r>
        <w:t>تو جب خدا نے یہ دنیا کو بنایا ہے ٹیسٹنگ گراؤنڈ کے طور پر۔ اور سب کو دیا ہے فریڈم۔ تو ہزاروں آدمیوں کے لیے یعنی ضروری نہیں کہ ہزاروں آدمی misuse کریں۔</w:t>
      </w:r>
    </w:p>
    <w:p>
      <w:r>
        <w:rPr>
          <w:b/>
        </w:rPr>
        <w:t xml:space="preserve">[44:49] </w:t>
      </w:r>
      <w:r>
        <w:t>ek aadmi misuse kar ke sare mahaul ko kharab kar sakta hai.</w:t>
      </w:r>
    </w:p>
    <w:p>
      <w:pPr>
        <w:jc w:val="right"/>
      </w:pPr>
      <w:r>
        <w:t>ایک آدمی misuse کر کے سارے ماحول کو خراب کر سکتا ہے۔</w:t>
      </w:r>
    </w:p>
    <w:p>
      <w:r>
        <w:rPr>
          <w:b/>
        </w:rPr>
        <w:t xml:space="preserve">[44:56] </w:t>
      </w:r>
      <w:r>
        <w:t>ek aadmi. to aap kya karenge? ideal samaj kaise banayenge? ideal state kaise banayenge?</w:t>
      </w:r>
    </w:p>
    <w:p>
      <w:pPr>
        <w:jc w:val="right"/>
      </w:pPr>
      <w:r>
        <w:t>ایک آدمی۔ تو آپ کیا کریں گے؟ ideal سماج کیسے بنائیں گے؟ ideal state کیسے بنائیں گے؟</w:t>
      </w:r>
    </w:p>
    <w:p>
      <w:r>
        <w:rPr>
          <w:b/>
        </w:rPr>
        <w:t xml:space="preserve">[45:05] </w:t>
      </w:r>
      <w:r>
        <w:t>to hum less than ideally mein humein jeena hai. less than ideally mein humein</w:t>
      </w:r>
    </w:p>
    <w:p>
      <w:pPr>
        <w:jc w:val="right"/>
      </w:pPr>
      <w:r>
        <w:t>تو ہم less than ideally میں ہمیں جینا ہے۔ less than ideally میں ہمیں</w:t>
      </w:r>
    </w:p>
    <w:p>
      <w:r>
        <w:rPr>
          <w:b/>
        </w:rPr>
        <w:t xml:space="preserve">[45:12] </w:t>
      </w:r>
      <w:r>
        <w:t>achieve karna hai jo hum chahte hain achieve karna hai. is ko loatne jana nahi. itne bare bare movement chalaye. itne bare bare abhiyan chalaye.</w:t>
      </w:r>
    </w:p>
    <w:p>
      <w:pPr>
        <w:jc w:val="right"/>
      </w:pPr>
      <w:r>
        <w:t>achieve کرنا ہے جو ہم چاہتے ہیں achieve کرنا ہے۔ اس کو لوڑنے جانا نہیں۔ اتنے بڑے بڑے movement چلائے۔ اتنے بڑے بڑے ابھیان چلائے۔</w:t>
      </w:r>
    </w:p>
    <w:p>
      <w:r>
        <w:rPr>
          <w:b/>
        </w:rPr>
        <w:t xml:space="preserve">[45:22] </w:t>
      </w:r>
      <w:r>
        <w:t>aur sab fail. sab fail. sab fail. kyun? un ke mind mein jo ideal tha.</w:t>
      </w:r>
    </w:p>
    <w:p>
      <w:pPr>
        <w:jc w:val="right"/>
      </w:pPr>
      <w:r>
        <w:t>اور سب فیل۔ سب فیل۔ سب فیل۔ کیوں؟ ان کے mind میں جو ideal تھا۔</w:t>
      </w:r>
    </w:p>
    <w:p>
      <w:r>
        <w:rPr>
          <w:b/>
        </w:rPr>
        <w:t xml:space="preserve">[45:28] </w:t>
      </w:r>
      <w:r>
        <w:t>unhon ne samjha ke isi ko duniya mein hum nahi hai translate kar sakte hain. jo ke mumkin nahi tha. to cheez kya hai?</w:t>
      </w:r>
    </w:p>
    <w:p>
      <w:pPr>
        <w:jc w:val="right"/>
      </w:pPr>
      <w:r>
        <w:t>انہوں نے سمجھا کہ اسی کو دنیا میں ہم نہیں ہے translate کر سکتے ہیں۔ جو کہ ممکن نہیں تھا۔ تو چیز کیا ہے؟</w:t>
      </w:r>
    </w:p>
    <w:p>
      <w:r>
        <w:rPr>
          <w:b/>
        </w:rPr>
        <w:t xml:space="preserve">[45:39] </w:t>
      </w:r>
      <w:r>
        <w:t>Khuda ke creation plan mein ideal banne wala hai post death period mein.</w:t>
      </w:r>
    </w:p>
    <w:p>
      <w:pPr>
        <w:jc w:val="right"/>
      </w:pPr>
      <w:r>
        <w:t>خدا کے creation plan میں ideal بننے والا ہے post death period میں۔</w:t>
      </w:r>
    </w:p>
    <w:p>
      <w:r>
        <w:rPr>
          <w:b/>
        </w:rPr>
        <w:t xml:space="preserve">[45:45] </w:t>
      </w:r>
      <w:r>
        <w:t>jo log banana chahtay thay pre death period mein. is baat ko clear tor par kisi ne kaha hi nahin. khud muslim philosopher bhi yeh baat nahin kar sakay.</w:t>
      </w:r>
    </w:p>
    <w:p>
      <w:pPr>
        <w:jc w:val="right"/>
      </w:pPr>
      <w:r>
        <w:t>جو لوگ بنانا چاہتے تھے pre death period میں۔ اس بات کو clear طور پر کسی نے کہا ہی نہیں۔ خود مسلم فلاسفر بھی یہ بات نہیں کر سکے۔</w:t>
      </w:r>
    </w:p>
    <w:p>
      <w:r>
        <w:rPr>
          <w:b/>
        </w:rPr>
        <w:t xml:space="preserve">[45:59] </w:t>
      </w:r>
      <w:r>
        <w:t>keh yeh sara jhagda kyun hota hai? is liye hota hai keh</w:t>
      </w:r>
    </w:p>
    <w:p>
      <w:pPr>
        <w:jc w:val="right"/>
      </w:pPr>
      <w:r>
        <w:t>کہ یہ سارا جھگڑا کیوں ہوتا ہے؟ اس لیے ہوتا ہے کہ</w:t>
      </w:r>
    </w:p>
    <w:p>
      <w:r>
        <w:rPr>
          <w:b/>
        </w:rPr>
        <w:t xml:space="preserve">[46:03] </w:t>
      </w:r>
      <w:r>
        <w:t>ideal world jo bannay wala hai post death period mein. is ko yeh log banana chahtay hain pre death period mein.</w:t>
      </w:r>
    </w:p>
    <w:p>
      <w:pPr>
        <w:jc w:val="right"/>
      </w:pPr>
      <w:r>
        <w:t>ideal world جو بننے والا ہے post death period میں۔ اس کو یہ لوگ بنانا چاہتے ہیں pre death period میں۔</w:t>
      </w:r>
    </w:p>
    <w:p>
      <w:r>
        <w:rPr>
          <w:b/>
        </w:rPr>
        <w:t xml:space="preserve">[46:12] </w:t>
      </w:r>
      <w:r>
        <w:t>yeh wajah hai keh sab test par bhartay hain. sab yani test appointment mein martay hain. kyunkeh woh jo cheez chahtay thay woh achieve nahin hui. jo chahtay thay achieve nahin hui.</w:t>
      </w:r>
    </w:p>
    <w:p>
      <w:pPr>
        <w:jc w:val="right"/>
      </w:pPr>
      <w:r>
        <w:t>یہ وجہ ہے کہ سب ٹیسٹ پر بھرتے ہیں۔ سب یعنی ٹیسٹ اپوائنٹمنٹ میں مرتے ہیں۔ کیونکہ وہ جو چیز چاہتے تھے وہ achieve نہیں ہوئی۔ جو چاہتے تھے achieve نہیں ہوئی۔</w:t>
      </w:r>
    </w:p>
    <w:p>
      <w:r>
        <w:rPr>
          <w:b/>
        </w:rPr>
        <w:t xml:space="preserve">[46:22] </w:t>
      </w:r>
      <w:r>
        <w:t>yeh wajah Allah taala ne mujhe batai. kyunkeh raat din mein ne arz kiya keh mein duaon mein jeeta hoon. duaon se mujhe milta hai jo kuch milta hai.</w:t>
      </w:r>
    </w:p>
    <w:p>
      <w:pPr>
        <w:jc w:val="right"/>
      </w:pPr>
      <w:r>
        <w:t>یہ وجہ اللہ تعالی نے مجھے بتائی۔ کیونکہ رات دن میں نے عرض کیا کہ میں دعاؤں میں جیتا ہوں۔ دعاؤں سے مجھے ملتا ہے جو کچھ ملتا ہے۔</w:t>
      </w:r>
    </w:p>
    <w:p>
      <w:r>
        <w:rPr>
          <w:b/>
        </w:rPr>
        <w:t xml:space="preserve">[46:31] </w:t>
      </w:r>
      <w:r>
        <w:t>meri apni koi taqat nahin hai. keh mere andar koi zakhira nahin hai. jisay mein nikaal nikaal kar bataoon logon ko baaton.</w:t>
      </w:r>
    </w:p>
    <w:p>
      <w:pPr>
        <w:jc w:val="right"/>
      </w:pPr>
      <w:r>
        <w:t>میری اپنی کوئی طاقت نہیں ہے۔ کہ میرے اندر کوئی ذخیرہ نہیں ہے۔ جسے میں نکال نکال کے بتاؤں لوگوں کو باتیں۔</w:t>
      </w:r>
    </w:p>
    <w:p>
      <w:r>
        <w:rPr>
          <w:b/>
        </w:rPr>
        <w:t xml:space="preserve">[46:40] </w:t>
      </w:r>
      <w:r>
        <w:t>This question is from Razia. People often say that by meditating they are actually giving their brain time to relax and to come out of the negative mode.</w:t>
      </w:r>
    </w:p>
    <w:p>
      <w:pPr>
        <w:jc w:val="right"/>
      </w:pPr>
      <w:r>
        <w:t>This question is from Razia. People often say that by meditating they are actually giving their brain time to relax and to come out of the negative mode.</w:t>
      </w:r>
    </w:p>
    <w:p>
      <w:r>
        <w:rPr>
          <w:b/>
        </w:rPr>
        <w:t xml:space="preserve">[46:53] </w:t>
      </w:r>
      <w:r>
        <w:t>So that to be able to positively channelize their energies.</w:t>
      </w:r>
    </w:p>
    <w:p>
      <w:pPr>
        <w:jc w:val="right"/>
      </w:pPr>
      <w:r>
        <w:t>So that to be able to positively channelize their energies.</w:t>
      </w:r>
    </w:p>
    <w:p>
      <w:r>
        <w:rPr>
          <w:b/>
        </w:rPr>
        <w:t xml:space="preserve">[46:58] </w:t>
      </w:r>
      <w:r>
        <w:t>Please elaborate. dekhen koi baatein sirf sikhane ke liye kehta hai. yeh jo hai ek word play hai.</w:t>
      </w:r>
    </w:p>
    <w:p>
      <w:pPr>
        <w:jc w:val="right"/>
      </w:pPr>
      <w:r>
        <w:t>Please elaborate. دیکھیں کوئی باتیں صرف سکھانے کے لیے کہتا ہے۔ یہ جو ہے ایک ورڈ پلے ہے۔</w:t>
      </w:r>
    </w:p>
    <w:p>
      <w:r>
        <w:rPr>
          <w:b/>
        </w:rPr>
        <w:t xml:space="preserve">[47:07] </w:t>
      </w:r>
      <w:r>
        <w:t>koi is ka mani nahin banta. is ki koi mani nahin hai. is ki koi mani nahin hai. ziyada clear tor par mein yeh kahoon ga keh is ka yeh hai keh mind mein jo thinking hoti hai to thinking process ko hum stop kar detay hain.</w:t>
      </w:r>
    </w:p>
    <w:p>
      <w:pPr>
        <w:jc w:val="right"/>
      </w:pPr>
      <w:r>
        <w:t>کوئی اس کا معنی نہیں بنتا۔ اس کی کوئی معنی نہیں ہے۔ اس کی کوئی معنی نہیں ہے۔ زیادہ clear طور پر میں یہ کہوں گا کہ اس کا یہ ہے کہ mind میں جو thinking ہوتی ہے تو thinking process کو ہم stop کر دیتے ہیں۔</w:t>
      </w:r>
    </w:p>
    <w:p>
      <w:r>
        <w:rPr>
          <w:b/>
        </w:rPr>
        <w:t xml:space="preserve">[47:25] </w:t>
      </w:r>
      <w:r>
        <w:t>kis liye stop karte hain? ta keh hamara jo mind hai kuch dair relax ho kar ke phir woh sochay keh yeh kya hai? to mein to kabhi nahin aisa karta.</w:t>
      </w:r>
    </w:p>
    <w:p>
      <w:pPr>
        <w:jc w:val="right"/>
      </w:pPr>
      <w:r>
        <w:t>کس لیے stop کرتے ہیں؟ تاکہ ہمارا جو mind ہے کچھ دیر relax ہو کر کے پھر وہ سوچے کہ یہ کیا ہے؟ تو میں تو کبھی نہیں ایسا کرتا۔</w:t>
      </w:r>
    </w:p>
    <w:p>
      <w:r>
        <w:rPr>
          <w:b/>
        </w:rPr>
        <w:t xml:space="preserve">[47:34] </w:t>
      </w:r>
      <w:r>
        <w:t>mera mind dekhen kitna ziyada creative mind hai. mein to aaj tak kabhi apne mind ko stop nahin kiya. jo stop karte hain aap mujh se milaiye un ko bohat mila hoon logon se.</w:t>
      </w:r>
    </w:p>
    <w:p>
      <w:pPr>
        <w:jc w:val="right"/>
      </w:pPr>
      <w:r>
        <w:t>میرا mind دیکھیں کتنا زیادہ creative mind ہے۔ میں تو آج تک کبھی اپنے mind کو stop نہیں کیا۔ جو stop کرتے ہیں آپ مجھ سے ملائیے ان کو بہت ملا ہوں لوگوں سے۔</w:t>
      </w:r>
    </w:p>
    <w:p>
      <w:r>
        <w:rPr>
          <w:b/>
        </w:rPr>
        <w:t xml:space="preserve">[47:45] </w:t>
      </w:r>
      <w:r>
        <w:t>un ke paas koi creative baat hoti hi nahin.</w:t>
      </w:r>
    </w:p>
    <w:p>
      <w:pPr>
        <w:jc w:val="right"/>
      </w:pPr>
      <w:r>
        <w:t>ان کے پاس کوئی creative بات ہوتی ہی نہیں۔</w:t>
      </w:r>
    </w:p>
    <w:p>
      <w:r>
        <w:rPr>
          <w:b/>
        </w:rPr>
        <w:t xml:space="preserve">[47:49] </w:t>
      </w:r>
      <w:r>
        <w:t>to yeh to kehne ki baat hai sirf. ek word play hai shabdon ka janjal hai. mein sufiyon se mila. ab dekhen ek ek bohat baray sufi India ke.</w:t>
      </w:r>
    </w:p>
    <w:p>
      <w:pPr>
        <w:jc w:val="right"/>
      </w:pPr>
      <w:r>
        <w:t>تو یہ تو کہنے کی بات ہے صرف۔ ایک ورڈ پلے ہے शब्दوں کا جنجال ہے۔ میں صوفیوں سے ملا۔ اب دیکھیں ایک ایک بہت بڑے صوفی انڈیا کے۔</w:t>
      </w:r>
    </w:p>
    <w:p>
      <w:r>
        <w:rPr>
          <w:b/>
        </w:rPr>
        <w:t xml:space="preserve">[48:01] </w:t>
      </w:r>
      <w:r>
        <w:t>mein un ke khankah mein gaya. un ke bohat jo qareeb ke jo ek aadmi thay.</w:t>
      </w:r>
    </w:p>
    <w:p>
      <w:pPr>
        <w:jc w:val="right"/>
      </w:pPr>
      <w:r>
        <w:t>میں ان کے خانقاہ میں گیا۔ ان کے بہت جو قریب کے جو ایک آدمی تھے۔</w:t>
      </w:r>
    </w:p>
    <w:p>
      <w:r>
        <w:rPr>
          <w:b/>
        </w:rPr>
        <w:t xml:space="preserve">[48:07] </w:t>
      </w:r>
      <w:r>
        <w:t>un se mein ne poocha keh bhai aap bataiye Hazrat Ji ke baray mein. kahin sahib Hazrat Ji ka kehna hai yeh woh. to phir unhon ne kaha keh ek din mein akela tha.</w:t>
      </w:r>
    </w:p>
    <w:p>
      <w:pPr>
        <w:jc w:val="right"/>
      </w:pPr>
      <w:r>
        <w:t>ان سے میں نے پوچھا کہ بھئی آپ بتائیے حضرت جی کے بارے میں۔ کہیں صاحب حضرت جی کا کہنا ہے یہ وہ۔ تو پھر انہوں نے کہا کہ ایک دن میں اکیلا تھا۔</w:t>
      </w:r>
    </w:p>
    <w:p>
      <w:r>
        <w:rPr>
          <w:b/>
        </w:rPr>
        <w:t xml:space="preserve">[48:18] </w:t>
      </w:r>
      <w:r>
        <w:t>Hazrat Ji sarpai pe letay huay thay. mein ne kaha sahib jab woh bimari</w:t>
      </w:r>
    </w:p>
    <w:p>
      <w:pPr>
        <w:jc w:val="right"/>
      </w:pPr>
      <w:r>
        <w:t>حضرت جی سرپائی پہ لیٹے ہوئے تھے۔ میں نے کہا صاحب جب وہ بیماری</w:t>
      </w:r>
    </w:p>
    <w:p>
      <w:r>
        <w:rPr>
          <w:b/>
        </w:rPr>
        <w:t xml:space="preserve">[48:24] </w:t>
      </w:r>
      <w:r>
        <w:t>honay rehnay lagay thay aakhri zamanay mein. keh Hazrat Ji aap to bimar honay lagay hain. aap jo hain chalay jayen gay. hamara kya hoga? hamara kya hoga?</w:t>
      </w:r>
    </w:p>
    <w:p>
      <w:pPr>
        <w:jc w:val="right"/>
      </w:pPr>
      <w:r>
        <w:t>ہونے رہنے لگے تھے آخری زمانے میں۔ کہ حضرت جی آپ تو بیمار ہونے لگے ہیں۔ آپ جو ہیں چلے جائیں گے۔ ہمارا کیا ہوگا؟ ہمارا کیا ہوگا؟</w:t>
      </w:r>
    </w:p>
    <w:p>
      <w:r>
        <w:rPr>
          <w:b/>
        </w:rPr>
        <w:t xml:space="preserve">[48:32] </w:t>
      </w:r>
      <w:r>
        <w:t>yani woh yeh woh shakhs hai jis ko keh baray baray top ke log jis ke mureed thay. woh insaan hai. kehta hai top ka sufi.</w:t>
      </w:r>
    </w:p>
    <w:p>
      <w:pPr>
        <w:jc w:val="right"/>
      </w:pPr>
      <w:r>
        <w:t>یعنی وہ یہ وہ شخص ہے جس کو کہ بڑے بڑے ٹاپ کے لوگ جس کے مرید تھے۔ وہ انسان ہے۔ کہتا ہے ٹاپ کا صوفی۔</w:t>
      </w:r>
    </w:p>
    <w:p>
      <w:r>
        <w:rPr>
          <w:b/>
        </w:rPr>
        <w:t xml:space="preserve">[48:41] </w:t>
      </w:r>
      <w:r>
        <w:t>to unhon ne mujhe bataya keh Hazrat Ji ne kaha</w:t>
      </w:r>
    </w:p>
    <w:p>
      <w:pPr>
        <w:jc w:val="right"/>
      </w:pPr>
      <w:r>
        <w:t>تو انہوں نے مجھے بتایا کہ حضرت جی نے کہا</w:t>
      </w:r>
    </w:p>
    <w:p>
      <w:r>
        <w:rPr>
          <w:b/>
        </w:rPr>
        <w:t xml:space="preserve">[48:45] </w:t>
      </w:r>
      <w:r>
        <w:t>keh abhi to apna wahan case chal raha hai. aur agar agar mera muamla tay hoga to ek bhi peechay nahin rehnay ka.</w:t>
      </w:r>
    </w:p>
    <w:p>
      <w:pPr>
        <w:jc w:val="right"/>
      </w:pPr>
      <w:r>
        <w:t>کہ ابھی تو اپنا وہاں کیس چل رہا ہے۔ اور اگر اگر میرا معاملہ طے ہوگا تو ایک بھی پیچھے نہیں رہنے کا۔</w:t>
      </w:r>
    </w:p>
    <w:p>
      <w:r>
        <w:rPr>
          <w:b/>
        </w:rPr>
        <w:t xml:space="preserve">[48:55] </w:t>
      </w:r>
      <w:r>
        <w:t>yeh kya lafz hoga? absent baat hai. kya absent baat hai yeh?</w:t>
      </w:r>
    </w:p>
    <w:p>
      <w:pPr>
        <w:jc w:val="right"/>
      </w:pPr>
      <w:r>
        <w:t>یہ کیا لفظ ہوگا؟ ایبسنٹ بات ہے۔ کیا ایبسنٹ بات ہے یہ؟</w:t>
      </w:r>
    </w:p>
    <w:p>
      <w:r>
        <w:rPr>
          <w:b/>
        </w:rPr>
        <w:t xml:space="preserve">[49:02] </w:t>
      </w:r>
      <w:r>
        <w:t>is tarah se mein Rabia Rahim Shukr bohat hi international fame ka aadmi hai. do bar ya teen bar mila hoon. kabhi baat chal nahin pati. ek bar mein un se gaya to ghaliban do ghantay ya teen ghantay ka appointment tha.</w:t>
      </w:r>
    </w:p>
    <w:p>
      <w:pPr>
        <w:jc w:val="right"/>
      </w:pPr>
      <w:r>
        <w:t>اس طرح سے میں ربیع الرحیم شکر بہت ہی انٹرنیشنل فیم کا آدمی ہے۔ دو بار یا تین بار ملا ہوں۔ کبھی بات چل نہیں پاتی۔ ایک بار میں ان سے گیا تو غالباً دو گھنٹے یا تین گھنٹے کا اپوائنٹمنٹ تھا۔</w:t>
      </w:r>
    </w:p>
    <w:p>
      <w:r>
        <w:rPr>
          <w:b/>
        </w:rPr>
        <w:t xml:space="preserve">[49:14] </w:t>
      </w:r>
      <w:r>
        <w:t>aur das minute baat nahin hui jab tak keh woh ke telephone aa gaya un ka pata nahin kahan se. aur phir mein ne kaha keh aap baat nahin karna chahtay hain to mein loot aaya.</w:t>
      </w:r>
    </w:p>
    <w:p>
      <w:pPr>
        <w:jc w:val="right"/>
      </w:pPr>
      <w:r>
        <w:t>اور دس منٹ بات نہیں ہوئی جب تک کہ وہ کہ ٹیلی فون آ گیا ان کا پتہ نہیں کہاں سے۔ اور پھر میں نے کہا کہ آپ بات نہیں کرنا چاہتے ہیں تو میں لوٹ آیا۔</w:t>
      </w:r>
    </w:p>
    <w:p>
      <w:r>
        <w:rPr>
          <w:b/>
        </w:rPr>
        <w:t xml:space="preserve">[49:23] </w:t>
      </w:r>
      <w:r>
        <w:t>to jo log keh yeh yeh jo baat batai jati hai philosophy keh relax karte hain to un ka intellectual development kyun nahin hota?</w:t>
      </w:r>
    </w:p>
    <w:p>
      <w:pPr>
        <w:jc w:val="right"/>
      </w:pPr>
      <w:r>
        <w:t>تو جو لوگ کہ یہ یہ جو بات بتائی جاتی ہے فلاسفی کہ ریلیکس کرتے ہیں تو ان کا انٹلیکچول ڈیولپمنٹ کیوں نہیں ہوتا؟</w:t>
      </w:r>
    </w:p>
    <w:p>
      <w:r>
        <w:rPr>
          <w:b/>
        </w:rPr>
        <w:t xml:space="preserve">[49:35] </w:t>
      </w:r>
      <w:r>
        <w:t>yani is theory ke mutabiq woh relax kar karne ke liye meditation karte hain woh. to sawal yeh hai ke meditation kar ke jo relax kiya aap ne to aap ka intellectual development kyun ruka hua hai?</w:t>
      </w:r>
    </w:p>
    <w:p>
      <w:pPr>
        <w:jc w:val="right"/>
      </w:pPr>
      <w:r>
        <w:t>یعنی اس تھیوری کے مطابق وہ ریلیکس کر کرنے کے لیے میڈیٹیشن کرتے ہیں وہ۔ تو سوال یہ ہے کہ میڈیٹیشن کر کے جو ریلیکس کیا آپ نے تو آپ کا انٹلیکچول ڈیولپمنٹ کیوں رکا ہوا ہے؟</w:t>
      </w:r>
    </w:p>
    <w:p>
      <w:r>
        <w:rPr>
          <w:b/>
        </w:rPr>
        <w:t xml:space="preserve">[49:46] </w:t>
      </w:r>
      <w:r>
        <w:t>woh keh nahi hua. maine to har ek ko paya hai ke is ka intellectual development ruka hua hai.</w:t>
      </w:r>
    </w:p>
    <w:p>
      <w:pPr>
        <w:jc w:val="right"/>
      </w:pPr>
      <w:r>
        <w:t>وہ کہ نہیں ہوا۔ میں نے تو ہر ایک کو پایا ہے کہ اس کا انٹلیکچول ڈیولپمنٹ رکا ہوا ہے۔</w:t>
      </w:r>
    </w:p>
    <w:p>
      <w:r>
        <w:rPr>
          <w:b/>
        </w:rPr>
        <w:t xml:space="preserve">[49:52] </w:t>
      </w:r>
      <w:r>
        <w:t>jis tarah se log paisa kamate hain koi intellectual development in ka nahi hota. bade bade paise walon ko maine dekha ke bilkul bhed bakri ki tarah baatein karte hain woh.</w:t>
      </w:r>
    </w:p>
    <w:p>
      <w:pPr>
        <w:jc w:val="right"/>
      </w:pPr>
      <w:r>
        <w:t>جس طرح سے لوگ پیسہ کماتے ہیں کوئی انٹلیکچول ڈیولپمنٹ ان کا نہیں ہوتا۔ بڑے بڑے پیسے والوں کو میں نے دیکھا کہ بالکل بھیڑ بکری کی طرح باتیں کرتے ہیں وہ۔</w:t>
      </w:r>
    </w:p>
    <w:p>
      <w:r>
        <w:rPr>
          <w:b/>
        </w:rPr>
        <w:t xml:space="preserve">[50:02] </w:t>
      </w:r>
      <w:r>
        <w:t>money ki baat ho to khoob hoshiyar hain woh. money ke bahir jo intellectual problem hai. kuch bhi sochte nahi hain in ke andar nahi hai.</w:t>
      </w:r>
    </w:p>
    <w:p>
      <w:pPr>
        <w:jc w:val="right"/>
      </w:pPr>
      <w:r>
        <w:t>منی کی بات ہو تو خوب ہوشیار ہیں وہ۔ منی کے باہر جو انٹلیکچول پرابلم ہے۔ کچھ بھی سوچتے نہیں ہیں ان کے اندر نہیں ہے۔</w:t>
      </w:r>
    </w:p>
    <w:p>
      <w:r>
        <w:rPr>
          <w:b/>
        </w:rPr>
        <w:t xml:space="preserve">[50:11] </w:t>
      </w:r>
      <w:r>
        <w:t>aise hi maine musalman sufiyon ko dekha. aise hi maine hindu guruon ko dekha. koi baat hi nahi in ke paas hai. to sawal yeh hai ke jab woh yeh yeh jo keh rahe hain to yeh agar koi sahi baat hai to in ke andar intellectual development bohat zyada hona chahiye.</w:t>
      </w:r>
    </w:p>
    <w:p>
      <w:pPr>
        <w:jc w:val="right"/>
      </w:pPr>
      <w:r>
        <w:t>ایسے ہی میں نے مسلمان صوفیوں کو دیکھا۔ ایسے ہی میں نے ہندو گروؤں کو دیکھا۔ کوئی بات ہی نہیں ان کے پاس ہے۔ تو سوال یہ ہے کہ جب وہ یہ یہ جو کہہ رہے ہیں تو یہ اگر کوئی صحیح بات ہے تو ان کے اندر انٹلیکچول ڈیولپمنٹ بہت زیادہ ہونا چاہیے۔</w:t>
      </w:r>
    </w:p>
    <w:p>
      <w:r>
        <w:rPr>
          <w:b/>
        </w:rPr>
        <w:t xml:space="preserve">[50:28] </w:t>
      </w:r>
      <w:r>
        <w:t>to magar main main dekhta hoon kuch bhi nahi hai. is wajah se main samajhta hoon ke yeh mehaz ek kahani ki baat hai. is ki koi haqeeqat nahi hai.</w:t>
      </w:r>
    </w:p>
    <w:p>
      <w:pPr>
        <w:jc w:val="right"/>
      </w:pPr>
      <w:r>
        <w:t>تو مگر میں میں دیکھتا ہوں کچھ بھی نہیں ہے۔ اس وجہ سے میں سمجھتا ہوں کہ یہ محض ایک کہانی کی بات ہے۔ اس کی کوئی حقیقت نہیں ہے۔</w:t>
      </w:r>
    </w:p>
    <w:p>
      <w:r>
        <w:rPr>
          <w:b/>
        </w:rPr>
        <w:t xml:space="preserve">[50:38] </w:t>
      </w:r>
      <w:r>
        <w:t>aur mind jo hai ek aisi cheez hai is ko stop karne ki zaroorat nahi hai. mind kabhi thakta nahi hai.</w:t>
      </w:r>
    </w:p>
    <w:p>
      <w:pPr>
        <w:jc w:val="right"/>
      </w:pPr>
      <w:r>
        <w:t>اور mind جو ہے ایک ایسی چیز ہے اس کو اسٹاپ کرنے کی ضرورت نہیں ہے۔ mind کبھی تھکتا نہیں ہے۔</w:t>
      </w:r>
    </w:p>
    <w:p>
      <w:r>
        <w:rPr>
          <w:b/>
        </w:rPr>
        <w:t xml:space="preserve">[50:46] </w:t>
      </w:r>
      <w:r>
        <w:t>hamari physical jo body hai woh thak jati hai. mind nahi thakta hai kabhi. is ko stop karne ki zaroorat hi kya hai bhai? woh to sone mein bhi kaam karta rehta hai woh. mera mind to sone mein bhi kaam karta hai.</w:t>
      </w:r>
    </w:p>
    <w:p>
      <w:pPr>
        <w:jc w:val="right"/>
      </w:pPr>
      <w:r>
        <w:t>ہماری فزیکل جو باڈی ہے وہ تھک جاتی ہے۔ mind نہیں تھکتا ہے کبھی۔ اس کو اسٹاپ کرنے کی ضرورت ہی کیا ہے بھئی؟ وہ تو سونے میں بھی کام کرتا رہتا ہے وہ۔ میرا mind تو سونے میں بھی کام کرتا ہے۔</w:t>
      </w:r>
    </w:p>
    <w:p>
      <w:r>
        <w:rPr>
          <w:b/>
        </w:rPr>
        <w:t xml:space="preserve">[50:58] </w:t>
      </w:r>
      <w:r>
        <w:t>kitni baatein aisi hain jo sone mein mujhe discount karti hain.</w:t>
      </w:r>
    </w:p>
    <w:p>
      <w:pPr>
        <w:jc w:val="right"/>
      </w:pPr>
      <w:r>
        <w:t>کتنی باتیں ایسی ہیں جو سونے میں مجھے ڈسکاؤنٹ کرتی ہیں۔</w:t>
      </w:r>
    </w:p>
    <w:p>
      <w:r>
        <w:rPr>
          <w:b/>
        </w:rPr>
        <w:t xml:space="preserve">[51:02] </w:t>
      </w:r>
      <w:r>
        <w:t>to mind jo hai aisi cheez hi nahi ke is ko stop karein aap. woh sone mein bhi chalta rehta hai. to stop karne ki zaroorat kya hai?</w:t>
      </w:r>
    </w:p>
    <w:p>
      <w:pPr>
        <w:jc w:val="right"/>
      </w:pPr>
      <w:r>
        <w:t>تو mind جو ہے ایسی چیز ہی نہیں کہ اس کو اسٹاپ کریں آپ۔ وہ سونے میں بھی چلتا رہتا ہے۔ تو اسٹاپ کرنے کی ضرورت کیا ہے؟</w:t>
      </w:r>
    </w:p>
    <w:p>
      <w:r>
        <w:rPr>
          <w:b/>
        </w:rPr>
        <w:t xml:space="preserve">[51:12] </w:t>
      </w:r>
      <w:r>
        <w:t>aap ka nature ke against mein jaane ki kya zaroorat hai aap ko? stop karne ke maani hain is ko</w:t>
      </w:r>
    </w:p>
    <w:p>
      <w:pPr>
        <w:jc w:val="right"/>
      </w:pPr>
      <w:r>
        <w:t>آپ کا نیچر کے اگینسٹ میں جانے کی کیا ضرورت ہے آپ کو؟ اسٹاپ کرنے کے معنی ہیں اس کو</w:t>
      </w:r>
    </w:p>
    <w:p>
      <w:r>
        <w:rPr>
          <w:b/>
        </w:rPr>
        <w:t xml:space="preserve">[51:18] </w:t>
      </w:r>
      <w:r>
        <w:t>yani woh karna. woh. de-funk sahi word hoga ya de-funk karna? kaisa sahi word hai?</w:t>
      </w:r>
    </w:p>
    <w:p>
      <w:pPr>
        <w:jc w:val="right"/>
      </w:pPr>
      <w:r>
        <w:t>یعنی وہ کرنا۔ وہ۔ ڈی فنک صحیح ورڈ ہوگا یا ڈی فنک کرنا؟ کیسا صحیح ورڈ ہے؟</w:t>
      </w:r>
    </w:p>
    <w:p>
      <w:r>
        <w:rPr>
          <w:b/>
        </w:rPr>
        <w:t xml:space="preserve">[51:30] </w:t>
      </w:r>
      <w:r>
        <w:t>de-funk karna. Mr Khalid Ansari. ji de-funk is the right word. de-functional basically. haan wahi. de-funk karna.</w:t>
      </w:r>
    </w:p>
    <w:p>
      <w:pPr>
        <w:jc w:val="right"/>
      </w:pPr>
      <w:r>
        <w:t>ڈی فنک کرنا۔ مسٹر خالد انصاری۔ جی ڈی فنک از دی رائٹ ورڈ۔ ڈی فنکشنل بیسکلی۔ ہاں وہی۔ ڈی فنک کرنا۔</w:t>
      </w:r>
    </w:p>
    <w:p>
      <w:r>
        <w:rPr>
          <w:b/>
        </w:rPr>
        <w:t xml:space="preserve">[51:40] </w:t>
      </w:r>
      <w:r>
        <w:t>d-e-f-u-n-c-p. hain ji. yeh yeh koi kaam hai? yeh koi kaam hi nahi hai. haan chaliye sir.</w:t>
      </w:r>
    </w:p>
    <w:p>
      <w:pPr>
        <w:jc w:val="right"/>
      </w:pPr>
      <w:r>
        <w:t>ڈی ایف یو این سی پی۔ ہیں جی۔ یہ یہ کوئی کام ہے؟ یہ کوئی کام ہی نہیں ہے۔ ہاں چلیے سر۔</w:t>
      </w:r>
    </w:p>
    <w:p>
      <w:r>
        <w:rPr>
          <w:b/>
        </w:rPr>
        <w:t xml:space="preserve">[51:50] </w:t>
      </w:r>
      <w:r>
        <w:t>my least question is that what does thinking such as enjoy every moment</w:t>
      </w:r>
    </w:p>
    <w:p>
      <w:pPr>
        <w:jc w:val="right"/>
      </w:pPr>
      <w:r>
        <w:t>مائی لیسٹ کوسچن از دیٹ واٹ ڈز تھنکنگ سچ ایز انجوائے ایوری مومنٹ</w:t>
      </w:r>
    </w:p>
    <w:p>
      <w:r>
        <w:rPr>
          <w:b/>
        </w:rPr>
        <w:t xml:space="preserve">[51:56] </w:t>
      </w:r>
      <w:r>
        <w:t>due to our intellectual development? does it help it grow? jo aaj article tha enjoy every moment. so this kind of thinking.</w:t>
      </w:r>
    </w:p>
    <w:p>
      <w:pPr>
        <w:jc w:val="right"/>
      </w:pPr>
      <w:r>
        <w:t>ڈیو ٹو اور انٹلیکچول ڈیولپمنٹ؟ ڈز اٹ ہیلپ اٹ گرو؟ جو آج آرٹیکل تھا انجوائے ایوری مومنٹ۔ سو دس کائنڈ آف تھنکنگ۔</w:t>
      </w:r>
    </w:p>
    <w:p>
      <w:r>
        <w:rPr>
          <w:b/>
        </w:rPr>
        <w:t xml:space="preserve">[52:06] </w:t>
      </w:r>
      <w:r>
        <w:t>kya is ko bataiye aap kya matlab hai? hona jo jo hum aap se baat kar rahe the wahi hai. aisi soch sir thinking yani aisi soch ke enjoy every moment.</w:t>
      </w:r>
    </w:p>
    <w:p>
      <w:pPr>
        <w:jc w:val="right"/>
      </w:pPr>
      <w:r>
        <w:t>کیا اس کو بتائیے آپ کیا مطلب ہے؟ ہونا جو جو ہم آپ سے بات کر رہے تھے وہی ہے۔ ایسی سوچ سر تھنکنگ یعنی ایسی سوچ کہ انجوائے ایوری مومنٹ۔</w:t>
      </w:r>
    </w:p>
    <w:p>
      <w:r>
        <w:rPr>
          <w:b/>
        </w:rPr>
        <w:t xml:space="preserve">[52:15] </w:t>
      </w:r>
      <w:r>
        <w:t>is se koi intellectual development ho sakta hai? kya phir is ki yeh? is tarah ki soch</w:t>
      </w:r>
    </w:p>
    <w:p>
      <w:pPr>
        <w:jc w:val="right"/>
      </w:pPr>
      <w:r>
        <w:t>اس سے کوئی انٹلیکچول ڈیولپمنٹ ہو سکتا ہے؟ کیا پھر اس کی یہ؟ اس طرح کی سوچ</w:t>
      </w:r>
    </w:p>
    <w:p>
      <w:r>
        <w:rPr>
          <w:b/>
        </w:rPr>
        <w:t xml:space="preserve">[52:22] </w:t>
      </w:r>
      <w:r>
        <w:t>ke enjoy every moment. is se koi intellectual development ho sakta hai? achha. nahi bilkul nahi. dekhein yeh beautiful word hai is baat ka ke animal ban jao.</w:t>
      </w:r>
    </w:p>
    <w:p>
      <w:pPr>
        <w:jc w:val="right"/>
      </w:pPr>
      <w:r>
        <w:t>کہ انجوائے ایوری مومنٹ۔ اس سے کوئی انٹلیکچول ڈیولپمنٹ ہو سکتا ہے؟ اچھا۔ نہیں بالکل نہیں۔ دیکھیں یہ بیوٹی فل ورڈ ہے اس بات کا کہ انیمل بن جاؤ۔</w:t>
      </w:r>
    </w:p>
    <w:p>
      <w:r>
        <w:rPr>
          <w:b/>
        </w:rPr>
        <w:t xml:space="preserve">[52:39] </w:t>
      </w:r>
      <w:r>
        <w:t>jab dekhein jab enjoy karna mumkin hi nahi hai. jaise ke maine arz kiya ke apni limitations aur bahir ke factors jo hain woh aap ko saath nahi dete hain.</w:t>
      </w:r>
    </w:p>
    <w:p>
      <w:pPr>
        <w:jc w:val="right"/>
      </w:pPr>
      <w:r>
        <w:t>جب دیکھیں جب انجوائے کرنا ممکن ہی نہیں ہے۔ جیسے کہ میں نے عرض کیا کہ اپنی لیمیٹیشنز اور باہر کے فیکٹرز جو ہیں وہ آپ کو ساتھ نہیں دیتے۔</w:t>
      </w:r>
    </w:p>
    <w:p>
      <w:r>
        <w:rPr>
          <w:b/>
        </w:rPr>
        <w:t xml:space="preserve">[52:51] </w:t>
      </w:r>
      <w:r>
        <w:t>to practical baat yeh hai ke aap enjoy kar hi nahi sakte. enjoy karne ko jo aap</w:t>
      </w:r>
    </w:p>
    <w:p>
      <w:pPr>
        <w:jc w:val="right"/>
      </w:pPr>
      <w:r>
        <w:t>تو پریکٹیکل بات یہ ہے کہ آپ انجوائے کر ہی نہیں سکتے۔ انجوائے کرنے کو جو آپ</w:t>
      </w:r>
    </w:p>
    <w:p>
      <w:r>
        <w:rPr>
          <w:b/>
        </w:rPr>
        <w:t xml:space="preserve">[52:58] </w:t>
      </w:r>
      <w:r>
        <w:t>woh banayenge apna goal to sirf yeh hoga ke aap animal ban jayenge. animal level pe chale jayenge jahan par yeh mind aap ka kaam nahi karega.</w:t>
      </w:r>
    </w:p>
    <w:p>
      <w:pPr>
        <w:jc w:val="right"/>
      </w:pPr>
      <w:r>
        <w:t>وہ بنائیں گے اپنا گول تو صرف یہ ہوگا کہ آپ انیمل بن جائیں گے۔ انیمل لیول پہ چلے جائیں گے جہاں پر یہ mind آپ کا کام نہیں کرے گا۔</w:t>
      </w:r>
    </w:p>
    <w:p>
      <w:r>
        <w:rPr>
          <w:b/>
        </w:rPr>
        <w:t xml:space="preserve">[53:08] </w:t>
      </w:r>
      <w:r>
        <w:t>aur ek anasthesia anasthesia jo ho jata hai na woh woh woh state hai.</w:t>
      </w:r>
    </w:p>
    <w:p>
      <w:pPr>
        <w:jc w:val="right"/>
      </w:pPr>
      <w:r>
        <w:t>اور ایک انستھیسی انستھیسی جو ہو جاتا ہے نا وہ وہ وہ اسٹیٹ ہے۔</w:t>
      </w:r>
    </w:p>
    <w:p>
      <w:r>
        <w:rPr>
          <w:b/>
        </w:rPr>
        <w:t xml:space="preserve">[53:15] </w:t>
      </w:r>
      <w:r>
        <w:t>woh state hai. aur yeh bhi ek khayali baat hai. main samajhta hoon ke yeh khayali to bohat se log kehte hain lekin woh woh bator waqea koi keh nahi pata.</w:t>
      </w:r>
    </w:p>
    <w:p>
      <w:pPr>
        <w:jc w:val="right"/>
      </w:pPr>
      <w:r>
        <w:t>وہ اسٹیٹ ہے۔ اور یہ بھی ایک خیالی بات ہے۔ میں سمجھتا ہوں کہ یہ خیالی تو بہت سے لوگ کہتے ہیں لیکن وہ وہ بطور واقعہ کوئی کہہ نہیں پاتا۔</w:t>
      </w:r>
    </w:p>
    <w:p>
      <w:r>
        <w:rPr>
          <w:b/>
        </w:rPr>
        <w:t xml:space="preserve">[53:26] </w:t>
      </w:r>
      <w:r>
        <w:t>main sirf misaal deta hoon main aap ko. woh jo book hai poori poori book maine is ko dekha.</w:t>
      </w:r>
    </w:p>
    <w:p>
      <w:pPr>
        <w:jc w:val="right"/>
      </w:pPr>
      <w:r>
        <w:t>میں صرف مثال دیتا ہوں میں آپ کو۔ وہ جو بک ہے پوری پوری بک میں نے اس کو دیکھا۔</w:t>
      </w:r>
    </w:p>
    <w:p>
      <w:r>
        <w:rPr>
          <w:b/>
        </w:rPr>
        <w:t xml:space="preserve">[53:33] </w:t>
      </w:r>
      <w:r>
        <w:t>woh jo hai amang ho sold as fride. to ek aadmi jo american lawyer hai us ki kahani hai woh ke fride ko bech kar ke woh jata hai hamiria himalaya pahaar mein aur bohat wahan koi magan rehta hai.</w:t>
      </w:r>
    </w:p>
    <w:p>
      <w:pPr>
        <w:jc w:val="right"/>
      </w:pPr>
      <w:r>
        <w:t>وہ جو ہے امنگ ہو سولڈ از فرائیڈے۔ تو ایک آدمی جو امریکن لائر ہے اس کی کہانی ہے وہ کہ فرائیڈے کو بیچ کر کے وہ جاتا ہے ہمیریہ ہمالیہ پہاڑ میں اور بہت وہاں کوئی مگن رہتا ہے۔</w:t>
      </w:r>
    </w:p>
    <w:p>
      <w:r>
        <w:rPr>
          <w:b/>
        </w:rPr>
        <w:t xml:space="preserve">[53:49] </w:t>
      </w:r>
      <w:r>
        <w:t>to main aap se poochta hoon ke agar yeh ho sakta hai aisa to yeh to fiction ke roop mein kyun hai? woh kisi sachi kahani kyun nahi hai?</w:t>
      </w:r>
    </w:p>
    <w:p>
      <w:pPr>
        <w:jc w:val="right"/>
      </w:pPr>
      <w:r>
        <w:t>تو میں آپ سے پوچھتا ہوں کہ اگر یہ ہو سکتا ہے ایسا تو یہ تو فکشن کے روپ میں کیوں ہے؟ وہ کسی سچی کہانی کیوں نہیں ہے؟</w:t>
      </w:r>
    </w:p>
    <w:p>
      <w:r>
        <w:rPr>
          <w:b/>
        </w:rPr>
        <w:t xml:space="preserve">[53:57] </w:t>
      </w:r>
      <w:r>
        <w:t>woh sachi kahani nahi hai. woh yeh bhi log jo hain samajhte hain ke sachi kahani hai. bilkul sachi kahani nahi. woh fiction hai. woh fiction ko sachi kahani ke zabaan mein bataya hai.</w:t>
      </w:r>
    </w:p>
    <w:p>
      <w:pPr>
        <w:jc w:val="right"/>
      </w:pPr>
      <w:r>
        <w:t>وہ سچی کہانی نہیں ہے۔ وہ یہ بھی لوگ جو ہیں سمجھتے ہیں کہ سچی کہانی ہے۔ بالکل سچی کہانی نہیں۔ وہ فکشن ہے۔ وہ فکشن کو سچی کہانی کے زبان میں بتایا ہے۔</w:t>
      </w:r>
    </w:p>
    <w:p>
      <w:r>
        <w:rPr>
          <w:b/>
        </w:rPr>
        <w:t xml:space="preserve">[54:11] </w:t>
      </w:r>
      <w:r>
        <w:t>to sawal yeh hai ke agar yeh mumkin hai ke aadmi himalaya pahaar ja kar ke ek dum woh magan ho jaye</w:t>
      </w:r>
    </w:p>
    <w:p>
      <w:pPr>
        <w:jc w:val="right"/>
      </w:pPr>
      <w:r>
        <w:t>تو سوال یہ ہے کہ اگر یہ ممکن ہے کہ آدمی ہمالیہ پہاڑ جا کر کے ایک دم وہ مگن ہو جائے</w:t>
      </w:r>
    </w:p>
    <w:p>
      <w:r>
        <w:rPr>
          <w:b/>
        </w:rPr>
        <w:t xml:space="preserve">[54:17] </w:t>
      </w:r>
      <w:r>
        <w:t>to aap ke paas aisi sachi book kyun nahi hai? main wahan gaya himalaya pahaar ka jo yeh yeh jo kahani hai ek saahab hain un ki book hai himalayan us ka naam hi hai yeh kya hai himalayan hain</w:t>
      </w:r>
    </w:p>
    <w:p>
      <w:pPr>
        <w:jc w:val="right"/>
      </w:pPr>
      <w:r>
        <w:t>تو آپ کے پاس ایسی سچی بک کیوں نہیں ہے؟ میں وہاں گیا ہمالیہ پہاڑ کا جو یہ یہ جو کہانی ہے ایک صاحب ہیں ان کی بک ہے ہمالین اس کا نام ہی ہے یہ کیا ہے ہمالین ہیں</w:t>
      </w:r>
    </w:p>
    <w:p>
      <w:r>
        <w:rPr>
          <w:b/>
        </w:rPr>
        <w:t xml:space="preserve">[54:35] </w:t>
      </w:r>
      <w:r>
        <w:t>himalayan masters himalayan masters moti si book hai is mein siwaye confusion ke kuch bhi nahi aur aap ko shaq ho to kitaab laiye main bata doon ga aap ko yaani master of confusion hain saare is mein jinka naam rakh rakha hua hai himalayan masters woh hum master of confusion hain</w:t>
      </w:r>
    </w:p>
    <w:p>
      <w:pPr>
        <w:jc w:val="right"/>
      </w:pPr>
      <w:r>
        <w:t>ہمالین ماسٹرز ہمالین ماسٹرز موٹی سی بک ہے اس میں سوائے کنفیوژن کے کچھ بھی نہیں اور آپ کو شک ہو تو کتاب لائیے میں بتا دوں گا آپ کو یعنی ماسٹر آف کنفیوژن ہیں سارے اس میں جن کا نام رکھ رکھا ہوا ہے ہمالین ماسٹرز وہ ہم ماسٹر آف کنفیوژن ہیں</w:t>
      </w:r>
    </w:p>
    <w:p>
      <w:r>
        <w:rPr>
          <w:b/>
        </w:rPr>
        <w:t xml:space="preserve">[54:55] </w:t>
      </w:r>
      <w:r>
        <w:t>to log shabdon mein khelte hain shabdon mein khelte hain is ko na to right karte na is ka analysis karte na dekhte ke is ka result kya hai bas is ke shabdon mein khelte hain main dekhiye aap jo baat kehta hoon woh bilkul understandable hoti hai har ek ke liye</w:t>
      </w:r>
    </w:p>
    <w:p>
      <w:pPr>
        <w:jc w:val="right"/>
      </w:pPr>
      <w:r>
        <w:t>تو لوگ शब्दوں میں کھیلتے ہیں शब्दوں میں کھیلتے ہیں اس کو نہ تو رائٹ کرتے نہ اس کا انالیسز کرتے نہ دیکھتے کہ اس کا رزلٹ کیا ہے بس اس کے शब्दوں میں کھیلتے ہیں میں دیکھیے آپ جو بات کہتا ہوں وہ بالکل انڈرسٹینڈیبل ہوتی ہے ہر ایک کے لیے</w:t>
      </w:r>
    </w:p>
    <w:p>
      <w:r>
        <w:rPr>
          <w:b/>
        </w:rPr>
        <w:t xml:space="preserve">[55:15] </w:t>
      </w:r>
      <w:r>
        <w:t>meri kisi baat ko aap nahi kar sakte ke woh understandable nahi hai lekin in logon ki baat hai kuch samajh nahi paate kya keh rahe hain agar aap ko shaq ho to mujhe laiye koi article un ka ya koi bhi woh kitaab laiye main aap ko analysis ke liye bata doon ga</w:t>
      </w:r>
    </w:p>
    <w:p>
      <w:pPr>
        <w:jc w:val="right"/>
      </w:pPr>
      <w:r>
        <w:t>میری کسی بات کو آپ نہیں کر سکتے کہ وہ انڈرسٹینڈیبل نہیں ہے لیکن ان لوگوں کی بات ہے کچھ سمجھ نہیں پاتے کیا کہہ رہے ہیں اگر آپ کو شک ہو تو مجھے لائیے کوئی آرٹیکل ان کا یا کوئی بھی وہ کتاب لائیے میں آپ کو انالیسز کے لیے بتا دوں گا</w:t>
      </w:r>
    </w:p>
    <w:p>
      <w:r>
        <w:rPr>
          <w:b/>
        </w:rPr>
        <w:t xml:space="preserve">[55:37] </w:t>
      </w:r>
      <w:r>
        <w:t>das question is from aisha can you please explain a little more what actually namaz is for dekhen jahan tak maine samjha hai namaz jo hai khuda ke aage surrender hai</w:t>
      </w:r>
    </w:p>
    <w:p>
      <w:pPr>
        <w:jc w:val="right"/>
      </w:pPr>
      <w:r>
        <w:t>دس کوسچن از فرام عائشہ کین یو پلیز ایکسپلین ا لٹل مور واٹ ایکچولی نماز از فار دیکھیں جہاں تک میں نے سمجھا ہے نماز جو ہے خدا کے اگے سرنڈر ہے</w:t>
      </w:r>
    </w:p>
    <w:p>
      <w:r>
        <w:rPr>
          <w:b/>
        </w:rPr>
        <w:t xml:space="preserve">[56:02] </w:t>
      </w:r>
      <w:r>
        <w:t>dekhiye quran mein hai ke har cheez khuda ke aage surrender ki hui hai jaise quran mein bataya gaya hai ke</w:t>
      </w:r>
    </w:p>
    <w:p>
      <w:pPr>
        <w:jc w:val="right"/>
      </w:pPr>
      <w:r>
        <w:t>دیکھیے قران میں ہے کہ ہر چیز خدا کے اگے سرنڈر کی ہوئی ہے جیسے قران میں بتایا گیا ہے کہ</w:t>
      </w:r>
    </w:p>
    <w:p>
      <w:r>
        <w:rPr>
          <w:b/>
        </w:rPr>
        <w:t xml:space="preserve">[56:14] </w:t>
      </w:r>
      <w:r>
        <w:t>jo tree hai woh uska shadow neeche par jata hai to woh khud khada rehta hai woh neeche hota hai</w:t>
      </w:r>
    </w:p>
    <w:p>
      <w:pPr>
        <w:jc w:val="right"/>
      </w:pPr>
      <w:r>
        <w:t>جو ٹری ہے وہ اس کا شیڈو نیچے پڑ جاتا ہے تو وہ خود کھڑا رہتا ہے وہ نیچے ہوتا ہے</w:t>
      </w:r>
    </w:p>
    <w:p>
      <w:r>
        <w:rPr>
          <w:b/>
        </w:rPr>
        <w:t xml:space="preserve">[56:23] </w:t>
      </w:r>
      <w:r>
        <w:t>to quran mein bataya hai ke woh sajda karta hai yaani woh surrender ki hui hai to kainat is universe mein har cheez khuda ke aage surrender ki hui hai lekin yeh hai is ka jo surrender karna</w:t>
      </w:r>
    </w:p>
    <w:p>
      <w:pPr>
        <w:jc w:val="right"/>
      </w:pPr>
      <w:r>
        <w:t>تو قران میں بتایا ہے کہ وہ سجدہ کرتا ہے یعنی وہ سرنڈر کی ہوئی ہے تو کائنات اس یونیورس میں ہر چیز خدا کے اگے سرنڈر کی ہوئی ہے لیکن یہ ہے اس کا جو سرنڈر کرنا</w:t>
      </w:r>
    </w:p>
    <w:p>
      <w:r>
        <w:rPr>
          <w:b/>
        </w:rPr>
        <w:t xml:space="preserve">[56:40] </w:t>
      </w:r>
      <w:r>
        <w:t>yeh apni choice se nahi hai khuda ne is ko law of nature ka itna zyada is mein jakra hua hai woh is ke liye koi doosra choice nahi hai phed ke liye yeh choice nahi hai ke woh apne apne saaye ko neeche na daale</w:t>
      </w:r>
    </w:p>
    <w:p>
      <w:pPr>
        <w:jc w:val="right"/>
      </w:pPr>
      <w:r>
        <w:t>یہ اپنی چوائس سے نہیں ہے خدا نے اس کو لاء اف نیچر کا اتنا زیادہ اس میں جکڑا ہوا ہے وہ اس کے لیے کوئی دوسرا چوائس نہیں ہے پیڑ کے لیے یہ چوائس نہیں ہے کہ وہ اپنے اپنے سائے کو نیچے نہ ڈالے</w:t>
      </w:r>
    </w:p>
    <w:p>
      <w:r>
        <w:rPr>
          <w:b/>
        </w:rPr>
        <w:t xml:space="preserve">[57:02] </w:t>
      </w:r>
      <w:r>
        <w:t>yeh sitare ke liye yeh choice nahi hai ke woh orbit pe na ghoome</w:t>
      </w:r>
    </w:p>
    <w:p>
      <w:pPr>
        <w:jc w:val="right"/>
      </w:pPr>
      <w:r>
        <w:t>یہ ستارے کے لیے یہ چوائس نہیں ہے کہ وہ اربٹ پہ نہ گھومے</w:t>
      </w:r>
    </w:p>
    <w:p>
      <w:r>
        <w:rPr>
          <w:b/>
        </w:rPr>
        <w:t xml:space="preserve">[57:10] </w:t>
      </w:r>
      <w:r>
        <w:t>to lekin insaan is poori universe mein ek hi hai jo jo apne apne apni azaadi ko yaani yaani soch kar ke apne apni freedom ko khuda ke aage surrender karta hai</w:t>
      </w:r>
    </w:p>
    <w:p>
      <w:pPr>
        <w:jc w:val="right"/>
      </w:pPr>
      <w:r>
        <w:t>تو لیکن انسان اس پوری یونیورس میں ایک ہی ہے جو جو اپنے اپنے اپنی ازادی کو یعنی یعنی سوچ کر کے اپنے اپنی فریڈم کو خدا کے اگے سرنڈر کرتا ہے</w:t>
      </w:r>
    </w:p>
    <w:p>
      <w:r>
        <w:rPr>
          <w:b/>
        </w:rPr>
        <w:t xml:space="preserve">[57:27] </w:t>
      </w:r>
      <w:r>
        <w:t>is liye poori universe mein ek aadmi sajde mein ho to poore universe mein is se bara koi waqea nahi hota poori poori universe mein sab se bara jo jo hai ek ek phenomenon hota hai woh woh hota hai jab ke ek insaan sajde mein ho</w:t>
      </w:r>
    </w:p>
    <w:p>
      <w:pPr>
        <w:jc w:val="right"/>
      </w:pPr>
      <w:r>
        <w:t>اس لیے پوری یونیورس میں ایک ادمی سجدے میں ہو تو پورے یونیورس میں اس سے بڑا کوئی واقعہ نہیں ہوتا پوری پوری یونیورس میں سب سے بڑا جو جو ہے ایک ایک فیناومینا ہوتا ہے وہ وہ ہوتا ہے جب کہ ایک انسان سجدے میں ہو</w:t>
      </w:r>
    </w:p>
    <w:p>
      <w:r>
        <w:rPr>
          <w:b/>
        </w:rPr>
        <w:t xml:space="preserve">[57:47] </w:t>
      </w:r>
      <w:r>
        <w:t>kyun ke is ko kehte hain shaoori sajda yaani consciously soch kar ke apne aap ko khuda ke aage daal dena ke khuda hai to bara hai main teri greatness ko manta hoon yeh kaun kar sakta hai mujhe na suraj na chand na galaxy na koi</w:t>
      </w:r>
    </w:p>
    <w:p>
      <w:pPr>
        <w:jc w:val="right"/>
      </w:pPr>
      <w:r>
        <w:t>کیونکہ اس کو کہتے ہیں شعوری سجدہ یعنی کانشیسلی سوچ کر کے اپنے اپ کو خدا کے اگے ڈال دینا کہ خدا ہے تو بڑا ہے میں تیری گریٹنس کو مانتا ہوں یہ کون کر سکتا ہے مجھے نہ سورج نہ چاند نہ گیلیکسی نہ کوئی</w:t>
      </w:r>
    </w:p>
    <w:p>
      <w:r>
        <w:rPr>
          <w:b/>
        </w:rPr>
        <w:t xml:space="preserve">[58:06] </w:t>
      </w:r>
      <w:r>
        <w:t>yeh keh sake ke khuda hai to hi great hai main tere aage surrender karta hoon yeh sirf insaan aisa kar sakta hai isi liye sajde se bara koi waqea hai is ka is universe mein nahi</w:t>
      </w:r>
    </w:p>
    <w:p>
      <w:pPr>
        <w:jc w:val="right"/>
      </w:pPr>
      <w:r>
        <w:t>یہ کہہ سکے کہ خدا ہے تو ہی گریٹ ہے میں تیرے اگے سرنڈر کرتا ہوں یہ صرف انسان ایسا کر سکتا ہے اسی لیے سجدے سے بڑا کوئی واقعہ ہے اس کا اس یونیورس میں نہیں</w:t>
      </w:r>
    </w:p>
    <w:p>
      <w:r>
        <w:rPr>
          <w:b/>
        </w:rPr>
        <w:t xml:space="preserve">[58:22] </w:t>
      </w:r>
      <w:r>
        <w:t>aur sajde hi ki sirf jo price hai jo de kar aadmi paradise ko payega sajde se bari koi cheez nahi jo produce kar sake koi is poori universe mein surrender karna</w:t>
      </w:r>
    </w:p>
    <w:p>
      <w:pPr>
        <w:jc w:val="right"/>
      </w:pPr>
      <w:r>
        <w:t>اور سجدے ہی کی صرف جو پرائس ہے جو دے کر ادمی پیرادائز کو پائے گا سجدے سے بڑی کوئی چیز نہیں جو پروڈیوس کر سکے کوئی اس پوری یونیورس میں سرنڈر کرنا</w:t>
      </w:r>
    </w:p>
    <w:p>
      <w:r>
        <w:rPr>
          <w:b/>
        </w:rPr>
        <w:t xml:space="preserve">[58:40] </w:t>
      </w:r>
      <w:r>
        <w:t>main aap ko ek waqea arz karoon yeh surrender jo hai ek spirit hai jise main aksar kaha karta hoon ke kya yeh kehna seekhein ke i was wrong yeh bhi surrender hai yeh bhi sajda hai</w:t>
      </w:r>
    </w:p>
    <w:p>
      <w:pPr>
        <w:jc w:val="right"/>
      </w:pPr>
      <w:r>
        <w:t>میں اپ کو ایک واقعہ عرض کروں یہ سرنڈر جو ہے ایک اسپرٹ ہے جسے میں اکثر کہا کرتا ہوں کہ کیا یہ کہنا سیکھیں کہ ائی واز رونگ یہ بھی سرنڈر ہے یہ بھی سجدہ ہے</w:t>
      </w:r>
    </w:p>
    <w:p>
      <w:r>
        <w:rPr>
          <w:b/>
        </w:rPr>
        <w:t xml:space="preserve">[58:56] </w:t>
      </w:r>
      <w:r>
        <w:t>yeh bhi namaz hai kyun ke namaz ki jo asal jo essence hai is ka hai woh surrender karna apne ego ko chhod dena apne ana ko chhod dena main aksar kaha karta hoon ke sachai jo hai duniya mein khuda ko represent kar rahi hai sachai saamne aaye to aap chhip jaiye is ke aage</w:t>
      </w:r>
    </w:p>
    <w:p>
      <w:pPr>
        <w:jc w:val="right"/>
      </w:pPr>
      <w:r>
        <w:t>یہ بھی نماز ہے کیونکہ نماز کی جو اصل جو ایسنس ہے اس کا ہے وہ سرنڈر کرنا اپنے ایگو کو چھوڑ دینا اپنے انا کو چھوڑ دینا میں اکثر کہا کرتا ہوں کہ سچائی جو ہے دنیا میں خدا کو ریپریزنٹ کر رہی ہے سچائی سامنے ائے تو اپ چھپ جائیے اس کے اگے</w:t>
      </w:r>
    </w:p>
    <w:p>
      <w:r>
        <w:rPr>
          <w:b/>
        </w:rPr>
        <w:t xml:space="preserve">[59:17] </w:t>
      </w:r>
      <w:r>
        <w:t>kahiye ke maine is ko maana maine is ko acknowledge kiya main is ko surrender karta hoon is ke aage to main ek waqea arz karta hoon aap ko yeh bohat hi zyada illustrative waqea hai jab rasool Allah ki wafat hui madine mein</w:t>
      </w:r>
    </w:p>
    <w:p>
      <w:pPr>
        <w:jc w:val="right"/>
      </w:pPr>
      <w:r>
        <w:t>کہیے کہ میں نے اس کو مانا میں نے اس کو اکنالج کیا میں اس کو سرنڈر کرتا ہوں اس کے اگے تو میں ایک واقعہ عرض کرتا ہوں اپ کو یہ بہت ہی زیادہ السٹریٹیو واقعہ ہے جب رسول اللہ کی وفات ہوئی مدینہ میں</w:t>
      </w:r>
    </w:p>
    <w:p>
      <w:r>
        <w:rPr>
          <w:b/>
        </w:rPr>
        <w:t xml:space="preserve">[59:34] </w:t>
      </w:r>
      <w:r>
        <w:t>630 632 ad mein to wahan achaanak ek ek qissa pesh aaya ke jo</w:t>
      </w:r>
    </w:p>
    <w:p>
      <w:pPr>
        <w:jc w:val="right"/>
      </w:pPr>
      <w:r>
        <w:t>630 632 اے ڈی میں تو وہاں اچانک ایک ایک قصہ پیش ایا کہ جو</w:t>
      </w:r>
    </w:p>
    <w:p>
      <w:r>
        <w:rPr>
          <w:b/>
        </w:rPr>
        <w:t xml:space="preserve">[59:47] </w:t>
      </w:r>
      <w:r>
        <w:t>itne top ke aadmi the umar farooq bohat hi top ke aadmi the aur bohat zabardast yaani woh the woh wrestler the is zamane mein woh bade oonche lambe the woh to sab log un se darte the to jab aap ki wafat hui death hui aap ki</w:t>
      </w:r>
    </w:p>
    <w:p>
      <w:pPr>
        <w:jc w:val="right"/>
      </w:pPr>
      <w:r>
        <w:t>اتنے ٹاپ کے ادمی تھے عمر فاروق بہت ہی ٹاپ کے ادمی تھے اور بہت زبردست یعنی وہ تھے وہ ریسلر تھے اس زمانے میں وہ بڑے اونچے لمبے تھے وہ تو سب لوگ ان سے ڈرتے تھے تو جب اپ کی وفات ہوئی ڈیتھ ہوئی اپ کی</w:t>
      </w:r>
    </w:p>
    <w:p>
      <w:r>
        <w:rPr>
          <w:b/>
        </w:rPr>
        <w:t xml:space="preserve">[1:00:07] </w:t>
      </w:r>
      <w:r>
        <w:t>to woh talwar le kar khade ho gaye wahan par madine ki masjid mein kyun ke masjid ke hisse mein aap ka body tha wahan par</w:t>
      </w:r>
    </w:p>
    <w:p>
      <w:pPr>
        <w:jc w:val="right"/>
      </w:pPr>
      <w:r>
        <w:t>تو وہ تلوار لے کر کھڑے ہوگئے وہاں پر مدینے کی مسجد میں کیونکہ مسجد کے حصے میں اپ کا باڈی تھا وہاں پر</w:t>
      </w:r>
    </w:p>
    <w:p>
      <w:r>
        <w:rPr>
          <w:b/>
        </w:rPr>
        <w:t xml:space="preserve">[1:00:19] </w:t>
      </w:r>
      <w:r>
        <w:t>to kiya masjid mein ya saqeefa bani sa'ada ka qissa hai yeh masjid mein to khair wahan par unhon ne kaha ke jo aadmi yeh kahega ke rasool Allah ki death ho gayi hai mein us ko</w:t>
      </w:r>
    </w:p>
    <w:p>
      <w:pPr>
        <w:jc w:val="right"/>
      </w:pPr>
      <w:r>
        <w:t>تو کیا مسجد میں یا سقیفہ بنی سعدہ کا قصہ ہے یہ مسجد میں تو خیر وہاں پر انہوں نے کہا کہ جو ادمی یہ کہے گا کہ رسول اللہ کی ڈیتھ ہو گئی ہے میں اس کو</w:t>
      </w:r>
    </w:p>
    <w:p>
      <w:r>
        <w:rPr>
          <w:b/>
        </w:rPr>
        <w:t xml:space="preserve">[1:00:36] </w:t>
      </w:r>
      <w:r>
        <w:t>is ki gardan maar doon ga usay usay qatal kar doon ga us ko kyun ke un ki theory kiya thi ke rasool Allah jo hain un ki fawāt nahi hui hai un ki un ki jo soul hai chali gayi hai khuda se milne ke liye mil kar lotay gi phir usi body mein lotay gi</w:t>
      </w:r>
    </w:p>
    <w:p>
      <w:pPr>
        <w:jc w:val="right"/>
      </w:pPr>
      <w:r>
        <w:t>اس کی گردن مار دوں گا اسے اسے قتل کر دوں گا اس کو کیونکہ ان کی تھیوری کیا تھی کہ رسول اللہ جو ہیں ان کی وفات نہیں ہوئی ہے ان کی ان کی جو سول ہے چلی گئی ہے خدا سے ملنے کے لیے مل کر لوٹے گی پھر اسی باڈی میں لوٹے گی</w:t>
      </w:r>
    </w:p>
    <w:p>
      <w:r>
        <w:rPr>
          <w:b/>
        </w:rPr>
        <w:t xml:space="preserve">[1:00:53] </w:t>
      </w:r>
      <w:r>
        <w:t>bas un ka aap ne soch thi yeh jo sahi nahi thi to bilkul woh keh rahe the ke kisi ke nahi sunoon ga mein to to woh bohat aik aik wahan par aik ajeeb</w:t>
      </w:r>
    </w:p>
    <w:p>
      <w:pPr>
        <w:jc w:val="right"/>
      </w:pPr>
      <w:r>
        <w:t>بس ان کا اپ نے سوچ تھی یہ جو صحیح نہیں تھی تو بالکل وہ کہہ رہے تھے کہ کسی کے نہیں سنوں گا میں تو تو وہ بہت ایک ایک وہاں پر ایک عجیب</w:t>
      </w:r>
    </w:p>
    <w:p>
      <w:r>
        <w:rPr>
          <w:b/>
        </w:rPr>
        <w:t xml:space="preserve">[1:01:09] </w:t>
      </w:r>
      <w:r>
        <w:t>koi un ko control nahi kar sakta tha to jo rasool Allah ke baad jo number do par jo aadmi tha abubakar yeh number teen par hotay the woh kahin madine se bahar the aaye to maloom hua ke rasool Allah ki death ho gayi hai</w:t>
      </w:r>
    </w:p>
    <w:p>
      <w:pPr>
        <w:jc w:val="right"/>
      </w:pPr>
      <w:r>
        <w:t>کوئی ان کو کنٹرول نہیں کر سکتا تھا تو جو رسول اللہ کے بعد جو نمبر دو پر جو ادمی تھا ابوبکر یہ نمبر تین پر ہوتے تھے وہ کہیں مدینے سے باہر تھے ائے تو معلوم ہوا کہ رسول اللہ کی ڈیتھ ہو گئی ہے</w:t>
      </w:r>
    </w:p>
    <w:p>
      <w:r>
        <w:rPr>
          <w:b/>
        </w:rPr>
        <w:t xml:space="preserve">[1:01:29] </w:t>
      </w:r>
      <w:r>
        <w:t>to woh aaye wahan par jahan par yeh cheek chilla rahe the talwar le kar ke to unhon ne kaha ke umar chup raho woh woh chup nahi tayyar nahi woh chup rehne ko to kiya hua</w:t>
      </w:r>
    </w:p>
    <w:p>
      <w:pPr>
        <w:jc w:val="right"/>
      </w:pPr>
      <w:r>
        <w:t>تو وہ ائے وہاں پر جہاں پر یہ چیخ چلا رہے تھے تلوار لے کر کے تو انہوں نے کہا کہ عمر چپ رہو وہ وہ چپ نہیں تیار نہیں وہ چپ رہنے کو تو کیا ہوا</w:t>
      </w:r>
    </w:p>
    <w:p>
      <w:r>
        <w:rPr>
          <w:b/>
        </w:rPr>
        <w:t xml:space="preserve">[1:01:48] </w:t>
      </w:r>
      <w:r>
        <w:t>alag khare ho gaye hazrat abubakar khare ho kar unhon ne aik aayat parhi</w:t>
      </w:r>
    </w:p>
    <w:p>
      <w:pPr>
        <w:jc w:val="right"/>
      </w:pPr>
      <w:r>
        <w:t>الگ کھڑے ہوگئے حضرت ابوبکر کھڑے ہو کر انہوں نے ایک ایت پڑھی</w:t>
      </w:r>
    </w:p>
    <w:p>
      <w:r>
        <w:rPr>
          <w:b/>
        </w:rPr>
        <w:t xml:space="preserve">[1:01:56] </w:t>
      </w:r>
      <w:r>
        <w:t>quran ki aik aayat wa ma muhammadun rasoolun qad khalath min qablihi rusulun</w:t>
      </w:r>
    </w:p>
    <w:p>
      <w:pPr>
        <w:jc w:val="right"/>
      </w:pPr>
      <w:r>
        <w:t>قران کی ایک ایت وما محمد رسول قد خلق من قبل الرسل</w:t>
      </w:r>
    </w:p>
    <w:p>
      <w:r>
        <w:rPr>
          <w:b/>
        </w:rPr>
        <w:t xml:space="preserve">[1:02:16] </w:t>
      </w:r>
      <w:r>
        <w:t>masajid allaha al-shakirina chapter three mein hai is ka translation yeh hai ke</w:t>
      </w:r>
    </w:p>
    <w:p>
      <w:pPr>
        <w:jc w:val="right"/>
      </w:pPr>
      <w:r>
        <w:t>مساجد اللہ الشاکرین چیپٹر تھری میں ہے اس کا ٹرانسلیشن یہ ہے کہ</w:t>
      </w:r>
    </w:p>
    <w:p>
      <w:r>
        <w:rPr>
          <w:b/>
        </w:rPr>
        <w:t xml:space="preserve">[1:02:31] </w:t>
      </w:r>
      <w:r>
        <w:t>ke muhammad sirf khuda ke rasool hain messenger hain is ka mein literal translation kar raha hoon aap ko muhammad is ke siwa kuch nahi ke woh aik aik messenger hain un se pehle bhi bohat messenger aaye hain</w:t>
      </w:r>
    </w:p>
    <w:p>
      <w:pPr>
        <w:jc w:val="right"/>
      </w:pPr>
      <w:r>
        <w:t>کہ محمد صرف خدا کے رسول ہیں میسنجر ہیں اس کا میں لٹرل ٹرانسلیشن کر رہا ہوں اپ کو محمد اس کے سوا کچھ نہیں کہ وہ ایک ایک میسنجر ہیں ان سے پہلے بھی بہت میسنجر ائے ہیں</w:t>
      </w:r>
    </w:p>
    <w:p>
      <w:r>
        <w:rPr>
          <w:b/>
        </w:rPr>
        <w:t xml:space="preserve">[1:02:51] </w:t>
      </w:r>
      <w:r>
        <w:t>agar woh mar jaye</w:t>
      </w:r>
    </w:p>
    <w:p>
      <w:pPr>
        <w:jc w:val="right"/>
      </w:pPr>
      <w:r>
        <w:t>اگر وہ مر جائیں</w:t>
      </w:r>
    </w:p>
    <w:p>
      <w:r>
        <w:rPr>
          <w:b/>
        </w:rPr>
        <w:t xml:space="preserve">[1:02:57] </w:t>
      </w:r>
      <w:r>
        <w:t>ya qatal kar diya jaye</w:t>
      </w:r>
    </w:p>
    <w:p>
      <w:pPr>
        <w:jc w:val="right"/>
      </w:pPr>
      <w:r>
        <w:t>یا قتل کر دیا جائے</w:t>
      </w:r>
    </w:p>
    <w:p>
      <w:r>
        <w:rPr>
          <w:b/>
        </w:rPr>
        <w:t xml:space="preserve">[1:03:02] </w:t>
      </w:r>
      <w:r>
        <w:t>us ko ghor kijiye is ke is ki literal translation mein kar raha hoon is ka ke muhammad is ke siwa kuch nahi ke woh khuda ke messenger hain un se pehle bhi bohat se messenger aaye hain agar woh mar jaye</w:t>
      </w:r>
    </w:p>
    <w:p>
      <w:pPr>
        <w:jc w:val="right"/>
      </w:pPr>
      <w:r>
        <w:t>اس کو غور کیجئے اس کے اس کی لٹرل ٹرانسلیشن میں کر رہا ہوں اس کا کہ محمد اس کے سوا کچھ نہیں کہ وہ خدا کے میسنجر ہیں ان سے پہلے بھی بہت سے میسنجر ائے ہیں اگر وہ مر جائیں</w:t>
      </w:r>
    </w:p>
    <w:p>
      <w:r>
        <w:rPr>
          <w:b/>
        </w:rPr>
        <w:t xml:space="preserve">[1:03:20] </w:t>
      </w:r>
      <w:r>
        <w:t>aur agar woh qatal kar diya jaye to kiya tum ultay paon phir jaye ga</w:t>
      </w:r>
    </w:p>
    <w:p>
      <w:pPr>
        <w:jc w:val="right"/>
      </w:pPr>
      <w:r>
        <w:t>اور اگر وہ قتل کر دیا جائے تو کیا تم الٹے پاؤں پھر جائے گا</w:t>
      </w:r>
    </w:p>
    <w:p>
      <w:r>
        <w:rPr>
          <w:b/>
        </w:rPr>
        <w:t xml:space="preserve">[1:03:31] </w:t>
      </w:r>
      <w:r>
        <w:t>aur jo ultay paon phiray ga to khuda ka kuch nahi bigare ga woh</w:t>
      </w:r>
    </w:p>
    <w:p>
      <w:pPr>
        <w:jc w:val="right"/>
      </w:pPr>
      <w:r>
        <w:t>اور جو الٹے پاؤں پھرے گا تو خدا کا کچھ نہیں بگاڑے گا وہ</w:t>
      </w:r>
    </w:p>
    <w:p>
      <w:r>
        <w:rPr>
          <w:b/>
        </w:rPr>
        <w:t xml:space="preserve">[1:03:40] </w:t>
      </w:r>
      <w:r>
        <w:t>yeh aayat parhi unhon ne hazrat abubakar ne parha to umar kehte hain</w:t>
      </w:r>
    </w:p>
    <w:p>
      <w:pPr>
        <w:jc w:val="right"/>
      </w:pPr>
      <w:r>
        <w:t>یہ ایت پڑھی انہوں نے حضرت ابوبکر نے پڑھا تو عمر کہتے ہیں</w:t>
      </w:r>
    </w:p>
    <w:p>
      <w:r>
        <w:rPr>
          <w:b/>
        </w:rPr>
        <w:t xml:space="preserve">[1:03:48] </w:t>
      </w:r>
      <w:r>
        <w:t>ke mein literally zameen pe gir pada aur mera paon jo the unhon ne mera bojh uthane se inkar kar diya mein jaan liya ke khuda ki mein ne jaan liya ke rasool Allah ki death ho gayi hai ab aap ghor kijiye ke woh aik aik sentence hi to tha woh arabic mein aik sentence</w:t>
      </w:r>
    </w:p>
    <w:p>
      <w:pPr>
        <w:jc w:val="right"/>
      </w:pPr>
      <w:r>
        <w:t>کہ میں لٹرلی زمین پہ گر پڑا اور میرا پاؤں جو تھے انہوں نے میرا بوجھ اٹھانے سے انکار کر دیا میں جان لیا کہ خدا کی میں نے جان لیا کہ رسول اللہ کی ڈیتھ ہو گئی ہے اب اپ غور کیجئے کہ وہ ایک ایک سینٹنس ہی تو تھا وہ عربک میں ایک سینٹنس</w:t>
      </w:r>
    </w:p>
    <w:p>
      <w:r>
        <w:rPr>
          <w:b/>
        </w:rPr>
        <w:t xml:space="preserve">[1:04:09] </w:t>
      </w:r>
      <w:r>
        <w:t>woh koi bomb to nahi tha bomb to nahi tha lekin woh word of god tha us word of god ke agay woh woh apne ko sambhal nahi sake gir pade zameen par bilkul yeh hai surrender</w:t>
      </w:r>
    </w:p>
    <w:p>
      <w:pPr>
        <w:jc w:val="right"/>
      </w:pPr>
      <w:r>
        <w:t>وہ کوئی بم تو نہیں تھا بم تو نہیں تھا لیکن وہ ورڈ اف گاڈ تھا اس ورڈ اف گاڈ کے اگے وہ وہ اپنے کو سنبھال نہیں سکے گر پڑے زمین پر بالکل یہ ہے سرنڈر</w:t>
      </w:r>
    </w:p>
    <w:p>
      <w:r>
        <w:rPr>
          <w:b/>
        </w:rPr>
        <w:t xml:space="preserve">[1:04:29] </w:t>
      </w:r>
      <w:r>
        <w:t>to sab se bara jo hota hai is zameen par valuable koi waqea woh hai sajda khuda ke surrender karna us ke kai manifestation hain aik to panch time mein namaz mein aap surrender karte hain</w:t>
      </w:r>
    </w:p>
    <w:p>
      <w:pPr>
        <w:jc w:val="right"/>
      </w:pPr>
      <w:r>
        <w:t>تو سب سے بڑا جو ہوتا ہے اس زمین پر ویلیو ایبل کوئی واقعہ وہ ہے سجدہ خدا کے سرنڈر کرنا اس کے کئی مینیفیسٹیشن ہیں ایک تو پانچ ٹائم میں نماز میں اپ سرنڈر کرتے ہیں</w:t>
      </w:r>
    </w:p>
    <w:p>
      <w:r>
        <w:rPr>
          <w:b/>
        </w:rPr>
        <w:t xml:space="preserve">[1:04:49] </w:t>
      </w:r>
      <w:r>
        <w:t>aur jab aap aap aap se koi ghalati ho gayi aur doosra ne bataya aap ko within second aap ko jaan lage ke mein ne ghalat kaha aap us ko patch up na karein idhar udhar na karein seedhe seedhe maan lein kahein ke i was wrong to aap ne sajda kiya</w:t>
      </w:r>
    </w:p>
    <w:p>
      <w:pPr>
        <w:jc w:val="right"/>
      </w:pPr>
      <w:r>
        <w:t>اور جب اپ اپ اپ سے کوئی غلطی ہو گئی اور دوسرا نے بتایا اپ کو ود ان سیکنڈ اپ کو جان لگے کہ میں نے غلط کہا اپ اس کو پیچ اپ نہ کریں ادھر ادھر نہ کریں سیدھے سیدھے مان لیں کہیں کہ ائی واز رونگ تو اپ نے سجدہ کیا</w:t>
      </w:r>
    </w:p>
    <w:p>
      <w:r>
        <w:rPr>
          <w:b/>
        </w:rPr>
        <w:t xml:space="preserve">[1:05:09] </w:t>
      </w:r>
      <w:r>
        <w:t>jab bhi koi sachai pesh ki jaye aap ko to usi usi dair dair aap ko pehchan lein aur kahein ke haan mein us ko manta hoon woh bhi sajda hai to surrender hai to sab se bari cheez jo insan pesh kar kar sakta hai khuda ke agay woh hai consciously khuda ke agay surrender karna</w:t>
      </w:r>
    </w:p>
    <w:p>
      <w:pPr>
        <w:jc w:val="right"/>
      </w:pPr>
      <w:r>
        <w:t>جب بھی کوئی سچائی پیش کی جائے اپ کو تو اسی اسی دیر دیر اپ کو پہچان لیں اور کہیں کہ ہاں میں اس کو مانتا ہوں وہ بھی سجدہ ہے تو سرنڈر ہے تو سب سے بڑی چیز جو انسان پیش کر کر سکتا ہے خدا کے اگے وہ ہے کانشیسلی خدا کے اگے سرنڈر کرنا</w:t>
      </w:r>
    </w:p>
    <w:p>
      <w:r>
        <w:rPr>
          <w:b/>
        </w:rPr>
        <w:t xml:space="preserve">[1:05:30] </w:t>
      </w:r>
      <w:r>
        <w:t>jabke doosri jo unconsciously surrender ki hui hai yani mountain aur ocean aur stars aur galaxy har unconsciously har aik surrender ki hui hai insan ki jo woh hai speciality hai woh yeh hai ke woh consciously khuda ke agay apne ko surrender kar deta hai</w:t>
      </w:r>
    </w:p>
    <w:p>
      <w:pPr>
        <w:jc w:val="right"/>
      </w:pPr>
      <w:r>
        <w:t>جبکہ دوسری جو ان کانشیسلی سرنڈر کی ہوئی ہے یعنی ماؤنٹین اور اوشن اور سٹارز اور گیلیکسی ہر ان کانشیسلی ہر ایک سرنڈر کی ہوئی ہے انسان کی جو وہ ہے اسپیشلٹی ہے وہ یہ ہے کہ وہ کانشیسلی خدا کے اگے اپنے کو سرنڈر کر دیتا ہے</w:t>
      </w:r>
    </w:p>
    <w:p>
      <w:r>
        <w:rPr>
          <w:b/>
        </w:rPr>
        <w:t xml:space="preserve">[1:05:53] </w:t>
      </w:r>
      <w:r>
        <w:t>yeh hi hai paradise ki price</w:t>
      </w:r>
    </w:p>
    <w:p>
      <w:pPr>
        <w:jc w:val="right"/>
      </w:pPr>
      <w:r>
        <w:t>یہی ہے پیرادائز کی پرائس</w:t>
      </w:r>
    </w:p>
    <w:p>
      <w:r>
        <w:rPr>
          <w:b/>
        </w:rPr>
        <w:t xml:space="preserve">[1:06:00] </w:t>
      </w:r>
      <w:r>
        <w:t>this question is from raziya a little while ago you mentioned about people living in play play play of words why is it that people believe in such play of words please explain</w:t>
      </w:r>
    </w:p>
    <w:p>
      <w:pPr>
        <w:jc w:val="right"/>
      </w:pPr>
      <w:r>
        <w:t>دس کوسچن از فرام راضیہ ا لٹل وائل اگو یو مینشنڈ اباؤٹ پیپل لیونگ ان پلے پلے پلے اف ورڈز وائی از اٹ دیٹ پیپل بیلیو ان سچ پلے اف ورڈز پلیز ایکسپلین</w:t>
      </w:r>
    </w:p>
    <w:p>
      <w:r>
        <w:rPr>
          <w:b/>
        </w:rPr>
        <w:t xml:space="preserve">[1:06:17] </w:t>
      </w:r>
      <w:r>
        <w:t>believe karne ki baat nahi hai</w:t>
      </w:r>
    </w:p>
    <w:p>
      <w:pPr>
        <w:jc w:val="right"/>
      </w:pPr>
      <w:r>
        <w:t>بیلیو کرنے کی بات نہیں ہے</w:t>
      </w:r>
    </w:p>
    <w:p>
      <w:r>
        <w:rPr>
          <w:b/>
        </w:rPr>
        <w:t xml:space="preserve">[1:06:22] </w:t>
      </w:r>
      <w:r>
        <w:t>intellectual development na hone ki baat hai</w:t>
      </w:r>
    </w:p>
    <w:p>
      <w:pPr>
        <w:jc w:val="right"/>
      </w:pPr>
      <w:r>
        <w:t>انٹلیکچول ڈیویلپمنٹ نہ ہونے کی بات ہے</w:t>
      </w:r>
    </w:p>
    <w:p>
      <w:r>
        <w:rPr>
          <w:b/>
        </w:rPr>
        <w:t xml:space="preserve">[1:06:28] </w:t>
      </w:r>
      <w:r>
        <w:t>kyunke intellectual development bohat hi rare hai bohat hi rare hai is liye log samajh nahi paate is ko log samajh nahi paate</w:t>
      </w:r>
    </w:p>
    <w:p>
      <w:pPr>
        <w:jc w:val="right"/>
      </w:pPr>
      <w:r>
        <w:t>کیونکہ انٹلیکچول ڈیویلپمنٹ بہت ہی ریئر ہے بہت ہی ریئر ہے اس لیے لوگ سمجھ نہیں پاتے اس کو لوگ سمجھ نہیں پاتے</w:t>
      </w:r>
    </w:p>
    <w:p>
      <w:r>
        <w:rPr>
          <w:b/>
        </w:rPr>
        <w:t xml:space="preserve">[1:06:42] </w:t>
      </w:r>
      <w:r>
        <w:t>aap in se baat kijiye aap do chaar minute mein pakad lenge ke aadmi baat ko samajh nahi raha hai log kehne wala samajhta hai aur sunne wala samajhta hai yahi to mein barabar aap logon se kehta hoon ke log jo hain apne mind ko</w:t>
      </w:r>
    </w:p>
    <w:p>
      <w:pPr>
        <w:jc w:val="right"/>
      </w:pPr>
      <w:r>
        <w:t>اپ ان سے بات کیجئے اپ دو چار منٹ میں پکڑ لیں گے کہ ادمی بات کو سمجھ نہیں رہا ہے لوگ کہنے والا سمجھتا ہے اور سننے والا سمجھتا ہے یہی تو میں برابر اپ لوگوں سے کہتا ہوں کہ لوگ جو ہیں اپنے مائنڈ کو</w:t>
      </w:r>
    </w:p>
    <w:p>
      <w:r>
        <w:rPr>
          <w:b/>
        </w:rPr>
        <w:t xml:space="preserve">[1:07:00] </w:t>
      </w:r>
      <w:r>
        <w:t>koi itna zyada distraction daale rehte hain ke intellectual development na ho sab se bara jo sun hai sun yaad rakhiye woh hai distraction sun naam hi distraction ka har aadmi har lamha district</w:t>
      </w:r>
    </w:p>
    <w:p>
      <w:pPr>
        <w:jc w:val="right"/>
      </w:pPr>
      <w:r>
        <w:t>کوئی اتنا زیادہ ڈسٹریشن ڈالے رہتے ہیں کہ انٹلیکچول ڈیویلپمنٹ نہ ہو سب سے بڑا جو سن ہے سن یاد رکھیے وہ ہے ڈسٹرکشن سن نام ہی ڈسٹرکشن کا ہر ادمی ہر لمحہ ڈسٹرکٹ</w:t>
      </w:r>
    </w:p>
    <w:p>
      <w:r>
        <w:rPr>
          <w:b/>
        </w:rPr>
        <w:t xml:space="preserve">[1:07:19] </w:t>
      </w:r>
      <w:r>
        <w:t>kahin koi telephone khwah makhwah har waqt telephone baatein karte hain log ek sahab ka america mein thehra hua tha har waqt telephone ghanti bajti thi un ke haan mein ne kaha yeh kya har waqt telephone ghanti bajti hai har waqt distraction hota hai to unhone kaha ke 99 percent rishtedaron ke telephone hote hain doston ke rishtedaron ke</w:t>
      </w:r>
    </w:p>
    <w:p>
      <w:pPr>
        <w:jc w:val="right"/>
      </w:pPr>
      <w:r>
        <w:t>کہیں کوئی ٹیلی فون خوامخواہ ہر وقت ٹیلی فون باتیں کرتے ہیں لوگ ایک صاحب کا امریکہ میں ٹھہرا ہوا تھا ہر وقت ٹیلی فون گھنٹی بجتی تھی ان کے ہاں میں نے کہا یہ کیا ہر وقت ٹیلی فون گھنٹی بجتی ہے ہر وقت ڈسٹرکشن ہوتا ہے تو انہوں نے کہا کہ 99 پرسنٹ رشتہ داروں کے ٹیلی فون ہوتے ہیں دوستوں کے رشتہ داروں کے</w:t>
      </w:r>
    </w:p>
    <w:p>
      <w:r>
        <w:rPr>
          <w:b/>
        </w:rPr>
        <w:t xml:space="preserve">[1:07:43] </w:t>
      </w:r>
      <w:r>
        <w:t>to mein ne kaha lanat hai aise telephone par aap aap ko attend kyun karte hain is ko yeh distraction log jaante nahi ke distraction hai yeh distraction ka matlab kya hai intellectual level intellectual development ka process ruk jaana</w:t>
      </w:r>
    </w:p>
    <w:p>
      <w:pPr>
        <w:jc w:val="right"/>
      </w:pPr>
      <w:r>
        <w:t>تو میں نے کہا لعنت ہے ایسے ٹیلی فون پر اپ اپ کو اٹینڈ کیوں کرتے ہیں اس کو یہ ڈسٹرکشن لوگ جانتے نہیں کہ ڈسٹرکشن ہے یہ ڈسٹرکشن کا مطلب کیا ہے انٹلیکچول لیول انٹلیکچول ڈیویلپمنٹ کا پراسیس رک جانا</w:t>
      </w:r>
    </w:p>
    <w:p>
      <w:r>
        <w:rPr>
          <w:b/>
        </w:rPr>
        <w:t xml:space="preserve">[1:08:01] </w:t>
      </w:r>
      <w:r>
        <w:t>jitne log hain sab jeete hain distraction mein kisi ka beta is ko distract kar raha hai kisi ka telephone kar raha hai kisi ka woh TV kar raha hai kisi ko duniya bhar se milna hai in se milna hai in se milna hai khwah makhwah yahan jaana hai wahan jaana hai</w:t>
      </w:r>
    </w:p>
    <w:p>
      <w:pPr>
        <w:jc w:val="right"/>
      </w:pPr>
      <w:r>
        <w:t>جتنے لوگ ہیں سب جیتے ہیں ڈسٹرکشن میں کسی کا بیٹا اس کو ڈسٹرکٹ کر رہا ہے کسی کا ٹیلی فون کر رہا ہے کسی کا وہ ٹی وی کر رہا ہے کسی کو دنیا بھر سے ملنا ہے ان سے ملنا ہے ان سے ملنا ہے خوامخواہ یہاں جانا ہے وہاں جانا ہے</w:t>
      </w:r>
    </w:p>
    <w:p>
      <w:r>
        <w:rPr>
          <w:b/>
        </w:rPr>
        <w:t xml:space="preserve">[1:08:18] </w:t>
      </w:r>
      <w:r>
        <w:t>yaqeen kijiye ke mein ne dekha hai har aadmi distraction milta hai aur distraction ki wajah se kisi ka intellectual development nahi hota woh process chalta hi nahi hai intellectual development ka process mein ne soch samajh kar ki hai kya ke mein</w:t>
      </w:r>
    </w:p>
    <w:p>
      <w:pPr>
        <w:jc w:val="right"/>
      </w:pPr>
      <w:r>
        <w:t>یقین کیجئے کہ میں نے دیکھا ہے ہر ادمی ڈسٹرکشن ملتا ہے اور ڈسٹرکشن کی وجہ سے کسی کا انٹلیکچول ڈیویلپمنٹ نہیں ہوتا وہ پراسیس چلتا ہی نہیں ہے انٹلیکچول ڈیویلپمنٹ کا پراسیس میں نے سوچ سمجھ کر کی ہے کیا کہ میں</w:t>
      </w:r>
    </w:p>
    <w:p>
      <w:r>
        <w:rPr>
          <w:b/>
        </w:rPr>
        <w:t xml:space="preserve">[1:08:37] </w:t>
      </w:r>
      <w:r>
        <w:t>ek dum har woh cheez jo distract karti ho mein is ko alag kar deta hoon mere ladke ne mujhe jo woh diya do mobile ek national ek international usi waqt mein lauta diya unhone mujhe woh card diya jo bank mein hota hai international card ke duniya mein kahin bhi ho to paisa nikal lo isi mein lauta diya</w:t>
      </w:r>
    </w:p>
    <w:p>
      <w:pPr>
        <w:jc w:val="right"/>
      </w:pPr>
      <w:r>
        <w:t>ایک دم ہر وہ چیز جو ڈسٹرکٹ کرتی ہو میں اس کو الگ کر دیتا ہوں میرے لڑکے نے مجھے جو وہ دیا دو موبائل ایک نیشنل ایک انٹرنیشنل اسی وقت میں لوٹا دیا انہوں نے مجھے وہ کارڈ دیا جو بینک میں ہوتا ہے انٹرنیشنل کارڈ کہ دنیا میں کہیں بھی ہو تو پیسہ نکال لو اسی میں لوٹا دیا</w:t>
      </w:r>
    </w:p>
    <w:p>
      <w:r>
        <w:rPr>
          <w:b/>
        </w:rPr>
        <w:t xml:space="preserve">[1:08:58] </w:t>
      </w:r>
      <w:r>
        <w:t>mein is liye nahi paalta meri jeb mein paisa na ho to mujhe woh woh mein is ko samajhta hoon ke woh theek hai zyada aur yeh card liye phiroon har jagah aur is ko nikal kar paisa nikaloon aur shopping karoon woh distraction hai woh distraction hai</w:t>
      </w:r>
    </w:p>
    <w:p>
      <w:pPr>
        <w:jc w:val="right"/>
      </w:pPr>
      <w:r>
        <w:t>میں اس لیے نہیں پالتا میری جیب میں پیسہ نہ ہو تو مجھے وہ وہ میں اس کو سمجھتا ہوں کہ وہ ٹھیک ہے زیادہ اور یہ کارڈ لیے پھروں ہر جگہ اور اس کو نکال کر پیسہ نکالوں اور شاپنگ کروں وہ ڈسٹرکشن ہے وہ ڈسٹرکشن ہے</w:t>
      </w:r>
    </w:p>
    <w:p>
      <w:r>
        <w:rPr>
          <w:b/>
        </w:rPr>
        <w:t xml:space="preserve">[1:09:17] </w:t>
      </w:r>
      <w:r>
        <w:t>usi waqt mein ne lauta diya woh bank ka card bhi kya kehte hain is ko aur woh mobile aise hi karta rehta hoon mein mein kahin jaata hoon to log gift dena chahte hain mein kaha mein ghussa aa jata hoon mujhe gift nahi chahiye tumhara kuch nahi chahiye woh bhi distraction hai</w:t>
      </w:r>
    </w:p>
    <w:p>
      <w:pPr>
        <w:jc w:val="right"/>
      </w:pPr>
      <w:r>
        <w:t>اسی وقت میں نے لوٹا دیا وہ بینک کا کارڈ بھی کیا کہتے ہیں اس کو اور وہ موبائل ایسے ہی کرتا رہتا ہوں میں میں کہیں جاتا ہوں تو لوگ گفٹ دینا چاہتے ہیں میں کہا میں غصہ ا جاتا ہوں مجھے گفٹ نہیں چاہیے تمہارا کچھ نہیں چاہیے وہ بھی ڈسٹرکشن ہے</w:t>
      </w:r>
    </w:p>
    <w:p>
      <w:r>
        <w:rPr>
          <w:b/>
        </w:rPr>
        <w:t xml:space="preserve">[1:09:35] </w:t>
      </w:r>
      <w:r>
        <w:t>to mein apne intellectual</w:t>
      </w:r>
    </w:p>
    <w:p>
      <w:pPr>
        <w:jc w:val="right"/>
      </w:pPr>
      <w:r>
        <w:t>تو میں اپنے انٹلیکچول</w:t>
      </w:r>
    </w:p>
    <w:p>
      <w:r>
        <w:rPr>
          <w:b/>
        </w:rPr>
        <w:t xml:space="preserve">[1:09:40] </w:t>
      </w:r>
      <w:r>
        <w:t>development ke process ko kisi ko rokta nahi aur</w:t>
      </w:r>
    </w:p>
    <w:p>
      <w:pPr>
        <w:jc w:val="right"/>
      </w:pPr>
      <w:r>
        <w:t>ڈیویلپمنٹ کے پراسیس کو کسی کو روکتا نہیں اور</w:t>
      </w:r>
    </w:p>
    <w:p>
      <w:r>
        <w:rPr>
          <w:b/>
        </w:rPr>
        <w:t xml:space="preserve">[1:09:47] </w:t>
      </w:r>
      <w:r>
        <w:t>yeh yeh duniya mein aap aap ek hi misaal dekhen ke mein poochta hoon ke mein ne apni biwi ke liye 63 saal mere saath rahi ek bhi joda ek kapda nahi banwaya mein ne mujhe pata hai ek aur husband hai aisa karega mein apni bachiyon ke liye kabhi khilona nahi laya</w:t>
      </w:r>
    </w:p>
    <w:p>
      <w:pPr>
        <w:jc w:val="right"/>
      </w:pPr>
      <w:r>
        <w:t>یہ یہ دنیا میں اپ اپ ایک ہی مثال دیکھیں کہ میں پوچھتا ہوں کہ میں نے اپنی بیوی کے لیے 63 سال میرے ساتھ رہی ایک بھی جوڑا ایک کپڑا نہیں بنوایا میں نے مجھے پتہ ہے ایک اور ہسبینڈ ہے ایسا کرے گا میں اپنی بچیوں کے لیے کبھی کھلونا نہیں لایا</w:t>
      </w:r>
    </w:p>
    <w:p>
      <w:r>
        <w:rPr>
          <w:b/>
        </w:rPr>
        <w:t xml:space="preserve">[1:10:05] </w:t>
      </w:r>
      <w:r>
        <w:t>tafi nahi laya koi chocolate nahi laya kuch bhi nahi kuch bhi nahi sirf literally kuch bhi nahi kya kabhi mein apne bachon ko apne bachon ko kiss nahi kiya gol bhi nahi khilaya halanke sab sab log yahi karte hain</w:t>
      </w:r>
    </w:p>
    <w:p>
      <w:pPr>
        <w:jc w:val="right"/>
      </w:pPr>
      <w:r>
        <w:t>ٹافی نہیں لایا کوئی چاکلیٹ نہیں لایا کچھ بھی نہیں کچھ بھی نہیں صرف لٹرلی کچھ بھی نہیں کیا کبھی میں اپنے بچوں کو اپنے بچوں کو کس نہیں کیا گول بھی نہیں کھلایا حالانکہ سب سب لوگ یہی کرتے ہیں</w:t>
      </w:r>
    </w:p>
    <w:p>
      <w:r>
        <w:rPr>
          <w:b/>
        </w:rPr>
        <w:t xml:space="preserve">[1:10:23] </w:t>
      </w:r>
      <w:r>
        <w:t>sab log yahi karte hain</w:t>
      </w:r>
    </w:p>
    <w:p>
      <w:pPr>
        <w:jc w:val="right"/>
      </w:pPr>
      <w:r>
        <w:t>سب لوگ یہی کرتے ہیں</w:t>
      </w:r>
    </w:p>
    <w:p>
      <w:r>
        <w:rPr>
          <w:b/>
        </w:rPr>
        <w:t xml:space="preserve">[1:10:28] </w:t>
      </w:r>
      <w:r>
        <w:t>to aap agar chahte hain intellectual development to apne aap ko ek enemy se bachaiye woh enemy hai distraction</w:t>
      </w:r>
    </w:p>
    <w:p>
      <w:pPr>
        <w:jc w:val="right"/>
      </w:pPr>
      <w:r>
        <w:t>تو اپ اگر چاہتے ہیں انٹلیکچول ڈیویلپمنٹ تو اپنے اپ کو ایک اینمی سے بچائیے وہ اینمی ہے ڈسٹرکشن</w:t>
      </w:r>
    </w:p>
    <w:p>
      <w:r>
        <w:rPr>
          <w:b/>
        </w:rPr>
        <w:t xml:space="preserve">[1:10:41] </w:t>
      </w:r>
      <w:r>
        <w:t>what is the formula of getting out of tension</w:t>
      </w:r>
    </w:p>
    <w:p>
      <w:pPr>
        <w:jc w:val="right"/>
      </w:pPr>
      <w:r>
        <w:t>واٹ از دی فارمولا اف گیٹنگ اؤٹ اف ٹینشن</w:t>
      </w:r>
    </w:p>
    <w:p>
      <w:r>
        <w:rPr>
          <w:b/>
        </w:rPr>
        <w:t xml:space="preserve">[1:10:54] </w:t>
      </w:r>
      <w:r>
        <w:t>dekhen ek hota hai negative tension ek hota hai positive tension yaad rakhiye yani spirituality mein bhi tension aate hain aur materials mein bhi tension aate hain to mein samajhta hoon ke positive tension jo hai</w:t>
      </w:r>
    </w:p>
    <w:p>
      <w:pPr>
        <w:jc w:val="right"/>
      </w:pPr>
      <w:r>
        <w:t>دیکھیں ایک ہوتا ہے نیگیٹیو ٹینشن ایک ہوتا ہے پازیٹیو ٹینشن یاد رکھیے یعنی اسپیریچولٹی میں بھی ٹینشن اتے ہیں اور مٹیریلز میں بھی ٹینشن اتے ہیں تو میں سمجھتا ہوں کہ پازیٹیو ٹینشن جو ہے</w:t>
      </w:r>
    </w:p>
    <w:p>
      <w:r>
        <w:rPr>
          <w:b/>
        </w:rPr>
        <w:t xml:space="preserve">[1:11:13] </w:t>
      </w:r>
      <w:r>
        <w:t>woh harmful nahi hai woh aap ke development ko badhata hai material cheezon ko le kar jo tension hota hai wahi harmful hai matlab job ka tension aur janab land ka tension property ka tension</w:t>
      </w:r>
    </w:p>
    <w:p>
      <w:pPr>
        <w:jc w:val="right"/>
      </w:pPr>
      <w:r>
        <w:t>وہ ہارم فل نہیں ہے وہ اپ کے ڈیویلپمنٹ کو بڑھاتا ہے مٹیریل چیزوں کو لے کر جو ٹینشن ہوتا ہے وہی ہارم فل ہے مطلب جاب کا ٹینشن اور جناب لینڈ کا ٹینشن پراپرٹی کا ٹینشن</w:t>
      </w:r>
    </w:p>
    <w:p>
      <w:r>
        <w:rPr>
          <w:b/>
        </w:rPr>
        <w:t xml:space="preserve">[1:11:31] </w:t>
      </w:r>
      <w:r>
        <w:t>paisa ka tension kapda ka tension shopping ka outing ka tension isi yahi yeh yeh hai negative tension yahi harmful hai baqi spirituality ka jo tension hai maslan aap ko agar yeh ho ke sari duniya mein log mar rahe hain</w:t>
      </w:r>
    </w:p>
    <w:p>
      <w:pPr>
        <w:jc w:val="right"/>
      </w:pPr>
      <w:r>
        <w:t>پیسے کا ٹینشن کپڑا کا ٹینشن شاپنگ کا اؤٹنگ کا ٹینشن اسی یہی یہ یہ ہے نیگیٹیو ٹینشن یہی ہارم فل ہے باقی اسپیریچولٹی کا جو ٹینشن ہے مثلا اپ کو اگر یہ ہو کہ ساری دنیا میں لوگ مر رہے ہیں</w:t>
      </w:r>
    </w:p>
    <w:p>
      <w:r>
        <w:rPr>
          <w:b/>
        </w:rPr>
        <w:t xml:space="preserve">[1:11:47] </w:t>
      </w:r>
      <w:r>
        <w:t>mein aksar sochta hoon to mein behtasha rone lagta hoon ke sare log mar rahe hain aur mein un ko bata nahi paya kuch nahi bata paya ke marne ke baad kya hai kuch nahi bata paya</w:t>
      </w:r>
    </w:p>
    <w:p>
      <w:pPr>
        <w:jc w:val="right"/>
      </w:pPr>
      <w:r>
        <w:t>میں اکثر سوچتا ہوں تو میں بے تحاشہ رونے لگتا ہوں کہ سارے لوگ مر رہے ہیں اور میں ان کو بتا نہیں پایا کچھ نہیں بتا پایا کہ مرنے کے بعد کیا ہے کچھ نہیں بتا پایا</w:t>
      </w:r>
    </w:p>
    <w:p>
      <w:r>
        <w:rPr>
          <w:b/>
        </w:rPr>
        <w:t xml:space="preserve">[1:12:06] </w:t>
      </w:r>
      <w:r>
        <w:t>to yeh bhi ek tension hai kitne saal mar rahe hain mar rahe hain chale ja rahe hain mar rahe hain chale ja rahe hain aur mujh se door ho rahe hain abhi is is se pehle ke mein bata bata deta hoon un ko duniya se chale gaye woh to yeh hai spiritual tension ya positive tension</w:t>
      </w:r>
    </w:p>
    <w:p>
      <w:pPr>
        <w:jc w:val="right"/>
      </w:pPr>
      <w:r>
        <w:t>تو یہ بھی ایک ٹینشن ہے کتنے سال مر رہے ہیں مر رہے ہیں چلے جا رہے ہیں مر رہے ہیں چلے جا رہے ہیں اور مجھ سے دور ہو رہے ہیں ابھی اس اس سے پہلے کہ میں بتا بتا دیتا ہوں ان کو دنیا سے چلے گئے وہ تو یہ ہے اسپیریچول ٹینشن یا پازیٹیو ٹینشن</w:t>
      </w:r>
    </w:p>
    <w:p>
      <w:r>
        <w:rPr>
          <w:b/>
        </w:rPr>
        <w:t xml:space="preserve">[1:12:25] </w:t>
      </w:r>
      <w:r>
        <w:t>yeh harmful nahi hai lekin duniya ki cheezon ko le kar ke unhone yeh keh diya unhone woh keh diya bas is yeh jo hai yeh jo tension hai har ghar mein yeh unhone yeh keh diya unhone woh keh diya isi ka tension liye rehte hain log</w:t>
      </w:r>
    </w:p>
    <w:p>
      <w:pPr>
        <w:jc w:val="right"/>
      </w:pPr>
      <w:r>
        <w:t>یہ ہارم فل نہیں ہے لیکن دنیا کی چیزوں کو لے کر کے انہوں نے یہ کہہ دیا انہوں نے وہ کہہ دیا بس اس یہ جو ہے یہ جو ٹینشن ہے ہر گھر میں یہ انہوں نے یہ کہہ دیا انہوں نے وہ کہہ دیا اسی کا ٹینشن لیے رہتے ہیں لوگ</w:t>
      </w:r>
    </w:p>
    <w:p>
      <w:r>
        <w:rPr>
          <w:b/>
        </w:rPr>
        <w:t xml:space="preserve">[1:12:41] </w:t>
      </w:r>
      <w:r>
        <w:t>mein to koi sochta bhi nahi kisi ne kya keh diya kuch bhi kehta nahi koi abhi aaj Maulana Lagwan sahab parcha laye the to mujhe bohat bura bhala kaha tha mein ne kaha rakhen mujhe mujhe sunna bhi nahi hai mere khyal se yahudiyon ka agent likha hoga is mein yeh ji haan bataiye yahudiyon ke agent</w:t>
      </w:r>
    </w:p>
    <w:p>
      <w:pPr>
        <w:jc w:val="right"/>
      </w:pPr>
      <w:r>
        <w:t>میں تو کوئی سوچتا بھی نہیں کسی نے کیا کہہ دیا کچھ بھی کہتا نہیں کوئی ابھی اج مولانا لگوان صاحب پرچہ لائے تھے تو مجھے بہت برا بھلا کہا تھا میں نے کہا رکھیں مجھے مجھے سننا بھی نہیں ہے میرے خیال سے یہودیوں کا ایجنٹ لکھا ہوگا اس میں یہ جی ہاں بتائیے یہودیوں کے ایجنٹ</w:t>
      </w:r>
    </w:p>
    <w:p>
      <w:r>
        <w:rPr>
          <w:b/>
        </w:rPr>
        <w:t xml:space="preserve">[1:13:02] </w:t>
      </w:r>
      <w:r>
        <w:t>mein mein koi pareshan nahi hota koi pareshan nahi hota to positive tension bura nahi hai negative tension bura hai</w:t>
      </w:r>
    </w:p>
    <w:p>
      <w:pPr>
        <w:jc w:val="right"/>
      </w:pPr>
      <w:r>
        <w:t>میں میں کوئی پریشان نہیں ہوتا کوئی پریشان نہیں ہوتا تو پازیٹیو ٹینشن برا نہیں ہے نیگیٹیو ٹینشن برا ہے</w:t>
      </w:r>
    </w:p>
    <w:p>
      <w:r>
        <w:rPr>
          <w:b/>
        </w:rPr>
        <w:t xml:space="preserve">[1:13:15] </w:t>
      </w:r>
      <w:r>
        <w:t>The question is from Dr. Muzaffar and he says that the statement that I saw God many times is not understood by many of the audiences and is against the Quranic verse la tarab.</w:t>
      </w:r>
    </w:p>
    <w:p>
      <w:pPr>
        <w:jc w:val="right"/>
      </w:pPr>
      <w:r>
        <w:t>دس کوسچن از فرام ڈاکٹر مظفر ندوی ہی سیز دیٹ دا سٹیٹمنٹ دیٹ ائی سو گاڈ مینی ٹائمز از ناٹ انڈرسٹڈ بائے مینی اف دی اڈینسز اینڈ از اگینسٹ دی قرانک ورس لا تدرب</w:t>
      </w:r>
    </w:p>
    <w:p>
      <w:r>
        <w:rPr>
          <w:b/>
        </w:rPr>
        <w:t xml:space="preserve">[1:13:31] </w:t>
      </w:r>
      <w:r>
        <w:t>kl khl absar whva ydrb alabsar kaindli eksplain dekhiye</w:t>
      </w:r>
    </w:p>
    <w:p>
      <w:pPr>
        <w:jc w:val="right"/>
      </w:pPr>
      <w:r>
        <w:t>کل کہل ابسار وھوا یدرب الابسار کائنڈلی ایکسپلین دیکھیے</w:t>
      </w:r>
    </w:p>
    <w:p>
      <w:r>
        <w:rPr>
          <w:b/>
        </w:rPr>
        <w:t xml:space="preserve">[1:13:44] </w:t>
      </w:r>
      <w:r>
        <w:t>kisi ek ait ko ly kr ya kisi ek hadis ko ly kr kbhi bat smjh mein nhin ati aisa kbhi nhin hota ap ko puri hadis ko ya pore quran ko ke mjmu'y mein dy rakh ke dekhna prta hai kisi chiz ko</w:t>
      </w:r>
    </w:p>
    <w:p>
      <w:pPr>
        <w:jc w:val="right"/>
      </w:pPr>
      <w:r>
        <w:t>کسی ایک ایت کو لے کر یا کسی ایک حدیث کو لے کر کبھی بات سمجھ میں نہیں اتی ایسا کبھی نہیں ہوتا اپ کو پوری حدیث کو یا پورے قران کو کے مجموعے میں دے رکھ کے دیکھنا پڑتا ہے کسی چیز کو</w:t>
      </w:r>
    </w:p>
    <w:p>
      <w:r>
        <w:rPr>
          <w:b/>
        </w:rPr>
        <w:t xml:space="preserve">[1:14:05] </w:t>
      </w:r>
      <w:r>
        <w:t>wo jo ap ne ait prhi hai wo ek aur kantext mein wo hai wo dusre kantext mein hai main jo bat khta hoon wo hai us ke lye sahi rifrans hai hadis mein jis ko hadis jibril khte hain hadis jibril bhut mashhur hai</w:t>
      </w:r>
    </w:p>
    <w:p>
      <w:pPr>
        <w:jc w:val="right"/>
      </w:pPr>
      <w:r>
        <w:t>وہ جو اپ نے ایت پڑھی ہے وہ ایک اور کنٹیکسٹ میں وہ ہے وہ دوسرے کنٹیکسٹ میں ہے میں جو بات کہتا ہوں وہ ہے اس کے لیے صحیح ریفرنس ہے حدیث میں جس کو حدیث جبرائیل کہتے ہیں حدیث جبرائیل بہت مشہور ہے</w:t>
      </w:r>
    </w:p>
    <w:p>
      <w:r>
        <w:rPr>
          <w:b/>
        </w:rPr>
        <w:t xml:space="preserve">[1:14:23] </w:t>
      </w:r>
      <w:r>
        <w:t>is mein ap is mein ye hai ke is sahaba kmpain ap ke bythy huwy thy aur achank ek adami aya bhut hi saaf suthra kapra tha is ka bilkul fraish jaisay ke sfr kr ke na aya ho aisa ek adami</w:t>
      </w:r>
    </w:p>
    <w:p>
      <w:pPr>
        <w:jc w:val="right"/>
      </w:pPr>
      <w:r>
        <w:t>اس میں اپ اس میں یہ ہے کہ اس صحابہ کمپین اپ کے بیٹھے ہوئے تھے اور اچانک ایک ادمی ایا بہت ہی صاف ستھرا کپڑا تھا اس کا بالکل فریش جیسے کہ سفر کر کے نہ ایا ہو ایسا ایک ادمی</w:t>
      </w:r>
    </w:p>
    <w:p>
      <w:r>
        <w:rPr>
          <w:b/>
        </w:rPr>
        <w:t xml:space="preserve">[1:14:42] </w:t>
      </w:r>
      <w:r>
        <w:t>arab mein adami sfr kr ke ata tha ghr to ghbar hai thaka hua hai kapry khrab ho rhy hain to bilkul fraish bilkul wo ata hai wo bthta hai aur wo swal krta hai rasul Allah jawab dyty hain</w:t>
      </w:r>
    </w:p>
    <w:p>
      <w:pPr>
        <w:jc w:val="right"/>
      </w:pPr>
      <w:r>
        <w:t>عرب میں ادمی سفر کر کے اتا تھا گھر تو غبار ہے تھکا ہوا ہے کپڑے خراب ہو رہے ہیں تو بالکل فریش بالکل وہ اتا ہے وہ بیٹھتا ہے اور وہ سوال کرتا ہے رسول اللہ جواب دیتے ہیں</w:t>
      </w:r>
    </w:p>
    <w:p>
      <w:r>
        <w:rPr>
          <w:b/>
        </w:rPr>
        <w:t xml:space="preserve">[1:14:59] </w:t>
      </w:r>
      <w:r>
        <w:t>ya rasul Allah swal wo jawab dy dyty hain wo swal krty hain wo swal krty thy to is mein hai swal o jawab mein ek hissa is ka ke ta'abbud Allah kun qatara</w:t>
      </w:r>
    </w:p>
    <w:p>
      <w:pPr>
        <w:jc w:val="right"/>
      </w:pPr>
      <w:r>
        <w:t>یا رسول اللہ سوال وہ جواب دے دیتے ہیں وہ سوال کرتے ہیں وہ سوال کرتے تھے تو اس میں ہے سوال و جواب میں ایک حصہ اس کا کہ تعبد اللہ کن قطرا</w:t>
      </w:r>
    </w:p>
    <w:p>
      <w:r>
        <w:rPr>
          <w:b/>
        </w:rPr>
        <w:t xml:space="preserve">[1:15:19] </w:t>
      </w:r>
      <w:r>
        <w:t>ta'abbud Allah kun qatara tum ibadt kro khuda ki is trh jaisay ke tum us ko dekh rhy ho aiz of yu ar sing hmm goya ke tum us ko dekh rhy ho ye hai dekhna</w:t>
      </w:r>
    </w:p>
    <w:p>
      <w:pPr>
        <w:jc w:val="right"/>
      </w:pPr>
      <w:r>
        <w:t>تعبد اللہ کن قطرا تم عبادت کرو خدا کی اس طرح جیسے کہ تم اس کو دیکھ رہے ہو ایز اف یو ار سینگ ہمم گویا کہ تم اس کو دیکھ رہے ہو یہ ہے دیکھنا</w:t>
      </w:r>
    </w:p>
    <w:p>
      <w:r>
        <w:rPr>
          <w:b/>
        </w:rPr>
        <w:t xml:space="preserve">[1:15:37] </w:t>
      </w:r>
      <w:r>
        <w:t>such mein jaisay hi dekhna to to jibril ne bhi nhin dekha yani itna bda khuda hai ap smjhty hain ke is trh koi dekh ly ga us ko</w:t>
      </w:r>
    </w:p>
    <w:p>
      <w:pPr>
        <w:jc w:val="right"/>
      </w:pPr>
      <w:r>
        <w:t>سچ میں جیسے ہی دیکھنا تو تو جبرائیل نے بھی نہیں دیکھا یعنی اتنا بڑا خدا ہے اپ سمجھتے ہیں کہ اس طرح کوئی دیکھ لے گا اس کو</w:t>
      </w:r>
    </w:p>
    <w:p>
      <w:r>
        <w:rPr>
          <w:b/>
        </w:rPr>
        <w:t xml:space="preserve">[1:15:47] </w:t>
      </w:r>
      <w:r>
        <w:t>ye khuda ko andrstmit krna hai ke ap smjhen ke jibril aisay hi dykhty thy un ko jis trh hum dykh rhy hain ap logon ko andrstmit krna hai khuda ko acha itni bdi yunivers jis ne bnayi hai aisay koi dekh ly ga us ko us ko na kisi paighambar ne dekha na kisi ne jibril ne dekha na kisi ne dekha</w:t>
      </w:r>
    </w:p>
    <w:p>
      <w:pPr>
        <w:jc w:val="right"/>
      </w:pPr>
      <w:r>
        <w:t>یہ خدا کو انڈرسٹیمیٹ کرنا ہے کہ اپ سمجھیں کہ جبرائیل ایسے ہی دیکھتے تھے ان کو جس طرح ہم دیکھ رہے ہیں اپ لوگوں کو انڈرسٹیمیٹ کرنا ہے خدا کو اچھا اتنی بڑی یونیورس جس نے بنائی ہے ایسے کوئی دیکھ لے گا اس کو اس کو نہ کسی پیغمبر نے دیکھا نہ کسی نے جبرائیل نے دیکھا نہ کسی نے دیکھا</w:t>
      </w:r>
    </w:p>
    <w:p>
      <w:r>
        <w:rPr>
          <w:b/>
        </w:rPr>
        <w:t xml:space="preserve">[1:16:06] </w:t>
      </w:r>
      <w:r>
        <w:t>us ko khty hain shabih ru'yat ta'abbud Allah kun qatara shabih ru'yat</w:t>
      </w:r>
    </w:p>
    <w:p>
      <w:pPr>
        <w:jc w:val="right"/>
      </w:pPr>
      <w:r>
        <w:t>اس کو کہتے ہیں شبہ رویت تعبد اللہ کن قطرا شبہ رویت</w:t>
      </w:r>
    </w:p>
    <w:p>
      <w:r>
        <w:rPr>
          <w:b/>
        </w:rPr>
        <w:t xml:space="preserve">[1:16:17] </w:t>
      </w:r>
      <w:r>
        <w:t>yani goya ke tum us ko dekh rhy ho to ye ye hai asli chiz ke ibadt ka wo drja ke praizans of god ap ko itna zyada ho jaye praizans of god ke jaisay ke ap us ko dekh rhy hon ap bs ap ka sara da'ut khtm ho chuka ho ap ka yaqin itna zyada brh chuka ho ke ap ko zara bhi shk na ho</w:t>
      </w:r>
    </w:p>
    <w:p>
      <w:pPr>
        <w:jc w:val="right"/>
      </w:pPr>
      <w:r>
        <w:t>یعنی گویا کہ تم اس کو دیکھ رہے ہو تو یہ یہ ہے اصل چیز کہ عبادت کا وہ درجہ کہ پریزنس اف گاڈ اپ کو اتنا زیادہ ہو جائے پریزنس اف گاڈ کہ جیسے کہ اپ اس کو دیکھ رہے ہوں اپ بس اپ کا سارا ڈاؤٹ ختم ہو چکا ہو اپ کا یقین اتنا زیادہ بڑھ چکا ہو کہ اپ کو ذرا بھی شک نہ ہو</w:t>
      </w:r>
    </w:p>
    <w:p>
      <w:r>
        <w:rPr>
          <w:b/>
        </w:rPr>
        <w:t xml:space="preserve">[1:16:39] </w:t>
      </w:r>
      <w:r>
        <w:t>ke khuda hai to ye ye bat hai ru'yat ki nhin blke shabih ru'yat ki hadis ke mutabiq jb bhi main bolta hoon to isi sans mein bolta hoon</w:t>
      </w:r>
    </w:p>
    <w:p>
      <w:pPr>
        <w:jc w:val="right"/>
      </w:pPr>
      <w:r>
        <w:t>کہ خدا ہے تو یہ یہ بات ہے رویت کی نہیں بلکہ شبہ رویت کی حدیث کے مطابق جب بھی میں بولتا ہوں تو اسی سینس میں بولتا ہوں</w:t>
      </w:r>
    </w:p>
    <w:p>
      <w:r>
        <w:rPr>
          <w:b/>
        </w:rPr>
        <w:t xml:space="preserve">[1:16:54] </w:t>
      </w:r>
      <w:r>
        <w:t>This question is from Priya. Life is a learning curve. If we go with the article, enjoy every moment, then how we will grow intellectually to enter paradise? Please comment. Haan, main samajhta hoon ke ye bahut important baat hai.</w:t>
      </w:r>
    </w:p>
    <w:p>
      <w:pPr>
        <w:jc w:val="right"/>
      </w:pPr>
      <w:r>
        <w:t>دس کوسچن از فرام پریا لائف از ا لرننگ کرو اف وی گو ود دی ارٹیکل انجوائے ایوری مومنٹ دین ہاؤ ویل وی گرو انٹلیکچولی ٹو انٹر پیرڈائز پلیز کمنٹ ہاں میں سمجھتا ہوں کہ یہ بہت امپورٹنٹ بات ہے</w:t>
      </w:r>
    </w:p>
    <w:p>
      <w:r>
        <w:rPr>
          <w:b/>
        </w:rPr>
        <w:t xml:space="preserve">[1:17:14] </w:t>
      </w:r>
      <w:r>
        <w:t>ke hr momnt ko ap injo'y kren to us ke ma'ni kya hain hr waqt ap aksisoo rahen ye kya hai us ko praktikal par sochiye ap ke jo adami hr momnt ko injo'y kry ga to kya kry ga wo ya to aksisoo rahy ga ya nashey mein rahy ga</w:t>
      </w:r>
    </w:p>
    <w:p>
      <w:pPr>
        <w:jc w:val="right"/>
      </w:pPr>
      <w:r>
        <w:t>کہ ہر مومنٹ کو اپ انجوائے کریں تو اس کے معنی کیا ہیں ہر وقت اپ ایکسیسو رہیں یہ کیا ہے اس کو پریکٹیکل پر سوچیے اپ کہ جو ادمی ہر مومنٹ کو انجوائے کرے گا تو کیا کرے گا وہ یا تو ایکسیسو رہے گا یا نشے میں رہے گا</w:t>
      </w:r>
    </w:p>
    <w:p>
      <w:r>
        <w:rPr>
          <w:b/>
        </w:rPr>
        <w:t xml:space="preserve">[1:17:33] </w:t>
      </w:r>
      <w:r>
        <w:t>ye bhi hai ke ap sharab piyn aur injo'y kr rhy hain ya ap mediteshan kren to donon halaton mein ap us waqt apny maind se bahir chly jaty hain anand hai magan hai aur injo'y kr rhy hain nashey mein hai</w:t>
      </w:r>
    </w:p>
    <w:p>
      <w:pPr>
        <w:jc w:val="right"/>
      </w:pPr>
      <w:r>
        <w:t>یہ بھی ہے کہ اپ شراب پیئیں اور انجوائے کر رہے ہیں یا اپ میڈیٹیشن کریں تو دونوں حالتوں میں اپ اس وقت اپنے مائنڈ سے باہر چلے جاتے ہیں انند ہے مگن ہے اور انجوائے کر رہے ہیں نشے میں ہے</w:t>
      </w:r>
    </w:p>
    <w:p>
      <w:r>
        <w:rPr>
          <w:b/>
        </w:rPr>
        <w:t xml:space="preserve">[1:17:52] </w:t>
      </w:r>
      <w:r>
        <w:t>aksisoo mein hai is sb mein jo bhi apvard bolen sb mein ap ka maind invalv nhin hota</w:t>
      </w:r>
    </w:p>
    <w:p>
      <w:pPr>
        <w:jc w:val="right"/>
      </w:pPr>
      <w:r>
        <w:t>ایکسیسو میں ہے اس سب میں جو بھی اپ ورڈ بولیں سب میں اپ کا مائنڈ انوالو نہیں ہوتا</w:t>
      </w:r>
    </w:p>
    <w:p>
      <w:r>
        <w:rPr>
          <w:b/>
        </w:rPr>
        <w:t xml:space="preserve">[1:18:03] </w:t>
      </w:r>
      <w:r>
        <w:t>maind ka maind maind ka ma'ni ye hai ke jo kipsiti thnking ki hai wo is mein wo hai ati hai yani ruk jati hai thnking stap ho jati hai to ap btaiye ke agar thnking stap ho jaye</w:t>
      </w:r>
    </w:p>
    <w:p>
      <w:pPr>
        <w:jc w:val="right"/>
      </w:pPr>
      <w:r>
        <w:t>مائنڈ کا مائنڈ مائنڈ کا معنی یہ ہے کہ جو کیپیسٹی تھنکنگ کی ہے وہ اس میں وہ ہے اتی ہے یعنی رک جاتی ہے تھنکنگ سٹاپ ہو جاتی ہے تو اپ بتائیے کہ اگر تھنکنگ سٹاپ ہو جائے</w:t>
      </w:r>
    </w:p>
    <w:p>
      <w:r>
        <w:rPr>
          <w:b/>
        </w:rPr>
        <w:t xml:space="preserve">[1:18:20] </w:t>
      </w:r>
      <w:r>
        <w:t>to aisi aksisoo ki zrurt hi kya hai yani ap anstishiya dy kar kisi ko us ko us mein yani pais dy dein to aisi pais ki zrurt kya hai yani mujhe ap anstishiya ka injekshan dy dein aur khub mein pais mein ja ke lat jaun to mujhe us ki zrurt kya hai us ki</w:t>
      </w:r>
    </w:p>
    <w:p>
      <w:pPr>
        <w:jc w:val="right"/>
      </w:pPr>
      <w:r>
        <w:t>تو ایسی ایکسیسو کی ضرورت ہی کیا ہے یعنی اپ انستھیشیا دے کر کسی کو اس کو اس میں یعنی پیس دے دیں تو ایسی پیس کی ضرورت کیا ہے یعنی مجھے اپ انستھیشیا کا انجیکشن دے دیں اور خوب میں پیس میں جا کے لیٹ جاؤں تو مجھے اس کی ضرورت کیا ہے اس کی</w:t>
      </w:r>
    </w:p>
    <w:p>
      <w:r>
        <w:rPr>
          <w:b/>
        </w:rPr>
        <w:t xml:space="preserve">[1:18:42] </w:t>
      </w:r>
      <w:r>
        <w:t>pais wo chahye jo jis ke sath mera intalikt shamil ho meri thnking shamil ho jis ko main janun us us ko to main janta bhi nhin is eksṭesi ko yani yani ek ek bkhbri ki eksṭesi hoti hai ye</w:t>
      </w:r>
    </w:p>
    <w:p>
      <w:pPr>
        <w:jc w:val="right"/>
      </w:pPr>
      <w:r>
        <w:t>پیس وہ چاہیے جو جس کے ساتھ میرا انٹلیکٹ شامل ہو میری تھنکنگ شامل ہو جس کو میں جانوں اس اس کو تو میں جانتا بھی نہیں اس ایکسٹیسی کو یعنی یعنی ایک ایک بے خبری کی ایکسٹیسی ہوتی ہے یہ</w:t>
      </w:r>
    </w:p>
    <w:p>
      <w:r>
        <w:rPr>
          <w:b/>
        </w:rPr>
        <w:t xml:space="preserve">[1:19:00] </w:t>
      </w:r>
      <w:r>
        <w:t>to main smjhta hoon ke sb logon ko is pe ye pta nhin hai ke sb se bda plijr jo hai wo intalichul dyvilpment hai aksisoo hai hi nhin sb se bda plijr is dunya mein aksisoo nhin hai wo sharab pina nhin hai</w:t>
      </w:r>
    </w:p>
    <w:p>
      <w:pPr>
        <w:jc w:val="right"/>
      </w:pPr>
      <w:r>
        <w:t>تو میں سمجھتا ہوں کہ سب لوگوں کو اس پہ یہ پتہ نہیں ہے کہ سب سے بڑا پلیژر جو ہے وہ انٹلیکچول ڈیویلپمنٹ ہے ایکسیسو ہے ہی نہیں سب سے بڑا پلیژر اس دنیا میں ایکسیسو نہیں ہے وہ شراب پینا نہیں ہے</w:t>
      </w:r>
    </w:p>
    <w:p>
      <w:r>
        <w:rPr>
          <w:b/>
        </w:rPr>
        <w:t xml:space="preserve">[1:19:17] </w:t>
      </w:r>
      <w:r>
        <w:t>sb se bda kahin ke ap sochain diskvar kren ap ko riyalizayshan ho sachaiyon ka prhy baton ka wo jo khushi hoti hai yureka yureka wali khushi to us koi wo asli khushi wo hai ye koi finding hui aur</w:t>
      </w:r>
    </w:p>
    <w:p>
      <w:pPr>
        <w:jc w:val="right"/>
      </w:pPr>
      <w:r>
        <w:t>سب سے بڑا کہیں کہ اپ سوچیں ڈسکور کریں اپ کو ریلائزیشن ہو سچائیوں کا پڑھے باتوں کا وہ جو خوشی ہوتی ہے یوریکا یوریکا والی خوشی تو اس کوئی وہ اصلی خوشی وہ ہے یہ کوئی فائنڈنگ ہوئی اور</w:t>
      </w:r>
    </w:p>
    <w:p>
      <w:r>
        <w:rPr>
          <w:b/>
        </w:rPr>
        <w:t xml:space="preserve">[1:19:34] </w:t>
      </w:r>
      <w:r>
        <w:t>ap ki kritiviti brhi ap ki kritiviti jb bhi ap ko is qism ka mily ga jo'y to ap ki kritiviti brhy gi bs to kraitiriya ye hai ke wo khushi sachi khushi hai jo ap ki kritiviti ko brhaye wo us khushi jhuti khushi hai jo ap ki kritiviti ko na brhaye</w:t>
      </w:r>
    </w:p>
    <w:p>
      <w:pPr>
        <w:jc w:val="right"/>
      </w:pPr>
      <w:r>
        <w:t>اپ کی کریٹیوٹی بڑھی اپ کی کریٹیوٹی جب بھی اپ کو اس قسم کا ملے گا جوائے تو اپ کی کریٹیوٹی بڑھے گی بس تو کرائٹیریا یہ ہے کہ وہ خوشی سچی خوشی ہے جو اپ کی کریٹیوٹی کو بڑھائے وہ اس خوشی جھوٹی خوشی ہے جو اپ کی کریٹیوٹی کو نہ بڑھائے</w:t>
      </w:r>
    </w:p>
    <w:p>
      <w:r>
        <w:rPr>
          <w:b/>
        </w:rPr>
        <w:t xml:space="preserve">[1:20:00] </w:t>
      </w:r>
      <w:r>
        <w:t>The question is from Shahid Hussain. What is the secret of getting maximum happiness in and in the world? Could it be desire management?</w:t>
      </w:r>
    </w:p>
    <w:p>
      <w:pPr>
        <w:jc w:val="right"/>
      </w:pPr>
      <w:r>
        <w:t>دس کوسچن از فرام شاہد حسین واٹ از دا سیکرٹ اف گیٹنگ میکسیمم ہیپینس ان ان ان دی ورلڈ کڈ اٹ بی ڈیزائر مینجمنٹ</w:t>
      </w:r>
    </w:p>
    <w:p>
      <w:r>
        <w:rPr>
          <w:b/>
        </w:rPr>
        <w:t xml:space="preserve">[1:20:14] </w:t>
      </w:r>
      <w:r>
        <w:t>haan dizair mainjmant hai hipins to koi gol nhin hai mere nazdik kyonke achivabl nhin hai wo</w:t>
      </w:r>
    </w:p>
    <w:p>
      <w:pPr>
        <w:jc w:val="right"/>
      </w:pPr>
      <w:r>
        <w:t>ہاں ڈیزائر مینجمنٹ ہے ہیپینس تو کوئی گول نہیں ہے میرے نزدیک کیونکہ اچیویبل نہیں ہے وہ</w:t>
      </w:r>
    </w:p>
    <w:p>
      <w:r>
        <w:rPr>
          <w:b/>
        </w:rPr>
        <w:t xml:space="preserve">[1:20:25] </w:t>
      </w:r>
      <w:r>
        <w:t>woh achievable nahi hai goal hai woh hai intellectual development is dunya mein happiness jo hai woh achievable hi nahi hai toh woh goal kaise ho sakta hai jo cheez goal hai woh yeh hai ke aap ka intellectual development ka jo process hai</w:t>
      </w:r>
    </w:p>
    <w:p>
      <w:pPr>
        <w:jc w:val="right"/>
      </w:pPr>
      <w:r>
        <w:t>وہ اچیویبل نہیں ہے گول ہے وہ ہے انٹلیکچول ڈیویلپمنٹ اس دنیا میں ہیپینس جو ہے وہ اچیویبل ہی نہیں ہے تو وہ گول کیسے ہو سکتا ہے جو چیز گول ہے وہ یہ ہے کہ اپ کا انٹلیکچول ڈیویلپمنٹ کا جو پراسیس ہے</w:t>
      </w:r>
    </w:p>
    <w:p>
      <w:r>
        <w:rPr>
          <w:b/>
        </w:rPr>
        <w:t xml:space="preserve">[1:20:43] </w:t>
      </w:r>
      <w:r>
        <w:t>bila roke non stop chalta rahe aur is ki koi limitation nahi hai jab tak aap hazar saal jeeyen tab bhi yeh chalta rahega yeh aur khatam nahi hoga toh mere nazdeek jo cheez achievable hai dunya mein sab se bari woh khushi nahi hai khushi toh wahan akhirat ke liye hai paradise ke liye</w:t>
      </w:r>
    </w:p>
    <w:p>
      <w:pPr>
        <w:jc w:val="right"/>
      </w:pPr>
      <w:r>
        <w:t>بلا رکے نان اسٹاپ چلتا رہے اور اس کی کوئی لیمیٹیشن نہیں ہے جب تک اپ ہزار سال جئیں تب بھی یہ چلتا رہے گا یہ اور ختم نہیں ہوگا تو میرے نزدیک جو چیز اچیویبل ہے دنیا میں سب سے بڑی وہ خوشی نہیں ہے خوشی تو وہاں اخرت کے لیے ہے پیرڈائز کے لیے</w:t>
      </w:r>
    </w:p>
    <w:p>
      <w:r>
        <w:rPr>
          <w:b/>
        </w:rPr>
        <w:t xml:space="preserve">[1:21:04] </w:t>
      </w:r>
      <w:r>
        <w:t>yahan par jo cheez hai jis ko aap achieve karna chahein woh hai intellectual development jis se aap ki creativity barhti hai creativity there is one more question in happiness which is asked by faizal hussain</w:t>
      </w:r>
    </w:p>
    <w:p>
      <w:pPr>
        <w:jc w:val="right"/>
      </w:pPr>
      <w:r>
        <w:t>یہاں پر جو چیز ہے جس کو اپ اچیو کرنا چاہیں وہ ہے انٹلیکچول ڈیویلپمنٹ جس سے اپ کی کریٹیوٹی بڑھتی ہے کریٹیوٹی دیر از ون مور کوسچن ان ہیپینس وچ از اسکڈ بائے فیضل حسین</w:t>
      </w:r>
    </w:p>
    <w:p>
      <w:r>
        <w:rPr>
          <w:b/>
        </w:rPr>
        <w:t xml:space="preserve">[1:21:22] </w:t>
      </w:r>
      <w:r>
        <w:t>ah he writes can you please explain what according to you is true happiness and how can we achieve it</w:t>
      </w:r>
    </w:p>
    <w:p>
      <w:pPr>
        <w:jc w:val="right"/>
      </w:pPr>
      <w:r>
        <w:t>اہ ہی رائٹس کین یو پلیز ایکسپلین واٹ اکارڈنگ ٹو یو از ٹرو ہیپینس اینڈ ہاؤ کین وی اچیو اٹ</w:t>
      </w:r>
    </w:p>
    <w:p>
      <w:r>
        <w:rPr>
          <w:b/>
        </w:rPr>
        <w:t xml:space="preserve">[1:21:32] </w:t>
      </w:r>
      <w:r>
        <w:t>bhai dekhein main happiness ko dunya mein aaj achievable samajhta nahi hoon woh false happiness hoti hogi jis mein agar kisi ko aap dekhein ke woh happiness kehta hai ke mujhe happiness mili hui hai toh woh false happiness hai</w:t>
      </w:r>
    </w:p>
    <w:p>
      <w:pPr>
        <w:jc w:val="right"/>
      </w:pPr>
      <w:r>
        <w:t>بھائی دیکھیں میں ہیپینس کو دنیا میں اج کی اچیویبل سمجھتا نہیں ہوں وہ فالس ہیپینس ہوتی ہوگی جس میں اگر کسی کو اپ دیکھیں کہ وہ ہیپینس کہتا ہے کہ مجھے ہیپینس ملی ہوئی ہے تو وہ فالس ہیپینس ہے</w:t>
      </w:r>
    </w:p>
    <w:p>
      <w:r>
        <w:rPr>
          <w:b/>
        </w:rPr>
        <w:t xml:space="preserve">[1:21:49] </w:t>
      </w:r>
      <w:r>
        <w:t>aise jaise ke anesthesia se ek aadmi ko peace mil sakta hai lekin woh false peace hai woh woh sachi peace nahi hai woh false peace hai toh agar koi samajhta hai ke main happiness mein hoon toh woh false happiness mein hai woh kyunke asli happiness toh wohi hai discovery realization intellectual development</w:t>
      </w:r>
    </w:p>
    <w:p>
      <w:pPr>
        <w:jc w:val="right"/>
      </w:pPr>
      <w:r>
        <w:t>ایسے جیسے کہ انستھیشیا سے ایک ادمی کو پیس مل سکتا ہے لیکن وہ فالس پیس ہے وہ وہ سچی پیس نہیں ہے وہ فالس پیس ہے تو اگر کوئی سمجھتا ہے کہ میں ہیپینس میں ہوں تو وہ فالس ہیپینس میں ہے وہ کیونکہ اصلی ہیپینس تو وہی ہے ڈسکوری ریلائزیشن انٹلیکچول ڈیویلپمنٹ</w:t>
      </w:r>
    </w:p>
    <w:p>
      <w:r>
        <w:rPr>
          <w:b/>
        </w:rPr>
        <w:t xml:space="preserve">[1:22:13] </w:t>
      </w:r>
      <w:r>
        <w:t>yeh isi ko aap chahe khushi se kahein yani khushi kahein ya apne sath mind kahein lekin jo cheez achievable hai dunya mein bari se bari cheez woh yahi hai</w:t>
      </w:r>
    </w:p>
    <w:p>
      <w:pPr>
        <w:jc w:val="right"/>
      </w:pPr>
      <w:r>
        <w:t>یہ اسی کو اپ چاہے خوشی سے کہیں یعنی خوشی کہیں یا اپنے ساتھ مائنڈ کہیں لیکن جو چیز اچیویبل ہے دنیا میں بڑی سے بڑی چیز وہ یہی ہے</w:t>
      </w:r>
    </w:p>
    <w:p>
      <w:r>
        <w:rPr>
          <w:b/>
        </w:rPr>
        <w:t xml:space="preserve">[1:22:25] </w:t>
      </w:r>
      <w:r>
        <w:t>this question is from sadia please elaborate ostrich habit haan dekhein ostrich kehte hain urdu mein shuturmurgh shuturmurgh ostrich kaha jata hai ke sab se bari bird hai agarche woh</w:t>
      </w:r>
    </w:p>
    <w:p>
      <w:pPr>
        <w:jc w:val="right"/>
      </w:pPr>
      <w:r>
        <w:t>دس کوسچن از فرام سعدیہ پلیز ایلیبریٹ اسٹریچ ہیبٹ ہاں دیکھیں اسٹریچ کہتے ہیں اردو میں شترمرغ شترمرغ اسٹریچ کہا جاتا ہے کہ سب سے بڑی برڈ ہے اگرچہ وہ</w:t>
      </w:r>
    </w:p>
    <w:p>
      <w:r>
        <w:rPr>
          <w:b/>
        </w:rPr>
        <w:t xml:space="preserve">[1:22:43] </w:t>
      </w:r>
      <w:r>
        <w:t>woh yani flight nahi kar sakti fly fly nahi kar sakti kya kehte hain is ko urh nahi sakti woh flight less hain flight less flight less hoti hai lekin phir bhi woh bird kaha jata hai woh kyunke is ke pankh hote hain aur woh</w:t>
      </w:r>
    </w:p>
    <w:p>
      <w:pPr>
        <w:jc w:val="right"/>
      </w:pPr>
      <w:r>
        <w:t>وہ یعنی فلائٹ نہیں کر سکتی فلائی فلائی نہیں کر سکتی کیا کہتے ہیں اس کو اڑ نہیں سکتی وہ فلائٹ لیس ہیں فلائٹ لیس فلائٹ لیس ہوتی ہے لیکن پھر بھی وہ برڈ کہا جاتا ہے وہ کیونکہ اس کے پنکھ ہوتے ہیں اور وہ</w:t>
      </w:r>
    </w:p>
    <w:p>
      <w:r>
        <w:rPr>
          <w:b/>
        </w:rPr>
        <w:t xml:space="preserve">[1:23:01] </w:t>
      </w:r>
      <w:r>
        <w:t>kafi bhari hota hai woh main samajhta hoon ke shayad dedh sau pound is ka wazan hota hai galban toh</w:t>
      </w:r>
    </w:p>
    <w:p>
      <w:pPr>
        <w:jc w:val="right"/>
      </w:pPr>
      <w:r>
        <w:t>کافی بھاری ہوتا ہے وہ میں سمجھتا ہوں کہ شاید ڈیڑھ سو پاؤنڈ اس کا وزن ہوتا ہے غالبا تو</w:t>
      </w:r>
    </w:p>
    <w:p>
      <w:r>
        <w:rPr>
          <w:b/>
        </w:rPr>
        <w:t xml:space="preserve">[1:23:14] </w:t>
      </w:r>
      <w:r>
        <w:t>kaha jata hai ke yani ho sakta hai ke legend ho ya ho sakta hai ke waqia ho lekin yeh baat kahi jati hai behraal is ko kehte hain ostrich habit kaha jata hai ke jab storm aata hai desert mein toh desert mein jab storm aata hai toh woh aap ko ek helpless samajhne lagta hai helpless</w:t>
      </w:r>
    </w:p>
    <w:p>
      <w:pPr>
        <w:jc w:val="right"/>
      </w:pPr>
      <w:r>
        <w:t>کہا جاتا ہے کہ یعنی ہو سکتا ہے کہ لیجنڈ ہو یا ہو سکتا ہے کہ واقعہ ہو لیکن یہ بات کہی جاتی ہے بہرحال اس کو کہتے ہیں اسٹریچ ہیبٹ کہا جاتا ہے کہ جب سٹارم اتا ہے ڈیزرٹ میں تو ڈیزرٹ میں جب سٹارم اتا ہے تو وہ اپ کو ایک ہیلپ لیس سمجھنے لگتا ہے ہیلپ لیس</w:t>
      </w:r>
    </w:p>
    <w:p>
      <w:r>
        <w:rPr>
          <w:b/>
        </w:rPr>
        <w:t xml:space="preserve">[1:23:33] </w:t>
      </w:r>
      <w:r>
        <w:t>toh woh kya karta hai kyunke urh urh urh toh sakta nahi woh toh bohat ziyada bhag bhi nahi sakta toh woh apna gardan jo hai is mein daal deta hai is mein sand mein matlab mein is storm ko na dekhun</w:t>
      </w:r>
    </w:p>
    <w:p>
      <w:pPr>
        <w:jc w:val="right"/>
      </w:pPr>
      <w:r>
        <w:t>تو وہ کیا کرتا ہے کیونکہ اڑ اڑ اڑ تو سکتا نہیں وہ تو بہت زیادہ بھاگ بھی نہیں سکتا تو وہ اپنا گردن جو ہے اس میں ڈال دیتا ہے اس میں سائن میں مطلب میں اس سٹارم کو نہ دیکھوں</w:t>
      </w:r>
    </w:p>
    <w:p>
      <w:r>
        <w:rPr>
          <w:b/>
        </w:rPr>
        <w:t xml:space="preserve">[1:23:51] </w:t>
      </w:r>
      <w:r>
        <w:t>yani storm aayega is ko khatam bhi kar dega sab kuch hoga lekin for the moment woh apni is pe gardan mein ret mein daal kar ke yeh samajh leta hai ke storm mujh se chala gaya toh yeh hai ostrich habit toh log yahi karte hain yeh yeh bhi mazhab toh wohi hai yeh jo yeh jo hai</w:t>
      </w:r>
    </w:p>
    <w:p>
      <w:pPr>
        <w:jc w:val="right"/>
      </w:pPr>
      <w:r>
        <w:t>یعنی سٹارم ائے گا اس کو ختم بھی کر دے گا سب کچھ ہوگا لیکن فار دا مومنٹ وہ اپنی اس پہ گردن میں ریت میں ڈال کر کے یہ سمجھ لیتا ہے کہ سٹارم مجھ سے چلا گیا تو یہ ہے اسٹریچ ہیبٹ تو لوگ یہی کرتے ہیں یہ یہ بھی مذہب تو وہی ہے یہ جو یہ جو ہے</w:t>
      </w:r>
    </w:p>
    <w:p>
      <w:r>
        <w:rPr>
          <w:b/>
        </w:rPr>
        <w:t xml:space="preserve">[1:24:13] </w:t>
      </w:r>
      <w:r>
        <w:t>yani yeh jo inhone kaha ke enjoy every moment yeh bhi ostrich habit hai wohi hai yeh aap escape karte hain zindagi ke problem se aap ko taqat nahi hai is se larne ki</w:t>
      </w:r>
    </w:p>
    <w:p>
      <w:pPr>
        <w:jc w:val="right"/>
      </w:pPr>
      <w:r>
        <w:t>یعنی یہ جو انہوں نے کہا کہ انجوائے ایوری مومنٹ یہ بھی اسٹریچ ہیبٹ ہے وہی ہے یہ اپ اسکیپ کرتے ہیں زندگی کے پرابلم سے اپ کو طاقت نہیں ہے اس سے لڑنے کی</w:t>
      </w:r>
    </w:p>
    <w:p>
      <w:r>
        <w:rPr>
          <w:b/>
        </w:rPr>
        <w:t xml:space="preserve">[1:24:30] </w:t>
      </w:r>
      <w:r>
        <w:t>aap ko jo stress aaya hai jo tension aaya hai us ko aap manage nahi kar sakte toh kya karte hain aap excess mein chale jate hain aur sharab pi kar ke ya meditation kar meditation kar ke ya ho ho kar ke ha ha culture chala kar ke ab yeh of ostrich habit hai yeh</w:t>
      </w:r>
    </w:p>
    <w:p>
      <w:pPr>
        <w:jc w:val="right"/>
      </w:pPr>
      <w:r>
        <w:t>اپ کو جو اسٹریس ایا ہے جو ٹینشن ایا ہے اس کو اپ مینج نہیں کر سکتے تو کیا کرتے ہیں اپ ایکسیسو میں چلے جاتے ہیں اور شراب پی کر کے یا میڈیشن کر میڈیشن کر کے یا ہوہا کر کے ہا ہا کلچر چلا کر کے اب یہ اف سٹریچ ہیبٹ ہے یہ</w:t>
      </w:r>
    </w:p>
    <w:p>
      <w:r>
        <w:rPr>
          <w:b/>
        </w:rPr>
        <w:t xml:space="preserve">[1:24:48] </w:t>
      </w:r>
      <w:r>
        <w:t>ke problem apni jagah waise hi waise hi rehta hai ke aap thori der ke liye apne aap ko escapism ka is ko mein keh sakta hoon ke escapism hai yeh escape kar ke apne aap ko ek aisi jagah le aate hain jahan aap thori der ke liye apne ko unawareness mein daal dein</w:t>
      </w:r>
    </w:p>
    <w:p>
      <w:pPr>
        <w:jc w:val="right"/>
      </w:pPr>
      <w:r>
        <w:t>کہ پرابلم اپنی جگہ ویسے ہی ویسے ہی رہتا ہے کہ اپ تھوڑی دیر کے لیے اپنے اپ کو اسکیپزم کا اس کو میں کہہ سکتا ہوں کہ اسکیپزم ہے یہ اسکیپ کر کے اپنے اپ کو ایک ایسی جگہ لے اتے ہیں جہاں اپ تھوڑی دیر کے لیے اپنے کو ان اویرنس میں ڈال دیں</w:t>
      </w:r>
    </w:p>
    <w:p>
      <w:r>
        <w:rPr>
          <w:b/>
        </w:rPr>
        <w:t xml:space="preserve">[1:25:06] </w:t>
      </w:r>
      <w:r>
        <w:t>yeh unawareness hai yeh toh main samajhta hoon ke yeh yeh insan ke liye ostrich habit hai yeh isi type ka yeh mamla hai jis tarah ke shuturmurgh karta hai ostrich aur yeh koi yani healthy habit nahi</w:t>
      </w:r>
    </w:p>
    <w:p>
      <w:pPr>
        <w:jc w:val="right"/>
      </w:pPr>
      <w:r>
        <w:t>یہ ان اویرنس ہے یہ تو میں سمجھتا ہوں کہ یہ یہ انسان کے لیے اسٹریچ ہیبٹ ہے یہ اسی ٹائپ کا یہ معاملہ ہے جس طرح کہ شتر مرغ کرتا ہے اسٹریچ اور یہ کوئی یعنی ہیلدی ہیبٹ نہیں</w:t>
      </w:r>
    </w:p>
    <w:p>
      <w:r>
        <w:rPr>
          <w:b/>
        </w:rPr>
        <w:t xml:space="preserve">[1:25:25] </w:t>
      </w:r>
      <w:r>
        <w:t>yani ostrich ke tarike se apne aap ko unaware unawareness mein daal dena yeh main nahi samajhta ke koi healthy habit hai yeh i had to share one point razi was saying that</w:t>
      </w:r>
    </w:p>
    <w:p>
      <w:pPr>
        <w:jc w:val="right"/>
      </w:pPr>
      <w:r>
        <w:t>یعنی اسٹریچ کے طریقے سے اپنے اپ کو ان اویر ان اویرنس میں ڈال دینا یہ میں نہیں سمجھتا کہ کوئی ہیلدی ہیبٹ ہے یہ ائی ہیڈ ٹو شیئر ون پوائنٹ راضی واز سینگ دیٹ</w:t>
      </w:r>
    </w:p>
    <w:p>
      <w:r>
        <w:rPr>
          <w:b/>
        </w:rPr>
        <w:t xml:space="preserve">[1:25:43] </w:t>
      </w:r>
      <w:r>
        <w:t>people do meditation because they get some relaxation or time to think positive basically maulana ah people take wrong choice in their work or in their job</w:t>
      </w:r>
    </w:p>
    <w:p>
      <w:pPr>
        <w:jc w:val="right"/>
      </w:pPr>
      <w:r>
        <w:t>پیپل ڈو میڈیٹیشن بیکاز دے گیٹ سم ریلیکسیشن اور ٹائم ٹو تھنک پوزیٹیو بیسکلی مولانا اہ پیپل ٹیک رونگ چوائس ان دیر ورک اور ان دیر جاب</w:t>
      </w:r>
    </w:p>
    <w:p>
      <w:r>
        <w:rPr>
          <w:b/>
        </w:rPr>
        <w:t xml:space="preserve">[1:25:59] </w:t>
      </w:r>
      <w:r>
        <w:t>aur they take burden of you know their work beyond their capacity which leads to stress now if</w:t>
      </w:r>
    </w:p>
    <w:p>
      <w:pPr>
        <w:jc w:val="right"/>
      </w:pPr>
      <w:r>
        <w:t>اور دے ٹیک برڈن اف یو نو دیر ورک بیونڈ دیر کپیسٹی وچ لیڈز ٹو سٹریس ناو اف</w:t>
      </w:r>
    </w:p>
    <w:p>
      <w:r>
        <w:rPr>
          <w:b/>
        </w:rPr>
        <w:t xml:space="preserve">[1:26:07] </w:t>
      </w:r>
      <w:r>
        <w:t>Your mind is to be bombarded with too much of stress</w:t>
      </w:r>
    </w:p>
    <w:p>
      <w:pPr>
        <w:jc w:val="right"/>
      </w:pPr>
      <w:r>
        <w:t>یور مائنڈ از ٹو بمبارڈڈ ود ٹو مچ اف سٹریس</w:t>
      </w:r>
    </w:p>
    <w:p>
      <w:r>
        <w:rPr>
          <w:b/>
        </w:rPr>
        <w:t xml:space="preserve">[1:26:11] </w:t>
      </w:r>
      <w:r>
        <w:t>You would need meditation for that. It helps. But the question is that if you can rationally</w:t>
      </w:r>
    </w:p>
    <w:p>
      <w:pPr>
        <w:jc w:val="right"/>
      </w:pPr>
      <w:r>
        <w:t>یو یو وڈ نیڈ میڈیٹیشن فار دیٹ اٹ ہیلپس بٹ دی کوئسچن از دیٹ اف یو کین ریشنلی</w:t>
      </w:r>
    </w:p>
    <w:p>
      <w:r>
        <w:rPr>
          <w:b/>
        </w:rPr>
        <w:t xml:space="preserve">[1:26:17] </w:t>
      </w:r>
      <w:r>
        <w:t>think of you can positively think you would not take a wrong choice so meditation is the phenomena</w:t>
      </w:r>
    </w:p>
    <w:p>
      <w:pPr>
        <w:jc w:val="right"/>
      </w:pPr>
      <w:r>
        <w:t>تھنک اف یو کین پوزیٹیولی تھنک یو وڈ ناٹ ٹیک ا رونگ چوائس سو میڈیٹیشن از دی فیناومینا</w:t>
      </w:r>
    </w:p>
    <w:p>
      <w:r>
        <w:rPr>
          <w:b/>
        </w:rPr>
        <w:t xml:space="preserve">[1:26:24] </w:t>
      </w:r>
      <w:r>
        <w:t>For those people who basically take the wrong choice in their work and become</w:t>
      </w:r>
    </w:p>
    <w:p>
      <w:pPr>
        <w:jc w:val="right"/>
      </w:pPr>
      <w:r>
        <w:t>فار دوز پیپل ہو بیسکلی ٹیک دی رونگ چوائس ان دیر ورک اینڈ بیکم</w:t>
      </w:r>
    </w:p>
    <w:p>
      <w:r>
        <w:rPr>
          <w:b/>
        </w:rPr>
        <w:t xml:space="preserve">[1:26:29] </w:t>
      </w:r>
      <w:r>
        <w:t>a victim of the stress in necessary theek keh rahe hain aap theek hai jazak Allah jazak Allah just living are you right in saying avail every moment and develop your self intellectually so that you may find eternal happiness in the next world</w:t>
      </w:r>
    </w:p>
    <w:p>
      <w:pPr>
        <w:jc w:val="right"/>
      </w:pPr>
      <w:r>
        <w:t>ا وکٹم اف دی سٹریس ان نیسیسری ٹھیک کہہ رہے ہیں اپ ٹھیک ہے جزاک اللہ جزاک اللہ جسٹ لیونگ ار یو رائٹ ان سینگ اویل ایوری مومنٹ اینڈ ڈیویلپ یور سیلف انٹلیکچولی سو دیٹ یو می فائنڈ ایٹرنل ہیپینس ان دا نیکسٹ ورلڈ</w:t>
      </w:r>
    </w:p>
    <w:p>
      <w:r>
        <w:rPr>
          <w:b/>
        </w:rPr>
        <w:t xml:space="preserve">[1:26:55] </w:t>
      </w:r>
      <w:r>
        <w:t>avail every moment and develop your self intellectually is it right yeh baat sahi hai ke yeh dunya sach poochein toh opportunity ki dunya hai yeh</w:t>
      </w:r>
    </w:p>
    <w:p>
      <w:pPr>
        <w:jc w:val="right"/>
      </w:pPr>
      <w:r>
        <w:t>اویل ایوری مومنٹ اینڈ ڈیویلپ یور سیلف انٹلیکچولی از اٹ رائٹ یہ بات صحیح ہے کہ یہ دنیا سچ پوچھیں تو اپرچونیٹی کی دنیا ہے یہ</w:t>
      </w:r>
    </w:p>
    <w:p>
      <w:r>
        <w:rPr>
          <w:b/>
        </w:rPr>
        <w:t xml:space="preserve">[1:27:11] </w:t>
      </w:r>
      <w:r>
        <w:t>yahan gain karein is ki dunya hai hi nahi sab kuch jo hai woh opportunity hai toh kuch log opportunity ko material shai mein le lete hain aur material gain ki taraf dorr jate hain</w:t>
      </w:r>
    </w:p>
    <w:p>
      <w:pPr>
        <w:jc w:val="right"/>
      </w:pPr>
      <w:r>
        <w:t>یہاں گین کریں اس کی دنیا ہے ہی نہیں سب کچھ جو ہے وہ اپرچونیٹی ہے تو کچھ لوگ اپرچونیٹی کو مٹیریل شے میں لے لیتے ہیں اور مٹیریل گین کی طرف دوڑ جاتے ہیں</w:t>
      </w:r>
    </w:p>
    <w:p>
      <w:r>
        <w:rPr>
          <w:b/>
        </w:rPr>
        <w:t xml:space="preserve">[1:27:28] </w:t>
      </w:r>
      <w:r>
        <w:t>woh is ka sahi istemal nahi hai main samajhta hoon ke koi bhi cheez ho woh ek opportunity hai is ke liye ke hum apni personality ko develop karein aur woh personality banayein jo paradise ke liye yani</w:t>
      </w:r>
    </w:p>
    <w:p>
      <w:pPr>
        <w:jc w:val="right"/>
      </w:pPr>
      <w:r>
        <w:t>وہ اس کا صحیح استعمال نہیں ہے میں سمجھتا ہوں کہ کوئی بھی چیز ہو وہ ایک اپرچونیٹی ہے اس کے لیے کہ ہم اپنی پرسنیلٹی کو ڈیویلپ کریں اور وہ پرسنیلٹی بنائیں جو پیرڈائز کے لیے یعنی</w:t>
      </w:r>
    </w:p>
    <w:p>
      <w:r>
        <w:rPr>
          <w:b/>
        </w:rPr>
        <w:t xml:space="preserve">[1:27:45] </w:t>
      </w:r>
      <w:r>
        <w:t>deserve kare ke wahan us ko settle kiya jaye toh main is ko manta hoon ke sab kuch opportunity hai yahan khushi yani aram ho takleef ho paisa ho na paisa ho poverty ho ya aadmi ke paas daulat ho kuch bhi ho jo bhi ho barhapa ho jawani ho kuch bhi har cheez</w:t>
      </w:r>
    </w:p>
    <w:p>
      <w:pPr>
        <w:jc w:val="right"/>
      </w:pPr>
      <w:r>
        <w:t>ڈیزرو کرے کہ وہاں اس کو سیٹل کیا جائے تو میں اس کو مانتا ہوں کہ سب کچھ اپرچونیٹی ہے یہاں خوش یعنی ارام ہو تکلیف ہو پیسہ ہو نہ پیسہ ہو پاورٹی ہو یا ادمی کے پاس دولت ہو کچھ بھی ہو جو بھی ہو بڑھاپا ہو جوانی ہو کچھ بھی ہر چیز</w:t>
      </w:r>
    </w:p>
    <w:p>
      <w:r>
        <w:rPr>
          <w:b/>
        </w:rPr>
        <w:t xml:space="preserve">[1:28:07] </w:t>
      </w:r>
      <w:r>
        <w:t>aap safar pe hain kahin ja rahe hain hawa jahaz mein hain paidal chal rahe hain har cheez aap ko ek opportunity deti hai opportunity ke aap is se lesson draw karen lesson draw kar ke yani tosam jis ko hum kehte hain hoon tosam kar ke lesson le kar ke apni personality ko develop karte rahen</w:t>
      </w:r>
    </w:p>
    <w:p>
      <w:pPr>
        <w:jc w:val="right"/>
      </w:pPr>
      <w:r>
        <w:t>اپ سفر پہ ہیں کہیں جا رہے ہیں ہوا جہاز میں ہیں پیدل چل رہے ہیں ہر چیز اپ کو ایک اپرچونیٹی دیتی ہے اپرچونیٹی کہ اپ اس سے لیسن ڈرا کریں لیسن ڈرا کر کے یعنی توسم جس کو ہم کہتے ہیں ہوں توسم کر کے لیسن لے کر کے اپنی پرسنیلٹی کو ڈیویلپ کرتے رہیں</w:t>
      </w:r>
    </w:p>
    <w:p>
      <w:r>
        <w:rPr>
          <w:b/>
        </w:rPr>
        <w:t xml:space="preserve">[1:28:29] </w:t>
      </w:r>
      <w:r>
        <w:t>aur yeh baat mein ne is se pehle kahi hai ke paradise ki billah hi sab se bari baat nahi hai aap ke andar woh capacity hona ke aap ko enjoy kar saken yeh sab se bari baat hai kyunke mein ne ek misaal di thi ke ek bohat bohat hi acha ek park hai bohat hi acha garden hai</w:t>
      </w:r>
    </w:p>
    <w:p>
      <w:pPr>
        <w:jc w:val="right"/>
      </w:pPr>
      <w:r>
        <w:t>اور یہ بات میں نے اس سے پہلے کہی ہے کہ پیرڈائز کی باللہ ہی سب سے بڑی بات نہیں ہے اپ کے اندر وہ کیپیسٹی ہونا کہ اپ کو انجوائے کر سکیں یہ سب سے بڑی بات ہے کیونکہ میں نے ایک مثال دی تھی کہ ایک بہت بہت ہی اچھا ایک پارک ہے بہت ہی اچھا گارڈن ہے</w:t>
      </w:r>
    </w:p>
    <w:p>
      <w:r>
        <w:rPr>
          <w:b/>
        </w:rPr>
        <w:t xml:space="preserve">[1:28:51] </w:t>
      </w:r>
      <w:r>
        <w:t>wahan jata hai ek ek battery ka professor aur ek chota sa bacha us ke sath hai aap jaen wahan bacha khoob is liye kooday ga bohat khush hoga dekh dekh kar ke lekin battery ka professor jab dekhe ga wahan kya</w:t>
      </w:r>
    </w:p>
    <w:p>
      <w:pPr>
        <w:jc w:val="right"/>
      </w:pPr>
      <w:r>
        <w:t>وہاں جاتا ہے ایک ایک باٹری کا پروفیسر اور ایک چھوٹا سا بچہ اس کے ساتھ ہے اپ جائیں وہاں بچہ خوب اس لیے کودے گا بہت خوش ہوگا دیکھ دیکھ کر کے لیکن باٹری کا پروفیسر جب دیکھے گا وہاں کیا</w:t>
      </w:r>
    </w:p>
    <w:p>
      <w:r>
        <w:rPr>
          <w:b/>
        </w:rPr>
        <w:t xml:space="preserve">[1:29:07] </w:t>
      </w:r>
      <w:r>
        <w:t>garden ko to woh jo us mein se baaten paye ga us ka mind jis tarah se realize kare ga zahir hai ke bacha nahi kar raha hoga to aap agar paradise aap ko mil bhi jaye to is tarah mile ke jaise bache ko</w:t>
      </w:r>
    </w:p>
    <w:p>
      <w:pPr>
        <w:jc w:val="right"/>
      </w:pPr>
      <w:r>
        <w:t>گارڈن کو تو وہ جو اس میں سے باتیں پائے گا اس کا مائنڈ جس طرح سے ریلائز کرے گا ظاہر ہے کہ بچہ نہیں کر رہا ہوگا تو اپ اگر پیرڈائز اپ کو مل بھی جائے تو اس طرح ملے کہ جیسے بچے کو</w:t>
      </w:r>
    </w:p>
    <w:p>
      <w:r>
        <w:rPr>
          <w:b/>
        </w:rPr>
        <w:t xml:space="preserve">[1:29:26] </w:t>
      </w:r>
      <w:r>
        <w:t>rajpati bhawan ke mughal garden mein daal diya jaye to kya faida is se</w:t>
      </w:r>
    </w:p>
    <w:p>
      <w:pPr>
        <w:jc w:val="right"/>
      </w:pPr>
      <w:r>
        <w:t>راجپتی بھون کے مغل گارڈن میں ڈال دیا جائے تو کیا فائدہ اس سے</w:t>
      </w:r>
    </w:p>
    <w:p>
      <w:r>
        <w:rPr>
          <w:b/>
        </w:rPr>
        <w:t xml:space="preserve">[1:29:35] </w:t>
      </w:r>
      <w:r>
        <w:t>asal cheez to yeh hai ke aap ne koi itna develop karen ke paradise pe ja jaen to wahan pe sach much aap aap enjoy kar saken is se sach much enjoy kar saken aur yeh kya hai rajpati bhawan jis ko pehle kaha jata tha woh viceregal lodge</w:t>
      </w:r>
    </w:p>
    <w:p>
      <w:pPr>
        <w:jc w:val="right"/>
      </w:pPr>
      <w:r>
        <w:t>اصل چیز تو یہ ہے کہ اپ نے کوئی اتنا ڈیویلپ کریں کہ پیرڈائز پہ جا جائیں تو وہاں پہ سچ مچ اپ اپ انجوائے کر سکیں اس سے سچ مچ انجوائے کر سکیں اور یہ کیا ہے راجپتی بھون جس کو پہلے کہا جاتا تھا وہ وائسرگل لاج</w:t>
      </w:r>
    </w:p>
    <w:p>
      <w:r>
        <w:rPr>
          <w:b/>
        </w:rPr>
        <w:t xml:space="preserve">[1:29:53] </w:t>
      </w:r>
      <w:r>
        <w:t>aap jante hain ke first world war ke zamane mein yeh bana tha to us ko kaha jata tha viceregal lodge to jab burger tayyar hua yeh poora jo dunya hai woh british period mein to france ka ek leader aaya tha bohat hi intelligent aadmi tha woh</w:t>
      </w:r>
    </w:p>
    <w:p>
      <w:pPr>
        <w:jc w:val="right"/>
      </w:pPr>
      <w:r>
        <w:t>اپ جانتے ہیں کہ فرسٹ ورلڈ وار کے زمانے میں یہ بنا تھا تو اس کو کہا جاتا تھا وائسرگل لاج تو جب برگر تیار ہوا یہ پورا جو دنیا ہے وہ برٹش پیریڈ میں تو فرانس کا ایک لیڈر ایا تھا بہت ہی انٹیلیجنٹ ادمی تھا وہ</w:t>
      </w:r>
    </w:p>
    <w:p>
      <w:r>
        <w:rPr>
          <w:b/>
        </w:rPr>
        <w:t xml:space="preserve">[1:30:11] </w:t>
      </w:r>
      <w:r>
        <w:t>to us ko dekh kar us ne kaha tha what a magnificent what a magnificent world they build to le</w:t>
      </w:r>
    </w:p>
    <w:p>
      <w:pPr>
        <w:jc w:val="right"/>
      </w:pPr>
      <w:r>
        <w:t>تو اس کو دیکھ کر اس نے کہا تھا واٹ ا میگنیفیسنٹ واٹ ا میگنیفیسنٹ ورلڈ دے بل ٹو لی</w:t>
      </w:r>
    </w:p>
    <w:p>
      <w:r>
        <w:rPr>
          <w:b/>
        </w:rPr>
        <w:t xml:space="preserve">[1:30:18] </w:t>
      </w:r>
      <w:r>
        <w:t>woh kitni shandar dunya unhon ne banai hai sirf is liye ke woh chor ke chale jaen samajhta hoon ke yeh har insan ke liye hai har aadmi apni ek ek dunya banata hai bohat hi shandar aur phir us ko chor chala jata hai woh to us ne kaha tha ke what a magnificent world they build</w:t>
      </w:r>
    </w:p>
    <w:p>
      <w:pPr>
        <w:jc w:val="right"/>
      </w:pPr>
      <w:r>
        <w:t>و کتنی شاندار دنیا انہوں نے بنائی ہے صرف اس لیے کہ وہ چھوڑ کے چلے جائیں سمجھتا ہوں کہ یہ ہر انسان کے لیے ہے ہر ادمی اپنی ایک ایک دنیا بناتا ہے بہت ہی شاندار اور پھر اس کو چھوڑ چلا جاتا ہے وہ تو اس نے کہا تھا کہ واٹ ا میگنیفیسنٹ ورلڈ دے بل</w:t>
      </w:r>
    </w:p>
    <w:p>
      <w:r>
        <w:rPr>
          <w:b/>
        </w:rPr>
        <w:t xml:space="preserve">[1:30:39] </w:t>
      </w:r>
      <w:r>
        <w:t>to live ab dekhen hamare sadar sahib jo hai woh gir gaye woh woh jo us mein rehte hain to kya hai haqeeqat dunya ki taraqqiyon ki kuch bhi nahi hai asal cheez wohi hai intellectual development taake aap ko jab woh dunya mile paradise wali to us ko aap sach much enjoy kar saken aur sach much aap happiness ko yani mehsoos kar saken abhi to happiness ko aap kya mehsoos karenge</w:t>
      </w:r>
    </w:p>
    <w:p>
      <w:pPr>
        <w:jc w:val="right"/>
      </w:pPr>
      <w:r>
        <w:t>ٹو لیو اب دیکھیں ہمارے صدر صاحب جو ہے وہ گر گئے وہ وہ جو اس میں رہتے ہیں تو کیا ہے حقیقت دنیا کی ترقیوں کی کچھ بھی نہیں ہے اصل چیز وہی ہے انٹلیکچول ڈیویلپمنٹ تاکہ اپ کو جب وہ دنیا ملے پیرڈائز والی تو اس کو اپ سچ مچ انجوائے کر سکیں اور سچ مچ اپ ہیپینس کو یعنی محسوس کر سکیں ابھی تو ہیپینس کو اپ کیا محسوس کریں گے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