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Aisha Bint Abu Bakr Part 2 March 05, 2023</w:t>
      </w:r>
    </w:p>
    <w:p>
      <w:r>
        <w:t>https://youtu.be/od3Is6a9B7o</w:t>
      </w:r>
    </w:p>
    <w:p>
      <w:r>
        <w:rPr>
          <w:b/>
        </w:rPr>
        <w:t xml:space="preserve">[00:09] </w:t>
      </w:r>
      <w:r>
        <w:t>Assalam o Alaikum. In the last session we discussed about the story of Hazrat Aisha with Dr. Saniya Hasnain Khan.</w:t>
      </w:r>
    </w:p>
    <w:p>
      <w:pPr>
        <w:jc w:val="right"/>
      </w:pPr>
      <w:r>
        <w:t>السلام علیکم۔ In the last session we discussed about the story of Hazrat Aisha with Dr. ثانیہ حسنین خان.</w:t>
      </w:r>
    </w:p>
    <w:p>
      <w:r>
        <w:rPr>
          <w:b/>
        </w:rPr>
        <w:t xml:space="preserve">[00:18] </w:t>
      </w:r>
      <w:r>
        <w:t>Today we will continue that story, to chaliye unhi se baatchit karte hain. Assalam o Alaikum Doctor Sahab, kaise hain aap? Wa alaikum Assalam, Alhamdulillah. Aap kaise hain?</w:t>
      </w:r>
    </w:p>
    <w:p>
      <w:pPr>
        <w:jc w:val="right"/>
      </w:pPr>
      <w:r>
        <w:t>Today we will continue that story, तो चलिए उन्हीं से बातचीत करते हैं। السلام علیکم ڈاکٹر صاحب، کیسے ہیں آپ؟ وعلیکم السلام، الحمدللہ۔ آپ کیسے ہیں؟</w:t>
      </w:r>
    </w:p>
    <w:p>
      <w:r>
        <w:rPr>
          <w:b/>
        </w:rPr>
        <w:t xml:space="preserve">[00:27] </w:t>
      </w:r>
      <w:r>
        <w:t>Alhamdulillah. Doctor Sahab, the last session was really wonderful, where you took us through the life of Hazrat Aisha,</w:t>
      </w:r>
    </w:p>
    <w:p>
      <w:pPr>
        <w:jc w:val="right"/>
      </w:pPr>
      <w:r>
        <w:t>الحمدللہ۔ ڈاکٹر صاحب، the last session was really wonderful, where you took us through the life of Hazrat Aisha,</w:t>
      </w:r>
    </w:p>
    <w:p>
      <w:r>
        <w:rPr>
          <w:b/>
        </w:rPr>
        <w:t xml:space="preserve">[00:34] </w:t>
      </w:r>
      <w:r>
        <w:t>and we also saw how Hazrat Aisha is a proof that a woman can be far more learned than men, and that she can be a teacher to the scholars and the experts.</w:t>
      </w:r>
    </w:p>
    <w:p>
      <w:pPr>
        <w:jc w:val="right"/>
      </w:pPr>
      <w:r>
        <w:t>and we also saw how Hazrat Aisha is a proof that a woman can be far more learned than men, and that she can be a teacher to the scholars and the experts.</w:t>
      </w:r>
    </w:p>
    <w:p>
      <w:r>
        <w:rPr>
          <w:b/>
        </w:rPr>
        <w:t xml:space="preserve">[00:45] </w:t>
      </w:r>
      <w:r>
        <w:t>In fact, ek tabi'i hain Hazrat Al-Zuhri, he also said that if you compile the knowledge and compare that knowledge of Hazrat Aisha with all the other women, then she will certainly excel than all the other women.</w:t>
      </w:r>
    </w:p>
    <w:p>
      <w:pPr>
        <w:jc w:val="right"/>
      </w:pPr>
      <w:r>
        <w:t>In fact, ایک تابعی ہیں حضرت الزہری، he also said that if you compile the knowledge and compare that knowledge of Hazrat Aisha with all the other women, then she will certainly excel than all the other women.</w:t>
      </w:r>
    </w:p>
    <w:p>
      <w:r>
        <w:rPr>
          <w:b/>
        </w:rPr>
        <w:t xml:space="preserve">[01:01] </w:t>
      </w:r>
      <w:r>
        <w:t>So Hazrat Aisha really contributed immensely through her scholarly input in the development of Islam. par Doctor Sahab, bohat sacrifices rahe un ke aur un ki family ke.</w:t>
      </w:r>
    </w:p>
    <w:p>
      <w:pPr>
        <w:jc w:val="right"/>
      </w:pPr>
      <w:r>
        <w:t>So Hazrat Aisha really contributed immensely through her scholarly input in the development of Islam. پر ڈاکٹر صاحب، بہت sacrifices رہے ان کے اور ان کی family کے۔</w:t>
      </w:r>
    </w:p>
    <w:p>
      <w:r>
        <w:rPr>
          <w:b/>
        </w:rPr>
        <w:t xml:space="preserve">[01:14] </w:t>
      </w:r>
      <w:r>
        <w:t>ek martaba woh recall bhi karti hain ke kis tarah jo un ke father the Hazrat Abu Bakr, unhon ne Prophet ke mission ke liye in the early period of Islam kitne sacrifices kiye.</w:t>
      </w:r>
    </w:p>
    <w:p>
      <w:pPr>
        <w:jc w:val="right"/>
      </w:pPr>
      <w:r>
        <w:t>ایک مرتبہ وہ recall بھی کرتی ہیں کہ کس طرح جو ان کے father تھے حضرت ابوبکر، انہوں نے Prophet کے mission کے لیے in the early period of Islam کتنے sacrifices کیے۔</w:t>
      </w:r>
    </w:p>
    <w:p>
      <w:r>
        <w:rPr>
          <w:b/>
        </w:rPr>
        <w:t xml:space="preserve">[01:25] </w:t>
      </w:r>
      <w:r>
        <w:t>to main chahoon ga aaj ka session aap wahan se shuru</w:t>
      </w:r>
    </w:p>
    <w:p>
      <w:pPr>
        <w:jc w:val="right"/>
      </w:pPr>
      <w:r>
        <w:t>تو میں چاہوں گا آج کا session آپ وہاں سے شروع</w:t>
      </w:r>
    </w:p>
    <w:p>
      <w:r>
        <w:rPr>
          <w:b/>
        </w:rPr>
        <w:t xml:space="preserve">[01:28] </w:t>
      </w:r>
      <w:r>
        <w:t>karein, is recall se jo Hazrat Aisha ne bayan kiya hai. Bismillah hir Rahman nir Rahim, Rabbi shrah li sadri, wa yassir li amri, wahlul uqdatan min lisani, yafqahu qawli .</w:t>
      </w:r>
    </w:p>
    <w:p>
      <w:pPr>
        <w:jc w:val="right"/>
      </w:pPr>
      <w:r>
        <w:t>کریں، اس recall سے جو Hazrat Aisha نے بیان کیا ہے۔ بسم اللہ الرحمن الرحیم، رب اشرح لی صدری، ویسر لی امری، واحل العقدۃ من لسانی، یفقہ قولی ۔</w:t>
      </w:r>
    </w:p>
    <w:p>
      <w:r>
        <w:rPr>
          <w:b/>
        </w:rPr>
        <w:t xml:space="preserve">[01:46] </w:t>
      </w:r>
      <w:r>
        <w:t>to yeh jo sawal aap ne kiya hai, is ke bare mein ek waqia pehle zikr karta hoon.</w:t>
      </w:r>
    </w:p>
    <w:p>
      <w:pPr>
        <w:jc w:val="right"/>
      </w:pPr>
      <w:r>
        <w:t>تو یہ جو سوال آپ نے کیا ہے، اس کے بارے میں ایک واقعہ پہلے ذکر کرتا ہوں۔</w:t>
      </w:r>
    </w:p>
    <w:p>
      <w:r>
        <w:rPr>
          <w:b/>
        </w:rPr>
        <w:t xml:space="preserve">[01:58] </w:t>
      </w:r>
      <w:r>
        <w:t>ek sahab Makkah aaye, business waghera ke silsile mein, jab bilkul early Prophethood ka daur tha.</w:t>
      </w:r>
    </w:p>
    <w:p>
      <w:pPr>
        <w:jc w:val="right"/>
      </w:pPr>
      <w:r>
        <w:t>ایک صاحب مکہ آئے، business وغیرہ کے سلسلے میں، جب بالکل early Prophethood کا دور تھا۔</w:t>
      </w:r>
    </w:p>
    <w:p>
      <w:r>
        <w:rPr>
          <w:b/>
        </w:rPr>
        <w:t xml:space="preserve">[02:10] </w:t>
      </w:r>
      <w:r>
        <w:t>to jab wapas gaye woh apne shehar, to logon ne poocha ke kuch news batao Makkah ki, kuch waqiat, kuch batao kya chal raha hai wahan.</w:t>
      </w:r>
    </w:p>
    <w:p>
      <w:pPr>
        <w:jc w:val="right"/>
      </w:pPr>
      <w:r>
        <w:t>تو جب واپس گئے وہ اپنے شہر، تو لوگوں نے پوچھا کہ کچھ news بتاؤ مکہ کی، کچھ واقعات، کچھ بتاؤ کیا چل رہا ہے وہاں۔</w:t>
      </w:r>
    </w:p>
    <w:p>
      <w:r>
        <w:rPr>
          <w:b/>
        </w:rPr>
        <w:t xml:space="preserve">[02:23] </w:t>
      </w:r>
      <w:r>
        <w:t>to unhon ne kaha ke Muhammad tanabba'a wa tab'i'ahu Ibn Abi Quhafah ke Muhammad ne Prophethood ka dawa kiya hai aur Ibn Abi Quhafah yaani Abu Bakrؓ un ka saath de rahe hain.</w:t>
      </w:r>
    </w:p>
    <w:p>
      <w:pPr>
        <w:jc w:val="right"/>
      </w:pPr>
      <w:r>
        <w:t>تو انہوں نے کہا کہ محمد تنبأ وكتبعه ابن ابی قحافہ کہ محمد نے Prophethood کا دعویٰ کیا ہے اور ابن ابی قحافہ یعنی ابوبکرؓ ان کا ساتھ دے رہے ہیں۔</w:t>
      </w:r>
    </w:p>
    <w:p>
      <w:r>
        <w:rPr>
          <w:b/>
        </w:rPr>
        <w:t xml:space="preserve">[02:45] </w:t>
      </w:r>
      <w:r>
        <w:t>yani ek aisa daur tha ke jab sirf ek insan Rasool Allah ka sath dene wala tha.</w:t>
      </w:r>
    </w:p>
    <w:p>
      <w:pPr>
        <w:jc w:val="right"/>
      </w:pPr>
      <w:r>
        <w:t>یعنی ایک ایسا دور تھا کہ جب صرف ایک انسان رسول اللہ کا ساتھ دینے والا تھا۔</w:t>
      </w:r>
    </w:p>
    <w:p>
      <w:r>
        <w:rPr>
          <w:b/>
        </w:rPr>
        <w:t xml:space="preserve">[02:52] </w:t>
      </w:r>
      <w:r>
        <w:t>to us waqt jab Rasool Allah publicly jaya karte the toheed ki baatein batane, dawat dene, to wahan ke log satate the, marte the, stone phenkte the.</w:t>
      </w:r>
    </w:p>
    <w:p>
      <w:pPr>
        <w:jc w:val="right"/>
      </w:pPr>
      <w:r>
        <w:t>تو اس وقت جب رسول اللہ publicly جایا کرتے تھے توحید کی باتیں بتانے، دعوت دینے، تو وہاں کے لوگ ستاتے تھے، مارتے تھے، stone پھینکتے تھے۔</w:t>
      </w:r>
    </w:p>
    <w:p>
      <w:r>
        <w:rPr>
          <w:b/>
        </w:rPr>
        <w:t xml:space="preserve">[03:08] </w:t>
      </w:r>
      <w:r>
        <w:t>agar aap Maulana ki kitab padhein, mutala-e-seerat ya seerat-e-Rasool, to aap dekhenge ke Rasool Allah sal-lal-lahu alaihi wasallam roz jaya karte the</w:t>
      </w:r>
    </w:p>
    <w:p>
      <w:pPr>
        <w:jc w:val="right"/>
      </w:pPr>
      <w:r>
        <w:t>اگر آپ مولانا کی کتاب پڑھیں، مطالعہ سیرت یا سیرت رسول، تو آپ دیکھیں گے کہ رسول اللہ صلی اللہ علیہ وسلم روز جایا کرتے تھے</w:t>
      </w:r>
    </w:p>
    <w:p>
      <w:r>
        <w:rPr>
          <w:b/>
        </w:rPr>
        <w:t xml:space="preserve">[03:20] </w:t>
      </w:r>
      <w:r>
        <w:t>kaba ya aas pas dawat ke liye, logon ko Khuda ka paigham batane ke liye. aur jab wapas aate the to unke jism se khoon tapak raha hota tha, chunaanche log pathar marte the peeche se, idhar se udhar se, phir aa ke wo marham patti karte the ghar mein baith ke.</w:t>
      </w:r>
    </w:p>
    <w:p>
      <w:pPr>
        <w:jc w:val="right"/>
      </w:pPr>
      <w:r>
        <w:t>کعبہ یا آس پاس دعوت کے لیے، لوگوں کو خدا کا پیغام بتانے کے لیے۔ اور جب واپس آتے تھے تو ان کے جسم سے خون ٹپک رہا ہوتا تھا، چونکہ لوگ پتھر مارتے تھے پیچھے سے، ادھر سے ادھر سے، پھر آ کے وہ مرہم پٹی کرتے تھے گھر میں بیٹھ کے۔</w:t>
      </w:r>
    </w:p>
    <w:p>
      <w:r>
        <w:rPr>
          <w:b/>
        </w:rPr>
        <w:t xml:space="preserve">[03:42] </w:t>
      </w:r>
      <w:r>
        <w:t>to us waqt Abu Bakr defend karte the, wo bachate the unhein ke chot na lage.</w:t>
      </w:r>
    </w:p>
    <w:p>
      <w:pPr>
        <w:jc w:val="right"/>
      </w:pPr>
      <w:r>
        <w:t>تو اس وقت ابوبکر defend کرتے تھے، وہ بچاتے تھے انہیں کہ چوٹ نہ لگے۔</w:t>
      </w:r>
    </w:p>
    <w:p>
      <w:r>
        <w:rPr>
          <w:b/>
        </w:rPr>
        <w:t xml:space="preserve">[03:50] </w:t>
      </w:r>
      <w:r>
        <w:t>to is wajah se Hazrat Abu Bakr ko bhi kafi chot lagti thi. aur Hazrat Aisha batati hain ke mere father jab ghar wapas aate the, maine dekha hai ke wo defend karte the Prophet ko, aur jab wo wapas ghar aate the to marks, nishan unke jism pe hote the choton ke.</w:t>
      </w:r>
    </w:p>
    <w:p>
      <w:pPr>
        <w:jc w:val="right"/>
      </w:pPr>
      <w:r>
        <w:t>تو اس وجہ سے حضرت ابوبکرؓ کو بھی کافی چوٹ لگتی تھی۔ اور حضرت عائشہ بتاتی ہیں کہ میرے father جب گھر واپس آتے تھے، میں نے دیکھا ہے کہ وہ defend کرتے تھے Prophet کو، اور جب وہ واپس گھر آتے تھے تو marks، نشان ان کے جسم پہ ہوتے تھے چوٹوں کے۔</w:t>
      </w:r>
    </w:p>
    <w:p>
      <w:r>
        <w:rPr>
          <w:b/>
        </w:rPr>
        <w:t xml:space="preserve">[04:13] </w:t>
      </w:r>
      <w:r>
        <w:t>aur ek baar</w:t>
      </w:r>
    </w:p>
    <w:p>
      <w:pPr>
        <w:jc w:val="right"/>
      </w:pPr>
      <w:r>
        <w:t>اور ایک بار</w:t>
      </w:r>
    </w:p>
    <w:p>
      <w:r>
        <w:rPr>
          <w:b/>
        </w:rPr>
        <w:t xml:space="preserve">[04:14] </w:t>
      </w:r>
      <w:r>
        <w:t>Hazrat Abu Bakr ko rassi se baandh diya, kafi der tak usi haal mein rahe wo. aur phir jab ghar aaye to uske rassi ke nishan the ghar mein.</w:t>
      </w:r>
    </w:p>
    <w:p>
      <w:pPr>
        <w:jc w:val="right"/>
      </w:pPr>
      <w:r>
        <w:t>حضرت ابوبکر کو رسی سے باندھ دیا، کافی دیر تک اسی حال میں رہے وہ۔ اور پھر جب گھر آئے تو اس کے رسی کے نشان تھے گھر میں۔</w:t>
      </w:r>
    </w:p>
    <w:p>
      <w:r>
        <w:rPr>
          <w:b/>
        </w:rPr>
        <w:t xml:space="preserve">[04:25] </w:t>
      </w:r>
      <w:r>
        <w:t>to yeh Hazrat Abu Bakr ki jo qurbani hai wo to bohat hi zabardast hai. aur Rasool Allah ne kaha tha ke no one benefited me more with their money, with their support, other than Abu Bakr</w:t>
      </w:r>
    </w:p>
    <w:p>
      <w:pPr>
        <w:jc w:val="right"/>
      </w:pPr>
      <w:r>
        <w:t>تو یہ حضرت ابوبکر کی جو قربانی ہے وہ تو بہت ہی زبردست ہے۔ اور رسول اللہ نے کہا تھا کہ no one benefited me more with their money, with their support, other than ابوبکرؓ</w:t>
      </w:r>
    </w:p>
    <w:p>
      <w:r>
        <w:rPr>
          <w:b/>
        </w:rPr>
        <w:t xml:space="preserve">[04:42] </w:t>
      </w:r>
      <w:r>
        <w:t>. aur aap dekhenge ke unke bachchon mein bhi yeh asar hua ke unke bachche bhi saathi bane Rasool Allah sal-lal-lahu alaihi wasallam ke, aur he brought happiness to him khas taur se Hazrat Aisha ka jo role raha wo bohat hi zabardast tha ke Hazrat Aisha became the greatest source of happiness to the Prophet in his home .</w:t>
      </w:r>
    </w:p>
    <w:p>
      <w:pPr>
        <w:jc w:val="right"/>
      </w:pPr>
      <w:r>
        <w:t>۔ اور آپ دیکھیں گے کہ ان کے بچوں میں بھی یہ اثر ہوا کہ ان کے بچے بھی ساتھی بنے رسول اللہ صلی اللہ علیہ وسلم کے، اور he brought happiness to him خاص طور سے حضرت عائشہ کا جو role رہا وہ بہت ہی زبردست تھا کہ حضرت عائشہ became the greatest source of happiness to the Prophet in his home ۔</w:t>
      </w:r>
    </w:p>
    <w:p>
      <w:r>
        <w:rPr>
          <w:b/>
        </w:rPr>
        <w:t xml:space="preserve">[05:05] </w:t>
      </w:r>
      <w:r>
        <w:t>to is tareeqe se yani jo upbringing ki thi Hazrat Abu Bakr ne, wo dikhai deti hai bachchon mein bhi.</w:t>
      </w:r>
    </w:p>
    <w:p>
      <w:pPr>
        <w:jc w:val="right"/>
      </w:pPr>
      <w:r>
        <w:t>تو اس طریقے سے یعنی جو upbringing کی تھی حضرت ابوبکر نے، وہ دکھائی دیتی ہے بچوں میں بھی۔</w:t>
      </w:r>
    </w:p>
    <w:p>
      <w:r>
        <w:rPr>
          <w:b/>
        </w:rPr>
        <w:t xml:space="preserve">[05:14] </w:t>
      </w:r>
      <w:r>
        <w:t>unki betiyan dono, Asma aur Hazrat Aisha, aur bete sab, aur wife Hazrat Umm Ruman, to sab poori family ek supporter ban gayi Rasool Allah sa</w:t>
      </w:r>
    </w:p>
    <w:p>
      <w:pPr>
        <w:jc w:val="right"/>
      </w:pPr>
      <w:r>
        <w:t>ان کی بیٹیاں دونوں، اسماءؓ اور حضرت عائشہؓ، اور بیٹے سب، اور wife حضرت ام رومان، تو سب پوری family ایک supporter بن گئی رسول اللہ ص</w:t>
      </w:r>
    </w:p>
    <w:p>
      <w:r>
        <w:rPr>
          <w:b/>
        </w:rPr>
        <w:t xml:space="preserve">[05:29] </w:t>
      </w:r>
      <w:r>
        <w:t>l-lal-lahu alaihi wasallam ki. aur Hazrat Aisha batati hain ke jab kabhi paise aate the, chunaanche business karte the Hazrat Abu Bakr, to jab kabhi paise aate the wo jama karte the, aur paise wo ghar se nikal jaate the, aur ja ke slaves ko free karate the.</w:t>
      </w:r>
    </w:p>
    <w:p>
      <w:pPr>
        <w:jc w:val="right"/>
      </w:pPr>
      <w:r>
        <w:t>لی اللہ علیہ وسلم کی۔ اور حضرت عائشہ بتاتی ہیں کہ جب کبھی پیسے آتے تھے، چونکہ business کرتے تھے حضرت ابوبکر، تو جب کبھی پیسے آتے تھے وہ جمع کرتے تھے، اور پیسے وہ گھر سے نکل جاتے تھے، اور جا کے slaves کو free کراتے تھے۔</w:t>
      </w:r>
    </w:p>
    <w:p>
      <w:r>
        <w:rPr>
          <w:b/>
        </w:rPr>
        <w:t xml:space="preserve">[05:44] </w:t>
      </w:r>
      <w:r>
        <w:t>Hazrat Bilal, Hazrat Khabbab</w:t>
      </w:r>
    </w:p>
    <w:p>
      <w:pPr>
        <w:jc w:val="right"/>
      </w:pPr>
      <w:r>
        <w:t>حضرت بلالؓ، حضرت خبابؓ</w:t>
      </w:r>
    </w:p>
    <w:p>
      <w:r>
        <w:rPr>
          <w:b/>
        </w:rPr>
        <w:t xml:space="preserve">[05:47] </w:t>
      </w:r>
      <w:r>
        <w:t>, to yeh sab bohat slaves ko</w:t>
      </w:r>
    </w:p>
    <w:p>
      <w:pPr>
        <w:jc w:val="right"/>
      </w:pPr>
      <w:r>
        <w:t>، تو یہ سب بہت slaves کو</w:t>
      </w:r>
    </w:p>
    <w:p>
      <w:r>
        <w:rPr>
          <w:b/>
        </w:rPr>
        <w:t xml:space="preserve">[05:55] </w:t>
      </w:r>
      <w:r>
        <w:t>free karaya. aur is se hamein yeh bhi sabak milta hai ke parents ki jo zimmedari hai, agar unke andar deeni mizaj ho, daawti mizaj ho, to bachche dekhenge ke hamare parents kya kar rahe hain.</w:t>
      </w:r>
    </w:p>
    <w:p>
      <w:pPr>
        <w:jc w:val="right"/>
      </w:pPr>
      <w:r>
        <w:t>free کرایا۔ اور اس سے ہمیں یہ بھی سبق ملتا ہے کہ parents کی جو ذمہ داری ہے، اگر ان کے اندر دینی مزاج ہو، دعوتی مزاج ہو، تو بچے دیکھیں گے کہ ہمارے parents کیا کر رہے ہیں۔</w:t>
      </w:r>
    </w:p>
    <w:p>
      <w:r>
        <w:rPr>
          <w:b/>
        </w:rPr>
        <w:t xml:space="preserve">[06:09] </w:t>
      </w:r>
      <w:r>
        <w:t>yaqeenan to is ka asar padega.</w:t>
      </w:r>
    </w:p>
    <w:p>
      <w:pPr>
        <w:jc w:val="right"/>
      </w:pPr>
      <w:r>
        <w:t>یقیناً تو اس کا اثر پڑے گا۔</w:t>
      </w:r>
    </w:p>
    <w:p>
      <w:r>
        <w:rPr>
          <w:b/>
        </w:rPr>
        <w:t xml:space="preserve">[06:11] </w:t>
      </w:r>
      <w:r>
        <w:t>to yeh sirf yeh kuch ratwana ke yeh padh lo, woh padh lo, itne baar, itne baar, is se nahi hoga.</w:t>
      </w:r>
    </w:p>
    <w:p>
      <w:pPr>
        <w:jc w:val="right"/>
      </w:pPr>
      <w:r>
        <w:t>تو یہ صرف یہ کچھ رٹوانا کہ یہ پڑھ لو، وہ پڑھ لو، اتنے بار، اتنے بار، اس سے نہیں ہوگا۔</w:t>
      </w:r>
    </w:p>
    <w:p>
      <w:r>
        <w:rPr>
          <w:b/>
        </w:rPr>
        <w:t xml:space="preserve">[06:20] </w:t>
      </w:r>
      <w:r>
        <w:t>jab tak ke parents ko woh dekhein na ke unki zindagi kaisi hai, bachchon ke upar asar nahi aayega. to yeh bohat hi aham sabak milta hai hamein ke parents ko chahiye ke wo bhi is raaste pe chalein jo raasta wo chahte hain ke unke bachche ikhtiyar karein.</w:t>
      </w:r>
    </w:p>
    <w:p>
      <w:pPr>
        <w:jc w:val="right"/>
      </w:pPr>
      <w:r>
        <w:t>جب تک کہ parents کو وہ دیکھیں نہ کہ ان کی زندگی کیسی ہے، بچوں کے اوپر اثر نہیں آئے گا۔ تو یہ بہت ہی اہم سبق ملتا ہے ہمیں کہ parents کو چاہیے کہ وہ بھی اس راستے پہ چلیں جو راستہ وہ چاہتے ہیں کہ ان کے بچے اختیار کریں۔</w:t>
      </w:r>
    </w:p>
    <w:p>
      <w:r>
        <w:rPr>
          <w:b/>
        </w:rPr>
        <w:t xml:space="preserve">[06:40] </w:t>
      </w:r>
      <w:r>
        <w:t>tabhi woh koi haqeeqi tabdeeli aayegi. bilkul Doctor Sahib, yeh na ho ke sirf form based ho lekin ek spirit se bhara hua unka jo hai deen ho.</w:t>
      </w:r>
    </w:p>
    <w:p>
      <w:pPr>
        <w:jc w:val="right"/>
      </w:pPr>
      <w:r>
        <w:t>تبھی وہ کوئی حقیقی تبدیلی آئے گی۔ بالکل ڈاکٹر صاحب، یہ نہ ہو کہ صرف فارم based ہو لیکن ایک spirit سے بھرا ہوا ان کا جو ہے دین ہو۔</w:t>
      </w:r>
    </w:p>
    <w:p>
      <w:r>
        <w:rPr>
          <w:b/>
        </w:rPr>
        <w:t xml:space="preserve">[06:50] </w:t>
      </w:r>
      <w:r>
        <w:t>Doctor Sahib, aap ne jis tarah bataya ke kitni sakhtiyan pesh aayin, it's very unthinkable jab aap sochte hain ke is qadar mushkilein aayin.</w:t>
      </w:r>
    </w:p>
    <w:p>
      <w:pPr>
        <w:jc w:val="right"/>
      </w:pPr>
      <w:r>
        <w:t>ڈاکٹر صاحب، آپ نے جس طرح بتایا کہ کتنی سختیاں پیش آئیں، it's very unthinkable جب آپ سوچتے ہیں کہ اس قدر مشکلیں آئیں۔</w:t>
      </w:r>
    </w:p>
    <w:p>
      <w:r>
        <w:rPr>
          <w:b/>
        </w:rPr>
        <w:t xml:space="preserve">[06:58] </w:t>
      </w:r>
      <w:r>
        <w:t>in fact, 617 AD mein woh waqt aaya jab Bano Hashim tribe ko boycott kar diya</w:t>
      </w:r>
    </w:p>
    <w:p>
      <w:pPr>
        <w:jc w:val="right"/>
      </w:pPr>
      <w:r>
        <w:t>In fact، 617 AD میں وہ وقت آیا جب بانو ہشم tribe کو boycott کر دیا</w:t>
      </w:r>
    </w:p>
    <w:p>
      <w:r>
        <w:rPr>
          <w:b/>
        </w:rPr>
        <w:t xml:space="preserve">[07:06] </w:t>
      </w:r>
      <w:r>
        <w:t>gaya. to is dauran teen hisson mein, teen groups mein keh sakte hain ke Musalman jo hain wo divide ho gaye. ek woh group jo migrate kar gaya Abyssinia, doosra group woh jin ko socially boycott kiya gaya, saare relations khatam kar diye gaye socially.</w:t>
      </w:r>
    </w:p>
    <w:p>
      <w:pPr>
        <w:jc w:val="right"/>
      </w:pPr>
      <w:r>
        <w:t>گیا۔ تو اس دوران تین حصوں میں، تین groups میں کہہ سکتے ہیں کہ مسلمان جو ہیں وہ divide ہو گئے۔ ایک وہ گروپ جو migrate کر گیا ایبیسینیا، دوسرا گروپ وہ جن کو socially boycott کیا گیا، سارے relations ختم کر دیے گئے socially۔</w:t>
      </w:r>
    </w:p>
    <w:p>
      <w:r>
        <w:rPr>
          <w:b/>
        </w:rPr>
        <w:t xml:space="preserve">[07:23] </w:t>
      </w:r>
      <w:r>
        <w:t>it was a very tough period for them. aur teesra woh group jin ko boycott to nahi kiya gaya, but woh yeh woh group tha jis mein Hazrat Abu Bakr bhi the</w:t>
      </w:r>
    </w:p>
    <w:p>
      <w:pPr>
        <w:jc w:val="right"/>
      </w:pPr>
      <w:r>
        <w:t>It was a very tough period for them. اور تیسرا وہ گروپ جن کو boycott تو نہیں کیا گیا، but وہ یہ وہ گروپ تھا جس میں حضرت ابوبکر بھی تھے</w:t>
      </w:r>
    </w:p>
    <w:p>
      <w:r>
        <w:rPr>
          <w:b/>
        </w:rPr>
        <w:t xml:space="preserve">[07:31] </w:t>
      </w:r>
      <w:r>
        <w:t>, lekin un ko bohat zyada persecute kiya gaya, pareshan kiya gaya jaise aap ne bataya. to Doctor Sahib, phir woh waqt aata hai ke Hazrat Abu Bakr sochte hain ke wo bhi Ethiopia migrate kar jayein.</w:t>
      </w:r>
    </w:p>
    <w:p>
      <w:pPr>
        <w:jc w:val="right"/>
      </w:pPr>
      <w:r>
        <w:t>، لیکن ان کو بہت زیادہ persecute کیا گیا، پریشان کیا گیا جیسے آپ نے بتایا۔ تو ڈاکٹر صاحب، پھر وہ وقت آتا ہے کہ حضرت ابوبکر سوچتے ہیں کہ وہ بھی ایتھوپیا migrate کر جائیں۔</w:t>
      </w:r>
    </w:p>
    <w:p>
      <w:r>
        <w:rPr>
          <w:b/>
        </w:rPr>
        <w:t xml:space="preserve">[07:43] </w:t>
      </w:r>
      <w:r>
        <w:t>to is ke bare mein bataein.</w:t>
      </w:r>
    </w:p>
    <w:p>
      <w:pPr>
        <w:jc w:val="right"/>
      </w:pPr>
      <w:r>
        <w:t>تو اس کے بارے میں بتائیں۔</w:t>
      </w:r>
    </w:p>
    <w:p>
      <w:r>
        <w:rPr>
          <w:b/>
        </w:rPr>
        <w:t xml:space="preserve">[07:47] </w:t>
      </w:r>
      <w:r>
        <w:t>haan, jab halaat bohat sakht ho gaye aur aisa laga ke wahan rehna mumkin nahi hai, Makkah mein rehna namumkin ho gaya, to bohat se log jaisa aap ne abhi bataya migrate karne lagay.</w:t>
      </w:r>
    </w:p>
    <w:p>
      <w:pPr>
        <w:jc w:val="right"/>
      </w:pPr>
      <w:r>
        <w:t>ہاں، جب حالات بہت سخت ہو گئے اور ایسا لگا کہ وہاں رہنا ممکن نہیں ہے، مکہ میں رہنا ناممکن ہو گیا، تو بہت سے لوگ جیسا آپ نے ابھی بتایا migrate کرنے لگے۔</w:t>
      </w:r>
    </w:p>
    <w:p>
      <w:r>
        <w:rPr>
          <w:b/>
        </w:rPr>
        <w:t xml:space="preserve">[08:01] </w:t>
      </w:r>
      <w:r>
        <w:t>to Hazrat Abu Bakr R.A. unhon ne bhi socha ke ab hum bhi Ethiopia chale jayen jis ko Habsha kaha jata tha, Abyssinia.</w:t>
      </w:r>
    </w:p>
    <w:p>
      <w:pPr>
        <w:jc w:val="right"/>
      </w:pPr>
      <w:r>
        <w:t>تو حضرت ابوبکرؓ انہوں نے بھی سوچا کہ اب ہم بھی ایتھوپیا چلے جائیں جس کو حبشہ کہا جاتا تھا، ایبیسینیا۔</w:t>
      </w:r>
    </w:p>
    <w:p>
      <w:r>
        <w:rPr>
          <w:b/>
        </w:rPr>
        <w:t xml:space="preserve">[08:10] </w:t>
      </w:r>
      <w:r>
        <w:t>to ek din tayyar ho ke saare log niklay ghar ke. Hazrat Aisha bhi theen is mein</w:t>
      </w:r>
    </w:p>
    <w:p>
      <w:pPr>
        <w:jc w:val="right"/>
      </w:pPr>
      <w:r>
        <w:t>تو ایک دن تیار ہو کے سارے لوگ نکلے گھر کے۔ حضرت عائشہ بھی تھیں اس میں</w:t>
      </w:r>
    </w:p>
    <w:p>
      <w:r>
        <w:rPr>
          <w:b/>
        </w:rPr>
        <w:t xml:space="preserve">[08:16] </w:t>
      </w:r>
      <w:r>
        <w:t>shamil, unhi ki yeh hadees hai. to unhon ne bataya ke hum saari family apna saara saman le ke niklay.</w:t>
      </w:r>
    </w:p>
    <w:p>
      <w:pPr>
        <w:jc w:val="right"/>
      </w:pPr>
      <w:r>
        <w:t>شامل، انہی کی یہ حدیث ہے۔ تو انہوں نے بتایا کہ ہم ساری family اپنا سارا سامان لے کے نکلے۔</w:t>
      </w:r>
    </w:p>
    <w:p>
      <w:r>
        <w:rPr>
          <w:b/>
        </w:rPr>
        <w:t xml:space="preserve">[08:25] </w:t>
      </w:r>
      <w:r>
        <w:t>aur Makkah ke jab hum outskirts pe puhnche to ek jagah hai Barq-al-Ghamad.</w:t>
      </w:r>
    </w:p>
    <w:p>
      <w:pPr>
        <w:jc w:val="right"/>
      </w:pPr>
      <w:r>
        <w:t>اور مکہ کے جب ہم outskirts پہ پہنچے تو ایک جگہ ہے برق الغماد۔</w:t>
      </w:r>
    </w:p>
    <w:p>
      <w:r>
        <w:rPr>
          <w:b/>
        </w:rPr>
        <w:t xml:space="preserve">[08:32] </w:t>
      </w:r>
      <w:r>
        <w:t>to Barq-al-Ghamad par jab hum log puhnche to wahan ek</w:t>
      </w:r>
    </w:p>
    <w:p>
      <w:pPr>
        <w:jc w:val="right"/>
      </w:pPr>
      <w:r>
        <w:t>تو برق الغماد پر جب ہم لوگ پہنچے تو وہاں ایک</w:t>
      </w:r>
    </w:p>
    <w:p>
      <w:r>
        <w:rPr>
          <w:b/>
        </w:rPr>
        <w:t xml:space="preserve">[08:39] </w:t>
      </w:r>
      <w:r>
        <w:t>Hazrat Abu Bakr ke friend thay jo ke he was not a Muslim but he was a very good person and he was a chief of a tribe also.</w:t>
      </w:r>
    </w:p>
    <w:p>
      <w:pPr>
        <w:jc w:val="right"/>
      </w:pPr>
      <w:r>
        <w:t>حضرت ابوبکر کے friend تھے جو کہ he was not a Muslim but he was a very good person and he was a chief of a tribe also ۔</w:t>
      </w:r>
    </w:p>
    <w:p>
      <w:r>
        <w:rPr>
          <w:b/>
        </w:rPr>
        <w:t xml:space="preserve">[08:51] </w:t>
      </w:r>
      <w:r>
        <w:t>Ibn Daghna naam aata hai un ka. to Ibn Daghna milay wahan to Ibn Daghna ne kaha Hazrat Abu Bakr se ke tum kahan ja rahe ho?</w:t>
      </w:r>
    </w:p>
    <w:p>
      <w:pPr>
        <w:jc w:val="right"/>
      </w:pPr>
      <w:r>
        <w:t>ابن دغنہ نام آتا ہے ان کا۔ تو ابن دغنہ ملے وہاں تو ابن دغنہ نے کہا حضرت ابوبکر سے کہ تم کہاں جا رہے ہو؟</w:t>
      </w:r>
    </w:p>
    <w:p>
      <w:r>
        <w:rPr>
          <w:b/>
        </w:rPr>
        <w:t xml:space="preserve">[09:00] </w:t>
      </w:r>
      <w:r>
        <w:t>to unhon ne kaha ke mere shehar wale, Makkah wale mujhe ibadat nahi karne dete, satatay hain.</w:t>
      </w:r>
    </w:p>
    <w:p>
      <w:pPr>
        <w:jc w:val="right"/>
      </w:pPr>
      <w:r>
        <w:t>تو انہوں نے کہا کہ میرے شہر والے، مکہ والے مجھے عبادت نہیں کرنے دیتے، ستاتے ہیں۔</w:t>
      </w:r>
    </w:p>
    <w:p>
      <w:r>
        <w:rPr>
          <w:b/>
        </w:rPr>
        <w:t xml:space="preserve">[09:09] </w:t>
      </w:r>
      <w:r>
        <w:t>to main ja raha hoon I will explore some other land and pray to my Lord there. to aisi kuch baatein kaheen.</w:t>
      </w:r>
    </w:p>
    <w:p>
      <w:pPr>
        <w:jc w:val="right"/>
      </w:pPr>
      <w:r>
        <w:t>تو میں جا رہا ہوں I will explore some other land and pray to my Lord there ۔ تو ایسی کچھ باتیں کہیں۔</w:t>
      </w:r>
    </w:p>
    <w:p>
      <w:r>
        <w:rPr>
          <w:b/>
        </w:rPr>
        <w:t xml:space="preserve">[09:18] </w:t>
      </w:r>
      <w:r>
        <w:t>to unhon ne kaha ke bohat achi ek jumla un ka hai Ibn Daghna ka misluka ya Abu Bakr la yakhruj wala yukhraj ke a person like you should not leave Makkah on his own, neither he should be expelled from here.</w:t>
      </w:r>
    </w:p>
    <w:p>
      <w:pPr>
        <w:jc w:val="right"/>
      </w:pPr>
      <w:r>
        <w:t>تو انہوں نے کہا کہ بہت اچھی ایک جملہ ان کا ہے ابن دغنہ کا مثلک یا ابوبکر لا یخرج ولا یخرج کہ a person like you should not leave Makkah on his own, neither he should be expelled from here ۔</w:t>
      </w:r>
    </w:p>
    <w:p>
      <w:r>
        <w:rPr>
          <w:b/>
        </w:rPr>
        <w:t xml:space="preserve">[09:36] </w:t>
      </w:r>
      <w:r>
        <w:t>yani unhon ne kaha you are such a great asset for the city, why would somebody expel you.</w:t>
      </w:r>
    </w:p>
    <w:p>
      <w:pPr>
        <w:jc w:val="right"/>
      </w:pPr>
      <w:r>
        <w:t>یعنی انہوں نے کہا you are such a great asset for the city, why would somebody expel you ۔</w:t>
      </w:r>
    </w:p>
    <w:p>
      <w:r>
        <w:rPr>
          <w:b/>
        </w:rPr>
        <w:t xml:space="preserve">[09:44] </w:t>
      </w:r>
      <w:r>
        <w:t>to unhon ne encourage kiya ke nahi aap rahen yahan aur main aap ko protection doonga. I will give you protection, you live here and you do your work.</w:t>
      </w:r>
    </w:p>
    <w:p>
      <w:pPr>
        <w:jc w:val="right"/>
      </w:pPr>
      <w:r>
        <w:t>تو انہوں نے encourage کیا کہ نہیں آپ رہیں یہاں اور میں آپ کو protection دوں گا۔ I will give you protection, you live here and you do your work ۔</w:t>
      </w:r>
    </w:p>
    <w:p>
      <w:r>
        <w:rPr>
          <w:b/>
        </w:rPr>
        <w:t xml:space="preserve">[09:54] </w:t>
      </w:r>
      <w:r>
        <w:t>jo bhi aap ka kaam hai main Quraish se baat karunga ja ke. to phir khair unhon ne kaise un ko mana liya wapas aa gaye. aur Ibn Daghna gaye Quraish ke paas aur kaha ke maine protection di hai Abu Bakr ko, aap un logon ko satayen nahi, jo karna hai woh karen.</w:t>
      </w:r>
    </w:p>
    <w:p>
      <w:pPr>
        <w:jc w:val="right"/>
      </w:pPr>
      <w:r>
        <w:t>جو بھی آپ کا کام ہے میں قریش سے بات کروں گا جا کے۔ تو پھر خیر انہوں نے کیسے ان کو منا لیا واپس آ گئے۔ اور ابن دغنہ گئے قریش کے پاس اور کہا کہ میں نے protection دی ہے ابوبکر کو، آپ ان لوگوں کو ستائیں نہیں، جو کرنا ہے وہ کریں۔</w:t>
      </w:r>
    </w:p>
    <w:p>
      <w:r>
        <w:rPr>
          <w:b/>
        </w:rPr>
        <w:t xml:space="preserve">[10:13] </w:t>
      </w:r>
      <w:r>
        <w:t>to Quraish ne kaha theek hai lekin tell him not to preach publicly. to khair woh Hazrat Abu Bakr rehne lagay wahan Makkah mein dobara.</w:t>
      </w:r>
    </w:p>
    <w:p>
      <w:pPr>
        <w:jc w:val="right"/>
      </w:pPr>
      <w:r>
        <w:t>تو قریش نے کہا ٹھیک ہے لیکن tell him not to preach publicly ۔ تو خیر وہ حضرت ابوبکر رہنے لگے وہاں مکہ میں دوبارہ۔</w:t>
      </w:r>
    </w:p>
    <w:p>
      <w:r>
        <w:rPr>
          <w:b/>
        </w:rPr>
        <w:t xml:space="preserve">[10:23] </w:t>
      </w:r>
      <w:r>
        <w:t>aur Hazrat Aisha batati hain ke mere father ko yeh khayal aaya ke ek masjid banai jaye. ghar ke samne koi land thi jaisa ghar hai, phir ek road hai, us ke samne ek land thi.</w:t>
      </w:r>
    </w:p>
    <w:p>
      <w:pPr>
        <w:jc w:val="right"/>
      </w:pPr>
      <w:r>
        <w:t>اور حضرت عائشہ بتاتی ہیں کہ میرے father کو یہ خیال آیا کہ ایک مسجد بنائی جائے۔ گھر کے سامنے کوئی land تھی جیسے گھر ہے، پھر ایک road ہے، اس کے سامنے ایک land تھی۔</w:t>
      </w:r>
    </w:p>
    <w:p>
      <w:r>
        <w:rPr>
          <w:b/>
        </w:rPr>
        <w:t xml:space="preserve">[10:35] </w:t>
      </w:r>
      <w:r>
        <w:t>to unhon ne wahan masjid banane ko socha. masjid ka matlab us waqt yeh nahi tha imarat.</w:t>
      </w:r>
    </w:p>
    <w:p>
      <w:pPr>
        <w:jc w:val="right"/>
      </w:pPr>
      <w:r>
        <w:t>تو انہوں نے وہاں مسجد بنانے کو سوچا۔ مسجد کا مطلب اس وقت یہ نہیں تھا عمارت۔</w:t>
      </w:r>
    </w:p>
    <w:p>
      <w:r>
        <w:rPr>
          <w:b/>
        </w:rPr>
        <w:t xml:space="preserve">[10:41] </w:t>
      </w:r>
      <w:r>
        <w:t>masjid ka matlab bas yeh tha ke zameen ko thoda theek thaak kar diya jaye aur ek mat daal di jaye. to wahi masjid thi. to wahan Hazrat Abu Bakr Quran parhte thay, tilawat karte thay, namaz parhte thay.</w:t>
      </w:r>
    </w:p>
    <w:p>
      <w:pPr>
        <w:jc w:val="right"/>
      </w:pPr>
      <w:r>
        <w:t>مسجد کا مطلب بس یہ تھا کہ زمین کو تھوڑا ٹھیک ٹھاک کر دیا جائے اور ایک mat ڈال دی جائے۔ تو وہی مسجد تھی۔ تو وہاں حضرت ابوبکر قرآن پڑھتے تھے، تلاوت کرتے تھے، نماز پڑھتے تھے۔</w:t>
      </w:r>
    </w:p>
    <w:p>
      <w:r>
        <w:rPr>
          <w:b/>
        </w:rPr>
        <w:t xml:space="preserve">[10:55] </w:t>
      </w:r>
      <w:r>
        <w:t>unki awaz bari achi thi qirat ki.</w:t>
      </w:r>
    </w:p>
    <w:p>
      <w:pPr>
        <w:jc w:val="right"/>
      </w:pPr>
      <w:r>
        <w:t>ان کی آواز بڑی اچھی تھی قرأت کی۔</w:t>
      </w:r>
    </w:p>
    <w:p>
      <w:r>
        <w:rPr>
          <w:b/>
        </w:rPr>
        <w:t xml:space="preserve">[10:57] </w:t>
      </w:r>
      <w:r>
        <w:t>to jab qirat karte thay namaz mein to jo Quraish ki ladies theen, bachay sab aa ke dekhte thay. aur Hazrat Aisha kehti hain ke وكان ابوبكر رجلا بكاء.</w:t>
      </w:r>
    </w:p>
    <w:p>
      <w:pPr>
        <w:jc w:val="right"/>
      </w:pPr>
      <w:r>
        <w:t>تو جب قرأت کرتے تھے نماز میں تو جو قریش کی ladies تھیں، بچے سب آ کے دیکھتے تھے۔ اور حضرت عائشہ کہتی ہیں کہ وكان ابوبكر رجلا بكاء ۔</w:t>
      </w:r>
    </w:p>
    <w:p>
      <w:r>
        <w:rPr>
          <w:b/>
        </w:rPr>
        <w:t xml:space="preserve">[11:11] </w:t>
      </w:r>
      <w:r>
        <w:t>yani bohat ziyada ronay walay thay. He used to cry a lot while reading the Quran in prayer. to woh ek bara scene hota hoga, sab aa ke jama ho jatay thay.</w:t>
      </w:r>
    </w:p>
    <w:p>
      <w:pPr>
        <w:jc w:val="right"/>
      </w:pPr>
      <w:r>
        <w:t>یعنی بہت زیادہ رونے والے تھے۔ He used to cry a lot while reading the Quran in prayer. تو وہ ایک بڑا سین ہوتا ہوگا، سب آ کے جمع ہو جاتے تھے۔</w:t>
      </w:r>
    </w:p>
    <w:p>
      <w:r>
        <w:rPr>
          <w:b/>
        </w:rPr>
        <w:t xml:space="preserve">[11:21] </w:t>
      </w:r>
      <w:r>
        <w:t>to</w:t>
      </w:r>
    </w:p>
    <w:p>
      <w:pPr>
        <w:jc w:val="right"/>
      </w:pPr>
      <w:r>
        <w:t>تو</w:t>
      </w:r>
    </w:p>
    <w:p>
      <w:r>
        <w:rPr>
          <w:b/>
        </w:rPr>
        <w:t xml:space="preserve">[11:22] </w:t>
      </w:r>
      <w:r>
        <w:t>yeh yeh sab baatein theen is daur ki. to darasal isi zamane mein Rasool Allah Salallahu Alaihi Wasallam ne yeh socha ke woh bhi hijrat karen Madinah.</w:t>
      </w:r>
    </w:p>
    <w:p>
      <w:pPr>
        <w:jc w:val="right"/>
      </w:pPr>
      <w:r>
        <w:t>یہ یہ سب باتیں تھیں اس دور کی۔ تو دراصل اسی زمانے میں رسول اللہ صلی اللہ علیہ وسلم نے یہ سوچا کہ وہ بھی ہجرت کریں مدینہ۔</w:t>
      </w:r>
    </w:p>
    <w:p>
      <w:r>
        <w:rPr>
          <w:b/>
        </w:rPr>
        <w:t xml:space="preserve">[11:35] </w:t>
      </w:r>
      <w:r>
        <w:t>yani yeh woh daur hai, bilkul aakhri daur hai Makkah ka ke Prophet ne socha ke ab hijrat karni chahiye Makkah se Madinah chale jana chahiye.</w:t>
      </w:r>
    </w:p>
    <w:p>
      <w:pPr>
        <w:jc w:val="right"/>
      </w:pPr>
      <w:r>
        <w:t>یعنی یہ وہ دور ہے، بالکل آخری دور ہے مکہ کا کہ Prophet نے سوچا کہ اب ہجرت کرنی چاہیے مکہ سے مدینہ چلے جانا چاہیے۔</w:t>
      </w:r>
    </w:p>
    <w:p>
      <w:r>
        <w:rPr>
          <w:b/>
        </w:rPr>
        <w:t xml:space="preserve">[11:45] </w:t>
      </w:r>
      <w:r>
        <w:t>ji.</w:t>
      </w:r>
    </w:p>
    <w:p>
      <w:pPr>
        <w:jc w:val="right"/>
      </w:pPr>
      <w:r>
        <w:t>جی۔</w:t>
      </w:r>
    </w:p>
    <w:p>
      <w:r>
        <w:rPr>
          <w:b/>
        </w:rPr>
        <w:t xml:space="preserve">[11:46] </w:t>
      </w:r>
      <w:r>
        <w:t>aur doctor sahib, aap ne bhi bari achi baat batai ke un ki awaz itni melodious thi ke log aa ke suntay thay, dekhtay thay.</w:t>
      </w:r>
    </w:p>
    <w:p>
      <w:pPr>
        <w:jc w:val="right"/>
      </w:pPr>
      <w:r>
        <w:t>اور ڈاکٹر صاحب، آپ نے بھی بڑی اچھی بات بتائی کہ ان کی آواز اتنی melodious تھی کہ لوگ آ کے سنتے تھے، دیکھتے تھے۔</w:t>
      </w:r>
    </w:p>
    <w:p>
      <w:r>
        <w:rPr>
          <w:b/>
        </w:rPr>
        <w:t xml:space="preserve">[11:56] </w:t>
      </w:r>
      <w:r>
        <w:t>to quraish ko yeh bhi dar lagta tha ke kahin yeh mesmerize ho jayen ge, influence ho jayen ge. to phir doctor sahib, kuch aisi conditions develop hoti hain, and mein chahoon ga ke aap is ke baray mein batayen ke phir Hazrat Aisha poori family ke sath madina migrate kar jati hain.</w:t>
      </w:r>
    </w:p>
    <w:p>
      <w:pPr>
        <w:jc w:val="right"/>
      </w:pPr>
      <w:r>
        <w:t>تو قریش کو یہ بھی ڈر لگتا تھا کہ کہیں یہ mesmerize ہو جائیں گے، influence ہو جائیں گے۔ تو پھر ڈاکٹر صاحب، کچھ ایسی conditions develop ہوتی ہیں، and میں چاہوں گا کہ آپ اس کے بارے میں بتائیں کہ پھر حضرت عائشہ پوری family کے ساتھ مدینہ migrate کر جاتی ہیں۔</w:t>
      </w:r>
    </w:p>
    <w:p>
      <w:r>
        <w:rPr>
          <w:b/>
        </w:rPr>
        <w:t xml:space="preserve">[12:12] </w:t>
      </w:r>
      <w:r>
        <w:t>to is ke baray mein batayen ke woh kaisay hota hai. haan, jab Rasool Allah sal Allah alayh wasallam aur Hazrat Abu Bakr R.A migrate, unhon ne hijrat ki.</w:t>
      </w:r>
    </w:p>
    <w:p>
      <w:pPr>
        <w:jc w:val="right"/>
      </w:pPr>
      <w:r>
        <w:t>تو اس کے بارے میں بتائیں کہ وہ کیسے ہوتا ہے۔ ہاں، جب رسول اللہ صلی اللہ علیہ وسلم اور حضرت ابوبکرؓ migrate، انہوں نے ہجرت کی۔</w:t>
      </w:r>
    </w:p>
    <w:p>
      <w:r>
        <w:rPr>
          <w:b/>
        </w:rPr>
        <w:t xml:space="preserve">[12:25] </w:t>
      </w:r>
      <w:r>
        <w:t>to wahan ja ke Rasool Allah ne kuch arsay, thora wahan halaat theek ho gaye jab. to Rasool Allah ne chaha ke ab un ki family aa jaye.</w:t>
      </w:r>
    </w:p>
    <w:p>
      <w:pPr>
        <w:jc w:val="right"/>
      </w:pPr>
      <w:r>
        <w:t>تو وہاں جا کے رسول اللہ نے کچھ عرصے، تھوڑا وہاں حالات ٹھیک ہو گئے جب۔ تو رسول اللہ نے چاہا کہ اب ان کی family آ جائے۔</w:t>
      </w:r>
    </w:p>
    <w:p>
      <w:r>
        <w:rPr>
          <w:b/>
        </w:rPr>
        <w:t xml:space="preserve">[12:35] </w:t>
      </w:r>
      <w:r>
        <w:t>aur Hazrat Abu Bakr ne bhi chaha, chounkay un ki families wahin theen.</w:t>
      </w:r>
    </w:p>
    <w:p>
      <w:pPr>
        <w:jc w:val="right"/>
      </w:pPr>
      <w:r>
        <w:t>اور حضرت ابوبکر نے بھی چاہا، چونکہ ان کی families وہیں تھیں۔</w:t>
      </w:r>
    </w:p>
    <w:p>
      <w:r>
        <w:rPr>
          <w:b/>
        </w:rPr>
        <w:t xml:space="preserve">[12:40] </w:t>
      </w:r>
      <w:r>
        <w:t>to Rasool Allah sal Allah alayh wasallam ne Hazrat Zaid R.A aur Hazrat Abu Rafi R.A in dono ko bheja.</w:t>
      </w:r>
    </w:p>
    <w:p>
      <w:pPr>
        <w:jc w:val="right"/>
      </w:pPr>
      <w:r>
        <w:t>تو رسول اللہ صلی اللہ علیہ وسلم نے حضرت زیدؓ اور حضرت ابو رافعؓ ان دونوں کو بھیجا۔</w:t>
      </w:r>
    </w:p>
    <w:p>
      <w:r>
        <w:rPr>
          <w:b/>
        </w:rPr>
        <w:t xml:space="preserve">[12:51] </w:t>
      </w:r>
      <w:r>
        <w:t>aur do oont diye aur panch sau dirham diye. ji ke tum jao aur family ko le aao wahan se, Hazrat Aisha aur un ki mother aur saray log.</w:t>
      </w:r>
    </w:p>
    <w:p>
      <w:pPr>
        <w:jc w:val="right"/>
      </w:pPr>
      <w:r>
        <w:t>اور دو اونٹ دیے اور پانچ سو درہم دیے۔ جی کہ تم جاؤ اور family کو لے آؤ وہاں سے، حضرت عائشہ اور ان کی mother اور سارے لوگ۔</w:t>
      </w:r>
    </w:p>
    <w:p>
      <w:r>
        <w:rPr>
          <w:b/>
        </w:rPr>
        <w:t xml:space="preserve">[13:00] </w:t>
      </w:r>
      <w:r>
        <w:t>do betiyan bhi theen. to aur Hazrat Abu Bakr ne bhi yahi kiya, apne bete Abdullah ibn Abi Bakr R.A un ko bhi bheja.</w:t>
      </w:r>
    </w:p>
    <w:p>
      <w:pPr>
        <w:jc w:val="right"/>
      </w:pPr>
      <w:r>
        <w:t>دو بیٹیاں بھی تھیں۔ تو اور حضرت ابوبکر نے بھی یہی کیا، اپنے بیٹے عبداللہ ابن ابی بکرؓ ان کو بھیجا۔</w:t>
      </w:r>
    </w:p>
    <w:p>
      <w:r>
        <w:rPr>
          <w:b/>
        </w:rPr>
        <w:t xml:space="preserve">[13:09] </w:t>
      </w:r>
      <w:r>
        <w:t>to yeh log gaye aur kafi saray oont wahan bhi khareeday unhon ne ja ke makka mein. to kai saray oont ho gaye.</w:t>
      </w:r>
    </w:p>
    <w:p>
      <w:pPr>
        <w:jc w:val="right"/>
      </w:pPr>
      <w:r>
        <w:t>تو یہ لوگ گئے اور کافی سارے اونٹ وہاں بھی خریدے انہوں نے جا کے مکہ میں۔ تو کئی سارے اونٹ ہو گئے۔</w:t>
      </w:r>
    </w:p>
    <w:p>
      <w:r>
        <w:rPr>
          <w:b/>
        </w:rPr>
        <w:t xml:space="preserve">[13:16] </w:t>
      </w:r>
      <w:r>
        <w:t>to kafi bara qafila ho gaya. to is mein jo log thay woh Hazrat Aisha R.A theen aur un ki mother Umm Ruman R.A aur Hazrat Asma jo behan theen.</w:t>
      </w:r>
    </w:p>
    <w:p>
      <w:pPr>
        <w:jc w:val="right"/>
      </w:pPr>
      <w:r>
        <w:t>تو کافی بڑا قافلہ ہو گیا۔ تو اس میں جو لوگ تھے وہ حضرت عائشہؓ تھیں اور ان کی mother ام رومانؓ اور حضرت اسماء جو بہن تھیں۔</w:t>
      </w:r>
    </w:p>
    <w:p>
      <w:r>
        <w:rPr>
          <w:b/>
        </w:rPr>
        <w:t xml:space="preserve">[13:28] </w:t>
      </w:r>
      <w:r>
        <w:t>aur Umm Kulsoom Rasool Allah ki beti aur Fatima Rasool Allah ki beti. aur Hazrat Saudah jo Rasool Allah ki wife theen.</w:t>
      </w:r>
    </w:p>
    <w:p>
      <w:pPr>
        <w:jc w:val="right"/>
      </w:pPr>
      <w:r>
        <w:t>اور ام کلثوم رسول اللہ کی بیٹی اور فاطمہ رسول اللہ کی بیٹی۔ اور حضرت سودہ جو رسول اللہ کی wife تھیں۔</w:t>
      </w:r>
    </w:p>
    <w:p>
      <w:r>
        <w:rPr>
          <w:b/>
        </w:rPr>
        <w:t xml:space="preserve">[13:39] </w:t>
      </w:r>
      <w:r>
        <w:t>aur is ke ilawa Hazrat Zaid jo aaye thay wahan se aur Hazrat Zaid ki wife Umm Aiman theen.</w:t>
      </w:r>
    </w:p>
    <w:p>
      <w:pPr>
        <w:jc w:val="right"/>
      </w:pPr>
      <w:r>
        <w:t>اور اس کے علاوہ حضرت زید جو آئے تھے وہاں سے اور حضرت زید کی wife ام ایمن تھیں۔</w:t>
      </w:r>
    </w:p>
    <w:p>
      <w:r>
        <w:rPr>
          <w:b/>
        </w:rPr>
        <w:t xml:space="preserve">[13:46] </w:t>
      </w:r>
      <w:r>
        <w:t>Umm Aiman wohi hain jo Rasool Allah ko le ke aayi theen jab woh rastay mein un ki mother ki death ho gayi thi. aur Abu Rafi woh bhi aaye thay wahan se madina se to woh bhi sath mein thay.</w:t>
      </w:r>
    </w:p>
    <w:p>
      <w:pPr>
        <w:jc w:val="right"/>
      </w:pPr>
      <w:r>
        <w:t>ام ایمن وہی ہیں جو رسول اللہ کو لے کے آئی تھیں جب وہ راستے میں ان کی mother کی death ہو گئی تھی۔ اور ابو رافع وہ بھی آئے تھے وہاں سے مدینہ سے تو وہ بھی ساتھ میں تھے۔</w:t>
      </w:r>
    </w:p>
    <w:p>
      <w:r>
        <w:rPr>
          <w:b/>
        </w:rPr>
        <w:t xml:space="preserve">[13:59] </w:t>
      </w:r>
      <w:r>
        <w:t>aur Abdullah ibn Abi Bakr jo bete thay Hazrat Abu Bakr ke. aur Hazrat Usama jo chotay thay Hazrat Zaid ke bete.</w:t>
      </w:r>
    </w:p>
    <w:p>
      <w:pPr>
        <w:jc w:val="right"/>
      </w:pPr>
      <w:r>
        <w:t>اور عبداللہ ابن ابی بکر جو بیٹے تھے حضرت ابوبکر کے۔ اور حضرت اسامہ جو چھوٹے تھے حضرت زید کے بیٹے۔</w:t>
      </w:r>
    </w:p>
    <w:p>
      <w:r>
        <w:rPr>
          <w:b/>
        </w:rPr>
        <w:t xml:space="preserve">[14:07] </w:t>
      </w:r>
      <w:r>
        <w:t>to is tarah yeh gyarah logon ka qafila tha jo makka se madina ke liye rawana hua. ji.</w:t>
      </w:r>
    </w:p>
    <w:p>
      <w:pPr>
        <w:jc w:val="right"/>
      </w:pPr>
      <w:r>
        <w:t>تو اس طرح یہ گیارہ لوگوں کا قافلہ تھا جو مکہ سے مدینہ کے لیے روانہ ہوا۔ جی۔</w:t>
      </w:r>
    </w:p>
    <w:p>
      <w:r>
        <w:rPr>
          <w:b/>
        </w:rPr>
        <w:t xml:space="preserve">[14:15] </w:t>
      </w:r>
      <w:r>
        <w:t>to rastay mein kya hua ke jis oont pe baithi hui theen Hazrat Aisha woh kuch ajeeb taraykay se behave karne laga. asal mein oont jo hai na woh bara sensitive animal hai.</w:t>
      </w:r>
    </w:p>
    <w:p>
      <w:pPr>
        <w:jc w:val="right"/>
      </w:pPr>
      <w:r>
        <w:t>تو راستے میں کیا ہوا کہ جس اونٹ پہ بیٹھی ہوئی تھیں حضرت عائشہ وہ کچھ عجیب طریقے سے behave کرنے لگا۔ اصل میں اونٹ جو ہے نا وہ بڑا sensitive animal ہے۔</w:t>
      </w:r>
    </w:p>
    <w:p>
      <w:r>
        <w:rPr>
          <w:b/>
        </w:rPr>
        <w:t xml:space="preserve">[14:26] </w:t>
      </w:r>
      <w:r>
        <w:t>agar is ka malik bohat achi tarah se treat kare is ko like a child to woh bara he is the camel is as loyal as dog .</w:t>
      </w:r>
    </w:p>
    <w:p>
      <w:pPr>
        <w:jc w:val="right"/>
      </w:pPr>
      <w:r>
        <w:t>اگر اس کا مالک بہت اچھی طرح سے treat کرے اس کو like a child تو وہ بڑا he is the camel is as loyal as dog ۔</w:t>
      </w:r>
    </w:p>
    <w:p>
      <w:r>
        <w:rPr>
          <w:b/>
        </w:rPr>
        <w:t xml:space="preserve">[14:36] </w:t>
      </w:r>
      <w:r>
        <w:t>very obedient hai. bohat obedient hai. lekin agar is ko bohat achi tarah se treat nahi kiya jaye to phir woh kuch harkat karne lagta hai. acha ji.</w:t>
      </w:r>
    </w:p>
    <w:p>
      <w:pPr>
        <w:jc w:val="right"/>
      </w:pPr>
      <w:r>
        <w:t>Very obedient ہے۔ بہت obedient ہے۔ لیکن اگر اس کو بہت اچھی طرح سے treat نہیں کیا جائے تو پھر وہ کچھ حرکت کرنے لگتا ہے۔ اچھا جی۔</w:t>
      </w:r>
    </w:p>
    <w:p>
      <w:r>
        <w:rPr>
          <w:b/>
        </w:rPr>
        <w:t xml:space="preserve">[14:44] </w:t>
      </w:r>
      <w:r>
        <w:t>to yeh jo camel jis pe Hazrat Aisha baithi theen yeh ajeeb tarah se behave karne laga aur kahin aur janay laga. humm kisi aur rastay pe aa ke barh gaya bohat. ji to un ki mother ne dekha to unhon ne shor machaya to is ko khair pakar dhakkar ke laya gaya.</w:t>
      </w:r>
    </w:p>
    <w:p>
      <w:pPr>
        <w:jc w:val="right"/>
      </w:pPr>
      <w:r>
        <w:t>تو یہ جو camel جس پہ حضرت عائشہ بیٹھی تھیں یہ عجیب طرح سے behave کرنے لگا اور کہیں اور جانے لگا۔ ہمم کسی اور راستے پہ آ کے بڑھ گیا بہت۔ جی تو ان کی mother نے دیکھا تو انہوں نے شور مچایا تو اس کو خیر پکڑ دھکڑ کے لایا گیا۔</w:t>
      </w:r>
    </w:p>
    <w:p>
      <w:r>
        <w:rPr>
          <w:b/>
        </w:rPr>
        <w:t xml:space="preserve">[14:57] </w:t>
      </w:r>
      <w:r>
        <w:t>ji to Rasool Allah ne bhi kaha hai ke tie your camel</w:t>
      </w:r>
    </w:p>
    <w:p>
      <w:pPr>
        <w:jc w:val="right"/>
      </w:pPr>
      <w:r>
        <w:t>جی تو رسول اللہ نے بھی کہا ہے کہ tie your camel</w:t>
      </w:r>
    </w:p>
    <w:p>
      <w:r>
        <w:rPr>
          <w:b/>
        </w:rPr>
        <w:t xml:space="preserve">[15:01] </w:t>
      </w:r>
      <w:r>
        <w:t>. humm to asal mein yeh hadith hai jis mein aisa hota hai ke</w:t>
      </w:r>
    </w:p>
    <w:p>
      <w:pPr>
        <w:jc w:val="right"/>
      </w:pPr>
      <w:r>
        <w:t>۔ ہمم تو اصل میں یہ حدیث ہے جس میں ایسا ہوتا ہے کہ</w:t>
      </w:r>
    </w:p>
    <w:p>
      <w:r>
        <w:rPr>
          <w:b/>
        </w:rPr>
        <w:t xml:space="preserve">[15:09] </w:t>
      </w:r>
      <w:r>
        <w:t>aik gaon se koi aadmi aata hai oont pe baith ke jis ko badu kaha jata tha yani Bedouin to woh aa ke camel se utra aur camel chor ke kahin janay laga.</w:t>
      </w:r>
    </w:p>
    <w:p>
      <w:pPr>
        <w:jc w:val="right"/>
      </w:pPr>
      <w:r>
        <w:t>ایک گاؤں سے کوئی آدمی آتا ہے اونٹ پہ بیٹھ کے جس کو بدو کہا جاتا تھا یعنی Bedouin تو وہ آ کے camel سے اترا اور camel چھوڑ کے کہیں جانے لگا۔</w:t>
      </w:r>
    </w:p>
    <w:p>
      <w:r>
        <w:rPr>
          <w:b/>
        </w:rPr>
        <w:t xml:space="preserve">[15:22] </w:t>
      </w:r>
      <w:r>
        <w:t>to Rasool Allah ne kaha hai ke why don't you tie your camel . humm to us ne kaha hai ke I I put my trust in Allah . haan j</w:t>
      </w:r>
    </w:p>
    <w:p>
      <w:pPr>
        <w:jc w:val="right"/>
      </w:pPr>
      <w:r>
        <w:t>تو رسول اللہ نے کہا ہے کہ why don't you tie your camel ۔ ہمم تو اس نے کہا ہے کہ I I put my trust in Allah ۔ ہاں ج</w:t>
      </w:r>
    </w:p>
    <w:p>
      <w:r>
        <w:rPr>
          <w:b/>
        </w:rPr>
        <w:t xml:space="preserve">[15:30] </w:t>
      </w:r>
      <w:r>
        <w:t>i. to Rasool Allah ne kaha hai ke tie your camel first then put your trust in Allah . to yeh aik bohat bara trust, bohat bara principle ban gaya ke aisay hi nahi trust kar saktay.</w:t>
      </w:r>
    </w:p>
    <w:p>
      <w:pPr>
        <w:jc w:val="right"/>
      </w:pPr>
      <w:r>
        <w:t>ی۔ تو رسول اللہ نے کہا ہے کہ tie your camel first then put your trust in Allah ۔ تو یہ ایک بہت بڑا trust، بہت بڑا principle بن گیا کہ ایسے ہی نہیں trust کر سکتے۔</w:t>
      </w:r>
    </w:p>
    <w:p>
      <w:r>
        <w:rPr>
          <w:b/>
        </w:rPr>
        <w:t xml:space="preserve">[15:43] </w:t>
      </w:r>
      <w:r>
        <w:t>ji to khair woh qafila phir chala aage aur yeh jannati logon ka qafila tha. ji aur pohanchay yeh log saaray wahan.</w:t>
      </w:r>
    </w:p>
    <w:p>
      <w:pPr>
        <w:jc w:val="right"/>
      </w:pPr>
      <w:r>
        <w:t>جی تو خیر وہ قافلہ پھر چلا آگے اور یہ جنتی لوگوں کا قافلہ تھا۔ جی اور پہنچے یہ لوگ سارے وہاں۔</w:t>
      </w:r>
    </w:p>
    <w:p>
      <w:r>
        <w:rPr>
          <w:b/>
        </w:rPr>
        <w:t xml:space="preserve">[15:52] </w:t>
      </w:r>
      <w:r>
        <w:t>bilkul. madina pohanch gaye. ji.</w:t>
      </w:r>
    </w:p>
    <w:p>
      <w:pPr>
        <w:jc w:val="right"/>
      </w:pPr>
      <w:r>
        <w:t>بالکل۔ مدینہ پہنچ گئے۔ جی۔</w:t>
      </w:r>
    </w:p>
    <w:p>
      <w:r>
        <w:rPr>
          <w:b/>
        </w:rPr>
        <w:t xml:space="preserve">[15:56] </w:t>
      </w:r>
      <w:r>
        <w:t>doctor sahib, kahani ko aage barhane se pehle tayammum ke baray mein aap se poochna chahoon ga ke jaise hum jantay hain ke tayammum is an act of performing wudhu with clean earth and it is done by striking the two hands on the earth and then wiping it over your hands and on your face .</w:t>
      </w:r>
    </w:p>
    <w:p>
      <w:pPr>
        <w:jc w:val="right"/>
      </w:pPr>
      <w:r>
        <w:t>ڈاکٹر صاحب، کہانی کو آگے بڑھانے سے پہلے تیمم کے بارے میں آپ سے پوچھنا چاہوں گا کہ جیسے ہم جانتے ہیں کہ تیمم is an act of performing wudhu with clean earth and it is done by striking the two hands on the earth and then wiping it over your hands and on your face ۔</w:t>
      </w:r>
    </w:p>
    <w:p>
      <w:r>
        <w:rPr>
          <w:b/>
        </w:rPr>
        <w:t xml:space="preserve">[16:16] </w:t>
      </w:r>
      <w:r>
        <w:t>aur quran aur sunnat mein bhi is ka zikr hai. to yeh tayammum ki kahani ke baray mein aap hum sab ko bataein.</w:t>
      </w:r>
    </w:p>
    <w:p>
      <w:pPr>
        <w:jc w:val="right"/>
      </w:pPr>
      <w:r>
        <w:t>اور قرآن اور سنت میں بھی اس کا ذکر ہے۔ تو یہ تیمم کی کہانی کے بارے میں آپ ہم سب کو بتائیں۔</w:t>
      </w:r>
    </w:p>
    <w:p>
      <w:r>
        <w:rPr>
          <w:b/>
        </w:rPr>
        <w:t xml:space="preserve">[16:25] </w:t>
      </w:r>
      <w:r>
        <w:t>yeh asal mein madina mein jab thay rasool ALLAH صلی اللہ علیہ وسلم to kisi da'wati safar pe gaye thay. ji wapas aa rahe thay is mein hazrat ayesha bhi theen, sahaba bhi thay, hazrat abubakarؓ bhi thay.</w:t>
      </w:r>
    </w:p>
    <w:p>
      <w:pPr>
        <w:jc w:val="right"/>
      </w:pPr>
      <w:r>
        <w:t>یہ اصل میں مدینہ میں جب تھے رسول اللہ صلی اللہ علیہ وسلم تو کسی دعوتی سفر پہ گئے تھے۔ جی واپس آ رہے تھے اس میں حضرت عائشہ بھی تھیں، صحابہ بھی تھے، حضرت ابوبکرؓ بھی تھے۔</w:t>
      </w:r>
    </w:p>
    <w:p>
      <w:r>
        <w:rPr>
          <w:b/>
        </w:rPr>
        <w:t xml:space="preserve">[16:39] </w:t>
      </w:r>
      <w:r>
        <w:t>asal mein jo saaray safar hotay thay Prophet ke woh da'wati safar thay. ji lekin hamari kitabon mein ghazwaat ke naam se mashhoor hain yaani battles.</w:t>
      </w:r>
    </w:p>
    <w:p>
      <w:pPr>
        <w:jc w:val="right"/>
      </w:pPr>
      <w:r>
        <w:t>اصل میں جو سارے سفر ہوتے تھے Prophet کے وہ دعوتی سفر تھے۔ جی لیکن ہماری کتابوں میں غزوات کے نام سے مشہور ہیں یعنی battles۔</w:t>
      </w:r>
    </w:p>
    <w:p>
      <w:r>
        <w:rPr>
          <w:b/>
        </w:rPr>
        <w:t xml:space="preserve">[16:48] </w:t>
      </w:r>
      <w:r>
        <w:t>chahay woh ja rahe hain aur peaceful aa rahe hain is ko bhi battle hai. har cheez ko battle hai. to woh asal mein is daur ka andaaz tha. woh aik age factor tha. maulana ne is ko age factor bataya.</w:t>
      </w:r>
    </w:p>
    <w:p>
      <w:pPr>
        <w:jc w:val="right"/>
      </w:pPr>
      <w:r>
        <w:t>چاہے وہ جا رہے ہیں اور peaceful آ رہے ہیں اس کو بھی battle ہے۔ ہر چیز کو battle ہے۔ تو وہ اصل میں اس دور کا انداز تھا۔ وہ ایک age factor تھا۔ مولانا نے اس کو age factor بتایا۔</w:t>
      </w:r>
    </w:p>
    <w:p>
      <w:r>
        <w:rPr>
          <w:b/>
        </w:rPr>
        <w:t xml:space="preserve">[16:58] </w:t>
      </w:r>
      <w:r>
        <w:t>ji</w:t>
      </w:r>
    </w:p>
    <w:p>
      <w:pPr>
        <w:jc w:val="right"/>
      </w:pPr>
      <w:r>
        <w:t>جی</w:t>
      </w:r>
    </w:p>
    <w:p>
      <w:r>
        <w:rPr>
          <w:b/>
        </w:rPr>
        <w:t xml:space="preserve">[16:59] </w:t>
      </w:r>
      <w:r>
        <w:t>chunki woh jo daur tha us mein kahin aap ko jana hota tha to aap ke sath hathyar bhi hotay thay. ji rastay mein koi koi attack kar de ya koi loot le, daku waghera.</w:t>
      </w:r>
    </w:p>
    <w:p>
      <w:pPr>
        <w:jc w:val="right"/>
      </w:pPr>
      <w:r>
        <w:t>چونکہ وہ جو دور تھا اس میں کہیں آپ کو جانا ہوتا تھا تو آپ کے ساتھ ہتھیار بھی ہوتے تھے۔ جی راستے میں کوئی کوئی attack کر دے یا کوئی لوٹ لے، ڈاکو وغیرہ۔</w:t>
      </w:r>
    </w:p>
    <w:p>
      <w:r>
        <w:rPr>
          <w:b/>
        </w:rPr>
        <w:t xml:space="preserve">[17:13] </w:t>
      </w:r>
      <w:r>
        <w:t>to woh aik age ka mamla tha. ji to lekin woh ghazwaat nahi thay, woh battles nahi theen. woh da'wati safar thay. to</w:t>
      </w:r>
    </w:p>
    <w:p>
      <w:pPr>
        <w:jc w:val="right"/>
      </w:pPr>
      <w:r>
        <w:t>تو وہ ایک age کا معاملہ تھا۔ جی تو لیکن وہ غزوات نہیں تھے، وہ battles نہیں تھیں۔ وہ دعوتی سفر تھے۔ تو</w:t>
      </w:r>
    </w:p>
    <w:p>
      <w:r>
        <w:rPr>
          <w:b/>
        </w:rPr>
        <w:t xml:space="preserve">[17:22] </w:t>
      </w:r>
      <w:r>
        <w:t>aik safar pe ja rahe thay Prophet aur phir wapas aa rahe thay, wapas madina aa rahe thay. is dauran yeh kahin roke.</w:t>
      </w:r>
    </w:p>
    <w:p>
      <w:pPr>
        <w:jc w:val="right"/>
      </w:pPr>
      <w:r>
        <w:t>ایک سفر پہ جا رہے تھے Prophet اور پھر واپس آ رہے تھے، واپس مدینہ آ رہے تھے۔ اس دوران یہ کہیں رکے۔</w:t>
      </w:r>
    </w:p>
    <w:p>
      <w:r>
        <w:rPr>
          <w:b/>
        </w:rPr>
        <w:t xml:space="preserve">[17:32] </w:t>
      </w:r>
      <w:r>
        <w:t>qafila jaise rukta hai na parao. to wahan jab qafila ruka to wahan kya hua ke hazrat ayesha ka aik necklace tha black color ke stones ka, woh gum ho gaya kahin.</w:t>
      </w:r>
    </w:p>
    <w:p>
      <w:pPr>
        <w:jc w:val="right"/>
      </w:pPr>
      <w:r>
        <w:t>قافلہ جیسے رکتا ہے نا پڑاؤ۔ تو وہاں جب قافلہ رکا تو وہاں کیا ہوا کہ حضرت عائشہ کا ایک necklace تھا بلیک کلر کے stones کا، وہ گم ہو گیا کہیں۔</w:t>
      </w:r>
    </w:p>
    <w:p>
      <w:r>
        <w:rPr>
          <w:b/>
        </w:rPr>
        <w:t xml:space="preserve">[17:47] </w:t>
      </w:r>
      <w:r>
        <w:t>to hazrat ayesha ne kaha rasool ALLAH صلی اللہ علیہ وسلم se ke woh mera necklace gum ho gaya, mil nahi raha hai. to Prophet ne sab se kaha, yeh hukum de diya ke sab talash karein.</w:t>
      </w:r>
    </w:p>
    <w:p>
      <w:pPr>
        <w:jc w:val="right"/>
      </w:pPr>
      <w:r>
        <w:t>تو حضرت عائشہ نے کہا رسول اللہ صلی اللہ علیہ وسلم سے کہ وہ میرا necklace گم ہو گیا، مل نہیں رہا ہے۔ تو Prophet نے سب سے کہا، یہ حکم دے دیا کہ سب تلاش کریں۔</w:t>
      </w:r>
    </w:p>
    <w:p>
      <w:r>
        <w:rPr>
          <w:b/>
        </w:rPr>
        <w:t xml:space="preserve">[17:57] </w:t>
      </w:r>
      <w:r>
        <w:t>ji to Prophet khud talash kar rahe hain, hazrat abubakar talash kar rahe hain, saaray sahaba talash kar rahe hain, woh necklace mil hi nahi raha hai. ji ghanton ho gaye aur masla kya tha ke wahan par pani ki qillat thi.</w:t>
      </w:r>
    </w:p>
    <w:p>
      <w:pPr>
        <w:jc w:val="right"/>
      </w:pPr>
      <w:r>
        <w:t>جی تو Prophet خود تلاش کر رہے ہیں، حضرت ابوبکر تلاش کر رہے ہیں، سارے صحابہ تلاش کر رہے ہیں، وہ necklace مل ہی نہیں رہا ہے۔ جی گھنٹوں ہو گئے اور مسئلہ کیا تھا کہ وہاں پر پانی کی قلت تھی۔</w:t>
      </w:r>
    </w:p>
    <w:p>
      <w:r>
        <w:rPr>
          <w:b/>
        </w:rPr>
        <w:t xml:space="preserve">[18:09] </w:t>
      </w:r>
      <w:r>
        <w:t>hmm jis jagah woh parao tha wahan par koi aik well ya koi basti waghera nahi thi ke pani le lein. to</w:t>
      </w:r>
    </w:p>
    <w:p>
      <w:pPr>
        <w:jc w:val="right"/>
      </w:pPr>
      <w:r>
        <w:t>ہمم جس جگہ وہ پڑاؤ تھا وہاں پر کوئی ایک well یا کوئی بستی وغیرہ نہیں تھی کہ پانی لے لیں۔ تو</w:t>
      </w:r>
    </w:p>
    <w:p>
      <w:r>
        <w:rPr>
          <w:b/>
        </w:rPr>
        <w:t xml:space="preserve">[18:17] </w:t>
      </w:r>
      <w:r>
        <w:t>ya to pani woh piyein ya wuzu karein, yeh nabat aa gayi thi. hmm to sahaba sab pareshan ho gaye. sahaba hazrat abubakar ke paas aaye ke dekhiye aap ki beti ki wajah se kya museebat hai, hamare liye hamare paas pani nahi hai, piyein ge ya wuzu karein ge.</w:t>
      </w:r>
    </w:p>
    <w:p>
      <w:pPr>
        <w:jc w:val="right"/>
      </w:pPr>
      <w:r>
        <w:t>یا تو پانی وہ پیئیں یا وضو کریں، یہ نوبت آ گئی تھی۔ ہمم تو صحابہ سب پریشان ہو گئے۔ صحابہ حضرت ابوبکر کے پاس آئے کہ دیکھیے آپ کی بیٹی کی وجہ سے کیا مصیبت ہے، ہمارے لیے ہمارے پاس پانی نہیں ہے، پیئیں گے یا وضو کریں گے۔</w:t>
      </w:r>
    </w:p>
    <w:p>
      <w:r>
        <w:rPr>
          <w:b/>
        </w:rPr>
        <w:t xml:space="preserve">[18:33] </w:t>
      </w:r>
      <w:r>
        <w:t>saaray sahaba ghussa hone lagay. to hazrat abubakar aaye tent mein jahan hazrat ayesha theen.</w:t>
      </w:r>
    </w:p>
    <w:p>
      <w:pPr>
        <w:jc w:val="right"/>
      </w:pPr>
      <w:r>
        <w:t>سارے صحابہ غصہ ہونے لگے۔ تو حضرت ابوبکر آئے tent میں جہاں حضرت عائشہ تھیں۔</w:t>
      </w:r>
    </w:p>
    <w:p>
      <w:r>
        <w:rPr>
          <w:b/>
        </w:rPr>
        <w:t xml:space="preserve">[18:43] </w:t>
      </w:r>
      <w:r>
        <w:t>to unhon ne dekha ke rasool ALLAH so rahe</w:t>
      </w:r>
    </w:p>
    <w:p>
      <w:pPr>
        <w:jc w:val="right"/>
      </w:pPr>
      <w:r>
        <w:t>تو انہوں نے دیکھا کہ رسول اللہ سو رہے</w:t>
      </w:r>
    </w:p>
    <w:p>
      <w:r>
        <w:rPr>
          <w:b/>
        </w:rPr>
        <w:t xml:space="preserve">[18:46] </w:t>
      </w:r>
      <w:r>
        <w:t>hain is waqt. ji to unhon ne ahista ahista daantna shuru kiya. acha ke dekho tumhari wajah se kya ho gaya yeh. hmm tumhari wajah se saara qafila ruk gaya aur yeh.</w:t>
      </w:r>
    </w:p>
    <w:p>
      <w:pPr>
        <w:jc w:val="right"/>
      </w:pPr>
      <w:r>
        <w:t>ہیں اس وقت۔ جی تو انہوں نے آہستہ آہستہ ڈانٹنا شروع کیا۔ اچھا کہ دیکھو تمہاری وجہ سے کیا ہو گیا یہ۔ ہمم تمہاری وجہ سے سارا قافلہ رک گیا اور یہ۔</w:t>
      </w:r>
    </w:p>
    <w:p>
      <w:r>
        <w:rPr>
          <w:b/>
        </w:rPr>
        <w:t xml:space="preserve">[18:56] </w:t>
      </w:r>
      <w:r>
        <w:t>yaani unhon ne kafi daanta ahista ahista. to hazrat ayesha ne bataya ke Prophet so rahe thay is liye mein kuch boli nahi warna mein jawab deti theek thak. ji</w:t>
      </w:r>
    </w:p>
    <w:p>
      <w:pPr>
        <w:jc w:val="right"/>
      </w:pPr>
      <w:r>
        <w:t>یعنی انہوں نے کافی ڈانٹا آہستہ آہستہ۔ تو حضرت عائشہ نے بتایا کہ Prophet سو رہے تھے اس لیے میں کچھ بولی نہیں ورنہ میں جواب دیتی ٹھیک ٹھاک۔ جی</w:t>
      </w:r>
    </w:p>
    <w:p>
      <w:r>
        <w:rPr>
          <w:b/>
        </w:rPr>
        <w:t xml:space="preserve">[19:05] </w:t>
      </w:r>
      <w:r>
        <w:t>to khair woh jab wuzu ka, namaz ka waqt aaya to phir wohi wuzu ka masla tha. to us waqt aik ayat utri quran ki.</w:t>
      </w:r>
    </w:p>
    <w:p>
      <w:pPr>
        <w:jc w:val="right"/>
      </w:pPr>
      <w:r>
        <w:t>تو خیر وہ جب وضو کا، نماز کا وقت آیا تو پھر وہی وضو کا مسئلہ تھا۔ تو اس وقت ایک آیت اتری قرآن کی۔</w:t>
      </w:r>
    </w:p>
    <w:p>
      <w:r>
        <w:rPr>
          <w:b/>
        </w:rPr>
        <w:t xml:space="preserve">[19:17] </w:t>
      </w:r>
      <w:r>
        <w:t>fatayyamamu saeedan tayyiban ke pak mitti se tum tayammum kar lo. ji</w:t>
      </w:r>
    </w:p>
    <w:p>
      <w:pPr>
        <w:jc w:val="right"/>
      </w:pPr>
      <w:r>
        <w:t>فَتَيَمَّمُوا سَعِيدًا طَيِّبًا کہ پاک مٹی سے تم تیمم کر لو۔ جی</w:t>
      </w:r>
    </w:p>
    <w:p>
      <w:r>
        <w:rPr>
          <w:b/>
        </w:rPr>
        <w:t xml:space="preserve">[19:24] </w:t>
      </w:r>
      <w:r>
        <w:t>to jab sahaba ko yeh pata chala ke yeh aik nai cheez ho gayi hai ke agar hamare paas pani nahi hai to hum mitti se tayammum kar ke.</w:t>
      </w:r>
    </w:p>
    <w:p>
      <w:pPr>
        <w:jc w:val="right"/>
      </w:pPr>
      <w:r>
        <w:t>تو جب صحابہ کو یہ پتہ چلا کہ یہ ایک نئی چیز ہو گئی ہے کہ اگر ہمارے پاس پانی نہیں ہے تو ہم مٹی سے تیمم کر کے۔</w:t>
      </w:r>
    </w:p>
    <w:p>
      <w:r>
        <w:rPr>
          <w:b/>
        </w:rPr>
        <w:t xml:space="preserve">[19:35] </w:t>
      </w:r>
      <w:r>
        <w:t>to woh bohat khush ho gaye. ji bohat zyada khush ho gaye. bohat bari riayat mili. bohat bari nemat, riayat. ji to balkay aik sahabi ne aa ke abubakarؓ se galay lagaya.</w:t>
      </w:r>
    </w:p>
    <w:p>
      <w:pPr>
        <w:jc w:val="right"/>
      </w:pPr>
      <w:r>
        <w:t>تو وہ بہت خوش ہو گئے۔ جی بہت زیادہ خوش ہو گئے۔ بہت بڑی رعایت ملی۔ بہت بڑی نعمت، رعایت۔ جی تو بلکہ ایک صحابی نے آ کے ابوبکرؓ سے گلے لگایا۔</w:t>
      </w:r>
    </w:p>
    <w:p>
      <w:r>
        <w:rPr>
          <w:b/>
        </w:rPr>
        <w:t xml:space="preserve">[19:46] </w:t>
      </w:r>
      <w:r>
        <w:t>haan ke dekhiye aap ki family ki wajah se pehle bhi bohat blessings humein mili hain aur yeh bhi bohat bari blessing mil gayi hai. saaray sahaba</w:t>
      </w:r>
    </w:p>
    <w:p>
      <w:pPr>
        <w:jc w:val="right"/>
      </w:pPr>
      <w:r>
        <w:t>ہاں کہ دیکھیے آپ کی family کی وجہ سے پہلے بھی بہت blessings ہمیں ملی ہیں اور یہ بھی بہت بڑی blessing مل گئی ہے۔ سارے صحابہ</w:t>
      </w:r>
    </w:p>
    <w:p>
      <w:r>
        <w:rPr>
          <w:b/>
        </w:rPr>
        <w:t xml:space="preserve">[19:53] </w:t>
      </w:r>
      <w:r>
        <w:t>khush ho gaye. bohat hi khushi ka woh marhala tha. yaani baaz auqat jis ko kehte hain na blessing in disguise.</w:t>
      </w:r>
    </w:p>
    <w:p>
      <w:pPr>
        <w:jc w:val="right"/>
      </w:pPr>
      <w:r>
        <w:t>خوش ہو گئے۔ بہت ہی خوشی کا وہ مرحلہ تھا۔ یعنی بعض اوقات جس کو کہتے ہیں نا blessing in disguise۔</w:t>
      </w:r>
    </w:p>
    <w:p>
      <w:r>
        <w:rPr>
          <w:b/>
        </w:rPr>
        <w:t xml:space="preserve">[20:02] </w:t>
      </w:r>
      <w:r>
        <w:t>ji ke Allah taala bظahir koi ek aisi cheez hai jo pareshani hai, negative cheez hai lekin is mein blessing rakh deta hai.</w:t>
      </w:r>
    </w:p>
    <w:p>
      <w:pPr>
        <w:jc w:val="right"/>
      </w:pPr>
      <w:r>
        <w:t>جی کہ اللہ تعالیٰ بظاہر کوئی ایک ایسی چیز ہے جو پریشانی ہے، negative چیز ہے لیکن اس میں blessing رکھ دیتا ہے۔</w:t>
      </w:r>
    </w:p>
    <w:p>
      <w:r>
        <w:rPr>
          <w:b/>
        </w:rPr>
        <w:t xml:space="preserve">[20:11] </w:t>
      </w:r>
      <w:r>
        <w:t>ji to yeh ek tareeqe se blessing in disguise ka waqea hai.</w:t>
      </w:r>
    </w:p>
    <w:p>
      <w:pPr>
        <w:jc w:val="right"/>
      </w:pPr>
      <w:r>
        <w:t>جی تو یہ ایک طریقے سے blessing in disguise کا واقعہ ہے۔</w:t>
      </w:r>
    </w:p>
    <w:p>
      <w:r>
        <w:rPr>
          <w:b/>
        </w:rPr>
        <w:t xml:space="preserve">[20:16] </w:t>
      </w:r>
      <w:r>
        <w:t>phir woh jab oont waghera khare kiye gaye, chalna tha jab. to woh jo necklace tha woh Hazrat Aisha ke oont ke neeche tha.</w:t>
      </w:r>
    </w:p>
    <w:p>
      <w:pPr>
        <w:jc w:val="right"/>
      </w:pPr>
      <w:r>
        <w:t>پھر وہ جب اونٹ وغیرہ کھڑے کیے گئے، چلنا تھا جب۔ تو وہ جو necklace تھا وہ حضرت عائشہ کے اونٹ کے نیچے تھا۔</w:t>
      </w:r>
    </w:p>
    <w:p>
      <w:r>
        <w:rPr>
          <w:b/>
        </w:rPr>
        <w:t xml:space="preserve">[20:25] </w:t>
      </w:r>
      <w:r>
        <w:t>jab woh utha oont to woh wahan para hua tha aur saare mein log talash kar rahe the. to yeh ek thoda dilchasp waqea tha. bohat hi dilchasp waqea hai doctor sahib yeh.</w:t>
      </w:r>
    </w:p>
    <w:p>
      <w:pPr>
        <w:jc w:val="right"/>
      </w:pPr>
      <w:r>
        <w:t>جب وہ اٹھا اونٹ تو وہ وہاں پڑا ہوا تھا اور سارے میں لوگ تلاش کر رہے تھے۔ تو یہ ایک تھوڑا دلچسپ واقعہ تھا۔ بہت ہی دلچسپ واقعہ ہے ڈاکٹر صاحب یہ۔</w:t>
      </w:r>
    </w:p>
    <w:p>
      <w:r>
        <w:rPr>
          <w:b/>
        </w:rPr>
        <w:t xml:space="preserve">[20:35] </w:t>
      </w:r>
      <w:r>
        <w:t>masha Allah.</w:t>
      </w:r>
    </w:p>
    <w:p>
      <w:pPr>
        <w:jc w:val="right"/>
      </w:pPr>
      <w:r>
        <w:t>ماشاءاللہ۔</w:t>
      </w:r>
    </w:p>
    <w:p>
      <w:r>
        <w:rPr>
          <w:b/>
        </w:rPr>
        <w:t xml:space="preserve">[20:36] </w:t>
      </w:r>
      <w:r>
        <w:t>Doctor sahib, Jibril Alaihissalam ke hawale se bhi yeh sawal karna chahunga ke jaise hum jante hain that he is the angel of God Almighty and Jibril Alaihissalam hi revelations le ke aate the tamam prophets ke paas.</w:t>
      </w:r>
    </w:p>
    <w:p>
      <w:pPr>
        <w:jc w:val="right"/>
      </w:pPr>
      <w:r>
        <w:t>ڈاکٹر صاحب جبرائیل علیہ السلام کے حوالے سے بھی یہ سوال کرنا چاہوں گا کہ جیسے ہم جانتے ہیں that he is the angel of God Almighty and جبرائیل علیہ السلام ہی revelations لے کے آتے تھے تمام prophets کے پاس۔</w:t>
      </w:r>
    </w:p>
    <w:p>
      <w:r>
        <w:rPr>
          <w:b/>
        </w:rPr>
        <w:t xml:space="preserve">[20:50] </w:t>
      </w:r>
      <w:r>
        <w:t>including the last and the final prophet Prophet Muhammad. to yeh bhi hai ke un ke original form ko teen martaba Prophet ne dekha hai.</w:t>
      </w:r>
    </w:p>
    <w:p>
      <w:pPr>
        <w:jc w:val="right"/>
      </w:pPr>
      <w:r>
        <w:t>including the last and the final prophet Prophet محمد۔ تو یہ بھی ہے کہ ان کے original form کو تین مرتبہ Prophet نے دیکھا ہے۔</w:t>
      </w:r>
    </w:p>
    <w:p>
      <w:r>
        <w:rPr>
          <w:b/>
        </w:rPr>
        <w:t xml:space="preserve">[21:02] </w:t>
      </w:r>
      <w:r>
        <w:t>to mera sawal yeh bhi hai ke kya Hazrat Aisha ne bhi jibril alaihissalam ko dekha? kya human form mein dekha ya kaise dekha? is ke bare mein hum sab ko batayein.</w:t>
      </w:r>
    </w:p>
    <w:p>
      <w:pPr>
        <w:jc w:val="right"/>
      </w:pPr>
      <w:r>
        <w:t>تو میرا سوال یہ بھی ہے کہ کیا حضرت عائشہ نے بھی جبرائیل علیہ السلام کو دیکھا؟ کیا human form میں دیکھا یا کیسے دیکھا؟ اس کے بارے میں ہم سب کو بتائیں۔</w:t>
      </w:r>
    </w:p>
    <w:p>
      <w:r>
        <w:rPr>
          <w:b/>
        </w:rPr>
        <w:t xml:space="preserve">[21:12] </w:t>
      </w:r>
      <w:r>
        <w:t>haan original form mein to sirf Prophet ne dekha. Hazrat Khadija ne bhi nahi dekha. Hazrat Khadija ka to khair mamla bohat alag tha ke jibril aaye the aur Allah ka salam le ke aaye the.</w:t>
      </w:r>
    </w:p>
    <w:p>
      <w:pPr>
        <w:jc w:val="right"/>
      </w:pPr>
      <w:r>
        <w:t>ہاں original form میں تو صرف Prophet نے دیکھا۔ حضرت خدیجہ نے بھی نہیں دیکھا۔ حضرت خدیجہ کا تو خیر معاملہ بہت الگ تھا کہ جبرائیل آئے تھے اور اللہ کا سلام لے کے آئے تھے۔</w:t>
      </w:r>
    </w:p>
    <w:p>
      <w:r>
        <w:rPr>
          <w:b/>
        </w:rPr>
        <w:t xml:space="preserve">[21:24] </w:t>
      </w:r>
      <w:r>
        <w:t>ji ke Allah sends salam to you. ji woh to ek alag hi. bohat hi bari. alag hi.</w:t>
      </w:r>
    </w:p>
    <w:p>
      <w:pPr>
        <w:jc w:val="right"/>
      </w:pPr>
      <w:r>
        <w:t>جی کہ اللہ sends سلام to you۔ جی وہ تو ایک الگ ہی۔ بہت ہی بڑی۔ الگ ہی۔</w:t>
      </w:r>
    </w:p>
    <w:p>
      <w:r>
        <w:rPr>
          <w:b/>
        </w:rPr>
        <w:t xml:space="preserve">[21:29] </w:t>
      </w:r>
      <w:r>
        <w:t>she was masha Allah. bilkul un ka alag hi maqam tha. ji Hazrat Aisha ne bhi dekha farishta jibril ko lekin human form mein.</w:t>
      </w:r>
    </w:p>
    <w:p>
      <w:pPr>
        <w:jc w:val="right"/>
      </w:pPr>
      <w:r>
        <w:t>she was ماشاءاللہ۔ بالکل ان کا الگ ہی مقام تھا۔ جی حضرت عائشہ نے بھی دیکھا فرشتہ جبرائیل کو لیکن human form میں۔</w:t>
      </w:r>
    </w:p>
    <w:p>
      <w:r>
        <w:rPr>
          <w:b/>
        </w:rPr>
        <w:t xml:space="preserve">[21:39] </w:t>
      </w:r>
      <w:r>
        <w:t>ji to aisa hua ek waqea hai ke ek baar Hazrat Aisha R.A. apne ghar mein theen to unhone bahar dekha kahin door pe Prophet khare hue ek sahabi se baat kar rahe the.</w:t>
      </w:r>
    </w:p>
    <w:p>
      <w:pPr>
        <w:jc w:val="right"/>
      </w:pPr>
      <w:r>
        <w:t>جی تو ایسا ہوا ایک واقعہ ہے کہ ایک بار حضرت عائشہؓ اپنے گھر میں تھیں تو انہوں نے باہر دیکھا کہیں دور پہ Prophet کھڑے ہوئے ایک صحابی سے بات کر رہے تھے۔</w:t>
      </w:r>
    </w:p>
    <w:p>
      <w:r>
        <w:rPr>
          <w:b/>
        </w:rPr>
        <w:t xml:space="preserve">[21:53] </w:t>
      </w:r>
      <w:r>
        <w:t>un ka naam aata hai Dahiya al Kalbi R.A..</w:t>
      </w:r>
    </w:p>
    <w:p>
      <w:pPr>
        <w:jc w:val="right"/>
      </w:pPr>
      <w:r>
        <w:t>ان کا نام آتا ہے دہیہ الکلبیؓ۔</w:t>
      </w:r>
    </w:p>
    <w:p>
      <w:r>
        <w:rPr>
          <w:b/>
        </w:rPr>
        <w:t xml:space="preserve">[21:57] </w:t>
      </w:r>
      <w:r>
        <w:t>to woh bare handsome sahabi the, sahabi the. ji balkeh kaha jata hai ke saare sahaba mein he was the most handsome sahabi. to jibril unhi ke shakal mein aate the.</w:t>
      </w:r>
    </w:p>
    <w:p>
      <w:pPr>
        <w:jc w:val="right"/>
      </w:pPr>
      <w:r>
        <w:t>تو وہ بڑے handsome صحابہ تھے، صحابی تھے۔ جی بلکہ کہا جاتا ہے کہ سارے صحابہ میں he was the most handsome صحابی۔ تو جبرائیل انہی کے شکل میں آتے تھے۔</w:t>
      </w:r>
    </w:p>
    <w:p>
      <w:r>
        <w:rPr>
          <w:b/>
        </w:rPr>
        <w:t xml:space="preserve">[22:07] </w:t>
      </w:r>
      <w:r>
        <w:t>ji to woh unhone dekha ke Rasool Allah Dahiya se baat kar rahe hain. ji to jab Rasool Allah Sallallahu Alaihi Wasallam aaye ghar pe to poocha ke aap se aap Dahiya se kya baatein kar rahe the?</w:t>
      </w:r>
    </w:p>
    <w:p>
      <w:pPr>
        <w:jc w:val="right"/>
      </w:pPr>
      <w:r>
        <w:t>جی تو وہ انہوں نے دیکھا کہ رسول اللہ دہیہ سے بات کر رہے ہیں۔ جی تو جب رسول اللہ صلی اللہ علیہ وسلم آئے گھر پہ تو پوچھا کہ آپ سے آپ دہیہ سے کیا باتیں کر رہے تھے؟</w:t>
      </w:r>
    </w:p>
    <w:p>
      <w:r>
        <w:rPr>
          <w:b/>
        </w:rPr>
        <w:t xml:space="preserve">[22:20] </w:t>
      </w:r>
      <w:r>
        <w:t>woh kis liye aaye the aap ke paas? to Prophet ne kaha ke tum ne Dahiya ko dekha? ji</w:t>
      </w:r>
    </w:p>
    <w:p>
      <w:pPr>
        <w:jc w:val="right"/>
      </w:pPr>
      <w:r>
        <w:t>وہ کس لیے آئے تھے آپ کے پاس؟ تو Prophet نے کہا کہ تم نے دہیہ کو دیکھا؟ جی</w:t>
      </w:r>
    </w:p>
    <w:p>
      <w:r>
        <w:rPr>
          <w:b/>
        </w:rPr>
        <w:t xml:space="preserve">[22:26] </w:t>
      </w:r>
      <w:r>
        <w:t>to unhone kaha haan mein ne dekha woh wahan par aap ke sath khare hue the. haan to Prophet ne kaha woh Dahiya nahi the woh jibril the. ji to is ka matlab yeh yeh nahi hai ke koi accidentally dekh liya unhone.</w:t>
      </w:r>
    </w:p>
    <w:p>
      <w:pPr>
        <w:jc w:val="right"/>
      </w:pPr>
      <w:r>
        <w:t>تو انہوں نے کہا ہاں میں نے دیکھا وہ وہاں پر آپ کے ساتھ کھڑے ہوئے تھے۔ ہاں تو Prophet نے کہا وہ دہیہ نہیں تھے وہ جبرائیل تھے۔ جی تو اس کا مطلب یہ یہ نہیں ہے کہ کوئی accidentally دیکھ لیا انہوں نے۔</w:t>
      </w:r>
    </w:p>
    <w:p>
      <w:r>
        <w:rPr>
          <w:b/>
        </w:rPr>
        <w:t xml:space="preserve">[22:41] </w:t>
      </w:r>
      <w:r>
        <w:t>hmm yaani jibril bhi unhi ko nazar aayenge jis ko Allah chahe ga. ji aise nahi ke woh aaye aur accidentally woh bohat sare logon ne dekh liya.</w:t>
      </w:r>
    </w:p>
    <w:p>
      <w:pPr>
        <w:jc w:val="right"/>
      </w:pPr>
      <w:r>
        <w:t>ہمم یعنی جبرائیل بھی انہی کو نظر آئیں گے جس کو اللہ چاہے گا۔ جی ایسے نہیں کہ وہ آئے اور accidentally وہ بہت سارے لوگوں نے دیکھ لیا۔</w:t>
      </w:r>
    </w:p>
    <w:p>
      <w:r>
        <w:rPr>
          <w:b/>
        </w:rPr>
        <w:t xml:space="preserve">[22:52] </w:t>
      </w:r>
      <w:r>
        <w:t>to woh</w:t>
      </w:r>
    </w:p>
    <w:p>
      <w:pPr>
        <w:jc w:val="right"/>
      </w:pPr>
      <w:r>
        <w:t>تو وہ</w:t>
      </w:r>
    </w:p>
    <w:p>
      <w:r>
        <w:rPr>
          <w:b/>
        </w:rPr>
        <w:t xml:space="preserve">[22:55] </w:t>
      </w:r>
      <w:r>
        <w:t>yeh ek bohat hi khaas cheez thi jo Hazrat Aisha ko Allah taala ne yeh nemat di ke jibril ko dekhein woh. ji ji doctor sahib ek comment parhna chahunga agla sawal lene se pehle.</w:t>
      </w:r>
    </w:p>
    <w:p>
      <w:pPr>
        <w:jc w:val="right"/>
      </w:pPr>
      <w:r>
        <w:t>یہ ایک بہت ہی خاص چیز تھی جو حضرت عائشہ کو اللہ تعالیٰ نے یہ نعمت دی کہ جبرائیل کو دیکھیں وہ۔ جی جی ڈاکٹر صاحب ایک comment پڑھنا چاہوں گا اگلا سوال لینے سے پہلے۔</w:t>
      </w:r>
    </w:p>
    <w:p>
      <w:r>
        <w:rPr>
          <w:b/>
        </w:rPr>
        <w:t xml:space="preserve">[23:07] </w:t>
      </w:r>
      <w:r>
        <w:t>yeh comment bheja hai Miss Fareeda Kamran ne Islamabad Pakistan se. unhone likha hai Jazak Allah for sharing us beautiful information about the most amazing lady of Islam Hazrat Aisha</w:t>
      </w:r>
    </w:p>
    <w:p>
      <w:pPr>
        <w:jc w:val="right"/>
      </w:pPr>
      <w:r>
        <w:t>یہ comment بھیجا ہے مس فریدہ کامران نے اسلام آباد پاکستان سے۔ انہوں نے لکھا ہے جزاک اللہ for sharing us beautiful information about the most amazing lady of Islam حضرت عائشہ</w:t>
      </w:r>
    </w:p>
    <w:p>
      <w:r>
        <w:rPr>
          <w:b/>
        </w:rPr>
        <w:t xml:space="preserve">[23:22] </w:t>
      </w:r>
      <w:r>
        <w:t>the best lady ever. It is very important and an inspiring session for every woman. doctor sahib agla sawal yeh hai ke ek martaba Rasool Allah ne dekha ke Hazrat Aisha silver bracelets jo hain woh pehan rahi hain.</w:t>
      </w:r>
    </w:p>
    <w:p>
      <w:pPr>
        <w:jc w:val="right"/>
      </w:pPr>
      <w:r>
        <w:t>the best lady ever. It is very important and an inspiring session for every woman. ڈاکٹر صاحب اگلا سوال یہ ہے کہ ایک مرتبہ رسول اللہ نے دیکھا کہ حضرت عائشہ silver bracelets جو ہیں وہ پہن رہی ہیں۔</w:t>
      </w:r>
    </w:p>
    <w:p>
      <w:r>
        <w:rPr>
          <w:b/>
        </w:rPr>
        <w:t xml:space="preserve">[23:36] </w:t>
      </w:r>
      <w:r>
        <w:t>to woh kya qissa tha is ke bare mein hum sab ko batayein. Prophet Muhammad Sallallahu Alaihi Wasallam ek baar ghar mein aaye to dekha ke Hazrat Aisha silver bracelets pehne hue hain haath mein.</w:t>
      </w:r>
    </w:p>
    <w:p>
      <w:pPr>
        <w:jc w:val="right"/>
      </w:pPr>
      <w:r>
        <w:t>تو وہ کیا قصہ تھا اس کے بارے میں ہم سب کو بتائیں۔ Prophet محمد صلی اللہ علیہ وسلم ایک بار گھر میں آئے تو دیکھا کہ حضرت عائشہ silver bracelets پہنے ہوئے ہیں ہاتھ میں۔</w:t>
      </w:r>
    </w:p>
    <w:p>
      <w:r>
        <w:rPr>
          <w:b/>
        </w:rPr>
        <w:t xml:space="preserve">[23:47] </w:t>
      </w:r>
      <w:r>
        <w:t>donon hathon mein. to kaha ke yeh kya hai?</w:t>
      </w:r>
    </w:p>
    <w:p>
      <w:pPr>
        <w:jc w:val="right"/>
      </w:pPr>
      <w:r>
        <w:t>دونوں ہاتھوں میں۔ تو کہا کہ یہ کیا ہے؟</w:t>
      </w:r>
    </w:p>
    <w:p>
      <w:r>
        <w:rPr>
          <w:b/>
        </w:rPr>
        <w:t xml:space="preserve">[23:52] </w:t>
      </w:r>
      <w:r>
        <w:t>to unhon ne kaha ke I have bought these bracelets to look beautiful for you. ji to rasool Allah ne kaha ke have you paid zakat on this?</w:t>
      </w:r>
    </w:p>
    <w:p>
      <w:pPr>
        <w:jc w:val="right"/>
      </w:pPr>
      <w:r>
        <w:t>تو انہوں نے کہا کہ I have bought these bracelets to look beautiful for you. جی تو رسول اللہ نے کہا کہ have you paid زکوۃ on this?</w:t>
      </w:r>
    </w:p>
    <w:p>
      <w:r>
        <w:rPr>
          <w:b/>
        </w:rPr>
        <w:t xml:space="preserve">[24:04] </w:t>
      </w:r>
      <w:r>
        <w:t>to unhon ne kaha no I haven't paid zakat. to Prophet ne kaha ke if you have not paid zakat you will go to hell. hmm to yani rasool Allah ka zehan kahin aur tha aur Hazrat Aisha ka zehan kuch aur soch raha tha.</w:t>
      </w:r>
    </w:p>
    <w:p>
      <w:pPr>
        <w:jc w:val="right"/>
      </w:pPr>
      <w:r>
        <w:t>تو انہوں نے کہا no I haven't paid زکوۃ. تو Prophet نے کہا کہ if you have not paid زکوۃ you will go to hell. ہمم تو یعنی رسول اللہ کا ذہن کہیں اور تھا اور حضرت عائشہ کا ذہن کچھ اور سوچ رہا تھا۔</w:t>
      </w:r>
    </w:p>
    <w:p>
      <w:r>
        <w:rPr>
          <w:b/>
        </w:rPr>
        <w:t xml:space="preserve">[24:20] </w:t>
      </w:r>
      <w:r>
        <w:t>ji to yeh wealth ka jo muamla hai yeh bhi bohat hi serious hai. chounke hadith mein aata hai ke insaan ke qadam hilenge nahi day of judgement mein jab tak woh chaar baaton ka jawab na de de.</w:t>
      </w:r>
    </w:p>
    <w:p>
      <w:pPr>
        <w:jc w:val="right"/>
      </w:pPr>
      <w:r>
        <w:t>جی تو یہ wealth کا جو معاملہ ہے یہ بھی بہت ہی serious ہے۔ چونکہ حدیث میں آتا ہے کہ انسان کے قدم ہلیں گے نہیں day of judgement میں جب تک وہ چار باتوں کا جواب نہ دے دے۔</w:t>
      </w:r>
    </w:p>
    <w:p>
      <w:r>
        <w:rPr>
          <w:b/>
        </w:rPr>
        <w:t xml:space="preserve">[24:34] </w:t>
      </w:r>
      <w:r>
        <w:t>ji is mein se do yeh hai ke kahan se paisa kamaya aur kaise kharch kiya. yani kaise kamaya lawful tareeqe se ya unlawful tareeqe se.</w:t>
      </w:r>
    </w:p>
    <w:p>
      <w:pPr>
        <w:jc w:val="right"/>
      </w:pPr>
      <w:r>
        <w:t>جی اس میں سے دو یہ ہے کہ کہاں سے پیسہ کمایا اور کیسے خرچ کیا۔ یعنی کیسے کمایا lawful طریقے سے یا unlawful طریقے سے۔</w:t>
      </w:r>
    </w:p>
    <w:p>
      <w:r>
        <w:rPr>
          <w:b/>
        </w:rPr>
        <w:t xml:space="preserve">[24:43] </w:t>
      </w:r>
      <w:r>
        <w:t>ji aur kahan kharch kiya yani need based life thi ya luxurious life thi.</w:t>
      </w:r>
    </w:p>
    <w:p>
      <w:pPr>
        <w:jc w:val="right"/>
      </w:pPr>
      <w:r>
        <w:t>جی اور کہاں خرچ کیا یعنی need based life تھی یا luxurious life تھی۔</w:t>
      </w:r>
    </w:p>
    <w:p>
      <w:r>
        <w:rPr>
          <w:b/>
        </w:rPr>
        <w:t xml:space="preserve">[24:49] </w:t>
      </w:r>
      <w:r>
        <w:t>isi ko to Maulana kehte the need based life. ji to yeh yeh bohat hi ahem cheez hai ke hum need based life guzaren aur luxurious life se bachen.</w:t>
      </w:r>
    </w:p>
    <w:p>
      <w:pPr>
        <w:jc w:val="right"/>
      </w:pPr>
      <w:r>
        <w:t>اسی کو تو مولانا کہتے تھے need based life۔ جی تو یہ یہ بہت ہی اہم چیز ہے کہ ہم need based life گزاریں اور luxurious life سے بچیں۔</w:t>
      </w:r>
    </w:p>
    <w:p>
      <w:r>
        <w:rPr>
          <w:b/>
        </w:rPr>
        <w:t xml:space="preserve">[25:03] </w:t>
      </w:r>
      <w:r>
        <w:t>to is ki aik achi misaal hai. bilkul bohat hila dene wali misaal hai doctor sahib aur aise hi is ko humein apni zindagi mein utarna bhi chahiye. doctor sahib aik aik martaba Hazrat Aisha raat mein uthti hain to dekhti hain ke Prophet nahi hain.</w:t>
      </w:r>
    </w:p>
    <w:p>
      <w:pPr>
        <w:jc w:val="right"/>
      </w:pPr>
      <w:r>
        <w:t>تو اس کی ایک اچھی مثال ہے۔ بالکل بہت ہلا دینے والی مثال ہے ڈاکٹر صاحب اور ایسے ہی اس کو ہمیں اپنی زندگی میں اتارنا بھی چاہیے۔ ڈاکٹر صاحب ایک ایک مرتبہ حضرت عائشہ رات میں اٹھتی ہیں تو دیکھتی ہیں کہ Prophet نہیں ہیں۔</w:t>
      </w:r>
    </w:p>
    <w:p>
      <w:r>
        <w:rPr>
          <w:b/>
        </w:rPr>
        <w:t xml:space="preserve">[25:19] </w:t>
      </w:r>
      <w:r>
        <w:t>to woh thoda sa soch mein pad jaati hain ke kahan hain. to is qisse ke baray mein bhi hum sab ko batayen. haan yeh raat ke waqt Prophet aur Hazrat Aisha so rahe the ghar mein.</w:t>
      </w:r>
    </w:p>
    <w:p>
      <w:pPr>
        <w:jc w:val="right"/>
      </w:pPr>
      <w:r>
        <w:t>تو وہ تھوڑا سا سوچ میں پڑ جاتی ہیں کہ کہاں ہیں۔ تو اس قصے کے بارے میں بھی ہم سب کو بتائیں۔ ہاں یہ رات کے وقت Prophet اور حضرت عائشہ سو رہے تھے گھر میں۔</w:t>
      </w:r>
    </w:p>
    <w:p>
      <w:r>
        <w:rPr>
          <w:b/>
        </w:rPr>
        <w:t xml:space="preserve">[25:33] </w:t>
      </w:r>
      <w:r>
        <w:t>ji to Hazrat Aisha ki aankh khulti hai to un ko mehsoos hota hai ke Prophet hain nahi. to andhera rehta tha is zamanay mein yani itna bhi nahi tha ke woh charagh jala saken.</w:t>
      </w:r>
    </w:p>
    <w:p>
      <w:pPr>
        <w:jc w:val="right"/>
      </w:pPr>
      <w:r>
        <w:t>جی تو حضرت عائشہؓ کی آنکھ کھلتی ہے تو ان کو محسوس ہوتا ہے کہ Prophet ہیں نہیں۔ تو اندھیرا رہتا تھا اس زمانے میں یعنی اتنا بھی نہیں تھا کہ وہ چراغ جلا سکیں۔</w:t>
      </w:r>
    </w:p>
    <w:p>
      <w:r>
        <w:rPr>
          <w:b/>
        </w:rPr>
        <w:t xml:space="preserve">[25:48] </w:t>
      </w:r>
      <w:r>
        <w:t>balke aik aik waqia hai ke baad ke zamanay mein jab kafi farawani ho gayi to logon se baat kar rahi theen Hazrat Aisha to kuch kaha ke raat mein andhera tha ghar mein.</w:t>
      </w:r>
    </w:p>
    <w:p>
      <w:pPr>
        <w:jc w:val="right"/>
      </w:pPr>
      <w:r>
        <w:t>بلکہ ایک ایک واقعہ ہے کہ بعد کے زمانے میں جب کافی فراوانی ہو گئی تو لوگوں سے بات کر رہی تھیں حضرت عائشہ تو کچھ کہا کہ رات میں اندھیرا تھا گھر میں۔</w:t>
      </w:r>
    </w:p>
    <w:p>
      <w:r>
        <w:rPr>
          <w:b/>
        </w:rPr>
        <w:t xml:space="preserve">[26:03] </w:t>
      </w:r>
      <w:r>
        <w:t>to kisi ne kaha ke kya aap ke paas oil nahi hota tha ghar mein? charagh nahi hota tha? to Hazrat Aisha ne kaha agar hamare ghar mein oil hota to hum use pe jate.</w:t>
      </w:r>
    </w:p>
    <w:p>
      <w:pPr>
        <w:jc w:val="right"/>
      </w:pPr>
      <w:r>
        <w:t>تو کسی نے کہا کہ کیا آپ کے پاس oil نہیں ہوتا تھا گھر میں؟ چراغ نہیں ہوتا تھا؟ تو حضرت عائشہ نے کہا اگر ہمارے گھر میں oil ہوتا تو ہم اسے پی جاتے۔</w:t>
      </w:r>
    </w:p>
    <w:p>
      <w:r>
        <w:rPr>
          <w:b/>
        </w:rPr>
        <w:t xml:space="preserve">[26:16] </w:t>
      </w:r>
      <w:r>
        <w:t>yani yeh کیفیت thi ke khane peene ke saman nahi hota tha. is zamanay mein jo oil tha na woh waisa hota tha zaitoon ka tel waghera.</w:t>
      </w:r>
    </w:p>
    <w:p>
      <w:pPr>
        <w:jc w:val="right"/>
      </w:pPr>
      <w:r>
        <w:t>یعنی یہ کیفیت تھی کہ کھانے پینے کا سامان نہیں ہوتا تھا۔ اس زمانے میں جو oil تھا نا وہ ویسا ہوتا تھا زیتون کا تیل وغیرہ۔</w:t>
      </w:r>
    </w:p>
    <w:p>
      <w:r>
        <w:rPr>
          <w:b/>
        </w:rPr>
        <w:t xml:space="preserve">[26:26] </w:t>
      </w:r>
      <w:r>
        <w:t>woh petrol ka zamanay nahi tha. to bilkul andhera tha to un ko aisa laga ke Prophet hain nahi kahin chale gaye. to unhein thoda badgumaani ho gayi ke kisi aur ghar mein chale gaye shayad.</w:t>
      </w:r>
    </w:p>
    <w:p>
      <w:pPr>
        <w:jc w:val="right"/>
      </w:pPr>
      <w:r>
        <w:t>وہ پٹرول کا زمانہ نہیں تھا۔ تو بالکل اندھیرا تھا تو ان کو ایسا لگا کہ Prophet ہیں نہیں کہیں چلے گئے۔ تو انہیں تھوڑا بدگمانی ہو گئی کہ کسی اور گھر میں چلے گئے شاید۔</w:t>
      </w:r>
    </w:p>
    <w:p>
      <w:r>
        <w:rPr>
          <w:b/>
        </w:rPr>
        <w:t xml:space="preserve">[26:41] </w:t>
      </w:r>
      <w:r>
        <w:t>to unhon ne hath aise aise kar ke dekha to kuch kahin mile nahi to woh bahar nikleen. bahar bhi unhon ne touch wich kiya.</w:t>
      </w:r>
    </w:p>
    <w:p>
      <w:pPr>
        <w:jc w:val="right"/>
      </w:pPr>
      <w:r>
        <w:t>تو انہوں نے ہاتھ ایسے ایسے کر کے دیکھا تو کچھ کہیں ملے نہیں تو وہ باہر نکلیں۔ باہر بھی انہوں نے touch وچ کیا۔</w:t>
      </w:r>
    </w:p>
    <w:p>
      <w:r>
        <w:rPr>
          <w:b/>
        </w:rPr>
        <w:t xml:space="preserve">[26:50] </w:t>
      </w:r>
      <w:r>
        <w:t>masjid thi bahar. to aise hi kuch kiya to Prophet ke pair pe hath pada.</w:t>
      </w:r>
    </w:p>
    <w:p>
      <w:pPr>
        <w:jc w:val="right"/>
      </w:pPr>
      <w:r>
        <w:t>مسجد تھی باہر۔ تو ایسے ہی کچھ کیا تو Prophet کے پیر پہ ہاتھ پڑا۔</w:t>
      </w:r>
    </w:p>
    <w:p>
      <w:r>
        <w:rPr>
          <w:b/>
        </w:rPr>
        <w:t xml:space="preserve">[26:56] </w:t>
      </w:r>
      <w:r>
        <w:t>tab un ko andaza hua ke woh sajday mein hain. ji aur sajday mein bari umda dua kar rahe the subhanaka wabihamdika la ilaha illa ant aye Allah tu pak hai aur tere siwa koi ibadat ke laiq nahi hai.</w:t>
      </w:r>
    </w:p>
    <w:p>
      <w:pPr>
        <w:jc w:val="right"/>
      </w:pPr>
      <w:r>
        <w:t>تب ان کو اندازہ ہوا کہ وہ سجدے میں ہیں۔ جی اور سجدے میں بڑی عمدہ دعا کر رہے تھے سبحانک وبحمدک لا الہ الا انت اے اللہ تو پاک ہے اور تیرے سوا کوئی عبادت کے لائق نہیں ہے۔</w:t>
      </w:r>
    </w:p>
    <w:p>
      <w:r>
        <w:rPr>
          <w:b/>
        </w:rPr>
        <w:t xml:space="preserve">[27:12] </w:t>
      </w:r>
      <w:r>
        <w:t>to Hazrat Aisha wapas aa gayeen apne bed pe lait gayeen aur boleen ke innaka lafi shaani wa inni lafi shaani akhar yani mera zehan kahin aur ja raha hai</w:t>
      </w:r>
    </w:p>
    <w:p>
      <w:pPr>
        <w:jc w:val="right"/>
      </w:pPr>
      <w:r>
        <w:t>تو حضرت عائشہ واپس آ گئیں اپنے bed پہ لیٹ گئیں اور بولیں کہ انک لفی شان وانی لفی شان اخر یعنی میرا ذہن کہیں اور جا رہا ہے</w:t>
      </w:r>
    </w:p>
    <w:p>
      <w:r>
        <w:rPr>
          <w:b/>
        </w:rPr>
        <w:t xml:space="preserve">[27:25] </w:t>
      </w:r>
      <w:r>
        <w:t>aap ki shan kuch aur hai. ji you are on one plane and I am on totally another plane. ji to yeh jo waqia hai ke is mein bohat bara sabak hai.</w:t>
      </w:r>
    </w:p>
    <w:p>
      <w:pPr>
        <w:jc w:val="right"/>
      </w:pPr>
      <w:r>
        <w:t>آپ کی شان کچھ اور ہے۔ جی you are on one plane and I am on totally another plane. جی تو یہ جو واقعہ ہے کہ اس میں بہت بڑا سبق ہے۔</w:t>
      </w:r>
    </w:p>
    <w:p>
      <w:r>
        <w:rPr>
          <w:b/>
        </w:rPr>
        <w:t xml:space="preserve">[27:40] </w:t>
      </w:r>
      <w:r>
        <w:t>Maulana ne is hadith ke baray mein bataya tha ke ulama ne chounke fiqhi zehan hai ulama ka, ulama ne is hadith se nikala hai ke agar aurat mard ko touch kare halat wuzu mein to wuzu toote ga ya nahi</w:t>
      </w:r>
    </w:p>
    <w:p>
      <w:pPr>
        <w:jc w:val="right"/>
      </w:pPr>
      <w:r>
        <w:t>مولانا نے اس حدیث کے بارے میں بتایا تھا کہ علماء نے چونکہ فقہی ذہن ہے علماء کا، علماء نے اس حدیث سے نکالا ہے کہ اگر عورت مرد کو touch کرے حالت وضو میں تو وضو ٹوٹے گا یا نہیں</w:t>
      </w:r>
    </w:p>
    <w:p>
      <w:r>
        <w:rPr>
          <w:b/>
        </w:rPr>
        <w:t xml:space="preserve">[27:54] </w:t>
      </w:r>
      <w:r>
        <w:t>. ji halankay yeh itni bari hadith hai ke Prophet se badgumaani aur woh bhi Hazrat Aisha jaisi stature jin ka woh maqam to aam insaan ka kya haal ho ga.</w:t>
      </w:r>
    </w:p>
    <w:p>
      <w:pPr>
        <w:jc w:val="right"/>
      </w:pPr>
      <w:r>
        <w:t>۔ جی حالانکہ یہ اتنی بڑی حدیث ہے کہ Prophet سے بدگمانی اور وہ بھی حضرت عائشہ جیسی stature جن کا وہ مقام تو عام انسان کا کیا حال ہو گا۔</w:t>
      </w:r>
    </w:p>
    <w:p>
      <w:r>
        <w:rPr>
          <w:b/>
        </w:rPr>
        <w:t xml:space="preserve">[28:05] </w:t>
      </w:r>
      <w:r>
        <w:t>to is mein yeh hai ke insaan ko badgumaan nahi hona chahiye. Misunderstanding nahi honi chahiye.</w:t>
      </w:r>
    </w:p>
    <w:p>
      <w:pPr>
        <w:jc w:val="right"/>
      </w:pPr>
      <w:r>
        <w:t>تو اس میں یہ ہے کہ انسان کو بدگمان نہیں ہونا چاہیے۔ Misunderstanding نہیں ہونی چاہیے۔</w:t>
      </w:r>
    </w:p>
    <w:p>
      <w:r>
        <w:rPr>
          <w:b/>
        </w:rPr>
        <w:t xml:space="preserve">[28:14] </w:t>
      </w:r>
      <w:r>
        <w:t>baaton ko samajhna chahiye. chounke baz auqat woh jo dekhta hai ya woh sunta hai woh kuch aur hoti hai. woh baat kuch aur aur us ki samajh mein kuch aur aati hai.</w:t>
      </w:r>
    </w:p>
    <w:p>
      <w:pPr>
        <w:jc w:val="right"/>
      </w:pPr>
      <w:r>
        <w:t>باتوں کو سمجھنا چاہیے۔ چونکہ بعض اوقات وہ جو دیکھتا ہے یا وہ سنتا ہے وہ کچھ اور ہوتی ہے۔ وہ بات کچھ اور اور اس کی سمجھ میں کچھ اور آتی ہے۔</w:t>
      </w:r>
    </w:p>
    <w:p>
      <w:r>
        <w:rPr>
          <w:b/>
        </w:rPr>
        <w:t xml:space="preserve">[28:23] </w:t>
      </w:r>
      <w:r>
        <w:t>to bohat hi cautious rehna chahiye aur shaitan ke waswase se dua karni chahiye har waqt ke inshallah shaitan ke behkawe se bachaye.</w:t>
      </w:r>
    </w:p>
    <w:p>
      <w:pPr>
        <w:jc w:val="right"/>
      </w:pPr>
      <w:r>
        <w:t>تو بہت ہی cautious رہنا چاہیے اور شیطان کے وسوسے سے دعا کرنی چاہیے ہر وقت کہ انشاءاللہ شیطان کے بہکاوے سے بچائے۔</w:t>
      </w:r>
    </w:p>
    <w:p>
      <w:r>
        <w:rPr>
          <w:b/>
        </w:rPr>
        <w:t xml:space="preserve">[28:33] </w:t>
      </w:r>
      <w:r>
        <w:t>ji doctor sahib sajday se mujhe woh bhi aik riwayat yaad aayi abuhuraira ke abuhuraira se yeh riwayat hai ke unhon ne bataya ke Prophet ne kaha ke jab Khuda ka banda sajday mein jata hai to Allah se sab se qareeb hota hai.</w:t>
      </w:r>
    </w:p>
    <w:p>
      <w:pPr>
        <w:jc w:val="right"/>
      </w:pPr>
      <w:r>
        <w:t>جی ڈاکٹر صاحب سجدے سے مجھے وہ بھی ایک روایت یاد آئی ابوہریرہ کے ابوہریرہ سے یہ روایت ہے کہ انہوں نے بتایا کہ Prophet نے کہا کہ جب خدا کا بندہ سجدے میں جاتا ہے تو اللہ سے سب سے قریب ہوتا ہے۔</w:t>
      </w:r>
    </w:p>
    <w:p>
      <w:r>
        <w:rPr>
          <w:b/>
        </w:rPr>
        <w:t xml:space="preserve">[28:50] </w:t>
      </w:r>
      <w:r>
        <w:t>to unhon ne kaha ke is liye jab tum sajday mein jao to khoob dua karo. aur aik martaba unhon ne bataya ke rasool Allah sajday mein the to unhon ne bohat hi pyari dua kari doctor sahib mujhe bohat achi lagi.</w:t>
      </w:r>
    </w:p>
    <w:p>
      <w:pPr>
        <w:jc w:val="right"/>
      </w:pPr>
      <w:r>
        <w:t>تو انہوں نے کہا کہ اس لیے جب تم سجدے میں جاؤ تو خوب دعا کرو۔ اور ایک مرتبہ انہوں نے بتایا کہ رسول اللہ سجدے میں تھے تو انہوں نے بہت ہی پیاری دعا کری ڈاکٹر صاحب مجھے بہت اچھی لگی۔</w:t>
      </w:r>
    </w:p>
    <w:p>
      <w:r>
        <w:rPr>
          <w:b/>
        </w:rPr>
        <w:t xml:space="preserve">[29:03] </w:t>
      </w:r>
      <w:r>
        <w:t>hum sab ko karni chahiye ke unhon ne kaha ke aye allah tu mere sare gunahon ko maaf kar. mere chhote gunah ko, mere bade gunah ko, mere pehle gunah ko aur mere aakhri gunah ko.</w:t>
      </w:r>
    </w:p>
    <w:p>
      <w:pPr>
        <w:jc w:val="right"/>
      </w:pPr>
      <w:r>
        <w:t>ہم سب کو کرنی چاہیے کہ انہوں نے کہا کہ اے اللہ تو میرے سارے گناہوں کو معاف کر۔ میرے چھوٹے گناہ کو، میرے بڑے گناہ کو، میرے پہلے گناہ کو اور میرے آخری گناہ کو۔</w:t>
      </w:r>
    </w:p>
    <w:p>
      <w:r>
        <w:rPr>
          <w:b/>
        </w:rPr>
        <w:t xml:space="preserve">[29:14] </w:t>
      </w:r>
      <w:r>
        <w:t>aur mere chhpe hue gunah ko aur khule hue gunah ko.</w:t>
      </w:r>
    </w:p>
    <w:p>
      <w:pPr>
        <w:jc w:val="right"/>
      </w:pPr>
      <w:r>
        <w:t>اور میرے چھپے ہوئے گناہ کو اور کھلے ہوئے گناہ کو۔</w:t>
      </w:r>
    </w:p>
    <w:p>
      <w:r>
        <w:rPr>
          <w:b/>
        </w:rPr>
        <w:t xml:space="preserve">[29:18] </w:t>
      </w:r>
      <w:r>
        <w:t>tu yeh bohat hi achhi lagi mujhe pyari dua hai. hum sab ko maafi mangni chahiye is tarah jis tarah rasool allah kiya karte the.</w:t>
      </w:r>
    </w:p>
    <w:p>
      <w:pPr>
        <w:jc w:val="right"/>
      </w:pPr>
      <w:r>
        <w:t>تو یہ بہت ہی اچھی لگی مجھے پیاری دعا ہے۔ ہم سب کو معافی مانگنی چاہیے اس طرح جس طرح رسول اللہ کیا کرتے تھے۔</w:t>
      </w:r>
    </w:p>
    <w:p>
      <w:r>
        <w:rPr>
          <w:b/>
        </w:rPr>
        <w:t xml:space="preserve">[29:27] </w:t>
      </w:r>
      <w:r>
        <w:t>aur bohat lambe sajde pe jaya karte the. tu doctor sahib agla sawal lena chahunga ke ek martaba woh raat mein uthe aur phir woh baqi graveyard gaye aur wahan pe unhon ne jitne bhi log jo graveyard mein dafnaye gaye hain un ke liye dua maan</w:t>
      </w:r>
    </w:p>
    <w:p>
      <w:pPr>
        <w:jc w:val="right"/>
      </w:pPr>
      <w:r>
        <w:t>اور بہت لمبے سجدے پہ جایا کرتے تھے۔ تو ڈاکٹر صاحب اگلا سوال لینا چاہوں گا کہ ایک مرتبہ وہ رات میں اٹھے اور پھر وہ بقی graveyard گئے اور وہاں پہ انہوں نے جتنے بھی لوگ جو graveyard میں دفنائے گئے ہیں ان کے لیے دعا مان</w:t>
      </w:r>
    </w:p>
    <w:p>
      <w:r>
        <w:rPr>
          <w:b/>
        </w:rPr>
        <w:t xml:space="preserve">[29:45] </w:t>
      </w:r>
      <w:r>
        <w:t>gi unhon ne. tu is ke bare mein batain. yeh ek bohat lambi hadith hai ji hazrat aisha ki. kuch log baithe hue the hazrat aisha ke paas tu hazrat aisha ne kaha ke do you want me to tell a story about the prophet and about me tu logon ne kaha zaroor zaroor sunain.</w:t>
      </w:r>
    </w:p>
    <w:p>
      <w:pPr>
        <w:jc w:val="right"/>
      </w:pPr>
      <w:r>
        <w:t>گی انہوں نے۔ تو اس کے بارے میں بتائیں۔ یہ ایک بہت لمبی حدیث ہے جی حضرت عائشہ کی۔ کچھ لوگ بیٹھے ہوئے تھے حضرت عائشہ کے پاس تو حضرت عائشہ نے کہا کہ do you want me to tell a story about the Prophet and about me تو لوگوں نے کہا ضرور ضرور سنائیں۔</w:t>
      </w:r>
    </w:p>
    <w:p>
      <w:r>
        <w:rPr>
          <w:b/>
        </w:rPr>
        <w:t xml:space="preserve">[30:08] </w:t>
      </w:r>
      <w:r>
        <w:t>tu hazrat aisha ne bataya ke ek baar prophet sham ko aaye masjid se. ji aur unhon ne apne shoes utare, shoes rakh diye ek taraf aur chadar hatayi aur ek bistar banaya aur let gaye.</w:t>
      </w:r>
    </w:p>
    <w:p>
      <w:pPr>
        <w:jc w:val="right"/>
      </w:pPr>
      <w:r>
        <w:t>تو حضرت عائشہ نے بتایا کہ ایک بار Prophet شام کو آئے مسجد سے۔ جی اور انہوں نے اپنے shoes اتارے، shoes رکھ دیے ایک طرف اور چادر ہٹائی اور ایک بستر بنایا اور لیٹ گئے۔</w:t>
      </w:r>
    </w:p>
    <w:p>
      <w:r>
        <w:rPr>
          <w:b/>
        </w:rPr>
        <w:t xml:space="preserve">[30:28] </w:t>
      </w:r>
      <w:r>
        <w:t>aur maybe maybe let gayi hazrat aisha kehti hain. tu maine dekha ke raat ke waqt woh ahista se uthe.</w:t>
      </w:r>
    </w:p>
    <w:p>
      <w:pPr>
        <w:jc w:val="right"/>
      </w:pPr>
      <w:r>
        <w:t>اور maybe maybe لیٹ گئی حضرت عائشہ کہتی ہیں۔ تو میں نے دیکھا کہ رات کے وقت وہ آہستہ سے اٹھے۔</w:t>
      </w:r>
    </w:p>
    <w:p>
      <w:r>
        <w:rPr>
          <w:b/>
        </w:rPr>
        <w:t xml:space="preserve">[30:36] </w:t>
      </w:r>
      <w:r>
        <w:t>un ko laga ke main so gayi halanke shayad hazrat aisha jag rahi thin. tu bohat ahista se uthe aur ahista se unhon ne apne shoes pehne aur ahista se unhon ne apni chadar odhi.</w:t>
      </w:r>
    </w:p>
    <w:p>
      <w:pPr>
        <w:jc w:val="right"/>
      </w:pPr>
      <w:r>
        <w:t>ان کو لگا کہ میں سو گئی حالانکہ شاید حضرت عائشہ جگ رہی تھیں۔ تو بہت آہستہ سے اٹھے اور آہستہ سے انہوں نے اپنے shoes پہنے اور آہستہ سے انہوں نے اپنی چادر اوڑھی۔</w:t>
      </w:r>
    </w:p>
    <w:p>
      <w:r>
        <w:rPr>
          <w:b/>
        </w:rPr>
        <w:t xml:space="preserve">[30:48] </w:t>
      </w:r>
      <w:r>
        <w:t>ji aur ahista se gaye aur darwaza ahista se khola aur bahar chale gaye aur darwaza ahista se band kiya. tu un ko kuch shakk ho gaya.</w:t>
      </w:r>
    </w:p>
    <w:p>
      <w:pPr>
        <w:jc w:val="right"/>
      </w:pPr>
      <w:r>
        <w:t>جی اور آہستہ سے گئے اور دروازہ آہستہ سے کھولا اور باہر چلے گئے اور دروازہ آہستہ سے بند کیا۔ تو انہیں کچھ شک ہو گیا۔</w:t>
      </w:r>
    </w:p>
    <w:p>
      <w:r>
        <w:rPr>
          <w:b/>
        </w:rPr>
        <w:t xml:space="preserve">[31:00] </w:t>
      </w:r>
      <w:r>
        <w:t>tu woh uthi aur unhon ne apni chadar odhi.</w:t>
      </w:r>
    </w:p>
    <w:p>
      <w:pPr>
        <w:jc w:val="right"/>
      </w:pPr>
      <w:r>
        <w:t>تو وہ اٹھیں اور انہوں نے اپنی چادر اوڑھی۔</w:t>
      </w:r>
    </w:p>
    <w:p>
      <w:r>
        <w:rPr>
          <w:b/>
        </w:rPr>
        <w:t xml:space="preserve">[31:03] </w:t>
      </w:r>
      <w:r>
        <w:t>ji aur woh bhi nikal gayin ghar se bahar ke dekhen kahan ja rahi hain. tu unhon ne dekha ke woh baqi qabristan ki taraf jo baqi qabristan hai jannat ul baqi kehte hain ise woh bilkul masjid se mila hua hai.</w:t>
      </w:r>
    </w:p>
    <w:p>
      <w:pPr>
        <w:jc w:val="right"/>
      </w:pPr>
      <w:r>
        <w:t>جی اور وہ بھی نکل گئیں گھر سے باہر کہ دیکھیں کہاں جا رہے ہیں۔ تو انہوں نے دیکھا کہ وہ بقی قبرستان کی طرف جو بقی قبرستان ہے جنت البقی کہتے ہیں اسے وہ بالکل مسجد سے ملا ہوا ہے۔</w:t>
      </w:r>
    </w:p>
    <w:p>
      <w:r>
        <w:rPr>
          <w:b/>
        </w:rPr>
        <w:t xml:space="preserve">[31:20] </w:t>
      </w:r>
      <w:r>
        <w:t>abhi bhi aap jayen tu dekh sakte hain. aur bare bare sahaba ki qabrein hain is mein. khud hazrat aisha ki bhi qabr is mein hi hai.</w:t>
      </w:r>
    </w:p>
    <w:p>
      <w:pPr>
        <w:jc w:val="right"/>
      </w:pPr>
      <w:r>
        <w:t>ابھی بھی آپ جائیں تو دیکھ سکتے ہیں۔ اور بڑے بڑے صحابہ کی قبریں ہیں اس میں۔ خود حضرت عائشہ کی بھی قبر اس میں ہی ہے۔</w:t>
      </w:r>
    </w:p>
    <w:p>
      <w:r>
        <w:rPr>
          <w:b/>
        </w:rPr>
        <w:t xml:space="preserve">[31:26] </w:t>
      </w:r>
      <w:r>
        <w:t>ji tu unhon ne dekha ke prophet baqi ke paas gaye aur wahan kafi der khade rahe. aur phir teen baar hath uthaya.</w:t>
      </w:r>
    </w:p>
    <w:p>
      <w:pPr>
        <w:jc w:val="right"/>
      </w:pPr>
      <w:r>
        <w:t>جی تو انہوں نے دیکھا کہ Prophet بقی کے پاس گئے اور وہاں کافی دیر کھڑے رہے۔ اور پھر تین بار ہاتھ اٹھایا۔</w:t>
      </w:r>
    </w:p>
    <w:p>
      <w:r>
        <w:rPr>
          <w:b/>
        </w:rPr>
        <w:t xml:space="preserve">[31:37] </w:t>
      </w:r>
      <w:r>
        <w:t>dua ki teen baar. phir wapas palte. ji aur bohat tez aane lagay. tu hazrat aisha kehti hain ke prophet was walking really fast tu maine bhi bohat tez chalna shuru kiya.</w:t>
      </w:r>
    </w:p>
    <w:p>
      <w:pPr>
        <w:jc w:val="right"/>
      </w:pPr>
      <w:r>
        <w:t>دعا کی تین بار۔ پھر واپس پلٹے۔ جی اور بہت تیز آنے لگے۔ تو حضرت عائشہ کہتی ہیں کہ Prophet was walking really fast تو میں نے بھی بہت تیز چلنا شروع کیا۔</w:t>
      </w:r>
    </w:p>
    <w:p>
      <w:r>
        <w:rPr>
          <w:b/>
        </w:rPr>
        <w:t xml:space="preserve">[31:49] </w:t>
      </w:r>
      <w:r>
        <w:t>woh aur tez ho gaye. main bhi aur tez ho gayi taake woh mujhe dekhen na.</w:t>
      </w:r>
    </w:p>
    <w:p>
      <w:pPr>
        <w:jc w:val="right"/>
      </w:pPr>
      <w:r>
        <w:t>وہ اور تیز ہو گئے۔ میں بھی اور تیز ہو گئی تاکہ وہ مجھے دیکھیں نا۔</w:t>
      </w:r>
    </w:p>
    <w:p>
      <w:r>
        <w:rPr>
          <w:b/>
        </w:rPr>
        <w:t xml:space="preserve">[31:54] </w:t>
      </w:r>
      <w:r>
        <w:t>ab phir he started to run and then i started to run and i was out of breath tu daurte daurte main kaise pahunchi ghar.</w:t>
      </w:r>
    </w:p>
    <w:p>
      <w:pPr>
        <w:jc w:val="right"/>
      </w:pPr>
      <w:r>
        <w:t>اب پھر he started to run and then I started to run and I was out of breath تو دوڑتے دوڑتے میں کیسے پہنچی گھر۔</w:t>
      </w:r>
    </w:p>
    <w:p>
      <w:r>
        <w:rPr>
          <w:b/>
        </w:rPr>
        <w:t xml:space="preserve">[32:03] </w:t>
      </w:r>
      <w:r>
        <w:t>aur jaise main leti waisi hi prophet bhi aa gaye. tu prophet ne dekha ke meri saans phool rahi hai. haanp rahi hoon main. tu bole ke kya ho gaya tumhein?</w:t>
      </w:r>
    </w:p>
    <w:p>
      <w:pPr>
        <w:jc w:val="right"/>
      </w:pPr>
      <w:r>
        <w:t>اور جیسے میں لیٹی ویسے ہی Prophet بھی آ گئے۔ تو Prophet نے دیکھا کہ میری سانس پھول رہی ہے۔ ہانپ رہی ہوں میں۔ تو بولے کہ کیا ہو گیا تمہیں؟</w:t>
      </w:r>
    </w:p>
    <w:p>
      <w:r>
        <w:rPr>
          <w:b/>
        </w:rPr>
        <w:t xml:space="preserve">[32:15] </w:t>
      </w:r>
      <w:r>
        <w:t>tu unhon ne kaha kuch nahin. koi zyada boli nahin.</w:t>
      </w:r>
    </w:p>
    <w:p>
      <w:pPr>
        <w:jc w:val="right"/>
      </w:pPr>
      <w:r>
        <w:t>تو انہوں نے کہا کچھ نہیں۔ کوئی زیادہ بولی نہیں۔</w:t>
      </w:r>
    </w:p>
    <w:p>
      <w:r>
        <w:rPr>
          <w:b/>
        </w:rPr>
        <w:t xml:space="preserve">[32:19] </w:t>
      </w:r>
      <w:r>
        <w:t>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p>
    <w:p>
      <w:pPr>
        <w:jc w:val="right"/>
      </w:pPr>
      <w:r>
        <w:t>تو رسول اللہ نے کہا ہے کہ تم مجھے واقعہ بتاؤ ورنہ اللہ جو لطیف الخبیر ہے the subtle and the aware he will inform me جی either you inform me or جی God will inform me تو ساری بات انہوں نے بتا دی کہ میں نے ایسے ایسے آپ کو دیکھا تو میں آپ کے پیچھے چلی گئی۔</w:t>
      </w:r>
    </w:p>
    <w:p>
      <w:r>
        <w:rPr>
          <w:b/>
        </w:rPr>
        <w:t xml:space="preserve">[32:45] </w:t>
      </w:r>
      <w:r>
        <w:t>tu unhon ne kaha hai ke so you you were the black shape in front of me tu unhon ne kaha haan main hi main hi thi woh.</w:t>
      </w:r>
    </w:p>
    <w:p>
      <w:pPr>
        <w:jc w:val="right"/>
      </w:pPr>
      <w:r>
        <w:t>تو انہوں نے کہا ہے کہ so you you were the black shape in front of me تو انہوں نے کہا ہاں میں ہی میں ہی تھی وہ۔</w:t>
      </w:r>
    </w:p>
    <w:p>
      <w:r>
        <w:rPr>
          <w:b/>
        </w:rPr>
        <w:t xml:space="preserve">[32:53] </w:t>
      </w:r>
      <w:r>
        <w:t>un ko kuch nazar aaya hoga rasool allah ko ke kaale rang ki koi shaal waghera odh ke gayi hongi. tu prophet ne kaha hai do you think allah and his messenger will be unfair to</w:t>
      </w:r>
    </w:p>
    <w:p>
      <w:pPr>
        <w:jc w:val="right"/>
      </w:pPr>
      <w:r>
        <w:t>ان کو کچھ نظر آیا ہوگا رسول اللہ کو کہ کالے رنگ کی کوئی شال وغیرہ اوڑھ کے گئی ہوں گی۔ تو Prophet نے کہا ہے do you think Allah and His Messenger will be unfair to</w:t>
      </w:r>
    </w:p>
    <w:p>
      <w:r>
        <w:rPr>
          <w:b/>
        </w:rPr>
        <w:t xml:space="preserve">[33:09] </w:t>
      </w:r>
      <w:r>
        <w:t>you tu hazrat aisha ne kaha hai ke log kisi baat ko kitna hi chupa len allah tu jaan jata hai.</w:t>
      </w:r>
    </w:p>
    <w:p>
      <w:pPr>
        <w:jc w:val="right"/>
      </w:pPr>
      <w:r>
        <w:t>you تو حضرت عائشہ نے کہا ہے کہ لوگ کسی بات کو کتنا ہی چھپا لیں اللہ تو جان جاتا ہے۔</w:t>
      </w:r>
    </w:p>
    <w:p>
      <w:r>
        <w:rPr>
          <w:b/>
        </w:rPr>
        <w:t xml:space="preserve">[33:18] </w:t>
      </w:r>
      <w:r>
        <w:t>ji allah tu jaan jaan leta hai use. phir prophet ne poori baat batayi ke waqia kya tha. tu kaha ke jab tum ne mujhe dekha ke main bahar ja raha tha tu jibril aaye the mere paas.</w:t>
      </w:r>
    </w:p>
    <w:p>
      <w:pPr>
        <w:jc w:val="right"/>
      </w:pPr>
      <w:r>
        <w:t>جی اللہ تو جان جان لیتا ہے اسے۔ پھر Prophet نے پوری بات بتائی کہ واقعہ کیا تھا۔ تو کہا کہ جب تم نے مجھے دیکھا کہ میں باہر جا رہا تھا تو جبرائیل آئے تھے میرے پاس۔</w:t>
      </w:r>
    </w:p>
    <w:p>
      <w:r>
        <w:rPr>
          <w:b/>
        </w:rPr>
        <w:t xml:space="preserve">[33:33] </w:t>
      </w:r>
      <w:r>
        <w:t>ji tu unhon ne bahar se hi mujhe awaz di.</w:t>
      </w:r>
    </w:p>
    <w:p>
      <w:pPr>
        <w:jc w:val="right"/>
      </w:pPr>
      <w:r>
        <w:t>جی تو انہوں نے باہر سے ہی مجھے آواز دی۔</w:t>
      </w:r>
    </w:p>
    <w:p>
      <w:r>
        <w:rPr>
          <w:b/>
        </w:rPr>
        <w:t xml:space="preserve">[33:37] </w:t>
      </w:r>
      <w:r>
        <w:t>jo awaz sirf main ne hi suni tum ne nahin suni. farishta agar chahe ke aur log sunen tabhi ho sakta hai aisa. aise nahin ke woh sab log sunenge.</w:t>
      </w:r>
    </w:p>
    <w:p>
      <w:pPr>
        <w:jc w:val="right"/>
      </w:pPr>
      <w:r>
        <w:t>جو آواز صرف میں نے ہی سنی تم نے نہیں سنی۔ فرشتہ اگر چاہے کہ اور لوگ سنیں تبھی ہو سکتا ہے ایسا۔ ایسے نہیں کہ وہ سب لوگ سنیں گے۔</w:t>
      </w:r>
    </w:p>
    <w:p>
      <w:r>
        <w:rPr>
          <w:b/>
        </w:rPr>
        <w:t xml:space="preserve">[33:48] </w:t>
      </w:r>
      <w:r>
        <w:t>to unhon ne kaha hai ke he waited outside the house and he did not enter because we were sleeping aao't of modesty he called me from outside the house ji</w:t>
      </w:r>
    </w:p>
    <w:p>
      <w:pPr>
        <w:jc w:val="right"/>
      </w:pPr>
      <w:r>
        <w:t>تو انہوں نے کہا ہے کہ he waited outside the house and he did not enter because we were sleeping آؤٹ آف ماڈیسٹی he called me from outside the house جی</w:t>
      </w:r>
    </w:p>
    <w:p>
      <w:r>
        <w:rPr>
          <w:b/>
        </w:rPr>
        <w:t xml:space="preserve">[34:00] </w:t>
      </w:r>
      <w:r>
        <w:t>to mein mein ne chaha ke tum ko na jagao'n kahin tum pareshan ho jao dar jao. to mein ahista ahista bahar gaya.</w:t>
      </w:r>
    </w:p>
    <w:p>
      <w:pPr>
        <w:jc w:val="right"/>
      </w:pPr>
      <w:r>
        <w:t>تو میں میں نے چاہا کہ تم کو نہ جگاؤں کہیں تم پریشان ہو جاؤ ڈر جاؤ۔ تو میں آہستہ آہستہ باہر گیا۔</w:t>
      </w:r>
    </w:p>
    <w:p>
      <w:r>
        <w:rPr>
          <w:b/>
        </w:rPr>
        <w:t xml:space="preserve">[34:11] </w:t>
      </w:r>
      <w:r>
        <w:t>ji aur bahar ja ke jibril ne kaha mujh se ke allah ne aap ko hukum diya hai ke aap baqi qabristan jao'n aur jo log wahan bareeed hain jo log madfoon hain un ke liye bakhshish ki dua kari</w:t>
      </w:r>
    </w:p>
    <w:p>
      <w:pPr>
        <w:jc w:val="right"/>
      </w:pPr>
      <w:r>
        <w:t>جی اور باہر جا کے جبرائیل نے کہا مجھ سے کہ اللہ نے آپ کو حکم دیا ہے کہ آپ بقی قبرستان جائیں اور جو لوگ وہاں برید ہیں جو لوگ مدفون ہیں ان کے لیے بخشش کی دعا کری</w:t>
      </w:r>
    </w:p>
    <w:p>
      <w:r>
        <w:rPr>
          <w:b/>
        </w:rPr>
        <w:t xml:space="preserve">[34:26] </w:t>
      </w:r>
      <w:r>
        <w:t>n. ji to mein gaya aur mein ne wahan ahle baqi ke liye dua ki. to yeh waqia jab suna hazrat aisha ne to unhon ne kaha ke aye khuda ke rasool mein kaise karoon ahle baqi ke liye dua?</w:t>
      </w:r>
    </w:p>
    <w:p>
      <w:pPr>
        <w:jc w:val="right"/>
      </w:pPr>
      <w:r>
        <w:t>ں۔ جی تو میں گیا اور میں نے وہاں اہل بقی کے لیے دعا کی۔ تو یہ واقعہ جب سنا حضرت عائشہ نے تو انہوں نے کہا کہ اے خدا کے رسول میں کیسے کروں اہل بقی کے لیے دعا؟</w:t>
      </w:r>
    </w:p>
    <w:p>
      <w:r>
        <w:rPr>
          <w:b/>
        </w:rPr>
        <w:t xml:space="preserve">[34:44] </w:t>
      </w:r>
      <w:r>
        <w:t>to rasool allah ne kaha ke tum kaho aise ke allah tum par salamatī aur rehmat farmaye yani un logon ko jo baqi madfoon hain.</w:t>
      </w:r>
    </w:p>
    <w:p>
      <w:pPr>
        <w:jc w:val="right"/>
      </w:pPr>
      <w:r>
        <w:t>تو رسول اللہ نے کہا کہ تم کہو ایسے کہ اللہ تم پر سلامتی اور رحمت فرمائے یعنی ان لوگوں کو جو بقی مدفون ہیں۔</w:t>
      </w:r>
    </w:p>
    <w:p>
      <w:r>
        <w:rPr>
          <w:b/>
        </w:rPr>
        <w:t xml:space="preserve">[34:58] </w:t>
      </w:r>
      <w:r>
        <w:t>aur yeh bhi kaho ke hum zaroor tumhare saath milein ge ek din. ji</w:t>
      </w:r>
    </w:p>
    <w:p>
      <w:pPr>
        <w:jc w:val="right"/>
      </w:pPr>
      <w:r>
        <w:t>اور یہ بھی کہو کہ ہم ضرور تمہارے ساتھ ملیں گے ایک دن۔ جی</w:t>
      </w:r>
    </w:p>
    <w:p>
      <w:r>
        <w:rPr>
          <w:b/>
        </w:rPr>
        <w:t xml:space="preserve">[35:03] </w:t>
      </w:r>
      <w:r>
        <w:t>to yani jo insan qabristan mein jata hai to sab se bara sabak jo hai woh yahi hota hai ke insan yeh samajhta hai ke maulana kehte hain na aaj un ki kal hamari bari hai.</w:t>
      </w:r>
    </w:p>
    <w:p>
      <w:pPr>
        <w:jc w:val="right"/>
      </w:pPr>
      <w:r>
        <w:t>تو یعنی جو انسان قبرستان میں جاتا ہے تو سب سے بڑا سبق جو ہے وہ یہی ہوتا ہے کہ انسان یہ سمجھتا ہے کہ مولانا کہتے ہیں نا آج ان کی کل ہماری باری ہے۔</w:t>
      </w:r>
    </w:p>
    <w:p>
      <w:r>
        <w:rPr>
          <w:b/>
        </w:rPr>
        <w:t xml:space="preserve">[35:14] </w:t>
      </w:r>
      <w:r>
        <w:t>hmm ke yahin par aana hai. hmm to yeh dua karte rehna chahiye ke allah taala khas taur se badgumanī se bachaye humein.</w:t>
      </w:r>
    </w:p>
    <w:p>
      <w:pPr>
        <w:jc w:val="right"/>
      </w:pPr>
      <w:r>
        <w:t>ہمم کہ یہیں پر آنا ہے۔ ہمم تو یہ دعا کرتے رہنا چاہیے کہ اللہ تعالی خاص طور سے بدگمانی سے بچائے ہمیں۔</w:t>
      </w:r>
    </w:p>
    <w:p>
      <w:r>
        <w:rPr>
          <w:b/>
        </w:rPr>
        <w:t xml:space="preserve">[35:24] </w:t>
      </w:r>
      <w:r>
        <w:t>bilkul ke peghambar jaise hastī se bhi badguman ho sakta hai koi aur woh bhi hazrat aisha razi allah</w:t>
      </w:r>
    </w:p>
    <w:p>
      <w:pPr>
        <w:jc w:val="right"/>
      </w:pPr>
      <w:r>
        <w:t>بالکل کہ پیغمبر جیسے ہستی سے بھی بدگمان ہو سکتا ہے کوئی اور وہ بھی حضرت عائشہ رضی اللہ</w:t>
      </w:r>
    </w:p>
    <w:p>
      <w:r>
        <w:rPr>
          <w:b/>
        </w:rPr>
        <w:t xml:space="preserve">[35:31] </w:t>
      </w:r>
      <w:r>
        <w:t>an'ha chuna'nche woh bhi insan the. hmm aur agar sare namune hamein na milein chuna'nche hamein to wahin se namune milne hain.</w:t>
      </w:r>
    </w:p>
    <w:p>
      <w:pPr>
        <w:jc w:val="right"/>
      </w:pPr>
      <w:r>
        <w:t>عنہا چونکہ وہ بھی انسان تھے۔ ہمم اور اگر سارے نمونے ہمیں نہ ملیں چونکہ ہمیں تو وہیں سے نمونے ملنے ہیں۔</w:t>
      </w:r>
    </w:p>
    <w:p>
      <w:r>
        <w:rPr>
          <w:b/>
        </w:rPr>
        <w:t xml:space="preserve">[35:41] </w:t>
      </w:r>
      <w:r>
        <w:t>ji wohi model hai humein. bilkul to har tarah ka model har tarah ka namuna hazrat muhammad sallallahu alaihi wasallam ke haan hum dekh sakte hain taake hamare liye woh ek rasta bane rehnumai ho.</w:t>
      </w:r>
    </w:p>
    <w:p>
      <w:pPr>
        <w:jc w:val="right"/>
      </w:pPr>
      <w:r>
        <w:t>جی وہی ماڈل ہے ہمیں۔ بالکل تو ہر طرح کا ماڈل ہر طرح کا نمونہ حضرت محمد صلی اللہ علیہ وسلم کے ہاں ہم دیکھ سکتے ہیں تاکہ ہمارے لیے وہ ایک راستہ بنے رہنمائی ہو۔</w:t>
      </w:r>
    </w:p>
    <w:p>
      <w:r>
        <w:rPr>
          <w:b/>
        </w:rPr>
        <w:t xml:space="preserve">[35:53] </w:t>
      </w:r>
      <w:r>
        <w:t>ji jazak allah bohat hi important yeh baat batai doctor sahab aap ne jazak</w:t>
      </w:r>
    </w:p>
    <w:p>
      <w:pPr>
        <w:jc w:val="right"/>
      </w:pPr>
      <w:r>
        <w:t>جی جزاک اللہ بہت ہی امپورٹنٹ یہ بات بتائی ڈاکٹر صاحب آپ نے جزاک</w:t>
      </w:r>
    </w:p>
    <w:p>
      <w:r>
        <w:rPr>
          <w:b/>
        </w:rPr>
        <w:t xml:space="preserve">[35:58] </w:t>
      </w:r>
      <w:r>
        <w:t>allah. doctor sahab rasool allah hamesha jab dua karte the to favor mein hi dua karte the lekin ek bara dilchasp qissa hai ke unhon ne hazrat aisha ke khilaf jo hai dua kari woh kya qissa hai is ke bare mein hum sab ko bataein.</w:t>
      </w:r>
    </w:p>
    <w:p>
      <w:pPr>
        <w:jc w:val="right"/>
      </w:pPr>
      <w:r>
        <w:t>اللہ۔ ڈاکٹر صاحب رسول اللہ ہمیشہ جب دعا کرتے تھے تو فیور میں ہی دعا کرتے تھے لیکن ایک بڑا دلچسپ قصہ ہے کہ انہوں نے حضرت عائشہ کے خلاف جو ہے دعا کری وہ کیا قصہ ہے اس کے بارے میں ہم سب کو بتائیں۔</w:t>
      </w:r>
    </w:p>
    <w:p>
      <w:r>
        <w:rPr>
          <w:b/>
        </w:rPr>
        <w:t xml:space="preserve">[36:13] </w:t>
      </w:r>
      <w:r>
        <w:t>darasal ek bar Prophet ne kisi bohat ahem kaam ke liye bataya. ji hazrat aisha se to Prophet chale gaye jab wapas aaye to dekha woh kaam hua nahi tha to poocha ke bhai yeh kya kaam nahi hua</w:t>
      </w:r>
    </w:p>
    <w:p>
      <w:pPr>
        <w:jc w:val="right"/>
      </w:pPr>
      <w:r>
        <w:t>دراصل ایک بار Prophet نے کسی بہت اہم کام کے لیے بتایا۔ جی حضرت عائشہ سے تو Prophet چلے گئے جب واپس آئے تو دیکھا وہ کام ہوا نہیں تھا تو پوچھا کہ بھئی یہ کیا کام نہیں ہوا</w:t>
      </w:r>
    </w:p>
    <w:p>
      <w:r>
        <w:rPr>
          <w:b/>
        </w:rPr>
        <w:t xml:space="preserve">[36:28] </w:t>
      </w:r>
      <w:r>
        <w:t>? to unhon ne kaha ke meri saheliyan aa gayi theen mein is mein busy ho gayi thi. ji to Prophet ko ghussa aa gaya. ji to Prophet bole qata' allah yadayk yani may god cut your hands aur yeh keh ke woh bahar chale gaye.</w:t>
      </w:r>
    </w:p>
    <w:p>
      <w:pPr>
        <w:jc w:val="right"/>
      </w:pPr>
      <w:r>
        <w:t>؟ تو انہوں نے کہا کہ میری سہیلیاں آ گئی تھیں میں اس میں busy ہو گئی تھی۔ جی تو Prophet کو غصہ آ گیا۔ جی تو Prophet بولے قطع اللہیدک یعنی may God cut your hands اور یہ کہہ کے وہ باہر چلے گئے۔</w:t>
      </w:r>
    </w:p>
    <w:p>
      <w:r>
        <w:rPr>
          <w:b/>
        </w:rPr>
        <w:t xml:space="preserve">[36:42] </w:t>
      </w:r>
      <w:r>
        <w:t>ji to hazrat aisha bohat hi udas ho gayeen. hmm aur baith gayeen woh thori der mein aaye Prophet to dekha ke woh hazrat aisha aise hath ko yoon kar rahi theen baithi hui bari udas.</w:t>
      </w:r>
    </w:p>
    <w:p>
      <w:pPr>
        <w:jc w:val="right"/>
      </w:pPr>
      <w:r>
        <w:t>جی تو حضرت عائشہ بہت ہی اداس ہو گئیں۔ ہمم اور بیٹھ گئیں وہ تھوڑی دیر میں آئے Prophet تو دیکھا کہ وہ حضرت عائشہ ایسے ہاتھ کو یوں کر رہی تھیں بیٹھی ہوئی بڑی اداس۔</w:t>
      </w:r>
    </w:p>
    <w:p>
      <w:r>
        <w:rPr>
          <w:b/>
        </w:rPr>
        <w:t xml:space="preserve">[36:57] </w:t>
      </w:r>
      <w:r>
        <w:t>ji</w:t>
      </w:r>
    </w:p>
    <w:p>
      <w:pPr>
        <w:jc w:val="right"/>
      </w:pPr>
      <w:r>
        <w:t>جی</w:t>
      </w:r>
    </w:p>
    <w:p>
      <w:r>
        <w:rPr>
          <w:b/>
        </w:rPr>
        <w:t xml:space="preserve">[36:58] </w:t>
      </w:r>
      <w:r>
        <w:t>to bole ke kya hua aisha yeh kya baat hai kya kar rahi ho yeh? to yani what's wrong with you yeh kya kar rahi ho tum?</w:t>
      </w:r>
    </w:p>
    <w:p>
      <w:pPr>
        <w:jc w:val="right"/>
      </w:pPr>
      <w:r>
        <w:t>تو بولے کہ کیا ہوا عائشہ یہ کیا بات ہے کیا کر رہی ہو یہ؟ تو یعنی what's wrong with you یہ کیا کر رہی ہو تم؟</w:t>
      </w:r>
    </w:p>
    <w:p>
      <w:r>
        <w:rPr>
          <w:b/>
        </w:rPr>
        <w:t xml:space="preserve">[37:10] </w:t>
      </w:r>
      <w:r>
        <w:t>to unhon ne kaha hai ke you have prayed against me hmm yani hazrat aisha yeh janti theen ke Prophet's prayer is not a it's very serious matter yani Prophet ne jo dua kar di to woh allah ko qabool allah qabool karta hai us ko.</w:t>
      </w:r>
    </w:p>
    <w:p>
      <w:pPr>
        <w:jc w:val="right"/>
      </w:pPr>
      <w:r>
        <w:t>تو انہوں نے کہا ہے کہ you have prayed against me ہمم یعنی حضرت عائشہ یہ جانتی تھیں کہ Prophet's prayer is not a it's very serious matter یعنی Prophet نے جو دعا کر دی تو وہ اللہ کو قبول اللہ قبول کرتا ہے اس کو۔</w:t>
      </w:r>
    </w:p>
    <w:p>
      <w:r>
        <w:rPr>
          <w:b/>
        </w:rPr>
        <w:t xml:space="preserve">[37:27] </w:t>
      </w:r>
      <w:r>
        <w:t>ji to unhon ne kaha ke i am looking at my hand which one will fall off first ji yani kaun sa hath mera kate ga?</w:t>
      </w:r>
    </w:p>
    <w:p>
      <w:pPr>
        <w:jc w:val="right"/>
      </w:pPr>
      <w:r>
        <w:t>جی تو انہوں نے کہا کہ I am looking at my hand which one will fall off first جی یعنی کون سا ہاتھ میرا کٹے گا؟</w:t>
      </w:r>
    </w:p>
    <w:p>
      <w:r>
        <w:rPr>
          <w:b/>
        </w:rPr>
        <w:t xml:space="preserve">[37:35] </w:t>
      </w:r>
      <w:r>
        <w:t>hmm to rasool allah ko bara ehsas hua ke yeh mein ne aisi dua kar di. ji to rasool allah ne hath asman ki taraf uthaya aur aur kaha ke ya allah inni bashar ke o allah i am a human ji aghzab kama yaghzab bashar ke i get angry as people get angry hmm</w:t>
      </w:r>
    </w:p>
    <w:p>
      <w:pPr>
        <w:jc w:val="right"/>
      </w:pPr>
      <w:r>
        <w:t>ہمم تو رسول اللہ کو بڑا احساس ہوا کہ یہ میں نے ایسی دعا کر دی۔ جی تو رسول اللہ نے ہاتھ آسمان کی طرف اٹھایا اور اور کہا کہ یا اللہ انی بشر کہ او اللہ I am a human جی اغضب کما یغضب بشر کہ I get angry as people get angry ہمم</w:t>
      </w:r>
    </w:p>
    <w:p>
      <w:r>
        <w:rPr>
          <w:b/>
        </w:rPr>
        <w:t xml:space="preserve">[37:57] </w:t>
      </w:r>
      <w:r>
        <w:t>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p>
    <w:p>
      <w:pPr>
        <w:jc w:val="right"/>
      </w:pPr>
      <w:r>
        <w:t>یعنی فرشتہ پیغمبر بھی انسان ہوتا ہے۔ ہمم اور کہا کہ کبھی بھی میں نے if ever I had prayed against any مومن اور مومنہ let it be a source of mercy for them, a source of elevation, and a source of purification for them جی یعنی پیغمبر کی دعا پیغمبر کی بد دعا بھی اللہ رحمت میں تبدیل کر دیتا ہے۔</w:t>
      </w:r>
    </w:p>
    <w:p>
      <w:r>
        <w:rPr>
          <w:b/>
        </w:rPr>
        <w:t xml:space="preserve">[38:21] </w:t>
      </w:r>
      <w:r>
        <w:t>ji kitni bari</w:t>
      </w:r>
    </w:p>
    <w:p>
      <w:pPr>
        <w:jc w:val="right"/>
      </w:pPr>
      <w:r>
        <w:t>جی کتنی بڑی</w:t>
      </w:r>
    </w:p>
    <w:p>
      <w:r>
        <w:rPr>
          <w:b/>
        </w:rPr>
        <w:t xml:space="preserve">[38:22] </w:t>
      </w:r>
      <w:r>
        <w:t>baat hai to is mein jo sabak milta hai ke har insan se aisa ho jata hai ke woh khas moqe pe kisi ke liye badzan ho jata hai bad dua kar deta hai to us ko chahiye ke ke jab us ka zehn thanda ho dimagh thanda ho to phir woh us ke liye dua karne lage.</w:t>
      </w:r>
    </w:p>
    <w:p>
      <w:pPr>
        <w:jc w:val="right"/>
      </w:pPr>
      <w:r>
        <w:t>بات ہے تو اس میں جو سبق ملتا ہے کہ ہر انسان سے ایسا ہو جاتا ہے کہ وہ خاص موقع پہ کسی کے لیے بدزن ہو جاتا ہے بد دعا کر دیتا ہے تو اس کو چاہیے کہ کہ جب اس کا ذہن ٹھنڈا ہو دماغ ٹھنڈا ہو تو پھر وہ اس کے لیے دعا کرنے لگے۔</w:t>
      </w:r>
    </w:p>
    <w:p>
      <w:r>
        <w:rPr>
          <w:b/>
        </w:rPr>
        <w:t xml:space="preserve">[38:41] </w:t>
      </w:r>
      <w:r>
        <w:t>ji jaise rasool allah ne kiya bilkul pehle to bad dua kar di phir itne gehre alfaz mein dua ki hai to yeh yeh yani aam halat mein ho jata</w:t>
      </w:r>
    </w:p>
    <w:p>
      <w:pPr>
        <w:jc w:val="right"/>
      </w:pPr>
      <w:r>
        <w:t>جی جیسے رسول اللہ نے کیا بالکل پہلے تو بد دعا کر دی پھر اتنے گہرے الفاظ میں دعا کی ہے تو یہ یہ یعنی عام حالات میں ہو جاتا</w:t>
      </w:r>
    </w:p>
    <w:p>
      <w:r>
        <w:rPr>
          <w:b/>
        </w:rPr>
        <w:t xml:space="preserve">[38:50] </w:t>
      </w:r>
      <w:r>
        <w:t>hai to tu aisa agar kabhi ho to is shakhs ke liye rehmat aur maghfirat ki dua kare to us se woh cheez zail ho jati hai.</w:t>
      </w:r>
    </w:p>
    <w:p>
      <w:pPr>
        <w:jc w:val="right"/>
      </w:pPr>
      <w:r>
        <w:t>ہے تو تو ایسا اگر کبھی ہو تو اس شخص کے لیے رحمت اور مغفرت کی دعا کرے تو اس سے وہ چیز زائل ہو جاتی ہے۔</w:t>
      </w:r>
    </w:p>
    <w:p>
      <w:r>
        <w:rPr>
          <w:b/>
        </w:rPr>
        <w:t xml:space="preserve">[38:59] </w:t>
      </w:r>
      <w:r>
        <w:t>ji ji acha doctor sahib bari interesting baat hai Hazrat Aisha ne ek martaba kaha bhi ke jab bhi woh Rasool Allah ko ache mood mein dekhti theen to woh un ke paas jati thi kehti thi ke ya Rasool Allah mere liye dua karein.</w:t>
      </w:r>
    </w:p>
    <w:p>
      <w:pPr>
        <w:jc w:val="right"/>
      </w:pPr>
      <w:r>
        <w:t>جی جی اچھا ڈاکٹر صاحب بڑی انٹرسٹنگ بات ہے حضرت عائشہ نے ایک مرتبہ کہا بھی کہ جب بھی وہ رسول اللہ کو اچھے موڈ میں دیکھتی تھیں تو وہ ان کے پاس جاتی تھی کہتی تھی کہ یا رسول اللہ میرے لیے دعا کریں۔</w:t>
      </w:r>
    </w:p>
    <w:p>
      <w:r>
        <w:rPr>
          <w:b/>
        </w:rPr>
        <w:t xml:space="preserve">[39:13] </w:t>
      </w:r>
      <w:r>
        <w:t>ah aur unhon ne ek martaba bohat hi beautiful dua kari Hazrat Aisha ke liye ah jise sun kar woh bohat khush ho gayeen to us ke bare mein bataiye doctor sahib.</w:t>
      </w:r>
    </w:p>
    <w:p>
      <w:pPr>
        <w:jc w:val="right"/>
      </w:pPr>
      <w:r>
        <w:t>اہ اور انہوں نے ایک مرتبہ بہت ہی بیوٹی فل دعا کری حضرت عائشہ کے لیے اہ جسے سن کر وہ بہت خوش ہو گئیں تو اس کے بارے میں بتائیے ڈاکٹر صاحب۔</w:t>
      </w:r>
    </w:p>
    <w:p>
      <w:r>
        <w:rPr>
          <w:b/>
        </w:rPr>
        <w:t xml:space="preserve">[39:23] </w:t>
      </w:r>
      <w:r>
        <w:t>haan yeh baat sahi hai ek bar Prophet bohat hi happy mood mein thay he was very happy ji to Hazrat Aisha ne kaha ke adعو Allah li please pray for me ji to Rasool Allah ne hath uthaya aur bari umda dua ki.</w:t>
      </w:r>
    </w:p>
    <w:p>
      <w:pPr>
        <w:jc w:val="right"/>
      </w:pPr>
      <w:r>
        <w:t>ہاں یہ بات صحیح ہے ایک بار Prophet بہت ہی ہیپی موڈ میں تھے he was very happy جی تو حضرت عائشہ نے کہا کہ ادعو اللہ لی پلیز پری فور می جی تو رسول اللہ نے ہاتھ اٹھایا اور بڑی عمدہ دعا کی۔</w:t>
      </w:r>
    </w:p>
    <w:p>
      <w:r>
        <w:rPr>
          <w:b/>
        </w:rPr>
        <w:t xml:space="preserve">[39:38] </w:t>
      </w:r>
      <w:r>
        <w:t>ji Allahummaghfir li Aisha o Allah forgive Aisha</w:t>
      </w:r>
    </w:p>
    <w:p>
      <w:pPr>
        <w:jc w:val="right"/>
      </w:pPr>
      <w:r>
        <w:t>جی اللہم اغفر لی عائشہ او اللہ forgive عائشہ</w:t>
      </w:r>
    </w:p>
    <w:p>
      <w:r>
        <w:rPr>
          <w:b/>
        </w:rPr>
        <w:t xml:space="preserve">[39:43] </w:t>
      </w:r>
      <w:r>
        <w:t>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p>
    <w:p>
      <w:pPr>
        <w:jc w:val="right"/>
      </w:pPr>
      <w:r>
        <w:t>ہمم all her sins ما تقدم من ذنبہ وما تاخر the sins that she had done in the past and the sins that she will do in future ہمم ما اسرت وما اعلنت ہمم open sins and hidden sins ہمم تو حضرت عائشہ کو اتنی اتنا اچھا لگا he was so happy ہمم that she burst into laughter جی and in her excitement and laughter and happiness she fell on her back</w:t>
      </w:r>
    </w:p>
    <w:p>
      <w:r>
        <w:rPr>
          <w:b/>
        </w:rPr>
        <w:t xml:space="preserve">[40:13] </w:t>
      </w:r>
      <w:r>
        <w:t>ji to Rasool Allah ne kaha arey tumhein bari achi lagi meri dua? ji ah to unhon ne kaha yes oh of course such a beautiful prayer to Rasool Allah ne kaha bari umda baat.</w:t>
      </w:r>
    </w:p>
    <w:p>
      <w:pPr>
        <w:jc w:val="right"/>
      </w:pPr>
      <w:r>
        <w:t>جی تو رسول اللہ نے کہا ارے تمہیں بڑی اچھی لگی میری دعا؟ جی اہ تو انہوں نے کہا yes oh of course such a beautiful prayer تو رسول اللہ نے کہا بڑی عمدہ بات۔</w:t>
      </w:r>
    </w:p>
    <w:p>
      <w:r>
        <w:rPr>
          <w:b/>
        </w:rPr>
        <w:t xml:space="preserve">[40:27] </w:t>
      </w:r>
      <w:r>
        <w:t>ji ke wallah innaha ladu'a li ummati fi kulli salat hmm ke I pray this dua for every person of my ummah in every prayer every day</w:t>
      </w:r>
    </w:p>
    <w:p>
      <w:pPr>
        <w:jc w:val="right"/>
      </w:pPr>
      <w:r>
        <w:t>جی کہ واللہ انہا لدعاء لامتی فی کل صلاۃ ہمم کہ I pray this دعا for every person of my ummah in every prayer every day</w:t>
      </w:r>
    </w:p>
    <w:p>
      <w:r>
        <w:rPr>
          <w:b/>
        </w:rPr>
        <w:t xml:space="preserve">[40:42] </w:t>
      </w:r>
      <w:r>
        <w:t>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p>
    <w:p>
      <w:pPr>
        <w:jc w:val="right"/>
      </w:pPr>
      <w:r>
        <w:t>اچھا تو یہ تو رسول اللہ کی دعائیں ہیں جو جس کی وجہ سے ہماری گاڑی چل رہی ہے۔ جی بالکل انشاءاللہ آمین ڈاکٹر صاحب Prophet also tells حضرت عائشہ that you know اللہ has a special name and if you invoke اہ by that special name then the دعا is accepted تو اس کے بارے میں بھی بتائیں ڈاکٹر صاحب۔</w:t>
      </w:r>
    </w:p>
    <w:p>
      <w:r>
        <w:rPr>
          <w:b/>
        </w:rPr>
        <w:t xml:space="preserve">[41:07] </w:t>
      </w:r>
      <w:r>
        <w:t>ek bar Hazrat Aisha se Prophet ne kaha ke ek aisa naam hai Allah ka jis se agar dua ki jaye to dua qabool hoti hai.</w:t>
      </w:r>
    </w:p>
    <w:p>
      <w:pPr>
        <w:jc w:val="right"/>
      </w:pPr>
      <w:r>
        <w:t>ایک بار حضرت عائشہ سے Prophet نے کہا کہ ایک ایسا نام ہے اللہ کا جس سے اگر دعا کی جائے تو دعا قبول ہوتی ہے۔</w:t>
      </w:r>
    </w:p>
    <w:p>
      <w:r>
        <w:rPr>
          <w:b/>
        </w:rPr>
        <w:t xml:space="preserve">[41:17] </w:t>
      </w:r>
      <w:r>
        <w:t>to Hazrat Aisha ne kaha mujhe bata dijiye woh naam. to Prophet salallahu alaihi wasallam ne kaha ke nahi main nahi bata sakta. to Hazrat Aisha rooth gayeen aur ek kone mein ghar mein ja ke khari ho gayeen.</w:t>
      </w:r>
    </w:p>
    <w:p>
      <w:pPr>
        <w:jc w:val="right"/>
      </w:pPr>
      <w:r>
        <w:t>تو حضرت عائشہ نے کہا مجھے بتا دیجیے وہ نام۔ تو Prophet صلی اللہ علیہ وسلم نے کہا کہ نہیں میں نہیں بتا سکتا۔ تو حضرت عائشہ روٹھ گئیں اور ایک کونے میں گھر میں جا کے کھڑی ہو گئیں۔</w:t>
      </w:r>
    </w:p>
    <w:p>
      <w:r>
        <w:rPr>
          <w:b/>
        </w:rPr>
        <w:t xml:space="preserve">[41:31] </w:t>
      </w:r>
      <w:r>
        <w:t>thori der ke baad aayeen phir kaha ke bata dijiye.</w:t>
      </w:r>
    </w:p>
    <w:p>
      <w:pPr>
        <w:jc w:val="right"/>
      </w:pPr>
      <w:r>
        <w:t>تھوڑی دیر کے بعد آئیں پھر کہا کہ بتا دیجیے۔</w:t>
      </w:r>
    </w:p>
    <w:p>
      <w:r>
        <w:rPr>
          <w:b/>
        </w:rPr>
        <w:t xml:space="preserve">[41:34] </w:t>
      </w:r>
      <w:r>
        <w:t>Prophet ne kaha ke nahi main nahi bata sakta ke chuncha tum worldly cheezon ke liye dua karogi tumhare liye acha nahi hai. to Hazrat Aisha utheen aur unhon ne wuzu kiya aur do rak'at namaz parhi aur bari achi dua ki.</w:t>
      </w:r>
    </w:p>
    <w:p>
      <w:pPr>
        <w:jc w:val="right"/>
      </w:pPr>
      <w:r>
        <w:t>Prophet نے کہا کہ نہیں میں نہیں بتا سکتا کہ چونکہ تم worldly چیزوں کے لیے دعا کرو گی تمہارے لیے اچھا نہیں ہے۔ تو حضرت عائشہ اٹھیں اور انہوں نے وضو کیا اور دو رکعت نماز پڑھی اور بڑی اچھی دعا کی۔</w:t>
      </w:r>
    </w:p>
    <w:p>
      <w:r>
        <w:rPr>
          <w:b/>
        </w:rPr>
        <w:t xml:space="preserve">[41:55] </w:t>
      </w:r>
      <w:r>
        <w:t>unhon ne dua mangi ya Allah beshak main tujhe Allah keh kar pukarti hoon aur Rehman keh kar pukarti hoon aur tujhe Rahim kehti hoon aur main tujh ko in tamam namon se pukarti hoon jin ka ilm mujhe hai aur in tamam namon se pukarti hoon jin ka ilm mujhe nahi hai.</w:t>
      </w:r>
    </w:p>
    <w:p>
      <w:pPr>
        <w:jc w:val="right"/>
      </w:pPr>
      <w:r>
        <w:t>انہوں نے دعا مانگی یا اللہ بے شک میں تجھے اللہ کہہ کر پکارتی ہوں اور رحمان کہہ کر پکارتی ہوں اور تجھے رحیم کہتی ہوں اور میں تجھ کو ان تمام ناموں سے پکارتی ہوں جن کا علم مجھے ہے اور ان تمام ناموں سے پکارتی ہوں جن کا علم مجھے نہیں ہے۔</w:t>
      </w:r>
    </w:p>
    <w:p>
      <w:r>
        <w:rPr>
          <w:b/>
        </w:rPr>
        <w:t xml:space="preserve">[42:17] </w:t>
      </w:r>
      <w:r>
        <w:t>to mere upar reham farma o maghfirat farma.</w:t>
      </w:r>
    </w:p>
    <w:p>
      <w:pPr>
        <w:jc w:val="right"/>
      </w:pPr>
      <w:r>
        <w:t>تو میرے اوپر رحم فرما و مغفرت فرما۔</w:t>
      </w:r>
    </w:p>
    <w:p>
      <w:r>
        <w:rPr>
          <w:b/>
        </w:rPr>
        <w:t xml:space="preserve">[42:21] </w:t>
      </w:r>
      <w:r>
        <w:t>to jab Prophet ne yeh dua suni Hazrat Aisha ki to bolay ke jo naam main batana chah raha tha woh is dua mein to hai already is dua mein jo tum ne mangi hai.</w:t>
      </w:r>
    </w:p>
    <w:p>
      <w:pPr>
        <w:jc w:val="right"/>
      </w:pPr>
      <w:r>
        <w:t>تو جب Prophet نے یہ دعا سنی حضرت عائشہ کی تو بولے کہ جو نام میں بتانا چاہ رہا تھا وہ اس دعا میں تو ہے already اس دعا میں جو تم نے مانگی ہے۔</w:t>
      </w:r>
    </w:p>
    <w:p>
      <w:r>
        <w:rPr>
          <w:b/>
        </w:rPr>
        <w:t xml:space="preserve">[42:32] </w:t>
      </w:r>
      <w:r>
        <w:t>ji to yani log samajhte hain ke koi naam hai ya ism e azam hai jo le ke agar hum bar bar usay dohraen Rehman Rehman Rahim Rahim to dua qabool ho jayegi.</w:t>
      </w:r>
    </w:p>
    <w:p>
      <w:pPr>
        <w:jc w:val="right"/>
      </w:pPr>
      <w:r>
        <w:t>جی تو یعنی لوگ سمجھتے ہیں کہ کوئی نام ہے یا اسم اعظم ہے جو لے کے اگر ہم بار بار اسے دہرائیں الرحمن الرحمن الرحیم الرحیم تو دعا قبول ہو جائے گی۔</w:t>
      </w:r>
    </w:p>
    <w:p>
      <w:r>
        <w:rPr>
          <w:b/>
        </w:rPr>
        <w:t xml:space="preserve">[42:51] </w:t>
      </w:r>
      <w:r>
        <w:t>maulana ne kaha tha ke ism e azam ka matlab hai کیفیت اعظم yani jo dili کیفیت hoti hai insan ki woh asal cheez hai koi koi naam asal cheez nahi hai.</w:t>
      </w:r>
    </w:p>
    <w:p>
      <w:pPr>
        <w:jc w:val="right"/>
      </w:pPr>
      <w:r>
        <w:t>مولانا نے کہا تھا کہ اسم اعظم کا مطلب ہے کیفیت اعظم یعنی جو دلی کیفیت ہوتی ہے انسان کی وہ اصل چیز ہے کوئی کوئی نام اصل چیز نہیں ہے۔</w:t>
      </w:r>
    </w:p>
    <w:p>
      <w:r>
        <w:rPr>
          <w:b/>
        </w:rPr>
        <w:t xml:space="preserve">[43:04] </w:t>
      </w:r>
      <w:r>
        <w:t>to yani agar gehri کیفیت hogi tabhi woh dua qabool hogi na ke koi khas naam hai ke jis se dua karein to aap bana کیفیت ke woh qabool ho jayegi.</w:t>
      </w:r>
    </w:p>
    <w:p>
      <w:pPr>
        <w:jc w:val="right"/>
      </w:pPr>
      <w:r>
        <w:t>تو یعنی اگر گہری کیفیت ہوگی تبھی وہ دعا قبول ہوگی نہ کہ کوئی خاص نام ہے کہ جس سے دعا کریں تو آپ بنا کیفیت کے وہ قبول ہو جائے گی۔</w:t>
      </w:r>
    </w:p>
    <w:p>
      <w:r>
        <w:rPr>
          <w:b/>
        </w:rPr>
        <w:t xml:space="preserve">[43:16] </w:t>
      </w:r>
      <w:r>
        <w:t>ji ji mashallah</w:t>
      </w:r>
    </w:p>
    <w:p>
      <w:pPr>
        <w:jc w:val="right"/>
      </w:pPr>
      <w:r>
        <w:t>جی جی ماشاءاللہ</w:t>
      </w:r>
    </w:p>
    <w:p>
      <w:r>
        <w:rPr>
          <w:b/>
        </w:rPr>
        <w:t xml:space="preserve">[43:19] </w:t>
      </w:r>
      <w:r>
        <w:t>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p>
    <w:p>
      <w:pPr>
        <w:jc w:val="right"/>
      </w:pPr>
      <w:r>
        <w:t>ڈاکٹر صاحب کچھ کمنٹس پڑھنا چاہوں گا یہ کمنٹ بھیجا ہے فیصل شاہ صاحب نے پاکستان سے انہوں نے لکھا ہے great grand super work you both are doing keep it up best learning from all these contents brothers ڈاکٹر اسلم خان صاحب نے سارن پور سے لکھا ہے حضرت عائشہ contributed to spread of Islamic message up to fifty years she</w:t>
      </w:r>
    </w:p>
    <w:p>
      <w:r>
        <w:rPr>
          <w:b/>
        </w:rPr>
        <w:t xml:space="preserve">[43:44] </w:t>
      </w:r>
      <w:r>
        <w:t>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p>
    <w:p>
      <w:pPr>
        <w:jc w:val="right"/>
      </w:pPr>
      <w:r>
        <w:t>is also known for narrating two thousand two hundred and ten hadiths related to Prophet محمد's private life پروفیسر نجمہ صدیقی نے دبئی سے لکھا ہے ماشاءاللہ very nice discussion about Prophet and حضرت عائشہ different level of learnings from the same instance this is a great learning for us especially for doing duas</w:t>
      </w:r>
    </w:p>
    <w:p>
      <w:r>
        <w:rPr>
          <w:b/>
        </w:rPr>
        <w:t xml:space="preserve">[44:10] </w:t>
      </w:r>
      <w:r>
        <w:t>Syed Haseeb Shah Naqvi sahib ne Pakistan se likha hai in Islam salamati and marifat are very important in Maulana Wahiduddin Khan sahib's book Allahu Akbar Maulana has described the nature of God and His greatness in a very good way</w:t>
      </w:r>
    </w:p>
    <w:p>
      <w:pPr>
        <w:jc w:val="right"/>
      </w:pPr>
      <w:r>
        <w:t>سید حسیب شاہ نقوی صاحب نے پاکستان سے لکھا ہے in Islam سلامتی and معرفت are very important in مولانا وحید الدین خان صاحب's book اللہ اکبر مولانا has described the nature of God and His greatness in a very good way</w:t>
      </w:r>
    </w:p>
    <w:p>
      <w:r>
        <w:rPr>
          <w:b/>
        </w:rPr>
        <w:t xml:space="preserve">[44:30] </w:t>
      </w:r>
      <w:r>
        <w:t>doctor sahib ek ek ek qissa yeh bhi aata hai ke ek poor lady jo hai apni do betiyon ke sath Hazrat Aisha se milne ko aati hain un ke beech mein baat cheet hoti hai to woh kya qissa hai us ke bare mein bhi aap hum sab ko bataen.</w:t>
      </w:r>
    </w:p>
    <w:p>
      <w:pPr>
        <w:jc w:val="right"/>
      </w:pPr>
      <w:r>
        <w:t>ڈاکٹر صاحب ایک ایک ایک قصہ یہ بھی آتا ہے کہ ایک poor lady جو ہے اپنی دو بیٹیوں کے ساتھ حضرت عائشہ سے ملنے کو آتی ہیں ان کے بیچ میں بات چیت ہوتی ہے تو وہ کیا قصہ ہے اس کے بارے میں بھی آپ ہم سب کو بتائیں.</w:t>
      </w:r>
    </w:p>
    <w:p>
      <w:r>
        <w:rPr>
          <w:b/>
        </w:rPr>
        <w:t xml:space="preserve">[44:48] </w:t>
      </w:r>
      <w:r>
        <w:t>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p>
    <w:p>
      <w:pPr>
        <w:jc w:val="right"/>
      </w:pPr>
      <w:r>
        <w:t>یہ واقعہ ایسا ہے کہ ایک ضرورت مند lady ایک poor lady آتی ہے حضرت عائشہ کے گھر کچھ چاہتی ہے وہ کچھ مدد چاہتی ہے اور دو بیٹیاں بھی اس کے ساتھ میں تھیں چھوٹی تو اس وقت حضرت عائشہ نے گھر میں دیکھا تو کچھ تھا نہیں صرف ایک کھجور ملی انہیں یعنی ایسے بھی حالات تھے کہ صرف ایک کھجور گھر میں رہتی تھی</w:t>
      </w:r>
    </w:p>
    <w:p>
      <w:r>
        <w:rPr>
          <w:b/>
        </w:rPr>
        <w:t xml:space="preserve">[45:15] </w:t>
      </w:r>
      <w:r>
        <w:t>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p>
    <w:p>
      <w:pPr>
        <w:jc w:val="right"/>
      </w:pPr>
      <w:r>
        <w:t>تو وہ کھجور حضرت عائشہ رضی اللہ عنہا نے اس lady کو دے دیا تو اس نے اس کو دو ٹکڑے کیے اور دونوں بیٹیوں کو دے دیا تو جب Prophet آئے تو یہ واقعہ سنایا کہ ایک ضرورت مند lady آئی تھی اور دو چھوٹی بچیاں تھیں میں نے ایک کھجور دی تو اس نے دو ٹکڑے کر کے ایک ایک دے دیے دونوں کو</w:t>
      </w:r>
    </w:p>
    <w:p>
      <w:r>
        <w:rPr>
          <w:b/>
        </w:rPr>
        <w:t xml:space="preserve">[45:42] </w:t>
      </w:r>
      <w:r>
        <w:t>to Prophet ne kaha ke jo shakhs in in betiyon ki wajah se takleef mein mubtala hoga us ke liye yeh betiyan aag se parda ban jayengi yani curtain ban jayengi aag aur insan ke beech mein yani aag se panah mil jayegi jahannum se panah mil jayegi khaas betiyon ka zikr hai</w:t>
      </w:r>
    </w:p>
    <w:p>
      <w:pPr>
        <w:jc w:val="right"/>
      </w:pPr>
      <w:r>
        <w:t>تو Prophet نے کہا کہ جو شخص ان ان بیٹیوں کی وجہ سے تکلیف میں مبتلا ہوگا اس کے لیے یہ بیٹیاں آگ سے پردہ بن جائیں گی یعنی curtain بن جائیں گی آگ اور انسان کے بیچ میں یعنی آگ سے پناہ مل جائے گی جہنم سے پناہ مل جائے گی خاص بیٹیوں کا ذکر ہے</w:t>
      </w:r>
    </w:p>
    <w:p>
      <w:r>
        <w:rPr>
          <w:b/>
        </w:rPr>
        <w:t xml:space="preserve">[46:09] </w:t>
      </w:r>
      <w:r>
        <w:t>yeh bhi bohat khaas baat hai ke betiyon se betiyon ki taraf se jo takleef pahuchegi to us se Allah taala nijaat de dega aakhirat mein us ko aur us mein jo sabaq hai wo yeh hai ke khajoor ka tukra yeh agar aap dekhein to Rasool Allah ki hadees mein aur bhi milta hai</w:t>
      </w:r>
    </w:p>
    <w:p>
      <w:pPr>
        <w:jc w:val="right"/>
      </w:pPr>
      <w:r>
        <w:t>یہ بھی بہت خاص بات ہے کہ بیٹیوں سے بیٹیوں کی طرف سے جو تکلیف پہنچے گی تو اس سے اللہ تعالیٰ نجات دے دے گا آخرت میں اس کو اور اس میں جو سبق ہے وہ یہ ہے کہ کھجور کا ٹکڑا یہ اگر آپ دیکھیں تو رسول اللہ کی حدیث میں اور بھی ملتا ہے</w:t>
      </w:r>
    </w:p>
    <w:p>
      <w:r>
        <w:rPr>
          <w:b/>
        </w:rPr>
        <w:t xml:space="preserve">[46:28] </w:t>
      </w:r>
      <w:r>
        <w:t>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p>
    <w:p>
      <w:pPr>
        <w:jc w:val="right"/>
      </w:pPr>
      <w:r>
        <w:t>یعنی جب Prophet migrate کر کے مدینہ گئے تو جو پہلا خطبہ دیا اول خطبة خطبہ رسول اللہ صلی اللہ علیہ وسلم فی المدینہ جی اس کے عنوان سے آپ کو پورا پورا ثمن ملے گا اس میں رسول اللہ نے کہا تھا کہ اتقوا النار ولو بشق تمرة کہ save yourself, save yourself from the fire even if by a piece of date</w:t>
      </w:r>
    </w:p>
    <w:p>
      <w:r>
        <w:rPr>
          <w:b/>
        </w:rPr>
        <w:t xml:space="preserve">[46:58] </w:t>
      </w:r>
      <w:r>
        <w:t>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p>
    <w:p>
      <w:pPr>
        <w:jc w:val="right"/>
      </w:pPr>
      <w:r>
        <w:t>یعنی کھجور کا ٹکڑا کا مطلب یہ ہے ٹکڑے کا مطلب یہ ہے کہ کوئی بھی چھوٹا عمل چھوٹے سے چھوٹا عمل اگر آپ کا اللہ کی رضا کے لیے ہے اور اس کے اندر spirit بھری ہوئی ہے تو وہ اللہ کے ہاں قابل قبول ہے تو یہ سبق ملتا ہے اس اس سے کہ کہ چھوٹی سے چھوٹی بھی اگر کوئی قربانی ہو انسان کی ضروری نہیں ہے کہ بہت بڑا کام کرے وہ</w:t>
      </w:r>
    </w:p>
    <w:p>
      <w:r>
        <w:rPr>
          <w:b/>
        </w:rPr>
        <w:t xml:space="preserve">[47:28] </w:t>
      </w:r>
      <w:r>
        <w:t>choti se choti bhi koi cheez ho to Allah us ko qabool karta hai aur ajr ji ata karta hai ji yaqeenan Miss Qurtulain ne Srinagar se comment bheja hai unhone likha hai Prophet Muhammad has been and will always remain a role model for generations to come.</w:t>
      </w:r>
    </w:p>
    <w:p>
      <w:pPr>
        <w:jc w:val="right"/>
      </w:pPr>
      <w:r>
        <w:t>چھوٹی سے چھوٹی بھی کوئی چیز ہو تو اللہ اس کو قبول کرتا ہے اور اجر جی عطا کرتا ہے جی یقینا مس قرتلین نے سری نگر سے کمنٹ بھیجا ہے انہوں نے لکھا ہے Prophet Muhammad has been and will always remain a role model for generations to come.</w:t>
      </w:r>
    </w:p>
    <w:p>
      <w:r>
        <w:rPr>
          <w:b/>
        </w:rPr>
        <w:t xml:space="preserve">[47:48] </w:t>
      </w:r>
      <w:r>
        <w:t>Thank you very much for sharing such an interesting and enlightened conversation between Prophet and Hazrat</w:t>
      </w:r>
    </w:p>
    <w:p>
      <w:pPr>
        <w:jc w:val="right"/>
      </w:pPr>
      <w:r>
        <w:t>Thank you very much for sharing such an interesting and enlightened conversation between Prophet and Hazrat</w:t>
      </w:r>
    </w:p>
    <w:p>
      <w:r>
        <w:rPr>
          <w:b/>
        </w:rPr>
        <w:t xml:space="preserve">[47:55] </w:t>
      </w:r>
      <w:r>
        <w:t>Aisha. It was full of wisdom and knowledge for us. Syed Haseeb Shah Naqvi sahib ne Pakistan se likha hai Character of Hazrat Aisha makes us recognize family married life.</w:t>
      </w:r>
    </w:p>
    <w:p>
      <w:pPr>
        <w:jc w:val="right"/>
      </w:pPr>
      <w:r>
        <w:t>عائشہ. It was full of wisdom and knowledge for us. سید حسیب شاہ نقوی صاحب نے پاکستان سے لکھا ہے Character of Hazrat عائشہ makes us recognize family married life.</w:t>
      </w:r>
    </w:p>
    <w:p>
      <w:r>
        <w:rPr>
          <w:b/>
        </w:rPr>
        <w:t xml:space="preserve">[48:08] </w:t>
      </w:r>
      <w:r>
        <w:t>Her character leads us to a positive life. Hazrat Aisha of Allah giving salutations also makes her greatness clear.</w:t>
      </w:r>
    </w:p>
    <w:p>
      <w:pPr>
        <w:jc w:val="right"/>
      </w:pPr>
      <w:r>
        <w:t>Her character leads us to a positive life. Hazrat عائشہ of Allah giving salutations also makes her greatness clear.</w:t>
      </w:r>
    </w:p>
    <w:p>
      <w:r>
        <w:rPr>
          <w:b/>
        </w:rPr>
        <w:t xml:space="preserve">[48:18] </w:t>
      </w:r>
      <w:r>
        <w:t>Doctor sahib ek hadees hai hadees of Umm Zara</w:t>
      </w:r>
    </w:p>
    <w:p>
      <w:pPr>
        <w:jc w:val="right"/>
      </w:pPr>
      <w:r>
        <w:t>ڈاکٹر صاحب ایک حدیث ہے حدیث of ام زر</w:t>
      </w:r>
    </w:p>
    <w:p>
      <w:r>
        <w:rPr>
          <w:b/>
        </w:rPr>
        <w:t xml:space="preserve">[48:23] </w:t>
      </w:r>
      <w:r>
        <w:t>to main chahunga ke is ke bare mein bhi aap hum sab ko batayein ke kya hadees hai wo. Yeh hadees ek bari lambi hadees hai ji Umm Zara ki hadees darasal aisa hua yeh aur Hazrat Aisha ne narrate kiya hai Hazrat Aisha ne yeh hadees sunayi thi Prophet ko ek baar to</w:t>
      </w:r>
    </w:p>
    <w:p>
      <w:pPr>
        <w:jc w:val="right"/>
      </w:pPr>
      <w:r>
        <w:t>تو میں چاہوں گا کہ اس کے بارے میں بھی آپ ہم سب کو بتائیں کہ کیا حدیث ہے وہ. یہ حدیث ایک بڑی لمبی حدیث ہے جی ام زراء کی حدیث دراصل ایسا ہوا یہ اور حضرت عائشہ نے narrate کیا ہے حضرت عائشہ نے یہ حدیث سنائی تھی Prophet کو ایک بار تو</w:t>
      </w:r>
    </w:p>
    <w:p>
      <w:r>
        <w:rPr>
          <w:b/>
        </w:rPr>
        <w:t xml:space="preserve">[48:47] </w:t>
      </w:r>
      <w:r>
        <w:t>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p>
    <w:p>
      <w:pPr>
        <w:jc w:val="right"/>
      </w:pPr>
      <w:r>
        <w:t>ایسا ہوا مدینہ میں گیارہ ladies جمع ہوئیں اور انہوں نے اپنے husbands کے بارے میں کچھ بتایا جی اور بڑی interesting باتیں کچھ نے negative باتیں بولی کچھ نے positive باتیں بولی تو میں پوری بات تو نہیں ایک دو مثال لیتا ہوں اور آخر میں ام زراء کی ہے کی بات ہے جی وہ وہی لمبی ہے</w:t>
      </w:r>
    </w:p>
    <w:p>
      <w:r>
        <w:rPr>
          <w:b/>
        </w:rPr>
        <w:t xml:space="preserve">[49:09] </w:t>
      </w:r>
      <w:r>
        <w:t>to is ki waja se is hadees ka naam pad gaya hadees of umm zarra ji</w:t>
      </w:r>
    </w:p>
    <w:p>
      <w:pPr>
        <w:jc w:val="right"/>
      </w:pPr>
      <w:r>
        <w:t>تو اس کی وجہ سے اس حدیث کا نام پڑ گیا حدیث of ام زراء جی</w:t>
      </w:r>
    </w:p>
    <w:p>
      <w:r>
        <w:rPr>
          <w:b/>
        </w:rPr>
        <w:t xml:space="preserve">[49:15] </w:t>
      </w:r>
      <w:r>
        <w:t>to woh aik aik lady kehti hai</w:t>
      </w:r>
    </w:p>
    <w:p>
      <w:pPr>
        <w:jc w:val="right"/>
      </w:pPr>
      <w:r>
        <w:t>تو وہ ایک ایک lady کہتی ہے</w:t>
      </w:r>
    </w:p>
    <w:p>
      <w:r>
        <w:rPr>
          <w:b/>
        </w:rPr>
        <w:t xml:space="preserve">[49:21] </w:t>
      </w:r>
      <w:r>
        <w:t>ke jo mera husband hai woh bahar to sher ki tarah rehta hai aur jab ghar mein aata</w:t>
      </w:r>
    </w:p>
    <w:p>
      <w:pPr>
        <w:jc w:val="right"/>
      </w:pPr>
      <w:r>
        <w:t>کہ جو میرا husband ہے وہ باہر تو شیر کی طرح رہتا ہے اور جب گھر میں آتا</w:t>
      </w:r>
    </w:p>
    <w:p>
      <w:r>
        <w:rPr>
          <w:b/>
        </w:rPr>
        <w:t xml:space="preserve">[49:29] </w:t>
      </w:r>
      <w:r>
        <w:t>hai to woh billi ki tarah ho jata hai ji yani woh kehna yeh chah raha hai ke</w:t>
      </w:r>
    </w:p>
    <w:p>
      <w:pPr>
        <w:jc w:val="right"/>
      </w:pPr>
      <w:r>
        <w:t>ہے تو وہ بلی کی طرح ہو جاتا ہے جی یعنی وہ کہنا یہ چاہ رہا ہے کہ</w:t>
      </w:r>
    </w:p>
    <w:p>
      <w:r>
        <w:rPr>
          <w:b/>
        </w:rPr>
        <w:t xml:space="preserve">[49:33] </w:t>
      </w:r>
      <w:r>
        <w:t>bahar to sher hota hai ghar mein bheegi billi ban jata hai ji ji zyada tar husband aise</w:t>
      </w:r>
    </w:p>
    <w:p>
      <w:pPr>
        <w:jc w:val="right"/>
      </w:pPr>
      <w:r>
        <w:t>باہر تو شیر ہوتا ہے گھر میں بھیگی بلی بن جاتا ہے جی جی زیادہ تر husband ایسے</w:t>
      </w:r>
    </w:p>
    <w:p>
      <w:r>
        <w:rPr>
          <w:b/>
        </w:rPr>
        <w:t xml:space="preserve">[49:37] </w:t>
      </w:r>
      <w:r>
        <w:t>hi hote hain ji</w:t>
      </w:r>
    </w:p>
    <w:p>
      <w:pPr>
        <w:jc w:val="right"/>
      </w:pPr>
      <w:r>
        <w:t>ہی ہوتے ہیں جی</w:t>
      </w:r>
    </w:p>
    <w:p>
      <w:r>
        <w:rPr>
          <w:b/>
        </w:rPr>
        <w:t xml:space="preserve">[49:39] </w:t>
      </w:r>
      <w:r>
        <w:t>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p>
    <w:p>
      <w:pPr>
        <w:jc w:val="right"/>
      </w:pPr>
      <w:r>
        <w:t>تو اور دوسری نے کہا کہ میرا جو husband ہے اس کا جو touch ہے وہ it's as soft as rabbit یعنی بہت ہی soft ہے وہ ہمم اور جو اس کی smell ہے وہ زعفران کی طرح ہے ہمم تو اس طرح سے کئی ساری ladies نے ہمم باتیں بتائیں کسی نے negative بھی بولا تو پھر بعد میں ام زراء کا نمبر آیا آخری نمبر ان کا ہی تھا گیارہوں</w:t>
      </w:r>
    </w:p>
    <w:p>
      <w:r>
        <w:rPr>
          <w:b/>
        </w:rPr>
        <w:t xml:space="preserve">[50:08] </w:t>
      </w:r>
      <w:r>
        <w:t>to unhone apne husband ki bohat tareef ki hmm aur kaha ke zawji Abu Zara wa ma Abu Zara hmm wa ma Abu Zara yani yeh ek usloob hai Arabic mein Quran mein bhi aaya hai ke</w:t>
      </w:r>
    </w:p>
    <w:p>
      <w:pPr>
        <w:jc w:val="right"/>
      </w:pPr>
      <w:r>
        <w:t>تو انہوں نے اپنے husband کی بہت تعریف کی ہمم اور کہا کہ زوجي ابو زراء وما ابو زراء ہمم وما ابو زراء یعنی یہ ایک اسلوب ہے Arabic میں قرآن میں بھی آیا ہے کہ</w:t>
      </w:r>
    </w:p>
    <w:p>
      <w:r>
        <w:rPr>
          <w:b/>
        </w:rPr>
        <w:t xml:space="preserve">[50:25] </w:t>
      </w:r>
      <w:r>
        <w:t>wa ma adraka ma yawm al din thumma ma adraka ma yawm al din yani tum kya jano day of judgement kya hai yani express nahi kiya ja sakta</w:t>
      </w:r>
    </w:p>
    <w:p>
      <w:pPr>
        <w:jc w:val="right"/>
      </w:pPr>
      <w:r>
        <w:t>وما أدراك ما يوم الدين ثم ما أدراك ما يوم الدين یعنی تم کیا جانو day of judgement کیا ہے یعنی express نہیں کیا جا سکتا</w:t>
      </w:r>
    </w:p>
    <w:p>
      <w:r>
        <w:rPr>
          <w:b/>
        </w:rPr>
        <w:t xml:space="preserve">[50:36] </w:t>
      </w:r>
      <w:r>
        <w:t>to usi tarike se us ne kaha hai ke mera husband hai wo what a great person he is yani I cannot describe in words hmm</w:t>
      </w:r>
    </w:p>
    <w:p>
      <w:pPr>
        <w:jc w:val="right"/>
      </w:pPr>
      <w:r>
        <w:t>تو اسی طریقے سے اس نے کہا ہے کہ میرا husband ہے وہ what a great person he is یعنی I cannot describe in words ہمم</w:t>
      </w:r>
    </w:p>
    <w:p>
      <w:r>
        <w:rPr>
          <w:b/>
        </w:rPr>
        <w:t xml:space="preserve">[50:45] </w:t>
      </w:r>
      <w:r>
        <w:t>to bari achi baaten is ne kahen apne husband ke baray mein ke is ne meri jo mere</w:t>
      </w:r>
    </w:p>
    <w:p>
      <w:pPr>
        <w:jc w:val="right"/>
      </w:pPr>
      <w:r>
        <w:t>تو بڑی اچھی باتیں اس نے کہیں اپنے husband کے بارے میں کہ اس نے میری جو میرے</w:t>
      </w:r>
    </w:p>
    <w:p>
      <w:r>
        <w:rPr>
          <w:b/>
        </w:rPr>
        <w:t xml:space="preserve">[50:49] </w:t>
      </w:r>
      <w:r>
        <w:t>kaan hain woh jewelry se laad diye hain hmm aur he made me so happy hmm aur ah</w:t>
      </w:r>
    </w:p>
    <w:p>
      <w:pPr>
        <w:jc w:val="right"/>
      </w:pPr>
      <w:r>
        <w:t>کان ہیں وہ جیولری سے لاد دیے ہیں ہمم اور he made me so happy ہمم اور آہ</w:t>
      </w:r>
    </w:p>
    <w:p>
      <w:r>
        <w:rPr>
          <w:b/>
        </w:rPr>
        <w:t xml:space="preserve">[50:58] </w:t>
      </w:r>
      <w:r>
        <w:t>ah mein mein mein moti ho gayi itna mujhe khilata pilata hai and i i become so so</w:t>
      </w:r>
    </w:p>
    <w:p>
      <w:pPr>
        <w:jc w:val="right"/>
      </w:pPr>
      <w:r>
        <w:t>آہ میں میں میں موٹی ہو گئی اتنا مجھے کھلاتا پلاتا ہے and I I become so so</w:t>
      </w:r>
    </w:p>
    <w:p>
      <w:r>
        <w:rPr>
          <w:b/>
        </w:rPr>
        <w:t xml:space="preserve">[51:03] </w:t>
      </w:r>
      <w:r>
        <w:t>happy and my soul is so happy aur bari izzat di aur bohat hi is ne mujhe wealthy</w:t>
      </w:r>
    </w:p>
    <w:p>
      <w:pPr>
        <w:jc w:val="right"/>
      </w:pPr>
      <w:r>
        <w:t>happy and my soul is so happy اور بڑی عزت دی اور بہت ہی اس نے مجھے wealthy</w:t>
      </w:r>
    </w:p>
    <w:p>
      <w:r>
        <w:rPr>
          <w:b/>
        </w:rPr>
        <w:t xml:space="preserve">[51:08] </w:t>
      </w:r>
      <w:r>
        <w:t>aah bana diya and he never rebuked me hmm aur main agar soti hoon to soti hi rehti</w:t>
      </w:r>
    </w:p>
    <w:p>
      <w:pPr>
        <w:jc w:val="right"/>
      </w:pPr>
      <w:r>
        <w:t>آہ بنا دیا and he never rebuked me ہمم اور میں اگر سوتی ہوں تو سوتی ہی رہتی</w:t>
      </w:r>
    </w:p>
    <w:p>
      <w:r>
        <w:rPr>
          <w:b/>
        </w:rPr>
        <w:t xml:space="preserve">[51:14] </w:t>
      </w:r>
      <w:r>
        <w:t>hoon yani koi uthane wala nahi hai mere paas koi kaam nahi hota</w:t>
      </w:r>
    </w:p>
    <w:p>
      <w:pPr>
        <w:jc w:val="right"/>
      </w:pPr>
      <w:r>
        <w:t>ہوں یعنی کوئی اٹھانے والا نہیں ہے میرے پاس کوئی کام نہیں ہوتا</w:t>
      </w:r>
    </w:p>
    <w:p>
      <w:r>
        <w:rPr>
          <w:b/>
        </w:rPr>
        <w:t xml:space="preserve">[51:18] </w:t>
      </w:r>
      <w:r>
        <w:t>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p>
    <w:p>
      <w:pPr>
        <w:jc w:val="right"/>
      </w:pPr>
      <w:r>
        <w:t>ہے ہمم تو اس طرح کی بہت اچھی اچھی باتیں کہیں اور پھر ابو زراء کی mother کے بارے میں بھی بڑی اچھی باتیں کہیں یعنی اپنی یعنی اپنی mother in law کے بارے میں جو کہ بہت کم لوگ تعریف کرتے ہیں جی تو آہ اس کی بھی بڑی اچھی تعریف کی کہ وہ بہت ہی اس کے پاس کپڑے ہیں اور بہت ہی کشادہ گھر ہے اور بڑی اچھی lady ہے and she is a very rich lady ہمم پھر ابو زراء کے بیٹے کے بارے میں بڑی اچھی تعریف کی he is such a nice boy and so on پ</w:t>
      </w:r>
    </w:p>
    <w:p>
      <w:r>
        <w:rPr>
          <w:b/>
        </w:rPr>
        <w:t xml:space="preserve">[51:48] </w:t>
      </w:r>
      <w:r>
        <w:t>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p>
    <w:p>
      <w:pPr>
        <w:jc w:val="right"/>
      </w:pPr>
      <w:r>
        <w:t>ھر بیٹی کے بارے میں کہا کہ وہ بہت ہی اچھی بیٹی ہے اور بہت اچھا ہے اور she is proud of the neighbor and envy تو اس طریقے سے پھر maid کی تعریف کی کہ ابو زراء کی جو maid ہے وہ بھی بہت اچھی ہے وہ ہماری باتیں باہر جا کے نہیں بتاتی اور گھر کو بہت صاف ستھرا رکھتی ہے جی جب</w:t>
      </w:r>
    </w:p>
    <w:p>
      <w:r>
        <w:rPr>
          <w:b/>
        </w:rPr>
        <w:t xml:space="preserve">[52:08] </w:t>
      </w:r>
      <w:r>
        <w:t>sari baat sun li Prophet ne to Prophet ne kaha kuntu laki ka Abi Zara li Ummi Zara ke I am to you like Abu Zara was to his wife Umm Zara ji to yeh aah yeh ek dilchasp hadees hai jis mein Rasool Allah ne kaha ke main main bhi tumhari tarah to Abu Zara ki tarah hoon</w:t>
      </w:r>
    </w:p>
    <w:p>
      <w:pPr>
        <w:jc w:val="right"/>
      </w:pPr>
      <w:r>
        <w:t>ساری بات سن لی Prophet نے تو Prophet نے کہا كنت لك كأبي زرع لامي زرع کہ I am to you like ابو زر was to his wife ام زر جی تو یہ آہ یہ ایک دلچسپ حدیث ہے جس میں رسول اللہ نے کہا کہ میں میں بھی تمہاری طرح تو ابو زر کی طرح ہوں</w:t>
      </w:r>
    </w:p>
    <w:p>
      <w:r>
        <w:rPr>
          <w:b/>
        </w:rPr>
        <w:t xml:space="preserve">[52:37] </w:t>
      </w:r>
      <w:r>
        <w:t>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p>
    <w:p>
      <w:pPr>
        <w:jc w:val="right"/>
      </w:pPr>
      <w:r>
        <w:t>جی جس طرح ان ابو زر اپنی wife کے لیے تھا جی جی تو یہ ایک خاصی لمبی حدیث ہے جو کتابوں میں آئی ہے very interesting ڈاکٹر صاحب جی and ڈاکٹر صاحب that brings us to the last question of the session today کچھ اور کمنٹس بھی ہیں سوال بھی ہیں but کیونکہ وقت ہو گیا ہے تو ہم نہیں لے سکتے ہیں تو یہ آخری سوال ڈاکٹر صاحب میں پوچھنا چاہوں گا important بھی ہے کہ کئی لوگ یہ سمجھتے ہیں کہ Prophet بہت ہی serious nature کے تھے بالکل ہنسی مذاق</w:t>
      </w:r>
    </w:p>
    <w:p>
      <w:r>
        <w:rPr>
          <w:b/>
        </w:rPr>
        <w:t xml:space="preserve">[53:05] </w:t>
      </w:r>
      <w:r>
        <w:t>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p>
    <w:p>
      <w:pPr>
        <w:jc w:val="right"/>
      </w:pPr>
      <w:r>
        <w:t>نہیں کرتے تھے لیکن روایت میں آتا بھی ہے کہ وہ جب کھل کر ہنستے تھے تو ان کے پچھلے دانت بھی نظر آتے تھے تو ایسا نہیں تھا کہ ہمیشہ ایک serious ماحول تھا اور serious nature تھا تو میں چاہوں گا کہ کوئی humorous side جو ان کا گھر میں تھا اس کے بارے میں آپ بتا کے آج کے session کو ختم کریں</w:t>
      </w:r>
    </w:p>
    <w:p>
      <w:r>
        <w:rPr>
          <w:b/>
        </w:rPr>
        <w:t xml:space="preserve">[53:26] </w:t>
      </w:r>
      <w:r>
        <w:t>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p>
    <w:p>
      <w:pPr>
        <w:jc w:val="right"/>
      </w:pPr>
      <w:r>
        <w:t>اچھا جی ہاں یہ آپ صحیح کہہ رہے ہیں بلکہ حضرت عائشہ کا قول ہے کہ كان مزاحا فی بیتہ یعنی he was humorous and playful and cheerful at his home جی تو ایسا نہیں تھا کہ بہت ہی serious تھے جی ایک ایک دو واقعات واقعے ہیں جو میں لیتا ہوں ایک بار Prophet نے کہا حضرت عائشہ سے کہ I can tell you when you are angry with me and when you are happy with me</w:t>
      </w:r>
    </w:p>
    <w:p>
      <w:r>
        <w:rPr>
          <w:b/>
        </w:rPr>
        <w:t xml:space="preserve">[53:55] </w:t>
      </w:r>
      <w:r>
        <w:t>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p>
    <w:p>
      <w:pPr>
        <w:jc w:val="right"/>
      </w:pPr>
      <w:r>
        <w:t>جی تو حضرت عائشہ نے کہا وكيف يا رسول اللہ how do you know this جی how do you know او میسنجر آف اللہ تو Prophet نے کہا کہ when you are happy with me, you swear by the name of Muhammad by the Lord of Muhammad جی you say like this: "I swear by the Lord of Muhammad." جی but when you are angry with me, you say: "I swear by the Lord of Abraham."</w:t>
      </w:r>
    </w:p>
    <w:p>
      <w:r>
        <w:rPr>
          <w:b/>
        </w:rPr>
        <w:t xml:space="preserve">[54:23] </w:t>
      </w:r>
      <w:r>
        <w:t>ji to hazrat aisha ne kaha ke ma ma ahjar ma ahjar illa ismaka ya rasool Allah ji I only omit your name." yani it doesn't mean that I stop loving you.</w:t>
      </w:r>
    </w:p>
    <w:p>
      <w:pPr>
        <w:jc w:val="right"/>
      </w:pPr>
      <w:r>
        <w:t>جی تو حضرت عائشہ نے کہا کہ ما ما أهجر ما أهجر إلا اسمك يا رسول اللہ جی I only omit your name." یعنی it doesn't mean that I stop loving you.</w:t>
      </w:r>
    </w:p>
    <w:p>
      <w:r>
        <w:rPr>
          <w:b/>
        </w:rPr>
        <w:t xml:space="preserve">[54:36] </w:t>
      </w:r>
      <w:r>
        <w:t>ji to aisi kai baaten hain jaise ek bar kya hua ke yani aap ne sahi kaha ke ghar ke andar ki glimpse hamein milti hain hazrat aisha ki baaton se</w:t>
      </w:r>
    </w:p>
    <w:p>
      <w:pPr>
        <w:jc w:val="right"/>
      </w:pPr>
      <w:r>
        <w:t>جی تو ایسی کئی باتیں ہیں جیسے ایک بار کیا ہوا کہ یعنی آپ نے صحیح کہا کہ گھر کے اندر کی glimpse ہمیں ملتی ہیں حضرت عائشہ کی باتوں سے</w:t>
      </w:r>
    </w:p>
    <w:p>
      <w:r>
        <w:rPr>
          <w:b/>
        </w:rPr>
        <w:t xml:space="preserve">[54:49] </w:t>
      </w:r>
      <w:r>
        <w:t>to ek baar so rahe the rasool Allah sal Allah aleh wasalam aur hazrat aisha bhi so rahi</w:t>
      </w:r>
    </w:p>
    <w:p>
      <w:pPr>
        <w:jc w:val="right"/>
      </w:pPr>
      <w:r>
        <w:t>تو ایک بار سو رہے تھے رسول اللہ صلی اللہ علیہ وسلم اور حضرت عائشہ بھی سو رہی</w:t>
      </w:r>
    </w:p>
    <w:p>
      <w:r>
        <w:rPr>
          <w:b/>
        </w:rPr>
        <w:t xml:space="preserve">[54:54] </w:t>
      </w:r>
      <w:r>
        <w:t>thin to un ko mehsoos hua ke shayad Prophet nahi hain chale gaye kisi aur ghar mein chale</w:t>
      </w:r>
    </w:p>
    <w:p>
      <w:pPr>
        <w:jc w:val="right"/>
      </w:pPr>
      <w:r>
        <w:t>تھیں تو ان کو محسوس ہوا کہ شاید Prophet نہیں ہیں چلے گئے کسی اور گھر میں چلے</w:t>
      </w:r>
    </w:p>
    <w:p>
      <w:r>
        <w:rPr>
          <w:b/>
        </w:rPr>
        <w:t xml:space="preserve">[54:59] </w:t>
      </w:r>
      <w:r>
        <w:t>gaye hmm to andhera hota tha to unhon ne aise aise kar ke dekhna shuru kiya har taraf</w:t>
      </w:r>
    </w:p>
    <w:p>
      <w:pPr>
        <w:jc w:val="right"/>
      </w:pPr>
      <w:r>
        <w:t>گئے ہمم تو اندھیرا ہوتا تھا تو انہوں نے ایسے ایسے کر کے دیکھنا شروع کیا ہر طرف</w:t>
      </w:r>
    </w:p>
    <w:p>
      <w:r>
        <w:rPr>
          <w:b/>
        </w:rPr>
        <w:t xml:space="preserve">[55:04] </w:t>
      </w:r>
      <w:r>
        <w:t>to Prophet ke munh pe un ka hath laga ja ke ji to wo uth gaye to bole</w:t>
      </w:r>
    </w:p>
    <w:p>
      <w:pPr>
        <w:jc w:val="right"/>
      </w:pPr>
      <w:r>
        <w:t>تو Prophet کے منہ پہ ان کا ہاتھ لگا جا کے جی تو وہ اٹھ گئے تو بولے</w:t>
      </w:r>
    </w:p>
    <w:p>
      <w:r>
        <w:rPr>
          <w:b/>
        </w:rPr>
        <w:t xml:space="preserve">[55:09] </w:t>
      </w:r>
      <w:r>
        <w:t>ke malak ya aisha kya ho gaya tumhein</w:t>
      </w:r>
    </w:p>
    <w:p>
      <w:pPr>
        <w:jc w:val="right"/>
      </w:pPr>
      <w:r>
        <w:t>کہ ما لك يا عائشة کیا ہو گیا تمہیں</w:t>
      </w:r>
    </w:p>
    <w:p>
      <w:r>
        <w:rPr>
          <w:b/>
        </w:rPr>
        <w:t xml:space="preserve">[55:14] </w:t>
      </w:r>
      <w:r>
        <w:t>aqad jaaka shaitan ki has your Satan come to you?</w:t>
      </w:r>
    </w:p>
    <w:p>
      <w:pPr>
        <w:jc w:val="right"/>
      </w:pPr>
      <w:r>
        <w:t>أقد جاءك شیطان کی has your Satan come to you؟</w:t>
      </w:r>
    </w:p>
    <w:p>
      <w:r>
        <w:rPr>
          <w:b/>
        </w:rPr>
        <w:t xml:space="preserve">[55:19] </w:t>
      </w:r>
      <w:r>
        <w:t>yani koi zehn mein tumhein baat aayi hai badgumani wali to wo bolein ke don't you have a Satan, O Prophet? hmm to Prophet ne kaha ke yes, I do have a Satan, but God has given me control over him and I have made him a Muslim.</w:t>
      </w:r>
    </w:p>
    <w:p>
      <w:pPr>
        <w:jc w:val="right"/>
      </w:pPr>
      <w:r>
        <w:t>یعنی کوئی ذہن میں تمہیں بات آئی ہے بدگمانی والی تو وہ بولیں کہ don't you have a Satan, O Prophet? ہمم تو Prophet نے کہا کہ yes, I do have a Satan, but God has given me control over him and I have made him a Muslim.</w:t>
      </w:r>
    </w:p>
    <w:p>
      <w:r>
        <w:rPr>
          <w:b/>
        </w:rPr>
        <w:t xml:space="preserve">[55:35] </w:t>
      </w:r>
      <w:r>
        <w:t>to is tarah ki bahut sari cheezen hain yani he was humorous and cheerful and he used to work at home and do the daily work.</w:t>
      </w:r>
    </w:p>
    <w:p>
      <w:pPr>
        <w:jc w:val="right"/>
      </w:pPr>
      <w:r>
        <w:t>تو اس طرح کی بہت ساری چیزیں ہیں یعنی he was humorous and cheerful and he used to work at home and do the daily work.</w:t>
      </w:r>
    </w:p>
    <w:p>
      <w:r>
        <w:rPr>
          <w:b/>
        </w:rPr>
        <w:t xml:space="preserve">[55:49] </w:t>
      </w:r>
      <w:r>
        <w:t>lekin ek baat bahut zabardast kahi jis se hazrat Prophet ki shakhsiyat samajh mein aati hai ke waise to wo bahut ajeeb karte the light light subtle joke waghera bhi lekin jab azan ki awaz aati thi muazzin ki awaz jab aati thi tab he would behave as if he doesn't know us.</w:t>
      </w:r>
    </w:p>
    <w:p>
      <w:pPr>
        <w:jc w:val="right"/>
      </w:pPr>
      <w:r>
        <w:t>لیکن ایک بات بہت زبردست کہی جس سے حضرت Prophet کی شخصیت سمجھ میں آتی ہے کہ ویسے تو وہ بہت عجیب کرتے تھے لائٹ لائٹ سبٹل جوک وغیرہ بھی لیکن جب اذان کی آواز آتی تھی موذن کی آواز جب آتی تھی تب he would behave as if he doesn't know us.</w:t>
      </w:r>
    </w:p>
    <w:p>
      <w:r>
        <w:rPr>
          <w:b/>
        </w:rPr>
        <w:t xml:space="preserve">[56:17] </w:t>
      </w:r>
      <w:r>
        <w:t>kanah la ya'rifuna</w:t>
      </w:r>
    </w:p>
    <w:p>
      <w:pPr>
        <w:jc w:val="right"/>
      </w:pPr>
      <w:r>
        <w:t>كانه لا يعرفنا</w:t>
      </w:r>
    </w:p>
    <w:p>
      <w:r>
        <w:rPr>
          <w:b/>
        </w:rPr>
        <w:t xml:space="preserve">[56:19] </w:t>
      </w:r>
      <w:r>
        <w:t>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p>
    <w:p>
      <w:pPr>
        <w:jc w:val="right"/>
      </w:pPr>
      <w:r>
        <w:t>یعنی جب آہ خدا کی آواز آ گئی یا مقصد کی طرف تو پھر وہ مشن کی طرف اس طرح یکسو ہو جاتے تھے کہ جیسے کہ اور باتیں سب بھول جاتے تھے جی تو اس طرح کی باتیں ویسے اور بھی بہت ہیں اور صحابہ کے ساتھ بھی ہمم بہت دلچسپ واقعات ہیں تو ہو سکتا ہے کسی وقت اس کو بھی لیں انشاءاللہ انشاءاللہ انشاءاللہ جزاک اللہ ڈاکٹر صاحب آج کا سیشن بہت ہی دلچسپ بہت ہی انٹرسٹنگ تھا</w:t>
      </w:r>
    </w:p>
    <w:p>
      <w:r>
        <w:rPr>
          <w:b/>
        </w:rPr>
        <w:t xml:space="preserve">[56:47] </w:t>
      </w:r>
      <w:r>
        <w:t>aap ne bahut creatively ah baaton ko bataya hamein kafi sabak mile aaj ke talk se aur bahut hi dilchaspi hui ah I'm sure that all of you are watching this program.</w:t>
      </w:r>
    </w:p>
    <w:p>
      <w:pPr>
        <w:jc w:val="right"/>
      </w:pPr>
      <w:r>
        <w:t>آپ نے بہت کریٹیولی آہ باتوں کو بتایا ہمیں کافی سبق ملے آج کے ٹاک سے اور بہت ہی دلچسپی ہوئی آہ I'm sure that all of you are watching this program.</w:t>
      </w:r>
    </w:p>
    <w:p>
      <w:r>
        <w:rPr>
          <w:b/>
        </w:rPr>
        <w:t xml:space="preserve">[56:57] </w:t>
      </w:r>
      <w:r>
        <w:t>They loved today's program on the story of hazrat aisha is program ko hum continue rakhenge lekin aaj hum session ko yahin khatm karte hain so we'll be back next Sunday at 10:30 AM.</w:t>
      </w:r>
    </w:p>
    <w:p>
      <w:pPr>
        <w:jc w:val="right"/>
      </w:pPr>
      <w:r>
        <w:t>They loved today's program on the story of حضرت عائشہ اس پروگرام کو ہم کنٹینیو رکھیں گے لیکن آج ہم سیشن کو یہیں ختم کرتے ہیں so we'll be back next Sunday at 10:30 AM.</w:t>
      </w:r>
    </w:p>
    <w:p>
      <w:r>
        <w:rPr>
          <w:b/>
        </w:rPr>
        <w:t xml:space="preserve">[57:08]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